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seerah · full transcripts with timestamps · exported 2026-09-22</w:t>
      </w:r>
    </w:p>
    <w:p>
      <w:pPr>
        <w:pStyle w:val="Heading2"/>
      </w:pPr>
      <w:r>
        <w:t>Treaty of Hudaybiyyah: peace at heavy price</w:t>
      </w:r>
    </w:p>
    <w:p>
      <w:r>
        <w:rPr>
          <w:color w:val="666666"/>
          <w:sz w:val="18"/>
        </w:rPr>
        <w:t>Conciliatory Approach and Confrontational Approach | March 21, 2010 · 2m 32s · at 55:23 · https://youtu.be/PrfDlx2pfA0?t=3323</w:t>
      </w:r>
    </w:p>
    <w:p>
      <w:r>
        <w:rPr>
          <w:i/>
        </w:rPr>
        <w:t>“Hudaybiyyah mu'ahida kya tha? Woh tha 'no war pact'”</w:t>
      </w:r>
    </w:p>
    <w:p>
      <w:r>
        <w:rPr>
          <w:sz w:val="20"/>
        </w:rPr>
        <w:t xml:space="preserve">55:23  </w:t>
      </w:r>
      <w:r>
        <w:br/>
      </w:r>
      <w:r>
        <w:rPr>
          <w:sz w:val="20"/>
        </w:rPr>
        <w:t>55:28  hudaybiyah muahida kiya tha? woh tha "no war pact".</w:t>
      </w:r>
      <w:r>
        <w:br/>
      </w:r>
      <w:r>
        <w:rPr>
          <w:sz w:val="20"/>
        </w:rPr>
        <w:t>55:33  "no war pact" tha woh, hamare tumhare darmiyan koi larai nahi hogi.</w:t>
      </w:r>
      <w:r>
        <w:br/>
      </w:r>
      <w:r>
        <w:rPr>
          <w:sz w:val="20"/>
        </w:rPr>
        <w:t>55:38  lekin "no war pact" ki qeemat kya deni pari aap ko? bohat bari qeemat.</w:t>
      </w:r>
      <w:r>
        <w:br/>
      </w:r>
      <w:r>
        <w:rPr>
          <w:sz w:val="20"/>
        </w:rPr>
        <w:t>55:43  yani jo jo unhon ne shartein lagain, jo shartein, woh is ko aap maan liya aap ne.</w:t>
      </w:r>
      <w:r>
        <w:br/>
      </w:r>
      <w:r>
        <w:rPr>
          <w:sz w:val="20"/>
        </w:rPr>
        <w:t>55:48  bohat hi zillat,</w:t>
      </w:r>
      <w:r>
        <w:br/>
      </w:r>
      <w:r>
        <w:rPr>
          <w:sz w:val="20"/>
        </w:rPr>
        <w:t>55:53  yani aisi zillat wali shart.</w:t>
      </w:r>
      <w:r>
        <w:br/>
      </w:r>
      <w:r>
        <w:rPr>
          <w:sz w:val="20"/>
        </w:rPr>
        <w:t>55:59  jaise misaal ke taur par is mein aik aik tha, aik banda ke agar aik aadmi makkah mein</w:t>
      </w:r>
      <w:r>
        <w:br/>
      </w:r>
      <w:r>
        <w:rPr>
          <w:sz w:val="20"/>
        </w:rPr>
        <w:t>56:05  reh raha hai, woh islam ko manne lage, aur woh chhod kar chala jaye madina, to aap ko</w:t>
      </w:r>
      <w:r>
        <w:br/>
      </w:r>
      <w:r>
        <w:rPr>
          <w:sz w:val="20"/>
        </w:rPr>
        <w:t>56:11  us aadmi ko lotana parega humein.</w:t>
      </w:r>
      <w:r>
        <w:br/>
      </w:r>
      <w:r>
        <w:rPr>
          <w:sz w:val="20"/>
        </w:rPr>
        <w:t>56:17  aur madina mein aik aadmi hai, aik muslim, us ko hum kahein pakad payein to</w:t>
      </w:r>
      <w:r>
        <w:br/>
      </w:r>
      <w:r>
        <w:rPr>
          <w:sz w:val="20"/>
        </w:rPr>
        <w:t>56:23  hum us ko nahi lotayenge.</w:t>
      </w:r>
      <w:r>
        <w:br/>
      </w:r>
      <w:r>
        <w:rPr>
          <w:sz w:val="20"/>
        </w:rPr>
        <w:t>56:30  aap ghhor kijiye, yak tarafah shart.</w:t>
      </w:r>
      <w:r>
        <w:br/>
      </w:r>
      <w:r>
        <w:rPr>
          <w:sz w:val="20"/>
        </w:rPr>
        <w:t>56:36  to sara jo banda jis jis ko maan kar ke woh hua tha, woh sab mabni tha yak</w:t>
      </w:r>
      <w:r>
        <w:br/>
      </w:r>
      <w:r>
        <w:rPr>
          <w:sz w:val="20"/>
        </w:rPr>
        <w:t>56:42  tarafah sharton par.</w:t>
      </w:r>
      <w:r>
        <w:br/>
      </w:r>
      <w:r>
        <w:rPr>
          <w:sz w:val="20"/>
        </w:rPr>
        <w:t>56:49  to yani mukhalif party ki</w:t>
      </w:r>
      <w:r>
        <w:br/>
      </w:r>
      <w:r>
        <w:rPr>
          <w:sz w:val="20"/>
        </w:rPr>
        <w:t>56:55  yak tarafah sharton ko maan kar aap ko kya mila? "No war pact". Kyunke aap takrao se hat kar ke sulah ke rastay par aane ke liye itni bari qeemat de di aap ne, itni bari qeemat de di aap ne. Yani Hazrat Umar jaisa aadmi ko laga tha ke yeh to bohat hi zillat hai hamari, hum ki</w:t>
      </w:r>
      <w:r>
        <w:br/>
      </w:r>
      <w:r>
        <w:rPr>
          <w:sz w:val="20"/>
        </w:rPr>
        <w:t>57:25  on aisa manen is ko? hum nahi manen ge.</w:t>
      </w:r>
      <w:r>
        <w:br/>
      </w:r>
      <w:r>
        <w:rPr>
          <w:sz w:val="20"/>
        </w:rPr>
        <w:t>57:30  rasool Allah ne israr kiya aur dastakhat kar diya is par.</w:t>
      </w:r>
      <w:r>
        <w:br/>
      </w:r>
      <w:r>
        <w:rPr>
          <w:sz w:val="20"/>
        </w:rPr>
        <w:t>57:35  to yeh tha yani rasool Allah ki zindagi mein aise bohat sare waqeat hain, maine chand aap</w:t>
      </w:r>
      <w:r>
        <w:br/>
      </w:r>
      <w:r>
        <w:rPr>
          <w:sz w:val="20"/>
        </w:rPr>
        <w:t>57:40  ke samne pesh kiya.</w:t>
      </w:r>
      <w:r>
        <w:br/>
      </w:r>
      <w:r>
        <w:rPr>
          <w:sz w:val="20"/>
        </w:rPr>
        <w:t>57:45  to yeh hai Allah taala ka, yani is dunya ke liye Allah taala ka nizam, Allah taala ka</w:t>
      </w:r>
      <w:r>
        <w:br/>
      </w:r>
      <w:r>
        <w:rPr>
          <w:sz w:val="20"/>
        </w:rPr>
        <w:t>57:50  is dunya ke liye jo</w:t>
      </w:r>
    </w:p>
    <w:p>
      <w:pPr>
        <w:pStyle w:val="Heading2"/>
      </w:pPr>
      <w:r>
        <w:t>hijra as a silent strategic exit from mecca</w:t>
      </w:r>
    </w:p>
    <w:p>
      <w:r>
        <w:rPr>
          <w:color w:val="666666"/>
          <w:sz w:val="18"/>
        </w:rPr>
        <w:t>Importance of Creative Thinking December 11, 2011 · 1m 07s · at 24:23 · https://youtu.be/jfML9Arb0S4?t=1463</w:t>
      </w:r>
    </w:p>
    <w:p>
      <w:r>
        <w:rPr>
          <w:i/>
        </w:rPr>
        <w:t>“Rasoolullah ne kya kiya? Aap khamoshi se Makkah chhod kar Madina chale gaye”</w:t>
      </w:r>
    </w:p>
    <w:p>
      <w:r>
        <w:rPr>
          <w:sz w:val="20"/>
        </w:rPr>
        <w:t>24:23  to rasool Allah sal Allah alaihi wasallam ne kiya kiya? aap khamoshi se makkah chhod kar madina chale gaye. yeh kaha tha, yeh kiya tha?</w:t>
      </w:r>
      <w:r>
        <w:br/>
      </w:r>
      <w:r>
        <w:rPr>
          <w:sz w:val="20"/>
        </w:rPr>
        <w:t>24:33  There does also superpower kind of creative thinking.</w:t>
      </w:r>
      <w:r>
        <w:br/>
      </w:r>
      <w:r>
        <w:rPr>
          <w:sz w:val="20"/>
        </w:rPr>
        <w:t>24:41  hijrat, jo jis ko hum kehte hain hijrat madine ki taraf, woh kiya thi? workplace ko badalna. abhi tak workplace aap ke liye makkah tha, to hijrat ka matlab hai ke aap ne workplace ko badal diya.</w:t>
      </w:r>
      <w:r>
        <w:br/>
      </w:r>
      <w:r>
        <w:rPr>
          <w:sz w:val="20"/>
        </w:rPr>
        <w:t>24:57  makkah se ja kar ke madine mein wohi da'o work shuru kar diya aap ne.</w:t>
      </w:r>
      <w:r>
        <w:br/>
      </w:r>
      <w:r>
        <w:rPr>
          <w:sz w:val="20"/>
        </w:rPr>
        <w:t>25:03  hamare haan kiya tareeqa hai ke bas isi pe ladte hain, isi isi jagah lad lad ke marte rehte hain, jaan to nahi paate ke yani workplace ko badalne ki jo wisdom hai, us ko jaan nahi paate.</w:t>
      </w:r>
      <w:r>
        <w:br/>
      </w:r>
      <w:r>
        <w:rPr>
          <w:sz w:val="20"/>
        </w:rPr>
        <w:t>25:21  workplace ko badal kar ke opportunities ko avail karo, aur phir woh cheez jo tum ne bظahir khoi thi, woh kal tum ko mil jayegi.</w:t>
      </w:r>
    </w:p>
    <w:p>
      <w:pPr>
        <w:pStyle w:val="Heading2"/>
      </w:pPr>
      <w:r>
        <w:t>Arab scholar's warning against fighting Israel</w:t>
      </w:r>
    </w:p>
    <w:p>
      <w:r>
        <w:rPr>
          <w:color w:val="666666"/>
          <w:sz w:val="18"/>
        </w:rPr>
        <w:t>The Importance of Realistic Approach 2 January 2011 - Maulana Wahiduddin Khan · 2m 45s · at 42:32 · https://youtu.be/tIQjWjaktIY?t=2552</w:t>
      </w:r>
    </w:p>
    <w:p>
      <w:r>
        <w:rPr>
          <w:i/>
        </w:rPr>
        <w:t>“It was not the government but the Arab masses who started war.”</w:t>
      </w:r>
    </w:p>
    <w:p>
      <w:r>
        <w:rPr>
          <w:sz w:val="20"/>
        </w:rPr>
        <w:t>42:32  yani hukoomat ne nahin, awam muslim, yani arab awam ne ladaai chhed di. to wahan par ek aalim the, unhon ne kaha ke yeh mat kaam mat karo, tum yeh ladaai ka tareeqa nahin hai.</w:t>
      </w:r>
      <w:r>
        <w:br/>
      </w:r>
      <w:r>
        <w:rPr>
          <w:sz w:val="20"/>
        </w:rPr>
        <w:t>42:47  yahan bhi dekhen, wahi reels wali baat hai. yani kabhi bhi aisa nahin ho sakta ke aap ek regular army se lad kar ke jeeten.</w:t>
      </w:r>
      <w:r>
        <w:br/>
      </w:r>
      <w:r>
        <w:rPr>
          <w:sz w:val="20"/>
        </w:rPr>
        <w:t>42:58  yani israel ek regular army hai, india ek regular army hai, china ek regular army hai, to log lad rahe hain is se.</w:t>
      </w:r>
      <w:r>
        <w:br/>
      </w:r>
      <w:r>
        <w:rPr>
          <w:sz w:val="20"/>
        </w:rPr>
        <w:t>43:08  sinkingjang mein musalman lad rahe hain regular army se, falasteen mein lad rahe hain arab regular army se, kashmir mein lad rahe hain musalman regular army se.</w:t>
      </w:r>
      <w:r>
        <w:br/>
      </w:r>
      <w:r>
        <w:rPr>
          <w:sz w:val="20"/>
        </w:rPr>
        <w:t>43:20  yeh to yeh to paka pata hai ke jeet har ek kon jeetega, kon beshak yeh pata hai kon jeetega, kon haarega.</w:t>
      </w:r>
      <w:r>
        <w:br/>
      </w:r>
      <w:r>
        <w:rPr>
          <w:sz w:val="20"/>
        </w:rPr>
        <w:t>43:29  to yeh yahan bhi wahi baat hai ke yeh yeh jo lad rahe hain, jo log, unhon ne reality ko accept nahin kiya ke hum jeet nahin sakte, kyunke woh hai regular army,</w:t>
      </w:r>
      <w:r>
        <w:br/>
      </w:r>
      <w:r>
        <w:rPr>
          <w:sz w:val="20"/>
        </w:rPr>
        <w:t>43:44  woh ek establish state hai. to hum kaise jeetenge is se? lekin phir bhi lad jate hain, kyunke emotional ho gaye hain, romantic ho gaye hain.</w:t>
      </w:r>
      <w:r>
        <w:br/>
      </w:r>
      <w:r>
        <w:rPr>
          <w:sz w:val="20"/>
        </w:rPr>
        <w:t>43:56  jo high profile bolta hai, usi ke peeche daurte hain. to is arab aalim ne kaha ke tum mat ladaai chhero, tum jeet nahi sakte, tum jeet nahi, yeh yeh yeh jeet nahi sakte, tum kaise jeetoge?</w:t>
      </w:r>
      <w:r>
        <w:br/>
      </w:r>
      <w:r>
        <w:rPr>
          <w:sz w:val="20"/>
        </w:rPr>
        <w:t>44:15  israel ek state hai, us ke paas army hai, us ki peeth par bohat si taakatein hain,</w:t>
      </w:r>
      <w:r>
        <w:br/>
      </w:r>
      <w:r>
        <w:rPr>
          <w:sz w:val="20"/>
        </w:rPr>
        <w:t>44:22  tum larke jeetoge kaise? to us ko kaha gaya ke yeh to ghaddar hai, yeh israel ka agent hai, yeh america ka patto hai, yeh to baatein kahi gayi is ke baray mein.</w:t>
      </w:r>
      <w:r>
        <w:br/>
      </w:r>
      <w:r>
        <w:rPr>
          <w:sz w:val="20"/>
        </w:rPr>
        <w:t>44:36  to us ne yeh she'r kaha, aur us ke baad ka khatma ho gaya ke sajalam qoumi anni laghasham wa muhammad tetaadal sajalam qoumi anni laghasham wa muhammad tetaadal lail fa sab waasil meri qoum jaan legi ke maine is ko dhoka nahi diya.</w:t>
      </w:r>
      <w:r>
        <w:br/>
      </w:r>
      <w:r>
        <w:rPr>
          <w:sz w:val="20"/>
        </w:rPr>
        <w:t>45:06  raat kehti hai lambi, aur phir bhi subah ho kar rehti hai. kuch dair tak tum is dhoke mein rahoge ke main tum ko ghaddari kar raha hoon, dhoka de raha hoon. nahi, aakhir mein khulega yeh baat</w:t>
      </w:r>
    </w:p>
    <w:p>
      <w:pPr>
        <w:pStyle w:val="Heading2"/>
      </w:pPr>
      <w:r>
        <w:t>Never disturbed: positivity amid fierce opposition</w:t>
      </w:r>
    </w:p>
    <w:p>
      <w:r>
        <w:rPr>
          <w:color w:val="666666"/>
          <w:sz w:val="18"/>
        </w:rPr>
        <w:t>CPS Mission Conference 2023 April 30, 2023 · 2m 28s · at 4:33 · https://youtu.be/sfTBajRastM?t=273</w:t>
      </w:r>
    </w:p>
    <w:p>
      <w:r>
        <w:rPr>
          <w:i/>
        </w:rPr>
        <w:t>“What impressed me the most was his conviction, his determination”</w:t>
      </w:r>
    </w:p>
    <w:p>
      <w:r>
        <w:rPr>
          <w:sz w:val="20"/>
        </w:rPr>
        <w:t>4:33  . yes, now i understand that he was an agent of the the enemies.</w:t>
      </w:r>
      <w:r>
        <w:br/>
      </w:r>
      <w:r>
        <w:rPr>
          <w:sz w:val="20"/>
        </w:rPr>
        <w:t>4:41  so that was a big problem.</w:t>
      </w:r>
      <w:r>
        <w:br/>
      </w:r>
      <w:r>
        <w:rPr>
          <w:sz w:val="20"/>
        </w:rPr>
        <w:t>4:43  but what what impressed me the most was his</w:t>
      </w:r>
      <w:r>
        <w:br/>
      </w:r>
      <w:r>
        <w:rPr>
          <w:sz w:val="20"/>
        </w:rPr>
        <w:t>4:50  his conviction, his determination,</w:t>
      </w:r>
      <w:r>
        <w:br/>
      </w:r>
      <w:r>
        <w:rPr>
          <w:sz w:val="20"/>
        </w:rPr>
        <w:t>4:55  and he and his positivity.</w:t>
      </w:r>
      <w:r>
        <w:br/>
      </w:r>
      <w:r>
        <w:rPr>
          <w:sz w:val="20"/>
        </w:rPr>
        <w:t>4:58  he took everything very very positively.</w:t>
      </w:r>
      <w:r>
        <w:br/>
      </w:r>
      <w:r>
        <w:rPr>
          <w:sz w:val="20"/>
        </w:rPr>
        <w:t>5:04  so he was never perturbed, he was never disturbed. he was so connected to god, and he he was firmly believed that god help will come,</w:t>
      </w:r>
      <w:r>
        <w:br/>
      </w:r>
      <w:r>
        <w:rPr>
          <w:sz w:val="20"/>
        </w:rPr>
        <w:t>5:18  and his message, he will be able to succeed in in communicating, in conveying god's message to the people.</w:t>
      </w:r>
      <w:r>
        <w:br/>
      </w:r>
      <w:r>
        <w:rPr>
          <w:sz w:val="20"/>
        </w:rPr>
        <w:t>5:29  so sometimes it happen after the his proposal for babri masjid. so people turn against him. they wanted to even kill him. so government provided security. even then, he was not disturbed. he just worked on and on, day and night</w:t>
      </w:r>
      <w:r>
        <w:br/>
      </w:r>
      <w:r>
        <w:rPr>
          <w:sz w:val="20"/>
        </w:rPr>
        <w:t>5:54  . sometimes i got up at night, and i saw his lights in his room. where was on. he was studying some</w:t>
      </w:r>
      <w:r>
        <w:br/>
      </w:r>
      <w:r>
        <w:rPr>
          <w:sz w:val="20"/>
        </w:rPr>
        <w:t>6:02  thing. he said, "whenever any idea comes to my mind, i want to to study in detail from source books, from encyclopedia, and see this idea, which i wanted. i want to write. i want to do some research before putting my pen to paper.</w:t>
      </w:r>
      <w:r>
        <w:br/>
      </w:r>
      <w:r>
        <w:rPr>
          <w:sz w:val="20"/>
        </w:rPr>
        <w:t>6:25  " so all the time he was busy, and i think he was too positive to be disturbed by any opposition. so and i still remember that the last word he uttered was positivity.</w:t>
      </w:r>
      <w:r>
        <w:br/>
      </w:r>
      <w:r>
        <w:rPr>
          <w:sz w:val="20"/>
        </w:rPr>
        <w:t>6:43  so that is why, in spite of so much opposition, he was able to continue his mission, and he finally god's help came in a big way, and he succeeded</w:t>
      </w:r>
    </w:p>
    <w:p>
      <w:pPr>
        <w:pStyle w:val="Heading2"/>
      </w:pPr>
      <w:r>
        <w:t>Muslims better off now than Mughal times</w:t>
      </w:r>
    </w:p>
    <w:p>
      <w:r>
        <w:rPr>
          <w:color w:val="666666"/>
          <w:sz w:val="18"/>
        </w:rPr>
        <w:t>Islam and Peace Voilence  27 7 08 · 2m 04s · at 1:20:19 · https://youtu.be/aNMv0hKp-lw?t=4819</w:t>
      </w:r>
    </w:p>
    <w:p>
      <w:r>
        <w:rPr>
          <w:i/>
        </w:rPr>
        <w:t>“Which Mughal ruler had a mobile phone”</w:t>
      </w:r>
    </w:p>
    <w:p>
      <w:r>
        <w:rPr>
          <w:sz w:val="20"/>
        </w:rPr>
        <w:t>1:20:19  their misguided leaders haan mein apna ek qissa bataoon aap ko aise bahut kai baar aise hue hain mere bahut baar yahi deen mein jahan mein rehta hoon ek sahib aaye ek baar milne ke liye badi gaadi pe aaye the woh hamare ghar ke saamne badi gaadi un ki khadi hui ab woh upar aaye woh khoob kapda achha kapda pehne hue the yani aalim wala kapda tha un ka bilkul safed aur topi</w:t>
      </w:r>
      <w:r>
        <w:br/>
      </w:r>
      <w:r>
        <w:rPr>
          <w:sz w:val="20"/>
        </w:rPr>
        <w:t>1:20:49  aur yeh woh khoob achhi health bhi thi un ki to baithe ab yeh baatein kar rahe the ke musalmanon ko zulm ho raha hai musalmanon par musalman bahut hi buri halat mein hain musalmanon ko koi job nahi hai musalmanon ko koi scope nahi hai yeh waghera waghera to khair woh bole chale ja rahe the aise hi ya is tarah qisse baar baar hui hain mere saath to un ke mobile jo tha un ki jeb mein us ki ghanti baji to nikala unhone aur baat kiya</w:t>
      </w:r>
      <w:r>
        <w:br/>
      </w:r>
      <w:r>
        <w:rPr>
          <w:sz w:val="20"/>
        </w:rPr>
        <w:t>1:21:19  tab mein bola mujhe yeh bataiye ke aap yaad karte hain mughal daur ko mughal daur ko badi cheez samajhte hain kis mughal ruler ke paas mobile hota tha bataiye is ka naam koi mughal ruler jo tha us ka mobile hota tha communication ke liye phir un ke haath bandhi hui thi golden wrist watch maine kaha kis mughal ruler ke paas aisi rich watch wrist watch hoti thi itni khoobsurat ghadi jab bandhi hui hai apne us par</w:t>
      </w:r>
      <w:r>
        <w:br/>
      </w:r>
      <w:r>
        <w:rPr>
          <w:sz w:val="20"/>
        </w:rPr>
        <w:t>1:21:51  phir unhone kaha kaun mughal ruler aisi car par baithta hai jo jis car par baith ke aap aaye hain hamare paas kis mughal shehenshah ke paas aisi car hoti thi phir woh jo kapda pehne hue hain aap mulk ka mulk ka bana hua kaun mughal ruler tha jo aisa kapda pehanta tha to aap log nashukri ki baat kyun karte hain yeh nahi kyun nahi kehte aap ke yani mughal rule khatam ho gaya hum is se bhi achhi halat mein aajayein is se bhi achhi halat mein aap hain to shukr kyun nahi karte aap</w:t>
      </w:r>
    </w:p>
    <w:p>
      <w:pPr>
        <w:pStyle w:val="Heading2"/>
      </w:pPr>
      <w:r>
        <w:t>Quran forbids provoking others, not punishing insults with violence</w:t>
      </w:r>
    </w:p>
    <w:p>
      <w:r>
        <w:rPr>
          <w:color w:val="666666"/>
          <w:sz w:val="18"/>
        </w:rPr>
        <w:t>Creative Solution or Ijtihadi Hal September 16, 2012 · 2m 29s · at 55:35 · https://youtu.be/yBKbiu0d_1A?t=3335</w:t>
      </w:r>
    </w:p>
    <w:p>
      <w:r>
        <w:rPr>
          <w:i/>
        </w:rPr>
        <w:t>“Nowhere does the Quran say kill those who insult”</w:t>
      </w:r>
    </w:p>
    <w:p>
      <w:r>
        <w:rPr>
          <w:sz w:val="20"/>
        </w:rPr>
        <w:t>55:35  Quran mein is ki kuch bhi asal nahi hai.</w:t>
      </w:r>
      <w:r>
        <w:br/>
      </w:r>
      <w:r>
        <w:rPr>
          <w:sz w:val="20"/>
        </w:rPr>
        <w:t>55:39  Kehti hai, bari hikmat ki baat Quran mein hai ke tum logon ko provoke na karo.</w:t>
      </w:r>
      <w:r>
        <w:br/>
      </w:r>
      <w:r>
        <w:rPr>
          <w:sz w:val="20"/>
        </w:rPr>
        <w:t>55:48  "La tasubbudhina yaduna min dunillahi fa yasubbudhahu adum bighairi ilmin". Yaani aye Musalmano, tum logon ko provoke na karo.</w:t>
      </w:r>
      <w:r>
        <w:br/>
      </w:r>
      <w:r>
        <w:rPr>
          <w:sz w:val="20"/>
        </w:rPr>
        <w:t>55:57  Kehti hai, hikmat ki baat hai ke woh kaha gaya, agar agar aap provoke nahi karein ge to situation normal rahe gi.</w:t>
      </w:r>
      <w:r>
        <w:br/>
      </w:r>
      <w:r>
        <w:rPr>
          <w:sz w:val="20"/>
        </w:rPr>
        <w:t>56:06  Jab normal rahe gi to dawat ke mawaqe khoob rahen ge. Hamesha dekhiye, provocation se baat barhti hai.</w:t>
      </w:r>
      <w:r>
        <w:br/>
      </w:r>
      <w:r>
        <w:rPr>
          <w:sz w:val="20"/>
        </w:rPr>
        <w:t>56:16  Agar aap logon ko provoke na karein to yeh nature hai, natural law of nature hai ke normal soorat-e-haal baqi rehti hai.</w:t>
      </w:r>
      <w:r>
        <w:br/>
      </w:r>
      <w:r>
        <w:rPr>
          <w:sz w:val="20"/>
        </w:rPr>
        <w:t>56:29  To normal soorat-e-haal ko jo cheez break karti hai, woh yeh hai ke aap koi provocative kaam karein, koi provocative statement dein, koi provocative action lein.</w:t>
      </w:r>
      <w:r>
        <w:br/>
      </w:r>
      <w:r>
        <w:rPr>
          <w:sz w:val="20"/>
        </w:rPr>
        <w:t>56:41  To Musalmanon ko mana kiya gaya hai ke tum is tarah ka koi provocative feel na karo taake normal soorat-e-haal baqi rahe, taake Islam ka jo peaceful mission hai, woh chalta rahe.</w:t>
      </w:r>
      <w:r>
        <w:br/>
      </w:r>
      <w:r>
        <w:rPr>
          <w:sz w:val="20"/>
        </w:rPr>
        <w:t>56:56  kehti hai, aham taleem hai yeh Islam mein.</w:t>
      </w:r>
      <w:r>
        <w:br/>
      </w:r>
      <w:r>
        <w:rPr>
          <w:sz w:val="20"/>
        </w:rPr>
        <w:t>57:00  to jo Quran mein likha hua nahi hai, woh Musalmanon ne daryaft kar rakha hai, aur jo Quran mein likha hua hai, us se woh be khabar hain.</w:t>
      </w:r>
      <w:r>
        <w:br/>
      </w:r>
      <w:r>
        <w:rPr>
          <w:sz w:val="20"/>
        </w:rPr>
        <w:t>57:08  kaisi ajeeb baat hai! yani jo cheez Quran mein sarr-e-se likhi bhi nahi hai, kahin bhi, woh unhon ne nikaal rakha hai Quran se khud saakhta taur par, aur jo Quran mein likha hua hai, us se woh be khabar hain</w:t>
      </w:r>
      <w:r>
        <w:br/>
      </w:r>
      <w:r>
        <w:rPr>
          <w:sz w:val="20"/>
        </w:rPr>
        <w:t>57:29  ke koi bhi harkat aap ko nahi karna chahiye jis se log provoke hon.</w:t>
      </w:r>
      <w:r>
        <w:br/>
      </w:r>
      <w:r>
        <w:rPr>
          <w:sz w:val="20"/>
        </w:rPr>
        <w:t>57:33  aakhri had tak aap ko is se bachna hai ke logon ko aap provoke karen aur normalcy khatam ho jaye. Normalcy ko Islam bohat zyada importance deta hai.</w:t>
      </w:r>
      <w:r>
        <w:br/>
      </w:r>
      <w:r>
        <w:rPr>
          <w:sz w:val="20"/>
        </w:rPr>
        <w:t>57:45  Normalcy, peace, achhe taluqat, kyunke is tarah ki jab fiza hogi, tabhi constitutive kaam hoga, tabhi dawat ka kaam hoga, tabhi log Islam ko study karenge, Islam ko samjhenge.</w:t>
      </w:r>
    </w:p>
    <w:p>
      <w:pPr>
        <w:pStyle w:val="Heading2"/>
      </w:pPr>
      <w:r>
        <w:t>Prophet's humility despite divine forgiveness</w:t>
      </w:r>
    </w:p>
    <w:p>
      <w:r>
        <w:rPr>
          <w:color w:val="666666"/>
          <w:sz w:val="18"/>
        </w:rPr>
        <w:t>The Character of a Dayee 4 March 2012 - Maulana Wahiduddin Khan · 1m 50s · at 27:22 · https://youtu.be/YtavJpVNbEM?t=1642</w:t>
      </w:r>
    </w:p>
    <w:p>
      <w:r>
        <w:rPr>
          <w:i/>
        </w:rPr>
        <w:t>“Yeh maine kaise samjha is cheez ko?”</w:t>
      </w:r>
    </w:p>
    <w:p>
      <w:r>
        <w:rPr>
          <w:sz w:val="20"/>
        </w:rPr>
        <w:t>27:22  yeh mein ne kaise samjha is cheez ko? dekhiye, aap Quran mein Rasool Allah salallahu alaihi wasallam ke bare mein hai, Surah Al-Fateh mein.</w:t>
      </w:r>
      <w:r>
        <w:br/>
      </w:r>
      <w:r>
        <w:rPr>
          <w:sz w:val="20"/>
        </w:rPr>
        <w:t>27:35  yani Rasool Allah ko Allah taala ne saaf saaf keh diya ke tere pichle gunah maaf, aage bhi gunah maaf.</w:t>
      </w:r>
      <w:r>
        <w:br/>
      </w:r>
      <w:r>
        <w:rPr>
          <w:sz w:val="20"/>
        </w:rPr>
        <w:t>27:46  Surah Al-Fateh mein.</w:t>
      </w:r>
      <w:r>
        <w:br/>
      </w:r>
      <w:r>
        <w:rPr>
          <w:sz w:val="20"/>
        </w:rPr>
        <w:t>27:50  kaisi ajeeb baat hai.</w:t>
      </w:r>
      <w:r>
        <w:br/>
      </w:r>
      <w:r>
        <w:rPr>
          <w:sz w:val="20"/>
        </w:rPr>
        <w:t>27:54  yani Allah taala ne khud Surah Al-Fateh mein ailan kar diya ke aye paygambar! tere peeche wale gunah bhi maaf, aage wale bhi gunah maaf.</w:t>
      </w:r>
      <w:r>
        <w:br/>
      </w:r>
      <w:r>
        <w:rPr>
          <w:sz w:val="20"/>
        </w:rPr>
        <w:t>28:05  is ke bawajood jante hain kya haal hua aap ka? hadith mein aata hai ke wallah la adri, wallah la adri, wallah la adri, wa ana rasool Allah,</w:t>
      </w:r>
      <w:r>
        <w:br/>
      </w:r>
      <w:r>
        <w:rPr>
          <w:sz w:val="20"/>
        </w:rPr>
        <w:t>28:19  ma yafaloon bi wa la bikum .</w:t>
      </w:r>
      <w:r>
        <w:br/>
      </w:r>
      <w:r>
        <w:rPr>
          <w:sz w:val="20"/>
        </w:rPr>
        <w:t>28:26  khuda ki qasam, main nahin janta. khuda ki qasam, main nahin janta. khuda ki qasam, main nahin janta. agarchay main Allah ka rasool hoon.</w:t>
      </w:r>
      <w:r>
        <w:br/>
      </w:r>
      <w:r>
        <w:rPr>
          <w:sz w:val="20"/>
        </w:rPr>
        <w:t>28:40  kya kiya jayega mere sath? kya kiya jayega tumhare sath? sahaba se kaha aap ne. aap ghore kijiye ke woh insan jis ke liye khud khuda ne apni kitab mein keh diya ho ke aye bakhsh, aye peghambar!</w:t>
      </w:r>
      <w:r>
        <w:br/>
      </w:r>
      <w:r>
        <w:rPr>
          <w:sz w:val="20"/>
        </w:rPr>
        <w:t>28:52  tujh ko hum ne bakhsh diya. woh keh raha hai apne baray mein ke main kuch nahin janta.</w:t>
      </w:r>
      <w:r>
        <w:br/>
      </w:r>
      <w:r>
        <w:rPr>
          <w:sz w:val="20"/>
        </w:rPr>
        <w:t>28:58  aye isi ko main kehta hoon, mixture of opposites. kaisa ek momin nibhata hai is cheez ko?</w:t>
      </w:r>
    </w:p>
    <w:p>
      <w:pPr>
        <w:pStyle w:val="Heading2"/>
      </w:pPr>
      <w:r>
        <w:t>Jewish scholars' own extremism created harsh rules, not Moses' law</w:t>
      </w:r>
    </w:p>
    <w:p>
      <w:r>
        <w:rPr>
          <w:color w:val="666666"/>
          <w:sz w:val="18"/>
        </w:rPr>
        <w:t>The Companions and the Hadith Scholars June 24, 2012 · 1m 46s · at 8:24 · https://youtu.be/Dj4QiYnxgBs?t=504</w:t>
      </w:r>
    </w:p>
    <w:p>
      <w:r>
        <w:rPr>
          <w:i/>
        </w:rPr>
        <w:t>“Yahudi logon ka masla tha ke kapre mein agar urine lag jaye”</w:t>
      </w:r>
    </w:p>
    <w:p>
      <w:r>
        <w:rPr>
          <w:sz w:val="20"/>
        </w:rPr>
        <w:t>8:24  ne jo sakht qism ke masail bana rakhe the, is ki taraf ishara hai ke Rasool Allah ne woh deen diya jo fitrat ka deen tha, jo tamam anbiya par aya tha.</w:t>
      </w:r>
      <w:r>
        <w:br/>
      </w:r>
      <w:r>
        <w:rPr>
          <w:sz w:val="20"/>
        </w:rPr>
        <w:t>8:38  aur jo Yahoodi ulama ne, jo is mein apni taraf se izafa kar ke jo sakhtiyan paida kar rakhi thin, yani apne conservative approach ki wajah se, is se pak kar diya.</w:t>
      </w:r>
      <w:r>
        <w:br/>
      </w:r>
      <w:r>
        <w:rPr>
          <w:sz w:val="20"/>
        </w:rPr>
        <w:t>8:52  misal ke tor par dekhiye, Yahoodi logon ka yeh masla tha ke kapde mein agar bawl lag jaye, bawl ka matlab hota hai urine, urine lag jaye to woh dhokar saaf nahi hota tha.</w:t>
      </w:r>
      <w:r>
        <w:br/>
      </w:r>
      <w:r>
        <w:rPr>
          <w:sz w:val="20"/>
        </w:rPr>
        <w:t>9:10  un ka masla banate, yani yeh Islami jo shariat Muslim, Muslim nahi thi. yeh</w:t>
      </w:r>
      <w:r>
        <w:br/>
      </w:r>
      <w:r>
        <w:rPr>
          <w:sz w:val="20"/>
        </w:rPr>
        <w:t>9:17  aisa nahi ke sab shariat Muslim bohat sakht thi aur shariat Muhammadi naram kar di gayi, yeh matlab nahi hai is ka. balke Yahudiyon ke ulama ne apne taqashshuf ki wajah se, apne conservatives ki wajah se, apne extremism ki wajah se aise masail bana rakhe the ke agar yahan par lag gaya gandagi to us ko baghair kaate woh safai nahi hogi.</w:t>
      </w:r>
      <w:r>
        <w:br/>
      </w:r>
      <w:r>
        <w:rPr>
          <w:sz w:val="20"/>
        </w:rPr>
        <w:t>9:45  itna hissa kaat kar phenk dena parega aap ko. yeh tha shariat Musa ka masla nahi tha yeh, balke Yahoodi ulama ka apna ghulu tha,</w:t>
      </w:r>
      <w:r>
        <w:br/>
      </w:r>
      <w:r>
        <w:rPr>
          <w:sz w:val="20"/>
        </w:rPr>
        <w:t>9:59  un ka extremism tha jis ki wajah se yeh masail bane. to woh aik alag cheez hai. Surah Al-Baqarah ki aayat ka taluq is se nahi hai.</w:t>
      </w:r>
    </w:p>
    <w:p>
      <w:pPr>
        <w:pStyle w:val="Heading2"/>
      </w:pPr>
      <w:r>
        <w:t>Prophet's hadith on managing anger before deciding anything</w:t>
      </w:r>
    </w:p>
    <w:p>
      <w:r>
        <w:rPr>
          <w:color w:val="666666"/>
          <w:sz w:val="18"/>
        </w:rPr>
        <w:t>Choice Between Right and Wrong Battlefield January 26, 2007 Maulana Wahiddduin Khan · 2m 41s · at 25:06 · https://youtu.be/F-onKK3Ibcc?t=1506</w:t>
      </w:r>
    </w:p>
    <w:p>
      <w:r>
        <w:rPr>
          <w:i/>
        </w:rPr>
        <w:t>“A man asked the Prophet for one master piece of advice”</w:t>
      </w:r>
    </w:p>
    <w:p>
      <w:r>
        <w:rPr>
          <w:sz w:val="20"/>
        </w:rPr>
        <w:t>25:06  rasool Allah ki ek choti si hadith hai. ek shakhs aata hai, aap se poochta hai ke ya rasool Allah aalimm-ni kalimaat aish bain wa la tuqassir 'alayya fa-ins</w:t>
      </w:r>
      <w:r>
        <w:br/>
      </w:r>
      <w:r>
        <w:rPr>
          <w:sz w:val="20"/>
        </w:rPr>
        <w:t>25:21  iska matlab yeh hai, translation nahi, matlab ke O Prophet, give me a master advice by which I may be able to manage all the affairs of my life</w:t>
      </w:r>
      <w:r>
        <w:br/>
      </w:r>
      <w:r>
        <w:rPr>
          <w:sz w:val="20"/>
        </w:rPr>
        <w:t>25:38  woh poochne wala yeh poochta hai. aap kehte hain la taghzab ghussa na karo Don't be angry</w:t>
      </w:r>
      <w:r>
        <w:br/>
      </w:r>
      <w:r>
        <w:rPr>
          <w:sz w:val="20"/>
        </w:rPr>
        <w:t>25:51  iska matlab kya hai? iska matlab yeh hai ke jab tumhein ghussa aajaye to us waqt tak koi decision na lo jab tak ke ghussa khatam na kar lo.</w:t>
      </w:r>
      <w:r>
        <w:br/>
      </w:r>
      <w:r>
        <w:rPr>
          <w:sz w:val="20"/>
        </w:rPr>
        <w:t>26:04  dekhein, jab ghussa aajaye to mujhe kya karna hai? do cheez ke beech mein option hota hai. do cheez ke beech mein. revenge aur ghusse ko manage karna.</w:t>
      </w:r>
      <w:r>
        <w:br/>
      </w:r>
      <w:r>
        <w:rPr>
          <w:sz w:val="20"/>
        </w:rPr>
        <w:t>26:18  yaani ghusse ki halat mein action kar daaloon main. ghusse ki halat mein kood padoon main. ghusse ki halat mein kuch karne lagoon to is ka naam hai revenge.</w:t>
      </w:r>
      <w:r>
        <w:br/>
      </w:r>
      <w:r>
        <w:rPr>
          <w:sz w:val="20"/>
        </w:rPr>
        <w:t>26:29  yeh nahi. pehla kaam yeh nahi hai. pehla kaam yeh hai ke aap apne ghusse ko manage karein.</w:t>
      </w:r>
      <w:r>
        <w:br/>
      </w:r>
      <w:r>
        <w:rPr>
          <w:sz w:val="20"/>
        </w:rPr>
        <w:t>26:40  al-kaazhimina al-ghayz pehla kaam yeh hai ke ghusse ko pee jayein. ghusse ko manage karein. jaise main kya karta hoon</w:t>
      </w:r>
      <w:r>
        <w:br/>
      </w:r>
      <w:r>
        <w:rPr>
          <w:sz w:val="20"/>
        </w:rPr>
        <w:t>26:47  ? mujhe bhi ghussa aata hai apne ghar mein. to main kya karta hoon? jaise hi ghussa aaya, pehla kaam yeh karta hoon ke main chup ho jata hoon.</w:t>
      </w:r>
      <w:r>
        <w:br/>
      </w:r>
      <w:r>
        <w:rPr>
          <w:sz w:val="20"/>
        </w:rPr>
        <w:t>26:58  ek dum chup ho jaunga main. jab yeh chup aajaye, main chup ho jaon to samajh lein ke mujhe bohat ziyada ghussa aa gaya hai. aur phir foran main chala jaunga bahar, balcony mere ghar ke samne hai, wahan.</w:t>
      </w:r>
      <w:r>
        <w:br/>
      </w:r>
      <w:r>
        <w:rPr>
          <w:sz w:val="20"/>
        </w:rPr>
        <w:t>27:12  chup ho kar wahan ja kar ke wahan walk karunga.</w:t>
      </w:r>
      <w:r>
        <w:br/>
      </w:r>
      <w:r>
        <w:rPr>
          <w:sz w:val="20"/>
        </w:rPr>
        <w:t>27:16  us waqt tak walk karunga jab tak mera ghussa thanda na ho jaye. phir lotunga. phir jo mujhe decision lena hai, woh decision lunga.</w:t>
      </w:r>
      <w:r>
        <w:br/>
      </w:r>
      <w:r>
        <w:rPr>
          <w:sz w:val="20"/>
        </w:rPr>
        <w:t>27:27  ek simple sa formula yeh hai. lekin duniya bhar mein shayad bohat hi kam log honge jo is formula par amal karte hon. ke jab ghussa aajaye aap ko to aap kya kijiye?</w:t>
      </w:r>
      <w:r>
        <w:br/>
      </w:r>
      <w:r>
        <w:rPr>
          <w:sz w:val="20"/>
        </w:rPr>
        <w:t>27:39  pehlay ghusse ko manage kijiye. na ke aap jis ne ghussa dilaya hai, us ke khilaf action lene lagein.</w:t>
      </w:r>
    </w:p>
    <w:p>
      <w:pPr>
        <w:pStyle w:val="Heading2"/>
      </w:pPr>
      <w:r>
        <w:t>Ta'if stoning and refusing the angel's offer</w:t>
      </w:r>
    </w:p>
    <w:p>
      <w:r>
        <w:rPr>
          <w:color w:val="666666"/>
          <w:sz w:val="18"/>
        </w:rPr>
        <w:t>Freedom of Expression in Islam April 1, 2007 Maulana Wahiduddin Khan · 2m 31s · at 29:05 · https://youtu.be/k-gj-Uu0sqA?t=1745</w:t>
      </w:r>
    </w:p>
    <w:p>
      <w:r>
        <w:rPr>
          <w:i/>
        </w:rPr>
        <w:t>“So he went to Ta'if, thinking people there might differ”</w:t>
      </w:r>
    </w:p>
    <w:p>
      <w:r>
        <w:rPr>
          <w:sz w:val="20"/>
        </w:rPr>
        <w:t>29:05  to aap ne kya kiya aap ne socha ke mein koi aur jagah dhoondoon aap taif gaye taif mein taif aik town tha</w:t>
      </w:r>
      <w:r>
        <w:br/>
      </w:r>
      <w:r>
        <w:rPr>
          <w:sz w:val="20"/>
        </w:rPr>
        <w:t>29:19  aap ne samjha ke shayad yahan par log jo hain kuch wo yani different hon yahan ke log to in logon ne to aur bhi ziyada yani wo log aur bhi ziyada negative niklay yahan tak unhon ne pathar maar kar aap ko bhaga diya</w:t>
      </w:r>
      <w:r>
        <w:br/>
      </w:r>
      <w:r>
        <w:rPr>
          <w:sz w:val="20"/>
        </w:rPr>
        <w:t>29:42  ab jab bahar aaye aap to us waqt aap ko angel aaya aap ke paas khuda ke bheja hua angel ne kaha ke ke i am i am i am angel of mountains</w:t>
      </w:r>
      <w:r>
        <w:br/>
      </w:r>
      <w:r>
        <w:rPr>
          <w:sz w:val="20"/>
        </w:rPr>
        <w:t>30:00  yani mountain ka mein malik ul jabal hoon mountain par mera control hai paharon par mera control hai</w:t>
      </w:r>
      <w:r>
        <w:br/>
      </w:r>
      <w:r>
        <w:rPr>
          <w:sz w:val="20"/>
        </w:rPr>
        <w:t>30:09  to agar aap kahein to yeh jo taif hai idhar bhi mountain idhar hi mountain is ki dono taraf mountain thay to mein dono ko mila doon aise hi is ke andar taif ke log crippled ho kar reh jayein</w:t>
      </w:r>
      <w:r>
        <w:br/>
      </w:r>
      <w:r>
        <w:rPr>
          <w:sz w:val="20"/>
        </w:rPr>
        <w:t>30:29  yani i have power to cripple all those people who living in taif i am angel of mountain</w:t>
      </w:r>
      <w:r>
        <w:br/>
      </w:r>
      <w:r>
        <w:rPr>
          <w:sz w:val="20"/>
        </w:rPr>
        <w:t>30:40  prophet ne kaha ke nahi</w:t>
      </w:r>
      <w:r>
        <w:br/>
      </w:r>
      <w:r>
        <w:rPr>
          <w:sz w:val="20"/>
        </w:rPr>
        <w:t>30:44  nahi kyun aap ne kaha ke mujhe yeh yani mujhe yeh mein samajhta hoon ke yeh un ki jo agli generation hogi wo generation samjhe gi baat ko wo mera saath de gi wo mere deen ko pakray gi wo nishaa god ko manay gi</w:t>
      </w:r>
      <w:r>
        <w:br/>
      </w:r>
      <w:r>
        <w:rPr>
          <w:sz w:val="20"/>
        </w:rPr>
        <w:t>31:07  ab dekhein ke prophet jo tha wo agli generation tak apne hope ko extend kiye hue tha</w:t>
      </w:r>
      <w:r>
        <w:br/>
      </w:r>
      <w:r>
        <w:rPr>
          <w:sz w:val="20"/>
        </w:rPr>
        <w:t>31:16  yani he was able to extend his hopes up to the next generation yeh hai manage karna problem ko aur phir is ka result nikla ke saray saray taif jo thay sab ke sab aap ke saathi ban gaye baat ko</w:t>
      </w:r>
    </w:p>
    <w:p>
      <w:pPr>
        <w:pStyle w:val="Heading2"/>
      </w:pPr>
      <w:r>
        <w:t>Prerequisites for final prophethood</w:t>
      </w:r>
    </w:p>
    <w:p>
      <w:r>
        <w:rPr>
          <w:color w:val="666666"/>
          <w:sz w:val="18"/>
        </w:rPr>
        <w:t>Maqaam-E-Mahmood (A Praiseworthy State ) 16 March 2007 - Maulana Wahiduddin Khan · 1m 36s · at 10:09 · https://youtu.be/aSv5G5V2X8U?t=609</w:t>
      </w:r>
    </w:p>
    <w:p>
      <w:r>
        <w:rPr>
          <w:i/>
        </w:rPr>
        <w:t>“To be the final prophet prerequisites were needed”</w:t>
      </w:r>
    </w:p>
    <w:p>
      <w:r>
        <w:rPr>
          <w:sz w:val="20"/>
        </w:rPr>
        <w:t>10:09  prophet, aap final prophet bana diye gaye. ab is ke baad koi prophet aane wala nahi hai. to aap is mein samajh lijiye ke final prophet banane ke liye kuch aur prerequisites the, kuch aur baatein thi jo honi chahiye.</w:t>
      </w:r>
      <w:r>
        <w:br/>
      </w:r>
      <w:r>
        <w:rPr>
          <w:sz w:val="20"/>
        </w:rPr>
        <w:t>10:29  yani Quran mehfooz book ho, aap ki zindagi mehfooz ho, aap history mein record ho aap ka. ye sari cheezein agar na hon to final prophet banane ka koi matlab nahi rakhta.</w:t>
      </w:r>
      <w:r>
        <w:br/>
      </w:r>
      <w:r>
        <w:rPr>
          <w:sz w:val="20"/>
        </w:rPr>
        <w:t>10:44  lekin final prophet banane mein</w:t>
      </w:r>
      <w:r>
        <w:br/>
      </w:r>
      <w:r>
        <w:rPr>
          <w:sz w:val="20"/>
        </w:rPr>
        <w:t>10:49  koi ginti ki baat nahi hai ke ek, do, teen, char, panch, chhe, saat, aath, nau, das, ab bas aakhri ho gaya.</w:t>
      </w:r>
      <w:r>
        <w:br/>
      </w:r>
      <w:r>
        <w:rPr>
          <w:sz w:val="20"/>
        </w:rPr>
        <w:t>10:59  Final prophet ka matlab final ginti nahi hai. is ka matlab hai ke history mein wo record ho,</w:t>
      </w:r>
      <w:r>
        <w:br/>
      </w:r>
      <w:r>
        <w:rPr>
          <w:sz w:val="20"/>
        </w:rPr>
        <w:t>11:08  aik jana bojha prophet ho, har cheez is ki woh maloom ho, well known ho. koi cheez mystery na ho, sab kuch pata ho.</w:t>
      </w:r>
      <w:r>
        <w:br/>
      </w:r>
      <w:r>
        <w:rPr>
          <w:sz w:val="20"/>
        </w:rPr>
        <w:t>11:20  agar hum janna chahein ke woh prophet kya tha, us ki taleem kya thi,</w:t>
      </w:r>
      <w:r>
        <w:br/>
      </w:r>
      <w:r>
        <w:rPr>
          <w:sz w:val="20"/>
        </w:rPr>
        <w:t>11:26  us ke saathi kon thay, yeh saari baatein hamein recorded history se maloom ho jayen, tab hi woh final prophet banega.</w:t>
      </w:r>
      <w:r>
        <w:br/>
      </w:r>
      <w:r>
        <w:rPr>
          <w:sz w:val="20"/>
        </w:rPr>
        <w:t>11:36  warna phir final prophet nahi ban sakta. to yeh bohat ahem baat hai is ko samajhna chahiye.</w:t>
      </w:r>
    </w:p>
    <w:p>
      <w:pPr>
        <w:pStyle w:val="Heading2"/>
      </w:pPr>
      <w:r>
        <w:t>Yusuf's early life from shepherd to slave</w:t>
      </w:r>
    </w:p>
    <w:p>
      <w:r>
        <w:rPr>
          <w:color w:val="666666"/>
          <w:sz w:val="18"/>
        </w:rPr>
        <w:t>Story of the Prophet Yusuf May 11, 2014 Maulana Wahiduddin Khan · 2m 35s · at 6:14 · https://youtu.be/2alsBthUWhw?t=374</w:t>
      </w:r>
    </w:p>
    <w:p>
      <w:r>
        <w:rPr>
          <w:i/>
        </w:rPr>
        <w:t>“Ab aap ghour kijiye ye story kya thi”</w:t>
      </w:r>
    </w:p>
    <w:p>
      <w:r>
        <w:rPr>
          <w:sz w:val="20"/>
        </w:rPr>
        <w:t>6:14  ab aap ghor kijiye ke yeh story kya thi.</w:t>
      </w:r>
      <w:r>
        <w:br/>
      </w:r>
      <w:r>
        <w:rPr>
          <w:sz w:val="20"/>
        </w:rPr>
        <w:t>6:23  story batati hai ke aik insan paida hota hai kannan mein. kannan aik maqam hai jo sham aur falasteen ke darmiyan hai.</w:t>
      </w:r>
      <w:r>
        <w:br/>
      </w:r>
      <w:r>
        <w:rPr>
          <w:sz w:val="20"/>
        </w:rPr>
        <w:t>6:35  woh ek gaon tha. ek gaon tha un ka jo zariya tha woh sirf bakri charana. bakri charain din bhar sham ko is ka doodh pee lain aur so jayen.</w:t>
      </w:r>
      <w:r>
        <w:br/>
      </w:r>
      <w:r>
        <w:rPr>
          <w:sz w:val="20"/>
        </w:rPr>
        <w:t>6:50  aaj hum mein koi shakhs nahi hai jis ka jis ki yeh kahani ho ke din bhar bakri charao aur sham ko is ka doodh pee kar so jao.</w:t>
      </w:r>
      <w:r>
        <w:br/>
      </w:r>
      <w:r>
        <w:rPr>
          <w:sz w:val="20"/>
        </w:rPr>
        <w:t>7:00  aaj aap ko ajeeb lage ga lekin is naujawan ka yahi tha aaghaz.</w:t>
      </w:r>
      <w:r>
        <w:br/>
      </w:r>
      <w:r>
        <w:rPr>
          <w:sz w:val="20"/>
        </w:rPr>
        <w:t>7:09  ke ek gaon mein paida hua ek mamooli gaon mein. aur wahan par woh un ka jo ek hi zariya tha woh hai bakriyan paalna bakriyan charana aur is ka doodh pee kar ke pait bhar lein.</w:t>
      </w:r>
      <w:r>
        <w:br/>
      </w:r>
      <w:r>
        <w:rPr>
          <w:sz w:val="20"/>
        </w:rPr>
        <w:t>7:25  is ke baad kya hua</w:t>
      </w:r>
      <w:r>
        <w:br/>
      </w:r>
      <w:r>
        <w:rPr>
          <w:sz w:val="20"/>
        </w:rPr>
        <w:t>7:29  ke is naujawan ko jis ka naam yusuf tha is ke bhaiyon ne is ko bhaiyon ko jealousy ho gayi is se.</w:t>
      </w:r>
      <w:r>
        <w:br/>
      </w:r>
      <w:r>
        <w:rPr>
          <w:sz w:val="20"/>
        </w:rPr>
        <w:t>7:38  kyun ke baap un ka bohat manta tha. to out of jealousy unhon ne yusuf ko le kar ke ek kunwein mein daal diya.</w:t>
      </w:r>
      <w:r>
        <w:br/>
      </w:r>
      <w:r>
        <w:rPr>
          <w:sz w:val="20"/>
        </w:rPr>
        <w:t>7:47  aisa kunwein jahan pani nahi tha sokha kunwein to kunwein mein daal diya. ke isi mein para para khatam ho jaye.</w:t>
      </w:r>
      <w:r>
        <w:br/>
      </w:r>
      <w:r>
        <w:rPr>
          <w:sz w:val="20"/>
        </w:rPr>
        <w:t>7:58  is</w:t>
      </w:r>
      <w:r>
        <w:br/>
      </w:r>
      <w:r>
        <w:rPr>
          <w:sz w:val="20"/>
        </w:rPr>
        <w:t>7:59  ke baad kya hua jaisa ke aap jante hain ghaliban is qisse ko ke kuch traders hotay thay guzray unhon ne wahan par pani lene ke liye dol daala to is mein ek naujawan tha us ko nikala unhon ne bahar</w:t>
      </w:r>
      <w:r>
        <w:br/>
      </w:r>
      <w:r>
        <w:rPr>
          <w:sz w:val="20"/>
        </w:rPr>
        <w:t>8:22  . to unhon ne us waqt le kar ke misr ke market mein ek saman tijarat ke tor par bech diya.</w:t>
      </w:r>
      <w:r>
        <w:br/>
      </w:r>
      <w:r>
        <w:rPr>
          <w:sz w:val="20"/>
        </w:rPr>
        <w:t>8:33  ek commodity jaise commodity hoti hai ke koi ya dehat sari bechi jati hai. glass mein becha jata hai. aise ek ek tijarti saman ke tor par le kar is ko market mein bech diya.</w:t>
      </w:r>
    </w:p>
    <w:p>
      <w:pPr>
        <w:pStyle w:val="Heading2"/>
      </w:pPr>
      <w:r>
        <w:t>Prophet Joseph's de-linking under polytheist king</w:t>
      </w:r>
    </w:p>
    <w:p>
      <w:r>
        <w:rPr>
          <w:color w:val="666666"/>
          <w:sz w:val="18"/>
        </w:rPr>
        <w:t>Art of De-Linking May 6, 2007 Maulana Wahiduddin Khan · 1m 24s · at 20:31 · https://youtu.be/cvzrpk4qFus?t=1231</w:t>
      </w:r>
    </w:p>
    <w:p>
      <w:r>
        <w:rPr>
          <w:i/>
        </w:rPr>
        <w:t>“Prophet Joseph adopted de-linking policy”</w:t>
      </w:r>
    </w:p>
    <w:p>
      <w:r>
        <w:rPr>
          <w:sz w:val="20"/>
        </w:rPr>
        <w:t>20:31  main sirf yeh baat kehna chahta hoon yahan par ke agarchay king jo tha, woh mushrik tha, idol worshipper tha aur hazrat yusuf jo thay, woh muwahid thay, oneness of god ko manane wale,</w:t>
      </w:r>
      <w:r>
        <w:br/>
      </w:r>
      <w:r>
        <w:rPr>
          <w:sz w:val="20"/>
        </w:rPr>
        <w:t>20:47  phir bhi unhon ne is offer ko le liya. is offer ko phir bhi le liya. yeh kab possible hua? unhon ne jab delinking policy apnai.</w:t>
      </w:r>
      <w:r>
        <w:br/>
      </w:r>
      <w:r>
        <w:rPr>
          <w:sz w:val="20"/>
        </w:rPr>
        <w:t>20:57  yani king mushrik hai, main muwahid hoon, king idol worshipper hai, main khuda ko ibadat karne wala hoon.</w:t>
      </w:r>
      <w:r>
        <w:br/>
      </w:r>
      <w:r>
        <w:rPr>
          <w:sz w:val="20"/>
        </w:rPr>
        <w:t>21:09  yeh to bohat hi bara issue tha, lekin unhon ne delink kiya. is ko</w:t>
      </w:r>
      <w:r>
        <w:br/>
      </w:r>
      <w:r>
        <w:rPr>
          <w:sz w:val="20"/>
        </w:rPr>
        <w:t>21:17  delinking policy apnai, tabhi to woh offer ko unhon ne accept kar liya. aur is king ke tehat, jo king ke mushrik tha, aik muwahid peghamabar barabar apna role karta raha.</w:t>
      </w:r>
      <w:r>
        <w:br/>
      </w:r>
      <w:r>
        <w:rPr>
          <w:sz w:val="20"/>
        </w:rPr>
        <w:t>21:33  yani agricultural jo product thi, un ko ikattha kiya, un ko manage kiya aur kai saal tak is ko unhon ne is is is department mein, yani food ministry ke department ko chalaya.</w:t>
      </w:r>
      <w:r>
        <w:br/>
      </w:r>
      <w:r>
        <w:rPr>
          <w:sz w:val="20"/>
        </w:rPr>
        <w:t>21:46  yeh aik bohat hi clear misaal hai delinking policy ki, jo aap dekh sakte hain bible mein bhi aur quran mein bhi.</w:t>
      </w:r>
    </w:p>
    <w:p>
      <w:pPr>
        <w:pStyle w:val="Heading2"/>
      </w:pPr>
      <w:r>
        <w:t>How refusing to accept the lesser evil sparks riots</w:t>
      </w:r>
    </w:p>
    <w:p>
      <w:r>
        <w:rPr>
          <w:color w:val="666666"/>
          <w:sz w:val="18"/>
        </w:rPr>
        <w:t>Creative Solution or Ijtihadi Hal September 16, 2012 · 2m 56s · at 1:11:29 · https://youtu.be/yBKbiu0d_1A?t=4289</w:t>
      </w:r>
    </w:p>
    <w:p>
      <w:r>
        <w:rPr>
          <w:i/>
        </w:rPr>
        <w:t>“Muslims demand route changes, then riots erupt”</w:t>
      </w:r>
    </w:p>
    <w:p>
      <w:r>
        <w:rPr>
          <w:sz w:val="20"/>
        </w:rPr>
        <w:t>1:11:29  ab aap dekhiye, kamra right ko kya hota hai?</w:t>
      </w:r>
      <w:r>
        <w:br/>
      </w:r>
      <w:r>
        <w:rPr>
          <w:sz w:val="20"/>
        </w:rPr>
        <w:t>1:11:32  99 feesad cases mein kya hota hai ke musalman mutalba karte hain ke route badlo, route badlo.</w:t>
      </w:r>
      <w:r>
        <w:br/>
      </w:r>
      <w:r>
        <w:rPr>
          <w:sz w:val="20"/>
        </w:rPr>
        <w:t>1:11:42  achha, woh route nahi badalne pe tayyar hote ya kehte hain ke sahib, lord square par bhajan band karo. woh band karne pe tayyar nahi hote.</w:t>
      </w:r>
      <w:r>
        <w:br/>
      </w:r>
      <w:r>
        <w:rPr>
          <w:sz w:val="20"/>
        </w:rPr>
        <w:t>1:11:54  to kya karte hain? is ke baad ja ke rokte aur tokte hain. wahan par</w:t>
      </w:r>
      <w:r>
        <w:br/>
      </w:r>
      <w:r>
        <w:rPr>
          <w:sz w:val="20"/>
        </w:rPr>
        <w:t>1:12:00  aap jaise hi aap roka toke ga, jaise hi aap un ko, yani violence karein, koi kisi qism ka ke aap ko pathar maar dein ya aap un ka un ka lord square tod dein, to foran kya hota hai?</w:t>
      </w:r>
      <w:r>
        <w:br/>
      </w:r>
      <w:r>
        <w:rPr>
          <w:sz w:val="20"/>
        </w:rPr>
        <w:t>1:12:17  woh police case ban jata hai. jab juloos nikalta hai, zyada tar juloos hi mein jhagde hote hain.</w:t>
      </w:r>
      <w:r>
        <w:br/>
      </w:r>
      <w:r>
        <w:rPr>
          <w:sz w:val="20"/>
        </w:rPr>
        <w:t>1:12:24  jab juloos nikalta hai to us waqt kya case hota hai? ke masla hota hai, yani juloos versus police.</w:t>
      </w:r>
      <w:r>
        <w:br/>
      </w:r>
      <w:r>
        <w:rPr>
          <w:sz w:val="20"/>
        </w:rPr>
        <w:t>1:12:33  wahan police hoti hai juloos ko control karne ke liye. musalman kya karte hain? ke route badlo. idhar hamari masjid hai, idhar hamara mohalla hai.</w:t>
      </w:r>
      <w:r>
        <w:br/>
      </w:r>
      <w:r>
        <w:rPr>
          <w:sz w:val="20"/>
        </w:rPr>
        <w:t>1:12:44  to woh raazi nahi hote. to police se kehte hain ke in ko badalwao, idhar le jaao in ko. police kehti hai ke hum nahi badal sakte, hamare bas mein nahi</w:t>
      </w:r>
      <w:r>
        <w:br/>
      </w:r>
      <w:r>
        <w:rPr>
          <w:sz w:val="20"/>
        </w:rPr>
        <w:t>1:12:52  hai. to police ko pathar maarte hain. pathar maarte hi kya hota hai? ke jo case pehle tha, juloos versus police, ab ho jata hai Muslim versus police.</w:t>
      </w:r>
      <w:r>
        <w:br/>
      </w:r>
      <w:r>
        <w:rPr>
          <w:sz w:val="20"/>
        </w:rPr>
        <w:t>1:13:06  ab khwamkhwah apne ko aap wale mujhe bar ki situation ban jati hai. wahan par abhi recently jo fasad hua tha UK mein, woh kya hua tha?</w:t>
      </w:r>
      <w:r>
        <w:br/>
      </w:r>
      <w:r>
        <w:rPr>
          <w:sz w:val="20"/>
        </w:rPr>
        <w:t>1:13:19  roze ke zamane mein log ab masjid mein jama hue the iftar karne ke liye. qareeb ke mandir se awaz aane lagi bhajan ki.</w:t>
      </w:r>
      <w:r>
        <w:br/>
      </w:r>
      <w:r>
        <w:rPr>
          <w:sz w:val="20"/>
        </w:rPr>
        <w:t>1:13:30  ab wahan kuch log gaye ja ke sahib, apne loudspeaker ko awaz kam karo, us ko band karo. to unhone yeh band kiya. to kya unhone kiya ke us ko tod phod kar karne lage?</w:t>
      </w:r>
      <w:r>
        <w:br/>
      </w:r>
      <w:r>
        <w:rPr>
          <w:sz w:val="20"/>
        </w:rPr>
        <w:t>1:13:41  to bas fasad ho gaya. aur wahan curfew laga, bohat se log maare gaye.</w:t>
      </w:r>
      <w:r>
        <w:br/>
      </w:r>
      <w:r>
        <w:rPr>
          <w:sz w:val="20"/>
        </w:rPr>
        <w:t>1:13:46  jitne woh commercial right hote hain, woh commercial right nahi hain. woh haqeeqatan musalmanon ki stepped policy ke result hain. woh aap aap kyun juloos ko rokte hain?</w:t>
      </w:r>
      <w:r>
        <w:br/>
      </w:r>
      <w:r>
        <w:rPr>
          <w:sz w:val="20"/>
        </w:rPr>
        <w:t>1:13:56  kyun ke un ke loudspeaker ko band karna chahte hain. un ke slogan, slogan ko nahi band kar sakte aap. woh slogan lagayein ge kyun ke India mein azadi aap ke liye, un ke liye bhi dono ki azadi hai.</w:t>
      </w:r>
      <w:r>
        <w:br/>
      </w:r>
      <w:r>
        <w:rPr>
          <w:sz w:val="20"/>
        </w:rPr>
        <w:t>1:14:10  to sirf ek hi shakal hai ke musalman principle of avoidance ko pakrein, araz karna. araz juloos nikalta hai to kar le dein, naara lagata hai to laga le dein.</w:t>
      </w:r>
    </w:p>
    <w:p>
      <w:pPr>
        <w:pStyle w:val="Heading2"/>
      </w:pPr>
      <w:r>
        <w:t>Redefine Dar al-Islam as Dar al-Insan</w:t>
      </w:r>
    </w:p>
    <w:p>
      <w:r>
        <w:rPr>
          <w:color w:val="666666"/>
          <w:sz w:val="18"/>
        </w:rPr>
        <w:t>Redefining Islam July 05, 2009 Maulana Wahiduddin Khan · 3m 00s · at 37:53 · https://youtu.be/JXY-MlXBy3Q?t=2273</w:t>
      </w:r>
    </w:p>
    <w:p>
      <w:r>
        <w:rPr>
          <w:i/>
        </w:rPr>
        <w:t>“Fuqaha ne duniya ko banta”</w:t>
      </w:r>
    </w:p>
    <w:p>
      <w:r>
        <w:rPr>
          <w:sz w:val="20"/>
        </w:rPr>
        <w:t>37:53  jo cheezein Quran mein nahi theen, Hadees mein nahi theen wo fiqah mein aa gayeen. to zamanay ke lihaaz se unhon ne Islam ki aik taabeer ki.</w:t>
      </w:r>
      <w:r>
        <w:br/>
      </w:r>
      <w:r>
        <w:rPr>
          <w:sz w:val="20"/>
        </w:rPr>
        <w:t>38:04  misal ke tor par dekhiye unhon ne dunya ko banta. is mein Dar-ul-Kufar mein aur Dar-ul-Islam mein. jahan Musalmanon ki hukoomat hai wo Dar-ul-Islam hai.</w:t>
      </w:r>
      <w:r>
        <w:br/>
      </w:r>
      <w:r>
        <w:rPr>
          <w:sz w:val="20"/>
        </w:rPr>
        <w:t>38:14  jo Musalmanon ki hukoomat mein nahi hai wo Dar-ul-Kufar hai. haalankay na Quran mein aisa tha na Hadees mein aisa tha. ab fiqah mein yeh sab baatein aa gayeen.</w:t>
      </w:r>
      <w:r>
        <w:br/>
      </w:r>
      <w:r>
        <w:rPr>
          <w:sz w:val="20"/>
        </w:rPr>
        <w:t>38:26  aik aik Dar-ul-Islam hota hai, aik Dar-ul-Kufar hota hai. yani Land of Islam aur Land of Kufr. ab jo dunya badal gayi dunya, Musalmanon ka Empire khatam ho gaya.</w:t>
      </w:r>
      <w:r>
        <w:br/>
      </w:r>
      <w:r>
        <w:rPr>
          <w:sz w:val="20"/>
        </w:rPr>
        <w:t>38:39  yeh Nationalism ka zamana hai, Nationalism hukoomatein har jagah hain. Empire jo hua karte thay tab Nationalism nahi tha. bohat saaray Country mil kar ke aik Empire banta tha.</w:t>
      </w:r>
      <w:r>
        <w:br/>
      </w:r>
      <w:r>
        <w:rPr>
          <w:sz w:val="20"/>
        </w:rPr>
        <w:t>38:51  isi se phir Khilafat bani Musalmanon ki, Khilafat bhi aik Empire tha. ab Democracy hai, Nationalism hai, Self Determinism hai.</w:t>
      </w:r>
      <w:r>
        <w:br/>
      </w:r>
      <w:r>
        <w:rPr>
          <w:sz w:val="20"/>
        </w:rPr>
        <w:t>39:04  ab yahan par Musalman Misfit ho gaye. wohi Dar-ul-Kufar ka Concept, wohi Dar-ul-Islam ka Concept. yahan aap ko Redefine karna hai, Redefine karna hai.</w:t>
      </w:r>
      <w:r>
        <w:br/>
      </w:r>
      <w:r>
        <w:rPr>
          <w:sz w:val="20"/>
        </w:rPr>
        <w:t>39:18  woh yeh jab aap Quran ko parhengay to aap dekhengay kyun ke Musalman to sirf tilawat karte hain, is mein sochtay to hain nahi.</w:t>
      </w:r>
      <w:r>
        <w:br/>
      </w:r>
      <w:r>
        <w:rPr>
          <w:sz w:val="20"/>
        </w:rPr>
        <w:t>39:29  to saare Quran mein aap dekhengay ke Quran jo hai Address kar raha hai Eyyuha Al-Naas, Eyyuha Al-Naas, Eyyuha Al-Naas kar ke.</w:t>
      </w:r>
      <w:r>
        <w:br/>
      </w:r>
      <w:r>
        <w:rPr>
          <w:sz w:val="20"/>
        </w:rPr>
        <w:t>39:41  to is se kya nikalengay aap? ke dunya Dar-ul-Kufar nahi hai, wo hai Dar-ul-Naas. yeh to fuqaha ne bana diya tha.</w:t>
      </w:r>
      <w:r>
        <w:br/>
      </w:r>
      <w:r>
        <w:rPr>
          <w:sz w:val="20"/>
        </w:rPr>
        <w:t>39:51  ya hamare fuqaha ne bana diya tha Dar-ul-Kufar aur Dar-ul-Islam. Quran ke mutabiq sab Dar-ul-Naas hain, sab Insan hain, sab Insan hain, sab Insan hain.</w:t>
      </w:r>
      <w:r>
        <w:br/>
      </w:r>
      <w:r>
        <w:rPr>
          <w:sz w:val="20"/>
        </w:rPr>
        <w:t>40:02  yeh hai Redefine karna. to aap yeh keh sakein ke fuqaha ne apne zamanay ke lihaaz se kuch Term banaye, aaj ke lihaaz se wo Applicable nahi hain, wo ghlat hain.</w:t>
      </w:r>
      <w:r>
        <w:br/>
      </w:r>
      <w:r>
        <w:rPr>
          <w:sz w:val="20"/>
        </w:rPr>
        <w:t>40:14  aaj ke lihaaz se jo Term banaya jaye ga wo hoga Dar-ul-Naas. ab ab agar aap yeh yeh diya hota Musalmanon ko, abhi bhi saare Musalman taqreeban sab Musalman jo nahi hain usay Kafir samajhtay hain.</w:t>
      </w:r>
      <w:r>
        <w:br/>
      </w:r>
      <w:r>
        <w:rPr>
          <w:sz w:val="20"/>
        </w:rPr>
        <w:t>40:29  koi log mujh se bolen ge, kuch na bolen ge tab bhi mind mein yahi rahe ga. yani woh musalman nahin hain, woh sab kaafir hain. yeh bilkul baseless baat hai, baseless.</w:t>
      </w:r>
      <w:r>
        <w:br/>
      </w:r>
      <w:r>
        <w:rPr>
          <w:sz w:val="20"/>
        </w:rPr>
        <w:t>40:42  musalman bhi insan, woh bhi insan. musalman bhi insan, woh bhi insan, sab insan hain.</w:t>
      </w:r>
    </w:p>
    <w:p>
      <w:pPr>
        <w:pStyle w:val="Heading2"/>
      </w:pPr>
      <w:r>
        <w:t>Hadith story: the poet's insult and the Prophet's smile</w:t>
      </w:r>
    </w:p>
    <w:p>
      <w:r>
        <w:rPr>
          <w:color w:val="666666"/>
          <w:sz w:val="18"/>
        </w:rPr>
        <w:t>Global Warming Divine Warning October 7, 2009 Maulana Wahiduddin Khan · 1m 12s · at 51:56 · https://youtu.be/BaTfAGzuUdc?t=3116</w:t>
      </w:r>
    </w:p>
    <w:p>
      <w:r>
        <w:rPr>
          <w:i/>
        </w:rPr>
        <w:t>“A poet composed a poem and came to the Prophet”</w:t>
      </w:r>
    </w:p>
    <w:p>
      <w:r>
        <w:rPr>
          <w:sz w:val="20"/>
        </w:rPr>
        <w:t>51:56  at the time, he was in kaba. so he he recited that line: "muzamma de o Muhammad!</w:t>
      </w:r>
      <w:r>
        <w:br/>
      </w:r>
      <w:r>
        <w:rPr>
          <w:sz w:val="20"/>
        </w:rPr>
        <w:t>52:10  you are not Muhammad! you are muzamma!</w:t>
      </w:r>
      <w:r>
        <w:br/>
      </w:r>
      <w:r>
        <w:rPr>
          <w:sz w:val="20"/>
        </w:rPr>
        <w:t>52:13  you are condemned!" kaise kahengay? o Muhammad! you are Muhammad! means fethurdi! he said that: "you are not Muhammad!</w:t>
      </w:r>
      <w:r>
        <w:br/>
      </w:r>
      <w:r>
        <w:rPr>
          <w:sz w:val="20"/>
        </w:rPr>
        <w:t>52:22  you are muzamma!" to prophet abhi smile! prophet ab islam smile! abubakar asked him: "why you are smiling</w:t>
      </w:r>
      <w:r>
        <w:br/>
      </w:r>
      <w:r>
        <w:rPr>
          <w:sz w:val="20"/>
        </w:rPr>
        <w:t>52:31  ?" he same: "muzamma! why you are smiling?" ab jate hain kya kaha unhone? rasulullah ne farmaya ke woh jisko keh raha hai, woh us par padhegi jiska naam muzamma ho.</w:t>
      </w:r>
      <w:r>
        <w:br/>
      </w:r>
      <w:r>
        <w:rPr>
          <w:sz w:val="20"/>
        </w:rPr>
        <w:t>52:43  okay! main hum koi Muhammad mein padhne wali hai nahi! iski baat, iski jo baat hai, bura bura keh raha hai to jiska naam hoga muzamma, us pe padhegi.</w:t>
      </w:r>
      <w:r>
        <w:br/>
      </w:r>
      <w:r>
        <w:rPr>
          <w:sz w:val="20"/>
        </w:rPr>
        <w:t>52:54  woh keh raha hai: "ae muzamma! o muzamma!" to main to muzamma hoon, mera naam to hai hi nahi! me</w:t>
      </w:r>
      <w:r>
        <w:br/>
      </w:r>
      <w:r>
        <w:rPr>
          <w:sz w:val="20"/>
        </w:rPr>
        <w:t>53:00  ra naam to Muhammad hai! to hans diya unhone! yeh hai, yeh hai true islam! Maulana, can this hadith be also applied?</w:t>
      </w:r>
    </w:p>
    <w:p>
      <w:pPr>
        <w:pStyle w:val="Heading2"/>
      </w:pPr>
      <w:r>
        <w:t>Child distributes Quran at wedding</w:t>
      </w:r>
    </w:p>
    <w:p>
      <w:r>
        <w:rPr>
          <w:color w:val="666666"/>
          <w:sz w:val="18"/>
        </w:rPr>
        <w:t>Dars-e-Quran, Chapter 2, Verses 63-66 April 22, 2018 · 2m 52s · at 13:24 · https://youtu.be/3Iwdad_zFtg?t=804</w:t>
      </w:r>
    </w:p>
    <w:p>
      <w:r>
        <w:rPr>
          <w:i/>
        </w:rPr>
        <w:t>“kal yahan dilli mein ek taza aap ko misaal deta hoon”</w:t>
      </w:r>
    </w:p>
    <w:p>
      <w:r>
        <w:rPr>
          <w:sz w:val="20"/>
        </w:rPr>
        <w:t>13:24  kal yahan dilli mein ek taaza aap ko misal deta hoon. kal dilli mein ek marriage party thi, shadi ki party thi dilli mein.</w:t>
      </w:r>
      <w:r>
        <w:br/>
      </w:r>
      <w:r>
        <w:rPr>
          <w:sz w:val="20"/>
        </w:rPr>
        <w:t>13:41  to mujhe bataya gaya ke wahan par</w:t>
      </w:r>
      <w:r>
        <w:br/>
      </w:r>
      <w:r>
        <w:rPr>
          <w:sz w:val="20"/>
        </w:rPr>
        <w:t>13:46  khurram sahib, jo hamare saathi hain, un ke bete tanzeel bhi gaye thay wahan.</w:t>
      </w:r>
      <w:r>
        <w:br/>
      </w:r>
      <w:r>
        <w:rPr>
          <w:sz w:val="20"/>
        </w:rPr>
        <w:t>13:56  khurram sahib le gaye thay aur wahan par quran ke chhape hue jo chhote chhote aayatein maujood theen, mukhtalif zubanon mein.</w:t>
      </w:r>
      <w:r>
        <w:br/>
      </w:r>
      <w:r>
        <w:rPr>
          <w:sz w:val="20"/>
        </w:rPr>
        <w:t>14:08  to woh bachcha jo abhi kam umar mein bachcha hai, woh yaani teenager hai, teenager. to mujhe batane wale ne bataya ke woh daud daud ke poore is mein, is gathering mein top ke log bhi thay, bade bade log bhi thay, auratein bhi, mard bhi,</w:t>
      </w:r>
      <w:r>
        <w:br/>
      </w:r>
      <w:r>
        <w:rPr>
          <w:sz w:val="20"/>
        </w:rPr>
        <w:t>14:31  daud daud ke sab woh bachcha pahuncha raha tha. to yeh kya hai? pehle mumkin nahi tha</w:t>
      </w:r>
      <w:r>
        <w:br/>
      </w:r>
      <w:r>
        <w:rPr>
          <w:sz w:val="20"/>
        </w:rPr>
        <w:t>14:42  ke aap kitaab chhapen, quran ka tarjuma chhapen, chhote size mein aur handy size mein, aur us ko logon ko den.</w:t>
      </w:r>
      <w:r>
        <w:br/>
      </w:r>
      <w:r>
        <w:rPr>
          <w:sz w:val="20"/>
        </w:rPr>
        <w:t>14:51  to mein samajhta hoon ke pehle zamane mein bachchon ka yeh itna zyada josh bhi nahi hota hoga, shayad ke modern education ne aisa kiya hai.</w:t>
      </w:r>
      <w:r>
        <w:br/>
      </w:r>
      <w:r>
        <w:rPr>
          <w:sz w:val="20"/>
        </w:rPr>
        <w:t>15:04  aaj kal ke ladke jo padhte hain schoolon mein, modern schoolon mein, to un mein ek extra courage hoti hai, extra courage, extra enthusiasm.</w:t>
      </w:r>
      <w:r>
        <w:br/>
      </w:r>
      <w:r>
        <w:rPr>
          <w:sz w:val="20"/>
        </w:rPr>
        <w:t>15:18  to woh unhon ne bataya, jo mujhe bataya tha ke kuch dignitary, dignitaries aayen wahan par,</w:t>
      </w:r>
      <w:r>
        <w:br/>
      </w:r>
      <w:r>
        <w:rPr>
          <w:sz w:val="20"/>
        </w:rPr>
        <w:t>15:32  kuch khaas bade log jo hote hain, to woh gate pe pahunche to bachcha daud kar jaye, aap ko haath mein de diya.</w:t>
      </w:r>
      <w:r>
        <w:br/>
      </w:r>
      <w:r>
        <w:rPr>
          <w:sz w:val="20"/>
        </w:rPr>
        <w:t>15:43  ab ghor kijiye ke yeh yeh yeh yeh opportunity pehle kahan thi? pehle nahi thi.</w:t>
      </w:r>
      <w:r>
        <w:br/>
      </w:r>
      <w:r>
        <w:rPr>
          <w:sz w:val="20"/>
        </w:rPr>
        <w:t>15:52  yeh door ki baat hai, openness ka door hai. yeh ab sab log equality ka door hai, yeh chhipi hui kitabon ka door hai aur tolerance ka door hai.</w:t>
      </w:r>
      <w:r>
        <w:br/>
      </w:r>
      <w:r>
        <w:rPr>
          <w:sz w:val="20"/>
        </w:rPr>
        <w:t>16:07  aur yeh door hai ke log janna chahte hain ke kya hai? mera ek mazhab hai to doosron ka mazhab kya hai?</w:t>
      </w:r>
    </w:p>
    <w:p>
      <w:pPr>
        <w:pStyle w:val="Heading2"/>
      </w:pPr>
      <w:r>
        <w:t>Life is test paradise is reward</w:t>
      </w:r>
    </w:p>
    <w:p>
      <w:r>
        <w:rPr>
          <w:color w:val="666666"/>
          <w:sz w:val="18"/>
        </w:rPr>
        <w:t>Addressal To Italy Team 17 07 2014 · 1m 42s · at 30:05 · https://youtu.be/JcYQKvBkKIU?t=1805</w:t>
      </w:r>
    </w:p>
    <w:p>
      <w:r>
        <w:rPr>
          <w:i/>
        </w:rPr>
        <w:t>“Our present life is only for test.”</w:t>
      </w:r>
    </w:p>
    <w:p>
      <w:r>
        <w:rPr>
          <w:sz w:val="20"/>
        </w:rPr>
        <w:t>30:05  according to this concept of life, our present life in this world is only for test. this world is a testing ground. here we are only for one purpose, that is to qualify ourselves for paradise.</w:t>
      </w:r>
      <w:r>
        <w:br/>
      </w:r>
      <w:r>
        <w:rPr>
          <w:sz w:val="20"/>
        </w:rPr>
        <w:t>30:33  e quindi il vero scopo della nostra vita e per vita intendo qui la nostra vita reale qui è quella di poterci sviluppare, cioè siamo messi alla prova per poterci migliorare ed essere in grado di poter trovare un posto vicino a dio. i discovered that our life is divided into two parts: pre-death period and post-death period.</w:t>
      </w:r>
      <w:r>
        <w:br/>
      </w:r>
      <w:r>
        <w:rPr>
          <w:sz w:val="20"/>
        </w:rPr>
        <w:t>31:02  pre-death period is for test and post-death period is for reward. this is the greatest concept that i discovered from the quran.</w:t>
      </w:r>
      <w:r>
        <w:br/>
      </w:r>
      <w:r>
        <w:rPr>
          <w:sz w:val="20"/>
        </w:rPr>
        <w:t>31:16  Quello che ho scoperto, la più grande scoperta che ho avuto dal Corano è che la vita è</w:t>
      </w:r>
      <w:r>
        <w:br/>
      </w:r>
      <w:r>
        <w:rPr>
          <w:sz w:val="20"/>
        </w:rPr>
        <w:t>31:21  divisa in due parti.</w:t>
      </w:r>
      <w:r>
        <w:br/>
      </w:r>
      <w:r>
        <w:rPr>
          <w:sz w:val="20"/>
        </w:rPr>
        <w:t>31:23  La prima parte, quella della vita, è quella di essere messì, di poter superare le prove, di essere</w:t>
      </w:r>
      <w:r>
        <w:br/>
      </w:r>
      <w:r>
        <w:rPr>
          <w:sz w:val="20"/>
        </w:rPr>
        <w:t>31:29  messi alla prova, e quella dopo è quella della, di ricevere il, il premio meritato.</w:t>
      </w:r>
      <w:r>
        <w:br/>
      </w:r>
      <w:r>
        <w:rPr>
          <w:sz w:val="20"/>
        </w:rPr>
        <w:t>31:36  I have read the Bible and the Quran both.</w:t>
      </w:r>
      <w:r>
        <w:br/>
      </w:r>
      <w:r>
        <w:rPr>
          <w:sz w:val="20"/>
        </w:rPr>
        <w:t>31:44  New Testament and the Quran both.</w:t>
      </w:r>
      <w:r>
        <w:br/>
      </w:r>
      <w:r>
        <w:rPr>
          <w:sz w:val="20"/>
        </w:rPr>
        <w:t>31:47  i found that the teaching of jesus christ and the teaching of muhammad are one and the same. i don't know that there is any difference between the two. non ho trovato nessuna differenza leggendo il nuovo testamento, l'antico testamento e il quran. l'insegnamento del profeta maometto e di gesù cristo sono esattamente gli stessi.</w:t>
      </w:r>
    </w:p>
    <w:p>
      <w:pPr>
        <w:pStyle w:val="Heading2"/>
      </w:pPr>
      <w:r>
        <w:t>Wahi only comes when I'm with Aisha, spiritual partner lesson</w:t>
      </w:r>
    </w:p>
    <w:p>
      <w:r>
        <w:rPr>
          <w:color w:val="666666"/>
          <w:sz w:val="18"/>
        </w:rPr>
        <w:t>The Story of Hazrat Aishah January 29, 2023 · 2m 41s · at 49:40 · https://youtu.be/JvCeNobW-Wk?t=2980</w:t>
      </w:r>
    </w:p>
    <w:p>
      <w:r>
        <w:rPr>
          <w:i/>
        </w:rPr>
        <w:t>“Umm Salama boliin, yeh theek nahi ke sahaba gifts bhejte hain”</w:t>
      </w:r>
    </w:p>
    <w:p>
      <w:r>
        <w:rPr>
          <w:sz w:val="20"/>
        </w:rPr>
        <w:t>49:40  to unhone Hazrat Umm Salama rz ko bheja</w:t>
      </w:r>
      <w:r>
        <w:br/>
      </w:r>
      <w:r>
        <w:rPr>
          <w:sz w:val="20"/>
        </w:rPr>
        <w:t>49:46  ایک دن جب Prophet حضرت عائشہ کے گھر میں تھے تو حضرت ام سلمہ بولیں Prophet سے کہ</w:t>
      </w:r>
      <w:r>
        <w:br/>
      </w:r>
      <w:r>
        <w:rPr>
          <w:sz w:val="20"/>
        </w:rPr>
        <w:t>49:54  یہ ٹھیک نہیں ہے کہ صحابہ جو gifts ہیں اس دن بھیجتے ہیں جب آپ حضرت عائشہ کے</w:t>
      </w:r>
      <w:r>
        <w:br/>
      </w:r>
      <w:r>
        <w:rPr>
          <w:sz w:val="20"/>
        </w:rPr>
        <w:t>50:01  ghar mein rehte hain ap ko chahiye ki logon ko bata dein koi khutba dein ya bata dein</w:t>
      </w:r>
      <w:r>
        <w:br/>
      </w:r>
      <w:r>
        <w:rPr>
          <w:sz w:val="20"/>
        </w:rPr>
        <w:t>50:07  ki aisa na karein jab chahe bheja karein</w:t>
      </w:r>
      <w:r>
        <w:br/>
      </w:r>
      <w:r>
        <w:rPr>
          <w:sz w:val="20"/>
        </w:rPr>
        <w:t>50:11  to prophet ne bari zabardast baat kahi ji bole ya umme salma la tuzini fi ayesha a umme salma don't hurt me in regard to ayesha wallah ma nazala alaihi al-wahy ke khuda ki qasam wahy sirf us waqt nazil hoti hai</w:t>
      </w:r>
      <w:r>
        <w:br/>
      </w:r>
      <w:r>
        <w:rPr>
          <w:sz w:val="20"/>
        </w:rPr>
        <w:t>50:38  wa'ana fi lihaafi imraatin minkun ghairah ke jo khuda jo quran ki wahy hai woh sirf us waqt nazil hoti hai jab mein ayesha ke sath rehta hoon aur kisi ke sath jab rehta hoon to quran ki wahy nahi ati to jab hazrat umme salma ne suna ke ah allah taala wahy quran ki jo hai woh hazrat ayesha ke ghar mein bhejta hai to woh ek dum chup ho gayin</w:t>
      </w:r>
      <w:r>
        <w:br/>
      </w:r>
      <w:r>
        <w:rPr>
          <w:sz w:val="20"/>
        </w:rPr>
        <w:t>51:07  ke hum to bohat choti si baat ke liye aaye thay ji to ah yeh darasal ah hadith mein ata hai maulana ne bhi is ko kafi ah is pe emphasis kiya hai ke hazrat ayesha r.a. batati hain ke agar mein jaag rahi hoti thi ah tahajjud ke waqt to prophet mujh se baatein karte thay ji</w:t>
      </w:r>
      <w:r>
        <w:br/>
      </w:r>
      <w:r>
        <w:rPr>
          <w:sz w:val="20"/>
        </w:rPr>
        <w:t>51:31  hadith mein ata hai fa in kuntu musta'qithatan haddathani haddathani ke jab mein agar jaag rahi hoti thi ah tahajjud ke waqt to rasool allah mujh se baatein karte thay ji to maulana ne is ko explain kiya hai ke aisi baatein nahi ke gharelu baatein aur politics ki idhar udhar jo hum karte hain aaj kal balke ah spiritual discussion karte thay</w:t>
      </w:r>
      <w:r>
        <w:br/>
      </w:r>
      <w:r>
        <w:rPr>
          <w:sz w:val="20"/>
        </w:rPr>
        <w:t>51:59  isi liye maulana ne bohat zor diya tha ke aap log spiritual partner baniye kitchen partner mat baniye ji to ah yeh yeh bohat hi aham baat hai ke chunke hazrat ah ayesha r.a. bohat hi zaheen theen bohat hi wise theen to jab quran nazil hua karta hoga wahy ati</w:t>
      </w:r>
    </w:p>
    <w:p>
      <w:pPr>
        <w:pStyle w:val="Heading2"/>
      </w:pPr>
      <w:r>
        <w:t>Sun, earth, moon size comparison reveals divine precision</w:t>
      </w:r>
    </w:p>
    <w:p>
      <w:r>
        <w:rPr>
          <w:color w:val="666666"/>
          <w:sz w:val="18"/>
        </w:rPr>
        <w:t>From Superstition to Science April 19, 2009 · 2m 50s · at 16:31 · https://youtu.be/GvCoNSjZlGE?t=991</w:t>
      </w:r>
    </w:p>
    <w:p>
      <w:r>
        <w:rPr>
          <w:i/>
        </w:rPr>
        <w:t>“Suraj ko Himalaya ke barabar maanein to zameen football ke barabar”</w:t>
      </w:r>
    </w:p>
    <w:p>
      <w:r>
        <w:rPr>
          <w:sz w:val="20"/>
        </w:rPr>
        <w:t>16:31  yani suraj ko agar aap himalaya pahad ke barabar manen to zameen football ke barabar hogi, ek gend ke barabar hogi.</w:t>
      </w:r>
      <w:r>
        <w:br/>
      </w:r>
      <w:r>
        <w:rPr>
          <w:sz w:val="20"/>
        </w:rPr>
        <w:t>16:43  aur phir chand to ek sarson ke barabar hoga, sarson se bhi chhota hoga. itna size mein difference hai. lekin kya hota hai?</w:t>
      </w:r>
      <w:r>
        <w:br/>
      </w:r>
      <w:r>
        <w:rPr>
          <w:sz w:val="20"/>
        </w:rPr>
        <w:t>16:52  moving state mein hai sab, move kar rahe hain.</w:t>
      </w:r>
      <w:r>
        <w:br/>
      </w:r>
      <w:r>
        <w:rPr>
          <w:sz w:val="20"/>
        </w:rPr>
        <w:t>16:58  to yeh ek phenomenon hai, bahut anokha phenomenon, astronomical phenomenon ke yeh is ko hum keh sakte hain ke well calculated positioning of three moving bodies in the space.</w:t>
      </w:r>
      <w:r>
        <w:br/>
      </w:r>
      <w:r>
        <w:rPr>
          <w:sz w:val="20"/>
        </w:rPr>
        <w:t>17:18  ke teen moving bodies jo hain, un ko bahut hi zyada right proportion mein, un ke distance ko aisa laya jata hai ke hum hamare dekhne mein barabar lagte hain.</w:t>
      </w:r>
      <w:r>
        <w:br/>
      </w:r>
      <w:r>
        <w:rPr>
          <w:sz w:val="20"/>
        </w:rPr>
        <w:t>17:29  wo agar hum ko dekhne mein barabar na lagen to grehan bhi nahi hoga. agar hum cheezon ko is ke asal real size ke aitbar se dekhen to kabhi grehan nahi hoga.</w:t>
      </w:r>
      <w:r>
        <w:br/>
      </w:r>
      <w:r>
        <w:rPr>
          <w:sz w:val="20"/>
        </w:rPr>
        <w:t>17:44  wo kahin bhi hon, samne hon ya peeche hon ya aage hon, to grehan nahi lage ga. kyun ke grehan naam hai hamare dekhne ka. space mein koi cheez nahi hoti, hamare dekhne ke lehaz se hoti hai.</w:t>
      </w:r>
      <w:r>
        <w:br/>
      </w:r>
      <w:r>
        <w:rPr>
          <w:sz w:val="20"/>
        </w:rPr>
        <w:t>17:59  to yeh hai well calculated positioning of three moving bodies in the space.</w:t>
      </w:r>
      <w:r>
        <w:br/>
      </w:r>
      <w:r>
        <w:rPr>
          <w:sz w:val="20"/>
        </w:rPr>
        <w:t>18:08  aaj ka jo insaan, jis ka framework scientific framework hai, jab is tarah se wo is ko leta hai to wahi baat jo rasool Allah ne kahi thi, us ko billion time zyada mehsoos hota hai ke kaisa ajeeb hai wo khuda.</w:t>
      </w:r>
      <w:r>
        <w:br/>
      </w:r>
      <w:r>
        <w:rPr>
          <w:sz w:val="20"/>
        </w:rPr>
        <w:t>18:24  us waqt bhi insaan ne jana tha ke kaisa ajeeb hai wo khuda jo roshan bodies ko roshni chheen leta hai, andhera kar deta hai.</w:t>
      </w:r>
      <w:r>
        <w:br/>
      </w:r>
      <w:r>
        <w:rPr>
          <w:sz w:val="20"/>
        </w:rPr>
        <w:t>18:34  is sense mein liya tha insan ne ke woh khuda kaisa ajeeb hai, kitni qudrat hai is ki ke roshan bodies jo hain, un mein andhera chha gaya.</w:t>
      </w:r>
      <w:r>
        <w:br/>
      </w:r>
      <w:r>
        <w:rPr>
          <w:sz w:val="20"/>
        </w:rPr>
        <w:t>18:46  kaisi ajeeb baat hai ke aaj jab insan is tarah sochta hai ke teen moving bodies itne ajeeb tareeqe se ek seedh mein laai jaati hain, ek seedh mein un ka distance e</w:t>
      </w:r>
      <w:r>
        <w:br/>
      </w:r>
      <w:r>
        <w:rPr>
          <w:sz w:val="20"/>
        </w:rPr>
        <w:t>19:01  sa hota hai, hamara dekhna is tarah hota hai ke woh teeno size mein barabar dikhai dete hain hum ko, aur phir guran parta hai.</w:t>
      </w:r>
      <w:r>
        <w:br/>
      </w:r>
      <w:r>
        <w:rPr>
          <w:sz w:val="20"/>
        </w:rPr>
        <w:t>19:12  to wahi cheez khuda ki glory ka ehsaas jo insan ko pehle hota tha, woh aaj billion time zyada hota hai.</w:t>
      </w:r>
    </w:p>
    <w:p>
      <w:pPr>
        <w:pStyle w:val="Heading2"/>
      </w:pPr>
      <w:r>
        <w:t>Purpose of prophets to make people aware</w:t>
      </w:r>
    </w:p>
    <w:p>
      <w:r>
        <w:rPr>
          <w:color w:val="666666"/>
          <w:sz w:val="18"/>
        </w:rPr>
        <w:t>The Finality of the Prophet 8 July, 2008 - Maulana Wahiduddin Khan · 1m 35s · at 3:56 · https://youtu.be/bJvptDoKSfs?t=236</w:t>
      </w:r>
    </w:p>
    <w:p>
      <w:r>
        <w:rPr>
          <w:i/>
        </w:rPr>
        <w:t>“Now God wanted to select those people who by their character”</w:t>
      </w:r>
    </w:p>
    <w:p>
      <w:r>
        <w:rPr>
          <w:sz w:val="20"/>
        </w:rPr>
        <w:t>3:56  now, god wanted to select those people who by their character, by their behaviour, are able to be settled in this world of paradise.</w:t>
      </w:r>
      <w:r>
        <w:br/>
      </w:r>
      <w:r>
        <w:rPr>
          <w:sz w:val="20"/>
        </w:rPr>
        <w:t>4:17  it was this purpose for what this world was created.</w:t>
      </w:r>
      <w:r>
        <w:br/>
      </w:r>
      <w:r>
        <w:rPr>
          <w:sz w:val="20"/>
        </w:rPr>
        <w:t>4:25  so all men and women are here only for the purpose of test. die in the test.</w:t>
      </w:r>
      <w:r>
        <w:br/>
      </w:r>
      <w:r>
        <w:rPr>
          <w:sz w:val="20"/>
        </w:rPr>
        <w:t>4:37  angels are active every day and night.</w:t>
      </w:r>
      <w:r>
        <w:br/>
      </w:r>
      <w:r>
        <w:rPr>
          <w:sz w:val="20"/>
        </w:rPr>
        <w:t>4:44  they are preparing our record. and according to this record, god will decide who is the competent candidate for the paradise.</w:t>
      </w:r>
      <w:r>
        <w:br/>
      </w:r>
      <w:r>
        <w:rPr>
          <w:sz w:val="20"/>
        </w:rPr>
        <w:t>5:06  so it was the creation plan of god. and god send all those prophets only to make people aware of this creation plan.</w:t>
      </w:r>
      <w:r>
        <w:br/>
      </w:r>
      <w:r>
        <w:rPr>
          <w:sz w:val="20"/>
        </w:rPr>
        <w:t>5:24  so this was the purpose of prophet.</w:t>
      </w:r>
    </w:p>
    <w:p>
      <w:pPr>
        <w:pStyle w:val="Heading2"/>
      </w:pPr>
      <w:r>
        <w:t>prophet chose peace over a justified war</w:t>
      </w:r>
    </w:p>
    <w:p>
      <w:r>
        <w:rPr>
          <w:color w:val="666666"/>
          <w:sz w:val="18"/>
        </w:rPr>
        <w:t>What is Islam March 17, 2007 · 2m 01s · at 31:11 · https://youtu.be/xEDxZmsi3Mg?t=1871</w:t>
      </w:r>
    </w:p>
    <w:p>
      <w:r>
        <w:rPr>
          <w:i/>
        </w:rPr>
        <w:t>“It was possible for him to wage war, but he never tried”</w:t>
      </w:r>
    </w:p>
    <w:p>
      <w:r>
        <w:rPr>
          <w:sz w:val="20"/>
        </w:rPr>
        <w:t>31:11  but, here we see dat da prophet of islam</w:t>
      </w:r>
      <w:r>
        <w:br/>
      </w:r>
      <w:r>
        <w:rPr>
          <w:sz w:val="20"/>
        </w:rPr>
        <w:t>31:18  waz quite different person</w:t>
      </w:r>
      <w:r>
        <w:br/>
      </w:r>
      <w:r>
        <w:rPr>
          <w:sz w:val="20"/>
        </w:rPr>
        <w:t>31:22  . quite different person. He never complained, he never engaged in complaint and protest.</w:t>
      </w:r>
      <w:r>
        <w:br/>
      </w:r>
      <w:r>
        <w:rPr>
          <w:sz w:val="20"/>
        </w:rPr>
        <w:t>31:31  There was for him, there was a choice to wage a war against Makkan people, because the migration.</w:t>
      </w:r>
      <w:r>
        <w:br/>
      </w:r>
      <w:r>
        <w:rPr>
          <w:sz w:val="20"/>
        </w:rPr>
        <w:t>31:40  der war about 200 people with him. dis people wair very brave</w:t>
      </w:r>
      <w:r>
        <w:br/>
      </w:r>
      <w:r>
        <w:rPr>
          <w:sz w:val="20"/>
        </w:rPr>
        <w:t>31:49  . they have so, it was possible for him to wage a war against those Makkan people.</w:t>
      </w:r>
      <w:r>
        <w:br/>
      </w:r>
      <w:r>
        <w:rPr>
          <w:sz w:val="20"/>
        </w:rPr>
        <w:t>31:59  but, he never tried to wage a war. no, he silently left Makkah without complaining, without any protest, without any negative thought.</w:t>
      </w:r>
      <w:r>
        <w:br/>
      </w:r>
      <w:r>
        <w:rPr>
          <w:sz w:val="20"/>
        </w:rPr>
        <w:t>32:13  So, this kind of positivity is quite rare in the history.</w:t>
      </w:r>
      <w:r>
        <w:br/>
      </w:r>
      <w:r>
        <w:rPr>
          <w:sz w:val="20"/>
        </w:rPr>
        <w:t>32:20  it is very, very rare phenomena that, although there were, there were hundreds reason to become negative against Makkan people.</w:t>
      </w:r>
      <w:r>
        <w:br/>
      </w:r>
      <w:r>
        <w:rPr>
          <w:sz w:val="20"/>
        </w:rPr>
        <w:t>32:34  but, he was able to turn his negative thought into positive thought. how</w:t>
      </w:r>
      <w:r>
        <w:br/>
      </w:r>
      <w:r>
        <w:rPr>
          <w:sz w:val="20"/>
        </w:rPr>
        <w:t>32:44  He was able to think about the situation in a very positive way.</w:t>
      </w:r>
      <w:r>
        <w:br/>
      </w:r>
      <w:r>
        <w:rPr>
          <w:sz w:val="20"/>
        </w:rPr>
        <w:t>32:57  So, his migration was not simply migration. It was, it was change the place of work.</w:t>
      </w:r>
    </w:p>
    <w:p>
      <w:pPr>
        <w:pStyle w:val="Heading2"/>
      </w:pPr>
      <w:r>
        <w:t>Ibn Taymiyah's fatwa misinterpreted</w:t>
      </w:r>
    </w:p>
    <w:p>
      <w:r>
        <w:rPr>
          <w:color w:val="666666"/>
          <w:sz w:val="18"/>
        </w:rPr>
        <w:t>The Importance of Realistic Approach 2 January 2011 - Maulana Wahiduddin Khan · 1m 48s · at 34:27 · https://youtu.be/tIQjWjaktIY?t=2067</w:t>
      </w:r>
    </w:p>
    <w:p>
      <w:r>
        <w:rPr>
          <w:i/>
        </w:rPr>
        <w:t>“Ab dekhein, unhon ne kya kaha?”</w:t>
      </w:r>
    </w:p>
    <w:p>
      <w:r>
        <w:rPr>
          <w:sz w:val="20"/>
        </w:rPr>
        <w:t>34:27  ab dekhiye, unhone kya kaha? unhone kaha ke aap aisa kaise kehte hain? muslim history ke sab se bade scholar maane jate hain Ibn Taymiyyah, Imam Ibn Taymiyyah.</w:t>
      </w:r>
      <w:r>
        <w:br/>
      </w:r>
      <w:r>
        <w:rPr>
          <w:sz w:val="20"/>
        </w:rPr>
        <w:t>34:40  unhone fatwa diya tha Tatariyon ke zamane mein.</w:t>
      </w:r>
      <w:r>
        <w:br/>
      </w:r>
      <w:r>
        <w:rPr>
          <w:sz w:val="20"/>
        </w:rPr>
        <w:t>34:47  yaani Ibn Taymiyyah jo the, woh contemporary the Tatariyon ke</w:t>
      </w:r>
      <w:r>
        <w:br/>
      </w:r>
      <w:r>
        <w:rPr>
          <w:sz w:val="20"/>
        </w:rPr>
        <w:t>34:51  . jab Tatariyon ne Baghdad par hamla kiya aur Baghdad ki saltanat ko tabah kar diya, toh us waqt ke zamane mein the Ibn Taymiyyah.</w:t>
      </w:r>
      <w:r>
        <w:br/>
      </w:r>
      <w:r>
        <w:rPr>
          <w:sz w:val="20"/>
        </w:rPr>
        <w:t>35:03  to unhon ne kaha, unhon ne fatwa diya ke tatriyon se laro. to aap kaise kehte hain?</w:t>
      </w:r>
      <w:r>
        <w:br/>
      </w:r>
      <w:r>
        <w:rPr>
          <w:sz w:val="20"/>
        </w:rPr>
        <w:t>35:12  to main ne kaha har giz aisa nahi hai, aap galat kehte hain.</w:t>
      </w:r>
      <w:r>
        <w:br/>
      </w:r>
      <w:r>
        <w:rPr>
          <w:sz w:val="20"/>
        </w:rPr>
        <w:t>35:17  phir is ke baad main ne woh sab se zyada detailed record jo hai, woh parha. main ne is ko dekhen, ibn taimiya ke do khaas shagird the.</w:t>
      </w:r>
      <w:r>
        <w:br/>
      </w:r>
      <w:r>
        <w:rPr>
          <w:sz w:val="20"/>
        </w:rPr>
        <w:t>35:29  ek the ibn qaim aur ek the ibn kasir. to dono ne ibn taimiya ke bare mein likha hai.</w:t>
      </w:r>
      <w:r>
        <w:br/>
      </w:r>
      <w:r>
        <w:rPr>
          <w:sz w:val="20"/>
        </w:rPr>
        <w:t>35:38  ibn kasir ne bohat tafseel ke sath likha hai.</w:t>
      </w:r>
      <w:r>
        <w:br/>
      </w:r>
      <w:r>
        <w:rPr>
          <w:sz w:val="20"/>
        </w:rPr>
        <w:t>35:41  ibn kasir ki kitab hai al-bidaya wa al-nihaya. yeh kitab shibli ke zamane mein makhtoot thi, yani manuscript ki shakal mein thi.</w:t>
      </w:r>
      <w:r>
        <w:br/>
      </w:r>
      <w:r>
        <w:rPr>
          <w:sz w:val="20"/>
        </w:rPr>
        <w:t>35:51  woh chapi hui nahi thi. aaj woh chapi hui hai, har jagah maujood hai, khud mere paas maujood hai. woh bohat hi bari history mani jati hai.</w:t>
      </w:r>
      <w:r>
        <w:br/>
      </w:r>
      <w:r>
        <w:rPr>
          <w:sz w:val="20"/>
        </w:rPr>
        <w:t>36:04  to is ka woh hissa jo ibn taimiya ke bare mein hai, poora main ne parha. is se kya sabit hota hai? ulta sabit hota hai. yani arab log jo arabi jante hain, woh galat hawale dete hain.</w:t>
      </w:r>
    </w:p>
    <w:p>
      <w:pPr>
        <w:pStyle w:val="Heading2"/>
      </w:pPr>
      <w:r>
        <w:t>Applying dealing policy through book stalls</w:t>
      </w:r>
    </w:p>
    <w:p>
      <w:r>
        <w:rPr>
          <w:color w:val="666666"/>
          <w:sz w:val="18"/>
        </w:rPr>
        <w:t>Prophet’s Policy of Management of Conflict 28 Nov 2019 - Maulana Wahiduddin Khan · 1m 26s · at 25:53 · https://youtu.be/2NrsopasB2s?t=1553</w:t>
      </w:r>
    </w:p>
    <w:p>
      <w:r>
        <w:rPr>
          <w:i/>
        </w:rPr>
        <w:t>“Masalan dekhiye maine zamane mein pehle yeh karta tha”</w:t>
      </w:r>
    </w:p>
    <w:p>
      <w:r>
        <w:rPr>
          <w:sz w:val="20"/>
        </w:rPr>
        <w:t>25:53  main ne zamane mein pehle yeh karta tha ke jahan mujhe maloom hota tha ke hinduo ka, isaiyo ka, kisi ka koi ijtima hota ho raha hai,</w:t>
      </w:r>
      <w:r>
        <w:br/>
      </w:r>
      <w:r>
        <w:rPr>
          <w:sz w:val="20"/>
        </w:rPr>
        <w:t>26:10  koi seminar hai, koi conference hai, to main wahan apne sathiyo ko le kar ke aur kitaabon ko le kar ke jata tha aur stall lagata tha.</w:t>
      </w:r>
      <w:r>
        <w:br/>
      </w:r>
      <w:r>
        <w:rPr>
          <w:sz w:val="20"/>
        </w:rPr>
        <w:t>26:22  to har jagah stall, har jagah stall. woh jo kar rahe hain, karne dijiye un ko. is ko hum dealing karte the.</w:t>
      </w:r>
      <w:r>
        <w:br/>
      </w:r>
      <w:r>
        <w:rPr>
          <w:sz w:val="20"/>
        </w:rPr>
        <w:t>26:33  aaj ka aap sawal karte hain ke ab abri masjid ka masla khara hua to dealing ki policy ikhtiyar nahi kar sake. bareek bareeki policy ko unho ne pooja ustad bana diya.</w:t>
      </w:r>
      <w:r>
        <w:br/>
      </w:r>
      <w:r>
        <w:rPr>
          <w:sz w:val="20"/>
        </w:rPr>
        <w:t>26:48  to log aktha hone lagay. to aap ko yeh mauqa tha ke aap koi kuch lagate hain wahan hindi mein, gujarati mein, har zaban mein.</w:t>
      </w:r>
      <w:r>
        <w:br/>
      </w:r>
      <w:r>
        <w:rPr>
          <w:sz w:val="20"/>
        </w:rPr>
        <w:t>26:59  woh jo karte hain, karne dijiye aap logo ko,</w:t>
      </w:r>
      <w:r>
        <w:br/>
      </w:r>
      <w:r>
        <w:rPr>
          <w:sz w:val="20"/>
        </w:rPr>
        <w:t>27:07  yaani araz ya dealing ka matlab hai ke woh jo karte hain, woh karne dijiye. takrao mat kijiye. aap pasay andaz mein apna shuru kar dijiye kaam.</w:t>
      </w:r>
    </w:p>
    <w:p>
      <w:pPr>
        <w:pStyle w:val="Heading2"/>
      </w:pPr>
      <w:r>
        <w:t>meaning of Qadr as destiny decreed for the year</w:t>
      </w:r>
    </w:p>
    <w:p>
      <w:r>
        <w:rPr>
          <w:color w:val="666666"/>
          <w:sz w:val="18"/>
        </w:rPr>
        <w:t>Exploring Lailatul Qadr March 31, 2024 · 2m 30s · at 8:29 · https://youtu.be/WeNvQKwBSx0?t=509</w:t>
      </w:r>
    </w:p>
    <w:p>
      <w:r>
        <w:rPr>
          <w:i/>
        </w:rPr>
        <w:t>“Qadr ke maayne hain destiny, night of pre-destination”</w:t>
      </w:r>
    </w:p>
    <w:p>
      <w:r>
        <w:rPr>
          <w:sz w:val="20"/>
        </w:rPr>
        <w:t>8:29  What is the meaning of Lailat ul Qadr? Is ke bare mein bhi aap hum sab ko bataen. Bismillah hir rahman nir rahim. Rabbi shrah li sadri wa yassir li amri wahlul uqdatan min lisani yafqahu</w:t>
      </w:r>
      <w:r>
        <w:br/>
      </w:r>
      <w:r>
        <w:rPr>
          <w:sz w:val="20"/>
        </w:rPr>
        <w:t>8:41  qawli. Apa ne bohat acha mashallah explain kiya. Ji aur jaisa aap ne kaha ke Lailat ul Qadr ke kya maani hain? Yani qadr ke kya maani hain? Qadr ke waise jaise har lafz ke kai meaning hote hain to log kai meaning batate hain.</w:t>
      </w:r>
      <w:r>
        <w:br/>
      </w:r>
      <w:r>
        <w:rPr>
          <w:sz w:val="20"/>
        </w:rPr>
        <w:t>8:56  Lekin jo Maulana ne translation kiya hai is ka to</w:t>
      </w:r>
      <w:r>
        <w:br/>
      </w:r>
      <w:r>
        <w:rPr>
          <w:sz w:val="20"/>
        </w:rPr>
        <w:t>9:00  destiny kiya hai. Yani predestination, destiny ya degree is maanon mein hai. The night of predestination is the night of destiny. Aur Surah e Dukhan mein yeh baat aur wazeh ho jati hai ke fiha yufraqu kullu amrin hakeem ke is raat ko saare jo wise decisions hote hain woh determine kiye jate hain, specified specify kiye jate hain.</w:t>
      </w:r>
      <w:r>
        <w:br/>
      </w:r>
      <w:r>
        <w:rPr>
          <w:sz w:val="20"/>
        </w:rPr>
        <w:t>9:26  Aur jo tasks hain, jo assignments hain, jo rosters hain woh tayyar hote hain fershton ke liye taake jo yeh naya saal aa raha hai is mein jo bhi kaam hain woh sab un ko assign kiye ja</w:t>
      </w:r>
      <w:r>
        <w:br/>
      </w:r>
      <w:r>
        <w:rPr>
          <w:sz w:val="20"/>
        </w:rPr>
        <w:t>9:39  en. Jaise ah budget ka ek samajh samajhne ke liye samajhte hain, government announce karti hai to taqreeban ek bohat hi bare peymane pe woh to budget kuch bhi nahin hai is ke samne.</w:t>
      </w:r>
      <w:r>
        <w:br/>
      </w:r>
      <w:r>
        <w:rPr>
          <w:sz w:val="20"/>
        </w:rPr>
        <w:t>9:49  Ji to ek bohat hi bare peymane pe yeh naye saal ke liye jo implementation karna hai angels ko is ke liye ah sari tayyari hoti hai aur un ko assign kiye jate hain.</w:t>
      </w:r>
      <w:r>
        <w:br/>
      </w:r>
      <w:r>
        <w:rPr>
          <w:sz w:val="20"/>
        </w:rPr>
        <w:t>10:03  Ab misaal ke taur par waise to millions billions kaam hote hain lekin hum samajhne ke liye ek do cheezen lete hain thori ke yani is saal mein who will born and who will die and who will live. Ek yeh keh sakte hain aur jo provision hai, jo sustenance hai, sustenance hai, jo rizq hai aur jo wealth hai woh kis shakhs ko kitni milegi, kya milegi is ki is ke bare mein hota hai.</w:t>
      </w:r>
      <w:r>
        <w:br/>
      </w:r>
      <w:r>
        <w:rPr>
          <w:sz w:val="20"/>
        </w:rPr>
        <w:t>10:26  Aur health ya illness ke kaun bimar hoga, kaun healthy rahega, kaun recover</w:t>
      </w:r>
      <w:r>
        <w:br/>
      </w:r>
      <w:r>
        <w:rPr>
          <w:sz w:val="20"/>
        </w:rPr>
        <w:t>10:32  karega. To all these things are decreed and success and failure yani success in personal life, in academic life, in professional life kaun kis tarah ki success achieve karega.</w:t>
      </w:r>
      <w:r>
        <w:br/>
      </w:r>
      <w:r>
        <w:rPr>
          <w:sz w:val="20"/>
        </w:rPr>
        <w:t>10:47  Marriage and marriage and family affairs and guidance and misguidance who will who will be guided and who will follow the righteous path and who will go astray.</w:t>
      </w:r>
    </w:p>
    <w:p>
      <w:pPr>
        <w:pStyle w:val="Heading2"/>
      </w:pPr>
      <w:r>
        <w:t>Extremist Wahhabis versus militant jihadi groups, defined</w:t>
      </w:r>
    </w:p>
    <w:p>
      <w:r>
        <w:rPr>
          <w:color w:val="666666"/>
          <w:sz w:val="18"/>
        </w:rPr>
        <w:t>Return to Religion June 13, 2009 · 2m 03s · at 34:04 · https://youtu.be/qx7LpCmXMQk?t=2044</w:t>
      </w:r>
    </w:p>
    <w:p>
      <w:r>
        <w:rPr>
          <w:i/>
        </w:rPr>
        <w:t>“Do Wahhabis follow correct Islam? Yes, but extremely”</w:t>
      </w:r>
    </w:p>
    <w:p>
      <w:r>
        <w:rPr>
          <w:sz w:val="20"/>
        </w:rPr>
        <w:t>34:04  wahabi are very very extremist people. what is wahabi? actually, wahabi means followers of abdul wahab najdi.</w:t>
      </w:r>
      <w:r>
        <w:br/>
      </w:r>
      <w:r>
        <w:rPr>
          <w:sz w:val="20"/>
        </w:rPr>
        <w:t>34:15  followers of abdul wahab najdi. abdul wahab najdi was also extremist type of leader. he was a leader, but he was an extremist leader.</w:t>
      </w:r>
      <w:r>
        <w:br/>
      </w:r>
      <w:r>
        <w:rPr>
          <w:sz w:val="20"/>
        </w:rPr>
        <w:t>34:30  abdul wahab najdi. haan, abdul wahab najdi.</w:t>
      </w:r>
      <w:r>
        <w:br/>
      </w:r>
      <w:r>
        <w:rPr>
          <w:sz w:val="20"/>
        </w:rPr>
        <w:t>34:35  maulana, you said about wahabi. they are, they are, they are the militant groups. or from where did they get the ideology to become extremist or militants?</w:t>
      </w:r>
      <w:r>
        <w:br/>
      </w:r>
      <w:r>
        <w:rPr>
          <w:sz w:val="20"/>
        </w:rPr>
        <w:t>34:47  no, it is not barelvi phenomena. maybe some people from barelvi, you can find among militants. deobandi people also. wahabi?</w:t>
      </w:r>
      <w:r>
        <w:br/>
      </w:r>
      <w:r>
        <w:rPr>
          <w:sz w:val="20"/>
        </w:rPr>
        <w:t>34:56  no, wahabi. wahabi pe</w:t>
      </w:r>
      <w:r>
        <w:br/>
      </w:r>
      <w:r>
        <w:rPr>
          <w:sz w:val="20"/>
        </w:rPr>
        <w:t>34:58  ople, wahabi people are not militant people. the extremist people, extremist. ya militant group is some, some. that is other phenomena.</w:t>
      </w:r>
      <w:r>
        <w:br/>
      </w:r>
      <w:r>
        <w:rPr>
          <w:sz w:val="20"/>
        </w:rPr>
        <w:t>35:10  they are jahadi people. jahadi people become militant people. as fries, wahabi people are concerned. they are not militant.</w:t>
      </w:r>
      <w:r>
        <w:br/>
      </w:r>
      <w:r>
        <w:rPr>
          <w:sz w:val="20"/>
        </w:rPr>
        <w:t>35:19  they are extremist.</w:t>
      </w:r>
      <w:r>
        <w:br/>
      </w:r>
      <w:r>
        <w:rPr>
          <w:sz w:val="20"/>
        </w:rPr>
        <w:t>35:21  militant groups is other phenomena, like jaise lashkar taiba, jaise muhammad. they are not wahabi. they are mujahideen.</w:t>
      </w:r>
      <w:r>
        <w:br/>
      </w:r>
      <w:r>
        <w:rPr>
          <w:sz w:val="20"/>
        </w:rPr>
        <w:t>35:34  militant mujahideen. Maulana, wahabis are correct. They follow correct Islam. Who wahabis?</w:t>
      </w:r>
      <w:r>
        <w:br/>
      </w:r>
      <w:r>
        <w:rPr>
          <w:sz w:val="20"/>
        </w:rPr>
        <w:t>35:45  do wahabi? do they? do they follow correct Islam? Yes, they follow correct Islam. But</w:t>
      </w:r>
      <w:r>
        <w:br/>
      </w:r>
      <w:r>
        <w:rPr>
          <w:sz w:val="20"/>
        </w:rPr>
        <w:t>35:51  they become to extreme. But, but they are extremist.</w:t>
      </w:r>
      <w:r>
        <w:br/>
      </w:r>
      <w:r>
        <w:rPr>
          <w:sz w:val="20"/>
        </w:rPr>
        <w:t>35:57  what is extremism? For example, someone visits grave of the prophet of Islam, and he is standing over there.</w:t>
      </w:r>
    </w:p>
    <w:p>
      <w:pPr>
        <w:pStyle w:val="Heading2"/>
      </w:pPr>
      <w:r>
        <w:t>Modern communication as an overlooked blessing</w:t>
      </w:r>
    </w:p>
    <w:p>
      <w:r>
        <w:rPr>
          <w:color w:val="666666"/>
          <w:sz w:val="18"/>
        </w:rPr>
        <w:t>Time for Introspection February 26, 2012 Maulana Wahiduddin Khan · 1m 34s · at 49:44 · https://youtu.be/PjgdpJGybeE?t=2984</w:t>
      </w:r>
    </w:p>
    <w:p>
      <w:r>
        <w:rPr>
          <w:i/>
        </w:rPr>
        <w:t>“Kal parson mere paas ek sahab ka telephone aaya”</w:t>
      </w:r>
    </w:p>
    <w:p>
      <w:r>
        <w:rPr>
          <w:sz w:val="20"/>
        </w:rPr>
        <w:t>49:44  kal parson mere paas aik sahib telephone aya toh kuch shikayat ki kahani batane lage woh dekhein sahib yeh jis jis se mission hai yeh zulm ho raha hai</w:t>
      </w:r>
      <w:r>
        <w:br/>
      </w:r>
      <w:r>
        <w:rPr>
          <w:sz w:val="20"/>
        </w:rPr>
        <w:t>49:53  toh mein ne kaha ke dekhein yeh jo aap baat kar rahay hain telephone par yeh itni bari blessing hai itni bari nemat hai ke agar aap ko ehsaas ho toh aap ko sab shikayatein bhool jayen qadeem zamanay mein kya hota tha is tarah baat nahi kar sakte thay door se kai zamanay mein kabootar hua karti thi</w:t>
      </w:r>
      <w:r>
        <w:br/>
      </w:r>
      <w:r>
        <w:rPr>
          <w:sz w:val="20"/>
        </w:rPr>
        <w:t>50:18  jo is ke is mein is ke paon mein baandh dete thay ek ek ek message woh le</w:t>
      </w:r>
      <w:r>
        <w:br/>
      </w:r>
      <w:r>
        <w:rPr>
          <w:sz w:val="20"/>
        </w:rPr>
        <w:t>50:25  ke jata tha kahin pohanchata tha</w:t>
      </w:r>
      <w:r>
        <w:br/>
      </w:r>
      <w:r>
        <w:rPr>
          <w:sz w:val="20"/>
        </w:rPr>
        <w:t>50:28  ab to aap do tarafah yani woh ek tarafah hota tha woh bhi mukhtasar</w:t>
      </w:r>
      <w:r>
        <w:br/>
      </w:r>
      <w:r>
        <w:rPr>
          <w:sz w:val="20"/>
        </w:rPr>
        <w:t>50:34  ab kya hai</w:t>
      </w:r>
      <w:r>
        <w:br/>
      </w:r>
      <w:r>
        <w:rPr>
          <w:sz w:val="20"/>
        </w:rPr>
        <w:t>50:36  ab to yeh hai ke aap yahan hain doosra aadmi dunya ke kisi bhi kone mein hai australia</w:t>
      </w:r>
      <w:r>
        <w:br/>
      </w:r>
      <w:r>
        <w:rPr>
          <w:sz w:val="20"/>
        </w:rPr>
        <w:t>50:41  mein hai europe mein hai america mein kahin bhi hai</w:t>
      </w:r>
      <w:r>
        <w:br/>
      </w:r>
      <w:r>
        <w:rPr>
          <w:sz w:val="20"/>
        </w:rPr>
        <w:t>50:45  aur ab is tarah baat kar rahe hain jaise ke aap samne baitha hua hai woh</w:t>
      </w:r>
      <w:r>
        <w:br/>
      </w:r>
      <w:r>
        <w:rPr>
          <w:sz w:val="20"/>
        </w:rPr>
        <w:t>50:50  toh mein ne kaha ke aap ne agar sirf yeh daryaft kiya hota ke communication kitni bari nemat hai tab shikayatein bhool jatay hain aap koi shikayat aap ko yaad nahi rehti</w:t>
      </w:r>
      <w:r>
        <w:br/>
      </w:r>
      <w:r>
        <w:rPr>
          <w:sz w:val="20"/>
        </w:rPr>
        <w:t>51:07  toh baharhaal yeh jo mawaqay Allah taala ne khole hain in mawaqay mein aik bohat bari nemat hai international mobilization</w:t>
      </w:r>
    </w:p>
    <w:p>
      <w:pPr>
        <w:pStyle w:val="Heading2"/>
      </w:pPr>
      <w:r>
        <w:t>Using conferences as audience for da'wah</w:t>
      </w:r>
    </w:p>
    <w:p>
      <w:r>
        <w:rPr>
          <w:color w:val="666666"/>
          <w:sz w:val="18"/>
        </w:rPr>
        <w:t>Prophetic Wisdom | May 01, 2016 · 1m 30s · at 25:52 · https://youtu.be/KrjwjAw03zw?t=1552</w:t>
      </w:r>
    </w:p>
    <w:p>
      <w:r>
        <w:rPr>
          <w:i/>
        </w:rPr>
        <w:t>“A Muslim asked me: Where are you going?”</w:t>
      </w:r>
    </w:p>
    <w:p>
      <w:r>
        <w:rPr>
          <w:sz w:val="20"/>
        </w:rPr>
        <w:t>25:52  to aik musalman ne mujh se poocha kahan ja rahe hain aap? to mein ne kaha ke falan conference mein. kaha woh woh conference hai. woh to kafiron aur mushrikon ki conference hai. aap bataiye ke kitna galat tha yeh remark. woh madعو logon ki conference hai. madعو. rasool Allah ne makkah ke puj</w:t>
      </w:r>
      <w:r>
        <w:br/>
      </w:r>
      <w:r>
        <w:rPr>
          <w:sz w:val="20"/>
        </w:rPr>
        <w:t>26:22  ariyon ko madعو samjha.</w:t>
      </w:r>
      <w:r>
        <w:br/>
      </w:r>
      <w:r>
        <w:rPr>
          <w:sz w:val="20"/>
        </w:rPr>
        <w:t>26:27  is liye is ko istemal kiya.</w:t>
      </w:r>
      <w:r>
        <w:br/>
      </w:r>
      <w:r>
        <w:rPr>
          <w:sz w:val="20"/>
        </w:rPr>
        <w:t>26:31  to aaj jo conference hoti hai jo seminar hota hai.</w:t>
      </w:r>
      <w:r>
        <w:br/>
      </w:r>
      <w:r>
        <w:rPr>
          <w:sz w:val="20"/>
        </w:rPr>
        <w:t>26:35  is mein jo log ikatha hote hain mukhtalif mazhab ke.</w:t>
      </w:r>
      <w:r>
        <w:br/>
      </w:r>
      <w:r>
        <w:rPr>
          <w:sz w:val="20"/>
        </w:rPr>
        <w:t>26:39  to wo madعو logon ki conference hoti hai.</w:t>
      </w:r>
      <w:r>
        <w:br/>
      </w:r>
      <w:r>
        <w:rPr>
          <w:sz w:val="20"/>
        </w:rPr>
        <w:t>26:44  is ko mein istemal kar raha hoon ja kar ke.</w:t>
      </w:r>
      <w:r>
        <w:br/>
      </w:r>
      <w:r>
        <w:rPr>
          <w:sz w:val="20"/>
        </w:rPr>
        <w:t>26:48  Peaceful tareeqe se agar hum istemal karein conferenceon ko seminaron ko aur doosre jo</w:t>
      </w:r>
      <w:r>
        <w:br/>
      </w:r>
      <w:r>
        <w:rPr>
          <w:sz w:val="20"/>
        </w:rPr>
        <w:t>26:52  ijtimat hote hain un ko.</w:t>
      </w:r>
      <w:r>
        <w:br/>
      </w:r>
      <w:r>
        <w:rPr>
          <w:sz w:val="20"/>
        </w:rPr>
        <w:t>26:57  to ek universal mawaqe khule hue hain.</w:t>
      </w:r>
      <w:r>
        <w:br/>
      </w:r>
      <w:r>
        <w:rPr>
          <w:sz w:val="20"/>
        </w:rPr>
        <w:t>27:02  hum payein ge ke opportunity ka explosion hai.</w:t>
      </w:r>
      <w:r>
        <w:br/>
      </w:r>
      <w:r>
        <w:rPr>
          <w:sz w:val="20"/>
        </w:rPr>
        <w:t>27:08  lekin hum chuna che is woh ka khas mafhoom le rakha hai hum ne.</w:t>
      </w:r>
      <w:r>
        <w:br/>
      </w:r>
      <w:r>
        <w:rPr>
          <w:sz w:val="20"/>
        </w:rPr>
        <w:t>27:13  is ke is ke applied versions se hum be khabar hain.</w:t>
      </w:r>
      <w:r>
        <w:br/>
      </w:r>
      <w:r>
        <w:rPr>
          <w:sz w:val="20"/>
        </w:rPr>
        <w:t>27:18  to maujooda zamane mein mein samajhta hoon ke sab se zaroori kaam yeh hai ke musalman</w:t>
      </w:r>
    </w:p>
    <w:p>
      <w:pPr>
        <w:pStyle w:val="Heading2"/>
      </w:pPr>
      <w:r>
        <w:t>Unilateral peacemaking resolves enmity</w:t>
      </w:r>
    </w:p>
    <w:p>
      <w:r>
        <w:rPr>
          <w:color w:val="666666"/>
          <w:sz w:val="18"/>
        </w:rPr>
        <w:t>Sayings of the Prophet-Part 2 (Prophetic Wisdom) 9 April, 2006 · 2m 19s · at 22:18 · https://youtu.be/pFWZonwLrXs?t=1338</w:t>
      </w:r>
    </w:p>
    <w:p>
      <w:r>
        <w:rPr>
          <w:i/>
        </w:rPr>
        <w:t>“Main Meerath gaya to wahan par bahut barso'n pehle ki baat hai”</w:t>
      </w:r>
    </w:p>
    <w:p>
      <w:r>
        <w:rPr>
          <w:sz w:val="20"/>
        </w:rPr>
        <w:t>22:18  main meerut gaya toh wahan par bohat barson ke pehle ki baat hai. toh do saahab the ek hi mohalle mein. donon ki bol chaal band thi, kai saal se band thi bol chaal.</w:t>
      </w:r>
      <w:r>
        <w:br/>
      </w:r>
      <w:r>
        <w:rPr>
          <w:sz w:val="20"/>
        </w:rPr>
        <w:t>22:30  bol chaal nahi, salaam kalaam nahi, kuch bhi nahi. woh unko dushman samajhte hain, woh unko dushman samajhte hain. toh maine ek saahab ko, jo hamara magazine padhte the, unse kaha ke aap yeh khatam kijiye isko.</w:t>
      </w:r>
      <w:r>
        <w:br/>
      </w:r>
      <w:r>
        <w:rPr>
          <w:sz w:val="20"/>
        </w:rPr>
        <w:t>22:48  unhone kaha ke main kaise khatam karoon? iski taraf se bhi toh kuch hona chahiye. matlab 50 percent mein, 50 percent woh. maine kaha, maine kaha yeh koi practical formula nahi hai.</w:t>
      </w:r>
      <w:r>
        <w:br/>
      </w:r>
      <w:r>
        <w:rPr>
          <w:sz w:val="20"/>
        </w:rPr>
        <w:t>23:01  practical formula aaj duniya mein sirf ek hi hai, woh hai unilateralism pe jo base kare, wahi formula hai. bilateralism pe jo base kare, woh formula nahi hai.</w:t>
      </w:r>
      <w:r>
        <w:br/>
      </w:r>
      <w:r>
        <w:rPr>
          <w:sz w:val="20"/>
        </w:rPr>
        <w:t>23:12  woh practical hi nahi hai. kehne ke liye toh aap kahein ke bhai donon taraf se hona chahiye. kehte rahiye, hone wala toh hai nahi. toh maine kaha aap apni hi, apne upar le lijiye is baat ko ke aap ko is dushmani ko khatam karna hai.</w:t>
      </w:r>
      <w:r>
        <w:br/>
      </w:r>
      <w:r>
        <w:rPr>
          <w:sz w:val="20"/>
        </w:rPr>
        <w:t>23:27  toh unhone kaha woh kaise? unhone kaha aap ke ghar jaaiye, yaar jaa ke kahiye ke bhai maaf karo, main apne dil ko saaf kar liya tumhare liye, tum bhi apne dil ko meri taraf saaf kar lo.</w:t>
      </w:r>
      <w:r>
        <w:br/>
      </w:r>
      <w:r>
        <w:rPr>
          <w:sz w:val="20"/>
        </w:rPr>
        <w:t>23:39  aaj se hum donon dushmani ko khatam karte hain. maine kaha, unhone kaha ke woh na khatam kare toh maine kaha aap jhoot bol rahe hain.</w:t>
      </w:r>
      <w:r>
        <w:br/>
      </w:r>
      <w:r>
        <w:rPr>
          <w:sz w:val="20"/>
        </w:rPr>
        <w:t>23:49  jhoot is liye ke nature ke khilaaf hi hai. aap jisse yeh kahenge, woh patthar nahi hai, woh insaan hai. iske andar ek nature hai.</w:t>
      </w:r>
      <w:r>
        <w:br/>
      </w:r>
      <w:r>
        <w:rPr>
          <w:sz w:val="20"/>
        </w:rPr>
        <w:t>23:59  toh maine kaha is baat ko jaaniye ke insaan patthar nahi hota. insaan, insaan hota hai, pighal jaata hai, woh asar qubool karta hai.</w:t>
      </w:r>
      <w:r>
        <w:br/>
      </w:r>
      <w:r>
        <w:rPr>
          <w:sz w:val="20"/>
        </w:rPr>
        <w:t>24:10  toh khair, woh gaye aur uske baad woh bohat khush hua. aur uske baad donon mein itni dosti hui ke donon ne business mein ek business kiya, partnership mein.</w:t>
      </w:r>
      <w:r>
        <w:br/>
      </w:r>
      <w:r>
        <w:rPr>
          <w:sz w:val="20"/>
        </w:rPr>
        <w:t>24:23  yeh baat kai barson pehle ki hai aur aaj tak unka business partnership, unki jo hai, bohat achha chal rahi hai. toh yahi batai gayi is hadith mein ke aaj ka dushman kal ka dost ho sakta hai.</w:t>
      </w:r>
    </w:p>
    <w:p>
      <w:pPr>
        <w:pStyle w:val="Heading2"/>
      </w:pPr>
      <w:r>
        <w:t>spirituality is universal, not owned by one religion</w:t>
      </w:r>
    </w:p>
    <w:p>
      <w:r>
        <w:rPr>
          <w:color w:val="666666"/>
          <w:sz w:val="18"/>
        </w:rPr>
        <w:t>The Concept of Spirituality In Islam - II January 27, 2006 Maulana Wahiduddin Khan · 1m 55s · at 47:30 · https://youtu.be/YZvx_Y3Dcg0?t=2850</w:t>
      </w:r>
    </w:p>
    <w:p>
      <w:r>
        <w:rPr>
          <w:i/>
        </w:rPr>
        <w:t>“Spirituality is not a monopoly of any one religion”</w:t>
      </w:r>
    </w:p>
    <w:p>
      <w:r>
        <w:rPr>
          <w:sz w:val="20"/>
        </w:rPr>
        <w:t>47:30  this is the true spirituality. I can see that, as I said early that, spirituality is not a monopoly of any religion.</w:t>
      </w:r>
      <w:r>
        <w:br/>
      </w:r>
      <w:r>
        <w:rPr>
          <w:sz w:val="20"/>
        </w:rPr>
        <w:t>47:46  Spirituality is the basic tradition of all things, all, all religion.</w:t>
      </w:r>
      <w:r>
        <w:br/>
      </w:r>
      <w:r>
        <w:rPr>
          <w:sz w:val="20"/>
        </w:rPr>
        <w:t>47:55  Spirituality is not a monopoly of one or of any religion. Spirituality is, is a basic trait of all, all religion.</w:t>
      </w:r>
      <w:r>
        <w:br/>
      </w:r>
      <w:r>
        <w:rPr>
          <w:sz w:val="20"/>
        </w:rPr>
        <w:t>48:08  There may be some difference in form, in form rituals, but basic teaching is one and the same.</w:t>
      </w:r>
      <w:r>
        <w:br/>
      </w:r>
      <w:r>
        <w:rPr>
          <w:sz w:val="20"/>
        </w:rPr>
        <w:t>48:20  Without spirituality, there is no religion. Without spirituality, there is no Islam.</w:t>
      </w:r>
      <w:r>
        <w:br/>
      </w:r>
      <w:r>
        <w:rPr>
          <w:sz w:val="20"/>
        </w:rPr>
        <w:t>48:32  So, we have to revive spiritual values, so that we can build a new society in our country.</w:t>
      </w:r>
      <w:r>
        <w:br/>
      </w:r>
      <w:r>
        <w:rPr>
          <w:sz w:val="20"/>
        </w:rPr>
        <w:t>48:42  This was a dream of Mahatma Gandhi. Mahatma Gandhi himself was a spiritual person, and he wanted to establish a spiritual society.</w:t>
      </w:r>
      <w:r>
        <w:br/>
      </w:r>
      <w:r>
        <w:rPr>
          <w:sz w:val="20"/>
        </w:rPr>
        <w:t>48:59  according to him, there is no difference between this and that religion, this and that system. he was a great believer in spirituality,</w:t>
      </w:r>
      <w:r>
        <w:br/>
      </w:r>
      <w:r>
        <w:rPr>
          <w:sz w:val="20"/>
        </w:rPr>
        <w:t>49:12  and also a great believer of spirituality. I believe that without spirituality, there is no peace.</w:t>
      </w:r>
    </w:p>
    <w:p>
      <w:pPr>
        <w:pStyle w:val="Heading2"/>
      </w:pPr>
      <w:r>
        <w:t>Anxiety as brain-storming, not evil</w:t>
      </w:r>
    </w:p>
    <w:p>
      <w:r>
        <w:rPr>
          <w:color w:val="666666"/>
          <w:sz w:val="18"/>
        </w:rPr>
        <w:t>Art of De-Linking May 6, 2007 Maulana Wahiduddin Khan · 2m 09s · at 1:41:54 · https://youtu.be/cvzrpk4qFus?t=6114</w:t>
      </w:r>
    </w:p>
    <w:p>
      <w:r>
        <w:rPr>
          <w:i/>
        </w:rPr>
        <w:t>“Anxiety is not evil; it's for brain-storming”</w:t>
      </w:r>
    </w:p>
    <w:p>
      <w:r>
        <w:rPr>
          <w:sz w:val="20"/>
        </w:rPr>
        <w:t>1:41:54  yeh bara acha sawal hai. yeh dekhiye, hum mein se har aadmi, main khud bhi anxiety mein mubtala rehta hoon.</w:t>
      </w:r>
      <w:r>
        <w:br/>
      </w:r>
      <w:r>
        <w:rPr>
          <w:sz w:val="20"/>
        </w:rPr>
        <w:t>1:42:06  kisi na kisi baat ko le kar anxiety ya tension ya stress hum mein se har ek ko hota hai.</w:t>
      </w:r>
      <w:r>
        <w:br/>
      </w:r>
      <w:r>
        <w:rPr>
          <w:sz w:val="20"/>
        </w:rPr>
        <w:t>1:42:13  to asal mein yahan jo baat hai, jo maine, jo meri discovery hai, woh batata hoon aap ko.</w:t>
      </w:r>
      <w:r>
        <w:br/>
      </w:r>
      <w:r>
        <w:rPr>
          <w:sz w:val="20"/>
        </w:rPr>
        <w:t>1:42:21  hum log jo hain bachpan se is tarah se hamari parvarish hoti hai keh hum anxiety ko evil samajh lete hain, evil. bachpan se aisa sunte sunte sunte.</w:t>
      </w:r>
      <w:r>
        <w:br/>
      </w:r>
      <w:r>
        <w:rPr>
          <w:sz w:val="20"/>
        </w:rPr>
        <w:t>1:42:33  anxiety ya tension ya stress jo hai, evil hai woh. halanke evil hai hi nahi woh. yeh meri discovery hai.</w:t>
      </w:r>
      <w:r>
        <w:br/>
      </w:r>
      <w:r>
        <w:rPr>
          <w:sz w:val="20"/>
        </w:rPr>
        <w:t>1:42:43  woh hai brainstorming ke liye. yani hamare mind ko activate karne ke liye.</w:t>
      </w:r>
      <w:r>
        <w:br/>
      </w:r>
      <w:r>
        <w:rPr>
          <w:sz w:val="20"/>
        </w:rPr>
        <w:t>1:42:52  yaad rakhiye, agar duniya mein anxiety khatam ho jaye, tension khatam ho jaye, stress khatam ho jaye to sab log animal ban jayenge. animal ban jayenge.</w:t>
      </w:r>
      <w:r>
        <w:br/>
      </w:r>
      <w:r>
        <w:rPr>
          <w:sz w:val="20"/>
        </w:rPr>
        <w:t>1:43:05  agar koi shakk is mein aap ko ho to koi aisa insan aap ko har jagah mil jayega jo baap ne khoob kama ke rakh diya paisa aur aram se reh raha hai.</w:t>
      </w:r>
      <w:r>
        <w:br/>
      </w:r>
      <w:r>
        <w:rPr>
          <w:sz w:val="20"/>
        </w:rPr>
        <w:t>1:43:14  us ko mil lijiye aap. bheer bakri jaisi baatein karega woh aap ko.</w:t>
      </w:r>
      <w:r>
        <w:br/>
      </w:r>
      <w:r>
        <w:rPr>
          <w:sz w:val="20"/>
        </w:rPr>
        <w:t>1:43:19  maine aise logon se mila hoon jin ko baap ne kama ke rakh diya, ghar bana diya, sab kuch, car, sab kuch hai. kuch sochna nahi hai un ko. kuch sochna nahi hai.</w:t>
      </w:r>
      <w:r>
        <w:br/>
      </w:r>
      <w:r>
        <w:rPr>
          <w:sz w:val="20"/>
        </w:rPr>
        <w:t>1:43:31  to kia hai wo? just like animal ho jatay hain wo.</w:t>
      </w:r>
      <w:r>
        <w:br/>
      </w:r>
      <w:r>
        <w:rPr>
          <w:sz w:val="20"/>
        </w:rPr>
        <w:t>1:43:37  dekhiye, main aap ko arz karoon ke aik angrezi mein kaha jata hai ke</w:t>
      </w:r>
      <w:r>
        <w:br/>
      </w:r>
      <w:r>
        <w:rPr>
          <w:sz w:val="20"/>
        </w:rPr>
        <w:t>1:43:46  ke wo He was born with a silver spoon in his mouth. He was born with a silver spoon in his mouth.</w:t>
      </w:r>
      <w:r>
        <w:br/>
      </w:r>
      <w:r>
        <w:rPr>
          <w:sz w:val="20"/>
        </w:rPr>
        <w:t>1:43:56  mujhe bataiye ke kon aisa aadmi hai jis ne koi bara kaam kiya ho jo sone chandi ka chamcha le kar paida hua ho?</w:t>
      </w:r>
    </w:p>
    <w:p>
      <w:pPr>
        <w:pStyle w:val="Heading2"/>
      </w:pPr>
      <w:r>
        <w:t>Remaining days at Mina, stoning the jamarat</w:t>
      </w:r>
    </w:p>
    <w:p>
      <w:r>
        <w:rPr>
          <w:color w:val="666666"/>
          <w:sz w:val="18"/>
        </w:rPr>
        <w:t>Rasulullah ka Hajj Haqeeqat-E-Hajj Book by Maulana Wahiduddin Khan · 1m 59s · at 29:21 · https://youtu.be/-f0kUKfC0Wg?t=1761</w:t>
      </w:r>
    </w:p>
    <w:p>
      <w:r>
        <w:rPr>
          <w:i/>
        </w:rPr>
        <w:t>“منی میں رات گزار کر اگلے دن رمی کی”</w:t>
      </w:r>
    </w:p>
    <w:p>
      <w:r>
        <w:rPr>
          <w:sz w:val="20"/>
        </w:rPr>
        <w:t>29:21  raat aap ne mina mein guzari. agle roz gyarah zilhajjah ko aap mina mein suraj dhalne ka intezar karte rahe.</w:t>
      </w:r>
      <w:r>
        <w:br/>
      </w:r>
      <w:r>
        <w:rPr>
          <w:sz w:val="20"/>
        </w:rPr>
        <w:t>29:32  jab zawal ka waqt aaya to aap sawari se utar kar rami-e-jamar ke liye gaye.</w:t>
      </w:r>
      <w:r>
        <w:br/>
      </w:r>
      <w:r>
        <w:rPr>
          <w:sz w:val="20"/>
        </w:rPr>
        <w:t>29:38  pehlay aap ne jamra-e-oola par aik ke baad aik saat kankaryan maari. is ke baad kuch dair tak dua karte rahe aur phir jamra-e-wusta par isi tarah kankaryan maari.</w:t>
      </w:r>
      <w:r>
        <w:br/>
      </w:r>
      <w:r>
        <w:rPr>
          <w:sz w:val="20"/>
        </w:rPr>
        <w:t>29:53  is ke baad phir kuch dair tak dua karte rahe. har kankari par aap Allahu Akbar farmate rahe. is ke baad jamra-e-aqaba ke qareeb ja kar us ko saat kankaryan maar dein.</w:t>
      </w:r>
      <w:r>
        <w:br/>
      </w:r>
      <w:r>
        <w:rPr>
          <w:sz w:val="20"/>
        </w:rPr>
        <w:t>30:09  phir aap wahan se hat gaye. is ke baad barah zilhajjah aur terah zilhajjah yaani ayyam-e-tashreeq ke teeno din tak aap mina hi mein rahe.</w:t>
      </w:r>
      <w:r>
        <w:br/>
      </w:r>
      <w:r>
        <w:rPr>
          <w:sz w:val="20"/>
        </w:rPr>
        <w:t>30:22  mina mein aap namaz-e-qasr baghair jama parhate rahe. terah zilhajjah ko zawal ke baad makkah ke liye rawana hue.</w:t>
      </w:r>
      <w:r>
        <w:br/>
      </w:r>
      <w:r>
        <w:rPr>
          <w:sz w:val="20"/>
        </w:rPr>
        <w:t>30:32  aap ne wadi-e-muhasab yaani abtah ke aik khayme mein qiyam kiya.</w:t>
      </w:r>
      <w:r>
        <w:br/>
      </w:r>
      <w:r>
        <w:rPr>
          <w:sz w:val="20"/>
        </w:rPr>
        <w:t>30:38  zuhar aur asar aur maghrib aur isha ki namazein yahin padhi. raat ko yahin aaram kiya. raat ko pichlay pehar uth kar haram gaye aur kaaba ka tawaf yaani tawaf-e-wida kiya aur wahin fajar ki namaz ada ki.</w:t>
      </w:r>
      <w:r>
        <w:br/>
      </w:r>
      <w:r>
        <w:rPr>
          <w:sz w:val="20"/>
        </w:rPr>
        <w:t>30:55  is ke baad qafle ko safar ka hukum diya. sab log apne apne maqam ki taraf rawana ho gaye. aap muhajireen aur ansar ke sath madinah ki taraf rawana hue.</w:t>
      </w:r>
      <w:r>
        <w:br/>
      </w:r>
      <w:r>
        <w:rPr>
          <w:sz w:val="20"/>
        </w:rPr>
        <w:t>31:07  makkah mein dakhil hone se le kar nikalne tak aap ka qiyam kul das din raha. jab zulhulaifa yaani madinah ke qareeb pohanche to aap thehar gaye aur raat yahan guzri.</w:t>
      </w:r>
    </w:p>
    <w:p>
      <w:pPr>
        <w:pStyle w:val="Heading2"/>
      </w:pPr>
      <w:r>
        <w:t>Why Muslim youth become rational thinkers, not rebels</w:t>
      </w:r>
    </w:p>
    <w:p>
      <w:r>
        <w:rPr>
          <w:color w:val="666666"/>
          <w:sz w:val="18"/>
        </w:rPr>
        <w:t>Muslims in Diaspora 9 jan 2007 (English) · 1m 42s · at 47:14 · https://youtu.be/oAi49l7nuOI?t=2834</w:t>
      </w:r>
    </w:p>
    <w:p>
      <w:r>
        <w:rPr>
          <w:i/>
        </w:rPr>
        <w:t>“This phenomenon is not due to any shortcoming in the next generation.”</w:t>
      </w:r>
    </w:p>
    <w:p>
      <w:r>
        <w:rPr>
          <w:sz w:val="20"/>
        </w:rPr>
        <w:t>47:14  So, I say I would like to say that this phenomenon is not due to</w:t>
      </w:r>
      <w:r>
        <w:br/>
      </w:r>
      <w:r>
        <w:rPr>
          <w:sz w:val="20"/>
        </w:rPr>
        <w:t>47:25  due to any shortcoming in the next generation. It is not correct to say that their boys were inherently enemies of Islam.</w:t>
      </w:r>
      <w:r>
        <w:br/>
      </w:r>
      <w:r>
        <w:rPr>
          <w:sz w:val="20"/>
        </w:rPr>
        <w:t>47:41  No.</w:t>
      </w:r>
      <w:r>
        <w:br/>
      </w:r>
      <w:r>
        <w:rPr>
          <w:sz w:val="20"/>
        </w:rPr>
        <w:t>47:43  The reason is that these boys were educated in modern schools modern colleges.</w:t>
      </w:r>
      <w:r>
        <w:br/>
      </w:r>
      <w:r>
        <w:rPr>
          <w:sz w:val="20"/>
        </w:rPr>
        <w:t>47:53  So, they became rational thinkers.</w:t>
      </w:r>
      <w:r>
        <w:br/>
      </w:r>
      <w:r>
        <w:rPr>
          <w:sz w:val="20"/>
        </w:rPr>
        <w:t>48:01  They became the first generation was born in Muslim countri</w:t>
      </w:r>
      <w:r>
        <w:br/>
      </w:r>
      <w:r>
        <w:rPr>
          <w:sz w:val="20"/>
        </w:rPr>
        <w:t>48:09  es. They</w:t>
      </w:r>
      <w:r>
        <w:br/>
      </w:r>
      <w:r>
        <w:rPr>
          <w:sz w:val="20"/>
        </w:rPr>
        <w:t>48:13  were educated in madrasas in Muslim schools or Muslim educational institutions. But these new generations these boys and girls were educated in Western schools and Western colleges.</w:t>
      </w:r>
      <w:r>
        <w:br/>
      </w:r>
      <w:r>
        <w:rPr>
          <w:sz w:val="20"/>
        </w:rPr>
        <w:t>48:30  So, they became rational</w:t>
      </w:r>
      <w:r>
        <w:br/>
      </w:r>
      <w:r>
        <w:rPr>
          <w:sz w:val="20"/>
        </w:rPr>
        <w:t>48:34  It is not a case of blasphemy, but it is a case of reason. So, they want to understand Islam in rational terms.</w:t>
      </w:r>
      <w:r>
        <w:br/>
      </w:r>
      <w:r>
        <w:rPr>
          <w:sz w:val="20"/>
        </w:rPr>
        <w:t>48:48  They want to understand Islam in scientific terms.</w:t>
      </w:r>
      <w:r>
        <w:br/>
      </w:r>
      <w:r>
        <w:rPr>
          <w:sz w:val="20"/>
        </w:rPr>
        <w:t>48:52  So, if you</w:t>
      </w:r>
    </w:p>
    <w:p>
      <w:pPr>
        <w:pStyle w:val="Heading2"/>
      </w:pPr>
      <w:r>
        <w:t>what fiqh means and shariah as a clear path</w:t>
      </w:r>
    </w:p>
    <w:p>
      <w:r>
        <w:rPr>
          <w:color w:val="666666"/>
          <w:sz w:val="18"/>
        </w:rPr>
        <w:t>Evolution of Fiqh: The Journey</w:t>
        <w:br/>
        <w:t>of Islamic Jurisprudence Dec 22, 2024 · 1m 12s · at 2:09 · https://youtu.be/Iwtb-eFjp2c?t=129</w:t>
      </w:r>
    </w:p>
    <w:p>
      <w:r>
        <w:rPr>
          <w:i/>
        </w:rPr>
        <w:t>“yeh bahut hi important topic hai, koi bhi kaam be samjhe bujhe karen”</w:t>
      </w:r>
    </w:p>
    <w:p>
      <w:r>
        <w:rPr>
          <w:sz w:val="20"/>
        </w:rPr>
        <w:t>2:09  ji haan, jaise aap ne kaha ke ye bahut hi important topic hai, kyunki koi bhi kaam aap be-samjhe bojhe karein to is ki koi ahemiyat nahi hoti.</w:t>
      </w:r>
      <w:r>
        <w:br/>
      </w:r>
      <w:r>
        <w:rPr>
          <w:sz w:val="20"/>
        </w:rPr>
        <w:t>2:19  to isi tarah deen bhi hai. fiqh ke dekhiye, literal maani hain, gehri samajh, understanding jis ko hum angrezi mein kehte hain.</w:t>
      </w:r>
      <w:r>
        <w:br/>
      </w:r>
      <w:r>
        <w:rPr>
          <w:sz w:val="20"/>
        </w:rPr>
        <w:t>2:29  to gehrai se kisi baat ko samajhna ek hai ke sirf namaz roza kar lena be-samjhe bojhe, jaise zyada tar log karte hain.</w:t>
      </w:r>
      <w:r>
        <w:br/>
      </w:r>
      <w:r>
        <w:rPr>
          <w:sz w:val="20"/>
        </w:rPr>
        <w:t>2:38  ek hai is ko samajh kar karna, is ko, is ko achhe tareeqe se samajhna ke is se murad kya hai, is se humein kya kya, humein is, is ke kis tareeqe se is ki adayegi karni chahiye.</w:t>
      </w:r>
      <w:r>
        <w:br/>
      </w:r>
      <w:r>
        <w:rPr>
          <w:sz w:val="20"/>
        </w:rPr>
        <w:t>2:52  to isi tareeqe se shariat ke jo lafzi maani hain, shariat ka lafz bahut bola jata hai, is</w:t>
      </w:r>
      <w:r>
        <w:br/>
      </w:r>
      <w:r>
        <w:rPr>
          <w:sz w:val="20"/>
        </w:rPr>
        <w:t>2:58  ke jo lafzi maani hain, woh highway, highway kehte hain, woh chaura rasta jis par chala jaye. to Quran ne is lafz ko deen ke liye istemal kiya hai, chaura rasta yani clear cut path, ordained by God.</w:t>
      </w:r>
      <w:r>
        <w:br/>
      </w:r>
      <w:r>
        <w:rPr>
          <w:sz w:val="20"/>
        </w:rPr>
        <w:t>3:16  to shuru mein dekhiye, ilm aur fiqh dono synonyms words the.</w:t>
      </w:r>
    </w:p>
    <w:p>
      <w:pPr>
        <w:pStyle w:val="Heading2"/>
      </w:pPr>
      <w:r>
        <w:t>Prophet turned loss into opportunity at Kaaba</w:t>
      </w:r>
    </w:p>
    <w:p>
      <w:r>
        <w:rPr>
          <w:color w:val="666666"/>
          <w:sz w:val="18"/>
        </w:rPr>
        <w:t>The Art of Application | January 07, 2017 | Maulana Wahiduddin Khan · 2m 01s · at 6:48 · https://youtu.be/wb1bDtubwMU?t=408</w:t>
      </w:r>
    </w:p>
    <w:p>
      <w:r>
        <w:rPr>
          <w:i/>
        </w:rPr>
        <w:t>“Khoi hui ko regain karna nahi”</w:t>
      </w:r>
    </w:p>
    <w:p>
      <w:r>
        <w:rPr>
          <w:sz w:val="20"/>
        </w:rPr>
        <w:t>6:48  yani khoye hue ko regain karna nahi, policy honi chahiye tumhari, balkeh khone ke baad jo opportunity hai, us ka avel karo. maslan dekhiye, makkah mein, aap jante hain ke Hazrat Ibrahim ne kaaba banaya tha, 4000 saal pehle. aur kaaba jo tha, woh tauheed ka markaz tha, but parasti ke khilaf tha. to baad</w:t>
      </w:r>
      <w:r>
        <w:br/>
      </w:r>
      <w:r>
        <w:rPr>
          <w:sz w:val="20"/>
        </w:rPr>
        <w:t>7:19  ke zamanay mein, baad ke zamanay mein naye log paida hue, aur un mein dheere dheere, dheere dheere shirk aa gaya. to wahi qabiz ho gaye kaaba par. to jab rasool Allah aaye to kaaba par qabza doosron ka tha, mushrikeen ka. aur mushrikeen ne is ko, yani but ka markaz bana diya tha. yeh</w:t>
      </w:r>
      <w:r>
        <w:br/>
      </w:r>
      <w:r>
        <w:rPr>
          <w:sz w:val="20"/>
        </w:rPr>
        <w:t>7:49  kaha jata hai ke 360 but us par rakhe hue thay. to ibrahimi kaaba ko regain karna, bazahir rasool Allah ko yahan se apna mission shuru karna chahiye tha. apparently, that was the starting point for the prophet. ke jo kaaba, ibrahimi kaaba tha, us ko mushrikeen ka bana diya, us ko regain karo. aap ne kuch nahi kiya.</w:t>
      </w:r>
      <w:r>
        <w:br/>
      </w:r>
      <w:r>
        <w:rPr>
          <w:sz w:val="20"/>
        </w:rPr>
        <w:t>8:20  bolay bhi nahi, kuch bhi nahi kiya. kyun? aap ka dhyan tha opportunity par, na ke khoye hue ko regain karne par. to yeh opportunity kya thi? isi kaaba ki wajah se sare arab ke log aate thay, buton ko nazrana charhate thay, buton ko poojte thay, buton ko, buton ka darshan karte thay.</w:t>
      </w:r>
    </w:p>
    <w:p>
      <w:pPr>
        <w:pStyle w:val="Heading2"/>
      </w:pPr>
      <w:r>
        <w:t>Conquest of Mecca: total forgiveness of enemies</w:t>
      </w:r>
    </w:p>
    <w:p>
      <w:r>
        <w:rPr>
          <w:color w:val="666666"/>
          <w:sz w:val="18"/>
        </w:rPr>
        <w:t>The Issue of Shatm-e-Rasool (Abuse of the Prophet) December 19, 2021 Prof. Farida Khanam · 1m 27s · at 22:28 · https://youtu.be/ExQS_PHirUc?t=1348</w:t>
      </w:r>
    </w:p>
    <w:p>
      <w:r>
        <w:rPr>
          <w:i/>
        </w:rPr>
        <w:t>“Then came the conquest of Mecca”</w:t>
      </w:r>
    </w:p>
    <w:p>
      <w:r>
        <w:rPr>
          <w:sz w:val="20"/>
        </w:rPr>
        <w:t>22:28  to hassan shair ke zariye jawab dete the. to phir ye madine ke waqiat hain. is ke baad fathh makkah hua.</w:t>
      </w:r>
      <w:r>
        <w:br/>
      </w:r>
      <w:r>
        <w:rPr>
          <w:sz w:val="20"/>
        </w:rPr>
        <w:t>22:39  us waqt tamam dushman jin logon ne koi kami nahi chhodi thi,</w:t>
      </w:r>
      <w:r>
        <w:br/>
      </w:r>
      <w:r>
        <w:rPr>
          <w:sz w:val="20"/>
        </w:rPr>
        <w:t>22:46  aap ko makkah se nikala, aap ka boycott kiya, aap se jangain lari, itne sare log shaheed hue. aur is ke baad jab makkah fathh ho gaya to wo tamam log asal mein purane zamane mein jo bhi prisoners of war hote the, un ka sab ka sab sar qalam kar diya jata tha.</w:t>
      </w:r>
      <w:r>
        <w:br/>
      </w:r>
      <w:r>
        <w:rPr>
          <w:sz w:val="20"/>
        </w:rPr>
        <w:t>23:04  wahan koi jail wail mein rakhne ka koi tareeqa nahi tha.</w:t>
      </w:r>
      <w:r>
        <w:br/>
      </w:r>
      <w:r>
        <w:rPr>
          <w:sz w:val="20"/>
        </w:rPr>
        <w:t>23:08  to wo log sare kaba mein jama hue, sare leader, aur samjhe ke aaj faisla hoga hamari sar gardan zadni ka.</w:t>
      </w:r>
      <w:r>
        <w:br/>
      </w:r>
      <w:r>
        <w:rPr>
          <w:sz w:val="20"/>
        </w:rPr>
        <w:t>23:17  sar jhukaye hue the log. to rasool allah salallaho alaihi wasallam ne kaha ke jao tum log sab azaad ho.</w:t>
      </w:r>
      <w:r>
        <w:br/>
      </w:r>
      <w:r>
        <w:rPr>
          <w:sz w:val="20"/>
        </w:rPr>
        <w:t>23:25  to un tamam dushmanon ko jo badtareen dushman the, un ko aap ne bilkul maaf kar diya aur kehte hain ke wo sab aisa wahan se bahar nikle haram se jaisa ke wo qabron se nikle hon.</w:t>
      </w:r>
      <w:r>
        <w:br/>
      </w:r>
      <w:r>
        <w:rPr>
          <w:sz w:val="20"/>
        </w:rPr>
        <w:t>23:39  matlab wo to samajh rahe the ke ab hum qabr mein jane wale hain.</w:t>
      </w:r>
      <w:r>
        <w:br/>
      </w:r>
      <w:r>
        <w:rPr>
          <w:sz w:val="20"/>
        </w:rPr>
        <w:t>23:44  to ye jo hai, ye aap ka jo bohat hi bara aap ka ye kirdaar tha jis ke baray mein quran mein aya hai: "innaka la'ala khuluqin azeem".</w:t>
      </w:r>
    </w:p>
    <w:p>
      <w:pPr>
        <w:pStyle w:val="Heading2"/>
      </w:pPr>
      <w:r>
        <w:t>Prophet refused kingship because society wasn't ready</w:t>
      </w:r>
    </w:p>
    <w:p>
      <w:r>
        <w:rPr>
          <w:color w:val="666666"/>
          <w:sz w:val="18"/>
        </w:rPr>
        <w:t>Islam and Democracy January 23, 2011 · 2m 31s · at 36:19 · https://youtu.be/SgxyqSf267U?t=2179</w:t>
      </w:r>
    </w:p>
    <w:p>
      <w:r>
        <w:rPr>
          <w:i/>
        </w:rPr>
        <w:t>“He never once asked for a share of political power”</w:t>
      </w:r>
    </w:p>
    <w:p>
      <w:r>
        <w:rPr>
          <w:sz w:val="20"/>
        </w:rPr>
        <w:t>36:19  jin logon ne islam se hat kar ke deviate kar ke ek aur banaya interpretation is ka yeh problem hai islam ko problem nahi hai aisa hai is ka yeh problem nahi hai ab dekhein rasool allah sallallahu alaihi wasallam makka mein the 13 saal tak toh wahan par dawood nadwa tha dawood nadwa jo tha woh tribal parliament thi</w:t>
      </w:r>
      <w:r>
        <w:br/>
      </w:r>
      <w:r>
        <w:rPr>
          <w:sz w:val="20"/>
        </w:rPr>
        <w:t>36:47  aap ne kabhi yeh nahi kaha ke mujhe is mein hissa do mere member bhi is mein honge mujhe bhi is mein dakhal do kabhi aap ne is tarah ki maang nahi ki wahan par yahan tak ke unhone aap ko offer diya ke hum aap ko badshah bana lete hain in mulk</w:t>
      </w:r>
      <w:r>
        <w:br/>
      </w:r>
      <w:r>
        <w:rPr>
          <w:sz w:val="20"/>
        </w:rPr>
        <w:t>37:08  aap ne is offer ko nahi liya kyun society prepared nahi thi</w:t>
      </w:r>
      <w:r>
        <w:br/>
      </w:r>
      <w:r>
        <w:rPr>
          <w:sz w:val="20"/>
        </w:rPr>
        <w:t>37:14  yaani agar aap head yaani aap yaani political head ka uhda le lete aur society toh bigdi hui thi toh kuch bhi na hota jaise pakistan mein zia ul haq sahib jo hai islam chahte the aur society bigdi hui thi mashhoor waqia hai ke zia ul haq sahib aaye the yeh keh kar ke ke hum islam layenge pakistan mein hua kuch bhi nahi</w:t>
      </w:r>
      <w:r>
        <w:br/>
      </w:r>
      <w:r>
        <w:rPr>
          <w:sz w:val="20"/>
        </w:rPr>
        <w:t>37:38  toh ulama ka ek waqt mila zia ul haq sahib se ke aap ne kaha tha ke hum islam layenge aap ne kuch kiya nahi toh unhone kaha ke mujhe 200 non perceivable aadmi de do 200 200 aur main islam yahan lata hoon toh ulama ne kaha hum kahan se layein toh zia ul haq sahib mein kahan se laoon toh society jab tayyar nahi thi toh zia ul haq sahib kuch nahi kar sake</w:t>
      </w:r>
      <w:r>
        <w:br/>
      </w:r>
      <w:r>
        <w:rPr>
          <w:sz w:val="20"/>
        </w:rPr>
        <w:t>38:05  toh rasool allah ne jo qabool nahi kiya tha uhda badshah ka badshah matlab makka ka chief mad makka ka political chief toh society prepared nahi thi aap chief ban kar kya karte toh aap ne yeh kiya ke do cheezon ko alag kar diya aqida aur tauheed ko absolute qarar de</w:t>
      </w:r>
      <w:r>
        <w:br/>
      </w:r>
      <w:r>
        <w:rPr>
          <w:sz w:val="20"/>
        </w:rPr>
        <w:t>38:31  diya ke ise toh manna hi manna hai har ek ko warna jahannum mein jayega aadmi aur society ke bare mein kya kya ke educate karo logon ko jitna education badhe gi utna hi phir democracy aadi chali jayegi yeh tha islam ka tareeqa</w:t>
      </w:r>
    </w:p>
    <w:p>
      <w:pPr>
        <w:pStyle w:val="Heading2"/>
      </w:pPr>
      <w:r>
        <w:t>Peace rule, war only in compulsory situations</w:t>
      </w:r>
    </w:p>
    <w:p>
      <w:r>
        <w:rPr>
          <w:color w:val="666666"/>
          <w:sz w:val="18"/>
        </w:rPr>
        <w:t>Life of The Prophet of Islam (English) March 06, 2007 Maulana Wahiduddin Khan · 2m 28s · at 21:49 · https://youtu.be/u6RTh_UeP5M?t=1309</w:t>
      </w:r>
    </w:p>
    <w:p>
      <w:r>
        <w:rPr>
          <w:i/>
        </w:rPr>
        <w:t>“Don't wish confrontation with your enemy”</w:t>
      </w:r>
    </w:p>
    <w:p>
      <w:r>
        <w:rPr>
          <w:sz w:val="20"/>
        </w:rPr>
        <w:t>21:49  ask peace from God. this is a general direction.</w:t>
      </w:r>
      <w:r>
        <w:br/>
      </w:r>
      <w:r>
        <w:rPr>
          <w:sz w:val="20"/>
        </w:rPr>
        <w:t>21:59  This was a general teaching of the prophet of Islam: "la tatmann li qaal adu wa sall Allah al-aafiyah".</w:t>
      </w:r>
      <w:r>
        <w:br/>
      </w:r>
      <w:r>
        <w:rPr>
          <w:sz w:val="20"/>
        </w:rPr>
        <w:t>22:10  dont wish</w:t>
      </w:r>
      <w:r>
        <w:br/>
      </w:r>
      <w:r>
        <w:rPr>
          <w:sz w:val="20"/>
        </w:rPr>
        <w:t>22:16  confrontation wid your enemy. ask peace from God. so this is da basic principle in Islam.</w:t>
      </w:r>
      <w:r>
        <w:br/>
      </w:r>
      <w:r>
        <w:rPr>
          <w:sz w:val="20"/>
        </w:rPr>
        <w:t>22:35  so i see dat in Islam, peace is da rule and war is a rare exception.</w:t>
      </w:r>
      <w:r>
        <w:br/>
      </w:r>
      <w:r>
        <w:rPr>
          <w:sz w:val="20"/>
        </w:rPr>
        <w:t>22:50  peace is da rule and war is a rare exception.</w:t>
      </w:r>
      <w:r>
        <w:br/>
      </w:r>
      <w:r>
        <w:rPr>
          <w:sz w:val="20"/>
        </w:rPr>
        <w:t>22:58  din there is a hadith in sahih Muslim: "inn Allah yuti al-rifq ma la yuti al-unf".</w:t>
      </w:r>
      <w:r>
        <w:br/>
      </w:r>
      <w:r>
        <w:rPr>
          <w:sz w:val="20"/>
        </w:rPr>
        <w:t>23:19  God grants to non violence what he does not grant to violence.</w:t>
      </w:r>
      <w:r>
        <w:br/>
      </w:r>
      <w:r>
        <w:rPr>
          <w:sz w:val="20"/>
        </w:rPr>
        <w:t>23:31  g</w:t>
      </w:r>
      <w:r>
        <w:br/>
      </w:r>
      <w:r>
        <w:rPr>
          <w:sz w:val="20"/>
        </w:rPr>
        <w:t>23:32  od grants to non violence what he does not grant to violence. now, if non violence is more effective,</w:t>
      </w:r>
      <w:r>
        <w:br/>
      </w:r>
      <w:r>
        <w:rPr>
          <w:sz w:val="20"/>
        </w:rPr>
        <w:t>23:46  din how Islam can adopt</w:t>
      </w:r>
      <w:r>
        <w:br/>
      </w:r>
      <w:r>
        <w:rPr>
          <w:sz w:val="20"/>
        </w:rPr>
        <w:t>23:54  da violent method?</w:t>
      </w:r>
      <w:r>
        <w:br/>
      </w:r>
      <w:r>
        <w:rPr>
          <w:sz w:val="20"/>
        </w:rPr>
        <w:t>23:59  if peaceful method is more effective, then how Islam can adopt violent method in any situation?</w:t>
      </w:r>
      <w:r>
        <w:br/>
      </w:r>
      <w:r>
        <w:rPr>
          <w:sz w:val="20"/>
        </w:rPr>
        <w:t>24:15  out of question.</w:t>
      </w:r>
    </w:p>
    <w:p>
      <w:pPr>
        <w:pStyle w:val="Heading2"/>
      </w:pPr>
      <w:r>
        <w:t>Prophet addressed 7th century, later audience better</w:t>
      </w:r>
    </w:p>
    <w:p>
      <w:r>
        <w:rPr>
          <w:color w:val="666666"/>
          <w:sz w:val="18"/>
        </w:rPr>
        <w:t>Ikhwane Rasool from supersition to science -19-4-09 · 1m 52s · at 8:48 · https://youtu.be/f7E3bzA5h-M?t=528</w:t>
      </w:r>
    </w:p>
    <w:p>
      <w:r>
        <w:rPr>
          <w:i/>
        </w:rPr>
        <w:t>“At that time, the framework of man was traditional”</w:t>
      </w:r>
    </w:p>
    <w:p>
      <w:r>
        <w:rPr>
          <w:sz w:val="20"/>
        </w:rPr>
        <w:t>8:48  at that time, the framework of man was a traditional framework. woh zamana wohi tha. dekhen, history mein ab jump nahi hua karta.</w:t>
      </w:r>
      <w:r>
        <w:br/>
      </w:r>
      <w:r>
        <w:rPr>
          <w:sz w:val="20"/>
        </w:rPr>
        <w:t>9:02  yeh mumkin nahi tha ke Rasool Allah jump kar ke twentieth century mein pohnch jayen.</w:t>
      </w:r>
      <w:r>
        <w:br/>
      </w:r>
      <w:r>
        <w:rPr>
          <w:sz w:val="20"/>
        </w:rPr>
        <w:t>9:10  this kind of jump is not possible in history. aap ko immediate audience ko hi le kar bolna tha. jump kar ke aap twentieth century ko apna audience banayen, yeh possible nahi tha.</w:t>
      </w:r>
      <w:r>
        <w:br/>
      </w:r>
      <w:r>
        <w:rPr>
          <w:sz w:val="20"/>
        </w:rPr>
        <w:t>9:26  yeh to aap ko karna tha. aap ki ummat ko karna tha. is points ko bohat zyada samajhne ki zaroorat hai. ke Rasool Allah address kar rahe the seventh century ke audience ko.</w:t>
      </w:r>
      <w:r>
        <w:br/>
      </w:r>
      <w:r>
        <w:rPr>
          <w:sz w:val="20"/>
        </w:rPr>
        <w:t>9:39  lekin aap ki jo prophethood thi woh eternity, eternal thi, hamesha ke liye thi.</w:t>
      </w:r>
      <w:r>
        <w:br/>
      </w:r>
      <w:r>
        <w:rPr>
          <w:sz w:val="20"/>
        </w:rPr>
        <w:t>9:49  jis ke ma'ni extended sense mein hum sab is ke audience hain. lekin twentieth century mein scientific framework banne wala tha insan ka.</w:t>
      </w:r>
      <w:r>
        <w:br/>
      </w:r>
      <w:r>
        <w:rPr>
          <w:sz w:val="20"/>
        </w:rPr>
        <w:t>10:00  scientific revolution ke baad insan scientific framework mein sochne wala tha. lekin aap aisa nahi kar sakte the.</w:t>
      </w:r>
      <w:r>
        <w:br/>
      </w:r>
      <w:r>
        <w:rPr>
          <w:sz w:val="20"/>
        </w:rPr>
        <w:t>10:12  historical jump possible nahi hai. to aap ne apne immediate audience ko address kiya aur yeh keh diya pehle hi ke baad ka jo audience hai ho sakta hai ke tum se bhi behtar ho woh.</w:t>
      </w:r>
      <w:r>
        <w:br/>
      </w:r>
      <w:r>
        <w:rPr>
          <w:sz w:val="20"/>
        </w:rPr>
        <w:t>10:29  aur is ke bohat se proof hain Quran o Hadees mein. ek simple example main deta hoon aap ko, ek bohat hi saada misaal.</w:t>
      </w:r>
    </w:p>
    <w:p>
      <w:pPr>
        <w:pStyle w:val="Heading2"/>
      </w:pPr>
      <w:r>
        <w:t>Three things forbidden: blood, wealth, and honor</w:t>
      </w:r>
    </w:p>
    <w:p>
      <w:r>
        <w:rPr>
          <w:color w:val="666666"/>
          <w:sz w:val="18"/>
        </w:rPr>
        <w:t>Hadith-e-Rasool (Sayings of The Prophet of Islam) 20 June 2010 · 2m 40s · at 32:32 · https://youtu.be/eOZy3kYKTn0?t=1952</w:t>
      </w:r>
    </w:p>
    <w:p>
      <w:r>
        <w:rPr>
          <w:i/>
        </w:rPr>
        <w:t>“Damahu wa maluhu wa 'irduh”</w:t>
      </w:r>
    </w:p>
    <w:p>
      <w:r>
        <w:rPr>
          <w:sz w:val="20"/>
        </w:rPr>
        <w:t>32:32  damuhu wa maluhu wa 'irduhu yaani khoon uska maal uski ab ro</w:t>
      </w:r>
      <w:r>
        <w:br/>
      </w:r>
      <w:r>
        <w:rPr>
          <w:sz w:val="20"/>
        </w:rPr>
        <w:t>32:41  yaani jin insaanon ke darmiyan aap hain to wahan aap ko is tarah rehna hai ke unko aap</w:t>
      </w:r>
      <w:r>
        <w:br/>
      </w:r>
      <w:r>
        <w:rPr>
          <w:sz w:val="20"/>
        </w:rPr>
        <w:t>32:50  maarnahi sakte. maarna haram hai aap ke liye. yaani physical harm pahunchana unko yeh haram hai aap ke liye</w:t>
      </w:r>
      <w:r>
        <w:br/>
      </w:r>
      <w:r>
        <w:rPr>
          <w:sz w:val="20"/>
        </w:rPr>
        <w:t>33:00  physical harm ki kya shakal hai? qatl karna to kisi bhi qism ka physical harm pahunchana yeh haram hai doosre insaan ko. maal doosre insaan ka maal aap sirf tijarti taur par le sakte hain ya woh khushi apni khushi se kuch de de aap ko warna aapse chheen lein exploit kar lein</w:t>
      </w:r>
      <w:r>
        <w:br/>
      </w:r>
      <w:r>
        <w:rPr>
          <w:sz w:val="20"/>
        </w:rPr>
        <w:t>33:25  kisi bhi aise tareeqay se haasil karen jo shariyat mein qanoon mein jaiz nahin hai woh haram hai</w:t>
      </w:r>
      <w:r>
        <w:br/>
      </w:r>
      <w:r>
        <w:rPr>
          <w:sz w:val="20"/>
        </w:rPr>
        <w:t>33:36  yani azaadaana taur par aur razamandee ke saath jo laindina hota hai bas woh jaiz hai baqi sab haram hai aur arz yani abroo yeh bhi haram hai ke aap kisi ke abroo par hamla karen</w:t>
      </w:r>
      <w:r>
        <w:br/>
      </w:r>
      <w:r>
        <w:rPr>
          <w:sz w:val="20"/>
        </w:rPr>
        <w:t>33:54  yani kisi ke aaj kal zabaan mein kehte hain character assassination aaj kal zabaan mein character assassination yeh haram hai haram hai haram hai yani kirdaar kashi</w:t>
      </w:r>
      <w:r>
        <w:br/>
      </w:r>
      <w:r>
        <w:rPr>
          <w:sz w:val="20"/>
        </w:rPr>
        <w:t>34:10  aap kisi doosre ke upar criticize kar sakte hain agar aap ke paas daleel hai agar aap ke paas daleel hai valid argument hai to aap kisi ke upar criticize kar sakte hain</w:t>
      </w:r>
      <w:r>
        <w:br/>
      </w:r>
      <w:r>
        <w:rPr>
          <w:sz w:val="20"/>
        </w:rPr>
        <w:t>34:24  lekin iski neeyat par hamla karna isko bura kehna isko munafiq fajir fasiq kehna iski jisko kehte hain taeed aib zani karna isiko kehte hain kirdaar kashi ya character assassination yeh sab haram hai yeh sab haram hai to har insaan par doosre insaan ki teen cheezein haram hain</w:t>
      </w:r>
      <w:r>
        <w:br/>
      </w:r>
      <w:r>
        <w:rPr>
          <w:sz w:val="20"/>
        </w:rPr>
        <w:t>34:51  isko physical harm pahunchana iske maal ko jaiz taur par lena ya iski abroo par hamla karna iski izzat izzat abroo par hamla karna yeh sab haram hai aise hi dekhiye</w:t>
      </w:r>
    </w:p>
    <w:p>
      <w:pPr>
        <w:pStyle w:val="Heading2"/>
      </w:pPr>
      <w:r>
        <w:t>Kaaba history and Prophet's hadith</w:t>
      </w:r>
    </w:p>
    <w:p>
      <w:r>
        <w:rPr>
          <w:color w:val="666666"/>
          <w:sz w:val="18"/>
        </w:rPr>
        <w:t>History of Kaaba March 19, 2017 · 2m 46s · at 6:58 · https://youtu.be/HPvWnoueeqg?t=418</w:t>
      </w:r>
    </w:p>
    <w:p>
      <w:r>
        <w:rPr>
          <w:i/>
        </w:rPr>
        <w:t>“The Kaaba today is not on Abraham's foundation.”</w:t>
      </w:r>
    </w:p>
    <w:p>
      <w:r>
        <w:rPr>
          <w:sz w:val="20"/>
        </w:rPr>
        <w:t>6:58  hazrat ibrahim ne jo kaba banaya tha wo rectangular tha yani lambai mein tha wo iski shape lambai mein thi.</w:t>
      </w:r>
      <w:r>
        <w:br/>
      </w:r>
      <w:r>
        <w:rPr>
          <w:sz w:val="20"/>
        </w:rPr>
        <w:t>7:08  rectangular. lekin aaj jo kaba hai wo isi ko square hai yeh chokor hai.</w:t>
      </w:r>
      <w:r>
        <w:br/>
      </w:r>
      <w:r>
        <w:rPr>
          <w:sz w:val="20"/>
        </w:rPr>
        <w:t>7:18  to kaba ke sath sath aik mila hua hai aik tooti hui jagah jo kal kaba ka jo raqba tha hazrat ibrahim ke zamane mein us ka one third hai wo.</w:t>
      </w:r>
      <w:r>
        <w:br/>
      </w:r>
      <w:r>
        <w:rPr>
          <w:sz w:val="20"/>
        </w:rPr>
        <w:t>7:34  to kaba ka one third toota hua hai huzoor kehte hain hatim. hatim.</w:t>
      </w:r>
      <w:r>
        <w:br/>
      </w:r>
      <w:r>
        <w:rPr>
          <w:sz w:val="20"/>
        </w:rPr>
        <w:t>7:45  to kaba khud to chokor building hai is ke sath</w:t>
      </w:r>
      <w:r>
        <w:br/>
      </w:r>
      <w:r>
        <w:rPr>
          <w:sz w:val="20"/>
        </w:rPr>
        <w:t>7:54  aik open jagah hai open us ko kehte hain hatim.</w:t>
      </w:r>
      <w:r>
        <w:br/>
      </w:r>
      <w:r>
        <w:rPr>
          <w:sz w:val="20"/>
        </w:rPr>
        <w:t>8:03  to yeh jo hatim hai jo open jagah hai hazrat ibrahim ke zamane mein wo kaba mein shamil thi. rasool allah ki ba'sat se pehle kaha jata hai ke makkah mein sailab aya toofan aya to kaba ki jo building thi hazrat ibrahim wali wo damage ho gayi.</w:t>
      </w:r>
      <w:r>
        <w:br/>
      </w:r>
      <w:r>
        <w:rPr>
          <w:sz w:val="20"/>
        </w:rPr>
        <w:t>8:32  damage ho gayi ya gir gayi. is zamane mein makkah par mushrikeen mushrik logon ka qabza tha. mushrik sardar wahan par rule karte thay.</w:t>
      </w:r>
      <w:r>
        <w:br/>
      </w:r>
      <w:r>
        <w:rPr>
          <w:sz w:val="20"/>
        </w:rPr>
        <w:t>8:48  to unhon ne kaba ko jo rebuild kiya rebuild kiya to kisi wajah se unhon ne jo site thi kaba ki site s i t e us ke aadhe hisse par kaba banaya aur one third chhod diya khali.</w:t>
      </w:r>
      <w:r>
        <w:br/>
      </w:r>
      <w:r>
        <w:rPr>
          <w:sz w:val="20"/>
        </w:rPr>
        <w:t>9:10  isi ko kehte hain hatim.</w:t>
      </w:r>
      <w:r>
        <w:br/>
      </w:r>
      <w:r>
        <w:rPr>
          <w:sz w:val="20"/>
        </w:rPr>
        <w:t>9:17  to bukhari mein aik riwayat hai aur kai hadith kitabon mein aayi hai</w:t>
      </w:r>
      <w:r>
        <w:br/>
      </w:r>
      <w:r>
        <w:rPr>
          <w:sz w:val="20"/>
        </w:rPr>
        <w:t>9:24  ke rasool allah sallallahu alaihi wasallam ne hazrat aisha se kaha ke yeh jo kaba khada hua hai yeh ibrahimi buniyad par nahi hai.</w:t>
      </w:r>
      <w:r>
        <w:br/>
      </w:r>
      <w:r>
        <w:rPr>
          <w:sz w:val="20"/>
        </w:rPr>
        <w:t>9:34  yeh mushrik logon ki buniyad par hai yani is baat ki yaadgar hai ke mushrik logon ne kaba ko rebuild kiya tha is tarike se.</w:t>
      </w:r>
    </w:p>
    <w:p>
      <w:pPr>
        <w:pStyle w:val="Heading2"/>
      </w:pPr>
      <w:r>
        <w:t>How to respond to mockery like the Satanic Verses</w:t>
      </w:r>
    </w:p>
    <w:p>
      <w:r>
        <w:rPr>
          <w:color w:val="666666"/>
          <w:sz w:val="18"/>
        </w:rPr>
        <w:t>The Issue of Shatm-e-Rasool (Abuse of the Prophet) December 19, 2021 Prof. Farida Khanam · 1m 46s · at 50:36 · https://youtu.be/ExQS_PHirUc?t=3036</w:t>
      </w:r>
    </w:p>
    <w:p>
      <w:r>
        <w:rPr>
          <w:i/>
        </w:rPr>
        <w:t>“For mockery like this, there are two responses”</w:t>
      </w:r>
    </w:p>
    <w:p>
      <w:r>
        <w:rPr>
          <w:sz w:val="20"/>
        </w:rPr>
        <w:t>50:36  ah, apa agla sawal ah, main leta hoon, ah, yeh Azhar Siddiqui sahib ka hai Gwalior se. ah, unhon ne aap se poocha hai ke how should Muslims have responded to satanic verses and the cartoon issue?</w:t>
      </w:r>
      <w:r>
        <w:br/>
      </w:r>
      <w:r>
        <w:rPr>
          <w:sz w:val="20"/>
        </w:rPr>
        <w:t>50:51  is qism ke jo mamle hote hain, is par jo ah, behtareen tareeqa do tareeqe hum use kar sakte hain. ek to Maulana is ko barah-e-rast zikr karte rehte hain ke imt al-batil bahjri ya bitarki.</w:t>
      </w:r>
      <w:r>
        <w:br/>
      </w:r>
      <w:r>
        <w:rPr>
          <w:sz w:val="20"/>
        </w:rPr>
        <w:t>51:06  ah, Hazrat Umar ka qaul zikr karte hain ke Allah ke bande hain jo ah, batil ko dabaate hain, maarte hain, is ko is ko avoid karte hain, is ka zikr nahi karte hain.</w:t>
      </w:r>
      <w:r>
        <w:br/>
      </w:r>
      <w:r>
        <w:rPr>
          <w:sz w:val="20"/>
        </w:rPr>
        <w:t>51:17  aam taur se aisa hota hai ke ek choti si kahin par kisi ne kuch keh diya, is ko hungama kar ke saari duniya mein kar dete hain, to yeh aur zyada phail jata hai. to hum ko is ko zikr nahi karna hai, is par koi ihtijaj nahi karna, yeh nek logon ka tareeqa hai.</w:t>
      </w:r>
      <w:r>
        <w:br/>
      </w:r>
      <w:r>
        <w:rPr>
          <w:sz w:val="20"/>
        </w:rPr>
        <w:t>51:30  Hazrat Umar ne yeh kaha. doosra yeh ke agar kisi ke paas hai, jante hain ke ilmi taur par is ne kuch kaha hai, to is ka jawab yeh hai ke jaisa ah, is zamane mein shair ka shair se jawab diya jata tha, ab kitab ka kitab se jawab dijiye.</w:t>
      </w:r>
      <w:r>
        <w:br/>
      </w:r>
      <w:r>
        <w:rPr>
          <w:sz w:val="20"/>
        </w:rPr>
        <w:t>51:43  kitab ka kitab se jawab dijiye. Rasool Allah salallahu alaihi wasallam Masjid Nabwi mein mimbar par Hazrat Hassan ko khada kar ke kehte the ke un ka jawab do jo unhon ne kaha hai.</w:t>
      </w:r>
      <w:r>
        <w:br/>
      </w:r>
      <w:r>
        <w:rPr>
          <w:sz w:val="20"/>
        </w:rPr>
        <w:t>51:52  mere bare mein haj goi ki hai. haj goi ka matlab kya hai? badzamani karna Rasool Allah salallahu alaihi wasallam ke bare mein. to un ka ek shair hai: "ajawt Muhammad fajat anhu wa ind Allah fi dhak al-jaza".</w:t>
      </w:r>
      <w:r>
        <w:br/>
      </w:r>
      <w:r>
        <w:rPr>
          <w:sz w:val="20"/>
        </w:rPr>
        <w:t>52:04  tum ne Muhammad ki haj goi ki badzamani ki Muhammad ke bare mein. main tum ko shair ke zariye jawab deta hoon aur Allah ke nazdeek un ka badla hai.</w:t>
      </w:r>
      <w:r>
        <w:br/>
      </w:r>
      <w:r>
        <w:rPr>
          <w:sz w:val="20"/>
        </w:rPr>
        <w:t>52:15  to yahi do tareeqe hain: ya to tark karein, aur agar ilmi taur par karna hai to is ki kitab likhein. yeh is ke ilawa to koi tareeqa nahi hai.</w:t>
      </w:r>
    </w:p>
    <w:p>
      <w:pPr>
        <w:pStyle w:val="Heading2"/>
      </w:pPr>
      <w:r>
        <w:t>Parable: the villager's simple prayer God still accepted</w:t>
      </w:r>
    </w:p>
    <w:p>
      <w:r>
        <w:rPr>
          <w:color w:val="666666"/>
          <w:sz w:val="18"/>
        </w:rPr>
        <w:t>Lessons from The Story of Prophet Moses Part 5, October 30, 2022 · 2m 01s · at 38:54 · https://youtu.be/Yei6NJ0s5wI?t=2334</w:t>
      </w:r>
    </w:p>
    <w:p>
      <w:r>
        <w:rPr>
          <w:i/>
        </w:rPr>
        <w:t>“Musa ek ped ke neeche rest karne laga”</w:t>
      </w:r>
    </w:p>
    <w:p>
      <w:r>
        <w:rPr>
          <w:sz w:val="20"/>
        </w:rPr>
        <w:t>38:54  ke moosa alaihissalam ah ek baar kahin guzar rahe the ah raaste se to woh ek ah peir ke neeche rest kiya unhone baithe.</w:t>
      </w:r>
      <w:r>
        <w:br/>
      </w:r>
      <w:r>
        <w:rPr>
          <w:sz w:val="20"/>
        </w:rPr>
        <w:t>39:06  ji, ah saaye mein to koi ah ah gaon ka aadmi koi dehati bhi wahan leta hua tha. hmm, to woh zor zor se dua mang raha tha to woh alag tarah ki dua mang raha tha</w:t>
      </w:r>
      <w:r>
        <w:br/>
      </w:r>
      <w:r>
        <w:rPr>
          <w:sz w:val="20"/>
        </w:rPr>
        <w:t>39:20  woh keh raha tha ke aye allah tu mujhe milta to main tera paon dabata main tere baal mein tail lagata main tera sir dabata.</w:t>
      </w:r>
      <w:r>
        <w:br/>
      </w:r>
      <w:r>
        <w:rPr>
          <w:sz w:val="20"/>
        </w:rPr>
        <w:t>39:29  to moosa alaihissalam ne jab aise alfaaz sune to woh chaunk gaye aur ghussa ho gaye bohat kehne lage yeh tum kya fazool baatein kar rahe ho.</w:t>
      </w:r>
      <w:r>
        <w:br/>
      </w:r>
      <w:r>
        <w:rPr>
          <w:sz w:val="20"/>
        </w:rPr>
        <w:t>39:39  ji, koi khuda koi aadmi hai jo tum is ka sir dabaoge paon dabage.</w:t>
      </w:r>
      <w:r>
        <w:br/>
      </w:r>
      <w:r>
        <w:rPr>
          <w:sz w:val="20"/>
        </w:rPr>
        <w:t>39:44  to us waqt kehte hain ke wahi aayi aur allah taala ne moosa alaihissalam se kaha ke moosa ise rehne do jo yeh bol raha hai bolne do us ko.</w:t>
      </w:r>
      <w:r>
        <w:br/>
      </w:r>
      <w:r>
        <w:rPr>
          <w:sz w:val="20"/>
        </w:rPr>
        <w:t>39:55  hmm, yani Allah taala is ke alfaaz pe nahi ja raha tha balkay jo jo is ke dil mein kaifiyat thi jo Allah se jo mohabbat thi us ke paas yahi alfaaz</w:t>
      </w:r>
      <w:r>
        <w:br/>
      </w:r>
      <w:r>
        <w:rPr>
          <w:sz w:val="20"/>
        </w:rPr>
        <w:t>40:08  thay to isi alfaaz se dua kar kar raha tha. Is liye jo dua hai us ke alfaaz pe nahi jana chahiye. Aaj aaj kal kya hai mein aksar dekhta hoon log kehtay hain ke yeh dua aap yeh zikr hai aap das baar kar lein aur do minute lagain gay rozana aur paanch minute lagain gay aur subah kar lein aur shaam ko kar lein.</w:t>
      </w:r>
      <w:r>
        <w:br/>
      </w:r>
      <w:r>
        <w:rPr>
          <w:sz w:val="20"/>
        </w:rPr>
        <w:t>40:27  ji, aur yeh parh lein woh parh lein yeh parhna nahi hai balkay yeh dua jo hai woh aap ke gehre ehsasat kabhi woh lafzon mein dhal jaat</w:t>
      </w:r>
      <w:r>
        <w:br/>
      </w:r>
      <w:r>
        <w:rPr>
          <w:sz w:val="20"/>
        </w:rPr>
        <w:t>40:37  ay hain. Ji, to ehsasat zaroori hai yani jo aap ki inner feelings hain jo emotions hain woh lafzon mein dhalain na ke aap kuch alfaaz hain jo kuch mysterious hai jo ah is se is se kuch bohat bara sawab mil jaye ga yeh Islam ka tasawwur nahi hai.</w:t>
      </w:r>
    </w:p>
    <w:p>
      <w:pPr>
        <w:pStyle w:val="Heading2"/>
      </w:pPr>
      <w:r>
        <w:t>Prophet's Meccan strategy: build society before seeking power</w:t>
      </w:r>
    </w:p>
    <w:p>
      <w:r>
        <w:rPr>
          <w:color w:val="666666"/>
          <w:sz w:val="18"/>
        </w:rPr>
        <w:t>Politics and Nation Building May 19, 2013 · 1m 48s · at 6:18 · https://youtu.be/kmiMGq0Ki2Q?t=378</w:t>
      </w:r>
    </w:p>
    <w:p>
      <w:r>
        <w:rPr>
          <w:i/>
        </w:rPr>
        <w:t>“In 610 CE the Prophet began his mission in Mecca”</w:t>
      </w:r>
    </w:p>
    <w:p>
      <w:r>
        <w:rPr>
          <w:sz w:val="20"/>
        </w:rPr>
        <w:t>6:18  dekhiye, Rasool Allah Salallaho Alaihi Wasallam jab Makah mein, aap jante hain ke 610 isvi mein aap ne Makah mein apna mission shuru kiya. is waqt wahan par Quraish ki qiyadat thi,</w:t>
      </w:r>
      <w:r>
        <w:br/>
      </w:r>
      <w:r>
        <w:rPr>
          <w:sz w:val="20"/>
        </w:rPr>
        <w:t>6:32  jo ke mushrik thay. to Rasool Allah Salallaho Alaihi Wasallam ko unhon ne peshkash ki</w:t>
      </w:r>
      <w:r>
        <w:br/>
      </w:r>
      <w:r>
        <w:rPr>
          <w:sz w:val="20"/>
        </w:rPr>
        <w:t>6:42  "in turido mulkan falakna".</w:t>
      </w:r>
      <w:r>
        <w:br/>
      </w:r>
      <w:r>
        <w:rPr>
          <w:sz w:val="20"/>
        </w:rPr>
        <w:t>6:48  agar aap hukoomat chahte hain to hum aap ko hukoomat dene ke liye tayyar hain.</w:t>
      </w:r>
      <w:r>
        <w:br/>
      </w:r>
      <w:r>
        <w:rPr>
          <w:sz w:val="20"/>
        </w:rPr>
        <w:t>6:54  Rasool Allah ne kya jawab diya? "ma atlub alaykum alaykum". mein tum se hukoomat nahi chahta. mera kaam hai zehnon ko badalna.</w:t>
      </w:r>
      <w:r>
        <w:br/>
      </w:r>
      <w:r>
        <w:rPr>
          <w:sz w:val="20"/>
        </w:rPr>
        <w:t>7:07  insan ko khudaai aajal dena.</w:t>
      </w:r>
      <w:r>
        <w:br/>
      </w:r>
      <w:r>
        <w:rPr>
          <w:sz w:val="20"/>
        </w:rPr>
        <w:t>7:12  insan ki sehat aur kirdaar mein change lana. dekhiye, yeh saada baat nahi hai. yeh saada baat nahi hai.</w:t>
      </w:r>
      <w:r>
        <w:br/>
      </w:r>
      <w:r>
        <w:rPr>
          <w:sz w:val="20"/>
        </w:rPr>
        <w:t>7:24  is ka matlab yeh hai ke Makah mein is waqt society tayyar nahi thi. aap hakim ban kar kya karte?</w:t>
      </w:r>
      <w:r>
        <w:br/>
      </w:r>
      <w:r>
        <w:rPr>
          <w:sz w:val="20"/>
        </w:rPr>
        <w:t>7:34  is waqt agar aap hukoomat ke kursi par baith jatay to kuch hone wala nahi tha. kyunke society tayyar nahi thi.</w:t>
      </w:r>
      <w:r>
        <w:br/>
      </w:r>
      <w:r>
        <w:rPr>
          <w:sz w:val="20"/>
        </w:rPr>
        <w:t>7:46  to pehla kaam hai society banana, is ke baad hukoomat aati hai. lekin saaray Muslim leader kya kar rahay hain? ke jis ko kehte hain "putting the cart before the horse".</w:t>
      </w:r>
      <w:r>
        <w:br/>
      </w:r>
      <w:r>
        <w:rPr>
          <w:sz w:val="20"/>
        </w:rPr>
        <w:t>8:00  isi mein mashghool hain. isi liye nateeja zero hai.</w:t>
      </w:r>
    </w:p>
    <w:p>
      <w:pPr>
        <w:pStyle w:val="Heading2"/>
      </w:pPr>
      <w:r>
        <w:t>Introduction to Kitab and Hikmah</w:t>
      </w:r>
    </w:p>
    <w:p>
      <w:r>
        <w:rPr>
          <w:color w:val="666666"/>
          <w:sz w:val="18"/>
        </w:rPr>
        <w:t>Dars-e-Quran, Chapter 62, V. 2 (Prophetic Wisdom) August 26, 2018 · 1m 51s · at 0:36 · https://youtu.be/Btsoiq8qvLI?t=36</w:t>
      </w:r>
    </w:p>
    <w:p>
      <w:r>
        <w:rPr>
          <w:i/>
        </w:rPr>
        <w:t>“Aaj dars e quran ka din hai”</w:t>
      </w:r>
    </w:p>
    <w:p>
      <w:r>
        <w:rPr>
          <w:sz w:val="20"/>
        </w:rPr>
        <w:t>0:36  aaj dars-e-quran ka</w:t>
      </w:r>
      <w:r>
        <w:br/>
      </w:r>
      <w:r>
        <w:rPr>
          <w:sz w:val="20"/>
        </w:rPr>
        <w:t>0:42  din hai. quran mein ek ayat</w:t>
      </w:r>
      <w:r>
        <w:br/>
      </w:r>
      <w:r>
        <w:rPr>
          <w:sz w:val="20"/>
        </w:rPr>
        <w:t>0:50  11 baar aayi hai,</w:t>
      </w:r>
      <w:r>
        <w:br/>
      </w:r>
      <w:r>
        <w:rPr>
          <w:sz w:val="20"/>
        </w:rPr>
        <w:t>0:55  yani is ayat mein nabi ke role ko do lafzon mein bayan kiya gaya: quran—oh, nahin—kitab aur hikmat.</w:t>
      </w:r>
      <w:r>
        <w:br/>
      </w:r>
      <w:r>
        <w:rPr>
          <w:sz w:val="20"/>
        </w:rPr>
        <w:t>1:10  rasool Allah ke liye bhi aur doosre nabiyon ke liye bhi, ke nabi anbiya ka kaam hota tha insan ko do cheezein dena: kitab aur hikmat.</w:t>
      </w:r>
      <w:r>
        <w:br/>
      </w:r>
      <w:r>
        <w:rPr>
          <w:sz w:val="20"/>
        </w:rPr>
        <w:t>1:26  to do cheezon se murad kya hai, aaj inshallah isi ki wazahat ki jayegi. aap koi ek ayat padhiye.</w:t>
      </w:r>
      <w:r>
        <w:br/>
      </w:r>
      <w:r>
        <w:rPr>
          <w:sz w:val="20"/>
        </w:rPr>
        <w:t>1:38  bismillah-ir-rehman-ir-rahim. huwallazi ba'asa fil ummiyeen rasoolam minhum, yatlū 'alaihim āyātihi wa yuzakkīhim wa yu'allimuhum al-kitāba wal-hikmata wa in kānū min qablu lafiḍālil mubīn.</w:t>
      </w:r>
      <w:r>
        <w:br/>
      </w:r>
      <w:r>
        <w:rPr>
          <w:sz w:val="20"/>
        </w:rPr>
        <w:t>1:56  surah jumu'ah, chapter number 62, verse number 2.</w:t>
      </w:r>
      <w:r>
        <w:br/>
      </w:r>
      <w:r>
        <w:rPr>
          <w:sz w:val="20"/>
        </w:rPr>
        <w:t>2:01  dekhiye, is ayat mein waise to kai baatein hain, lekin hamara focus rahega do baaton par: hikmat aur kitab.</w:t>
      </w:r>
      <w:r>
        <w:br/>
      </w:r>
      <w:r>
        <w:rPr>
          <w:sz w:val="20"/>
        </w:rPr>
        <w:t>2:18  ke hikmat se kya murad hai, alag alag, aur kitab se kya murad hai, alag alag.</w:t>
      </w:r>
    </w:p>
    <w:p>
      <w:pPr>
        <w:pStyle w:val="Heading2"/>
      </w:pPr>
      <w:r>
        <w:t>The real political choice: oppressive ruler or anarchy</w:t>
      </w:r>
    </w:p>
    <w:p>
      <w:r>
        <w:rPr>
          <w:color w:val="666666"/>
          <w:sz w:val="18"/>
        </w:rPr>
        <w:t>The Importance of Team Work February 5, 2012 · 2m 50s · at 7:25 · https://youtu.be/qBbwznqIqVw?t=445</w:t>
      </w:r>
    </w:p>
    <w:p>
      <w:r>
        <w:rPr>
          <w:i/>
        </w:rPr>
        <w:t>“Kin do ke beech mein option hai?”</w:t>
      </w:r>
    </w:p>
    <w:p>
      <w:r>
        <w:rPr>
          <w:sz w:val="20"/>
        </w:rPr>
        <w:t>7:25  to meri samajh mein yeh baat aayi ke aap ne aap ke is irshad ka matlab yeh hai ke is tarah ki soorat e haal mein yeh socho ke kin do ke beech mein option hai?</w:t>
      </w:r>
      <w:r>
        <w:br/>
      </w:r>
      <w:r>
        <w:rPr>
          <w:sz w:val="20"/>
        </w:rPr>
        <w:t>7:44  kin do ke beech mein option hai?</w:t>
      </w:r>
      <w:r>
        <w:br/>
      </w:r>
      <w:r>
        <w:rPr>
          <w:sz w:val="20"/>
        </w:rPr>
        <w:t>7:49  natije ke aitbaar se.</w:t>
      </w:r>
      <w:r>
        <w:br/>
      </w:r>
      <w:r>
        <w:rPr>
          <w:sz w:val="20"/>
        </w:rPr>
        <w:t>7:52  yani aadil hukmaran aur zalim hukmaran ke beech mein option hai? ya zalim hukmaran aur anarchy ke beech mein option hai?</w:t>
      </w:r>
      <w:r>
        <w:br/>
      </w:r>
      <w:r>
        <w:rPr>
          <w:sz w:val="20"/>
        </w:rPr>
        <w:t>8:06  to masla yeh hai ke aap jo step lene ja rahe hain to in terms of result woh kya banne wala hai?</w:t>
      </w:r>
      <w:r>
        <w:br/>
      </w:r>
      <w:r>
        <w:rPr>
          <w:sz w:val="20"/>
        </w:rPr>
        <w:t>8:18  is ki misaal aap dekh li jiye. muslim jo mulk hain, har mulk mein, har mulk mein shayad koi mulk aisa nahi hai jahan hukmaranon ke khilaf log politics of opposition na chala rahe hon.</w:t>
      </w:r>
      <w:r>
        <w:br/>
      </w:r>
      <w:r>
        <w:rPr>
          <w:sz w:val="20"/>
        </w:rPr>
        <w:t>8:34  har jagah chala rahe hain. jahan kahin bazahir aman hai to wahan is liye aman hai ke beshumar log pakar pakar kar ya to bahar daale gaye ya jailon mein band kar diye gaye.</w:t>
      </w:r>
      <w:r>
        <w:br/>
      </w:r>
      <w:r>
        <w:rPr>
          <w:sz w:val="20"/>
        </w:rPr>
        <w:t>8:48  jahan zara si bhi azadi milti hai to hangama. jahan azadi nahi hai to log jailon mein band pade hue hain ya mar gaye. kyunke har jagah yahi chal raha hai ke sahib hukmaran zalim hai.</w:t>
      </w:r>
      <w:r>
        <w:br/>
      </w:r>
      <w:r>
        <w:rPr>
          <w:sz w:val="20"/>
        </w:rPr>
        <w:t>9:06  hukmaran ke zulm ko khatam karne ke liye hamein ek saleh hukumat qaim karna hai.</w:t>
      </w:r>
      <w:r>
        <w:br/>
      </w:r>
      <w:r>
        <w:rPr>
          <w:sz w:val="20"/>
        </w:rPr>
        <w:t>9:16  is zalim hukumat ko hata kar saleh hukumat qaim karna hai. is naam par sara hangama ho raha hai. lekin natija kya ho raha hai? mazeed fasad, mazeed anarchy, mazeed qatl o gharaat, mazeed halakat.</w:t>
      </w:r>
      <w:r>
        <w:br/>
      </w:r>
      <w:r>
        <w:rPr>
          <w:sz w:val="20"/>
        </w:rPr>
        <w:t>9:32  to baat baat natija yeh sari ki sari koshishein kya hain? ke ho rahi hain counter productive.</w:t>
      </w:r>
      <w:r>
        <w:br/>
      </w:r>
      <w:r>
        <w:rPr>
          <w:sz w:val="20"/>
        </w:rPr>
        <w:t>9:43  in hadithon ko maine bahut ghaur kiya to mujhe samajh mein aaya ke is ka matlab yeh hai ke jab tumhare liye</w:t>
      </w:r>
      <w:r>
        <w:br/>
      </w:r>
      <w:r>
        <w:rPr>
          <w:sz w:val="20"/>
        </w:rPr>
        <w:t>9:55  ideal government ka option na ho to tum kya karo? stable government ka option le lo.</w:t>
      </w:r>
      <w:r>
        <w:br/>
      </w:r>
      <w:r>
        <w:rPr>
          <w:sz w:val="20"/>
        </w:rPr>
        <w:t>10:07  yeh bahut hi badi wisdom hai. bahut hi badi wisdom hai.</w:t>
      </w:r>
    </w:p>
    <w:p>
      <w:pPr>
        <w:pStyle w:val="Heading2"/>
      </w:pPr>
      <w:r>
        <w:t>technology and translations make spreading the message easy today</w:t>
      </w:r>
    </w:p>
    <w:p>
      <w:r>
        <w:rPr>
          <w:color w:val="666666"/>
          <w:sz w:val="18"/>
        </w:rPr>
        <w:t>Message of Eid Al-Adha July 10, 2022 · 1m 22s · at 5:12 · https://youtu.be/3UrMEgt8GYA?t=312</w:t>
      </w:r>
    </w:p>
    <w:p>
      <w:r>
        <w:rPr>
          <w:i/>
        </w:rPr>
        <w:t>“Aaj hamein kuch naya karna nahi hai, hamare paas powerful literature hai”</w:t>
      </w:r>
    </w:p>
    <w:p>
      <w:r>
        <w:rPr>
          <w:sz w:val="20"/>
        </w:rPr>
        <w:t>5:12  Aaj humein kuch karna nahi hai, hamare paas powerful literature hai, modern edition mein hamare paas Quran ke chalis se zyada tarjume hain, tamam jo badi zabanen hain,</w:t>
      </w:r>
      <w:r>
        <w:br/>
      </w:r>
      <w:r>
        <w:rPr>
          <w:sz w:val="20"/>
        </w:rPr>
        <w:t>5:26  um, duniya ki is mein tarjume ho chuke hain. To hum duniya ke kisi bhi hisse mein hon, hum yeh kaam kar sakte hain kyunki yeh dekhiye Khuda ka message pahunchana aaj hamari zimmedari hai.</w:t>
      </w:r>
      <w:r>
        <w:br/>
      </w:r>
      <w:r>
        <w:rPr>
          <w:sz w:val="20"/>
        </w:rPr>
        <w:t>5:39  Aaj</w:t>
      </w:r>
      <w:r>
        <w:br/>
      </w:r>
      <w:r>
        <w:rPr>
          <w:sz w:val="20"/>
        </w:rPr>
        <w:t>5:40  koi naya prophet nahi aayega, to yeh aaj hamari zimmedari hai ke hum tamam duniya ko Khuda ka paigham pahuncha den, aur isi par aakhirat mein hamari nijaat ka faisla hoga.</w:t>
      </w:r>
      <w:r>
        <w:br/>
      </w:r>
      <w:r>
        <w:rPr>
          <w:sz w:val="20"/>
        </w:rPr>
        <w:t>5:51  to is liye maulana kehte the ke allah ta'ala ne poori duniya badal diya, to jo saari technology aayi hai woh hamare liye bohat zyada, um, bohat zyada hamare liye favorable hai da'wa ka kaam karne ke liye.</w:t>
      </w:r>
      <w:r>
        <w:br/>
      </w:r>
      <w:r>
        <w:rPr>
          <w:sz w:val="20"/>
        </w:rPr>
        <w:t>6:08  hamari website bhi develop ho gayi hai, aur har tarah se hum log tayyar hain kaam karne ke liye. ab sirf humein apne aap ko is mein laga dena hai, full time laga dena hai, aur is mein allah ta'ala ki poori madad humein milegi.</w:t>
      </w:r>
      <w:r>
        <w:br/>
      </w:r>
      <w:r>
        <w:rPr>
          <w:sz w:val="20"/>
        </w:rPr>
        <w:t>6:26  aur jahan dekhte hain hum koi kaam humein mushkil padh raha hai, to allah ta'ala ki madad aa jaati hai, aur woh kaam hamare liye aasan kar diya jaata hai.</w:t>
      </w:r>
    </w:p>
    <w:p>
      <w:pPr>
        <w:pStyle w:val="Heading2"/>
      </w:pPr>
      <w:r>
        <w:t>Ibrahim and Ismail build the Kaaba together</w:t>
      </w:r>
    </w:p>
    <w:p>
      <w:r>
        <w:rPr>
          <w:color w:val="666666"/>
          <w:sz w:val="18"/>
        </w:rPr>
        <w:t>The Farwell Hajj of The Prophet June 18, 2023 · 1m 22s · at 1:46 · https://youtu.be/jY24n6ArZaM?t=106</w:t>
      </w:r>
    </w:p>
    <w:p>
      <w:r>
        <w:rPr>
          <w:i/>
        </w:rPr>
        <w:t>“Four thousand years ago, Allah commanded Ibrahim to build the Kaaba”</w:t>
      </w:r>
    </w:p>
    <w:p>
      <w:r>
        <w:rPr>
          <w:sz w:val="20"/>
        </w:rPr>
        <w:t>1:46  taqreeban chaar hazar saal pehle allah taala ne hukum diya hazrat ibrahim alaihissalam ko ke woh kaaba ki taameer karen.</w:t>
      </w:r>
      <w:r>
        <w:br/>
      </w:r>
      <w:r>
        <w:rPr>
          <w:sz w:val="20"/>
        </w:rPr>
        <w:t>1:58  to hazrat ibrahim alaihissalam aur unke bete hazrat ismail alaihissalam ne kaaba ki taameer shuru ki. aur ismail chote the, young the, to woh pathar laye karte the aas paas ki pahariyon se,</w:t>
      </w:r>
      <w:r>
        <w:br/>
      </w:r>
      <w:r>
        <w:rPr>
          <w:sz w:val="20"/>
        </w:rPr>
        <w:t>2:14  aur hazrat ibrahim alaihissalam usko jorte the aur deewar banate the.</w:t>
      </w:r>
      <w:r>
        <w:br/>
      </w:r>
      <w:r>
        <w:rPr>
          <w:sz w:val="20"/>
        </w:rPr>
        <w:t>2:21  to quran mein aata hai ke وَإِذْ يَرْفَعُ إِبْرَاهِيمُ الْقَوَائِدَ مِنَ الْبَيْتِ وَإِسْمَاعِيلَ . when ibrahim and ismail were raising the foundation of the kaaba, they prayed.</w:t>
      </w:r>
      <w:r>
        <w:br/>
      </w:r>
      <w:r>
        <w:rPr>
          <w:sz w:val="20"/>
        </w:rPr>
        <w:t>2:34  رَبَّنَا تَقَبَّلْ مِنَّا إِنَّكَ أَنْتَ السَّمِيعُ الْعَلِيمُ . our lord, accept this from us, for you are all hearing, all knowing.</w:t>
      </w:r>
      <w:r>
        <w:br/>
      </w:r>
      <w:r>
        <w:rPr>
          <w:sz w:val="20"/>
        </w:rPr>
        <w:t>2:45  وَتُبْ عَلَيْنَا إِنَّكَ أَنْتَ التَّوَّابُ الرَّحِيمُ, and forgive us, you are the forgiving one, and the merciful.</w:t>
      </w:r>
      <w:r>
        <w:br/>
      </w:r>
      <w:r>
        <w:rPr>
          <w:sz w:val="20"/>
        </w:rPr>
        <w:t>2:54  to is tareeqe se kaaba ki taameer ho gayi. jab jab tayyar ho gaya to allah taala ne hukum diya, jaisa abhi aap ne bataya ke allah taala ne farmaya, quran mein aata hai</w:t>
      </w:r>
    </w:p>
    <w:p>
      <w:pPr>
        <w:pStyle w:val="Heading2"/>
      </w:pPr>
      <w:r>
        <w:t>Debunking the Muslim world vs non-Muslim world idea</w:t>
      </w:r>
    </w:p>
    <w:p>
      <w:r>
        <w:rPr>
          <w:color w:val="666666"/>
          <w:sz w:val="18"/>
        </w:rPr>
        <w:t>On World Religions Diversity not Dissension March 9, 2013 · 1m 19s · at 17:50 · https://youtu.be/8enJoTTAH5k?t=1070</w:t>
      </w:r>
    </w:p>
    <w:p>
      <w:r>
        <w:rPr>
          <w:i/>
        </w:rPr>
        <w:t>“Muslim world and non-Muslim world, this terminology is wrong”</w:t>
      </w:r>
    </w:p>
    <w:p>
      <w:r>
        <w:rPr>
          <w:sz w:val="20"/>
        </w:rPr>
        <w:t>17:50  Muslim world and non-Muslim world. This kind of terminology is completely wrong and Islamic. It has no basis in the Quran and Sunnah.</w:t>
      </w:r>
      <w:r>
        <w:br/>
      </w:r>
      <w:r>
        <w:rPr>
          <w:sz w:val="20"/>
        </w:rPr>
        <w:t>18:04  If you read the Quran, you will find that the Quran always uses the word "Insan, Insan, Insan." It means that those terms which were created by the Ulama in the later period, "Dharul Islam" and "Dharul Kufr," were wrong.</w:t>
      </w:r>
      <w:r>
        <w:br/>
      </w:r>
      <w:r>
        <w:rPr>
          <w:sz w:val="20"/>
        </w:rPr>
        <w:t>18:27  The real term is "Dharul Insan, Dharul Insan, Dharul Insan."</w:t>
      </w:r>
      <w:r>
        <w:br/>
      </w:r>
      <w:r>
        <w:rPr>
          <w:sz w:val="20"/>
        </w:rPr>
        <w:t>18:33  The whole world is "Dharul Insan." So in this world, there is only one equation.</w:t>
      </w:r>
      <w:r>
        <w:br/>
      </w:r>
      <w:r>
        <w:rPr>
          <w:sz w:val="20"/>
        </w:rPr>
        <w:t>18:42  There is man and God, and not man and not Muslim and non-Muslim. There is no equation.</w:t>
      </w:r>
      <w:r>
        <w:br/>
      </w:r>
      <w:r>
        <w:rPr>
          <w:sz w:val="20"/>
        </w:rPr>
        <w:t>18:52  The true equation, theright equation, is: Creator are God and man.</w:t>
      </w:r>
      <w:r>
        <w:br/>
      </w:r>
      <w:r>
        <w:rPr>
          <w:sz w:val="20"/>
        </w:rPr>
        <w:t>19:00  I am a great believer in God. Also, I am a great believer in the</w:t>
      </w:r>
    </w:p>
    <w:p>
      <w:pPr>
        <w:pStyle w:val="Heading2"/>
      </w:pPr>
      <w:r>
        <w:t>Persuasion success in alcohol prohibition</w:t>
      </w:r>
    </w:p>
    <w:p>
      <w:r>
        <w:rPr>
          <w:color w:val="666666"/>
          <w:sz w:val="18"/>
        </w:rPr>
        <w:t>The Life of The Prophet | July 31, 2007 · 2m 34s · at 45:53 · https://youtu.be/IY9aEQThos0?t=2753</w:t>
      </w:r>
    </w:p>
    <w:p>
      <w:r>
        <w:rPr>
          <w:i/>
        </w:rPr>
        <w:t>“The Prophet of Islam was against alcohol”</w:t>
      </w:r>
    </w:p>
    <w:p>
      <w:r>
        <w:rPr>
          <w:sz w:val="20"/>
        </w:rPr>
        <w:t>45:53  and that story you can read in the early history of Islam.</w:t>
      </w:r>
      <w:r>
        <w:br/>
      </w:r>
      <w:r>
        <w:rPr>
          <w:sz w:val="20"/>
        </w:rPr>
        <w:t>46:04  The Prophet of Islam was against alcohol.</w:t>
      </w:r>
      <w:r>
        <w:br/>
      </w:r>
      <w:r>
        <w:rPr>
          <w:sz w:val="20"/>
        </w:rPr>
        <w:t>46:15  He wanted to eradicate alcohol, but he never tried to implement this principle by force. No.</w:t>
      </w:r>
      <w:r>
        <w:br/>
      </w:r>
      <w:r>
        <w:rPr>
          <w:sz w:val="20"/>
        </w:rPr>
        <w:t>46:26  He persuaded his people.</w:t>
      </w:r>
      <w:r>
        <w:br/>
      </w:r>
      <w:r>
        <w:rPr>
          <w:sz w:val="20"/>
        </w:rPr>
        <w:t>46:32  He prepared their mind.</w:t>
      </w:r>
      <w:r>
        <w:br/>
      </w:r>
      <w:r>
        <w:rPr>
          <w:sz w:val="20"/>
        </w:rPr>
        <w:t>46:38  He told them that it is harmless, it is a harmful practice for you in this world and</w:t>
      </w:r>
      <w:r>
        <w:br/>
      </w:r>
      <w:r>
        <w:rPr>
          <w:sz w:val="20"/>
        </w:rPr>
        <w:t>46:44  also in the world hereafter.</w:t>
      </w:r>
      <w:r>
        <w:br/>
      </w:r>
      <w:r>
        <w:rPr>
          <w:sz w:val="20"/>
        </w:rPr>
        <w:t>46:50  He made them believe that</w:t>
      </w:r>
      <w:r>
        <w:br/>
      </w:r>
      <w:r>
        <w:rPr>
          <w:sz w:val="20"/>
        </w:rPr>
        <w:t>46:57  alcohol is a harmless habit, a harmless practice for you in this world and also in the world hereafter.</w:t>
      </w:r>
      <w:r>
        <w:br/>
      </w:r>
      <w:r>
        <w:rPr>
          <w:sz w:val="20"/>
        </w:rPr>
        <w:t>47:12  So after—so when he successfully changed the heart of the people</w:t>
      </w:r>
      <w:r>
        <w:br/>
      </w:r>
      <w:r>
        <w:rPr>
          <w:sz w:val="20"/>
        </w:rPr>
        <w:t>47:27  and the mind of the people, when he was able to change their thinking, then those verses were</w:t>
      </w:r>
      <w:r>
        <w:br/>
      </w:r>
      <w:r>
        <w:rPr>
          <w:sz w:val="20"/>
        </w:rPr>
        <w:t>47:38  revealed in the Quran that alcohol is haram.</w:t>
      </w:r>
      <w:r>
        <w:br/>
      </w:r>
      <w:r>
        <w:rPr>
          <w:sz w:val="20"/>
        </w:rPr>
        <w:t>47:48  So when this verse was revealed in the Quran, all the people suddenly abandoned alcohol.</w:t>
      </w:r>
      <w:r>
        <w:br/>
      </w:r>
      <w:r>
        <w:rPr>
          <w:sz w:val="20"/>
        </w:rPr>
        <w:t>47:58  After this verse, no one took alcohol.</w:t>
      </w:r>
      <w:r>
        <w:br/>
      </w:r>
      <w:r>
        <w:rPr>
          <w:sz w:val="20"/>
        </w:rPr>
        <w:t>48:08  So it is the—by this comparative study, you can understand that what was the Prophet's method.</w:t>
      </w:r>
      <w:r>
        <w:br/>
      </w:r>
      <w:r>
        <w:rPr>
          <w:sz w:val="20"/>
        </w:rPr>
        <w:t>48:18  All the other people, all the reformers, all the leaders wanted to</w:t>
      </w:r>
    </w:p>
    <w:p>
      <w:pPr>
        <w:pStyle w:val="Heading2"/>
      </w:pPr>
      <w:r>
        <w:t>the perpetual reward of introducing someone to Islam</w:t>
      </w:r>
    </w:p>
    <w:p>
      <w:r>
        <w:rPr>
          <w:color w:val="666666"/>
          <w:sz w:val="18"/>
        </w:rPr>
        <w:t>The Story of Hazrat Abu Hurairah (r.a.) December 31, 2023 · 1m 35s · at 7:11 · https://youtu.be/ntoKGwQ1WX0?t=431</w:t>
      </w:r>
    </w:p>
    <w:p>
      <w:r>
        <w:rPr>
          <w:i/>
        </w:rPr>
        <w:t>“Imagine the reward the man who brought Abu Huraira still earns”</w:t>
      </w:r>
    </w:p>
    <w:p>
      <w:r>
        <w:rPr>
          <w:sz w:val="20"/>
        </w:rPr>
        <w:t>7:11  kuch saalon ke baad. to us waqt Hazrat Abu Huraira bhi sath mein aaye the. ji.</w:t>
      </w:r>
      <w:r>
        <w:br/>
      </w:r>
      <w:r>
        <w:rPr>
          <w:sz w:val="20"/>
        </w:rPr>
        <w:t>7:18  to ab aap dekhein ke Hazrat Abu Huraira ko lane wale, jaise aap ne kaha, Hazrat Umar ibn al-Dawsi, Ṭufayl ibn Amr al-Dawsi hain, to kitna sawab mil raha hoga unko.</w:t>
      </w:r>
      <w:r>
        <w:br/>
      </w:r>
      <w:r>
        <w:rPr>
          <w:sz w:val="20"/>
        </w:rPr>
        <w:t>7:32  ji yaqeenan. ke aaj tak aap koi bhi hadith ki kitab uthayein aur hadithein parhne lagein to jaise aap parhein ge, waise aayega 'an Abi Hurayrah qala qala Rasool Allah sallallahu 'alayhi wa sallam</w:t>
      </w:r>
      <w:r>
        <w:br/>
      </w:r>
      <w:r>
        <w:rPr>
          <w:sz w:val="20"/>
        </w:rPr>
        <w:t>7:47  ke this hadith is narrated by Abu Huraira. ji. do teen hadith parhein ge to ek zaroor is mein hogi. to ab zahir hai Hazrat Umar ibn Hazrat Ṭufayl ibn Amr al-Dawsi ki koshishon se yeh aaye the, to zahir hai unko bhi perpetual, eternal sawab milta rahega jab tak dunya qaim rahe gi.</w:t>
      </w:r>
      <w:r>
        <w:br/>
      </w:r>
      <w:r>
        <w:rPr>
          <w:sz w:val="20"/>
        </w:rPr>
        <w:t>8:07  to da'wati kaam jo hai, woh bhi isi nawiyat ka hai. ji.</w:t>
      </w:r>
      <w:r>
        <w:br/>
      </w:r>
      <w:r>
        <w:rPr>
          <w:sz w:val="20"/>
        </w:rPr>
        <w:t>8:11  ke agar aap ne da'wati kaam kiya, kisi ko literature pohanchaya, Quran ki koi copy pohanchayi, jab tak woh us ke paas rahe ga, ji, us se faida hoga to inshallah aap ko bhi us se faida hoga.</w:t>
      </w:r>
      <w:r>
        <w:br/>
      </w:r>
      <w:r>
        <w:rPr>
          <w:sz w:val="20"/>
        </w:rPr>
        <w:t>8:23  to yeh ek bara acha sabak milta hai hamein is waqe se. bilkul. aur doctor sahib, yeh jo aap ne bhi bataya ke jis tarah Rasool Allah ne hath utha kar dua kari, to hum logon ke liye bhi ek yeh bohat bara example hai, ek model hai Prophet ki life se ke hamein kisi ke liye bad dua nahi karni chahiye.</w:t>
      </w:r>
      <w:r>
        <w:br/>
      </w:r>
      <w:r>
        <w:rPr>
          <w:sz w:val="20"/>
        </w:rPr>
        <w:t>8:38  We should always be well-wishers about other people, especially madhu. Aur hamesha hopeful rehna chahiye ke jis tarike se.</w:t>
      </w:r>
    </w:p>
    <w:p>
      <w:pPr>
        <w:pStyle w:val="Heading2"/>
      </w:pPr>
      <w:r>
        <w:t>original Islam veiled by later self-styled interpretation</w:t>
      </w:r>
    </w:p>
    <w:p>
      <w:r>
        <w:rPr>
          <w:color w:val="666666"/>
          <w:sz w:val="18"/>
        </w:rPr>
        <w:t>Development of Fiqh May 29, 2022 Prof. Farida Khanam · 1m 05s · at 0:11 · https://youtu.be/4rhQkwBd_N4?t=11</w:t>
      </w:r>
    </w:p>
    <w:p>
      <w:r>
        <w:rPr>
          <w:i/>
        </w:rPr>
        <w:t>“In early Islam, people took religion directly from Quran and Sunnah”</w:t>
      </w:r>
    </w:p>
    <w:p>
      <w:r>
        <w:rPr>
          <w:sz w:val="20"/>
        </w:rPr>
        <w:t>0:11  Assalamualikum. In the early phase of Islam, people derived their religion directly from the Quran and the Sunnah. Therefore, their association with the original Islam was intact.</w:t>
      </w:r>
      <w:r>
        <w:br/>
      </w:r>
      <w:r>
        <w:rPr>
          <w:sz w:val="20"/>
        </w:rPr>
        <w:t>0:26  But as years went by, the self style interpretation of the Quran and the Sunnah placed a veil over the original content of the text aur Hazrat Umar bin Khattab ne bhi ek martaba farmaya ke tumhare bare mein main do logon se darta hoon.</w:t>
      </w:r>
      <w:r>
        <w:br/>
      </w:r>
      <w:r>
        <w:rPr>
          <w:sz w:val="20"/>
        </w:rPr>
        <w:t>0:46  Ek aadmi woh jo Quran ki galat tafsir karega aur doosra woh jo mulk ke mamle mein apne bhai se aage badhne ki koshish karega. Matlab political rule aur political expansion karne ki koshish karega. Toh aaj hum charcha karenge development of fiqh ke bare mein professor Farida Khanam ke saath. Toh chaliye guftagu karte hain Farida Apa ke saath. Assalamualikum Apa kaisi hain?</w:t>
      </w:r>
      <w:r>
        <w:br/>
      </w:r>
      <w:r>
        <w:rPr>
          <w:sz w:val="20"/>
        </w:rPr>
        <w:t>1:16  Assalamualikum. Aap theek hain. Ji Alhamdulillah. Aap jaisa ke hum jante hain ke fiqh ka jo literal maayne hai woh yeh hai understanding and knowledge of something and Quran mein bhi ek do jagah fiqh ka jo reference aaya hai woh ek general sense of understanding ke bare mein aaya hai. Aaj ka topic bhi jo aap aapne liya hai woh hai development of fiqh yani Islamic jurisprudence.</w:t>
      </w:r>
    </w:p>
    <w:p>
      <w:pPr>
        <w:pStyle w:val="Heading2"/>
      </w:pPr>
      <w:r>
        <w:t>After tribal expulsion and Taif rejection</w:t>
      </w:r>
    </w:p>
    <w:p>
      <w:r>
        <w:rPr>
          <w:color w:val="666666"/>
          <w:sz w:val="18"/>
        </w:rPr>
        <w:t>Prophet Muhammad A Mercy to Mankind February 6, 2022 Prof. Farida Khanam · 1m 22s · at 28:44 · https://youtu.be/lFmxnb6St0Q?t=1724</w:t>
      </w:r>
    </w:p>
    <w:p>
      <w:r>
        <w:rPr>
          <w:i/>
        </w:rPr>
        <w:t>“After being expelled from the tribe”</w:t>
      </w:r>
    </w:p>
    <w:p>
      <w:r>
        <w:rPr>
          <w:sz w:val="20"/>
        </w:rPr>
        <w:t>28:44  to is wajah se qabile se aitraaz karne ke baad yeh maslah ho gaya. phir uske baad aap jo hai wahan gaye Taif ke wahan par support mil jaye to wahan bhi support nahi mili wahan ke logon ne aur zyada badtameezi ki aur street urchins ko aap ke peeche laga diya aur woh log patthar phenkte rahe.</w:t>
      </w:r>
      <w:r>
        <w:br/>
      </w:r>
      <w:r>
        <w:rPr>
          <w:sz w:val="20"/>
        </w:rPr>
        <w:t>29:07  bohat zabardast tareeqe se Rasool Allah sallallahu alaihi wasallam ne kaha ek baar ke woh mera sabse zyada sakht din tha Taif ka din. to wahan par bhi aap ko jab support nahi mili. qabile ki support is kaam ko karne ke liye zaroori thi. yahan tak ke jab aap wahan aaye Makka wapas to aap andar nahi aa sakte the kyunke aap ko qabile ki support nahi thi. to aap ne kai logon se kaha to usmein ek Mutaimib ne Addi the.</w:t>
      </w:r>
      <w:r>
        <w:br/>
      </w:r>
      <w:r>
        <w:rPr>
          <w:sz w:val="20"/>
        </w:rPr>
        <w:t>29:36  unhon ne apne chhe beton ko bheja jo bhi us zamane mein jo bhi talwar rahi ho danda raha lekar ke woh aaye apni protection mein Rasool Allah sallallahu alaihi wasallam ko ghar pohanchaya. to ab woh masla ho gaya tha ab Makka mein ab kaam kaam nahi kiya ja sakta tha. ab halaat bilkul kharab ho chuke the. tab Allah taala ne Madine walon ke dil mein dala. to Madine tak baat pahunchi aur wahan par Islam bohat tezi se phailne laga.</w:t>
      </w:r>
      <w:r>
        <w:br/>
      </w:r>
      <w:r>
        <w:rPr>
          <w:sz w:val="20"/>
        </w:rPr>
        <w:t>30:06  sabse pehle yeh log aate the aaj ke zamane mein. to chhe aadmi aaye unhon ne Islam ko qabool kiya. phir agle saal barah log aaye. phir unhon ne kaha ke Mussab bin Umair hai unko aap bhej dijiye. woh wahan Islam ka paigham pahunchayenge. to wahan par agle saal jo hain pachhattar log wahan se aaye. to phir unhon ne Rasool Allah ko invite kiya ke aap aayein aur Madine mein wahin kaam karein.</w:t>
      </w:r>
    </w:p>
    <w:p>
      <w:pPr>
        <w:pStyle w:val="Heading2"/>
      </w:pPr>
      <w:r>
        <w:t>Peace is the highest good in Quran</w:t>
      </w:r>
    </w:p>
    <w:p>
      <w:r>
        <w:rPr>
          <w:color w:val="666666"/>
          <w:sz w:val="18"/>
        </w:rPr>
        <w:t>The Principles of Revolution 14 May 2007 - Maulana Wahiduddin Khan · 1m 47s · at 26:30 · https://youtu.be/2qdUPZbBW28?t=1590</w:t>
      </w:r>
    </w:p>
    <w:p>
      <w:r>
        <w:rPr>
          <w:i/>
        </w:rPr>
        <w:t>“This formula was given in the Quran in these words: Al-hasanu khair.”</w:t>
      </w:r>
    </w:p>
    <w:p>
      <w:r>
        <w:rPr>
          <w:sz w:val="20"/>
        </w:rPr>
        <w:t>26:30  this formula was given in the Quran in these words: "Al-husna khair". which is the best?</w:t>
      </w:r>
      <w:r>
        <w:br/>
      </w:r>
      <w:r>
        <w:rPr>
          <w:sz w:val="20"/>
        </w:rPr>
        <w:t>26:41  which is the best? here i would like to say that all the thinkers, all the leaders,</w:t>
      </w:r>
      <w:r>
        <w:br/>
      </w:r>
      <w:r>
        <w:rPr>
          <w:sz w:val="20"/>
        </w:rPr>
        <w:t>26:55  were were believers of a mistaken notion, they always said that, for example, European thinkers said, said that "freedom is summum bonum".</w:t>
      </w:r>
      <w:r>
        <w:br/>
      </w:r>
      <w:r>
        <w:rPr>
          <w:sz w:val="20"/>
        </w:rPr>
        <w:t>27:18  "freedom is summum bonum". some say that "justice is summum bonum". some say that "economic equality is summum bonum".</w:t>
      </w:r>
      <w:r>
        <w:br/>
      </w:r>
      <w:r>
        <w:rPr>
          <w:sz w:val="20"/>
        </w:rPr>
        <w:t>27:34  so all these people have adopted some other thing that is according to them, according to their thinking, summum bonum.</w:t>
      </w:r>
      <w:r>
        <w:br/>
      </w:r>
      <w:r>
        <w:rPr>
          <w:sz w:val="20"/>
        </w:rPr>
        <w:t>27:43  but these kinds cannot be summum bonum. summum bonum means highest good. Quran says that only one thing is summum bonum, that is peace.</w:t>
      </w:r>
      <w:r>
        <w:br/>
      </w:r>
      <w:r>
        <w:rPr>
          <w:sz w:val="20"/>
        </w:rPr>
        <w:t>27:56  "Al-husna khair". peace is summum bonum.</w:t>
      </w:r>
      <w:r>
        <w:br/>
      </w:r>
      <w:r>
        <w:rPr>
          <w:sz w:val="20"/>
        </w:rPr>
        <w:t>28:02  "freedom is not summum bonum". why? because when you want, when you say this "freedom is summum bonum", to then from the first</w:t>
      </w:r>
    </w:p>
    <w:p>
      <w:pPr>
        <w:pStyle w:val="Heading2"/>
      </w:pPr>
      <w:r>
        <w:t>Umar carries grain sack to a hungry family at night</w:t>
      </w:r>
    </w:p>
    <w:p>
      <w:r>
        <w:rPr>
          <w:color w:val="666666"/>
          <w:sz w:val="18"/>
        </w:rPr>
        <w:t>Peace and Violence in Islam July 27, 2008 · 2m 53s · at 33:08 · https://youtu.be/B_61iaC_2dQ?t=1988</w:t>
      </w:r>
    </w:p>
    <w:p>
      <w:r>
        <w:rPr>
          <w:i/>
        </w:rPr>
        <w:t>“Hazrat Umar raaton ko gasht karte the jab log sote the”</w:t>
      </w:r>
    </w:p>
    <w:p>
      <w:r>
        <w:rPr>
          <w:sz w:val="20"/>
        </w:rPr>
        <w:t>33:08  , aap ki responsibilities badh gayin, aap ki duty badh gayi. Aap ghor kijiye, Hazrat Umar jo ideal samjhate hain, ideal khalifa Islam mein, raaton ko woh gasht karte the.</w:t>
      </w:r>
      <w:r>
        <w:br/>
      </w:r>
      <w:r>
        <w:rPr>
          <w:sz w:val="20"/>
        </w:rPr>
        <w:t>33:24  Log sote the, Hazrat Umar raaton ko gasht karte the halaat lene ke liye ke log kaise kaise halaat hain logon ke.</w:t>
      </w:r>
      <w:r>
        <w:br/>
      </w:r>
      <w:r>
        <w:rPr>
          <w:sz w:val="20"/>
        </w:rPr>
        <w:t>33:36  To agar aap aap jannain ke mujhe prime minister banne ke baad raaton ko sona nahi padega, raaton ko gasht karna padega, to aap bhagenge prime minister se.</w:t>
      </w:r>
      <w:r>
        <w:br/>
      </w:r>
      <w:r>
        <w:rPr>
          <w:sz w:val="20"/>
        </w:rPr>
        <w:t>33:49  Yaani president aur prime minister banne se bhagenge aap ke is is museebat ko kaun mol le ke raat ko bhi sone ko nahi milega, raat ko bhi sone ko nahi milega.</w:t>
      </w:r>
      <w:r>
        <w:br/>
      </w:r>
      <w:r>
        <w:rPr>
          <w:sz w:val="20"/>
        </w:rPr>
        <w:t>34:03  Gasht ke dauran ek martaba ek jagah pahunche, woh jab us zamana tha jab ke qahat aaya hua tha is area mein. Ek jagah pahunche to ek khaima tha Madine ke bahar, ek tent tha.</w:t>
      </w:r>
      <w:r>
        <w:br/>
      </w:r>
      <w:r>
        <w:rPr>
          <w:sz w:val="20"/>
        </w:rPr>
        <w:t>34:16  Ek aurat jo hai, us ke bachche the, ek do bachche ro rahe the. To</w:t>
      </w:r>
      <w:r>
        <w:br/>
      </w:r>
      <w:r>
        <w:rPr>
          <w:sz w:val="20"/>
        </w:rPr>
        <w:t>34:26  Woh aurat thi aur uska shohar tha, shayad do bachche the, ro rahe the. Woh</w:t>
      </w:r>
      <w:r>
        <w:br/>
      </w:r>
      <w:r>
        <w:rPr>
          <w:sz w:val="20"/>
        </w:rPr>
        <w:t>34:31  To unhon ne poocha ke kyon ro rahe hain bachche?</w:t>
      </w:r>
      <w:r>
        <w:br/>
      </w:r>
      <w:r>
        <w:rPr>
          <w:sz w:val="20"/>
        </w:rPr>
        <w:t>34:36  Kaha kuch khane ko nahi hai to kya karenge? Royenge.</w:t>
      </w:r>
      <w:r>
        <w:br/>
      </w:r>
      <w:r>
        <w:rPr>
          <w:sz w:val="20"/>
        </w:rPr>
        <w:t>34:41  Us ke paas kuch bhi nahi tha khane ke liye ke yeh bachchon ko dein kyunke wahan qahat pada hua tha.</w:t>
      </w:r>
      <w:r>
        <w:br/>
      </w:r>
      <w:r>
        <w:rPr>
          <w:sz w:val="20"/>
        </w:rPr>
        <w:t>34:52  Hazrat Umar isi waqt aaye, raat hi ko bait ul maal se ek bori nikali, ghale ki, aur apni peeth par rakh kar le aane lage.</w:t>
      </w:r>
      <w:r>
        <w:br/>
      </w:r>
      <w:r>
        <w:rPr>
          <w:sz w:val="20"/>
        </w:rPr>
        <w:t>35:03  Woh</w:t>
      </w:r>
      <w:r>
        <w:br/>
      </w:r>
      <w:r>
        <w:rPr>
          <w:sz w:val="20"/>
        </w:rPr>
        <w:t>35:06  To ek sahab the, unhon ne kaha ke aap ko bas aisa karen, main main le chalta hoon is ko. To unhon ne kaha qayamat ke din poocha to poocha jayega kyunke main khalifa hoon.</w:t>
      </w:r>
      <w:r>
        <w:br/>
      </w:r>
      <w:r>
        <w:rPr>
          <w:sz w:val="20"/>
        </w:rPr>
        <w:t>35:19  Ab ghor kijiye ke agar yeh jannain aap ke khalifa banna responsibility ko badhana hai, president aur prime minister banna responsibility ko badhana hai, to aap to bhagenge is se, bhagenge is se.</w:t>
      </w:r>
      <w:r>
        <w:br/>
      </w:r>
      <w:r>
        <w:rPr>
          <w:sz w:val="20"/>
        </w:rPr>
        <w:t>35:35  To yaad rakhiye, Islam mein political power jo hai, woh bhi test paper hi hai ke aap power lekar kya karte hain.</w:t>
      </w:r>
      <w:r>
        <w:br/>
      </w:r>
      <w:r>
        <w:rPr>
          <w:sz w:val="20"/>
        </w:rPr>
        <w:t>35:46  Koi inaam nahi hai, koi reward nahi hai. Woh is ko achhi tarah samajh lijiye ke dunya mein reward nahi hota, reward to akhirat mein hota hai. Jab jo kuch dunya mein milta hai, woh bator test paper ke milta hai.</w:t>
      </w:r>
    </w:p>
    <w:p>
      <w:pPr>
        <w:pStyle w:val="Heading2"/>
      </w:pPr>
      <w:r>
        <w:t>Even prophets must pass the test</w:t>
      </w:r>
    </w:p>
    <w:p>
      <w:r>
        <w:rPr>
          <w:color w:val="666666"/>
          <w:sz w:val="18"/>
        </w:rPr>
        <w:t>Lessons from The Best Story 9 May 2014 - Maulana Wahiduddin Khan · 1m 48s · at 21:00 · https://youtu.be/rZnIPTO2QWs?t=1260</w:t>
      </w:r>
    </w:p>
    <w:p>
      <w:r>
        <w:rPr>
          <w:i/>
        </w:rPr>
        <w:t>“Hazrat Yusuf prophet the, prophet ke bete, prophet ke pote”</w:t>
      </w:r>
    </w:p>
    <w:p>
      <w:r>
        <w:rPr>
          <w:sz w:val="20"/>
        </w:rPr>
        <w:t>21:00  jab tak test mein poora na utre, aadmi chahe koi paighambar hi kyun na ho, aap ghaur kijiye, Hazrat Yusuf paighambar the, paighambar ke paighambar ke bete, paighambar ke pote.</w:t>
      </w:r>
      <w:r>
        <w:br/>
      </w:r>
      <w:r>
        <w:rPr>
          <w:sz w:val="20"/>
        </w:rPr>
        <w:t>21:14  kaisi ajeeb baat hai! Hazrat Ibrahim ke pote the, woh</w:t>
      </w:r>
      <w:r>
        <w:br/>
      </w:r>
      <w:r>
        <w:rPr>
          <w:sz w:val="20"/>
        </w:rPr>
        <w:t>21:19  Hazrat Ibrahim ke bete the, Yaqoob un ke bete the. Yeh to Yusuf khud paighambar, paighambar ke bete, paighambar ke pote.</w:t>
      </w:r>
      <w:r>
        <w:br/>
      </w:r>
      <w:r>
        <w:rPr>
          <w:sz w:val="20"/>
        </w:rPr>
        <w:t>21:29  itni saari nisbatein un ko haasil thin, itni saari nisbatein, lekin phir bhi un ko isi test se guzarna pada.</w:t>
      </w:r>
      <w:r>
        <w:br/>
      </w:r>
      <w:r>
        <w:rPr>
          <w:sz w:val="20"/>
        </w:rPr>
        <w:t>21:39  wo exempt nahin kar diye gaye. Aisa nahin hua ke Allah ne kaha ho ke bhai yeh to paighambar ke bete hain, paighambar ke pote hain, khud hi paighambar hain, unhein exempt kar do.</w:t>
      </w:r>
      <w:r>
        <w:br/>
      </w:r>
      <w:r>
        <w:rPr>
          <w:sz w:val="20"/>
        </w:rPr>
        <w:t>21:48  Aisa nahin hua. To kisi aur ko yeh umeed nahin rakhna chahiye ke is test se guzre baghair us ki</w:t>
      </w:r>
      <w:r>
        <w:br/>
      </w:r>
      <w:r>
        <w:rPr>
          <w:sz w:val="20"/>
        </w:rPr>
        <w:t>21:58  kahani best kahani ban jayegi, us ki story best story ban jayegi. Yeh nahin umeed rakhna chahiye. Agar koi yeh samjhe ke is test se guzre baghair us ki story best story ban sakti hai to woh is mein force priority de raha hai,</w:t>
      </w:r>
      <w:r>
        <w:br/>
      </w:r>
      <w:r>
        <w:rPr>
          <w:sz w:val="20"/>
        </w:rPr>
        <w:t>22:20  force priority de raha hai, jannat al maqam mein de raha hai. Woh kyunke aisa hone wala nahin. Jo cheez ek paighambar ke liye nahin hui, woh aap ke liye kaise ho jayegi?</w:t>
      </w:r>
      <w:r>
        <w:br/>
      </w:r>
      <w:r>
        <w:rPr>
          <w:sz w:val="20"/>
        </w:rPr>
        <w:t>22:37  To ya to Allah ki blessing se maloomi ko bardasht kijiye hamesha ke liye, ya phir is test mein poora utriye.</w:t>
      </w:r>
    </w:p>
    <w:p>
      <w:pPr>
        <w:pStyle w:val="Heading2"/>
      </w:pPr>
      <w:r>
        <w:t>Sun's breaking news message to man</w:t>
      </w:r>
    </w:p>
    <w:p>
      <w:r>
        <w:rPr>
          <w:color w:val="666666"/>
          <w:sz w:val="18"/>
        </w:rPr>
        <w:t>The Prophet An Example of Modesty August 27, 2017 · 2m 38s · at 0:41 · https://youtu.be/aR3V4c8fQC4?t=41</w:t>
      </w:r>
    </w:p>
    <w:p>
      <w:r>
        <w:rPr>
          <w:i/>
        </w:rPr>
        <w:t>“Main rozana subah ko balcony mein baithta hoon”</w:t>
      </w:r>
    </w:p>
    <w:p>
      <w:r>
        <w:rPr>
          <w:sz w:val="20"/>
        </w:rPr>
        <w:t>0:41  aap jaante hain ke be routine hai, mamool hai ke main rozana subah ko apne office ke bahar balcony mein baithta hoon,</w:t>
      </w:r>
      <w:r>
        <w:br/>
      </w:r>
      <w:r>
        <w:rPr>
          <w:sz w:val="20"/>
        </w:rPr>
        <w:t>0:54  sooraj nikalne se pehle.</w:t>
      </w:r>
      <w:r>
        <w:br/>
      </w:r>
      <w:r>
        <w:rPr>
          <w:sz w:val="20"/>
        </w:rPr>
        <w:t>0:58  to aaj bhi aise hi hua. phir maine dekha ke saade che baje suraj nikla, uski roshni phaili chaaron taraf.</w:t>
      </w:r>
      <w:r>
        <w:br/>
      </w:r>
      <w:r>
        <w:rPr>
          <w:sz w:val="20"/>
        </w:rPr>
        <w:t>1:12  is waqeye ne mere mind ko trigger kiya.</w:t>
      </w:r>
      <w:r>
        <w:br/>
      </w:r>
      <w:r>
        <w:rPr>
          <w:sz w:val="20"/>
        </w:rPr>
        <w:t>1:18  sochte hue main is rai par pahuncha ke yeh suraj jo rozana nikalta hai, woh hamare liye ek breaking news hota hai.</w:t>
      </w:r>
      <w:r>
        <w:br/>
      </w:r>
      <w:r>
        <w:rPr>
          <w:sz w:val="20"/>
        </w:rPr>
        <w:t>1:34  har subah ko, yaani din ke aaghaz mein, insaan ko ek paigham deta hai, har roz.</w:t>
      </w:r>
      <w:r>
        <w:br/>
      </w:r>
      <w:r>
        <w:rPr>
          <w:sz w:val="20"/>
        </w:rPr>
        <w:t>1:45  ae insaan, is waqt tu apni subah mein hai, bohat jald teri shaam hogi. shaam hone se pehle sachai ko discover kar le.</w:t>
      </w:r>
      <w:r>
        <w:br/>
      </w:r>
      <w:r>
        <w:rPr>
          <w:sz w:val="20"/>
        </w:rPr>
        <w:t>2:00  ae insaan, is waqt tu apni jawani ke urooj mein hai, bohat jald tu barhaape ke urooj ko pahunchega.</w:t>
      </w:r>
      <w:r>
        <w:br/>
      </w:r>
      <w:r>
        <w:rPr>
          <w:sz w:val="20"/>
        </w:rPr>
        <w:t>2:11  is se pehle zindagi ka raaz discover kar le aur uske mutabiq kaam shuru kar de.</w:t>
      </w:r>
      <w:r>
        <w:br/>
      </w:r>
      <w:r>
        <w:rPr>
          <w:sz w:val="20"/>
        </w:rPr>
        <w:t>2:22  ae insaan, is waqt tu health mein hai, bohat jald tu bimari ka tajurba hoga.</w:t>
      </w:r>
      <w:r>
        <w:br/>
      </w:r>
      <w:r>
        <w:rPr>
          <w:sz w:val="20"/>
        </w:rPr>
        <w:t>2:33  is se pehle tu apni zindagi ka purpose daryaft kar le.</w:t>
      </w:r>
      <w:r>
        <w:br/>
      </w:r>
      <w:r>
        <w:rPr>
          <w:sz w:val="20"/>
        </w:rPr>
        <w:t>2:43  ae insaan, is waqt tu</w:t>
      </w:r>
      <w:r>
        <w:br/>
      </w:r>
      <w:r>
        <w:rPr>
          <w:sz w:val="20"/>
        </w:rPr>
        <w:t>2:49  problem free paata hai apne aap ko. phir woh waqt aayega jab tu problem bikhar jayega. is se pehle apne aap ko jaan le.</w:t>
      </w:r>
      <w:r>
        <w:br/>
      </w:r>
      <w:r>
        <w:rPr>
          <w:sz w:val="20"/>
        </w:rPr>
        <w:t>3:03  aur jaan le ke teri duty kya hai is duniya mein. tujhe kaise duniya mein rehna hai, uske mutabiq apne aap ko kar.</w:t>
      </w:r>
    </w:p>
    <w:p>
      <w:pPr>
        <w:pStyle w:val="Heading2"/>
      </w:pPr>
      <w:r>
        <w:t>Aisha's hadith: Prophet always chose the easier option</w:t>
      </w:r>
    </w:p>
    <w:p>
      <w:r>
        <w:rPr>
          <w:color w:val="666666"/>
          <w:sz w:val="18"/>
        </w:rPr>
        <w:t>Lessons from The Islamic History (English) November 30, 2007 · 2m 02s · at 17:23 · https://youtu.be/PBu7tbmSSy8?t=1043</w:t>
      </w:r>
    </w:p>
    <w:p>
      <w:r>
        <w:rPr>
          <w:i/>
        </w:rPr>
        <w:t>“I would like to narrate a very relevant hadith”</w:t>
      </w:r>
    </w:p>
    <w:p>
      <w:r>
        <w:rPr>
          <w:sz w:val="20"/>
        </w:rPr>
        <w:t>17:23  so your option must be here. i would like to narrate a very, very relevant hadith.</w:t>
      </w:r>
      <w:r>
        <w:br/>
      </w:r>
      <w:r>
        <w:rPr>
          <w:sz w:val="20"/>
        </w:rPr>
        <w:t>17:33  aisha was, aisha was a wife of the prophet of islam.</w:t>
      </w:r>
      <w:r>
        <w:br/>
      </w:r>
      <w:r>
        <w:rPr>
          <w:sz w:val="20"/>
        </w:rPr>
        <w:t>17:39  she was very intelligent, and she is the major source of, of fiqh.</w:t>
      </w:r>
      <w:r>
        <w:br/>
      </w:r>
      <w:r>
        <w:rPr>
          <w:sz w:val="20"/>
        </w:rPr>
        <w:t>17:49  so there is a, there is a hadith related by, by aisha in sahih al bukhari, that ma khair rasul allah sallallahu alaihi wasallam baina umrain illa ikhtar aisha rahma.</w:t>
      </w:r>
      <w:r>
        <w:br/>
      </w:r>
      <w:r>
        <w:rPr>
          <w:sz w:val="20"/>
        </w:rPr>
        <w:t>18:09  it means that when ever the prophet of islam had to choose between the two, he always opted for easier and not harder.</w:t>
      </w:r>
      <w:r>
        <w:br/>
      </w:r>
      <w:r>
        <w:rPr>
          <w:sz w:val="20"/>
        </w:rPr>
        <w:t>18:29  it means that every time, in every situation, there are two options: easier option and harder option.</w:t>
      </w:r>
      <w:r>
        <w:br/>
      </w:r>
      <w:r>
        <w:rPr>
          <w:sz w:val="20"/>
        </w:rPr>
        <w:t>18:41  now, what is easier option and what is harder option? in going to confrontation is harder option, and work with peaceful method is easier option.</w:t>
      </w:r>
      <w:r>
        <w:br/>
      </w:r>
      <w:r>
        <w:rPr>
          <w:sz w:val="20"/>
        </w:rPr>
        <w:t>18:53  so prophet of islam always opted for peaceful method and not violent method. violent method is harder option, and peaceful method is easier option.</w:t>
      </w:r>
      <w:r>
        <w:br/>
      </w:r>
      <w:r>
        <w:rPr>
          <w:sz w:val="20"/>
        </w:rPr>
        <w:t>19:08  so this is the prophetic method of da'wah. in every situation, in every country, we have to analyze the situation.</w:t>
      </w:r>
    </w:p>
    <w:p>
      <w:pPr>
        <w:pStyle w:val="Heading2"/>
      </w:pPr>
      <w:r>
        <w:t>The Iqra moment: Gabriel commands him to read</w:t>
      </w:r>
    </w:p>
    <w:p>
      <w:r>
        <w:rPr>
          <w:color w:val="666666"/>
          <w:sz w:val="18"/>
        </w:rPr>
        <w:t>The Story of Khadija Part 2 December 25, 2022 · 1m 38s · at 9:35 · https://youtu.be/CT7OATmveus?t=575</w:t>
      </w:r>
    </w:p>
    <w:p>
      <w:r>
        <w:rPr>
          <w:i/>
        </w:rPr>
        <w:t>“Gabriel said, Iqra, O Muhammad, read”</w:t>
      </w:r>
    </w:p>
    <w:p>
      <w:r>
        <w:rPr>
          <w:sz w:val="20"/>
        </w:rPr>
        <w:t>9:35  to ek baar ka waqia hai, subah sawere ka waqt tha, aur prophet so rahe the, neend aa gayi thi. To prophet ko mehsoos hua ke koi unko utha raha hai.</w:t>
      </w:r>
      <w:r>
        <w:br/>
      </w:r>
      <w:r>
        <w:rPr>
          <w:sz w:val="20"/>
        </w:rPr>
        <w:t>9:50  to jab aankh khuli to ek insaan khada hua tha, woh darasal farishte jibril the, insaan ki soorat</w:t>
      </w:r>
      <w:r>
        <w:br/>
      </w:r>
      <w:r>
        <w:rPr>
          <w:sz w:val="20"/>
        </w:rPr>
        <w:t>9:57  mein. Ji, to jibril ne kaha, "iqra ya Muhammad, read o Muhammad."</w:t>
      </w:r>
      <w:r>
        <w:br/>
      </w:r>
      <w:r>
        <w:rPr>
          <w:sz w:val="20"/>
        </w:rPr>
        <w:t>10:03  جی، تو پرافٹ نے کہا، "ما انا بقارین، I don't know how to read."</w:t>
      </w:r>
      <w:r>
        <w:br/>
      </w:r>
      <w:r>
        <w:rPr>
          <w:sz w:val="20"/>
        </w:rPr>
        <w:t>10:09  to jibril ne gale lagaya prophet ko aur dabaya, kaafi zor se dabaya, balkay kitabon mein aata hai</w:t>
      </w:r>
      <w:r>
        <w:br/>
      </w:r>
      <w:r>
        <w:rPr>
          <w:sz w:val="20"/>
        </w:rPr>
        <w:t>10:18  ke un ko takleef hone lagi.</w:t>
      </w:r>
      <w:r>
        <w:br/>
      </w:r>
      <w:r>
        <w:rPr>
          <w:sz w:val="20"/>
        </w:rPr>
        <w:t>10:20  phir dobara aise hi kiya, dobara gale laga ke dabaya, phir teesri baar kiya. Ji, phir uske baad jo verses thin, chapter number 96 ki,</w:t>
      </w:r>
      <w:r>
        <w:br/>
      </w:r>
      <w:r>
        <w:rPr>
          <w:sz w:val="20"/>
        </w:rPr>
        <w:t>10:33  "Iqra bismi rabbika alladhi khalaq", wo chand verses jo pehli verses thin, wo reveal huin unke upar, prophet ke upar.</w:t>
      </w:r>
      <w:r>
        <w:br/>
      </w:r>
      <w:r>
        <w:rPr>
          <w:sz w:val="20"/>
        </w:rPr>
        <w:t>10:42  to is tarah se Quran ka aaghaz hua. Lekin yeh jo tajruba tha, yeh bahut hi mushkil</w:t>
      </w:r>
      <w:r>
        <w:br/>
      </w:r>
      <w:r>
        <w:rPr>
          <w:sz w:val="20"/>
        </w:rPr>
        <w:t>10:48  tha. Ji, chunke jab wahi aati thi to prophet ne baad mein bataya ke aisa lagta tha ke unke upar koi bahut bada bojh rakha hua hai.</w:t>
      </w:r>
      <w:r>
        <w:br/>
      </w:r>
      <w:r>
        <w:rPr>
          <w:sz w:val="20"/>
        </w:rPr>
        <w:t>10:56  ji, matlab yeh wahi ka aana koi mamooli baat nahi, bahut hi ghair mamooli cheez thi yeh. To wo aur pehli baar yeh tajruba, to wo bahut hi ghabra gaye aur dar gaye, aur bahut pareshani ki haalat mein wo ghar ki taraf rukh kiya unhone aur seedhe Hazrat Khadija ke paas pahunche.</w:t>
      </w:r>
    </w:p>
    <w:p>
      <w:pPr>
        <w:pStyle w:val="Heading2"/>
      </w:pPr>
      <w:r>
        <w:t>humans are 'ideal-seeking animals' made for paradise</w:t>
      </w:r>
    </w:p>
    <w:p>
      <w:r>
        <w:rPr>
          <w:color w:val="666666"/>
          <w:sz w:val="18"/>
        </w:rPr>
        <w:t>The Companions and the Hadith Scholars June 24, 2012 · 1m 26s · at 1:11:42 · https://youtu.be/Dj4QiYnxgBs?t=4302</w:t>
      </w:r>
    </w:p>
    <w:p>
      <w:r>
        <w:rPr>
          <w:i/>
        </w:rPr>
        <w:t>“Insaan jo hai, woh ideal-seeking animal hai”</w:t>
      </w:r>
    </w:p>
    <w:p>
      <w:r>
        <w:rPr>
          <w:sz w:val="20"/>
        </w:rPr>
        <w:t>1:11:42  maulana, agla sawal dilli se hai, Miss Nagma Siddiqui ka. unhon ne likha hai: "If ideal cannot be achieved, why has there been efforts throughout history to achieve it?"</w:t>
      </w:r>
      <w:r>
        <w:br/>
      </w:r>
      <w:r>
        <w:rPr>
          <w:sz w:val="20"/>
        </w:rPr>
        <w:t>1:11:58  dekhiye, insaan jo hai, yaani Ideal Seeking Animal hai. paidaishi taur par us ke mind mein ek mayar hai, ek ideal hai, jisko woh achieve karna chahta hai.</w:t>
      </w:r>
      <w:r>
        <w:br/>
      </w:r>
      <w:r>
        <w:rPr>
          <w:sz w:val="20"/>
        </w:rPr>
        <w:t>1:12:14  to Allah taala ne yeh jo pasand hai insaan ke andar rakhi thi, jannat ke shauk ke liye. shayad bhi duniya mein kam tawajjoh de, duniya mein apne dil na lagaye, yeh samajh kar ke ke bhai, jo ideal mere mind mein hai, woh to jannat mein milega. yahan to bas kuch din rehna hai. lekin aaj is hua yeh ke beshtar insano ne us mayar pasandi ko isi duniya mein transfer karna chaha,</w:t>
      </w:r>
      <w:r>
        <w:br/>
      </w:r>
      <w:r>
        <w:rPr>
          <w:sz w:val="20"/>
        </w:rPr>
        <w:t>1:12:42  jo mayar pasandi thi akhirat ki, jannat ki yaad karne ke liye, us se apne ko ishq lagane ke liye. us mayar pasandi ko chah ke is duniya mein main bana loon. is ke nateeje mein yeh tareekh mein yeh manzar aap ko dikhai de deta hai.</w:t>
      </w:r>
    </w:p>
    <w:p>
      <w:pPr>
        <w:pStyle w:val="Heading2"/>
      </w:pPr>
      <w:r>
        <w:t>First revelation and visit to Waraka</w:t>
      </w:r>
    </w:p>
    <w:p>
      <w:r>
        <w:rPr>
          <w:color w:val="666666"/>
          <w:sz w:val="18"/>
        </w:rPr>
        <w:t>Prophet of Islam A Role Model 16 Jan, 2011 - Maulana Wahiduddin Khan · 1m 34s · at 3:47 · https://youtu.be/ya0bvV77BLc?t=227</w:t>
      </w:r>
    </w:p>
    <w:p>
      <w:r>
        <w:rPr>
          <w:i/>
        </w:rPr>
        <w:t>“Rasool Allah ko jab 610 mein pehli wahi utri”</w:t>
      </w:r>
    </w:p>
    <w:p>
      <w:r>
        <w:rPr>
          <w:sz w:val="20"/>
        </w:rPr>
        <w:t>3:47  rasool Allah sal Allah alaihi wasallam ko jab 610 isvi mein ghar hira mein pehli wahi utri: iqra bisrabik alladhi khalaq.</w:t>
      </w:r>
      <w:r>
        <w:br/>
      </w:r>
      <w:r>
        <w:rPr>
          <w:sz w:val="20"/>
        </w:rPr>
        <w:t>4:01  to riwayat mein aata hai ke aap ghar wapas aaye, yani ghar hira se wahan aaye jahan Hazrat Khadija ka ghar tha, kyunke unhi ke paas aap rehte thay shadi ke baad.</w:t>
      </w:r>
      <w:r>
        <w:br/>
      </w:r>
      <w:r>
        <w:rPr>
          <w:sz w:val="20"/>
        </w:rPr>
        <w:t>4:18  to aap par kuch ghabrahat taari thi. kyunke pehla tajurba tha yeh, farishte ka aana.</w:t>
      </w:r>
      <w:r>
        <w:br/>
      </w:r>
      <w:r>
        <w:rPr>
          <w:sz w:val="20"/>
        </w:rPr>
        <w:t>4:30  to unhon ne Hazrat Khadija se apna tajurba bayan kiya. to unhon ne yeh mashwara diya ke makka mein aik aik christian scholar hain,</w:t>
      </w:r>
      <w:r>
        <w:br/>
      </w:r>
      <w:r>
        <w:rPr>
          <w:sz w:val="20"/>
        </w:rPr>
        <w:t>4:44  isai aalim, un ke paas chalen. un ka naam tha Warqa bin Naufal. woh taqreeban 90 saal ke ho chuke thay.</w:t>
      </w:r>
      <w:r>
        <w:br/>
      </w:r>
      <w:r>
        <w:rPr>
          <w:sz w:val="20"/>
        </w:rPr>
        <w:t>4:55  dekhiye, is par aap un ke sath gaye wahan par. yeh bhi aik namoona hai. aap kehte hain ke un ke paas kyun jaon main?</w:t>
      </w:r>
      <w:r>
        <w:br/>
      </w:r>
      <w:r>
        <w:rPr>
          <w:sz w:val="20"/>
        </w:rPr>
        <w:t>5:05  woh to aik ghair muslim hain. woh aik isai hain. main aik muslim hoon, main momin hoon.</w:t>
      </w:r>
      <w:r>
        <w:br/>
      </w:r>
      <w:r>
        <w:rPr>
          <w:sz w:val="20"/>
        </w:rPr>
        <w:t>5:14  main isai ke paas kyun jaon? aap ne aisa nahi kiya.</w:t>
      </w:r>
    </w:p>
    <w:p>
      <w:pPr>
        <w:pStyle w:val="Heading2"/>
      </w:pPr>
      <w:r>
        <w:t>Introducing prophetic history as the true religious record</w:t>
      </w:r>
    </w:p>
    <w:p>
      <w:r>
        <w:rPr>
          <w:color w:val="666666"/>
          <w:sz w:val="18"/>
        </w:rPr>
        <w:t>Prophetic Mission in History March 06, 2007 · 2m 10s · at 0:26 · https://youtu.be/w7HfRxRVIps?t=26</w:t>
      </w:r>
    </w:p>
    <w:p>
      <w:r>
        <w:rPr>
          <w:i/>
        </w:rPr>
        <w:t>“Today's topic is Prophetic Mission in History”</w:t>
      </w:r>
    </w:p>
    <w:p>
      <w:r>
        <w:rPr>
          <w:sz w:val="20"/>
        </w:rPr>
        <w:t>0:26  da topic for this day is Prophetic Mission in History.</w:t>
      </w:r>
      <w:r>
        <w:br/>
      </w:r>
      <w:r>
        <w:rPr>
          <w:sz w:val="20"/>
        </w:rPr>
        <w:t>0:39  Prophetic Mission in History. History is the record of human activities.</w:t>
      </w:r>
      <w:r>
        <w:br/>
      </w:r>
      <w:r>
        <w:rPr>
          <w:sz w:val="20"/>
        </w:rPr>
        <w:t>0:52  there are two basically, there are two branches of history:</w:t>
      </w:r>
      <w:r>
        <w:br/>
      </w:r>
      <w:r>
        <w:rPr>
          <w:sz w:val="20"/>
        </w:rPr>
        <w:t>1:02  secular history and religious history. secular history is the history of material civilization,</w:t>
      </w:r>
      <w:r>
        <w:br/>
      </w:r>
      <w:r>
        <w:rPr>
          <w:sz w:val="20"/>
        </w:rPr>
        <w:t>1:10  and religious history is the history of spiritual civilization. the</w:t>
      </w:r>
      <w:r>
        <w:br/>
      </w:r>
      <w:r>
        <w:rPr>
          <w:sz w:val="20"/>
        </w:rPr>
        <w:t>1:20  religious history, here i would like to say a few words about the religious history.</w:t>
      </w:r>
      <w:r>
        <w:br/>
      </w:r>
      <w:r>
        <w:rPr>
          <w:sz w:val="20"/>
        </w:rPr>
        <w:t>1:30  religious history consists of biblical literature and archaeological findings, and to some extent, philosophical studies.</w:t>
      </w:r>
      <w:r>
        <w:br/>
      </w:r>
      <w:r>
        <w:rPr>
          <w:sz w:val="20"/>
        </w:rPr>
        <w:t>1:45  but the most authentic source of religious history is Quran.</w:t>
      </w:r>
      <w:r>
        <w:br/>
      </w:r>
      <w:r>
        <w:rPr>
          <w:sz w:val="20"/>
        </w:rPr>
        <w:t>1:57  Quran is the only authentic source of religious, of the record of religious history.</w:t>
      </w:r>
      <w:r>
        <w:br/>
      </w:r>
      <w:r>
        <w:rPr>
          <w:sz w:val="20"/>
        </w:rPr>
        <w:t>2:10  now,</w:t>
      </w:r>
      <w:r>
        <w:br/>
      </w:r>
      <w:r>
        <w:rPr>
          <w:sz w:val="20"/>
        </w:rPr>
        <w:t>2:14  if you read Quran, you will find that</w:t>
      </w:r>
      <w:r>
        <w:br/>
      </w:r>
      <w:r>
        <w:rPr>
          <w:sz w:val="20"/>
        </w:rPr>
        <w:t>2:21  Quran goes as the account of prophetic history.</w:t>
      </w:r>
      <w:r>
        <w:br/>
      </w:r>
      <w:r>
        <w:rPr>
          <w:sz w:val="20"/>
        </w:rPr>
        <w:t>2:28  the basic concern of Quran is prophetic history.</w:t>
      </w:r>
    </w:p>
    <w:p>
      <w:pPr>
        <w:pStyle w:val="Heading2"/>
      </w:pPr>
      <w:r>
        <w:t>Role of scholars in decline and parallel</w:t>
      </w:r>
    </w:p>
    <w:p>
      <w:r>
        <w:rPr>
          <w:color w:val="666666"/>
          <w:sz w:val="18"/>
        </w:rPr>
        <w:t>A Case of Derailment April 25, 2014 · 2m 24s · at 13:34 · https://youtu.be/ERcUTQt6tFY?t=814</w:t>
      </w:r>
    </w:p>
    <w:p>
      <w:r>
        <w:rPr>
          <w:i/>
        </w:rPr>
        <w:t>“Hadith mein bohat hi waazeh tor par yeh baat kahee gayi ke”</w:t>
      </w:r>
    </w:p>
    <w:p>
      <w:r>
        <w:rPr>
          <w:sz w:val="20"/>
        </w:rPr>
        <w:t>13:34  toh yeh is ke maani kya hain? is ke maani ke daur zawal mein tum par bhi wahi kuch hoga jo un par hua. toh yeh hota hai daur zawal mein is liye ke jo ulama o mashaikh hotay hain, woh apna farz ada nahi karte.</w:t>
      </w:r>
      <w:r>
        <w:br/>
      </w:r>
      <w:r>
        <w:rPr>
          <w:sz w:val="20"/>
        </w:rPr>
        <w:t>13:50  zawal ke daur mein aisa hota hai ke ulama ke mafadat wabasta ho jatay hain ummat se. daur zawal mein ummat aik aik bara, aik aik bheed hoti hai, aik bari qaum hoti hai.</w:t>
      </w:r>
      <w:r>
        <w:br/>
      </w:r>
      <w:r>
        <w:rPr>
          <w:sz w:val="20"/>
        </w:rPr>
        <w:t>14:05  toh bari qaum hone ki wajah se har qism ke dunyawi is mein sargarmian hoti hain. daur zawal mein jo ummat hoti hai, woh doosri qaumon ki tarah aik qaum hoti hai.</w:t>
      </w:r>
      <w:r>
        <w:br/>
      </w:r>
      <w:r>
        <w:rPr>
          <w:sz w:val="20"/>
        </w:rPr>
        <w:t>14:18  toh har qism ki dunyawi sargarmian is mein jaari ho jati hain. isi se ulama ke mafad bhi wabasta ho jatay hain.</w:t>
      </w:r>
      <w:r>
        <w:br/>
      </w:r>
      <w:r>
        <w:rPr>
          <w:sz w:val="20"/>
        </w:rPr>
        <w:t>14:27  yani yani inhi yani isi zawal yafta qaum se inko stage milta hai, inko chande milte hain, inko tareefen milti hain, inko badhaiyan milti hain,</w:t>
      </w:r>
      <w:r>
        <w:br/>
      </w:r>
      <w:r>
        <w:rPr>
          <w:sz w:val="20"/>
        </w:rPr>
        <w:t>14:43  inko munasib milte hain. toh chunke is zawal yafta qaum se inke saare mafadat wabasta hotay hain, is liye woh wahi keh, wahi lagte hain, wahi boli bolne hain jo unko pasand ho.</w:t>
      </w:r>
      <w:r>
        <w:br/>
      </w:r>
      <w:r>
        <w:rPr>
          <w:sz w:val="20"/>
        </w:rPr>
        <w:t>14:57  yani zawal yafta qaum ko jo pasand hai, boli wahi boli bolne lagte hain. ulama bhi is tarah se woh pakhta ho jatay hain ke hum sahi hain ke agar hum galat hotay toh hamare ulama hum ko bura kehte.</w:t>
      </w:r>
      <w:r>
        <w:br/>
      </w:r>
      <w:r>
        <w:rPr>
          <w:sz w:val="20"/>
        </w:rPr>
        <w:t>15:12  yani woh zawal yafta ummat yeh soch ban jati hai is ke andar ke agar hum zawal, agar hum sahi deen par na hotay, hum sirat e mustaqeem se hate hotay toh hamare jo akabir hain, hamare jo ulama hain, hamare jo mashaikh hum ko bura batate hain,</w:t>
      </w:r>
      <w:r>
        <w:br/>
      </w:r>
      <w:r>
        <w:rPr>
          <w:sz w:val="20"/>
        </w:rPr>
        <w:t>15:28  woh toh batate nahi. is wajah se koi shakhs Hazrat Masih jaisa agar koi role ada kare daur zawal mein ummat Muhammadi ke andar toh uska bhi wahi haal hoga.</w:t>
      </w:r>
      <w:r>
        <w:br/>
      </w:r>
      <w:r>
        <w:rPr>
          <w:sz w:val="20"/>
        </w:rPr>
        <w:t>15:42  yani jo haal hazrat maseeh ka hua yahood ke daur zawal mein, wahi haal hoga ummat muhammadi ke daur zawal mein is shakhs ka jo un ki islaah ke liye uthe.</w:t>
      </w:r>
    </w:p>
    <w:p>
      <w:pPr>
        <w:pStyle w:val="Heading2"/>
      </w:pPr>
      <w:r>
        <w:t>Overcoming weakness by relying on Allah</w:t>
      </w:r>
    </w:p>
    <w:p>
      <w:r>
        <w:rPr>
          <w:color w:val="666666"/>
          <w:sz w:val="18"/>
        </w:rPr>
        <w:t>Dars-e-Quran, Hadith-e-Jibril October 29, 2017 · 2m 29s · at 1:09:07 · https://youtu.be/CaMTvkwqQqo?t=4147</w:t>
      </w:r>
    </w:p>
    <w:p>
      <w:r>
        <w:rPr>
          <w:i/>
        </w:rPr>
        <w:t>“Main aisa insaan hoon jiske andar sabse badi sifat”</w:t>
      </w:r>
    </w:p>
    <w:p>
      <w:r>
        <w:rPr>
          <w:sz w:val="20"/>
        </w:rPr>
        <w:t>1:09:07  mein aik aisa insan hoon jis ke andar sab se bari jo sifat hai woh hai</w:t>
      </w:r>
      <w:r>
        <w:br/>
      </w:r>
      <w:r>
        <w:rPr>
          <w:sz w:val="20"/>
        </w:rPr>
        <w:t>1:09:21  ke i am nothing real sense mein yani mein</w:t>
      </w:r>
      <w:r>
        <w:br/>
      </w:r>
      <w:r>
        <w:rPr>
          <w:sz w:val="20"/>
        </w:rPr>
        <w:t>1:09:31  qat'i koi mujhe tareef kare kuch farq nahi parta mere andar kyunke masla hai ke mein to kuch bhi nahi hoon</w:t>
      </w:r>
      <w:r>
        <w:br/>
      </w:r>
      <w:r>
        <w:rPr>
          <w:sz w:val="20"/>
        </w:rPr>
        <w:t>1:09:41  aj mujhe ek ajib cheez discover hui yeh sab sun kar ke</w:t>
      </w:r>
      <w:r>
        <w:br/>
      </w:r>
      <w:r>
        <w:rPr>
          <w:sz w:val="20"/>
        </w:rPr>
        <w:t>1:09:47  jo bengal ki team ne aur punjab ki team ne bataya ke kitne zyada mawaqe hain ke madu</w:t>
      </w:r>
      <w:r>
        <w:br/>
      </w:r>
      <w:r>
        <w:rPr>
          <w:sz w:val="20"/>
        </w:rPr>
        <w:t>1:09:55  khud ko operation de raha hai tarjuma karta hai quran ka</w:t>
      </w:r>
      <w:r>
        <w:br/>
      </w:r>
      <w:r>
        <w:rPr>
          <w:sz w:val="20"/>
        </w:rPr>
        <w:t>1:10:02  aur hatta ke khud type bhi kar raha hai</w:t>
      </w:r>
      <w:r>
        <w:br/>
      </w:r>
      <w:r>
        <w:rPr>
          <w:sz w:val="20"/>
        </w:rPr>
        <w:t>1:10:07  aur ap ko wahan har qism ki</w:t>
      </w:r>
      <w:r>
        <w:br/>
      </w:r>
      <w:r>
        <w:rPr>
          <w:sz w:val="20"/>
        </w:rPr>
        <w:t>1:10:12  sahulat de raha hai ke aaiye kaam kijiye</w:t>
      </w:r>
      <w:r>
        <w:br/>
      </w:r>
      <w:r>
        <w:rPr>
          <w:sz w:val="20"/>
        </w:rPr>
        <w:t>1:10:16  to main</w:t>
      </w:r>
      <w:r>
        <w:br/>
      </w:r>
      <w:r>
        <w:rPr>
          <w:sz w:val="20"/>
        </w:rPr>
        <w:t>1:10:20  aj main jab yeh sab karwai ho rahi thi</w:t>
      </w:r>
      <w:r>
        <w:br/>
      </w:r>
      <w:r>
        <w:rPr>
          <w:sz w:val="20"/>
        </w:rPr>
        <w:t>1:10:25  to mujhe ek ayat yaad aai haan dekhiye yeh ayat hai quran majeed mein</w:t>
      </w:r>
      <w:r>
        <w:br/>
      </w:r>
      <w:r>
        <w:rPr>
          <w:sz w:val="20"/>
        </w:rPr>
        <w:t>1:10:31  ke kul ya ibadi allazina</w:t>
      </w:r>
      <w:r>
        <w:br/>
      </w:r>
      <w:r>
        <w:rPr>
          <w:sz w:val="20"/>
        </w:rPr>
        <w:t>1:10:35  asrafu ala al husain</w:t>
      </w:r>
      <w:r>
        <w:br/>
      </w:r>
      <w:r>
        <w:rPr>
          <w:sz w:val="20"/>
        </w:rPr>
        <w:t>1:10:37  la taqnat birahmatillah wa innallaha yaghfirudh dhunuba jami'a</w:t>
      </w:r>
      <w:r>
        <w:br/>
      </w:r>
      <w:r>
        <w:rPr>
          <w:sz w:val="20"/>
        </w:rPr>
        <w:t>1:10:44  mere bando se keh do jinhone</w:t>
      </w:r>
      <w:r>
        <w:br/>
      </w:r>
      <w:r>
        <w:rPr>
          <w:sz w:val="20"/>
        </w:rPr>
        <w:t>1:10:49  apne upar zulm kiya hai</w:t>
      </w:r>
      <w:r>
        <w:br/>
      </w:r>
      <w:r>
        <w:rPr>
          <w:sz w:val="20"/>
        </w:rPr>
        <w:t>1:10:52  ke mayus na ho Allah ki rehmat se</w:t>
      </w:r>
      <w:r>
        <w:br/>
      </w:r>
      <w:r>
        <w:rPr>
          <w:sz w:val="20"/>
        </w:rPr>
        <w:t>1:10:56  Allah sare hi gunahon ko bakhsne wala hai</w:t>
      </w:r>
      <w:r>
        <w:br/>
      </w:r>
      <w:r>
        <w:rPr>
          <w:sz w:val="20"/>
        </w:rPr>
        <w:t>1:11:03  to mera jo sara focus chala gaya tha ke mein to nothing hoon mein to kuch nahi kar sakta</w:t>
      </w:r>
      <w:r>
        <w:br/>
      </w:r>
      <w:r>
        <w:rPr>
          <w:sz w:val="20"/>
        </w:rPr>
        <w:t>1:11:16  to mein ne aj yeh daryaft kiya ke bande ko chahiye ke apni kamzori ko Allah par dale yeh ayat kehti hai aye bande</w:t>
      </w:r>
    </w:p>
    <w:p>
      <w:pPr>
        <w:pStyle w:val="Heading2"/>
      </w:pPr>
      <w:r>
        <w:t>Joseph accepts administration without throne</w:t>
      </w:r>
    </w:p>
    <w:p>
      <w:r>
        <w:rPr>
          <w:color w:val="666666"/>
          <w:sz w:val="18"/>
        </w:rPr>
        <w:t>The Message of Surah Yusuf Political Management April 14, 2020 Maulana Wahiduddin Khan · 1m 31s · at 7:46 · https://youtu.be/bpwEh5brv2M?t=466</w:t>
      </w:r>
    </w:p>
    <w:p>
      <w:r>
        <w:rPr>
          <w:i/>
        </w:rPr>
        <w:t>“Usne offer diya ek, offer diya”</w:t>
      </w:r>
    </w:p>
    <w:p>
      <w:r>
        <w:rPr>
          <w:sz w:val="20"/>
        </w:rPr>
        <w:t>7:46  us ne offer diya ek, offer diya</w:t>
      </w:r>
      <w:r>
        <w:br/>
      </w:r>
      <w:r>
        <w:rPr>
          <w:sz w:val="20"/>
        </w:rPr>
        <w:t>7:54  jo hazrat yusuf ne qabool kar liya.</w:t>
      </w:r>
      <w:r>
        <w:br/>
      </w:r>
      <w:r>
        <w:rPr>
          <w:sz w:val="20"/>
        </w:rPr>
        <w:t>7:58  wo offer yeh tha, yaani is ke alfaaz yeh hain bible mein</w:t>
      </w:r>
      <w:r>
        <w:br/>
      </w:r>
      <w:r>
        <w:rPr>
          <w:sz w:val="20"/>
        </w:rPr>
        <w:t>8:13  ke: "hazrat yusuf, kai sooraten aisi theen jahan wo takrao kar sakte thay,</w:t>
      </w:r>
      <w:r>
        <w:br/>
      </w:r>
      <w:r>
        <w:rPr>
          <w:sz w:val="20"/>
        </w:rPr>
        <w:t>8:27  misalan badshah sharab peeta tha,</w:t>
      </w:r>
      <w:r>
        <w:br/>
      </w:r>
      <w:r>
        <w:rPr>
          <w:sz w:val="20"/>
        </w:rPr>
        <w:t>8:31  aur sharab ke muamle mein hazrat yusuf ne badshah se takrao nahi kiya."</w:t>
      </w:r>
      <w:r>
        <w:br/>
      </w:r>
      <w:r>
        <w:rPr>
          <w:sz w:val="20"/>
        </w:rPr>
        <w:t>8:42  badshah ne jo</w:t>
      </w:r>
      <w:r>
        <w:br/>
      </w:r>
      <w:r>
        <w:rPr>
          <w:sz w:val="20"/>
        </w:rPr>
        <w:t>8:46  offer diya tha, wo tha saltanat ke Administration ka. is mein yeh kaha tha ke: "takht mere paas rahe ga,</w:t>
      </w:r>
      <w:r>
        <w:br/>
      </w:r>
      <w:r>
        <w:rPr>
          <w:sz w:val="20"/>
        </w:rPr>
        <w:t>9:10  yaani hukoomat mere paas rahe gi."</w:t>
      </w:r>
    </w:p>
    <w:p>
      <w:pPr>
        <w:pStyle w:val="Heading2"/>
      </w:pPr>
      <w:r>
        <w:t>War verses in Bible, Gita and Quran in context</w:t>
      </w:r>
    </w:p>
    <w:p>
      <w:r>
        <w:rPr>
          <w:color w:val="666666"/>
          <w:sz w:val="18"/>
        </w:rPr>
        <w:t>Role of Islam in History April 5, 2009 · 3m 37s · at 40:04 · https://youtu.be/_chXIaKrOH8?t=2404</w:t>
      </w:r>
    </w:p>
    <w:p>
      <w:r>
        <w:rPr>
          <w:i/>
        </w:rPr>
        <w:t>“Hazrat Isa ne farmaya 'I did not come to bring peace'”</w:t>
      </w:r>
    </w:p>
    <w:p>
      <w:r>
        <w:rPr>
          <w:sz w:val="20"/>
        </w:rPr>
        <w:t>40:04  ab aap yeh kahen ke is ke rasool Allah ki zuban mein ladai kyun hui? kyun ke kuch ladaiyan to hui hain, yeh ek haqeeqat hai. Quran mein kuch aayaten hain jo qital ke bare mein hain.</w:t>
      </w:r>
      <w:r>
        <w:br/>
      </w:r>
      <w:r>
        <w:rPr>
          <w:sz w:val="20"/>
        </w:rPr>
        <w:t>40:15  to main yeh kahunga, pehli baat yeh kahunga ke kuch reference agar aa jaye kitab mein, is se ek is yeh proof nahi hota ke woh woh ladai ki kitab hai.</w:t>
      </w:r>
      <w:r>
        <w:br/>
      </w:r>
      <w:r>
        <w:rPr>
          <w:sz w:val="20"/>
        </w:rPr>
        <w:t>40:31  is liye ke yeh to har jagah hai.</w:t>
      </w:r>
      <w:r>
        <w:br/>
      </w:r>
      <w:r>
        <w:rPr>
          <w:sz w:val="20"/>
        </w:rPr>
        <w:t>40:34  jaise aap dekhiye, Bible ko lijiye, aap Hazrat Masih ko sab log prophet of love mante hain, prophet of love.</w:t>
      </w:r>
      <w:r>
        <w:br/>
      </w:r>
      <w:r>
        <w:rPr>
          <w:sz w:val="20"/>
        </w:rPr>
        <w:t>40:43  lekin Hazrat Masih ne kaha hai, Matthew mein aap padh lijiye, jo book jo un ke gospel hain, us mein se ek gospel Matthew ka gospel hai, us mein ke Hazrat Masih ne farmaya ke "I did not come for peace,</w:t>
      </w:r>
      <w:r>
        <w:br/>
      </w:r>
      <w:r>
        <w:rPr>
          <w:sz w:val="20"/>
        </w:rPr>
        <w:t>41:04  I did not come to bring peace but a sword, I did not come to bring peace but a sword." main aman ke liye nahi aaya hoon, balkeh main talwar chalwane ke liye aaya hoon.</w:t>
      </w:r>
      <w:r>
        <w:br/>
      </w:r>
      <w:r>
        <w:rPr>
          <w:sz w:val="20"/>
        </w:rPr>
        <w:t>41:18  to kya aap is ko le kar yeh kahen ke prophet ke Hazrat Masih jo the, woh prophet of sword the? koi nahi manega is ko ke prophet of sword the Hazrat Masih, jab ke yeh maujood hai un ke us mein.</w:t>
      </w:r>
      <w:r>
        <w:br/>
      </w:r>
      <w:r>
        <w:rPr>
          <w:sz w:val="20"/>
        </w:rPr>
        <w:t>41:32  achha, yeh Gita hai. Gita mein agar padhiye aap ke Krishna ji kehte hain Arjun se "Ae Arjun, aage badh, you do it." to kya aap kahen Gita you ki kitab hai?</w:t>
      </w:r>
      <w:r>
        <w:br/>
      </w:r>
      <w:r>
        <w:rPr>
          <w:sz w:val="20"/>
        </w:rPr>
        <w:t>41:45  nahi, wisdom ki kitab hai. Gita, Gita is a book of wisdom.</w:t>
      </w:r>
      <w:r>
        <w:br/>
      </w:r>
      <w:r>
        <w:rPr>
          <w:sz w:val="20"/>
        </w:rPr>
        <w:t>41:51  Gita hi se Mahatma Gandhi ne nikala tha apna apni philosophy, non violent philosophy, aima ki philosophy,</w:t>
      </w:r>
      <w:r>
        <w:br/>
      </w:r>
      <w:r>
        <w:rPr>
          <w:sz w:val="20"/>
        </w:rPr>
        <w:t>42:03  adam tashaddud ki philosophy. Gita se nikala tha unhon ne. To Gita aap parhein to is mein wisdom ki baatein bahut sari milti hain, lekin is mein yeh bhi hai.</w:t>
      </w:r>
      <w:r>
        <w:br/>
      </w:r>
      <w:r>
        <w:rPr>
          <w:sz w:val="20"/>
        </w:rPr>
        <w:t>42:15  To yeh dekhiye, ab yeh dekhna padta hai ke woh kis context mein woh baat hai, us ka background kya hai.</w:t>
      </w:r>
      <w:r>
        <w:br/>
      </w:r>
      <w:r>
        <w:rPr>
          <w:sz w:val="20"/>
        </w:rPr>
        <w:t>42:26  To chahe Bible ho, chahe Gita ho, chahe Quran ho, jahan qital ki baat hai, woh doosre context mein hai, yani particular context mein, woh general context mein nahi hai.</w:t>
      </w:r>
      <w:r>
        <w:br/>
      </w:r>
      <w:r>
        <w:rPr>
          <w:sz w:val="20"/>
        </w:rPr>
        <w:t>42:39  Woh</w:t>
      </w:r>
      <w:r>
        <w:br/>
      </w:r>
      <w:r>
        <w:rPr>
          <w:sz w:val="20"/>
        </w:rPr>
        <w:t>42:42  kisi bhi nation ko, kisi bhi group ko aisi situation pe aati hai kabhi ke woh us ko defensive war karni padti hai. As a defense, woh general rule nahi hota hai.</w:t>
      </w:r>
      <w:r>
        <w:br/>
      </w:r>
      <w:r>
        <w:rPr>
          <w:sz w:val="20"/>
        </w:rPr>
        <w:t>42:56  Is liye main kaha karta hoon ke Islam mein jo hai "peace is the rule and war is an exception" kyunke hum dunya mein rehte hain, doosre doosre log hain.</w:t>
      </w:r>
      <w:r>
        <w:br/>
      </w:r>
      <w:r>
        <w:rPr>
          <w:sz w:val="20"/>
        </w:rPr>
        <w:t>43:07  Agar woh hum par attack karein to wahan par humein defense war karni padti hai.</w:t>
      </w:r>
      <w:r>
        <w:br/>
      </w:r>
      <w:r>
        <w:rPr>
          <w:sz w:val="20"/>
        </w:rPr>
        <w:t>43:15  Lekin yeh to ek ek ek ek ek exceptional cheez hoti hai, woh jo basic teaching hai, jo basic jo uska uska jo basic talimat hain, woh kya hai, us ko dekhna padta hai.</w:t>
      </w:r>
      <w:r>
        <w:br/>
      </w:r>
      <w:r>
        <w:rPr>
          <w:sz w:val="20"/>
        </w:rPr>
        <w:t>43:32  To main keh sakta hoon ke Quran ko parhein, aap Hadees ko parhein, Rasool Allah ke life ko parhein, bilkul objectively parhein.</w:t>
      </w:r>
    </w:p>
    <w:p>
      <w:pPr>
        <w:pStyle w:val="Heading2"/>
      </w:pPr>
      <w:r>
        <w:t>Modern blasphemy killings contradict Quran's religious freedom</w:t>
      </w:r>
    </w:p>
    <w:p>
      <w:r>
        <w:rPr>
          <w:color w:val="666666"/>
          <w:sz w:val="18"/>
        </w:rPr>
        <w:t>The Issue of Shatm-e-Rasool (Abuse of the Prophet) December 19, 2021 Prof. Farida Khanam · 1m 46s · at 4:25 · https://youtu.be/ExQS_PHirUc?t=265</w:t>
      </w:r>
    </w:p>
    <w:p>
      <w:r>
        <w:rPr>
          <w:i/>
        </w:rPr>
        <w:t>“This still happens among Muslims today, called shatm-e-rasool”</w:t>
      </w:r>
    </w:p>
    <w:p>
      <w:r>
        <w:rPr>
          <w:sz w:val="20"/>
        </w:rPr>
        <w:t>4:25  lekin abhi bhi aisa ho raha hai aur musalmanon mein bhi ho raha hai jis ko woh "shidd mein rasool" kehte hain ke jab bhi koi koi aisi nazeba alfaaz, woh nazeba bhi nahi, un ke religious sentiments jo hain, woh kehte hain ke hamare hurt ho gaye.</w:t>
      </w:r>
      <w:r>
        <w:br/>
      </w:r>
      <w:r>
        <w:rPr>
          <w:sz w:val="20"/>
        </w:rPr>
        <w:t>4:45  ek baar ek governor ne, hamare padosi mulk mein ek governor ne kaha ke rasool Allah sal Allah alaihi wasallam Khuda ke mohtaaj hain.</w:t>
      </w:r>
      <w:r>
        <w:br/>
      </w:r>
      <w:r>
        <w:rPr>
          <w:sz w:val="20"/>
        </w:rPr>
        <w:t>4:55  to us ko bhi unhon ne kaha ke yeh blasphemy ka case hai aur us ko maar dala. matlab unhein aisa lage ke yeh blasphemy ka case hai, haalankeh woh aisa ho ya na ho.</w:t>
      </w:r>
      <w:r>
        <w:br/>
      </w:r>
      <w:r>
        <w:rPr>
          <w:sz w:val="20"/>
        </w:rPr>
        <w:t>5:06  ek paagal aadmi ko bhi unhon ne maar dala. paagal aadmi to kuch bhi bolta hai. to yeh aaj kal yeh aisa bohat zyada jagah jagah yeh waqiyat ho rahe hain</w:t>
      </w:r>
      <w:r>
        <w:br/>
      </w:r>
      <w:r>
        <w:rPr>
          <w:sz w:val="20"/>
        </w:rPr>
        <w:t>5:19  aur jabkeh musalman aisa kar rahe hain, jabkeh Islam hi dunya mein religious freedom laya.</w:t>
      </w:r>
      <w:r>
        <w:br/>
      </w:r>
      <w:r>
        <w:rPr>
          <w:sz w:val="20"/>
        </w:rPr>
        <w:t>5:27  Qur'an mein aap dekhiye, bohat sari aisi aayatein hain, Rasool Allah salallahu alaihi wasallam ka ka iswa</w:t>
      </w:r>
      <w:r>
        <w:br/>
      </w:r>
      <w:r>
        <w:rPr>
          <w:sz w:val="20"/>
        </w:rPr>
        <w:t>5:33  hai, un hadees hai, practices hain jis se pata chalta hai ke aise jo cases hotey hain mazhab</w:t>
      </w:r>
      <w:r>
        <w:br/>
      </w:r>
      <w:r>
        <w:rPr>
          <w:sz w:val="20"/>
        </w:rPr>
        <w:t>5:40  ke khilaaf, kisi ne kuch bola ho ya kisi bhi secret cheez ke khilaaf, to is ko koi</w:t>
      </w:r>
      <w:r>
        <w:br/>
      </w:r>
      <w:r>
        <w:rPr>
          <w:sz w:val="20"/>
        </w:rPr>
        <w:t>5:47  bhi saza nahi di gayi.</w:t>
      </w:r>
      <w:r>
        <w:br/>
      </w:r>
      <w:r>
        <w:rPr>
          <w:sz w:val="20"/>
        </w:rPr>
        <w:t>5:50  Quran mein aaya hai "lakum deenukum wali deen" yeh hai chapter 109. to is ka matlab hai ke tumhara deen, deen tumhare liye, mera deen mere liye.</w:t>
      </w:r>
      <w:r>
        <w:br/>
      </w:r>
      <w:r>
        <w:rPr>
          <w:sz w:val="20"/>
        </w:rPr>
        <w:t>6:03  to is mein koi bhi aisi baat nahi hai ke jo hamara deen accept na kare, us ko saza ka mustahiq hota hai.</w:t>
      </w:r>
    </w:p>
    <w:p>
      <w:pPr>
        <w:pStyle w:val="Heading2"/>
      </w:pPr>
      <w:r>
        <w:t>Prophet purified hearts not idols</w:t>
      </w:r>
    </w:p>
    <w:p>
      <w:r>
        <w:rPr>
          <w:color w:val="666666"/>
          <w:sz w:val="18"/>
        </w:rPr>
        <w:t>Muslims on Eid Milad un Nabi, Feb 28, 2010 · 3m 01s · at 18:24 · https://youtu.be/PwbtLmWBEGY?t=1104</w:t>
      </w:r>
    </w:p>
    <w:p>
      <w:r>
        <w:rPr>
          <w:i/>
        </w:rPr>
        <w:t>“Kaaba had 360 idols when Prophet started”</w:t>
      </w:r>
    </w:p>
    <w:p>
      <w:r>
        <w:rPr>
          <w:sz w:val="20"/>
        </w:rPr>
        <w:t>18:24  apna mission shuru kiya makkah mein six hundred ten AD mein.</w:t>
      </w:r>
      <w:r>
        <w:br/>
      </w:r>
      <w:r>
        <w:rPr>
          <w:sz w:val="20"/>
        </w:rPr>
        <w:t>18:28  six hundred ten AD mein makkah mein.</w:t>
      </w:r>
      <w:r>
        <w:br/>
      </w:r>
      <w:r>
        <w:rPr>
          <w:sz w:val="20"/>
        </w:rPr>
        <w:t>18:32  to wahan par kaaba hai aap jantay hain.</w:t>
      </w:r>
      <w:r>
        <w:br/>
      </w:r>
      <w:r>
        <w:rPr>
          <w:sz w:val="20"/>
        </w:rPr>
        <w:t>18:36  aur kaaba chaar hazar saal se hai wahan par.</w:t>
      </w:r>
      <w:r>
        <w:br/>
      </w:r>
      <w:r>
        <w:rPr>
          <w:sz w:val="20"/>
        </w:rPr>
        <w:t>18:40  hazrat ibrahim ne banaya tha is ko.</w:t>
      </w:r>
      <w:r>
        <w:br/>
      </w:r>
      <w:r>
        <w:rPr>
          <w:sz w:val="20"/>
        </w:rPr>
        <w:t>18:44  to hazrat ibrahim ne banaya tha is ko tauheed ke ghar ke taur par.</w:t>
      </w:r>
      <w:r>
        <w:br/>
      </w:r>
      <w:r>
        <w:rPr>
          <w:sz w:val="20"/>
        </w:rPr>
        <w:t>18:48  tauheed ke liye.</w:t>
      </w:r>
      <w:r>
        <w:br/>
      </w:r>
      <w:r>
        <w:rPr>
          <w:sz w:val="20"/>
        </w:rPr>
        <w:t>18:51  The oneness of God ka center. lekin</w:t>
      </w:r>
      <w:r>
        <w:br/>
      </w:r>
      <w:r>
        <w:rPr>
          <w:sz w:val="20"/>
        </w:rPr>
        <w:t>18:55  jab rasool Allah ka yaani seven century ke first quarter mein jab rasool Allah ne wahan apna mission</w:t>
      </w:r>
      <w:r>
        <w:br/>
      </w:r>
      <w:r>
        <w:rPr>
          <w:sz w:val="20"/>
        </w:rPr>
        <w:t>19:01  shuru kiya is waqt kaaba tha idol worshipers ke kabzay mein.</w:t>
      </w:r>
      <w:r>
        <w:br/>
      </w:r>
      <w:r>
        <w:rPr>
          <w:sz w:val="20"/>
        </w:rPr>
        <w:t>19:07  mushrik logon ke kabzay mein tha woh.</w:t>
      </w:r>
      <w:r>
        <w:br/>
      </w:r>
      <w:r>
        <w:rPr>
          <w:sz w:val="20"/>
        </w:rPr>
        <w:t>19:13  to unhon ne kiya kiya tha? is ke andar is ke premises mein three hundred sixty but rakh diye thay.</w:t>
      </w:r>
      <w:r>
        <w:br/>
      </w:r>
      <w:r>
        <w:rPr>
          <w:sz w:val="20"/>
        </w:rPr>
        <w:t>19:19  three hundred sixty idols</w:t>
      </w:r>
      <w:r>
        <w:br/>
      </w:r>
      <w:r>
        <w:rPr>
          <w:sz w:val="20"/>
        </w:rPr>
        <w:t>19:25  ۔ yaani Kaaba ke premises mein unhon ne teen so saath but rakh diye. yeh tha scene wahan. yeh scene tha jo rasool Allah ke liye tha wahan par. yaani yahan to musalman sirf news par bhadak uthe. yaani shayad ek do musalmanon ne dekha hoga ke aaj Ayodhya mein masjid mein but rakha gaya hai. baqi logon ne to us se khabar suni. dunya bhar mein bhi bhadke</w:t>
      </w:r>
      <w:r>
        <w:br/>
      </w:r>
      <w:r>
        <w:rPr>
          <w:sz w:val="20"/>
        </w:rPr>
        <w:t>19:55  musalman to dekha to kisi ne nahin tha.</w:t>
      </w:r>
      <w:r>
        <w:br/>
      </w:r>
      <w:r>
        <w:rPr>
          <w:sz w:val="20"/>
        </w:rPr>
        <w:t>19:59  khabar sun kay bhark uthay.</w:t>
      </w:r>
      <w:r>
        <w:br/>
      </w:r>
      <w:r>
        <w:rPr>
          <w:sz w:val="20"/>
        </w:rPr>
        <w:t>20:02  rasool Allah ne apni aankhon se dekha wahan par.</w:t>
      </w:r>
      <w:r>
        <w:br/>
      </w:r>
      <w:r>
        <w:rPr>
          <w:sz w:val="20"/>
        </w:rPr>
        <w:t>20:05  keh ibrahim ke banaye hue hazrat ibrahim ke banaye hue masjid jis mein jo banai gayi thi allah</w:t>
      </w:r>
      <w:r>
        <w:br/>
      </w:r>
      <w:r>
        <w:rPr>
          <w:sz w:val="20"/>
        </w:rPr>
        <w:t>20:08  ke upar ki ibadat ke liye.</w:t>
      </w:r>
      <w:r>
        <w:br/>
      </w:r>
      <w:r>
        <w:rPr>
          <w:sz w:val="20"/>
        </w:rPr>
        <w:t>20:11  ek ek khuda ke liye.</w:t>
      </w:r>
      <w:r>
        <w:br/>
      </w:r>
      <w:r>
        <w:rPr>
          <w:sz w:val="20"/>
        </w:rPr>
        <w:t>20:14  is mein teen sau saath but.</w:t>
      </w:r>
      <w:r>
        <w:br/>
      </w:r>
      <w:r>
        <w:rPr>
          <w:sz w:val="20"/>
        </w:rPr>
        <w:t>20:17  aap kuch bhi nahi bhadke.</w:t>
      </w:r>
      <w:r>
        <w:br/>
      </w:r>
      <w:r>
        <w:rPr>
          <w:sz w:val="20"/>
        </w:rPr>
        <w:t>20:20  aap terah saal tak aap mission makkah mein rahe mission ke liye.</w:t>
      </w:r>
      <w:r>
        <w:br/>
      </w:r>
      <w:r>
        <w:rPr>
          <w:sz w:val="20"/>
        </w:rPr>
        <w:t>20:23  terah saal ke darmiyan jab</w:t>
      </w:r>
      <w:r>
        <w:br/>
      </w:r>
      <w:r>
        <w:rPr>
          <w:sz w:val="20"/>
        </w:rPr>
        <w:t>20:26  chahte ja kar tod phod karte is ko.</w:t>
      </w:r>
      <w:r>
        <w:br/>
      </w:r>
      <w:r>
        <w:rPr>
          <w:sz w:val="20"/>
        </w:rPr>
        <w:t>20:29  kyunke woh khula hua tha.</w:t>
      </w:r>
      <w:r>
        <w:br/>
      </w:r>
      <w:r>
        <w:rPr>
          <w:sz w:val="20"/>
        </w:rPr>
        <w:t>20:33  wahan koi aisa iron gate to tha nahi.</w:t>
      </w:r>
      <w:r>
        <w:br/>
      </w:r>
      <w:r>
        <w:rPr>
          <w:sz w:val="20"/>
        </w:rPr>
        <w:t>20:37  nikal ke phenkte is ko todte kuch bhi karte.</w:t>
      </w:r>
      <w:r>
        <w:br/>
      </w:r>
      <w:r>
        <w:rPr>
          <w:sz w:val="20"/>
        </w:rPr>
        <w:t>20:41  ya jalsa juloos karte hungama karte.</w:t>
      </w:r>
      <w:r>
        <w:br/>
      </w:r>
      <w:r>
        <w:rPr>
          <w:sz w:val="20"/>
        </w:rPr>
        <w:t>20:45  یعنی آپ نے آپ کی جو speeches ہیں اس دورانیے کی۔</w:t>
      </w:r>
      <w:r>
        <w:br/>
      </w:r>
      <w:r>
        <w:rPr>
          <w:sz w:val="20"/>
        </w:rPr>
        <w:t>20:48  is mein koi references is ka nahi hai.</w:t>
      </w:r>
      <w:r>
        <w:br/>
      </w:r>
      <w:r>
        <w:rPr>
          <w:sz w:val="20"/>
        </w:rPr>
        <w:t>20:52  yahan tak ke dekhiye is doraniye mein jo pehli utri thi aap ke upar quran majeed ka jo</w:t>
      </w:r>
      <w:r>
        <w:br/>
      </w:r>
      <w:r>
        <w:rPr>
          <w:sz w:val="20"/>
        </w:rPr>
        <w:t>20:56  revelation hua. to Surah Muddathir aayi thi. pehli ayat pehli utri hai Surah Iqra us ke baad al-Muddathir. is mein theek us dauraniye mein jab ke wahan par aisa hai. aap se kya kaha gaya? wasiyyabka fatahhir. ya ayyuhal muddathir. qum fa anzhir. rabbaka fakabbir. wasiyyabka fatahhir. yaani apne</w:t>
      </w:r>
    </w:p>
    <w:p>
      <w:pPr>
        <w:pStyle w:val="Heading2"/>
      </w:pPr>
      <w:r>
        <w:t>Jesus solves dichotomous thinking</w:t>
      </w:r>
    </w:p>
    <w:p>
      <w:r>
        <w:rPr>
          <w:color w:val="666666"/>
          <w:sz w:val="18"/>
        </w:rPr>
        <w:t>Dichotomous Thinking: A serious Intellectual Problem, August 12, 2007 · 2m 30s · at 27:03 · https://youtu.be/LvgspzJxu6w?t=1623</w:t>
      </w:r>
    </w:p>
    <w:p>
      <w:r>
        <w:rPr>
          <w:i/>
        </w:rPr>
        <w:t>“Jesus said give to Caesar and to God.”</w:t>
      </w:r>
    </w:p>
    <w:p>
      <w:r>
        <w:rPr>
          <w:sz w:val="20"/>
        </w:rPr>
        <w:t>27:03  is mushrik king ko dethrone karo. lado un se. to zahir hai ke ho sakta hai kuch bhi na hota. unhon ne kia kia? is dichotomy se bahar aaye. hazrat masih jo is dichotomy se bahar aaye unhon ne apne jo disciples the un ke disciples bohat kam the un ke. kal shayad gyarah aadmi the. disciples ke bare mein jo ginti hai kai ginti hai.</w:t>
      </w:r>
      <w:r>
        <w:br/>
      </w:r>
      <w:r>
        <w:rPr>
          <w:sz w:val="20"/>
        </w:rPr>
        <w:t>27:33  kahin aath hai, kahin gyarah hai, kahin kuch zyada hai. to sahi ginti kisi ko pata nahi ke un ke disciples kitne the. to baharhal unhon ne apne disciples se aik bohat zabardast baat kahi. woh thi yeh ke give to caesar what is due to caesar. and give to god what is due to god. jo</w:t>
      </w:r>
      <w:r>
        <w:br/>
      </w:r>
      <w:r>
        <w:rPr>
          <w:sz w:val="20"/>
        </w:rPr>
        <w:t>28:03  yesar ka hai woh qaisar ko do.</w:t>
      </w:r>
      <w:r>
        <w:br/>
      </w:r>
      <w:r>
        <w:rPr>
          <w:sz w:val="20"/>
        </w:rPr>
        <w:t>28:06  jo khuda ka hai woh khuda ko do.</w:t>
      </w:r>
      <w:r>
        <w:br/>
      </w:r>
      <w:r>
        <w:rPr>
          <w:sz w:val="20"/>
        </w:rPr>
        <w:t>28:09  yeh bohat bara wisdom is ke andar hai.</w:t>
      </w:r>
      <w:r>
        <w:br/>
      </w:r>
      <w:r>
        <w:rPr>
          <w:sz w:val="20"/>
        </w:rPr>
        <w:t>28:12  unhon ne diacotomik thinking se bahar nikala.</w:t>
      </w:r>
      <w:r>
        <w:br/>
      </w:r>
      <w:r>
        <w:rPr>
          <w:sz w:val="20"/>
        </w:rPr>
        <w:t>28:15  ke tum yeh sochte ho ke hum aik khuda ko mannay walay log hain.</w:t>
      </w:r>
      <w:r>
        <w:br/>
      </w:r>
      <w:r>
        <w:rPr>
          <w:sz w:val="20"/>
        </w:rPr>
        <w:t>28:18  yeh mushrik hai to is se lado.</w:t>
      </w:r>
      <w:r>
        <w:br/>
      </w:r>
      <w:r>
        <w:rPr>
          <w:sz w:val="20"/>
        </w:rPr>
        <w:t>28:21  is ko khatam karo.</w:t>
      </w:r>
      <w:r>
        <w:br/>
      </w:r>
      <w:r>
        <w:rPr>
          <w:sz w:val="20"/>
        </w:rPr>
        <w:t>28:24  in ko de throne karo.</w:t>
      </w:r>
      <w:r>
        <w:br/>
      </w:r>
      <w:r>
        <w:rPr>
          <w:sz w:val="20"/>
        </w:rPr>
        <w:t>28:27  matlab action ka reaction.</w:t>
      </w:r>
      <w:r>
        <w:br/>
      </w:r>
      <w:r>
        <w:rPr>
          <w:sz w:val="20"/>
        </w:rPr>
        <w:t>28:30  is diacotomik thinking se bahar nikala unhon ne hazrat masih ne in ko. kaha</w:t>
      </w:r>
      <w:r>
        <w:br/>
      </w:r>
      <w:r>
        <w:rPr>
          <w:sz w:val="20"/>
        </w:rPr>
        <w:t>28:33  ignore karo is ko. is problem ko side pe rakh do. aur tum kia karo? agar woh tax lagate hain to un ka tax de do. koi order jari karte hain to us ko poora kar do. baqi tum apne logon ko khuda ka paigham dete raho. yani khuda ka jo paigham hai peaceful tareeqe par us par amal karte raho. khuda ke message ko phailate raho. to hazrat masih jo the dichot</w:t>
      </w:r>
      <w:r>
        <w:br/>
      </w:r>
      <w:r>
        <w:rPr>
          <w:sz w:val="20"/>
        </w:rPr>
        <w:t>29:03  tomik thinking se bahar aaye.</w:t>
      </w:r>
      <w:r>
        <w:br/>
      </w:r>
      <w:r>
        <w:rPr>
          <w:sz w:val="20"/>
        </w:rPr>
        <w:t>29:07  is diacotomy se bahar aaye.</w:t>
      </w:r>
      <w:r>
        <w:br/>
      </w:r>
      <w:r>
        <w:rPr>
          <w:sz w:val="20"/>
        </w:rPr>
        <w:t>29:11  aur aik third option talash kiya unhon ne.</w:t>
      </w:r>
      <w:r>
        <w:br/>
      </w:r>
      <w:r>
        <w:rPr>
          <w:sz w:val="20"/>
        </w:rPr>
        <w:t>29:14  اس کا دیکھئے the result was miraculous.</w:t>
      </w:r>
      <w:r>
        <w:br/>
      </w:r>
      <w:r>
        <w:rPr>
          <w:sz w:val="20"/>
        </w:rPr>
        <w:t>29:18  da result was brikolus.</w:t>
      </w:r>
      <w:r>
        <w:br/>
      </w:r>
      <w:r>
        <w:rPr>
          <w:sz w:val="20"/>
        </w:rPr>
        <w:t>29:22  aap jantay hain ke aaj dunya mein koi bhi religious community itni bari nahi hai itnay christians hain.</w:t>
      </w:r>
      <w:r>
        <w:br/>
      </w:r>
      <w:r>
        <w:rPr>
          <w:sz w:val="20"/>
        </w:rPr>
        <w:t>29:26  musalmanon se bhi musalmanon se bhi ziyada hain christians.</w:t>
      </w:r>
      <w:r>
        <w:br/>
      </w:r>
      <w:r>
        <w:rPr>
          <w:sz w:val="20"/>
        </w:rPr>
        <w:t>29:30  kisi bhi religious community ke muqablay mein christian ki tadad kisi</w:t>
      </w:r>
    </w:p>
    <w:p>
      <w:pPr>
        <w:pStyle w:val="Heading2"/>
      </w:pPr>
      <w:r>
        <w:t>Umar accepts criticism from an old woman</w:t>
      </w:r>
    </w:p>
    <w:p>
      <w:r>
        <w:rPr>
          <w:color w:val="666666"/>
          <w:sz w:val="18"/>
        </w:rPr>
        <w:t>The Concept of Criticism in Islam | April 12, 2007 | Maulana Wahiduddin Khan · 2m 02s · at 20:15 · https://youtu.be/97-_T8Hzq_U?t=1215</w:t>
      </w:r>
    </w:p>
    <w:p>
      <w:r>
        <w:rPr>
          <w:i/>
        </w:rPr>
        <w:t>“Once Umar Farooq was addressing in the mosque of Madinah,”</w:t>
      </w:r>
    </w:p>
    <w:p>
      <w:r>
        <w:rPr>
          <w:sz w:val="20"/>
        </w:rPr>
        <w:t>20:15  yself from destruction, from death." Once Umar Farooq was addressing in the mosque of Madinah, he said something about women, about women. So one old lady stand up. She said, "Omar</w:t>
      </w:r>
      <w:r>
        <w:br/>
      </w:r>
      <w:r>
        <w:rPr>
          <w:sz w:val="20"/>
        </w:rPr>
        <w:t>20:47  , why you are saying like this? While God says, 'You have noright. You have noright to abolish this, this verse.'" Then what happened? At that time, Umar</w:t>
      </w:r>
      <w:r>
        <w:br/>
      </w:r>
      <w:r>
        <w:rPr>
          <w:sz w:val="20"/>
        </w:rPr>
        <w:t>21:17  bin al-Khattab was caliph. He was master of a vast empire, a vast empire. But he stepped down and said that Umar was wrong and this lady isright. So he accepted that adv</w:t>
      </w:r>
      <w:r>
        <w:br/>
      </w:r>
      <w:r>
        <w:rPr>
          <w:sz w:val="20"/>
        </w:rPr>
        <w:t>21:47  ice that was given by an old lady. So this was the, this was the culture of Islam during those days. They were the culture of Islam during those days. Then you see, after Khilafat-e-Rashida</w:t>
      </w:r>
    </w:p>
    <w:p>
      <w:pPr>
        <w:pStyle w:val="Heading2"/>
      </w:pPr>
      <w:r>
        <w:t>Reduced form and relegation of virtues</w:t>
      </w:r>
    </w:p>
    <w:p>
      <w:r>
        <w:rPr>
          <w:color w:val="666666"/>
          <w:sz w:val="18"/>
        </w:rPr>
        <w:t>Islah e Ummat August 10, 2014 · 1m 41s · at 10:42 · https://youtu.be/a7ohKq4Xf0Y?t=642</w:t>
      </w:r>
    </w:p>
    <w:p>
      <w:r>
        <w:rPr>
          <w:i/>
        </w:rPr>
        <w:t>“Masail wala deen jo hai woh reduced form of Islam hai”</w:t>
      </w:r>
    </w:p>
    <w:p>
      <w:r>
        <w:rPr>
          <w:sz w:val="20"/>
        </w:rPr>
        <w:t>10:42  masail wala deen jo hai woh reduced form of islam hai</w:t>
      </w:r>
      <w:r>
        <w:br/>
      </w:r>
      <w:r>
        <w:rPr>
          <w:sz w:val="20"/>
        </w:rPr>
        <w:t>10:46  ab jo doosra aala deen hai</w:t>
      </w:r>
      <w:r>
        <w:br/>
      </w:r>
      <w:r>
        <w:rPr>
          <w:sz w:val="20"/>
        </w:rPr>
        <w:t>10:50  jo higher version of deen hai woh fazail ke khane mein chala gaya</w:t>
      </w:r>
      <w:r>
        <w:br/>
      </w:r>
      <w:r>
        <w:rPr>
          <w:sz w:val="20"/>
        </w:rPr>
        <w:t>10:55  yani anbiya hain</w:t>
      </w:r>
      <w:r>
        <w:br/>
      </w:r>
      <w:r>
        <w:rPr>
          <w:sz w:val="20"/>
        </w:rPr>
        <w:t>10:58  sahaba hain bas un ke khane mein chala gaya</w:t>
      </w:r>
      <w:r>
        <w:br/>
      </w:r>
      <w:r>
        <w:rPr>
          <w:sz w:val="20"/>
        </w:rPr>
        <w:t>11:03  to jo higher form of islam hai woh hamare aap ke hisse mein nahi aata woh to un</w:t>
      </w:r>
      <w:r>
        <w:br/>
      </w:r>
      <w:r>
        <w:rPr>
          <w:sz w:val="20"/>
        </w:rPr>
        <w:t>11:09  ke hisse mein chala gaya hamare aap ke hisse mein aata hai wahi form wala islam jo reduced</w:t>
      </w:r>
      <w:r>
        <w:br/>
      </w:r>
      <w:r>
        <w:rPr>
          <w:sz w:val="20"/>
        </w:rPr>
        <w:t>11:17  version of islam hai</w:t>
      </w:r>
      <w:r>
        <w:br/>
      </w:r>
      <w:r>
        <w:rPr>
          <w:sz w:val="20"/>
        </w:rPr>
        <w:t>11:20  yeh kis ne kiya?</w:t>
      </w:r>
      <w:r>
        <w:br/>
      </w:r>
      <w:r>
        <w:rPr>
          <w:sz w:val="20"/>
        </w:rPr>
        <w:t>11:22  yeh islam ka edition jo hai kis ne tayyar kiya? ek converter musalmanon ne kyunke jis mazhab se nikal kar aaye the woh yahi sa mazhab tha jis mazhab se nikal kar aaye the wahan yahi concept tha mazhab ka to wahi unhone islam mein induct kar diya</w:t>
      </w:r>
      <w:r>
        <w:br/>
      </w:r>
      <w:r>
        <w:rPr>
          <w:sz w:val="20"/>
        </w:rPr>
        <w:t>11:47  ab mein aap ko ek bohat hi</w:t>
      </w:r>
      <w:r>
        <w:br/>
      </w:r>
      <w:r>
        <w:rPr>
          <w:sz w:val="20"/>
        </w:rPr>
        <w:t>11:51  jo mein ek bohat hi yani set aspect hai is masle ka woh yeh hai ke jitne bare bare islam ke bare bare jo badi badi baatein jo hain woh sab fazail ke khane mein hain sab fazail ke khane mein hain</w:t>
      </w:r>
      <w:r>
        <w:br/>
      </w:r>
      <w:r>
        <w:rPr>
          <w:sz w:val="20"/>
        </w:rPr>
        <w:t>12:16  woh sab fazail ke khane mein hain misaal ke taur par dekhiye</w:t>
      </w:r>
    </w:p>
    <w:p>
      <w:pPr>
        <w:pStyle w:val="Heading2"/>
      </w:pPr>
      <w:r>
        <w:t>Peace in Islam and Quran verses</w:t>
      </w:r>
    </w:p>
    <w:p>
      <w:r>
        <w:rPr>
          <w:color w:val="666666"/>
          <w:sz w:val="18"/>
        </w:rPr>
        <w:t>Prophet Muhammad A Man of Peace · 2m 20s · at 3:16 · https://youtu.be/z0RvkPqrZ5Y?t=196</w:t>
      </w:r>
    </w:p>
    <w:p>
      <w:r>
        <w:rPr>
          <w:i/>
        </w:rPr>
        <w:t>“A few points about peace in Islam and peace in the Quran”</w:t>
      </w:r>
    </w:p>
    <w:p>
      <w:r>
        <w:rPr>
          <w:sz w:val="20"/>
        </w:rPr>
        <w:t>3:15  a</w:t>
      </w:r>
      <w:r>
        <w:br/>
      </w:r>
      <w:r>
        <w:rPr>
          <w:sz w:val="20"/>
        </w:rPr>
        <w:t>3:16  few points about peace in islam and peace in the quran will be an apt addition to the topic we are going to discuss.</w:t>
      </w:r>
      <w:r>
        <w:br/>
      </w:r>
      <w:r>
        <w:rPr>
          <w:sz w:val="20"/>
        </w:rPr>
        <w:t>3:27  the word islam is derived from the arabic root word salam. the root word and the word islam both imply peace.</w:t>
      </w:r>
      <w:r>
        <w:br/>
      </w:r>
      <w:r>
        <w:rPr>
          <w:sz w:val="20"/>
        </w:rPr>
        <w:t>3:40  All the teachings of Islam are based directly or indirectly on this principle. There are teachings of the Prophet Muhammad that say ke peace is Islam and that God is peace.</w:t>
      </w:r>
      <w:r>
        <w:br/>
      </w:r>
      <w:r>
        <w:rPr>
          <w:sz w:val="20"/>
        </w:rPr>
        <w:t>3:59  Similarly, there is another Hadith that says ke Muslim is one from whose tongue and hand people are safe.</w:t>
      </w:r>
      <w:r>
        <w:br/>
      </w:r>
      <w:r>
        <w:rPr>
          <w:sz w:val="20"/>
        </w:rPr>
        <w:t>4:11  one of the attributes of god described in the quran is assalam, which means peace and security.</w:t>
      </w:r>
      <w:r>
        <w:br/>
      </w:r>
      <w:r>
        <w:rPr>
          <w:sz w:val="20"/>
        </w:rPr>
        <w:t>4:22  it means that god's being itself is a manifestation or embodiment of peace.</w:t>
      </w:r>
      <w:r>
        <w:br/>
      </w:r>
      <w:r>
        <w:rPr>
          <w:sz w:val="20"/>
        </w:rPr>
        <w:t>4:31  in the quran, divine guidance is likened to the path of peace. chapter five, verse sixteen says this: "paradise is considered as the eternal ideal and the ultimate objective of every human." the quran calls paradise the home of peace.</w:t>
      </w:r>
      <w:r>
        <w:br/>
      </w:r>
      <w:r>
        <w:rPr>
          <w:sz w:val="20"/>
        </w:rPr>
        <w:t>4:57  chapter ten, verse twenty five:</w:t>
      </w:r>
      <w:r>
        <w:br/>
      </w:r>
      <w:r>
        <w:rPr>
          <w:sz w:val="20"/>
        </w:rPr>
        <w:t>5:00  it is also said that the people of paradise will wish peace for one another, which is another indication of the importance of peace in the ideal society. peace is the norm in islam, war is the exception.</w:t>
      </w:r>
      <w:r>
        <w:br/>
      </w:r>
      <w:r>
        <w:rPr>
          <w:sz w:val="20"/>
        </w:rPr>
        <w:t>5:20  all the teachings of islam and the life of prophet of islam testify to this. there is a hadith that says that god grants to gentleness what he does not grant to harshness.</w:t>
      </w:r>
    </w:p>
    <w:p>
      <w:pPr>
        <w:pStyle w:val="Heading2"/>
      </w:pPr>
      <w:r>
        <w:t>Prophet prayed facing Jewish Qibla</w:t>
      </w:r>
    </w:p>
    <w:p>
      <w:r>
        <w:rPr>
          <w:color w:val="666666"/>
          <w:sz w:val="18"/>
        </w:rPr>
        <w:t>B'nai B'rith International Programme October 20, 2015 · 2m 25s · at 10:32 · https://youtu.be/3iuM_AF6RLM?t=632</w:t>
      </w:r>
    </w:p>
    <w:p>
      <w:r>
        <w:rPr>
          <w:i/>
        </w:rPr>
        <w:t>“So he offered his prayer directing through the Jewish Qibla”</w:t>
      </w:r>
    </w:p>
    <w:p>
      <w:r>
        <w:rPr>
          <w:sz w:val="20"/>
        </w:rPr>
        <w:t>10:32  So he offered his prayer directing through the Jewish Qibla,</w:t>
      </w:r>
      <w:r>
        <w:br/>
      </w:r>
      <w:r>
        <w:rPr>
          <w:sz w:val="20"/>
        </w:rPr>
        <w:t>10:41  that is,</w:t>
      </w:r>
      <w:r>
        <w:br/>
      </w:r>
      <w:r>
        <w:rPr>
          <w:sz w:val="20"/>
        </w:rPr>
        <w:t>10:45  Qubbat as-Sakhra, or Dome of the Rock. It was very</w:t>
      </w:r>
      <w:r>
        <w:br/>
      </w:r>
      <w:r>
        <w:rPr>
          <w:sz w:val="20"/>
        </w:rPr>
        <w:t>10:57  strange that Prophet of Islam was</w:t>
      </w:r>
      <w:r>
        <w:br/>
      </w:r>
      <w:r>
        <w:rPr>
          <w:sz w:val="20"/>
        </w:rPr>
        <w:t>11:02  the founder of Islam. But he, up to 16 months, observed his namaz</w:t>
      </w:r>
      <w:r>
        <w:br/>
      </w:r>
      <w:r>
        <w:rPr>
          <w:sz w:val="20"/>
        </w:rPr>
        <w:t>11:13  by adopting the Jewish Qibla.</w:t>
      </w:r>
      <w:r>
        <w:br/>
      </w:r>
      <w:r>
        <w:rPr>
          <w:sz w:val="20"/>
        </w:rPr>
        <w:t>11:18  Then Prophet of Islam issued a declaration that is referred in the history as Sahifatul Madinah.</w:t>
      </w:r>
      <w:r>
        <w:br/>
      </w:r>
      <w:r>
        <w:rPr>
          <w:sz w:val="20"/>
        </w:rPr>
        <w:t>11:33  Sahifatul Madinah means Madinah Declaration.</w:t>
      </w:r>
      <w:r>
        <w:br/>
      </w:r>
      <w:r>
        <w:rPr>
          <w:sz w:val="20"/>
        </w:rPr>
        <w:t>11:38  In this declaration, there was a class, lil-yahoodi deenukum wa lil-muslimeena doonukum For Jews, their religion; for Jewish communities, their religion;</w:t>
      </w:r>
      <w:r>
        <w:br/>
      </w:r>
      <w:r>
        <w:rPr>
          <w:sz w:val="20"/>
        </w:rPr>
        <w:t>11:56  and for Muslim communities, their religion.</w:t>
      </w:r>
      <w:r>
        <w:br/>
      </w:r>
      <w:r>
        <w:rPr>
          <w:sz w:val="20"/>
        </w:rPr>
        <w:t>12:00  One day, Prophet was sitting at a place in Madinah.</w:t>
      </w:r>
      <w:r>
        <w:br/>
      </w:r>
      <w:r>
        <w:rPr>
          <w:sz w:val="20"/>
        </w:rPr>
        <w:t>12:10  He saw a funeral procession passing through a street.</w:t>
      </w:r>
      <w:r>
        <w:br/>
      </w:r>
      <w:r>
        <w:rPr>
          <w:sz w:val="20"/>
        </w:rPr>
        <w:t>12:19  On seeing that funeral, he stood up in respec</w:t>
      </w:r>
      <w:r>
        <w:br/>
      </w:r>
      <w:r>
        <w:rPr>
          <w:sz w:val="20"/>
        </w:rPr>
        <w:t>12:27  t. One of his companions said, "O Prophet, it was the funeral of a Jew, not a Muslim." Prophet said, "Alaihi al-sat nafsa" , was he not a human being?</w:t>
      </w:r>
      <w:r>
        <w:br/>
      </w:r>
      <w:r>
        <w:rPr>
          <w:sz w:val="20"/>
        </w:rPr>
        <w:t>12:44  Here you can see that Prophet established a community between himself and that Jew. This is very important.</w:t>
      </w:r>
    </w:p>
    <w:p>
      <w:pPr>
        <w:pStyle w:val="Heading2"/>
      </w:pPr>
      <w:r>
        <w:t>discovering negativity in both India and America</w:t>
      </w:r>
    </w:p>
    <w:p>
      <w:r>
        <w:rPr>
          <w:color w:val="666666"/>
          <w:sz w:val="18"/>
        </w:rPr>
        <w:t>Spirituality vs Materialism July 10, 2011 Maulana Wahiduddin Khan · 1m 56s · at 1:43 · https://youtu.be/oLx-EARR2fI?t=103</w:t>
      </w:r>
    </w:p>
    <w:p>
      <w:r>
        <w:rPr>
          <w:i/>
        </w:rPr>
        <w:t>“I discovered something very strange there.”</w:t>
      </w:r>
    </w:p>
    <w:p>
      <w:r>
        <w:rPr>
          <w:sz w:val="20"/>
        </w:rPr>
        <w:t>1:43  christian se bhi, hindu se bhi, musalman se bhi. to aik bari ajeeb cheez mein ne discover ki.</w:t>
      </w:r>
      <w:r>
        <w:br/>
      </w:r>
      <w:r>
        <w:rPr>
          <w:sz w:val="20"/>
        </w:rPr>
        <w:t>1:54  jab mein India mein tha to lagta tha ke yahan saare log negative hain. negative.</w:t>
      </w:r>
      <w:r>
        <w:br/>
      </w:r>
      <w:r>
        <w:rPr>
          <w:sz w:val="20"/>
        </w:rPr>
        <w:t>2:04  aap akhbar parhiye, logon ke sarkon par jo demonstration hoti hai us ko dekhiye, jalson mein jaiye, har jagah negative boli hoti hai.</w:t>
      </w:r>
      <w:r>
        <w:br/>
      </w:r>
      <w:r>
        <w:rPr>
          <w:sz w:val="20"/>
        </w:rPr>
        <w:t>2:13  baat kijiye to aap se shikayat kare ga aadmi.</w:t>
      </w:r>
      <w:r>
        <w:br/>
      </w:r>
      <w:r>
        <w:rPr>
          <w:sz w:val="20"/>
        </w:rPr>
        <w:t>2:17  to unconsciously bas lagta tha ke India aik under developed country hai, is liye yahan log</w:t>
      </w:r>
      <w:r>
        <w:br/>
      </w:r>
      <w:r>
        <w:rPr>
          <w:sz w:val="20"/>
        </w:rPr>
        <w:t>2:28  shikayat ki nafsiyat mein jeete hain. lekin amreeka to most developed country mana jata hai, aur waqeatan hai bhi woh. lekin mere tajrube mein wahan bhi logon ka haal yeh tha ke taqreeban sab ke sab negativity mein jeete hain.</w:t>
      </w:r>
      <w:r>
        <w:br/>
      </w:r>
      <w:r>
        <w:rPr>
          <w:sz w:val="20"/>
        </w:rPr>
        <w:t>2:47  yeh bohat anokha tajurba tha. yaani developed country bhi, developed country ke log bhi negative, aur under developed country ke log bhi negative.</w:t>
      </w:r>
      <w:r>
        <w:br/>
      </w:r>
      <w:r>
        <w:rPr>
          <w:sz w:val="20"/>
        </w:rPr>
        <w:t>3:00  halankeh amreeka mein itna zyada taraqqi hui hai, wahan ke makanat itne khoobsurat hotay hain, wahan ki sarkain bohat achhi hoti hain.</w:t>
      </w:r>
      <w:r>
        <w:br/>
      </w:r>
      <w:r>
        <w:rPr>
          <w:sz w:val="20"/>
        </w:rPr>
        <w:t>3:09  sarkon ke kinare dono taraf jaisay bagh hi bagh chala jata hai, silsila hara bhara bilkul.</w:t>
      </w:r>
      <w:r>
        <w:br/>
      </w:r>
      <w:r>
        <w:rPr>
          <w:sz w:val="20"/>
        </w:rPr>
        <w:t>3:16  har cheez wahan aala standard ki hai. pani wahan ka, wahan ka oxygen, wahan ka khana, har cheez.</w:t>
      </w:r>
      <w:r>
        <w:br/>
      </w:r>
      <w:r>
        <w:rPr>
          <w:sz w:val="20"/>
        </w:rPr>
        <w:t>3:26  tab bhi log negative hain. yeh bohat anokhi baat hai. to is ko maine chaha ke main is ko janoon.</w:t>
      </w:r>
    </w:p>
    <w:p>
      <w:pPr>
        <w:pStyle w:val="Heading2"/>
      </w:pPr>
      <w:r>
        <w:t>who were the homeless People of the Bench</w:t>
      </w:r>
    </w:p>
    <w:p>
      <w:r>
        <w:rPr>
          <w:color w:val="666666"/>
          <w:sz w:val="18"/>
        </w:rPr>
        <w:t>The Story of Hazrat Abu Hurairah (r.a.) December 31, 2023 · 2m 32s · at 14:15 · https://youtu.be/ntoKGwQ1WX0?t=855</w:t>
      </w:r>
    </w:p>
    <w:p>
      <w:r>
        <w:rPr>
          <w:i/>
        </w:rPr>
        <w:t>“They had no home, no food — they were the Prophet's guests”</w:t>
      </w:r>
    </w:p>
    <w:p>
      <w:r>
        <w:rPr>
          <w:sz w:val="20"/>
        </w:rPr>
        <w:t>14:15  Doctor sahib, aah, aah, Abu Hurairah was also one of the Ashab al-Suffah. And as we know that they were the people who were companions of the Prophet, and they lived closer, uh, to the mosque of the Prophet.</w:t>
      </w:r>
      <w:r>
        <w:br/>
      </w:r>
      <w:r>
        <w:rPr>
          <w:sz w:val="20"/>
        </w:rPr>
        <w:t>14:29  Uh, they faced a lot of hardship. To mein chahoon ga in ke baray mein aap batayein who were these people? Is ke baray mein bhi batayein aap. Haan, jo Ashab al-Suffah, suffah kehte hain shade ko, chounkay un ke liye Prophet ne masjid mein peechay ki taraf aik shade banwa diya tha, to usi se naam par gaya un ko.</w:t>
      </w:r>
      <w:r>
        <w:br/>
      </w:r>
      <w:r>
        <w:rPr>
          <w:sz w:val="20"/>
        </w:rPr>
        <w:t>14:45  To woh, woh homeless log thay jin ke paas na rehnay ka tha na khanay ka kuch intizam tha. To woh aik tarah se they were guests of the Prophet.</w:t>
      </w:r>
      <w:r>
        <w:br/>
      </w:r>
      <w:r>
        <w:rPr>
          <w:sz w:val="20"/>
        </w:rPr>
        <w:t>14:55  To masjid mein rehte thay. Ji. Aur, aah, jo bhi, aah, jab bhi Rasool Allah sal-lal-lahu alaihi wa-sal-lam bahar aate thay ghar se to, aah, yani they were actually students.</w:t>
      </w:r>
      <w:r>
        <w:br/>
      </w:r>
      <w:r>
        <w:rPr>
          <w:sz w:val="20"/>
        </w:rPr>
        <w:t>15:06  To woh Rasool Allah ki baatein sun sunte thay. Aur ab Abu Hurairah was sort of head of that</w:t>
      </w:r>
      <w:r>
        <w:br/>
      </w:r>
      <w:r>
        <w:rPr>
          <w:sz w:val="20"/>
        </w:rPr>
        <w:t>15:13  group. To woh log aate rehte thay aur jatay rehte thay. Maximum Hazrat Abu Hurairah ne kaha hai ke maximum mein ne seventy logon ko dekha hai, aah, jo, aah, aah, Ashab al-Suffah.</w:t>
      </w:r>
      <w:r>
        <w:br/>
      </w:r>
      <w:r>
        <w:rPr>
          <w:sz w:val="20"/>
        </w:rPr>
        <w:t>15:25  Lekin kya hota tha ke kabhi kisi ko koi job mil gaya to woh chala gaya, kabhi kisi ki shadi ho gayi to woh chala gaya. To kuch log aate thay, kuch log jatay thay.</w:t>
      </w:r>
      <w:r>
        <w:br/>
      </w:r>
      <w:r>
        <w:rPr>
          <w:sz w:val="20"/>
        </w:rPr>
        <w:t>15:35  To aisay tees chaalees log aate jatay rehte thay. Aur agar, aah, jo masjid ke peechay jo area tha, agar aap ab jayein Masjid Nabawi to aap yeh dekhein ge, aah, jo Bab Jibrael hai.</w:t>
      </w:r>
      <w:r>
        <w:br/>
      </w:r>
      <w:r>
        <w:rPr>
          <w:sz w:val="20"/>
        </w:rPr>
        <w:t>15:53  Ji.</w:t>
      </w:r>
      <w:r>
        <w:br/>
      </w:r>
      <w:r>
        <w:rPr>
          <w:sz w:val="20"/>
        </w:rPr>
        <w:t>15:54  Bab, Bab Jibrael se agar aap aagay ki taraf, andar ki taraf jayein ge to Bab Nisa, jo women's door hai, gate hai, us ke paas yeh aik, aah, aik platform sa bana hua hai.</w:t>
      </w:r>
      <w:r>
        <w:br/>
      </w:r>
      <w:r>
        <w:rPr>
          <w:sz w:val="20"/>
        </w:rPr>
        <w:t>16:09  Yeh, yeh platform hai. Aur yeh, yeh usi ko, aah, indicate karta hai ke yahi woh jagah thi jahan Ashab al-Suffah</w:t>
      </w:r>
      <w:r>
        <w:br/>
      </w:r>
      <w:r>
        <w:rPr>
          <w:sz w:val="20"/>
        </w:rPr>
        <w:t>16:17  rehte thay. Masha Allah. Thora aik aur view hai, is mein aur clear ho jata hai ke yeh platform hai. Yeh aap dekh rahe hain ke yeh platform hai.</w:t>
      </w:r>
      <w:r>
        <w:br/>
      </w:r>
      <w:r>
        <w:rPr>
          <w:sz w:val="20"/>
        </w:rPr>
        <w:t>16:27  Ji. To kabhi bhi agar jayein aap Masjid Nabawi, inshallah, to yeh zaroor dekhein. Masha Allah. Wahan likha nahi hai lekin yeh hai jagah.</w:t>
      </w:r>
      <w:r>
        <w:br/>
      </w:r>
      <w:r>
        <w:rPr>
          <w:sz w:val="20"/>
        </w:rPr>
        <w:t>16:36  Batate hain log. To is tarah ki kai sari cheezein Masjid Nabawi mein hain jo tareekhi hain, to woh log batate hain is ko.</w:t>
      </w:r>
    </w:p>
    <w:p>
      <w:pPr>
        <w:pStyle w:val="Heading2"/>
      </w:pPr>
      <w:r>
        <w:t>why Ibrahim chose the desert to decondition minds</w:t>
      </w:r>
    </w:p>
    <w:p>
      <w:r>
        <w:rPr>
          <w:color w:val="666666"/>
          <w:sz w:val="18"/>
        </w:rPr>
        <w:t>Prophetic Guidance in the Quran (English) June 18, 2007 · 2m 54s · at 31:23 · https://youtu.be/E2Iz1yfXw-g?t=1883</w:t>
      </w:r>
    </w:p>
    <w:p>
      <w:r>
        <w:rPr>
          <w:i/>
        </w:rPr>
        <w:t>“The process of conditioning is a phenomena of cities.”</w:t>
      </w:r>
    </w:p>
    <w:p>
      <w:r>
        <w:rPr>
          <w:sz w:val="20"/>
        </w:rPr>
        <w:t>31:23  you know, the process of conditioning is a phenomena of cities, not a phenomena of nature.</w:t>
      </w:r>
      <w:r>
        <w:br/>
      </w:r>
      <w:r>
        <w:rPr>
          <w:sz w:val="20"/>
        </w:rPr>
        <w:t>31:30  in nature, there is no conditioning.</w:t>
      </w:r>
      <w:r>
        <w:br/>
      </w:r>
      <w:r>
        <w:rPr>
          <w:sz w:val="20"/>
        </w:rPr>
        <w:t>31:37  conditioning is a phenomena of cities, towns.</w:t>
      </w:r>
      <w:r>
        <w:br/>
      </w:r>
      <w:r>
        <w:rPr>
          <w:sz w:val="20"/>
        </w:rPr>
        <w:t>31:44  it is not a phenomena of nature. in nature, there is no conditioning. nature, there is god.</w:t>
      </w:r>
      <w:r>
        <w:br/>
      </w:r>
      <w:r>
        <w:rPr>
          <w:sz w:val="20"/>
        </w:rPr>
        <w:t>31:56  nature, there is divine inspiration.</w:t>
      </w:r>
      <w:r>
        <w:br/>
      </w:r>
      <w:r>
        <w:rPr>
          <w:sz w:val="20"/>
        </w:rPr>
        <w:t>32:03  so he selected desert to produce a generation free of conditioning.</w:t>
      </w:r>
      <w:r>
        <w:br/>
      </w:r>
      <w:r>
        <w:rPr>
          <w:sz w:val="20"/>
        </w:rPr>
        <w:t>32:16  this was his scheme.</w:t>
      </w:r>
      <w:r>
        <w:br/>
      </w:r>
      <w:r>
        <w:rPr>
          <w:sz w:val="20"/>
        </w:rPr>
        <w:t>32:21  it is a question: why prophet ibrahim selected this area, that was desert, to build the first international dawa work, international dawa center?</w:t>
      </w:r>
      <w:r>
        <w:br/>
      </w:r>
      <w:r>
        <w:rPr>
          <w:sz w:val="20"/>
        </w:rPr>
        <w:t>32:40  because this was the most suitable place for this purpose.</w:t>
      </w:r>
      <w:r>
        <w:br/>
      </w:r>
      <w:r>
        <w:rPr>
          <w:sz w:val="20"/>
        </w:rPr>
        <w:t>32:49  and it was the most important aspect of this center, that in this center, it was possible to produce a generation who is free of conditioning.</w:t>
      </w:r>
      <w:r>
        <w:br/>
      </w:r>
      <w:r>
        <w:rPr>
          <w:sz w:val="20"/>
        </w:rPr>
        <w:t>33:05  and i think that it is the most important aspect of human life. one must be de conditioned, one must be free of conditioning</w:t>
      </w:r>
      <w:r>
        <w:br/>
      </w:r>
      <w:r>
        <w:rPr>
          <w:sz w:val="20"/>
        </w:rPr>
        <w:t>33:18  . conditioning is the most important obstacle towards iman.</w:t>
      </w:r>
      <w:r>
        <w:br/>
      </w:r>
      <w:r>
        <w:rPr>
          <w:sz w:val="20"/>
        </w:rPr>
        <w:t>33:29  so this, this history gives us a great lesson, that first of all, you have to de condition yourself.</w:t>
      </w:r>
      <w:r>
        <w:br/>
      </w:r>
      <w:r>
        <w:rPr>
          <w:sz w:val="20"/>
        </w:rPr>
        <w:t>33:42  you have to de condition your generations.</w:t>
      </w:r>
      <w:r>
        <w:br/>
      </w:r>
      <w:r>
        <w:rPr>
          <w:sz w:val="20"/>
        </w:rPr>
        <w:t>33:46  you have to de condition your family. if you want to produce, if you want to do some, some the work, you have to begin from de conditioning.</w:t>
      </w:r>
      <w:r>
        <w:br/>
      </w:r>
      <w:r>
        <w:rPr>
          <w:sz w:val="20"/>
        </w:rPr>
        <w:t>34:09  its very, very important to know the art of de conditioning.</w:t>
      </w:r>
    </w:p>
    <w:p>
      <w:pPr>
        <w:pStyle w:val="Heading2"/>
      </w:pPr>
      <w:r>
        <w:t>channel the desire for more into spiritual, not material life</w:t>
      </w:r>
    </w:p>
    <w:p>
      <w:r>
        <w:rPr>
          <w:color w:val="666666"/>
          <w:sz w:val="18"/>
        </w:rPr>
        <w:t>In Conversation April 8, 2016 Maulana Wahiduddin Khan · 2m 29s · at 25:11 · https://youtu.be/jW4fUC7OcVM?t=1511</w:t>
      </w:r>
    </w:p>
    <w:p>
      <w:r>
        <w:rPr>
          <w:i/>
        </w:rPr>
        <w:t>“People desire more and more material things”</w:t>
      </w:r>
    </w:p>
    <w:p>
      <w:r>
        <w:rPr>
          <w:sz w:val="20"/>
        </w:rPr>
        <w:t>25:11  maulana, next question is that often people have the desire for more and more, for acquiring more and more material things, and this also causes a lot of stress.</w:t>
      </w:r>
      <w:r>
        <w:br/>
      </w:r>
      <w:r>
        <w:rPr>
          <w:sz w:val="20"/>
        </w:rPr>
        <w:t>25:24  so how should we manage this desire of ours? haan, yeh yeh bahut hi bahut hi important baat hai.</w:t>
      </w:r>
      <w:r>
        <w:br/>
      </w:r>
      <w:r>
        <w:rPr>
          <w:sz w:val="20"/>
        </w:rPr>
        <w:t>25:35  asal mein more and more ka jo nature hai, woh har aadmi ke andar intro hota hai. insaan paida hi hota hai more and more ke guzare ke saath,</w:t>
      </w:r>
      <w:r>
        <w:br/>
      </w:r>
      <w:r>
        <w:rPr>
          <w:sz w:val="20"/>
        </w:rPr>
        <w:t>25:52  lekin more and more jo hai, uska istemaal hona chahiye</w:t>
      </w:r>
      <w:r>
        <w:br/>
      </w:r>
      <w:r>
        <w:rPr>
          <w:sz w:val="20"/>
        </w:rPr>
        <w:t>26:01  non material field mein. material field mein nahi, material field mein jo hai, aadmi ko banna chahiye, yaani need need need based life.</w:t>
      </w:r>
      <w:r>
        <w:br/>
      </w:r>
      <w:r>
        <w:rPr>
          <w:sz w:val="20"/>
        </w:rPr>
        <w:t>26:15  material material field mein aadmi ko chahiye ke woh apne ko need par raazi kare,</w:t>
      </w:r>
      <w:r>
        <w:br/>
      </w:r>
      <w:r>
        <w:rPr>
          <w:sz w:val="20"/>
        </w:rPr>
        <w:t>26:23  zarurat par raazi kare. aur jo doosri baat hai, spirituality hai, deeni taraqqi hai, Allah se mohabbat hai, dua work hai, wahan woh ab more more ki nafsiyat ko istemaal kare.</w:t>
      </w:r>
      <w:r>
        <w:br/>
      </w:r>
      <w:r>
        <w:rPr>
          <w:sz w:val="20"/>
        </w:rPr>
        <w:t>26:39  yaani Allah ke wale kaam mein to more and more, aur jo material cheezein hain, us mein zarurat par qanaat kare. yaani qanaat containment, woh ikhtiyaar kare apne zarurat ke maamle mein,</w:t>
      </w:r>
      <w:r>
        <w:br/>
      </w:r>
      <w:r>
        <w:rPr>
          <w:sz w:val="20"/>
        </w:rPr>
        <w:t>27:00  zarurat wali cheezon mein woh containment. lekin jo doosri field hai, jiska taalluq</w:t>
      </w:r>
      <w:r>
        <w:br/>
      </w:r>
      <w:r>
        <w:rPr>
          <w:sz w:val="20"/>
        </w:rPr>
        <w:t>27:10  maqsad maqsad hayat se hai, is mein is ko mor mor ka formula apnana chahiye. yani mor and mor maqsad hayat ke mamle mein,</w:t>
      </w:r>
      <w:r>
        <w:br/>
      </w:r>
      <w:r>
        <w:rPr>
          <w:sz w:val="20"/>
        </w:rPr>
        <w:t>27:23  aur qanaat zaroorat hayat ke mamle mein.</w:t>
      </w:r>
      <w:r>
        <w:br/>
      </w:r>
      <w:r>
        <w:rPr>
          <w:sz w:val="20"/>
        </w:rPr>
        <w:t>27:30  so we should want mor and mor in matters of our intellectual life and spiritual life, and we should be content as far as our material needs are concerned.</w:t>
      </w:r>
    </w:p>
    <w:p>
      <w:pPr>
        <w:pStyle w:val="Heading2"/>
      </w:pPr>
      <w:r>
        <w:t>stress is a positive, motivating natural force</w:t>
      </w:r>
    </w:p>
    <w:p>
      <w:r>
        <w:rPr>
          <w:color w:val="666666"/>
          <w:sz w:val="18"/>
        </w:rPr>
        <w:t>In Conversation April 8, 2016 Maulana Wahiduddin Khan · 2m 26s · at 42:40 · https://youtu.be/jW4fUC7OcVM?t=2560</w:t>
      </w:r>
    </w:p>
    <w:p>
      <w:r>
        <w:rPr>
          <w:i/>
        </w:rPr>
        <w:t>“You said there is a positive aspect of stress”</w:t>
      </w:r>
    </w:p>
    <w:p>
      <w:r>
        <w:rPr>
          <w:sz w:val="20"/>
        </w:rPr>
        <w:t>42:40  Can you please elaborate on that? How should we see the positive side of stress?</w:t>
      </w:r>
      <w:r>
        <w:br/>
      </w:r>
      <w:r>
        <w:rPr>
          <w:sz w:val="20"/>
        </w:rPr>
        <w:t>42:45  Dekhiye, stress jo hai woh ek natural phenomena hai, aur natural phenomena jitne bhi hain sab positive hi hote hain. Hatta ke gussa bhi positive hai ke gussa jo hai, anger,</w:t>
      </w:r>
      <w:r>
        <w:br/>
      </w:r>
      <w:r>
        <w:rPr>
          <w:sz w:val="20"/>
        </w:rPr>
        <w:t>43:00  and gussa jo hai jab aata hai to woh ek ek bohat zabardast energy release karta hai. Bohat zabardast, yani anger energy.</w:t>
      </w:r>
      <w:r>
        <w:br/>
      </w:r>
      <w:r>
        <w:rPr>
          <w:sz w:val="20"/>
        </w:rPr>
        <w:t>43:13  mein samajhta hoon ke sab se zyada energy aadmi release karta hai jab jab gussa hota hai us ko. To aap anger energy ko istemal kijiye positive andaaz mein.</w:t>
      </w:r>
      <w:r>
        <w:br/>
      </w:r>
      <w:r>
        <w:rPr>
          <w:sz w:val="20"/>
        </w:rPr>
        <w:t>43:28  to koi cheez jo nature ne paida ki hai woh buri nahi hai, hamara istemal us ko bura kar deta hai. To</w:t>
      </w:r>
      <w:r>
        <w:br/>
      </w:r>
      <w:r>
        <w:rPr>
          <w:sz w:val="20"/>
        </w:rPr>
        <w:t>43:37  mein samajhta hoon ke stress jo hai woh bohat bara, yani taqat hai hamari kyunke woh motivating factor hai.</w:t>
      </w:r>
      <w:r>
        <w:br/>
      </w:r>
      <w:r>
        <w:rPr>
          <w:sz w:val="20"/>
        </w:rPr>
        <w:t>43:49  jab stress aati hai hum ko aur hum, yani</w:t>
      </w:r>
      <w:r>
        <w:br/>
      </w:r>
      <w:r>
        <w:rPr>
          <w:sz w:val="20"/>
        </w:rPr>
        <w:t>43:56  apni positivity ko baqi rakhte hain to bohat bara motivating factor ban jaye ga woh ke ek mujhe determination aye ga yeh to abhi karna hi karna hai.</w:t>
      </w:r>
      <w:r>
        <w:br/>
      </w:r>
      <w:r>
        <w:rPr>
          <w:sz w:val="20"/>
        </w:rPr>
        <w:t>44:08  agar aam dinon mein aap kaam karte hain chhe chhe ghante to aap barah ghante kaam karen ge. Stress ka hifazat hai. To stress jo hai according to the law of nature aap ke liye motivating motivating factor hai.</w:t>
      </w:r>
      <w:r>
        <w:br/>
      </w:r>
      <w:r>
        <w:rPr>
          <w:sz w:val="20"/>
        </w:rPr>
        <w:t>44:28  to lekin aap istemal kar sakte hain us waqt jab ke aap apne andar, yani intellectual development la</w:t>
      </w:r>
      <w:r>
        <w:br/>
      </w:r>
      <w:r>
        <w:rPr>
          <w:sz w:val="20"/>
        </w:rPr>
        <w:t>44:37  ayein, apne ko aware banayein. Aware, awareness bohat zaroori hai. To Maulana, you are saying that stress full situations work as a great motivating factor for us, but we can utilize stress full situations for our benefit only if we remain positive in those situations.</w:t>
      </w:r>
      <w:r>
        <w:br/>
      </w:r>
      <w:r>
        <w:rPr>
          <w:sz w:val="20"/>
        </w:rPr>
        <w:t>44:59  We should not become negative in stress full situations. Maulana, this question has come from Mr. Syed Nadeem.</w:t>
      </w:r>
    </w:p>
    <w:p>
      <w:pPr>
        <w:pStyle w:val="Heading2"/>
      </w:pPr>
      <w:r>
        <w:t>Hikmah is the wise style of da'wah</w:t>
      </w:r>
    </w:p>
    <w:p>
      <w:r>
        <w:rPr>
          <w:color w:val="666666"/>
          <w:sz w:val="18"/>
        </w:rPr>
        <w:t>Prophet’s Policy of Management of Conflict 28 Nov 2019 - Maulana Wahiduddin Khan · 2m 51s · at 17:38 · https://youtu.be/2NrsopasB2s?t=1058</w:t>
      </w:r>
    </w:p>
    <w:p>
      <w:r>
        <w:rPr>
          <w:i/>
        </w:rPr>
        <w:t>“Acha dekhiye Quran mein hai ke woh hadees woh aayat parhiye”</w:t>
      </w:r>
    </w:p>
    <w:p>
      <w:r>
        <w:rPr>
          <w:sz w:val="20"/>
        </w:rPr>
        <w:t>17:38  achha, dekhiye, quran mein hai ke woh hadees, woh ayat parhiye ke tum ko hikmat sikhata hai.</w:t>
      </w:r>
      <w:r>
        <w:br/>
      </w:r>
      <w:r>
        <w:rPr>
          <w:sz w:val="20"/>
        </w:rPr>
        <w:t>17:50  walladhi ba'atha fil ummiyeena rasoolan minhum yatlu alayhim ayatihi wa yuzakkihim wa yu'allimuhumul kitaba wal hikmah dekhiye, ab sawal yeh hai ke kitab to wazeh hai ke quran parh ke sunana hikmat ka cheez hai.</w:t>
      </w:r>
      <w:r>
        <w:br/>
      </w:r>
      <w:r>
        <w:rPr>
          <w:sz w:val="20"/>
        </w:rPr>
        <w:t>18:14  hikmat ka woh mein ne bohat si kitabon mein dhoonda, koi mila hi nahi. aksar log to samajhtay hain ke hikmat ma'ana hai masaleh fiqh.</w:t>
      </w:r>
      <w:r>
        <w:br/>
      </w:r>
      <w:r>
        <w:rPr>
          <w:sz w:val="20"/>
        </w:rPr>
        <w:t>18:30  to wohi mein keh raha hoon ke jab peghambar dawati kaam karte thay to woh aik hikmah asloob bhi karte thay.</w:t>
      </w:r>
      <w:r>
        <w:br/>
      </w:r>
      <w:r>
        <w:rPr>
          <w:sz w:val="20"/>
        </w:rPr>
        <w:t>18:40  hikmat se murad hai hikmah asloob. to yeh kisi ne talashi nahi kiya ke woh hikmah asloob kiya tha.</w:t>
      </w:r>
      <w:r>
        <w:br/>
      </w:r>
      <w:r>
        <w:rPr>
          <w:sz w:val="20"/>
        </w:rPr>
        <w:t>18:53  woh hikmah is liye yeh tha ke aap ne ghhor kar ke dekha ke yeh to saaray arab ke log yahan jama hotay hain to hamaray liye audience banta hai.</w:t>
      </w:r>
      <w:r>
        <w:br/>
      </w:r>
      <w:r>
        <w:rPr>
          <w:sz w:val="20"/>
        </w:rPr>
        <w:t>19:05  poora arab arab ka audience hum ko makkah mein mil raha hai. to aap ne un ko jo kuch karte thay, buton ki pooja waghera, us ko i'raaz kiya aur us us majma ko par thora audience istemal kiya.</w:t>
      </w:r>
      <w:r>
        <w:br/>
      </w:r>
      <w:r>
        <w:rPr>
          <w:sz w:val="20"/>
        </w:rPr>
        <w:t>19:23  yeh hikmat ke quran mein bataya gaya hai ke rasool tum ko kitab deta hai aur hikmat deta hai. yu'allimul kitaba wal hikmah to kitab ka matlab kiya hai?</w:t>
      </w:r>
      <w:r>
        <w:br/>
      </w:r>
      <w:r>
        <w:rPr>
          <w:sz w:val="20"/>
        </w:rPr>
        <w:t>19:37  quran parh ke sunana. to ab sawal yeh hai ke hikmat kiya cheez hai? yeh hikmat hai asloob.</w:t>
      </w:r>
      <w:r>
        <w:br/>
      </w:r>
      <w:r>
        <w:rPr>
          <w:sz w:val="20"/>
        </w:rPr>
        <w:t>19:49  asloob jo asloob aap ikhtiyar karte thay, woh hai hikmat. woh us asloob ka to hota tha ke buton ki pujari pan, pujari jo pooja culture tha, us ko kuch boltay hi nahi thay.</w:t>
      </w:r>
      <w:r>
        <w:br/>
      </w:r>
      <w:r>
        <w:rPr>
          <w:sz w:val="20"/>
        </w:rPr>
        <w:t>20:09  majma ko matlab audience istemal karte thay. quran sunana, quran sunana aur us ko i'raaz karna. to yeh yeh yeh i'raaz tha, us ko mein kehta hoon.</w:t>
      </w:r>
      <w:r>
        <w:br/>
      </w:r>
      <w:r>
        <w:rPr>
          <w:sz w:val="20"/>
        </w:rPr>
        <w:t>20:22  aap aap phir dealing policy ikhtiyar karte thay.</w:t>
      </w:r>
    </w:p>
    <w:p>
      <w:pPr>
        <w:pStyle w:val="Heading2"/>
      </w:pPr>
      <w:r>
        <w:t>communication age creates a super diaspora</w:t>
      </w:r>
    </w:p>
    <w:p>
      <w:r>
        <w:rPr>
          <w:color w:val="666666"/>
          <w:sz w:val="18"/>
        </w:rPr>
        <w:t>Muslims in Diaspora January 9, 2007 · 2m 47s · at 32:35 · https://youtu.be/kP8FzUSQWW0?t=1955</w:t>
      </w:r>
    </w:p>
    <w:p>
      <w:r>
        <w:rPr>
          <w:i/>
        </w:rPr>
        <w:t>“Now we have entered the age of communication”</w:t>
      </w:r>
    </w:p>
    <w:p>
      <w:r>
        <w:rPr>
          <w:sz w:val="20"/>
        </w:rPr>
        <w:t>32:35  is tareeqe se hota raha baad ko bhi phir aaya duniya mein communication age jis mein aaj hum hain</w:t>
      </w:r>
      <w:r>
        <w:br/>
      </w:r>
      <w:r>
        <w:rPr>
          <w:sz w:val="20"/>
        </w:rPr>
        <w:t>32:44  yeh sab diaspora jo hue the is zamane mein hue the jab safar bohat mushkil tha log ghodon par khacharon par onton par ya paidal safar karte the tab yeh sab paish aaye lekin ab aap jante hain ke is zamane mein aa gaya zamana communication ka transport ka zamana ab safar bohat asan ho gaya duniya ek log global global village ban gayi</w:t>
      </w:r>
      <w:r>
        <w:br/>
      </w:r>
      <w:r>
        <w:rPr>
          <w:sz w:val="20"/>
        </w:rPr>
        <w:t>33:13  ab ab aap bohat hi aasani se kahin yahan se wahan ja sakte hain bohat aasani se communication hota hai bohat aasani se aap contact karte hain ek jagah se doosri jagah ke liye to aaj jo diaspora hai main samajhta hoon ke tareekh ke pichle dauron se bohat zyada bada diaspora hai</w:t>
      </w:r>
      <w:r>
        <w:br/>
      </w:r>
      <w:r>
        <w:rPr>
          <w:sz w:val="20"/>
        </w:rPr>
        <w:t>33:35  yani is zamane mein jab rasool allah sallallahu alaihi wasallam ka zamana tha to ek lakh</w:t>
      </w:r>
      <w:r>
        <w:br/>
      </w:r>
      <w:r>
        <w:rPr>
          <w:sz w:val="20"/>
        </w:rPr>
        <w:t>33:42  ek lakh tees hazar logon ne hijrat ki thi yani woh jis ko main kehta hoon panchwan diaspora is ke afraad ek lakh tees hazar ke barabar the</w:t>
      </w:r>
      <w:r>
        <w:br/>
      </w:r>
      <w:r>
        <w:rPr>
          <w:sz w:val="20"/>
        </w:rPr>
        <w:t>33:57  lekin aaj jo communication ka zamana aaya hai ab kya hai us waqt duniya mein jo musalman nikal kar apne watan se gaye hain bahar un ke bare mein jo estimate hai woh yeh hai ke woh woh woh das billion das billion se kam nahi hai das billion das billion hain us waqt em se</w:t>
      </w:r>
      <w:r>
        <w:br/>
      </w:r>
      <w:r>
        <w:rPr>
          <w:sz w:val="20"/>
        </w:rPr>
        <w:t>34:24  to itne sare log jo hain us waqt diaspora mein hain jo communication ke zamane ka jo muslim diaspora hai woh das billion insanon par mushtamil hai yani ek crore insan us waqt ek lakh tees hazar aadmi gaye the bahar aaj ek crore aadmi bahar chale gaye hain to is ka matlab yeh hai ke aaj super dawah work ho sakta hai</w:t>
      </w:r>
      <w:r>
        <w:br/>
      </w:r>
      <w:r>
        <w:rPr>
          <w:sz w:val="20"/>
        </w:rPr>
        <w:t>34:51  yeh super diaspora hai toh super dawah work bhi ho sakta hai yahan mein yeh yaad dilaunga</w:t>
      </w:r>
      <w:r>
        <w:br/>
      </w:r>
      <w:r>
        <w:rPr>
          <w:sz w:val="20"/>
        </w:rPr>
        <w:t>34:57  aap ko keh yeh log jo nikle apne watan se</w:t>
      </w:r>
      <w:r>
        <w:br/>
      </w:r>
      <w:r>
        <w:rPr>
          <w:sz w:val="20"/>
        </w:rPr>
        <w:t>35:01  mostly under developed countries se to woh gaye wahan par developed countries mein to basically woh gaye thay</w:t>
      </w:r>
      <w:r>
        <w:br/>
      </w:r>
      <w:r>
        <w:rPr>
          <w:sz w:val="20"/>
        </w:rPr>
        <w:t>35:10  job ke liye business ke liye zyada behtar economic opportunities ko avail karne ke liye to incentive to</w:t>
      </w:r>
      <w:r>
        <w:br/>
      </w:r>
      <w:r>
        <w:rPr>
          <w:sz w:val="20"/>
        </w:rPr>
        <w:t>35:18  yeh tha yani</w:t>
      </w:r>
    </w:p>
    <w:p>
      <w:pPr>
        <w:pStyle w:val="Heading2"/>
      </w:pPr>
      <w:r>
        <w:t>Prophet avoided destroying idols to avoid confrontation</w:t>
      </w:r>
    </w:p>
    <w:p>
      <w:r>
        <w:rPr>
          <w:color w:val="666666"/>
          <w:sz w:val="18"/>
        </w:rPr>
        <w:t>Lessons from The Islamic History (English) November 30, 2007 · 2m 01s · at 9:53 · https://youtu.be/PBu7tbmSSy8?t=593</w:t>
      </w:r>
    </w:p>
    <w:p>
      <w:r>
        <w:rPr>
          <w:i/>
        </w:rPr>
        <w:t>“The Prophet was a prophet of Tawhid, worshipping one God”</w:t>
      </w:r>
    </w:p>
    <w:p>
      <w:r>
        <w:rPr>
          <w:sz w:val="20"/>
        </w:rPr>
        <w:t>9:53  Prophet was a Prophet of Tawheed. That is one, that is worshipping one God.</w:t>
      </w:r>
      <w:r>
        <w:br/>
      </w:r>
      <w:r>
        <w:rPr>
          <w:sz w:val="20"/>
        </w:rPr>
        <w:t>10:03  But he never started by destroying all those idols. No, this was not the way of the Prophet of Islam.</w:t>
      </w:r>
      <w:r>
        <w:br/>
      </w:r>
      <w:r>
        <w:rPr>
          <w:sz w:val="20"/>
        </w:rPr>
        <w:t>10:14  He only started his mission by saying: "Eyyaha الناس qoolo la ilaha illallah".</w:t>
      </w:r>
      <w:r>
        <w:br/>
      </w:r>
      <w:r>
        <w:rPr>
          <w:sz w:val="20"/>
        </w:rPr>
        <w:t>10:22  Tifl, O people, say</w:t>
      </w:r>
      <w:r>
        <w:br/>
      </w:r>
      <w:r>
        <w:rPr>
          <w:sz w:val="20"/>
        </w:rPr>
        <w:t>10:29  God is one.</w:t>
      </w:r>
      <w:r>
        <w:br/>
      </w:r>
      <w:r>
        <w:rPr>
          <w:sz w:val="20"/>
        </w:rPr>
        <w:t>10:33  There is no God other than God, and you will be success. This was the starting point</w:t>
      </w:r>
      <w:r>
        <w:br/>
      </w:r>
      <w:r>
        <w:rPr>
          <w:sz w:val="20"/>
        </w:rPr>
        <w:t>10:44  . He never tried to destroy all those idols placed in Kaaba premises. Why?</w:t>
      </w:r>
      <w:r>
        <w:br/>
      </w:r>
      <w:r>
        <w:rPr>
          <w:sz w:val="20"/>
        </w:rPr>
        <w:t>10:53  Because it was confrontation</w:t>
      </w:r>
      <w:r>
        <w:br/>
      </w:r>
      <w:r>
        <w:rPr>
          <w:sz w:val="20"/>
        </w:rPr>
        <w:t>10:59  . Prophet was given direction from God that: "Don't go to confrontation. Simply do the work by peaceful method." That is dissemination, dissemination of the word of God, conveying the word of God to all people by peaceful method.</w:t>
      </w:r>
      <w:r>
        <w:br/>
      </w:r>
      <w:r>
        <w:rPr>
          <w:sz w:val="20"/>
        </w:rPr>
        <w:t>11:25  So trying to destroy all those idols was confrontation. It was bound to create confrontation.</w:t>
      </w:r>
      <w:r>
        <w:br/>
      </w:r>
      <w:r>
        <w:rPr>
          <w:sz w:val="20"/>
        </w:rPr>
        <w:t>11:34  So he completely avoided.</w:t>
      </w:r>
      <w:r>
        <w:br/>
      </w:r>
      <w:r>
        <w:rPr>
          <w:sz w:val="20"/>
        </w:rPr>
        <w:t>11:39  So the way of the Prophet of Islam was: "Do the work and avoid all kind of tactical confrontation."</w:t>
      </w:r>
    </w:p>
    <w:p>
      <w:pPr>
        <w:pStyle w:val="Heading2"/>
      </w:pPr>
      <w:r>
        <w:t>Duty passed to us after the last Prophet</w:t>
      </w:r>
    </w:p>
    <w:p>
      <w:r>
        <w:rPr>
          <w:color w:val="666666"/>
          <w:sz w:val="18"/>
        </w:rPr>
        <w:t>Chairperson, Prof. Farida Khanam's Addressal Peace Conference April 29-30, 2023 · 1m 37s · at 5:31 · https://youtu.be/ZuVp1fGsZOw?t=331</w:t>
      </w:r>
    </w:p>
    <w:p>
      <w:r>
        <w:rPr>
          <w:i/>
        </w:rPr>
        <w:t>“Yeh Allah ki zimmedari thi, ab hamare zimme aa gayi”</w:t>
      </w:r>
    </w:p>
    <w:p>
      <w:r>
        <w:rPr>
          <w:sz w:val="20"/>
        </w:rPr>
        <w:t>5:31  to yeh allah ki zimmedari hai. lekin qanoon e iltebaas ki wajah se allah ne yeh zimmedari insaan ko ata kiya hai. to pehle to aate the pagambar, jab pagambaron ke ki teachings ko log bhula dete the, to dusra pagambar aa jata tha. ab, ab nai baat yeh hai ke rasullah sallah vivasallam aakhri pagambar hai.</w:t>
      </w:r>
      <w:r>
        <w:br/>
      </w:r>
      <w:r>
        <w:rPr>
          <w:sz w:val="20"/>
        </w:rPr>
        <w:t>5:58  aapke baad koi pagambar aane wala nahi, to isliye yeh hamari bounding duty hai ke hum is pagam ko nasal dar nasal pahunchate rahe. agar humne aisa nahi kiya to hamari allah talak yahan hamari pakad hogi.</w:t>
      </w:r>
      <w:r>
        <w:br/>
      </w:r>
      <w:r>
        <w:rPr>
          <w:sz w:val="20"/>
        </w:rPr>
        <w:t>6:28  wo suhulaten nahi thi. wo transport nahi tha. wo technology nahi thi. wo religious freedom nahi thi. ab hamare paas koi excuse nahi hai.</w:t>
      </w:r>
      <w:r>
        <w:br/>
      </w:r>
      <w:r>
        <w:rPr>
          <w:sz w:val="20"/>
        </w:rPr>
        <w:t>6:38  agar kisi ne bhi jante bujhte mahorana ne chalis pachas saal isi mein laga diye, logon ko itni clear tarike se bata diya, literature taiyar kar diya, program kiye, team banai, safar kiye, sari baatein khol khol kar bata di. ab janne ke baad agar hum log ne is kaam ko choda to khuda ke yahan hamari pakad hogi.</w:t>
      </w:r>
      <w:r>
        <w:br/>
      </w:r>
      <w:r>
        <w:rPr>
          <w:sz w:val="20"/>
        </w:rPr>
        <w:t>7:08  to isliye ab hum log is kaam ko chhod nahi sakte. aakhri waqt tak, aakhri dam tak hamein is kaam ko karte rehna hai aur hamein hamesha allah ki madad milegi. is poori conviction ke sath hamein yeh kaam karna hai.</w:t>
      </w:r>
    </w:p>
    <w:p>
      <w:pPr>
        <w:pStyle w:val="Heading2"/>
      </w:pPr>
      <w:r>
        <w:t>Three sources of Islamic learning from hadith</w:t>
      </w:r>
    </w:p>
    <w:p>
      <w:r>
        <w:rPr>
          <w:color w:val="666666"/>
          <w:sz w:val="18"/>
        </w:rPr>
        <w:t>The Concept of Ijtihad in Islam | August 13. 2007 · 4m 07s · at 0:40 · https://youtu.be/MtyTGXhdxjc?t=40</w:t>
      </w:r>
    </w:p>
    <w:p>
      <w:r>
        <w:rPr>
          <w:i/>
        </w:rPr>
        <w:t>“I think the categorization is not correct.”</w:t>
      </w:r>
    </w:p>
    <w:p>
      <w:r>
        <w:rPr>
          <w:sz w:val="20"/>
        </w:rPr>
        <w:t>0:40  in Islam.</w:t>
      </w:r>
      <w:r>
        <w:br/>
      </w:r>
      <w:r>
        <w:rPr>
          <w:sz w:val="20"/>
        </w:rPr>
        <w:t>0:48  The scholars, that is, fuqaha, believe that there are four sources of Islamic learning, that is, Quran and</w:t>
      </w:r>
      <w:r>
        <w:br/>
      </w:r>
      <w:r>
        <w:rPr>
          <w:sz w:val="20"/>
        </w:rPr>
        <w:t>0:55  Sunnat and Ijma and Qiyas.</w:t>
      </w:r>
      <w:r>
        <w:br/>
      </w:r>
      <w:r>
        <w:rPr>
          <w:sz w:val="20"/>
        </w:rPr>
        <w:t>1:03  I think that these</w:t>
      </w:r>
      <w:r>
        <w:br/>
      </w:r>
      <w:r>
        <w:rPr>
          <w:sz w:val="20"/>
        </w:rPr>
        <w:t>1:11  This categorization is not correct.</w:t>
      </w:r>
      <w:r>
        <w:br/>
      </w:r>
      <w:r>
        <w:rPr>
          <w:sz w:val="20"/>
        </w:rPr>
        <w:t>1:19  According to my analysis, there are three sources and not four sources.</w:t>
      </w:r>
      <w:r>
        <w:br/>
      </w:r>
      <w:r>
        <w:rPr>
          <w:sz w:val="20"/>
        </w:rPr>
        <w:t>1:26  Why I say this? I am saying this on the basis of a well known hadith.</w:t>
      </w:r>
      <w:r>
        <w:br/>
      </w:r>
      <w:r>
        <w:rPr>
          <w:sz w:val="20"/>
        </w:rPr>
        <w:t>1:34  There is a hadith, the Prophet of Islam said, "One</w:t>
      </w:r>
      <w:r>
        <w:br/>
      </w:r>
      <w:r>
        <w:rPr>
          <w:sz w:val="20"/>
        </w:rPr>
        <w:t>1:41  of his companion, Muadh ibn Jabal, to Yemen as an administrator over there.</w:t>
      </w:r>
      <w:r>
        <w:br/>
      </w:r>
      <w:r>
        <w:rPr>
          <w:sz w:val="20"/>
        </w:rPr>
        <w:t>1:52  At the time, the Prophet, at the time, the Prophet asked, "How you decide? How will you decide?" matters.</w:t>
      </w:r>
      <w:r>
        <w:br/>
      </w:r>
      <w:r>
        <w:rPr>
          <w:sz w:val="20"/>
        </w:rPr>
        <w:t>2:02  Muadh ibn Jabal replied</w:t>
      </w:r>
      <w:r>
        <w:br/>
      </w:r>
      <w:r>
        <w:rPr>
          <w:sz w:val="20"/>
        </w:rPr>
        <w:t>2:12  "I will decide in the light of the Quran.</w:t>
      </w:r>
      <w:r>
        <w:br/>
      </w:r>
      <w:r>
        <w:rPr>
          <w:sz w:val="20"/>
        </w:rPr>
        <w:t>2:23  When there is some issue, so first of all I will try to find the solution in the Quran.</w:t>
      </w:r>
      <w:r>
        <w:br/>
      </w:r>
      <w:r>
        <w:rPr>
          <w:sz w:val="20"/>
        </w:rPr>
        <w:t>2:33  And if I fail to find the solution in the Quran, then</w:t>
      </w:r>
      <w:r>
        <w:br/>
      </w:r>
      <w:r>
        <w:rPr>
          <w:sz w:val="20"/>
        </w:rPr>
        <w:t>2:44  I will try to find the solution in the hadith.</w:t>
      </w:r>
      <w:r>
        <w:br/>
      </w:r>
      <w:r>
        <w:rPr>
          <w:sz w:val="20"/>
        </w:rPr>
        <w:t>2:51  Then if I fail again, I will try to find the solution by my own common sense, by</w:t>
      </w:r>
      <w:r>
        <w:br/>
      </w:r>
      <w:r>
        <w:rPr>
          <w:sz w:val="20"/>
        </w:rPr>
        <w:t>2:59  applying my own reason." He said, "Ijtahid ra'yi wala alu.</w:t>
      </w:r>
      <w:r>
        <w:br/>
      </w:r>
      <w:r>
        <w:rPr>
          <w:sz w:val="20"/>
        </w:rPr>
        <w:t>3:06  I will use my own opinion by common sense, my reason</w:t>
      </w:r>
      <w:r>
        <w:br/>
      </w:r>
      <w:r>
        <w:rPr>
          <w:sz w:val="20"/>
        </w:rPr>
        <w:t>3:14  "So he used the word ijtahidu, that is ijtihad.</w:t>
      </w:r>
      <w:r>
        <w:br/>
      </w:r>
      <w:r>
        <w:rPr>
          <w:sz w:val="20"/>
        </w:rPr>
        <w:t>3:22  In this hadith you can see that companion used three words: Quran, Sunnah, Ijtihad.</w:t>
      </w:r>
      <w:r>
        <w:br/>
      </w:r>
      <w:r>
        <w:rPr>
          <w:sz w:val="20"/>
        </w:rPr>
        <w:t>3:29  And the prophet of Islam endorsed it, he confirmed it.</w:t>
      </w:r>
      <w:r>
        <w:br/>
      </w:r>
      <w:r>
        <w:rPr>
          <w:sz w:val="20"/>
        </w:rPr>
        <w:t>3:37  So according to this hadith, there are three sources of learning in Islam:</w:t>
      </w:r>
      <w:r>
        <w:br/>
      </w:r>
      <w:r>
        <w:rPr>
          <w:sz w:val="20"/>
        </w:rPr>
        <w:t>3:45  Quran, the Book of God, Hadith, the sayings of the Prophet of Islam, and ijtihad.</w:t>
      </w:r>
      <w:r>
        <w:br/>
      </w:r>
      <w:r>
        <w:rPr>
          <w:sz w:val="20"/>
        </w:rPr>
        <w:t>3:53  These are the three sources of learning in Islam.</w:t>
      </w:r>
      <w:r>
        <w:br/>
      </w:r>
      <w:r>
        <w:rPr>
          <w:sz w:val="20"/>
        </w:rPr>
        <w:t>4:01  Now, ijtihad literally means to strive, to struggle.</w:t>
      </w:r>
      <w:r>
        <w:br/>
      </w:r>
      <w:r>
        <w:rPr>
          <w:sz w:val="20"/>
        </w:rPr>
        <w:t>4:09  Here ijtihad means intellectual effort.</w:t>
      </w:r>
      <w:r>
        <w:br/>
      </w:r>
      <w:r>
        <w:rPr>
          <w:sz w:val="20"/>
        </w:rPr>
        <w:t>4:17  in a situation where there is no clear commandment in Quran and Sunnah. Then you have you are allowed to utilize your own mind. This is ijtihad. Some scholars claim that now the door of ijtihad is closed.</w:t>
      </w:r>
    </w:p>
    <w:p>
      <w:pPr>
        <w:pStyle w:val="Heading2"/>
      </w:pPr>
      <w:r>
        <w:t>Purpose of Jesus miracles as evidence</w:t>
      </w:r>
    </w:p>
    <w:p>
      <w:r>
        <w:rPr>
          <w:color w:val="666666"/>
          <w:sz w:val="18"/>
        </w:rPr>
        <w:t>A Case of Derailment April 25, 2014 · 2m 41s · at 4:15 · https://youtu.be/ERcUTQt6tFY?t=255</w:t>
      </w:r>
    </w:p>
    <w:p>
      <w:r>
        <w:rPr>
          <w:i/>
        </w:rPr>
        <w:t>“Is e'tibar se yeh khusoosiyat ya mojizat Hazrat Masih ko diye gaye”</w:t>
      </w:r>
    </w:p>
    <w:p>
      <w:r>
        <w:rPr>
          <w:sz w:val="20"/>
        </w:rPr>
        <w:t>4:15  is aitbar se yeh khusoosiyat ya moajze hazrat masih ko diye gaye. jaisa ke is ayat mein maloom hota hai ke un ko yeh moajza diya gaya tha ke wo murda mein jandar dalte the.</w:t>
      </w:r>
      <w:r>
        <w:br/>
      </w:r>
      <w:r>
        <w:rPr>
          <w:sz w:val="20"/>
        </w:rPr>
        <w:t>4:36  wo mure hue ko zinda kar dete the. wo bimaron ko acha kar dete the.</w:t>
      </w:r>
      <w:r>
        <w:br/>
      </w:r>
      <w:r>
        <w:rPr>
          <w:sz w:val="20"/>
        </w:rPr>
        <w:t>4:45  bimaron ko acha kar dete the. wo bata dete the ke tumhare gharon mein kya hai.</w:t>
      </w:r>
      <w:r>
        <w:br/>
      </w:r>
      <w:r>
        <w:rPr>
          <w:sz w:val="20"/>
        </w:rPr>
        <w:t>4:54  yeh sab baaten bohat hi</w:t>
      </w:r>
      <w:r>
        <w:br/>
      </w:r>
      <w:r>
        <w:rPr>
          <w:sz w:val="20"/>
        </w:rPr>
        <w:t>4:59  ziyada ajeeb thin. to yeh is liye thin ke yahood ko maloom ho ke yeh aadmi nabbi hai ya Allah ki taraf se hai.</w:t>
      </w:r>
      <w:r>
        <w:br/>
      </w:r>
      <w:r>
        <w:rPr>
          <w:sz w:val="20"/>
        </w:rPr>
        <w:t>5:16  to is se ya to wo nabbi ko pehchan len aur phir islaah kar len. aur agar wo na pehchanen, islaah na karen to un par itmam e hujjat ho jaye.</w:t>
      </w:r>
      <w:r>
        <w:br/>
      </w:r>
      <w:r>
        <w:rPr>
          <w:sz w:val="20"/>
        </w:rPr>
        <w:t>5:27  itmam e hujjat ka matlab yeh hai ke yeh baat wazeh ho jaye ke aisa nabbi</w:t>
      </w:r>
      <w:r>
        <w:br/>
      </w:r>
      <w:r>
        <w:rPr>
          <w:sz w:val="20"/>
        </w:rPr>
        <w:t>5:39  jo tumhare paas aaya, jo</w:t>
      </w:r>
      <w:r>
        <w:br/>
      </w:r>
      <w:r>
        <w:rPr>
          <w:sz w:val="20"/>
        </w:rPr>
        <w:t>5:47  be rooh mein cheez mein zinda zindagi paida karta tha, jo murda ko zinda karta tha, jo</w:t>
      </w:r>
      <w:r>
        <w:br/>
      </w:r>
      <w:r>
        <w:rPr>
          <w:sz w:val="20"/>
        </w:rPr>
        <w:t>6:08  jo tum ko is ki jis ki baseerat itni barhi hui thi ke tumhare gharon mein kya hai,</w:t>
      </w:r>
      <w:r>
        <w:br/>
      </w:r>
      <w:r>
        <w:rPr>
          <w:sz w:val="20"/>
        </w:rPr>
        <w:t>6:14  woh bata deta tha. is ke bawajood tum ne apni islaah nahi ki.</w:t>
      </w:r>
      <w:r>
        <w:br/>
      </w:r>
      <w:r>
        <w:rPr>
          <w:sz w:val="20"/>
        </w:rPr>
        <w:t>6:23  to yeh is tarah ka itmam-e-hujjat jab ho jaye to un ko ma'zoor kar diya jaye taake unhein daleel ke sath wazeh ho jaye ke tum is qabil, is qabil apne zawal ke nateejay mein is qabil ho chuke the ke ab tumhein mazeed</w:t>
      </w:r>
      <w:r>
        <w:br/>
      </w:r>
      <w:r>
        <w:rPr>
          <w:sz w:val="20"/>
        </w:rPr>
        <w:t>6:43  tumhari hesiyat ko baqi na rakha jaye balke tum ko ma'zoor kar diya jaye aur nabuwat jo hai doosre ko de di jaye. to yeh tha aur yeh waqe'atan aisa hi hua.</w:t>
      </w:r>
    </w:p>
    <w:p>
      <w:pPr>
        <w:pStyle w:val="Heading2"/>
      </w:pPr>
      <w:r>
        <w:t>Prophet's childhood detachment and spiritual search</w:t>
      </w:r>
    </w:p>
    <w:p>
      <w:r>
        <w:rPr>
          <w:color w:val="666666"/>
          <w:sz w:val="18"/>
        </w:rPr>
        <w:t>Life of the Prophet Muhammad, May 26, 2008 · 2m 39s · at 2:27 · https://youtu.be/RHKPu_bRDiY?t=147</w:t>
      </w:r>
    </w:p>
    <w:p>
      <w:r>
        <w:rPr>
          <w:i/>
        </w:rPr>
        <w:t>“Muhammad sahab ka bachpan se jo mizaj tha”</w:t>
      </w:r>
    </w:p>
    <w:p>
      <w:r>
        <w:rPr>
          <w:sz w:val="20"/>
        </w:rPr>
        <w:t>2:27  muhammad sahib ka bachpan se jo mizaj tha, woh sab se alag tha.</w:t>
      </w:r>
      <w:r>
        <w:br/>
      </w:r>
      <w:r>
        <w:rPr>
          <w:sz w:val="20"/>
        </w:rPr>
        <w:t>2:40  us waqt makka mein bohat sari activities hoti thin. jaise wahan par bazaar lagte the, log is mein kartab dikhate,</w:t>
      </w:r>
      <w:r>
        <w:br/>
      </w:r>
      <w:r>
        <w:rPr>
          <w:sz w:val="20"/>
        </w:rPr>
        <w:t>2:54  mushaire hote wahan par. wahan par khareed farokht hoti. isi tarah wahan par buton ka riwaj tha,</w:t>
      </w:r>
      <w:r>
        <w:br/>
      </w:r>
      <w:r>
        <w:rPr>
          <w:sz w:val="20"/>
        </w:rPr>
        <w:t>3:10  to is ke naam par wahan par khane peene ka function hota tha. aur bohat si activities.</w:t>
      </w:r>
      <w:r>
        <w:br/>
      </w:r>
      <w:r>
        <w:rPr>
          <w:sz w:val="20"/>
        </w:rPr>
        <w:t>3:19  to muhammad sallallahu alaihi wasallam in activities se aik dam alag rehte the. is ka matlab yeh hai ke woh chote par se hi seekhar the.</w:t>
      </w:r>
      <w:r>
        <w:br/>
      </w:r>
      <w:r>
        <w:rPr>
          <w:sz w:val="20"/>
        </w:rPr>
        <w:t>3:33  sachai ko janna, sachai ko talash karna, yeh un ka nature tha.</w:t>
      </w:r>
      <w:r>
        <w:br/>
      </w:r>
      <w:r>
        <w:rPr>
          <w:sz w:val="20"/>
        </w:rPr>
        <w:t>3:45  aap ka makka mein koi dost nahi tha. kisi majlis mein aap baithte nahi the.</w:t>
      </w:r>
      <w:r>
        <w:br/>
      </w:r>
      <w:r>
        <w:rPr>
          <w:sz w:val="20"/>
        </w:rPr>
        <w:t>3:56  aap ka tareeqa yeh tha ke makkah se kuch door wahan par aik pahaar tha, us ka naam tha hira.</w:t>
      </w:r>
      <w:r>
        <w:br/>
      </w:r>
      <w:r>
        <w:rPr>
          <w:sz w:val="20"/>
        </w:rPr>
        <w:t>4:07  to hira mein aik kho tha jis ko kehte hain ghar hira. to aap wahan chale aate, kuch khana peena ka samaan le kar,</w:t>
      </w:r>
      <w:r>
        <w:br/>
      </w:r>
      <w:r>
        <w:rPr>
          <w:sz w:val="20"/>
        </w:rPr>
        <w:t>4:23  aur kai kai din tak wahin rehte. wahan aap koi meditation nahi karte the, sochte the.</w:t>
      </w:r>
      <w:r>
        <w:br/>
      </w:r>
      <w:r>
        <w:rPr>
          <w:sz w:val="20"/>
        </w:rPr>
        <w:t>4:34  sochte the. mein kya hoon? mera purpose kya hai zindagi mein?</w:t>
      </w:r>
      <w:r>
        <w:br/>
      </w:r>
      <w:r>
        <w:rPr>
          <w:sz w:val="20"/>
        </w:rPr>
        <w:t>4:44  yeh zameen kya hai? yeh aasman kya hai? is tarah ke log wahan arab mein bohat se hote the, un ko kehte the hunafa.</w:t>
      </w:r>
      <w:r>
        <w:br/>
      </w:r>
      <w:r>
        <w:rPr>
          <w:sz w:val="20"/>
        </w:rPr>
        <w:t>4:54  hunafa ka matlab hota hai seekhar. to unhi mein se aap bhi aik seekhar the. is tarah aap ki zindagi guzarti rahi.</w:t>
      </w:r>
    </w:p>
    <w:p>
      <w:pPr>
        <w:pStyle w:val="Heading2"/>
      </w:pPr>
      <w:r>
        <w:t>The forgotten word 'istita'at' limits how you fight wrongdoing</w:t>
      </w:r>
    </w:p>
    <w:p>
      <w:r>
        <w:rPr>
          <w:color w:val="666666"/>
          <w:sz w:val="18"/>
        </w:rPr>
        <w:t>Quran A Book of Universal Guidance May 31, 2009 · 2m 24s · at 1:30:06 · https://youtu.be/Q2_96C_3Zd8?t=5406</w:t>
      </w:r>
    </w:p>
    <w:p>
      <w:r>
        <w:rPr>
          <w:i/>
        </w:rPr>
        <w:t>“Hadees mein aata hai: jo koi burai dekhe, use badal de”</w:t>
      </w:r>
    </w:p>
    <w:p>
      <w:r>
        <w:rPr>
          <w:sz w:val="20"/>
        </w:rPr>
        <w:t>1:30:06  hadith, sahi hadith mein aaya hai ke "من راہ منکر فلیغیر بیعدی ومن لم یستطع فبلساری ولیستطع فبقلبی" ۔ is mein istitaat ka lafz yaad rakhiye.</w:t>
      </w:r>
      <w:r>
        <w:br/>
      </w:r>
      <w:r>
        <w:rPr>
          <w:sz w:val="20"/>
        </w:rPr>
        <w:t>1:30:16  isi ko jo bhool jaate hain log. lafz istitaat. woh sirf samajhte hain ke koi kisi ko aap dekhen ke woh galat kar raha hai to woh lad jaen is se.</w:t>
      </w:r>
      <w:r>
        <w:br/>
      </w:r>
      <w:r>
        <w:rPr>
          <w:sz w:val="20"/>
        </w:rPr>
        <w:t>1:30:25  yeh hai hi nahin is hadith mein. lafz istitaat ke maene hain ke agar tumhari capacity mein hai ke tum is ko result paida kar sako, is ko result.</w:t>
      </w:r>
      <w:r>
        <w:br/>
      </w:r>
      <w:r>
        <w:rPr>
          <w:sz w:val="20"/>
        </w:rPr>
        <w:t>1:30:35  yani agar tum dekho ke ek aadmi galat kar kaam kar raha hai to tumhare bas mein hai ke tum wahan result oriented action le sako.</w:t>
      </w:r>
      <w:r>
        <w:br/>
      </w:r>
      <w:r>
        <w:rPr>
          <w:sz w:val="20"/>
        </w:rPr>
        <w:t>1:30:45  to to woh us ke liye. nahi to phir kuch nahi. phir dua dua karo us ke liye. lafz istataat jo us mein hai, usi ko bhool kar ke is hadith ko sab log bayan karte rehte hain.</w:t>
      </w:r>
      <w:r>
        <w:br/>
      </w:r>
      <w:r>
        <w:rPr>
          <w:sz w:val="20"/>
        </w:rPr>
        <w:t>1:30:56  is mein dekhiye teen baatein hain.</w:t>
      </w:r>
      <w:r>
        <w:br/>
      </w:r>
      <w:r>
        <w:rPr>
          <w:sz w:val="20"/>
        </w:rPr>
        <w:t>1:30:59  agar tum munkir dekho, munkir ke maani hain koi aisi cheez jo sahi na ho, koi galat cheez dekho. to agar tumhare bas mein hai, tumhare is capacity mein hai, capacity ka matlab hai result nikalna tumhare bas mein hai.</w:t>
      </w:r>
      <w:r>
        <w:br/>
      </w:r>
      <w:r>
        <w:rPr>
          <w:sz w:val="20"/>
        </w:rPr>
        <w:t>1:31:17  farz ki jiye ke main road par dekhoon ke ek police wala kisi aadmi ko maar raha hai. to meri capacity mein agar hai to main us ko pakroon ga, us police wale ko.</w:t>
      </w:r>
      <w:r>
        <w:br/>
      </w:r>
      <w:r>
        <w:rPr>
          <w:sz w:val="20"/>
        </w:rPr>
        <w:t>1:31:29  is ka haath pakroon ga, is ka is ka danda chheenoon ga. lekin agar meri capacity mein nahi hai to main sirf narmi se kahoon ga ke bhai kyun maar rahe ho.</w:t>
      </w:r>
      <w:r>
        <w:br/>
      </w:r>
      <w:r>
        <w:rPr>
          <w:sz w:val="20"/>
        </w:rPr>
        <w:t>1:31:39  achha, yeh bhi capacity mein agar nahi hai to dil se dua karoon ga. dil mein is ko achha na samjoon ga. to basic jo crucial word us mein hai, woh lafz istataat hai.</w:t>
      </w:r>
      <w:r>
        <w:br/>
      </w:r>
      <w:r>
        <w:rPr>
          <w:sz w:val="20"/>
        </w:rPr>
        <w:t>1:31:53  If it is in your capacity to yield the result, to yield a positive result . to agar tumhare bas mein hai ke tum is mein dakhal de kar ke positive result nikal sakte ho to dakhal do.</w:t>
      </w:r>
      <w:r>
        <w:br/>
      </w:r>
      <w:r>
        <w:rPr>
          <w:sz w:val="20"/>
        </w:rPr>
        <w:t>1:32:08  yeh bas mein tumhare nahi hai to munh se thande tareeqe se narmi ke saath bolo. yeh bhi bas mein nahi hai. dil se samjho ke yeh kaam achha nahi ho raha hai. main tum dua karoon.</w:t>
      </w:r>
      <w:r>
        <w:br/>
      </w:r>
      <w:r>
        <w:rPr>
          <w:sz w:val="20"/>
        </w:rPr>
        <w:t>1:32:19  jitne log is hadith ko bayan karte phirte hain, sab ne is ko bhula rakha hai ke is mein lafz istataat hai. "fa in lafz istata'" . agar bas mein na ho result nikalna.</w:t>
      </w:r>
    </w:p>
    <w:p>
      <w:pPr>
        <w:pStyle w:val="Heading2"/>
      </w:pPr>
      <w:r>
        <w:t>Mastering time management takes conscious determination</w:t>
      </w:r>
    </w:p>
    <w:p>
      <w:r>
        <w:rPr>
          <w:color w:val="666666"/>
          <w:sz w:val="18"/>
        </w:rPr>
        <w:t>How to Establish Harmony in a Multi-Religious Society April 4, 2009 Maulana Wahiduddin Khan · 1m 06s · at 35:20 · https://youtu.be/21fE3OxNqV8?t=2120</w:t>
      </w:r>
    </w:p>
    <w:p>
      <w:r>
        <w:rPr>
          <w:i/>
        </w:rPr>
        <w:t>“How does one learn the art of time management?”</w:t>
      </w:r>
    </w:p>
    <w:p>
      <w:r>
        <w:rPr>
          <w:sz w:val="20"/>
        </w:rPr>
        <w:t>35:20  Maulana, how does one learn the art of time management? Learn the art of time management and you will be a manager of time management.</w:t>
      </w:r>
      <w:r>
        <w:br/>
      </w:r>
      <w:r>
        <w:rPr>
          <w:sz w:val="20"/>
        </w:rPr>
        <w:t>35:31  Master of time management. It is a, it all depends upon your, your conscious effort.</w:t>
      </w:r>
      <w:r>
        <w:br/>
      </w:r>
      <w:r>
        <w:rPr>
          <w:sz w:val="20"/>
        </w:rPr>
        <w:t>35:43  When you are alert, when you are conscious, when you use your determination, your then it is very easy.</w:t>
      </w:r>
      <w:r>
        <w:br/>
      </w:r>
      <w:r>
        <w:rPr>
          <w:sz w:val="20"/>
        </w:rPr>
        <w:t>35:58  Everyone knows,</w:t>
      </w:r>
      <w:r>
        <w:br/>
      </w:r>
      <w:r>
        <w:rPr>
          <w:sz w:val="20"/>
        </w:rPr>
        <w:t>36:03  It is not a very, it is not a mathematical formula that involve higher mathematics.</w:t>
      </w:r>
      <w:r>
        <w:br/>
      </w:r>
      <w:r>
        <w:rPr>
          <w:sz w:val="20"/>
        </w:rPr>
        <w:t>36:12  It is easy to understand and simply by common sense. So what is required is, is, is, is a determination.</w:t>
      </w:r>
    </w:p>
    <w:p>
      <w:pPr>
        <w:pStyle w:val="Heading2"/>
      </w:pPr>
      <w:r>
        <w:t>Joseph accepts a post from an idol-worshipping king</w:t>
      </w:r>
    </w:p>
    <w:p>
      <w:r>
        <w:rPr>
          <w:color w:val="666666"/>
          <w:sz w:val="18"/>
        </w:rPr>
        <w:t>A Brief Survey of Islamic History (Eng) February 15, 2007 · 2m 39s · at 23:14 · https://youtu.be/MdRtdA99UlA?t=1394</w:t>
      </w:r>
    </w:p>
    <w:p>
      <w:r>
        <w:rPr>
          <w:i/>
        </w:rPr>
        <w:t>“This king was a mushrik, an idol worshipper.”</w:t>
      </w:r>
    </w:p>
    <w:p>
      <w:r>
        <w:rPr>
          <w:sz w:val="20"/>
        </w:rPr>
        <w:t>23:14  So, he was a mushrik king. But according to the Qur'an, Prophet Joseph—this king offered an office in his government that was like food ministry</w:t>
      </w:r>
      <w:r>
        <w:br/>
      </w:r>
      <w:r>
        <w:rPr>
          <w:sz w:val="20"/>
        </w:rPr>
        <w:t>23:37  . He wanted to appoint Prophet Joseph as food minister. And Prophet Joseph accepted this offer under that mushrik king.</w:t>
      </w:r>
      <w:r>
        <w:br/>
      </w:r>
      <w:r>
        <w:rPr>
          <w:sz w:val="20"/>
        </w:rPr>
        <w:t>23:55  It is a great example.</w:t>
      </w:r>
      <w:r>
        <w:br/>
      </w:r>
      <w:r>
        <w:rPr>
          <w:sz w:val="20"/>
        </w:rPr>
        <w:t>23:57  It means that if we find ourselves in such a situation where</w:t>
      </w:r>
      <w:r>
        <w:br/>
      </w:r>
      <w:r>
        <w:rPr>
          <w:sz w:val="20"/>
        </w:rPr>
        <w:t>24:06  the ruler is non-Muslim, the ruler is non-Muslim or mushrik</w:t>
      </w:r>
      <w:r>
        <w:br/>
      </w:r>
      <w:r>
        <w:rPr>
          <w:sz w:val="20"/>
        </w:rPr>
        <w:t>24:15  or mulhid,</w:t>
      </w:r>
      <w:r>
        <w:br/>
      </w:r>
      <w:r>
        <w:rPr>
          <w:sz w:val="20"/>
        </w:rPr>
        <w:t>24:19  but if that king offers you an opportunity, so you have to accept that opportunity.</w:t>
      </w:r>
      <w:r>
        <w:br/>
      </w:r>
      <w:r>
        <w:rPr>
          <w:sz w:val="20"/>
        </w:rPr>
        <w:t>24:29  And you have to avail that opportunity. This is an irrelevant issue—that king himself is an idol worshipper or he is an atheist or he is a non-Muslim.</w:t>
      </w:r>
      <w:r>
        <w:br/>
      </w:r>
      <w:r>
        <w:rPr>
          <w:sz w:val="20"/>
        </w:rPr>
        <w:t>24:46  This issue is an irrelevant issue.</w:t>
      </w:r>
      <w:r>
        <w:br/>
      </w:r>
      <w:r>
        <w:rPr>
          <w:sz w:val="20"/>
        </w:rPr>
        <w:t>24:50  In such a situation, da'wahi must see the opportunity rather than the religion of the ruler.</w:t>
      </w:r>
      <w:r>
        <w:br/>
      </w:r>
      <w:r>
        <w:rPr>
          <w:sz w:val="20"/>
        </w:rPr>
        <w:t>25:01  In such a situation, the religion of the ruler is irrelevant. You have to see the opportunity. It is very important.</w:t>
      </w:r>
      <w:r>
        <w:br/>
      </w:r>
      <w:r>
        <w:rPr>
          <w:sz w:val="20"/>
        </w:rPr>
        <w:t>25:13  It means that Prophet Joseph gives us an example, a formula that ignores the political problem, ignores the political problem, and avails the opportunities present over there.</w:t>
      </w:r>
      <w:r>
        <w:br/>
      </w:r>
      <w:r>
        <w:rPr>
          <w:sz w:val="20"/>
        </w:rPr>
        <w:t>25:36  It is very import</w:t>
      </w:r>
      <w:r>
        <w:br/>
      </w:r>
      <w:r>
        <w:rPr>
          <w:sz w:val="20"/>
        </w:rPr>
        <w:t>25:39  ant. According to this, we are not allowed to begin our da'wah work from the</w:t>
      </w:r>
      <w:r>
        <w:br/>
      </w:r>
      <w:r>
        <w:rPr>
          <w:sz w:val="20"/>
        </w:rPr>
        <w:t>25:49  political issues.</w:t>
      </w:r>
    </w:p>
    <w:p>
      <w:pPr>
        <w:pStyle w:val="Heading2"/>
      </w:pPr>
      <w:r>
        <w:t>Bedouin's conversion story</w:t>
      </w:r>
    </w:p>
    <w:p>
      <w:r>
        <w:rPr>
          <w:color w:val="666666"/>
          <w:sz w:val="18"/>
        </w:rPr>
        <w:t>The Companions of the Prophet November 28, 2007 · 2m 33s · at 9:10 · https://youtu.be/9MoQCtMLUjo?t=550</w:t>
      </w:r>
    </w:p>
    <w:p>
      <w:r>
        <w:rPr>
          <w:i/>
        </w:rPr>
        <w:t>“Jaisay ek shakhs ke baare mein aata hai”</w:t>
      </w:r>
    </w:p>
    <w:p>
      <w:r>
        <w:rPr>
          <w:sz w:val="20"/>
        </w:rPr>
        <w:t>9:10  jaise ek shakhs ke bare mein aata hai ke wo madine ke bahar kahin se, wo oont par sawar ho kar aaye. unhon ne suna tha ke ek paighambar zahir hue hain, wo madine aaye.</w:t>
      </w:r>
      <w:r>
        <w:br/>
      </w:r>
      <w:r>
        <w:rPr>
          <w:sz w:val="20"/>
        </w:rPr>
        <w:t>9:26  to oont par chalte hue wo wahan pohnche jahan ke masjid thi, jis ko hum masjid nabwi kehte hain. ab to bohat bari shandar building wahan par hai.</w:t>
      </w:r>
      <w:r>
        <w:br/>
      </w:r>
      <w:r>
        <w:rPr>
          <w:sz w:val="20"/>
        </w:rPr>
        <w:t>9:36  us waqt aisa nahi tha. us waqt to wahan par bohat hi saada qism ki ek masjid thi. to wahan pohnche to wahan kuch log baithe hue thay.</w:t>
      </w:r>
      <w:r>
        <w:br/>
      </w:r>
      <w:r>
        <w:rPr>
          <w:sz w:val="20"/>
        </w:rPr>
        <w:t>9:50  to unhon ne poocha ke tum mein se ibn abdul muttalib kaun hai? ibn abdul muttalib ka matlab tha Muhammad.</w:t>
      </w:r>
      <w:r>
        <w:br/>
      </w:r>
      <w:r>
        <w:rPr>
          <w:sz w:val="20"/>
        </w:rPr>
        <w:t>10:02  tum mein se Muhammad kaun hai? abhi oont par baithe hue hain, oont se utre nahi wo. to rasool Allah sallallahu alaihi wasallam wahan thay, unhon ne kaha ke main hoon ibn abdul muttalib, yaani main hoon Muhammad.</w:t>
      </w:r>
      <w:r>
        <w:br/>
      </w:r>
      <w:r>
        <w:rPr>
          <w:sz w:val="20"/>
        </w:rPr>
        <w:t>10:17  to oont par baithe hi baithe wo kehte hain ke main aap ko is Khuda ki qasam dilata hoon jis ko log mante hain, aur aap ko is Khuda ki qasam dilata hoon jis ko aap mante hain.</w:t>
      </w:r>
      <w:r>
        <w:br/>
      </w:r>
      <w:r>
        <w:rPr>
          <w:sz w:val="20"/>
        </w:rPr>
        <w:t>10:36  kya Khuda ne aap ko apna prophet bana kar bheja hai?</w:t>
      </w:r>
      <w:r>
        <w:br/>
      </w:r>
      <w:r>
        <w:rPr>
          <w:sz w:val="20"/>
        </w:rPr>
        <w:t>10:44  aap kehte hain ke Allahumma na'am, yaani haan. is ke baad isi tarah se wo kai baar sawal karta hai, isi andaaz se ke kya Khuda ne aap ko yeh kaha hai ke paanch waqt namaz padhi jaye?</w:t>
      </w:r>
      <w:r>
        <w:br/>
      </w:r>
      <w:r>
        <w:rPr>
          <w:sz w:val="20"/>
        </w:rPr>
        <w:t>11:01  yeh kaha hai ke jhoot na bola jaye? yeh kaha hai ke honesty ke sath raha jaye? yaani jo jo ahkam thay, bare bare basic, us ke bare mein poochta hai.</w:t>
      </w:r>
      <w:r>
        <w:br/>
      </w:r>
      <w:r>
        <w:rPr>
          <w:sz w:val="20"/>
        </w:rPr>
        <w:t>11:14  to aap kehte hain ke haan. usi waqt woh kehta hai ke main imaan laata hoon aap ke upar, main baiyat karta hoon, aur main aaj se aap ka saathi ban gaya.</w:t>
      </w:r>
      <w:r>
        <w:br/>
      </w:r>
      <w:r>
        <w:rPr>
          <w:sz w:val="20"/>
        </w:rPr>
        <w:t>11:28  yeh tha in ka tareeqa, sahaba ka. kuch log aisay bhi thay jinhon ne mukhalifat ki shuru mein, lekin un ki mukhalifat jo thi, woh ghalat fehmi par mabni thi.</w:t>
      </w:r>
    </w:p>
    <w:p>
      <w:pPr>
        <w:pStyle w:val="Heading2"/>
      </w:pPr>
      <w:r>
        <w:t>Rich 'super achievers' are really just money achievers</w:t>
      </w:r>
    </w:p>
    <w:p>
      <w:r>
        <w:rPr>
          <w:color w:val="666666"/>
          <w:sz w:val="18"/>
        </w:rPr>
        <w:t>History 0f Thoughts November 12, 2006 · 1m 18s · at 39:30 · https://youtu.be/BvzmJxA0j7c?t=2370</w:t>
      </w:r>
    </w:p>
    <w:p>
      <w:r>
        <w:rPr>
          <w:i/>
        </w:rPr>
        <w:t>“Jinhe log super achiever kehte hain woh super loser hain”</w:t>
      </w:r>
    </w:p>
    <w:p>
      <w:r>
        <w:rPr>
          <w:sz w:val="20"/>
        </w:rPr>
        <w:t>39:30  jaise</w:t>
      </w:r>
      <w:r>
        <w:br/>
      </w:r>
      <w:r>
        <w:rPr>
          <w:sz w:val="20"/>
        </w:rPr>
        <w:t>39:33  bohat se log hain jin ko kaha jata hai super achiever. yeh baat bohat suna hoga aap ne. super achievers. bohat si kitabein chhapi hain super achievers par.</w:t>
      </w:r>
      <w:r>
        <w:br/>
      </w:r>
      <w:r>
        <w:rPr>
          <w:sz w:val="20"/>
        </w:rPr>
        <w:t>39:45  aur mein kahunga woh super loser hain woh. yeh galat naami naam hai. yeh in logon ko super achiever kehna yeh galat naami naam hai.</w:t>
      </w:r>
      <w:r>
        <w:br/>
      </w:r>
      <w:r>
        <w:rPr>
          <w:sz w:val="20"/>
        </w:rPr>
        <w:t>39:55  kyunki agar aap zyada gehrai ke sath dekhiye toh woh super loser hote hain woh log.</w:t>
      </w:r>
      <w:r>
        <w:br/>
      </w:r>
      <w:r>
        <w:rPr>
          <w:sz w:val="20"/>
        </w:rPr>
        <w:t>40:00  kyun? aap kyun in ko super achiever kehte hain? kamyabi toh ek bohat bara shabd hai. woh jis cheez ko paate hain woh kya hai woh toh paisa hai.</w:t>
      </w:r>
      <w:r>
        <w:br/>
      </w:r>
      <w:r>
        <w:rPr>
          <w:sz w:val="20"/>
        </w:rPr>
        <w:t>40:14  woh toh paisa hai.</w:t>
      </w:r>
      <w:r>
        <w:br/>
      </w:r>
      <w:r>
        <w:rPr>
          <w:sz w:val="20"/>
        </w:rPr>
        <w:t>40:18  woh kamyabi kahan hota hai woh? agar woh kamyabi hota to kyun aisa ho ke jitne bhi super achiever hain one to all sab mayusi mein marte hain.</w:t>
      </w:r>
      <w:r>
        <w:br/>
      </w:r>
      <w:r>
        <w:rPr>
          <w:sz w:val="20"/>
        </w:rPr>
        <w:t>40:28  mayusi mein.</w:t>
      </w:r>
      <w:r>
        <w:br/>
      </w:r>
      <w:r>
        <w:rPr>
          <w:sz w:val="20"/>
        </w:rPr>
        <w:t>40:29  aap kisi ko bhi dekh lijie. to kaise super achiever hain woh?</w:t>
      </w:r>
      <w:r>
        <w:br/>
      </w:r>
      <w:r>
        <w:rPr>
          <w:sz w:val="20"/>
        </w:rPr>
        <w:t>40:38  kaise super achiever hain woh? yeh sab ke sab sahi baat hai ke paisa kamyab hain. They are money achievers rather than super achievers.</w:t>
      </w:r>
    </w:p>
    <w:p>
      <w:pPr>
        <w:pStyle w:val="Heading2"/>
      </w:pPr>
      <w:r>
        <w:t>Why Maulana says the Balfour Declaration and Palestine were just</w:t>
      </w:r>
    </w:p>
    <w:p>
      <w:r>
        <w:rPr>
          <w:color w:val="666666"/>
          <w:sz w:val="18"/>
        </w:rPr>
        <w:t>Global Warming Divine Warning October 7, 2009 Maulana Wahiduddin Khan · 2m 15s · at 34:10 · https://youtu.be/BaTfAGzuUdc?t=2050</w:t>
      </w:r>
    </w:p>
    <w:p>
      <w:r>
        <w:rPr>
          <w:i/>
        </w:rPr>
        <w:t>“The problem is present muslim leaders forgot the Quran”</w:t>
      </w:r>
    </w:p>
    <w:p>
      <w:r>
        <w:rPr>
          <w:sz w:val="20"/>
        </w:rPr>
        <w:t>34:10  so what should be the answer to this? yes,</w:t>
      </w:r>
      <w:r>
        <w:br/>
      </w:r>
      <w:r>
        <w:rPr>
          <w:sz w:val="20"/>
        </w:rPr>
        <w:t>34:15  the problem is that present muslim generation, especially the the leaders of muslim community,</w:t>
      </w:r>
      <w:r>
        <w:br/>
      </w:r>
      <w:r>
        <w:rPr>
          <w:sz w:val="20"/>
        </w:rPr>
        <w:t>34:29  they they have forgotten the quran. they only recite the quran. they don't try to derive the guidance from the quran.</w:t>
      </w:r>
      <w:r>
        <w:br/>
      </w:r>
      <w:r>
        <w:rPr>
          <w:sz w:val="20"/>
        </w:rPr>
        <w:t>34:48  quran is sole criteria for us. we have to to to seek our guidance from the quran, but this fact that these muslim leaders never try to seek guidance from the quran.</w:t>
      </w:r>
      <w:r>
        <w:br/>
      </w:r>
      <w:r>
        <w:rPr>
          <w:sz w:val="20"/>
        </w:rPr>
        <w:t>35:06  they speak according to their mind, according to their emotions.</w:t>
      </w:r>
      <w:r>
        <w:br/>
      </w:r>
      <w:r>
        <w:rPr>
          <w:sz w:val="20"/>
        </w:rPr>
        <w:t>35:12  so i am firm, i can say that the former declaration was quite right declaration, and when palestine was given to to jew, that was the right decision, because it is promised land, assigned land.</w:t>
      </w:r>
      <w:r>
        <w:br/>
      </w:r>
      <w:r>
        <w:rPr>
          <w:sz w:val="20"/>
        </w:rPr>
        <w:t>35:34  so i can say that palestine is a promised land for jew, assigned land for jew.</w:t>
      </w:r>
      <w:r>
        <w:br/>
      </w:r>
      <w:r>
        <w:rPr>
          <w:sz w:val="20"/>
        </w:rPr>
        <w:t>35:42  they have every right to settle in palestine. why? because all those jew who returned to palestine, they were jew in diaspora.</w:t>
      </w:r>
      <w:r>
        <w:br/>
      </w:r>
      <w:r>
        <w:rPr>
          <w:sz w:val="20"/>
        </w:rPr>
        <w:t>35:56  jio in diaspora. so any community who is living in diaspora have right to return to his homeland.</w:t>
      </w:r>
      <w:r>
        <w:br/>
      </w:r>
      <w:r>
        <w:rPr>
          <w:sz w:val="20"/>
        </w:rPr>
        <w:t>36:06  this was the balfour declaration.</w:t>
      </w:r>
      <w:r>
        <w:br/>
      </w:r>
      <w:r>
        <w:rPr>
          <w:sz w:val="20"/>
        </w:rPr>
        <w:t>36:11  so according to my knowledge, i can say that in this case arabs were wrong, and and balfour lord balfour was right.</w:t>
      </w:r>
    </w:p>
    <w:p>
      <w:pPr>
        <w:pStyle w:val="Heading2"/>
      </w:pPr>
      <w:r>
        <w:t>Miracles fit the age; science is today's miracle</w:t>
      </w:r>
    </w:p>
    <w:p>
      <w:r>
        <w:rPr>
          <w:color w:val="666666"/>
          <w:sz w:val="18"/>
        </w:rPr>
        <w:t>Lessons from The Story of Prophet Moses Part 2, August 28, 2022 · 1m 43s · at 32:09 · https://youtu.be/2grjIPh0AFc?t=1929</w:t>
      </w:r>
    </w:p>
    <w:p>
      <w:r>
        <w:rPr>
          <w:i/>
        </w:rPr>
        <w:t>“A miracle was a pre-scientific-age phenomenon”</w:t>
      </w:r>
    </w:p>
    <w:p>
      <w:r>
        <w:rPr>
          <w:sz w:val="20"/>
        </w:rPr>
        <w:t>32:08  ji</w:t>
      </w:r>
      <w:r>
        <w:br/>
      </w:r>
      <w:r>
        <w:rPr>
          <w:sz w:val="20"/>
        </w:rPr>
        <w:t>32:09  aur Maulana ne likha hai ke jo moajza hai ya miracle hai woh ek scientific phenomenon tha. hmm ah</w:t>
      </w:r>
      <w:r>
        <w:br/>
      </w:r>
      <w:r>
        <w:rPr>
          <w:sz w:val="20"/>
        </w:rPr>
        <w:t>32:19  kitaab Izhaar-e-Deen mein ek bada acha article hai iske upar aur ismein yeh wazeh kiya hai ke moajza to ek scientific phenomenon tha aur jo scientific age hai jismein hum reh rahe hain yahan har cheez moajza hai har cheez miracle ho gaya hai miracle ho gayi kyunke insaan ne micro level se aur macro level pe har cheez ko discover kar liya hai ek cell ek drop of water is a miracle even a drop of water is a miracle</w:t>
      </w:r>
      <w:r>
        <w:br/>
      </w:r>
      <w:r>
        <w:rPr>
          <w:sz w:val="20"/>
        </w:rPr>
        <w:t>32:47  to is tareeqe se ah ah ab moajze ki zaroorat nahi hai kyunke har taraf moajze phailay hue hain ab toh insaan is pe ghaur karke Khuda ko daryaft kare. Hadees mein aata hai ke kuch aise bande honge aakhir mein jo na peghambar honge na shaheed honge shaheed se murad hai jinhone dawat ka kaam kiya lekin unpe peghambar rashk karenge.</w:t>
      </w:r>
      <w:r>
        <w:br/>
      </w:r>
      <w:r>
        <w:rPr>
          <w:sz w:val="20"/>
        </w:rPr>
        <w:t>33:13  ji</w:t>
      </w:r>
      <w:r>
        <w:br/>
      </w:r>
      <w:r>
        <w:rPr>
          <w:sz w:val="20"/>
        </w:rPr>
        <w:t>33:14  to ghaleban yahi log honge jo jinhone modern age mein Khuda ko daryaft kiya kyunke jo ah purana zamana tha us waqt to Allah ta'ala ah ghayab ko dikhata tha peghambaron ko aur moajze ah karwata</w:t>
      </w:r>
      <w:r>
        <w:br/>
      </w:r>
      <w:r>
        <w:rPr>
          <w:sz w:val="20"/>
        </w:rPr>
        <w:t>33:31  tha lekin ab toh har insaan ke liye mumkin ho gaya hai ke woh bohat hi aala marifat ji Khuda ki haasil kar sake aur ah iski azmat aur iski glory apne upar taari kar sake is is daur mein to peghambaron ko yeh sab cheezein dikhayi gayeen mushahida karaya gaya.</w:t>
      </w:r>
    </w:p>
    <w:p>
      <w:pPr>
        <w:pStyle w:val="Heading2"/>
      </w:pPr>
      <w:r>
        <w:t>Reasons for women's inferior status</w:t>
      </w:r>
    </w:p>
    <w:p>
      <w:r>
        <w:rPr>
          <w:color w:val="666666"/>
          <w:sz w:val="18"/>
        </w:rPr>
        <w:t>Position of Woman in Islam October 31, 2021 Prof. Farida Khanam · 1m 31s · at 0:38 · https://youtu.be/ytlR1ELCRwc?t=38</w:t>
      </w:r>
    </w:p>
    <w:p>
      <w:r>
        <w:rPr>
          <w:i/>
        </w:rPr>
        <w:t>“Position of women ki reason zamana tha”</w:t>
      </w:r>
    </w:p>
    <w:p>
      <w:r>
        <w:rPr>
          <w:sz w:val="20"/>
        </w:rPr>
        <w:t>0:38  to woh aap agar kuch detail aap ko chahiye to aap us mein se dekh dekh sakte hain. aur asal mein position of women jo itni zyada kharab thi, inferior position thi, to uska reason jo tha woh zamana tha.</w:t>
      </w:r>
      <w:r>
        <w:br/>
      </w:r>
      <w:r>
        <w:rPr>
          <w:sz w:val="20"/>
        </w:rPr>
        <w:t>0:58  qadeem zamanay mein bohat ziyada superstition, irrational belief ka riwaj tha, to isi ka nateeja tha ke women ki jo position thi to woh bohat hi is ka darja kam ho gaya tha.</w:t>
      </w:r>
      <w:r>
        <w:br/>
      </w:r>
      <w:r>
        <w:rPr>
          <w:sz w:val="20"/>
        </w:rPr>
        <w:t>1:15  har cheez mein jo nizam-e-aqaaid tha us zamanay ka, to har cheez jo hai qayaasaat par mabni thi, koi observation nahi, koi verification nahi.</w:t>
      </w:r>
      <w:r>
        <w:br/>
      </w:r>
      <w:r>
        <w:rPr>
          <w:sz w:val="20"/>
        </w:rPr>
        <w:t>1:26  yeh sab to jab Islam aaya seventh century mein, is ke baad yeh saari cheezein jo hain dunya ne jaani ke koi bhi nateeja akhaz karne ke liye observation kiya jata hai, verification kiya jata hai.</w:t>
      </w:r>
      <w:r>
        <w:br/>
      </w:r>
      <w:r>
        <w:rPr>
          <w:sz w:val="20"/>
        </w:rPr>
        <w:t>1:43  pehlay to bas supposition tha, isi wajah se har mamlay mein logon ki jo rai thi woh irrational thi, to supposition based thi, conjecture based thi.</w:t>
      </w:r>
      <w:r>
        <w:br/>
      </w:r>
      <w:r>
        <w:rPr>
          <w:sz w:val="20"/>
        </w:rPr>
        <w:t>1:55  to mein aap ko chand misaal pesh karungi jis se aap ko pata chalay ga ke yeh be-buniyad ohaam jo hain woh kya thay aur is ko Islam ne kis tarah khatam kiya.</w:t>
      </w:r>
    </w:p>
    <w:p>
      <w:pPr>
        <w:pStyle w:val="Heading2"/>
      </w:pPr>
      <w:r>
        <w:t>Ego and intellectual awakening</w:t>
      </w:r>
    </w:p>
    <w:p>
      <w:r>
        <w:rPr>
          <w:color w:val="666666"/>
          <w:sz w:val="18"/>
        </w:rPr>
        <w:t>Islam and Reason | October 19, 2008 · 2m 01s · at 23:38 · https://youtu.be/fonwQAw1vCw?t=1418</w:t>
      </w:r>
    </w:p>
    <w:p>
      <w:r>
        <w:rPr>
          <w:i/>
        </w:rPr>
        <w:t>“Whether poor or rich, ego exists in every human”</w:t>
      </w:r>
    </w:p>
    <w:p>
      <w:r>
        <w:rPr>
          <w:sz w:val="20"/>
        </w:rPr>
        <w:t>23:38  chahe ghareeb ho ya ameer ho.</w:t>
      </w:r>
      <w:r>
        <w:br/>
      </w:r>
      <w:r>
        <w:rPr>
          <w:sz w:val="20"/>
        </w:rPr>
        <w:t>23:42  ya parha likha ho ya be parha likha ho.</w:t>
      </w:r>
      <w:r>
        <w:br/>
      </w:r>
      <w:r>
        <w:rPr>
          <w:sz w:val="20"/>
        </w:rPr>
        <w:t>23:45  ego har insan ke andar hota hai.</w:t>
      </w:r>
      <w:r>
        <w:br/>
      </w:r>
      <w:r>
        <w:rPr>
          <w:sz w:val="20"/>
        </w:rPr>
        <w:t>23:48  lekin woh ego jo hai hamesha dormant position mein hota hai.</w:t>
      </w:r>
      <w:r>
        <w:br/>
      </w:r>
      <w:r>
        <w:rPr>
          <w:sz w:val="20"/>
        </w:rPr>
        <w:t>23:52  soya hua hota hai.</w:t>
      </w:r>
      <w:r>
        <w:br/>
      </w:r>
      <w:r>
        <w:rPr>
          <w:sz w:val="20"/>
        </w:rPr>
        <w:t>23:55  matlab aadmi normal rahega, normal tareeqay se aap se baatein karega, normal tareeqay se aap se</w:t>
      </w:r>
      <w:r>
        <w:br/>
      </w:r>
      <w:r>
        <w:rPr>
          <w:sz w:val="20"/>
        </w:rPr>
        <w:t>23:59  behave karega.</w:t>
      </w:r>
      <w:r>
        <w:br/>
      </w:r>
      <w:r>
        <w:rPr>
          <w:sz w:val="20"/>
        </w:rPr>
        <w:t>24:02  agarche woh ego is ka yahan soya hua hoga.</w:t>
      </w:r>
      <w:r>
        <w:br/>
      </w:r>
      <w:r>
        <w:rPr>
          <w:sz w:val="20"/>
        </w:rPr>
        <w:t>24:05  ab agar aap yeh karein ke is ke ego ko bharka dein,</w:t>
      </w:r>
      <w:r>
        <w:br/>
      </w:r>
      <w:r>
        <w:rPr>
          <w:sz w:val="20"/>
        </w:rPr>
        <w:t>24:09  is ko gaali de dein, is ko maar dein, is ke loudspeaker ko tod dein to kya</w:t>
      </w:r>
      <w:r>
        <w:br/>
      </w:r>
      <w:r>
        <w:rPr>
          <w:sz w:val="20"/>
        </w:rPr>
        <w:t>24:15  hoga? aap ne is soye hue ego ko jaga diya.</w:t>
      </w:r>
      <w:r>
        <w:br/>
      </w:r>
      <w:r>
        <w:rPr>
          <w:sz w:val="20"/>
        </w:rPr>
        <w:t>24:21  soye hue ego jaagega to zahir hai ke phir woh breakdown hoga.</w:t>
      </w:r>
      <w:r>
        <w:br/>
      </w:r>
      <w:r>
        <w:rPr>
          <w:sz w:val="20"/>
        </w:rPr>
        <w:t>24:27  اس کا فارمولا یہ ہے کہ when one's ego is touched, it turns you to super ego.</w:t>
      </w:r>
      <w:r>
        <w:br/>
      </w:r>
      <w:r>
        <w:rPr>
          <w:sz w:val="20"/>
        </w:rPr>
        <w:t>24:33  and the result is breakdown. yeh</w:t>
      </w:r>
      <w:r>
        <w:br/>
      </w:r>
      <w:r>
        <w:rPr>
          <w:sz w:val="20"/>
        </w:rPr>
        <w:t>24:39  formula hai, yahi isi baat ko sari duniya ke Musalman nahi jaante.</w:t>
      </w:r>
      <w:r>
        <w:br/>
      </w:r>
      <w:r>
        <w:rPr>
          <w:sz w:val="20"/>
        </w:rPr>
        <w:t>24:44  har jagah woh bharkate hain, is ke baad jab is ka result saamne aata hai, negative result to</w:t>
      </w:r>
      <w:r>
        <w:br/>
      </w:r>
      <w:r>
        <w:rPr>
          <w:sz w:val="20"/>
        </w:rPr>
        <w:t>24:49  phir chalate hain ke zulm ho raha hai, zulm ho raha hai, zulm ho raha hai.</w:t>
      </w:r>
      <w:r>
        <w:br/>
      </w:r>
      <w:r>
        <w:rPr>
          <w:sz w:val="20"/>
        </w:rPr>
        <w:t>24:54  yeh hargiz Islam nahi hai.</w:t>
      </w:r>
      <w:r>
        <w:br/>
      </w:r>
      <w:r>
        <w:rPr>
          <w:sz w:val="20"/>
        </w:rPr>
        <w:t>24:59  yeh be aqli hai, be aqli.</w:t>
      </w:r>
      <w:r>
        <w:br/>
      </w:r>
      <w:r>
        <w:rPr>
          <w:sz w:val="20"/>
        </w:rPr>
        <w:t>25:04  to chunke Musalman is zamane ke Islam ka ek reduced form ko unhone paya hai. reduced form</w:t>
      </w:r>
      <w:r>
        <w:br/>
      </w:r>
      <w:r>
        <w:rPr>
          <w:sz w:val="20"/>
        </w:rPr>
        <w:t>25:09  form, wohi rituals.</w:t>
      </w:r>
      <w:r>
        <w:br/>
      </w:r>
      <w:r>
        <w:rPr>
          <w:sz w:val="20"/>
        </w:rPr>
        <w:t>25:13  rituals kya hain? Islam ka reduced form hai.</w:t>
      </w:r>
      <w:r>
        <w:br/>
      </w:r>
      <w:r>
        <w:rPr>
          <w:sz w:val="20"/>
        </w:rPr>
        <w:t>25:18  Islam ki wisdom ko nahi paya unhone.</w:t>
      </w:r>
      <w:r>
        <w:br/>
      </w:r>
      <w:r>
        <w:rPr>
          <w:sz w:val="20"/>
        </w:rPr>
        <w:t>25:22  Islam ke andar jo gehri wisdom hai is ko paya hi nahi unhone.</w:t>
      </w:r>
      <w:r>
        <w:br/>
      </w:r>
      <w:r>
        <w:rPr>
          <w:sz w:val="20"/>
        </w:rPr>
        <w:t>25:26  is liye un ki un ki intellectual awakening nahi hui.</w:t>
      </w:r>
      <w:r>
        <w:br/>
      </w:r>
      <w:r>
        <w:rPr>
          <w:sz w:val="20"/>
        </w:rPr>
        <w:t>25:31  yani islam ne un ke aql ke darwaze ko nak nahi kiya.</w:t>
      </w:r>
      <w:r>
        <w:br/>
      </w:r>
      <w:r>
        <w:rPr>
          <w:sz w:val="20"/>
        </w:rPr>
        <w:t>25:35  islam ne un ki un ki reason ko activate nahi kiya.</w:t>
      </w:r>
    </w:p>
    <w:p>
      <w:pPr>
        <w:pStyle w:val="Heading2"/>
      </w:pPr>
      <w:r>
        <w:t>From Tipu's defeat to India's freedom</w:t>
      </w:r>
    </w:p>
    <w:p>
      <w:r>
        <w:rPr>
          <w:color w:val="666666"/>
          <w:sz w:val="18"/>
        </w:rPr>
        <w:t>The Prophet An Example of Modesty August 27, 2017 · 2m 34s · at 3:28 · https://youtu.be/aR3V4c8fQC4?t=208</w:t>
      </w:r>
    </w:p>
    <w:p>
      <w:r>
        <w:rPr>
          <w:i/>
        </w:rPr>
        <w:t>“British company India mein dakhil hui aur Tipu Sultan se ladai hui”</w:t>
      </w:r>
    </w:p>
    <w:p>
      <w:r>
        <w:rPr>
          <w:sz w:val="20"/>
        </w:rPr>
        <w:t>3:28  main ne socha ke is se pehle British company India mein dakhil hui, yahan unhon ne ladaaiyan ki.</w:t>
      </w:r>
      <w:r>
        <w:br/>
      </w:r>
      <w:r>
        <w:rPr>
          <w:sz w:val="20"/>
        </w:rPr>
        <w:t>3:42  aakhir mein unka jo haraif tha, rival, woh Tipu Sultan tha, jo bohat hi bahadur aadmi tha.</w:t>
      </w:r>
      <w:r>
        <w:br/>
      </w:r>
      <w:r>
        <w:rPr>
          <w:sz w:val="20"/>
        </w:rPr>
        <w:t>3:53  to is se British faujon ki jang hui. yahan tak ke chaar May 1799 ko Mysore mein battlefield mein woh halak ho gaya.</w:t>
      </w:r>
      <w:r>
        <w:br/>
      </w:r>
      <w:r>
        <w:rPr>
          <w:sz w:val="20"/>
        </w:rPr>
        <w:t>4:13  to is waqt jo Angrez is fauj ki command kar raha tha, uska naam tha General Harris. General Harris ne jab dekha ke battlefield mein shaitan Tipu ki laash padi hui hai,</w:t>
      </w:r>
      <w:r>
        <w:br/>
      </w:r>
      <w:r>
        <w:rPr>
          <w:sz w:val="20"/>
        </w:rPr>
        <w:t>4:35  murda laash, to usko dekh kar woh chala utha. He shouted, "Today India is ours!</w:t>
      </w:r>
      <w:r>
        <w:br/>
      </w:r>
      <w:r>
        <w:rPr>
          <w:sz w:val="20"/>
        </w:rPr>
        <w:t>4:47  "</w:t>
      </w:r>
      <w:r>
        <w:br/>
      </w:r>
      <w:r>
        <w:rPr>
          <w:sz w:val="20"/>
        </w:rPr>
        <w:t>4:52  is ke baad waqai yahan British rule qaim ho gaya. lekin har kamaal rizwaal, us ke baad tareekh ne dekha ke woh waqt aaya jab ke India mein.</w:t>
      </w:r>
      <w:r>
        <w:br/>
      </w:r>
      <w:r>
        <w:rPr>
          <w:sz w:val="20"/>
        </w:rPr>
        <w:t>5:08  Quit India ki tareekh chali. yahan tak ke us waqt ke Viceroy</w:t>
      </w:r>
      <w:r>
        <w:br/>
      </w:r>
      <w:r>
        <w:rPr>
          <w:sz w:val="20"/>
        </w:rPr>
        <w:t>5:19  Mountbatten ne 15 August 1947 ko, August 15, 1947 ko, woh all India radio par aaye.</w:t>
      </w:r>
      <w:r>
        <w:br/>
      </w:r>
      <w:r>
        <w:rPr>
          <w:sz w:val="20"/>
        </w:rPr>
        <w:t>5:33  us waqt TV nahi hota tha. radio par unhon ne</w:t>
      </w:r>
      <w:r>
        <w:br/>
      </w:r>
      <w:r>
        <w:rPr>
          <w:sz w:val="20"/>
        </w:rPr>
        <w:t>5:41  aakhri Viceroy ke taur par yeh elaan kiya, 15 August ki raat ko 12 baj kar 1 minute par,</w:t>
      </w:r>
      <w:r>
        <w:br/>
      </w:r>
      <w:r>
        <w:rPr>
          <w:sz w:val="20"/>
        </w:rPr>
        <w:t>5:51  "Today India is for Indians!"</w:t>
      </w:r>
      <w:r>
        <w:br/>
      </w:r>
      <w:r>
        <w:rPr>
          <w:sz w:val="20"/>
        </w:rPr>
        <w:t>5:55  unhon ne kaha tha ke "today India is free!" is ka matlab yeh tha ke "today India is far</w:t>
      </w:r>
    </w:p>
    <w:p>
      <w:pPr>
        <w:pStyle w:val="Heading2"/>
      </w:pPr>
      <w:r>
        <w:t>Simplicity, not poverty, is linked to spirituality</w:t>
      </w:r>
    </w:p>
    <w:p>
      <w:r>
        <w:rPr>
          <w:color w:val="666666"/>
          <w:sz w:val="18"/>
        </w:rPr>
        <w:t>Freedom of Expression in Islam April 1, 2007 Maulana Wahiduddin Khan · 2m 21s · at 1:04:18 · https://youtu.be/k-gj-Uu0sqA?t=3858</w:t>
      </w:r>
    </w:p>
    <w:p>
      <w:r>
        <w:rPr>
          <w:i/>
        </w:rPr>
        <w:t>“Simplicity is directly linked to spirituality”</w:t>
      </w:r>
    </w:p>
    <w:p>
      <w:r>
        <w:rPr>
          <w:sz w:val="20"/>
        </w:rPr>
        <w:t>1:04:18  simplicity jo hai woh direct taur par juri hui hai is se yani spirituality se</w:t>
      </w:r>
      <w:r>
        <w:br/>
      </w:r>
      <w:r>
        <w:rPr>
          <w:sz w:val="20"/>
        </w:rPr>
        <w:t>1:04:25  to jab tak aap ko</w:t>
      </w:r>
      <w:r>
        <w:br/>
      </w:r>
      <w:r>
        <w:rPr>
          <w:sz w:val="20"/>
        </w:rPr>
        <w:t>1:04:28  yeh na ho</w:t>
      </w:r>
      <w:r>
        <w:br/>
      </w:r>
      <w:r>
        <w:rPr>
          <w:sz w:val="20"/>
        </w:rPr>
        <w:t>1:04:30  ke apne aap ko need par aap</w:t>
      </w:r>
      <w:r>
        <w:br/>
      </w:r>
      <w:r>
        <w:rPr>
          <w:sz w:val="20"/>
        </w:rPr>
        <w:t>1:04:34  aa jayein basic us ko kehte hain basic need</w:t>
      </w:r>
      <w:r>
        <w:br/>
      </w:r>
      <w:r>
        <w:rPr>
          <w:sz w:val="20"/>
        </w:rPr>
        <w:t>1:04:39  basic need pe jab tak na aa jayein aap ab dekhein mein aap ko ek hadith sunata hoon</w:t>
      </w:r>
      <w:r>
        <w:br/>
      </w:r>
      <w:r>
        <w:rPr>
          <w:sz w:val="20"/>
        </w:rPr>
        <w:t>1:04:44  yeh bhi spirituality to hai yeh wahan pe likha nahi rahega spirituality</w:t>
      </w:r>
      <w:r>
        <w:br/>
      </w:r>
      <w:r>
        <w:rPr>
          <w:sz w:val="20"/>
        </w:rPr>
        <w:t>1:04:48  lekin woh spirituality ka super formula hai yeh</w:t>
      </w:r>
      <w:r>
        <w:br/>
      </w:r>
      <w:r>
        <w:rPr>
          <w:sz w:val="20"/>
        </w:rPr>
        <w:t>1:04:53  hadith mein aata hai ke man kanlah bait yasknah wa khadiman yakhdamuh wa jalf al-khubz wal-ma'u fa-kanama hu'i hu'i dunya baha fi raha super formula hai yeh spirituality ka lekin wahan likha nahi rahega spirituality</w:t>
      </w:r>
      <w:r>
        <w:br/>
      </w:r>
      <w:r>
        <w:rPr>
          <w:sz w:val="20"/>
        </w:rPr>
        <w:t>1:05:17  is ka translation yeh hai ke jis aadmi ke paas ek ghar ho jis mein reh sake zahir hai ke ek chota sa ghar simple sa jis aadmi ke paas ek ghar ho jis mein reh sake bas rehne ke qabil ghar without any comfort without any luxury rehne ke qabil jis ko urdu mein kehte hain sar chupaane ki jagah</w:t>
      </w:r>
      <w:r>
        <w:br/>
      </w:r>
      <w:r>
        <w:rPr>
          <w:sz w:val="20"/>
        </w:rPr>
        <w:t>1:05:43  to aap ne farmaya ke jis aadmi ke paas ek ghar ho jis mein woh reh sake aur ek servant ho jis se woh kuch kaam karwa sake aur roti ka ek tukra aur ek glass pani to goya ke us ke us ko sari dunya mil gayi</w:t>
      </w:r>
      <w:r>
        <w:br/>
      </w:r>
      <w:r>
        <w:rPr>
          <w:sz w:val="20"/>
        </w:rPr>
        <w:t>1:06:11  yeh hai contentment contentment without contentment no spirituality at all aap ko apne aap ko content par lana parega poverty aur yeh sab irrelevant words hain poverty ho tab bhi ek aadmi jale ga hasad mein ke dekho un ke paas bohat hai hum ko hamare paas kuch nahi hai to apne ko peeche hatana parega</w:t>
      </w:r>
    </w:p>
    <w:p>
      <w:pPr>
        <w:pStyle w:val="Heading2"/>
      </w:pPr>
      <w:r>
        <w:t>Distinguishing Muslims' failures from Islam itself</w:t>
      </w:r>
    </w:p>
    <w:p>
      <w:r>
        <w:rPr>
          <w:color w:val="666666"/>
          <w:sz w:val="18"/>
        </w:rPr>
        <w:t>Role of Islam in History April 5, 2009 · 1m 50s · at 48:03 · https://youtu.be/_chXIaKrOH8?t=2883</w:t>
      </w:r>
    </w:p>
    <w:p>
      <w:r>
        <w:rPr>
          <w:i/>
        </w:rPr>
        <w:t>“Do issue alag hain: Muslim kya hain, Islam kya hai”</w:t>
      </w:r>
    </w:p>
    <w:p>
      <w:r>
        <w:rPr>
          <w:sz w:val="20"/>
        </w:rPr>
        <w:t>48:03  kyun? woh musalmanon ko dekh kar raaye banate hain, islam ko dekh kar nahin.</w:t>
      </w:r>
      <w:r>
        <w:br/>
      </w:r>
      <w:r>
        <w:rPr>
          <w:sz w:val="20"/>
        </w:rPr>
        <w:t>48:13  woh musalmanon ko dekh kar raaye banate hain, islam ko dekh kar nahin. to main hamesha yeh kehta hoon ke dekhiye, do issue alag alag hain. ek hai issue ke musalman kya hain, ek hai issue ke islam kya hai.</w:t>
      </w:r>
      <w:r>
        <w:br/>
      </w:r>
      <w:r>
        <w:rPr>
          <w:sz w:val="20"/>
        </w:rPr>
        <w:t>48:33  jaise har jagah, jaise aap ka ek hindu kya hai aur constitution kya hai, indian constitution kya hai, indian constitution aur hindu dono ek cheez nahin hain, dono alag alag hain.</w:t>
      </w:r>
      <w:r>
        <w:br/>
      </w:r>
      <w:r>
        <w:rPr>
          <w:sz w:val="20"/>
        </w:rPr>
        <w:t>48:46  indian constitution kya hai, is ko janne ke liye aap ko is book ko padhna padega jo constitution assembly ne banayi thi. aur hindu kya hai, is ko samajhne ke liye aap society ko padhiye, society ko move kijiye, society ki study kijiye.</w:t>
      </w:r>
      <w:r>
        <w:br/>
      </w:r>
      <w:r>
        <w:rPr>
          <w:sz w:val="20"/>
        </w:rPr>
        <w:t>49:05  to yeh sabhi log is mein pade rehte hain ke woh</w:t>
      </w:r>
      <w:r>
        <w:br/>
      </w:r>
      <w:r>
        <w:rPr>
          <w:sz w:val="20"/>
        </w:rPr>
        <w:t>49:12  abhi main dilli mein ek ek ek ek seminar tha, woh sab log is mein musalman to bahut kam the, doosre log zyada the, is mein musalman to ek do the, mere jaisa.</w:t>
      </w:r>
      <w:r>
        <w:br/>
      </w:r>
      <w:r>
        <w:rPr>
          <w:sz w:val="20"/>
        </w:rPr>
        <w:t>49:24  to main ne yeh baat kahi wahan par</w:t>
      </w:r>
      <w:r>
        <w:br/>
      </w:r>
      <w:r>
        <w:rPr>
          <w:sz w:val="20"/>
        </w:rPr>
        <w:t>49:27  , to ek ek non muslim scholar ne kaha, "kya hum ab tak jaante hi nahin the ke islam alag hai, musalman alag hain?.</w:t>
      </w:r>
      <w:r>
        <w:br/>
      </w:r>
      <w:r>
        <w:rPr>
          <w:sz w:val="20"/>
        </w:rPr>
        <w:t>49:35  hum dono ko ek samajhte the". bahut sincerely kaha unhon ne aisa. to aisi haalat mein kaise samajh mein aayega</w:t>
      </w:r>
      <w:r>
        <w:br/>
      </w:r>
      <w:r>
        <w:rPr>
          <w:sz w:val="20"/>
        </w:rPr>
        <w:t>49:46  ke musalmanon ne mis interpretation kar ke saare baatini ko khud hi bigaad rakha hai? sara</w:t>
      </w:r>
    </w:p>
    <w:p>
      <w:pPr>
        <w:pStyle w:val="Heading2"/>
      </w:pPr>
      <w:r>
        <w:t>Policy of tolerance and religious freedom</w:t>
      </w:r>
    </w:p>
    <w:p>
      <w:r>
        <w:rPr>
          <w:color w:val="666666"/>
          <w:sz w:val="18"/>
        </w:rPr>
        <w:t>Life of The Prophet of Islam in Brief (English) March 19, 2007 Maulana Wahiduddin Khan · 3m 07s · at 28:39 · https://youtu.be/dGDEatt8oFg?t=1719</w:t>
      </w:r>
    </w:p>
    <w:p>
      <w:r>
        <w:rPr>
          <w:i/>
        </w:rPr>
        <w:t>“So he always adopted the policy of tolerance”</w:t>
      </w:r>
    </w:p>
    <w:p>
      <w:r>
        <w:rPr>
          <w:sz w:val="20"/>
        </w:rPr>
        <w:t>28:39  this was the main concern of the prophet. so he always, he always adopted the policy of tolerance</w:t>
      </w:r>
      <w:r>
        <w:br/>
      </w:r>
      <w:r>
        <w:rPr>
          <w:sz w:val="20"/>
        </w:rPr>
        <w:t>28:54  . for example, when the prophet was in mecca, this verse was revealed in the quran: "lakum deenukum waliya deen".</w:t>
      </w:r>
      <w:r>
        <w:br/>
      </w:r>
      <w:r>
        <w:rPr>
          <w:sz w:val="20"/>
        </w:rPr>
        <w:t>29:07  for you your religion, for me mine. so this was a two point formula that is follow one and respect all.</w:t>
      </w:r>
      <w:r>
        <w:br/>
      </w:r>
      <w:r>
        <w:rPr>
          <w:sz w:val="20"/>
        </w:rPr>
        <w:t>29:18  so when prophet was in mecca, he adopted this formula.</w:t>
      </w:r>
      <w:r>
        <w:br/>
      </w:r>
      <w:r>
        <w:rPr>
          <w:sz w:val="20"/>
        </w:rPr>
        <w:t>29:24  in mecca, there were muslims, there were mushriks, and at same time, there were some christians. so in modern term, it was a multi religious society.</w:t>
      </w:r>
      <w:r>
        <w:br/>
      </w:r>
      <w:r>
        <w:rPr>
          <w:sz w:val="20"/>
        </w:rPr>
        <w:t>29:37  although mushrik were in majority, and then muslims were in minority, and christians were also in minority.</w:t>
      </w:r>
      <w:r>
        <w:br/>
      </w:r>
      <w:r>
        <w:rPr>
          <w:sz w:val="20"/>
        </w:rPr>
        <w:t>29:50  but you can see that it was a multi religious society. so at that time, prophet adopted this formula: "lakum deenukum waliya deen".</w:t>
      </w:r>
      <w:r>
        <w:br/>
      </w:r>
      <w:r>
        <w:rPr>
          <w:sz w:val="20"/>
        </w:rPr>
        <w:t>30:01  for you your religion, for me mine. that is follow one and respect all. then when prophet was able to establish a state in medina,</w:t>
      </w:r>
      <w:r>
        <w:br/>
      </w:r>
      <w:r>
        <w:rPr>
          <w:sz w:val="20"/>
        </w:rPr>
        <w:t>30:16  he again adopted this formula.</w:t>
      </w:r>
      <w:r>
        <w:br/>
      </w:r>
      <w:r>
        <w:rPr>
          <w:sz w:val="20"/>
        </w:rPr>
        <w:t>30:20  you know, at that time, medina was also a multi religious society. in medina, at that time, there were muslims, there were mushriks, and there were jews.</w:t>
      </w:r>
      <w:r>
        <w:br/>
      </w:r>
      <w:r>
        <w:rPr>
          <w:sz w:val="20"/>
        </w:rPr>
        <w:t>30:37  perhaps there was no christian, but muslim were mushriks and jews were in medina at that time.</w:t>
      </w:r>
      <w:r>
        <w:br/>
      </w:r>
      <w:r>
        <w:rPr>
          <w:sz w:val="20"/>
        </w:rPr>
        <w:t>30:47  so it was again a multi religious society.</w:t>
      </w:r>
      <w:r>
        <w:br/>
      </w:r>
      <w:r>
        <w:rPr>
          <w:sz w:val="20"/>
        </w:rPr>
        <w:t>30:51  at that time, prophet issued a declaration. this declaration is called sahihfat al madinah in the book of history.</w:t>
      </w:r>
      <w:r>
        <w:br/>
      </w:r>
      <w:r>
        <w:rPr>
          <w:sz w:val="20"/>
        </w:rPr>
        <w:t>31:03  sahihfat al madinah means medina declaration. in this declaration, prophet again included this provision: "lil yahud deenohum wal muslimin deenohum".</w:t>
      </w:r>
      <w:r>
        <w:br/>
      </w:r>
      <w:r>
        <w:rPr>
          <w:sz w:val="20"/>
        </w:rPr>
        <w:t>31:24  for Jews their religion, for Muslims their religion. So again, the same formula was adopted by the prophet of Islam.</w:t>
      </w:r>
      <w:r>
        <w:br/>
      </w:r>
      <w:r>
        <w:rPr>
          <w:sz w:val="20"/>
        </w:rPr>
        <w:t>31:35  dat is follow one and respect all. so this waz policy of tolerance, policy of adjustment, policy of peaceful relationship.</w:t>
      </w:r>
    </w:p>
    <w:p>
      <w:pPr>
        <w:pStyle w:val="Heading2"/>
      </w:pPr>
      <w:r>
        <w:t>why consultation matters, the Battle of the Trench</w:t>
      </w:r>
    </w:p>
    <w:p>
      <w:r>
        <w:rPr>
          <w:color w:val="666666"/>
          <w:sz w:val="18"/>
        </w:rPr>
        <w:t>Prophetic Wisdom November 13, 2022 · 2m 12s · at 53:31 · https://youtu.be/EUFD21PtjwM?t=3211</w:t>
      </w:r>
    </w:p>
    <w:p>
      <w:r>
        <w:rPr>
          <w:i/>
        </w:rPr>
        <w:t>“The Quran devotes a whole chapter to consultation”</w:t>
      </w:r>
    </w:p>
    <w:p>
      <w:r>
        <w:rPr>
          <w:sz w:val="20"/>
        </w:rPr>
        <w:t>53:31  ji. aah apa isi par phir aah aakhri sawal bhi poochna chahoon ga ke planning ka aik hissa yeh bhi hai, shura aah quran mein bohat emphasize kiya hai, which literally means consultation.</w:t>
      </w:r>
      <w:r>
        <w:br/>
      </w:r>
      <w:r>
        <w:rPr>
          <w:sz w:val="20"/>
        </w:rPr>
        <w:t>53:43  to is ke baray mein bhi aap batayein ke is ke peechay kya hikmat hai? quran mein poora chapter hai aah</w:t>
      </w:r>
      <w:r>
        <w:br/>
      </w:r>
      <w:r>
        <w:rPr>
          <w:sz w:val="20"/>
        </w:rPr>
        <w:t>53:51  shura par. asal mein jo bhi mamlaat hotay hain to is mein kai baar aisa hota hai ke akela insan jo hai woh faislay tak nahi puhanch pata.</w:t>
      </w:r>
      <w:r>
        <w:br/>
      </w:r>
      <w:r>
        <w:rPr>
          <w:sz w:val="20"/>
        </w:rPr>
        <w:t>54:03  to har jagah yeh hota hai ke meeting hoti hai, log faislay kartay hain. aah doosray log jo members hotay hain, woh apni apni rai detay hain.</w:t>
      </w:r>
      <w:r>
        <w:br/>
      </w:r>
      <w:r>
        <w:rPr>
          <w:sz w:val="20"/>
        </w:rPr>
        <w:t>54:12  to rasool Allah sal Allah alayh wasallam to chounkay peghambar thay, to kai baar aap ko aah angel ke zariye hidayat mil jati thi, lekin aap bhi peghambar honay ke bawajood aap bhi bohat ziyada mashwara kartay thay.</w:t>
      </w:r>
      <w:r>
        <w:br/>
      </w:r>
      <w:r>
        <w:rPr>
          <w:sz w:val="20"/>
        </w:rPr>
        <w:t>54:25  to mashwaray ka maulana ne likha hai ke collective thinking ka doosra naam jo hai woh consultation hai. aur aap quran mein is mein kaha gaya hai ke mamlaat mein in se mashwara</w:t>
      </w:r>
      <w:r>
        <w:br/>
      </w:r>
      <w:r>
        <w:rPr>
          <w:sz w:val="20"/>
        </w:rPr>
        <w:t>54:39  lo. kyunke dekhiye, har aadmi ka aah soch alag hoti hai, uska background alag hota hai, uska experiences alag hotay hain.</w:t>
      </w:r>
      <w:r>
        <w:br/>
      </w:r>
      <w:r>
        <w:rPr>
          <w:sz w:val="20"/>
        </w:rPr>
        <w:t>54:48  to jab woh mashwara de ga to bohat sari rai samnay aye gi, is mein jo rai best hogi, us ko aap aah ikhtiyar kar lein.</w:t>
      </w:r>
      <w:r>
        <w:br/>
      </w:r>
      <w:r>
        <w:rPr>
          <w:sz w:val="20"/>
        </w:rPr>
        <w:t>54:59  to is wajah say rasool Allah sal Allah alayh wasallam bohat ziyada mashwara kartay thay. aur aik baar aisa hua jo ghazwa e khandaq hui thi</w:t>
      </w:r>
      <w:r>
        <w:br/>
      </w:r>
      <w:r>
        <w:rPr>
          <w:sz w:val="20"/>
        </w:rPr>
        <w:t>55:09  na. ji. to bohat bari tadad jo hai quraish ki army woh aa gayi thi. ab jang honay mein sirf tabahi hoti hai.</w:t>
      </w:r>
      <w:r>
        <w:br/>
      </w:r>
      <w:r>
        <w:rPr>
          <w:sz w:val="20"/>
        </w:rPr>
        <w:t>55:18  to aap ne mashwara kiya to is mein aik salman farsi thay, woh iran ke rehne walay thay. to unhon ne kaha ke iran mein agar badshah log jab jang nahi chahtay hain to khandaq khod diya karte hain.</w:t>
      </w:r>
      <w:r>
        <w:br/>
      </w:r>
      <w:r>
        <w:rPr>
          <w:sz w:val="20"/>
        </w:rPr>
        <w:t>55:31  to yeh rai jo hai rasool Allah sal Allah alayh wasallam ko bohat pasand aayi. aur aap ne apne tamam ashaab ke sath mil kar woh khandaq khodi thi, jis ki wajah say woh jang jo hai woh tal gayi.</w:t>
      </w:r>
    </w:p>
    <w:p>
      <w:pPr>
        <w:pStyle w:val="Heading2"/>
      </w:pPr>
      <w:r>
        <w:t>King Nimrod throws Ibrahim into fire, God saves him</w:t>
      </w:r>
    </w:p>
    <w:p>
      <w:r>
        <w:rPr>
          <w:color w:val="666666"/>
          <w:sz w:val="18"/>
        </w:rPr>
        <w:t>Hajj In the Footsteps of Prophet Ibrahim June 16, 2024 · 2m 39s · at 7:40 · https://youtu.be/wAMsw43dhmg?t=460</w:t>
      </w:r>
    </w:p>
    <w:p>
      <w:r>
        <w:rPr>
          <w:i/>
        </w:rPr>
        <w:t>“His father got angry, so Ibrahim blessed him and left”</w:t>
      </w:r>
    </w:p>
    <w:p>
      <w:r>
        <w:rPr>
          <w:sz w:val="20"/>
        </w:rPr>
        <w:t>7:40  but his father got angry. he got very angry. so, ibrahim alaihissalam said to him, "kal salaam aleka, peace be on you. i will pray for you. i will seek gods forgive for you. innu kaana bi hafiya. he is very gracious to me</w:t>
      </w:r>
      <w:r>
        <w:br/>
      </w:r>
      <w:r>
        <w:rPr>
          <w:sz w:val="20"/>
        </w:rPr>
        <w:t>8:06  ." So, in this way, he prayed for his father, and he said that, "Now, I will leave</w:t>
      </w:r>
      <w:r>
        <w:br/>
      </w:r>
      <w:r>
        <w:rPr>
          <w:sz w:val="20"/>
        </w:rPr>
        <w:t>8:15  this house." and he left.</w:t>
      </w:r>
      <w:r>
        <w:br/>
      </w:r>
      <w:r>
        <w:rPr>
          <w:sz w:val="20"/>
        </w:rPr>
        <w:t>8:17  and he told about Allah, about the creation plan, about heaven and hell to the people of the</w:t>
      </w:r>
      <w:r>
        <w:br/>
      </w:r>
      <w:r>
        <w:rPr>
          <w:sz w:val="20"/>
        </w:rPr>
        <w:t>8:23  city. But they were all engrossed in those culture.</w:t>
      </w:r>
      <w:r>
        <w:br/>
      </w:r>
      <w:r>
        <w:rPr>
          <w:sz w:val="20"/>
        </w:rPr>
        <w:t>8:28  they didnt listen.</w:t>
      </w:r>
      <w:r>
        <w:br/>
      </w:r>
      <w:r>
        <w:rPr>
          <w:sz w:val="20"/>
        </w:rPr>
        <w:t>8:30  And by that time, the king came to know about him,</w:t>
      </w:r>
      <w:r>
        <w:br/>
      </w:r>
      <w:r>
        <w:rPr>
          <w:sz w:val="20"/>
        </w:rPr>
        <w:t>8:34  whose name was nimrud.</w:t>
      </w:r>
      <w:r>
        <w:br/>
      </w:r>
      <w:r>
        <w:rPr>
          <w:sz w:val="20"/>
        </w:rPr>
        <w:t>8:37  he was also a polytheist. so, he called ibrahim alaihissalam and debated with him. and finally, he said, "throw him into the fire." so, a fire was prepared, and he was thrown into the fire, ibrahim alaihissalam. and allah said, "ya naru,</w:t>
      </w:r>
      <w:r>
        <w:br/>
      </w:r>
      <w:r>
        <w:rPr>
          <w:sz w:val="20"/>
        </w:rPr>
        <w:t>9:02  we said to the fire, kuni bardan wa salaman ala ibrahim."</w:t>
      </w:r>
      <w:r>
        <w:br/>
      </w:r>
      <w:r>
        <w:rPr>
          <w:sz w:val="20"/>
        </w:rPr>
        <w:t>9:07  become cool and peace to ibrahim. o fire, be cool and a means of safety and ease for ibrahim alaihissalam. so, the fire, which would have burned him, become a like a garden of flowers. so,</w:t>
      </w:r>
      <w:r>
        <w:br/>
      </w:r>
      <w:r>
        <w:rPr>
          <w:sz w:val="20"/>
        </w:rPr>
        <w:t>9:30  ye ye jo ye jo cheez hai, ye ek tarike se nusrat kehte hain isko, yani allah ki madad.</w:t>
      </w:r>
      <w:r>
        <w:br/>
      </w:r>
      <w:r>
        <w:rPr>
          <w:sz w:val="20"/>
        </w:rPr>
        <w:t>9:37  so, it is not only meant for ibrahim alaihissalam, but for all the people who are in da'wah work. allah helps them in a very unusual ways.</w:t>
      </w:r>
      <w:r>
        <w:br/>
      </w:r>
      <w:r>
        <w:rPr>
          <w:sz w:val="20"/>
        </w:rPr>
        <w:t>9:49  so, we should also pray</w:t>
      </w:r>
      <w:r>
        <w:br/>
      </w:r>
      <w:r>
        <w:rPr>
          <w:sz w:val="20"/>
        </w:rPr>
        <w:t>9:53  that may allah help us as</w:t>
      </w:r>
      <w:r>
        <w:br/>
      </w:r>
      <w:r>
        <w:rPr>
          <w:sz w:val="20"/>
        </w:rPr>
        <w:t>9:56  you help ibrahim alaihis salam.</w:t>
      </w:r>
      <w:r>
        <w:br/>
      </w:r>
      <w:r>
        <w:rPr>
          <w:sz w:val="20"/>
        </w:rPr>
        <w:t>9:59  one of the scholars one said, "ya molla ibrahim, alim.</w:t>
      </w:r>
      <w:r>
        <w:br/>
      </w:r>
      <w:r>
        <w:rPr>
          <w:sz w:val="20"/>
        </w:rPr>
        <w:t>10:04  "O the one who taught Ibrahim, teach me as well."</w:t>
      </w:r>
      <w:r>
        <w:br/>
      </w:r>
      <w:r>
        <w:rPr>
          <w:sz w:val="20"/>
        </w:rPr>
        <w:t>10:08  so, in the same way, we can pray</w:t>
      </w:r>
      <w:r>
        <w:br/>
      </w:r>
      <w:r>
        <w:rPr>
          <w:sz w:val="20"/>
        </w:rPr>
        <w:t>10:12  that you help Ibrahim alaihis salam in such a delicate moment.</w:t>
      </w:r>
      <w:r>
        <w:br/>
      </w:r>
      <w:r>
        <w:rPr>
          <w:sz w:val="20"/>
        </w:rPr>
        <w:t>10:18  so, please help us</w:t>
      </w:r>
    </w:p>
    <w:p>
      <w:pPr>
        <w:pStyle w:val="Heading2"/>
      </w:pPr>
      <w:r>
        <w:t>Fiqh categorization is bid'ah</w:t>
      </w:r>
    </w:p>
    <w:p>
      <w:r>
        <w:rPr>
          <w:color w:val="666666"/>
          <w:sz w:val="18"/>
        </w:rPr>
        <w:t>Attributes of a Dayee 31 Oct 2010 - Maulana Wahiduddin Khan · 1m 20s · at 6:55 · https://youtu.be/hVE1z6kLRRA?t=415</w:t>
      </w:r>
    </w:p>
    <w:p>
      <w:r>
        <w:rPr>
          <w:i/>
        </w:rPr>
        <w:t>“Yeh sab fiqhi bid'at hai.”</w:t>
      </w:r>
    </w:p>
    <w:p>
      <w:r>
        <w:rPr>
          <w:sz w:val="20"/>
        </w:rPr>
        <w:t>6:55  Abbasi daur mein fiqh bani. yeh sara fiqh ka, fiqh se yeh sab cheezein shuru huin. fiqh ne insano ko categorization kiya.</w:t>
      </w:r>
      <w:r>
        <w:br/>
      </w:r>
      <w:r>
        <w:rPr>
          <w:sz w:val="20"/>
        </w:rPr>
        <w:t>7:09  yeh dua al harab hai, woh dua al kufr hai, woh dua al Islam hai.</w:t>
      </w:r>
      <w:r>
        <w:br/>
      </w:r>
      <w:r>
        <w:rPr>
          <w:sz w:val="20"/>
        </w:rPr>
        <w:t>7:12  yeh sab mubtadaana istilahaat thi. mein isko yaqeeni taur par bid'at samajhta hoon.</w:t>
      </w:r>
      <w:r>
        <w:br/>
      </w:r>
      <w:r>
        <w:rPr>
          <w:sz w:val="20"/>
        </w:rPr>
        <w:t>7:22  kyunke rasool Allah sallallahu alaihi wasallam ne jab nahi kaha aisa ke dua al Islam hai, woh dua al kufr hai, woh dua al shirk hai, toh kisi aur ko kya haq hai?</w:t>
      </w:r>
      <w:r>
        <w:br/>
      </w:r>
      <w:r>
        <w:rPr>
          <w:sz w:val="20"/>
        </w:rPr>
        <w:t>7:32  kya haq hai kisi aur ko?</w:t>
      </w:r>
      <w:r>
        <w:br/>
      </w:r>
      <w:r>
        <w:rPr>
          <w:sz w:val="20"/>
        </w:rPr>
        <w:t>7:36  iski wajah se kya hua? yeh khalis fiqhi bid'at hai, fiqhi bid'at. ke insano ke bare mein is tarah ke title waz' hue: kafir aur mushrik aur zindiq aur shaatim aur harbi aur zimmi</w:t>
      </w:r>
      <w:r>
        <w:br/>
      </w:r>
      <w:r>
        <w:rPr>
          <w:sz w:val="20"/>
        </w:rPr>
        <w:t>7:54  . yeh kahan Quran o Hadees mein tha? yeh sab alfaaz</w:t>
      </w:r>
      <w:r>
        <w:br/>
      </w:r>
      <w:r>
        <w:rPr>
          <w:sz w:val="20"/>
        </w:rPr>
        <w:t>8:00  na Quran mein tha, na Hadees mein tha. fiqh ne yeh bohat bhaari ghalti ki hai ke insano ko ki taqseem ko, equation ko badal diya.</w:t>
      </w:r>
    </w:p>
    <w:p>
      <w:pPr>
        <w:pStyle w:val="Heading2"/>
      </w:pPr>
      <w:r>
        <w:t>concentration versus a party-like night vigil</w:t>
      </w:r>
    </w:p>
    <w:p>
      <w:r>
        <w:rPr>
          <w:color w:val="666666"/>
          <w:sz w:val="18"/>
        </w:rPr>
        <w:t>Exploring Lailatul Qadr March 31, 2024 · 1m 07s · at 17:47 · https://youtu.be/WeNvQKwBSx0?t=1067</w:t>
      </w:r>
    </w:p>
    <w:p>
      <w:r>
        <w:rPr>
          <w:i/>
        </w:rPr>
        <w:t>“Agar dunya ki cheezon mein multawis rahenge to dimagh yaksu nahi hoga”</w:t>
      </w:r>
    </w:p>
    <w:p>
      <w:r>
        <w:rPr>
          <w:sz w:val="20"/>
        </w:rPr>
        <w:t>17:47  to dekhiye agar aap dunya ki cheezon mein mulawwis rahen ge to aap ke dimagh yaksu ho hi nahi sakta.</w:t>
      </w:r>
      <w:r>
        <w:br/>
      </w:r>
      <w:r>
        <w:rPr>
          <w:sz w:val="20"/>
        </w:rPr>
        <w:t>17:56  aap ko apna dimagh yaksu karna hoga aur jo hai apni tamam tawajjuh jo hai wo khuda ke upar lagani hogi.</w:t>
      </w:r>
      <w:r>
        <w:br/>
      </w:r>
      <w:r>
        <w:rPr>
          <w:sz w:val="20"/>
        </w:rPr>
        <w:t>18:06  ibadat mein lagani hogi aur concentration ke sath. jab tak aap concentrate nahi karen ge tab tak aap ko kuch nahi milne wala hai.</w:t>
      </w:r>
      <w:r>
        <w:br/>
      </w:r>
      <w:r>
        <w:rPr>
          <w:sz w:val="20"/>
        </w:rPr>
        <w:t>18:15  khali jaagne se kuch nahi milta. logon ne is ko bhi aik celebration bana rakha</w:t>
      </w:r>
      <w:r>
        <w:br/>
      </w:r>
      <w:r>
        <w:rPr>
          <w:sz w:val="20"/>
        </w:rPr>
        <w:t>18:20  hai. aik bar aik bar mein kahin gayi to unhon ne kaha ke aaj 27 vi raat hai, shab qadr hai. aap bhi aaiye ga.</w:t>
      </w:r>
      <w:r>
        <w:br/>
      </w:r>
      <w:r>
        <w:rPr>
          <w:sz w:val="20"/>
        </w:rPr>
        <w:t>18:28  mujhe to pata tha nahi. mein gayi to dekha to wahan log wo bilkul jaise koi party ho rahi thi aur aik molvi sahib aaye the, un ki taqreer ho rahi thi.</w:t>
      </w:r>
      <w:r>
        <w:br/>
      </w:r>
      <w:r>
        <w:rPr>
          <w:sz w:val="20"/>
        </w:rPr>
        <w:t>18:37  is ke ilawa log musalsal baaten kar rahe the, chaye pi rahe the. unhon ne kaha hamari shab qadr to kharab ho</w:t>
      </w:r>
      <w:r>
        <w:br/>
      </w:r>
      <w:r>
        <w:rPr>
          <w:sz w:val="20"/>
        </w:rPr>
        <w:t>18:44  gayi. to shab qadr ke liye zaroori hai ke aap khamoshi se tanhai mein baith kar ibadat karen. ji bohat important baat batai apa aap ne.</w:t>
      </w:r>
    </w:p>
    <w:p>
      <w:pPr>
        <w:pStyle w:val="Heading2"/>
      </w:pPr>
      <w:r>
        <w:t>How Jesus's disciples learned languages through interaction</w:t>
      </w:r>
    </w:p>
    <w:p>
      <w:r>
        <w:rPr>
          <w:color w:val="666666"/>
          <w:sz w:val="18"/>
        </w:rPr>
        <w:t>Muslims in Diaspora 9 jan 2007 (English) · 2m 19s · at 11:30 · https://youtu.be/oAi49l7nuOI?t=690</w:t>
      </w:r>
    </w:p>
    <w:p>
      <w:r>
        <w:rPr>
          <w:i/>
        </w:rPr>
        <w:t>“How can we fulfill this mission? We don't know their languages.”</w:t>
      </w:r>
    </w:p>
    <w:p>
      <w:r>
        <w:rPr>
          <w:sz w:val="20"/>
        </w:rPr>
        <w:t>11:30  So, these disciples said, "How can we spread how can we fulfill this mission?</w:t>
      </w:r>
      <w:r>
        <w:br/>
      </w:r>
      <w:r>
        <w:rPr>
          <w:sz w:val="20"/>
        </w:rPr>
        <w:t>11:40  We don't know the language of other countries. In those countries where you are sending us, they speak different languages.</w:t>
      </w:r>
      <w:r>
        <w:br/>
      </w:r>
      <w:r>
        <w:rPr>
          <w:sz w:val="20"/>
        </w:rPr>
        <w:t>11:53  We don't know their languages." Jesus Christ said, "No. God will help you. Go."</w:t>
      </w:r>
      <w:r>
        <w:br/>
      </w:r>
      <w:r>
        <w:rPr>
          <w:sz w:val="20"/>
        </w:rPr>
        <w:t>12:03  So, they traveled and settled in different countries. And hadith says that when they settled in those countries, they were able to speak the language of those people.</w:t>
      </w:r>
      <w:r>
        <w:br/>
      </w:r>
      <w:r>
        <w:rPr>
          <w:sz w:val="20"/>
        </w:rPr>
        <w:t>12:19  How did it happen? I think it was not a miracle. No. It was a simple phenomenon, a simple historic phenomenon.</w:t>
      </w:r>
      <w:r>
        <w:br/>
      </w:r>
      <w:r>
        <w:rPr>
          <w:sz w:val="20"/>
        </w:rPr>
        <w:t>12:31  You know, when they settled over there, they tried to interact with those people.</w:t>
      </w:r>
      <w:r>
        <w:br/>
      </w:r>
      <w:r>
        <w:rPr>
          <w:sz w:val="20"/>
        </w:rPr>
        <w:t>12:40  So, during interaction during interaction, rather than through miracle, during interaction, they began learning their languages.</w:t>
      </w:r>
      <w:r>
        <w:br/>
      </w:r>
      <w:r>
        <w:rPr>
          <w:sz w:val="20"/>
        </w:rPr>
        <w:t>12:55  It is a natural process</w:t>
      </w:r>
      <w:r>
        <w:br/>
      </w:r>
      <w:r>
        <w:rPr>
          <w:sz w:val="20"/>
        </w:rPr>
        <w:t>12:57  . Everywhere, you find some people who are living in countries other than their homeland, and they speak fluently that language.</w:t>
      </w:r>
      <w:r>
        <w:br/>
      </w:r>
      <w:r>
        <w:rPr>
          <w:sz w:val="20"/>
        </w:rPr>
        <w:t>13:10  How? Not by miracle. Simple for the simple reason that when they settled over there and so, during interaction, they began learning that language.</w:t>
      </w:r>
      <w:r>
        <w:br/>
      </w:r>
      <w:r>
        <w:rPr>
          <w:sz w:val="20"/>
        </w:rPr>
        <w:t>13:25  And finally, they were experts of that language. They became experts of that language. So happened with the disciples of Jesus Christ.</w:t>
      </w:r>
      <w:r>
        <w:br/>
      </w:r>
      <w:r>
        <w:rPr>
          <w:sz w:val="20"/>
        </w:rPr>
        <w:t>13:36  It was not a miracle that they began speaking the language of those people. It was simply a social process, simply a result of interaction,</w:t>
      </w:r>
    </w:p>
    <w:p>
      <w:pPr>
        <w:pStyle w:val="Heading2"/>
      </w:pPr>
      <w:r>
        <w:t>Asma's courageous role delivering food during the hijra</w:t>
      </w:r>
    </w:p>
    <w:p>
      <w:r>
        <w:rPr>
          <w:color w:val="666666"/>
          <w:sz w:val="18"/>
        </w:rPr>
        <w:t>The Story of Hazrat Aishah January 29, 2023 · 2m 52s · at 23:20 · https://youtu.be/JvCeNobW-Wk?t=1400</w:t>
      </w:r>
    </w:p>
    <w:p>
      <w:r>
        <w:rPr>
          <w:i/>
        </w:rPr>
        <w:t>“Hazrat Asma was a legend of exceptional courage”</w:t>
      </w:r>
    </w:p>
    <w:p>
      <w:r>
        <w:rPr>
          <w:sz w:val="20"/>
        </w:rPr>
        <w:t>23:20  to un ka bohat bada role tha hmm aur she was a legend hmm and and and a lady with exceptional courage jaise aap ne bhi abhi kaha hai hmm bohat hi zabardast courage unhon ne dikhai khas tor se jab hijrat ka mauqa tha to Hazrat Aisha batati hain ke Prophet Muhammad (SAW) hamare ghar ya to subah sawere aate the</w:t>
      </w:r>
      <w:r>
        <w:br/>
      </w:r>
      <w:r>
        <w:rPr>
          <w:sz w:val="20"/>
        </w:rPr>
        <w:t>23:47  ji yani ah fajar ke baad ya sham ko aate the ah raat ke waqt lekin ek din dopahar ko aaye aur ah main thi aur meri behan Asma thi aur father the yani Hazrat Abu Bakr (RA) to Prophet ne kaha Hazrat Abu Bakr se ke mujhe kuch raaz ki baatein karni hain ghar mein aur kaun log hain agar hain to matlab un ko zara sa hata do</w:t>
      </w:r>
      <w:r>
        <w:br/>
      </w:r>
      <w:r>
        <w:rPr>
          <w:sz w:val="20"/>
        </w:rPr>
        <w:t>24:16  to Hazrat Abu Bakr ne kaha ke aap kar sakte hain sirf meri do betiyan hain Aisha aur Asma to Prophet ne kaha ke mujhe ijazat mil gayi hai hijrat ki ab hijrat karna hai aur us ki jo bhi aur details theen woh bataein</w:t>
      </w:r>
      <w:r>
        <w:br/>
      </w:r>
      <w:r>
        <w:rPr>
          <w:sz w:val="20"/>
        </w:rPr>
        <w:t>24:37  to jo Rasul jo Hazrat Abu Bakr ke bete the Abdullah aur beti Asma un ki yeh duty thi ah Abdullah (RA) ki yeh duty thi ke woh Mecca mein ah logon se baat cheet karein matlab ek normal andaaz mein idhar udhar jayein aur dekhein ke kya kya baatein ho rahi hain kya planning ho rahi hai</w:t>
      </w:r>
      <w:r>
        <w:br/>
      </w:r>
      <w:r>
        <w:rPr>
          <w:sz w:val="20"/>
        </w:rPr>
        <w:t>25:06  yani jab ghar mein jab cave mein Prophet aur Hazrat Abu Bakr ja ke chhip jayein to yeh thori si hamein khabar dein hmm aur khamoshi se aa ke hamein cave mein bata dein hmm to yeh karte the Hazrat Abdullah ke woh Mecca mein ghoomte the aise hi normal andaaz mein aur koi baat milti thi ke koi planning kar rahe hain Quraish</w:t>
      </w:r>
      <w:r>
        <w:br/>
      </w:r>
      <w:r>
        <w:rPr>
          <w:sz w:val="20"/>
        </w:rPr>
        <w:t>25:28  hmm to woh khamoshi se apni bheer bakri le ke jate the aur cave mein bata dete the hmm aur Hazrat Asma (RA) ka jo role tha woh woh to bohat hi critical tha woh yeh ke woh khana le ke jayein hmm ah cave mein khana banayein aur khana khana pahunchayein</w:t>
      </w:r>
      <w:r>
        <w:br/>
      </w:r>
      <w:r>
        <w:rPr>
          <w:sz w:val="20"/>
        </w:rPr>
        <w:t>25:47  to woh bohat hi yani jurrat ke sath unhon ne yeh kaam kiya aur khana le ke jaye karti theen aur ah pahunchati theen asal mein ah jo early period hai Islam ka Mecca wala is mein bohat zyada Hazrat Asma ke bare mein nahi aaya hai ji chuki woh bada difficult time tha satate the aur pareshan karte the</w:t>
      </w:r>
    </w:p>
    <w:p>
      <w:pPr>
        <w:pStyle w:val="Heading2"/>
      </w:pPr>
      <w:r>
        <w:t>Scientific age pro-Islam but Muslims misperceived</w:t>
      </w:r>
    </w:p>
    <w:p>
      <w:r>
        <w:rPr>
          <w:color w:val="666666"/>
          <w:sz w:val="18"/>
        </w:rPr>
        <w:t>Islam in A New Age August 30, 2020 Maulana Wahiduddin Khan · 1m 45s · at 4:50 · https://youtu.be/R2EEb2xSIcA?t=290</w:t>
      </w:r>
    </w:p>
    <w:p>
      <w:r>
        <w:rPr>
          <w:i/>
        </w:rPr>
        <w:t>“Ye dor jo aaya tha”</w:t>
      </w:r>
    </w:p>
    <w:p>
      <w:r>
        <w:rPr>
          <w:sz w:val="20"/>
        </w:rPr>
        <w:t>4:50  yeh daur jo aaya tha,</w:t>
      </w:r>
      <w:r>
        <w:br/>
      </w:r>
      <w:r>
        <w:rPr>
          <w:sz w:val="20"/>
        </w:rPr>
        <w:t>4:55  scientific age ke baad, woh to islam ka daur tha.</w:t>
      </w:r>
      <w:r>
        <w:br/>
      </w:r>
      <w:r>
        <w:rPr>
          <w:sz w:val="20"/>
        </w:rPr>
        <w:t>5:07  quran mein is ki peshangoi thi ke "sanuri hayatna fil afaq anfusahum hatta yatbayyan al haq".</w:t>
      </w:r>
      <w:r>
        <w:br/>
      </w:r>
      <w:r>
        <w:rPr>
          <w:sz w:val="20"/>
        </w:rPr>
        <w:t>5:20  yeh kya hai? yahi certificate ki peshangoi hai.</w:t>
      </w:r>
      <w:r>
        <w:br/>
      </w:r>
      <w:r>
        <w:rPr>
          <w:sz w:val="20"/>
        </w:rPr>
        <w:t>5:30  afaq anfus ka daur aayega to wahi isi ko hum scientific age keh rahe hain.</w:t>
      </w:r>
      <w:r>
        <w:br/>
      </w:r>
      <w:r>
        <w:rPr>
          <w:sz w:val="20"/>
        </w:rPr>
        <w:t>5:42  to yeh to ain islam ki taeed ke liye tha,</w:t>
      </w:r>
      <w:r>
        <w:br/>
      </w:r>
      <w:r>
        <w:rPr>
          <w:sz w:val="20"/>
        </w:rPr>
        <w:t>5:50  aur musalmanon ne is ko dushman samajh liya.</w:t>
      </w:r>
      <w:r>
        <w:br/>
      </w:r>
      <w:r>
        <w:rPr>
          <w:sz w:val="20"/>
        </w:rPr>
        <w:t>5:57  main samajhta hoon ke sirf CPS ka group jo hai, wahi is mamle mein exception hai,</w:t>
      </w:r>
      <w:r>
        <w:br/>
      </w:r>
      <w:r>
        <w:rPr>
          <w:sz w:val="20"/>
        </w:rPr>
        <w:t>6:09  aur shayad koi exception nahin. isi liye aap CPS ke logon se milein to un mein aap nafrat ki boli nahin sunenge.</w:t>
      </w:r>
      <w:r>
        <w:br/>
      </w:r>
      <w:r>
        <w:rPr>
          <w:sz w:val="20"/>
        </w:rPr>
        <w:t>6:23  aur CPS ke siwa dunya mein kahin jis muslim group se milein, har muslim group negative boli bolega, manfi boli bolega.</w:t>
      </w:r>
    </w:p>
    <w:p>
      <w:pPr>
        <w:pStyle w:val="Heading2"/>
      </w:pPr>
      <w:r>
        <w:t>Muhadditheen's non-confrontational approach</w:t>
      </w:r>
    </w:p>
    <w:p>
      <w:r>
        <w:rPr>
          <w:color w:val="666666"/>
          <w:sz w:val="18"/>
        </w:rPr>
        <w:t>Sahaba and Muhaddithin 24th June 2012 - Maulana Wahiduddin Khan · 2m 30s · at 20:15 · https://youtu.be/tUPo7MI0Bdo?t=1215</w:t>
      </w:r>
    </w:p>
    <w:p>
      <w:r>
        <w:rPr>
          <w:i/>
        </w:rPr>
        <w:t>“Muhadditheen ne mukammal taur par non-confrontational approach ikhtiyar kiya”</w:t>
      </w:r>
    </w:p>
    <w:p>
      <w:r>
        <w:rPr>
          <w:sz w:val="20"/>
        </w:rPr>
        <w:t>20:15  jabkeh abbasi hukmaranon mein woh sari kharabiyan aa gayi theen. to muhaddiseen ne kya kiya? muhaddiseen ne mukammal taur par non confrontational approach ikhtiyar kiya.</w:t>
      </w:r>
      <w:r>
        <w:br/>
      </w:r>
      <w:r>
        <w:rPr>
          <w:sz w:val="20"/>
        </w:rPr>
        <w:t>20:30  mukammal taur par</w:t>
      </w:r>
      <w:r>
        <w:br/>
      </w:r>
      <w:r>
        <w:rPr>
          <w:sz w:val="20"/>
        </w:rPr>
        <w:t>20:32  unhon ne koi taaruz nahi kiya, koi notice nahi liya. woh alag, un ki dunya alag thi, yani sulatin ki dunya alag thi aur muhaddiseen ki dunya alag thi.</w:t>
      </w:r>
      <w:r>
        <w:br/>
      </w:r>
      <w:r>
        <w:rPr>
          <w:sz w:val="20"/>
        </w:rPr>
        <w:t>20:46  yeh tha in hadithon ka jo hadithain jama keen muhaddiseen ne. in hadithon mein yeh kaha gaya tha</w:t>
      </w:r>
      <w:r>
        <w:br/>
      </w:r>
      <w:r>
        <w:rPr>
          <w:sz w:val="20"/>
        </w:rPr>
        <w:t>20:54  ke mere baad hukoomat aaye gi, dor hukoomat aaye ga to hakim log jo hain, woh aish karenge, woh mahal banayenge, woh qale banayenge aur jo un ki mukhalifat kare ga, un ko marpeet karenge.</w:t>
      </w:r>
      <w:r>
        <w:br/>
      </w:r>
      <w:r>
        <w:rPr>
          <w:sz w:val="20"/>
        </w:rPr>
        <w:t>21:14  to rasool Allah ne peshi taur par yeh hidayat di thi ke tum un se takrao na karna. ek hadith mein hai ke "bain jildazahr ka wakhaz malik"</w:t>
      </w:r>
      <w:r>
        <w:br/>
      </w:r>
      <w:r>
        <w:rPr>
          <w:sz w:val="20"/>
        </w:rPr>
        <w:t>21:33  yani tumhari "bain jildazahr ka wakhaz malik" ke chahe tumhare peeth par kode mare jayein aur tumhare malon ko le liya jaye.</w:t>
      </w:r>
      <w:r>
        <w:br/>
      </w:r>
      <w:r>
        <w:rPr>
          <w:sz w:val="20"/>
        </w:rPr>
        <w:t>21:48  yeh usloob hai.</w:t>
      </w:r>
      <w:r>
        <w:br/>
      </w:r>
      <w:r>
        <w:rPr>
          <w:sz w:val="20"/>
        </w:rPr>
        <w:t>21:51  iska matlab nahi hai ke woh khwamkhwah aap ko marenge, aap ko khwamkhwah aap ka maal chhenenge. yeh matlab iska nahi hai. iska matlab kya hai?</w:t>
      </w:r>
      <w:r>
        <w:br/>
      </w:r>
      <w:r>
        <w:rPr>
          <w:sz w:val="20"/>
        </w:rPr>
        <w:t>22:01  koi bhi excuse le kar ke tum hukmaranon se takrao mat karna. ek hadith mein hai ke "to apne bhed bakri ko le kar jangalon mein chale jana".</w:t>
      </w:r>
      <w:r>
        <w:br/>
      </w:r>
      <w:r>
        <w:rPr>
          <w:sz w:val="20"/>
        </w:rPr>
        <w:t>22:12  iska matlab yeh nahi hai ke</w:t>
      </w:r>
      <w:r>
        <w:br/>
      </w:r>
      <w:r>
        <w:rPr>
          <w:sz w:val="20"/>
        </w:rPr>
        <w:t>22:14  bhed bakri le kar jungle mein chale jayein, literal taur par nahi, balkeh balkeh iska matlab yeh hai ke iska matlab yeh hai ke non political jo daira hai,</w:t>
      </w:r>
      <w:r>
        <w:br/>
      </w:r>
      <w:r>
        <w:rPr>
          <w:sz w:val="20"/>
        </w:rPr>
        <w:t>22:32  is mein apne kaam ko jari rakhna, political daire se alag rakhna. to muhaddiseen ne yeh hadithain jama keen aur theek theek isi par amal kiya unhon ne.</w:t>
      </w:r>
    </w:p>
    <w:p>
      <w:pPr>
        <w:pStyle w:val="Heading2"/>
      </w:pPr>
      <w:r>
        <w:t>Every mission needs a 'boost' — now it doesn't require political power</w:t>
      </w:r>
    </w:p>
    <w:p>
      <w:r>
        <w:rPr>
          <w:color w:val="666666"/>
          <w:sz w:val="18"/>
        </w:rPr>
        <w:t>Second Coming of Christian Model March 11, 2007 · 1m 44s · at 47:33 · https://youtu.be/hydvgblVSY4?t=2853</w:t>
      </w:r>
    </w:p>
    <w:p>
      <w:r>
        <w:rPr>
          <w:i/>
        </w:rPr>
        <w:t>“Here's some very good news for us.”</w:t>
      </w:r>
    </w:p>
    <w:p>
      <w:r>
        <w:rPr>
          <w:sz w:val="20"/>
        </w:rPr>
        <w:t>47:33  aur hijrat aur jah adaawar qitaal ,jo kahari leyon to ho chuke hain, phir se sochiye aap ab kiya karna hai? ab yahan per dekhiye, hamare liye bohat good tidings hain.</w:t>
      </w:r>
      <w:r>
        <w:br/>
      </w:r>
      <w:r>
        <w:rPr>
          <w:sz w:val="20"/>
        </w:rPr>
        <w:t>47:47  good tidings kiya hain?</w:t>
      </w:r>
      <w:r>
        <w:br/>
      </w:r>
      <w:r>
        <w:rPr>
          <w:sz w:val="20"/>
        </w:rPr>
        <w:t>47:49  good tidings yeh hain ke pehle zamaney mein, rasool Allah ke zamaney mein, haan ek baat mein arz kar doon ke koi bhi mission aap ko ho, koi bhi mission , to is ke liye ek boost chahiye. boost!</w:t>
      </w:r>
      <w:r>
        <w:br/>
      </w:r>
      <w:r>
        <w:rPr>
          <w:sz w:val="20"/>
        </w:rPr>
        <w:t>48:03  jab tak boost na mile, koi mission aage nahi badhta. bas normal course mein koi aage nahi badhta. mission boost chahiye, b double a s t boost.</w:t>
      </w:r>
      <w:r>
        <w:br/>
      </w:r>
      <w:r>
        <w:rPr>
          <w:sz w:val="20"/>
        </w:rPr>
        <w:t>48:15  to booster role koi karta hai, tab mission aage badhta hai. to is zamaney mein kiya hua ke hijrat aur jang aur aur jihad ke zariye se state banaya gaya.</w:t>
      </w:r>
      <w:r>
        <w:br/>
      </w:r>
      <w:r>
        <w:rPr>
          <w:sz w:val="20"/>
        </w:rPr>
        <w:t>48:29  state ne booster role kiya, ise boost mila Islam mission ko .</w:t>
      </w:r>
      <w:r>
        <w:br/>
      </w:r>
      <w:r>
        <w:rPr>
          <w:sz w:val="20"/>
        </w:rPr>
        <w:t>48:40  to is zamaney mein jo state bana tha, is ka kiya sab se bara faida mila Islam mission ko ? ise boost mila.</w:t>
      </w:r>
      <w:r>
        <w:br/>
      </w:r>
      <w:r>
        <w:rPr>
          <w:sz w:val="20"/>
        </w:rPr>
        <w:t>48:49  boost! ab jo hai, dobara hamein zarurat hai ke boost, boost ke liye aaj jo hum dawah mission chalayenge, jo Islam mission chalayenge, wahan bhi hamein boost chahiye.</w:t>
      </w:r>
      <w:r>
        <w:br/>
      </w:r>
      <w:r>
        <w:rPr>
          <w:sz w:val="20"/>
        </w:rPr>
        <w:t>49:05  to boost ! lekin ab dekhiye, fortunately, ab boost ke liye kisi political power ki zarurat nahi hai. is baat ko samajhne ki zarurat hai.</w:t>
      </w:r>
    </w:p>
    <w:p>
      <w:pPr>
        <w:pStyle w:val="Heading2"/>
      </w:pPr>
      <w:r>
        <w:t>Unusual hadith style and angel's first descent</w:t>
      </w:r>
    </w:p>
    <w:p>
      <w:r>
        <w:rPr>
          <w:color w:val="666666"/>
          <w:sz w:val="18"/>
        </w:rPr>
        <w:t>Prophetic Role April 13, 2014 · 1m 19s · at 1:43 · https://youtu.be/EyXt5FrRMlM?t=103</w:t>
      </w:r>
    </w:p>
    <w:p>
      <w:r>
        <w:rPr>
          <w:i/>
        </w:rPr>
        <w:t>“Hadithon mein kai aisi hadithen hain jin mein an yuzl andaaz mein”</w:t>
      </w:r>
    </w:p>
    <w:p>
      <w:r>
        <w:rPr>
          <w:sz w:val="20"/>
        </w:rPr>
        <w:t>1:43  hadithon mein kai aisi hadithain hain jin mein unusual andaaz mein</w:t>
      </w:r>
      <w:r>
        <w:br/>
      </w:r>
      <w:r>
        <w:rPr>
          <w:sz w:val="20"/>
        </w:rPr>
        <w:t>1:56  mein koi baat kahi gayi hai. to yeh hadith waise hi hai. yani</w:t>
      </w:r>
      <w:r>
        <w:br/>
      </w:r>
      <w:r>
        <w:rPr>
          <w:sz w:val="20"/>
        </w:rPr>
        <w:t>2:06  is hadith mein jo baat kahi gayi hai, is se maloom hota hai ke rasool allah apne ashaab ke sath the aur wahan jibril insan ki surat mein maujood the.</w:t>
      </w:r>
      <w:r>
        <w:br/>
      </w:r>
      <w:r>
        <w:rPr>
          <w:sz w:val="20"/>
        </w:rPr>
        <w:t>2:20  jibril kabhi kabhi insan ki surat mein ate the. to unhon ne aasman ki taraf nazar uthai aur kaha ke yeh ek farishta aa raha hai aap ki taraf.</w:t>
      </w:r>
      <w:r>
        <w:br/>
      </w:r>
      <w:r>
        <w:rPr>
          <w:sz w:val="20"/>
        </w:rPr>
        <w:t>2:33  kehte hain woh farishta aa kar aap ke pas baith gaya. unhon ne kaha ke yeh farishta woh hai ke jo jab woh create kiya gaya, jab us ki takhleeq hui, us shakhs se aaj tak woh zameen par utra nahi.</w:t>
      </w:r>
      <w:r>
        <w:br/>
      </w:r>
      <w:r>
        <w:rPr>
          <w:sz w:val="20"/>
        </w:rPr>
        <w:t>2:51  aaj woh pehli bar utra hai. is se aap samajh sakte hain ke woh koi jo message aya tha, woh bohat hi important message tha.</w:t>
      </w:r>
    </w:p>
    <w:p>
      <w:pPr>
        <w:pStyle w:val="Heading2"/>
      </w:pPr>
      <w:r>
        <w:t>Khalid bin Walid's retreat example</w:t>
      </w:r>
    </w:p>
    <w:p>
      <w:r>
        <w:rPr>
          <w:color w:val="666666"/>
          <w:sz w:val="18"/>
        </w:rPr>
        <w:t>The Secular Contribution of Islam | April 16, 2017 · 2m 30s · at 6:21 · https://youtu.be/QV_HIq7KeaY?t=381</w:t>
      </w:r>
    </w:p>
    <w:p>
      <w:r>
        <w:rPr>
          <w:i/>
        </w:rPr>
        <w:t>“Khalid bin Walid retreated from Roman forces.”</w:t>
      </w:r>
    </w:p>
    <w:p>
      <w:r>
        <w:rPr>
          <w:sz w:val="20"/>
        </w:rPr>
        <w:t>6:21  muqabla hua Roomi faujon se.</w:t>
      </w:r>
      <w:r>
        <w:br/>
      </w:r>
      <w:r>
        <w:rPr>
          <w:sz w:val="20"/>
        </w:rPr>
        <w:t>6:26  to unhon ne takraao karne ki bajaye wapsi ka faisla kiya.</w:t>
      </w:r>
      <w:r>
        <w:br/>
      </w:r>
      <w:r>
        <w:rPr>
          <w:sz w:val="20"/>
        </w:rPr>
        <w:t>6:31  yani madine chalaye.</w:t>
      </w:r>
      <w:r>
        <w:br/>
      </w:r>
      <w:r>
        <w:rPr>
          <w:sz w:val="20"/>
        </w:rPr>
        <w:t>6:36  to madine ke logon ne in ko kaha, ya farar.</w:t>
      </w:r>
      <w:r>
        <w:br/>
      </w:r>
      <w:r>
        <w:rPr>
          <w:sz w:val="20"/>
        </w:rPr>
        <w:t>6:41  ae bhagne walon!</w:t>
      </w:r>
      <w:r>
        <w:br/>
      </w:r>
      <w:r>
        <w:rPr>
          <w:sz w:val="20"/>
        </w:rPr>
        <w:t>6:46  madine mein in ka jo in ko jo istiqbal kiya gaya wo ya farar keh kar, ae bhagne wal</w:t>
      </w:r>
      <w:r>
        <w:br/>
      </w:r>
      <w:r>
        <w:rPr>
          <w:sz w:val="20"/>
        </w:rPr>
        <w:t>6:51  on!</w:t>
      </w:r>
      <w:r>
        <w:br/>
      </w:r>
      <w:r>
        <w:rPr>
          <w:sz w:val="20"/>
        </w:rPr>
        <w:t>6:55  to rasool Allah ne farmaya ke nahi.</w:t>
      </w:r>
      <w:r>
        <w:br/>
      </w:r>
      <w:r>
        <w:rPr>
          <w:sz w:val="20"/>
        </w:rPr>
        <w:t>7:00  rasool Allah ne kaha ke nahi, farar nahi hai wo.</w:t>
      </w:r>
      <w:r>
        <w:br/>
      </w:r>
      <w:r>
        <w:rPr>
          <w:sz w:val="20"/>
        </w:rPr>
        <w:t>7:04  hum al malik qarar insha Allah taala, wo qarar hain.</w:t>
      </w:r>
      <w:r>
        <w:br/>
      </w:r>
      <w:r>
        <w:rPr>
          <w:sz w:val="20"/>
        </w:rPr>
        <w:t>7:08  qarar ke mani hain aage barhne walay.</w:t>
      </w:r>
      <w:r>
        <w:br/>
      </w:r>
      <w:r>
        <w:rPr>
          <w:sz w:val="20"/>
        </w:rPr>
        <w:t>7:13  is mein dekhen jo raaz hai wo yeh hai ke aap agar aap bas advance karna janen to</w:t>
      </w:r>
      <w:r>
        <w:br/>
      </w:r>
      <w:r>
        <w:rPr>
          <w:sz w:val="20"/>
        </w:rPr>
        <w:t>7:17  aap planning nahi kar payenge. planning</w:t>
      </w:r>
      <w:r>
        <w:br/>
      </w:r>
      <w:r>
        <w:rPr>
          <w:sz w:val="20"/>
        </w:rPr>
        <w:t>7:21  jo hai time chahti hai.</w:t>
      </w:r>
      <w:r>
        <w:br/>
      </w:r>
      <w:r>
        <w:rPr>
          <w:sz w:val="20"/>
        </w:rPr>
        <w:t>7:26  planning chahti hai ke aap ka sochne ka time ho, assessment ka time ho, opportunity talash karne ka time ho.</w:t>
      </w:r>
      <w:r>
        <w:br/>
      </w:r>
      <w:r>
        <w:rPr>
          <w:sz w:val="20"/>
        </w:rPr>
        <w:t>7:31  to retreat ka matlab hota hai planning.</w:t>
      </w:r>
      <w:r>
        <w:br/>
      </w:r>
      <w:r>
        <w:rPr>
          <w:sz w:val="20"/>
        </w:rPr>
        <w:t>7:36  planning ka time lene.</w:t>
      </w:r>
      <w:r>
        <w:br/>
      </w:r>
      <w:r>
        <w:rPr>
          <w:sz w:val="20"/>
        </w:rPr>
        <w:t>7:41  dunya is ko janti nahi thi.</w:t>
      </w:r>
      <w:r>
        <w:br/>
      </w:r>
      <w:r>
        <w:rPr>
          <w:sz w:val="20"/>
        </w:rPr>
        <w:t>7:46  wo yahi janti thi ke bas lar</w:t>
      </w:r>
      <w:r>
        <w:br/>
      </w:r>
      <w:r>
        <w:rPr>
          <w:sz w:val="20"/>
        </w:rPr>
        <w:t>7:51  jao, advance karo.</w:t>
      </w:r>
      <w:r>
        <w:br/>
      </w:r>
      <w:r>
        <w:rPr>
          <w:sz w:val="20"/>
        </w:rPr>
        <w:t>7:57  to rasool Allah ne Hudaybiyah mein retreat hi to kiya tha.</w:t>
      </w:r>
      <w:r>
        <w:br/>
      </w:r>
      <w:r>
        <w:rPr>
          <w:sz w:val="20"/>
        </w:rPr>
        <w:t>8:03  aap ja rahe the Makkah, Madinah se Makkah.</w:t>
      </w:r>
      <w:r>
        <w:br/>
      </w:r>
      <w:r>
        <w:rPr>
          <w:sz w:val="20"/>
        </w:rPr>
        <w:t>8:09  Hudaybiyah ke mauqe par aap ka rasta roka gaya, aap ka aur aap ke ashaab ka.</w:t>
      </w:r>
      <w:r>
        <w:br/>
      </w:r>
      <w:r>
        <w:rPr>
          <w:sz w:val="20"/>
        </w:rPr>
        <w:t>8:16  to wahan par option do mein tha, ya to aap laren ya peeche hat jayen.</w:t>
      </w:r>
      <w:r>
        <w:br/>
      </w:r>
      <w:r>
        <w:rPr>
          <w:sz w:val="20"/>
        </w:rPr>
        <w:t>8:22  ya to aap Quraish se laren, jo us waqt Makkah ke sardar bani hui thin.</w:t>
      </w:r>
      <w:r>
        <w:br/>
      </w:r>
      <w:r>
        <w:rPr>
          <w:sz w:val="20"/>
        </w:rPr>
        <w:t>8:27  to option do mein tha, yani ya to aap Quraish se laren ya Madinah wapas chale jayen.</w:t>
      </w:r>
      <w:r>
        <w:br/>
      </w:r>
      <w:r>
        <w:rPr>
          <w:sz w:val="20"/>
        </w:rPr>
        <w:t>8:32  to aap ne wapas jaane ka faisla kiya.</w:t>
      </w:r>
      <w:r>
        <w:br/>
      </w:r>
      <w:r>
        <w:rPr>
          <w:sz w:val="20"/>
        </w:rPr>
        <w:t>8:37  retreat kiya aap ne.</w:t>
      </w:r>
      <w:r>
        <w:br/>
      </w:r>
      <w:r>
        <w:rPr>
          <w:sz w:val="20"/>
        </w:rPr>
        <w:t>8:42  hudaybiya ka waqia retreat ka waqia hai. paspayi.</w:t>
      </w:r>
      <w:r>
        <w:br/>
      </w:r>
      <w:r>
        <w:rPr>
          <w:sz w:val="20"/>
        </w:rPr>
        <w:t>8:47  retreat ko kehte hain paspayi</w:t>
      </w:r>
    </w:p>
    <w:p>
      <w:pPr>
        <w:pStyle w:val="Heading2"/>
      </w:pPr>
      <w:r>
        <w:t>Divine laws discovered but not acknowledged</w:t>
      </w:r>
    </w:p>
    <w:p>
      <w:r>
        <w:rPr>
          <w:color w:val="666666"/>
          <w:sz w:val="18"/>
        </w:rPr>
        <w:t>The End of Human History 12 August 2012 - Maulana Wahiduddin Khan · 1m 44s · at 8:03 · https://youtu.be/sH9tW0YQwT8?t=483</w:t>
      </w:r>
    </w:p>
    <w:p>
      <w:r>
        <w:rPr>
          <w:i/>
        </w:rPr>
        <w:t>“Goya ke woh divine ideas the, divine laws the.”</w:t>
      </w:r>
    </w:p>
    <w:p>
      <w:r>
        <w:rPr>
          <w:sz w:val="20"/>
        </w:rPr>
        <w:t>8:03  goya ke woh divine ideas thay, divine laws thay jin ko daryaft kar ke insaan ne istemal kiya. lekin poori poori civilization, poori poori community jo lagi hui hai civilization ki khidmat mein, unhon ne kabhi God ko acknowledge nahi kiya.</w:t>
      </w:r>
      <w:r>
        <w:br/>
      </w:r>
      <w:r>
        <w:rPr>
          <w:sz w:val="20"/>
        </w:rPr>
        <w:t>8:27  jab aik qanoon daryaft hota hai to jo scientist daryaft karta hai, usi ke naam par us ko keh diya jata hai, jise qanoon daryaft kiya Newton ne, keh diya gaya ke Newtonian law.</w:t>
      </w:r>
      <w:r>
        <w:br/>
      </w:r>
      <w:r>
        <w:rPr>
          <w:sz w:val="20"/>
        </w:rPr>
        <w:t>8:43  Planck ne daryaft kiya to keh diya gaya ke Planck law. to jis ne daryaft kiya, usi usi ke naam par</w:t>
      </w:r>
      <w:r>
        <w:br/>
      </w:r>
      <w:r>
        <w:rPr>
          <w:sz w:val="20"/>
        </w:rPr>
        <w:t>8:53  kahin X law, kahin Y law, kahin Z law, ghairt ke usi ke naam par.</w:t>
      </w:r>
      <w:r>
        <w:br/>
      </w:r>
      <w:r>
        <w:rPr>
          <w:sz w:val="20"/>
        </w:rPr>
        <w:t>9:01  to kya woh law us ne banaya hai jis ke naam par yeh laws kitabon mein likhe hue hain? us ne sirf daryaft kiya hai.</w:t>
      </w:r>
      <w:r>
        <w:br/>
      </w:r>
      <w:r>
        <w:rPr>
          <w:sz w:val="20"/>
        </w:rPr>
        <w:t>9:14  to is par farz tha ke woh acknowledge kare ke maine aik divine law ko daryaft kiya, uska banane wala Khuda hai.</w:t>
      </w:r>
      <w:r>
        <w:br/>
      </w:r>
      <w:r>
        <w:rPr>
          <w:sz w:val="20"/>
        </w:rPr>
        <w:t>9:26  to to baghair Khuda ko ka reference diye hue</w:t>
      </w:r>
      <w:r>
        <w:br/>
      </w:r>
      <w:r>
        <w:rPr>
          <w:sz w:val="20"/>
        </w:rPr>
        <w:t>9:35  dhoom se us ko istemal kiya ja raha hai. that is also a case of plagiarism, super plagiarism.</w:t>
      </w:r>
    </w:p>
    <w:p>
      <w:pPr>
        <w:pStyle w:val="Heading2"/>
      </w:pPr>
      <w:r>
        <w:t>Eat, drink, and cool your eyes</w:t>
      </w:r>
    </w:p>
    <w:p>
      <w:r>
        <w:rPr>
          <w:color w:val="666666"/>
          <w:sz w:val="18"/>
        </w:rPr>
        <w:t>Inspiring Story of Maryam (Mary) in the Quran</w:t>
        <w:br/>
        <w:t>August 25, 2024 · 2m 37s · at 32:37 · https://youtu.be/O6VKl5oOu_s?t=1957</w:t>
      </w:r>
    </w:p>
    <w:p>
      <w:r>
        <w:rPr>
          <w:i/>
        </w:rPr>
        <w:t>“So eat and drink and cool your eyes, the angel said.”</w:t>
      </w:r>
    </w:p>
    <w:p>
      <w:r>
        <w:rPr>
          <w:sz w:val="20"/>
        </w:rPr>
        <w:t>32:37  This shows that Allah always supports the believer in their trials. And the angel said, fakulli washrabi wa qirri 'aynan "So eat and drink and cool your eyes." This phrase,</w:t>
      </w:r>
      <w:r>
        <w:br/>
      </w:r>
      <w:r>
        <w:rPr>
          <w:sz w:val="20"/>
        </w:rPr>
        <w:t>33:00  cool your eyes, has been used in the Quran in a number of places.</w:t>
      </w:r>
      <w:r>
        <w:br/>
      </w:r>
      <w:r>
        <w:rPr>
          <w:sz w:val="20"/>
        </w:rPr>
        <w:t>33:06  Like the Pharaoh's wife, Asiya, when she found the baby Musa in the river, she said to Pharaoh, "Let us adopt him, and he will become the coolness of her eyes.</w:t>
      </w:r>
      <w:r>
        <w:br/>
      </w:r>
      <w:r>
        <w:rPr>
          <w:sz w:val="20"/>
        </w:rPr>
        <w:t>33:33  " And to which</w:t>
      </w:r>
      <w:r>
        <w:br/>
      </w:r>
      <w:r>
        <w:rPr>
          <w:sz w:val="20"/>
        </w:rPr>
        <w:t>33:36  Fir'aun said, "Lucky Walali, he will be the coolness of your eyes, not my eyes." So, exactly the same happened.</w:t>
      </w:r>
      <w:r>
        <w:br/>
      </w:r>
      <w:r>
        <w:rPr>
          <w:sz w:val="20"/>
        </w:rPr>
        <w:t>33:48  And there is also a beautiful prayer in the Quran, rabbana hablana min azwajina wa dhurriyyatina qurrata a'yunin waj'alna lilmuttaqina imama</w:t>
      </w:r>
      <w:r>
        <w:br/>
      </w:r>
      <w:r>
        <w:rPr>
          <w:sz w:val="20"/>
        </w:rPr>
        <w:t>34:01  an "Our Lord, give us in our spouses and in our children the coolness of eyes, and make us the leader, the Imam of the righteous." So, the angel reassures Maryam that she need not worry</w:t>
      </w:r>
      <w:r>
        <w:br/>
      </w:r>
      <w:r>
        <w:rPr>
          <w:sz w:val="20"/>
        </w:rPr>
        <w:t>34:23  . The difficulties she faces will soon be gone, and the baby will bring immense joy, immense relief, cooling her eyes.</w:t>
      </w:r>
      <w:r>
        <w:br/>
      </w:r>
      <w:r>
        <w:rPr>
          <w:sz w:val="20"/>
        </w:rPr>
        <w:t>34:37  So, we learn here that challenging times are often followed by immense blessings from Allah</w:t>
      </w:r>
      <w:r>
        <w:br/>
      </w:r>
      <w:r>
        <w:rPr>
          <w:sz w:val="20"/>
        </w:rPr>
        <w:t>34:47  . And the angel told Maryam, fa'imma tara'inna minal bashari ahadan "And if you see any human being," fa quli inni nazartu lirrahmāni sawman "So tell him, 'I have kept a fast of silence for the compassionate God.'" falan ukallima al yawma insiyyan "I will not speak to any human being today."</w:t>
      </w:r>
    </w:p>
    <w:p>
      <w:pPr>
        <w:pStyle w:val="Heading2"/>
      </w:pPr>
      <w:r>
        <w:t>Pharaoh's prophetic dream sparks fear among Israelites</w:t>
      </w:r>
    </w:p>
    <w:p>
      <w:r>
        <w:rPr>
          <w:color w:val="666666"/>
          <w:sz w:val="18"/>
        </w:rPr>
        <w:t>Lessons from The Story of Prophet Moses Part 1, August 1, 2022 · 2m 17s · at 13:46 · https://youtu.be/JsRmjNQQHLY?t=826</w:t>
      </w:r>
    </w:p>
    <w:p>
      <w:r>
        <w:rPr>
          <w:i/>
        </w:rPr>
        <w:t>“एक फॉर्च्यून टेलर फिरौन को कहता है कि एक बच्चा पैदा होगा जो उसे डी-थ्रोन करेगा”</w:t>
      </w:r>
    </w:p>
    <w:p>
      <w:r>
        <w:rPr>
          <w:sz w:val="20"/>
        </w:rPr>
        <w:t>13:46  qasir mein yeh baat aayi hai ke firoun ne khwab dekha. ji, aur us khwab mein yeh dekha ke bani israel koi ek aag shuru hui hai wahan se, canaan se, yaani jerusalem se, baitul muqaddas se. ek aag chali hai, aur woh aake misr ke saare ghar jala diye hain. sirf bani israel ke ghar baqi reh gaye hain. ji,</w:t>
      </w:r>
      <w:r>
        <w:br/>
      </w:r>
      <w:r>
        <w:rPr>
          <w:sz w:val="20"/>
        </w:rPr>
        <w:t>14:15  to usne saare astrologer, soothsayers ko bulaya, aur pucha ke yeh khwab ki kya taabeer hai.</w:t>
      </w:r>
      <w:r>
        <w:br/>
      </w:r>
      <w:r>
        <w:rPr>
          <w:sz w:val="20"/>
        </w:rPr>
        <w:t>14:40  to usne saare astrologer, sooth sayers ko bulaya, aur poocha ke yeh khwab ki kya taabeer hai.</w:t>
      </w:r>
      <w:r>
        <w:br/>
      </w:r>
      <w:r>
        <w:rPr>
          <w:sz w:val="20"/>
        </w:rPr>
        <w:t>14:48  to un sab ne kaha ke iska matlab yeh hai ke jo bani israil hain, children of israel, inke yahan, inki family mein koi ek bachcha paida hoga. ji, jo aapko bhi khatm kar dega, aur sara jo kingdom hai, usko bhi khatm kar dega. ji, to yeh sunkar firoun bada aag babola ho gaya. bahut hi ghussa tha uske andar. to</w:t>
      </w:r>
      <w:r>
        <w:br/>
      </w:r>
      <w:r>
        <w:rPr>
          <w:sz w:val="20"/>
        </w:rPr>
        <w:t>15:17  usne kaha, ek bahut hi barbaric decree usne jaari kar di, aur kaha ke jitne bhi families hain bani israil ke, inke yahan jo newborn baby boys hain,</w:t>
      </w:r>
      <w:r>
        <w:br/>
      </w:r>
      <w:r>
        <w:rPr>
          <w:sz w:val="20"/>
        </w:rPr>
        <w:t>15:31  unko jaise paida ho, unko qatl kar diya jaye, aur bachiyon ko chhod diya jaye. to iski wajah se bada shadeed khauf mein families bani israil ke liye</w:t>
      </w:r>
      <w:r>
        <w:br/>
      </w:r>
      <w:r>
        <w:rPr>
          <w:sz w:val="20"/>
        </w:rPr>
        <w:t>15:44  rehne lage. bahut hi dar, aur bahut hi pareshani, yaani inteha mushkil halaat se guzre bani israil us waqt. ji, aur doctor sahab, isi khauf zada environment mein Musa, prophet Musa ka janam hota hai. to phir uske baad kya hota hai, doctor sahab, uske baare mein bhi bataiye.</w:t>
      </w:r>
    </w:p>
    <w:p>
      <w:pPr>
        <w:pStyle w:val="Heading2"/>
      </w:pPr>
      <w:r>
        <w:t>meaning of itikaf, example of Maryam in the temple</w:t>
      </w:r>
    </w:p>
    <w:p>
      <w:r>
        <w:rPr>
          <w:color w:val="666666"/>
          <w:sz w:val="18"/>
        </w:rPr>
        <w:t>Itikaf (Intellectual Seclusion) April 16, 2023 · 1m 22s · at 0:41 · https://youtu.be/Yci8zFmfCU4?t=41</w:t>
      </w:r>
    </w:p>
    <w:p>
      <w:r>
        <w:rPr>
          <w:i/>
        </w:rPr>
        <w:t>“Doctor Farida Khanam, itikaf ka matlab kya hai?”</w:t>
      </w:r>
    </w:p>
    <w:p>
      <w:r>
        <w:rPr>
          <w:sz w:val="20"/>
        </w:rPr>
        <w:t>0:41  Doctor Fareeda Khanam, yani aap say sawal karkay keh Itikaf ka matlab kya hai, ah, us kay baray mein thora bataein hum ko.</w:t>
      </w:r>
      <w:r>
        <w:br/>
      </w:r>
      <w:r>
        <w:rPr>
          <w:sz w:val="20"/>
        </w:rPr>
        <w:t>0:54  Dekhiye, Itikaf kay literal ma'ani hain rukna aur theharna, yani har insaan apnay aik mahol mein rehta hai, apnay ghar mein rehta hai, apnay business mein rehta hai.</w:t>
      </w:r>
      <w:r>
        <w:br/>
      </w:r>
      <w:r>
        <w:rPr>
          <w:sz w:val="20"/>
        </w:rPr>
        <w:t>1:05  To rozay kay zamanay mein ibadat waghaira ziyada ki jati hai,</w:t>
      </w:r>
      <w:r>
        <w:br/>
      </w:r>
      <w:r>
        <w:rPr>
          <w:sz w:val="20"/>
        </w:rPr>
        <w:t>1:11  doosray mahinon say ziyada. To jab rozay ka aakhri din aata hai, jis ko kehtay hain teesra ashra, to is mein Itikaf bhi kiya jata hai.</w:t>
      </w:r>
      <w:r>
        <w:br/>
      </w:r>
      <w:r>
        <w:rPr>
          <w:sz w:val="20"/>
        </w:rPr>
        <w:t>1:22  To Itikaf mein aisa kartay hain keh woh masjid mein kartay hain aur wahan par sirf ibadat kartay hain aur sirf zaroori cheez khana peena, bas. Aur koi, woh koi doosra kaam nahi kartay hain wahan par,</w:t>
      </w:r>
      <w:r>
        <w:br/>
      </w:r>
      <w:r>
        <w:rPr>
          <w:sz w:val="20"/>
        </w:rPr>
        <w:t>1:38  na kisi unnecessary work kay liye bahar nikaltay hain. To yeh hai Itikaf. To Itikaf aisa nahi hai keh kuch Islam mein hi Itikaf hai, balkeh doosray mazahib mein bhi hai.</w:t>
      </w:r>
      <w:r>
        <w:br/>
      </w:r>
      <w:r>
        <w:rPr>
          <w:sz w:val="20"/>
        </w:rPr>
        <w:t>1:51  Aur hum Quran say hum maloom kar, maloom hota hai keh Hazrat Maryam (AS) bhi Itikaf ki position mein rehti theen, Hekal mein.</w:t>
      </w:r>
      <w:r>
        <w:br/>
      </w:r>
      <w:r>
        <w:rPr>
          <w:sz w:val="20"/>
        </w:rPr>
        <w:t>2:01  Hekal kay nigran wohi Hazrat Zakariya (AS) thay.</w:t>
      </w:r>
    </w:p>
    <w:p>
      <w:pPr>
        <w:pStyle w:val="Heading2"/>
      </w:pPr>
      <w:r>
        <w:t>Prophet's general policy: always choose the peaceful path</w:t>
      </w:r>
    </w:p>
    <w:p>
      <w:r>
        <w:rPr>
          <w:color w:val="666666"/>
          <w:sz w:val="18"/>
        </w:rPr>
        <w:t>Prophetic Mission in History March 06, 2007 · 1m 56s · at 1:02:17 · https://youtu.be/w7HfRxRVIps?t=3737</w:t>
      </w:r>
    </w:p>
    <w:p>
      <w:r>
        <w:rPr>
          <w:i/>
        </w:rPr>
        <w:t>“Aisha said the Prophet always chose the easier option”</w:t>
      </w:r>
    </w:p>
    <w:p>
      <w:r>
        <w:rPr>
          <w:sz w:val="20"/>
        </w:rPr>
        <w:t>1:02:17  the wife of the prophet, says about the general policy of the prophet. she says:</w:t>
      </w:r>
      <w:r>
        <w:br/>
      </w:r>
      <w:r>
        <w:rPr>
          <w:sz w:val="20"/>
        </w:rPr>
        <w:t>1:02:29  "ma khayyar rasulullah sallallahu alaihi wasallam bayna amrain illa aisha."</w:t>
      </w:r>
      <w:r>
        <w:br/>
      </w:r>
      <w:r>
        <w:rPr>
          <w:sz w:val="20"/>
        </w:rPr>
        <w:t>1:02:40  it means that whenever the prophet had to choose between the two, he always opted for</w:t>
      </w:r>
      <w:r>
        <w:br/>
      </w:r>
      <w:r>
        <w:rPr>
          <w:sz w:val="20"/>
        </w:rPr>
        <w:t>1:02:58  easier option rather than harder option.</w:t>
      </w:r>
      <w:r>
        <w:br/>
      </w:r>
      <w:r>
        <w:rPr>
          <w:sz w:val="20"/>
        </w:rPr>
        <w:t>1:03:03  here you can see that</w:t>
      </w:r>
      <w:r>
        <w:br/>
      </w:r>
      <w:r>
        <w:rPr>
          <w:sz w:val="20"/>
        </w:rPr>
        <w:t>1:03:08  of the two, of the choice is between the two methods: peaceful method and violent method. to which one is easier? which method is easier?</w:t>
      </w:r>
      <w:r>
        <w:br/>
      </w:r>
      <w:r>
        <w:rPr>
          <w:sz w:val="20"/>
        </w:rPr>
        <w:t>1:03:22  it is obvious that peaceful method is easier and violent method is harder. so, here you can see the general policy of the prophet of Islam.</w:t>
      </w:r>
      <w:r>
        <w:br/>
      </w:r>
      <w:r>
        <w:rPr>
          <w:sz w:val="20"/>
        </w:rPr>
        <w:t>1:03:36  it is general policy. so, this is a eternal policy of Islam.</w:t>
      </w:r>
      <w:r>
        <w:br/>
      </w:r>
      <w:r>
        <w:rPr>
          <w:sz w:val="20"/>
        </w:rPr>
        <w:t>1:03:45  Islamic people must follow this pattern.</w:t>
      </w:r>
      <w:r>
        <w:br/>
      </w:r>
      <w:r>
        <w:rPr>
          <w:sz w:val="20"/>
        </w:rPr>
        <w:t>1:03:52  if they are believer of the prophet, they must follow this pattern</w:t>
      </w:r>
      <w:r>
        <w:br/>
      </w:r>
      <w:r>
        <w:rPr>
          <w:sz w:val="20"/>
        </w:rPr>
        <w:t>1:04:01  that when peaceful option is available, then that not allowed to opt for violent method.</w:t>
      </w:r>
    </w:p>
    <w:p>
      <w:pPr>
        <w:pStyle w:val="Heading2"/>
      </w:pPr>
      <w:r>
        <w:t>Mission survives Maulana's death as a divine mission</w:t>
      </w:r>
    </w:p>
    <w:p>
      <w:r>
        <w:rPr>
          <w:color w:val="666666"/>
          <w:sz w:val="18"/>
        </w:rPr>
        <w:t>Chairperson, Prof. Farida Khanam's Addressal Peace Conference April 29-30, 2023 · 1m 49s · at 1:12 · https://youtu.be/ZuVp1fGsZOw?t=72</w:t>
      </w:r>
    </w:p>
    <w:p>
      <w:r>
        <w:rPr>
          <w:i/>
        </w:rPr>
        <w:t>“Maulana ke baad yeh pehla mauka hai itni tadaad mein”</w:t>
      </w:r>
    </w:p>
    <w:p>
      <w:r>
        <w:rPr>
          <w:sz w:val="20"/>
        </w:rPr>
        <w:t>1:12  suno yahin par molana ke sath program hua to sab yadein aa gayi, taza ho gayi yadein. to molana ki wafat ke baad yeh pehla mauka hai ke hum sab itni badi taadad mein yahan ikhatta hue hain. molana ke baad mujhe lagta tha ke ab is mission ki raftaar sust pad jayegi.</w:t>
      </w:r>
      <w:r>
        <w:br/>
      </w:r>
      <w:r>
        <w:rPr>
          <w:sz w:val="20"/>
        </w:rPr>
        <w:t>1:40  ab kya hoga? Sunday program kaise hoga? log kaise ikhatthe honge? lekin waqaiyan yeh hai ke yeh mission, yeh sabit karta hai ke yeh mission khudai mission hai ke pehle se bhi zyada ek strong team ban gayi, pehle se bhi zyada log kaam kar rahe hain. isse pata chalta hai ke allah hamare sath hai, farishte hamare sath hai.</w:t>
      </w:r>
      <w:r>
        <w:br/>
      </w:r>
      <w:r>
        <w:rPr>
          <w:sz w:val="20"/>
        </w:rPr>
        <w:t>2:10  warna aisa ho nahi sakta tha. aam taur par team bikhar jati hai. aisa nahi hota jahan ke koi worldly attraction na ho, to aisa nahi hota ke log phir bhi jude rahe hain. yahan kisi ka koi worldly interest nahi hai. sab log jo hain bilkul selflessly kaam kar rahe hain.</w:t>
      </w:r>
      <w:r>
        <w:br/>
      </w:r>
      <w:r>
        <w:rPr>
          <w:sz w:val="20"/>
        </w:rPr>
        <w:t>2:32  sab log volunteers hain, sirf huda ki raza hasil karne ke liye woh is mission mein lage hue hain aur unka wahi hai jo molana kehte the ke I will do spirit ke sath aap log kaam kariye to wahi tamam log isi tarah kaam kar rahe hain. kuch log yahan aaye hue hain aur bahut sare log kaam kar rahe hain jo yahan aa nahi sake hain. allah taalaah un sabki madad farmayein.</w:t>
      </w:r>
      <w:r>
        <w:br/>
      </w:r>
      <w:r>
        <w:rPr>
          <w:sz w:val="20"/>
        </w:rPr>
        <w:t>3:01  to yeh mujhe yaad aata hai ke isi tarike se jab rajat isar e salam ko jo logon ne samjha haqeeqat nahi thi lekin logon ne yahi samjha ke unko phansi de di gayi, saleeb par chadha diya gaya to unke jo hawari the, bahut zyada gamgeen baithe hue the.</w:t>
      </w:r>
    </w:p>
    <w:p>
      <w:pPr>
        <w:pStyle w:val="Heading2"/>
      </w:pPr>
      <w:r>
        <w:t>Pune Muslims changed a procession date to avoid riot</w:t>
      </w:r>
    </w:p>
    <w:p>
      <w:r>
        <w:rPr>
          <w:color w:val="666666"/>
          <w:sz w:val="18"/>
        </w:rPr>
        <w:t>Creative Solution or Ijtihadi Hal September 16, 2012 · 2m 14s · at 4:34 · https://youtu.be/yBKbiu0d_1A?t=274</w:t>
      </w:r>
    </w:p>
    <w:p>
      <w:r>
        <w:rPr>
          <w:i/>
        </w:rPr>
        <w:t>“Two religious processions were set to clash on the same day”</w:t>
      </w:r>
    </w:p>
    <w:p>
      <w:r>
        <w:rPr>
          <w:sz w:val="20"/>
        </w:rPr>
        <w:t>4:34  maharashtra ke ek ek city mein, ek bada city ab maharashtra ka ho, wahan par ek problem create hua.</w:t>
      </w:r>
      <w:r>
        <w:br/>
      </w:r>
      <w:r>
        <w:rPr>
          <w:sz w:val="20"/>
        </w:rPr>
        <w:t>4:47  wahan par aap jante hain ke maharashtra mein bade dhoom se nikala jata hai ganesh chaturthi ka procession, juloos.</w:t>
      </w:r>
      <w:r>
        <w:br/>
      </w:r>
      <w:r>
        <w:rPr>
          <w:sz w:val="20"/>
        </w:rPr>
        <w:t>4:57  to</w:t>
      </w:r>
      <w:r>
        <w:br/>
      </w:r>
      <w:r>
        <w:rPr>
          <w:sz w:val="20"/>
        </w:rPr>
        <w:t>5:00  ittifaq se ek hi din coincide kar raha tha ke isi din nikalna tha masailon ka milad un nabi ka procession, milad un nabi ka juloos, aur theek isi din nikalna tha</w:t>
      </w:r>
      <w:r>
        <w:br/>
      </w:r>
      <w:r>
        <w:rPr>
          <w:sz w:val="20"/>
        </w:rPr>
        <w:t>5:19  ganesh chaturthi ka procession. dono coincide kar rahe the.</w:t>
      </w:r>
      <w:r>
        <w:br/>
      </w:r>
      <w:r>
        <w:rPr>
          <w:sz w:val="20"/>
        </w:rPr>
        <w:t>5:25  to yeh yaqini tha ke kahin na kahin takrao ho jayega. aur phir kya hoga? bloodshed hoga. log jayenge, jalaye phoonkenge.</w:t>
      </w:r>
      <w:r>
        <w:br/>
      </w:r>
      <w:r>
        <w:rPr>
          <w:sz w:val="20"/>
        </w:rPr>
        <w:t>5:37  maal o jaan ka nuksan hoga. bilkul nearly certain tha yeh.</w:t>
      </w:r>
      <w:r>
        <w:br/>
      </w:r>
      <w:r>
        <w:rPr>
          <w:sz w:val="20"/>
        </w:rPr>
        <w:t>5:44  to poona ke yeh waqia poona ka hai, kai saal pehle ka.</w:t>
      </w:r>
      <w:r>
        <w:br/>
      </w:r>
      <w:r>
        <w:rPr>
          <w:sz w:val="20"/>
        </w:rPr>
        <w:t>5:54  kuch samajhdar musalman ek masjid mein ikhatta hue, is mein hamare risala kari bhi the.</w:t>
      </w:r>
      <w:r>
        <w:br/>
      </w:r>
      <w:r>
        <w:rPr>
          <w:sz w:val="20"/>
        </w:rPr>
        <w:t>6:03  to unhon ne sochne ke baad yeh tay kiya ke hum apne milad un nabi ke jaloos ki jo date hai badal dete hain.</w:t>
      </w:r>
      <w:r>
        <w:br/>
      </w:r>
      <w:r>
        <w:rPr>
          <w:sz w:val="20"/>
        </w:rPr>
        <w:t>6:16  yani aaj hai ganesh chaturthi ka jaloos to kal hum nikalenge milad un nabi ka jaloos. Aisa unhon ne decide kiya aur maswaho mein ailan kar diya.</w:t>
      </w:r>
      <w:r>
        <w:br/>
      </w:r>
      <w:r>
        <w:rPr>
          <w:sz w:val="20"/>
        </w:rPr>
        <w:t>6:28  aur phir aise hi kiya gaya.</w:t>
      </w:r>
      <w:r>
        <w:br/>
      </w:r>
      <w:r>
        <w:rPr>
          <w:sz w:val="20"/>
        </w:rPr>
        <w:t>6:34  deen all the problems were solved. there was no riot, no bloodshed, nothing. yeh hai creative solution.</w:t>
      </w:r>
    </w:p>
    <w:p>
      <w:pPr>
        <w:pStyle w:val="Heading2"/>
      </w:pPr>
      <w:r>
        <w:t>Taif tribe's odd conditions and the Prophet's patience</w:t>
      </w:r>
    </w:p>
    <w:p>
      <w:r>
        <w:rPr>
          <w:color w:val="666666"/>
          <w:sz w:val="18"/>
        </w:rPr>
        <w:t>Life of the Prophet of Islam March 22, 2009 · 2m 37s · at 39:58 · https://youtu.be/tCdQ0G7ralM?t=2398</w:t>
      </w:r>
    </w:p>
    <w:p>
      <w:r>
        <w:rPr>
          <w:i/>
        </w:rPr>
        <w:t>“ایک قبیلہ تھا، اس کا نام تھا سقیف”</w:t>
      </w:r>
    </w:p>
    <w:p>
      <w:r>
        <w:rPr>
          <w:sz w:val="20"/>
        </w:rPr>
        <w:t>39:58  aur yahan tak aap ne, yani narmi barti itni ziyada ke aik wahan aik qabeela tha, us ka naam tha saqeef, woh rehtay thay taif mein,</w:t>
      </w:r>
      <w:r>
        <w:br/>
      </w:r>
      <w:r>
        <w:rPr>
          <w:sz w:val="20"/>
        </w:rPr>
        <w:t>40:10  yani arab ki aik hi, aik hi shehar tha jo, jo aaj ke, aaj ke, aaj ke zamanay mein kahay gayn walled city tha. walled yani charon taraf us ki deewar, aik hi shehar aisa tha jis ko aap walled city keh saktay hain.</w:t>
      </w:r>
      <w:r>
        <w:br/>
      </w:r>
      <w:r>
        <w:rPr>
          <w:sz w:val="20"/>
        </w:rPr>
        <w:t>40:27  to woh log bohat ziyada, yaani taqat wale thay, bohat sarkash thay. woh</w:t>
      </w:r>
      <w:r>
        <w:br/>
      </w:r>
      <w:r>
        <w:rPr>
          <w:sz w:val="20"/>
        </w:rPr>
        <w:t>40:34  to un ka jo wafaad aaya madina, un ka jo deputation aaya madina, to unhon ne anokhi shartein lagayin, anokhi condition lagayin.</w:t>
      </w:r>
      <w:r>
        <w:br/>
      </w:r>
      <w:r>
        <w:rPr>
          <w:sz w:val="20"/>
        </w:rPr>
        <w:t>40:45  misalan unhon ne kaha ke hum Islam mein daakhil ho jayenge, lekin hum namaz nahi padhenge, hum Islam mein daakhil ho jayenge, lekin hum yeh nahi karenge, woh nahi karenge.</w:t>
      </w:r>
      <w:r>
        <w:br/>
      </w:r>
      <w:r>
        <w:rPr>
          <w:sz w:val="20"/>
        </w:rPr>
        <w:t>40:58  to aap ne un ki har shart ko baandhte hue un se agreement kar liya,</w:t>
      </w:r>
      <w:r>
        <w:br/>
      </w:r>
      <w:r>
        <w:rPr>
          <w:sz w:val="20"/>
        </w:rPr>
        <w:t>41:05  hum sharab nahi chhodenge. yeh shart lagayi thi unhon ne ke hum sharab nahi chhodenge, hum Islam mein daakhil ho jayenge. to ek saahab ne kaha ke Rasool Allah se kaha ke aap aisi aisi condition un ki hai, aur phir bhi aap un ko Islam mein daakhil kar rahe hain.</w:t>
      </w:r>
      <w:r>
        <w:br/>
      </w:r>
      <w:r>
        <w:rPr>
          <w:sz w:val="20"/>
        </w:rPr>
        <w:t>41:24  to aap ne farmaya, woh is is soch ko zara sochein ke what was the prophetic vision</w:t>
      </w:r>
      <w:r>
        <w:br/>
      </w:r>
      <w:r>
        <w:rPr>
          <w:sz w:val="20"/>
        </w:rPr>
        <w:t>41:34  ke dheere dheere sab kuch ho jayega, un ko daakhil to hone do,</w:t>
      </w:r>
      <w:r>
        <w:br/>
      </w:r>
      <w:r>
        <w:rPr>
          <w:sz w:val="20"/>
        </w:rPr>
        <w:t>41:40  dheere dheere sab kuch ho jayega. chunancha history batati hai ke baad ko woh namaz hi padhne lage, aur sharab bhi chhod di, aur unhon ne sab kuch ho gaya, bohat thode dino mein.</w:t>
      </w:r>
      <w:r>
        <w:br/>
      </w:r>
      <w:r>
        <w:rPr>
          <w:sz w:val="20"/>
        </w:rPr>
        <w:t>41:51  yaani aap isi ko hadith mein kaha gaya hai ke in Allah yuti al-rukh ma la yuti al-unf, yaani Khuda jo hai, sakhti par woh cheez nahi deta jo nermi par deta hai.</w:t>
      </w:r>
      <w:r>
        <w:br/>
      </w:r>
      <w:r>
        <w:rPr>
          <w:sz w:val="20"/>
        </w:rPr>
        <w:t>42:05  Khuda sakhti par woh cheez nahi deta jo nermi par deta hai. aap ne nermi barti to sab kuch hota chala gaya, hota chala gaya, hota chala gaya. yaani unhon ne yeh shart par Islam mein daakhil hue thay ke hum namaz nahi padhenge, hum hum sharab nahi chhodenge.</w:t>
      </w:r>
      <w:r>
        <w:br/>
      </w:r>
      <w:r>
        <w:rPr>
          <w:sz w:val="20"/>
        </w:rPr>
        <w:t>42:21  aur thode dino ke baad kya hua? sharab bhi chhod diya, aur namaz bhi padhne lage, aur saara Arab Islamize ho gaya, baghair ladai ke, baghair sakhti ke, baghair kadi condition ke.</w:t>
      </w:r>
    </w:p>
    <w:p>
      <w:pPr>
        <w:pStyle w:val="Heading2"/>
      </w:pPr>
      <w:r>
        <w:t>Definition and redefinition concept explained</w:t>
      </w:r>
    </w:p>
    <w:p>
      <w:r>
        <w:rPr>
          <w:color w:val="666666"/>
          <w:sz w:val="18"/>
        </w:rPr>
        <w:t>Redefining Islam July 05, 2009 Maulana Wahiduddin Khan · 1m 06s · at 9:41 · https://youtu.be/JXY-MlXBy3Q?t=581</w:t>
      </w:r>
    </w:p>
    <w:p>
      <w:r>
        <w:rPr>
          <w:i/>
        </w:rPr>
        <w:t>“Definition ka matlab kya hota hai?”</w:t>
      </w:r>
    </w:p>
    <w:p>
      <w:r>
        <w:rPr>
          <w:sz w:val="20"/>
        </w:rPr>
        <w:t>9:41  definition ka matlab hota hai kisi cheez ko theek theek waise hi bayan karna jaisa ke woh hai. as it is. woh hoti hai definition. to redefine karne ke ma'ani hain ke isi cheez ko phir se bayan karo.</w:t>
      </w:r>
      <w:r>
        <w:br/>
      </w:r>
      <w:r>
        <w:rPr>
          <w:sz w:val="20"/>
        </w:rPr>
        <w:t>9:55  naye term mein, naye shabdon mein, nayi istalahon mein. cheez wohi ho lekin term badal jayen, alfaaz badal jayen, shabd badal jayen.</w:t>
      </w:r>
      <w:r>
        <w:br/>
      </w:r>
      <w:r>
        <w:rPr>
          <w:sz w:val="20"/>
        </w:rPr>
        <w:t>10:08  yeh hai redefinition. to islam mein dekhen revision to hai nahi, amendment to hai nahi. lekin redefinition islam mein poori tarah maujood hai.</w:t>
      </w:r>
      <w:r>
        <w:br/>
      </w:r>
      <w:r>
        <w:rPr>
          <w:sz w:val="20"/>
        </w:rPr>
        <w:t>10:21  aur isi ko in logon ne, hamare ulma ne, yeh in ki bohat bari bhool hai ke woh zamana jis mein sawal zaroorat thi ke islam ko redefine kare woh, redefine nahi kar sake.</w:t>
      </w:r>
      <w:r>
        <w:br/>
      </w:r>
      <w:r>
        <w:rPr>
          <w:sz w:val="20"/>
        </w:rPr>
        <w:t>10:35  to aaj tak woh masla chala ja raha hai. Islam logon ko Unfit lagta hai. jabki Redefine karna jo hai yeh Islam ki tareekh se sabit hai.</w:t>
      </w:r>
    </w:p>
    <w:p>
      <w:pPr>
        <w:pStyle w:val="Heading2"/>
      </w:pPr>
      <w:r>
        <w:t>Rediscovering past glory vs discovering real present opportunity</w:t>
      </w:r>
    </w:p>
    <w:p>
      <w:r>
        <w:rPr>
          <w:color w:val="666666"/>
          <w:sz w:val="18"/>
        </w:rPr>
        <w:t>The Prophetic Guidance February 18, 2007 · 2m 43s · at 45:32 · https://youtu.be/5K7MiAVqNNA?t=2732</w:t>
      </w:r>
    </w:p>
    <w:p>
      <w:r>
        <w:rPr>
          <w:i/>
        </w:rPr>
        <w:t>“Muslims have rediscovered their pride in Islam - yeh koi dryaft hai?”</w:t>
      </w:r>
    </w:p>
    <w:p>
      <w:r>
        <w:rPr>
          <w:sz w:val="20"/>
        </w:rPr>
        <w:t>45:32  idhar hum sultan bood ek shair ne kaha hai ke hum hi chhaye hue thay sharq se ta gharb dunya mein na tha palah kisi ملت ka dunya mein gira hum se.</w:t>
      </w:r>
      <w:r>
        <w:br/>
      </w:r>
      <w:r>
        <w:rPr>
          <w:sz w:val="20"/>
        </w:rPr>
        <w:t>45:44  yeh hai maazi. zia-ul-haq sahib gaye amreeka wahan unhon ne taqreer di to unhon ne kya kaha?</w:t>
      </w:r>
      <w:r>
        <w:br/>
      </w:r>
      <w:r>
        <w:rPr>
          <w:sz w:val="20"/>
        </w:rPr>
        <w:t>45:55  pakistan ke woh sadar thay woh. Muslims have rediscovered their pride in Islam</w:t>
      </w:r>
      <w:r>
        <w:br/>
      </w:r>
      <w:r>
        <w:rPr>
          <w:sz w:val="20"/>
        </w:rPr>
        <w:t>46:01  yeh bhi kitni be buniyad baat hai. fakhr ko daryaft kiya ka matlab kya hua? maazi ki tareekh ko daryaft kiya. ke pehle hum saltanat thi hamari.</w:t>
      </w:r>
      <w:r>
        <w:br/>
      </w:r>
      <w:r>
        <w:rPr>
          <w:sz w:val="20"/>
        </w:rPr>
        <w:t>46:13  yeh koi daryaft hai? ab dekhen koi daryaft hai? aaj aaj jo cheez aap daryaft karen woh daryaft hai.</w:t>
      </w:r>
      <w:r>
        <w:br/>
      </w:r>
      <w:r>
        <w:rPr>
          <w:sz w:val="20"/>
        </w:rPr>
        <w:t>46:24  aaj jo cheez aap ko de rahnumai woh daryaft hai.</w:t>
      </w:r>
      <w:r>
        <w:br/>
      </w:r>
      <w:r>
        <w:rPr>
          <w:sz w:val="20"/>
        </w:rPr>
        <w:t>46:28  maazi mein hum ne saltanat bana rakha tha woh aap ne daryaft kiya to yeh daryaft kiya hai yeh to? mein to kehta hoon ke bilkul ahmaq.</w:t>
      </w:r>
      <w:r>
        <w:br/>
      </w:r>
      <w:r>
        <w:rPr>
          <w:sz w:val="20"/>
        </w:rPr>
        <w:t>46:37  woh aadmi ahmaq hai jis ko maazi ka pata ho maazi ki shaan ka. aaj is ke liye kya mawaqe hain is ko pata na ho. mein samajhta hoon ke zia-ul-haq sahib ne jo daryaft ki thi maazi ki us se million guna ziyada bari daryaft meri hai.</w:t>
      </w:r>
      <w:r>
        <w:br/>
      </w:r>
      <w:r>
        <w:rPr>
          <w:sz w:val="20"/>
        </w:rPr>
        <w:t>46:55  ke mein ne daryaft kiya ke india mein mawaqe hain.</w:t>
      </w:r>
      <w:r>
        <w:br/>
      </w:r>
      <w:r>
        <w:rPr>
          <w:sz w:val="20"/>
        </w:rPr>
        <w:t>47:00  47 ke baad mein akela tha india mein akela. jis ne bar bar is ko bataya musalmanon ko. ke india musalman samajhte thay ke india un ke liye masla kusha mulk hai.</w:t>
      </w:r>
      <w:r>
        <w:br/>
      </w:r>
      <w:r>
        <w:rPr>
          <w:sz w:val="20"/>
        </w:rPr>
        <w:t>47:12  mein ne kaha nahin. yahan india hamare liye mulk mawaqe ka hai. hamare india mein hamare liye mawaqe hain. mein ne yahan tak kaha meri kitab parh sakte hain aap.</w:t>
      </w:r>
      <w:r>
        <w:br/>
      </w:r>
      <w:r>
        <w:rPr>
          <w:sz w:val="20"/>
        </w:rPr>
        <w:t>47:22  Indian Muslims have positive outlook</w:t>
      </w:r>
      <w:r>
        <w:br/>
      </w:r>
      <w:r>
        <w:rPr>
          <w:sz w:val="20"/>
        </w:rPr>
        <w:t>47:25  woh chhupa hua is mein chhupa hua. ke india mein jo mawaqe hain hamare liye musalmanon ke liye woh 57 muslim mumalik se bhi ziyada hain.</w:t>
      </w:r>
      <w:r>
        <w:br/>
      </w:r>
      <w:r>
        <w:rPr>
          <w:sz w:val="20"/>
        </w:rPr>
        <w:t>47:37  yeh is ko mein daryaft kahoon ga. jo aaj mein mawaqe ko daryaft kare us ne daryaft ki.</w:t>
      </w:r>
      <w:r>
        <w:br/>
      </w:r>
      <w:r>
        <w:rPr>
          <w:sz w:val="20"/>
        </w:rPr>
        <w:t>47:46  jo maazi ki shaan ko pata kare woh</w:t>
      </w:r>
      <w:r>
        <w:br/>
      </w:r>
      <w:r>
        <w:rPr>
          <w:sz w:val="20"/>
        </w:rPr>
        <w:t>47:49  kya hai woh? woh to ahmaq aadmi hai. aur is ko ja kar zia-ul-haq sahib ne fakhr ke sath kaha amreeka mein. Muslims have rediscovered their pride in Islam to us se million guna ziyada bari daryaft meri hai.</w:t>
      </w:r>
      <w:r>
        <w:br/>
      </w:r>
      <w:r>
        <w:rPr>
          <w:sz w:val="20"/>
        </w:rPr>
        <w:t>48:03  ke mein ne daryaft kiya. ke na sirf india mein balkeh sari dunya mein mawaqe khuli hain hamare liye. india mein singapore mein lanka mein europe mein amreeka mein phail gayi.</w:t>
      </w:r>
    </w:p>
    <w:p>
      <w:pPr>
        <w:pStyle w:val="Heading2"/>
      </w:pPr>
      <w:r>
        <w:t>Discrimination leads to self-employment success</w:t>
      </w:r>
    </w:p>
    <w:p>
      <w:r>
        <w:rPr>
          <w:color w:val="666666"/>
          <w:sz w:val="18"/>
        </w:rPr>
        <w:t>Teaching of the Prophet (English) March 31, 2007 Maulana Wahiduddin Khan · 1m 51s · at 8:38 · https://youtu.be/2Jm65f4yNG8?t=518</w:t>
      </w:r>
    </w:p>
    <w:p>
      <w:r>
        <w:rPr>
          <w:i/>
        </w:rPr>
        <w:t>“Also there is very very important principle that verify the principle given”</w:t>
      </w:r>
    </w:p>
    <w:p>
      <w:r>
        <w:rPr>
          <w:sz w:val="20"/>
        </w:rPr>
        <w:t>8:38  Also, there is a very, very important principle that verifies the principle given by the Prophet of Islam.</w:t>
      </w:r>
      <w:r>
        <w:br/>
      </w:r>
      <w:r>
        <w:rPr>
          <w:sz w:val="20"/>
        </w:rPr>
        <w:t>8:57  The report says that after 1947, there was some discrimination against the Muslims in jobs, in the organized sector, in jobs in the organized sector.</w:t>
      </w:r>
      <w:r>
        <w:br/>
      </w:r>
      <w:r>
        <w:rPr>
          <w:sz w:val="20"/>
        </w:rPr>
        <w:t>9:22  So there was discrimination against the Muslims.</w:t>
      </w:r>
      <w:r>
        <w:br/>
      </w:r>
      <w:r>
        <w:rPr>
          <w:sz w:val="20"/>
        </w:rPr>
        <w:t>9:31  Then what happened?</w:t>
      </w:r>
      <w:r>
        <w:br/>
      </w:r>
      <w:r>
        <w:rPr>
          <w:sz w:val="20"/>
        </w:rPr>
        <w:t>9:41  Gradually, there was a change among the Muslim thinking.</w:t>
      </w:r>
      <w:r>
        <w:br/>
      </w:r>
      <w:r>
        <w:rPr>
          <w:sz w:val="20"/>
        </w:rPr>
        <w:t>9:50  When they saw that there is no hope in the organized sector, they adopted to seek jobs in</w:t>
      </w:r>
      <w:r>
        <w:br/>
      </w:r>
      <w:r>
        <w:rPr>
          <w:sz w:val="20"/>
        </w:rPr>
        <w:t>10:00  the self-employed sector.</w:t>
      </w:r>
      <w:r>
        <w:br/>
      </w:r>
      <w:r>
        <w:rPr>
          <w:sz w:val="20"/>
        </w:rPr>
        <w:t>10:10  They were denied jobs in the organized sector, but after some years, they regained their position in the self-employed sector.</w:t>
      </w:r>
      <w:r>
        <w:br/>
      </w:r>
      <w:r>
        <w:rPr>
          <w:sz w:val="20"/>
        </w:rPr>
        <w:t>10:29  This is very important. This verifies the principle given by the Prophet of Islam.</w:t>
      </w:r>
    </w:p>
    <w:p>
      <w:pPr>
        <w:pStyle w:val="Heading2"/>
      </w:pPr>
      <w:r>
        <w:t>Prophet's success secret from Quran</w:t>
      </w:r>
    </w:p>
    <w:p>
      <w:r>
        <w:rPr>
          <w:color w:val="666666"/>
          <w:sz w:val="18"/>
        </w:rPr>
        <w:t>Divine Wisdom July 23, 2006 Maulana Wahiduddin Khan · 2m 40s · at 1:05 · https://youtu.be/0vdAgFREstg?t=65</w:t>
      </w:r>
    </w:p>
    <w:p>
      <w:r>
        <w:rPr>
          <w:i/>
        </w:rPr>
        <w:t>“What is wisdom? Wisdom is to know God's creation plan”</w:t>
      </w:r>
    </w:p>
    <w:p>
      <w:r>
        <w:rPr>
          <w:sz w:val="20"/>
        </w:rPr>
        <w:t>1:05  wisdom kya hai? wisdom yeh hai ke aap khuda ke creation plan ko jaanein aur is se adjust karte hue apna kaam karein.</w:t>
      </w:r>
      <w:r>
        <w:br/>
      </w:r>
      <w:r>
        <w:rPr>
          <w:sz w:val="20"/>
        </w:rPr>
        <w:t>1:25  dunya mein har failure hota hai is liye ke aadmi apne mind se soch kar kaam karne lagta hai.</w:t>
      </w:r>
      <w:r>
        <w:br/>
      </w:r>
      <w:r>
        <w:rPr>
          <w:sz w:val="20"/>
        </w:rPr>
        <w:t>1:34  yeh bhool jata hai ke agar woh, agar us ki soch creator ke creation plan se collaborate na kare toh woh fail ho jayega.</w:t>
      </w:r>
      <w:r>
        <w:br/>
      </w:r>
      <w:r>
        <w:rPr>
          <w:sz w:val="20"/>
        </w:rPr>
        <w:t>1:50  yahan mein prophet ki zindagi se misaal deta hoon.</w:t>
      </w:r>
      <w:r>
        <w:br/>
      </w:r>
      <w:r>
        <w:rPr>
          <w:sz w:val="20"/>
        </w:rPr>
        <w:t>1:57  tamam historian ne yeh maana hai ke prophet of islam ne dunya mein bohat badi success hasil ki.</w:t>
      </w:r>
      <w:r>
        <w:br/>
      </w:r>
      <w:r>
        <w:rPr>
          <w:sz w:val="20"/>
        </w:rPr>
        <w:t>2:06  aap jante hain ke america ke doctor Michael Hart ne aik book likhi hai, "The Hundred". is mein top achiever mein prophet ka naam rakha hai unhone.</w:t>
      </w:r>
      <w:r>
        <w:br/>
      </w:r>
      <w:r>
        <w:rPr>
          <w:sz w:val="20"/>
        </w:rPr>
        <w:t>2:22  woh likhte hain ke Muhammad was supremely successful man from both the secular and religious aspect.</w:t>
      </w:r>
      <w:r>
        <w:br/>
      </w:r>
      <w:r>
        <w:rPr>
          <w:sz w:val="20"/>
        </w:rPr>
        <w:t>2:40  magar woh yeh nahi bata sake ke supreme, un in ki supreme success ka kya secret kya tha.</w:t>
      </w:r>
      <w:r>
        <w:br/>
      </w:r>
      <w:r>
        <w:rPr>
          <w:sz w:val="20"/>
        </w:rPr>
        <w:t>2:51  yeh us kitab mein nahin hai. Ek aur kitab mein jo professor E. Cult ki kitab hai, jo ek British historian thay,</w:t>
      </w:r>
      <w:r>
        <w:br/>
      </w:r>
      <w:r>
        <w:rPr>
          <w:sz w:val="20"/>
        </w:rPr>
        <w:t>3:06  to unhon ne Prophet Muhammad ke baray mein likha hai ke</w:t>
      </w:r>
      <w:r>
        <w:br/>
      </w:r>
      <w:r>
        <w:rPr>
          <w:sz w:val="20"/>
        </w:rPr>
        <w:t>3:11  he faced adversity with a determination to wring success out of failure.</w:t>
      </w:r>
      <w:r>
        <w:br/>
      </w:r>
      <w:r>
        <w:rPr>
          <w:sz w:val="20"/>
        </w:rPr>
        <w:t>3:22  Unhon ne mushkilat ka samna is azm ke sath kiya ke nakami se kamyabi ko nichorain.</w:t>
      </w:r>
      <w:r>
        <w:br/>
      </w:r>
      <w:r>
        <w:rPr>
          <w:sz w:val="20"/>
        </w:rPr>
        <w:t>3:35  Lekin phir bhi yeh baat poori tarah clear nahin hoti is mein. Lekin poori baat clear hoti hai Quran se.</w:t>
      </w:r>
    </w:p>
    <w:p>
      <w:pPr>
        <w:pStyle w:val="Heading2"/>
      </w:pPr>
      <w:r>
        <w:t>Ali's courageous stand as a young boy</w:t>
      </w:r>
    </w:p>
    <w:p>
      <w:r>
        <w:rPr>
          <w:color w:val="666666"/>
          <w:sz w:val="18"/>
        </w:rPr>
        <w:t>Sahabah as a Role Model November 27, 2007 · 1m 43s · at 27:02 · https://youtu.be/bsaYmZAU8FY?t=1622</w:t>
      </w:r>
    </w:p>
    <w:p>
      <w:r>
        <w:rPr>
          <w:i/>
        </w:rPr>
        <w:t>“Ali aap ke chacha ke bete thay”</w:t>
      </w:r>
    </w:p>
    <w:p>
      <w:r>
        <w:rPr>
          <w:sz w:val="20"/>
        </w:rPr>
        <w:t>27:02  ali aap ke chacha ke bete the. aap ke chacha the abu talib, un ke bete the ali. to woh khare hue hain. to abu talib ne saath nahin diya lekin ali ne saath diya.</w:t>
      </w:r>
      <w:r>
        <w:br/>
      </w:r>
      <w:r>
        <w:rPr>
          <w:sz w:val="20"/>
        </w:rPr>
        <w:t>27:16  to jab yeh aisa hua ke senior log baithe hue hain, chup hain aur ek bachcha keh raha hai</w:t>
      </w:r>
      <w:r>
        <w:br/>
      </w:r>
      <w:r>
        <w:rPr>
          <w:sz w:val="20"/>
        </w:rPr>
        <w:t>27:24  ke mein aap ka saath doonga to aap ki zuban se nikla ant ya ali, ant ya ali. aye ali tum, aye ali tum.</w:t>
      </w:r>
      <w:r>
        <w:br/>
      </w:r>
      <w:r>
        <w:rPr>
          <w:sz w:val="20"/>
        </w:rPr>
        <w:t>27:34  yani barhon, bare, bare aur senior log to saath nahin de rahe hain. tum ek bachcha ho aur tum keh rahe ho ke mein saath doonga. itna bada mission hai, itna bada mission hai.</w:t>
      </w:r>
      <w:r>
        <w:br/>
      </w:r>
      <w:r>
        <w:rPr>
          <w:sz w:val="20"/>
        </w:rPr>
        <w:t>27:45  to aap ne farmaya ant ya ali, aye ali tum. is mein kya sabak mila? ke aap bachche hon, aap ke paas resources na hon,</w:t>
      </w:r>
      <w:r>
        <w:br/>
      </w:r>
      <w:r>
        <w:rPr>
          <w:sz w:val="20"/>
        </w:rPr>
        <w:t>28:01  aap ke paas woh cheezein na hon jo</w:t>
      </w:r>
      <w:r>
        <w:br/>
      </w:r>
      <w:r>
        <w:rPr>
          <w:sz w:val="20"/>
        </w:rPr>
        <w:t>28:08  bari samjhi jati hain, phir bhi aap sachai ke liye khare ho jao. hazrat ali ke paas is waqt kuch bhi nahin tha. sirf, sirf umar ki baat nahin thi ke aap chhote the aur kuch bhi nahin tha un ke paas.</w:t>
      </w:r>
      <w:r>
        <w:br/>
      </w:r>
      <w:r>
        <w:rPr>
          <w:sz w:val="20"/>
        </w:rPr>
        <w:t>28:22  na maal tha, na kuch tha, na kuch tha. jismani ke wasail ki parwah na karte hue sachai ke liye khara ho jana yeh misaal hai hazrat ali ke haan.</w:t>
      </w:r>
      <w:r>
        <w:br/>
      </w:r>
      <w:r>
        <w:rPr>
          <w:sz w:val="20"/>
        </w:rPr>
        <w:t>28:35  shandar misaal. aur phir allah taala ki madad un ko hui. unhon ne bare bare kaam kiye. hazrat ali ne bare bare kaam kiye.</w:t>
      </w:r>
    </w:p>
    <w:p>
      <w:pPr>
        <w:pStyle w:val="Heading2"/>
      </w:pPr>
      <w:r>
        <w:t>Everything in life is a test from God</w:t>
      </w:r>
    </w:p>
    <w:p>
      <w:r>
        <w:rPr>
          <w:color w:val="666666"/>
          <w:sz w:val="18"/>
        </w:rPr>
        <w:t>Islam and Peace Voilence  27 7 08 · 2m 00s · at 26:16 · https://youtu.be/aNMv0hKp-lw?t=1576</w:t>
      </w:r>
    </w:p>
    <w:p>
      <w:r>
        <w:rPr>
          <w:i/>
        </w:rPr>
        <w:t>“God tests with blessings and misfortunes”</w:t>
      </w:r>
    </w:p>
    <w:p>
      <w:r>
        <w:rPr>
          <w:sz w:val="20"/>
        </w:rPr>
        <w:t>26:16  ke quran ki poori quran mein aap yeh baat parhain gay ke basis karta hai sab kuch ibtila par ibtila mani test yani har aadmi test par hai is dunya mein is dunya mein har aadmi test par hai is dunya mein har aadmi test par hai misal ke quran ki aik ayat hai wabulonahum bilhasanat</w:t>
      </w:r>
      <w:r>
        <w:br/>
      </w:r>
      <w:r>
        <w:rPr>
          <w:sz w:val="20"/>
        </w:rPr>
        <w:t>26:46  wasiyat wabulonahum bilhasanat wasiyat yani hum ne un ko azmaya achay se bhi buray se bhi we tested them with both blessings and misfortunes yani museebaton mein dala tab bhi woh aik test tha aram mein dala tab bhi woh test tha aisay hi</w:t>
      </w:r>
      <w:r>
        <w:br/>
      </w:r>
      <w:r>
        <w:rPr>
          <w:sz w:val="20"/>
        </w:rPr>
        <w:t>27:16  hazrat dawood ki zaban se aap parhain gay ke un ko khuda ne hukumat di thi woh kya kehtay hain khuda ne yeh diya hai kyun ta ke hum ko azmaye wahan bhi wohi lafz istemal kartay hain woh azmanay ke liye to aap ko political role milay tab bhi test hai aap ko na milay political role tab bhi test hai</w:t>
      </w:r>
      <w:r>
        <w:br/>
      </w:r>
      <w:r>
        <w:rPr>
          <w:sz w:val="20"/>
        </w:rPr>
        <w:t>27:47  ab aap ki amdani kam ho kam paisa ho tab bhi test hai ziyada paisa ho tab bhi test hai health milay tab bhi test hai aur aap ko health na ho tab bhi test hai sab kuch test hai aulad milay tab bhi test hai aulad na milay tab bhi test hai wabulonahum bilhasanat wasiyat un ko hum ne azmaya un ka test liya achay se bhi buray se bhi yani blessings se bhi aur</w:t>
      </w:r>
    </w:p>
    <w:p>
      <w:pPr>
        <w:pStyle w:val="Heading2"/>
      </w:pPr>
      <w:r>
        <w:t>ancient origins of diaspora, Greece and Babylon</w:t>
      </w:r>
    </w:p>
    <w:p>
      <w:r>
        <w:rPr>
          <w:color w:val="666666"/>
          <w:sz w:val="18"/>
        </w:rPr>
        <w:t>Muslims in Diaspora January 9, 2007 · 2m 14s · at 1:28 · https://youtu.be/kP8FzUSQWW0?t=88</w:t>
      </w:r>
    </w:p>
    <w:p>
      <w:r>
        <w:rPr>
          <w:i/>
        </w:rPr>
        <w:t>“History shows this diaspora phenomenon is very old”</w:t>
      </w:r>
    </w:p>
    <w:p>
      <w:r>
        <w:rPr>
          <w:sz w:val="20"/>
        </w:rPr>
        <w:t>1:28  dekhen, history batati hai ke yeh diaspora ka jo phenomena hai, yaani apne watan ko chhod kar kahin aur jana, wahan settle hona, to diaspora ka yeh phenomena hai, yeh bahut pehle se hai.</w:t>
      </w:r>
      <w:r>
        <w:br/>
      </w:r>
      <w:r>
        <w:rPr>
          <w:sz w:val="20"/>
        </w:rPr>
        <w:t>1:47  yaani ancient Greece mein aisa hua ke kuch log political persecution se bachne ke liye apna watan chhod kar kahin aur chale gaye.</w:t>
      </w:r>
      <w:r>
        <w:br/>
      </w:r>
      <w:r>
        <w:rPr>
          <w:sz w:val="20"/>
        </w:rPr>
        <w:t>2:04  to historically pehla diaspora tha woh jo Greece mein pesh aaya.</w:t>
      </w:r>
      <w:r>
        <w:br/>
      </w:r>
      <w:r>
        <w:rPr>
          <w:sz w:val="20"/>
        </w:rPr>
        <w:t>2:11  phir different countries mein aisa hota raha. aur zyada mashhoor jo diaspora hai woh Jewish diaspora</w:t>
      </w:r>
      <w:r>
        <w:br/>
      </w:r>
      <w:r>
        <w:rPr>
          <w:sz w:val="20"/>
        </w:rPr>
        <w:t>2:21  hai. yaani Hazrat Masih se paanch sau saal pehle babul ke ruler ne, jis ka naam tha nabukadnazar, us ne Palestine par attack kiya aur Yahudiyon ke haikal ko tod dala.</w:t>
      </w:r>
      <w:r>
        <w:br/>
      </w:r>
      <w:r>
        <w:rPr>
          <w:sz w:val="20"/>
        </w:rPr>
        <w:t>2:46  aur Yahudiyon ko bahut sataya.</w:t>
      </w:r>
      <w:r>
        <w:br/>
      </w:r>
      <w:r>
        <w:rPr>
          <w:sz w:val="20"/>
        </w:rPr>
        <w:t>2:50  un ko majboor kiya ke woh Palestine chhod dein. yeh chhod kar chale gaye. bahut se logon ko pakad kar le gaya woh babul.</w:t>
      </w:r>
      <w:r>
        <w:br/>
      </w:r>
      <w:r>
        <w:rPr>
          <w:sz w:val="20"/>
        </w:rPr>
        <w:t>3:01  to yeh first diaspora tha bade paimane par, large scale par, jo Palestine mein pesh aaya.</w:t>
      </w:r>
      <w:r>
        <w:br/>
      </w:r>
      <w:r>
        <w:rPr>
          <w:sz w:val="20"/>
        </w:rPr>
        <w:t>3:12  to in Yahudiyon ko</w:t>
      </w:r>
      <w:r>
        <w:br/>
      </w:r>
      <w:r>
        <w:rPr>
          <w:sz w:val="20"/>
        </w:rPr>
        <w:t>3:17  is history mein is ko diaspora kaha jata hai. to aam taur par log diaspora ka matlab samajhte hain ke Yahudiyon ka diaspora. lekin woh kisi ke saath bhi pesh aa sakta hai.</w:t>
      </w:r>
      <w:r>
        <w:br/>
      </w:r>
      <w:r>
        <w:rPr>
          <w:sz w:val="20"/>
        </w:rPr>
        <w:t>3:30  to Yahudiyon ka jo diaspora tha woh hua political persecution se bachne ke liye.</w:t>
      </w:r>
    </w:p>
    <w:p>
      <w:pPr>
        <w:pStyle w:val="Heading2"/>
      </w:pPr>
      <w:r>
        <w:t>Hadith on sun closeness now scientific fact</w:t>
      </w:r>
    </w:p>
    <w:p>
      <w:r>
        <w:rPr>
          <w:color w:val="666666"/>
          <w:sz w:val="18"/>
        </w:rPr>
        <w:t>Global Warming and Islam May 30, 2008 · 2m 40s · at 5:42 · https://youtu.be/aFMSQmrEfVU?t=342</w:t>
      </w:r>
    </w:p>
    <w:p>
      <w:r>
        <w:rPr>
          <w:i/>
        </w:rPr>
        <w:t>“Adnati shams min al-ibad”</w:t>
      </w:r>
    </w:p>
    <w:p>
      <w:r>
        <w:rPr>
          <w:sz w:val="20"/>
        </w:rPr>
        <w:t>5:42  to is mein ek ek hadees is tarah se thi ke "adnati shams min al-ibad".</w:t>
      </w:r>
      <w:r>
        <w:br/>
      </w:r>
      <w:r>
        <w:rPr>
          <w:sz w:val="20"/>
        </w:rPr>
        <w:t>5:52  "adnati shams min al-ibad" kaisi anokhi baat hai, is par ghor kijiye aap ke jis prophet ne yeh baat kahi, woh aap se chaudah sau saal pehle aaye thay.</w:t>
      </w:r>
      <w:r>
        <w:br/>
      </w:r>
      <w:r>
        <w:rPr>
          <w:sz w:val="20"/>
        </w:rPr>
        <w:t>6:06  aap jante hain ke prophet alaihi assalam ka jo zamana hai, woh hai seven century AD ka first quarter.</w:t>
      </w:r>
      <w:r>
        <w:br/>
      </w:r>
      <w:r>
        <w:rPr>
          <w:sz w:val="20"/>
        </w:rPr>
        <w:t>6:16  us waqt unhon ne kaha tha ke "adnati shams min al-ibad" yani ek zamana aayega jab ke suraj bandon ke bohat qareeb aa jayega.</w:t>
      </w:r>
      <w:r>
        <w:br/>
      </w:r>
      <w:r>
        <w:rPr>
          <w:sz w:val="20"/>
        </w:rPr>
        <w:t>6:29  sun will be closer to man.</w:t>
      </w:r>
      <w:r>
        <w:br/>
      </w:r>
      <w:r>
        <w:rPr>
          <w:sz w:val="20"/>
        </w:rPr>
        <w:t>6:35  sun will come closer to man. kaisi anokhi baat hai ke is waqt aap sochiye ke chaudah sau saal pehle koi janta nahi tha ke kabhi ek aanay wala hai ek zamana jab ke jis ko kaha jayega global warming.</w:t>
      </w:r>
      <w:r>
        <w:br/>
      </w:r>
      <w:r>
        <w:rPr>
          <w:sz w:val="20"/>
        </w:rPr>
        <w:t>6:57  to global warming jo hui hai, woh is tarah nahi hui ke suraj hamare paas aa gaya. aisa nahi hai, lekin suraj garmi hamare paas aa gayi.</w:t>
      </w:r>
      <w:r>
        <w:br/>
      </w:r>
      <w:r>
        <w:rPr>
          <w:sz w:val="20"/>
        </w:rPr>
        <w:t>7:08  to yeh ek expression ka tareeqa hai ke aaj jis ko hum keh rahe hain global warming, is ka matlab yeh hai ke suraj ki jo heat hai, woh barh jayegi.</w:t>
      </w:r>
      <w:r>
        <w:br/>
      </w:r>
      <w:r>
        <w:rPr>
          <w:sz w:val="20"/>
        </w:rPr>
        <w:t>7:21  jaise jaise ke suraj hamare paas qareeb aa gaya. to is ko jab main ne, mujhe yaad jab main ne kiya ke 70 saal pehle jo parhta tha main, to mujhe aisa laga ke us waqt yeh ek mysterious belief tha.</w:t>
      </w:r>
      <w:r>
        <w:br/>
      </w:r>
      <w:r>
        <w:rPr>
          <w:sz w:val="20"/>
        </w:rPr>
        <w:t>7:40  70 saal pehle jab hum madarse mein parhte thay to at that time it was like a mysterious belief. aaj kya hai ke</w:t>
      </w:r>
      <w:r>
        <w:br/>
      </w:r>
      <w:r>
        <w:rPr>
          <w:sz w:val="20"/>
        </w:rPr>
        <w:t>7:55  woh ek scientific fact ban gaya jo us waqt mysterious belief lagta tha, aaj woh scientific fact ban gaya. kaisi anokhi baat hai ke jo cheez 70 saal pehle ek mysterious belief maloom hoti thi,</w:t>
      </w:r>
      <w:r>
        <w:br/>
      </w:r>
      <w:r>
        <w:rPr>
          <w:sz w:val="20"/>
        </w:rPr>
        <w:t>8:13  woh aaj ek scientific fact bani hui hai. to yeh bohat ziyada sochne ki baat hai ke aisa kaise hua?</w:t>
      </w:r>
    </w:p>
    <w:p>
      <w:pPr>
        <w:pStyle w:val="Heading2"/>
      </w:pPr>
      <w:r>
        <w:t>Human potential to match the Creator's wavelength</w:t>
      </w:r>
    </w:p>
    <w:p>
      <w:r>
        <w:rPr>
          <w:color w:val="666666"/>
          <w:sz w:val="18"/>
        </w:rPr>
        <w:t>Divine Nature November 29, 2015 · 1m 26s · at 4:24 · https://youtu.be/iRBCWfId-0U?t=264</w:t>
      </w:r>
    </w:p>
    <w:p>
      <w:r>
        <w:rPr>
          <w:i/>
        </w:rPr>
        <w:t>“Creator ka jo wavelength hai wahi insan ka wavelength hai”</w:t>
      </w:r>
    </w:p>
    <w:p>
      <w:r>
        <w:rPr>
          <w:sz w:val="20"/>
        </w:rPr>
        <w:t>4:24  is ko hum yoon bhi keh sakte hain ke insaan ka jo khaliq ka jo wavelength hai, wahi insaan ka wavelength hai, potentially.</w:t>
      </w:r>
      <w:r>
        <w:br/>
      </w:r>
      <w:r>
        <w:rPr>
          <w:sz w:val="20"/>
        </w:rPr>
        <w:t>4:37  yaani agar woh mahaul ka asar na le, apne ko conditioning se bachaye, to uska wavelength wahi ho jayega jo khaliq ka wavelength hai.</w:t>
      </w:r>
      <w:r>
        <w:br/>
      </w:r>
      <w:r>
        <w:rPr>
          <w:sz w:val="20"/>
        </w:rPr>
        <w:t>4:50  uska shaklah wahi ho jayega jo khaliq ka shaklah hai. insaan ka mindset wahi ho jayega jo khaliq ka mindset hai.</w:t>
      </w:r>
      <w:r>
        <w:br/>
      </w:r>
      <w:r>
        <w:rPr>
          <w:sz w:val="20"/>
        </w:rPr>
        <w:t>5:03  yeh bahut hi important baat hai.</w:t>
      </w:r>
      <w:r>
        <w:br/>
      </w:r>
      <w:r>
        <w:rPr>
          <w:sz w:val="20"/>
        </w:rPr>
        <w:t>5:07  is mani ke is duniya mein aaj insaan ko pehla kaam yeh karna hai ke apne alfitra ko bachaye.</w:t>
      </w:r>
      <w:r>
        <w:br/>
      </w:r>
      <w:r>
        <w:rPr>
          <w:sz w:val="20"/>
        </w:rPr>
        <w:t>5:18  agar us ki conditioning ki wajah se alfitra mein change aa gaya hai to de-conditioning kare.</w:t>
      </w:r>
      <w:r>
        <w:br/>
      </w:r>
      <w:r>
        <w:rPr>
          <w:sz w:val="20"/>
        </w:rPr>
        <w:t>5:28  woh de-conditioning kar ke apne aap ko dobara alfitra par qaim kare.</w:t>
      </w:r>
      <w:r>
        <w:br/>
      </w:r>
      <w:r>
        <w:rPr>
          <w:sz w:val="20"/>
        </w:rPr>
        <w:t>5:36  agar aisa nahi karega insaan to us ki saari activities galat ho jayengi.</w:t>
      </w:r>
    </w:p>
    <w:p>
      <w:pPr>
        <w:pStyle w:val="Heading2"/>
      </w:pPr>
      <w:r>
        <w:t>CPS revives the Prophet's sunnah of spiritual siblinghood</w:t>
      </w:r>
    </w:p>
    <w:p>
      <w:r>
        <w:rPr>
          <w:color w:val="666666"/>
          <w:sz w:val="18"/>
        </w:rPr>
        <w:t>CPS Women Monthly Interaction 8 August 28, 2022 · 1m 11s · at 1:08:48 · https://youtu.be/TL5rMVeuDh8?t=4128</w:t>
      </w:r>
    </w:p>
    <w:p>
      <w:r>
        <w:rPr>
          <w:i/>
        </w:rPr>
        <w:t>“Hum log jo Maulana bhi spiritual sisters aur brother kehte the.”</w:t>
      </w:r>
    </w:p>
    <w:p>
      <w:r>
        <w:rPr>
          <w:sz w:val="20"/>
        </w:rPr>
        <w:t>1:08:48  to hum log jo mulana bhi spiritual sisters aur spiritual brother kehte the. to yeh ek ek tarah se yeh sunna ka ek profit ki ek sunna ka revival hai. kyunki tamam musalman jo hain apne rishtedaron mein fase hue hain. unhi se milte hain, unhi ki dawatें karte hain, unhi ki programon mein jate hain.</w:t>
      </w:r>
      <w:r>
        <w:br/>
      </w:r>
      <w:r>
        <w:rPr>
          <w:sz w:val="20"/>
        </w:rPr>
        <w:t>1:09:10  to yeh pehli bar yeh ek ek aisi sunna jo abandoned ho gayi thi to wah yahan par CPS mein revive hui hai. to hum logon ko itna zyada apne jo CPS wale hain jo dawa team ke jo members hain unse itna gehra tal log hai ki wah apne rishtedar to aap bahut hi peeche chal ja chuke hain.</w:t>
      </w:r>
      <w:r>
        <w:br/>
      </w:r>
      <w:r>
        <w:rPr>
          <w:sz w:val="20"/>
        </w:rPr>
        <w:t>1:09:34  to yeh abhi mujhe samajh mein aaya ki yeh sunna hai profit ki jo yahan par revive hui hai CPS culture mein. to yeh bahut hi achhi baat unhone batai. yahi kehna chahti thi. zinda kar zinda kar. zinda zinda kar. to aap humse complete the sessions? sir ek bas ek baat hai.</w:t>
      </w:r>
      <w:r>
        <w:br/>
      </w:r>
      <w:r>
        <w:rPr>
          <w:sz w:val="20"/>
        </w:rPr>
        <w:t>1:09:59  yeh yeh poochna tha mujhe Faridabad hum log Allah ka sorry excuse me Allah ke khauf ki kyun</w:t>
      </w:r>
    </w:p>
    <w:p>
      <w:pPr>
        <w:pStyle w:val="Heading2"/>
      </w:pPr>
      <w:r>
        <w:t>Abraham's journey: the first positive diaspora</w:t>
      </w:r>
    </w:p>
    <w:p>
      <w:r>
        <w:rPr>
          <w:color w:val="666666"/>
          <w:sz w:val="18"/>
        </w:rPr>
        <w:t>Muslims in Diaspora 9 jan 2007 (English) · 2m 26s · at 6:59 · https://youtu.be/oAi49l7nuOI?t=419</w:t>
      </w:r>
    </w:p>
    <w:p>
      <w:r>
        <w:rPr>
          <w:i/>
        </w:rPr>
        <w:t>“The first positive diaspora in history was Abraham's.”</w:t>
      </w:r>
    </w:p>
    <w:p>
      <w:r>
        <w:rPr>
          <w:sz w:val="20"/>
        </w:rPr>
        <w:t>6:59  According to my study, the first positive diaspora in history was that of Abraham, Hazrat Ibrahim alaihis salam.</w:t>
      </w:r>
      <w:r>
        <w:br/>
      </w:r>
      <w:r>
        <w:rPr>
          <w:sz w:val="20"/>
        </w:rPr>
        <w:t>7:12  You know, Abraham was Abraham or Ibrahim was a well-known prophet.</w:t>
      </w:r>
      <w:r>
        <w:br/>
      </w:r>
      <w:r>
        <w:rPr>
          <w:sz w:val="20"/>
        </w:rPr>
        <w:t>7:23  He was born in Iraq</w:t>
      </w:r>
      <w:r>
        <w:br/>
      </w:r>
      <w:r>
        <w:rPr>
          <w:sz w:val="20"/>
        </w:rPr>
        <w:t>7:28  . Then he traveled to several countries. He migrated from Iraq to Egypt.</w:t>
      </w:r>
      <w:r>
        <w:br/>
      </w:r>
      <w:r>
        <w:rPr>
          <w:sz w:val="20"/>
        </w:rPr>
        <w:t>7:37  Then he traveled to Jordan and Palestine and Syria. And lastly, he traveled to Mecca.</w:t>
      </w:r>
      <w:r>
        <w:br/>
      </w:r>
      <w:r>
        <w:rPr>
          <w:sz w:val="20"/>
        </w:rPr>
        <w:t>7:51  At that time, Mecca was a desert. He settled his family in Mecca.</w:t>
      </w:r>
      <w:r>
        <w:br/>
      </w:r>
      <w:r>
        <w:rPr>
          <w:sz w:val="20"/>
        </w:rPr>
        <w:t>7:58  So, this travel or migration was the first positive diaspora in history. This was completely a positive diaspora because there was no other purpose than the da'wah work.</w:t>
      </w:r>
      <w:r>
        <w:br/>
      </w:r>
      <w:r>
        <w:rPr>
          <w:sz w:val="20"/>
        </w:rPr>
        <w:t>8:15  Da'wah work. You know, diaspora means mobility, interaction.</w:t>
      </w:r>
      <w:r>
        <w:br/>
      </w:r>
      <w:r>
        <w:rPr>
          <w:sz w:val="20"/>
        </w:rPr>
        <w:t>8:23  So, during all these travels, he</w:t>
      </w:r>
      <w:r>
        <w:br/>
      </w:r>
      <w:r>
        <w:rPr>
          <w:sz w:val="20"/>
        </w:rPr>
        <w:t>8:30  interacted with people in different countries. He spread the message of God.</w:t>
      </w:r>
      <w:r>
        <w:br/>
      </w:r>
      <w:r>
        <w:rPr>
          <w:sz w:val="20"/>
        </w:rPr>
        <w:t>8:39  So, it was an international diaspora, an international mobility, international da'wah work.</w:t>
      </w:r>
      <w:r>
        <w:br/>
      </w:r>
      <w:r>
        <w:rPr>
          <w:sz w:val="20"/>
        </w:rPr>
        <w:t>8:52  In Islamic tradition, Abraham is called Abu al-Anbiya, father of the prophets. Why?</w:t>
      </w:r>
      <w:r>
        <w:br/>
      </w:r>
      <w:r>
        <w:rPr>
          <w:sz w:val="20"/>
        </w:rPr>
        <w:t>9:00  Because he was the first to set a great example</w:t>
      </w:r>
      <w:r>
        <w:br/>
      </w:r>
      <w:r>
        <w:rPr>
          <w:sz w:val="20"/>
        </w:rPr>
        <w:t>9:07  for international da'wah work. So, Abraham's</w:t>
      </w:r>
      <w:r>
        <w:br/>
      </w:r>
      <w:r>
        <w:rPr>
          <w:sz w:val="20"/>
        </w:rPr>
        <w:t>9:17  migration was the first positive diaspora in history.</w:t>
      </w:r>
    </w:p>
    <w:p>
      <w:pPr>
        <w:pStyle w:val="Heading2"/>
      </w:pPr>
      <w:r>
        <w:t>Prophet's arrival and peace supplication</w:t>
      </w:r>
    </w:p>
    <w:p>
      <w:r>
        <w:rPr>
          <w:color w:val="666666"/>
          <w:sz w:val="18"/>
        </w:rPr>
        <w:t>The Last Hajj of the Prophet | November 8, 2007 | Maulana Wahiduddin Khan · 2m 04s · at 17:23 · https://youtu.be/LNizrl7CA9g?t=1043</w:t>
      </w:r>
    </w:p>
    <w:p>
      <w:r>
        <w:rPr>
          <w:i/>
        </w:rPr>
        <w:t>“When the Prophet entered Makkah, he first went to the Kaaba.”</w:t>
      </w:r>
    </w:p>
    <w:p>
      <w:r>
        <w:rPr>
          <w:sz w:val="20"/>
        </w:rPr>
        <w:t>17:23  Makkah pohanchay. jab aap Makkah mein dakhil hue to sab se pehle aap Kaba gaye. Kaba ke paas gaye aur Kaba mein aap ne jis ko kehte hain tawaf e qudoom. jab koi aadmi pohanchta hai chahe umrah kare ya hajj kare to sab se pehle woh Kaba ka tawaf karta hai. to us ko kaha jata hai tawaf e qudoom. to jab</w:t>
      </w:r>
      <w:r>
        <w:br/>
      </w:r>
      <w:r>
        <w:rPr>
          <w:sz w:val="20"/>
        </w:rPr>
        <w:t>17:53  aap wahan dakhil hue to sab se pehle aap kaba pohnche.</w:t>
      </w:r>
      <w:r>
        <w:br/>
      </w:r>
      <w:r>
        <w:rPr>
          <w:sz w:val="20"/>
        </w:rPr>
        <w:t>18:00  kaba pohnch kar aap ne kaba tawaf qudoom kiya.</w:t>
      </w:r>
      <w:r>
        <w:br/>
      </w:r>
      <w:r>
        <w:rPr>
          <w:sz w:val="20"/>
        </w:rPr>
        <w:t>18:06  to kaba ko dekh kar ke aap ne ek bohat hi aham baat yeh hai ke kaba ko</w:t>
      </w:r>
      <w:r>
        <w:br/>
      </w:r>
      <w:r>
        <w:rPr>
          <w:sz w:val="20"/>
        </w:rPr>
        <w:t>18:13  dekh kar jab kaba dekha aap ne to aap ki zuban se kia alfaaz nikle? aap ne farmaya</w:t>
      </w:r>
      <w:r>
        <w:br/>
      </w:r>
      <w:r>
        <w:rPr>
          <w:sz w:val="20"/>
        </w:rPr>
        <w:t>18:19  allahum ant assalam</w:t>
      </w:r>
      <w:r>
        <w:br/>
      </w:r>
      <w:r>
        <w:rPr>
          <w:sz w:val="20"/>
        </w:rPr>
        <w:t>18:26  . Allahumma antas salam wa minkas salam. hayana rabbana bis salam. yeh bohat hi ahem baat hai keh Kaba ko dekh kar kya yaad aata hai aap ko? Kaba ko dekh kar aap ko kya cheez yaad aayi? to jab aap chalte chalte wahan pohanchte hain jahan Kaba samne hota hai to aap ki zuban se niklta hai Allahumma antas salam wa minkas salam ha</w:t>
      </w:r>
      <w:r>
        <w:br/>
      </w:r>
      <w:r>
        <w:rPr>
          <w:sz w:val="20"/>
        </w:rPr>
        <w:t>18:56  yena rabana bissalam.</w:t>
      </w:r>
      <w:r>
        <w:br/>
      </w:r>
      <w:r>
        <w:rPr>
          <w:sz w:val="20"/>
        </w:rPr>
        <w:t>18:59  ae khuda tu salamti hai. پیس hai.</w:t>
      </w:r>
      <w:r>
        <w:br/>
      </w:r>
      <w:r>
        <w:rPr>
          <w:sz w:val="20"/>
        </w:rPr>
        <w:t>19:03  ae khuda tu پیس hai.</w:t>
      </w:r>
      <w:r>
        <w:br/>
      </w:r>
      <w:r>
        <w:rPr>
          <w:sz w:val="20"/>
        </w:rPr>
        <w:t>19:06  source of پیس hai.</w:t>
      </w:r>
      <w:r>
        <w:br/>
      </w:r>
      <w:r>
        <w:rPr>
          <w:sz w:val="20"/>
        </w:rPr>
        <w:t>19:10  tujh se پیس hai.</w:t>
      </w:r>
      <w:r>
        <w:br/>
      </w:r>
      <w:r>
        <w:rPr>
          <w:sz w:val="20"/>
        </w:rPr>
        <w:t>19:14  hum ko پیس par zinda rakh.</w:t>
      </w:r>
      <w:r>
        <w:br/>
      </w:r>
      <w:r>
        <w:rPr>
          <w:sz w:val="20"/>
        </w:rPr>
        <w:t>19:17  o god you are پیس.</w:t>
      </w:r>
      <w:r>
        <w:br/>
      </w:r>
      <w:r>
        <w:rPr>
          <w:sz w:val="20"/>
        </w:rPr>
        <w:t>19:21  پیس is from you.</w:t>
      </w:r>
      <w:r>
        <w:br/>
      </w:r>
      <w:r>
        <w:rPr>
          <w:sz w:val="20"/>
        </w:rPr>
        <w:t>19:24  پیس comes from you.</w:t>
      </w:r>
    </w:p>
    <w:p>
      <w:pPr>
        <w:pStyle w:val="Heading2"/>
      </w:pPr>
      <w:r>
        <w:t>Bedouin story leads to tribe embracing Islam</w:t>
      </w:r>
    </w:p>
    <w:p>
      <w:r>
        <w:rPr>
          <w:color w:val="666666"/>
          <w:sz w:val="18"/>
        </w:rPr>
        <w:t>The Concept of Taleef in Islam August 3, 2007 · 2m 14s · at 39:04 · https://youtu.be/IHAeOuCThHg?t=2344</w:t>
      </w:r>
    </w:p>
    <w:p>
      <w:r>
        <w:rPr>
          <w:i/>
        </w:rPr>
        <w:t>“A Bedouin polluted the mosque”</w:t>
      </w:r>
    </w:p>
    <w:p>
      <w:r>
        <w:rPr>
          <w:sz w:val="20"/>
        </w:rPr>
        <w:t>39:04  And at the same time, it is a part of TALEEF. It is a part of TALEEF. So TALEEF is a permanent culture.</w:t>
      </w:r>
      <w:r>
        <w:br/>
      </w:r>
      <w:r>
        <w:rPr>
          <w:sz w:val="20"/>
        </w:rPr>
        <w:t>39:16  TALEEF is an eternal culture. TALEEF is an integral part of Islamic life. And TALEEF is an integral part of Dawah work.</w:t>
      </w:r>
      <w:r>
        <w:br/>
      </w:r>
      <w:r>
        <w:rPr>
          <w:sz w:val="20"/>
        </w:rPr>
        <w:t>39:30  How you can abolish TALEEF?</w:t>
      </w:r>
      <w:r>
        <w:br/>
      </w:r>
      <w:r>
        <w:rPr>
          <w:sz w:val="20"/>
        </w:rPr>
        <w:t>39:33  Then you see,</w:t>
      </w:r>
      <w:r>
        <w:br/>
      </w:r>
      <w:r>
        <w:rPr>
          <w:sz w:val="20"/>
        </w:rPr>
        <w:t>39:37  I can say that all the activities of the Prophet of Islam can be traced under this principle that is TALEEF.</w:t>
      </w:r>
      <w:r>
        <w:br/>
      </w:r>
      <w:r>
        <w:rPr>
          <w:sz w:val="20"/>
        </w:rPr>
        <w:t>39:48  All those principles. For example, once a Baddu, that is a villager, visited Madinah and he entered the mosque,</w:t>
      </w:r>
      <w:r>
        <w:br/>
      </w:r>
      <w:r>
        <w:rPr>
          <w:sz w:val="20"/>
        </w:rPr>
        <w:t>40:07  the mosque of Masjid Nabawi,</w:t>
      </w:r>
      <w:r>
        <w:br/>
      </w:r>
      <w:r>
        <w:rPr>
          <w:sz w:val="20"/>
        </w:rPr>
        <w:t>40:13  the most</w:t>
      </w:r>
      <w:r>
        <w:br/>
      </w:r>
      <w:r>
        <w:rPr>
          <w:sz w:val="20"/>
        </w:rPr>
        <w:t>40:20  holy mosque according to Muslim belief</w:t>
      </w:r>
      <w:r>
        <w:br/>
      </w:r>
      <w:r>
        <w:rPr>
          <w:sz w:val="20"/>
        </w:rPr>
        <w:t>40:25  . So he polluted this mosque. So the Sahaba, or the contemporary Muslims that are Sahaba, wanted to beat him</w:t>
      </w:r>
      <w:r>
        <w:br/>
      </w:r>
      <w:r>
        <w:rPr>
          <w:sz w:val="20"/>
        </w:rPr>
        <w:t>40:39  . The Prophet said, "No, leave him." So the Prophet never abused him and he was able to leave the masjid with a peaceful manner.</w:t>
      </w:r>
      <w:r>
        <w:br/>
      </w:r>
      <w:r>
        <w:rPr>
          <w:sz w:val="20"/>
        </w:rPr>
        <w:t>40:55  So when he reached his tribe, he said, "This story, he told this story that I went to Madinah,</w:t>
      </w:r>
      <w:r>
        <w:br/>
      </w:r>
      <w:r>
        <w:rPr>
          <w:sz w:val="20"/>
        </w:rPr>
        <w:t>41:09  I visited their mosque and I polluted their mosque. But they never beat me.</w:t>
      </w:r>
    </w:p>
    <w:p>
      <w:pPr>
        <w:pStyle w:val="Heading2"/>
      </w:pPr>
      <w:r>
        <w:t>Wisdom of Hudaibiya: sorting the relevant from irrelevant</w:t>
      </w:r>
    </w:p>
    <w:p>
      <w:r>
        <w:rPr>
          <w:color w:val="666666"/>
          <w:sz w:val="18"/>
        </w:rPr>
        <w:t>Prophetic Wisdom July 23, 2016 Maulana Wahiduddin Khan · 2m 25s · at 56:06 · https://youtu.be/aaXBGgyvWOU?t=3366</w:t>
      </w:r>
    </w:p>
    <w:p>
      <w:r>
        <w:rPr>
          <w:i/>
        </w:rPr>
        <w:t>“Wisdom is discovering the relevant by sorting out the irrelevant”</w:t>
      </w:r>
    </w:p>
    <w:p>
      <w:r>
        <w:rPr>
          <w:sz w:val="20"/>
        </w:rPr>
        <w:t>56:05  yeh</w:t>
      </w:r>
      <w:r>
        <w:br/>
      </w:r>
      <w:r>
        <w:rPr>
          <w:sz w:val="20"/>
        </w:rPr>
        <w:t>56:06  to wohi hai jo maine kaha tha ke wisdom kya cheez hai? ke wisdom is the ability to discover the relevant by sorting out the irrelevant.</w:t>
      </w:r>
      <w:r>
        <w:br/>
      </w:r>
      <w:r>
        <w:rPr>
          <w:sz w:val="20"/>
        </w:rPr>
        <w:t>56:22  to jo Hudaybiyyah ke mauqe par jo jo opposite side ki taraf se baatein huin, sab ko aap ne avoid kiya kyunke woh woh relevant nahi tha.</w:t>
      </w:r>
      <w:r>
        <w:br/>
      </w:r>
      <w:r>
        <w:rPr>
          <w:sz w:val="20"/>
        </w:rPr>
        <w:t>56:34  woh misaal ke taur par batata hoon aap ko ke jab ah misaal ke taur par unhon ne roka ke aap ko aap ko hum umrah karne ke liye Mecca nahi jaane denge,</w:t>
      </w:r>
      <w:r>
        <w:br/>
      </w:r>
      <w:r>
        <w:rPr>
          <w:sz w:val="20"/>
        </w:rPr>
        <w:t>56:49  to yeh irrelevant tha kyunke Mecca is is saal nahi jaane dega. hum agle saal ja ke kar lenge. yani yeh yeh koi real problem nahi tha ke is saal agar hum tum rok rahe ho ke hum ko nahi jaane de rahe ho to kab tak rokoge?</w:t>
      </w:r>
      <w:r>
        <w:br/>
      </w:r>
      <w:r>
        <w:rPr>
          <w:sz w:val="20"/>
        </w:rPr>
        <w:t>57:07  aakhir kar rasta khulega. to aap ne jo irrelevant point tha, woh uska aap ne is par dhyan nahi diya.</w:t>
      </w:r>
      <w:r>
        <w:br/>
      </w:r>
      <w:r>
        <w:rPr>
          <w:sz w:val="20"/>
        </w:rPr>
        <w:t>57:15  aap ne jo relevant point tha, woh yeh tha ke kis tarike se peace qaim ho aur dawat ka kaam ruk gaya ho, woh jari ho jaye.</w:t>
      </w:r>
      <w:r>
        <w:br/>
      </w:r>
      <w:r>
        <w:rPr>
          <w:sz w:val="20"/>
        </w:rPr>
        <w:t>57:26  aise hi dekhiye, jab Hudaybiyyah ka agar agreement ho raha tha, woh uski condition tay ho gayi thi. kya hota hai condition?</w:t>
      </w:r>
      <w:r>
        <w:br/>
      </w:r>
      <w:r>
        <w:rPr>
          <w:sz w:val="20"/>
        </w:rPr>
        <w:t>57:36  to Rasool Allah ne us ko dictate karwaya, us ka amal karwaya. to Ali likh rahe the paper par, to aap ne kaha: "اکتب یا علی، ھذا ما سال علیہ محمد رسول اللہ۔" aye Ali, likho ke yeh tay kiya hai ke Muhammad Rasool Allah ne.</w:t>
      </w:r>
      <w:r>
        <w:br/>
      </w:r>
      <w:r>
        <w:rPr>
          <w:sz w:val="20"/>
        </w:rPr>
        <w:t>58:02  to unhon ne foran eteraz kiya ke hum aap ko Rasool Allah mante hi nahi, aap kyun likhwa rahe hain? to aap ne ek second bhi der nahi ki, koi argument nahi, no argument at all.</w:t>
      </w:r>
      <w:r>
        <w:br/>
      </w:r>
      <w:r>
        <w:rPr>
          <w:sz w:val="20"/>
        </w:rPr>
        <w:t>58:15  foran aap ne kaha ke: "یا علی، اکتبھذا ما سال علیہ محبت محبت بن عبداللہ۔" kyun? aap jante the ke yeh irrelevant hai, yeh mamla ke kagaz par likho, na likho, mera to dunya mein deen phail jayega.</w:t>
      </w:r>
    </w:p>
    <w:p>
      <w:pPr>
        <w:pStyle w:val="Heading2"/>
      </w:pPr>
      <w:r>
        <w:t>Silence leads to political stability</w:t>
      </w:r>
    </w:p>
    <w:p>
      <w:r>
        <w:rPr>
          <w:color w:val="666666"/>
          <w:sz w:val="18"/>
        </w:rPr>
        <w:t>Characteristics of the Sahaba 6July, 2019 - Maulana Wahiduddin Khan · 1m 15s · at 7:51 · https://youtu.be/2wktpPu1O8Q?t=471</w:t>
      </w:r>
    </w:p>
    <w:p>
      <w:r>
        <w:rPr>
          <w:i/>
        </w:rPr>
        <w:t>“Yad rakhiye, sab se badi cheez chup hona hai”</w:t>
      </w:r>
    </w:p>
    <w:p>
      <w:r>
        <w:rPr>
          <w:sz w:val="20"/>
        </w:rPr>
        <w:t>7:51  rasool Allah ke zamane mein log khud se chup hote the, abubakar ke zamane mein log khud se chup hote the. yaad rakhiye, sab se badi cheez chup hona hai, bolna nahin hai.</w:t>
      </w:r>
      <w:r>
        <w:br/>
      </w:r>
      <w:r>
        <w:rPr>
          <w:sz w:val="20"/>
        </w:rPr>
        <w:t>8:10  to baad ko jab usman ka zamana aaya, ali ka zamana aaya to lage bolne log. yani khud se apne ko chup kar ke baithna, yeh kis taqat logon mein nahin rahi?</w:t>
      </w:r>
      <w:r>
        <w:br/>
      </w:r>
      <w:r>
        <w:rPr>
          <w:sz w:val="20"/>
        </w:rPr>
        <w:t>8:27  to jante hain ke kya hai? casualty kya thi? casualty kya thi? is ke baad casualty kya hoti hai? jab aisa ho jaye, stability khatm.</w:t>
      </w:r>
      <w:r>
        <w:br/>
      </w:r>
      <w:r>
        <w:rPr>
          <w:sz w:val="20"/>
        </w:rPr>
        <w:t>8:41  stability khatm. jab aisa zamana aa jaye</w:t>
      </w:r>
      <w:r>
        <w:br/>
      </w:r>
      <w:r>
        <w:rPr>
          <w:sz w:val="20"/>
        </w:rPr>
        <w:t>8:48  ke har aadmi lage bolne, tab political instability khatm ho jati hai. aur koi bhi hukumat ya khilafat ka pehla maqsad hai samaj mein stability qaim karna.</w:t>
      </w:r>
    </w:p>
    <w:p>
      <w:pPr>
        <w:pStyle w:val="Heading2"/>
      </w:pPr>
      <w:r>
        <w:t>Only Quran presents prophet as a model for humanity</w:t>
      </w:r>
    </w:p>
    <w:p>
      <w:r>
        <w:rPr>
          <w:color w:val="666666"/>
          <w:sz w:val="18"/>
        </w:rPr>
        <w:t>Prophetic Model February 16, 2014 · 2m 20s · at 3:06 · https://youtu.be/ypIIqSmExzk?t=186</w:t>
      </w:r>
    </w:p>
    <w:p>
      <w:r>
        <w:rPr>
          <w:i/>
        </w:rPr>
        <w:t>“Dekhiye bazaahir yeh ek saada si baat maloom hoti hai”</w:t>
      </w:r>
    </w:p>
    <w:p>
      <w:r>
        <w:rPr>
          <w:sz w:val="20"/>
        </w:rPr>
        <w:t>3:06  dekhiye bazahir yeh ek saada si baat maloom hoti hai, lekin yeh bohat hi important baat hai. Aap bohat se mazhab dunya mein hain, mukhtalif mazahib ko padhiye, to kahin bhi aap ko yeh baat nahi milegi</w:t>
      </w:r>
      <w:r>
        <w:br/>
      </w:r>
      <w:r>
        <w:rPr>
          <w:sz w:val="20"/>
        </w:rPr>
        <w:t>3:26  ke in ka jo paighambar hai ya in ka jo bara buzurg hai, us ko kaha gaya ho ke yeh tumhare liye model hai.</w:t>
      </w:r>
      <w:r>
        <w:br/>
      </w:r>
      <w:r>
        <w:rPr>
          <w:sz w:val="20"/>
        </w:rPr>
        <w:t>3:37  is ka sabab kya hai? Is ka sabab yeh hai ke qaumon ne apne paighambar ko ya apne bare buzurg ko fazilat ke khane mein daal diya.</w:t>
      </w:r>
      <w:r>
        <w:br/>
      </w:r>
      <w:r>
        <w:rPr>
          <w:sz w:val="20"/>
        </w:rPr>
        <w:t>3:51  ajeeb ghareeb qism ke fazail un ke liye maan liye. To bas woh ek shakhs ki ahmiyat bana di unhon ne bohat zyada, aur us ke liye apne liye kuch nahi raha.</w:t>
      </w:r>
      <w:r>
        <w:br/>
      </w:r>
      <w:r>
        <w:rPr>
          <w:sz w:val="20"/>
        </w:rPr>
        <w:t>4:04  yeh sab mazahib mein hua hai. Aur rasool Allah ne bhi yeh apni ummat ko khabardar kiya tha ke la tutrooni kama atratan nisaa min qabl.</w:t>
      </w:r>
      <w:r>
        <w:br/>
      </w:r>
      <w:r>
        <w:rPr>
          <w:sz w:val="20"/>
        </w:rPr>
        <w:t>4:18  utrah ma'ni badhana charhana. Ke mujh ko tum badhana charhana mat is tarah se jis tarah se nasara ne badhaya charhaya apne paighambar ko.</w:t>
      </w:r>
      <w:r>
        <w:br/>
      </w:r>
      <w:r>
        <w:rPr>
          <w:sz w:val="20"/>
        </w:rPr>
        <w:t>4:33  to text mein to aisa nahi hai. Text mein to musalmanon ka ikhtiyar nahi tha ke woh badlen. Lekin amalan unhon ne apne paighambar ko wahi darja de diya jo pichhle daur mein hua tha.</w:t>
      </w:r>
      <w:r>
        <w:br/>
      </w:r>
      <w:r>
        <w:rPr>
          <w:sz w:val="20"/>
        </w:rPr>
        <w:t>4:45  yani bilkul Khuda ka darja. Ibadat Khuda buzurg to yeh qissa mukhtasar. Nateeja kya hua ke woh model nahi raha.</w:t>
      </w:r>
      <w:r>
        <w:br/>
      </w:r>
      <w:r>
        <w:rPr>
          <w:sz w:val="20"/>
        </w:rPr>
        <w:t>4:56  ab paighambar hamare liye sirf yeh reh gaya ke hum bare bare laqab bolen is ke liye. Shahanshah e konain, Sarwar e kainat, Fakhr e do alam, is tarah ke alfaaz bolen.</w:t>
      </w:r>
      <w:r>
        <w:br/>
      </w:r>
      <w:r>
        <w:rPr>
          <w:sz w:val="20"/>
        </w:rPr>
        <w:t>5:07  baqi yeh hai ke woh hamare liye namoona ho, rehmat ho, model ho, is hesiyat se paighambar ka darja nahi raha. Is liye aap dekhte hain ke musalmanon ko koi yeh yani kisi muamle mein pattern nahi maloom ke kya karen woh.</w:t>
      </w:r>
    </w:p>
    <w:p>
      <w:pPr>
        <w:pStyle w:val="Heading2"/>
      </w:pPr>
      <w:r>
        <w:t>Law of nature: no shortcuts to success</w:t>
      </w:r>
    </w:p>
    <w:p>
      <w:r>
        <w:rPr>
          <w:color w:val="666666"/>
          <w:sz w:val="18"/>
        </w:rPr>
        <w:t>Lessons from The Best Story 9 May 2014 - Maulana Wahiduddin Khan · 2m 21s · at 18:34 · https://youtu.be/rZnIPTO2QWs?t=1114</w:t>
      </w:r>
    </w:p>
    <w:p>
      <w:r>
        <w:rPr>
          <w:i/>
        </w:rPr>
        <w:t>“Yeh law of nature hai, Allah ka creation plan”</w:t>
      </w:r>
    </w:p>
    <w:p>
      <w:r>
        <w:rPr>
          <w:sz w:val="20"/>
        </w:rPr>
        <w:t>18:34  aur dekhiye, yeh maamla saada maamla nahi hai, yeh law of nature hai. yeh duniya mein Allah taala ne</w:t>
      </w:r>
      <w:r>
        <w:br/>
      </w:r>
      <w:r>
        <w:rPr>
          <w:sz w:val="20"/>
        </w:rPr>
        <w:t>18:43  jo jis jis Allah taala ne is duniya ke liye Allah taala ka jo creation plan hai, is duniya ke liye Allah ka jo qanoon hai, woh woh sab ka sab isi pe mabni hai.</w:t>
      </w:r>
      <w:r>
        <w:br/>
      </w:r>
      <w:r>
        <w:rPr>
          <w:sz w:val="20"/>
        </w:rPr>
        <w:t>19:00  yeh jo Hazrat Yusuf ke sath pesh aaya, woh kya</w:t>
      </w:r>
      <w:r>
        <w:br/>
      </w:r>
      <w:r>
        <w:rPr>
          <w:sz w:val="20"/>
        </w:rPr>
        <w:t>19:04  Khuda ke creation plan ko bata raha hai, law of nature ko bata raha hai. har aadmi isi law of nature ke se guzarna hai, har aadmi ko apne apne hisab se isi law of nature se guzarna hai.</w:t>
      </w:r>
      <w:r>
        <w:br/>
      </w:r>
      <w:r>
        <w:rPr>
          <w:sz w:val="20"/>
        </w:rPr>
        <w:t>19:17  koi short cut nahi zindagi mein, koi doosra</w:t>
      </w:r>
      <w:r>
        <w:br/>
      </w:r>
      <w:r>
        <w:rPr>
          <w:sz w:val="20"/>
        </w:rPr>
        <w:t>19:23  yani aur koi doosra rasta nahi hai,</w:t>
      </w:r>
      <w:r>
        <w:br/>
      </w:r>
      <w:r>
        <w:rPr>
          <w:sz w:val="20"/>
        </w:rPr>
        <w:t>19:31  isi se guzarna hai bas.</w:t>
      </w:r>
      <w:r>
        <w:br/>
      </w:r>
      <w:r>
        <w:rPr>
          <w:sz w:val="20"/>
        </w:rPr>
        <w:t>19:37  to yeh bohat hi important baat hai jo har aadmi ko samajhna chahiye,</w:t>
      </w:r>
      <w:r>
        <w:br/>
      </w:r>
      <w:r>
        <w:rPr>
          <w:sz w:val="20"/>
        </w:rPr>
        <w:t>19:46  bohat hi important baat hai.</w:t>
      </w:r>
      <w:r>
        <w:br/>
      </w:r>
      <w:r>
        <w:rPr>
          <w:sz w:val="20"/>
        </w:rPr>
        <w:t>19:53  jaise aaj kal ke zamane mein log koi shortcut dhoondhte hain to duniya mein is is basti se is basti jaane ke liye koi shortcut hota hoga, lekin jo law of nature hai,</w:t>
      </w:r>
      <w:r>
        <w:br/>
      </w:r>
      <w:r>
        <w:rPr>
          <w:sz w:val="20"/>
        </w:rPr>
        <w:t>20:08  jo zindagi ka jo qanoon hai, is mein koi shortcut nahin.</w:t>
      </w:r>
      <w:r>
        <w:br/>
      </w:r>
      <w:r>
        <w:rPr>
          <w:sz w:val="20"/>
        </w:rPr>
        <w:t>20:12  is mein to woh yahi yahi pesh aayega har aadmi ke saath. Ya to aap is test par stand karein, ya to aap stand yeh jo test hai, is pe stand karein, ya nahin to phir Allah</w:t>
      </w:r>
      <w:r>
        <w:br/>
      </w:r>
      <w:r>
        <w:rPr>
          <w:sz w:val="20"/>
        </w:rPr>
        <w:t>20:28  ki blessing se apne ko maroof yani phir Allah ki blessing aap par nahin aayegi. To option do mein se ek ka hai: ya to Allah ki blessing</w:t>
      </w:r>
      <w:r>
        <w:br/>
      </w:r>
      <w:r>
        <w:rPr>
          <w:sz w:val="20"/>
        </w:rPr>
        <w:t>20:43  test mein poora utre ek shakal mein, nahin to aap wadi taur par Allah ki blessing se maroof hain. Koi doosra shakal nahin hai jis se aap Allah ki blessing ko pa saken.</w:t>
      </w:r>
    </w:p>
    <w:p>
      <w:pPr>
        <w:pStyle w:val="Heading2"/>
      </w:pPr>
      <w:r>
        <w:t>Umar averting crisis in Jerusalem</w:t>
      </w:r>
    </w:p>
    <w:p>
      <w:r>
        <w:rPr>
          <w:color w:val="666666"/>
          <w:sz w:val="18"/>
        </w:rPr>
        <w:t>Art of Crisis Management I 3 October, 2010 Maulana Wahiduddin Khan · 1m 25s · at 11:13 · https://youtu.be/mcJZ0YEOolk?t=673</w:t>
      </w:r>
    </w:p>
    <w:p>
      <w:r>
        <w:rPr>
          <w:i/>
        </w:rPr>
        <w:t>“Umar said my prayer time has come”</w:t>
      </w:r>
    </w:p>
    <w:p>
      <w:r>
        <w:rPr>
          <w:sz w:val="20"/>
        </w:rPr>
        <w:t>11:13  ne kaha bishop se ke mere namaz ka waqt ho gaya hai, yaani asr ki namaz ka waqt. to bishop ne kya kaha?</w:t>
      </w:r>
      <w:r>
        <w:br/>
      </w:r>
      <w:r>
        <w:rPr>
          <w:sz w:val="20"/>
        </w:rPr>
        <w:t>11:22  keh yahi parh lijiyey, aap church ke andar parh lijiyey, humein koi objection nahi hai. unhon ne kaha keh nahi, mein yahan nahi parhoon ga.</w:t>
      </w:r>
      <w:r>
        <w:br/>
      </w:r>
      <w:r>
        <w:rPr>
          <w:sz w:val="20"/>
        </w:rPr>
        <w:t>11:32  unhon ne kaha keh jis ko kehte hain angrezi mein stones throw, yaani pathar aap aik haath mein lein aur zor se phenkein, jitni door ja kar girey ga, us ko kehte hain stones throw.</w:t>
      </w:r>
      <w:r>
        <w:br/>
      </w:r>
      <w:r>
        <w:rPr>
          <w:sz w:val="20"/>
        </w:rPr>
        <w:t>11:48  itni dori pe ja kar ke mein namaz parhoon ga.</w:t>
      </w:r>
      <w:r>
        <w:br/>
      </w:r>
      <w:r>
        <w:rPr>
          <w:sz w:val="20"/>
        </w:rPr>
        <w:t>11:51  aur unhon ne is ki hikmat batai, is ki wisdom keh agar mein yahan namaz parh loon to meri position khalifa ki position hai, to mere baad jo generation aaye gi, wo kahein ge keh haan, hum ne salallahu alaihi wasallam umar, yaani humare</w:t>
      </w:r>
      <w:r>
        <w:br/>
      </w:r>
      <w:r>
        <w:rPr>
          <w:sz w:val="20"/>
        </w:rPr>
        <w:t>12:08  khalifa ne yahan namaz parhi hai, yahan to hum masjid banayein ge, aik kalesa ke church ke andar masjid. ab kitab ka jhagda khara hoga, kitab ka kia crisis aaye ga.</w:t>
      </w:r>
      <w:r>
        <w:br/>
      </w:r>
      <w:r>
        <w:rPr>
          <w:sz w:val="20"/>
        </w:rPr>
        <w:t>12:23  is crisis se bachne ke liye unhon ne precaution liya</w:t>
      </w:r>
      <w:r>
        <w:br/>
      </w:r>
      <w:r>
        <w:rPr>
          <w:sz w:val="20"/>
        </w:rPr>
        <w:t>12:28  keh mein stone throw ki dori par ja kar ke namaz parhoon ga. aise hi kiya, unhon ne wahan ja kar namaz parhi.</w:t>
      </w:r>
    </w:p>
    <w:p>
      <w:pPr>
        <w:pStyle w:val="Heading2"/>
      </w:pPr>
      <w:r>
        <w:t>universe's harmony proves God is one</w:t>
      </w:r>
    </w:p>
    <w:p>
      <w:r>
        <w:rPr>
          <w:color w:val="666666"/>
          <w:sz w:val="18"/>
        </w:rPr>
        <w:t>What is Islam March 17, 2007 · 1m 24s · at 11:08 · https://youtu.be/xEDxZmsi3Mg?t=668</w:t>
      </w:r>
    </w:p>
    <w:p>
      <w:r>
        <w:rPr>
          <w:i/>
        </w:rPr>
        <w:t>“The universe is a zero-defect factory”</w:t>
      </w:r>
    </w:p>
    <w:p>
      <w:r>
        <w:rPr>
          <w:sz w:val="20"/>
        </w:rPr>
        <w:t>11:08  then, when you think about, when you think in the nature, in the universe, you find there is a harmony.</w:t>
      </w:r>
      <w:r>
        <w:br/>
      </w:r>
      <w:r>
        <w:rPr>
          <w:sz w:val="20"/>
        </w:rPr>
        <w:t>11:19  harmony in the universe. there is a coherence in the universe.</w:t>
      </w:r>
      <w:r>
        <w:br/>
      </w:r>
      <w:r>
        <w:rPr>
          <w:sz w:val="20"/>
        </w:rPr>
        <w:t>11:27  vast universe, in the vast universe, there are numerous activities. everything is in boiling.</w:t>
      </w:r>
      <w:r>
        <w:br/>
      </w:r>
      <w:r>
        <w:rPr>
          <w:sz w:val="20"/>
        </w:rPr>
        <w:t>11:38  so, universe is a universe of activities. but, there is no problem, no defect.</w:t>
      </w:r>
      <w:r>
        <w:br/>
      </w:r>
      <w:r>
        <w:rPr>
          <w:sz w:val="20"/>
        </w:rPr>
        <w:t>11:47  universe is a zero defect factory.</w:t>
      </w:r>
      <w:r>
        <w:br/>
      </w:r>
      <w:r>
        <w:rPr>
          <w:sz w:val="20"/>
        </w:rPr>
        <w:t>11:53  a complete system, under working under complete system. so, this discovery leads to the fact that god is one</w:t>
      </w:r>
      <w:r>
        <w:br/>
      </w:r>
      <w:r>
        <w:rPr>
          <w:sz w:val="20"/>
        </w:rPr>
        <w:t>12:05  . only one god can control. only one god can maintain this kind of harmony in the vast universe.</w:t>
      </w:r>
      <w:r>
        <w:br/>
      </w:r>
      <w:r>
        <w:rPr>
          <w:sz w:val="20"/>
        </w:rPr>
        <w:t>12:22  so, by this discovery, you find, you realize that god is one.</w:t>
      </w:r>
    </w:p>
    <w:p>
      <w:pPr>
        <w:pStyle w:val="Heading2"/>
      </w:pPr>
      <w:r>
        <w:t>'Islam is a complete political system' is a dangerous slogan</w:t>
      </w:r>
    </w:p>
    <w:p>
      <w:r>
        <w:rPr>
          <w:color w:val="666666"/>
          <w:sz w:val="18"/>
        </w:rPr>
        <w:t>The Companions and the Hadith Scholars June 24, 2012 · 2m 20s · at 1:02:31 · https://youtu.be/Dj4QiYnxgBs?t=3751</w:t>
      </w:r>
    </w:p>
    <w:p>
      <w:r>
        <w:rPr>
          <w:i/>
        </w:rPr>
        <w:t>“Deen aur siyasat mein farq karna deen ka naqis tasawwur nahi hai”</w:t>
      </w:r>
    </w:p>
    <w:p>
      <w:r>
        <w:rPr>
          <w:sz w:val="20"/>
        </w:rPr>
        <w:t>1:02:31  maulana, agla sawal tamil nadu se hai, maulana iqbal umri sahib ka. unhon ne likha hai: "mazhab aur siyasat mein farq karne ko deen ka naqis tasawwur samjha jata hai, aisa kyun?" yeh to bilkul mein samajhta hoon ke yani batal tasawwur hai jis ka Islam mein koi bhi reference maujood nahi.</w:t>
      </w:r>
      <w:r>
        <w:br/>
      </w:r>
      <w:r>
        <w:rPr>
          <w:sz w:val="20"/>
        </w:rPr>
        <w:t>1:03:00  bila shubah deen alag hai aur siyasat alag hai, is mein koi shuk nahi.</w:t>
      </w:r>
      <w:r>
        <w:br/>
      </w:r>
      <w:r>
        <w:rPr>
          <w:sz w:val="20"/>
        </w:rPr>
        <w:t>1:03:09  dekhein, Islam ke mutabiq</w:t>
      </w:r>
      <w:r>
        <w:br/>
      </w:r>
      <w:r>
        <w:rPr>
          <w:sz w:val="20"/>
        </w:rPr>
        <w:t>1:03:15  deen ki taleemat jo hain, woh hoti hain according to the situation. ittaqullah wa ma astata'tum</w:t>
      </w:r>
      <w:r>
        <w:br/>
      </w:r>
      <w:r>
        <w:rPr>
          <w:sz w:val="20"/>
        </w:rPr>
        <w:t>1:03:25  to jahan tak apni zaat ka ta'alluq hai, har waqt hamare bas mein hai ke apni zaat ke aitbar se hum deen ko ikhtiyar karein.</w:t>
      </w:r>
      <w:r>
        <w:br/>
      </w:r>
      <w:r>
        <w:rPr>
          <w:sz w:val="20"/>
        </w:rPr>
        <w:t>1:03:35  yani is mein hamein koi excuse nahi ho sakta zaat ke aitbar se. lekin jab aata hai muamla society ka, mujtamay ka, to wahan doosre logon ki rai ke mutabiq karna pare ga.</w:t>
      </w:r>
      <w:r>
        <w:br/>
      </w:r>
      <w:r>
        <w:rPr>
          <w:sz w:val="20"/>
        </w:rPr>
        <w:t>1:03:51  yeh nahi hai ke aap impose kar dein un ke upar.</w:t>
      </w:r>
      <w:r>
        <w:br/>
      </w:r>
      <w:r>
        <w:rPr>
          <w:sz w:val="20"/>
        </w:rPr>
        <w:t>1:03:54  inaam ki baat hai, impose karein ge to impose nahi hoga. to hukoomat ka ki nawiyat hi alag hai, hukoomat bilkul nawiyat alag hai.</w:t>
      </w:r>
      <w:r>
        <w:br/>
      </w:r>
      <w:r>
        <w:rPr>
          <w:sz w:val="20"/>
        </w:rPr>
        <w:t>1:04:06  hukoomat ka muamla yeh hai ke jaise halaat, waisi hukoomat. hadith mein aata hai ke kama takoonoon kazalik yool alaikum jaise tum ho gaye, waise hukmaran ho gaye.</w:t>
      </w:r>
      <w:r>
        <w:br/>
      </w:r>
      <w:r>
        <w:rPr>
          <w:sz w:val="20"/>
        </w:rPr>
        <w:t>1:04:17  yani hukoomat ubharti hai mujtamay se, yani social condition se. lekin</w:t>
      </w:r>
      <w:r>
        <w:br/>
      </w:r>
      <w:r>
        <w:rPr>
          <w:sz w:val="20"/>
        </w:rPr>
        <w:t>1:04:23  infradi jo deen hai, woh to har waqt aage aate rehte hain. to jo log dono taqaze ek kar ke kehte hain ke Islam mukammal nizam hai, woh bila shubah batal boli bolte hain.</w:t>
      </w:r>
      <w:r>
        <w:br/>
      </w:r>
      <w:r>
        <w:rPr>
          <w:sz w:val="20"/>
        </w:rPr>
        <w:t>1:04:33  aur islam mein tashaddud jo aa gaya hai, isi liye aa gaya hai. tashaddud jo aa gaya hai islam mein, barah-e-rast zimmedar hain woh log kis ke jinho ne yeh naarah diya ke islam mukammal nizaam hai.</w:t>
      </w:r>
      <w:r>
        <w:br/>
      </w:r>
      <w:r>
        <w:rPr>
          <w:sz w:val="20"/>
        </w:rPr>
        <w:t>1:04:46  is ko mein bilashubah batil samajhta hoon. to meri bohat si kitabein hain, aap parh lijiye:</w:t>
      </w:r>
    </w:p>
    <w:p>
      <w:pPr>
        <w:pStyle w:val="Heading2"/>
      </w:pPr>
      <w:r>
        <w:t>Praising the Prophet vs the graver duty of calling to God</w:t>
      </w:r>
    </w:p>
    <w:p>
      <w:r>
        <w:rPr>
          <w:color w:val="666666"/>
          <w:sz w:val="18"/>
        </w:rPr>
        <w:t>The Importance of Team Work February 5, 2012 · 2m 43s · at 1:42 · https://youtu.be/qBbwznqIqVw?t=102</w:t>
      </w:r>
    </w:p>
    <w:p>
      <w:r>
        <w:rPr>
          <w:i/>
        </w:rPr>
        <w:t>“Hoshdar ke rah bardam te ghasat qadam ra”</w:t>
      </w:r>
    </w:p>
    <w:p>
      <w:r>
        <w:rPr>
          <w:sz w:val="20"/>
        </w:rPr>
        <w:t>1:42  to us ne ek bohat mashhoor naat likhi hai rasool Allah ki. to us ka ek misra hai ke "hushdar ke reh burdam tay ghusat qadam ra".</w:t>
      </w:r>
      <w:r>
        <w:br/>
      </w:r>
      <w:r>
        <w:rPr>
          <w:sz w:val="20"/>
        </w:rPr>
        <w:t>1:57  hushdar ke reh burdam tay ghusat qadam ra.</w:t>
      </w:r>
      <w:r>
        <w:br/>
      </w:r>
      <w:r>
        <w:rPr>
          <w:sz w:val="20"/>
        </w:rPr>
        <w:t>2:03  yaani rasool Allah ke madham mein bohat ziyada hoshiyari ke sath kalam karo, kyunke yeh talwar ke dhaar par chalne ka mani hai.</w:t>
      </w:r>
      <w:r>
        <w:br/>
      </w:r>
      <w:r>
        <w:rPr>
          <w:sz w:val="20"/>
        </w:rPr>
        <w:t>2:19  hushdar ke reh burdam tay ghusat qadam ra.</w:t>
      </w:r>
      <w:r>
        <w:br/>
      </w:r>
      <w:r>
        <w:rPr>
          <w:sz w:val="20"/>
        </w:rPr>
        <w:t>2:22  ke rasool Allah ke madham mein, ya rasool Allah ke naat mein kalam karte hue bohat hoshiyar raho, kyunke yeh talwar ke dhaar par chalne ka mani hai.</w:t>
      </w:r>
      <w:r>
        <w:br/>
      </w:r>
      <w:r>
        <w:rPr>
          <w:sz w:val="20"/>
        </w:rPr>
        <w:t>2:36  main ne socha ke rasool Allah ki naat to ek baat ko paida hui, woh ek innovation hai.</w:t>
      </w:r>
      <w:r>
        <w:br/>
      </w:r>
      <w:r>
        <w:rPr>
          <w:sz w:val="20"/>
        </w:rPr>
        <w:t>2:46  lekin dawat ilahi to bohat rasool Allah ki zuban se tha. aur dawat ilahi kya hai?</w:t>
      </w:r>
      <w:r>
        <w:br/>
      </w:r>
      <w:r>
        <w:rPr>
          <w:sz w:val="20"/>
        </w:rPr>
        <w:t>2:56  Allah ki baat kehna, Allah ki numaindagi ke liye khara hona.</w:t>
      </w:r>
      <w:r>
        <w:br/>
      </w:r>
      <w:r>
        <w:rPr>
          <w:sz w:val="20"/>
        </w:rPr>
        <w:t>3:06  to woh to aur ziyada nazuk kaam hai.</w:t>
      </w:r>
      <w:r>
        <w:br/>
      </w:r>
      <w:r>
        <w:rPr>
          <w:sz w:val="20"/>
        </w:rPr>
        <w:t>3:12  sach poochhen to talwar ke dhaar par khara hone ka moamla da'i ke liye hai, naat khwan ke liye nahi hai. woh to khud sakhta hai.</w:t>
      </w:r>
      <w:r>
        <w:br/>
      </w:r>
      <w:r>
        <w:rPr>
          <w:sz w:val="20"/>
        </w:rPr>
        <w:t>3:25  naat goi ya naat khwani yeh to apne aap mein ek innovation hai. yeh koi quran se sabit hai na hadees se sabit hai.</w:t>
      </w:r>
      <w:r>
        <w:br/>
      </w:r>
      <w:r>
        <w:rPr>
          <w:sz w:val="20"/>
        </w:rPr>
        <w:t>3:36  lekin dawat ilahi to baqayda sabit shuda cheez hai. ya islam ke naam par jab bhi aap koi tehreek chalate hain to woh talwar ke dhaar par chalne ka maani hota hai.</w:t>
      </w:r>
      <w:r>
        <w:br/>
      </w:r>
      <w:r>
        <w:rPr>
          <w:sz w:val="20"/>
        </w:rPr>
        <w:t>3:51  kyunke aap karte hain islam ki numaindagi, Allah ki numaindagi. to ghor kijiye ke Allah ka deen badnaam hota hai.</w:t>
      </w:r>
      <w:r>
        <w:br/>
      </w:r>
      <w:r>
        <w:rPr>
          <w:sz w:val="20"/>
        </w:rPr>
        <w:t>4:06  to kitna sangin hai yeh maamla ke islam ke naam par aap tehreekein chalaen.</w:t>
      </w:r>
      <w:r>
        <w:br/>
      </w:r>
      <w:r>
        <w:rPr>
          <w:sz w:val="20"/>
        </w:rPr>
        <w:t>4:15  to hazar baar sochna chahiye ke meri tehreek jo hai woh talwar ke dhaar par chalne ke barabar hai.</w:t>
      </w:r>
    </w:p>
    <w:p>
      <w:pPr>
        <w:pStyle w:val="Heading2"/>
      </w:pPr>
      <w:r>
        <w:t>Prophet's positivity in Mecca discrimination</w:t>
      </w:r>
    </w:p>
    <w:p>
      <w:r>
        <w:rPr>
          <w:color w:val="666666"/>
          <w:sz w:val="18"/>
        </w:rPr>
        <w:t>Journey to Switzerland, Jerusalem, Palestine, Nov 02, 2008 · 2m 09s · at 7:59 · https://youtu.be/Noi5eb85Tcg?t=479</w:t>
      </w:r>
    </w:p>
    <w:p>
      <w:r>
        <w:rPr>
          <w:i/>
        </w:rPr>
        <w:t>“Dekhiye Rasool Allah jab Makkah mein the”</w:t>
      </w:r>
    </w:p>
    <w:p>
      <w:r>
        <w:rPr>
          <w:sz w:val="20"/>
        </w:rPr>
        <w:t>7:59  dekhiye rasool Allah jab makka mein thay, wahan discrimination itna zyada barha hua tha ke rasool Allah ko makka mein rehne nahi diya. boycott kiya.</w:t>
      </w:r>
      <w:r>
        <w:br/>
      </w:r>
      <w:r>
        <w:rPr>
          <w:sz w:val="20"/>
        </w:rPr>
        <w:t>8:10  aap majboor hue ke pahaar ke darre mein chale jayen. jis ko kehte thay sheikh babi talib. aap ghor kijiye kitna sakht muamla kiya.</w:t>
      </w:r>
      <w:r>
        <w:br/>
      </w:r>
      <w:r>
        <w:rPr>
          <w:sz w:val="20"/>
        </w:rPr>
        <w:t>8:21  rasool Allah bazaar se sauda nahi khareed sakte thay. aap aur aap ki biwi khadija</w:t>
      </w:r>
      <w:r>
        <w:br/>
      </w:r>
      <w:r>
        <w:rPr>
          <w:sz w:val="20"/>
        </w:rPr>
        <w:t>8:31  kya karti theen? darakhton ki jarrein khati theen. patiyan chabati theen. yahan tak ke Hazrat Aisha jo theen woh un ka rang white tha, black ho gaya.</w:t>
      </w:r>
      <w:r>
        <w:br/>
      </w:r>
      <w:r>
        <w:rPr>
          <w:sz w:val="20"/>
        </w:rPr>
        <w:t>8:45  ek white woman, black woman ban gayi. teen saal mein. to yeh discrimination tha ke nahi tha yeh? aur isi zamane mein Quran mein yeh ayat utri Alhamdulillah Rabb al-Alameen.</w:t>
      </w:r>
      <w:r>
        <w:br/>
      </w:r>
      <w:r>
        <w:rPr>
          <w:sz w:val="20"/>
        </w:rPr>
        <w:t>9:00  makki daur mein. ke aye paighambar kaho ke sari tareef sirf Khuda ke liye hai.</w:t>
      </w:r>
      <w:r>
        <w:br/>
      </w:r>
      <w:r>
        <w:rPr>
          <w:sz w:val="20"/>
        </w:rPr>
        <w:t>9:09  aap ghor kijiye jis waqt rasool Allah ko zulm ho raha tha makka mein. rasool Allah ke sath discrimination ho raha tha makka mein. har qism ka zulm jo jis ka musalmanon ne kabhi tajurba nahi kiya.</w:t>
      </w:r>
      <w:r>
        <w:br/>
      </w:r>
      <w:r>
        <w:rPr>
          <w:sz w:val="20"/>
        </w:rPr>
        <w:t>9:22  us waqt yeh ayat utarti hai ke Alhamdulillah Rabb al-Alameen. aye paighambar kaho. is ka matlab kya hua? ke in spite of all that atrocities, in spite of all that discriminations, you have to feel the spirit of hamd in your personality.</w:t>
      </w:r>
      <w:r>
        <w:br/>
      </w:r>
      <w:r>
        <w:rPr>
          <w:sz w:val="20"/>
        </w:rPr>
        <w:t>9:41  ke chahe zulm ho raha ho, chahe discrimination ho raha ho, agar tumhein jannat lena hai, agar tumhein paradise mein aana hai, agar tum ko Khuda ke paros mein aag abdi zindagi guzarna hai to tum ko yeh positivity dikhani padegi, super positivity.</w:t>
      </w:r>
      <w:r>
        <w:br/>
      </w:r>
      <w:r>
        <w:rPr>
          <w:sz w:val="20"/>
        </w:rPr>
        <w:t>10:00  ke in spite of all that negativity, you have to live in positivity. yeh hai Quran ka model.</w:t>
      </w:r>
    </w:p>
    <w:p>
      <w:pPr>
        <w:pStyle w:val="Heading2"/>
      </w:pPr>
      <w:r>
        <w:t>Ulama blamed for misleading Muslims after West's rise</w:t>
      </w:r>
    </w:p>
    <w:p>
      <w:r>
        <w:rPr>
          <w:color w:val="666666"/>
          <w:sz w:val="18"/>
        </w:rPr>
        <w:t>Role of Islam in History April 5, 2009 · 1m 41s · at 1:18:14 · https://youtu.be/_chXIaKrOH8?t=4694</w:t>
      </w:r>
    </w:p>
    <w:p>
      <w:r>
        <w:rPr>
          <w:i/>
        </w:rPr>
        <w:t>“Again to my experience, the blame goes to ulama”</w:t>
      </w:r>
    </w:p>
    <w:p>
      <w:r>
        <w:rPr>
          <w:sz w:val="20"/>
        </w:rPr>
        <w:t>1:18:14  like you mention, a detail reading of the quran and life of prophet would clearly bring forth the singular target of prophets mission.</w:t>
      </w:r>
      <w:r>
        <w:br/>
      </w:r>
      <w:r>
        <w:rPr>
          <w:sz w:val="20"/>
        </w:rPr>
        <w:t>1:18:25  then how did muslims get mislead by interpretations given by ulema?</w:t>
      </w:r>
      <w:r>
        <w:br/>
      </w:r>
      <w:r>
        <w:rPr>
          <w:sz w:val="20"/>
        </w:rPr>
        <w:t>1:18:32  again to my experience, the</w:t>
      </w:r>
      <w:r>
        <w:br/>
      </w:r>
      <w:r>
        <w:rPr>
          <w:sz w:val="20"/>
        </w:rPr>
        <w:t>1:18:39  blame goes to ulema. they became angry, they became negative after the advent of western civilization.</w:t>
      </w:r>
      <w:r>
        <w:br/>
      </w:r>
      <w:r>
        <w:rPr>
          <w:sz w:val="20"/>
        </w:rPr>
        <w:t>1:18:49  so they mislead muslim people. muslim people were mislead by ulema.</w:t>
      </w:r>
      <w:r>
        <w:br/>
      </w:r>
      <w:r>
        <w:rPr>
          <w:sz w:val="20"/>
        </w:rPr>
        <w:t>1:18:56  ulema were, ulema felt a negative reaction after the advent of western people.</w:t>
      </w:r>
      <w:r>
        <w:br/>
      </w:r>
      <w:r>
        <w:rPr>
          <w:sz w:val="20"/>
        </w:rPr>
        <w:t>1:19:07  so first of all, you have to correct ulema. until this date, ulema living in the same negativity.</w:t>
      </w:r>
      <w:r>
        <w:br/>
      </w:r>
      <w:r>
        <w:rPr>
          <w:sz w:val="20"/>
        </w:rPr>
        <w:t>1:19:18  so they are misleading muslim people.</w:t>
      </w:r>
      <w:r>
        <w:br/>
      </w:r>
      <w:r>
        <w:rPr>
          <w:sz w:val="20"/>
        </w:rPr>
        <w:t>1:19:24  this is the problem.</w:t>
      </w:r>
      <w:r>
        <w:br/>
      </w:r>
      <w:r>
        <w:rPr>
          <w:sz w:val="20"/>
        </w:rPr>
        <w:t>1:19:26  i am trying my best to change the mind of muslim ulema, and i can see there hundreds, hundreds ulema who changed their mind, and the process is there.</w:t>
      </w:r>
      <w:r>
        <w:br/>
      </w:r>
      <w:r>
        <w:rPr>
          <w:sz w:val="20"/>
        </w:rPr>
        <w:t>1:19:40  and i hope that a day will come when the majority of ulema change mind, and then a new revolution will begin inshallah.</w:t>
      </w:r>
    </w:p>
    <w:p>
      <w:pPr>
        <w:pStyle w:val="Heading2"/>
      </w:pPr>
      <w:r>
        <w:t>Marefa means realization of God</w:t>
      </w:r>
    </w:p>
    <w:p>
      <w:r>
        <w:rPr>
          <w:color w:val="666666"/>
          <w:sz w:val="18"/>
        </w:rPr>
        <w:t>In Conversation with Maulana Wahiduddin Khan | June 16, 2007 · 1m 00s · at 24:31 · https://youtu.be/MG2XRUY4FBM?t=1471</w:t>
      </w:r>
    </w:p>
    <w:p>
      <w:r>
        <w:rPr>
          <w:i/>
        </w:rPr>
        <w:t>“Marefa is not a mysterious word; it is realization.”</w:t>
      </w:r>
    </w:p>
    <w:p>
      <w:r>
        <w:rPr>
          <w:sz w:val="20"/>
        </w:rPr>
        <w:t xml:space="preserve">24:31  </w:t>
      </w:r>
      <w:r>
        <w:br/>
      </w:r>
      <w:r>
        <w:rPr>
          <w:sz w:val="20"/>
        </w:rPr>
        <w:t>24:36  so, marefa is not a mysterious word.</w:t>
      </w:r>
      <w:r>
        <w:br/>
      </w:r>
      <w:r>
        <w:rPr>
          <w:sz w:val="20"/>
        </w:rPr>
        <w:t>24:41  it is quite known word.</w:t>
      </w:r>
      <w:r>
        <w:br/>
      </w:r>
      <w:r>
        <w:rPr>
          <w:sz w:val="20"/>
        </w:rPr>
        <w:t>24:46  and that is discovery, realization.</w:t>
      </w:r>
      <w:r>
        <w:br/>
      </w:r>
      <w:r>
        <w:rPr>
          <w:sz w:val="20"/>
        </w:rPr>
        <w:t>24:51  so, when you study the quran, when you study the hadith literature, when you ponder over the the</w:t>
      </w:r>
      <w:r>
        <w:br/>
      </w:r>
      <w:r>
        <w:rPr>
          <w:sz w:val="20"/>
        </w:rPr>
        <w:t>24:56  universe, when you contemplate in the world around you, then you you receive</w:t>
      </w:r>
      <w:r>
        <w:br/>
      </w:r>
      <w:r>
        <w:rPr>
          <w:sz w:val="20"/>
        </w:rPr>
        <w:t>25:01  inspirations.</w:t>
      </w:r>
      <w:r>
        <w:br/>
      </w:r>
      <w:r>
        <w:rPr>
          <w:sz w:val="20"/>
        </w:rPr>
        <w:t>25:06  then you gain knowledge.</w:t>
      </w:r>
      <w:r>
        <w:br/>
      </w:r>
      <w:r>
        <w:rPr>
          <w:sz w:val="20"/>
        </w:rPr>
        <w:t>25:10  and through these knowledge, through these inspirations, you develop your personality.</w:t>
      </w:r>
      <w:r>
        <w:br/>
      </w:r>
      <w:r>
        <w:rPr>
          <w:sz w:val="20"/>
        </w:rPr>
        <w:t>25:14  that is marefa.</w:t>
      </w:r>
      <w:r>
        <w:br/>
      </w:r>
      <w:r>
        <w:rPr>
          <w:sz w:val="20"/>
        </w:rPr>
        <w:t>25:19  that is realization.</w:t>
      </w:r>
      <w:r>
        <w:br/>
      </w:r>
      <w:r>
        <w:rPr>
          <w:sz w:val="20"/>
        </w:rPr>
        <w:t>25:23  and that is discovery of god.</w:t>
      </w:r>
      <w:r>
        <w:br/>
      </w:r>
      <w:r>
        <w:rPr>
          <w:sz w:val="20"/>
        </w:rPr>
        <w:t>25:27  maulana, it is said that in the history of islam, there have been three best periods</w:t>
      </w:r>
    </w:p>
    <w:p>
      <w:pPr>
        <w:pStyle w:val="Heading2"/>
      </w:pPr>
      <w:r>
        <w:t>Zamzam's miraculous emergence in the empty desert</w:t>
      </w:r>
    </w:p>
    <w:p>
      <w:r>
        <w:rPr>
          <w:color w:val="666666"/>
          <w:sz w:val="18"/>
        </w:rPr>
        <w:t>A Brief Survey of Islamic History (Eng) February 15, 2007 · 2m 33s · at 11:08 · https://youtu.be/MdRtdA99UlA?t=668</w:t>
      </w:r>
    </w:p>
    <w:p>
      <w:r>
        <w:rPr>
          <w:i/>
        </w:rPr>
        <w:t>“At that time, there was no Makkah. No town.”</w:t>
      </w:r>
    </w:p>
    <w:p>
      <w:r>
        <w:rPr>
          <w:sz w:val="20"/>
        </w:rPr>
        <w:t>11:08  At that time, there was no Makkah. No town. No city. No human being. In the vast desert, they were compelled to live in the vast desert.</w:t>
      </w:r>
      <w:r>
        <w:br/>
      </w:r>
      <w:r>
        <w:rPr>
          <w:sz w:val="20"/>
        </w:rPr>
        <w:t>11:24  Then what happened? After some time,</w:t>
      </w:r>
      <w:r>
        <w:br/>
      </w:r>
      <w:r>
        <w:rPr>
          <w:sz w:val="20"/>
        </w:rPr>
        <w:t>11:34  miraculously, there emerged a stream that is Zamzam. It was a miracle of God.</w:t>
      </w:r>
      <w:r>
        <w:br/>
      </w:r>
      <w:r>
        <w:rPr>
          <w:sz w:val="20"/>
        </w:rPr>
        <w:t>11:46  When Ismail and Hajrah followed the god's command and they settled in that desert, so when they followed the god's command,</w:t>
      </w:r>
      <w:r>
        <w:br/>
      </w:r>
      <w:r>
        <w:rPr>
          <w:sz w:val="20"/>
        </w:rPr>
        <w:t>12:07  God provided His help miraculously</w:t>
      </w:r>
      <w:r>
        <w:br/>
      </w:r>
      <w:r>
        <w:rPr>
          <w:sz w:val="20"/>
        </w:rPr>
        <w:t>12:15  . It was a great miracle that one day a stream emerged suddenly.</w:t>
      </w:r>
      <w:r>
        <w:br/>
      </w:r>
      <w:r>
        <w:rPr>
          <w:sz w:val="20"/>
        </w:rPr>
        <w:t>12:24  And it was so great that even today it is there.</w:t>
      </w:r>
      <w:r>
        <w:br/>
      </w:r>
      <w:r>
        <w:rPr>
          <w:sz w:val="20"/>
        </w:rPr>
        <w:t>12:34  People use the water of Zamzam every day and night. But it is flowing, flowing, flowing.</w:t>
      </w:r>
      <w:r>
        <w:br/>
      </w:r>
      <w:r>
        <w:rPr>
          <w:sz w:val="20"/>
        </w:rPr>
        <w:t>12:48  So, this example gives us courage that if we</w:t>
      </w:r>
      <w:r>
        <w:br/>
      </w:r>
      <w:r>
        <w:rPr>
          <w:sz w:val="20"/>
        </w:rPr>
        <w:t>13:03  follow God's command, if we follow</w:t>
      </w:r>
      <w:r>
        <w:br/>
      </w:r>
      <w:r>
        <w:rPr>
          <w:sz w:val="20"/>
        </w:rPr>
        <w:t>13:09  the divine path given by the prophets,</w:t>
      </w:r>
      <w:r>
        <w:br/>
      </w:r>
      <w:r>
        <w:rPr>
          <w:sz w:val="20"/>
        </w:rPr>
        <w:t>13:15  we will be provided by the help of God, which is called a Nusra.</w:t>
      </w:r>
      <w:r>
        <w:br/>
      </w:r>
      <w:r>
        <w:rPr>
          <w:sz w:val="20"/>
        </w:rPr>
        <w:t>13:23  So, it gives us great courage, great conviction. The example of the prophets Ismail and Hajrah gives us a great example.</w:t>
      </w:r>
      <w:r>
        <w:br/>
      </w:r>
      <w:r>
        <w:rPr>
          <w:sz w:val="20"/>
        </w:rPr>
        <w:t>13:42  It inculcates in ourselves the spirit of conviction, the spirit of courage.</w:t>
      </w:r>
    </w:p>
    <w:p>
      <w:pPr>
        <w:pStyle w:val="Heading2"/>
      </w:pPr>
      <w:r>
        <w:t>Noah preached truth patiently for 950 years</w:t>
      </w:r>
    </w:p>
    <w:p>
      <w:r>
        <w:rPr>
          <w:color w:val="666666"/>
          <w:sz w:val="18"/>
        </w:rPr>
        <w:t>The Prophetic Guidance February 18, 2007 · 1m 39s · at 53:32 · https://youtu.be/5K7MiAVqNNA?t=3212</w:t>
      </w:r>
    </w:p>
    <w:p>
      <w:r>
        <w:rPr>
          <w:i/>
        </w:rPr>
        <w:t>“Hazrat Nooh saadhe nau sau saal tak sachai phailate rahe”</w:t>
      </w:r>
    </w:p>
    <w:p>
      <w:r>
        <w:rPr>
          <w:sz w:val="20"/>
        </w:rPr>
        <w:t>53:32  phir aap dekhiye hazrat nuh ka zamana aata hai.</w:t>
      </w:r>
      <w:r>
        <w:br/>
      </w:r>
      <w:r>
        <w:rPr>
          <w:sz w:val="20"/>
        </w:rPr>
        <w:t>53:37  hazrat nuh jo nabi the. saade nau sau saal tak woh dunya mein rahe. aur logon ko sachai ki baat batate rahe.</w:t>
      </w:r>
      <w:r>
        <w:br/>
      </w:r>
      <w:r>
        <w:rPr>
          <w:sz w:val="20"/>
        </w:rPr>
        <w:t>53:48  saade nau sau saal tak. is mein ata himmat milti hai. ata hausla milti hai. ke sainkaron saal tak bhi agar mujhe zindagi mile to mujhe sachai ki baat phailate rehna hai phailate rehna hai phailate rehna hai.</w:t>
      </w:r>
      <w:r>
        <w:br/>
      </w:r>
      <w:r>
        <w:rPr>
          <w:sz w:val="20"/>
        </w:rPr>
        <w:t>54:04  kabhi kabhi bhi mayoosi mein nahi padna hai. kabhi niraash mein nahi padna hai.</w:t>
      </w:r>
      <w:r>
        <w:br/>
      </w:r>
      <w:r>
        <w:rPr>
          <w:sz w:val="20"/>
        </w:rPr>
        <w:t>54:11  bataiye niraash koi sawal nahi. mayoosi koi sawal nahi. sachai ki baat ko phailate raho phailate raho phailate raho. chahe sainkaron saal beet jayein.</w:t>
      </w:r>
      <w:r>
        <w:br/>
      </w:r>
      <w:r>
        <w:rPr>
          <w:sz w:val="20"/>
        </w:rPr>
        <w:t>54:22  kya is se bari koi baat ho sakti hai bataiye. hadon kya milta hai humein. is Allah ke bande ne saade nau sau saal tak aap zara ghor kijiye.</w:t>
      </w:r>
      <w:r>
        <w:br/>
      </w:r>
      <w:r>
        <w:rPr>
          <w:sz w:val="20"/>
        </w:rPr>
        <w:t>54:34  sachai ka paigham phailata raha woh dua karta raha. sum alamt lahum wa asrart lahum israra woh banda Khuda kehta hai ke maine in ko awami taur par kaha private mein kaha.</w:t>
      </w:r>
      <w:r>
        <w:br/>
      </w:r>
      <w:r>
        <w:rPr>
          <w:sz w:val="20"/>
        </w:rPr>
        <w:t>54:48  har jagah kaha har jagah bataya samjhaya un ko. is mein hum ko ek kitni bari roshni milti hai. ke sachai ka paigham aisi cheez nahi ke aap chhod dein do char din ke andar aur niraash mein pad jayein.</w:t>
      </w:r>
      <w:r>
        <w:br/>
      </w:r>
      <w:r>
        <w:rPr>
          <w:sz w:val="20"/>
        </w:rPr>
        <w:t>55:01  phailate rahiye phailate rahiye phailate rahiye. chahe saade nau sau saal beet jayein. kitna bara paigham hai jo hazrat nuh ke haan milta hai hum ko.</w:t>
      </w:r>
    </w:p>
    <w:p>
      <w:pPr>
        <w:pStyle w:val="Heading2"/>
      </w:pPr>
      <w:r>
        <w:t>the real meaning and history of Eid in Islam</w:t>
      </w:r>
    </w:p>
    <w:p>
      <w:r>
        <w:rPr>
          <w:color w:val="666666"/>
          <w:sz w:val="18"/>
        </w:rPr>
        <w:t>Itikaf (Intellectual Seclusion) April 16, 2023 · 1m 50s · at 47:36 · https://youtu.be/Yci8zFmfCU4?t=2856</w:t>
      </w:r>
    </w:p>
    <w:p>
      <w:r>
        <w:rPr>
          <w:i/>
        </w:rPr>
        <w:t>“Eid ki haqeeqat kya hai?”</w:t>
      </w:r>
    </w:p>
    <w:p>
      <w:r>
        <w:rPr>
          <w:sz w:val="20"/>
        </w:rPr>
        <w:t>47:36  to yeh bohat hi ghor o fikr karne ki cheez hai. ab aakhir mein sawal mein aapse karne ja raha hoon, woh eid ke talluq se hai. eid ki haqeeqat kiya hai ?</w:t>
      </w:r>
      <w:r>
        <w:br/>
      </w:r>
      <w:r>
        <w:rPr>
          <w:sz w:val="20"/>
        </w:rPr>
        <w:t>47:49  asal mein har qaum mein aise tehwaar hote hain jo ijtimai taur par log manate hain. is ko to musalmanon ke paas aisa kuch tha nahin makka mein.</w:t>
      </w:r>
      <w:r>
        <w:br/>
      </w:r>
      <w:r>
        <w:rPr>
          <w:sz w:val="20"/>
        </w:rPr>
        <w:t>48:01  to jab Rasool Allah sal Allah aleh wasallam Madina gaye aur wahan aik ijtimaiyat qaim hui, to wahan dekha aap ne keh wahan par do tehwaar hote thay.</w:t>
      </w:r>
      <w:r>
        <w:br/>
      </w:r>
      <w:r>
        <w:rPr>
          <w:sz w:val="20"/>
        </w:rPr>
        <w:t>48:13  ab woh is mein zyada tar khel kood, tafreeh, shaa'ri ki mehfilein, yeh sab hoti theen, nansense किस्म ki baatein. to Rasool Allah sal Allah aleh wasallam ne in do tehwaaron ko matlab samajh lijiye Islamize kiya,</w:t>
      </w:r>
      <w:r>
        <w:br/>
      </w:r>
      <w:r>
        <w:rPr>
          <w:sz w:val="20"/>
        </w:rPr>
        <w:t>48:28  kyun ke to sanjeeda tafreeh hona chahiye. aur koi bhi tehwaar bhi ho to woh Khuda ki ibadat se shuru ho, jaise eid ki namaz hoti hai, wahan par Khuda ko yaad karte hain, phir is ke baad logon se mulaqat karte hain.</w:t>
      </w:r>
      <w:r>
        <w:br/>
      </w:r>
      <w:r>
        <w:rPr>
          <w:sz w:val="20"/>
        </w:rPr>
        <w:t>48:42  to yeh kisi bhi society mein mil jul bhi bohat zyada important hota hai. to yeh jo tehwaar hote hain, is mein logon se milna julna hota hai aur bohat hi achhe mahaul mein hota hai.</w:t>
      </w:r>
      <w:r>
        <w:br/>
      </w:r>
      <w:r>
        <w:rPr>
          <w:sz w:val="20"/>
        </w:rPr>
        <w:t>48:55  to</w:t>
      </w:r>
      <w:r>
        <w:br/>
      </w:r>
      <w:r>
        <w:rPr>
          <w:sz w:val="20"/>
        </w:rPr>
        <w:t>48:56  yeh kyun ke mahine bhar ka rozay daarana zindagi hoti hai, is mein bohat sari pabandiyan hoti</w:t>
      </w:r>
      <w:r>
        <w:br/>
      </w:r>
      <w:r>
        <w:rPr>
          <w:sz w:val="20"/>
        </w:rPr>
        <w:t>49:03  hain. to woh pabandiyan khatm hoti hain to log bohat zyada khush hote hain aur meetha banate hain, sewaiyan banate hain yahan par, aur phir logon mein sweets distribute karte hain.</w:t>
      </w:r>
      <w:r>
        <w:br/>
      </w:r>
      <w:r>
        <w:rPr>
          <w:sz w:val="20"/>
        </w:rPr>
        <w:t>49:16  to rozay ke baad jo yeh din aata hai, in eid ka din, is ko hum baahmi talluqaat ka din bana dein, milap ka din bana dein taake society mein peace qaim ho.</w:t>
      </w:r>
    </w:p>
    <w:p>
      <w:pPr>
        <w:pStyle w:val="Heading2"/>
      </w:pPr>
      <w:r>
        <w:t>Patience as practical wisdom, explained through a driving example</w:t>
      </w:r>
    </w:p>
    <w:p>
      <w:r>
        <w:rPr>
          <w:color w:val="666666"/>
          <w:sz w:val="18"/>
        </w:rPr>
        <w:t>How to Develop Pratical Wisdom May 5, 2024 · 2m 30s · at 32:36 · https://youtu.be/QIKxtH-MyMM?t=1956</w:t>
      </w:r>
    </w:p>
    <w:p>
      <w:r>
        <w:rPr>
          <w:i/>
        </w:rPr>
        <w:t>“Patience means our approach isn't reactionary, but thought-through and objective.”</w:t>
      </w:r>
    </w:p>
    <w:p>
      <w:r>
        <w:rPr>
          <w:sz w:val="20"/>
        </w:rPr>
        <w:t>32:36  iske liye bohat saari nayi cheezon ki, bohat saari cheezon ki zaroorat hoti hai. maslan sabr hai,</w:t>
      </w:r>
      <w:r>
        <w:br/>
      </w:r>
      <w:r>
        <w:rPr>
          <w:sz w:val="20"/>
        </w:rPr>
        <w:t>32:43  matlab koi situation aayi aur us mein thoda humein wait karna padega, foran result nahi nikal raha hai. to agar hum besabri karenge to hum us mein hum nuksan uthayenge.</w:t>
      </w:r>
      <w:r>
        <w:br/>
      </w:r>
      <w:r>
        <w:rPr>
          <w:sz w:val="20"/>
        </w:rPr>
        <w:t>32:56  to yeh is tareeqe se hikmat, wisdom aur sabr jo hai woh inter related ho jate hain. aur sabr par isi liye islam mein bhi, quran mein, rasool Allah sal Allah alaihi wasallam ki zindagi mein, sunnat mein hum dekhte hain ke bohat zyada zor diya gaya</w:t>
      </w:r>
      <w:r>
        <w:br/>
      </w:r>
      <w:r>
        <w:rPr>
          <w:sz w:val="20"/>
        </w:rPr>
        <w:t>33:12  hai ke sabr ka matlab hai ke hum reaction, reactionary approach hamari na ho balkeh soch samajh kar, objectively hum planning karein.</w:t>
      </w:r>
      <w:r>
        <w:br/>
      </w:r>
      <w:r>
        <w:rPr>
          <w:sz w:val="20"/>
        </w:rPr>
        <w:t>33:23  to bohat zyada yeh cheez hamein rasool Allah sal Allah alaihi wasallam ki zindagi mein milti hai. kabhi bhi aap ne react nahi kiya balkeh soch samajh kar, plan kar ke phir aap koi qadam uthate the.</w:t>
      </w:r>
      <w:r>
        <w:br/>
      </w:r>
      <w:r>
        <w:rPr>
          <w:sz w:val="20"/>
        </w:rPr>
        <w:t>33:35  to asal mein situation itna different hoti hai.</w:t>
      </w:r>
      <w:r>
        <w:br/>
      </w:r>
      <w:r>
        <w:rPr>
          <w:sz w:val="20"/>
        </w:rPr>
        <w:t>33:38  kabhi bolna zaroori ho jata hai, kabhi chup rehna zaroori ho jata hai, kabhi iqdam karna zaroori hota hai, kabhi peechay hatna zaroori hota hai.</w:t>
      </w:r>
      <w:r>
        <w:br/>
      </w:r>
      <w:r>
        <w:rPr>
          <w:sz w:val="20"/>
        </w:rPr>
        <w:t>33:47  to isi farq ko janne ka naam jo hai wo hikmat hai. misaal ke taur par jo ke har aadmi ko iska tajurba hota hai ke koi sarak par hum wo gaari daura rahe hain to achanak koi doosri gaari aa jati hai ya green light ho gayi lekin doosri gaari chal chuki hai.</w:t>
      </w:r>
      <w:r>
        <w:br/>
      </w:r>
      <w:r>
        <w:rPr>
          <w:sz w:val="20"/>
        </w:rPr>
        <w:t>34:07  to is waqt to hum jo hain is waqt apni gaari nahi daurayenge balkay sabr ke sath thora sa rukenge ke jab tak hamare liye rasta na khali ho jaye tab tak hum gaari nahi daurayenge.</w:t>
      </w:r>
      <w:r>
        <w:br/>
      </w:r>
      <w:r>
        <w:rPr>
          <w:sz w:val="20"/>
        </w:rPr>
        <w:t>34:20  to yeh jo hai halankay hum hum jab green light ho gayi to hum apni gaari daura sakte hain lekin wahan par rasta khali nahi hai to hum wait karenge, sabr kari</w:t>
      </w:r>
      <w:r>
        <w:br/>
      </w:r>
      <w:r>
        <w:rPr>
          <w:sz w:val="20"/>
        </w:rPr>
        <w:t>34:34  nge. to isi tarah se yeh to ek aisi misaal hai jo har aadmi ko face karta hai, har aadmi. to isi tarah se rasool ALLAH صلی اللہ علیہ وسلم ne kiya ke makkah mein dekhiye, makkah mein itna zyada aap ke upar zulm kiya gaya lekin aap ne react nahi kiya, aap ne koi muqabla nahi kiya.</w:t>
      </w:r>
      <w:r>
        <w:br/>
      </w:r>
      <w:r>
        <w:rPr>
          <w:sz w:val="20"/>
        </w:rPr>
        <w:t>34:51  lekin jab madinah gaye to kai baar muqabla karna pada aap ko.</w:t>
      </w:r>
      <w:r>
        <w:br/>
      </w:r>
      <w:r>
        <w:rPr>
          <w:sz w:val="20"/>
        </w:rPr>
        <w:t>34:57  to is tarah se yeh halaat ko samajhna aur halaat ko samajhne ke liye experience bhi bohat zaroori hai.</w:t>
      </w:r>
    </w:p>
    <w:p>
      <w:pPr>
        <w:pStyle w:val="Heading2"/>
      </w:pPr>
      <w:r>
        <w:t>Wedding night: Fatima trembling, Prophet's short blessing</w:t>
      </w:r>
    </w:p>
    <w:p>
      <w:r>
        <w:rPr>
          <w:color w:val="666666"/>
          <w:sz w:val="18"/>
        </w:rPr>
        <w:t>The Story of Hazrat Fatima The Prophet's Cherished Daughter (Part- I) July 30, 2023 · 3m 05s · at 47:19 · https://youtu.be/MG9FmkFEyfo?t=2839</w:t>
      </w:r>
    </w:p>
    <w:p>
      <w:r>
        <w:rPr>
          <w:i/>
        </w:rPr>
        <w:t>“She was trembling, could barely walk to her wedding”</w:t>
      </w:r>
    </w:p>
    <w:p>
      <w:r>
        <w:rPr>
          <w:sz w:val="20"/>
        </w:rPr>
        <w:t>47:19  to hazrat ali aah aah gaye aur us ke baad jo umm aiman theen, umm aiman razi allah anho prophet ki mother ki maid theen.</w:t>
      </w:r>
      <w:r>
        <w:br/>
      </w:r>
      <w:r>
        <w:rPr>
          <w:sz w:val="20"/>
        </w:rPr>
        <w:t>47:31  jab madina se aa rahi theen prophet ki mother to un ke rastay mein death ho gayi thi. to maid prophet ko le ke aayi theen, he was just five year old.</w:t>
      </w:r>
      <w:r>
        <w:br/>
      </w:r>
      <w:r>
        <w:rPr>
          <w:sz w:val="20"/>
        </w:rPr>
        <w:t>47:40  ji to woh phir ghar mein rehne lagin, she was like prophets mother. to umm aiman brought fatima to ali's house. to</w:t>
      </w:r>
      <w:r>
        <w:br/>
      </w:r>
      <w:r>
        <w:rPr>
          <w:sz w:val="20"/>
        </w:rPr>
        <w:t>47:49  hazrat ali ne intezar kiya. rasool allah ne kaha tha ke main aaunga sham ko, main wait karna mera aur baray nervous thay ke prophet kya kahenge, what he will say.</w:t>
      </w:r>
      <w:r>
        <w:br/>
      </w:r>
      <w:r>
        <w:rPr>
          <w:sz w:val="20"/>
        </w:rPr>
        <w:t>47:58  to hazrat ali kehte hain: "the prophet walked in and he said to us: keep seated where you are sitting, don't get up." to</w:t>
      </w:r>
      <w:r>
        <w:br/>
      </w:r>
      <w:r>
        <w:rPr>
          <w:sz w:val="20"/>
        </w:rPr>
        <w:t>48:10  rasool allah ne ek jug liya pani ka aur wuzu kiya. aur wuzu karne ke baad aah ali ko bulaya, hazrat ali razi allah anho ko bulaya aur aah he sprinkled some water on him jis waqt pani se wuzu kiya tha, kuch pani chhirka.</w:t>
      </w:r>
      <w:r>
        <w:br/>
      </w:r>
      <w:r>
        <w:rPr>
          <w:sz w:val="20"/>
        </w:rPr>
        <w:t>48:28  ji aur dua ki, he made dua and said: "you now you go." aur phir fatima ko bulaya</w:t>
      </w:r>
      <w:r>
        <w:br/>
      </w:r>
      <w:r>
        <w:rPr>
          <w:sz w:val="20"/>
        </w:rPr>
        <w:t>48:34  to fatima rz boht hi zyada she was shivering, she was shaking, she couldnt walk. boht mushkil se wo aaein aur yani boht hi unko sharm aa rahi thi, haya and modesty.</w:t>
      </w:r>
      <w:r>
        <w:br/>
      </w:r>
      <w:r>
        <w:rPr>
          <w:sz w:val="20"/>
        </w:rPr>
        <w:t>48:48  to ah prophet comforted her and he said: "i have married you to the most beloved person in my family." ji yani dont worry, he is the most beloved person to me in my family</w:t>
      </w:r>
      <w:r>
        <w:br/>
      </w:r>
      <w:r>
        <w:rPr>
          <w:sz w:val="20"/>
        </w:rPr>
        <w:t>49:02  phir dobara prophet ne wuzu kiya. ji and he sprinkled some water in in fatima and then he made a beautiful dua.</w:t>
      </w:r>
      <w:r>
        <w:br/>
      </w:r>
      <w:r>
        <w:rPr>
          <w:sz w:val="20"/>
        </w:rPr>
        <w:t>49:12  yani dua boht hi choti hai, its a very small prayer but very very comprehensive. rasool allah ne dua ki: "allahumma barik fehima, wa barik alayhima, wa barik fi shubhhima." allahumma barik fehima ka matlab hai ke main allah bless you both.</w:t>
      </w:r>
      <w:r>
        <w:br/>
      </w:r>
      <w:r>
        <w:rPr>
          <w:sz w:val="20"/>
        </w:rPr>
        <w:t>49:30  y</w:t>
      </w:r>
      <w:r>
        <w:br/>
      </w:r>
      <w:r>
        <w:rPr>
          <w:sz w:val="20"/>
        </w:rPr>
        <w:t>49:31  ani kisi insan ke liye agar blessing ki dua ki jae to barik fehima aaega. allahumma barik fehima, main allah bless you both, wa barik alayhima and main allah bless your positions.</w:t>
      </w:r>
      <w:r>
        <w:br/>
      </w:r>
      <w:r>
        <w:rPr>
          <w:sz w:val="20"/>
        </w:rPr>
        <w:t>49:43  yani jo aap ka ghar hai, aap ki property hai, aap ki cheezein, aap ki wealth hai, in in sab cheezon ki ke liye bhi blessing ki dua ki.</w:t>
      </w:r>
      <w:r>
        <w:br/>
      </w:r>
      <w:r>
        <w:rPr>
          <w:sz w:val="20"/>
        </w:rPr>
        <w:t>49:51  allahumma barik alayhima, wa barik fi shubhhima. yani main allah bless your of spring, your chil</w:t>
      </w:r>
      <w:r>
        <w:br/>
      </w:r>
      <w:r>
        <w:rPr>
          <w:sz w:val="20"/>
        </w:rPr>
        <w:t>49:59  dren. to bari choti dua lekin comprehensive dua. to is tarah se ye shadi mukammal hui aur allah taala, main allah please with them and main allah make us follow their foot steps and main allah allow us</w:t>
      </w:r>
      <w:r>
        <w:br/>
      </w:r>
      <w:r>
        <w:rPr>
          <w:sz w:val="20"/>
        </w:rPr>
        <w:t>50:18  to meet them in jannat al firdous.</w:t>
      </w:r>
    </w:p>
    <w:p>
      <w:pPr>
        <w:pStyle w:val="Heading2"/>
      </w:pPr>
      <w:r>
        <w:t>A flowing stream avoids confrontation with rocks</w:t>
      </w:r>
    </w:p>
    <w:p>
      <w:r>
        <w:rPr>
          <w:color w:val="666666"/>
          <w:sz w:val="18"/>
        </w:rPr>
        <w:t>The Concept of Harmony in Islam July 20, 2007 · 2m 35s · at 37:51 · https://youtu.be/L2_iLI2vcP0?t=2271</w:t>
      </w:r>
    </w:p>
    <w:p>
      <w:r>
        <w:rPr>
          <w:i/>
        </w:rPr>
        <w:t>“See the culture of a stream.”</w:t>
      </w:r>
    </w:p>
    <w:p>
      <w:r>
        <w:rPr>
          <w:sz w:val="20"/>
        </w:rPr>
        <w:t>37:51  a stream. you see the what is the culture of stream.</w:t>
      </w:r>
      <w:r>
        <w:br/>
      </w:r>
      <w:r>
        <w:rPr>
          <w:sz w:val="20"/>
        </w:rPr>
        <w:t>38:03  when a stream comes down from the mountain,</w:t>
      </w:r>
      <w:r>
        <w:br/>
      </w:r>
      <w:r>
        <w:rPr>
          <w:sz w:val="20"/>
        </w:rPr>
        <w:t>38:10  it follows the way with harmony. in its way, there are stones, there are rocks, but this stream never tries to fight, never tries to go to confrontation</w:t>
      </w:r>
      <w:r>
        <w:br/>
      </w:r>
      <w:r>
        <w:rPr>
          <w:sz w:val="20"/>
        </w:rPr>
        <w:t>38:33  . he always, he always</w:t>
      </w:r>
      <w:r>
        <w:br/>
      </w:r>
      <w:r>
        <w:rPr>
          <w:sz w:val="20"/>
        </w:rPr>
        <w:t>38:40  keep aside</w:t>
      </w:r>
      <w:r>
        <w:br/>
      </w:r>
      <w:r>
        <w:rPr>
          <w:sz w:val="20"/>
        </w:rPr>
        <w:t>38:44  without confrontation. so the culture of stream is culture of avoidance, not confrontation.</w:t>
      </w:r>
      <w:r>
        <w:br/>
      </w:r>
      <w:r>
        <w:rPr>
          <w:sz w:val="20"/>
        </w:rPr>
        <w:t>38:56  he always avoid, he always avoids those rocks, those stones in his way, in its way.</w:t>
      </w:r>
      <w:r>
        <w:br/>
      </w:r>
      <w:r>
        <w:rPr>
          <w:sz w:val="20"/>
        </w:rPr>
        <w:t>39:11  he flows without confrontation, although there are obstacles in its way,</w:t>
      </w:r>
      <w:r>
        <w:br/>
      </w:r>
      <w:r>
        <w:rPr>
          <w:sz w:val="20"/>
        </w:rPr>
        <w:t>39:19  but it follows the principle of avoidance.</w:t>
      </w:r>
      <w:r>
        <w:br/>
      </w:r>
      <w:r>
        <w:rPr>
          <w:sz w:val="20"/>
        </w:rPr>
        <w:t>39:28  this is also demonstration. we are living in world where there are obstacles, there are stones, there are rocks everywhere.</w:t>
      </w:r>
      <w:r>
        <w:br/>
      </w:r>
      <w:r>
        <w:rPr>
          <w:sz w:val="20"/>
        </w:rPr>
        <w:t>39:41  so what to do? we have to adopt the same culture adopted by streams.</w:t>
      </w:r>
      <w:r>
        <w:br/>
      </w:r>
      <w:r>
        <w:rPr>
          <w:sz w:val="20"/>
        </w:rPr>
        <w:t>39:51  we have to avoid confrontation. the same is mentioned in the Quran. the same formula adopted by streams is mentioned in the Quran.</w:t>
      </w:r>
      <w:r>
        <w:br/>
      </w:r>
      <w:r>
        <w:rPr>
          <w:sz w:val="20"/>
        </w:rPr>
        <w:t>40:06  the Quran says: "aslah khair". this is the verse of the Quran: "aslah khair</w:t>
      </w:r>
      <w:r>
        <w:br/>
      </w:r>
      <w:r>
        <w:rPr>
          <w:sz w:val="20"/>
        </w:rPr>
        <w:t>40:16  reconciliation is the best</w:t>
      </w:r>
      <w:r>
        <w:br/>
      </w:r>
      <w:r>
        <w:rPr>
          <w:sz w:val="20"/>
        </w:rPr>
        <w:t>40:20  " . it means that</w:t>
      </w:r>
    </w:p>
    <w:p>
      <w:pPr>
        <w:pStyle w:val="Heading2"/>
      </w:pPr>
      <w:r>
        <w:t>Prophet's retreat via back door emigration</w:t>
      </w:r>
    </w:p>
    <w:p>
      <w:r>
        <w:rPr>
          <w:color w:val="666666"/>
          <w:sz w:val="18"/>
        </w:rPr>
        <w:t>The Secular Contribution of Islam | April 16, 2017 · 2m 33s · at 12:25 · https://youtu.be/QV_HIq7KeaY?t=745</w:t>
      </w:r>
    </w:p>
    <w:p>
      <w:r>
        <w:rPr>
          <w:i/>
        </w:rPr>
        <w:t>“The Prophet left through the back door during Hijra.”</w:t>
      </w:r>
    </w:p>
    <w:p>
      <w:r>
        <w:rPr>
          <w:sz w:val="20"/>
        </w:rPr>
        <w:t>12:25  mein is waqt, is raat ko, hijrat ki raat ko Hazrat Khadija ke ghar mein thay jo bohat</w:t>
      </w:r>
      <w:r>
        <w:br/>
      </w:r>
      <w:r>
        <w:rPr>
          <w:sz w:val="20"/>
        </w:rPr>
        <w:t>12:30  bara ghar tha.</w:t>
      </w:r>
      <w:r>
        <w:br/>
      </w:r>
      <w:r>
        <w:rPr>
          <w:sz w:val="20"/>
        </w:rPr>
        <w:t>12:36  aap back door se raat ke waqt niklay thay.</w:t>
      </w:r>
      <w:r>
        <w:br/>
      </w:r>
      <w:r>
        <w:rPr>
          <w:sz w:val="20"/>
        </w:rPr>
        <w:t>12:41  jitnay muslim seerat nigar hain sab ne is waqey ko nahi likha kisi ne.</w:t>
      </w:r>
      <w:r>
        <w:br/>
      </w:r>
      <w:r>
        <w:rPr>
          <w:sz w:val="20"/>
        </w:rPr>
        <w:t>12:47  sab se pehle jis ne is ko daryaft kiya ek musalsal hai.</w:t>
      </w:r>
      <w:r>
        <w:br/>
      </w:r>
      <w:r>
        <w:rPr>
          <w:sz w:val="20"/>
        </w:rPr>
        <w:t>12:52  mein ne aik musalsal ki kitab, aik oriters ki kitab, aik yeh baat ko parha.</w:t>
      </w:r>
      <w:r>
        <w:br/>
      </w:r>
      <w:r>
        <w:rPr>
          <w:sz w:val="20"/>
        </w:rPr>
        <w:t>12:58  kyunke hamare seerat nigar jo hain woh samajhte hain ke agar hum yeh likhein ke back door se</w:t>
      </w:r>
      <w:r>
        <w:br/>
      </w:r>
      <w:r>
        <w:rPr>
          <w:sz w:val="20"/>
        </w:rPr>
        <w:t>13:03  nikle to yeh to bozdi hogi.</w:t>
      </w:r>
      <w:r>
        <w:br/>
      </w:r>
      <w:r>
        <w:rPr>
          <w:sz w:val="20"/>
        </w:rPr>
        <w:t>13:08  to aik orientalist ne bohat ziyada is par research kiya to us ne nikala ke woh to back</w:t>
      </w:r>
      <w:r>
        <w:br/>
      </w:r>
      <w:r>
        <w:rPr>
          <w:sz w:val="20"/>
        </w:rPr>
        <w:t>13:13  door se nikle thay.</w:t>
      </w:r>
      <w:r>
        <w:br/>
      </w:r>
      <w:r>
        <w:rPr>
          <w:sz w:val="20"/>
        </w:rPr>
        <w:t>13:18  ab ghore kijiye ke is raat ko makkah ke jo aap ke dushman log thay woh talwar le</w:t>
      </w:r>
      <w:r>
        <w:br/>
      </w:r>
      <w:r>
        <w:rPr>
          <w:sz w:val="20"/>
        </w:rPr>
        <w:t>13:23  kar aa gaye thay wahan par.</w:t>
      </w:r>
      <w:r>
        <w:br/>
      </w:r>
      <w:r>
        <w:rPr>
          <w:sz w:val="20"/>
        </w:rPr>
        <w:t>13:28  aap ke ghar ke samne. kyun ke ek tribal culture mein yeh yeh tradition thi ke wo kisi dushman ke ghar mein ghus jate hote the. bahar marte the wo. bahar. kisi ko marna ho to bahar marte the wo. ghar mein ghus ke kabhi nahi marte the wo. that was part of tribal culture. to bahar wo log baithe hue the ke niklein to un ko hum marein ge. aur Rasool</w:t>
      </w:r>
      <w:r>
        <w:br/>
      </w:r>
      <w:r>
        <w:rPr>
          <w:sz w:val="20"/>
        </w:rPr>
        <w:t>13:58  wallah ne bohat hi khamoshi se raat ke waqt back door se nikal kar chale gaye.</w:t>
      </w:r>
      <w:r>
        <w:br/>
      </w:r>
      <w:r>
        <w:rPr>
          <w:sz w:val="20"/>
        </w:rPr>
        <w:t>14:02  aur nikle bhi to madina ki taraf nahi gaye.</w:t>
      </w:r>
      <w:r>
        <w:br/>
      </w:r>
      <w:r>
        <w:rPr>
          <w:sz w:val="20"/>
        </w:rPr>
        <w:t>14:06  ulti taraf gaye.</w:t>
      </w:r>
      <w:r>
        <w:br/>
      </w:r>
      <w:r>
        <w:rPr>
          <w:sz w:val="20"/>
        </w:rPr>
        <w:t>14:10  aap jante hain ke rasool Allah niklne ke baad ghar e thaur mein thehray thay.</w:t>
      </w:r>
      <w:r>
        <w:br/>
      </w:r>
      <w:r>
        <w:rPr>
          <w:sz w:val="20"/>
        </w:rPr>
        <w:t>14:13  woh madina ki ulti taraf hai.</w:t>
      </w:r>
      <w:r>
        <w:br/>
      </w:r>
      <w:r>
        <w:rPr>
          <w:sz w:val="20"/>
        </w:rPr>
        <w:t>14:17  madina ki taraf nahi hai.</w:t>
      </w:r>
      <w:r>
        <w:br/>
      </w:r>
      <w:r>
        <w:rPr>
          <w:sz w:val="20"/>
        </w:rPr>
        <w:t>14:21  to yeh hai retreat.</w:t>
      </w:r>
      <w:r>
        <w:br/>
      </w:r>
      <w:r>
        <w:rPr>
          <w:sz w:val="20"/>
        </w:rPr>
        <w:t>14:25  rasool Allah ne history mein</w:t>
      </w:r>
      <w:r>
        <w:br/>
      </w:r>
      <w:r>
        <w:rPr>
          <w:sz w:val="20"/>
        </w:rPr>
        <w:t>14:29  ghaliban pehli baar dunya ko yeh bataya ke bari cheez advancement nahi hai, bari cheez retreat hai. kyunke advancement kya hai? lad ke mar jao. kuch woh mare, kuch tum maro. lekin retreat jo hai woh hai apne ko bachao. time lo. re-planning karo. re-plan</w:t>
      </w:r>
    </w:p>
    <w:p>
      <w:pPr>
        <w:pStyle w:val="Heading2"/>
      </w:pPr>
      <w:r>
        <w:t>Opening lecture on Kitab and Hikmah</w:t>
      </w:r>
    </w:p>
    <w:p>
      <w:r>
        <w:rPr>
          <w:color w:val="666666"/>
          <w:sz w:val="18"/>
        </w:rPr>
        <w:t>Dars-e-Quran, Chapter 62, V. 2 (Prophetic Wisdom) August 26, 2018 · 2m 17s · at 0:10 · https://youtu.be/Btsoiq8qvLI?t=10</w:t>
      </w:r>
    </w:p>
    <w:p>
      <w:r>
        <w:rPr>
          <w:i/>
        </w:rPr>
        <w:t>“Bismillah hir Rahman ir Rahim”</w:t>
      </w:r>
    </w:p>
    <w:p>
      <w:r>
        <w:rPr>
          <w:sz w:val="20"/>
        </w:rPr>
        <w:t>0:10  bismillah hir rahman nir rahim, wa salla allah ala nabiyil karim. rab ishrah li sadri, wa yassir li amri,</w:t>
      </w:r>
      <w:r>
        <w:br/>
      </w:r>
      <w:r>
        <w:rPr>
          <w:sz w:val="20"/>
        </w:rPr>
        <w:t>0:25  wa aala al-aqda min lisani. 26 aghast 2018.</w:t>
      </w:r>
      <w:r>
        <w:br/>
      </w:r>
      <w:r>
        <w:rPr>
          <w:sz w:val="20"/>
        </w:rPr>
        <w:t>0:36  aaj dars-e-quran ka</w:t>
      </w:r>
      <w:r>
        <w:br/>
      </w:r>
      <w:r>
        <w:rPr>
          <w:sz w:val="20"/>
        </w:rPr>
        <w:t>0:42  din hai. quran mein ek ayat</w:t>
      </w:r>
      <w:r>
        <w:br/>
      </w:r>
      <w:r>
        <w:rPr>
          <w:sz w:val="20"/>
        </w:rPr>
        <w:t>0:50  11 baar aayi hai,</w:t>
      </w:r>
      <w:r>
        <w:br/>
      </w:r>
      <w:r>
        <w:rPr>
          <w:sz w:val="20"/>
        </w:rPr>
        <w:t>0:55  yani is ayat mein nabi ke role ko do lafzon mein bayan kiya gaya: quran—oh, nahin—kitab aur hikmat.</w:t>
      </w:r>
      <w:r>
        <w:br/>
      </w:r>
      <w:r>
        <w:rPr>
          <w:sz w:val="20"/>
        </w:rPr>
        <w:t>1:10  rasool Allah ke liye bhi aur doosre nabiyon ke liye bhi, ke nabi anbiya ka kaam hota tha insan ko do cheezein dena: kitab aur hikmat.</w:t>
      </w:r>
      <w:r>
        <w:br/>
      </w:r>
      <w:r>
        <w:rPr>
          <w:sz w:val="20"/>
        </w:rPr>
        <w:t>1:26  to do cheezon se murad kya hai, aaj inshallah isi ki wazahat ki jayegi. aap koi ek ayat padhiye.</w:t>
      </w:r>
      <w:r>
        <w:br/>
      </w:r>
      <w:r>
        <w:rPr>
          <w:sz w:val="20"/>
        </w:rPr>
        <w:t>1:38  bismillah-ir-rehman-ir-rahim. huwallazi ba'asa fil ummiyeen rasoolam minhum, yatlū 'alaihim āyātihi wa yuzakkīhim wa yu'allimuhum al-kitāba wal-hikmata wa in kānū min qablu lafiḍālil mubīn.</w:t>
      </w:r>
      <w:r>
        <w:br/>
      </w:r>
      <w:r>
        <w:rPr>
          <w:sz w:val="20"/>
        </w:rPr>
        <w:t>1:56  surah jumu'ah, chapter number 62, verse number 2.</w:t>
      </w:r>
      <w:r>
        <w:br/>
      </w:r>
      <w:r>
        <w:rPr>
          <w:sz w:val="20"/>
        </w:rPr>
        <w:t>2:01  dekhiye, is ayat mein waise to kai baatein hain, lekin hamara focus rahega do baaton par: hikmat aur kitab.</w:t>
      </w:r>
      <w:r>
        <w:br/>
      </w:r>
      <w:r>
        <w:rPr>
          <w:sz w:val="20"/>
        </w:rPr>
        <w:t>2:18  ke hikmat se kya murad hai, alag alag, aur kitab se kya murad hai, alag alag.</w:t>
      </w:r>
    </w:p>
    <w:p>
      <w:pPr>
        <w:pStyle w:val="Heading2"/>
      </w:pPr>
      <w:r>
        <w:t>Dawah, not politics, was the Prophet's real starting point</w:t>
      </w:r>
    </w:p>
    <w:p>
      <w:r>
        <w:rPr>
          <w:color w:val="666666"/>
          <w:sz w:val="18"/>
        </w:rPr>
        <w:t>The Fate of Muslim Ummah (English) May 03, 2014 · 1m 40s · at 13:51 · https://youtu.be/Gu64pZtxdAA?t=831</w:t>
      </w:r>
    </w:p>
    <w:p>
      <w:r>
        <w:rPr>
          <w:i/>
        </w:rPr>
        <w:t>“Now the real goal was Dawah ilallah.”</w:t>
      </w:r>
    </w:p>
    <w:p>
      <w:r>
        <w:rPr>
          <w:sz w:val="20"/>
        </w:rPr>
        <w:t>13:51  goal was Dawah illa Allah.</w:t>
      </w:r>
      <w:r>
        <w:br/>
      </w:r>
      <w:r>
        <w:rPr>
          <w:sz w:val="20"/>
        </w:rPr>
        <w:t>13:54  All the Muslim leaders must issue a fatwa that we have to adopt the same method that was adopted by the Prophet of Islam.</w:t>
      </w:r>
      <w:r>
        <w:br/>
      </w:r>
      <w:r>
        <w:rPr>
          <w:sz w:val="20"/>
        </w:rPr>
        <w:t>14:10  The Prophet of Islam started his mission in Mecca as a Dai.</w:t>
      </w:r>
      <w:r>
        <w:br/>
      </w:r>
      <w:r>
        <w:rPr>
          <w:sz w:val="20"/>
        </w:rPr>
        <w:t>14:29  So the Prophet of Islam started his mission as a Dai.</w:t>
      </w:r>
      <w:r>
        <w:br/>
      </w:r>
      <w:r>
        <w:rPr>
          <w:sz w:val="20"/>
        </w:rPr>
        <w:t>14:37  And gradually, there was achievement in every terms. And finally, Muslims</w:t>
      </w:r>
      <w:r>
        <w:br/>
      </w:r>
      <w:r>
        <w:rPr>
          <w:sz w:val="20"/>
        </w:rPr>
        <w:t>14:49  achieved political power. But not at the beginning.</w:t>
      </w:r>
      <w:r>
        <w:br/>
      </w:r>
      <w:r>
        <w:rPr>
          <w:sz w:val="20"/>
        </w:rPr>
        <w:t>14:56  It was the final stage of the Islamic movement. So one great Buddhist hasrightly said that</w:t>
      </w:r>
      <w:r>
        <w:br/>
      </w:r>
      <w:r>
        <w:rPr>
          <w:sz w:val="20"/>
        </w:rPr>
        <w:t>15:10  lan yuslihu aakhiru hadhihi al-ummah illa bima salaha bihi awwaluha It means that the Muslim Ummah must adopt the same method that was adopted by the Prophet.</w:t>
      </w:r>
      <w:r>
        <w:br/>
      </w:r>
      <w:r>
        <w:rPr>
          <w:sz w:val="20"/>
        </w:rPr>
        <w:t>15:25  Otherwise, they will fail.</w:t>
      </w:r>
    </w:p>
    <w:p>
      <w:pPr>
        <w:pStyle w:val="Heading2"/>
      </w:pPr>
      <w:r>
        <w:t>Prophet ignored idols in Kaaba</w:t>
      </w:r>
    </w:p>
    <w:p>
      <w:r>
        <w:rPr>
          <w:color w:val="666666"/>
          <w:sz w:val="18"/>
        </w:rPr>
        <w:t>The Principles of Revolution 14 May 2007 - Maulana Wahiduddin Khan · 2m 04s · at 15:37 · https://youtu.be/2qdUPZbBW28?t=937</w:t>
      </w:r>
    </w:p>
    <w:p>
      <w:r>
        <w:rPr>
          <w:i/>
        </w:rPr>
        <w:t>“For example, Prophet Muhammad was Prophet of Tawheed.”</w:t>
      </w:r>
    </w:p>
    <w:p>
      <w:r>
        <w:rPr>
          <w:sz w:val="20"/>
        </w:rPr>
        <w:t>15:37  for example, prophet muhammad was prophet of tawheed. his mission was based on the belief that god is one.</w:t>
      </w:r>
      <w:r>
        <w:br/>
      </w:r>
      <w:r>
        <w:rPr>
          <w:sz w:val="20"/>
        </w:rPr>
        <w:t>15:48  there is no god but one god. this was his mission to establish tawheed.</w:t>
      </w:r>
      <w:r>
        <w:br/>
      </w:r>
      <w:r>
        <w:rPr>
          <w:sz w:val="20"/>
        </w:rPr>
        <w:t>15:56  then when he started his mission in mecca in 610 ad, at that time mecca was city of idols.</w:t>
      </w:r>
      <w:r>
        <w:br/>
      </w:r>
      <w:r>
        <w:rPr>
          <w:sz w:val="20"/>
        </w:rPr>
        <w:t>16:09  mecca was city of idols. at that time, there was only,</w:t>
      </w:r>
      <w:r>
        <w:br/>
      </w:r>
      <w:r>
        <w:rPr>
          <w:sz w:val="20"/>
        </w:rPr>
        <w:t>16:16  At the time, there was only one place that was Kaaba. Kaaba, Kaaba was a holy place.</w:t>
      </w:r>
      <w:r>
        <w:br/>
      </w:r>
      <w:r>
        <w:rPr>
          <w:sz w:val="20"/>
        </w:rPr>
        <w:t>16:28  so makkah people have placed</w:t>
      </w:r>
      <w:r>
        <w:br/>
      </w:r>
      <w:r>
        <w:rPr>
          <w:sz w:val="20"/>
        </w:rPr>
        <w:t>16:35  360 idols in Kaaba. So the center of Kaaba was full of idols.</w:t>
      </w:r>
      <w:r>
        <w:br/>
      </w:r>
      <w:r>
        <w:rPr>
          <w:sz w:val="20"/>
        </w:rPr>
        <w:t>16:51  So this was a problem. Prophet of Islam wanted to make people worshipper of God.</w:t>
      </w:r>
      <w:r>
        <w:br/>
      </w:r>
      <w:r>
        <w:rPr>
          <w:sz w:val="20"/>
        </w:rPr>
        <w:t>17:00  So here was an obstacle that the holiest place, that is Kaaba, was full of idols.</w:t>
      </w:r>
      <w:r>
        <w:br/>
      </w:r>
      <w:r>
        <w:rPr>
          <w:sz w:val="20"/>
        </w:rPr>
        <w:t>17:14  but he never touched those idols. He never tried to destroy all those idols.</w:t>
      </w:r>
      <w:r>
        <w:br/>
      </w:r>
      <w:r>
        <w:rPr>
          <w:sz w:val="20"/>
        </w:rPr>
        <w:t>17:23  he simply ignored.</w:t>
      </w:r>
      <w:r>
        <w:br/>
      </w:r>
      <w:r>
        <w:rPr>
          <w:sz w:val="20"/>
        </w:rPr>
        <w:t>17:27  he simply ignored.</w:t>
      </w:r>
      <w:r>
        <w:br/>
      </w:r>
      <w:r>
        <w:rPr>
          <w:sz w:val="20"/>
        </w:rPr>
        <w:t>17:30  and he availed opportunities available at the time. This was a new formula.</w:t>
      </w:r>
    </w:p>
    <w:p>
      <w:pPr>
        <w:pStyle w:val="Heading2"/>
      </w:pPr>
      <w:r>
        <w:t>Three stories of the Prophet's patience under insult</w:t>
      </w:r>
    </w:p>
    <w:p>
      <w:r>
        <w:rPr>
          <w:color w:val="666666"/>
          <w:sz w:val="18"/>
        </w:rPr>
        <w:t>The Issue of Shatm-e-Rasool (Abuse of the Prophet) December 19, 2021 Prof. Farida Khanam · 2m 41s · at 16:24 · https://youtu.be/ExQS_PHirUc?t=984</w:t>
      </w:r>
    </w:p>
    <w:p>
      <w:r>
        <w:rPr>
          <w:i/>
        </w:rPr>
        <w:t>“Countless such incidents happened — take Abu Hurairah's mother”</w:t>
      </w:r>
    </w:p>
    <w:p>
      <w:r>
        <w:rPr>
          <w:sz w:val="20"/>
        </w:rPr>
        <w:t>16:24  to is tareeqe se beshumar waqiat hain. aik bar Abu Huraira jo aap ke bohat hi sachay saathi the, har waqt aap ke sath rehte the, to un ki maan Islam nahi layi thi.</w:t>
      </w:r>
      <w:r>
        <w:br/>
      </w:r>
      <w:r>
        <w:rPr>
          <w:sz w:val="20"/>
        </w:rPr>
        <w:t>16:39  to aik bar un ki maan ne kuch nazeeba alfaaz bolay Rasool Allah Sal Allah Alaihi Wasallam ke baray mein, to bohat ghamgeen hue aur aaye ke aap ke pas ke "meri maan aise aise bol rahi hai, mujhe bohat takleef hui,</w:t>
      </w:r>
      <w:r>
        <w:br/>
      </w:r>
      <w:r>
        <w:rPr>
          <w:sz w:val="20"/>
        </w:rPr>
        <w:t>16:52  to aap meri maan ke liye hidayat ki dua kar dijiye." to aap ne isi waqt maan ke liye hidayat ki dua kiya aur maan Islam mein dakhil ho gayi.</w:t>
      </w:r>
      <w:r>
        <w:br/>
      </w:r>
      <w:r>
        <w:rPr>
          <w:sz w:val="20"/>
        </w:rPr>
        <w:t>17:03  to aik bar Rasool Allah Sal Allah Alaihi Wasallam ne kaha ke aap ko Hazrat Jibrael Alaihi Salam batate the doosre nabiyon ke waqiat</w:t>
      </w:r>
      <w:r>
        <w:br/>
      </w:r>
      <w:r>
        <w:rPr>
          <w:sz w:val="20"/>
        </w:rPr>
        <w:t>17:13  , to kehte the jaise mein dekh raha hoon aik nabi apne chehre se khoon saaf kar rahe hain aur dua kar rahe hain, "Ae Allah! meri qom ko bakhsh de, woh log nahi jante." to is tareeqe se woh log duayein karte the kyunke woh jahil log hotay the, jante nahi the ke is zamanay mein shirk itna phaila hua tha, to yeh bilkul un ko maloom nahi tha ke yeh aik Khuda ki baat, woh bilkul samajhte nahi the.</w:t>
      </w:r>
      <w:r>
        <w:br/>
      </w:r>
      <w:r>
        <w:rPr>
          <w:sz w:val="20"/>
        </w:rPr>
        <w:t>17:41  to na samjhe samajhne ki wajah se woh is ko oppose karte the. to un ko jab samajhne mein time lagta tha, time is ke baad ziyada tar log jo hain baton ko samajh kar woh follow karne lagte the prophet ko.</w:t>
      </w:r>
      <w:r>
        <w:br/>
      </w:r>
      <w:r>
        <w:rPr>
          <w:sz w:val="20"/>
        </w:rPr>
        <w:t>18:00  to aik bar jang-e-Uhud mein aap bohat sakht aap ko takleef hui, aap ke pathar lag gaya, aap ke do daant toot gaye, sar mein chot aayi, khoon beh raha tha.</w:t>
      </w:r>
      <w:r>
        <w:br/>
      </w:r>
      <w:r>
        <w:rPr>
          <w:sz w:val="20"/>
        </w:rPr>
        <w:t>18:12  to us waqt aap ke munh se sirf itna nikal gaya ke woh qom kaise kamyab ho sakti hai jo apne nabi ko laho lahaan kare.</w:t>
      </w:r>
      <w:r>
        <w:br/>
      </w:r>
      <w:r>
        <w:rPr>
          <w:sz w:val="20"/>
        </w:rPr>
        <w:t>18:21  itni si baat bhi Allah Ta'ala ne gawara nahi ki. foran aik farishta aaya ke tum ko is amr mein koi dakhal</w:t>
      </w:r>
      <w:r>
        <w:br/>
      </w:r>
      <w:r>
        <w:rPr>
          <w:sz w:val="20"/>
        </w:rPr>
        <w:t>18:29  nahi, Allah ya un ki tauba qabool kare ga ya un ko azab de ga, kyunke woh zalim hain. to dekhiye, jab Rasool Allah Sal Allah Alaihi Wasallam ko itna bhi ijazat nahi hai ke is tarah ke bhi alfaaz bolne ki, woh kaise kamyab honge?</w:t>
      </w:r>
      <w:r>
        <w:br/>
      </w:r>
      <w:r>
        <w:rPr>
          <w:sz w:val="20"/>
        </w:rPr>
        <w:t>18:45  to aaj hum kaise aisa kar sakte hain ke logon ko marein aur logon ki jaan le lein? to hamein har waqt bohat ziyada ch</w:t>
      </w:r>
      <w:r>
        <w:br/>
      </w:r>
      <w:r>
        <w:rPr>
          <w:sz w:val="20"/>
        </w:rPr>
        <w:t>18:55  aukana rehna hai, har waqt Allah Rasool Allah Sal Allah Alaihi Wasallam ke uswa se sabak lena hai aur apni zindagi mein is ko utarna hai.</w:t>
      </w:r>
    </w:p>
    <w:p>
      <w:pPr>
        <w:pStyle w:val="Heading2"/>
      </w:pPr>
      <w:r>
        <w:t>Islamic and Christian beliefs on Jesus's resurrection compared</w:t>
      </w:r>
    </w:p>
    <w:p>
      <w:r>
        <w:rPr>
          <w:color w:val="666666"/>
          <w:sz w:val="18"/>
        </w:rPr>
        <w:t>Jesus A Shared Figure in Islam and Christianity September 1, 2024 · 1m 39s · at 34:34 · https://youtu.be/UH7pvUeeOc4?t=2074</w:t>
      </w:r>
    </w:p>
    <w:p>
      <w:r>
        <w:rPr>
          <w:i/>
        </w:rPr>
        <w:t>“Resurrection is a core belief for Jews and Christians”</w:t>
      </w:r>
    </w:p>
    <w:p>
      <w:r>
        <w:rPr>
          <w:sz w:val="20"/>
        </w:rPr>
        <w:t>34:34  what does Islam believe in the resurrection of Isa alaihissalam? resurrection jo hai, yeh yehud isaiyon ke yahan yeh bahut aham aqeeda hai. isi par unhone poori Christianity ki base hai, samajh lijiye. ji,</w:t>
      </w:r>
      <w:r>
        <w:br/>
      </w:r>
      <w:r>
        <w:rPr>
          <w:sz w:val="20"/>
        </w:rPr>
        <w:t>34:51  ki Christ rose from the dead.</w:t>
      </w:r>
      <w:r>
        <w:br/>
      </w:r>
      <w:r>
        <w:rPr>
          <w:sz w:val="20"/>
        </w:rPr>
        <w:t>34:55  to asal mein yeh bahut hi aisa hai baat ke logon ko jaldi samajh mein nahi aayi. kyunki jab usne order diya, Roman governor ne, to der ho gayi thi, shaam ho gayi thi, andhera ho gaya tha. to andhere mein koi Hazrat Isa ko itna pehchanta nahi tha. kyunki bahut bade religiously leader to the nahi, to koi pehchanta nahi tha.</w:t>
      </w:r>
      <w:r>
        <w:br/>
      </w:r>
      <w:r>
        <w:rPr>
          <w:sz w:val="20"/>
        </w:rPr>
        <w:t>35:22  is wajah se aisa hua ki unhone jo hai, unhone karna to yahi chaha, Hazrat Isa ko hi crucify karna chaaha. lekin Allah taala ne unko bacha liya is dardnak anjaam se. to Allah taala ne is tarah bachaya ki Hazrat Isa ki shabi, woh jo gaddar hawari tha, na uske upar aa gayi aur log usko pakad ke le ja kar usko kuras par chadh</w:t>
      </w:r>
      <w:r>
        <w:br/>
      </w:r>
      <w:r>
        <w:rPr>
          <w:sz w:val="20"/>
        </w:rPr>
        <w:t>35:49  a diya. to yeh Islam ka Islam ka hai. lekin Isa log mante hain ki nahi, Hazrat Isa ko kuras par chadhaya gaya. to uske baad woh kya hua ki woh khamoshi se wahan rooposh ho gaye. woh jab hungama teen din ke baad, jab hungama kam hua, to woh phir khamoshi se apne hawariyon ke paas aaye</w:t>
      </w:r>
    </w:p>
    <w:p>
      <w:pPr>
        <w:pStyle w:val="Heading2"/>
      </w:pPr>
      <w:r>
        <w:t>Prophet stood for Jewish funeral</w:t>
      </w:r>
    </w:p>
    <w:p>
      <w:r>
        <w:rPr>
          <w:color w:val="666666"/>
          <w:sz w:val="18"/>
        </w:rPr>
        <w:t>Addressal To Italy Team 17 07 2014 · 1m 25s · at 25:15 · https://youtu.be/JcYQKvBkKIU?t=1515</w:t>
      </w:r>
    </w:p>
    <w:p>
      <w:r>
        <w:rPr>
          <w:i/>
        </w:rPr>
        <w:t>“One day he saw a funeral, He stood up in respect.”</w:t>
      </w:r>
    </w:p>
    <w:p>
      <w:r>
        <w:rPr>
          <w:sz w:val="20"/>
        </w:rPr>
        <w:t>25:15  One story that</w:t>
      </w:r>
      <w:r>
        <w:br/>
      </w:r>
      <w:r>
        <w:rPr>
          <w:sz w:val="20"/>
        </w:rPr>
        <w:t>25:19  tells us how God heard of the Prophet.</w:t>
      </w:r>
      <w:r>
        <w:br/>
      </w:r>
      <w:r>
        <w:rPr>
          <w:sz w:val="20"/>
        </w:rPr>
        <w:t>25:24  One day he saw a funeral passing through a street in Medina.</w:t>
      </w:r>
      <w:r>
        <w:br/>
      </w:r>
      <w:r>
        <w:rPr>
          <w:sz w:val="20"/>
        </w:rPr>
        <w:t>25:30  Prophet was seated at the time.</w:t>
      </w:r>
      <w:r>
        <w:br/>
      </w:r>
      <w:r>
        <w:rPr>
          <w:sz w:val="20"/>
        </w:rPr>
        <w:t>25:34  He stood up in respect.</w:t>
      </w:r>
      <w:r>
        <w:br/>
      </w:r>
      <w:r>
        <w:rPr>
          <w:sz w:val="20"/>
        </w:rPr>
        <w:t>25:37  One of his companions said, "O Prophet, it was funeral of a Jew, not a Muslim."</w:t>
      </w:r>
      <w:r>
        <w:br/>
      </w:r>
      <w:r>
        <w:rPr>
          <w:sz w:val="20"/>
        </w:rPr>
        <w:t>25:45  Prophet said, alayst nafsan was he not a human being</w:t>
      </w:r>
      <w:r>
        <w:br/>
      </w:r>
      <w:r>
        <w:rPr>
          <w:sz w:val="20"/>
        </w:rPr>
        <w:t>25:51  " It means that a believer is a positive person. In a believer's heart, there is nothing but love to everyone. Egli incontrò il Profeta e disse: "Ma come mai ci sono appunto tutti questi ebrei?</w:t>
      </w:r>
      <w:r>
        <w:br/>
      </w:r>
      <w:r>
        <w:rPr>
          <w:sz w:val="20"/>
        </w:rPr>
        <w:t>26:16  " Il Profeta gli disse: "Anche gli ebrei sono uomini, anche se sono commercianti, sono uomini. Tutti gli uomini sono uguali." This is true spirituality. And this is the true condition of paradise. Questa è la vera spiritualità, questa è la vera condizione del paradiso.</w:t>
      </w:r>
    </w:p>
    <w:p>
      <w:pPr>
        <w:pStyle w:val="Heading2"/>
      </w:pPr>
      <w:r>
        <w:t>Rajat Gupta's rise and fall</w:t>
      </w:r>
    </w:p>
    <w:p>
      <w:r>
        <w:rPr>
          <w:color w:val="666666"/>
          <w:sz w:val="18"/>
        </w:rPr>
        <w:t>The Importance of Wisdom I November 4, 2012 Maulana Wahiduddin Khan · 2m 20s · at 3:00 · https://youtu.be/RpFboW7i_P4?t=180</w:t>
      </w:r>
    </w:p>
    <w:p>
      <w:r>
        <w:rPr>
          <w:i/>
        </w:rPr>
        <w:t>“Ek sahab jin ka naam hai Rajat Gupta”</w:t>
      </w:r>
    </w:p>
    <w:p>
      <w:r>
        <w:rPr>
          <w:sz w:val="20"/>
        </w:rPr>
        <w:t>3:00  ek sahib jinka naam hai rajat gupta, mr rajat gupta.</w:t>
      </w:r>
      <w:r>
        <w:br/>
      </w:r>
      <w:r>
        <w:rPr>
          <w:sz w:val="20"/>
        </w:rPr>
        <w:t>3:09  woh bengal mein 1948 mein paida hue. abhi woh teen age mein thay ke un ke baap ka inteqal ho gaya.</w:t>
      </w:r>
      <w:r>
        <w:br/>
      </w:r>
      <w:r>
        <w:rPr>
          <w:sz w:val="20"/>
        </w:rPr>
        <w:t>3:23  to kiya woh yateem ho gaye?</w:t>
      </w:r>
      <w:r>
        <w:br/>
      </w:r>
      <w:r>
        <w:rPr>
          <w:sz w:val="20"/>
        </w:rPr>
        <w:t>3:28  yateemi un ke liye aik challenge ban gayi. is challenge ne un ke andar naya motivation paida kiya, un ki brainstorming hui, aur bohat ziyada mehnat ki unhon ne parhai mein.</w:t>
      </w:r>
      <w:r>
        <w:br/>
      </w:r>
      <w:r>
        <w:rPr>
          <w:sz w:val="20"/>
        </w:rPr>
        <w:t>3:45  to pehle un ki parhai India mein hui,</w:t>
      </w:r>
      <w:r>
        <w:br/>
      </w:r>
      <w:r>
        <w:rPr>
          <w:sz w:val="20"/>
        </w:rPr>
        <w:t>3:47  phir woh USA chale gaye, wahan par unhon ne aala degree li. phir taraqqi karte karte woh wahan ki USA ki aik bohat bari multinational company ke</w:t>
      </w:r>
      <w:r>
        <w:br/>
      </w:r>
      <w:r>
        <w:rPr>
          <w:sz w:val="20"/>
        </w:rPr>
        <w:t>4:06  chairman ban gaye. aik bohat bara uhda un ko mil gaya. lekin kiya hua? kuch arsay ke baad unhon ne aik aik bohat hi bari ghalti kar dali,</w:t>
      </w:r>
      <w:r>
        <w:br/>
      </w:r>
      <w:r>
        <w:rPr>
          <w:sz w:val="20"/>
        </w:rPr>
        <w:t>4:23  yani company ka aik confidential secret unhon ne farokht kar diya aik aur company ke naam.</w:t>
      </w:r>
      <w:r>
        <w:br/>
      </w:r>
      <w:r>
        <w:rPr>
          <w:sz w:val="20"/>
        </w:rPr>
        <w:t>4:37  dealing kar li unhon ne khufiya taur par.</w:t>
      </w:r>
      <w:r>
        <w:br/>
      </w:r>
      <w:r>
        <w:rPr>
          <w:sz w:val="20"/>
        </w:rPr>
        <w:t>4:40  yeh baat pakar mein aa gayi, un pe case chala, aur us waqt woh jail mein hain. to un ka career khatam ho gaya.</w:t>
      </w:r>
      <w:r>
        <w:br/>
      </w:r>
      <w:r>
        <w:rPr>
          <w:sz w:val="20"/>
        </w:rPr>
        <w:t>4:54  aik zabardast jo un ko reputation mila tha,</w:t>
      </w:r>
      <w:r>
        <w:br/>
      </w:r>
      <w:r>
        <w:rPr>
          <w:sz w:val="20"/>
        </w:rPr>
        <w:t>4:57  woh sab khatam ho gaya.</w:t>
      </w:r>
      <w:r>
        <w:br/>
      </w:r>
      <w:r>
        <w:rPr>
          <w:sz w:val="20"/>
        </w:rPr>
        <w:t>5:02  is ko is par mein ne mazmoon likha hai "Times of India" ke aaj ke parche mein. is ka unwaan hai "A Case of Break in History", yani tareekh mein break ka case.</w:t>
      </w:r>
    </w:p>
    <w:p>
      <w:pPr>
        <w:pStyle w:val="Heading2"/>
      </w:pPr>
      <w:r>
        <w:t>Two levels of neighborly conduct with story</w:t>
      </w:r>
    </w:p>
    <w:p>
      <w:r>
        <w:rPr>
          <w:color w:val="666666"/>
          <w:sz w:val="18"/>
        </w:rPr>
        <w:t>Patience in Islam (Prophetic Wisdom Nov 26, 2006 · 2m 41s · at 21:36 · https://youtu.be/1avkRQrJL5Y?t=1296</w:t>
      </w:r>
    </w:p>
    <w:p>
      <w:r>
        <w:rPr>
          <w:i/>
        </w:rPr>
        <w:t>“Padosi se achhe sulook ke do darje hain”</w:t>
      </w:r>
    </w:p>
    <w:p>
      <w:r>
        <w:rPr>
          <w:sz w:val="20"/>
        </w:rPr>
        <w:t>21:36  padosi se achhe sulook ke do darje hain. ek yeh hai ke aap padosi ke liye madadgar bainen.</w:t>
      </w:r>
      <w:r>
        <w:br/>
      </w:r>
      <w:r>
        <w:rPr>
          <w:sz w:val="20"/>
        </w:rPr>
        <w:t>21:50  padosi ke liye aap mufeed bainen. padosi ko aap faida pahunchaen. yeh ek darja hai. yani nafe banen.</w:t>
      </w:r>
      <w:r>
        <w:br/>
      </w:r>
      <w:r>
        <w:rPr>
          <w:sz w:val="20"/>
        </w:rPr>
        <w:t>22:01  wa amma ma'nafahu al-nas fa in kuntum fi al-la'ab to ek hai padosi ke liye nafe bakhsh banna. padosi ke liye madadgar banna.</w:t>
      </w:r>
      <w:r>
        <w:br/>
      </w:r>
      <w:r>
        <w:rPr>
          <w:sz w:val="20"/>
        </w:rPr>
        <w:t>22:16  yeh ek ooncha darja hai. kam az kam yani zyada se zyada darja keh sakte hain aap is ko. kam az kam darja yeh hai ke aap padosi ke liye koi masla na ban jaen.</w:t>
      </w:r>
      <w:r>
        <w:br/>
      </w:r>
      <w:r>
        <w:rPr>
          <w:sz w:val="20"/>
        </w:rPr>
        <w:t>22:32  koi masla na ban jaen. yani is tarah rahen ke aap se padosi ko koi nuksan na pahunche. mislan aap koi jhagda na karen.</w:t>
      </w:r>
      <w:r>
        <w:br/>
      </w:r>
      <w:r>
        <w:rPr>
          <w:sz w:val="20"/>
        </w:rPr>
        <w:t>22:42  wahan aap koi shor o ghul na karen. wahan aap koi hangama na khada karen. wahan aap koi tod phod na karen.</w:t>
      </w:r>
      <w:r>
        <w:br/>
      </w:r>
      <w:r>
        <w:rPr>
          <w:sz w:val="20"/>
        </w:rPr>
        <w:t>22:55  yani aisi cheez jis se ke padosi ko nuksan pahunchne wala ho. padosi ke liye masla banne wala ho koi. woh aap na karen.</w:t>
      </w:r>
      <w:r>
        <w:br/>
      </w:r>
      <w:r>
        <w:rPr>
          <w:sz w:val="20"/>
        </w:rPr>
        <w:t>23:06  main ne ek akhbar mein padha ke ek aadmi ke haan shadi thi. to us ne apne ghar ke samne deg chala di.</w:t>
      </w:r>
      <w:r>
        <w:br/>
      </w:r>
      <w:r>
        <w:rPr>
          <w:sz w:val="20"/>
        </w:rPr>
        <w:t>23:16  khali ek khana paka raha tha woh. ab deg chala di to woh lakdi se pak raha tha khana. gas se nahi pak raha tha. to dhuan nikla.</w:t>
      </w:r>
      <w:r>
        <w:br/>
      </w:r>
      <w:r>
        <w:rPr>
          <w:sz w:val="20"/>
        </w:rPr>
        <w:t>23:28  ab padosi ke ghar mein dhuan chala gaya. ab padosi nikla ke kya musibat tum ne kar rakhi hai yahan par? sara dhuan dhuan kar diya hai. us ne kaha ke yeh mera haq hai.</w:t>
      </w:r>
      <w:r>
        <w:br/>
      </w:r>
      <w:r>
        <w:rPr>
          <w:sz w:val="20"/>
        </w:rPr>
        <w:t>23:41  meri shadi hai. main to khana pakaunga. agar tu pakana hai to ja kar kahin door paka. hamare ghar ke samne kyun karte ho aisa? ab jahan aap dono mein ladai ho gayi.</w:t>
      </w:r>
      <w:r>
        <w:br/>
      </w:r>
      <w:r>
        <w:rPr>
          <w:sz w:val="20"/>
        </w:rPr>
        <w:t>23:52  baqayda. yahan tak ke jo dulha sahab the un ko jaan se mar dala. padosiyon ne. ab barat jo hai loot gayi.</w:t>
      </w:r>
      <w:r>
        <w:br/>
      </w:r>
      <w:r>
        <w:rPr>
          <w:sz w:val="20"/>
        </w:rPr>
        <w:t>24:05  to dekhiye padosi ka padosi ke liye achhe sulook ki ahmiyat yeh hai ke us ke liye apne zehn ko فعال karna padta hai.</w:t>
      </w:r>
    </w:p>
    <w:p>
      <w:pPr>
        <w:pStyle w:val="Heading2"/>
      </w:pPr>
      <w:r>
        <w:t>Hindu youth reject old-style Islamic literature</w:t>
      </w:r>
    </w:p>
    <w:p>
      <w:r>
        <w:rPr>
          <w:color w:val="666666"/>
          <w:sz w:val="18"/>
        </w:rPr>
        <w:t>Muslims in Diaspora January 9, 2007 · 1m 46s · at 54:55 · https://youtu.be/kP8FzUSQWW0?t=3295</w:t>
      </w:r>
    </w:p>
    <w:p>
      <w:r>
        <w:rPr>
          <w:i/>
        </w:rPr>
        <w:t>“In Delhi, some Hindu youth read Islamic pamphlets”</w:t>
      </w:r>
    </w:p>
    <w:p>
      <w:r>
        <w:rPr>
          <w:sz w:val="20"/>
        </w:rPr>
        <w:t>54:55  ye islam ko</w:t>
      </w:r>
      <w:r>
        <w:br/>
      </w:r>
      <w:r>
        <w:rPr>
          <w:sz w:val="20"/>
        </w:rPr>
        <w:t>54:57  ek reason based religion ke taur par pesh kijiye un ke samne</w:t>
      </w:r>
      <w:r>
        <w:br/>
      </w:r>
      <w:r>
        <w:rPr>
          <w:sz w:val="20"/>
        </w:rPr>
        <w:t>55:01  woh language aur woh idiom istemal kijiye jis se un ka mind address hota hai</w:t>
      </w:r>
      <w:r>
        <w:br/>
      </w:r>
      <w:r>
        <w:rPr>
          <w:sz w:val="20"/>
        </w:rPr>
        <w:t>55:07  toh aap dekhiye</w:t>
      </w:r>
      <w:r>
        <w:br/>
      </w:r>
      <w:r>
        <w:rPr>
          <w:sz w:val="20"/>
        </w:rPr>
        <w:t>55:08  isi dilli mein main kehta hoon ke kuch hindu naujawan isi dilli ki baat hai un ko yeh</w:t>
      </w:r>
      <w:r>
        <w:br/>
      </w:r>
      <w:r>
        <w:rPr>
          <w:sz w:val="20"/>
        </w:rPr>
        <w:t>55:14  janne ka shauq hua ke islam kya hai woh yahan gaye jamaat islami ke daftar mein gaye yeh</w:t>
      </w:r>
      <w:r>
        <w:br/>
      </w:r>
      <w:r>
        <w:rPr>
          <w:sz w:val="20"/>
        </w:rPr>
        <w:t>55:20  sab english knowing log the toh jamaat islami ke daftar mein unhein kuch angrezi kitabein</w:t>
      </w:r>
      <w:r>
        <w:br/>
      </w:r>
      <w:r>
        <w:rPr>
          <w:sz w:val="20"/>
        </w:rPr>
        <w:t>55:26  de di gayeen jo maulana abdullah mehdi ka transition tha koi pandrah bees kitabein un ke pamphlet wo le aaye padha unhone ja kar unhone kaha jab ameer jamaat islami se ke yeh kitabein hamare mind ko address nahi karti kyunke wo sab traditional andaaz mein tha is mein islam mein hukumat qaim karo is tarah ki baatein thi ke sab taghoot hai</w:t>
      </w:r>
      <w:r>
        <w:br/>
      </w:r>
      <w:r>
        <w:rPr>
          <w:sz w:val="20"/>
        </w:rPr>
        <w:t>55:51  to taghoot aur khilafat is tarah ki baatein qadeem zamane ke traditional logon ko appeal karti thi aaj ka insan ko is mein koi appeal nahi hai to unhone kaha wahan ja kar ke ke aap ki kitabein hamare mind ko address nahi karti to wahan ek sahib the unhone mera naam bataya aur hamari kitab jo hai god rises un ko kaha ke is ko padhiye un logon</w:t>
      </w:r>
      <w:r>
        <w:br/>
      </w:r>
      <w:r>
        <w:rPr>
          <w:sz w:val="20"/>
        </w:rPr>
        <w:t>56:19  ne mutala kiya khuda ke fazl se wo naujawan aaj hamare saathi hain un ka mind puri tarah badal chuka hai aaj puri tarah wo islam mein un ko yaqeen hai ke islami sacha mazhab hai to dekhein double faida hoga un logon ko yeh jo log jin ko makkah tha un ko muslims in diaspora ko double faida hoga</w:t>
      </w:r>
    </w:p>
    <w:p>
      <w:pPr>
        <w:pStyle w:val="Heading2"/>
      </w:pPr>
      <w:r>
        <w:t>Shackleton's ad as a lesson in ambition</w:t>
      </w:r>
    </w:p>
    <w:p>
      <w:r>
        <w:rPr>
          <w:color w:val="666666"/>
          <w:sz w:val="18"/>
        </w:rPr>
        <w:t>Chairperson, Prof. Farida Khanam's Addressal Peace Conference April 29-30, 2023 · 1m 45s · at 25:35 · https://youtu.be/ZuVp1fGsZOw?t=1535</w:t>
      </w:r>
    </w:p>
    <w:p>
      <w:r>
        <w:rPr>
          <w:i/>
        </w:rPr>
        <w:t>“1900 mein Times London mein Shackleton ka ek ad chhapa tha”</w:t>
      </w:r>
    </w:p>
    <w:p>
      <w:r>
        <w:rPr>
          <w:sz w:val="20"/>
        </w:rPr>
        <w:t>25:35  Finally main ek waqai se conclude karungi ki unnis sau mein Times London mein ek ad shy hua tha sir Ernest Shackleton ka. Antarctica exploration unko karna tha South Pole mein. woh barf se dhaki hui hoti hai. toh wahan ke liye unko ek team chahiye thi. yeh woh zamana hai jab british empire saari dunya mein qaayam thi.</w:t>
      </w:r>
      <w:r>
        <w:br/>
      </w:r>
      <w:r>
        <w:rPr>
          <w:sz w:val="20"/>
        </w:rPr>
        <w:t>26:04  kaha jata tha ki the sun never sits on the british empire. toh aur unka jo alphas the woh suniye aap. Men wanted for hazardous journey. Small wedges, bitter cold, long months of complete darkness, constant danger, safe return doubtful, honor and recognition in case of success.</w:t>
      </w:r>
      <w:r>
        <w:br/>
      </w:r>
      <w:r>
        <w:rPr>
          <w:sz w:val="20"/>
        </w:rPr>
        <w:t>26:34  toh yeh ishtehaar tha. is ishtehaar par itni applications aayi ki unko select karna pada. matlab woh toh ek worldly goal goal tha lekin kitne ambitious the woh dunya ke mein ke liye ek kaam karna tha unko.</w:t>
      </w:r>
      <w:r>
        <w:br/>
      </w:r>
      <w:r>
        <w:rPr>
          <w:sz w:val="20"/>
        </w:rPr>
        <w:t>26:50  ab hamare hum humko usse hazaar guna ambitious hona chahiye Allah ki marzi ke mutabiq is dunya mein rahe aur Allah ki marzi ke mutabiq humne kaam kiya toh zaroor humko Allah taala uska ajrata par maayenge.</w:t>
      </w:r>
      <w:r>
        <w:br/>
      </w:r>
      <w:r>
        <w:rPr>
          <w:sz w:val="20"/>
        </w:rPr>
        <w:t>27:20  phir ek khaab main diary mein dekh rahi thi. yeh hai barah April do hazar chheh. toh ismein likha Maulana ne yeh khwaab dekha tha ki maine aap logon ko jannat ke darwaze tak pahuncha diya hai. ab aage aapka kaam hai. toh mujhe laga ki kitni sahi baat hai ki humko Maulana ne jannat ka rasta dikha diya hai. ab chalna toh hamara kaam hai. kya hum us raste par chalein?</w:t>
      </w:r>
    </w:p>
    <w:p>
      <w:pPr>
        <w:pStyle w:val="Heading2"/>
      </w:pPr>
      <w:r>
        <w:t>Prophet's wars were all defensive; peace is Islam's rule</w:t>
      </w:r>
    </w:p>
    <w:p>
      <w:r>
        <w:rPr>
          <w:color w:val="666666"/>
          <w:sz w:val="18"/>
        </w:rPr>
        <w:t>Global Warming Divine Warning October 7, 2009 Maulana Wahiduddin Khan · 2m 22s · at 1:02:55 · https://youtu.be/BaTfAGzuUdc?t=3775</w:t>
      </w:r>
    </w:p>
    <w:p>
      <w:r>
        <w:rPr>
          <w:i/>
        </w:rPr>
        <w:t>“How would you view the battle of Badr?”</w:t>
      </w:r>
    </w:p>
    <w:p>
      <w:r>
        <w:rPr>
          <w:sz w:val="20"/>
        </w:rPr>
        <w:t>1:02:55  he simply he forgave. Maulana, he said that how would you view the battle of Badr? how would you view the battle of Badr when Muslims march out of Medina?</w:t>
      </w:r>
      <w:r>
        <w:br/>
      </w:r>
      <w:r>
        <w:rPr>
          <w:sz w:val="20"/>
        </w:rPr>
        <w:t>1:03:06  march out of Medina to write? that was defensive war. that was defensive war.</w:t>
      </w:r>
      <w:r>
        <w:br/>
      </w:r>
      <w:r>
        <w:rPr>
          <w:sz w:val="20"/>
        </w:rPr>
        <w:t>1:03:16  you know,</w:t>
      </w:r>
      <w:r>
        <w:br/>
      </w:r>
      <w:r>
        <w:rPr>
          <w:sz w:val="20"/>
        </w:rPr>
        <w:t>1:03:20  Quraish attempted to wage war 85 times, 85 times, but prophet always avoided it</w:t>
      </w:r>
      <w:r>
        <w:br/>
      </w:r>
      <w:r>
        <w:rPr>
          <w:sz w:val="20"/>
        </w:rPr>
        <w:t>1:03:34  through avoidance. He saved himself from war, but in four time or three time, there was only three full-fledged wars,</w:t>
      </w:r>
      <w:r>
        <w:br/>
      </w:r>
      <w:r>
        <w:rPr>
          <w:sz w:val="20"/>
        </w:rPr>
        <w:t>1:03:49  not four. Badr, Uhud and Hunayn, only three wars were full-fledged war, but it it lasted only half a day.</w:t>
      </w:r>
      <w:r>
        <w:br/>
      </w:r>
      <w:r>
        <w:rPr>
          <w:sz w:val="20"/>
        </w:rPr>
        <w:t>1:04:01  it started at noon, at noon, and and ended at at at evening.</w:t>
      </w:r>
      <w:r>
        <w:br/>
      </w:r>
      <w:r>
        <w:rPr>
          <w:sz w:val="20"/>
        </w:rPr>
        <w:t>1:04:11  so it means that prophet of Islam thought only one and half day, and all these three wars were defensive wars.</w:t>
      </w:r>
      <w:r>
        <w:br/>
      </w:r>
      <w:r>
        <w:rPr>
          <w:sz w:val="20"/>
        </w:rPr>
        <w:t>1:04:23  in Islam peace is the rule, and what is the reception? usool khair</w:t>
      </w:r>
      <w:r>
        <w:br/>
      </w:r>
      <w:r>
        <w:rPr>
          <w:sz w:val="20"/>
        </w:rPr>
        <w:t>1:04:29  . usool khair means peace is the best. you have to try to keep peace. usool khair, this formula was adopted by Sufi people.</w:t>
      </w:r>
      <w:r>
        <w:br/>
      </w:r>
      <w:r>
        <w:rPr>
          <w:sz w:val="20"/>
        </w:rPr>
        <w:t>1:04:42  their formula is sulah kul. sulah kul in Persian, that is peace with all.</w:t>
      </w:r>
      <w:r>
        <w:br/>
      </w:r>
      <w:r>
        <w:rPr>
          <w:sz w:val="20"/>
        </w:rPr>
        <w:t>1:04:50  so in Islam, I can say that peace is sumbuna greatest good, and in Islam peace is the rule, and war is the exception.</w:t>
      </w:r>
      <w:r>
        <w:br/>
      </w:r>
      <w:r>
        <w:rPr>
          <w:sz w:val="20"/>
        </w:rPr>
        <w:t>1:05:04  only in in in in in defensive situation.</w:t>
      </w:r>
      <w:r>
        <w:br/>
      </w:r>
      <w:r>
        <w:rPr>
          <w:sz w:val="20"/>
        </w:rPr>
        <w:t>1:05:14  this is the seerah of the prophet of Islam.</w:t>
      </w:r>
    </w:p>
    <w:p>
      <w:pPr>
        <w:pStyle w:val="Heading2"/>
      </w:pPr>
      <w:r>
        <w:t>Prophet Muhammad's birth, revelation, and mission of tawheed</w:t>
      </w:r>
    </w:p>
    <w:p>
      <w:r>
        <w:rPr>
          <w:color w:val="666666"/>
          <w:sz w:val="18"/>
        </w:rPr>
        <w:t>Prophetic Mission in History March 06, 2007 · 2m 33s · at 39:20 · https://youtu.be/w7HfRxRVIps?t=2360</w:t>
      </w:r>
    </w:p>
    <w:p>
      <w:r>
        <w:rPr>
          <w:i/>
        </w:rPr>
        <w:t>“The Prophet of Islam was born in Mecca, 570 AD”</w:t>
      </w:r>
    </w:p>
    <w:p>
      <w:r>
        <w:rPr>
          <w:sz w:val="20"/>
        </w:rPr>
        <w:t>39:20  the name of the prophet of islam was muhammad bin abdullah bin abdul muttalib. he was born in mecca</w:t>
      </w:r>
      <w:r>
        <w:br/>
      </w:r>
      <w:r>
        <w:rPr>
          <w:sz w:val="20"/>
        </w:rPr>
        <w:t>39:36  in 570 ad.</w:t>
      </w:r>
      <w:r>
        <w:br/>
      </w:r>
      <w:r>
        <w:rPr>
          <w:sz w:val="20"/>
        </w:rPr>
        <w:t>39:44  he received his first revelation in 610.</w:t>
      </w:r>
      <w:r>
        <w:br/>
      </w:r>
      <w:r>
        <w:rPr>
          <w:sz w:val="20"/>
        </w:rPr>
        <w:t>39:52  this was the beginning of his, of his mission, of his prophetic mission.</w:t>
      </w:r>
      <w:r>
        <w:br/>
      </w:r>
      <w:r>
        <w:rPr>
          <w:sz w:val="20"/>
        </w:rPr>
        <w:t>40:03  what was his mission</w:t>
      </w:r>
      <w:r>
        <w:br/>
      </w:r>
      <w:r>
        <w:rPr>
          <w:sz w:val="20"/>
        </w:rPr>
        <w:t>40:06  ? his mission was to establish tawhid, that is oneness of god.</w:t>
      </w:r>
      <w:r>
        <w:br/>
      </w:r>
      <w:r>
        <w:rPr>
          <w:sz w:val="20"/>
        </w:rPr>
        <w:t>40:20  used to say,</w:t>
      </w:r>
      <w:r>
        <w:br/>
      </w:r>
      <w:r>
        <w:rPr>
          <w:sz w:val="20"/>
        </w:rPr>
        <w:t>40:23  used to visit the</w:t>
      </w:r>
      <w:r>
        <w:br/>
      </w:r>
      <w:r>
        <w:rPr>
          <w:sz w:val="20"/>
        </w:rPr>
        <w:t>40:27  people and say: "Eyyuhannas, qulu</w:t>
      </w:r>
      <w:r>
        <w:br/>
      </w:r>
      <w:r>
        <w:rPr>
          <w:sz w:val="20"/>
        </w:rPr>
        <w:t>40:32  la ilaha illallah, tuflaho."</w:t>
      </w:r>
      <w:r>
        <w:br/>
      </w:r>
      <w:r>
        <w:rPr>
          <w:sz w:val="20"/>
        </w:rPr>
        <w:t>40:37  o people, say that</w:t>
      </w:r>
      <w:r>
        <w:br/>
      </w:r>
      <w:r>
        <w:rPr>
          <w:sz w:val="20"/>
        </w:rPr>
        <w:t>40:41  there is no god but one god and</w:t>
      </w:r>
      <w:r>
        <w:br/>
      </w:r>
      <w:r>
        <w:rPr>
          <w:sz w:val="20"/>
        </w:rPr>
        <w:t>40:46  you will be success.</w:t>
      </w:r>
      <w:r>
        <w:br/>
      </w:r>
      <w:r>
        <w:rPr>
          <w:sz w:val="20"/>
        </w:rPr>
        <w:t>40:51  Quran gives the introduction in these verse. Quran gives his introduction in these verse: "da'i ila Allah, bi munir." So, the prophet of Islam was a da'i,</w:t>
      </w:r>
      <w:r>
        <w:br/>
      </w:r>
      <w:r>
        <w:rPr>
          <w:sz w:val="20"/>
        </w:rPr>
        <w:t>41:12  a prophetic da'i.</w:t>
      </w:r>
      <w:r>
        <w:br/>
      </w:r>
      <w:r>
        <w:rPr>
          <w:sz w:val="20"/>
        </w:rPr>
        <w:t>41:15  this was his sole introduction given in the quran.</w:t>
      </w:r>
      <w:r>
        <w:br/>
      </w:r>
      <w:r>
        <w:rPr>
          <w:sz w:val="20"/>
        </w:rPr>
        <w:t>41:25  he started his mission as da'wah. also, he ended his mission as da'wah.</w:t>
      </w:r>
      <w:r>
        <w:br/>
      </w:r>
      <w:r>
        <w:rPr>
          <w:sz w:val="20"/>
        </w:rPr>
        <w:t>41:40  when he started his mission in 610 ad, he invited people to gather at safa.</w:t>
      </w:r>
    </w:p>
    <w:p>
      <w:pPr>
        <w:pStyle w:val="Heading2"/>
      </w:pPr>
      <w:r>
        <w:t>Mutual-recognition formula historically failed repeatedly</w:t>
      </w:r>
    </w:p>
    <w:p>
      <w:r>
        <w:rPr>
          <w:color w:val="666666"/>
          <w:sz w:val="18"/>
        </w:rPr>
        <w:t>Role of Islam in History April 5, 2009 · 2m 05s · at 1:21:48 · https://youtu.be/_chXIaKrOH8?t=4908</w:t>
      </w:r>
    </w:p>
    <w:p>
      <w:r>
        <w:rPr>
          <w:i/>
        </w:rPr>
        <w:t>“Akbar failed, Gandhi failed, Vivekananda failed”</w:t>
      </w:r>
    </w:p>
    <w:p>
      <w:r>
        <w:rPr>
          <w:sz w:val="20"/>
        </w:rPr>
        <w:t>1:21:48  this question is from mr michel lemay. maulana, when discussing the topic of harmony in a multi religious society, you said that mutual recognition formula is not feasible.</w:t>
      </w:r>
      <w:r>
        <w:br/>
      </w:r>
      <w:r>
        <w:rPr>
          <w:sz w:val="20"/>
        </w:rPr>
        <w:t>1:22:03  so we should use the mutual respect formula of Islam. but you also said yesterday that the mutual recognition formula is never the less a beautiful formula.</w:t>
      </w:r>
      <w:r>
        <w:br/>
      </w:r>
      <w:r>
        <w:rPr>
          <w:sz w:val="20"/>
        </w:rPr>
        <w:t>1:22:15  so can we still think that there is some truth in other religions? kindly comment! i am not saying that is correct formula.</w:t>
      </w:r>
      <w:r>
        <w:br/>
      </w:r>
      <w:r>
        <w:rPr>
          <w:sz w:val="20"/>
        </w:rPr>
        <w:t>1:22:25  seemingly, it is beautiful formula. apparently, it is beautiful formula, but i am not saying that is correct. there is other point, another point.</w:t>
      </w:r>
      <w:r>
        <w:br/>
      </w:r>
      <w:r>
        <w:rPr>
          <w:sz w:val="20"/>
        </w:rPr>
        <w:t>1:22:36  to in these matters, we yani in these matters, we need only practical formula.</w:t>
      </w:r>
      <w:r>
        <w:br/>
      </w:r>
      <w:r>
        <w:rPr>
          <w:sz w:val="20"/>
        </w:rPr>
        <w:t>1:22:47  and history shows us that it is not a practical formula. Akbar Akbar fail, Dr. Bhagwan Das fail, Mahatma Gandhi fail, Swami Vikran fail.</w:t>
      </w:r>
      <w:r>
        <w:br/>
      </w:r>
      <w:r>
        <w:rPr>
          <w:sz w:val="20"/>
        </w:rPr>
        <w:t>1:23:03  they were advocate of this formula.</w:t>
      </w:r>
      <w:r>
        <w:br/>
      </w:r>
      <w:r>
        <w:rPr>
          <w:sz w:val="20"/>
        </w:rPr>
        <w:t>1:23:06  so apparently, it is beautiful formula, but if it is not practicable, then it is not useful. it is urgent need to bring about harmony among the society.</w:t>
      </w:r>
      <w:r>
        <w:br/>
      </w:r>
      <w:r>
        <w:rPr>
          <w:sz w:val="20"/>
        </w:rPr>
        <w:t>1:23:20  it are urgent need! we can't wait up to several hundred years, or several thousand years.</w:t>
      </w:r>
      <w:r>
        <w:br/>
      </w:r>
      <w:r>
        <w:rPr>
          <w:sz w:val="20"/>
        </w:rPr>
        <w:t>1:23:30  so apparent, all yani i am not saying that is correct formula.</w:t>
      </w:r>
      <w:r>
        <w:br/>
      </w:r>
      <w:r>
        <w:rPr>
          <w:sz w:val="20"/>
        </w:rPr>
        <w:t>1:23:39  apparently, it seems to be beautiful formula, but when it is not practical, it is not feasible, then it is not useful for us, because it is urgent need to bring about harmony in our society.</w:t>
      </w:r>
    </w:p>
    <w:p>
      <w:pPr>
        <w:pStyle w:val="Heading2"/>
      </w:pPr>
      <w:r>
        <w:t>Eid reminds to abandon negativity and spread peace</w:t>
      </w:r>
    </w:p>
    <w:p>
      <w:r>
        <w:rPr>
          <w:color w:val="666666"/>
          <w:sz w:val="18"/>
        </w:rPr>
        <w:t>Eid ul Adhha: A Day of Pledge | September 13, 2016 · 2m 32s · at 15:02 · https://youtu.be/2kDiSs__dQM?t=902</w:t>
      </w:r>
    </w:p>
    <w:p>
      <w:r>
        <w:rPr>
          <w:i/>
        </w:rPr>
        <w:t>“Remainder ke taur par”</w:t>
      </w:r>
    </w:p>
    <w:p>
      <w:r>
        <w:rPr>
          <w:sz w:val="20"/>
        </w:rPr>
        <w:t>15:02  Reminder ke tauheed ke mission ko continue rakhne ke liye, jaari rakhne ke liye, jab bhi zaroorat ho to tum dobara wohi sacrifice karo. To aaj to woh waqt aa gaya hai. Aaj shayad duniya ke Musalman negative thinking mein jeete hain, shayad duniya ke Musalman complaint culture mein jeete hain. Doosron se shikayat, doosron se nafrat, l</w:t>
      </w:r>
      <w:r>
        <w:br/>
      </w:r>
      <w:r>
        <w:rPr>
          <w:sz w:val="20"/>
        </w:rPr>
        <w:t>15:32  rai, hatta ke society bahami. Society bahami.</w:t>
      </w:r>
      <w:r>
        <w:br/>
      </w:r>
      <w:r>
        <w:rPr>
          <w:sz w:val="20"/>
        </w:rPr>
        <w:t>15:40  yeh sab kya hai? yeh sab kuch chhodne ke liye Eid al-Adha hoti hai.</w:t>
      </w:r>
      <w:r>
        <w:br/>
      </w:r>
      <w:r>
        <w:rPr>
          <w:sz w:val="20"/>
        </w:rPr>
        <w:t>15:48  eid al adha jo hai, in sab ko chhodne ke liye hoti hai.</w:t>
      </w:r>
      <w:r>
        <w:br/>
      </w:r>
      <w:r>
        <w:rPr>
          <w:sz w:val="20"/>
        </w:rPr>
        <w:t>15:56  janwar ki qurbani to symbolic sacrifice hoti hai ke dekho, is ko chhodna hai tum ko. negative culture</w:t>
      </w:r>
      <w:r>
        <w:br/>
      </w:r>
      <w:r>
        <w:rPr>
          <w:sz w:val="20"/>
        </w:rPr>
        <w:t>16:04  jis mein Musalman jee rahe hain, us waqt sari duniya ke, us ko chhodne ke liye qurbani hoti hai ke chhoro, us ko zibah karo. Is culture ko, is thinking ko, is mind ko, us ko zibah karo. Jis ke maani kya hain? Ke aaj ka din ek pledge lene ka din hai. Ek day of pledge hai. Woh pledge yeh hai ke Musalman</w:t>
      </w:r>
      <w:r>
        <w:br/>
      </w:r>
      <w:r>
        <w:rPr>
          <w:sz w:val="20"/>
        </w:rPr>
        <w:t>16:34  sari duniya ke ye tay karein ke aaj se hum ne sari shikayaton ko bari kar diya.</w:t>
      </w:r>
      <w:r>
        <w:br/>
      </w:r>
      <w:r>
        <w:rPr>
          <w:sz w:val="20"/>
        </w:rPr>
        <w:t>16:41  aaj se hum ne sare complaint culture ko chhod diya.</w:t>
      </w:r>
      <w:r>
        <w:br/>
      </w:r>
      <w:r>
        <w:rPr>
          <w:sz w:val="20"/>
        </w:rPr>
        <w:t>16:49  violence, society bahmi, hate, jitne bhi negative item hain hamare mind mein, sab ko hum ne zabah kar</w:t>
      </w:r>
      <w:r>
        <w:br/>
      </w:r>
      <w:r>
        <w:rPr>
          <w:sz w:val="20"/>
        </w:rPr>
        <w:t>16:57  ke nikal diya.</w:t>
      </w:r>
      <w:r>
        <w:br/>
      </w:r>
      <w:r>
        <w:rPr>
          <w:sz w:val="20"/>
        </w:rPr>
        <w:t>17:05  aur is ke baad hum ne apne ko khali kar liya, apne ko bacha liya taake hum islam</w:t>
      </w:r>
      <w:r>
        <w:br/>
      </w:r>
      <w:r>
        <w:rPr>
          <w:sz w:val="20"/>
        </w:rPr>
        <w:t>17:12  ka peaceful mission duniya mein chalayein.</w:t>
      </w:r>
      <w:r>
        <w:br/>
      </w:r>
      <w:r>
        <w:rPr>
          <w:sz w:val="20"/>
        </w:rPr>
        <w:t>17:20  quran ka, quran ka jo paigham hai, is ko peaceful tareeqe se sari duniya mein phailayein.</w:t>
      </w:r>
      <w:r>
        <w:br/>
      </w:r>
      <w:r>
        <w:rPr>
          <w:sz w:val="20"/>
        </w:rPr>
        <w:t>17:27  rasool allah sallallahu alaihi wasallam ka jo mission hai, is ko pur aman andaaz mein sari duniya mein tak pahunchayein.</w:t>
      </w:r>
    </w:p>
    <w:p>
      <w:pPr>
        <w:pStyle w:val="Heading2"/>
      </w:pPr>
      <w:r>
        <w:t>Muslims as da'i, need for a peaceful dawah environment</w:t>
      </w:r>
    </w:p>
    <w:p>
      <w:r>
        <w:rPr>
          <w:color w:val="666666"/>
          <w:sz w:val="18"/>
        </w:rPr>
        <w:t>Maulana Wahiduddin Khan and His Critics A Response to Misinterpretations. November 26, 2024 · 1m 36s · at 11:09 · https://youtu.be/aVtXLKOMOHw?t=669</w:t>
      </w:r>
    </w:p>
    <w:p>
      <w:r>
        <w:rPr>
          <w:i/>
        </w:rPr>
        <w:t>“Maulana mानते hain Muslim ki asal hasiyat da'i ki hai.”</w:t>
      </w:r>
    </w:p>
    <w:p>
      <w:r>
        <w:rPr>
          <w:sz w:val="20"/>
        </w:rPr>
        <w:t>11:09  main chahta hoon woh aap logon se share karoon ke jab main Maulana ka mutala shuru, mutala karna shuru kiya to main ne padha ke Maulana musalmanon ko daai aur mad'u ke angle se dekhte hain.</w:t>
      </w:r>
      <w:r>
        <w:br/>
      </w:r>
      <w:r>
        <w:rPr>
          <w:sz w:val="20"/>
        </w:rPr>
        <w:t>11:25  molaana kehte hain ke musalman ki asal hesiyat, musalman ki asal identity daaiqiyah hai.</w:t>
      </w:r>
      <w:r>
        <w:br/>
      </w:r>
      <w:r>
        <w:rPr>
          <w:sz w:val="20"/>
        </w:rPr>
        <w:t>11:34  rasool Allah ke baad quran aur sunnat ka paigham saare insaanon tak pohnchaane ki zimmedari rasool Allah ko follow karne wale, jinhein hum musalman kehte hain, un par aaid hoti hai.</w:t>
      </w:r>
      <w:r>
        <w:br/>
      </w:r>
      <w:r>
        <w:rPr>
          <w:sz w:val="20"/>
        </w:rPr>
        <w:t>11:49  doosri baat yeh hai ke molaana ka yeh kehna hai ke dawat humaare waqt tak nahi de sakte jab tak daawati mahaul ko mu'tedil na kiya jaaye.</w:t>
      </w:r>
      <w:r>
        <w:br/>
      </w:r>
      <w:r>
        <w:rPr>
          <w:sz w:val="20"/>
        </w:rPr>
        <w:t>12:02  jab tak daayi aur mad'u ke darmiyaan aisi koi deewar haa'il na ho jo humari baat ko samajhne ke liye mad'u ko mushkilaat ka saamna karna ho.</w:t>
      </w:r>
      <w:r>
        <w:br/>
      </w:r>
      <w:r>
        <w:rPr>
          <w:sz w:val="20"/>
        </w:rPr>
        <w:t>12:15  toh woh chahte the ke daayi aur mad'u ke darmiyaan free mahaul ho. Hum aisi koi baat na karein, aisi koi kaam na karein jis se mad'u ko humari baat samajhne mein mushkil pesh aati ho.</w:t>
      </w:r>
      <w:r>
        <w:br/>
      </w:r>
      <w:r>
        <w:rPr>
          <w:sz w:val="20"/>
        </w:rPr>
        <w:t>12:35  toh yeh jo molaana kehte hain ke daawati maslehat supreme concern hai ek daayi ke liye,</w:t>
      </w:r>
    </w:p>
    <w:p>
      <w:pPr>
        <w:pStyle w:val="Heading2"/>
      </w:pPr>
      <w:r>
        <w:t>Prophet's first calls in Mecca, done quietly at first</w:t>
      </w:r>
    </w:p>
    <w:p>
      <w:r>
        <w:rPr>
          <w:color w:val="666666"/>
          <w:sz w:val="18"/>
        </w:rPr>
        <w:t>Life of the Prophet of Islam March 22, 2009 · 1m 17s · at 7:26 · https://youtu.be/tCdQ0G7ralM?t=446</w:t>
      </w:r>
    </w:p>
    <w:p>
      <w:r>
        <w:rPr>
          <w:i/>
        </w:rPr>
        <w:t>“قولو ایہا الناس لا الہ الا اللہ تفلحو”</w:t>
      </w:r>
    </w:p>
    <w:p>
      <w:r>
        <w:rPr>
          <w:sz w:val="20"/>
        </w:rPr>
        <w:t>7:26  is ke baad rasool allah salallaho alaihi wasallam makka mein jahan dekhte ke wahan log jahan assemble hotay thay log jaise</w:t>
      </w:r>
      <w:r>
        <w:br/>
      </w:r>
      <w:r>
        <w:rPr>
          <w:sz w:val="20"/>
        </w:rPr>
        <w:t>7:37  kaba kaba ke premises mein wahan aap jatay to aap kehtay logon se qooloo ayyuhannas la ilaha illallah tuflihu.</w:t>
      </w:r>
      <w:r>
        <w:br/>
      </w:r>
      <w:r>
        <w:rPr>
          <w:sz w:val="20"/>
        </w:rPr>
        <w:t>7:49  ae logon kaho ke aik allah ke siwa koi allah nahi.</w:t>
      </w:r>
      <w:r>
        <w:br/>
      </w:r>
      <w:r>
        <w:rPr>
          <w:sz w:val="20"/>
        </w:rPr>
        <w:t>7:59  aik allah ke siwa koi mabood nahi. tum ko falah mile gi. tum ko salvation mile gi. tum ko success mile gi</w:t>
      </w:r>
      <w:r>
        <w:br/>
      </w:r>
      <w:r>
        <w:rPr>
          <w:sz w:val="20"/>
        </w:rPr>
        <w:t>8:09  . bas. to makka mein shuru mein chounke halaat bohat hi sakht thay to aap ne yani khul kar ailan nahi kiya tha.</w:t>
      </w:r>
      <w:r>
        <w:br/>
      </w:r>
      <w:r>
        <w:rPr>
          <w:sz w:val="20"/>
        </w:rPr>
        <w:t>8:20  bohat hi khamoshi se kaam kiya tha. teen saal tak taqreeban. is ke baad halaat kuch badlay.</w:t>
      </w:r>
      <w:r>
        <w:br/>
      </w:r>
      <w:r>
        <w:rPr>
          <w:sz w:val="20"/>
        </w:rPr>
        <w:t>8:28  khaas tor par jab haiyat-e-islam mein aa gaye to halaat kaafi badle. to aap ne khul kar ke ailaan karna shuru kiya.</w:t>
      </w:r>
      <w:r>
        <w:br/>
      </w:r>
      <w:r>
        <w:rPr>
          <w:sz w:val="20"/>
        </w:rPr>
        <w:t>8:37  to pehle din bhi dawat thi, aakhir bhi dawat rahi.</w:t>
      </w:r>
    </w:p>
    <w:p>
      <w:pPr>
        <w:pStyle w:val="Heading2"/>
      </w:pPr>
      <w:r>
        <w:t>story of Shamoon behind the revelation of Surah Qadr</w:t>
      </w:r>
    </w:p>
    <w:p>
      <w:r>
        <w:rPr>
          <w:color w:val="666666"/>
          <w:sz w:val="18"/>
        </w:rPr>
        <w:t>Itikaf (Intellectual Seclusion) April 16, 2023 · 1m 31s · at 36:21 · https://youtu.be/Yci8zFmfCU4?t=2181</w:t>
      </w:r>
    </w:p>
    <w:p>
      <w:r>
        <w:rPr>
          <w:i/>
        </w:rPr>
        <w:t>“Ek yahudi tha, Shamoon, usne bohot zyada ibadat ki thi”</w:t>
      </w:r>
    </w:p>
    <w:p>
      <w:r>
        <w:rPr>
          <w:sz w:val="20"/>
        </w:rPr>
        <w:t>36:21  toh asal mein iska background yeh hai ke ek yeh wadi tha, Shaimoon,</w:t>
      </w:r>
      <w:r>
        <w:br/>
      </w:r>
      <w:r>
        <w:rPr>
          <w:sz w:val="20"/>
        </w:rPr>
        <w:t>36:34  uske baad mein aap se yeh sawal karunga, itikaf ki baat chal hi rahi hai, aur aap ne yeh kaha ke itikaf ka maqsad yeh hota hai ke aadmi Lailat ul Qadr ya Shab e Qadr talash kare.</w:t>
      </w:r>
      <w:r>
        <w:br/>
      </w:r>
      <w:r>
        <w:rPr>
          <w:sz w:val="20"/>
        </w:rPr>
        <w:t>36:40  woh bohat ziyada ibadat usne ki thi. to logon ko rashk aata tha ke usne itni ziyada ibadat ki hai, shayad ek hazar mahine ibadat kar chuka tha. woh pehle zamanay mein logon ki umar bhi bohat lambi lambi hoti thi.</w:t>
      </w:r>
      <w:r>
        <w:br/>
      </w:r>
      <w:r>
        <w:rPr>
          <w:sz w:val="20"/>
        </w:rPr>
        <w:t>36:54  to sahaba ko rishk hua ke hum log doosre kamon mein bazeed thay. bohat saray wahan par kaam thay jisko karna parta tha, mission ke kaam.</w:t>
      </w:r>
      <w:r>
        <w:br/>
      </w:r>
      <w:r>
        <w:rPr>
          <w:sz w:val="20"/>
        </w:rPr>
        <w:t>37:04  to hum itna ibadat nahi kar paate, aur itni itni sabki woh bhen nahi hoti umar bhi. to jab yeh surat utri, iske baad hi jab sahaba ne yeh sawal kiya Rasool Allah (SAW) se, to iske baad yeh surat utri ke hum ne tum ko ek aisi raat de di hai jo hazar mahine ki ibadat se afzal hai.</w:t>
      </w:r>
      <w:r>
        <w:br/>
      </w:r>
      <w:r>
        <w:rPr>
          <w:sz w:val="20"/>
        </w:rPr>
        <w:t>37:25  to sahaba bohat ziyada khush hue. iska tarjuma yeh hai: hum ne isko utara hai, yeh chapter 97</w:t>
      </w:r>
      <w:r>
        <w:br/>
      </w:r>
      <w:r>
        <w:rPr>
          <w:sz w:val="20"/>
        </w:rPr>
        <w:t>37:33  , hum ne isko utara hai Shab e Qadr mein. aur tum kya jano Shab e Qadr kya hai? Shab e Qadr hazar mahinon se behtar hai.</w:t>
      </w:r>
      <w:r>
        <w:br/>
      </w:r>
      <w:r>
        <w:rPr>
          <w:sz w:val="20"/>
        </w:rPr>
        <w:t>37:43  farishtay is mein apne Rab ki ijazat se utarte hain, har hukum le kar. aur woh raat jo hai salamti hai subah ke nikalne tak.</w:t>
      </w:r>
    </w:p>
    <w:p>
      <w:pPr>
        <w:pStyle w:val="Heading2"/>
      </w:pPr>
      <w:r>
        <w:t>Prophet's ijtihad on reinterpreting the prayer-timing order</w:t>
      </w:r>
    </w:p>
    <w:p>
      <w:r>
        <w:rPr>
          <w:color w:val="666666"/>
          <w:sz w:val="18"/>
        </w:rPr>
        <w:t>Ijtihad in Islam December 28, 2008 · 2m 12s · at 16:05 · https://youtu.be/tQL9OXuyYFk?t=965</w:t>
      </w:r>
    </w:p>
    <w:p>
      <w:r>
        <w:rPr>
          <w:i/>
        </w:rPr>
        <w:t>“Rasool Allah ne sahaba ko Banu Quraiza bheja tha”</w:t>
      </w:r>
    </w:p>
    <w:p>
      <w:r>
        <w:rPr>
          <w:sz w:val="20"/>
        </w:rPr>
        <w:t>16:05  jaise ab mein aik misaal deta hoon aap ko. rasool Allah sallallahu alaihi wasallam ne apne zamanay mein aik sahaba ke aik group ko bheja.</w:t>
      </w:r>
      <w:r>
        <w:br/>
      </w:r>
      <w:r>
        <w:rPr>
          <w:sz w:val="20"/>
        </w:rPr>
        <w:t>16:19  bano qareza aik qabeela tha wahan par yahoodi logon ka. wahan bheja madine se bahir. to yeh log rawana hue, ghaliban dopahar baad rawana hue thay.</w:t>
      </w:r>
      <w:r>
        <w:br/>
      </w:r>
      <w:r>
        <w:rPr>
          <w:sz w:val="20"/>
        </w:rPr>
        <w:t>16:35  to aap ne jatay hue kaha un se ke "la saali al asr illa fi bani qareza". aisa kuch alfaaz hain is ke ke tum log bani qareza pohnch kar hi namaz parhna, asr ki zaroor.</w:t>
      </w:r>
      <w:r>
        <w:br/>
      </w:r>
      <w:r>
        <w:rPr>
          <w:sz w:val="20"/>
        </w:rPr>
        <w:t>16:48  yani "la saali" ka matlab hai ke zaroor aisa karna. tum har giz namaz na parhna jab tak asr ke, asr ke jab tak tum bano qareza mein pohnch na jao.</w:t>
      </w:r>
      <w:r>
        <w:br/>
      </w:r>
      <w:r>
        <w:rPr>
          <w:sz w:val="20"/>
        </w:rPr>
        <w:t>16:58  wahan par yeh keh kar aap ne rawana kar diya.</w:t>
      </w:r>
      <w:r>
        <w:br/>
      </w:r>
      <w:r>
        <w:rPr>
          <w:sz w:val="20"/>
        </w:rPr>
        <w:t>17:03  ab aage barhay to maloom hua ke abhi hum pohnche nahi aur suraj jo hai woh yani is par jo red ho jata hai, doobne ke qareeb ho jata hai, woh time ho gaya.</w:t>
      </w:r>
      <w:r>
        <w:br/>
      </w:r>
      <w:r>
        <w:rPr>
          <w:sz w:val="20"/>
        </w:rPr>
        <w:t>17:13  to wahan par ikhtilaf ho gaya. kuch logon ne kaha ke nahi bhai hum wohin pohnch kar parhein ge kyunke rasool Allah ne aisa kaha hai. kuch logon ne is ko rethinking ki, rethinking.</w:t>
      </w:r>
      <w:r>
        <w:br/>
      </w:r>
      <w:r>
        <w:rPr>
          <w:sz w:val="20"/>
        </w:rPr>
        <w:t>17:24  unhon ne kaha ke yeh rasool Allah ke jo kaha tha, emphasis dene ke liye tha. yeh</w:t>
      </w:r>
      <w:r>
        <w:br/>
      </w:r>
      <w:r>
        <w:rPr>
          <w:sz w:val="20"/>
        </w:rPr>
        <w:t>17:31  iska matlab tha</w:t>
      </w:r>
      <w:r>
        <w:br/>
      </w:r>
      <w:r>
        <w:rPr>
          <w:sz w:val="20"/>
        </w:rPr>
        <w:t>17:35  ke bohat tezi se jao, tezi se jao. yeh matlab tha is ka. yani aik kehne ka andaaz tha ke style tha.</w:t>
      </w:r>
      <w:r>
        <w:br/>
      </w:r>
      <w:r>
        <w:rPr>
          <w:sz w:val="20"/>
        </w:rPr>
        <w:t>17:45  kehna yeh tha ke bohat tezi se jao, bohat tezi se jao. to aap ne is ko is tarah keh diya ke asr ki namaz wahan pohnchay baghair mat parhna.</w:t>
      </w:r>
      <w:r>
        <w:br/>
      </w:r>
      <w:r>
        <w:rPr>
          <w:sz w:val="20"/>
        </w:rPr>
        <w:t>17:56  to kuch logon ne kaha "aradt ta'jeel fis sair". aap ka matlab tha chalne mein bohat tezi dikhao. yeh nahi ke bas literal tor par le lo is ko.</w:t>
      </w:r>
      <w:r>
        <w:br/>
      </w:r>
      <w:r>
        <w:rPr>
          <w:sz w:val="20"/>
        </w:rPr>
        <w:t>18:06  yeh tha ijtihad. to ijtihad ka matlab hota hai ke baar baar situation nai aati hai. is mein aap ko rethink karna parta hai.</w:t>
      </w:r>
    </w:p>
    <w:p>
      <w:pPr>
        <w:pStyle w:val="Heading2"/>
      </w:pPr>
      <w:r>
        <w:t>Prophet avoids suspicion by clarifying</w:t>
      </w:r>
    </w:p>
    <w:p>
      <w:r>
        <w:rPr>
          <w:color w:val="666666"/>
          <w:sz w:val="18"/>
        </w:rPr>
        <w:t>The Problem of Misunderstanding July 02, 2008 · 2m 01s · at 46:45 · https://youtu.be/IP8aFVKtttc?t=2805</w:t>
      </w:r>
    </w:p>
    <w:p>
      <w:r>
        <w:rPr>
          <w:i/>
        </w:rPr>
        <w:t>“Ek baar Rasul Allah Sallallahu Alaihi Wasallam Madina ki masjid mein thay”</w:t>
      </w:r>
    </w:p>
    <w:p>
      <w:r>
        <w:rPr>
          <w:sz w:val="20"/>
        </w:rPr>
        <w:t>46:45  Jaise aik baar Rasool Allah Sal Allahu Alaihi Wasallam Madina ki masjid mein thay, itikaf kar rahe thay. Aap</w:t>
      </w:r>
      <w:r>
        <w:br/>
      </w:r>
      <w:r>
        <w:rPr>
          <w:sz w:val="20"/>
        </w:rPr>
        <w:t>46:54  To itikaf mein aap jante hain ke itikaf karne wala masjid hi mein rehta hai, bahar nahin jata. Woh yaani ghar ja logon se milne ke liye yeh sab nahin karta.</w:t>
      </w:r>
      <w:r>
        <w:br/>
      </w:r>
      <w:r>
        <w:rPr>
          <w:sz w:val="20"/>
        </w:rPr>
        <w:t>47:07  Woh to kisi ko milna hai to masjid hi mein ayega. Woh</w:t>
      </w:r>
      <w:r>
        <w:br/>
      </w:r>
      <w:r>
        <w:rPr>
          <w:sz w:val="20"/>
        </w:rPr>
        <w:t>47:14  To aik din kya hua ke Rasool Allah Sal Allahu Alaihi Wasallam masjid mein thay, itikaf ki halat mein, yaani roze ke zamanay mein. To aap ki aik biwi milne ke liye aayin.</w:t>
      </w:r>
      <w:r>
        <w:br/>
      </w:r>
      <w:r>
        <w:rPr>
          <w:sz w:val="20"/>
        </w:rPr>
        <w:t>47:27  To aap apni biwi se jo aayin thi milne ke liye, un se baat kar rahe thay, baat kar rahe thay. Itnay mein aik aadmi guzra masjid ke paas se, usay dekha ke Rasool Allah aik aurat se baat kar rahe hain.</w:t>
      </w:r>
      <w:r>
        <w:br/>
      </w:r>
      <w:r>
        <w:rPr>
          <w:sz w:val="20"/>
        </w:rPr>
        <w:t>47:45  To jab woh guzar gaya to aap ne us ko awaz de kar bulaya,</w:t>
      </w:r>
      <w:r>
        <w:br/>
      </w:r>
      <w:r>
        <w:rPr>
          <w:sz w:val="20"/>
        </w:rPr>
        <w:t>47:51  bulaya ke dekho yeh jo khatoon baithi hain, yeh meri biwi falan hain.</w:t>
      </w:r>
      <w:r>
        <w:br/>
      </w:r>
      <w:r>
        <w:rPr>
          <w:sz w:val="20"/>
        </w:rPr>
        <w:t>47:59  To us ne kaha ke astaghfirullah, kya hum aap ke baray mein shakk karenge ke aap kisi ghair aurat ko bula kar yahan baatein kar rahe hain? To aap ne farmaya ke nahin, shaitan har waqt aadmi ke khoon mein dorta rehta hai.</w:t>
      </w:r>
      <w:r>
        <w:br/>
      </w:r>
      <w:r>
        <w:rPr>
          <w:sz w:val="20"/>
        </w:rPr>
        <w:t>48:16  Shaitan har waqt is is is taaq mein rehta hai ke kab mauqa ho aur insaan ko ghalat fehmi mein daal de.</w:t>
      </w:r>
      <w:r>
        <w:br/>
      </w:r>
      <w:r>
        <w:rPr>
          <w:sz w:val="20"/>
        </w:rPr>
        <w:t>48:28  To aadmi ko bhi chahiye ke woh is se bache, jaise Rasool Allah Sal Allahu Alaihi Wasallam ne kiya. Yaani aap ne aik misaal qaim ki ke aise aisi baatein jis se log shubah mein paden, us se apne aap ko bachao.</w:t>
      </w:r>
    </w:p>
    <w:p>
      <w:pPr>
        <w:pStyle w:val="Heading2"/>
      </w:pPr>
      <w:r>
        <w:t>The Prophet's first sermon in Medina: guard against Hellfire</w:t>
      </w:r>
    </w:p>
    <w:p>
      <w:r>
        <w:rPr>
          <w:color w:val="666666"/>
          <w:sz w:val="18"/>
        </w:rPr>
        <w:t>Life of the Prophet of Islam March 22, 2009 · 1m 58s · at 11:09 · https://youtu.be/tCdQ0G7ralM?t=669</w:t>
      </w:r>
    </w:p>
    <w:p>
      <w:r>
        <w:rPr>
          <w:i/>
        </w:rPr>
        <w:t>“اول خطبت خطبہ رسول اللہ فی المدینہ”</w:t>
      </w:r>
    </w:p>
    <w:p>
      <w:r>
        <w:rPr>
          <w:sz w:val="20"/>
        </w:rPr>
        <w:t>11:09  pehla jo khitaab aap ne kiya jo seerat ki kitaab mein likha hua hai awwal khutba khutba rasool Allah fi al-madinah.</w:t>
      </w:r>
      <w:r>
        <w:br/>
      </w:r>
      <w:r>
        <w:rPr>
          <w:sz w:val="20"/>
        </w:rPr>
        <w:t>11:19  yaani madine mein aap ka pehla sermon, pehla address, pehla khitaab. us mein aap ne kya kaha tha?</w:t>
      </w:r>
      <w:r>
        <w:br/>
      </w:r>
      <w:r>
        <w:rPr>
          <w:sz w:val="20"/>
        </w:rPr>
        <w:t>11:30  us mein bhi yeh kaha tha aap ne ittaqu al-naara walaw bi shaqqi tamrah.</w:t>
      </w:r>
      <w:r>
        <w:br/>
      </w:r>
      <w:r>
        <w:rPr>
          <w:sz w:val="20"/>
        </w:rPr>
        <w:t>11:34  ae logon apne aap ko hell se bachao. apne aap ko aag se bachao. chahe khajoor ke ek tukde ke zariye kyun na ho.</w:t>
      </w:r>
      <w:r>
        <w:br/>
      </w:r>
      <w:r>
        <w:rPr>
          <w:sz w:val="20"/>
        </w:rPr>
        <w:t>11:47  yaani matlab yeh hai ke yeh jo zindagi tumhari hai yeh mat samjho ke bas khana peena hai, aish karna hai, family sambhalna hai, ghar banana hai.</w:t>
      </w:r>
      <w:r>
        <w:br/>
      </w:r>
      <w:r>
        <w:rPr>
          <w:sz w:val="20"/>
        </w:rPr>
        <w:t>11:59  yeh nahi hai maqsad zindagi ka.</w:t>
      </w:r>
      <w:r>
        <w:br/>
      </w:r>
      <w:r>
        <w:rPr>
          <w:sz w:val="20"/>
        </w:rPr>
        <w:t>12:02  maqsad to yeh hai ke aisi zindagi guzari jaye ke is death period mein tum ko Khuda ki pakad se tum bach jao. kyunke yahan jo zindagi hai yeh test period hai.</w:t>
      </w:r>
      <w:r>
        <w:br/>
      </w:r>
      <w:r>
        <w:rPr>
          <w:sz w:val="20"/>
        </w:rPr>
        <w:t>12:16  to agar tum ne yahan apni azaadi ko misuse kiya to agle jo jo jo jo eternity saamne aane wali hai jo lamba period zindagi ka aane wala hai to wahan tum pakde jaoge.</w:t>
      </w:r>
      <w:r>
        <w:br/>
      </w:r>
      <w:r>
        <w:rPr>
          <w:sz w:val="20"/>
        </w:rPr>
        <w:t>12:34  tum ko hell ka samna karna pare ga. is liye tum apne aap ko khuda ke creation plan ko samajh kar ke zindagi guzarna ho gi.</w:t>
      </w:r>
      <w:r>
        <w:br/>
      </w:r>
      <w:r>
        <w:rPr>
          <w:sz w:val="20"/>
        </w:rPr>
        <w:t>12:45  ta k tumhein khuda ka reward mile na k khuda ki pakar. yeh tha ittaqoo an nar walau bishaqq tamra. is tarah aap wahan bhi wohi karte rahe jo aap makkah mein kar rahe the.</w:t>
      </w:r>
      <w:r>
        <w:br/>
      </w:r>
      <w:r>
        <w:rPr>
          <w:sz w:val="20"/>
        </w:rPr>
        <w:t>13:00  yani goya k madina period dar asal makkah period hi ka extension hai. isi ka extended form hai.</w:t>
      </w:r>
    </w:p>
    <w:p>
      <w:pPr>
        <w:pStyle w:val="Heading2"/>
      </w:pPr>
      <w:r>
        <w:t>See everything from the angle of dawah work</w:t>
      </w:r>
    </w:p>
    <w:p>
      <w:r>
        <w:rPr>
          <w:color w:val="666666"/>
          <w:sz w:val="18"/>
        </w:rPr>
        <w:t>Prophetic Model February 16, 2014 · 2m 52s · at 23:38 · https://youtu.be/ypIIqSmExzk?t=1418</w:t>
      </w:r>
    </w:p>
    <w:p>
      <w:r>
        <w:rPr>
          <w:i/>
        </w:rPr>
        <w:t>“Doosri cheez hai har cheez ko dawat ke angle se dekhna”</w:t>
      </w:r>
    </w:p>
    <w:p>
      <w:r>
        <w:rPr>
          <w:sz w:val="20"/>
        </w:rPr>
        <w:t>23:38  aise hi dekhiye doosri cheez hai har cheez ko dawat ke angle se dekhna. aaj kal kya hai log cheezon ko dekhte hain material angle se, communal angle se, political angle se.</w:t>
      </w:r>
      <w:r>
        <w:br/>
      </w:r>
      <w:r>
        <w:rPr>
          <w:sz w:val="20"/>
        </w:rPr>
        <w:t>23:52  yeh prophet ka tareeqa nahi hai. dawat ke angle se dekhna. misaal ke taur par dekhiye. makkah mein rasool Allah sal Allah alaihi wasallam jab the to wahan par kaaba tha jo banaya gaya tha hazrat ibrahim ne banaya tha us ko tauheed ke ghar ke taur par.</w:t>
      </w:r>
      <w:r>
        <w:br/>
      </w:r>
      <w:r>
        <w:rPr>
          <w:sz w:val="20"/>
        </w:rPr>
        <w:t>24:13  lekin baad ke zamane mein mushrik log makkah mein un ko qabza mil gaya aur unhone is mein but rakh diye bohat sare sainkaron ki tadad mein.</w:t>
      </w:r>
      <w:r>
        <w:br/>
      </w:r>
      <w:r>
        <w:rPr>
          <w:sz w:val="20"/>
        </w:rPr>
        <w:t>24:26  to yahan par aap ne kya kiya? is phenomena ko dawat ke angle se dekha. ek angle dekhne ka yeh tha ke but rakhe hue hain aap ghussa hote hain us ko tod phod karte.</w:t>
      </w:r>
      <w:r>
        <w:br/>
      </w:r>
      <w:r>
        <w:rPr>
          <w:sz w:val="20"/>
        </w:rPr>
        <w:t>24:40  lekin aap ne dekha kya usi ki wajah se yahan par audience hota hai ya assembly hoti hai, gathering hoti hai. to ab mein us ko ja kar aap ne ja kar ke us ko un ko quran sunana shuru kiya.</w:t>
      </w:r>
      <w:r>
        <w:br/>
      </w:r>
      <w:r>
        <w:rPr>
          <w:sz w:val="20"/>
        </w:rPr>
        <w:t>24:54  un ko Allah ka paigham pohnchaney lage. to dawat ko angle se dekhne ki wajah se aap ko is mein ek positive pehlu mil gaya.</w:t>
      </w:r>
      <w:r>
        <w:br/>
      </w:r>
      <w:r>
        <w:rPr>
          <w:sz w:val="20"/>
        </w:rPr>
        <w:t>25:05  ke agarche kaaba mein but hain bohat se lekin usi ain usi waqt ek aur wahan pehlu maujood hai wahi ke log wahan ikhatta hote hain us ki ziyarat ke liye.</w:t>
      </w:r>
      <w:r>
        <w:br/>
      </w:r>
      <w:r>
        <w:rPr>
          <w:sz w:val="20"/>
        </w:rPr>
        <w:t>25:20  yeh hai cheezon ko dawat ke angle se dekhna. cheezon ko dawat ke angle se dekhna. aaiye dekhiye hijrat kya hai?</w:t>
      </w:r>
      <w:r>
        <w:br/>
      </w:r>
      <w:r>
        <w:rPr>
          <w:sz w:val="20"/>
        </w:rPr>
        <w:t>25:30  hijrat bhi ek cheez hai. aap madin makkah mein terah saal tak rahe. terah saal wahan par jo the us waqt mushrik log hua karte the.</w:t>
      </w:r>
      <w:r>
        <w:br/>
      </w:r>
      <w:r>
        <w:rPr>
          <w:sz w:val="20"/>
        </w:rPr>
        <w:t>25:42  unhone bohat sataya aap ko. yahan tak ke unhone chaha ke aap ko qatl kar dein. un ke jo kabaili parliament thi darul nadwah is mein yeh tay hua ke qatl kar diya jaye.</w:t>
      </w:r>
      <w:r>
        <w:br/>
      </w:r>
      <w:r>
        <w:rPr>
          <w:sz w:val="20"/>
        </w:rPr>
        <w:t>25:56  to ab kya hai? aap ne socha ke agar mein apne saahibiyon ko le kar lad jaon aur sab log yahan shaheed ho jayen to to is ka koi faida nahi?</w:t>
      </w:r>
      <w:r>
        <w:br/>
      </w:r>
      <w:r>
        <w:rPr>
          <w:sz w:val="20"/>
        </w:rPr>
        <w:t>26:08  qabrein ban jayengi logon ki? aap ne dawat ke angle se dekha ke makkah mein agar mauqa nahi hai to chalo madinah chalte hain wahan dawati kaam karenge.</w:t>
      </w:r>
      <w:r>
        <w:br/>
      </w:r>
      <w:r>
        <w:rPr>
          <w:sz w:val="20"/>
        </w:rPr>
        <w:t>26:21  is is mamle ko dawat ke angle se dekhen ke woh aisa hua ke aap ne apne watan ko chhod diya. warna watan ko kyun chhodte ho?</w:t>
      </w:r>
    </w:p>
    <w:p>
      <w:pPr>
        <w:pStyle w:val="Heading2"/>
      </w:pPr>
      <w:r>
        <w:t>beware of dogs sign changed to beware of Muslims</w:t>
      </w:r>
    </w:p>
    <w:p>
      <w:r>
        <w:rPr>
          <w:color w:val="666666"/>
          <w:sz w:val="18"/>
        </w:rPr>
        <w:t>Dars-e-Quran June 26, 2007 · 1m 48s · at 8:25 · https://youtu.be/5ztGu9ZGu6s?t=505</w:t>
      </w:r>
    </w:p>
    <w:p>
      <w:r>
        <w:rPr>
          <w:i/>
        </w:rPr>
        <w:t>“A sign in England once said 'Beware of Dogs'”</w:t>
      </w:r>
    </w:p>
    <w:p>
      <w:r>
        <w:rPr>
          <w:sz w:val="20"/>
        </w:rPr>
        <w:t>8:25  mujhe ek sahab ne bataya jo Ireland mein rehte the, us zamane mein jab ke Salman Rushdie ki jo kitaab chhapi thi, Salman Rushdie ki "Satanic Verses",</w:t>
      </w:r>
      <w:r>
        <w:br/>
      </w:r>
      <w:r>
        <w:rPr>
          <w:sz w:val="20"/>
        </w:rPr>
        <w:t>8:38  us ko le kar ke fatwa diya gaya tha ke Rushdie ko maar dalo. toh saari duniya mein ek hungama tha ke Rushdie ko maro, Rushdie ko maro.</w:t>
      </w:r>
      <w:r>
        <w:br/>
      </w:r>
      <w:r>
        <w:rPr>
          <w:sz w:val="20"/>
        </w:rPr>
        <w:t>8:49  toh ek sahab jo Ireland mein rehte the, mujhe bataya unhon ne England ke ek safar mein ke pehle yeh likha jata tha ke "Beware of Dogs".</w:t>
      </w:r>
      <w:r>
        <w:br/>
      </w:r>
      <w:r>
        <w:rPr>
          <w:sz w:val="20"/>
        </w:rPr>
        <w:t>9:00  ab woh likhte hain ke "Beware of Muslims". musalmanon se bacho. kyun? agar musalmanon ke mazhab ke khilaaf kuch bol diya, un ke peghambar ke khilaaf kuch bol diya, toh foran woh chhuri nikalega, woh foran woh pistol nikalega, foran woh bomb nikalega, toh koi maar dalega.</w:t>
      </w:r>
      <w:r>
        <w:br/>
      </w:r>
      <w:r>
        <w:rPr>
          <w:sz w:val="20"/>
        </w:rPr>
        <w:t>9:19  yeh tasweer daai ki tasweer nahi hai. toh is liye daai ko kya karna padta hai? yak tarafah us ko sabr karna padta hai.</w:t>
      </w:r>
      <w:r>
        <w:br/>
      </w:r>
      <w:r>
        <w:rPr>
          <w:sz w:val="20"/>
        </w:rPr>
        <w:t>9:32  zameen ka nuqsaan ho tab bhi sabr. koi Islam ko bura bhala keh de tab bhi sabr. koi maal le le tab bhi sabr.</w:t>
      </w:r>
      <w:r>
        <w:br/>
      </w:r>
      <w:r>
        <w:rPr>
          <w:sz w:val="20"/>
        </w:rPr>
        <w:t>9:47  koi hamare khilaaf propaganda kare tab bhi sabr. kyun? apni tasweer ki hifaazat ke liye. kyunke agar daai wali tasweer na rahi, koi aur tasweer ban gayi toh aap dawat denge aur aadmi sune ga nahi.</w:t>
      </w:r>
      <w:r>
        <w:br/>
      </w:r>
      <w:r>
        <w:rPr>
          <w:sz w:val="20"/>
        </w:rPr>
        <w:t>10:06  koi sune ga nahi. toh tasweer ko bachana yeh bohat hi zaroori</w:t>
      </w:r>
    </w:p>
    <w:p>
      <w:pPr>
        <w:pStyle w:val="Heading2"/>
      </w:pPr>
      <w:r>
        <w:t>Quran and the two prophetic ages</w:t>
      </w:r>
    </w:p>
    <w:p>
      <w:r>
        <w:rPr>
          <w:color w:val="666666"/>
          <w:sz w:val="18"/>
        </w:rPr>
        <w:t>Prophetic Mission in 21st Century I 2 Oct , 2011 - Maulana Wahiduddin Khan · 2m 18s · at 1:11 · https://youtu.be/ioz5Zg87QpI?t=71</w:t>
      </w:r>
    </w:p>
    <w:p>
      <w:r>
        <w:rPr>
          <w:i/>
        </w:rPr>
        <w:t>“The authentic source for God's creative plan is the Quran.”</w:t>
      </w:r>
    </w:p>
    <w:p>
      <w:r>
        <w:rPr>
          <w:sz w:val="20"/>
        </w:rPr>
        <w:t>1:11  takhleeqi mansoobay ko janne ka authentic source sirf ek hi kitab hai, woh hai quran.</w:t>
      </w:r>
      <w:r>
        <w:br/>
      </w:r>
      <w:r>
        <w:rPr>
          <w:sz w:val="20"/>
        </w:rPr>
        <w:t>1:22  quran ke mutabiq</w:t>
      </w:r>
      <w:r>
        <w:br/>
      </w:r>
      <w:r>
        <w:rPr>
          <w:sz w:val="20"/>
        </w:rPr>
        <w:t>1:26  is dunya mein takhleeq aur nabuwwat dono saath saath aaye hain, yani creation aur prophet hood.</w:t>
      </w:r>
      <w:r>
        <w:br/>
      </w:r>
      <w:r>
        <w:rPr>
          <w:sz w:val="20"/>
        </w:rPr>
        <w:t>1:39  allah ta'ala ne</w:t>
      </w:r>
      <w:r>
        <w:br/>
      </w:r>
      <w:r>
        <w:rPr>
          <w:sz w:val="20"/>
        </w:rPr>
        <w:t>1:44  yeh dunya ka aaghaz matter se kiya, yani 15 billion saal pehle material world wajood mein aaya.</w:t>
      </w:r>
      <w:r>
        <w:br/>
      </w:r>
      <w:r>
        <w:rPr>
          <w:sz w:val="20"/>
        </w:rPr>
        <w:t>1:58  is ke bohat baad ko zameen par woh halaat paida hue</w:t>
      </w:r>
      <w:r>
        <w:br/>
      </w:r>
      <w:r>
        <w:rPr>
          <w:sz w:val="20"/>
        </w:rPr>
        <w:t>2:04  ke yahan insan basaya gaya. to pehla insan adam thay. adam pehle insan bhi thay aur pehle peghambar bhi,</w:t>
      </w:r>
      <w:r>
        <w:br/>
      </w:r>
      <w:r>
        <w:rPr>
          <w:sz w:val="20"/>
        </w:rPr>
        <w:t>2:20  yeh quran se sabit hai.</w:t>
      </w:r>
      <w:r>
        <w:br/>
      </w:r>
      <w:r>
        <w:rPr>
          <w:sz w:val="20"/>
        </w:rPr>
        <w:t>2:24  to allah ta'ala ne insan ko is dunya mein rakha tha test ke liye, yani imtehan ke liye. to yeh batana zaroori tha ke insan ka test kis mamle mein hai.</w:t>
      </w:r>
      <w:r>
        <w:br/>
      </w:r>
      <w:r>
        <w:rPr>
          <w:sz w:val="20"/>
        </w:rPr>
        <w:t>2:40  to isi ko batane ke liye allah ta'ala ne</w:t>
      </w:r>
      <w:r>
        <w:br/>
      </w:r>
      <w:r>
        <w:rPr>
          <w:sz w:val="20"/>
        </w:rPr>
        <w:t>2:43  peghambaron ka silsila shuru kiya.</w:t>
      </w:r>
      <w:r>
        <w:br/>
      </w:r>
      <w:r>
        <w:rPr>
          <w:sz w:val="20"/>
        </w:rPr>
        <w:t>2:49  to quran majeed mein hai ke: "inna arsalna rusulana bil bayyinat, wa anzalna ma'ahum ul kitab".</w:t>
      </w:r>
      <w:r>
        <w:br/>
      </w:r>
      <w:r>
        <w:rPr>
          <w:sz w:val="20"/>
        </w:rPr>
        <w:t>3:00  yani allah ta'ala ne peghambaron ko kitab di,</w:t>
      </w:r>
      <w:r>
        <w:br/>
      </w:r>
      <w:r>
        <w:rPr>
          <w:sz w:val="20"/>
        </w:rPr>
        <w:t>3:06  divine book, divine guidance, aur saath saath bayyinat diya, yani dalail.</w:t>
      </w:r>
      <w:r>
        <w:br/>
      </w:r>
      <w:r>
        <w:rPr>
          <w:sz w:val="20"/>
        </w:rPr>
        <w:t>3:17  dalail. yeh do cheezein har peghambar ko milein,</w:t>
      </w:r>
      <w:r>
        <w:br/>
      </w:r>
      <w:r>
        <w:rPr>
          <w:sz w:val="20"/>
        </w:rPr>
        <w:t>3:24  apne zamane ke aitbar se.</w:t>
      </w:r>
    </w:p>
    <w:p>
      <w:pPr>
        <w:pStyle w:val="Heading2"/>
      </w:pPr>
      <w:r>
        <w:t>First revelation and Waraka's confirmation</w:t>
      </w:r>
    </w:p>
    <w:p>
      <w:r>
        <w:rPr>
          <w:color w:val="666666"/>
          <w:sz w:val="18"/>
        </w:rPr>
        <w:t>Life of the Prophet Muhammad, May 26, 2008 · 2m 58s · at 5:59 · https://youtu.be/RHKPu_bRDiY?t=359</w:t>
      </w:r>
    </w:p>
    <w:p>
      <w:r>
        <w:rPr>
          <w:i/>
        </w:rPr>
        <w:t>“Jab aap 40 saal ke ho gaye to ek din aisa hua”</w:t>
      </w:r>
    </w:p>
    <w:p>
      <w:r>
        <w:rPr>
          <w:sz w:val="20"/>
        </w:rPr>
        <w:t>5:59  yahan tak ke jab aap 40 saal ke ho gaye to aik din aisa hua ke jab aap mount hira ke us ghar mein the jahan aap jaya karte the, to wahan par achaanak aik angel zahir hua,</w:t>
      </w:r>
      <w:r>
        <w:br/>
      </w:r>
      <w:r>
        <w:rPr>
          <w:sz w:val="20"/>
        </w:rPr>
        <w:t>6:25  khuda ka farishta. us ne bataya ke mein khuda ka bheja hua farishta hoon.</w:t>
      </w:r>
      <w:r>
        <w:br/>
      </w:r>
      <w:r>
        <w:rPr>
          <w:sz w:val="20"/>
        </w:rPr>
        <w:t>6:35  khuda ne aap ko apna peghambar banaya hai. aap ko yeh kaam diya gaya hai ke aap dunya ko khuda ki sachai batain.</w:t>
      </w:r>
      <w:r>
        <w:br/>
      </w:r>
      <w:r>
        <w:rPr>
          <w:sz w:val="20"/>
        </w:rPr>
        <w:t>6:53  lekin yeh pehla experience tha, to thora aap ke andar concern paida hua us ke baray mein.</w:t>
      </w:r>
      <w:r>
        <w:br/>
      </w:r>
      <w:r>
        <w:rPr>
          <w:sz w:val="20"/>
        </w:rPr>
        <w:t>7:03  to aap ne aa kar apni aaliya khadija se bataya ke aisa aisa ghar hira mein hua.</w:t>
      </w:r>
      <w:r>
        <w:br/>
      </w:r>
      <w:r>
        <w:rPr>
          <w:sz w:val="20"/>
        </w:rPr>
        <w:t>7:13  to us waqt wahan makkah mein aik sahib raha karte the, un ka naam tha warqa bin nofal. woh christian the, yani christian ho gaye the.</w:t>
      </w:r>
      <w:r>
        <w:br/>
      </w:r>
      <w:r>
        <w:rPr>
          <w:sz w:val="20"/>
        </w:rPr>
        <w:t>7:25  unhon ne pichlay mazhabon ki kitabein parhi theen aur pichlay mazhabon ke baray mein bohat kuch jante the. woh us waqt un ki umar 90 saal se ziyada ho chuki thi.</w:t>
      </w:r>
      <w:r>
        <w:br/>
      </w:r>
      <w:r>
        <w:rPr>
          <w:sz w:val="20"/>
        </w:rPr>
        <w:t>7:38  to un ko gyan tha mazhabon ka. to aap ki biwi khadija aap ko le kar un ke paas gayeen, jo door ke rishtay se khadija ke rishtedar bhi hotay thay.</w:t>
      </w:r>
      <w:r>
        <w:br/>
      </w:r>
      <w:r>
        <w:rPr>
          <w:sz w:val="20"/>
        </w:rPr>
        <w:t>7:56  to us waqt woh nabina ho chukay thay, yani aankh se dekh nahi sakte thay. woh to rasool Allah ne un ko bataya ke mujh par kya hua ghar hira mein ke is is tareeqay se aik farishta aaya, us ne aisa aisa kaha.</w:t>
      </w:r>
      <w:r>
        <w:br/>
      </w:r>
      <w:r>
        <w:rPr>
          <w:sz w:val="20"/>
        </w:rPr>
        <w:t>8:19  aur pehli jo verse thi quran ki, woh mujhe batai: "iqra bism rabbika allazi khalaq, khalaq al insana min alaq, iqra wa rabbuka alakram allazi allama bil qalam, allama al insana ma lam yalam".</w:t>
      </w:r>
      <w:r>
        <w:br/>
      </w:r>
      <w:r>
        <w:rPr>
          <w:sz w:val="20"/>
        </w:rPr>
        <w:t>8:35  yeh thi quran ki pehli ayatein, yeh verse jo us waqt farishtay ne aap ko batain.</w:t>
      </w:r>
      <w:r>
        <w:br/>
      </w:r>
      <w:r>
        <w:rPr>
          <w:sz w:val="20"/>
        </w:rPr>
        <w:t>8:46  to warqa chunkay pichlay mazhabon ko parhay hue thay, isa aur musa ki batain jante thay, woh bible parha tha unhon ne.</w:t>
      </w:r>
    </w:p>
    <w:p>
      <w:pPr>
        <w:pStyle w:val="Heading2"/>
      </w:pPr>
      <w:r>
        <w:t>Abu Bakr secretly serves a blind old woman</w:t>
      </w:r>
    </w:p>
    <w:p>
      <w:r>
        <w:rPr>
          <w:color w:val="666666"/>
          <w:sz w:val="18"/>
        </w:rPr>
        <w:t>The Spirit of Ramadan (Part 2) April 24, 2022 Dr. Saniyasnain Khan · 2m 40s · at 5:04 · https://youtu.be/NHe5tC7U3mk?t=304</w:t>
      </w:r>
    </w:p>
    <w:p>
      <w:r>
        <w:rPr>
          <w:i/>
        </w:rPr>
        <w:t>“Ek ghar tha Madina ke outskirts par, koi choti si hut.”</w:t>
      </w:r>
    </w:p>
    <w:p>
      <w:r>
        <w:rPr>
          <w:sz w:val="20"/>
        </w:rPr>
        <w:t>5:04  ek waqea ajrit abubakr ka bahut hi bunda hai ki madina mein ek jab woh caliph the us</w:t>
      </w:r>
      <w:r>
        <w:br/>
      </w:r>
      <w:r>
        <w:rPr>
          <w:sz w:val="20"/>
        </w:rPr>
        <w:t>5:10  waqt ka waqya aayi hai.</w:t>
      </w:r>
      <w:r>
        <w:br/>
      </w:r>
      <w:r>
        <w:rPr>
          <w:sz w:val="20"/>
        </w:rPr>
        <w:t>5:16  ruler the yaani wahan ke. ji.</w:t>
      </w:r>
      <w:r>
        <w:br/>
      </w:r>
      <w:r>
        <w:rPr>
          <w:sz w:val="20"/>
        </w:rPr>
        <w:t>5:22  to ek ghar tha madina ke outskirts par, sort of hut chota sa koi ghar tha.</w:t>
      </w:r>
      <w:r>
        <w:br/>
      </w:r>
      <w:r>
        <w:rPr>
          <w:sz w:val="20"/>
        </w:rPr>
        <w:t>5:28  to wahan jaya karte the fazr ke namaz ke baad.</w:t>
      </w:r>
      <w:r>
        <w:br/>
      </w:r>
      <w:r>
        <w:rPr>
          <w:sz w:val="20"/>
        </w:rPr>
        <w:t>5:35  to hazrat umar raziyallan unhone dekha ki roz subah jaate hain yeh is ghar mein.</w:t>
      </w:r>
      <w:r>
        <w:br/>
      </w:r>
      <w:r>
        <w:rPr>
          <w:sz w:val="20"/>
        </w:rPr>
        <w:t>5:42  to thoda curious hue janana chaha ki yeh kya kaun rehta hai ismein jaakar dekhoon main.</w:t>
      </w:r>
      <w:r>
        <w:br/>
      </w:r>
      <w:r>
        <w:rPr>
          <w:sz w:val="20"/>
        </w:rPr>
        <w:t>5:50  to ek din jab woh nikle bahar ghar se rajat abubakar to rajat umar rajelan gaye andar.</w:t>
      </w:r>
      <w:r>
        <w:br/>
      </w:r>
      <w:r>
        <w:rPr>
          <w:sz w:val="20"/>
        </w:rPr>
        <w:t>5:58  to dekha ki ek blind lady, old blind lady leti hui thi.</w:t>
      </w:r>
      <w:r>
        <w:br/>
      </w:r>
      <w:r>
        <w:rPr>
          <w:sz w:val="20"/>
        </w:rPr>
        <w:t>6:06  to us blind lady se pucha ki yeh aadmi kaun hai jo aata hai kya karta hai aapke yahan? to usne kaha blind lady ne ki main nahin jaanti ki kya karta hai wo bas wo aata hai mera jhaadu adu deta hai, pocha lagata hai aur khane paka ke rakh ke chala jata hai bolta bhi nahin hoon. to Hazrat Umar samajh gaye.</w:t>
      </w:r>
      <w:r>
        <w:br/>
      </w:r>
      <w:r>
        <w:rPr>
          <w:sz w:val="20"/>
        </w:rPr>
        <w:t>6:32  khair phir kuch dinon ke baad Hazrat Abu Bakr ki death ho gayi. to Hazrat Umar ne socha ki wah jo blind lady ki khidmat karte the Hazrat Abu Bakr ab main shuru kar deta hoon. to wo jaane lage. jaake sawai karte hain, pocha lagate, khana pakate, rakh ke chale aate. to ek din wo blind lady ne kaha ki tumhare dost ki death ho gayi kya?</w:t>
      </w:r>
      <w:r>
        <w:br/>
      </w:r>
      <w:r>
        <w:rPr>
          <w:sz w:val="20"/>
        </w:rPr>
        <w:t>7:02  to hazar to Umar hairan ho gaye ki bole ki kaise pata chala aapko? to us old lady ne jo blind thi boli ki tum jo khajbur late ho dates uska beej nahin nikalte. ji.</w:t>
      </w:r>
      <w:r>
        <w:br/>
      </w:r>
      <w:r>
        <w:rPr>
          <w:sz w:val="20"/>
        </w:rPr>
        <w:t>7:18  to wo Hazrat Umar ghutnon ke bal zameen par baith gaye aur bole ke ae wo Bakar tumhare jaane ke baad khalifa bahut thak gaya. ji. ek waqya hai ajrat tumhar ka bhi lete hain. ji.</w:t>
      </w:r>
      <w:r>
        <w:br/>
      </w:r>
      <w:r>
        <w:rPr>
          <w:sz w:val="20"/>
        </w:rPr>
        <w:t>7:44  Hazrat Umar jab caliph bane to bahut badi empire thi, phaili hui thi. to bahar se log aaye karte the, delegations aate the. to ek baar delegation aaya to hazar Uber rajillahaan masjid mein nahin the. masjid mein milte the wo, ghar par the. to log ghar par aa gaye.</w:t>
      </w:r>
    </w:p>
    <w:p>
      <w:pPr>
        <w:pStyle w:val="Heading2"/>
      </w:pPr>
      <w:r>
        <w:t>Jabir's night-long comparison of Prophet to the moon</w:t>
      </w:r>
    </w:p>
    <w:p>
      <w:r>
        <w:rPr>
          <w:color w:val="666666"/>
          <w:sz w:val="18"/>
        </w:rPr>
        <w:t>The Noble Qualities of The Prophet Muhammad 7 September 2025 · 1m 37s · at 27:48 · https://youtu.be/o85acwpOiDw?t=1668</w:t>
      </w:r>
    </w:p>
    <w:p>
      <w:r>
        <w:rPr>
          <w:i/>
        </w:rPr>
        <w:t>“The Prophet was in a red cloak while the moon was shining”</w:t>
      </w:r>
    </w:p>
    <w:p>
      <w:r>
        <w:rPr>
          <w:sz w:val="20"/>
        </w:rPr>
        <w:t>27:48  and there is another very beautiful and interesting narration by another Sahabi, Jabir ibn Samurah (R.A.).</w:t>
      </w:r>
      <w:r>
        <w:br/>
      </w:r>
      <w:r>
        <w:rPr>
          <w:sz w:val="20"/>
        </w:rPr>
        <w:t>27:58  he says: "Rasulullah (S.A.W.S.) was seen in the night with the moon shining brightly and</w:t>
      </w:r>
      <w:r>
        <w:br/>
      </w:r>
      <w:r>
        <w:rPr>
          <w:sz w:val="20"/>
        </w:rPr>
        <w:t>28:12  sky. You know, in those days there was no pollution and nothing, and in a desert, you can imagine the moon so beautiful. So, and he says: "he had a red cloak," and the prophet was wearing a red cloak.</w:t>
      </w:r>
      <w:r>
        <w:br/>
      </w:r>
      <w:r>
        <w:rPr>
          <w:sz w:val="20"/>
        </w:rPr>
        <w:t>28:28  so prophet was wearing a red cloak in a desert, and the moon was shining. So must be a very beautiful scene.</w:t>
      </w:r>
      <w:r>
        <w:br/>
      </w:r>
      <w:r>
        <w:rPr>
          <w:sz w:val="20"/>
        </w:rPr>
        <w:t>28:36  so</w:t>
      </w:r>
      <w:r>
        <w:br/>
      </w:r>
      <w:r>
        <w:rPr>
          <w:sz w:val="20"/>
        </w:rPr>
        <w:t>28:40  Jabir ibn Samurah (R.A.), he started comparing the prophet to the moon.</w:t>
      </w:r>
      <w:r>
        <w:br/>
      </w:r>
      <w:r>
        <w:rPr>
          <w:sz w:val="20"/>
        </w:rPr>
        <w:t>28:49  i began looking at him and then at the moon. And he was, he looked at the moon and looked at the prophet, and looked at the moon and looked at the prophet.</w:t>
      </w:r>
      <w:r>
        <w:br/>
      </w:r>
      <w:r>
        <w:rPr>
          <w:sz w:val="20"/>
        </w:rPr>
        <w:t>29:00  he was doing like this, and then and he said: "by God, i swear to God that he was more beautiful than the moon." so the prophet's beauty was beyond comparison,</w:t>
      </w:r>
      <w:r>
        <w:br/>
      </w:r>
      <w:r>
        <w:rPr>
          <w:sz w:val="20"/>
        </w:rPr>
        <w:t>29:18  undoubtedly. Doctor sahib, another thing was that his simplicity and his focus on the</w:t>
      </w:r>
    </w:p>
    <w:p>
      <w:pPr>
        <w:pStyle w:val="Heading2"/>
      </w:pPr>
      <w:r>
        <w:t>Muslims absent from modern science and invention</w:t>
      </w:r>
    </w:p>
    <w:p>
      <w:r>
        <w:rPr>
          <w:color w:val="666666"/>
          <w:sz w:val="18"/>
        </w:rPr>
        <w:t>Role of Islam in History April 5, 2009 · 2m 59s · at 1:12:22 · https://youtu.be/_chXIaKrOH8?t=4342</w:t>
      </w:r>
    </w:p>
    <w:p>
      <w:r>
        <w:rPr>
          <w:i/>
        </w:rPr>
        <w:t>“Modern inventions mein Muslims ka naam na ke barabar hai”</w:t>
      </w:r>
    </w:p>
    <w:p>
      <w:r>
        <w:rPr>
          <w:sz w:val="20"/>
        </w:rPr>
        <w:t>1:12:22  dunya mein jitni taraqqi o kamyabi ghair iman karne wale, dunya mein jitni taraqqi o kamyabi ghair iman wale karte hain,</w:t>
      </w:r>
      <w:r>
        <w:br/>
      </w:r>
      <w:r>
        <w:rPr>
          <w:sz w:val="20"/>
        </w:rPr>
        <w:t>1:12:35  itni taraqqi o kamyabi iman wale nahi kar paate. misaal modern alat ki ijad mein musalmanon ka naam na ke barabar hai,</w:t>
      </w:r>
      <w:r>
        <w:br/>
      </w:r>
      <w:r>
        <w:rPr>
          <w:sz w:val="20"/>
        </w:rPr>
        <w:t>1:12:46  jaise computer, mobile, hawai jahaz, medicine, electronics, hospital mein use hone wale alat.</w:t>
      </w:r>
      <w:r>
        <w:br/>
      </w:r>
      <w:r>
        <w:rPr>
          <w:sz w:val="20"/>
        </w:rPr>
        <w:t>1:12:56  gharz yeh ke science ke zariye hone wali har ijad mein ghair muslimon ka naam hai, muslimon ka nahi, aur musalman taleem mein bhi peechay hain.</w:t>
      </w:r>
      <w:r>
        <w:br/>
      </w:r>
      <w:r>
        <w:rPr>
          <w:sz w:val="20"/>
        </w:rPr>
        <w:t>1:13:09  is ki kya wajah hai? idhar question of muslim bundar, muslim,</w:t>
      </w:r>
      <w:r>
        <w:br/>
      </w:r>
      <w:r>
        <w:rPr>
          <w:sz w:val="20"/>
        </w:rPr>
        <w:t>1:13:16  muslims are engaged in politics, in fighting, in jihad, in gun and bomb, and all the whole muslim society is giving them admiration.</w:t>
      </w:r>
      <w:r>
        <w:br/>
      </w:r>
      <w:r>
        <w:rPr>
          <w:sz w:val="20"/>
        </w:rPr>
        <w:t>1:13:28  they are heroes. no muslim is ready to condemn these people. i don't know any muslim who condemn, who condemns these people.</w:t>
      </w:r>
      <w:r>
        <w:br/>
      </w:r>
      <w:r>
        <w:rPr>
          <w:sz w:val="20"/>
        </w:rPr>
        <w:t>1:13:42  so these people who are engaged in politics and in leadership and in in in political activities, they are emergent heroes in the muslim society.</w:t>
      </w:r>
      <w:r>
        <w:br/>
      </w:r>
      <w:r>
        <w:rPr>
          <w:sz w:val="20"/>
        </w:rPr>
        <w:t>1:13:55  so when you are not engaged in scientific study, then you can not perform any, any, any, any breaker in science</w:t>
      </w:r>
      <w:r>
        <w:br/>
      </w:r>
      <w:r>
        <w:rPr>
          <w:sz w:val="20"/>
        </w:rPr>
        <w:t>1:14:09  . they are performing breaker because they are engaged in science. so muslims are engaged, muslims due to their negative thinking, due to their political thinking, they are engaged in political activities,</w:t>
      </w:r>
      <w:r>
        <w:br/>
      </w:r>
      <w:r>
        <w:rPr>
          <w:sz w:val="20"/>
        </w:rPr>
        <w:t>1:14:26  in gun culture, bomb culture. so first of all, you have to abandon all these activities. all muslims must issue a fatwa that all these activities are haram.</w:t>
      </w:r>
      <w:r>
        <w:br/>
      </w:r>
      <w:r>
        <w:rPr>
          <w:sz w:val="20"/>
        </w:rPr>
        <w:t>1:14:42  then a new beginning will emerge. there is no new beginning. people are engaged in politics, engaged in even in society, bigging, but no,</w:t>
      </w:r>
      <w:r>
        <w:br/>
      </w:r>
      <w:r>
        <w:rPr>
          <w:sz w:val="20"/>
        </w:rPr>
        <w:t>1:14:56  no mufti issue any fatwa that all these things are haram. so there is no new process</w:t>
      </w:r>
      <w:r>
        <w:br/>
      </w:r>
      <w:r>
        <w:rPr>
          <w:sz w:val="20"/>
        </w:rPr>
        <w:t>1:15:04  . so first of all, you have to condemn all these activities. you have to declare that these activities are unislamic. then inshallah, there will be a new beginning, and then muslim will emerge in scientific fields.</w:t>
      </w:r>
    </w:p>
    <w:p>
      <w:pPr>
        <w:pStyle w:val="Heading2"/>
      </w:pPr>
      <w:r>
        <w:t>a companion wants only Paradise, not riches</w:t>
      </w:r>
    </w:p>
    <w:p>
      <w:r>
        <w:rPr>
          <w:color w:val="666666"/>
          <w:sz w:val="18"/>
        </w:rPr>
        <w:t>The Story of Hazrat Abu Hurairah (r.a.) December 31, 2023 · 2m 36s · at 19:05 · https://youtu.be/ntoKGwQ1WX0?t=1145</w:t>
      </w:r>
    </w:p>
    <w:p>
      <w:r>
        <w:rPr>
          <w:i/>
        </w:rPr>
        <w:t>“A young companion slept outside the Prophet's door every night”</w:t>
      </w:r>
    </w:p>
    <w:p>
      <w:r>
        <w:rPr>
          <w:sz w:val="20"/>
        </w:rPr>
        <w:t>19:04  Ji.</w:t>
      </w:r>
      <w:r>
        <w:br/>
      </w:r>
      <w:r>
        <w:rPr>
          <w:sz w:val="20"/>
        </w:rPr>
        <w:t>19:05  to yeh, aah, aah, aisi ek ek sahabi aap ko sirf andaaza karne ke liye ek misaal le raha hoon.</w:t>
      </w:r>
      <w:r>
        <w:br/>
      </w:r>
      <w:r>
        <w:rPr>
          <w:sz w:val="20"/>
        </w:rPr>
        <w:t>19:14  ek ek sahabi the, aaj woh bhi Ashab-e-Suffa ke mein the aur woh he was a young sahabi. Ji. To un ka naam tha Rabi'a ibn Ka'b al-Aslami.</w:t>
      </w:r>
      <w:r>
        <w:br/>
      </w:r>
      <w:r>
        <w:rPr>
          <w:sz w:val="20"/>
        </w:rPr>
        <w:t>19:26  Aslam ek tribe ka naam hai. Hmm. To woh Aslami log kehte hain, woh jo iss tribe se</w:t>
      </w:r>
      <w:r>
        <w:br/>
      </w:r>
      <w:r>
        <w:rPr>
          <w:sz w:val="20"/>
        </w:rPr>
        <w:t>19:32  . So he was a young sahabi. And he would, uh, act sort of khaadim to the Prophet.</w:t>
      </w:r>
      <w:r>
        <w:br/>
      </w:r>
      <w:r>
        <w:rPr>
          <w:sz w:val="20"/>
        </w:rPr>
        <w:t>19:41  yaani kuch, koi, koi chhota mota kaam hai ke yeh saamaan le aao ya kuch le aao. So he would sleep right in front of the Prophet's door.</w:t>
      </w:r>
      <w:r>
        <w:br/>
      </w:r>
      <w:r>
        <w:rPr>
          <w:sz w:val="20"/>
        </w:rPr>
        <w:t>19:50  choonke masjid aur ghar Rasool Allah ka mila hua</w:t>
      </w:r>
      <w:r>
        <w:br/>
      </w:r>
      <w:r>
        <w:rPr>
          <w:sz w:val="20"/>
        </w:rPr>
        <w:t>19:54  tha. To jo Prophet ka ghar ka darwaaza tha, bilkul koi saamne rehte the, wahin sote the. Taake jab bhi zaroorat ho Rasool Allah ko aawaaz dein to foran ja ke kuch kaam kar dein, koi chhota mota.</w:t>
      </w:r>
      <w:r>
        <w:br/>
      </w:r>
      <w:r>
        <w:rPr>
          <w:sz w:val="20"/>
        </w:rPr>
        <w:t>20:05  to ek din Prophet ne knock kiya, aawaaz di to woh uth gaye aur foran, aah, labbaik ya Rasool Allah keh ke gaye aur paani laaye.</w:t>
      </w:r>
      <w:r>
        <w:br/>
      </w:r>
      <w:r>
        <w:rPr>
          <w:sz w:val="20"/>
        </w:rPr>
        <w:t>20:17  t</w:t>
      </w:r>
      <w:r>
        <w:br/>
      </w:r>
      <w:r>
        <w:rPr>
          <w:sz w:val="20"/>
        </w:rPr>
        <w:t>20:18  Hajr ka waqt tha to paani la ke Prophet ki help ki. Woh Prophet ne wuzu kiya. To uss waqt Rasool Allah ne dekha un ki, un ki problems ko, kaha ke kuch tum chahte ho to batao, kuch maango.</w:t>
      </w:r>
      <w:r>
        <w:br/>
      </w:r>
      <w:r>
        <w:rPr>
          <w:sz w:val="20"/>
        </w:rPr>
        <w:t>20:34  to unhon ne socha, to unhon ne kaha ke bas main aap ki companionship chahta hoon jannat mein. Hmm</w:t>
      </w:r>
      <w:r>
        <w:br/>
      </w:r>
      <w:r>
        <w:rPr>
          <w:sz w:val="20"/>
        </w:rPr>
        <w:t>20:42  . To Rasool Allah ne kaha ke nahin bhai, kuch matlab aakhirat ki baat nahin, dunya ki koi cheez ho to batao. You need a house, you need a wife, you need a family, you need money, whatever you need.</w:t>
      </w:r>
      <w:r>
        <w:br/>
      </w:r>
      <w:r>
        <w:rPr>
          <w:sz w:val="20"/>
        </w:rPr>
        <w:t>20:53  Ji. Yaani Rasool Allah dua kar dete to aasmaan se sona baras jaata. To phir unhon ne wohi kaha. You know, I need your companionship in Jannah.</w:t>
      </w:r>
      <w:r>
        <w:br/>
      </w:r>
      <w:r>
        <w:rPr>
          <w:sz w:val="20"/>
        </w:rPr>
        <w:t>21:03  to Rasool Allah ne kaha achha tum ne bahut bhaari cheez maangi hai mujh se. Ji. To tum thoda sajdon ko apna badhao. Ji. To uss se pata chalta hai ke kis tarah ke, hmm, log the, kitna dedication tha un ka.</w:t>
      </w:r>
      <w:r>
        <w:br/>
      </w:r>
      <w:r>
        <w:rPr>
          <w:sz w:val="20"/>
        </w:rPr>
        <w:t>21:15  Ji. Haalanke kitne difficult haalaat se guzar rahe the. Bilkul. Khaane peene ke liye kapde nahin hote the. Yaani Hazrat Abu Huraira kehte hain ke</w:t>
      </w:r>
      <w:r>
        <w:br/>
      </w:r>
      <w:r>
        <w:rPr>
          <w:sz w:val="20"/>
        </w:rPr>
        <w:t>21:23  bahut se aise Ashab-e-Suffa mein se log the jin ke paas they don't even have the upper garment. Hmm. Yaani iss iss tarah ke different difficult haalaat se guzre, phir bhi dekhiye kehte hain ke I need your companionship.</w:t>
      </w:r>
      <w:r>
        <w:br/>
      </w:r>
      <w:r>
        <w:rPr>
          <w:sz w:val="20"/>
        </w:rPr>
        <w:t>21:37  Ji. To bahut hi exceptional log the. Bilkul.</w:t>
      </w:r>
    </w:p>
    <w:p>
      <w:pPr>
        <w:pStyle w:val="Heading2"/>
      </w:pPr>
      <w:r>
        <w:t>How Paul's travels spread Christianity worldwide</w:t>
      </w:r>
    </w:p>
    <w:p>
      <w:r>
        <w:rPr>
          <w:color w:val="666666"/>
          <w:sz w:val="18"/>
        </w:rPr>
        <w:t>Importance of Travel in Religion July 28, 2024 · 1m 27s · at 29:36 · https://youtu.be/a5tfBcUSYXc?t=1776</w:t>
      </w:r>
    </w:p>
    <w:p>
      <w:r>
        <w:rPr>
          <w:i/>
        </w:rPr>
        <w:t>“For forty days after, he kept visiting his grieving disciples.”</w:t>
      </w:r>
    </w:p>
    <w:p>
      <w:r>
        <w:rPr>
          <w:sz w:val="20"/>
        </w:rPr>
        <w:t>29:36  aur do teen din ke baad phir woh apne hawariyon, taqreeban geyarah</w:t>
      </w:r>
      <w:r>
        <w:br/>
      </w:r>
      <w:r>
        <w:rPr>
          <w:sz w:val="20"/>
        </w:rPr>
        <w:t>29:41  ha hawari thay, to un ke paas woh aate rahe. aur un se unhon ne kaha ke dekho, is paigham ko tum log sari dunya mein pahuncha do ke Khuda ki kingdom anay wali hai aur apne aap ko is qabil banao ke is kingdom mein hissadar bano.</w:t>
      </w:r>
      <w:r>
        <w:br/>
      </w:r>
      <w:r>
        <w:rPr>
          <w:sz w:val="20"/>
        </w:rPr>
        <w:t>29:56  to hawari is bohat ziyada ghamzad</w:t>
      </w:r>
      <w:r>
        <w:br/>
      </w:r>
      <w:r>
        <w:rPr>
          <w:sz w:val="20"/>
        </w:rPr>
        <w:t>30:00  the the, lekin woh chalish din tak aate rahe. phir unhon ne hausla dilaya, aur phir is ke baad jo hai, unhon ne wahi travel, travel kar kar ke phir un ke haan aik Saint Paul nikalay.</w:t>
      </w:r>
      <w:r>
        <w:br/>
      </w:r>
      <w:r>
        <w:rPr>
          <w:sz w:val="20"/>
        </w:rPr>
        <w:t>30:13  Unhon ne bohat ziyada travel kiya, travel kar kar ke jagah jagah unhon ne church qaim kiye. Church jaise masjid ya worshiping place ke liye bhi aata hai, aur aik Christian community ke liye bhi aata hai.</w:t>
      </w:r>
      <w:r>
        <w:br/>
      </w:r>
      <w:r>
        <w:rPr>
          <w:sz w:val="20"/>
        </w:rPr>
        <w:t>30:28  Agar aik jagah das pandrah log ho jayen, Christian, aur woh log wahan kaam kar rahe hon to us ko bhi church kehte hain. To Saint Paul ne jagah jagah church banaye, aur un logon ne phir sari duniya mein kaam kiya.</w:t>
      </w:r>
      <w:r>
        <w:br/>
      </w:r>
      <w:r>
        <w:rPr>
          <w:sz w:val="20"/>
        </w:rPr>
        <w:t>30:44  Aur aaj tak woh log kaam kar rahe hain. Aaj tak unhon ne Hazrat Isa علیہ السلام ki taleemat ko bhoolay nahi hain, balkeh unhon ne aaj tak kaam kar rahe hain.</w:t>
      </w:r>
      <w:r>
        <w:br/>
      </w:r>
      <w:r>
        <w:rPr>
          <w:sz w:val="20"/>
        </w:rPr>
        <w:t>30:55  Isi wajah se aaj itna ziyada Isaiyat jo hai, is Hazrat Isa ki taleemat phail gayin sari duniya mein.</w:t>
      </w:r>
    </w:p>
    <w:p>
      <w:pPr>
        <w:pStyle w:val="Heading2"/>
      </w:pPr>
      <w:r>
        <w:t>First revelation in Cave Hira and visit to Christian scholar Waraqah</w:t>
      </w:r>
    </w:p>
    <w:p>
      <w:r>
        <w:rPr>
          <w:color w:val="666666"/>
          <w:sz w:val="18"/>
        </w:rPr>
        <w:t>Prophet of Islam A Role Model 16 January, 2011 · 1m 40s · at 3:41 · https://youtu.be/77WIVVVMP04?t=221</w:t>
      </w:r>
    </w:p>
    <w:p>
      <w:r>
        <w:rPr>
          <w:i/>
        </w:rPr>
        <w:t>“Rasul Allah ko jab 610 esvi mein Ghar-e-Hira mein pehli wahi utri”</w:t>
      </w:r>
    </w:p>
    <w:p>
      <w:r>
        <w:rPr>
          <w:sz w:val="20"/>
        </w:rPr>
        <w:t>3:41  rasool Allah sal Allah aleh wasallam ko jab 610 eesvi mein gharahira mein pehli wahi utri, "iqra bismi rabbika allazi khalaq" .</w:t>
      </w:r>
      <w:r>
        <w:br/>
      </w:r>
      <w:r>
        <w:rPr>
          <w:sz w:val="20"/>
        </w:rPr>
        <w:t>3:56  to rawaiyat mein aata hai ke aap ghar wapas aaye, yaani gharahira se wahan aaye jahan Hazrat Khadija ka ghar tha, kyunke unhi ke paas aap rehte the shadi ke baad.</w:t>
      </w:r>
      <w:r>
        <w:br/>
      </w:r>
      <w:r>
        <w:rPr>
          <w:sz w:val="20"/>
        </w:rPr>
        <w:t>4:13  to aap par kuch ghabrahat taari thi, kyunke pehla tajurba tha yeh farishte ka aana.</w:t>
      </w:r>
      <w:r>
        <w:br/>
      </w:r>
      <w:r>
        <w:rPr>
          <w:sz w:val="20"/>
        </w:rPr>
        <w:t>4:24  to unhon ne Hazrat Khadija se apna tajurba bayan kiya. to unhon ne yeh mashwara diya ke Makkah mein aik aik christian scholar hain,</w:t>
      </w:r>
      <w:r>
        <w:br/>
      </w:r>
      <w:r>
        <w:rPr>
          <w:sz w:val="20"/>
        </w:rPr>
        <w:t>4:39  isai aalim, un ke paas chalain. un ka naam tha Warqa bin Naufal, woh taqreeban 90 saal ke ho chuke the.</w:t>
      </w:r>
      <w:r>
        <w:br/>
      </w:r>
      <w:r>
        <w:rPr>
          <w:sz w:val="20"/>
        </w:rPr>
        <w:t>4:50  dekhiye, is par aap un ke sath</w:t>
      </w:r>
      <w:r>
        <w:br/>
      </w:r>
      <w:r>
        <w:rPr>
          <w:sz w:val="20"/>
        </w:rPr>
        <w:t>4:52  gaye wahan par. yeh bhi aik namona hai. aap kehte hain ke un ke paas kyun jaon mein? woh to aik ghair muslim hain, woh aik isai hain,</w:t>
      </w:r>
      <w:r>
        <w:br/>
      </w:r>
      <w:r>
        <w:rPr>
          <w:sz w:val="20"/>
        </w:rPr>
        <w:t>5:07  mein aik muslim hoon, mein momin hoon, mein isai ke paas kyun jaon? aap ne aisa nahi kiya.</w:t>
      </w:r>
      <w:r>
        <w:br/>
      </w:r>
      <w:r>
        <w:rPr>
          <w:sz w:val="20"/>
        </w:rPr>
        <w:t>5:16  to is mein bohat bara sabak hai.</w:t>
      </w:r>
    </w:p>
    <w:p>
      <w:pPr>
        <w:pStyle w:val="Heading2"/>
      </w:pPr>
      <w:r>
        <w:t>Body changes but soul remains constant</w:t>
      </w:r>
    </w:p>
    <w:p>
      <w:r>
        <w:rPr>
          <w:color w:val="666666"/>
          <w:sz w:val="18"/>
        </w:rPr>
        <w:t>Man and The Laws of Nature I 1 April 2012 - Maulana Wahiduddin Khan · 2m 50s · at 4:02 · https://youtu.be/pXgCS3J0VkU?t=242</w:t>
      </w:r>
    </w:p>
    <w:p>
      <w:r>
        <w:rPr>
          <w:i/>
        </w:rPr>
        <w:t>“Ab jo baat main kehna chahta hoon, is waqt is ke liye ek misaal deta hoon”</w:t>
      </w:r>
    </w:p>
    <w:p>
      <w:r>
        <w:rPr>
          <w:sz w:val="20"/>
        </w:rPr>
        <w:t>4:02  ab jo baat main kehna chahta hoon, us waqt is ke liye ek misaal deta hoon main. dekhiye, yeh jo insaan ka body hai, to hamesha insaan janta tha keh body ke andar ek soul hai.</w:t>
      </w:r>
      <w:r>
        <w:br/>
      </w:r>
      <w:r>
        <w:rPr>
          <w:sz w:val="20"/>
        </w:rPr>
        <w:t>4:15  lekin ek baat bohat hi</w:t>
      </w:r>
      <w:r>
        <w:br/>
      </w:r>
      <w:r>
        <w:rPr>
          <w:sz w:val="20"/>
        </w:rPr>
        <w:t>4:19  abhi jald hi discover hui hai keh body hamesha badalte rehta, lekin aadmi ka soul badalta nahin.</w:t>
      </w:r>
      <w:r>
        <w:br/>
      </w:r>
      <w:r>
        <w:rPr>
          <w:sz w:val="20"/>
        </w:rPr>
        <w:t>4:33  yaani yeh body jo hai, insaan ka, is mein</w:t>
      </w:r>
      <w:r>
        <w:br/>
      </w:r>
      <w:r>
        <w:rPr>
          <w:sz w:val="20"/>
        </w:rPr>
        <w:t>4:39  sab living cells kahe jate hain, living cells par bana hua hai. aur woh itne zyada hain, itne zyada hain keh woh kai trillion un ki ginti hai.</w:t>
      </w:r>
      <w:r>
        <w:br/>
      </w:r>
      <w:r>
        <w:rPr>
          <w:sz w:val="20"/>
        </w:rPr>
        <w:t>4:54  yaani million nahin, billion nahin, balkeh trillion,</w:t>
      </w:r>
      <w:r>
        <w:br/>
      </w:r>
      <w:r>
        <w:rPr>
          <w:sz w:val="20"/>
        </w:rPr>
        <w:t>4:59  several trillions. to woh bohat hi chhote hain, jo aap dekh sakte hain, to woh har waqt tootate rehte hain, har waqt tootate rehte hain.</w:t>
      </w:r>
      <w:r>
        <w:br/>
      </w:r>
      <w:r>
        <w:rPr>
          <w:sz w:val="20"/>
        </w:rPr>
        <w:t>5:10  aur jo hum khana khate hain, us se woh replacement hota rehta hai. to yeh tootna aur replacement hona,</w:t>
      </w:r>
      <w:r>
        <w:br/>
      </w:r>
      <w:r>
        <w:rPr>
          <w:sz w:val="20"/>
        </w:rPr>
        <w:t>5:20  yeh barabar raat din jari rehta hai. aur woh is tarah hota hai keh aadmi ka body poora ka poora badal jata hai.</w:t>
      </w:r>
      <w:r>
        <w:br/>
      </w:r>
      <w:r>
        <w:rPr>
          <w:sz w:val="20"/>
        </w:rPr>
        <w:t>5:31  yaani bachpan mein</w:t>
      </w:r>
      <w:r>
        <w:br/>
      </w:r>
      <w:r>
        <w:rPr>
          <w:sz w:val="20"/>
        </w:rPr>
        <w:t>5:36  badalne ki speed kam hoti hai aur barhape mein speed badh jati hai. yaani agar average dekha jaye, average to taqreeban 10 saal mein hamara body badal jata hai.</w:t>
      </w:r>
      <w:r>
        <w:br/>
      </w:r>
      <w:r>
        <w:rPr>
          <w:sz w:val="20"/>
        </w:rPr>
        <w:t>5:49  yani meri umar agar 90 saal hai to mera body ko 90 baar dead ho chuka hai, 90 baar naya body mujhe mila hai.</w:t>
      </w:r>
      <w:r>
        <w:br/>
      </w:r>
      <w:r>
        <w:rPr>
          <w:sz w:val="20"/>
        </w:rPr>
        <w:t>5:59  to isi ko ek scientist ne kaha ke "personality is changeless in change". insaan ki jo shakhsiyat hai, wo badalte hue ke andar na badalta hua ek waqia hai.</w:t>
      </w:r>
      <w:r>
        <w:br/>
      </w:r>
      <w:r>
        <w:rPr>
          <w:sz w:val="20"/>
        </w:rPr>
        <w:t>6:18  "personality is changeless in change". is mein kya hai? is mein hum ko ek ek law of nature mila ke is duniya mein kuch cheezein hain jo subject of change hain, har waqt badalti hain, har waqt badalti hain.</w:t>
      </w:r>
      <w:r>
        <w:br/>
      </w:r>
      <w:r>
        <w:rPr>
          <w:sz w:val="20"/>
        </w:rPr>
        <w:t>6:34  kuch aise hain jo subject of change nahin hain,</w:t>
      </w:r>
      <w:r>
        <w:br/>
      </w:r>
      <w:r>
        <w:rPr>
          <w:sz w:val="20"/>
        </w:rPr>
        <w:t>6:37  wo badalti nahin hain.</w:t>
      </w:r>
      <w:r>
        <w:br/>
      </w:r>
      <w:r>
        <w:rPr>
          <w:sz w:val="20"/>
        </w:rPr>
        <w:t>6:41  ye sab se bari cheez hai jise jo insaan ko janna chahiye. to is ko hum apply kar rahe hain, yani insaan ki zindagi mein.</w:t>
      </w:r>
    </w:p>
    <w:p>
      <w:pPr>
        <w:pStyle w:val="Heading2"/>
      </w:pPr>
      <w:r>
        <w:t>defining ijtihad, individual versus collective effort</w:t>
      </w:r>
    </w:p>
    <w:p>
      <w:r>
        <w:rPr>
          <w:color w:val="666666"/>
          <w:sz w:val="18"/>
        </w:rPr>
        <w:t>Development of Fiqh May 29, 2022 Prof. Farida Khanam · 1m 16s · at 16:34 · https://youtu.be/4rhQkwBd_N4?t=994</w:t>
      </w:r>
    </w:p>
    <w:p>
      <w:r>
        <w:rPr>
          <w:i/>
        </w:rPr>
        <w:t>“Ijtihad literally means to strive, to struggle”</w:t>
      </w:r>
    </w:p>
    <w:p>
      <w:r>
        <w:rPr>
          <w:sz w:val="20"/>
        </w:rPr>
        <w:t>16:34  achha Maulana Wahiduddin Khan sahab kehte the ki teen hi hain. quran, sunna aur istehad aur istehad ko lekar aapne starting mein bhi zikr kiya. to istehad ke mayne bhi yahi hai ki to strive, to struggle. it's a continuous process. to aapne ek example bhi diya. to hum chahenge ki aap istehad ke hawale se kuch aur examples hum sabko batayein.</w:t>
      </w:r>
      <w:r>
        <w:br/>
      </w:r>
      <w:r>
        <w:rPr>
          <w:sz w:val="20"/>
        </w:rPr>
        <w:t>17:00  to Maulana jo keh rahe the matlab istehad ek hai individual istehad. ji. aur usi woh aur doosra hai istamai istehad. ji.</w:t>
      </w:r>
      <w:r>
        <w:br/>
      </w:r>
      <w:r>
        <w:rPr>
          <w:sz w:val="20"/>
        </w:rPr>
        <w:t>17:26  to istehad to har mauqe par hota tha kyunki har waqt naye naye halaat se sabka padta hai. har mauqe par istehad karna hota tha. to usmein bahut sare misalein kitabon mein milengi. usmein tajdidideen mein bhi bahut sari misalein. to ek misal apko deti hoon, banu quraiza ek zamane mein halate jang the.</w:t>
      </w:r>
      <w:r>
        <w:br/>
      </w:r>
      <w:r>
        <w:rPr>
          <w:sz w:val="20"/>
        </w:rPr>
        <w:t>17:50  to Rasoolullah sallallahu alaihi wasallam ne kuch logon ko bheja ki wahan bahut tezi se jao wahan par aur asr ki namaz wahin jaakar padhna. to logon ne log tezi se gaye lekin aisa hua ki asr ka time beech mein hi aa gaya. to kuch logon ne asr ki namaz wahin padh li.</w:t>
      </w:r>
    </w:p>
    <w:p>
      <w:pPr>
        <w:pStyle w:val="Heading2"/>
      </w:pPr>
      <w:r>
        <w:t>Prophet Yusuf's practical wisdom toward his brothers</w:t>
      </w:r>
    </w:p>
    <w:p>
      <w:r>
        <w:rPr>
          <w:color w:val="666666"/>
          <w:sz w:val="18"/>
        </w:rPr>
        <w:t>How to Develop Pratical Wisdom May 5, 2024 · 2m 50s · at 42:47 · https://youtu.be/QIKxtH-MyMM?t=2567</w:t>
      </w:r>
    </w:p>
    <w:p>
      <w:r>
        <w:rPr>
          <w:i/>
        </w:rPr>
        <w:t>“It's remarkable that an entire chapter of the Quran is devoted to one prophet.”</w:t>
      </w:r>
    </w:p>
    <w:p>
      <w:r>
        <w:rPr>
          <w:sz w:val="20"/>
        </w:rPr>
        <w:t>42:47  . apa agla sawal mein poochna chahunga Prophet Yusuf ki zindagi se kyunke ek Quran mein ek poora chapter hi un ke upar aaya hai.</w:t>
      </w:r>
      <w:r>
        <w:br/>
      </w:r>
      <w:r>
        <w:rPr>
          <w:sz w:val="20"/>
        </w:rPr>
        <w:t>42:57  to un ki zindagi jab hum dekhte hain apa to hamein bohat practical lessons milte hain. to mein chahunga ke koi example un ki zindagi se le kar bhi aap hamein samjhayein wisdom ke bare mein.</w:t>
      </w:r>
      <w:r>
        <w:br/>
      </w:r>
      <w:r>
        <w:rPr>
          <w:sz w:val="20"/>
        </w:rPr>
        <w:t>43:09  yeh bohat hi ajeeb baat hai ke ek hi chapter Quran mein aisa aya hai jo poora ka poora ek paighambar ke upar hai.</w:t>
      </w:r>
      <w:r>
        <w:br/>
      </w:r>
      <w:r>
        <w:rPr>
          <w:sz w:val="20"/>
        </w:rPr>
        <w:t>43:17  ji nahi to bare bare paighambar hain jaise Hazrat Musa to chand matlab kuch kuch hissa un ke upar rahega, phir doosri doosri baatein hongi.</w:t>
      </w:r>
      <w:r>
        <w:br/>
      </w:r>
      <w:r>
        <w:rPr>
          <w:sz w:val="20"/>
        </w:rPr>
        <w:t>43:28  lekin yeh poori jo hai kahani ek is mein aayi hai aur is ko best story bhi kaha gaya hai, husn ul qasas kaha gaya hai. ji ji to yeh yeh jo hai na practical wisdom ki bohat behtareen misaal</w:t>
      </w:r>
      <w:r>
        <w:br/>
      </w:r>
      <w:r>
        <w:rPr>
          <w:sz w:val="20"/>
        </w:rPr>
        <w:t>43:40  hai. ji ji kyunke dekhiye itna bara zulm kiya bhaiyon ne, soteli bhaiyon ne. al unhone koi react nahi kiya, koi unhone react kiya hota to Quran mein is ka zikr hota.</w:t>
      </w:r>
      <w:r>
        <w:br/>
      </w:r>
      <w:r>
        <w:rPr>
          <w:sz w:val="20"/>
        </w:rPr>
        <w:t>43:51  na negative hue, na unhone apne bhaiyon se nafrat ki aur sirf sabr aur bardasht se kaam liya. Allah se duaein keen unhone aur jab un ko mauqa mila kaam karne ka to badshah jo hai wahan ka woh mushrik badshah tha.</w:t>
      </w:r>
      <w:r>
        <w:br/>
      </w:r>
      <w:r>
        <w:rPr>
          <w:sz w:val="20"/>
        </w:rPr>
        <w:t>44:08  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r>
        <w:br/>
      </w:r>
      <w:r>
        <w:rPr>
          <w:sz w:val="20"/>
        </w:rPr>
        <w:t>44:29  to</w:t>
      </w:r>
      <w:r>
        <w:br/>
      </w:r>
      <w:r>
        <w:rPr>
          <w:sz w:val="20"/>
        </w:rPr>
        <w:t>44:30  poora ka poora ikhtiyar badshah ne aap ko de diya kyunke wahan pehle zamane mein qahat waghera bohat parhte rehte thay na. to unhone itna zabardast tareeqe se jab qahat pada, intezam kar kiya tha unhone ke door door se log ghalla lene ke liye un ke paas aaye.</w:t>
      </w:r>
      <w:r>
        <w:br/>
      </w:r>
      <w:r>
        <w:rPr>
          <w:sz w:val="20"/>
        </w:rPr>
        <w:t>44:48  to unhone ab in ke bhai bhi aaye,</w:t>
      </w:r>
      <w:r>
        <w:br/>
      </w:r>
      <w:r>
        <w:rPr>
          <w:sz w:val="20"/>
        </w:rPr>
        <w:t>44:53  bhai ki unhone respect kiya, un ko ghalla diya aur un ke ghalla, un ki jo is ka payment bhi unhone wapas kar diya. to poori izzat ke sath un se, un ko unhone dealing kari.</w:t>
      </w:r>
      <w:r>
        <w:br/>
      </w:r>
      <w:r>
        <w:rPr>
          <w:sz w:val="20"/>
        </w:rPr>
        <w:t>45:05  to is ke matlab hai ke kitne zyada un ke andar wisdom thi ke agar jo wisdom jis ke andar hogi, wahi react nahi karega.</w:t>
      </w:r>
      <w:r>
        <w:br/>
      </w:r>
      <w:r>
        <w:rPr>
          <w:sz w:val="20"/>
        </w:rPr>
        <w:t>45:14  to unhone kuch bhi react nahi kiya kyunke woh to future ko dekhta hai ke aindah hamare sath kuch behtar hone wala hai,</w:t>
      </w:r>
      <w:r>
        <w:br/>
      </w:r>
      <w:r>
        <w:rPr>
          <w:sz w:val="20"/>
        </w:rPr>
        <w:t>45:23  Allah taala hamari madad farmaye ga. to unhone kuch bhi react nahi kiya. to is tareeqe se unhone yeh dikhaya ke hum ke maafii kitni bari cheez hai aur unhone sab ko maaf kar diya.</w:t>
      </w:r>
    </w:p>
    <w:p>
      <w:pPr>
        <w:pStyle w:val="Heading2"/>
      </w:pPr>
      <w:r>
        <w:t>Secular people judge by results; Muslims by wishful thinking</w:t>
      </w:r>
    </w:p>
    <w:p>
      <w:r>
        <w:rPr>
          <w:color w:val="666666"/>
          <w:sz w:val="18"/>
        </w:rPr>
        <w:t>Time for Introspection February 26, 2012 Maulana Wahiduddin Khan · 2m 34s · at 46:18 · https://youtu.be/PjgdpJGybeE?t=2778</w:t>
      </w:r>
    </w:p>
    <w:p>
      <w:r>
        <w:rPr>
          <w:i/>
        </w:rPr>
        <w:t>“Secular logon aur in logon mein jo farq hai”</w:t>
      </w:r>
    </w:p>
    <w:p>
      <w:r>
        <w:rPr>
          <w:sz w:val="20"/>
        </w:rPr>
        <w:t>46:18  secular logon mein aur aur un logon mein jo farq hai woh mein samajhta hoon ke secular log jo hotay hain woh sochtay hain in terms of result aur musalman jo hai woh sochta hai in terms of visual thinking yeh farq hai</w:t>
      </w:r>
      <w:r>
        <w:br/>
      </w:r>
      <w:r>
        <w:rPr>
          <w:sz w:val="20"/>
        </w:rPr>
        <w:t>46:41  in terms of result aur in terms of amani</w:t>
      </w:r>
      <w:r>
        <w:br/>
      </w:r>
      <w:r>
        <w:rPr>
          <w:sz w:val="20"/>
        </w:rPr>
        <w:t>46:47  toh chounkay secular aadmi result ko dekh kar ke assess karta hai toh us ne aik aik aik aik step liya aik qadam kiya aur laga ke nateeja nahi nikal raha toh nateeje us ke nazdeek result jo hai woh hai criterion</w:t>
      </w:r>
      <w:r>
        <w:br/>
      </w:r>
      <w:r>
        <w:rPr>
          <w:sz w:val="20"/>
        </w:rPr>
        <w:t>47:08  phir is ko badal deta hai woh business ko badal deta hai safar mein you turn leta hai</w:t>
      </w:r>
      <w:r>
        <w:br/>
      </w:r>
      <w:r>
        <w:rPr>
          <w:sz w:val="20"/>
        </w:rPr>
        <w:t>47:14  yani policy ko</w:t>
      </w:r>
      <w:r>
        <w:br/>
      </w:r>
      <w:r>
        <w:rPr>
          <w:sz w:val="20"/>
        </w:rPr>
        <w:t>47:16  yani re planning karta hai kyunke woh is is is ko is ke paas jo criterion hai woh</w:t>
      </w:r>
      <w:r>
        <w:br/>
      </w:r>
      <w:r>
        <w:rPr>
          <w:sz w:val="20"/>
        </w:rPr>
        <w:t>47:24  hai result lekin musalmanon ke paas result result ke criteria nahi hai un ke paas to bas</w:t>
      </w:r>
      <w:r>
        <w:br/>
      </w:r>
      <w:r>
        <w:rPr>
          <w:sz w:val="20"/>
        </w:rPr>
        <w:t>47:32  yani ek kitab chhapi hai</w:t>
      </w:r>
      <w:r>
        <w:br/>
      </w:r>
      <w:r>
        <w:rPr>
          <w:sz w:val="20"/>
        </w:rPr>
        <w:t>47:35  aur bohat dilchasp misaal hai yeh</w:t>
      </w:r>
      <w:r>
        <w:br/>
      </w:r>
      <w:r>
        <w:rPr>
          <w:sz w:val="20"/>
        </w:rPr>
        <w:t>47:39  ulamae hind ki shandar mazi kai jildon mein hai aap is ko parhiye yeh shandar mazi kya hai</w:t>
      </w:r>
      <w:r>
        <w:br/>
      </w:r>
      <w:r>
        <w:rPr>
          <w:sz w:val="20"/>
        </w:rPr>
        <w:t>47:48  woh hai jaan dena qurbaniyan karna yani ulamae hind ki ki</w:t>
      </w:r>
      <w:r>
        <w:br/>
      </w:r>
      <w:r>
        <w:rPr>
          <w:sz w:val="20"/>
        </w:rPr>
        <w:t>47:55  yani ke qurbaniyon ki tareekh is ka naam hona chahiye ulamae hind ki shandar mazi matlab lad kar</w:t>
      </w:r>
      <w:r>
        <w:br/>
      </w:r>
      <w:r>
        <w:rPr>
          <w:sz w:val="20"/>
        </w:rPr>
        <w:t>48:03  maray lad kar maray lad kar maray yahan tak sawa lakh hadi mar gaye angrezon ke zamane mein</w:t>
      </w:r>
      <w:r>
        <w:br/>
      </w:r>
      <w:r>
        <w:rPr>
          <w:sz w:val="20"/>
        </w:rPr>
        <w:t>48:09  toh us ko shandar bana diya yeh nahi ke ulamae hind ki nakam mathi sahi title yeh hoga ke ulamae hind ki nakam mathi lad kar maray aur mullah kuch bhi nahi</w:t>
      </w:r>
      <w:r>
        <w:br/>
      </w:r>
      <w:r>
        <w:rPr>
          <w:sz w:val="20"/>
        </w:rPr>
        <w:t>48:24  toh secular aadmi apne kaam ko jab judge karta hai result ki roshni mein</w:t>
      </w:r>
      <w:r>
        <w:br/>
      </w:r>
      <w:r>
        <w:rPr>
          <w:sz w:val="20"/>
        </w:rPr>
        <w:t>48:35  aur musalmanon ka haal yeh hai ke woh un ke paas un ka criterion alag hai unhein result nahi dekhna hai woh toh bas visual thinking mein yaani purasrar qisam ki cheezon mein jeetay hain</w:t>
      </w:r>
    </w:p>
    <w:p>
      <w:pPr>
        <w:pStyle w:val="Heading2"/>
      </w:pPr>
      <w:r>
        <w:t>Stress comes from wanting more than your capacity</w:t>
      </w:r>
    </w:p>
    <w:p>
      <w:r>
        <w:rPr>
          <w:color w:val="666666"/>
          <w:sz w:val="18"/>
        </w:rPr>
        <w:t>Religion and Democracy December 25, 2011 · 2m 56s · at 1:11:15 · https://youtu.be/8Mf_yvDA8ik?t=4275</w:t>
      </w:r>
    </w:p>
    <w:p>
      <w:r>
        <w:rPr>
          <w:i/>
        </w:rPr>
        <w:t>“Stress naam hai iss baat ka ke aadmi apni capacity se zyada paana chahe”</w:t>
      </w:r>
    </w:p>
    <w:p>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p>
    <w:p>
      <w:pPr>
        <w:pStyle w:val="Heading2"/>
      </w:pPr>
      <w:r>
        <w:t>Prophet sought advice from companions</w:t>
      </w:r>
    </w:p>
    <w:p>
      <w:r>
        <w:rPr>
          <w:color w:val="666666"/>
          <w:sz w:val="18"/>
        </w:rPr>
        <w:t>Lesson from Prophet's Life April 23, 2006 Maulana Wahiduddin Khan · 2m 37s · at 13:20 · https://youtu.be/PIe6pirYtyY?t=800</w:t>
      </w:r>
    </w:p>
    <w:p>
      <w:r>
        <w:rPr>
          <w:i/>
        </w:rPr>
        <w:t>“Majlis mein Rasulullah (saw) jab baithte thay”</w:t>
      </w:r>
    </w:p>
    <w:p>
      <w:r>
        <w:rPr>
          <w:sz w:val="20"/>
        </w:rPr>
        <w:t>13:20  yeh baat agar mind mein baith jaye to zindagi badal jaye. ek baat mein aap ko yeh kehna chahunga ke majlis mein Rasool Allah salallahu alaihi wasallam jab baithte the, aap ek company jab baithte the to kya tareeqa tha?</w:t>
      </w:r>
      <w:r>
        <w:br/>
      </w:r>
      <w:r>
        <w:rPr>
          <w:sz w:val="20"/>
        </w:rPr>
        <w:t>13:39  is se compare kijiye apne aap ko, is se apnao, compare kijiye. yeh bohat hi important hai ke jo model Khuda ne rakha duniya mein, prophet ka model,</w:t>
      </w:r>
      <w:r>
        <w:br/>
      </w:r>
      <w:r>
        <w:rPr>
          <w:sz w:val="20"/>
        </w:rPr>
        <w:t>13:53  is model se hamein kya message milta hai? to kitabon mein aata hai ke Rasool Allah jab baithte the apne yani apne companion ke sath to kai baar aisa hota tha ke aap kehte the ke "ashiro alal naas".</w:t>
      </w:r>
      <w:r>
        <w:br/>
      </w:r>
      <w:r>
        <w:rPr>
          <w:sz w:val="20"/>
        </w:rPr>
        <w:t>14:09  aey log</w:t>
      </w:r>
      <w:r>
        <w:br/>
      </w:r>
      <w:r>
        <w:rPr>
          <w:sz w:val="20"/>
        </w:rPr>
        <w:t>14:10  on! mujh ko advice do. koi baat hoti thi, koi problem hota tha to aap logon ko ikattha kar ke kehte the ke "ashiro alal naas".</w:t>
      </w:r>
      <w:r>
        <w:br/>
      </w:r>
      <w:r>
        <w:rPr>
          <w:sz w:val="20"/>
        </w:rPr>
        <w:t>14:21  aey logon! mujh ko advice do. to kya hota tha? aaj kal to yeh hai ke jitne log hoti hain, zuban har aadmi bolna shuru kar deta hai, yahan tak ke ek hi ek hi sath kai log bolne lagte hain.</w:t>
      </w:r>
      <w:r>
        <w:br/>
      </w:r>
      <w:r>
        <w:rPr>
          <w:sz w:val="20"/>
        </w:rPr>
        <w:t>14:33  yakeen karein, yeh bhi haram hai. yani agar namaz na parhna haram hai to yeh bhi haram hai ke aap galat dhang se bolein. ke ek sawal kiya jaye, aap sab ke sab log bol rahe hain,</w:t>
      </w:r>
      <w:r>
        <w:br/>
      </w:r>
      <w:r>
        <w:rPr>
          <w:sz w:val="20"/>
        </w:rPr>
        <w:t>14:47  yeh bhi haram hai. log samajhte hain ke haram sirf yeh hai ke namaz chhod dein hum. yeh bhi haram hai ke aap apni zuban ko galat istemal karein, yeh bhi haram hai.</w:t>
      </w:r>
      <w:r>
        <w:br/>
      </w:r>
      <w:r>
        <w:rPr>
          <w:sz w:val="20"/>
        </w:rPr>
        <w:t>14:57  to wahan kya hota tha ke Rasool Allah kehte the ke "ashiro alal naas". aey logon</w:t>
      </w:r>
      <w:r>
        <w:br/>
      </w:r>
      <w:r>
        <w:rPr>
          <w:sz w:val="20"/>
        </w:rPr>
        <w:t>15:03  ! mujhe advice do. sab chup, sab ke sab chup. chup kyun hote the? wait karte the ke koi doosra boley.</w:t>
      </w:r>
      <w:r>
        <w:br/>
      </w:r>
      <w:r>
        <w:rPr>
          <w:sz w:val="20"/>
        </w:rPr>
        <w:t>15:14  is is psychology ko sochiye aap ke aap ne jin logon ko train kiya tha ya jin logon ke dil mein aap ne Allah ka darr dala tha, jo samajhte the ke hum accountable hain Khuda ke aage,</w:t>
      </w:r>
      <w:r>
        <w:br/>
      </w:r>
      <w:r>
        <w:rPr>
          <w:sz w:val="20"/>
        </w:rPr>
        <w:t>15:28  to har ek chup rehta tha ke koi doosra boley,</w:t>
      </w:r>
    </w:p>
    <w:p>
      <w:pPr>
        <w:pStyle w:val="Heading2"/>
      </w:pPr>
      <w:r>
        <w:t>Prophet Muhammad ignores idols in Mecca</w:t>
      </w:r>
    </w:p>
    <w:p>
      <w:r>
        <w:rPr>
          <w:color w:val="666666"/>
          <w:sz w:val="18"/>
        </w:rPr>
        <w:t>Art of De-Linking | May 6, 2007 - Maulana Wahiduddin Khan · 2m 02s · at 31:14 · https://youtu.be/e-Y0yXpZr34?t=1874</w:t>
      </w:r>
    </w:p>
    <w:p>
      <w:r>
        <w:rPr>
          <w:i/>
        </w:rPr>
        <w:t>“Aap terah saal tak Makkah mein thay, kabhi buton ko chhua nahi.”</w:t>
      </w:r>
    </w:p>
    <w:p>
      <w:r>
        <w:rPr>
          <w:sz w:val="20"/>
        </w:rPr>
        <w:t>31:14  uft mein ek samain aap ko mil raha tha ab aap ne dekhiye yahan par wahi delinking</w:t>
      </w:r>
      <w:r>
        <w:br/>
      </w:r>
      <w:r>
        <w:rPr>
          <w:sz w:val="20"/>
        </w:rPr>
        <w:t>31:21  policy apnayi delinking policy aap terah saal tak makkah mein the kabhi bhi aap ne buton ko</w:t>
      </w:r>
      <w:r>
        <w:br/>
      </w:r>
      <w:r>
        <w:rPr>
          <w:sz w:val="20"/>
        </w:rPr>
        <w:t>31:29  chhua nahin kiya kuch nahin na to ihtijaj kiya na shikayat ki na chhua na is ko tora</w:t>
      </w:r>
      <w:r>
        <w:br/>
      </w:r>
      <w:r>
        <w:rPr>
          <w:sz w:val="20"/>
        </w:rPr>
        <w:t>31:36  koi mutalba nahin kiya ke h</w:t>
      </w:r>
      <w:r>
        <w:br/>
      </w:r>
      <w:r>
        <w:rPr>
          <w:sz w:val="20"/>
        </w:rPr>
        <w:t>31:44  tao is ko is ko aik dam side par rakh kar ke is ko nazar andaz kar ke aap</w:t>
      </w:r>
      <w:r>
        <w:br/>
      </w:r>
      <w:r>
        <w:rPr>
          <w:sz w:val="20"/>
        </w:rPr>
        <w:t>31:51  yeh karte thay ke aap rozana jatay thay wahan par aur jo samien ikatha hota tha wahan us</w:t>
      </w:r>
      <w:r>
        <w:br/>
      </w:r>
      <w:r>
        <w:rPr>
          <w:sz w:val="20"/>
        </w:rPr>
        <w:t>31:59  ko mukhatib karte thay eha naas qoolo la ilaha illallah tuflehoo to quran aap ko utarta tha</w:t>
      </w:r>
      <w:r>
        <w:br/>
      </w:r>
      <w:r>
        <w:rPr>
          <w:sz w:val="20"/>
        </w:rPr>
        <w:t>32:07  aap jantay hain ke ikhatay nahin utra quran</w:t>
      </w:r>
      <w:r>
        <w:br/>
      </w:r>
      <w:r>
        <w:rPr>
          <w:sz w:val="20"/>
        </w:rPr>
        <w:t>32:14  to jo hissa is ka utarta tha wo ja kar is ko sunatay thay jaisay wal aakhir innal insana</w:t>
      </w:r>
      <w:r>
        <w:br/>
      </w:r>
      <w:r>
        <w:rPr>
          <w:sz w:val="20"/>
        </w:rPr>
        <w:t>32:25  ala fi khusr yani tareekh gawahi hai ke insan halak hai yeh bab utra makkah mein wahan ja</w:t>
      </w:r>
      <w:r>
        <w:br/>
      </w:r>
      <w:r>
        <w:rPr>
          <w:sz w:val="20"/>
        </w:rPr>
        <w:t>32:35  kar sunaya aap ne wal aakhir innal insana ala fi khusr</w:t>
      </w:r>
      <w:r>
        <w:br/>
      </w:r>
      <w:r>
        <w:rPr>
          <w:sz w:val="20"/>
        </w:rPr>
        <w:t>32:46  tareekh gawahi hai ke insan halak hai ab sab log chaunknay lagay ke bhai kya baat kar raha</w:t>
      </w:r>
      <w:r>
        <w:br/>
      </w:r>
      <w:r>
        <w:rPr>
          <w:sz w:val="20"/>
        </w:rPr>
        <w:t>32:56  hai yeh aadmi kyun hum halak mein hain kyun hum nuqsan mein hain is se kya hua aik</w:t>
      </w:r>
      <w:r>
        <w:br/>
      </w:r>
      <w:r>
        <w:rPr>
          <w:sz w:val="20"/>
        </w:rPr>
        <w:t>33:06  mukalama shuru hua taamal shuru hua behas shuru hua aur phir jantay hain kya hua taira saal mein jo j</w:t>
      </w:r>
    </w:p>
    <w:p>
      <w:pPr>
        <w:pStyle w:val="Heading2"/>
      </w:pPr>
      <w:r>
        <w:t>Three-point Quranic formula for dawah work</w:t>
      </w:r>
    </w:p>
    <w:p>
      <w:r>
        <w:rPr>
          <w:color w:val="666666"/>
          <w:sz w:val="18"/>
        </w:rPr>
        <w:t>Lessons from The Islamic History (English) November 30, 2007 · 1m 37s · at 5:18 · https://youtu.be/PBu7tbmSSy8?t=318</w:t>
      </w:r>
    </w:p>
    <w:p>
      <w:r>
        <w:rPr>
          <w:i/>
        </w:rPr>
        <w:t>“In these verses you find that there are three points”</w:t>
      </w:r>
    </w:p>
    <w:p>
      <w:r>
        <w:rPr>
          <w:sz w:val="20"/>
        </w:rPr>
        <w:t>5:18  in this verses you find that basically there are three points.</w:t>
      </w:r>
      <w:r>
        <w:br/>
      </w:r>
      <w:r>
        <w:rPr>
          <w:sz w:val="20"/>
        </w:rPr>
        <w:t>5:26  three points: first, al-anthar. that is dawah work. then, warabbaka fakabbir.</w:t>
      </w:r>
      <w:r>
        <w:br/>
      </w:r>
      <w:r>
        <w:rPr>
          <w:sz w:val="20"/>
        </w:rPr>
        <w:t>5:40  that is making god your supreme concern. then, walirabbika fasbir. that is patience, or avoidance.</w:t>
      </w:r>
      <w:r>
        <w:br/>
      </w:r>
      <w:r>
        <w:rPr>
          <w:sz w:val="20"/>
        </w:rPr>
        <w:t>5:52  so there are three point formula.</w:t>
      </w:r>
      <w:r>
        <w:br/>
      </w:r>
      <w:r>
        <w:rPr>
          <w:sz w:val="20"/>
        </w:rPr>
        <w:t>5:56  this is dawah work, making god your supreme concern, and then</w:t>
      </w:r>
      <w:r>
        <w:br/>
      </w:r>
      <w:r>
        <w:rPr>
          <w:sz w:val="20"/>
        </w:rPr>
        <w:t>6:08  key patience, sabr. it means that</w:t>
      </w:r>
      <w:r>
        <w:br/>
      </w:r>
      <w:r>
        <w:rPr>
          <w:sz w:val="20"/>
        </w:rPr>
        <w:t>6:17  islamic activism is based basically on the work.</w:t>
      </w:r>
      <w:r>
        <w:br/>
      </w:r>
      <w:r>
        <w:rPr>
          <w:sz w:val="20"/>
        </w:rPr>
        <w:t>6:23  so it means that do the work, and do the work, and avoid all kind of confrontation.</w:t>
      </w:r>
      <w:r>
        <w:br/>
      </w:r>
      <w:r>
        <w:rPr>
          <w:sz w:val="20"/>
        </w:rPr>
        <w:t>6:35  avoid confrontation in other, other problems, other fields.</w:t>
      </w:r>
      <w:r>
        <w:br/>
      </w:r>
      <w:r>
        <w:rPr>
          <w:sz w:val="20"/>
        </w:rPr>
        <w:t>6:45  and make god your sole concern. this is the basic formula of the work.</w:t>
      </w:r>
    </w:p>
    <w:p>
      <w:pPr>
        <w:pStyle w:val="Heading2"/>
      </w:pPr>
      <w:r>
        <w:t>Lessons for today from Khadijah's life, especially women</w:t>
      </w:r>
    </w:p>
    <w:p>
      <w:r>
        <w:rPr>
          <w:color w:val="666666"/>
          <w:sz w:val="18"/>
        </w:rPr>
        <w:t>The Story of Hazrat Khadija Part I December 4, 2022 · 2m 47s · at 51:29 · https://youtu.be/cNzPbtW9AV0?t=3089</w:t>
      </w:r>
    </w:p>
    <w:p>
      <w:r>
        <w:rPr>
          <w:i/>
        </w:rPr>
        <w:t>“What lessons can we take from Khadijah's life?”</w:t>
      </w:r>
    </w:p>
    <w:p>
      <w:r>
        <w:rPr>
          <w:sz w:val="20"/>
        </w:rPr>
        <w:t>51:29  Allah. Doctor sahib aaj kay session ka aakhri sawal keh Hazrat Khadijah ki zindagi say hum kya kya lessons derive kar saktay hain?</w:t>
      </w:r>
      <w:r>
        <w:br/>
      </w:r>
      <w:r>
        <w:rPr>
          <w:sz w:val="20"/>
        </w:rPr>
        <w:t>51:38  aap nay bohat si nai baatein gehrai kay saath humain samjhain. ji. alhamdulillah but specific agar aap kuch hum sab ko batain.</w:t>
      </w:r>
      <w:r>
        <w:br/>
      </w:r>
      <w:r>
        <w:rPr>
          <w:sz w:val="20"/>
        </w:rPr>
        <w:t>51:46  ji. keh kya lessons hum derive kar saktay hain. ji. Hazrat Khadijah ki life say to woh bohat hum sab kay liye bohat useful hoga.</w:t>
      </w:r>
      <w:r>
        <w:br/>
      </w:r>
      <w:r>
        <w:rPr>
          <w:sz w:val="20"/>
        </w:rPr>
        <w:t>51:54  ji haan yeh bohat important sawal hai aur main samajhta hoon keh Hazrat Khadijah ki jo life hai woh bohat hi inspiring hai. ji. hum sab kay liye aur khaas taur say khawateen kay liye.</w:t>
      </w:r>
      <w:r>
        <w:br/>
      </w:r>
      <w:r>
        <w:rPr>
          <w:sz w:val="20"/>
        </w:rPr>
        <w:t>52:04  ji. chuna'nkeh jo ta'assur hai Islam kay baray mein woh yeh hai keh Islam khawateen ko parde mein rakhta hai aur ghar mein rakhta hai aur koi interaction nahi kar sakti, woh koi bahir ja kay kaam nahi kar</w:t>
      </w:r>
      <w:r>
        <w:br/>
      </w:r>
      <w:r>
        <w:rPr>
          <w:sz w:val="20"/>
        </w:rPr>
        <w:t>52:18  sakti. to is is say to jo Hazrat Khadijah ki misaal hai pandrah soo saal pehlay unhon nay itna bara business kiya.</w:t>
      </w:r>
      <w:r>
        <w:br/>
      </w:r>
      <w:r>
        <w:rPr>
          <w:sz w:val="20"/>
        </w:rPr>
        <w:t>52:27  ji. aur aur doosri baat yeh hai keh bohat kamyab business kiya aur wealthy khatoon ban gaeen Makkah ki lekin is say is kay ilawa un ki jo un ka jo paisa tha woh sara ka sara unhon nay prophet kay disposal pe day diya.</w:t>
      </w:r>
      <w:r>
        <w:br/>
      </w:r>
      <w:r>
        <w:rPr>
          <w:sz w:val="20"/>
        </w:rPr>
        <w:t>52:42  j</w:t>
      </w:r>
      <w:r>
        <w:br/>
      </w:r>
      <w:r>
        <w:rPr>
          <w:sz w:val="20"/>
        </w:rPr>
        <w:t>52:43  y. j. chuki jab islam ka kaam shuru hua to zahir hai us waqt zarurat thi paise ki to hazrat khadija ka jo jo maal tha wo prophet ke kaam aya</w:t>
      </w:r>
      <w:r>
        <w:br/>
      </w:r>
      <w:r>
        <w:rPr>
          <w:sz w:val="20"/>
        </w:rPr>
        <w:t>52:57  humm. to yani is mein aik lesson to yeh hai ke khawateen ko bhi chahiye ke wo hissa lein deen ke ke kaam mein aur j aur aur jo bhi deeni aur da'wati sar'germi hai us mein barh charh ke hissa lein.</w:t>
      </w:r>
      <w:r>
        <w:br/>
      </w:r>
      <w:r>
        <w:rPr>
          <w:sz w:val="20"/>
        </w:rPr>
        <w:t>53:16  j. aur apne ghar mein yani aik deeni mahol paida karein. j</w:t>
      </w:r>
      <w:r>
        <w:br/>
      </w:r>
      <w:r>
        <w:rPr>
          <w:sz w:val="20"/>
        </w:rPr>
        <w:t>53:22  jaisay hazrat khadija ke life se pata chalta hai ke aam taur se ghar mein hum baithe rehte hain to baat karein ge furniture ki aur carpet ki aur.</w:t>
      </w:r>
      <w:r>
        <w:br/>
      </w:r>
      <w:r>
        <w:rPr>
          <w:sz w:val="20"/>
        </w:rPr>
        <w:t>53:33  j. parde ko badlo aur yeh karo woh karo. yani yeh dekhna chahiye ke jab hum log ghar mein baithe hain to hum kya baat kar rahe hain. j. yeh sab duniyavi baatein kar rahe hain.</w:t>
      </w:r>
      <w:r>
        <w:br/>
      </w:r>
      <w:r>
        <w:rPr>
          <w:sz w:val="20"/>
        </w:rPr>
        <w:t>53:43  j. ya koi gehri baat jis se aap ke andar kuch spirituality ja</w:t>
      </w:r>
      <w:r>
        <w:br/>
      </w:r>
      <w:r>
        <w:rPr>
          <w:sz w:val="20"/>
        </w:rPr>
        <w:t>53:51  gay. to yeh hazrat khadija ka qissa itna zyada inspiring hai ke shayad hi koi khawateen yani islami tareekh mein aisi guzri hon.</w:t>
      </w:r>
      <w:r>
        <w:br/>
      </w:r>
      <w:r>
        <w:rPr>
          <w:sz w:val="20"/>
        </w:rPr>
        <w:t>54:04  j. jis jin ki zindagi se hum sab ko bohat kuch seekhna hai. j. j yaqeenan doctor sahib jazak Allah. In fact isi liye Maulana Wahiduddin Khan sahib doctor sahib itna emphasize karte the.</w:t>
      </w:r>
    </w:p>
    <w:p>
      <w:pPr>
        <w:pStyle w:val="Heading2"/>
      </w:pPr>
      <w:r>
        <w:t>The steel-bridge analogy for testing true character</w:t>
      </w:r>
    </w:p>
    <w:p>
      <w:r>
        <w:rPr>
          <w:color w:val="666666"/>
          <w:sz w:val="18"/>
        </w:rPr>
        <w:t>Understanding Sufism August 07, 2022 · 1m 43s · at 8:18 · https://youtu.be/DCJ11IpxcOA?t=498</w:t>
      </w:r>
    </w:p>
    <w:p>
      <w:r>
        <w:rPr>
          <w:i/>
        </w:rPr>
        <w:t>“Yeh ek display of high character tha Prophet Yusuf ka”</w:t>
      </w:r>
    </w:p>
    <w:p>
      <w:r>
        <w:rPr>
          <w:sz w:val="20"/>
        </w:rPr>
        <w:t>8:18  ji, aur bilkul ishtia'al angizi jo di un ko us ka koi asar nahin hua un ka . ji . ji, aur balkeh Doctor sahib agar dekha jaye to kitna yeh ek display of high character tha Prophet Yusuf ka ke chor batane par bhi woh naraz nahin</w:t>
      </w:r>
      <w:r>
        <w:br/>
      </w:r>
      <w:r>
        <w:rPr>
          <w:sz w:val="20"/>
        </w:rPr>
        <w:t>8:36  hue, balkeh main kahoon ga ke ek pehmana diya hum sab ko ke hum agar apne andar janchana chahein ke hamare andar high character hai ke nahin to hamein yeh dekhna chahiye ke agar koi hamare sath galat bartao kare to kya hum qabil hain ke negative sulook se oopar uthein, negative treatment that is meted out to us and give a positive response, matlab ek predictable character banna, aap</w:t>
      </w:r>
      <w:r>
        <w:br/>
      </w:r>
      <w:r>
        <w:rPr>
          <w:sz w:val="20"/>
        </w:rPr>
        <w:t>9:02  ka jo raaye doosron ke liye banta hai woh is liye nahin banta ke woh aapse mutafiq karte hain ke nahin, to Doctor sahib mujhe yaad aa raha hai ke Molana ne ek bohat achha misaal di thi ke agar ek pul banana ho to us pul ko banane mein steel ka istemal hota hai kyun ke steel mein woh taqat hoti hai woh taqat hoti hai jo pul ko thaame rakh sakti hai, aap ret ka ya kisi aur material ka aap pul nahin bana</w:t>
      </w:r>
      <w:r>
        <w:br/>
      </w:r>
      <w:r>
        <w:rPr>
          <w:sz w:val="20"/>
        </w:rPr>
        <w:t>9:27  sakte, isi tarike se agar maqnateesi maidan aur harkat ko ikatthe laya jaye to jo bahao electronz ka hota hai us se barqi urja paida hoti hai, to yeh jo material objects hain in ki bharose, inhisaar aur pesh goi ki wajah se in ko istemal kiya jata</w:t>
      </w:r>
      <w:r>
        <w:br/>
      </w:r>
      <w:r>
        <w:rPr>
          <w:sz w:val="20"/>
        </w:rPr>
        <w:t>9:45  hai, theek usi tarike se ek insaan ka high character hona tab sabit hota hai jab woh aisi soorat-e-haal mein jo manfi hon us mein woh mustaqil rawaiyah dikhaye jo ke hum ne Prophet Yusuf ki zindagi se dekha,</w:t>
      </w:r>
    </w:p>
    <w:p>
      <w:pPr>
        <w:pStyle w:val="Heading2"/>
      </w:pPr>
      <w:r>
        <w:t>True Quran discovery is contemplation, not perfect recitation</w:t>
      </w:r>
    </w:p>
    <w:p>
      <w:r>
        <w:rPr>
          <w:color w:val="666666"/>
          <w:sz w:val="18"/>
        </w:rPr>
        <w:t>Taqwa and Patience November 29, 2013 Maulana Wahiduddin Khan · 2m 45s · at 29:28 · https://youtu.be/HhJ22onYSzk?t=1768</w:t>
      </w:r>
    </w:p>
    <w:p>
      <w:r>
        <w:rPr>
          <w:i/>
        </w:rPr>
        <w:t>“Quran mein tadabbur aapko kya karegi? Ghaib ko shahood bana degi”</w:t>
      </w:r>
    </w:p>
    <w:p>
      <w:r>
        <w:rPr>
          <w:sz w:val="20"/>
        </w:rPr>
        <w:t>29:28  woh jo shuru ki ayat hai quran majeed mein ke "alif lam meem zalik al-kitab la rabba fihi wa hudal lil-muttaqin alladhina yu'minuna bil-ghaib".</w:t>
      </w:r>
      <w:r>
        <w:br/>
      </w:r>
      <w:r>
        <w:rPr>
          <w:sz w:val="20"/>
        </w:rPr>
        <w:t>29:40  to quran mein tadabbur aap ko kya kare gi? ghaib ko shuhood bana de gi,</w:t>
      </w:r>
      <w:r>
        <w:br/>
      </w:r>
      <w:r>
        <w:rPr>
          <w:sz w:val="20"/>
        </w:rPr>
        <w:t>29:48  ghaybi cheez ko iman ki cheez, item bana de gi,</w:t>
      </w:r>
      <w:r>
        <w:br/>
      </w:r>
      <w:r>
        <w:rPr>
          <w:sz w:val="20"/>
        </w:rPr>
        <w:t>29:53  ghaybi item ko iman ka item, yani unseen ko seen bana de gi, ghair maujood ko maujood bana de gi.</w:t>
      </w:r>
      <w:r>
        <w:br/>
      </w:r>
      <w:r>
        <w:rPr>
          <w:sz w:val="20"/>
        </w:rPr>
        <w:t>30:04  lekin yeh sab kis par hai? tadabbur par. yeh sab jo aaj kal jo bohat hi khush rehani ke sath, ab bohat hi tajweed ke sath, husn qirat ke sath log quran ko parhte hain, is se kuch bhi la</w:t>
      </w:r>
      <w:r>
        <w:br/>
      </w:r>
      <w:r>
        <w:rPr>
          <w:sz w:val="20"/>
        </w:rPr>
        <w:t>30:20  nahin. woh to nothing, woh kuch bhi hai, woh nothing hai. woh</w:t>
      </w:r>
      <w:r>
        <w:br/>
      </w:r>
      <w:r>
        <w:rPr>
          <w:sz w:val="20"/>
        </w:rPr>
        <w:t>30:30  aur sach poochain to yeh yeh doosray qomon se yeh concept aaya hai. doosri qomon mein aik concept hai, is ko kehte hain uchcharan talaffuz.</w:t>
      </w:r>
      <w:r>
        <w:br/>
      </w:r>
      <w:r>
        <w:rPr>
          <w:sz w:val="20"/>
        </w:rPr>
        <w:t>30:42  uchcharan ka mani talaffuz hai. sahi sahi uchcharan karein to devta khush hote hain.</w:t>
      </w:r>
      <w:r>
        <w:br/>
      </w:r>
      <w:r>
        <w:rPr>
          <w:sz w:val="20"/>
        </w:rPr>
        <w:t>30:48  yeh jo bol hain, jo jo muqaddas kalmat hain, un ko theek theek uchcharan karein aap, bohat hi achhay tareeqay se, bohat sahi accent ke sath, bohat sahi talaffuz ke sath ada karein aap to devta khush hote hain.</w:t>
      </w:r>
      <w:r>
        <w:br/>
      </w:r>
      <w:r>
        <w:rPr>
          <w:sz w:val="20"/>
        </w:rPr>
        <w:t>31:02  woh concept hai jo jis ki bohat mazahamat ki hai musalmanon ne</w:t>
      </w:r>
      <w:r>
        <w:br/>
      </w:r>
      <w:r>
        <w:rPr>
          <w:sz w:val="20"/>
        </w:rPr>
        <w:t>31:07  . woh samajhte hain ke quran ko khoob taani ke sath parho</w:t>
      </w:r>
      <w:r>
        <w:br/>
      </w:r>
      <w:r>
        <w:rPr>
          <w:sz w:val="20"/>
        </w:rPr>
        <w:t>31:17  aur khoob tajweed ke sath parho, husn qirat ke sath parho to bas quran mil gaya. quran ko panay ka raaz tadabbur mein hai, tadabbur mein, husn qirat mein nahi hai.</w:t>
      </w:r>
      <w:r>
        <w:br/>
      </w:r>
      <w:r>
        <w:rPr>
          <w:sz w:val="20"/>
        </w:rPr>
        <w:t>31:38  quran mein jo khazana hai, khazana is ko panay ka raaz alfaz ko, alfaz ki husn adaaigi mein nahi hai, alfaz quran ki husn adaaigi mein nahi hai.</w:t>
      </w:r>
      <w:r>
        <w:br/>
      </w:r>
      <w:r>
        <w:rPr>
          <w:sz w:val="20"/>
        </w:rPr>
        <w:t>31:54  is ka raaz, is ka raaz hai tadabbur mein, contemplation mein, ghaur o fikr mein.</w:t>
      </w:r>
      <w:r>
        <w:br/>
      </w:r>
      <w:r>
        <w:rPr>
          <w:sz w:val="20"/>
        </w:rPr>
        <w:t>32:06  lekin ghor o fikr karne ka raaz kya hai? apne aap ko distraction se bachana.</w:t>
      </w:r>
    </w:p>
    <w:p>
      <w:pPr>
        <w:pStyle w:val="Heading2"/>
      </w:pPr>
      <w:r>
        <w:t>How patience produced the ten-year Hudaibiya peace treaty</w:t>
      </w:r>
    </w:p>
    <w:p>
      <w:r>
        <w:rPr>
          <w:color w:val="666666"/>
          <w:sz w:val="18"/>
        </w:rPr>
        <w:t>Prophetic Wisdom July 23, 2016 Maulana Wahiduddin Khan · 1m 22s · at 11:40 · https://youtu.be/aaXBGgyvWOU?t=700</w:t>
      </w:r>
    </w:p>
    <w:p>
      <w:r>
        <w:rPr>
          <w:i/>
        </w:rPr>
        <w:t>“The Prophet was going from Medina to Mecca for Umrah”</w:t>
      </w:r>
    </w:p>
    <w:p>
      <w:r>
        <w:rPr>
          <w:sz w:val="20"/>
        </w:rPr>
        <w:t>11:40  jaise ek misaal deta hoon mein aap ko. rasool Allah sal Allah alayh wasallam ja rahe thay umrah karne ke liye madina se makka. wahan unhon ne roka, unhon ne umrah nahi karne denge.</w:t>
      </w:r>
      <w:r>
        <w:br/>
      </w:r>
      <w:r>
        <w:rPr>
          <w:sz w:val="20"/>
        </w:rPr>
        <w:t>11:52  to baat cheet hoti rahi. aakhir mein yeh hua ke unhi ki condition par, un ki un ki unilateral condition par agreement hua.</w:t>
      </w:r>
      <w:r>
        <w:br/>
      </w:r>
      <w:r>
        <w:rPr>
          <w:sz w:val="20"/>
        </w:rPr>
        <w:t>12:06  wo tha das saal ka peace agreement. to yeh kya tha? ke aap ne socha soch kar ke yeh tay kiya ke agar hum lad jayen to hudaybiyah mein ek aur uhud banega.</w:t>
      </w:r>
      <w:r>
        <w:br/>
      </w:r>
      <w:r>
        <w:rPr>
          <w:sz w:val="20"/>
        </w:rPr>
        <w:t>12:22  yeh ahad mein 70 sahaba maare gaye. To to hudaybiya mein bhi is tarah maare jayenge log. To to faida to kuch hua nahin.</w:t>
      </w:r>
      <w:r>
        <w:br/>
      </w:r>
      <w:r>
        <w:rPr>
          <w:sz w:val="20"/>
        </w:rPr>
        <w:t>12:33  To aap ne jang ko avoid karne ke liye peaceful agreement kiya taake aap ko time mil jaye better planning ke liye, sochne ke liye, mashwara karne ke liye.</w:t>
      </w:r>
      <w:r>
        <w:br/>
      </w:r>
      <w:r>
        <w:rPr>
          <w:sz w:val="20"/>
        </w:rPr>
        <w:t>12:47  Yeh hai hadith ka contribution. Hadith ka ya sunnat ka contribution. Agar aap Quran ko kahein ke mujhe Quran kafi hai, jaise koi logon ne kaha tha ke hasbana kitab Allah.</w:t>
      </w:r>
    </w:p>
    <w:p>
      <w:pPr>
        <w:pStyle w:val="Heading2"/>
      </w:pPr>
      <w:r>
        <w:t>Today's mission is da'wah through communication</w:t>
      </w:r>
    </w:p>
    <w:p>
      <w:r>
        <w:rPr>
          <w:color w:val="666666"/>
          <w:sz w:val="18"/>
        </w:rPr>
        <w:t>The Method of The Prophet of Islam February 02, 2019 · 1m 38s · at 18:10 · https://youtu.be/8R8ztCC5tsI?t=1090</w:t>
      </w:r>
    </w:p>
    <w:p>
      <w:r>
        <w:rPr>
          <w:i/>
        </w:rPr>
        <w:t>“Ab ummat-e-muslima ka jo mission hai”</w:t>
      </w:r>
    </w:p>
    <w:p>
      <w:r>
        <w:rPr>
          <w:sz w:val="20"/>
        </w:rPr>
        <w:t>18:10  yeh tha rasool Allah ka tareeqa. ab ummat-e-muslima ka jo mission hai, mission hai dawat ka mission, to woh uljhe hue hain takrao mein.</w:t>
      </w:r>
      <w:r>
        <w:br/>
      </w:r>
      <w:r>
        <w:rPr>
          <w:sz w:val="20"/>
        </w:rPr>
        <w:t>18:25  hamein yeh chahiye ke hum in woh takrao paida karein to hum us ko reduce kar dein, takrao na banne dein.</w:t>
      </w:r>
      <w:r>
        <w:br/>
      </w:r>
      <w:r>
        <w:rPr>
          <w:sz w:val="20"/>
        </w:rPr>
        <w:t>18:36  aur aaj ka jo communication hai, aaj ke jo mawaqe hain, yani communication ka ek samandar hai hamare is aas paas.</w:t>
      </w:r>
      <w:r>
        <w:br/>
      </w:r>
      <w:r>
        <w:rPr>
          <w:sz w:val="20"/>
        </w:rPr>
        <w:t>18:49  is communication ko hum istemal karein dawat ke liye. communication ko hum istemal karein dawat ke liye.</w:t>
      </w:r>
      <w:r>
        <w:br/>
      </w:r>
      <w:r>
        <w:rPr>
          <w:sz w:val="20"/>
        </w:rPr>
        <w:t>18:58  yeh yeh hai prophetic wisdom ke hum avoid karein aur koi bhi,</w:t>
      </w:r>
      <w:r>
        <w:br/>
      </w:r>
      <w:r>
        <w:rPr>
          <w:sz w:val="20"/>
        </w:rPr>
        <w:t>19:10  koi bhi war na hone dein. rasool Allah ka tareeqa hai ke war na hone do</w:t>
      </w:r>
      <w:r>
        <w:br/>
      </w:r>
      <w:r>
        <w:rPr>
          <w:sz w:val="20"/>
        </w:rPr>
        <w:t>19:19  aur war ko manage karke aisa karo ke woh cheez tumhare liye dawat ki opportunity ban jaye.</w:t>
      </w:r>
      <w:r>
        <w:br/>
      </w:r>
      <w:r>
        <w:rPr>
          <w:sz w:val="20"/>
        </w:rPr>
        <w:t>19:31  yeh hai prophetic wisdom. meri dua hai ke Allah taala hum ko tofeeq de ke hum prophetic wisdom ko samjhein aur us ke mutabiq apne kaam ki planning karein.</w:t>
      </w:r>
    </w:p>
    <w:p>
      <w:pPr>
        <w:pStyle w:val="Heading2"/>
      </w:pPr>
      <w:r>
        <w:t>Meccans were potential helpers not enemies</w:t>
      </w:r>
    </w:p>
    <w:p>
      <w:r>
        <w:rPr>
          <w:color w:val="666666"/>
          <w:sz w:val="18"/>
        </w:rPr>
        <w:t>Islam in A New Age August 30, 2020 Maulana Wahiduddin Khan · 2m 25s · at 13:47 · https://youtu.be/R2EEb2xSIcA?t=827</w:t>
      </w:r>
    </w:p>
    <w:p>
      <w:r>
        <w:rPr>
          <w:i/>
        </w:rPr>
        <w:t>“Ye ghalti dor awwal ke Musalmanon se bhi ho chuki hai”</w:t>
      </w:r>
    </w:p>
    <w:p>
      <w:r>
        <w:rPr>
          <w:sz w:val="20"/>
        </w:rPr>
        <w:t>13:47  yeh ghalati door awwal ke musalmanon se bhi ho chuki hai, yani unhone samajh rakha tha ke Makkah wale dushman Islam hain</w:t>
      </w:r>
      <w:r>
        <w:br/>
      </w:r>
      <w:r>
        <w:rPr>
          <w:sz w:val="20"/>
        </w:rPr>
        <w:t>14:04  aur un se ladne ke liye tayyar ho gaye. Lekin Hudaybiyah ke baad yeh discover hui hai baat Allah taala ki planning ke zariye ke yeh toh mu'ahida Islam toh log the, yeh</w:t>
      </w:r>
      <w:r>
        <w:br/>
      </w:r>
      <w:r>
        <w:rPr>
          <w:sz w:val="20"/>
        </w:rPr>
        <w:t>14:22  yani wohi log the jin ko aaj bhi Muslim kitabon mein likha rehta hai: "Kuffar e Makkah".</w:t>
      </w:r>
      <w:r>
        <w:br/>
      </w:r>
      <w:r>
        <w:rPr>
          <w:sz w:val="20"/>
        </w:rPr>
        <w:t>14:34  aaj bhi kitaabon mein likha aata hai, aaj bhi "kuffar-e-makka".</w:t>
      </w:r>
      <w:r>
        <w:br/>
      </w:r>
      <w:r>
        <w:rPr>
          <w:sz w:val="20"/>
        </w:rPr>
        <w:t>14:40  kitni bekhabri ki baat hai!</w:t>
      </w:r>
      <w:r>
        <w:br/>
      </w:r>
      <w:r>
        <w:rPr>
          <w:sz w:val="20"/>
        </w:rPr>
        <w:t>14:42  yeh makke ke log to umar abubakar bane, yeh makke ke log to sahaba bane. to jin ko musalmanon ne dub kar rakha hai, woh kuffar-e-makka,</w:t>
      </w:r>
      <w:r>
        <w:br/>
      </w:r>
      <w:r>
        <w:rPr>
          <w:sz w:val="20"/>
        </w:rPr>
        <w:t>14:58  woh sab ashaab-e-islam, ashaab-e-rasool bane.</w:t>
      </w:r>
      <w:r>
        <w:br/>
      </w:r>
      <w:r>
        <w:rPr>
          <w:sz w:val="20"/>
        </w:rPr>
        <w:t>15:08  unhon ne islam ki tareekh banai, unhon ne quran ko jama kiya, unhon ne hadith ko jama kiya, unhon ne islam ki dictionary banai.</w:t>
      </w:r>
      <w:r>
        <w:br/>
      </w:r>
      <w:r>
        <w:rPr>
          <w:sz w:val="20"/>
        </w:rPr>
        <w:t>15:24  yaani saare kaam jo kiye hain logon ne, wahi log hain jin ko yeh bekhabar log kuffar-e-makka kehte hain.</w:t>
      </w:r>
      <w:r>
        <w:br/>
      </w:r>
      <w:r>
        <w:rPr>
          <w:sz w:val="20"/>
        </w:rPr>
        <w:t>15:40  yeh yeh waqia batata hai ke sab log potentially mu'eed-e-islam thay, potentially.</w:t>
      </w:r>
      <w:r>
        <w:br/>
      </w:r>
      <w:r>
        <w:rPr>
          <w:sz w:val="20"/>
        </w:rPr>
        <w:t>15:56  baad ko woh log actual ma'ani mein muslim ban gaye, wahi aaj bhi hai.</w:t>
      </w:r>
      <w:r>
        <w:br/>
      </w:r>
      <w:r>
        <w:rPr>
          <w:sz w:val="20"/>
        </w:rPr>
        <w:t>16:09  dekhiye, main bohat dinon se bas sochta raha</w:t>
      </w:r>
    </w:p>
    <w:p>
      <w:pPr>
        <w:pStyle w:val="Heading2"/>
      </w:pPr>
      <w:r>
        <w:t>Sending reward to the dead isn't Islamic</w:t>
      </w:r>
    </w:p>
    <w:p>
      <w:r>
        <w:rPr>
          <w:color w:val="666666"/>
          <w:sz w:val="18"/>
        </w:rPr>
        <w:t>Art of Crisis Management October 3, 2010 · 2m 52s · at 1:00:16 · https://youtu.be/sKdyThFThXo?t=3616</w:t>
      </w:r>
    </w:p>
    <w:p>
      <w:r>
        <w:rPr>
          <w:i/>
        </w:rPr>
        <w:t>“Isal-e-Sawab ka jo concept hai, ye hai hi nahi Islam mein”</w:t>
      </w:r>
    </w:p>
    <w:p>
      <w:r>
        <w:rPr>
          <w:sz w:val="20"/>
        </w:rPr>
        <w:t>1:00:16  dekhiye, esal-e-sawab ka jo concept hai, yeh musalmanon ka riwaj hai, islam say is ka koi talluq nahin, yeh hai hi nahin.</w:t>
      </w:r>
      <w:r>
        <w:br/>
      </w:r>
      <w:r>
        <w:rPr>
          <w:sz w:val="20"/>
        </w:rPr>
        <w:t>1:00:27  esal-e-sawab ka lafz hi aik baat ko paida hua, quran mein na yeh lafz hai, na hadith mein yeh lafz hai. yeh to daur-e-zawaal mein musalmanon nay nikal rakha hai, yeh sab esal-e-sawab,</w:t>
      </w:r>
      <w:r>
        <w:br/>
      </w:r>
      <w:r>
        <w:rPr>
          <w:sz w:val="20"/>
        </w:rPr>
        <w:t>1:00:41  yeh hai hi nahin islam mein.</w:t>
      </w:r>
      <w:r>
        <w:br/>
      </w:r>
      <w:r>
        <w:rPr>
          <w:sz w:val="20"/>
        </w:rPr>
        <w:t>1:00:43  laysa lilinsani illa ma sa'a. quran mein hai, yani khud apna hi amal kaam aye ga, kisi aur ka amal jo hai, woh us ko nahin puhanch sakta.</w:t>
      </w:r>
      <w:r>
        <w:br/>
      </w:r>
      <w:r>
        <w:rPr>
          <w:sz w:val="20"/>
        </w:rPr>
        <w:t>1:00:55  aur bhi esal-e-sawab bhi kahan hai? yeh india, pakistan aur bangladesh mein hai, abhi bhi arab mein nahin hai. sab arab mein aik concept nahin, esal-e-sawab ka.</w:t>
      </w:r>
      <w:r>
        <w:br/>
      </w:r>
      <w:r>
        <w:rPr>
          <w:sz w:val="20"/>
        </w:rPr>
        <w:t>1:01:06  eisal sawab mani sawab pohanchana, is ki literal meaning hai sawab</w:t>
      </w:r>
      <w:r>
        <w:br/>
      </w:r>
      <w:r>
        <w:rPr>
          <w:sz w:val="20"/>
        </w:rPr>
        <w:t>1:01:12  pohanchana, yani mein aik kaam karoon aur sawab kisi meray aadmi ko, jo mar chuka hai, mein hajj karoon aur is ka sawab meray huay aadmi ko pohanchay.</w:t>
      </w:r>
      <w:r>
        <w:br/>
      </w:r>
      <w:r>
        <w:rPr>
          <w:sz w:val="20"/>
        </w:rPr>
        <w:t>1:01:24  bilkul, yani koi be asal baat hai, baseless baat hai. yeh is ka taluq na quran se hai, na hadith se, na sahaba ke zamanay mein bhi is ka koi riwaj nahi tha.</w:t>
      </w:r>
      <w:r>
        <w:br/>
      </w:r>
      <w:r>
        <w:rPr>
          <w:sz w:val="20"/>
        </w:rPr>
        <w:t>1:01:33  aaj bhi arbon mein is ka riwaj nahi hai, aaj bhi nahi hai.</w:t>
      </w:r>
      <w:r>
        <w:br/>
      </w:r>
      <w:r>
        <w:rPr>
          <w:sz w:val="20"/>
        </w:rPr>
        <w:t>1:01:37  yeh sirf yeh jo yeh jo log hain, india aur pakistan aur bangladesh ke log, yahi hain. yeh sab cheezein to mein yeh kahoon ga ke sab se pehle to yeh daryaft kiye, kya is eisal sawab hai islam mein?</w:t>
      </w:r>
      <w:r>
        <w:br/>
      </w:r>
      <w:r>
        <w:rPr>
          <w:sz w:val="20"/>
        </w:rPr>
        <w:t>1:01:55  sab se pehle to yeh pata kijiye,</w:t>
      </w:r>
      <w:r>
        <w:br/>
      </w:r>
      <w:r>
        <w:rPr>
          <w:sz w:val="20"/>
        </w:rPr>
        <w:t>1:01:59  kuch bhi haqeeqat is eisal sawab ki nahi hai.</w:t>
      </w:r>
      <w:r>
        <w:br/>
      </w:r>
      <w:r>
        <w:rPr>
          <w:sz w:val="20"/>
        </w:rPr>
        <w:t>1:02:03  haan, sirf aik cheez hai, dekhiye, woh hai wasiyat. agar aadmi ne wasiyat ki ho, kuch maal is ke paas hai, maal se wasiyat ki ho ke dekho bhai, mehlay walon ke paas pani ka sadar nahi hai, tum mere is paisay se kuwan bana dena ta ke mehlay walon ko pani milnay lagay, aur is ke baad woh mar jay.</w:t>
      </w:r>
      <w:r>
        <w:br/>
      </w:r>
      <w:r>
        <w:rPr>
          <w:sz w:val="20"/>
        </w:rPr>
        <w:t>1:02:26  ab beton ne kuwan bana diya to</w:t>
      </w:r>
      <w:r>
        <w:br/>
      </w:r>
      <w:r>
        <w:rPr>
          <w:sz w:val="20"/>
        </w:rPr>
        <w:t>1:02:31  is ka sawab is ko milay ga, is liye ke is ne niyat is ki shamil thi. is mein is ki niyat yeh thi, paisa diya is ne, wasiyat is ne ki to is ka sawab milay ga.</w:t>
      </w:r>
      <w:r>
        <w:br/>
      </w:r>
      <w:r>
        <w:rPr>
          <w:sz w:val="20"/>
        </w:rPr>
        <w:t>1:02:45  is ko aisay hi hajj ka moamla hai, agar aik shakhs jo hai, is ne paisa ikatha kiya hajj karne ke liye,</w:t>
      </w:r>
      <w:r>
        <w:br/>
      </w:r>
      <w:r>
        <w:rPr>
          <w:sz w:val="20"/>
        </w:rPr>
        <w:t>1:02:55  lekin woh hajj nahi kar saka to is ne wasiyat ki ke dekho bhai, yeh mera jo paisa hai, is se hajj badal karwa dena kisi ka, meri taraf se wasiyat kar rahi hai, tab is ka sawab mujh ko milay ga.</w:t>
      </w:r>
    </w:p>
    <w:p>
      <w:pPr>
        <w:pStyle w:val="Heading2"/>
      </w:pPr>
      <w:r>
        <w:t>Islam's misfit and dual personality in Muslims</w:t>
      </w:r>
    </w:p>
    <w:p>
      <w:r>
        <w:rPr>
          <w:color w:val="666666"/>
          <w:sz w:val="18"/>
        </w:rPr>
        <w:t>Redefining Islam July 05, 2009 Maulana Wahiduddin Khan · 1m 55s · at 0:57 · https://youtu.be/JXY-MlXBy3Q?t=57</w:t>
      </w:r>
    </w:p>
    <w:p>
      <w:r>
        <w:rPr>
          <w:i/>
        </w:rPr>
        <w:t>“Dekhen yeh ek mani hui baat hai”</w:t>
      </w:r>
    </w:p>
    <w:p>
      <w:r>
        <w:rPr>
          <w:sz w:val="20"/>
        </w:rPr>
        <w:t>0:57  dekhen yeh aik maani hui baat hai ke hum aik aisay zamanay mein hain jis mein sab kuch badla hua hai.</w:t>
      </w:r>
      <w:r>
        <w:br/>
      </w:r>
      <w:r>
        <w:rPr>
          <w:sz w:val="20"/>
        </w:rPr>
        <w:t>1:09  yani pehla zamana jo tha woh rawayati zamana tha, yani Traditional zamana. aaj ka zamana jo hai woh Scientific zamana hai.</w:t>
      </w:r>
      <w:r>
        <w:br/>
      </w:r>
      <w:r>
        <w:rPr>
          <w:sz w:val="20"/>
        </w:rPr>
        <w:t>1:20  bohat si baatein nai ho gayi hain is zamanay mein jo pehle nahi theen.</w:t>
      </w:r>
      <w:r>
        <w:br/>
      </w:r>
      <w:r>
        <w:rPr>
          <w:sz w:val="20"/>
        </w:rPr>
        <w:t>1:28  to ab is nai zamanay mein aik aam taassur yeh ban gaya hai logon ka ke Islam nai zamanay ke liye Misfit hai.</w:t>
      </w:r>
      <w:r>
        <w:br/>
      </w:r>
      <w:r>
        <w:rPr>
          <w:sz w:val="20"/>
        </w:rPr>
        <w:t>1:41  aaj ke lehaz se woh hai nahi. pehle zamanay mein is ka aik role tha, ab is ka koi role nahi hai.</w:t>
      </w:r>
      <w:r>
        <w:br/>
      </w:r>
      <w:r>
        <w:rPr>
          <w:sz w:val="20"/>
        </w:rPr>
        <w:t>1:55  yeh aam baat hai aaj. aur yeh musalmanon mein bhi bohat zabardast tareeqay par maujood hai. is ka nateeja yeh hai ke jo log jadeed taleem hasil karte hain, Modern Education lete hain to woh Islam ko bas aik aik Ritual ke tor par liye rehte hain.</w:t>
      </w:r>
      <w:r>
        <w:br/>
      </w:r>
      <w:r>
        <w:rPr>
          <w:sz w:val="20"/>
        </w:rPr>
        <w:t>2:17  warna un ka jo Mindset hai, un ki jo soch hai woh sab alag hi hoti hai.</w:t>
      </w:r>
      <w:r>
        <w:br/>
      </w:r>
      <w:r>
        <w:rPr>
          <w:sz w:val="20"/>
        </w:rPr>
        <w:t>2:25  to musalmanon mein bhi mein ne dekha hai ke un ke andar aik Dual Personality ban gayi hai. jab woh university mein hotay hain, apne job mein hotay hain, dunya mein hotay hain to Modern tareeqay se sochte hain.</w:t>
      </w:r>
      <w:r>
        <w:br/>
      </w:r>
      <w:r>
        <w:rPr>
          <w:sz w:val="20"/>
        </w:rPr>
        <w:t>2:41  aur bas masjid mein aa kar ke paanch waqt namaz parh liya unhon ne. to goya ke Islam in logon ke liye aik tarah ka Appendix hai.</w:t>
      </w:r>
    </w:p>
    <w:p>
      <w:pPr>
        <w:pStyle w:val="Heading2"/>
      </w:pPr>
      <w:r>
        <w:t>Young Fatima nurses the Prophet's wounds after persecution</w:t>
      </w:r>
    </w:p>
    <w:p>
      <w:r>
        <w:rPr>
          <w:color w:val="666666"/>
          <w:sz w:val="18"/>
        </w:rPr>
        <w:t>The Story of Hazrat Fatima The Prophet's Cherished Daughter (Part- I) July 30, 2023 · 2m 37s · at 13:01 · https://youtu.be/MG9FmkFEyfo?t=781</w:t>
      </w:r>
    </w:p>
    <w:p>
      <w:r>
        <w:rPr>
          <w:i/>
        </w:rPr>
        <w:t>“After Khadijah died, ten-year-old Fatima tended her father's wounds”</w:t>
      </w:r>
    </w:p>
    <w:p>
      <w:r>
        <w:rPr>
          <w:sz w:val="20"/>
        </w:rPr>
        <w:t>13:01  rat Khadija bhi aur Abu Talib bhi. To is ke baad aa jo Mecca ke log thay, woh bare aa free ho gaye, yani Rasool Allah ko tarah tarah ki pareshaniyon mein daalne daalne lage aur aa violent attack, public publicly attack karne lage Prophet ko.</w:t>
      </w:r>
      <w:r>
        <w:br/>
      </w:r>
      <w:r>
        <w:rPr>
          <w:sz w:val="20"/>
        </w:rPr>
        <w:t>13:21  Aur Rasool Allah har roz Kaba mein jaya karte thay namaz parhne</w:t>
      </w:r>
      <w:r>
        <w:br/>
      </w:r>
      <w:r>
        <w:rPr>
          <w:sz w:val="20"/>
        </w:rPr>
        <w:t>13:25  . Ji, chounke wahan Kaba mein log ate thay, aa bahar se bhi ate thay aur jo muqami log hote thay, woh bhi ate thay.</w:t>
      </w:r>
      <w:r>
        <w:br/>
      </w:r>
      <w:r>
        <w:rPr>
          <w:sz w:val="20"/>
        </w:rPr>
        <w:t>13:34  To Rasool Allah jate thay aur Quran ki baatein batate thay, kuch Quran ki wirse sunate thay. To wahan ke jo Mecca ke jo elite thay, Abu Jahl waghera, yeh log in ko yeh pasand nahi tha.</w:t>
      </w:r>
      <w:r>
        <w:br/>
      </w:r>
      <w:r>
        <w:rPr>
          <w:sz w:val="20"/>
        </w:rPr>
        <w:t>13:48  To woh tarah tarah se satate thay.</w:t>
      </w:r>
      <w:r>
        <w:br/>
      </w:r>
      <w:r>
        <w:rPr>
          <w:sz w:val="20"/>
        </w:rPr>
        <w:t>13:51  To aa aur wapas jab Prophet ate thay to taqreeban roz aana hi was covered with blood yani har taraf chot lagi lagi rehti thi, pathar marte thay, tarah tarah se satate thay.</w:t>
      </w:r>
      <w:r>
        <w:br/>
      </w:r>
      <w:r>
        <w:rPr>
          <w:sz w:val="20"/>
        </w:rPr>
        <w:t>14:05  To jab ghar ate thay to Fatima rehti thi wahan. Ji, she she was the only person in the house at that time to she would clean his wounds, she would nurse him, she would take care of him</w:t>
      </w:r>
      <w:r>
        <w:br/>
      </w:r>
      <w:r>
        <w:rPr>
          <w:sz w:val="20"/>
        </w:rPr>
        <w:t>14:20  To aa yeh yani yeh ek tarike se bohat hi public humiliation Rasool Allah ke liye ho gaya ke aa log aa tarah tarah se satane lage.</w:t>
      </w:r>
      <w:r>
        <w:br/>
      </w:r>
      <w:r>
        <w:rPr>
          <w:sz w:val="20"/>
        </w:rPr>
        <w:t>14:33  Aur Fatima ka role bohat aham tha ke jab bhi Rasool Allah ate thay to woh un ki marham p</w:t>
      </w:r>
      <w:r>
        <w:br/>
      </w:r>
      <w:r>
        <w:rPr>
          <w:sz w:val="20"/>
        </w:rPr>
        <w:t>14:39  atti karti thi, zakhamon pe marham lagati thi. Aur us waqt jab Khadija ki death ho gayi, Hazrat Khadija ki, to unhon ne ek tarike se Hazrat Khadija ka role ada kiya.</w:t>
      </w:r>
      <w:r>
        <w:br/>
      </w:r>
      <w:r>
        <w:rPr>
          <w:sz w:val="20"/>
        </w:rPr>
        <w:t>14:52  Hmm, aur jo care karti theen woh Rasool Allah ki jis tarah se care karti theen, Hazrat Fatima, halanke she was just ten years old to un ka ek bara unusual nickname par gaya, Umm Abīhā, haan ji, the mother of her father,</w:t>
      </w:r>
      <w:r>
        <w:br/>
      </w:r>
      <w:r>
        <w:rPr>
          <w:sz w:val="20"/>
        </w:rPr>
        <w:t>15:07  yani motherly affection ki wajah se aa un ka un ka yeh yeh naam par gaya. To aa yeh Hazrat Fatima ka bohat bara role hai us waqt jab Hazrat Khadija maujood nahi theen.</w:t>
      </w:r>
      <w:r>
        <w:br/>
      </w:r>
      <w:r>
        <w:rPr>
          <w:sz w:val="20"/>
        </w:rPr>
        <w:t>15:22  To she took care of him, she cooked food for him, she nurse him and cleaned his wounds aur yani jo bhi apne maa ka jo role tha, woh poori tarah se ada kiya unhon ne.</w:t>
      </w:r>
    </w:p>
    <w:p>
      <w:pPr>
        <w:pStyle w:val="Heading2"/>
      </w:pPr>
      <w:r>
        <w:t>Two men dispute land until they remember divine accountability</w:t>
      </w:r>
    </w:p>
    <w:p>
      <w:r>
        <w:rPr>
          <w:color w:val="666666"/>
          <w:sz w:val="18"/>
        </w:rPr>
        <w:t>The Man Al-Quran Builds April 2, 2006 Maulana Wahiduddin Khan · 2m 24s · at 1:09:17 · https://youtu.be/06TQIt_5vlw?t=4157</w:t>
      </w:r>
    </w:p>
    <w:p>
      <w:r>
        <w:rPr>
          <w:i/>
        </w:rPr>
        <w:t>“Do aadmi zameen ke dawe le kar Rasool Allah ke paas aaye”</w:t>
      </w:r>
    </w:p>
    <w:p>
      <w:r>
        <w:rPr>
          <w:sz w:val="20"/>
        </w:rPr>
        <w:t>1:09:17  jaise aaj kal hoti hai paper hote hain us zamane mein aise paper nahi hote the to do aadmi claim karne lage ek land ke bare mein ke yeh meri hai auqat hai meri hai to dono aadmi rasool Allah ke pas aaye aap ne kaha ke dekho paper ki shakal mein to koi documentary proof hai nahi</w:t>
      </w:r>
      <w:r>
        <w:br/>
      </w:r>
      <w:r>
        <w:rPr>
          <w:sz w:val="20"/>
        </w:rPr>
        <w:t>1:09:45  ab tumhari baat sun kar hi main koi faisla karunga lekin ek baat samajh lo ke agar.</w:t>
      </w:r>
      <w:r>
        <w:br/>
      </w:r>
      <w:r>
        <w:rPr>
          <w:sz w:val="20"/>
        </w:rPr>
        <w:t>1:09:53  tum mein se kisi ki baat ko sun kar ke main mujhe asar ho jaye aur us ko main zameen de doon halankay zameen us ki nahi hai yani jo yani real sense mein us ka owner nahi hai us ko main zameen de doon</w:t>
      </w:r>
      <w:r>
        <w:br/>
      </w:r>
      <w:r>
        <w:rPr>
          <w:sz w:val="20"/>
        </w:rPr>
        <w:t>1:10:12  due to absence of document tab bhi zameen us ki nahi hogi aur akhirat mein woh Khuda ke haan pakda jayega woh to kya hua dono ne dono yeh kehne lage haqee lee akhee haqee lee akhee agar zameen meri ho to maine us ko diya agar zameen meri ho to maine us ko diya</w:t>
      </w:r>
      <w:r>
        <w:br/>
      </w:r>
      <w:r>
        <w:rPr>
          <w:sz w:val="20"/>
        </w:rPr>
        <w:t>1:10:39  yani wohi do aadmi jo pehle lad rahe thay ek zameen ke liye ek land ke liye ab kya keh rahe hain ke agar zameen meri ho to maine us ko de diya kyun ab masla yeh agaya ke ab main day of judgment mein us ka hisab dena hoga</w:t>
      </w:r>
      <w:r>
        <w:br/>
      </w:r>
      <w:r>
        <w:rPr>
          <w:sz w:val="20"/>
        </w:rPr>
        <w:t>1:10:57  accountability ka mamla samne agaya</w:t>
      </w:r>
      <w:r>
        <w:br/>
      </w:r>
      <w:r>
        <w:rPr>
          <w:sz w:val="20"/>
        </w:rPr>
        <w:t>1:11:01  yeh hai momin ka character ke jab is ke samne yeh baat aa jaye ke tum accountable ho Khuda ke haan tumhari pakad hone wali hai wahan koi source nahi chalega wahan koi dhandhli nahi chalegi to ek dam is ki soch badal jati hai</w:t>
      </w:r>
      <w:r>
        <w:br/>
      </w:r>
      <w:r>
        <w:rPr>
          <w:sz w:val="20"/>
        </w:rPr>
        <w:t>1:11:23  bilkul is ki soch badal jati hai</w:t>
      </w:r>
      <w:r>
        <w:br/>
      </w:r>
      <w:r>
        <w:rPr>
          <w:sz w:val="20"/>
        </w:rPr>
        <w:t>1:11:25  yahan tak ke woh agar us ki apni cheez bhi ja rahi ho kisi shakk ki wajah se to kehta hai ke chalo bhai choti si cheez kho dein akhirat mein to hum bache rahenge akhirat mein hamari pakad nahi hogi</w:t>
      </w:r>
    </w:p>
    <w:p>
      <w:pPr>
        <w:pStyle w:val="Heading2"/>
      </w:pPr>
      <w:r>
        <w:t>nature awakens awareness of the Creator</w:t>
      </w:r>
    </w:p>
    <w:p>
      <w:r>
        <w:rPr>
          <w:color w:val="666666"/>
          <w:sz w:val="18"/>
        </w:rPr>
        <w:t>The Early Life of Prophet Muhammad November 28, 2021 Dr. Saniyasnain Khan · 2m 25s · at 9:33 · https://youtu.be/xjZAqfhmg1Y?t=573</w:t>
      </w:r>
    </w:p>
    <w:p>
      <w:r>
        <w:rPr>
          <w:i/>
        </w:rPr>
        <w:t>“نیچر ہمیں انسپائر کرتا ہے”</w:t>
      </w:r>
    </w:p>
    <w:p>
      <w:r>
        <w:rPr>
          <w:sz w:val="20"/>
        </w:rPr>
        <w:t>9:33  to rasool allah salallaho alaihi wasallam bhi jab bakriyan le ke jate thay janglon wa biyaban mein, paharon ke pahariyon pe, to us waqt jo wahan ka mahol hota tha, nature ka mahol, woh unhein inspire karta tha.</w:t>
      </w:r>
      <w:r>
        <w:br/>
      </w:r>
      <w:r>
        <w:rPr>
          <w:sz w:val="20"/>
        </w:rPr>
        <w:t>9:55  dar asal nature hamein inspire karta hai. jab insan nature mein jata hai, paharon ke upar, daryaon, samandar ko dekhta hai, janglon wa biyaban mein jata hai to woh sochta hai ke yeh yeh kis ne banaya hai, yeh sab kaun khaliq hai, kaun malik hai,</w:t>
      </w:r>
      <w:r>
        <w:br/>
      </w:r>
      <w:r>
        <w:rPr>
          <w:sz w:val="20"/>
        </w:rPr>
        <w:t>10:18  kon yeh porey nizaam ko chala raha hai, kon hamein sab de raha hai cheezein, kon giver hai, munim kon hai, benefactor kon hai.</w:t>
      </w:r>
      <w:r>
        <w:br/>
      </w:r>
      <w:r>
        <w:rPr>
          <w:sz w:val="20"/>
        </w:rPr>
        <w:t>10:30  toh yeh cheezein chuki aadmi wahan yaksooi mein rehta hai, bahut se log jangalon mein jaake, pahadon</w:t>
      </w:r>
      <w:r>
        <w:br/>
      </w:r>
      <w:r>
        <w:rPr>
          <w:sz w:val="20"/>
        </w:rPr>
        <w:t>10:37  peh jaake rehne lagte hain.</w:t>
      </w:r>
      <w:r>
        <w:br/>
      </w:r>
      <w:r>
        <w:rPr>
          <w:sz w:val="20"/>
        </w:rPr>
        <w:t>10:40  to jab woh</w:t>
      </w:r>
      <w:r>
        <w:br/>
      </w:r>
      <w:r>
        <w:rPr>
          <w:sz w:val="20"/>
        </w:rPr>
        <w:t>10:42  yeksui mein rehta hai aur</w:t>
      </w:r>
      <w:r>
        <w:br/>
      </w:r>
      <w:r>
        <w:rPr>
          <w:sz w:val="20"/>
        </w:rPr>
        <w:t>10:46  har taraf nature ki beauty ke darmiyan to woh sochta hai, aur jo sawalat us ke zehn mein</w:t>
      </w:r>
      <w:r>
        <w:br/>
      </w:r>
      <w:r>
        <w:rPr>
          <w:sz w:val="20"/>
        </w:rPr>
        <w:t>10:53  aate hain woh uska spiritual development hota hai, is se Allah taala ki taraf se inspirations aate</w:t>
      </w:r>
      <w:r>
        <w:br/>
      </w:r>
      <w:r>
        <w:rPr>
          <w:sz w:val="20"/>
        </w:rPr>
        <w:t>11:02  hain.</w:t>
      </w:r>
      <w:r>
        <w:br/>
      </w:r>
      <w:r>
        <w:rPr>
          <w:sz w:val="20"/>
        </w:rPr>
        <w:t>11:03  chuki Allah inspire karta hai logon ko, aur peghambaron ke maamle mein to aur zyada bara inspiration hota hai, har cheez ko inspire karta hai, yahan tak ke Quran mein shehad ki makhi ke bare mein hai ke Allah taala ne use inspire kiya, waha rabbika annahl.</w:t>
      </w:r>
      <w:r>
        <w:br/>
      </w:r>
      <w:r>
        <w:rPr>
          <w:sz w:val="20"/>
        </w:rPr>
        <w:t>11:21  to is tareeqe se jab insaan jata hai nature mein to us ke zehen mein sawalat aate hain, aur Allah taala inspiration ke zariye un ke jawabat deta hai.</w:t>
      </w:r>
      <w:r>
        <w:br/>
      </w:r>
      <w:r>
        <w:rPr>
          <w:sz w:val="20"/>
        </w:rPr>
        <w:t>11:38  to yeh Rasool Allah salallaho alaihi wasallam jab bakriyan charate the to ek tareeqe se un ki training ho rahi thi, tayyari ho rahi thi taake woh aage ja ke apne mission ko jab mission chalayein to us waqt woh tayyar rahein.</w:t>
      </w:r>
    </w:p>
    <w:p>
      <w:pPr>
        <w:pStyle w:val="Heading2"/>
      </w:pPr>
      <w:r>
        <w:t>Historical credibility of Prophet Muhammad</w:t>
      </w:r>
    </w:p>
    <w:p>
      <w:r>
        <w:rPr>
          <w:color w:val="666666"/>
          <w:sz w:val="18"/>
        </w:rPr>
        <w:t>The Prophet A Blessing for All of Humanity January 5, 2014 · 2m 50s · at 1:40 · https://youtu.be/ZmMkgj54O28?t=100</w:t>
      </w:r>
    </w:p>
    <w:p>
      <w:r>
        <w:rPr>
          <w:i/>
        </w:rPr>
        <w:t>“I will narrate an incident from Lucknow in 1965”</w:t>
      </w:r>
    </w:p>
    <w:p>
      <w:r>
        <w:rPr>
          <w:sz w:val="20"/>
        </w:rPr>
        <w:t>1:40  dekhen, pehli baat mein yeh arz karunga ke yahan mein ek waqia arz karunga ke mein lucknow mein tha 1965 mein, wahan ek sahib se mulaqat hui jo apne ko hathi samajhte thay.</w:t>
      </w:r>
      <w:r>
        <w:br/>
      </w:r>
      <w:r>
        <w:rPr>
          <w:sz w:val="20"/>
        </w:rPr>
        <w:t>1:57  to unhon ne kaha ke rasool allah sallallahu alaihi wasallam ke bare mein unhon ne kaha ke muhammad ka credit kya hai history mein, kya role hai un ka history mein.</w:t>
      </w:r>
      <w:r>
        <w:br/>
      </w:r>
      <w:r>
        <w:rPr>
          <w:sz w:val="20"/>
        </w:rPr>
        <w:t>2:09  un ke nazdeek kuch role nahi tha.</w:t>
      </w:r>
      <w:r>
        <w:br/>
      </w:r>
      <w:r>
        <w:rPr>
          <w:sz w:val="20"/>
        </w:rPr>
        <w:t>2:12  to mein kuch baatein arz karna chahta hoon jo un se hui theen, aur doosri baatein. dekhen, hamare, hum sab ka aur sare insanon ka yeh masla hai ke hamein ek aisa prophet chahiye jis ki jo historically credit qabil e, jo historically mustard hasiyat rakhta ho.</w:t>
      </w:r>
      <w:r>
        <w:br/>
      </w:r>
      <w:r>
        <w:rPr>
          <w:sz w:val="20"/>
        </w:rPr>
        <w:t>2:40  to aap jante hain ke dunya mein ek lakh se zyada peghambar aaye, lekin un ki history nahi bani. kisi bhi peghambar ki history nahi bani.</w:t>
      </w:r>
      <w:r>
        <w:br/>
      </w:r>
      <w:r>
        <w:rPr>
          <w:sz w:val="20"/>
        </w:rPr>
        <w:t>2:52  yahan tak ke dekhen, rasool Allah sal Allah alaihi wasallam se pehle aakhri jo peghambar the woh Hazrat Masih alaihi assalam the, lekin un ke bare mein ek kitab maine parhi jis ka naam hai, is ka title hai "historical Jesus".</w:t>
      </w:r>
      <w:r>
        <w:br/>
      </w:r>
      <w:r>
        <w:rPr>
          <w:sz w:val="20"/>
        </w:rPr>
        <w:t>3:10  yeh moti si kitab hai. is kitab mein unhon ne bataya ke jis Christ ko dunya manti hai woh ek matter of belief hai, matter of history nahi hai.</w:t>
      </w:r>
      <w:r>
        <w:br/>
      </w:r>
      <w:r>
        <w:rPr>
          <w:sz w:val="20"/>
        </w:rPr>
        <w:t>3:23  chunaanche Barter ne kaha ke "historically it is got doubtful whether Christ ever existed at all", yaani yeh amr bhi mushtaba hai ke kya waqeatan Hazrat Masih ka koi wajood tha tareekhi aitbaar se.</w:t>
      </w:r>
      <w:r>
        <w:br/>
      </w:r>
      <w:r>
        <w:rPr>
          <w:sz w:val="20"/>
        </w:rPr>
        <w:t>3:40  to hum mante hain ke Allah taala ne saare peghambar bheje, hum sab pe yaqeen rakhte hain, aur sab ko hum Allah ke peghambar mante hain.</w:t>
      </w:r>
      <w:r>
        <w:br/>
      </w:r>
      <w:r>
        <w:rPr>
          <w:sz w:val="20"/>
        </w:rPr>
        <w:t>3:50  lekin jahan tak history ka sawal hai, history</w:t>
      </w:r>
      <w:r>
        <w:br/>
      </w:r>
      <w:r>
        <w:rPr>
          <w:sz w:val="20"/>
        </w:rPr>
        <w:t>3:53  jo insaan ke liye accepted cheez hoti hai, to is aitbaar se sirf ek hi peghambar ka naam liya ja sakta hai, woh Hazrat Muhammad sal Allah alaihi wasallam ka.</w:t>
      </w:r>
      <w:r>
        <w:br/>
      </w:r>
      <w:r>
        <w:rPr>
          <w:sz w:val="20"/>
        </w:rPr>
        <w:t>4:04  chunaanche ek orientalist ne likhi hai yeh baat ke "Muhammad was born within a full light history", yaani Muhammad sal Allah alaihi wasallam tareekh ki poori roshni mein paida hue.</w:t>
      </w:r>
      <w:r>
        <w:br/>
      </w:r>
      <w:r>
        <w:rPr>
          <w:sz w:val="20"/>
        </w:rPr>
        <w:t>4:19  to yeh Allah taala ne rasool Allah sal Allah alaihi wasallam ko historical peghambar bana diya taake dunya ko aap ke bare mein shakk na rahe, koi shubah na rahe.</w:t>
      </w:r>
    </w:p>
    <w:p>
      <w:pPr>
        <w:pStyle w:val="Heading2"/>
      </w:pPr>
      <w:r>
        <w:t>Prophet turned idol worshippers into audience</w:t>
      </w:r>
    </w:p>
    <w:p>
      <w:r>
        <w:rPr>
          <w:color w:val="666666"/>
          <w:sz w:val="18"/>
        </w:rPr>
        <w:t>Reason for Unhappiness, Distraction in other than God Nov 30, 2019 - Maulana Wahiduddin Khan · 3m 00s · at 16:49 · https://youtu.be/ivFQ3VLLTNo?t=1009</w:t>
      </w:r>
    </w:p>
    <w:p>
      <w:r>
        <w:rPr>
          <w:i/>
        </w:rPr>
        <w:t>“Aur jab maine seerat ka mutala kiya”</w:t>
      </w:r>
    </w:p>
    <w:p>
      <w:r>
        <w:rPr>
          <w:sz w:val="20"/>
        </w:rPr>
        <w:t>16:49  aur jab mujhe jab mein ne seerat ka mutaala kiya, seerat ka. to mein is ka ek bohat zabardast misaal mili, misaal keh Rasool Allah Sal Allahu Alaihi Wasallam dekhiye Makka mein,</w:t>
      </w:r>
      <w:r>
        <w:br/>
      </w:r>
      <w:r>
        <w:rPr>
          <w:sz w:val="20"/>
        </w:rPr>
        <w:t>17:06  qadeem makkah mein paida hue. wohin aap ko nabuwat mili. to qadeem makkah kya tha?</w:t>
      </w:r>
      <w:r>
        <w:br/>
      </w:r>
      <w:r>
        <w:rPr>
          <w:sz w:val="20"/>
        </w:rPr>
        <w:t>17:15  keh khud kaaba ko unhon ne kara diya tha, bana diya tha darussalam. yaani bton ka ghar.</w:t>
      </w:r>
      <w:r>
        <w:br/>
      </w:r>
      <w:r>
        <w:rPr>
          <w:sz w:val="20"/>
        </w:rPr>
        <w:t>17:31  to wahan par aam aadmi ka kahe ga, aadmi ka takrao ke baad theek theek hai keh</w:t>
      </w:r>
      <w:r>
        <w:br/>
      </w:r>
      <w:r>
        <w:rPr>
          <w:sz w:val="20"/>
        </w:rPr>
        <w:t>17:47  babri masjid mein but rakh diya hai to ghasso is ke andar ghus ke bton ko tod ke phenko.</w:t>
      </w:r>
      <w:r>
        <w:br/>
      </w:r>
      <w:r>
        <w:rPr>
          <w:sz w:val="20"/>
        </w:rPr>
        <w:t>17:57  rasool Allah ne manage kiya. yeh misaal hai keh manage karna kya hai.</w:t>
      </w:r>
      <w:r>
        <w:br/>
      </w:r>
      <w:r>
        <w:rPr>
          <w:sz w:val="20"/>
        </w:rPr>
        <w:t>18:09  aap ne socha keh isi wajah se keh yahan saare but rakhe hain. log aate hain is ko charhawa chahte hain, minten mangte hain.</w:t>
      </w:r>
      <w:r>
        <w:br/>
      </w:r>
      <w:r>
        <w:rPr>
          <w:sz w:val="20"/>
        </w:rPr>
        <w:t>18:24  yeh sab karte hain. agar woh na hota yahan par to koi aata bhi na. to aap ne is ke aane ko liya, is ko aap ne advantage banaya hai.</w:t>
      </w:r>
      <w:r>
        <w:br/>
      </w:r>
      <w:r>
        <w:rPr>
          <w:sz w:val="20"/>
        </w:rPr>
        <w:t>18:39  yaani aap ne socha keh yeh in ka jo aana jo hai yeh hamein aana matlab yahan jama hona hamein aik audience deta hai.</w:t>
      </w:r>
      <w:r>
        <w:br/>
      </w:r>
      <w:r>
        <w:rPr>
          <w:sz w:val="20"/>
        </w:rPr>
        <w:t>18:55  audience ke liye koi lafz nahi hai hamari zuban mein, na urdu mein na angrezi mein. to rasool Allah ne samjha keh yeh to bari hamari bari</w:t>
      </w:r>
      <w:r>
        <w:br/>
      </w:r>
      <w:r>
        <w:rPr>
          <w:sz w:val="20"/>
        </w:rPr>
        <w:t>19:12  bohat bari baat hai keh audience mil raha hai, audience mil raha hai, audience mil raha hai. agar aik aam aadmi hota to chalata rahe bhai yeh to bohat bari baat mil gayi, inhi ki wajah se hamein audience mil gaya.</w:t>
      </w:r>
      <w:r>
        <w:br/>
      </w:r>
      <w:r>
        <w:rPr>
          <w:sz w:val="20"/>
        </w:rPr>
        <w:t>19:34  to aap ne bton se taaruz nahi kiya aur khamoshi se bas ayya al-nas qoolu la ilaha tafraqu.</w:t>
      </w:r>
    </w:p>
    <w:p>
      <w:pPr>
        <w:pStyle w:val="Heading2"/>
      </w:pPr>
      <w:r>
        <w:t>Abu Dharr publicly proclaims Islam and is beaten twice</w:t>
      </w:r>
    </w:p>
    <w:p>
      <w:r>
        <w:rPr>
          <w:color w:val="666666"/>
          <w:sz w:val="18"/>
        </w:rPr>
        <w:t>Timeless Wisdom from the Life of Abu Dharr al-Ghifari December 21, 2025 · 2m 07s · at 11:49 · https://youtu.be/CDBjybktCDM?t=709</w:t>
      </w:r>
    </w:p>
    <w:p>
      <w:r>
        <w:rPr>
          <w:i/>
        </w:rPr>
        <w:t>“After the meeting, Abu Dharr told the Quraysh about the Prophet”</w:t>
      </w:r>
    </w:p>
    <w:p>
      <w:r>
        <w:rPr>
          <w:sz w:val="20"/>
        </w:rPr>
        <w:t>11:49  Right, so after meeting, Abuzar Raziallah Anhu went to Kaaba and told people, mostly they were Quraish, about the meeting with the Prophet.</w:t>
      </w:r>
      <w:r>
        <w:br/>
      </w:r>
      <w:r>
        <w:rPr>
          <w:sz w:val="20"/>
        </w:rPr>
        <w:t>12:01  So he spoke about the teachings of the Prophet Muhammad sallallahu alaihi wasallam to the Quraish, and the Quraish became enraged, and they beat him up.</w:t>
      </w:r>
      <w:r>
        <w:br/>
      </w:r>
      <w:r>
        <w:rPr>
          <w:sz w:val="20"/>
        </w:rPr>
        <w:t>12:15  and fortunately, al abbas was there, the prophet's uncle, and he saved him. so something, a similar thing happened</w:t>
      </w:r>
      <w:r>
        <w:br/>
      </w:r>
      <w:r>
        <w:rPr>
          <w:sz w:val="20"/>
        </w:rPr>
        <w:t>12:26  next day. next day, Abuzar Raziallah Anhu came and he told Quraish about his meeting and what he said.</w:t>
      </w:r>
      <w:r>
        <w:br/>
      </w:r>
      <w:r>
        <w:rPr>
          <w:sz w:val="20"/>
        </w:rPr>
        <w:t>12:35  again, they beat him. So again, Al-Abbas, the Prophet's uncle saved him.</w:t>
      </w:r>
      <w:r>
        <w:br/>
      </w:r>
      <w:r>
        <w:rPr>
          <w:sz w:val="20"/>
        </w:rPr>
        <w:t>12:45  So then, Abuzar (RA) came to the Prophet, and when the Prophet saw his condition, he realized that they had beaten him very badly. So he said: "Why did you, did I not tell you to go back to your hometown?" Right, why did you do this?</w:t>
      </w:r>
      <w:r>
        <w:br/>
      </w:r>
      <w:r>
        <w:rPr>
          <w:sz w:val="20"/>
        </w:rPr>
        <w:t>13:07  so he said: "there was an urge in my heart to convey the message to the quraish."</w:t>
      </w:r>
      <w:r>
        <w:br/>
      </w:r>
      <w:r>
        <w:rPr>
          <w:sz w:val="20"/>
        </w:rPr>
        <w:t>13:14  So the Prophet said: "This is not the right time, go back to your tribe, your lineage, and return when the situation improves." Right, so Abuzar Raziallah Anhu returned to his lineage of tribe. This is short and very important meeting, and for almost 15 years, there was no news of Abuzar. So a pretty long period,</w:t>
      </w:r>
      <w:r>
        <w:br/>
      </w:r>
      <w:r>
        <w:rPr>
          <w:sz w:val="20"/>
        </w:rPr>
        <w:t>13:40  if you read them, if you read them compared, you will not find any mention of abuzar. he was in his town, and he was teaching the message, the teachings which he received from the prophet Muhammad.</w:t>
      </w:r>
    </w:p>
    <w:p>
      <w:pPr>
        <w:pStyle w:val="Heading2"/>
      </w:pPr>
      <w:r>
        <w:t>No faith if your neighbor isn't safe from you</w:t>
      </w:r>
    </w:p>
    <w:p>
      <w:r>
        <w:rPr>
          <w:color w:val="666666"/>
          <w:sz w:val="18"/>
        </w:rPr>
        <w:t>Hadith-e-Rasool (Sayings of The Prophet of Islam) 20 June 2010 · 2m 30s · at 35:12 · https://youtu.be/eOZy3kYKTn0?t=2112</w:t>
      </w:r>
    </w:p>
    <w:p>
      <w:r>
        <w:rPr>
          <w:i/>
        </w:rPr>
        <w:t>“Wallahi la yu'minu - by God he is not a believer”</w:t>
      </w:r>
    </w:p>
    <w:p>
      <w:r>
        <w:rPr>
          <w:sz w:val="20"/>
        </w:rPr>
        <w:t>35:12  ek hadees hai wallah la yoomino wallah la yoomino wallah la yoomino alladhi la yamino jaarahu bawaa'iq</w:t>
      </w:r>
      <w:r>
        <w:br/>
      </w:r>
      <w:r>
        <w:rPr>
          <w:sz w:val="20"/>
        </w:rPr>
        <w:t>35:27  iska matlab yeh hai ke</w:t>
      </w:r>
      <w:r>
        <w:br/>
      </w:r>
      <w:r>
        <w:rPr>
          <w:sz w:val="20"/>
        </w:rPr>
        <w:t>35:31  teen baar aap ne farmaya Khuda ki qasam woh momin nahin hai teen baar Khuda ki qasam woh momin nahin hai Khuda ki qasam woh momin nahin hai Khuda ki qasam momin nahin hai kaun</w:t>
      </w:r>
      <w:r>
        <w:br/>
      </w:r>
      <w:r>
        <w:rPr>
          <w:sz w:val="20"/>
        </w:rPr>
        <w:t>35:49  jis ke jo doosron ki problem create kare jo doosre jo jis jis ki ziyadti se iska parosi aman mein na ho jo deviations create kare doosron ki ziyadti bane parosiyon ko takleef pahunchaye yani aap ne farmaya ke woh momin nahin hai woh momin nahin hai woh momin nahin hai ab dekhiye ke is mein kya nikla</w:t>
      </w:r>
      <w:r>
        <w:br/>
      </w:r>
      <w:r>
        <w:rPr>
          <w:sz w:val="20"/>
        </w:rPr>
        <w:t>36:17  ke har aadmi har waqt ek paros mein hota hai chahe aap mehle mein hon aap safar kar rahe hon aap kisi colony mein hon kahin bhi hon jo aap ke aas paas hai woh aap ke parosi hain kahin bhi jahan bhi kuch insaan hain aap insaanon ke beech mein hain to jo bhi log aap ke aas paas hain woh sab aap ke parosi hain</w:t>
      </w:r>
      <w:r>
        <w:br/>
      </w:r>
      <w:r>
        <w:rPr>
          <w:sz w:val="20"/>
        </w:rPr>
        <w:t>36:42  to un parosiyon ko ke darmiyan aap ko no problem person bankar rehna hai yeh list yeh kam se kam hai kam se kam shart hai</w:t>
      </w:r>
      <w:r>
        <w:br/>
      </w:r>
      <w:r>
        <w:rPr>
          <w:sz w:val="20"/>
        </w:rPr>
        <w:t>37:02  ke doosron ko aap se koi takleef na pahunche doosron ke liye aap koi problem create na karen</w:t>
      </w:r>
      <w:r>
        <w:br/>
      </w:r>
      <w:r>
        <w:rPr>
          <w:sz w:val="20"/>
        </w:rPr>
        <w:t>37:10  دوسروںکےلیےکوئینوشنزکریٹنہکریں 100% آپ no problem person بنکررہیں</w:t>
      </w:r>
      <w:r>
        <w:br/>
      </w:r>
      <w:r>
        <w:rPr>
          <w:sz w:val="20"/>
        </w:rPr>
        <w:t>37:20  warna Rasool Allah ke in alfaz ke mutabiq aap ka momin hona mujtabih hai, doubtful hai.</w:t>
      </w:r>
      <w:r>
        <w:br/>
      </w:r>
      <w:r>
        <w:rPr>
          <w:sz w:val="20"/>
        </w:rPr>
        <w:t>37:27  kitna sakht hadith hai ye kitna sakht hadith hai ek aur hadith mein hai ke ala tanfa faladorraha</w:t>
      </w:r>
    </w:p>
    <w:p>
      <w:pPr>
        <w:pStyle w:val="Heading2"/>
      </w:pPr>
      <w:r>
        <w:t>Abu Masood learns humility before God</w:t>
      </w:r>
    </w:p>
    <w:p>
      <w:r>
        <w:rPr>
          <w:color w:val="666666"/>
          <w:sz w:val="18"/>
        </w:rPr>
        <w:t>The Man Quran Builds - Part 2 April 2, 2006 Maulana Wahiduddin Khan · 2m 12s · at 10:37 · https://youtu.be/Cp8_UUv6emI?t=637</w:t>
      </w:r>
    </w:p>
    <w:p>
      <w:r>
        <w:rPr>
          <w:i/>
        </w:rPr>
        <w:t>“Ek sahabi, Abu Masood, apne khadim ko maarne lage”</w:t>
      </w:r>
    </w:p>
    <w:p>
      <w:r>
        <w:rPr>
          <w:sz w:val="20"/>
        </w:rPr>
        <w:t>10:37  to yeh woh log the jo khuda se apne ko muqabla kar ke dekhte the, insaan se nahi. jaise ek ek ek sahabi the, abu masood ansari, ek martaba woh apne khadim ko, apne servant ko marne lage to rasool ALLAH wahan ne dekha to aap ne kaha ke: "ilm aba masood!</w:t>
      </w:r>
      <w:r>
        <w:br/>
      </w:r>
      <w:r>
        <w:rPr>
          <w:sz w:val="20"/>
        </w:rPr>
        <w:t>11:01  l ALLAH aqd alaik minka ala al ghulam!" aye abu masood! jaan lo ke jitni jitni taqat tum ko is aadmi par hai, is khadim par hai, is se zyada taqat tumhare upar khuda ko hai.</w:t>
      </w:r>
      <w:r>
        <w:br/>
      </w:r>
      <w:r>
        <w:rPr>
          <w:sz w:val="20"/>
        </w:rPr>
        <w:t>11:18  isi waqt un ka hath ruk gaya aur isi waqt woh maafi mangne lage is se. ab is par ghor kijiye ke wahi aadmi jo pehle is ko maar raha tha, wahi achanak badal kaise gaya aur kaise is se maafi mangne laga.</w:t>
      </w:r>
      <w:r>
        <w:br/>
      </w:r>
      <w:r>
        <w:rPr>
          <w:sz w:val="20"/>
        </w:rPr>
        <w:t>11:34  to yeh samajh mein aayega ke pehle woh dekh rahe the yeh ke main aaqa hoon, woh ghulam hai mera, main paise wala hoon, woh be paisa hai, meri ek position hai samaj mein, us ki koi position nahi hai.</w:t>
      </w:r>
      <w:r>
        <w:br/>
      </w:r>
      <w:r>
        <w:rPr>
          <w:sz w:val="20"/>
        </w:rPr>
        <w:t>11:48  is comparison mein apne ko woh ooncha paate the. lekin jab rasool ALLAH ne yaad dilaya ke tum aur tumhara khadim dono khuda ke muqable mein chhote hi chhote hain, ab yani matlab apna aur apne apne khadim dono compare karo khuda se,</w:t>
      </w:r>
      <w:r>
        <w:br/>
      </w:r>
      <w:r>
        <w:rPr>
          <w:sz w:val="20"/>
        </w:rPr>
        <w:t>12:06  to jab unhon ne compare kiya to pata chala ke hum to dono ek hi satah par khade hue hain, yani khuda ke muqable mein dono chhote ho gaye.</w:t>
      </w:r>
      <w:r>
        <w:br/>
      </w:r>
      <w:r>
        <w:rPr>
          <w:sz w:val="20"/>
        </w:rPr>
        <w:t>12:16  to sahi jo hamein milta hai islami mizaj yani sahaba ke zariye, woh yeh hai ke apna taqabul, apna comparison aap khuda se karen to aap ke andar modesty rahegi,</w:t>
      </w:r>
      <w:r>
        <w:br/>
      </w:r>
      <w:r>
        <w:rPr>
          <w:sz w:val="20"/>
        </w:rPr>
        <w:t>12:32  aap ke andar superiority complex se bach jayenge, aap apne ko ooncha nahi samjhenge. kyunke khuda ke muqable mein kaun bara hai?</w:t>
      </w:r>
      <w:r>
        <w:br/>
      </w:r>
      <w:r>
        <w:rPr>
          <w:sz w:val="20"/>
        </w:rPr>
        <w:t>12:45  khuda ke muqable mein to sare hi chhote hain.</w:t>
      </w:r>
    </w:p>
    <w:p>
      <w:pPr>
        <w:pStyle w:val="Heading2"/>
      </w:pPr>
      <w:r>
        <w:t>Khadijah becomes the richest businesswoman in Mecca</w:t>
      </w:r>
    </w:p>
    <w:p>
      <w:r>
        <w:rPr>
          <w:color w:val="666666"/>
          <w:sz w:val="18"/>
        </w:rPr>
        <w:t>The Story of Hazrat Khadija Part I December 4, 2022 · 2m 18s · at 13:18 · https://youtu.be/cNzPbtW9AV0?t=798</w:t>
      </w:r>
    </w:p>
    <w:p>
      <w:r>
        <w:rPr>
          <w:i/>
        </w:rPr>
        <w:t>“After both her husbands died, Khadijah started trading herself”</w:t>
      </w:r>
    </w:p>
    <w:p>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p>
    <w:p>
      <w:pPr>
        <w:pStyle w:val="Heading2"/>
      </w:pPr>
      <w:r>
        <w:t>Darwin's theory eliminated God from human life</w:t>
      </w:r>
    </w:p>
    <w:p>
      <w:r>
        <w:rPr>
          <w:color w:val="666666"/>
          <w:sz w:val="18"/>
        </w:rPr>
        <w:t>The Age of Deceiving Philosophies I June 21, 2009 Maulana Wahiduddin Khan · 1m 03s · at 16:58 · https://youtu.be/Ytnj8NSIAgQ?t=1018</w:t>
      </w:r>
    </w:p>
    <w:p>
      <w:r>
        <w:rPr>
          <w:i/>
        </w:rPr>
        <w:t>“God Almighty, our Creator and Sustainer, got cut out”</w:t>
      </w:r>
    </w:p>
    <w:p>
      <w:r>
        <w:rPr>
          <w:sz w:val="20"/>
        </w:rPr>
        <w:t>16:58  nuqsan ye hua ki God Almighty, jo hamara creator hai, hamara sustainer hai, jis jo hum ko sab kuch de raha hai, woh sab kat gaye.</w:t>
      </w:r>
      <w:r>
        <w:br/>
      </w:r>
      <w:r>
        <w:rPr>
          <w:sz w:val="20"/>
        </w:rPr>
        <w:t>17:09  ab sirf is ka darja kya hoga? originator ka. first form of life banaya us ne. is ke baad sab kuch nature se ho raha hai. to dua kis liye karenge aap?</w:t>
      </w:r>
      <w:r>
        <w:br/>
      </w:r>
      <w:r>
        <w:rPr>
          <w:sz w:val="20"/>
        </w:rPr>
        <w:t>17:20  ya ibaadat aap kis liye karenge aap? khuda se maangen kyon maangen ge? khuda se mohabbat kyon karenge aap</w:t>
      </w:r>
      <w:r>
        <w:br/>
      </w:r>
      <w:r>
        <w:rPr>
          <w:sz w:val="20"/>
        </w:rPr>
        <w:t>17:27  ? khuda se darenge kyun aap? accountability ki zaroorat kya pesh aayegi aap ko? sab kuch jo hai eliminate ho gaya. to darwin ne jo jo theory di, woh bazaahir to ek dev theory thi, lekin woh bohat hi fatal thi, fatal ke poora lecture, poora poora culture badal kar rakh diya us ne.</w:t>
      </w:r>
      <w:r>
        <w:br/>
      </w:r>
      <w:r>
        <w:rPr>
          <w:sz w:val="20"/>
        </w:rPr>
        <w:t>17:49  is liye aap dekhiye ga, aaj kal ke zamane mein koi darta hai khuda se? na koi kisi ko khuda se dar hai, na dar hai, na mohabbat hai, na accountability hai, na sachchi dua hai, na sachchi ibaadat hai.</w:t>
      </w:r>
    </w:p>
    <w:p>
      <w:pPr>
        <w:pStyle w:val="Heading2"/>
      </w:pPr>
      <w:r>
        <w:t>Discovery: Quran calls Prophet a good example, not complete one</w:t>
      </w:r>
    </w:p>
    <w:p>
      <w:r>
        <w:rPr>
          <w:color w:val="666666"/>
          <w:sz w:val="18"/>
        </w:rPr>
        <w:t>The Prophetic Guidance February 18, 2007 · 2m 15s · at 20:16 · https://youtu.be/5K7MiAVqNNA?t=1216</w:t>
      </w:r>
    </w:p>
    <w:p>
      <w:r>
        <w:rPr>
          <w:i/>
        </w:rPr>
        <w:t>“Us aayat mein mujhe ek bahut badi baat dryaft hui”</w:t>
      </w:r>
    </w:p>
    <w:p>
      <w:r>
        <w:rPr>
          <w:sz w:val="20"/>
        </w:rPr>
        <w:t>20:16  to quran mein pichhle nabiyon jo hain un ka zikr kar ke yeh aayat aayi hai. laa'ika alladheena hadaa allahu fawabihi daahu muqtad. is ka matlab yeh hai those were the guided prophets.</w:t>
      </w:r>
      <w:r>
        <w:br/>
      </w:r>
      <w:r>
        <w:rPr>
          <w:sz w:val="20"/>
        </w:rPr>
        <w:t>20:32  aap ghor kijiye is aayat par. those were the guided prophets. so you should follow their example.</w:t>
      </w:r>
      <w:r>
        <w:br/>
      </w:r>
      <w:r>
        <w:rPr>
          <w:sz w:val="20"/>
        </w:rPr>
        <w:t>20:46  fawabihi daahu muqtad. so you should follow their example. yeh kis ko kaha gaya hai? o muhammad. o muhammad, you must follow.</w:t>
      </w:r>
      <w:r>
        <w:br/>
      </w:r>
      <w:r>
        <w:rPr>
          <w:sz w:val="20"/>
        </w:rPr>
        <w:t>21:01  is mein ek bahut badi baat mujhe aaj daryaft hui. is ko aap is tarah samjhiye ke tamam musalman hazar saal se kya kar rahe hain?</w:t>
      </w:r>
      <w:r>
        <w:br/>
      </w:r>
      <w:r>
        <w:rPr>
          <w:sz w:val="20"/>
        </w:rPr>
        <w:t>21:12  ek bahut bhari, bhayanak ghalati mein mubtala hain.</w:t>
      </w:r>
      <w:r>
        <w:br/>
      </w:r>
      <w:r>
        <w:rPr>
          <w:sz w:val="20"/>
        </w:rPr>
        <w:t>21:16  hazar saal se mubtala hain is mein. aap mein kisi ko shakk ho to mujhe hawala bataye. jo mein keh raha hoon. woh samajhte hain ke rasool Allah jo the, yaani nabi alaihi assalam jo the, woh the uswa kamil.</w:t>
      </w:r>
      <w:r>
        <w:br/>
      </w:r>
      <w:r>
        <w:rPr>
          <w:sz w:val="20"/>
        </w:rPr>
        <w:t>21:36  quran mein hai ke laqad kaana lakum fi rasool allahi uswatun hasanah. rasool Allah ki zindagi tumhare liye misaal hai.</w:t>
      </w:r>
      <w:r>
        <w:br/>
      </w:r>
      <w:r>
        <w:rPr>
          <w:sz w:val="20"/>
        </w:rPr>
        <w:t>21:45  good example.</w:t>
      </w:r>
      <w:r>
        <w:br/>
      </w:r>
      <w:r>
        <w:rPr>
          <w:sz w:val="20"/>
        </w:rPr>
        <w:t>21:47  to is ko unhon ne kya bana liya? complete example.</w:t>
      </w:r>
      <w:r>
        <w:br/>
      </w:r>
      <w:r>
        <w:rPr>
          <w:sz w:val="20"/>
        </w:rPr>
        <w:t>21:53  kamil uswa. ab kitni badi is mein ghalati ho gayi hai musalmanon se. saare scholars, one to all.</w:t>
      </w:r>
      <w:r>
        <w:br/>
      </w:r>
      <w:r>
        <w:rPr>
          <w:sz w:val="20"/>
        </w:rPr>
        <w:t>22:07  kisi ko shakk ho to mujhe is kitab ka hawala de. jis mein aisa nahi hai. ke unhon ne badal diya is ko, uswa hasanah ko uswa kamilah bana diya.</w:t>
      </w:r>
      <w:r>
        <w:br/>
      </w:r>
      <w:r>
        <w:rPr>
          <w:sz w:val="20"/>
        </w:rPr>
        <w:t>22:18  ke rasool Allah jo hain, quran mein bataya gaya hai ke woh achha namoona hain un ki zindagi mein tumhare liye. bana diya kya? kamil namoona hai. yaani sara namoona unhi ki zindagi mein maujood hai.</w:t>
      </w:r>
    </w:p>
    <w:p>
      <w:pPr>
        <w:pStyle w:val="Heading2"/>
      </w:pPr>
      <w:r>
        <w:t>Islam's aim ideological revolution</w:t>
      </w:r>
    </w:p>
    <w:p>
      <w:r>
        <w:rPr>
          <w:color w:val="666666"/>
          <w:sz w:val="18"/>
        </w:rPr>
        <w:t>Safety First January 21, 2007 · 2m 30s · at 12:13 · https://youtu.be/izaGKxVnt-Y?t=733</w:t>
      </w:r>
    </w:p>
    <w:p>
      <w:r>
        <w:rPr>
          <w:i/>
        </w:rPr>
        <w:t>“Now I will talk about Islam with reference to history.”</w:t>
      </w:r>
    </w:p>
    <w:p>
      <w:r>
        <w:rPr>
          <w:sz w:val="20"/>
        </w:rPr>
        <w:t>12:13  ab main aap ko islam ke hawale se kuch baat kahunga. dekhiye aik hai islam ki tareekh.</w:t>
      </w:r>
      <w:r>
        <w:br/>
      </w:r>
      <w:r>
        <w:rPr>
          <w:sz w:val="20"/>
        </w:rPr>
        <w:t>12:23  aik hai tareekh of. aur aik hai tashreeh tareekh ki. main jo baat karne ja raha hoon is ka taluq tareekh se nahi hai balkay tashreeh se hai.</w:t>
      </w:r>
      <w:r>
        <w:br/>
      </w:r>
      <w:r>
        <w:rPr>
          <w:sz w:val="20"/>
        </w:rPr>
        <w:t>12:34  aap bohat si kitabein padhenge jis mein aap ko yeh bataya jayega ke rasool Allah ka jo hadaf tha woh kya tha? aik siyasi hukmarani qaim karna.</w:t>
      </w:r>
      <w:r>
        <w:br/>
      </w:r>
      <w:r>
        <w:rPr>
          <w:sz w:val="20"/>
        </w:rPr>
        <w:t>12:44  siyasi riyasat banana. aisi bohat si kitabein chhapi hui hain. sari dunya mein padhi jati hain. to is ko padh kar log kehte hain maine suna ke tumhara islam to sirf tees saal chala.</w:t>
      </w:r>
      <w:r>
        <w:br/>
      </w:r>
      <w:r>
        <w:rPr>
          <w:sz w:val="20"/>
        </w:rPr>
        <w:t>12:58  tees saal tak. tumhare nabi ne jo hukmarani banai thi jo riyasat banai thi woh riyasat kab tak chali?</w:t>
      </w:r>
      <w:r>
        <w:br/>
      </w:r>
      <w:r>
        <w:rPr>
          <w:sz w:val="20"/>
        </w:rPr>
        <w:t>13:09  tees saal tak. is ke baad to phir badshahat aa gayi dunya mein. yani islam ka jo tasawwur tha woh hai shura par mabni.</w:t>
      </w:r>
      <w:r>
        <w:br/>
      </w:r>
      <w:r>
        <w:rPr>
          <w:sz w:val="20"/>
        </w:rPr>
        <w:t>13:18  yani jamhoori nizam banana. shura quran mein hai ke amruhum shura baynahum. yani aap ka siyasi nizam jo hai woh jamhoori nizam hona chahiye.</w:t>
      </w:r>
      <w:r>
        <w:br/>
      </w:r>
      <w:r>
        <w:rPr>
          <w:sz w:val="20"/>
        </w:rPr>
        <w:t>13:31  yeh tasawwur diya tha islam ne chouda sau saal pehle. lekin aap bataiye hua kya? bohat jald badshahat aa gayi.</w:t>
      </w:r>
      <w:r>
        <w:br/>
      </w:r>
      <w:r>
        <w:rPr>
          <w:sz w:val="20"/>
        </w:rPr>
        <w:t>13:40  yani khandani hukmarani. khandani hukmarani aa gayi. banu umayya ki khandan aur banu abbas ki khandan, fatmi ki khandan, mughal ki khandan aur usmaniyon ki khandan.</w:t>
      </w:r>
      <w:r>
        <w:br/>
      </w:r>
      <w:r>
        <w:rPr>
          <w:sz w:val="20"/>
        </w:rPr>
        <w:t>13:58  to kehte hain ke kya hai tumhara islam? tees saal tak chala hai bas. aur amreeka ka nizam to do sau saal se chal raha hai. dekhiye yeh galat tashreeh ki wajah se yeh baat paida hui hai.</w:t>
      </w:r>
      <w:r>
        <w:br/>
      </w:r>
      <w:r>
        <w:rPr>
          <w:sz w:val="20"/>
        </w:rPr>
        <w:t>14:13  yeh kehna ke rasool Allah ka maqsad tha aik riyasat banana islami riyasat yeh bohat hi galat baat hai. islam ka ahmiyat dena hai yaad rakhiye.</w:t>
      </w:r>
      <w:r>
        <w:br/>
      </w:r>
      <w:r>
        <w:rPr>
          <w:sz w:val="20"/>
        </w:rPr>
        <w:t>14:23  yeh islam ka ahmiyat dena hai. islam ka maqsad tha woh tha aik ideological mani mein aik bohat bara inqilab lana.</w:t>
      </w:r>
      <w:r>
        <w:br/>
      </w:r>
      <w:r>
        <w:rPr>
          <w:sz w:val="20"/>
        </w:rPr>
        <w:t>14:33  puri tareekh mein aik tabdeeli lana. ideological mani mein ta ke insaan ko sochna aaye. fikr ka tareeqa aaye.</w:t>
      </w:r>
    </w:p>
    <w:p>
      <w:pPr>
        <w:pStyle w:val="Heading2"/>
      </w:pPr>
      <w:r>
        <w:t>Manage differences, don't try to eliminate them</w:t>
      </w:r>
    </w:p>
    <w:p>
      <w:r>
        <w:rPr>
          <w:color w:val="666666"/>
          <w:sz w:val="18"/>
        </w:rPr>
        <w:t>Role Of Ikhwan-e-Rasool 2 April 2011 · 2m 43s · at 1:07:25 · https://youtu.be/I9Tc1YwhAkA?t=4045</w:t>
      </w:r>
    </w:p>
    <w:p>
      <w:r>
        <w:rPr>
          <w:i/>
        </w:rPr>
        <w:t>“Kis cheez se mujhe khatra nahi hai, farmaya Rasool Allah ne”</w:t>
      </w:r>
    </w:p>
    <w:p>
      <w:r>
        <w:rPr>
          <w:sz w:val="20"/>
        </w:rPr>
        <w:t>1:07:25  khatra kiya hai? aapas mein ikhtilafat se khatra hai. yeh hadees hai baqaida. kyun khatra hai?</w:t>
      </w:r>
      <w:r>
        <w:br/>
      </w:r>
      <w:r>
        <w:rPr>
          <w:sz w:val="20"/>
        </w:rPr>
        <w:t>1:07:35  log jo hain ikhtilaf ko ya difference ko samajh letay hain ke yeh to mitana chahiye. difference ko mitanay ki cheez samajh letay hain. aam tor par yeh insaanon ka mizaj yeh hai.</w:t>
      </w:r>
      <w:r>
        <w:br/>
      </w:r>
      <w:r>
        <w:rPr>
          <w:sz w:val="20"/>
        </w:rPr>
        <w:t>1:07:47  musalmanon mein bhi hai aur secular logon mein bhi hai. ke difference ko evil samajhtay hain, evil, burai. chahtay hain ke is ko mitayo. jitni bhi musalmanon ki conference honi hai, ittehad conference hoti hai.</w:t>
      </w:r>
      <w:r>
        <w:br/>
      </w:r>
      <w:r>
        <w:rPr>
          <w:sz w:val="20"/>
        </w:rPr>
        <w:t>1:08:02  mein poori zindagi dekhta raha hoon ke logon ki musalmanon ki ittehad conference</w:t>
      </w:r>
      <w:r>
        <w:br/>
      </w:r>
      <w:r>
        <w:rPr>
          <w:sz w:val="20"/>
        </w:rPr>
        <w:t>1:08:05  to is mein kya kehte hain? ikhtilaf ko bhulao, ikhtilaf ko mitao. yaani ikhtilaf ko mita kar ke ittehad qaim karne ke program banate hain log.</w:t>
      </w:r>
      <w:r>
        <w:br/>
      </w:r>
      <w:r>
        <w:rPr>
          <w:sz w:val="20"/>
        </w:rPr>
        <w:t>1:08:14  woh mumkin hi nahin. to is cheez ko log bhool jaate hain ke ikhtilaf ko humein manage karna hai. ikhtilaf ko mitana nahin hai.</w:t>
      </w:r>
      <w:r>
        <w:br/>
      </w:r>
      <w:r>
        <w:rPr>
          <w:sz w:val="20"/>
        </w:rPr>
        <w:t>1:08:26  yaani you have to learn the art of difference management and not art of eliminating the differences to differences ko mitana yeh koi yeh koi kaam nahin hai, namumkin hai.</w:t>
      </w:r>
      <w:r>
        <w:br/>
      </w:r>
      <w:r>
        <w:rPr>
          <w:sz w:val="20"/>
        </w:rPr>
        <w:t>1:08:44  doosri baat yeh hai ke difference jo hai, mein isi se darta hoon apni team ke liye. ab mujhe aap dekhte hain ke mein boorha ho chuka hoon, mujhe nahin maloom ke mein kab tak dunya mein hoon.</w:t>
      </w:r>
      <w:r>
        <w:br/>
      </w:r>
      <w:r>
        <w:rPr>
          <w:sz w:val="20"/>
        </w:rPr>
        <w:t>1:08:56  is liye mein ne kaha ke my role is over to apne baad jis se mein darta hoon, woh sirf aik hi cheez se ke aap logon mein ikhtilafat paida hon, differences paida hon aur kuch bhi nahin.</w:t>
      </w:r>
      <w:r>
        <w:br/>
      </w:r>
      <w:r>
        <w:rPr>
          <w:sz w:val="20"/>
        </w:rPr>
        <w:t>1:09:05  kyon ke sab kuch ho chuka hai.</w:t>
      </w:r>
      <w:r>
        <w:br/>
      </w:r>
      <w:r>
        <w:rPr>
          <w:sz w:val="20"/>
        </w:rPr>
        <w:t>1:09:08  sab kuch ho chuka hai. to difference jo hai, yeh Allah taala ka paida kiya hua hai. insaan ka paida kiya hua nahin hai.</w:t>
      </w:r>
      <w:r>
        <w:br/>
      </w:r>
      <w:r>
        <w:rPr>
          <w:sz w:val="20"/>
        </w:rPr>
        <w:t>1:09:19  kyon? Allah taala ka jo nizam hai, woh difference based hai. difference se kis liye hai? difference se challenge, intellectual challenge aate hain.</w:t>
      </w:r>
      <w:r>
        <w:br/>
      </w:r>
      <w:r>
        <w:rPr>
          <w:sz w:val="20"/>
        </w:rPr>
        <w:t>1:09:29  is se intellectual discussion hote hain. is se aadmi ka mind activate hota hai. is se yaani jis ko kehte hain intellectual awakening aati hai.</w:t>
      </w:r>
      <w:r>
        <w:br/>
      </w:r>
      <w:r>
        <w:rPr>
          <w:sz w:val="20"/>
        </w:rPr>
        <w:t>1:09:39  phir naye naye ideas samajh aate hain. naye naye khayalat emerge karte hain. aur intellectual development hota rehta hai barabar.</w:t>
      </w:r>
      <w:r>
        <w:br/>
      </w:r>
      <w:r>
        <w:rPr>
          <w:sz w:val="20"/>
        </w:rPr>
        <w:t>1:09:47  to difference to aik nemat hai. ikhtilaf ummat rehmat ka matlab yahi hai. kuch log is is hadees ko tazeef karte hain. mein samajhta hoon ke bilkul sahi hadees hai.</w:t>
      </w:r>
      <w:r>
        <w:br/>
      </w:r>
      <w:r>
        <w:rPr>
          <w:sz w:val="20"/>
        </w:rPr>
        <w:t>1:09:58  rehmat ke maani yeh hain ke agar tum ikhtilaf ko bardasht karoge, ikhtilaf ko manage karna seekhoge, to ikhtilaf rehmat ban jayenge tumhare.</w:t>
      </w:r>
    </w:p>
    <w:p>
      <w:pPr>
        <w:pStyle w:val="Heading2"/>
      </w:pPr>
      <w:r>
        <w:t>Hadith of Prophet on pulpit about God's power</w:t>
      </w:r>
    </w:p>
    <w:p>
      <w:r>
        <w:rPr>
          <w:color w:val="666666"/>
          <w:sz w:val="18"/>
        </w:rPr>
        <w:t>The End of Human History 12 August 2012 - Maulana Wahiduddin Khan · 2m 23s · at 21:41 · https://youtu.be/sH9tW0YQwT8?t=1301</w:t>
      </w:r>
    </w:p>
    <w:p>
      <w:r>
        <w:rPr>
          <w:i/>
        </w:rPr>
        <w:t>“Hadees mein aaya hai.”</w:t>
      </w:r>
    </w:p>
    <w:p>
      <w:r>
        <w:rPr>
          <w:sz w:val="20"/>
        </w:rPr>
        <w:t>21:41  hadees mein aaya hai ke sahabi kehte hain ke rasool Allah mimbar par khare hue madina mein aur khutba de rahe the.</w:t>
      </w:r>
      <w:r>
        <w:br/>
      </w:r>
      <w:r>
        <w:rPr>
          <w:sz w:val="20"/>
        </w:rPr>
        <w:t>21:52  yeh ayat padhi aap ne khutbe mein: "wa ma qadar allahu haqq qadrahi". subhanahu wa taala mushrik.</w:t>
      </w:r>
      <w:r>
        <w:br/>
      </w:r>
      <w:r>
        <w:rPr>
          <w:sz w:val="20"/>
        </w:rPr>
        <w:t>22:10  to jab rasool Allah salallaho alaihi wasallam ne is aayat ko parha, is ke baad aap ne mazeed tashreeh ke liye farmaya: "jis din Allah zameen aasman ko apne qabze mein le kar kahe ga:</w:t>
      </w:r>
      <w:r>
        <w:br/>
      </w:r>
      <w:r>
        <w:rPr>
          <w:sz w:val="20"/>
        </w:rPr>
        <w:t>22:27  in amraka al arz, jab bar</w:t>
      </w:r>
      <w:r>
        <w:br/>
      </w:r>
      <w:r>
        <w:rPr>
          <w:sz w:val="20"/>
        </w:rPr>
        <w:t>22:31  wan al mutakabbirun kahan hai?" woh</w:t>
      </w:r>
      <w:r>
        <w:br/>
      </w:r>
      <w:r>
        <w:rPr>
          <w:sz w:val="20"/>
        </w:rPr>
        <w:t>22:39  "al rajab barun al mutakabbirun al muluk al arz". "al rajab al mutakabbir"</w:t>
      </w:r>
      <w:r>
        <w:br/>
      </w:r>
      <w:r>
        <w:rPr>
          <w:sz w:val="20"/>
        </w:rPr>
        <w:t>22:48  yani is ka matlab yeh hai ke Khuda kainat ka charge le le ga, insan se se charge khatam kar de ga aur kahe ga: "kahan hai woh log jinho ne azaadi ko misuse kiya,</w:t>
      </w:r>
      <w:r>
        <w:br/>
      </w:r>
      <w:r>
        <w:rPr>
          <w:sz w:val="20"/>
        </w:rPr>
        <w:t>23:05  jinho ne nayi nematon ko aish ke baghair khoob khoob is ko istemal kiya?</w:t>
      </w:r>
      <w:r>
        <w:br/>
      </w:r>
      <w:r>
        <w:rPr>
          <w:sz w:val="20"/>
        </w:rPr>
        <w:t>23:18  woh kahan hain? main hoon woh hasti jis ne yeh kainat ko banaya, jis ne in qawaneen ko kainat mein rakha." to hadith mein jo sahabi yeh bayan karte hain is waqe ko, woh kehte hain ke rasool Allah ne jab rasool Allah jab yeh keh rahe the to aap loot khada gaye,</w:t>
      </w:r>
      <w:r>
        <w:br/>
      </w:r>
      <w:r>
        <w:rPr>
          <w:sz w:val="20"/>
        </w:rPr>
        <w:t>23:44  yani aap ke paon loot khada gaye mimbar par, aur hum samjhe ke aap gir paden ge.</w:t>
      </w:r>
      <w:r>
        <w:br/>
      </w:r>
      <w:r>
        <w:rPr>
          <w:sz w:val="20"/>
        </w:rPr>
        <w:t>23:57  hum samjhe ke aap gir paden ge.</w:t>
      </w:r>
    </w:p>
    <w:p>
      <w:pPr>
        <w:pStyle w:val="Heading2"/>
      </w:pPr>
      <w:r>
        <w:t>Story of extremists attacking Shia visitors at Fatima's grave</w:t>
      </w:r>
    </w:p>
    <w:p>
      <w:r>
        <w:rPr>
          <w:color w:val="666666"/>
          <w:sz w:val="18"/>
        </w:rPr>
        <w:t>Return to Religion June 13, 2009 · 1m 12s · at 32:51 · https://youtu.be/qx7LpCmXMQk?t=1971</w:t>
      </w:r>
    </w:p>
    <w:p>
      <w:r>
        <w:rPr>
          <w:i/>
        </w:rPr>
        <w:t>“In Mecca there's a graveyard called Jannat al-Baqi”</w:t>
      </w:r>
    </w:p>
    <w:p>
      <w:r>
        <w:rPr>
          <w:sz w:val="20"/>
        </w:rPr>
        <w:t>32:51  yani perhaps today, there was a news, there is a news item in the, in the, in some magazine that in mecca there is a graveyard.</w:t>
      </w:r>
      <w:r>
        <w:br/>
      </w:r>
      <w:r>
        <w:rPr>
          <w:sz w:val="20"/>
        </w:rPr>
        <w:t>33:04  there is called jannat ul baqi.</w:t>
      </w:r>
      <w:r>
        <w:br/>
      </w:r>
      <w:r>
        <w:rPr>
          <w:sz w:val="20"/>
        </w:rPr>
        <w:t>33:10  in mecca there is a graveyard, jannat ul baqi. so in this graveyard, there is a grave fatima also.</w:t>
      </w:r>
      <w:r>
        <w:br/>
      </w:r>
      <w:r>
        <w:rPr>
          <w:sz w:val="20"/>
        </w:rPr>
        <w:t>33:19  and you know, shia people have special reverence to fatima. so sub shia people, yani, when to that graveyard, they become boring.</w:t>
      </w:r>
      <w:r>
        <w:br/>
      </w:r>
      <w:r>
        <w:rPr>
          <w:sz w:val="20"/>
        </w:rPr>
        <w:t>33:31  so they were shorted ek</w:t>
      </w:r>
      <w:r>
        <w:br/>
      </w:r>
      <w:r>
        <w:rPr>
          <w:sz w:val="20"/>
        </w:rPr>
        <w:t>33:34  extremist. and they, they objected, but they, they, they refused to follow their instructions.</w:t>
      </w:r>
      <w:r>
        <w:br/>
      </w:r>
      <w:r>
        <w:rPr>
          <w:sz w:val="20"/>
        </w:rPr>
        <w:t>33:51  to they were shorted. so this extremist. so i can see that deobandi people are not wahabi in this sense.</w:t>
      </w:r>
    </w:p>
    <w:p>
      <w:pPr>
        <w:pStyle w:val="Heading2"/>
      </w:pPr>
      <w:r>
        <w:t>When a place turns hostile, migrate toward opportunity</w:t>
      </w:r>
    </w:p>
    <w:p>
      <w:r>
        <w:rPr>
          <w:color w:val="666666"/>
          <w:sz w:val="18"/>
        </w:rPr>
        <w:t>A Brief Survey of Islamic History (Eng) February 15, 2007 · 2m 54s · at 1:08:20 · https://youtu.be/MdRtdA99UlA?t=4100</w:t>
      </w:r>
    </w:p>
    <w:p>
      <w:r>
        <w:rPr>
          <w:i/>
        </w:rPr>
        <w:t>“Don't opt for the confrontational method — leave that place.”</w:t>
      </w:r>
    </w:p>
    <w:p>
      <w:r>
        <w:rPr>
          <w:sz w:val="20"/>
        </w:rPr>
        <w:t>1:08:20  So, it means that when you are compelled to face such kind of situation that one place becomes hostile for you, well, one place becomes a place of problem for you.</w:t>
      </w:r>
      <w:r>
        <w:br/>
      </w:r>
      <w:r>
        <w:rPr>
          <w:sz w:val="20"/>
        </w:rPr>
        <w:t>1:08:43  So, don't opt for the confrontational method. But leave that place. And try to find some other place where you can find opportunities.</w:t>
      </w:r>
      <w:r>
        <w:br/>
      </w:r>
      <w:r>
        <w:rPr>
          <w:sz w:val="20"/>
        </w:rPr>
        <w:t>1:09:00  So, it means that here we find a very great lesson.</w:t>
      </w:r>
      <w:r>
        <w:br/>
      </w:r>
      <w:r>
        <w:rPr>
          <w:sz w:val="20"/>
        </w:rPr>
        <w:t>1:09:12  This principle is given in the Qur'an in these words: "As-Sulhu Khair." "As-Sulhu Khair" means peace is good.</w:t>
      </w:r>
      <w:r>
        <w:br/>
      </w:r>
      <w:r>
        <w:rPr>
          <w:sz w:val="20"/>
        </w:rPr>
        <w:t>1:09:25  Peace is better. It means that when there is a confrontation, when there is a problem, you have to adopt a peaceful method rather than a confrontational method.</w:t>
      </w:r>
      <w:r>
        <w:br/>
      </w:r>
      <w:r>
        <w:rPr>
          <w:sz w:val="20"/>
        </w:rPr>
        <w:t>1:09:44  So, in Makkah at that time, there were two options for the prophet: one opting for the confrontational method and the second to migrate from Makkah.</w:t>
      </w:r>
      <w:r>
        <w:br/>
      </w:r>
      <w:r>
        <w:rPr>
          <w:sz w:val="20"/>
        </w:rPr>
        <w:t>1:10:02  So, the prophet avoided confrontation. "Hijrah" means</w:t>
      </w:r>
      <w:r>
        <w:br/>
      </w:r>
      <w:r>
        <w:rPr>
          <w:sz w:val="20"/>
        </w:rPr>
        <w:t>1:10:11  avoidance</w:t>
      </w:r>
      <w:r>
        <w:br/>
      </w:r>
      <w:r>
        <w:rPr>
          <w:sz w:val="20"/>
        </w:rPr>
        <w:t>1:10:14  . "Hijrah" is not simply</w:t>
      </w:r>
      <w:r>
        <w:br/>
      </w:r>
      <w:r>
        <w:rPr>
          <w:sz w:val="20"/>
        </w:rPr>
        <w:t>1:10:19  leaving one place and settling in another place. "Hijrah" is a method of avoidance. So, the prophet avoided confrontation and migrated from Makkah to Madinah.</w:t>
      </w:r>
      <w:r>
        <w:br/>
      </w:r>
      <w:r>
        <w:rPr>
          <w:sz w:val="20"/>
        </w:rPr>
        <w:t>1:10:33  That was, at that time, a place of opportunities.</w:t>
      </w:r>
      <w:r>
        <w:br/>
      </w:r>
      <w:r>
        <w:rPr>
          <w:sz w:val="20"/>
        </w:rPr>
        <w:t>1:10:40  So, he tried to avail these opportunities. And he was very successful. He was able to establish a center, a da'wah center at Madinah.</w:t>
      </w:r>
      <w:r>
        <w:br/>
      </w:r>
      <w:r>
        <w:rPr>
          <w:sz w:val="20"/>
        </w:rPr>
        <w:t>1:10:57  And you know, history tells us that after some—after a short period—he was able to Islamize the whole Arabia, including Makkah.</w:t>
      </w:r>
      <w:r>
        <w:br/>
      </w:r>
      <w:r>
        <w:rPr>
          <w:sz w:val="20"/>
        </w:rPr>
        <w:t>1:11:15  So, this method that is based on this formula—"ignore the problem. Avail the opportunities"—this formula</w:t>
      </w:r>
    </w:p>
    <w:p>
      <w:pPr>
        <w:pStyle w:val="Heading2"/>
      </w:pPr>
      <w:r>
        <w:t>Modern communication makes peaceful preaching possible everywhere</w:t>
      </w:r>
    </w:p>
    <w:p>
      <w:r>
        <w:rPr>
          <w:color w:val="666666"/>
          <w:sz w:val="18"/>
        </w:rPr>
        <w:t>Prophetic Mission in History March 06, 2007 · 1m 58s · at 1:05:19 · https://youtu.be/w7HfRxRVIps?t=3919</w:t>
      </w:r>
    </w:p>
    <w:p>
      <w:r>
        <w:rPr>
          <w:i/>
        </w:rPr>
        <w:t>“If our age is an age of religious freedom, then why violence?”</w:t>
      </w:r>
    </w:p>
    <w:p>
      <w:r>
        <w:rPr>
          <w:sz w:val="20"/>
        </w:rPr>
        <w:t>1:05:19  . so, why you why? to what is the use of violence?</w:t>
      </w:r>
      <w:r>
        <w:br/>
      </w:r>
      <w:r>
        <w:rPr>
          <w:sz w:val="20"/>
        </w:rPr>
        <w:t>1:05:28  of and as as of religious freedom, then why?</w:t>
      </w:r>
      <w:r>
        <w:br/>
      </w:r>
      <w:r>
        <w:rPr>
          <w:sz w:val="20"/>
        </w:rPr>
        <w:t>1:05:39  din waat iz da yuz af wailans</w:t>
      </w:r>
      <w:r>
        <w:br/>
      </w:r>
      <w:r>
        <w:rPr>
          <w:sz w:val="20"/>
        </w:rPr>
        <w:t>1:05:45  We have to follow the other option that is peaceful, the work. Then, there are so many facilities.</w:t>
      </w:r>
      <w:r>
        <w:br/>
      </w:r>
      <w:r>
        <w:rPr>
          <w:sz w:val="20"/>
        </w:rPr>
        <w:t>1:05:57  far aijampal, kamiunikishan. vi ar livin an ain aiij af kamiunikishan.</w:t>
      </w:r>
      <w:r>
        <w:br/>
      </w:r>
      <w:r>
        <w:rPr>
          <w:sz w:val="20"/>
        </w:rPr>
        <w:t>1:06:08  an dis aiij, vi hev tu kamiunikait aini maisij thrut aurt di varld.</w:t>
      </w:r>
      <w:r>
        <w:br/>
      </w:r>
      <w:r>
        <w:rPr>
          <w:sz w:val="20"/>
        </w:rPr>
        <w:t>1:06:20  If you are living on a state, on a building, even in a house, even in a room, you can convey your message throughout the world: through telephone, through internet, through website, through multimedia,</w:t>
      </w:r>
      <w:r>
        <w:br/>
      </w:r>
      <w:r>
        <w:rPr>
          <w:sz w:val="20"/>
        </w:rPr>
        <w:t>1:06:37  thrut printin mtiirials.</w:t>
      </w:r>
      <w:r>
        <w:br/>
      </w:r>
      <w:r>
        <w:rPr>
          <w:sz w:val="20"/>
        </w:rPr>
        <w:t>1:06:43  So, electronic media and print media. But, you can you can use the both media and you can convey your message throughout the world without using violence.</w:t>
      </w:r>
      <w:r>
        <w:br/>
      </w:r>
      <w:r>
        <w:rPr>
          <w:sz w:val="20"/>
        </w:rPr>
        <w:t>1:07:02  su, ar aiij iz ain aiij vir der iz reliijas fraidam an kamplait sans af da varld.</w:t>
      </w:r>
    </w:p>
    <w:p>
      <w:pPr>
        <w:pStyle w:val="Heading2"/>
      </w:pPr>
      <w:r>
        <w:t>Joseph accepts polytheist king's offer</w:t>
      </w:r>
    </w:p>
    <w:p>
      <w:r>
        <w:rPr>
          <w:color w:val="666666"/>
          <w:sz w:val="18"/>
        </w:rPr>
        <w:t>Dichotomous Thinking: A serious Intellectual Problem, August 12, 2007 · 2m 05s · at 17:54 · https://youtu.be/LvgspzJxu6w?t=1074</w:t>
      </w:r>
    </w:p>
    <w:p>
      <w:r>
        <w:rPr>
          <w:i/>
        </w:rPr>
        <w:t>“Prophet Joseph accepted a government position.”</w:t>
      </w:r>
    </w:p>
    <w:p>
      <w:r>
        <w:rPr>
          <w:sz w:val="20"/>
        </w:rPr>
        <w:t>17:54  res hua.</w:t>
      </w:r>
      <w:r>
        <w:br/>
      </w:r>
      <w:r>
        <w:rPr>
          <w:sz w:val="20"/>
        </w:rPr>
        <w:t>17:58  bohat impress hua.</w:t>
      </w:r>
      <w:r>
        <w:br/>
      </w:r>
      <w:r>
        <w:rPr>
          <w:sz w:val="20"/>
        </w:rPr>
        <w:t>18:03  is ne chaha ke in ko apni government mein laye.</w:t>
      </w:r>
      <w:r>
        <w:br/>
      </w:r>
      <w:r>
        <w:rPr>
          <w:sz w:val="20"/>
        </w:rPr>
        <w:t>18:07  in ki in ki jo in ki qualities theen un se apni government mein in ko istemal kare.</w:t>
      </w:r>
      <w:r>
        <w:br/>
      </w:r>
      <w:r>
        <w:rPr>
          <w:sz w:val="20"/>
        </w:rPr>
        <w:t>18:11  to is ne offer diya in ko aaj kal ki zaban mein ministry of food ka.</w:t>
      </w:r>
      <w:r>
        <w:br/>
      </w:r>
      <w:r>
        <w:rPr>
          <w:sz w:val="20"/>
        </w:rPr>
        <w:t>18:15  aaj kal ki zaban mein agar hum kahein to ministry of food.</w:t>
      </w:r>
      <w:r>
        <w:br/>
      </w:r>
      <w:r>
        <w:rPr>
          <w:sz w:val="20"/>
        </w:rPr>
        <w:t>18:19  yeh offer diya is ko.</w:t>
      </w:r>
      <w:r>
        <w:br/>
      </w:r>
      <w:r>
        <w:rPr>
          <w:sz w:val="20"/>
        </w:rPr>
        <w:t>18:24  ab aap yahan par dekhiye</w:t>
      </w:r>
      <w:r>
        <w:br/>
      </w:r>
      <w:r>
        <w:rPr>
          <w:sz w:val="20"/>
        </w:rPr>
        <w:t>18:28  hazrat yusuf ek prophet the.</w:t>
      </w:r>
      <w:r>
        <w:br/>
      </w:r>
      <w:r>
        <w:rPr>
          <w:sz w:val="20"/>
        </w:rPr>
        <w:t>18:32  har prophet ka ek hi message tha.</w:t>
      </w:r>
      <w:r>
        <w:br/>
      </w:r>
      <w:r>
        <w:rPr>
          <w:sz w:val="20"/>
        </w:rPr>
        <w:t>18:35  tauheed, oneness of god.</w:t>
      </w:r>
      <w:r>
        <w:br/>
      </w:r>
      <w:r>
        <w:rPr>
          <w:sz w:val="20"/>
        </w:rPr>
        <w:t>18:39  jo hazrat yusuf ki jo ek taqreer aati hai quran majeed mein.</w:t>
      </w:r>
      <w:r>
        <w:br/>
      </w:r>
      <w:r>
        <w:rPr>
          <w:sz w:val="20"/>
        </w:rPr>
        <w:t>18:43  arbabu mutafarriqun khayran am allahu al wahidu al qahhar to un ka mission tauheed tha.</w:t>
      </w:r>
      <w:r>
        <w:br/>
      </w:r>
      <w:r>
        <w:rPr>
          <w:sz w:val="20"/>
        </w:rPr>
        <w:t>18:47  oneness of god.</w:t>
      </w:r>
      <w:r>
        <w:br/>
      </w:r>
      <w:r>
        <w:rPr>
          <w:sz w:val="20"/>
        </w:rPr>
        <w:t>18:51  shirk nahi tha, toheed tha.</w:t>
      </w:r>
      <w:r>
        <w:br/>
      </w:r>
      <w:r>
        <w:rPr>
          <w:sz w:val="20"/>
        </w:rPr>
        <w:t>18:55  aur yeh jo badshah tha yeh mushrik badshah tha.</w:t>
      </w:r>
      <w:r>
        <w:br/>
      </w:r>
      <w:r>
        <w:rPr>
          <w:sz w:val="20"/>
        </w:rPr>
        <w:t>18:59  yeh sabit hai history se ke apophis jo tha yeh mushrik badshah tha. yeh yeh muwahid nahi tha woh. oneness of God ko manane wala nahi tha woh. phir bhi Hazrat Yusuf ne us ke us ke jo us ki jo government thi us mein aik office le liya. yeh tha third option. kyun? apne apna jo un ka jo mission tha us ke lehaz se</w:t>
      </w:r>
      <w:r>
        <w:br/>
      </w:r>
      <w:r>
        <w:rPr>
          <w:sz w:val="20"/>
        </w:rPr>
        <w:t>19:29  agar woh dekhte to woh kehte ke yeh mushrik badshah hai, mujhe is se ladna hai.</w:t>
      </w:r>
      <w:r>
        <w:br/>
      </w:r>
      <w:r>
        <w:rPr>
          <w:sz w:val="20"/>
        </w:rPr>
        <w:t>19:33  مشرک بادشاہ کو مجھے encourage کرنا ہے۔</w:t>
      </w:r>
      <w:r>
        <w:br/>
      </w:r>
      <w:r>
        <w:rPr>
          <w:sz w:val="20"/>
        </w:rPr>
        <w:t>19:37  jaisa ke aaj kal ho raha hai aap jagah jagah aap dekh rahe hain.</w:t>
      </w:r>
      <w:r>
        <w:br/>
      </w:r>
      <w:r>
        <w:rPr>
          <w:sz w:val="20"/>
        </w:rPr>
        <w:t>19:42  khaas tor par muslim countries mein to aap har muslim country mein yahi ho raha hai.</w:t>
      </w:r>
      <w:r>
        <w:br/>
      </w:r>
      <w:r>
        <w:rPr>
          <w:sz w:val="20"/>
        </w:rPr>
        <w:t>19:46  pakistan mein yahi ho raha hai.</w:t>
      </w:r>
      <w:r>
        <w:br/>
      </w:r>
      <w:r>
        <w:rPr>
          <w:sz w:val="20"/>
        </w:rPr>
        <w:t>19:50  کہ ایک کنگ سے انہیں کچھ ڈفرنس ہوا بس کھڑے ہو گئے اس کو enrage کرنے کے لیے۔</w:t>
      </w:r>
      <w:r>
        <w:br/>
      </w:r>
      <w:r>
        <w:rPr>
          <w:sz w:val="20"/>
        </w:rPr>
        <w:t>19:55  yeh aap dekh rahe hain media mein rozana aata rehta hai. ke ek</w:t>
      </w:r>
    </w:p>
    <w:p>
      <w:pPr>
        <w:pStyle w:val="Heading2"/>
      </w:pPr>
      <w:r>
        <w:t>Japan's non-retaliation after WWII</w:t>
      </w:r>
    </w:p>
    <w:p>
      <w:r>
        <w:rPr>
          <w:color w:val="666666"/>
          <w:sz w:val="18"/>
        </w:rPr>
        <w:t>The Secular Contribution of Islam | April 16, 2017 · 2m 00s · at 28:58 · https://youtu.be/QV_HIq7KeaY?t=1738</w:t>
      </w:r>
    </w:p>
    <w:p>
      <w:r>
        <w:rPr>
          <w:i/>
        </w:rPr>
        <w:t>“Japan did not retaliate after Hiroshima.”</w:t>
      </w:r>
    </w:p>
    <w:p>
      <w:r>
        <w:rPr>
          <w:sz w:val="20"/>
        </w:rPr>
        <w:t>28:58  Hiroshima aur Nagasaki. Bohat hi bara, bohat hi bari tabahi aayi. Lekin Japan ne takht-e-tafrih U-turn liya. America ne us waqt, yaani jang jab khatam hui, second world war jab khatam hui, to Japan ka ek bara jazeera Okinawa kabze mein kar rakha tha. Unhon ne General MacArthur</w:t>
      </w:r>
      <w:r>
        <w:br/>
      </w:r>
      <w:r>
        <w:rPr>
          <w:sz w:val="20"/>
        </w:rPr>
        <w:t>29:28  har Japan ka administrator banaya gaya.</w:t>
      </w:r>
      <w:r>
        <w:br/>
      </w:r>
      <w:r>
        <w:rPr>
          <w:sz w:val="20"/>
        </w:rPr>
        <w:t>29:32  America ki education jahan chalai gayi.</w:t>
      </w:r>
      <w:r>
        <w:br/>
      </w:r>
      <w:r>
        <w:rPr>
          <w:sz w:val="20"/>
        </w:rPr>
        <w:t>29:37  lekin unhon ne takrao nahin kiya.</w:t>
      </w:r>
      <w:r>
        <w:br/>
      </w:r>
      <w:r>
        <w:rPr>
          <w:sz w:val="20"/>
        </w:rPr>
        <w:t>29:41  hum, unhon ne planning ki aur hum America se paisa liya.</w:t>
      </w:r>
      <w:r>
        <w:br/>
      </w:r>
      <w:r>
        <w:rPr>
          <w:sz w:val="20"/>
        </w:rPr>
        <w:t>29:45  America se paise le kar apni national planning ki.</w:t>
      </w:r>
      <w:r>
        <w:br/>
      </w:r>
      <w:r>
        <w:rPr>
          <w:sz w:val="20"/>
        </w:rPr>
        <w:t>29:50  unhon ne koi sawal hi nahin chhodha.</w:t>
      </w:r>
      <w:r>
        <w:br/>
      </w:r>
      <w:r>
        <w:rPr>
          <w:sz w:val="20"/>
        </w:rPr>
        <w:t>29:54  unhon ne Okinawa ka ya General MacArthur ka ya aur</w:t>
      </w:r>
      <w:r>
        <w:br/>
      </w:r>
      <w:r>
        <w:rPr>
          <w:sz w:val="20"/>
        </w:rPr>
        <w:t>29:58  jo America ki jo domination tha, kuch nahin.</w:t>
      </w:r>
      <w:r>
        <w:br/>
      </w:r>
      <w:r>
        <w:rPr>
          <w:sz w:val="20"/>
        </w:rPr>
        <w:t>30:06  sirf apni national jo un ka national plan tha, us ko chalana America ke taawun se, America ke cooperation se.</w:t>
      </w:r>
      <w:r>
        <w:br/>
      </w:r>
      <w:r>
        <w:rPr>
          <w:sz w:val="20"/>
        </w:rPr>
        <w:t>30:13  aur aap jaante hain ke 25 saal ke andar history badal gayi.</w:t>
      </w:r>
      <w:r>
        <w:br/>
      </w:r>
      <w:r>
        <w:rPr>
          <w:sz w:val="20"/>
        </w:rPr>
        <w:t>30:21  Japan jo hai, emerge kiya ek economic</w:t>
      </w:r>
      <w:r>
        <w:br/>
      </w:r>
      <w:r>
        <w:rPr>
          <w:sz w:val="20"/>
        </w:rPr>
        <w:t>30:28  superpower ke taur par. To duniya mein jo taraqqiyan hain, bazahir to mukhtalif qomon ne taraqqiyan ki hain, lekin is ka jo primary source, primary role jo hai, woh Islami ka hai. Secondary role doosron ka hai, secondary. Primary role Islam ka hai. Maut ke zamane mein Musalmanon</w:t>
      </w:r>
    </w:p>
    <w:p>
      <w:pPr>
        <w:pStyle w:val="Heading2"/>
      </w:pPr>
      <w:r>
        <w:t>women's untapped opportunity for everyday dawah</w:t>
      </w:r>
    </w:p>
    <w:p>
      <w:r>
        <w:rPr>
          <w:color w:val="666666"/>
          <w:sz w:val="18"/>
        </w:rPr>
        <w:t>CPS Women Monthly Interaction 8 August 28, 2022 · 1m 21s · at 41:30 · https://youtu.be/TL5rMVeuDh8?t=2490</w:t>
      </w:r>
    </w:p>
    <w:p>
      <w:r>
        <w:rPr>
          <w:i/>
        </w:rPr>
        <w:t>“Auraton ke paas bahut zyada opportunity hai mardon ke hisaab se.”</w:t>
      </w:r>
    </w:p>
    <w:p>
      <w:r>
        <w:rPr>
          <w:sz w:val="20"/>
        </w:rPr>
        <w:t>41:30  jahan tak main apne experience se main batana cha rahi hoon raziya ke auraton ke paas bohat zyada opportunity hai mardon ke hisab se. jaise ke auraton ko allah taala ne multitasking banaya hai aur yahi ek wajah hai ke hamare paas kai sare platforms hain. jaise ke main ek chhoti si example de pichhle hafte mere my eldest son unke jo college compete ya job mein hai unke do friend aaye hue the mere ghar par.</w:t>
      </w:r>
      <w:r>
        <w:br/>
      </w:r>
      <w:r>
        <w:rPr>
          <w:sz w:val="20"/>
        </w:rPr>
        <w:t>41:58  to jab woh jaane lage to maine unko quran ko introduce kiya aur unko gift kiya. jaate waqt dono non muslim the. to aap is tarah ke dekhiyega informal settings mein auraton ko bohat zyada ladies jo hum maein hain, mothers hain, sisters hain. hum sirf ek apne liye ek awareness create karein ke hamara ek bohat hi important role hai dawa karne ka, dawat ka kaam karne ka.</w:t>
      </w:r>
      <w:r>
        <w:br/>
      </w:r>
      <w:r>
        <w:rPr>
          <w:sz w:val="20"/>
        </w:rPr>
        <w:t>42:22  to aap apne aap hi dekhiye jab aap khud conscious ho jayenge na to aap har opportunity ko, kisi bhi opportunity ko aap lose nahi karenge. aap dekhiye ek ghar mein, ek ghar ki setting mein maine ek dawa work kar liya. to is tarah se opportunities har din har bohat zyada mauke milte hain hum ladies ko. to it is just upon us to avail those opportunities. kar lo, zyada kar lo. ek aur lady hain jinka naam mujhe samajh mein nahi aa raha hai.</w:t>
      </w:r>
      <w:r>
        <w:br/>
      </w:r>
      <w:r>
        <w:rPr>
          <w:sz w:val="20"/>
        </w:rPr>
        <w:t>42:51  kafi der se unhone raise kiya hai. please apna naam batayein aur say your question. ji, mera naam Princess Khan hai. main America se baat kar rahi hoon. mujhe faridabad se ek to yeh cheez poochni thi. kya Maulana sahib ki audio books hain, jo unki books hain, woh audio hain kyunki hum log travelling bohat karte hain. to travelling ke andar yeh hota hai hamari liye bohat aasani ho jati hai.</w:t>
      </w:r>
    </w:p>
    <w:p>
      <w:pPr>
        <w:pStyle w:val="Heading2"/>
      </w:pPr>
      <w:r>
        <w:t>War is state prerogative not individual</w:t>
      </w:r>
    </w:p>
    <w:p>
      <w:r>
        <w:rPr>
          <w:color w:val="666666"/>
          <w:sz w:val="18"/>
        </w:rPr>
        <w:t>An Introduction to the Life of the Prophet Muhammad I 31st July 07 · 2m 32s · at 29:39 · https://youtu.be/8lkGaZIXReA?t=1779</w:t>
      </w:r>
    </w:p>
    <w:p>
      <w:r>
        <w:rPr>
          <w:i/>
        </w:rPr>
        <w:t>“So he never accepted their offer that we want to do jihad.”</w:t>
      </w:r>
    </w:p>
    <w:p>
      <w:r>
        <w:rPr>
          <w:sz w:val="20"/>
        </w:rPr>
        <w:t>29:39  So he never accepted their offer that we want to do jihad. He said no. Then when he migrated from Makkah to Medina and there he was able to establish a state. So Medina was a city state at that time.</w:t>
      </w:r>
      <w:r>
        <w:br/>
      </w:r>
      <w:r>
        <w:rPr>
          <w:sz w:val="20"/>
        </w:rPr>
        <w:t>30:09  So at that time so when when he was able to to establish a state in Medina, Makkan people became enemy of this state. So they attacked several times. Then Prophet war a defensive war. When he was ahead of the state and they attacked</w:t>
      </w:r>
      <w:r>
        <w:br/>
      </w:r>
      <w:r>
        <w:rPr>
          <w:sz w:val="20"/>
        </w:rPr>
        <w:t>30:40  from Makkah, then he engaged himself in defensive war. So by this he set a very very important example that war is a prerogative of state. No individual, no agency other than state is allowed to go to war. So he never all</w:t>
      </w:r>
      <w:r>
        <w:br/>
      </w:r>
      <w:r>
        <w:rPr>
          <w:sz w:val="20"/>
        </w:rPr>
        <w:t>31:10  owed to his companions to go to war, to go to fighting, to go to violence. Never, never, never. So all kind of those all kind of those guerrilla wars, proxy wars, are are unlawful in Islam because these are useless. Through guerrilla war or proxy war, you can achie</w:t>
      </w:r>
      <w:r>
        <w:br/>
      </w:r>
      <w:r>
        <w:rPr>
          <w:sz w:val="20"/>
        </w:rPr>
        <w:t>31:40  ve a positive result. It is simply an outburst. All those so-called guerrilla wars or so-called proxy wars or so-called secret wars are nothing but useless outburst. It's not war. It is self-killing. It is self-killing.</w:t>
      </w:r>
    </w:p>
    <w:p>
      <w:pPr>
        <w:pStyle w:val="Heading2"/>
      </w:pPr>
      <w:r>
        <w:t>De-linking mindset is natural</w:t>
      </w:r>
    </w:p>
    <w:p>
      <w:r>
        <w:rPr>
          <w:color w:val="666666"/>
          <w:sz w:val="18"/>
        </w:rPr>
        <w:t>Dars-e-Quran, Chapter 2, Verses 75-78 June 17, 2018 · 1m 28s · at 45:29 · https://youtu.be/2qkgyTF6bt8?t=2729</w:t>
      </w:r>
    </w:p>
    <w:p>
      <w:r>
        <w:rPr>
          <w:i/>
        </w:rPr>
        <w:t>“De-linking mindset jo hai, woh fitri mindset hai”</w:t>
      </w:r>
    </w:p>
    <w:p>
      <w:r>
        <w:rPr>
          <w:sz w:val="20"/>
        </w:rPr>
        <w:t>45:29  Dekhiye, delinking mindset jo hai, woh fitri mindset hai, natural mindset hai.</w:t>
      </w:r>
      <w:r>
        <w:br/>
      </w:r>
      <w:r>
        <w:rPr>
          <w:sz w:val="20"/>
        </w:rPr>
        <w:t>45:43  Sach poochhein to hamare akhbar, hamare leader, so called leader, is ke zimmedar hain ke josheeli taqreerein karte hain, josheeli taqreerein kar kar ke awam ko bharka dete hain.</w:t>
      </w:r>
      <w:r>
        <w:br/>
      </w:r>
      <w:r>
        <w:rPr>
          <w:sz w:val="20"/>
        </w:rPr>
        <w:t>45:59  Yaqeen kijiye ke agar yeh hamare akhbar na hon, jo sansani khaiz khabrein chhapte hain, aur leader na hon, log apni normal halat mein rahein to kuch bhi nahi paida hua.</w:t>
      </w:r>
      <w:r>
        <w:br/>
      </w:r>
      <w:r>
        <w:rPr>
          <w:sz w:val="20"/>
        </w:rPr>
        <w:t>46:17  Main apni misaal de sakta hoon ke main paida hua jab ke akhbarat nahi hua karte the, leader bhi nahi hua karte the.</w:t>
      </w:r>
      <w:r>
        <w:br/>
      </w:r>
      <w:r>
        <w:rPr>
          <w:sz w:val="20"/>
        </w:rPr>
        <w:t>46:27  Yeh mera area tha, gaon ka area, gaon ka hai, wahan koi akhbar nahi, koi leader nahi. To saare bas saare aisi halat ho jate the, aapas mein mashwara karke koi ladai jhagda hota hi nahi tha.</w:t>
      </w:r>
      <w:r>
        <w:br/>
      </w:r>
      <w:r>
        <w:rPr>
          <w:sz w:val="20"/>
        </w:rPr>
        <w:t>46:45  To yeh, yeh to, yeh to sach poochhein to jo aap ne farmaya, yeh yeh masnooi hai, masnooi, artificial.</w:t>
      </w:r>
    </w:p>
    <w:p>
      <w:pPr>
        <w:pStyle w:val="Heading2"/>
      </w:pPr>
      <w:r>
        <w:t>Hasan's uncle describes Prophet's reflective silence and speech</w:t>
      </w:r>
    </w:p>
    <w:p>
      <w:r>
        <w:rPr>
          <w:color w:val="666666"/>
          <w:sz w:val="18"/>
        </w:rPr>
        <w:t>The Noble Qualities of The Prophet Muhammad 7 September 2025 · 2m 23s · at 24:06 · https://youtu.be/o85acwpOiDw?t=1446</w:t>
      </w:r>
    </w:p>
    <w:p>
      <w:r>
        <w:rPr>
          <w:i/>
        </w:rPr>
        <w:t>“Hasan asked his uncle to describe the Messenger of Allah's speech”</w:t>
      </w:r>
    </w:p>
    <w:p>
      <w:r>
        <w:rPr>
          <w:sz w:val="20"/>
        </w:rPr>
        <w:t>24:06  So he said: "Kan Rasoolullah Sallallahu Alaihi Wasallam mut was ani da'im-ul-fikrah." It's a very beautiful description that the prophet was always reflective and concerned,</w:t>
      </w:r>
      <w:r>
        <w:br/>
      </w:r>
      <w:r>
        <w:rPr>
          <w:sz w:val="20"/>
        </w:rPr>
        <w:t>24:23  constantly depend on that and never rely on your own devices.</w:t>
      </w:r>
      <w:r>
        <w:br/>
      </w:r>
      <w:r>
        <w:rPr>
          <w:sz w:val="20"/>
        </w:rPr>
        <w:t>24:29  یعنی ہروقت گہرائیسےسوچنا اور فکر میں ڈوبا ڈوبےرہنا، اور ایسانہیںکہ جیسےلوگ ہاہوکرتےہیں،نا وہ صورت نہیںتھیرسولاللہ کی۔</w:t>
      </w:r>
      <w:r>
        <w:br/>
      </w:r>
      <w:r>
        <w:rPr>
          <w:sz w:val="20"/>
        </w:rPr>
        <w:t>24:45  رائٹ۔ متواسال احزان دائمالفکرہ،ہروقت غوروفکر کرتے رہتےتھے۔</w:t>
      </w:r>
      <w:r>
        <w:br/>
      </w:r>
      <w:r>
        <w:rPr>
          <w:sz w:val="20"/>
        </w:rPr>
        <w:t>24:53  طویل السق تی لا یتکلم فیغیر حاجہ، and the prophet remained silent for long periods, and only spoke when there was a need</w:t>
      </w:r>
      <w:r>
        <w:br/>
      </w:r>
      <w:r>
        <w:rPr>
          <w:sz w:val="20"/>
        </w:rPr>
        <w:t>25:07  ۔ یفتح الکلام وی ختمہ بسم اللہ تع الی ۔ ہیوڈ سٹارٹ ہز کنورسیشن اینڈ اینڈ اٹودبسماللہ ۔و یتکلم بجو ائم الکلم۔</w:t>
      </w:r>
      <w:r>
        <w:br/>
      </w:r>
      <w:r>
        <w:rPr>
          <w:sz w:val="20"/>
        </w:rPr>
        <w:t>25:21  ہی سپوکود کونس ائز کمپرینسو ورڈز ودڈیپمیننگ۔ کلام ہفصل لا فض ول ولا تقصیرا۔</w:t>
      </w:r>
      <w:r>
        <w:br/>
      </w:r>
      <w:r>
        <w:rPr>
          <w:sz w:val="20"/>
        </w:rPr>
        <w:t>25:33  ہزسپیچوازکلی ئر، بیلنسڈ، اینڈ نیدر ایکسیسونورلیکنگ۔ لیسا بال جافی والم ہین۔</w:t>
      </w:r>
      <w:r>
        <w:br/>
      </w:r>
      <w:r>
        <w:rPr>
          <w:sz w:val="20"/>
        </w:rPr>
        <w:t>25:43  ہیوازنیدر ہارشانٹون نور انسلٹنگ۔ ی عظم النعمہ،دسازویریامپورٹنٹ۔ یعظم النعمۃ و د قہ۔</w:t>
      </w:r>
      <w:r>
        <w:br/>
      </w:r>
      <w:r>
        <w:rPr>
          <w:sz w:val="20"/>
        </w:rPr>
        <w:t>25:54  ہی ایپریشیٹڈ دا بلیسنگز، ای ون افاٹازویریسمال ۔</w:t>
      </w:r>
      <w:r>
        <w:br/>
      </w:r>
      <w:r>
        <w:rPr>
          <w:sz w:val="20"/>
        </w:rPr>
        <w:t>26:01  یعنی کوئیبھی اگر بلیسنگکیچیزہے، چاہےوہچھوٹیسےچھوٹیہو، اس کیبھی اسکیبھی تعریفکرتے تھے،اوراسکےلیےبھی اللہ کاشکر اداکرتے تھے۔</w:t>
      </w:r>
      <w:r>
        <w:br/>
      </w:r>
      <w:r>
        <w:rPr>
          <w:sz w:val="20"/>
        </w:rPr>
        <w:t>26:13  تویہجو باتیں اسمیںائیہیں، ہند ابیحال رضیاللہعنہ، یہبہت ہیاہمہیں، اور ہمنے مول اناکیبھیزندگی میں انچیزوںکو دیکھاہے،تو بہت ہی اہم باتیںہیں،انکوہمیںاپناناچاہیے۔</w:t>
      </w:r>
    </w:p>
    <w:p>
      <w:pPr>
        <w:pStyle w:val="Heading2"/>
      </w:pPr>
      <w:r>
        <w:t>How Islam decides leadership through consultation, consensus</w:t>
      </w:r>
    </w:p>
    <w:p>
      <w:r>
        <w:rPr>
          <w:color w:val="666666"/>
          <w:sz w:val="18"/>
        </w:rPr>
        <w:t>Art of Crisis Management October 3, 2010 · 2m 53s · at 1:13:49 · https://youtu.be/sKdyThFThXo?t=4429</w:t>
      </w:r>
    </w:p>
    <w:p>
      <w:r>
        <w:rPr>
          <w:i/>
        </w:rPr>
        <w:t>“Islam mein leader ko imam kaha jata hai”</w:t>
      </w:r>
    </w:p>
    <w:p>
      <w:r>
        <w:rPr>
          <w:sz w:val="20"/>
        </w:rPr>
        <w:t>1:13:49  dekhiye, islam mein leader ko imam kaha jata hai. imam to islam ka usool hai: "amruhum shura baynahum".</w:t>
      </w:r>
      <w:r>
        <w:br/>
      </w:r>
      <w:r>
        <w:rPr>
          <w:sz w:val="20"/>
        </w:rPr>
        <w:t>1:14:02  yani jab zaroorat ho imam muqarrar karne ki, yani leader muqarrar karne ki, to us ke liye mashwara kiya jaye, discuss kiya jaye, sab log baith kar rai karein, aur consensus se jis aadmi ko tay ho jaye, us ka imam maan liya jaye.</w:t>
      </w:r>
      <w:r>
        <w:br/>
      </w:r>
      <w:r>
        <w:rPr>
          <w:sz w:val="20"/>
        </w:rPr>
        <w:t>1:14:20  yeh to ideal baat hai, ideal baat ke jab bhi ek leader farz kiye mar gaya, ek leader ne resign kar diya kisi bhi baat se,</w:t>
      </w:r>
      <w:r>
        <w:br/>
      </w:r>
      <w:r>
        <w:rPr>
          <w:sz w:val="20"/>
        </w:rPr>
        <w:t>1:14:33  wo paida hoga. yani</w:t>
      </w:r>
      <w:r>
        <w:br/>
      </w:r>
      <w:r>
        <w:rPr>
          <w:sz w:val="20"/>
        </w:rPr>
        <w:t>1:14:37  leader ki na raha to log baithein aur discuss karein, aur jis aadmi ke naam par consensus ho jaye,</w:t>
      </w:r>
      <w:r>
        <w:br/>
      </w:r>
      <w:r>
        <w:rPr>
          <w:sz w:val="20"/>
        </w:rPr>
        <w:t>1:14:51  sab log us ko jo leader maan lein, sab log maan lein us ko. Yeh hai ideal surat. Doosri surat jo hai secondary darje mein, woh kya hai?</w:t>
      </w:r>
      <w:r>
        <w:br/>
      </w:r>
      <w:r>
        <w:rPr>
          <w:sz w:val="20"/>
        </w:rPr>
        <w:t>1:15:03  woh hai is ke liye bhi hadith mein bata diya gaya hai, woh yeh hai ke "ittaba' sawad al-a'zam".</w:t>
      </w:r>
      <w:r>
        <w:br/>
      </w:r>
      <w:r>
        <w:rPr>
          <w:sz w:val="20"/>
        </w:rPr>
        <w:t>1:15:15  ittaba' sawad al-a'zam ka matlab yeh hai ke kisi bhi tareeqe se agar koi aadmi leader ban gaya, chahe ghalat tareeqe se bana ho kyun na ho, to maan lo us ke saath jhanda na uthao.</w:t>
      </w:r>
      <w:r>
        <w:br/>
      </w:r>
      <w:r>
        <w:rPr>
          <w:sz w:val="20"/>
        </w:rPr>
        <w:t>1:15:30  yani ek ideal shakal yeh hai ke mashware se, discussion se</w:t>
      </w:r>
      <w:r>
        <w:br/>
      </w:r>
      <w:r>
        <w:rPr>
          <w:sz w:val="20"/>
        </w:rPr>
        <w:t>1:15:37  ke kisi shakhs ko banaya jaye aur sab log us ko maan lein. Lekin agar yeh ideal shakal possible na ho aur koi aadmi kisi bhi aur tareeqe se leader ban jaye to phir us ko maan lijiyega aap taake kam se kam peace qaim rahe.</w:t>
      </w:r>
      <w:r>
        <w:br/>
      </w:r>
      <w:r>
        <w:rPr>
          <w:sz w:val="20"/>
        </w:rPr>
        <w:t>1:15:55  aap jab maan lenge to kam se kam peace to qaim ho jayegi.</w:t>
      </w:r>
      <w:r>
        <w:br/>
      </w:r>
      <w:r>
        <w:rPr>
          <w:sz w:val="20"/>
        </w:rPr>
        <w:t>1:16:00  bas yeh do shakalain hain. Teesri shakal jo aaj kal musalmanon mein hai ke khare ho jatay hain jhanda le kar ke,</w:t>
      </w:r>
      <w:r>
        <w:br/>
      </w:r>
      <w:r>
        <w:rPr>
          <w:sz w:val="20"/>
        </w:rPr>
        <w:t>1:16:11  jaise musalmanon ke muslim karne mein democracy kyun nahi hai? Is ki misaal aap Pakistan dekh lijiyega,</w:t>
      </w:r>
      <w:r>
        <w:br/>
      </w:r>
      <w:r>
        <w:rPr>
          <w:sz w:val="20"/>
        </w:rPr>
        <w:t>1:16:18  ek election hoga, koi jeetega, ab kya hai? Doosra khara ho jayega. Rigging hui hai, rigging hui hai, rigging hui hai. Ab is ko down karne ke liye yeh Islam mein jaiz nahi hai.</w:t>
      </w:r>
      <w:r>
        <w:br/>
      </w:r>
      <w:r>
        <w:rPr>
          <w:sz w:val="20"/>
        </w:rPr>
        <w:t>1:16:31  Islam mein jaiz hi nahi hai. Yeh jaise bhi elect ho kar ke, jaise bhi woh ban kar ke seat par aa gaya to bas maan lijiyega us ko.</w:t>
      </w:r>
    </w:p>
    <w:p>
      <w:pPr>
        <w:pStyle w:val="Heading2"/>
      </w:pPr>
      <w:r>
        <w:t>Paradise is self-making not rituals</w:t>
      </w:r>
    </w:p>
    <w:p>
      <w:r>
        <w:rPr>
          <w:color w:val="666666"/>
          <w:sz w:val="18"/>
        </w:rPr>
        <w:t>The Creation Plan December 09, 2018 · 2m 14s · at 31:17 · https://youtu.be/y8tS4vW9lFI?t=1877</w:t>
      </w:r>
    </w:p>
    <w:p>
      <w:r>
        <w:rPr>
          <w:i/>
        </w:rPr>
        <w:t>“Jo log ye sochte hain ke kuch ward karo aur jannat mil jayegi”</w:t>
      </w:r>
    </w:p>
    <w:p>
      <w:r>
        <w:rPr>
          <w:sz w:val="20"/>
        </w:rPr>
        <w:t>31:17  jo log yeh sochte hain ke kuch wird karo, kuch kuch practice karo, kuch rituals karo aur jannat mil jayegi, yeh bilkul falsehood mein jeena hai.</w:t>
      </w:r>
      <w:r>
        <w:br/>
      </w:r>
      <w:r>
        <w:rPr>
          <w:sz w:val="20"/>
        </w:rPr>
        <w:t>31:33  yeh falsehood mein jeena hai. jannat apne aap ko garhne ka woh logon ko milegi jo apne aap ko garhein.</w:t>
      </w:r>
      <w:r>
        <w:br/>
      </w:r>
      <w:r>
        <w:rPr>
          <w:sz w:val="20"/>
        </w:rPr>
        <w:t>31:46  jo apne aap ko remold karein. jo apne aap ko prepare karein is best society mein jane ke qabil banane ke liye.</w:t>
      </w:r>
      <w:r>
        <w:br/>
      </w:r>
      <w:r>
        <w:rPr>
          <w:sz w:val="20"/>
        </w:rPr>
        <w:t>32:00  to sach poochhiye to jannat, jannat to hai yani</w:t>
      </w:r>
      <w:r>
        <w:br/>
      </w:r>
      <w:r>
        <w:rPr>
          <w:sz w:val="20"/>
        </w:rPr>
        <w:t>32:11  recreation ka mamla hai. aik creation Allah ne kiya aap ka. aap ko phir se create karna hai. Allah ne aap ko jo jism diya, mind diya.</w:t>
      </w:r>
      <w:r>
        <w:br/>
      </w:r>
      <w:r>
        <w:rPr>
          <w:sz w:val="20"/>
        </w:rPr>
        <w:t>32:29  ab aap ko aik apne aap ko aik aik aala akhlaq, aala spirituality,</w:t>
      </w:r>
      <w:r>
        <w:br/>
      </w:r>
      <w:r>
        <w:rPr>
          <w:sz w:val="20"/>
        </w:rPr>
        <w:t>32:39  aala discipline wala insan banana hai. ab apne faisle se, jaise Rasool Allah ne apne faisle se, apne hath se lafz Rasool ko mitaya.</w:t>
      </w:r>
      <w:r>
        <w:br/>
      </w:r>
      <w:r>
        <w:rPr>
          <w:sz w:val="20"/>
        </w:rPr>
        <w:t>32:55  to aap ko apne faisle se mitana hai. apne faisle se apne aap ko banana hai.</w:t>
      </w:r>
      <w:r>
        <w:br/>
      </w:r>
      <w:r>
        <w:rPr>
          <w:sz w:val="20"/>
        </w:rPr>
        <w:t>33:08  to yaad rakhiye jannat</w:t>
      </w:r>
      <w:r>
        <w:br/>
      </w:r>
      <w:r>
        <w:rPr>
          <w:sz w:val="20"/>
        </w:rPr>
        <w:t>33:13  self making ka naam hai.</w:t>
      </w:r>
      <w:r>
        <w:br/>
      </w:r>
      <w:r>
        <w:rPr>
          <w:sz w:val="20"/>
        </w:rPr>
        <w:t>33:20  yani aik self made banana hai apne aap ko.</w:t>
      </w:r>
    </w:p>
    <w:p>
      <w:pPr>
        <w:pStyle w:val="Heading2"/>
      </w:pPr>
      <w:r>
        <w:t>Britain's 200-year rule and exit from India</w:t>
      </w:r>
    </w:p>
    <w:p>
      <w:r>
        <w:rPr>
          <w:color w:val="666666"/>
          <w:sz w:val="18"/>
        </w:rPr>
        <w:t>Time for Introspection February 26, 2012 Maulana Wahiduddin Khan · 1m 22s · at 4:48 · https://youtu.be/PjgdpJGybeE?t=288</w:t>
      </w:r>
    </w:p>
    <w:p>
      <w:r>
        <w:rPr>
          <w:i/>
        </w:rPr>
        <w:t>“Usi tarah UK ka haal hua, Britain ka”</w:t>
      </w:r>
    </w:p>
    <w:p>
      <w:r>
        <w:rPr>
          <w:sz w:val="20"/>
        </w:rPr>
        <w:t>4:48  expansion ka ki soch khatam kar di unhone aise hi UK ka haal hua britain ka ab dekhiye india mein qareeb do sau saal tak yani british company se le kar british government tak taqreeban do sau saal unhone hukumat ki</w:t>
      </w:r>
      <w:r>
        <w:br/>
      </w:r>
      <w:r>
        <w:rPr>
          <w:sz w:val="20"/>
        </w:rPr>
        <w:t>5:12  phir second world war hui unhone mehsoos kiya ke ab hum india ko apne qabze mein nahi rakh sakte to wapas chale gaye yani wahi angrez jo 1857 mein aap jante hain ke 1857 mein hindustan mein un ke khilaf ek revolt hua hathiyar le ke nikal pade log</w:t>
      </w:r>
      <w:r>
        <w:br/>
      </w:r>
      <w:r>
        <w:rPr>
          <w:sz w:val="20"/>
        </w:rPr>
        <w:t>5:41  us waqt britain ne is ko crush kar diya bandook ki taqat se wahi britain dekhiye 47 mein baghair gun ke wapas chala gaya</w:t>
      </w:r>
      <w:r>
        <w:br/>
      </w:r>
      <w:r>
        <w:rPr>
          <w:sz w:val="20"/>
        </w:rPr>
        <w:t>5:57  yani ahl e insaaf ki taqat se wapas chala gaya to yeh tamam qaumein karti hain lekin musalmanon ka case bohat ajeeb hai</w:t>
      </w:r>
    </w:p>
    <w:p>
      <w:pPr>
        <w:pStyle w:val="Heading2"/>
      </w:pPr>
      <w:r>
        <w:t>Prophet's first sermon: save from hell</w:t>
      </w:r>
    </w:p>
    <w:p>
      <w:r>
        <w:rPr>
          <w:color w:val="666666"/>
          <w:sz w:val="18"/>
        </w:rPr>
        <w:t>Lesson from Prophet's Life April 23, 2006 Maulana Wahiduddin Khan · 2m 01s · at 6:59 · https://youtu.be/PIe6pirYtyY?t=419</w:t>
      </w:r>
    </w:p>
    <w:p>
      <w:r>
        <w:rPr>
          <w:i/>
        </w:rPr>
        <w:t>“To magar jab aap pahunchte hain to Seerat Ibn Hisham mein”</w:t>
      </w:r>
    </w:p>
    <w:p>
      <w:r>
        <w:rPr>
          <w:sz w:val="20"/>
        </w:rPr>
        <w:t>6:59  to magar jab aap pohnchte hain to Seerat Ibn Hisham mein aap dekhenge ke is ka ek chapter hai jis ka woh caption yeh hai: "awwal khutba khutba Rasool Allah S.A.W. fil Madina", yaani Madina pohnch kar Prophet ne jo pehla address kiya wahan ke logon ko, woh hai is mein.</w:t>
      </w:r>
      <w:r>
        <w:br/>
      </w:r>
      <w:r>
        <w:rPr>
          <w:sz w:val="20"/>
        </w:rPr>
        <w:t>7:26  is ko aap parhiye. Is poore address mein kahin na direct koi reference hai Makkah walon ka aur na indirect, kuch bhi nahi, jaise kuch hua hi nahi.</w:t>
      </w:r>
      <w:r>
        <w:br/>
      </w:r>
      <w:r>
        <w:rPr>
          <w:sz w:val="20"/>
        </w:rPr>
        <w:t>7:42  saare is ka khulasa kya hai? "it-taqu-n-naara walaw bashir-ri tamrah". Ae logon!</w:t>
      </w:r>
      <w:r>
        <w:br/>
      </w:r>
      <w:r>
        <w:rPr>
          <w:sz w:val="20"/>
        </w:rPr>
        <w:t>7:50  apne aap ko aag se bachao, chahe khajoor ka ek tukra de kar hi kyun na ho. Ab is ke peeche jo psychology hai, is ko aap ghor kijiye ke ek insaan jo 13 saal museebatein utha kar wahan jaata hai, to kehta kya hai?</w:t>
      </w:r>
      <w:r>
        <w:br/>
      </w:r>
      <w:r>
        <w:rPr>
          <w:sz w:val="20"/>
        </w:rPr>
        <w:t>8:12  ke problem mujh ko nahi, tum ko hai problem. Yaani problem ka saamna mujh ko nahi hai, tum ko problem ka saamna hai.</w:t>
      </w:r>
      <w:r>
        <w:br/>
      </w:r>
      <w:r>
        <w:rPr>
          <w:sz w:val="20"/>
        </w:rPr>
        <w:t>8:23  yaani jo Makkah mein para mujhe, woh kya hai? Woh to kuch bhi nahi. Abhi tumhein jahal ka saamna hai, aag ka saamna hai, punishment ka saamna hai jo Khuda ki taraf se hogi, agar tum Khuda wali zindagi na apnao.</w:t>
      </w:r>
      <w:r>
        <w:br/>
      </w:r>
      <w:r>
        <w:rPr>
          <w:sz w:val="20"/>
        </w:rPr>
        <w:t>8:37  yaani Khuda ke creation plan ke mutabiq agar tum zindagi na batao to maut ke baad tum ko hell ka saamna karna parega. Aap ghor kijiye is psychology ka jo Prophet ke andar hogi.</w:t>
      </w:r>
      <w:r>
        <w:br/>
      </w:r>
      <w:r>
        <w:rPr>
          <w:sz w:val="20"/>
        </w:rPr>
        <w:t>8:51  apni apni jo takleefein hain, woh kam hain 13 saal tak. Woh to bhala, woh bhoolay hue thay, jaise ke un ki yaad mein nahi thi.</w:t>
      </w:r>
    </w:p>
    <w:p>
      <w:pPr>
        <w:pStyle w:val="Heading2"/>
      </w:pPr>
      <w:r>
        <w:t>Read the Quran with reflection, not just recitation</w:t>
      </w:r>
    </w:p>
    <w:p>
      <w:r>
        <w:rPr>
          <w:color w:val="666666"/>
          <w:sz w:val="18"/>
        </w:rPr>
        <w:t>Taqwa and Patience November 29, 2013 Maulana Wahiduddin Khan · 2m 01s · at 27:27 · https://youtu.be/HhJ22onYSzk?t=1647</w:t>
      </w:r>
    </w:p>
    <w:p>
      <w:r>
        <w:rPr>
          <w:i/>
        </w:rPr>
        <w:t>“Aap Quran ko samajhiye tadabbur ke sath”</w:t>
      </w:r>
    </w:p>
    <w:p>
      <w:r>
        <w:rPr>
          <w:sz w:val="20"/>
        </w:rPr>
        <w:t>27:27  to mein yeh kahoon kya kaha ke aap quran ko samjhiye tadabbur ke sath, quran ko padhiye tadabbur ke sath,</w:t>
      </w:r>
      <w:r>
        <w:br/>
      </w:r>
      <w:r>
        <w:rPr>
          <w:sz w:val="20"/>
        </w:rPr>
        <w:t>27:37  quran ke mani ko</w:t>
      </w:r>
      <w:r>
        <w:br/>
      </w:r>
      <w:r>
        <w:rPr>
          <w:sz w:val="20"/>
        </w:rPr>
        <w:t>27:42  jis ko kehte hain "art of questioning". yani science mein yeh mana jata hai ke "art of questioning" jo hai wahi raaz hai daryafton ka.</w:t>
      </w:r>
      <w:r>
        <w:br/>
      </w:r>
      <w:r>
        <w:rPr>
          <w:sz w:val="20"/>
        </w:rPr>
        <w:t>27:56  burton russell ki kitab hai "will to doubt". "will to doubt"</w:t>
      </w:r>
      <w:r>
        <w:br/>
      </w:r>
      <w:r>
        <w:rPr>
          <w:sz w:val="20"/>
        </w:rPr>
        <w:t>28:01  is mein is ne is raaz ko bataya ke spirit of inquiry se sari science dunya mein aayi hai. spirit of inquiry to is spirit of questioning, spirit of inquiry, tajassus yeh paida kijiye quran ke baray mein.</w:t>
      </w:r>
      <w:r>
        <w:br/>
      </w:r>
      <w:r>
        <w:rPr>
          <w:sz w:val="20"/>
        </w:rPr>
        <w:t>28:21  is ki aik misaal mein yeh di mein ne aap ko ke aap surah yusuf ko par</w:t>
      </w:r>
      <w:r>
        <w:br/>
      </w:r>
      <w:r>
        <w:rPr>
          <w:sz w:val="20"/>
        </w:rPr>
        <w:t>28:25  hein, yeh sochiye ke kahani aik insan ki hai, aakhir mein is ko jama ke sath kyun aa gaya? yani asal al-qasas bazahir aik insan ka ki best story hai aur aakhir mein jama kar diya, is ko generalize kar diya.</w:t>
      </w:r>
      <w:r>
        <w:br/>
      </w:r>
      <w:r>
        <w:rPr>
          <w:sz w:val="20"/>
        </w:rPr>
        <w:t>28:42  to sochte sochte aap pohanchay hain kahan par? ke hazrat yusuf aik muddat tak zinda rahe, dunya se chalay gaye to kahani khatam nahi hui.</w:t>
      </w:r>
      <w:r>
        <w:br/>
      </w:r>
      <w:r>
        <w:rPr>
          <w:sz w:val="20"/>
        </w:rPr>
        <w:t>28:54  asal al-qasas jis ne banaya tha hazrat yusuf ke kahani ko, jis ne banaya tha asal al-qasas, woh abhi zinda hai, zinda rahe ga.</w:t>
      </w:r>
      <w:r>
        <w:br/>
      </w:r>
      <w:r>
        <w:rPr>
          <w:sz w:val="20"/>
        </w:rPr>
        <w:t>29:04  to dobara repeat ho sakta hai, asal al-qasas dobara repeat ho sakta hai.</w:t>
      </w:r>
      <w:r>
        <w:br/>
      </w:r>
      <w:r>
        <w:rPr>
          <w:sz w:val="20"/>
        </w:rPr>
        <w:t>29:15  to kaisa ajeeb yeh yaqeen ka sar chashma ban jaye ga aap ke liye quran.</w:t>
      </w:r>
    </w:p>
    <w:p>
      <w:pPr>
        <w:pStyle w:val="Heading2"/>
      </w:pPr>
      <w:r>
        <w:t>College principal waives fees after learning who's visiting</w:t>
      </w:r>
    </w:p>
    <w:p>
      <w:r>
        <w:rPr>
          <w:color w:val="666666"/>
          <w:sz w:val="18"/>
        </w:rPr>
        <w:t>Ijtihad in Islam December 28, 2008 · 2m 29s · at 30:13 · https://youtu.be/tQL9OXuyYFk?t=1813</w:t>
      </w:r>
    </w:p>
    <w:p>
      <w:r>
        <w:rPr>
          <w:i/>
        </w:rPr>
        <w:t>“Shibli National College ke guest house mein dus kamre”</w:t>
      </w:r>
    </w:p>
    <w:p>
      <w:r>
        <w:rPr>
          <w:sz w:val="20"/>
        </w:rPr>
        <w:t>30:13  Azamgarh mein ek Shibli National College hai, bahut bada.</w:t>
      </w:r>
      <w:r>
        <w:br/>
      </w:r>
      <w:r>
        <w:rPr>
          <w:sz w:val="20"/>
        </w:rPr>
        <w:t>30:17  toh iska jo guest house hai, ismein hum ne das kamre aap ke liye reserve kiye. toh kya hua? is kamre ke liye yani per day pandrah hazar rupay hota hai.</w:t>
      </w:r>
      <w:r>
        <w:br/>
      </w:r>
      <w:r>
        <w:rPr>
          <w:sz w:val="20"/>
        </w:rPr>
        <w:t>30:30  woh yani teen din ke reserve kiya aur pandrah hazar rupay per day. toh unhon ne kaha ke wahan aisa hua ke unka jo principal hai, Shibli National College ka jo principal hai, usko maloom hua ke mera naam bataya gaya ke woh aa rahe hain.</w:t>
      </w:r>
      <w:r>
        <w:br/>
      </w:r>
      <w:r>
        <w:rPr>
          <w:sz w:val="20"/>
        </w:rPr>
        <w:t>30:48  toh us ne kaha: "achha, woh aa rahe hain, phir toh hum koi paisa nahi lenge, teeno din free rahega,</w:t>
      </w:r>
      <w:r>
        <w:br/>
      </w:r>
      <w:r>
        <w:rPr>
          <w:sz w:val="20"/>
        </w:rPr>
        <w:t>30:57  teeno din free rahega!" yani per day pandrah hazar rupay jo hai, teen din tak hamara rehna tha, teeno din ke liye free kar diya us ne aur aane do un ko.</w:t>
      </w:r>
      <w:r>
        <w:br/>
      </w:r>
      <w:r>
        <w:rPr>
          <w:sz w:val="20"/>
        </w:rPr>
        <w:t>31:10  yeh yeh yeh naya zamana hai. us ne kyun aisa kiya</w:t>
      </w:r>
      <w:r>
        <w:br/>
      </w:r>
      <w:r>
        <w:rPr>
          <w:sz w:val="20"/>
        </w:rPr>
        <w:t>31:14  ? us ne kaha ke: "sahab, ek hi aadmi toh hai duniya, is muslim duniya mein jo modern age ke mutabiq Islam ka relevance batata hai, is se hum paisa lenge.</w:t>
      </w:r>
      <w:r>
        <w:br/>
      </w:r>
      <w:r>
        <w:rPr>
          <w:sz w:val="20"/>
        </w:rPr>
        <w:t>31:25  muslim duniya mein kaun hai un ke siwa jo modern age yeh batata ho ke Islam aaj bhi relevant mazhab hai, aaj se relevance us ko batata ho?</w:t>
      </w:r>
      <w:r>
        <w:br/>
      </w:r>
      <w:r>
        <w:rPr>
          <w:sz w:val="20"/>
        </w:rPr>
        <w:t>31:35  modern science mein jo Islam stand kar sake, woh Islam batata hai, is se hum paisa lenge."</w:t>
      </w:r>
      <w:r>
        <w:br/>
      </w:r>
      <w:r>
        <w:rPr>
          <w:sz w:val="20"/>
        </w:rPr>
        <w:t>31:43  ab is ke andar soch thi, tab aisa soch paaya hua. agar woh yeh madarse ke padha hua hota, yeh aisa na soch paata ho, aisa nahi soch paata tha.</w:t>
      </w:r>
      <w:r>
        <w:br/>
      </w:r>
      <w:r>
        <w:rPr>
          <w:sz w:val="20"/>
        </w:rPr>
        <w:t>31:53  woh pata nahi bhai, un ko bula rahe ho toh yeh toh pata nahi kya kahenge, hamara naujawan jo hai, woh zehan bigad jayega.</w:t>
      </w:r>
      <w:r>
        <w:br/>
      </w:r>
      <w:r>
        <w:rPr>
          <w:sz w:val="20"/>
        </w:rPr>
        <w:t>32:04  toh us ne chunchke hamari kitabein padhi thi, us ke andar rethinking aayi thi aur naye andaaz mein soch paata tha, toh us ne aisa kaha. is principal ne</w:t>
      </w:r>
      <w:r>
        <w:br/>
      </w:r>
      <w:r>
        <w:rPr>
          <w:sz w:val="20"/>
        </w:rPr>
        <w:t>32:16  warna kai waqiyat mujhe maloom hain, jo masjid o masjid ke log hain, unhon ne program hamare cancel kar diye. arey bhai, un ko bula rahe ho, woh toh pata nahi kya baat kahenge, hamare naujawanon ka zehan kharab ho jayega.</w:t>
      </w:r>
      <w:r>
        <w:br/>
      </w:r>
      <w:r>
        <w:rPr>
          <w:sz w:val="20"/>
        </w:rPr>
        <w:t>32:29  toh</w:t>
      </w:r>
      <w:r>
        <w:br/>
      </w:r>
      <w:r>
        <w:rPr>
          <w:sz w:val="20"/>
        </w:rPr>
        <w:t>32:30  behala, is aadmi ne chunchke padhi thi hamari kitabein, woh jaanta tha ke in ka mission kya hai, toh us ne kaha ke hum in se koi paise nahi lenge, in ko in ko aane do.</w:t>
      </w:r>
    </w:p>
    <w:p>
      <w:pPr>
        <w:pStyle w:val="Heading2"/>
      </w:pPr>
      <w:r>
        <w:t>Ramadan as lifelong training in character and discipline</w:t>
      </w:r>
    </w:p>
    <w:p>
      <w:r>
        <w:rPr>
          <w:color w:val="666666"/>
          <w:sz w:val="18"/>
        </w:rPr>
        <w:t>The Spirit of Ramadan (Part 2) April 24, 2022 Dr. Saniyasnain Khan · 1m 54s · at 8:54 · https://youtu.be/NHe5tC7U3mk?t=534</w:t>
      </w:r>
    </w:p>
    <w:p>
      <w:r>
        <w:rPr>
          <w:i/>
        </w:rPr>
        <w:t>“Roza ek bahut badi training hai character building ki.”</w:t>
      </w:r>
    </w:p>
    <w:p>
      <w:r>
        <w:rPr>
          <w:sz w:val="20"/>
        </w:rPr>
        <w:t>8:54  aapne yeh bhi bataya ek session mein ki jo Ramzan hai it is like a spiritual training program aur ek rozedar ka ek outer form hota hai, jaise jismein wo khana aur peena chhod deta hai Ramzan ke dauran. lekin usi se ek inner form bhi develop hota hai, jisko hum strong character kehte hain. to it is often said that Ramzan is a month when character is built, strong character is built.</w:t>
      </w:r>
      <w:r>
        <w:br/>
      </w:r>
      <w:r>
        <w:rPr>
          <w:sz w:val="20"/>
        </w:rPr>
        <w:t>9:23  to isko bhi aap waze karein ki kaise yeh mumkin hota hai? Ramzan mein yakeenan yeh Ramzan bhi ek bahut badi training hai character building ki balki hatish mein aata hai ki koi tumse ladai kare, koi jhagda kare, koi indicent baatein kare to tum usse keh do innisaym, innisaym ki main rozedar hoon, main rozedar hoon. main ek paaband insaan hoon.</w:t>
      </w:r>
      <w:r>
        <w:br/>
      </w:r>
      <w:r>
        <w:rPr>
          <w:sz w:val="20"/>
        </w:rPr>
        <w:t>9:52  main mere andar ek discipline hai. main tumhari tarah se aazad nahin hoon. to yeh ek training ka zariya van jata hai Ramzar, balki isi tarah ki baat Haj mein bhi aati hai. Quran mein aata hai fala rafsah, fala fusukha, fala jidala fil Haj. ki Haj ke dauran koi indistent baat nahin, koi foul language nahin, koi ladai jhagda nahin, koi quarreling nahin, koi shor gul nahin.</w:t>
      </w:r>
      <w:r>
        <w:br/>
      </w:r>
      <w:r>
        <w:rPr>
          <w:sz w:val="20"/>
        </w:rPr>
        <w:t>10:19  to yeh baat iska matlab yeh nahin hai ki Haj ke dauran aur Ramzan ke dauran hi aise rehna hai balki sari zindagi aise rehna hai. to jab is tarah se wo sochega to uske andar ek rabbani shakhsiyat paida hogi. ji. ek inkhilab aayega aur ek sanjeeda insaan banega to isi ko character building ka aa gaya hai aur ek peaceful insaan, peaceful member of the society van jayega.</w:t>
      </w:r>
      <w:r>
        <w:br/>
      </w:r>
      <w:r>
        <w:rPr>
          <w:sz w:val="20"/>
        </w:rPr>
        <w:t>10:48  ji ji ji maushalah. Doctor sahib, prophet once said ki jab Ramzan aaye to tum log Umrah karo kyunki is mahine mein agar Umrah karoge to ek Haj ke barabar hoga. So many people go to mecca to perform Umrah. What is the significance Dopsap of doing Umrah during Ramzan? isko bhi aap waze karein.</w:t>
      </w:r>
    </w:p>
    <w:p>
      <w:pPr>
        <w:pStyle w:val="Heading2"/>
      </w:pPr>
      <w:r>
        <w:t>Q&amp;A: why avoid a luxurious lifestyle in Islam?</w:t>
      </w:r>
    </w:p>
    <w:p>
      <w:r>
        <w:rPr>
          <w:color w:val="666666"/>
          <w:sz w:val="18"/>
        </w:rPr>
        <w:t>Spiritual Light of The Believers (Itmam-E-Noor ) May 12, 2013 · 2m 22s · at 55:51 · https://youtu.be/SmjmddWA1Jo?t=3351</w:t>
      </w:r>
    </w:p>
    <w:p>
      <w:r>
        <w:rPr>
          <w:i/>
        </w:rPr>
        <w:t>“Kya Islam luxurious lifestyle ki ijazat nahi deta?”</w:t>
      </w:r>
    </w:p>
    <w:p>
      <w:r>
        <w:rPr>
          <w:sz w:val="20"/>
        </w:rPr>
        <w:t>55:51  maulana, agla sawal bangalore se hai, bilal sahab ka. unhon ne likha hai: "maulana! aap aksar simple lifestyle pe zor dete hain, aur aap yeh kehte hain ke luxurious lifestyle ko avoid karein.</w:t>
      </w:r>
      <w:r>
        <w:br/>
      </w:r>
      <w:r>
        <w:rPr>
          <w:sz w:val="20"/>
        </w:rPr>
        <w:t>56:06  kya islam luxurious lifestyle ki ijazat nahin deta?" dekhiye, is se pehle main keh chuka hoon ke haram ki do qismein hain:</w:t>
      </w:r>
      <w:r>
        <w:br/>
      </w:r>
      <w:r>
        <w:rPr>
          <w:sz w:val="20"/>
        </w:rPr>
        <w:t>56:18  ek muharram haram, ek ghair muharram haram. yaani declared haram aur undeclared haram.</w:t>
      </w:r>
      <w:r>
        <w:br/>
      </w:r>
      <w:r>
        <w:rPr>
          <w:sz w:val="20"/>
        </w:rPr>
        <w:t>56:27  to dekhiye, jaise kuch cheezon ko declared taur par haram bataya gaya hai, jaise khanzir ka gosht hai ya sharab hai.</w:t>
      </w:r>
      <w:r>
        <w:br/>
      </w:r>
      <w:r>
        <w:rPr>
          <w:sz w:val="20"/>
        </w:rPr>
        <w:t>56:36  lekin kuch doosri cheezon ko bhi wahi usi tareeqe se hamein bachna hai. aur woh main is ko main kehta hoon ke woh woh cheezein hain jo aap ko distract karti hain.</w:t>
      </w:r>
      <w:r>
        <w:br/>
      </w:r>
      <w:r>
        <w:rPr>
          <w:sz w:val="20"/>
        </w:rPr>
        <w:t>56:46  distract jo distract karti hain. aur yeh baatein main is se pehle keh chuka hoon, aur yahan bhi keh chuka hoon, likh bhi chuka hoon.</w:t>
      </w:r>
      <w:r>
        <w:br/>
      </w:r>
      <w:r>
        <w:rPr>
          <w:sz w:val="20"/>
        </w:rPr>
        <w:t>56:58  hadithon se bataya hai maine ke ghair muharram ko haram ka jo concept hai, woh meri zaati nahin hai.</w:t>
      </w:r>
      <w:r>
        <w:br/>
      </w:r>
      <w:r>
        <w:rPr>
          <w:sz w:val="20"/>
        </w:rPr>
        <w:t>57:04  aap mere mazameen ko padhiye, maine hawale diye hain ke bohat si cheezein aisi hain jo aap ko distract karti hain, woh bhi ghair muharram haram hai.</w:t>
      </w:r>
      <w:r>
        <w:br/>
      </w:r>
      <w:r>
        <w:rPr>
          <w:sz w:val="20"/>
        </w:rPr>
        <w:t>57:16  to luxury jo hai, woh mere nazdeek ghair muharram haram hai. simple life mein kya hota hai ke aap distraction se bache rehte hain, aur jab bhi aap aaram aur rahat chahenge to distraction hoga.</w:t>
      </w:r>
      <w:r>
        <w:br/>
      </w:r>
      <w:r>
        <w:rPr>
          <w:sz w:val="20"/>
        </w:rPr>
        <w:t>57:33  aur distreshan hoga to aap kahan hain? aap aap ka jo waqt hai, quran ka tadabbur, marifat ka atom dhoondhna, apna spiritual development, yeh sab is ke liye waqt hi nahin rahega aap ke paas.</w:t>
      </w:r>
      <w:r>
        <w:br/>
      </w:r>
      <w:r>
        <w:rPr>
          <w:sz w:val="20"/>
        </w:rPr>
        <w:t>57:48  to asal cheez yeh hai ke simple life mein aadmi distreshan se bacha rehta hai, aur jab aaram o rahat ki life raah ko ikhtiyar kare to is mein distreshan mein phans jata hai.</w:t>
      </w:r>
      <w:r>
        <w:br/>
      </w:r>
      <w:r>
        <w:rPr>
          <w:sz w:val="20"/>
        </w:rPr>
        <w:t>57:59  woh</w:t>
      </w:r>
      <w:r>
        <w:br/>
      </w:r>
      <w:r>
        <w:rPr>
          <w:sz w:val="20"/>
        </w:rPr>
        <w:t>58:00  to main yeh nahin kehta ke haram hai woh, lekin woh haram se badtar hai, kyunke aap ko animal bana kar deta hai. animal, animal bana kar deta hai woh.</w:t>
      </w:r>
    </w:p>
    <w:p>
      <w:pPr>
        <w:pStyle w:val="Heading2"/>
      </w:pPr>
      <w:r>
        <w:t>Unlike exiled leaders, Prophet held no bitterness toward Mecca</w:t>
      </w:r>
    </w:p>
    <w:p>
      <w:r>
        <w:rPr>
          <w:color w:val="666666"/>
          <w:sz w:val="18"/>
        </w:rPr>
        <w:t>Muhammad was a Prophet, not a Political Leader December 17, 2007 · 1m 29s · at 20:46 · https://youtu.be/YyQZsYsAYi0?t=1246</w:t>
      </w:r>
    </w:p>
    <w:p>
      <w:r>
        <w:rPr>
          <w:i/>
        </w:rPr>
        <w:t>“Exiled leaders usually turn bitter, the Prophet never did”</w:t>
      </w:r>
    </w:p>
    <w:p>
      <w:r>
        <w:rPr>
          <w:sz w:val="20"/>
        </w:rPr>
        <w:t>20:46  all such kind of leaders, all such leaders who were, were compelled to leave their land, they became protestant.</w:t>
      </w:r>
      <w:r>
        <w:br/>
      </w:r>
      <w:r>
        <w:rPr>
          <w:sz w:val="20"/>
        </w:rPr>
        <w:t>21:04  all the, all, all leaders of such kind, when they migrated their land, they became protestant.</w:t>
      </w:r>
      <w:r>
        <w:br/>
      </w:r>
      <w:r>
        <w:rPr>
          <w:sz w:val="20"/>
        </w:rPr>
        <w:t>21:18  they engage themself to talk against those people.</w:t>
      </w:r>
      <w:r>
        <w:br/>
      </w:r>
      <w:r>
        <w:rPr>
          <w:sz w:val="20"/>
        </w:rPr>
        <w:t>21:28  in every country you can see examples like this, like this protestant leaders who always complain about those people who inflicted atrocities upon them.</w:t>
      </w:r>
      <w:r>
        <w:br/>
      </w:r>
      <w:r>
        <w:rPr>
          <w:sz w:val="20"/>
        </w:rPr>
        <w:t>21:48  but when prophet of Islam came to madina, he never uttered a single word against those makka people.</w:t>
      </w:r>
      <w:r>
        <w:br/>
      </w:r>
      <w:r>
        <w:rPr>
          <w:sz w:val="20"/>
        </w:rPr>
        <w:t>22:01  never, never, never.</w:t>
      </w:r>
      <w:r>
        <w:br/>
      </w:r>
      <w:r>
        <w:rPr>
          <w:sz w:val="20"/>
        </w:rPr>
        <w:t>22:05  he adopted quite different style than the political leaders.</w:t>
      </w:r>
    </w:p>
    <w:p>
      <w:pPr>
        <w:pStyle w:val="Heading2"/>
      </w:pPr>
      <w:r>
        <w:t>Bismillah and discovering your identity before God</w:t>
      </w:r>
    </w:p>
    <w:p>
      <w:r>
        <w:rPr>
          <w:color w:val="666666"/>
          <w:sz w:val="18"/>
        </w:rPr>
        <w:t>Islam In the light of its Scriptures (English) February 22, 2007 · 1m 54s · at 9:34 · https://youtu.be/SoxJ9awANEQ?t=574</w:t>
      </w:r>
    </w:p>
    <w:p>
      <w:r>
        <w:rPr>
          <w:i/>
        </w:rPr>
        <w:t>“The very first sentence in the Quran is Bismillah al-Rahman al-Raheem”</w:t>
      </w:r>
    </w:p>
    <w:p>
      <w:r>
        <w:rPr>
          <w:sz w:val="20"/>
        </w:rPr>
        <w:t>9:34  . So, first of all, let us take the Quran. If you take a copy of the Quran and start reading, the first, the very first sentence you will find in the Quran is "Bismillah Al-Rahman Al-Rahim".</w:t>
      </w:r>
      <w:r>
        <w:br/>
      </w:r>
      <w:r>
        <w:rPr>
          <w:sz w:val="20"/>
        </w:rPr>
        <w:t>9:54  This is the first verse of the Quran.</w:t>
      </w:r>
      <w:r>
        <w:br/>
      </w:r>
      <w:r>
        <w:rPr>
          <w:sz w:val="20"/>
        </w:rPr>
        <w:t>10:00  "Bismillah Al-Rahman Al-Rahim" means "In the name of God, Most Merciful, Most Compassionate".</w:t>
      </w:r>
      <w:r>
        <w:br/>
      </w:r>
      <w:r>
        <w:rPr>
          <w:sz w:val="20"/>
        </w:rPr>
        <w:t>10:14  According to the Arabic style, it means "I begin". And name means "I begin with the name of God". "Bismillah" literally means "In the name", but</w:t>
      </w:r>
      <w:r>
        <w:br/>
      </w:r>
      <w:r>
        <w:rPr>
          <w:sz w:val="20"/>
        </w:rPr>
        <w:t>10:29  it according to Arabic style, it means "I begin with the name of Allah". So, it is very important.</w:t>
      </w:r>
      <w:r>
        <w:br/>
      </w:r>
      <w:r>
        <w:rPr>
          <w:sz w:val="20"/>
        </w:rPr>
        <w:t>10:39  It is very important. Here, you can find your identity. "Bismillah Al-Rahman Al-Rahim" gives you your identity.</w:t>
      </w:r>
      <w:r>
        <w:br/>
      </w:r>
      <w:r>
        <w:rPr>
          <w:sz w:val="20"/>
        </w:rPr>
        <w:t>10:51  That one side is the human being, the other side is God, the creator of the universe.</w:t>
      </w:r>
      <w:r>
        <w:br/>
      </w:r>
      <w:r>
        <w:rPr>
          <w:sz w:val="20"/>
        </w:rPr>
        <w:t>11:01  So, this is when you read the source "Bismillah Al-Rahman Al-Rahim". Here, you find your identity. God is my creator, and I am His creature.</w:t>
      </w:r>
      <w:r>
        <w:br/>
      </w:r>
      <w:r>
        <w:rPr>
          <w:sz w:val="20"/>
        </w:rPr>
        <w:t>11:19  Quran gives you your identity, the most important question of every human being.</w:t>
      </w:r>
    </w:p>
    <w:p>
      <w:pPr>
        <w:pStyle w:val="Heading2"/>
      </w:pPr>
      <w:r>
        <w:t>Reflection on Prophet's modesty vs worldly praise</w:t>
      </w:r>
    </w:p>
    <w:p>
      <w:r>
        <w:rPr>
          <w:color w:val="666666"/>
          <w:sz w:val="18"/>
        </w:rPr>
        <w:t>Importance of Modesty 6 Oct, 2018 - Maulana Wahiduddin Khan · 2m 15s · at 3:27 · https://youtu.be/Ul3hRcfLGRM?t=207</w:t>
      </w:r>
    </w:p>
    <w:p>
      <w:r>
        <w:rPr>
          <w:i/>
        </w:rPr>
        <w:t>“Is hadith ko jab maine parha to mere man mein ek sawal aaya”</w:t>
      </w:r>
    </w:p>
    <w:p>
      <w:r>
        <w:rPr>
          <w:sz w:val="20"/>
        </w:rPr>
        <w:t>3:27  mashallah. dekhen ji, is hadith ko jab maine parha</w:t>
      </w:r>
      <w:r>
        <w:br/>
      </w:r>
      <w:r>
        <w:rPr>
          <w:sz w:val="20"/>
        </w:rPr>
        <w:t>3:40  to mere mann mein ek sawal aaya.</w:t>
      </w:r>
      <w:r>
        <w:br/>
      </w:r>
      <w:r>
        <w:rPr>
          <w:sz w:val="20"/>
        </w:rPr>
        <w:t>3:49  shayar logon ke jo bayan hain aur doosre logon ke bhi, is mein aksar rasool allah ke</w:t>
      </w:r>
      <w:r>
        <w:br/>
      </w:r>
      <w:r>
        <w:rPr>
          <w:sz w:val="20"/>
        </w:rPr>
        <w:t>4:05  yani is baat ko bohat badhate hain ke aap ko hukumat mili.</w:t>
      </w:r>
      <w:r>
        <w:br/>
      </w:r>
      <w:r>
        <w:rPr>
          <w:sz w:val="20"/>
        </w:rPr>
        <w:t>4:15  to</w:t>
      </w:r>
      <w:r>
        <w:br/>
      </w:r>
      <w:r>
        <w:rPr>
          <w:sz w:val="20"/>
        </w:rPr>
        <w:t>4:19  misal ke taur par ek shayar rasool allah ke bare mein kehta hai: aye khasa khasan-e-rasul, waqt-e-dua hai.</w:t>
      </w:r>
      <w:r>
        <w:br/>
      </w:r>
      <w:r>
        <w:rPr>
          <w:sz w:val="20"/>
        </w:rPr>
        <w:t>4:31  aise hi</w:t>
      </w:r>
      <w:r>
        <w:br/>
      </w:r>
      <w:r>
        <w:rPr>
          <w:sz w:val="20"/>
        </w:rPr>
        <w:t>4:34  shahanshah-e-konain, is tarah ke alfaaz bolte hain log. shahanshah-e-konain, badshah-e-kainat wagera.</w:t>
      </w:r>
      <w:r>
        <w:br/>
      </w:r>
      <w:r>
        <w:rPr>
          <w:sz w:val="20"/>
        </w:rPr>
        <w:t>4:49  to ba taur-e-waqia to yeh hua</w:t>
      </w:r>
      <w:r>
        <w:br/>
      </w:r>
      <w:r>
        <w:rPr>
          <w:sz w:val="20"/>
        </w:rPr>
        <w:t>4:53  ke aap ko arab mein political power mila.</w:t>
      </w:r>
      <w:r>
        <w:br/>
      </w:r>
      <w:r>
        <w:rPr>
          <w:sz w:val="20"/>
        </w:rPr>
        <w:t>5:00  lekin dekhne ki baat yeh hai ke aap ne manga kya cheez?</w:t>
      </w:r>
      <w:r>
        <w:br/>
      </w:r>
      <w:r>
        <w:rPr>
          <w:sz w:val="20"/>
        </w:rPr>
        <w:t>5:09  aap ne mangi allah se modesty. modesty.</w:t>
      </w:r>
      <w:r>
        <w:br/>
      </w:r>
      <w:r>
        <w:rPr>
          <w:sz w:val="20"/>
        </w:rPr>
        <w:t>5:21  kya lafz hai? tawazu</w:t>
      </w:r>
      <w:r>
        <w:br/>
      </w:r>
      <w:r>
        <w:rPr>
          <w:sz w:val="20"/>
        </w:rPr>
        <w:t>5:23  ? ji. tawazu. modesty. is par maine bohat socha. to meri samajh mein aaya ke modesty jo hai, woh insan ka basic character hai.</w:t>
      </w:r>
    </w:p>
    <w:p>
      <w:pPr>
        <w:pStyle w:val="Heading2"/>
      </w:pPr>
      <w:r>
        <w:t>Muslim Brotherhood's sixty-year cycle of coups and failure</w:t>
      </w:r>
    </w:p>
    <w:p>
      <w:r>
        <w:rPr>
          <w:color w:val="666666"/>
          <w:sz w:val="18"/>
        </w:rPr>
        <w:t>Religion and Democracy December 25, 2011 · 2m 06s · at 12:48 · https://youtu.be/8Mf_yvDA8ik?t=768</w:t>
      </w:r>
    </w:p>
    <w:p>
      <w:r>
        <w:rPr>
          <w:i/>
        </w:rPr>
        <w:t>“Arab duniya mein sabse popular jamaat thi Al-Ikhwan al-Muslimoon”</w:t>
      </w:r>
    </w:p>
    <w:p>
      <w:r>
        <w:rPr>
          <w:sz w:val="20"/>
        </w:rPr>
        <w:t>12:48  ab dekhiye, arab duniya mein sab se zyada jo popular jamaat hui, woh thi "al-khwan al-muslimun" jis ko aam taur par kaha jata hai "muslim brotherhood".</w:t>
      </w:r>
      <w:r>
        <w:br/>
      </w:r>
      <w:r>
        <w:rPr>
          <w:sz w:val="20"/>
        </w:rPr>
        <w:t>13:04  woh 1925 mein qaim hui aur bohat zabardast is ko popularity hui arab duniya mein.</w:t>
      </w:r>
      <w:r>
        <w:br/>
      </w:r>
      <w:r>
        <w:rPr>
          <w:sz w:val="20"/>
        </w:rPr>
        <w:t>13:15  misr mein kaha jata tha ke "more than 50 percent" log ikhwan al-muslimun ke sath hain. to un ka nazariya tha ke islam ka nizam qaim karna.</w:t>
      </w:r>
      <w:r>
        <w:br/>
      </w:r>
      <w:r>
        <w:rPr>
          <w:sz w:val="20"/>
        </w:rPr>
        <w:t>13:28  is ke jo leader the, syed qutb, un ki kitab hai "al-adala al-ijtima'iya fi al-islam" yani "social justice in islam".</w:t>
      </w:r>
      <w:r>
        <w:br/>
      </w:r>
      <w:r>
        <w:rPr>
          <w:sz w:val="20"/>
        </w:rPr>
        <w:t>13:38  koi islam ki hakoomat ho, islam ka nizam ho, yeh un ka nishana tha</w:t>
      </w:r>
      <w:r>
        <w:br/>
      </w:r>
      <w:r>
        <w:rPr>
          <w:sz w:val="20"/>
        </w:rPr>
        <w:t>13:43  aur is ke liye unhon ne bohat zabardast koshishen keen. aap dekhiye, 1952 mein, 1952 mein unhon ne faujiyon ki madad se king farooq ko depose kar diya.</w:t>
      </w:r>
      <w:r>
        <w:br/>
      </w:r>
      <w:r>
        <w:rPr>
          <w:sz w:val="20"/>
        </w:rPr>
        <w:t>14:03  king farooq ko bahar bhej diya gaya, mulk se bahar. magar is ke baad kya hua?</w:t>
      </w:r>
      <w:r>
        <w:br/>
      </w:r>
      <w:r>
        <w:rPr>
          <w:sz w:val="20"/>
        </w:rPr>
        <w:t>14:08  general najib aa gaye, phir woh bhi unwanted ban gaye. phir kya hua? jawahar al-din nasir aa gaye, woh bhi unwanted, woh bhi unwanted ban gaye.</w:t>
      </w:r>
      <w:r>
        <w:br/>
      </w:r>
      <w:r>
        <w:rPr>
          <w:sz w:val="20"/>
        </w:rPr>
        <w:t>14:21  yahan tak ke un ko heart fail ho gaya, woh mar gaye. woh phir anwar sadat aa gaye, un ke khilaf hungama hua, woh goli mari gayi. phir is ke baad hosni mubarak aaye, phir un ke khilaf hungama inhi logon ne kiya,</w:t>
      </w:r>
      <w:r>
        <w:br/>
      </w:r>
      <w:r>
        <w:rPr>
          <w:sz w:val="20"/>
        </w:rPr>
        <w:t>14:37  yahan tak ke un ko dethron kar diya gaya. ab jo hakoomat hai, is ke khilaf hungama jari hai. to 60 saal se sirf hungame hungame ho rahe hain aur adala al-ijtima'i to qaim nahi hui.</w:t>
      </w:r>
    </w:p>
    <w:p>
      <w:pPr>
        <w:pStyle w:val="Heading2"/>
      </w:pPr>
      <w:r>
        <w:t>A hadith reveals two kinds of diaspora</w:t>
      </w:r>
    </w:p>
    <w:p>
      <w:r>
        <w:rPr>
          <w:color w:val="666666"/>
          <w:sz w:val="18"/>
        </w:rPr>
        <w:t>Muslims in Diaspora 9 jan 2007 (English) · 2m 26s · at 2:57 · https://youtu.be/oAi49l7nuOI?t=177</w:t>
      </w:r>
    </w:p>
    <w:p>
      <w:r>
        <w:rPr>
          <w:i/>
        </w:rPr>
        <w:t>“There is a very relevant hadith about diaspora.”</w:t>
      </w:r>
    </w:p>
    <w:p>
      <w:r>
        <w:rPr>
          <w:sz w:val="20"/>
        </w:rPr>
        <w:t>2:57  y. There is a very relevant hadith that tells us a very important aspect of diaspora.</w:t>
      </w:r>
      <w:r>
        <w:br/>
      </w:r>
      <w:r>
        <w:rPr>
          <w:sz w:val="20"/>
        </w:rPr>
        <w:t>3:12  A prophet of Islam has said</w:t>
      </w:r>
      <w:r>
        <w:br/>
      </w:r>
      <w:r>
        <w:rPr>
          <w:sz w:val="20"/>
        </w:rPr>
        <w:t>3:17  jab nabi sallallahu alaihi wasallam hijrat kar rahe the makka se madina, to unhone farmaya "innal a'mali binniyat, faman kanat hijratuhu ila Allahi wa rasulihi, fahijratuhu ila Allahi wa rasulihi,</w:t>
      </w:r>
      <w:r>
        <w:br/>
      </w:r>
      <w:r>
        <w:rPr>
          <w:sz w:val="20"/>
        </w:rPr>
        <w:t>3:36  wa man kanat hijratuhu ila dunya yusibha, aw imra'atun yunkihuha, fahijratuhu ila ma hajar ilayhi."</w:t>
      </w:r>
      <w:r>
        <w:br/>
      </w:r>
      <w:r>
        <w:rPr>
          <w:sz w:val="20"/>
        </w:rPr>
        <w:t>3:49  Iska matlab hai ke</w:t>
      </w:r>
      <w:r>
        <w:br/>
      </w:r>
      <w:r>
        <w:rPr>
          <w:sz w:val="20"/>
        </w:rPr>
        <w:t>3:54  amal ka daromadar niyat par hai. Actions depend on intention.</w:t>
      </w:r>
      <w:r>
        <w:br/>
      </w:r>
      <w:r>
        <w:rPr>
          <w:sz w:val="20"/>
        </w:rPr>
        <w:t>4:06  So, whoever migrated for the sake of God, his migration is for the sake of God</w:t>
      </w:r>
      <w:r>
        <w:br/>
      </w:r>
      <w:r>
        <w:rPr>
          <w:sz w:val="20"/>
        </w:rPr>
        <w:t>4:20  . And whoever migrated for material interest, so his migration is for the sake of material interest.</w:t>
      </w:r>
      <w:r>
        <w:br/>
      </w:r>
      <w:r>
        <w:rPr>
          <w:sz w:val="20"/>
        </w:rPr>
        <w:t>4:36  Is hadith mein jo lafz istemal hua hai woh hai "hijrah". Hijrah ka matlab hai hijrat karna.</w:t>
      </w:r>
      <w:r>
        <w:br/>
      </w:r>
      <w:r>
        <w:rPr>
          <w:sz w:val="20"/>
        </w:rPr>
        <w:t>4:47  Lekin</w:t>
      </w:r>
      <w:r>
        <w:br/>
      </w:r>
      <w:r>
        <w:rPr>
          <w:sz w:val="20"/>
        </w:rPr>
        <w:t>4:51  diaspora ka bhi wahi matlab hai. Mujhe lagta hai ke hijrah, doosre alfaz mein, diaspora hai.</w:t>
      </w:r>
      <w:r>
        <w:br/>
      </w:r>
      <w:r>
        <w:rPr>
          <w:sz w:val="20"/>
        </w:rPr>
        <w:t>5:06  So, according to this hadith, there are two kinds of diaspora: negative diaspora and positive diaspora.</w:t>
      </w:r>
    </w:p>
    <w:p>
      <w:pPr>
        <w:pStyle w:val="Heading2"/>
      </w:pPr>
      <w:r>
        <w:t>Modern jihad impossible without combatant/non-combatant distinction</w:t>
      </w:r>
    </w:p>
    <w:p>
      <w:r>
        <w:rPr>
          <w:color w:val="666666"/>
          <w:sz w:val="18"/>
        </w:rPr>
        <w:t>Ijtihad in Islam December 28, 2008 · 1m 34s · at 1:26:08 · https://youtu.be/tQL9OXuyYFk?t=5168</w:t>
      </w:r>
    </w:p>
    <w:p>
      <w:r>
        <w:rPr>
          <w:i/>
        </w:rPr>
        <w:t>“Main kahoon ke yeh jihad hai hi nahi”</w:t>
      </w:r>
    </w:p>
    <w:p>
      <w:r>
        <w:rPr>
          <w:sz w:val="20"/>
        </w:rPr>
        <w:t>1:26:08  ad kar rahe hain. sab log is ko justify kar rahe hain. koi yeh sab jihad hai. main kahoon ke jihad nahin hai, yeh jihad hi nahin hai.</w:t>
      </w:r>
      <w:r>
        <w:br/>
      </w:r>
      <w:r>
        <w:rPr>
          <w:sz w:val="20"/>
        </w:rPr>
        <w:t>1:26:16  yeh kyun? daikhen, jihad hota hai kisi result ke liye. result ke liye jihad hota hai. yeh to nahin ke khwamkhwah ladne marne ka naam jihad hai.</w:t>
      </w:r>
      <w:r>
        <w:br/>
      </w:r>
      <w:r>
        <w:rPr>
          <w:sz w:val="20"/>
        </w:rPr>
        <w:t>1:26:28  jihad ki ek condition hai. daikhiye, woh condition kya hai?</w:t>
      </w:r>
      <w:r>
        <w:br/>
      </w:r>
      <w:r>
        <w:rPr>
          <w:sz w:val="20"/>
        </w:rPr>
        <w:t>1:26:34  jihad mein, jihad in the sense of qital, muqatil aur ghair muqatil ko farq kiya gaya hai. yani you can kill a combatant, but you can't kill a non-combatant.</w:t>
      </w:r>
      <w:r>
        <w:br/>
      </w:r>
      <w:r>
        <w:rPr>
          <w:sz w:val="20"/>
        </w:rPr>
        <w:t>1:26:48  in Islam, Islam differentiates between combatant and non-combatant. to ab yahi zamana aa gaya hai weapons of mass destruction</w:t>
      </w:r>
      <w:r>
        <w:br/>
      </w:r>
      <w:r>
        <w:rPr>
          <w:sz w:val="20"/>
        </w:rPr>
        <w:t>1:27:01  ka. aap kaise aisi ladai ladenge jis mein non-combatant number hai? impossible hai ke yeh zamana jo ke weapons of non of woh mass destruction ka zamana aa gaya hai ke aap yahan marenge, bomb wahan ka aadmi mar jayega.</w:t>
      </w:r>
      <w:r>
        <w:br/>
      </w:r>
      <w:r>
        <w:rPr>
          <w:sz w:val="20"/>
        </w:rPr>
        <w:t>1:27:18  to is ka kahin ke woh us us condition ke sath ladai ladna is zamane mein impossible ho gaya hai. is liye aap jihad kar nahin sakte is sense mein jis sense mein ke aap mante hain jihad ko.</w:t>
      </w:r>
      <w:r>
        <w:br/>
      </w:r>
      <w:r>
        <w:rPr>
          <w:sz w:val="20"/>
        </w:rPr>
        <w:t>1:27:29  ab peaceful jihad hi rahega dunya mein, reveal karega. doosri cheez yeh hai ke ab peaceful act mein, peaceful struggle ke darwaze itne zyada khul gaye hain jo kabhi nahi khule the.</w:t>
      </w:r>
    </w:p>
    <w:p>
      <w:pPr>
        <w:pStyle w:val="Heading2"/>
      </w:pPr>
      <w:r>
        <w:t>Code of conduct alone isn't enough, need incentive</w:t>
      </w:r>
    </w:p>
    <w:p>
      <w:r>
        <w:rPr>
          <w:color w:val="666666"/>
          <w:sz w:val="18"/>
        </w:rPr>
        <w:t>Moral Values In Islam - III | January 27, 2006 | Maulana Wahiduddin Khan · 2m 30s · at 3:45 · https://youtu.be/dTiWv3ClWPI?t=225</w:t>
      </w:r>
    </w:p>
    <w:p>
      <w:r>
        <w:rPr>
          <w:i/>
        </w:rPr>
        <w:t>“Code of conduct is not enough to make one human-friendly.”</w:t>
      </w:r>
    </w:p>
    <w:p>
      <w:r>
        <w:rPr>
          <w:sz w:val="20"/>
        </w:rPr>
        <w:t>3:45  This regard.</w:t>
      </w:r>
      <w:r>
        <w:br/>
      </w:r>
      <w:r>
        <w:rPr>
          <w:sz w:val="20"/>
        </w:rPr>
        <w:t>3:55  But here I would like to add that code of conduct is not enough to make one insaan friendly.</w:t>
      </w:r>
      <w:r>
        <w:br/>
      </w:r>
      <w:r>
        <w:rPr>
          <w:sz w:val="20"/>
        </w:rPr>
        <w:t>4:05  There must be a code of conduct for robots, but not for human beings. Human</w:t>
      </w:r>
      <w:r>
        <w:br/>
      </w:r>
      <w:r>
        <w:rPr>
          <w:sz w:val="20"/>
        </w:rPr>
        <w:t>4:15  being his free will, free his his own choices.</w:t>
      </w:r>
      <w:r>
        <w:br/>
      </w:r>
      <w:r>
        <w:rPr>
          <w:sz w:val="20"/>
        </w:rPr>
        <w:t>4:23  He can refute, he can accept, as well he can refute.</w:t>
      </w:r>
      <w:r>
        <w:br/>
      </w:r>
      <w:r>
        <w:rPr>
          <w:sz w:val="20"/>
        </w:rPr>
        <w:t>4:30  So human being that is not like a machine or robot.</w:t>
      </w:r>
      <w:r>
        <w:br/>
      </w:r>
      <w:r>
        <w:rPr>
          <w:sz w:val="20"/>
        </w:rPr>
        <w:t>4:38  So it is a must to find something more other than code of conduct.</w:t>
      </w:r>
      <w:r>
        <w:br/>
      </w:r>
      <w:r>
        <w:rPr>
          <w:sz w:val="20"/>
        </w:rPr>
        <w:t>4:45  "dictate, that is incentive."</w:t>
      </w:r>
      <w:r>
        <w:br/>
      </w:r>
      <w:r>
        <w:rPr>
          <w:sz w:val="20"/>
        </w:rPr>
        <w:t>4:55  Without incentive, code of conduct karna safar safai.</w:t>
      </w:r>
      <w:r>
        <w:br/>
      </w:r>
      <w:r>
        <w:rPr>
          <w:sz w:val="20"/>
        </w:rPr>
        <w:t>5:06  So what is the incentive given by Islam? In word,</w:t>
      </w:r>
      <w:r>
        <w:br/>
      </w:r>
      <w:r>
        <w:rPr>
          <w:sz w:val="20"/>
        </w:rPr>
        <w:t>5:16  In a single word, I can say that it is accountability.</w:t>
      </w:r>
      <w:r>
        <w:br/>
      </w:r>
      <w:r>
        <w:rPr>
          <w:sz w:val="20"/>
        </w:rPr>
        <w:t>5:26  In Arabic it is muhasaba, accountability.</w:t>
      </w:r>
      <w:r>
        <w:br/>
      </w:r>
      <w:r>
        <w:rPr>
          <w:sz w:val="20"/>
        </w:rPr>
        <w:t>5:36  There is a hadith: "حاسب انفسکم قبل تحاسب" yani</w:t>
      </w:r>
      <w:r>
        <w:br/>
      </w:r>
      <w:r>
        <w:rPr>
          <w:sz w:val="20"/>
        </w:rPr>
        <w:t>5:46  reckon yourself before you are reckoned. apna hisab kar lo is se pehle ke tumhara hisab kiya jaye. this is the concept of accountability. according to this concept, everyone, e</w:t>
      </w:r>
    </w:p>
    <w:p>
      <w:pPr>
        <w:pStyle w:val="Heading2"/>
      </w:pPr>
      <w:r>
        <w:t>Jesus's pattern: avoid confrontation, seize opportunity</w:t>
      </w:r>
    </w:p>
    <w:p>
      <w:r>
        <w:rPr>
          <w:color w:val="666666"/>
          <w:sz w:val="18"/>
        </w:rPr>
        <w:t>Prophetic Guidance in the Quran (English) June 18, 2007 · 2m 44s · at 52:30 · https://youtu.be/E2Iz1yfXw-g?t=3150</w:t>
      </w:r>
    </w:p>
    <w:p>
      <w:r>
        <w:rPr>
          <w:i/>
        </w:rPr>
        <w:t>“It means: don't confront with the Roman king.”</w:t>
      </w:r>
    </w:p>
    <w:p>
      <w:r>
        <w:rPr>
          <w:sz w:val="20"/>
        </w:rPr>
        <w:t>52:30  due to God." it means that: "don't go, don't, don't confront with with king Roman king.</w:t>
      </w:r>
      <w:r>
        <w:br/>
      </w:r>
      <w:r>
        <w:rPr>
          <w:sz w:val="20"/>
        </w:rPr>
        <w:t>52:43  don't fight with Roman king, but avoid Roman kings.</w:t>
      </w:r>
      <w:r>
        <w:br/>
      </w:r>
      <w:r>
        <w:rPr>
          <w:sz w:val="20"/>
        </w:rPr>
        <w:t>52:52  avoid with political confrontation, and avail the opportunities available in the work."</w:t>
      </w:r>
      <w:r>
        <w:br/>
      </w:r>
      <w:r>
        <w:rPr>
          <w:sz w:val="20"/>
        </w:rPr>
        <w:t>53:02  at the time, there were opportunities in dawah work, in dawah field. so Prophet Joseph instructed his disciples that: "avoid political confrontation with Roman kings,</w:t>
      </w:r>
      <w:r>
        <w:br/>
      </w:r>
      <w:r>
        <w:rPr>
          <w:sz w:val="20"/>
        </w:rPr>
        <w:t>53:19  and avail the opportunities of dawah."</w:t>
      </w:r>
      <w:r>
        <w:br/>
      </w:r>
      <w:r>
        <w:rPr>
          <w:sz w:val="20"/>
        </w:rPr>
        <w:t>53:26  this is the meaning of this sentence</w:t>
      </w:r>
      <w:r>
        <w:br/>
      </w:r>
      <w:r>
        <w:rPr>
          <w:sz w:val="20"/>
        </w:rPr>
        <w:t>53:29  : "give to Caesar what is due to Caesar, and give to God what is due to God." perform the duties of God, God, and avoid the confrontation with with Roman kings.</w:t>
      </w:r>
      <w:r>
        <w:br/>
      </w:r>
      <w:r>
        <w:rPr>
          <w:sz w:val="20"/>
        </w:rPr>
        <w:t>53:46  This was the wisdom, prophetic wisdom given by the Prophet Joseph.</w:t>
      </w:r>
      <w:r>
        <w:br/>
      </w:r>
      <w:r>
        <w:rPr>
          <w:sz w:val="20"/>
        </w:rPr>
        <w:t>53:56  it is, it is completely applicable to our situation in every country.</w:t>
      </w:r>
      <w:r>
        <w:br/>
      </w:r>
      <w:r>
        <w:rPr>
          <w:sz w:val="20"/>
        </w:rPr>
        <w:t>54:07  in every country,</w:t>
      </w:r>
      <w:r>
        <w:br/>
      </w:r>
      <w:r>
        <w:rPr>
          <w:sz w:val="20"/>
        </w:rPr>
        <w:t>54:13  in every country, there are, there are,</w:t>
      </w:r>
      <w:r>
        <w:br/>
      </w:r>
      <w:r>
        <w:rPr>
          <w:sz w:val="20"/>
        </w:rPr>
        <w:t>54:21  there are some rulers, there are some governments.</w:t>
      </w:r>
      <w:r>
        <w:br/>
      </w:r>
      <w:r>
        <w:rPr>
          <w:sz w:val="20"/>
        </w:rPr>
        <w:t>54:24  these governments are not islamic governments. even in muslim countries, you know, there is no islamic rule.</w:t>
      </w:r>
      <w:r>
        <w:br/>
      </w:r>
      <w:r>
        <w:rPr>
          <w:sz w:val="20"/>
        </w:rPr>
        <w:t>54:35  so but at the same time, there are opportunities in terms of dawa, in terms of education. so you have to follow the the مسیحی pattern.</w:t>
      </w:r>
      <w:r>
        <w:br/>
      </w:r>
      <w:r>
        <w:rPr>
          <w:sz w:val="20"/>
        </w:rPr>
        <w:t>54:52  and what is that pattern?</w:t>
      </w:r>
      <w:r>
        <w:br/>
      </w:r>
      <w:r>
        <w:rPr>
          <w:sz w:val="20"/>
        </w:rPr>
        <w:t>54:55  avoid confrontation, and avail the opportunities in the field of dawa.</w:t>
      </w:r>
      <w:r>
        <w:br/>
      </w:r>
      <w:r>
        <w:rPr>
          <w:sz w:val="20"/>
        </w:rPr>
        <w:t>55:03  this pattern was said by prophet joseph, and it is mentioned in the quran in chapter asaf.</w:t>
      </w:r>
    </w:p>
    <w:p>
      <w:pPr>
        <w:pStyle w:val="Heading2"/>
      </w:pPr>
      <w:r>
        <w:t>Companions learned foreign languages to spread Islam</w:t>
      </w:r>
    </w:p>
    <w:p>
      <w:r>
        <w:rPr>
          <w:color w:val="666666"/>
          <w:sz w:val="18"/>
        </w:rPr>
        <w:t>Life of the Prophet of Islam March 22, 2009 · 2m 50s · at 52:14 · https://youtu.be/tCdQ0G7ralM?t=3134</w:t>
      </w:r>
    </w:p>
    <w:p>
      <w:r>
        <w:rPr>
          <w:i/>
        </w:rPr>
        <w:t>“آپ جانتے ہیں کہ ان کی زبان عربی تھی”</w:t>
      </w:r>
    </w:p>
    <w:p>
      <w:r>
        <w:rPr>
          <w:sz w:val="20"/>
        </w:rPr>
        <w:t>52:14  ab hum ne na to makkah ke property ko qabza karna hai, na madina ja kar ke apna ghar banana hai. ab dunya mein nikal jana hai, yeh matlab hai is ka.</w:t>
      </w:r>
      <w:r>
        <w:br/>
      </w:r>
      <w:r>
        <w:rPr>
          <w:sz w:val="20"/>
        </w:rPr>
        <w:t>52:30  to sahaba ki majority jo hai, bikhar gayi urgent countries mein, atraf ke mulkon mein.</w:t>
      </w:r>
      <w:r>
        <w:br/>
      </w:r>
      <w:r>
        <w:rPr>
          <w:sz w:val="20"/>
        </w:rPr>
        <w:t>52:43  aap jante hain ke un ki zaban arabi thi, sahaba ki zaban arabi thi, un logon ki zaban doosri doosri thi.</w:t>
      </w:r>
      <w:r>
        <w:br/>
      </w:r>
      <w:r>
        <w:rPr>
          <w:sz w:val="20"/>
        </w:rPr>
        <w:t>52:52  misalan suriya ki zaban suriyan thi, egypt ki zaban woh thi coptic thi, libya ki zaban berberi thi,</w:t>
      </w:r>
      <w:r>
        <w:br/>
      </w:r>
      <w:r>
        <w:rPr>
          <w:sz w:val="20"/>
        </w:rPr>
        <w:t>53:05  aur falasteen ki zaban hebrew thi. jahan jahan woh gaye, woh un ki zabanein alag alag thi. phir bhi woh ghus gaye un mein ja kar ke.</w:t>
      </w:r>
      <w:r>
        <w:br/>
      </w:r>
      <w:r>
        <w:rPr>
          <w:sz w:val="20"/>
        </w:rPr>
        <w:t>53:17  kaise kaise seekha hoga unhon ne, woh aap soch sakte hain.</w:t>
      </w:r>
      <w:r>
        <w:br/>
      </w:r>
      <w:r>
        <w:rPr>
          <w:sz w:val="20"/>
        </w:rPr>
        <w:t>53:22  aaj kal aap jante hain ke aaj kal talba jo hain, main sunta rehta hoon waqiat ke apne job ke liye, apne exam ke liye, ek naya course karne ke liye, yeh raat din mehnat kar ke nai zabanein seekhte hain.</w:t>
      </w:r>
      <w:r>
        <w:br/>
      </w:r>
      <w:r>
        <w:rPr>
          <w:sz w:val="20"/>
        </w:rPr>
        <w:t>53:36  koi french seekh raha hai, koi german seekh raha hai, koi russian seekh raha hai, chaar idhar seekh daalte hain. to meri samajh mein aaye ke kaise sahaba ne in ki zubanen seekhi hongi.</w:t>
      </w:r>
      <w:r>
        <w:br/>
      </w:r>
      <w:r>
        <w:rPr>
          <w:sz w:val="20"/>
        </w:rPr>
        <w:t>53:47  aaj kal mein rozana sunta rehta hoon logon ke qisse ke yeh student jo hain, jab dekhte hain ke hamara yaani is mein hamein koi scope hai bara, to raat din woh is mein hero ban jaate hain.</w:t>
      </w:r>
      <w:r>
        <w:br/>
      </w:r>
      <w:r>
        <w:rPr>
          <w:sz w:val="20"/>
        </w:rPr>
        <w:t>54:00  hero! koi arabi seekh raha hai, koi french seekh raha hai, koi german seekh raha hai, koi russian seekh raha hai, koi latin seekh raha hai, koi japani seekh raha hai, aur hero ban kar seekh daalte hain woh,</w:t>
      </w:r>
      <w:r>
        <w:br/>
      </w:r>
      <w:r>
        <w:rPr>
          <w:sz w:val="20"/>
        </w:rPr>
        <w:t>54:15  aur phir taraqqi karte hain. yeh</w:t>
      </w:r>
      <w:r>
        <w:br/>
      </w:r>
      <w:r>
        <w:rPr>
          <w:sz w:val="20"/>
        </w:rPr>
        <w:t>54:17  jo phenomenon hai aaj kal, is se maine samjha ke sahaba ne kaise in ki zubanen seekhi hongi. is poore area ko kaise unhon ne Islamize kiya hoga, jis ko hum aaj kehte hain Arab land.</w:t>
      </w:r>
      <w:r>
        <w:br/>
      </w:r>
      <w:r>
        <w:rPr>
          <w:sz w:val="20"/>
        </w:rPr>
        <w:t>54:30  is area ko kis ne Islamize kiya? in logon ne jo arabi zuban jante the, koi aur zuban nahi jante the.</w:t>
      </w:r>
      <w:r>
        <w:br/>
      </w:r>
      <w:r>
        <w:rPr>
          <w:sz w:val="20"/>
        </w:rPr>
        <w:t>54:38  aisa unhon ne Islamize kiya ke un ki language badal gayi, un ka culture badal gaya, un ka regional badal gaya, un ka attitude badal gaya, sab kuch badal gaya.</w:t>
      </w:r>
      <w:r>
        <w:br/>
      </w:r>
      <w:r>
        <w:rPr>
          <w:sz w:val="20"/>
        </w:rPr>
        <w:t>54:50  yeh tha miracle in logon ka, jin ko hum kehte hain Ashab-e-Rasool. Hajjat-ul-Wida ke baad jo dakhil hue hain in mulkon mein, unhon ne is tarah se kar dala.</w:t>
      </w:r>
    </w:p>
    <w:p>
      <w:pPr>
        <w:pStyle w:val="Heading2"/>
      </w:pPr>
      <w:r>
        <w:t>Sahaba turn a basket of soil into victory</w:t>
      </w:r>
    </w:p>
    <w:p>
      <w:r>
        <w:rPr>
          <w:color w:val="666666"/>
          <w:sz w:val="18"/>
        </w:rPr>
        <w:t>Companions of The Prophet (2) 11 July 2021 - Prof. Farida Khanam and Dr. Saniyasnain Khan · 2m 58s · at 18:34 · https://youtu.be/FkhLHnwvUZQ?t=1114</w:t>
      </w:r>
    </w:p>
    <w:p>
      <w:r>
        <w:rPr>
          <w:i/>
        </w:rPr>
        <w:t>“Wahi, unhi, unhi ka waqt tha”</w:t>
      </w:r>
    </w:p>
    <w:p>
      <w:r>
        <w:rPr>
          <w:sz w:val="20"/>
        </w:rPr>
        <w:t>18:34  wahi, unhi, unhi ka waqt tha. unhi ke under mein kuch log gaye the. to jab woh gaye, to yeh log, unka jo bahut zyada, unka jo darbar tha, bahut zyada saja hua. har taraf log jo hain, unke generals jo hain,</w:t>
      </w:r>
      <w:r>
        <w:br/>
      </w:r>
      <w:r>
        <w:rPr>
          <w:sz w:val="20"/>
        </w:rPr>
        <w:t>18:53  sone aur heere moti ke taaj pehne baithe hue the. bahut zyada shano shaukat thi, lekin is sahaba kisi cheez se maroob nahi hote the. saaf saaf unhone jaakar baat ki. to woh jo hain,</w:t>
      </w:r>
      <w:r>
        <w:br/>
      </w:r>
      <w:r>
        <w:rPr>
          <w:sz w:val="20"/>
        </w:rPr>
        <w:t>19:07  shahanshah jo hain, woh</w:t>
      </w:r>
      <w:r>
        <w:br/>
      </w:r>
      <w:r>
        <w:rPr>
          <w:sz w:val="20"/>
        </w:rPr>
        <w:t>19:09  bigad gaya. hamare samne tum is tarah baat karte ho. to phir unhone kaha ki tum jo hain, tum log wapas jao aur hamara jo hai, general</w:t>
      </w:r>
      <w:r>
        <w:br/>
      </w:r>
      <w:r>
        <w:rPr>
          <w:sz w:val="20"/>
        </w:rPr>
        <w:t>19:27  rustam, unka bahut bada general tha, sipah salar tha, woh jayega. uski sargardgi mein fauj jayegi aur tum logon ko kasiya ke ke ke maidan mein dafan kar degi. kasiya mein jang ho rahi thi, asal mein.</w:t>
      </w:r>
      <w:r>
        <w:br/>
      </w:r>
      <w:r>
        <w:rPr>
          <w:sz w:val="20"/>
        </w:rPr>
        <w:t>19:44  to phir uske baad usne kaha ki apne logon se kaha ki ek tokri mitti lao. to ek tokri mitti laai gayi. to phir usne poocha ki tum logon mein sabse zyada sharif kaun hai?</w:t>
      </w:r>
      <w:r>
        <w:br/>
      </w:r>
      <w:r>
        <w:rPr>
          <w:sz w:val="20"/>
        </w:rPr>
        <w:t>19:57  to thodi der kuch khamoshi rahi. phir uske baad ek usmein waqt ke ek member the, asim ibn amr. to woh unhone kaha ki main sabse zyada sharif hoon. to unhone kaha, "inke gale mein yeh mitti ka tokra daal do."</w:t>
      </w:r>
      <w:r>
        <w:br/>
      </w:r>
      <w:r>
        <w:rPr>
          <w:sz w:val="20"/>
        </w:rPr>
        <w:t>20:13  ab aap sochiye ki koi bhi hota, aaj hamare jo sari duniya mein ke jo musalman hain, unke gale mein mitti ki tokri daale, to woh gussa ho jayenge, uthakar phenk denge. woh log bilkul usko tokri ko lekar ke, unhone kaha, "inko bhaga do." madan, unka poora mahal tha madan mein. to madan se bahar bhaga do. to unko bhaga diya gaya. phir wahan se woh oont par</w:t>
      </w:r>
      <w:r>
        <w:br/>
      </w:r>
      <w:r>
        <w:rPr>
          <w:sz w:val="20"/>
        </w:rPr>
        <w:t>20:37  baithe aur woh mitti ka tokra liye liye, woh apne sipah salar saad ibne abi wakkas ke paas gaye aur unko poora qissa sunaya. to saad ibne abi wakkas ne uska kya response diya, kya reaction unka tha, woh bahut hi hamare liye lesson giving hai.</w:t>
      </w:r>
      <w:r>
        <w:br/>
      </w:r>
      <w:r>
        <w:rPr>
          <w:sz w:val="20"/>
        </w:rPr>
        <w:t>20:56  unhone kaha, "khush ho jao, kyunki khuda ki kasam, allah ne hame idar ki kunjiyaan de di hain." aur unhone usse unke mulk par kabze ki faal nikali. ab isse aap samajh lijiye ki jo radd e amal ki nafs hoti, aur</w:t>
      </w:r>
      <w:r>
        <w:br/>
      </w:r>
      <w:r>
        <w:rPr>
          <w:sz w:val="20"/>
        </w:rPr>
        <w:t>21:14  to unke andar nafrat hoti, unke andar gussa aata, unke andar jhunjhlahat hoti, woh musht ho jaate. to woh phir jo gehri mansooba bandi karni padti hai, bade bade mission ke liye, to woh nahi kar paate. to kis tarah se unhone</w:t>
      </w:r>
    </w:p>
    <w:p>
      <w:pPr>
        <w:pStyle w:val="Heading2"/>
      </w:pPr>
      <w:r>
        <w:t>World is testing ground, desires unfulfilled</w:t>
      </w:r>
    </w:p>
    <w:p>
      <w:r>
        <w:rPr>
          <w:color w:val="666666"/>
          <w:sz w:val="18"/>
        </w:rPr>
        <w:t>The Prophet A Blessing for All of Humanity January 5, 2014 · 2m 18s · at 9:28 · https://youtu.be/ZmMkgj54O28?t=568</w:t>
      </w:r>
    </w:p>
    <w:p>
      <w:r>
        <w:rPr>
          <w:i/>
        </w:rPr>
        <w:t>“There is a big question about this world”</w:t>
      </w:r>
    </w:p>
    <w:p>
      <w:r>
        <w:rPr>
          <w:sz w:val="20"/>
        </w:rPr>
        <w:t>9:28  dekhen, is duniya ke bare mein ek bohat bada sawal hai logon ko ke duniya mein kyun aisa hai ke insaan ki desire fulfill nahi hoti.</w:t>
      </w:r>
      <w:r>
        <w:br/>
      </w:r>
      <w:r>
        <w:rPr>
          <w:sz w:val="20"/>
        </w:rPr>
        <w:t>9:39  aap jante hain ke insaan paida hota hai, bohat se desire ke saath, bohat si aspirations hoti hain is ki, bohat si tamannayein hoti hain. lekin har insaan is tarah duniya se chala jata hai ke is ki tamannayein poori nahi hoti</w:t>
      </w:r>
      <w:r>
        <w:br/>
      </w:r>
      <w:r>
        <w:rPr>
          <w:sz w:val="20"/>
        </w:rPr>
        <w:t>9:52  . abhi aap ne akhbar mein dekha hoga ke ek ek America ka ek bohat bada daulat, daulat mand aadmi, jo jis ke paas 800 million dollar ka asal tha, 800 million dollar, is ne suicide kar liya.</w:t>
      </w:r>
      <w:r>
        <w:br/>
      </w:r>
      <w:r>
        <w:rPr>
          <w:sz w:val="20"/>
        </w:rPr>
        <w:t>10:10  kyun ke is ki suicide karne ki wajah kya thi?</w:t>
      </w:r>
      <w:r>
        <w:br/>
      </w:r>
      <w:r>
        <w:rPr>
          <w:sz w:val="20"/>
        </w:rPr>
        <w:t>10:15  is ki umar 80 saal ho chuki thi, aur is ke baad is ko heart attack hua, bimariyan huin, aur phir aur is ko pareshaniyan huin. to is is ki samajh nahi aati ke yeh 100 million dollar mein kya karoon?</w:t>
      </w:r>
      <w:r>
        <w:br/>
      </w:r>
      <w:r>
        <w:rPr>
          <w:sz w:val="20"/>
        </w:rPr>
        <w:t>10:26  kyun ke meri jo tamanna thi ke mujhe fulfillment mile, mujhe achi sehat wali zindagi mile, woh sab kuch mil nahi raha hai. to Quran yeh batata hai ke is duniya mein yeh sab cheez tum nahi paoge, woh to aakhirat mein milegi, jannat mein milegi.</w:t>
      </w:r>
      <w:r>
        <w:br/>
      </w:r>
      <w:r>
        <w:rPr>
          <w:sz w:val="20"/>
        </w:rPr>
        <w:t>10:42  to</w:t>
      </w:r>
      <w:r>
        <w:br/>
      </w:r>
      <w:r>
        <w:rPr>
          <w:sz w:val="20"/>
        </w:rPr>
        <w:t>10:43  Allah taala ne jannat ko goya insaan ke liye habitat ke taur par paida kiya. yeh duniya testing ground hai, asal jagah jahan ke humein hamari aspirations, hamari tamannayein, hamari desires poori hon, hum ko fulfillment mile, woh sirf jannat hai, aakhirat hai.</w:t>
      </w:r>
      <w:r>
        <w:br/>
      </w:r>
      <w:r>
        <w:rPr>
          <w:sz w:val="20"/>
        </w:rPr>
        <w:t>10:58  yeh insaan ko pata nahi tha. isi liye log suicide karte rahe, isi liye log frustration jeete rahe.</w:t>
      </w:r>
      <w:r>
        <w:br/>
      </w:r>
      <w:r>
        <w:rPr>
          <w:sz w:val="20"/>
        </w:rPr>
        <w:t>11:06  main ne ek baat to internet par nikala ke duniya mein jo top ke jo jo jo kaha tha, super savers, super savers jab mare to kis haal mein mare?</w:t>
      </w:r>
      <w:r>
        <w:br/>
      </w:r>
      <w:r>
        <w:rPr>
          <w:sz w:val="20"/>
        </w:rPr>
        <w:t>11:16  woh un ki final jo days the, woh kaise the un ke? to 402, yaani 402 aadmiyon ka jo jo bohat hi super achievers ka darja mila, un ko sab ke sab mile despair mein, frustration mein.</w:t>
      </w:r>
      <w:r>
        <w:br/>
      </w:r>
      <w:r>
        <w:rPr>
          <w:sz w:val="20"/>
        </w:rPr>
        <w:t>11:34  kyun ke unhone chaha chaha tha, woh mila nahi, woh fulfillment haasil nahi hua un ko. to Quran yeh batata hai ke fulfillment ki jagah to aakhirat hai, woh to jannat hai, woh to paradise hai.</w:t>
      </w:r>
    </w:p>
    <w:p>
      <w:pPr>
        <w:pStyle w:val="Heading2"/>
      </w:pPr>
      <w:r>
        <w:t>Stop wasting time and money, become a program maker</w:t>
      </w:r>
    </w:p>
    <w:p>
      <w:r>
        <w:rPr>
          <w:color w:val="666666"/>
          <w:sz w:val="18"/>
        </w:rPr>
        <w:t>Global Warming Divine Warning October 7, 2009 Maulana Wahiduddin Khan · 1m 54s · at 19:04 · https://youtu.be/BaTfAGzuUdc?t=1144</w:t>
      </w:r>
    </w:p>
    <w:p>
      <w:r>
        <w:rPr>
          <w:i/>
        </w:rPr>
        <w:t>“You have to replan your life after rethinking”</w:t>
      </w:r>
    </w:p>
    <w:p>
      <w:r>
        <w:rPr>
          <w:sz w:val="20"/>
        </w:rPr>
        <w:t>19:04  I will suggest, I would give you the advice that you have to replan your life after rethinking, after reassessment.</w:t>
      </w:r>
      <w:r>
        <w:br/>
      </w:r>
      <w:r>
        <w:rPr>
          <w:sz w:val="20"/>
        </w:rPr>
        <w:t>19:21  According to my experience, everyone is the case of, everyone wastes his time in money.</w:t>
      </w:r>
      <w:r>
        <w:br/>
      </w:r>
      <w:r>
        <w:rPr>
          <w:sz w:val="20"/>
        </w:rPr>
        <w:t>19:31  Everyone, everyone, everyone. So we cannot afford this kind of luxury. We cannot waste our time, we cannot waste our money.</w:t>
      </w:r>
      <w:r>
        <w:br/>
      </w:r>
      <w:r>
        <w:rPr>
          <w:sz w:val="20"/>
        </w:rPr>
        <w:t>19:47  This kind of luxury, we can afford, we can afford this kind of luxury. So the time has come, we must make the work as our sole concern,</w:t>
      </w:r>
      <w:r>
        <w:br/>
      </w:r>
      <w:r>
        <w:rPr>
          <w:sz w:val="20"/>
        </w:rPr>
        <w:t>20:08  sole concern, sole concern.</w:t>
      </w:r>
      <w:r>
        <w:br/>
      </w:r>
      <w:r>
        <w:rPr>
          <w:sz w:val="20"/>
        </w:rPr>
        <w:t>20:12  We have to prepare ourselves through reading dawa materials. We have to plan.</w:t>
      </w:r>
      <w:r>
        <w:br/>
      </w:r>
      <w:r>
        <w:rPr>
          <w:sz w:val="20"/>
        </w:rPr>
        <w:t>20:26  Someone asked me, what is your dawa program? I said no, we have no, no dawa, no dawa routine.</w:t>
      </w:r>
      <w:r>
        <w:br/>
      </w:r>
      <w:r>
        <w:rPr>
          <w:sz w:val="20"/>
        </w:rPr>
        <w:t>20:41  We have no program in term of routine. Our our target is to make people program maker, program maker.</w:t>
      </w:r>
    </w:p>
    <w:p>
      <w:pPr>
        <w:pStyle w:val="Heading2"/>
      </w:pPr>
      <w:r>
        <w:t>Prophet Abraham's debate and redefinition</w:t>
      </w:r>
    </w:p>
    <w:p>
      <w:r>
        <w:rPr>
          <w:color w:val="666666"/>
          <w:sz w:val="18"/>
        </w:rPr>
        <w:t>Redefining Islam July 05, 2009 Maulana Wahiduddin Khan · 2m 31s · at 10:47 · https://youtu.be/JXY-MlXBy3Q?t=647</w:t>
      </w:r>
    </w:p>
    <w:p>
      <w:r>
        <w:rPr>
          <w:i/>
        </w:rPr>
        <w:t>“Pichle paigambaron ne bhi Redefine kiya”</w:t>
      </w:r>
    </w:p>
    <w:p>
      <w:r>
        <w:rPr>
          <w:sz w:val="20"/>
        </w:rPr>
        <w:t>10:47  pichhle paighambaron ne bhi Redefine kiya. Rasool Allah ne kiya, Sahaba ne kiya. main ek misaal deta hoon. Quran mein hai ke Hazrat Ibrahim (AS) jo chaar hazar saal pehle aaye,</w:t>
      </w:r>
      <w:r>
        <w:br/>
      </w:r>
      <w:r>
        <w:rPr>
          <w:sz w:val="20"/>
        </w:rPr>
        <w:t>11:03  woh paighambar the woh. woh Iraq mein aaye. to wahan par ek badshah hota tha jis ka naam tha Namrood.</w:t>
      </w:r>
      <w:r>
        <w:br/>
      </w:r>
      <w:r>
        <w:rPr>
          <w:sz w:val="20"/>
        </w:rPr>
        <w:t>11:12  N-E-M-R-U-D. to woh apne ko ooncha samajhta tha, Khuda hone ka dawa karta tha woh.</w:t>
      </w:r>
      <w:r>
        <w:br/>
      </w:r>
      <w:r>
        <w:rPr>
          <w:sz w:val="20"/>
        </w:rPr>
        <w:t>11:21  pehle zamane mein aap jante hain ke badshah log jo hain woh Khudai ka dawa karne lagte the. ab to woh zamana khatm hoga Democracy ke baad. to Hazrat Ibrahim jab us ke saamne gaye Tauheed ka paigham le kar</w:t>
      </w:r>
      <w:r>
        <w:br/>
      </w:r>
      <w:r>
        <w:rPr>
          <w:sz w:val="20"/>
        </w:rPr>
        <w:t>11:39  to us ne poocha kya paigham tumhara hai? to badshah se aur Hazrat Ibrahim se baat cheet hui.</w:t>
      </w:r>
      <w:r>
        <w:br/>
      </w:r>
      <w:r>
        <w:rPr>
          <w:sz w:val="20"/>
        </w:rPr>
        <w:t>11:52  to is mein Hazrat Ibrahim ne yeh kaha ke Khuda, mera Khuda woh hai jo jilata hai aur marta hai. Yahya wa Yameet.</w:t>
      </w:r>
      <w:r>
        <w:br/>
      </w:r>
      <w:r>
        <w:rPr>
          <w:sz w:val="20"/>
        </w:rPr>
        <w:t>12:04  to badshah ne kaha yeh to main bhi karta hoon. jis ko chahoon zinda rakhoon, jis ko chahoon marwa doon. phir Hazrat Ibrahim ne doosri daleel di.</w:t>
      </w:r>
      <w:r>
        <w:br/>
      </w:r>
      <w:r>
        <w:rPr>
          <w:sz w:val="20"/>
        </w:rPr>
        <w:t>12:13  Allah nikalta hai Suraj ko Mashriq se, East se, tum is ko Maghrib se nikal do.</w:t>
      </w:r>
      <w:r>
        <w:br/>
      </w:r>
      <w:r>
        <w:rPr>
          <w:sz w:val="20"/>
        </w:rPr>
        <w:t>12:24  ab aaj ke zamane mein aaj ka insaan kehta hai ke yeh to purane zamane ki kitaab hai. jab duniya mein Geocentric Theory chalti thi. kyunke aaj ka insaan nahin manta ke Suraj kahin se nikalta hai, kahin doobta hai.</w:t>
      </w:r>
      <w:r>
        <w:br/>
      </w:r>
      <w:r>
        <w:rPr>
          <w:sz w:val="20"/>
        </w:rPr>
        <w:t>12:39  yeh jo Phenomena hai, nikalna aur doobna, Sunrise aur Sunset. pehle zamane mein samjha jata tha ke Suraj nikalta hai, Suraj doobta hai.</w:t>
      </w:r>
      <w:r>
        <w:br/>
      </w:r>
      <w:r>
        <w:rPr>
          <w:sz w:val="20"/>
        </w:rPr>
        <w:t>12:49  ab nahin mana jata hai is ko. to Geocentric thi thi theory thi pehle, woh Discard ho gayi. to is ko le kar kuch log yeh samajhte hain ke Islam is zamane mein aaya jabke</w:t>
      </w:r>
      <w:r>
        <w:br/>
      </w:r>
      <w:r>
        <w:rPr>
          <w:sz w:val="20"/>
        </w:rPr>
        <w:t>13:06  Geocentric Theory ka zamana tha. ab hum Heliocentric zamane mein jee rahe hain. lekin yeh baat aisi nahin hai. yeh masla hai Redefine karne ka.</w:t>
      </w:r>
    </w:p>
    <w:p>
      <w:pPr>
        <w:pStyle w:val="Heading2"/>
      </w:pPr>
      <w:r>
        <w:t>why patience is essential for real progress</w:t>
      </w:r>
    </w:p>
    <w:p>
      <w:r>
        <w:rPr>
          <w:color w:val="666666"/>
          <w:sz w:val="18"/>
        </w:rPr>
        <w:t>Prophetic Wisdom November 13, 2022 · 2m 47s · at 30:01 · https://youtu.be/EUFD21PtjwM?t=1801</w:t>
      </w:r>
    </w:p>
    <w:p>
      <w:r>
        <w:rPr>
          <w:i/>
        </w:rPr>
        <w:t>“The reward for patience is said to be beyond measure”</w:t>
      </w:r>
    </w:p>
    <w:p>
      <w:r>
        <w:rPr>
          <w:sz w:val="20"/>
        </w:rPr>
        <w:t>30:01  to is ke peechay kya hikmat hai? is ke baray mein aap thora aur wazeh kar ke bataiye. sabr ke baray mein quran mein aya hai "inma yufassabirun ujrahum bighair hisab"</w:t>
      </w:r>
      <w:r>
        <w:br/>
      </w:r>
      <w:r>
        <w:rPr>
          <w:sz w:val="20"/>
        </w:rPr>
        <w:t>30:17  . ke sabr ka ajr jo hai beyond measure hai, baghair hisab hai. to is ka matlab hai ke sabr koi bohat bari value hai kyunke islam ke nazdeek har insan ki zindagi ka aik maqsad hai, aik us ki zindagi ka aim hai.</w:t>
      </w:r>
      <w:r>
        <w:br/>
      </w:r>
      <w:r>
        <w:rPr>
          <w:sz w:val="20"/>
        </w:rPr>
        <w:t>30:36  ab is aim ko hasil karne ke liye humein bohat ziyada sabr karna parta hai kyunke is dunya mein bohat sare log hain,</w:t>
      </w:r>
      <w:r>
        <w:br/>
      </w:r>
      <w:r>
        <w:rPr>
          <w:sz w:val="20"/>
        </w:rPr>
        <w:t>30:45  bohat sare log jo hain apne apne apni apni khwahishat ke mutabiq chal rahe hain. to jab bhi aisa hoga to takrao hoga, confrontation hoga, aur agar hum is takrao mein lag jayen ge to hum phir koi bhi taraqqi ka kaam nahi kar sakte, apna koi bhi aim jo hai, apna jo purpose hum hasil nahi kar sakt</w:t>
      </w:r>
      <w:r>
        <w:br/>
      </w:r>
      <w:r>
        <w:rPr>
          <w:sz w:val="20"/>
        </w:rPr>
        <w:t>31:08  e. to is liye islam mein bohat ziyada sabr par bohat ziyada zor diya gaya hai kyunke sabr ke baghair hum aik qadam bhi aage nahi chal sakte taraqqi ka.</w:t>
      </w:r>
      <w:r>
        <w:br/>
      </w:r>
      <w:r>
        <w:rPr>
          <w:sz w:val="20"/>
        </w:rPr>
        <w:t>31:20  agar hum ladna hi hai humein to to lad to sakte hain lekin taraqqi nahi kar sakte. to kyunke masail to dekhiye har aik ke sath paida hote hain, chahe woh aik individual ho, chahe koi community ho ya koi mission ho.</w:t>
      </w:r>
      <w:r>
        <w:br/>
      </w:r>
      <w:r>
        <w:rPr>
          <w:sz w:val="20"/>
        </w:rPr>
        <w:t>31:35  to har waqt masail hi hotay hain.</w:t>
      </w:r>
      <w:r>
        <w:br/>
      </w:r>
      <w:r>
        <w:rPr>
          <w:sz w:val="20"/>
        </w:rPr>
        <w:t>31:38  to masail mein reaction ke do tareeqay hotay hain, masail ke response ke do tareeqay hain. aik history reaction hota hai, hum foran is ka jawab de dete hain, ab woh dosra jo hai us ko ghalat samjhe ga agar hum bohat hi be soche samjhe.</w:t>
      </w:r>
      <w:r>
        <w:br/>
      </w:r>
      <w:r>
        <w:rPr>
          <w:sz w:val="20"/>
        </w:rPr>
        <w:t>31:55  matlab hum well considered response hamara nahi hota. to yeh dosray ke andar reaction paida karta hai. to humein chahiye ke koi bhi masla</w:t>
      </w:r>
      <w:r>
        <w:br/>
      </w:r>
      <w:r>
        <w:rPr>
          <w:sz w:val="20"/>
        </w:rPr>
        <w:t>32:05  ho to hum thora sochen is ke baray mein aur logon se mashwara karen, planning karen, aur tabhi koi faisla len.</w:t>
      </w:r>
      <w:r>
        <w:br/>
      </w:r>
      <w:r>
        <w:rPr>
          <w:sz w:val="20"/>
        </w:rPr>
        <w:t>32:15  aur planning karne mein yeh dekhen ke yeh result oriented hamara action hoga ke nahi hoga.</w:t>
      </w:r>
      <w:r>
        <w:br/>
      </w:r>
      <w:r>
        <w:rPr>
          <w:sz w:val="20"/>
        </w:rPr>
        <w:t>32:23  agar reaction agar result oriented action hai to hum karen, nahi to is is par ruk jayen. kyunke agar hum ne nahi ruken ge to phir hamara apne apne hi liye hamare andar apne hi destruction hoga.</w:t>
      </w:r>
      <w:r>
        <w:br/>
      </w:r>
      <w:r>
        <w:rPr>
          <w:sz w:val="20"/>
        </w:rPr>
        <w:t>32:38  hum hum hi kaam nahi kar sakenge, koi koi bhi bara kaam nahi kar sakenge baghair sabr ke. to sab se bari cheez wohi provoke na hona.</w:t>
      </w:r>
    </w:p>
    <w:p>
      <w:pPr>
        <w:pStyle w:val="Heading2"/>
      </w:pPr>
      <w:r>
        <w:t>Muadh ibn Jabal's answer: Quran, then Sunnah, then ijtihad</w:t>
      </w:r>
    </w:p>
    <w:p>
      <w:r>
        <w:rPr>
          <w:color w:val="666666"/>
          <w:sz w:val="18"/>
        </w:rPr>
        <w:t>Development of Fiqh May 29, 2022 Prof. Farida Khanam · 2m 37s · at 5:25 · https://youtu.be/4rhQkwBd_N4?t=325</w:t>
      </w:r>
    </w:p>
    <w:p>
      <w:r>
        <w:rPr>
          <w:i/>
        </w:rPr>
        <w:t>“The Prophet asked Muadh: how will you judge cases in Yemen?”</w:t>
      </w:r>
    </w:p>
    <w:p>
      <w:r>
        <w:rPr>
          <w:sz w:val="20"/>
        </w:rPr>
        <w:t>5:25  Toh ek baar jab Mouaz apne Jabal ko aap batore governor ya batore Qazi bhej rahe the Yaman, toh aapne unse poocha ke wahan jaoge toh mukadamaat ka faisla kis tarah karoge? Toh Mouaz apne Jabal ne kaha ke sabse pehle main Quran ko dekhunga. Quran mein nahi milega toh Sunnah ko dekhunga.</w:t>
      </w:r>
      <w:r>
        <w:br/>
      </w:r>
      <w:r>
        <w:rPr>
          <w:sz w:val="20"/>
        </w:rPr>
        <w:t>5:49  Sunnah mein nahi milega toh main Ijtehad karunga aur ab Ijtehad ka matlab hota hai khoob khoob koshish karna, khoob mehnat karna. Isi se isi root word jo hai usi se Jihad bhi bana hai, usi se Ijtehad bhi bana hai. Toh khoob mehnat karunga, koshish karunga ke Quran o Hadith ki spirit ke mutabiq faisla karoon. Toh Rasoolullah Sallallahu Alaihi Wasallam ne is baat ko pasand farmaya.</w:t>
      </w:r>
      <w:r>
        <w:br/>
      </w:r>
      <w:r>
        <w:rPr>
          <w:sz w:val="20"/>
        </w:rPr>
        <w:t>6:17  Toh aap khud bhi Ijtehad karte the aur logon ko bhi iske liye encourage karte the. Ek baar aapke paas bahut saare misalein hain. Ab yahan chand misalein main dungi. Ek baar aapke paas ek aurat aayi. Usne kaha ke meri maa ne Hajj ki mannat mangi thi. Ab woh uska inteqal ho gaya. Toh ab kya karein? Toh kya main uski taraf se Hajj ada kar sakti hoon?</w:t>
      </w:r>
      <w:r>
        <w:br/>
      </w:r>
      <w:r>
        <w:rPr>
          <w:sz w:val="20"/>
        </w:rPr>
        <w:t>6:44  Toh aapne kaha ke agar maa ke upar kuch qarz hota toh tum qarz ada na karti. Toh yeh bahut hi clear misal hai ke kis tarike se Qurani ahkam ko hum, hum shakal masail milte julte similar masail se usko hum apply kar sakte hain.</w:t>
      </w:r>
      <w:r>
        <w:br/>
      </w:r>
      <w:r>
        <w:rPr>
          <w:sz w:val="20"/>
        </w:rPr>
        <w:t>7:09  Matlab qarz agar uske upar hota toh qarz ada karna hota toh isi tarike se usne Hajj ki mannat mangi. Toh ab Hajj ada karo. Aajkal jo chala hai ke yun hi bagair, yun hi Hajj karte rehte hain agar kisi ne tayyari nahi ki uske liye koi uske andar shauq nahi rakha karne ka, phir bhi Hajj karte rehte hain us apne deceased parents wagera ke liye, relatives wagera ke liye.</w:t>
      </w:r>
      <w:r>
        <w:br/>
      </w:r>
      <w:r>
        <w:rPr>
          <w:sz w:val="20"/>
        </w:rPr>
        <w:t>7:37  Lekin yeh nahi Hajj ke liye humare andar hum Hajj karna chahte hain, humne kuch uske liye tayyari bhi ki hui ho, tab aisa isko Hajj Badal jo hai woh acceptable hai. Toh development of fiqh mein toh matlab kai sadiyan lag gayin. Toh ismein char school ban gaye.</w:t>
      </w:r>
      <w:r>
        <w:br/>
      </w:r>
      <w:r>
        <w:rPr>
          <w:sz w:val="20"/>
        </w:rPr>
        <w:t>8:02  Ek isko Hanafi school, Maliki school, Hambali school, Shafi school aur Shiyon ke yahan jo sabse bada school hai woh Jafari school hai. Theek hai. Ji. Aap bahut hi interesting baat miniyaaj jisse aapne bataya ke Sahaba aise the ke unhone poori zindagi mein sirf terah sawal kiye Rasoolullah se.</w:t>
      </w:r>
    </w:p>
    <w:p>
      <w:pPr>
        <w:pStyle w:val="Heading2"/>
      </w:pPr>
      <w:r>
        <w:t>Quran's warning about prayer performed without presence of heart</w:t>
      </w:r>
    </w:p>
    <w:p>
      <w:r>
        <w:rPr>
          <w:color w:val="666666"/>
          <w:sz w:val="18"/>
        </w:rPr>
        <w:t>Maulana Wahiduddin Khan and His Critics A Response to Misinterpretations. November 26, 2024 · 2m 10s · at 38:26 · https://youtu.be/aVtXLKOMOHw?t=2306</w:t>
      </w:r>
    </w:p>
    <w:p>
      <w:r>
        <w:rPr>
          <w:i/>
        </w:rPr>
        <w:t>“'Alladhina hum an salaatihim saahoon' — namaziyon ke liye barbadi kyun?”</w:t>
      </w:r>
    </w:p>
    <w:p>
      <w:r>
        <w:rPr>
          <w:sz w:val="20"/>
        </w:rPr>
        <w:t>38:26  to isi wajah se Maulana ka poora focus jo hai woh spirit par hai yahi isi spirit se musalman dobara zinda ho sakta hai iske andar islam dobara zinda ho sakta hai isi spirit ke zinda hone se iske aamal allah ke nazdeek mu'tabar honge jaise allah ke rasool ki hadith hai la salat lam yamtay khashu yeh batara hai ke namaz padhna badi baat nahi hai namaz ke andar khushu hona yani spirit hona</w:t>
      </w:r>
      <w:r>
        <w:br/>
      </w:r>
      <w:r>
        <w:rPr>
          <w:sz w:val="20"/>
        </w:rPr>
        <w:t>38:55  namaz ke andar asal cheez spirit hai isi tarah surah takathur mein ek ayat hai ke allazeena hum an salatihim sahoon fawaylun lil musalleen yani namaziyon ke liye barbadi hai namaz padhne walon ke liye kya barbadi hai sahib namaz to hum padh rahe hain isi liye taake allah taala humko apni nematein de to yeh quran ki ayat hai saaf hai</w:t>
      </w:r>
      <w:r>
        <w:br/>
      </w:r>
      <w:r>
        <w:rPr>
          <w:sz w:val="20"/>
        </w:rPr>
        <w:t>39:23  fawaylun lil musalleen namaz padhne walon ke liye halakat hai to iska matlab yeh hai doosri ayat mein iske baad wali ayat mein allah ne wazeh kar diya allazeena hum an salatihim sahoon yani namaz to aap padh rahe hain aap jism ke lihaz se hazir hain spirit ke lihaz se aap sahi taur par har cheez kar rahe hain aap apne masle ke hisab se jo karna hai woh sab theek thaak kar rahe hain</w:t>
      </w:r>
      <w:r>
        <w:br/>
      </w:r>
      <w:r>
        <w:rPr>
          <w:sz w:val="20"/>
        </w:rPr>
        <w:t>39:51  lekin aapka dimagh chal raha hai aapki dukaan mein aapka dimagh namaz se bahar hai to yeh hai spirit spirit less namaz to isi liye rasool allah keh rahe hain la salat lam yamtay khashu woh to namaz hi nahi hai isi liye allah taala keh raha hai iske liye barbadi hai</w:t>
      </w:r>
      <w:r>
        <w:br/>
      </w:r>
      <w:r>
        <w:rPr>
          <w:sz w:val="20"/>
        </w:rPr>
        <w:t>40:09  to aap dekhiye is ayat ki roshni mein aap Maulana ke kaam ko dekhiye to aapko lagega ke Maulana bohat zabardast kaam kar rahe hain yani jo ummat se cheez utha li gayi hai jo ummat se cheez khatam ho gayi hai usko zinda karna chahte hain to form ko lekar aapka aitraz karna goya apne Maulana ke kaam ko samjha hi nahi Maulana ki baat ko aapne pakda hi nahi to yeh bohat badi baat hai main</w:t>
      </w:r>
    </w:p>
    <w:p>
      <w:pPr>
        <w:pStyle w:val="Heading2"/>
      </w:pPr>
      <w:r>
        <w:t>Prophet as living model needs eventful life</w:t>
      </w:r>
    </w:p>
    <w:p>
      <w:r>
        <w:rPr>
          <w:color w:val="666666"/>
          <w:sz w:val="18"/>
        </w:rPr>
        <w:t>Lesson from Prophet's Life April 23, 2006 · 2m 20s · at 31:51 · https://youtu.be/pziIdVaJxXo?t=1911</w:t>
      </w:r>
    </w:p>
    <w:p>
      <w:r>
        <w:rPr>
          <w:i/>
        </w:rPr>
        <w:t>“Doosra jo hai, woh hai Prophet ka model.”</w:t>
      </w:r>
    </w:p>
    <w:p>
      <w:r>
        <w:rPr>
          <w:sz w:val="20"/>
        </w:rPr>
        <w:t>31:51  doosra woh hai, woh hai prophetic ka model. Quran mein kaha gaya hai ke "laqad kana lakum fi rasoolillahi uswatun hasanah" . yani prophet aap ke liye ek living model hai,</w:t>
      </w:r>
      <w:r>
        <w:br/>
      </w:r>
      <w:r>
        <w:rPr>
          <w:sz w:val="20"/>
        </w:rPr>
        <w:t>32:06  living model. dekhen, living model ka lafz bohat hi aasan hai kehne mein , lekin yeh itna aasan nahin hai. yeh haqeeqat mein koi shakhsiyat, koi personality living model kaise ban sakti hai?</w:t>
      </w:r>
      <w:r>
        <w:br/>
      </w:r>
      <w:r>
        <w:rPr>
          <w:sz w:val="20"/>
        </w:rPr>
        <w:t>32:22  is ke liye do condition zaroori hain. do condition: number one, is ki zindagi ek eventful zindagi ho , eventful zindagi , har qism ke waqeaat guzre hon is ki zindagi mein.</w:t>
      </w:r>
      <w:r>
        <w:br/>
      </w:r>
      <w:r>
        <w:rPr>
          <w:sz w:val="20"/>
        </w:rPr>
        <w:t>32:39  suppose woh ab paida hua aur mohalle mein rehte rehte mar gaya, to kya woh model banega?</w:t>
      </w:r>
      <w:r>
        <w:br/>
      </w:r>
      <w:r>
        <w:rPr>
          <w:sz w:val="20"/>
        </w:rPr>
        <w:t>32:49  model woh banega jis ki zindagi eventful zindagi ho, har qism ke waqeaat, woh bhookh bhi is par pari ho , is ne khana bhi khaya ho, is ke paas kapre bhi hon, woh nangay, woh woh baghair joote ke bhi nangay paon chal raha ho, is ne shadi bhi ki ho, is ko sulah bhi hui ho, is jang bhi hui ho.</w:t>
      </w:r>
      <w:r>
        <w:br/>
      </w:r>
      <w:r>
        <w:rPr>
          <w:sz w:val="20"/>
        </w:rPr>
        <w:t>33:09  to eventful life jis ko kehte hain, woh ho is ki har qism ki zindagi ke namune is ki zindagi mein mil jayen aap ko.</w:t>
      </w:r>
      <w:r>
        <w:br/>
      </w:r>
      <w:r>
        <w:rPr>
          <w:sz w:val="20"/>
        </w:rPr>
        <w:t>33:17  to prophet of Islam jo hain, un ki zindagi poore umar mein eventful life thi, har qism ke waqeaat guzre aap ki zindagi mein. main samajhta hoon ke poori history mein, poori human history mein, koi ek bhi insan doosra , mere ilm mein kamaz kam nahin hai,</w:t>
      </w:r>
      <w:r>
        <w:br/>
      </w:r>
      <w:r>
        <w:rPr>
          <w:sz w:val="20"/>
        </w:rPr>
        <w:t>33:31  jis ki zindagi aisi eventful zindagi ho, eventful zindagi , har qism ke waqeaat aap ki zindagi mein maujood hain.</w:t>
      </w:r>
      <w:r>
        <w:br/>
      </w:r>
      <w:r>
        <w:rPr>
          <w:sz w:val="20"/>
        </w:rPr>
        <w:t>33:43  main zindagi mein parhta raha hoon, lekin main kisi aise insan ko nahin janta jis ki zindagi itni zyada eventful ho jaisa ke prophet Muhammad ki thi.</w:t>
      </w:r>
      <w:r>
        <w:br/>
      </w:r>
      <w:r>
        <w:rPr>
          <w:sz w:val="20"/>
        </w:rPr>
        <w:t>33:53  to jab tak eventful life na ho kisi ki, to tab tak is ke baray mein aap yeh kehna ke woh woh model hai aap ke liye, to koi matlab nahin banta. is ka model jab banega, jab ke is ki zindagi mein examples hon, examples hon, examples har qism ke, chote bare , har qism ke examples hon.</w:t>
      </w:r>
    </w:p>
    <w:p>
      <w:pPr>
        <w:pStyle w:val="Heading2"/>
      </w:pPr>
      <w:r>
        <w:t>Small charity to daughters becomes protection from fire</w:t>
      </w:r>
    </w:p>
    <w:p>
      <w:r>
        <w:rPr>
          <w:color w:val="666666"/>
          <w:sz w:val="18"/>
        </w:rPr>
        <w:t>The Story of Aisha Bint Abu Bakr Part 2 March 05, 2023 · 3m 00s · at 44:48 · https://youtu.be/od3Is6a9B7o?t=2688</w:t>
      </w:r>
    </w:p>
    <w:p>
      <w:r>
        <w:rPr>
          <w:i/>
        </w:rPr>
        <w:t>“A poor woman came to Aisha's door needing help”</w:t>
      </w:r>
    </w:p>
    <w:p>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p>
    <w:p>
      <w:pPr>
        <w:pStyle w:val="Heading2"/>
      </w:pPr>
      <w:r>
        <w:t>Two belts story and its deep spiritual lesson</w:t>
      </w:r>
    </w:p>
    <w:p>
      <w:r>
        <w:rPr>
          <w:color w:val="666666"/>
          <w:sz w:val="18"/>
        </w:rPr>
        <w:t>The Story of Hazrat Aishah January 29, 2023 · 2m 04s · at 29:22 · https://youtu.be/JvCeNobW-Wk?t=1762</w:t>
      </w:r>
    </w:p>
    <w:p>
      <w:r>
        <w:rPr>
          <w:i/>
        </w:rPr>
        <w:t>“Jab bag ka upar wala hissa khula hua tha”</w:t>
      </w:r>
    </w:p>
    <w:p>
      <w:r>
        <w:rPr>
          <w:sz w:val="20"/>
        </w:rPr>
        <w:t>29:22  doctor sahib phir aik incident aur bhi hota hai jis kay baad hazrat asma ko prophet possessor of two belts ka title detay hain to woh qissa kya hai is kay baray mein bhi aap batayen darasal jab woh khana pack kar rahi theen aik bar ghaliban jab hijrat kay liye nikalnay walay thay to kafi khana banaya unhon nay aur pack kiya do bags mein ji</w:t>
      </w:r>
      <w:r>
        <w:br/>
      </w:r>
      <w:r>
        <w:rPr>
          <w:sz w:val="20"/>
        </w:rPr>
        <w:t>29:50  aik prophet Muhammad SAW kay liye aur aik hazrat aboo bakr r.a. kay liye to jab unhon nay unhon nay dekha kay woh oopar ka jo hissa hai woh khula hua hai to unhon nay chaha kay us ko band kar dain dono ko kisi bandh dain kisi rassi waghera say to dekha ghar mein kuch rassi waghera mili nahi to jo rope thi na pehlay rope mein aik beech mein aik belt ya aik band sa hota hai jo bandh letay thay to unhon nay woh pehan rakhi thi aur aik woh belt thi</w:t>
      </w:r>
      <w:r>
        <w:br/>
      </w:r>
      <w:r>
        <w:rPr>
          <w:sz w:val="20"/>
        </w:rPr>
        <w:t>30:17  to unhon nay belt nikali foran aur us ko kaata do hissay mein aur aik bag ko aik hissay say bandha doosray bag ko aik hissay say bandha aur woh phir lay kay pohanchin ah rasool Allah kay pas ji ghar mein</w:t>
      </w:r>
      <w:r>
        <w:br/>
      </w:r>
      <w:r>
        <w:rPr>
          <w:sz w:val="20"/>
        </w:rPr>
        <w:t>30:32  to jab rasool Allah SAW ko pata chala yeh waqia to un ka un ka naam unhon nay rakha tha zat-un-nitaqain the possessor of two waist ji belts aur kaha tha kay Allah has given you two belts in paradise in exchange of this mashallah yani she was also given good news of paradise in her life</w:t>
      </w:r>
      <w:r>
        <w:br/>
      </w:r>
      <w:r>
        <w:rPr>
          <w:sz w:val="20"/>
        </w:rPr>
        <w:t>30:58  time ji to yeh yeh is mein jo sabak hai woh bara gehra hai kay bazahir woh belt aik mamooli si cheez thi hmm lekin us kay badlay mein Allah taala nay jannat day di hmm to baaz bohat hi chhotay say koi amal hota hai jo aap ah khuda kay mission kay liye kartay hain bazahir woh bohat chhota hota hai lekin Allah ho sakta hai kay us kay badlay mein koi bohat bara inaam likh day hmm</w:t>
      </w:r>
    </w:p>
    <w:p>
      <w:pPr>
        <w:pStyle w:val="Heading2"/>
      </w:pPr>
      <w:r>
        <w:t>True definition of a Companion</w:t>
      </w:r>
    </w:p>
    <w:p>
      <w:r>
        <w:rPr>
          <w:color w:val="666666"/>
          <w:sz w:val="18"/>
        </w:rPr>
        <w:t>The Companions of the Prophet November 28, 2007 · 1m 26s · at 2:56 · https://youtu.be/9MoQCtMLUjo?t=176</w:t>
      </w:r>
    </w:p>
    <w:p>
      <w:r>
        <w:rPr>
          <w:i/>
        </w:rPr>
        <w:t>“Pehli baat yeh hai ke sahabi kaun hai?”</w:t>
      </w:r>
    </w:p>
    <w:p>
      <w:r>
        <w:rPr>
          <w:sz w:val="20"/>
        </w:rPr>
        <w:t>2:56  pehli baat yeh hai ke sahabi kaun hai? Aam taur par yeh samjha jata hai ke jis aadmi ne iman ki halat mein rasool Allah sal Allah aleh-e-wa-aleh-e-wasallam ko dekha to woh sahabi hai.</w:t>
      </w:r>
      <w:r>
        <w:br/>
      </w:r>
      <w:r>
        <w:rPr>
          <w:sz w:val="20"/>
        </w:rPr>
        <w:t>3:12  dekhein, yeh tareef technical aitbar se sahi ho sakti hai, lekin yeh poori</w:t>
      </w:r>
      <w:r>
        <w:br/>
      </w:r>
      <w:r>
        <w:rPr>
          <w:sz w:val="20"/>
        </w:rPr>
        <w:t>3:24  tasweer ko nahi batati. Sahi baat yeh hai ke sahabi woh hai jis ne rasool Allah sal Allah aleh-e-wa-aleh-e-wasallam se deen ko suna, phir is par haqeeqat khuli,</w:t>
      </w:r>
      <w:r>
        <w:br/>
      </w:r>
      <w:r>
        <w:rPr>
          <w:sz w:val="20"/>
        </w:rPr>
        <w:t>3:43  us ne Islam qabool kiya aur phir aap ki sohbat mein reh kar apne ko</w:t>
      </w:r>
      <w:r>
        <w:br/>
      </w:r>
      <w:r>
        <w:rPr>
          <w:sz w:val="20"/>
        </w:rPr>
        <w:t>3:55  apna tazkiya kiya, apni tarbiyat ki.</w:t>
      </w:r>
      <w:r>
        <w:br/>
      </w:r>
      <w:r>
        <w:rPr>
          <w:sz w:val="20"/>
        </w:rPr>
        <w:t>4:00  jo aadmi in marhalon se guzra, wahi sahabi hai. Sirf ek baar dekhna halat-e-iman mein yeh ek technical definition ho sakti hai,</w:t>
      </w:r>
      <w:r>
        <w:br/>
      </w:r>
      <w:r>
        <w:rPr>
          <w:sz w:val="20"/>
        </w:rPr>
        <w:t>4:14  lekin yeh poori baat is se maloom nahi hoti.</w:t>
      </w:r>
    </w:p>
    <w:p>
      <w:pPr>
        <w:pStyle w:val="Heading2"/>
      </w:pPr>
      <w:r>
        <w:t>Second derailment: fiqh reduced Islam to form over substance</w:t>
      </w:r>
    </w:p>
    <w:p>
      <w:r>
        <w:rPr>
          <w:color w:val="666666"/>
          <w:sz w:val="18"/>
        </w:rPr>
        <w:t>Role Of Ikhwan-e-Rasool 2 April 2011 · 1m 34s · at 21:43 · https://youtu.be/I9Tc1YwhAkA?t=1303</w:t>
      </w:r>
    </w:p>
    <w:p>
      <w:r>
        <w:rPr>
          <w:i/>
        </w:rPr>
        <w:t>“Doosra derailment jo tha wo fuqaha ke zamane mein hua”</w:t>
      </w:r>
    </w:p>
    <w:p>
      <w:r>
        <w:rPr>
          <w:sz w:val="20"/>
        </w:rPr>
        <w:t>21:43  to aik derailment yeh tha. doosra derailment jo tha woh fuqaha ke zamanay mein hua.</w:t>
      </w:r>
      <w:r>
        <w:br/>
      </w:r>
      <w:r>
        <w:rPr>
          <w:sz w:val="20"/>
        </w:rPr>
        <w:t>21:51  maaf kijiye ke main fuqaha ka jo kar nama bataya jata hai main us ko derailment samajhta hoon. kyun? fuqaha ne sari Islam ko form par mabni kar diya.</w:t>
      </w:r>
      <w:r>
        <w:br/>
      </w:r>
      <w:r>
        <w:rPr>
          <w:sz w:val="20"/>
        </w:rPr>
        <w:t>22:02  form. form ki bahs hai. fiqh ki jitni kitaben hain sirf mabni par form hain. mabni pe split nahi hai.</w:t>
      </w:r>
      <w:r>
        <w:br/>
      </w:r>
      <w:r>
        <w:rPr>
          <w:sz w:val="20"/>
        </w:rPr>
        <w:t>22:14  yani khushu, khashiyat, khauf-e-Khuda, mohabbat-e-Khuda, dawat, yeh sab fiqh ka mozuat hi nahi. yani Allah se mohabbat karo, Allah ka zikr karo,</w:t>
      </w:r>
      <w:r>
        <w:br/>
      </w:r>
      <w:r>
        <w:rPr>
          <w:sz w:val="20"/>
        </w:rPr>
        <w:t>22:28  Allah se daro, Allah ki jannat ke mushtaq bano, dawat ka kaam karo, yeh sab jo mozuat hain yeh fiqh ke mozuat hi nahin.</w:t>
      </w:r>
      <w:r>
        <w:br/>
      </w:r>
      <w:r>
        <w:rPr>
          <w:sz w:val="20"/>
        </w:rPr>
        <w:t>22:39  Wahan to sirf form ki bahasein hoti hain. so that was also a kind of derailment . ke poori tareekh mein ise form kaha gaya.</w:t>
      </w:r>
      <w:r>
        <w:br/>
      </w:r>
      <w:r>
        <w:rPr>
          <w:sz w:val="20"/>
        </w:rPr>
        <w:t>22:49  Aaj bhi dekho musalman jo hain sara zor kahan dete hain? identity par, shanakht par, pehchan par. Woh kya hai? Formi to hai woh.</w:t>
      </w:r>
      <w:r>
        <w:br/>
      </w:r>
      <w:r>
        <w:rPr>
          <w:sz w:val="20"/>
        </w:rPr>
        <w:t>22:58  Aisa kapra, aisa topi, aisi waza qata, yeh form hai. Aur isi ko Islam ka yaani model samajh liya gaya, model.</w:t>
      </w:r>
      <w:r>
        <w:br/>
      </w:r>
      <w:r>
        <w:rPr>
          <w:sz w:val="20"/>
        </w:rPr>
        <w:t>23:12  To wahi isi ka ek continuation hai yeh.</w:t>
      </w:r>
    </w:p>
    <w:p>
      <w:pPr>
        <w:pStyle w:val="Heading2"/>
      </w:pPr>
      <w:r>
        <w:t>Intro: distinguishing Islam the ideology from Muslims the people</w:t>
      </w:r>
    </w:p>
    <w:p>
      <w:r>
        <w:rPr>
          <w:color w:val="666666"/>
          <w:sz w:val="18"/>
        </w:rPr>
        <w:t>Islam In the light of its Scriptures (English) February 22, 2007 · 1m 55s · at 0:30 · https://youtu.be/SoxJ9awANEQ?t=30</w:t>
      </w:r>
    </w:p>
    <w:p>
      <w:r>
        <w:rPr>
          <w:i/>
        </w:rPr>
        <w:t>“Today's topic is the picture of Islam in light of its scriptures”</w:t>
      </w:r>
    </w:p>
    <w:p>
      <w:r>
        <w:rPr>
          <w:sz w:val="20"/>
        </w:rPr>
        <w:t>0:30  The topic for this day is "The Picture of Islam in the Light of Its Scriptures".</w:t>
      </w:r>
      <w:r>
        <w:br/>
      </w:r>
      <w:r>
        <w:rPr>
          <w:sz w:val="20"/>
        </w:rPr>
        <w:t>0:48  You know, people only tend to understand Islam in the light of Muslim practices,</w:t>
      </w:r>
      <w:r>
        <w:br/>
      </w:r>
      <w:r>
        <w:rPr>
          <w:sz w:val="20"/>
        </w:rPr>
        <w:t>0:59  because Muslims are in their intact. Muslims are in their contact on daily basis.</w:t>
      </w:r>
      <w:r>
        <w:br/>
      </w:r>
      <w:r>
        <w:rPr>
          <w:sz w:val="20"/>
        </w:rPr>
        <w:t>1:09  They see Muslims in the cities, they see Muslims in the media. Everywhere they</w:t>
      </w:r>
      <w:r>
        <w:br/>
      </w:r>
      <w:r>
        <w:rPr>
          <w:sz w:val="20"/>
        </w:rPr>
        <w:t>1:24  meet Muslims</w:t>
      </w:r>
      <w:r>
        <w:br/>
      </w:r>
      <w:r>
        <w:rPr>
          <w:sz w:val="20"/>
        </w:rPr>
        <w:t>1:25  , they experience Muslims speeches and Muslims actions. So, consciously or unconsciously, people</w:t>
      </w:r>
      <w:r>
        <w:br/>
      </w:r>
      <w:r>
        <w:rPr>
          <w:sz w:val="20"/>
        </w:rPr>
        <w:t>1:38  take Muslims as the representative of Islam, but that is wrong. Muslims are those people who claim to be followers of Islam.</w:t>
      </w:r>
      <w:r>
        <w:br/>
      </w:r>
      <w:r>
        <w:rPr>
          <w:sz w:val="20"/>
        </w:rPr>
        <w:t>1:54  They themselves are not representative of Islam. Islam is an ideology, and Muslims are a group, a community.</w:t>
      </w:r>
      <w:r>
        <w:br/>
      </w:r>
      <w:r>
        <w:rPr>
          <w:sz w:val="20"/>
        </w:rPr>
        <w:t>2:09  So, you have to differentiate between Islam and Muslims. You have to see Muslims in the light of Islam teachings,</w:t>
      </w:r>
      <w:r>
        <w:br/>
      </w:r>
      <w:r>
        <w:rPr>
          <w:sz w:val="20"/>
        </w:rPr>
        <w:t>2:22  and not vice versa.</w:t>
      </w:r>
    </w:p>
    <w:p>
      <w:pPr>
        <w:pStyle w:val="Heading2"/>
      </w:pPr>
      <w:r>
        <w:t>Rushdie fatwa and counterproductive actions</w:t>
      </w:r>
    </w:p>
    <w:p>
      <w:r>
        <w:rPr>
          <w:color w:val="666666"/>
          <w:sz w:val="18"/>
        </w:rPr>
        <w:t>The Importance of Wisdom I November 4, 2012 Maulana Wahiduddin Khan · 2m 21s · at 20:52 · https://youtu.be/RpFboW7i_P4?t=1252</w:t>
      </w:r>
    </w:p>
    <w:p>
      <w:r>
        <w:rPr>
          <w:i/>
        </w:rPr>
        <w:t>“Salman Rushdie ne jiska naam tha 'Satanic Verses'”</w:t>
      </w:r>
    </w:p>
    <w:p>
      <w:r>
        <w:rPr>
          <w:sz w:val="20"/>
        </w:rPr>
        <w:t>20:52  salman rushdie ne jis ka naam tha "satanic verses". is ke khilaf tamam ulama ne fatwa diya ke maro, maro, maro.</w:t>
      </w:r>
      <w:r>
        <w:br/>
      </w:r>
      <w:r>
        <w:rPr>
          <w:sz w:val="20"/>
        </w:rPr>
        <w:t>21:02  sirf mein tha, is mein shareek nahi tha. maine kaha yeh galat hai. yeh tamam arab o ajam ke tamam ulama, without exception, without any exception.</w:t>
      </w:r>
      <w:r>
        <w:br/>
      </w:r>
      <w:r>
        <w:rPr>
          <w:sz w:val="20"/>
        </w:rPr>
        <w:t>21:13  achha, is ke baad kya hua?</w:t>
      </w:r>
      <w:r>
        <w:br/>
      </w:r>
      <w:r>
        <w:rPr>
          <w:sz w:val="20"/>
        </w:rPr>
        <w:t>21:16  in ulama mein se kitne log mar gaye jinhon ne shor kiya tha? aur rushdi jo hai is waqt royal security mili hui hai.</w:t>
      </w:r>
      <w:r>
        <w:br/>
      </w:r>
      <w:r>
        <w:rPr>
          <w:sz w:val="20"/>
        </w:rPr>
        <w:t>21:25  is ko london mein</w:t>
      </w:r>
      <w:r>
        <w:br/>
      </w:r>
      <w:r>
        <w:rPr>
          <w:sz w:val="20"/>
        </w:rPr>
        <w:t>21:30  rushdi ko london mein royal security mili hui hai. is ki kitaab pehle se zyada bikki, bestseller ban gayi dunya bhar mein.</w:t>
      </w:r>
      <w:r>
        <w:br/>
      </w:r>
      <w:r>
        <w:rPr>
          <w:sz w:val="20"/>
        </w:rPr>
        <w:t>21:39  to kya hua? aap ke fatwe ka kya nateeja nikla? ulta nateeja nikla. to jis ko hota hai angrezi mein "counter productive" yaani ulta nateeja.</w:t>
      </w:r>
      <w:r>
        <w:br/>
      </w:r>
      <w:r>
        <w:rPr>
          <w:sz w:val="20"/>
        </w:rPr>
        <w:t>21:52  to jis amal ka ulta nateeja nikalne wala momin ko chahiye ke woh kaam na kare. momin ke liye aap ne is lafz kyun istemal kiya?</w:t>
      </w:r>
      <w:r>
        <w:br/>
      </w:r>
      <w:r>
        <w:rPr>
          <w:sz w:val="20"/>
        </w:rPr>
        <w:t>22:01  kyun ke hadith mein aata hai ke "atqoo firasat al momin". fanwinظر بنو اللہ</w:t>
      </w:r>
      <w:r>
        <w:br/>
      </w:r>
      <w:r>
        <w:rPr>
          <w:sz w:val="20"/>
        </w:rPr>
        <w:t>22:09  ke momin jo hai, sacha momin jo hai, us ko Allah ki taraf roshni milti hai. Allah ki taraf se roshni milti hai.</w:t>
      </w:r>
      <w:r>
        <w:br/>
      </w:r>
      <w:r>
        <w:rPr>
          <w:sz w:val="20"/>
        </w:rPr>
        <w:t>22:21  to is ke andar firasat aati hai, aql aati hai. agar sacha momin ek aadmi hai to zaroor us ko Allah ki roshni milegi.</w:t>
      </w:r>
      <w:r>
        <w:br/>
      </w:r>
      <w:r>
        <w:rPr>
          <w:sz w:val="20"/>
        </w:rPr>
        <w:t>22:37  to kya hoga? aala is ke andar us ko wisdom milegi, us ko hikmat milegi. is liye rasool Allah ne lafz "momin" yahan istemal kiya ke jo divine wisdom jis ko mili hui ho, jis ko Allah ki roshni mili hui ho,</w:t>
      </w:r>
      <w:r>
        <w:br/>
      </w:r>
      <w:r>
        <w:rPr>
          <w:sz w:val="20"/>
        </w:rPr>
        <w:t>22:54  woh yeh kaam karega nahi ke aisa iqdamm kare jo counter productive banne wala ho, ulta nateeja nikalne wala ho.</w:t>
      </w:r>
      <w:r>
        <w:br/>
      </w:r>
      <w:r>
        <w:rPr>
          <w:sz w:val="20"/>
        </w:rPr>
        <w:t>23:04  yeh khwamkhwah be izzat, be izzat hona pade. to aap dekhiye, woh woh log kitne saare log mar gaye jinhon ne rushdi ke khilaaf fatwa diya tha.</w:t>
      </w:r>
    </w:p>
    <w:p>
      <w:pPr>
        <w:pStyle w:val="Heading2"/>
      </w:pPr>
      <w:r>
        <w:t>British-era preacher story: 'jump straight into paradise'</w:t>
      </w:r>
    </w:p>
    <w:p>
      <w:r>
        <w:rPr>
          <w:color w:val="666666"/>
          <w:sz w:val="18"/>
        </w:rPr>
        <w:t>Role Of Ikhwan-e-Rasool 2 April 2011 · 1m 37s · at 51:41 · https://youtu.be/I9Tc1YwhAkA?t=3101</w:t>
      </w:r>
    </w:p>
    <w:p>
      <w:r>
        <w:rPr>
          <w:i/>
        </w:rPr>
        <w:t>“Yeh British daur ki baat hai, mujhe ek qissa yaad aata hai”</w:t>
      </w:r>
    </w:p>
    <w:p>
      <w:r>
        <w:rPr>
          <w:sz w:val="20"/>
        </w:rPr>
        <w:t>51:41  yeh british daur ki baat hai. jab itna paisa nahi hua karta tab to bahut paisa logon ke paas. to ek saahab the jo padhe likhe to nahi the koi zyada aise urdu jaante the kuch.</w:t>
      </w:r>
      <w:r>
        <w:br/>
      </w:r>
      <w:r>
        <w:rPr>
          <w:sz w:val="20"/>
        </w:rPr>
        <w:t>51:55  lekin taqreer karne ke baadshah the woh. khoob mote taaze the woh taqreer karte the.</w:t>
      </w:r>
      <w:r>
        <w:br/>
      </w:r>
      <w:r>
        <w:rPr>
          <w:sz w:val="20"/>
        </w:rPr>
        <w:t>52:03  to woh theka lete the masjidon ka. ke mujhe theka do. pachaas feesad raqam meri, pachaas feesad raqam tumhari. ab jaate the woh bastiyon mein aur taqreer karte the.</w:t>
      </w:r>
      <w:r>
        <w:br/>
      </w:r>
      <w:r>
        <w:rPr>
          <w:sz w:val="20"/>
        </w:rPr>
        <w:t>52:15  to sunate the hadeesein ke masjid ki banai mein itni fazeelat hai. masjid banao aur jannat mein jao. masjid banao aur jannat mein jao.</w:t>
      </w:r>
      <w:r>
        <w:br/>
      </w:r>
      <w:r>
        <w:rPr>
          <w:sz w:val="20"/>
        </w:rPr>
        <w:t>52:25  to kehte the woh kood jhama jam jannat mein. masjid banwa kar ke jannat mein</w:t>
      </w:r>
      <w:r>
        <w:br/>
      </w:r>
      <w:r>
        <w:rPr>
          <w:sz w:val="20"/>
        </w:rPr>
        <w:t>52:32  jao. to kehte the kood jhama jam jannat mein. to log itne josh mein aa jaate the ke apni jeeb ke paise nikaal ke de dete the. to woh to ek shayari thi, ek khatabat thi.</w:t>
      </w:r>
      <w:r>
        <w:br/>
      </w:r>
      <w:r>
        <w:rPr>
          <w:sz w:val="20"/>
        </w:rPr>
        <w:t>52:42  aaj mein sachhi baat yeh hai ke yeh hai kood jhama jam jannat mein.</w:t>
      </w:r>
      <w:r>
        <w:br/>
      </w:r>
      <w:r>
        <w:rPr>
          <w:sz w:val="20"/>
        </w:rPr>
        <w:t>52:48  kood jhama jam jannat mein yeh hai ke nafraton ko nikalo. shikayaton ko mitao. jang o jadal ko khatm karo. madعو ko madعو samjho.</w:t>
      </w:r>
      <w:r>
        <w:br/>
      </w:r>
      <w:r>
        <w:rPr>
          <w:sz w:val="20"/>
        </w:rPr>
        <w:t>52:58  madعو ko dushman mat samjho. aur phir jo mawaqe paida hue hain un ko discover karo. un ko avail karo, un ko istemaal karo.</w:t>
      </w:r>
      <w:r>
        <w:br/>
      </w:r>
      <w:r>
        <w:rPr>
          <w:sz w:val="20"/>
        </w:rPr>
        <w:t>53:09  saari modern technology, modern opportunities ko avail karo dawat ke liye. yeh hai kood jhama jam jannat mein.</w:t>
      </w:r>
    </w:p>
    <w:p>
      <w:pPr>
        <w:pStyle w:val="Heading2"/>
      </w:pPr>
      <w:r>
        <w:t>The importance of praying for well-being</w:t>
      </w:r>
    </w:p>
    <w:p>
      <w:r>
        <w:rPr>
          <w:color w:val="666666"/>
          <w:sz w:val="18"/>
        </w:rPr>
        <w:t>AL RISALA FEBRUARY 2017 AUDIO · 2m 47s · at 1:18:42 · https://youtu.be/W4_KA3UtIHA?t=4722</w:t>
      </w:r>
    </w:p>
    <w:p>
      <w:r>
        <w:rPr>
          <w:i/>
        </w:rPr>
        <w:t>“Aafiyat se mutaliq kai riwayat hadith ki kitabon mein aayi hain”</w:t>
      </w:r>
    </w:p>
    <w:p>
      <w:r>
        <w:rPr>
          <w:sz w:val="20"/>
        </w:rPr>
        <w:t>1:18:42  aafiyat ki dua.</w:t>
      </w:r>
      <w:r>
        <w:br/>
      </w:r>
      <w:r>
        <w:rPr>
          <w:sz w:val="20"/>
        </w:rPr>
        <w:t>1:18:44  aafiyat se mutalliq kai riwayat hadees ki kitabon mein aayi hain.</w:t>
      </w:r>
      <w:r>
        <w:br/>
      </w:r>
      <w:r>
        <w:rPr>
          <w:sz w:val="20"/>
        </w:rPr>
        <w:t>1:18:49  in mein se ek riwayat yeh hai: "an ibn umar qala qala rasool Allah sal Allah alaihi wasallam</w:t>
      </w:r>
      <w:r>
        <w:br/>
      </w:r>
      <w:r>
        <w:rPr>
          <w:sz w:val="20"/>
        </w:rPr>
        <w:t>1:18:58  man futiha lahu minkum bab ad dua futiha lahu abwab ar rahma wa ma su illa Allah shayun ya'ni ahabb ilayhi min</w:t>
      </w:r>
      <w:r>
        <w:br/>
      </w:r>
      <w:r>
        <w:rPr>
          <w:sz w:val="20"/>
        </w:rPr>
        <w:t>1:19:12  an yusal al aafiyaat".</w:t>
      </w:r>
      <w:r>
        <w:br/>
      </w:r>
      <w:r>
        <w:rPr>
          <w:sz w:val="20"/>
        </w:rPr>
        <w:t>1:19:14  sunan at tirmidhi. abdullah bin umar se riwayat hai ke rasool allah sallallahu alaihi wasallam ne farmaya: "jis ke liye dua ke darwaze khol diye gaye us ke liye rehmat ke darwaze khol diye gaye" aur allah taala ke nazdeek is se aafiyat mangna har cheez mangne se zyada mahboob hai.</w:t>
      </w:r>
      <w:r>
        <w:br/>
      </w:r>
      <w:r>
        <w:rPr>
          <w:sz w:val="20"/>
        </w:rPr>
        <w:t>1:19:38  is dunya mein is dunya mein insan ko agarche ikhtiyar diya gaya hai lekin haqeeqat yeh hai ke mamlaat mein insan ka dakhal ek feesad se bhi kam hota hai jabke allah rab al alameen ka dakhal 99 feesad se bhi zyada hai.</w:t>
      </w:r>
      <w:r>
        <w:br/>
      </w:r>
      <w:r>
        <w:rPr>
          <w:sz w:val="20"/>
        </w:rPr>
        <w:t>1:19:58  yehi wajah hai ke insan ke liye allah se dua karna bohat zyada aham hai. jis insan ko yeh haqeeqat daryaft ho gayi aur woh is par qaim ho gaya woh bilashubah allah ki rehmaton ke saaye mein aa jayega.</w:t>
      </w:r>
      <w:r>
        <w:br/>
      </w:r>
      <w:r>
        <w:rPr>
          <w:sz w:val="20"/>
        </w:rPr>
        <w:t>1:20:17  is dunya mein insan ke liye pehli rehmat ki cheez iman hai yani haqeeqat hayat ki daryaft.</w:t>
      </w:r>
      <w:r>
        <w:br/>
      </w:r>
      <w:r>
        <w:rPr>
          <w:sz w:val="20"/>
        </w:rPr>
        <w:t>1:20:28  is ke baad jo cheez sab se zyada ahmiyat ki hamil hai woh aafiyat hai. aafiyat se murad wahi cheez hai jis ko aam taur par achi sehat ya good health kaha jata hai.</w:t>
      </w:r>
      <w:r>
        <w:br/>
      </w:r>
      <w:r>
        <w:rPr>
          <w:sz w:val="20"/>
        </w:rPr>
        <w:t>1:20:41  insan apni paidaish ke aitbar se ek kamzor makhlooq hai. sehat aur aafiyat mein mamooli khalal insan ke liye naqabil bardasht ho jata hai.</w:t>
      </w:r>
      <w:r>
        <w:br/>
      </w:r>
      <w:r>
        <w:rPr>
          <w:sz w:val="20"/>
        </w:rPr>
        <w:t>1:20:54  jis insan ko sehat o aafiyat hasil na ho woh koi bhi kaam sahi shakal mein nahi kar sakta. is liye insan ko chahiye ke woh allah se bohat zyada dua kare taake woh apni zimmedariyon ko durust tor par ada karne ke qabil ho jaye.</w:t>
      </w:r>
      <w:r>
        <w:br/>
      </w:r>
      <w:r>
        <w:rPr>
          <w:sz w:val="20"/>
        </w:rPr>
        <w:t>1:21:14  magar yaad kiye hue arabi alfaz ko dohrane ka naam dua nahi hai. sachi dua woh hai jo maarfat ki dua ho jo dil ki gehraiyon se nikle na ke lafzi takrar ke taur par.</w:t>
      </w:r>
    </w:p>
    <w:p>
      <w:pPr>
        <w:pStyle w:val="Heading2"/>
      </w:pPr>
      <w:r>
        <w:t>Haves, have-nots, and personal story</w:t>
      </w:r>
    </w:p>
    <w:p>
      <w:r>
        <w:rPr>
          <w:color w:val="666666"/>
          <w:sz w:val="18"/>
        </w:rPr>
        <w:t>Contribution of The Prophet 13 March 2006 - Maulana Wahiduddin Khan · 1m 54s · at 30:54 · https://youtu.be/KgVEHbWpoHw?t=1854</w:t>
      </w:r>
    </w:p>
    <w:p>
      <w:r>
        <w:rPr>
          <w:i/>
        </w:rPr>
        <w:t>“Haan ye bada acha question hai”</w:t>
      </w:r>
    </w:p>
    <w:p>
      <w:r>
        <w:rPr>
          <w:sz w:val="20"/>
        </w:rPr>
        <w:t>30:54  haan yeh bara acha question hai. dekhiye, maine yahan tak socha hai is par ke main bhi haves mein paida hua</w:t>
      </w:r>
      <w:r>
        <w:br/>
      </w:r>
      <w:r>
        <w:rPr>
          <w:sz w:val="20"/>
        </w:rPr>
        <w:t>31:04  mere khandan ke log zamindar the, landlord the. aur us zamane ke lehaz se bare logon mein shumar hota tha. kyunke hamare ghar mein ghoda hota tha.</w:t>
      </w:r>
      <w:r>
        <w:br/>
      </w:r>
      <w:r>
        <w:rPr>
          <w:sz w:val="20"/>
        </w:rPr>
        <w:t>31:16  sab se pehle car wahan aayi thi hamare pure district mein. to ek aaj raja ke liye ek hamare yahan aayi thi. wahan ek the raja harchand. pure district mein pehli car aayi thi raja harchand ke haan, doosri car aayi thi hamari family</w:t>
      </w:r>
      <w:r>
        <w:br/>
      </w:r>
      <w:r>
        <w:rPr>
          <w:sz w:val="20"/>
        </w:rPr>
        <w:t>31:30  mein. to main inhi logon mein se tha jo haves jinhein kehte hain aap. lekin main seeker bana. to main yeh samjha hoon is baat se ke jo have nots hain unke andar compulsively woh seeker ban jate hain.</w:t>
      </w:r>
      <w:r>
        <w:br/>
      </w:r>
      <w:r>
        <w:rPr>
          <w:sz w:val="20"/>
        </w:rPr>
        <w:t>31:44  yani compulsion jo hai unke liye challenge ban jata hai. compulso challenge. aur jo haves mein paida hote hain unke liye compulso challenge to nahi hota hai lekin agar unka soch bohat barha hua ho.</w:t>
      </w:r>
      <w:r>
        <w:br/>
      </w:r>
      <w:r>
        <w:rPr>
          <w:sz w:val="20"/>
        </w:rPr>
        <w:t>31:56  unke andar bohat zyada sochne ka mada ho. to kya hoga? is par woh unka contentment nahi hoga. jaise main tha mujhe ghode mein aur car mein aur ghar mein aur land mein aur paise mein kuch dilchaspi hi nahi thi mere.</w:t>
      </w:r>
      <w:r>
        <w:br/>
      </w:r>
      <w:r>
        <w:rPr>
          <w:sz w:val="20"/>
        </w:rPr>
        <w:t>32:11  kuch bhi nahi.</w:t>
      </w:r>
      <w:r>
        <w:br/>
      </w:r>
      <w:r>
        <w:rPr>
          <w:sz w:val="20"/>
        </w:rPr>
        <w:t>32:12  hai ya nahi yeh dono barabar the mere liye. to yeh jo tha is ki wajah se main seeker ban gaya. halanke mere meri family ke doosre log seeker nahi ban sake.</w:t>
      </w:r>
      <w:r>
        <w:br/>
      </w:r>
      <w:r>
        <w:rPr>
          <w:sz w:val="20"/>
        </w:rPr>
        <w:t>32:22  isi mein gum ho gaye, isi mein khush ho gaye. to yeh is par yani isi liye haves zyada paida kiye jate hain.</w:t>
      </w:r>
      <w:r>
        <w:br/>
      </w:r>
      <w:r>
        <w:rPr>
          <w:sz w:val="20"/>
        </w:rPr>
        <w:t>32:31  woh have nots zyada paida kiye jate hain. kyunke woh compulso challenge ko ka case banta hai unka</w:t>
      </w:r>
      <w:r>
        <w:br/>
      </w:r>
      <w:r>
        <w:rPr>
          <w:sz w:val="20"/>
        </w:rPr>
        <w:t>32:37  . yani sare ke sare hewz agar hon to main samajhta hoon ke phir na challenge hoga na seeking hogi, kuch bhi nahi hoga. to Khuda ki blessing yeh hai ke sab ko hewz nahi banata woh.</w:t>
      </w:r>
    </w:p>
    <w:p>
      <w:pPr>
        <w:pStyle w:val="Heading2"/>
      </w:pPr>
      <w:r>
        <w:t>The goat milk miracle at Umm Ma'bad's tent</w:t>
      </w:r>
    </w:p>
    <w:p>
      <w:r>
        <w:rPr>
          <w:color w:val="666666"/>
          <w:sz w:val="18"/>
        </w:rPr>
        <w:t>The Noble Qualities of The Prophet Muhammad 7 September 2025 · 2m 37s · at 10:24 · https://youtu.be/o85acwpOiDw?t=624</w:t>
      </w:r>
    </w:p>
    <w:p>
      <w:r>
        <w:rPr>
          <w:i/>
        </w:rPr>
        <w:t>“The Prophet noticed a small weak goat at the corner of the tent”</w:t>
      </w:r>
    </w:p>
    <w:p>
      <w:r>
        <w:rPr>
          <w:sz w:val="20"/>
        </w:rPr>
        <w:t>10:24  her family was also passing through difficult time, great hardship. she had nothing to offer. so the prophet noticed there was a small goat at the corner of the tent,</w:t>
      </w:r>
      <w:r>
        <w:br/>
      </w:r>
      <w:r>
        <w:rPr>
          <w:sz w:val="20"/>
        </w:rPr>
        <w:t>10:38  and the prophet pointed to that goat and said: "what about that goat? can i milk it</w:t>
      </w:r>
      <w:r>
        <w:br/>
      </w:r>
      <w:r>
        <w:rPr>
          <w:sz w:val="20"/>
        </w:rPr>
        <w:t>10:45  ?" and she said: "this poor goat is so weak that rest of the flock has gone to graze and leaving her behind." and she couldn't even go to graze outside. she is so weak,</w:t>
      </w:r>
      <w:r>
        <w:br/>
      </w:r>
      <w:r>
        <w:rPr>
          <w:sz w:val="20"/>
        </w:rPr>
        <w:t>11:01  it has no milk, but the prophet said: "would you allow me to try milking her?" so she said: "okay, if you wish, go ahead</w:t>
      </w:r>
      <w:r>
        <w:br/>
      </w:r>
      <w:r>
        <w:rPr>
          <w:sz w:val="20"/>
        </w:rPr>
        <w:t>11:13  , do i don't expect that you will get a drop of milk." so the prophet approached the goat and rubbed her back, patted that and prayed for the family.</w:t>
      </w:r>
      <w:r>
        <w:br/>
      </w:r>
      <w:r>
        <w:rPr>
          <w:sz w:val="20"/>
        </w:rPr>
        <w:t>11:29  he used to pray for the family whenever he was to stay in a house. this was his habit. so prophet said: "o allah, bless this goat for the family."</w:t>
      </w:r>
      <w:r>
        <w:br/>
      </w:r>
      <w:r>
        <w:rPr>
          <w:sz w:val="20"/>
        </w:rPr>
        <w:t>11:41  and the prophet said: "bismillah." and he placed his hand on the goat's udder and started milking.</w:t>
      </w:r>
      <w:r>
        <w:br/>
      </w:r>
      <w:r>
        <w:rPr>
          <w:sz w:val="20"/>
        </w:rPr>
        <w:t>11:51  suddenly milk big into overflow. mashallah. and the prophet milk the goat and the big container was overflowed. and umm habiba was surprised. she was amazed.</w:t>
      </w:r>
      <w:r>
        <w:br/>
      </w:r>
      <w:r>
        <w:rPr>
          <w:sz w:val="20"/>
        </w:rPr>
        <w:t>12:04  so first the prophet gave the milk to umm habiba to drink.</w:t>
      </w:r>
      <w:r>
        <w:br/>
      </w:r>
      <w:r>
        <w:rPr>
          <w:sz w:val="20"/>
        </w:rPr>
        <w:t>12:11  she drank to her full, and then the prophet offered the milk to his companions. they all drank and they were satisfied.</w:t>
      </w:r>
      <w:r>
        <w:br/>
      </w:r>
      <w:r>
        <w:rPr>
          <w:sz w:val="20"/>
        </w:rPr>
        <w:t>12:21  still there was milk in the vessel. right. and the prophet said: "the one who serves others should drink last." this is a principle.</w:t>
      </w:r>
      <w:r>
        <w:br/>
      </w:r>
      <w:r>
        <w:rPr>
          <w:sz w:val="20"/>
        </w:rPr>
        <w:t>12:33  so finally the prophet drank last,</w:t>
      </w:r>
      <w:r>
        <w:br/>
      </w:r>
      <w:r>
        <w:rPr>
          <w:sz w:val="20"/>
        </w:rPr>
        <w:t>12:37  and when they finished, the prophet milked the goat again, and the pot was filled more. so he gave the full pot of milk to umm habiba to keep for her family,</w:t>
      </w:r>
      <w:r>
        <w:br/>
      </w:r>
      <w:r>
        <w:rPr>
          <w:sz w:val="20"/>
        </w:rPr>
        <w:t>12:52  and then after resting for a while, the prophet and his companions continued their journey to madinah.</w:t>
      </w:r>
    </w:p>
    <w:p>
      <w:pPr>
        <w:pStyle w:val="Heading2"/>
      </w:pPr>
      <w:r>
        <w:t>Qital obsolete due to religious freedom</w:t>
      </w:r>
    </w:p>
    <w:p>
      <w:r>
        <w:rPr>
          <w:color w:val="666666"/>
          <w:sz w:val="18"/>
        </w:rPr>
        <w:t>Redefining Islam July 05, 2009 Maulana Wahiduddin Khan · 2m 12s · at 26:08 · https://youtu.be/JXY-MlXBy3Q?t=1568</w:t>
      </w:r>
    </w:p>
    <w:p>
      <w:r>
        <w:rPr>
          <w:i/>
        </w:rPr>
        <w:t>“Islam mein ek hukm hai qatal ka”</w:t>
      </w:r>
    </w:p>
    <w:p>
      <w:r>
        <w:rPr>
          <w:sz w:val="20"/>
        </w:rPr>
        <w:t>26:08  ab mein chand misalein deta hoon aap ko ke is zamane mein, yaani Modern World mein jab hum aaye to yahan hamein kya karna tha. dekhein islam mein aik hukum hai qital ka.</w:t>
      </w:r>
      <w:r>
        <w:br/>
      </w:r>
      <w:r>
        <w:rPr>
          <w:sz w:val="20"/>
        </w:rPr>
        <w:t>26:23  quran majeed mein bhi hai, hadith mein bhi hai. qital ka. lekin qital jo hai khud fuqaha ne yeh likha hai ke qital jo hai husn-e-zati nahi hai, husn-e-ghairi hai.</w:t>
      </w:r>
      <w:r>
        <w:br/>
      </w:r>
      <w:r>
        <w:rPr>
          <w:sz w:val="20"/>
        </w:rPr>
        <w:t>26:38  yaani aisa nahi ke bas ladte raho khwamkhwah. kisi kisi maqsad ke liye lada jata hai.</w:t>
      </w:r>
      <w:r>
        <w:br/>
      </w:r>
      <w:r>
        <w:rPr>
          <w:sz w:val="20"/>
        </w:rPr>
        <w:t>26:47  yaani mera matlab hai qital fidausiya ka qital nahi hai.</w:t>
      </w:r>
      <w:r>
        <w:br/>
      </w:r>
      <w:r>
        <w:rPr>
          <w:sz w:val="20"/>
        </w:rPr>
        <w:t>26:53  to woh kya hai? islam aaya is zamane mein jab ke dunya bhar mein mazhabi jabr ka nizam qaim tha. Religious Persecution.</w:t>
      </w:r>
      <w:r>
        <w:br/>
      </w:r>
      <w:r>
        <w:rPr>
          <w:sz w:val="20"/>
        </w:rPr>
        <w:t>27:04  quran mein surah al-burooj mein aap parh sakte hain is ko.</w:t>
      </w:r>
      <w:r>
        <w:br/>
      </w:r>
      <w:r>
        <w:rPr>
          <w:sz w:val="20"/>
        </w:rPr>
        <w:t>27:11  to woh daur, yaani saatvi sadi jo thi woh sari dunya mein Religious Persecution tha, mazhabi jabr tha. to woh log sirf is par ladne lagte the ke tum doosra mazhab kyun ikhtiyar karte ho.</w:t>
      </w:r>
      <w:r>
        <w:br/>
      </w:r>
      <w:r>
        <w:rPr>
          <w:sz w:val="20"/>
        </w:rPr>
        <w:t>27:27  itni si baat ke jo qaum ka mazhab hai, jo hukumat ka mazhab hai us se alag koi mazhab ikhtiyar karein aap to aap se log ladne lagte the aap se.</w:t>
      </w:r>
      <w:r>
        <w:br/>
      </w:r>
      <w:r>
        <w:rPr>
          <w:sz w:val="20"/>
        </w:rPr>
        <w:t>27:39  wa ma naqamu minhum illa yuminu billahil azizil hameed. sirf itni si baat ke aap ka mazhab alag ho is par aap un ko dushman dikhai padte the.</w:t>
      </w:r>
      <w:r>
        <w:br/>
      </w:r>
      <w:r>
        <w:rPr>
          <w:sz w:val="20"/>
        </w:rPr>
        <w:t>27:51  ab woh zamana khatam ho gaya. ab zamana khatam ho gaya, aap India mein hon, America mein hon, Europe mein hon, kahin bhi hon apne mazhab par chaliye, apne mazhab ki tableegh kijiye.</w:t>
      </w:r>
      <w:r>
        <w:br/>
      </w:r>
      <w:r>
        <w:rPr>
          <w:sz w:val="20"/>
        </w:rPr>
        <w:t>28:02  koi rukawat hi nahi, mazhab ki kitabein chhapiye, kuch bhi nahi. to zamana badal gaya.</w:t>
      </w:r>
      <w:r>
        <w:br/>
      </w:r>
      <w:r>
        <w:rPr>
          <w:sz w:val="20"/>
        </w:rPr>
        <w:t>28:11  to is mani mein ke aaj ka fatwa yeh hoga ke qital ki zaroorat hi nahi hai. qital ki zaroorat hi nahi, kis ke liye qital bhai?</w:t>
      </w:r>
    </w:p>
    <w:p>
      <w:pPr>
        <w:pStyle w:val="Heading2"/>
      </w:pPr>
      <w:r>
        <w:t>Quran commands Muslims to follow Christ's disciples' pattern</w:t>
      </w:r>
    </w:p>
    <w:p>
      <w:r>
        <w:rPr>
          <w:color w:val="666666"/>
          <w:sz w:val="18"/>
        </w:rPr>
        <w:t>Prophetic Mission in History March 06, 2007 · 2m 03s · at 22:37 · https://youtu.be/w7HfRxRVIps?t=1357</w:t>
      </w:r>
    </w:p>
    <w:p>
      <w:r>
        <w:rPr>
          <w:i/>
        </w:rPr>
        <w:t>“This Quranic verse addresses Muslims, not followers of Christ”</w:t>
      </w:r>
    </w:p>
    <w:p>
      <w:r>
        <w:rPr>
          <w:sz w:val="20"/>
        </w:rPr>
        <w:t>22:37  this verse address muslims. ya ahl amanu, this quranic verse address muslims and say: "o muslims, o believers,</w:t>
      </w:r>
      <w:r>
        <w:br/>
      </w:r>
      <w:r>
        <w:rPr>
          <w:sz w:val="20"/>
        </w:rPr>
        <w:t>22:53  you have to follow the pattern of jesus christ.</w:t>
      </w:r>
      <w:r>
        <w:br/>
      </w:r>
      <w:r>
        <w:rPr>
          <w:sz w:val="20"/>
        </w:rPr>
        <w:t>22:58  " very strange, but it is. you have to follow the pattern of those disciples who followed the directions of jesus christ.</w:t>
      </w:r>
      <w:r>
        <w:br/>
      </w:r>
      <w:r>
        <w:rPr>
          <w:sz w:val="20"/>
        </w:rPr>
        <w:t>23:16  this verse address muslims and not jesus christ followers.</w:t>
      </w:r>
      <w:r>
        <w:br/>
      </w:r>
      <w:r>
        <w:rPr>
          <w:sz w:val="20"/>
        </w:rPr>
        <w:t>23:24  ya ayyuhal ladhina amanu, kun ansar allah? kama qala isa ibn maryam: "allah</w:t>
      </w:r>
      <w:r>
        <w:br/>
      </w:r>
      <w:r>
        <w:rPr>
          <w:sz w:val="20"/>
        </w:rPr>
        <w:t>23:32  so, this verse tells us that you have to follow that pattern which was directed from jesus christ to his disciples.</w:t>
      </w:r>
      <w:r>
        <w:br/>
      </w:r>
      <w:r>
        <w:rPr>
          <w:sz w:val="20"/>
        </w:rPr>
        <w:t>23:44  and what was that pattern?</w:t>
      </w:r>
      <w:r>
        <w:br/>
      </w:r>
      <w:r>
        <w:rPr>
          <w:sz w:val="20"/>
        </w:rPr>
        <w:t>23:49  waat waaz di pyatarn?</w:t>
      </w:r>
      <w:r>
        <w:br/>
      </w:r>
      <w:r>
        <w:rPr>
          <w:sz w:val="20"/>
        </w:rPr>
        <w:t>23:51  This pattern was not based on jihad concept or war concept. This pattern was based completely on peaceful dawah.</w:t>
      </w:r>
      <w:r>
        <w:br/>
      </w:r>
      <w:r>
        <w:rPr>
          <w:sz w:val="20"/>
        </w:rPr>
        <w:t>24:03  paisful da'wa.</w:t>
      </w:r>
      <w:r>
        <w:br/>
      </w:r>
      <w:r>
        <w:rPr>
          <w:sz w:val="20"/>
        </w:rPr>
        <w:t>24:06  The Prophet Jesus Christ or Maseeh said to his followers:</w:t>
      </w:r>
      <w:r>
        <w:br/>
      </w:r>
      <w:r>
        <w:rPr>
          <w:sz w:val="20"/>
        </w:rPr>
        <w:t>24:21  "Give to Caesar what is due to Caesar. Give to God what is due to God."</w:t>
      </w:r>
      <w:r>
        <w:br/>
      </w:r>
      <w:r>
        <w:rPr>
          <w:sz w:val="20"/>
        </w:rPr>
        <w:t>24:31  it means that you know, at the time, Romans were the rulers of Palestine.</w:t>
      </w:r>
    </w:p>
    <w:p>
      <w:pPr>
        <w:pStyle w:val="Heading2"/>
      </w:pPr>
      <w:r>
        <w:t>Tree man story and lesson of atkao free</w:t>
      </w:r>
    </w:p>
    <w:p>
      <w:r>
        <w:rPr>
          <w:color w:val="666666"/>
          <w:sz w:val="18"/>
        </w:rPr>
        <w:t>Reason for Unhappiness, Distraction in other than God Nov 30, 2019 - Maulana Wahiduddin Khan · 2m 46s · at 11:02 · https://youtu.be/ivFQ3VLLTNo?t=662</w:t>
      </w:r>
    </w:p>
    <w:p>
      <w:r>
        <w:rPr>
          <w:i/>
        </w:rPr>
        <w:t>“Toh is zamane mein hamare saathi jo the, Badeedi sahab the”</w:t>
      </w:r>
    </w:p>
    <w:p>
      <w:r>
        <w:rPr>
          <w:sz w:val="20"/>
        </w:rPr>
        <w:t>11:02  atkao free ban jaiye. atkao free. to is zamane mein hamare sathi jo thay, bddi sahib thay,</w:t>
      </w:r>
      <w:r>
        <w:br/>
      </w:r>
      <w:r>
        <w:rPr>
          <w:sz w:val="20"/>
        </w:rPr>
        <w:t>11:17  woh ek aadmi ke paas le gaye hum ko jangl mein. mewat mein jab jangl hua karte thay. to ek aadmi tha, woh ek peir ke neeche rehta tha.</w:t>
      </w:r>
      <w:r>
        <w:br/>
      </w:r>
      <w:r>
        <w:rPr>
          <w:sz w:val="20"/>
        </w:rPr>
        <w:t>11:34  peir ke neeche. yani us ki kul kainat ek peir thi aur shayad ek gaaye.</w:t>
      </w:r>
      <w:r>
        <w:br/>
      </w:r>
      <w:r>
        <w:rPr>
          <w:sz w:val="20"/>
        </w:rPr>
        <w:t>11:49  to peir mein oopar ek shaakh thi, us shaakh mein</w:t>
      </w:r>
      <w:r>
        <w:br/>
      </w:r>
      <w:r>
        <w:rPr>
          <w:sz w:val="20"/>
        </w:rPr>
        <w:t>11:57  doosri jaghein aati hain.</w:t>
      </w:r>
      <w:r>
        <w:br/>
      </w:r>
      <w:r>
        <w:rPr>
          <w:sz w:val="20"/>
        </w:rPr>
        <w:t>12:02  usi par ek ek ek chhora tha us ka, woh latkaya rehta tha. usi par us ka saman hota tha.</w:t>
      </w:r>
      <w:r>
        <w:br/>
      </w:r>
      <w:r>
        <w:rPr>
          <w:sz w:val="20"/>
        </w:rPr>
        <w:t>12:14  us ke baad ek ghar tha, ek kuch tha. itna khush tha woh, itna khush tha woh.</w:t>
      </w:r>
      <w:r>
        <w:br/>
      </w:r>
      <w:r>
        <w:rPr>
          <w:sz w:val="20"/>
        </w:rPr>
        <w:t>12:25  ek gaaye thi bas us ke paas. tab main ne socha</w:t>
      </w:r>
      <w:r>
        <w:br/>
      </w:r>
      <w:r>
        <w:rPr>
          <w:sz w:val="20"/>
        </w:rPr>
        <w:t>12:32  keh khushi,</w:t>
      </w:r>
      <w:r>
        <w:br/>
      </w:r>
      <w:r>
        <w:rPr>
          <w:sz w:val="20"/>
        </w:rPr>
        <w:t>12:37  atkaa'o na rahe is mein. woh is ko koi atkaa'o nahi tha, koi atkaa'o nahi.</w:t>
      </w:r>
      <w:r>
        <w:br/>
      </w:r>
      <w:r>
        <w:rPr>
          <w:sz w:val="20"/>
        </w:rPr>
        <w:t>12:47  kisi cheez ka gham nahi tha is ko. ghar hai keh nahi hai, kuch nahi.</w:t>
      </w:r>
      <w:r>
        <w:br/>
      </w:r>
      <w:r>
        <w:rPr>
          <w:sz w:val="20"/>
        </w:rPr>
        <w:t>13:01  phir dheere dheere mein jaana</w:t>
      </w:r>
      <w:r>
        <w:br/>
      </w:r>
      <w:r>
        <w:rPr>
          <w:sz w:val="20"/>
        </w:rPr>
        <w:t>13:08  keh Allah Rabb-ul-Aalameen ko paana chahte ho to atkaa'o free ban jao.</w:t>
      </w:r>
      <w:r>
        <w:br/>
      </w:r>
      <w:r>
        <w:rPr>
          <w:sz w:val="20"/>
        </w:rPr>
        <w:t>13:21  atkaa'o free ban jao. to atkaa'o bohat aur bohat si tarah hote hain. aadmi kahan atak jaata hai, kahan atak jaata hai.</w:t>
      </w:r>
      <w:r>
        <w:br/>
      </w:r>
      <w:r>
        <w:rPr>
          <w:sz w:val="20"/>
        </w:rPr>
        <w:t>13:38  to yeh mein ne jaana keh khushi ka raaz hai aadmi atkaa'o free ban jaye.</w:t>
      </w:r>
    </w:p>
    <w:p>
      <w:pPr>
        <w:pStyle w:val="Heading2"/>
      </w:pPr>
      <w:r>
        <w:t>What Hijrah really means: leaving to avoid a clash</w:t>
      </w:r>
    </w:p>
    <w:p>
      <w:r>
        <w:rPr>
          <w:color w:val="666666"/>
          <w:sz w:val="18"/>
        </w:rPr>
        <w:t>Conciliatory Approach vs Confrontational Approach March 21, 2010 Maulana Wahiduddin Khan · 1m 30s · at 46:57 · https://youtu.be/GTMfVIxatRM?t=2817</w:t>
      </w:r>
    </w:p>
    <w:p>
      <w:r>
        <w:rPr>
          <w:i/>
        </w:rPr>
        <w:t>“What is Hijrah? Jahan takraav ho raha hai, wahan se hat jao”</w:t>
      </w:r>
    </w:p>
    <w:p>
      <w:r>
        <w:rPr>
          <w:sz w:val="20"/>
        </w:rPr>
        <w:t>46:57  achha, chounke woh log, woh daur tha taqub ka, yeh daur tha woh taqub ka daur tha, mazhabi taqub. log bhadakte the, ghussa hote the, marte peette the.</w:t>
      </w:r>
      <w:r>
        <w:br/>
      </w:r>
      <w:r>
        <w:rPr>
          <w:sz w:val="20"/>
        </w:rPr>
        <w:t>47:10  wahan bhi aisa hua.</w:t>
      </w:r>
      <w:r>
        <w:br/>
      </w:r>
      <w:r>
        <w:rPr>
          <w:sz w:val="20"/>
        </w:rPr>
        <w:t>47:14  aap avoid karte rahe, avoid karte rahe, yahan tak ke woh log darul nadwah, jo un ki qabaili parliament thi, us mein unhon ne pass kar diya ke mohabbat o qadar kar do.</w:t>
      </w:r>
      <w:r>
        <w:br/>
      </w:r>
      <w:r>
        <w:rPr>
          <w:sz w:val="20"/>
        </w:rPr>
        <w:t>47:25  sab mil kar in ko talwar se maro, woh khatam ho jayen. jab yahan tak nabat aa gayi to aap ne makkah chhor diya. ab dekhiye, us ko hum hijrat kehte hain. woh bhi hijrat kya hai?</w:t>
      </w:r>
      <w:r>
        <w:br/>
      </w:r>
      <w:r>
        <w:rPr>
          <w:sz w:val="20"/>
        </w:rPr>
        <w:t>47:37  yaani What is Hijrah is ka matlab yahi hai ke nuqta takrao, takrao ho</w:t>
      </w:r>
      <w:r>
        <w:br/>
      </w:r>
      <w:r>
        <w:rPr>
          <w:sz w:val="20"/>
        </w:rPr>
        <w:t>47:48  raha hai, jahan jhagda barhne wala hai, jahan larai ho sakti hai, wahan wahan se hat jao. yaani apna woh kaam ki jagah badal do,</w:t>
      </w:r>
      <w:r>
        <w:br/>
      </w:r>
      <w:r>
        <w:rPr>
          <w:sz w:val="20"/>
        </w:rPr>
        <w:t>48:03  apna kaam ki jagah badal do. kaisi ajeeb misaal hai yeh.</w:t>
      </w:r>
      <w:r>
        <w:br/>
      </w:r>
      <w:r>
        <w:rPr>
          <w:sz w:val="20"/>
        </w:rPr>
        <w:t>48:08  apne watan ko chhor diya aap ne, apne ghar ko chhor diya aap ne, apni jaidad ko chhor diya aap ne. sirf is liye ke larai na ho, takrao na ho, میانج na ho.</w:t>
      </w:r>
      <w:r>
        <w:br/>
      </w:r>
      <w:r>
        <w:rPr>
          <w:sz w:val="20"/>
        </w:rPr>
        <w:t>48:21  to bohat hi khamoshi se nikal kar aap makkah se madinah chale gaye.</w:t>
      </w:r>
    </w:p>
    <w:p>
      <w:pPr>
        <w:pStyle w:val="Heading2"/>
      </w:pPr>
      <w:r>
        <w:t>Two inner forces: conscience (angel) versus ego (Satan)</w:t>
      </w:r>
    </w:p>
    <w:p>
      <w:r>
        <w:rPr>
          <w:color w:val="666666"/>
          <w:sz w:val="18"/>
        </w:rPr>
        <w:t>Living with Angels April 11, 2010 · 2m 07s · at 1:38 · https://youtu.be/u-SHIRgBE6M?t=98</w:t>
      </w:r>
    </w:p>
    <w:p>
      <w:r>
        <w:rPr>
          <w:i/>
        </w:rPr>
        <w:t>“Allah ne insan ke andar do taaqaten rakhi hain.”</w:t>
      </w:r>
    </w:p>
    <w:p>
      <w:r>
        <w:rPr>
          <w:sz w:val="20"/>
        </w:rPr>
        <w:t>1:38  Dekhein, Allah taala ne insaan ko jo banaya hai, to is ke andar do taqatein rakhi hain.</w:t>
      </w:r>
      <w:r>
        <w:br/>
      </w:r>
      <w:r>
        <w:rPr>
          <w:sz w:val="20"/>
        </w:rPr>
        <w:t>1:45  Aik ko Quran mein kaha gaya hai "Nafs-e-Lawwamah". Aik ko kaha gaya hai "Nafs-e-Ammarah". Nafs-e-Lawwamah ka matlab hai conscience.</w:t>
      </w:r>
      <w:r>
        <w:br/>
      </w:r>
      <w:r>
        <w:rPr>
          <w:sz w:val="20"/>
        </w:rPr>
        <w:t>1:58  Nafs-e-Ammarah ka matlab hai ego.</w:t>
      </w:r>
      <w:r>
        <w:br/>
      </w:r>
      <w:r>
        <w:rPr>
          <w:sz w:val="20"/>
        </w:rPr>
        <w:t>2:02  To dekhein, Nafs-e-Lawwamah ya conscience, yeh entry point hai angels ka, farishte ka.</w:t>
      </w:r>
      <w:r>
        <w:br/>
      </w:r>
      <w:r>
        <w:rPr>
          <w:sz w:val="20"/>
        </w:rPr>
        <w:t>2:16  Aur ego ya Nafs-e-Ammarah, yeh entry point hai Shaitan ka.</w:t>
      </w:r>
      <w:r>
        <w:br/>
      </w:r>
      <w:r>
        <w:rPr>
          <w:sz w:val="20"/>
        </w:rPr>
        <w:t>2:27  Har waqt do khirkiyan aadmi ke andar khuli hui hain.</w:t>
      </w:r>
      <w:r>
        <w:br/>
      </w:r>
      <w:r>
        <w:rPr>
          <w:sz w:val="20"/>
        </w:rPr>
        <w:t>2:32  Woh khuli rahengi, lekin test hai woh. Kisi ka is mein koi exception nahi. Sab ke liye khuli rahti hain. Aap subah shaam tahajjud parhein, raat din roza rakhein, to is se farq nahi parta.</w:t>
      </w:r>
      <w:r>
        <w:br/>
      </w:r>
      <w:r>
        <w:rPr>
          <w:sz w:val="20"/>
        </w:rPr>
        <w:t>2:49  Raat din Quran ko parhein, tab bhi is se farq nahi parta. Yeh dono entry point baharhal rahengi. Woh band nahi honge kabhi bhi.</w:t>
      </w:r>
      <w:r>
        <w:br/>
      </w:r>
      <w:r>
        <w:rPr>
          <w:sz w:val="20"/>
        </w:rPr>
        <w:t>2:58  Aur har waqt aap ko chaukanna rehna hai.</w:t>
      </w:r>
      <w:r>
        <w:br/>
      </w:r>
      <w:r>
        <w:rPr>
          <w:sz w:val="20"/>
        </w:rPr>
        <w:t>3:02  Har waqt chaukanna rehna hai. Har waqt Shaitan is intezar mein hai ke kab mauqa mile, aur jo entry point aap ke andar hai, Shaitan ke liye, is mein ghus jaye woh.</w:t>
      </w:r>
      <w:r>
        <w:br/>
      </w:r>
      <w:r>
        <w:rPr>
          <w:sz w:val="20"/>
        </w:rPr>
        <w:t>3:13  Aap ko behkaye. To yeh to ab angels hain. Lekin aap, is mamle mein aap kam 50% hain.</w:t>
      </w:r>
      <w:r>
        <w:br/>
      </w:r>
      <w:r>
        <w:rPr>
          <w:sz w:val="20"/>
        </w:rPr>
        <w:t>3:22  Angels kam 50% hain. Angels aap ko zabardasti kuch nahi karenge. Aap mauqa denge, tab woh karenge.</w:t>
      </w:r>
      <w:r>
        <w:br/>
      </w:r>
      <w:r>
        <w:rPr>
          <w:sz w:val="20"/>
        </w:rPr>
        <w:t>3:33  Jisko kehte hain counseling. To do counseling ke beech mein insaan hai. Do mushiron ke beech mein. Aik mushir Shaitan ka, aik mushir farishte ka.</w:t>
      </w:r>
    </w:p>
    <w:p>
      <w:pPr>
        <w:pStyle w:val="Heading2"/>
      </w:pPr>
      <w:r>
        <w:t>Hajj: unity in diversity</w:t>
      </w:r>
    </w:p>
    <w:p>
      <w:r>
        <w:rPr>
          <w:color w:val="666666"/>
          <w:sz w:val="18"/>
        </w:rPr>
        <w:t>Al-RISALA OCT, 2017 · 1m 29s · at 1:31 · https://youtu.be/miVEmmbCoWA?t=91</w:t>
      </w:r>
    </w:p>
    <w:p>
      <w:r>
        <w:rPr>
          <w:i/>
        </w:rPr>
        <w:t>“قرآن میں حج کا حکم دیتے ہوئے یہ الفاظ آئے ہیں”</w:t>
      </w:r>
    </w:p>
    <w:p>
      <w:r>
        <w:rPr>
          <w:sz w:val="20"/>
        </w:rPr>
        <w:t>1:31  quran mein hajj ka hukum dete hue yeh alfaaz aaye hain: "wa iz ja alna al baita masabatan lil nas wa amnan" yani Khuda ne baitullah ko logon ke liye masaba banaya aur is ko aman ki jagah banaya.</w:t>
      </w:r>
      <w:r>
        <w:br/>
      </w:r>
      <w:r>
        <w:rPr>
          <w:sz w:val="20"/>
        </w:rPr>
        <w:t>1:50  masaba ke mani arabi zaban mein taqreeban wohi hain jis ko aaj kal ki zaban mein markaz kaha jata hai, yani woh jagah jahan log jama hon, jis ki taraf sab log rujoo karen, jo sab ka mushtarik marja aur shiraza ho.</w:t>
      </w:r>
      <w:r>
        <w:br/>
      </w:r>
      <w:r>
        <w:rPr>
          <w:sz w:val="20"/>
        </w:rPr>
        <w:t>2:09  hajj ki ibadat ke liye sari dunya ke musalman aate hain, un ki tadad salana taqreeban 2 million ho jati hai.</w:t>
      </w:r>
      <w:r>
        <w:br/>
      </w:r>
      <w:r>
        <w:rPr>
          <w:sz w:val="20"/>
        </w:rPr>
        <w:t>2:20  hajj ke mousam mein makkah aur is ke aas pas har taraf aadmi hi aadmi dikhai dene lagte hain. yeh log mukhtalif zabanen bolte hain, un ke haliye alag alag hote hain, magar yahan aanay ke baad sab ki soch ek ho jati hai, sab ek Allah ki ibadat karte hain.</w:t>
      </w:r>
      <w:r>
        <w:br/>
      </w:r>
      <w:r>
        <w:rPr>
          <w:sz w:val="20"/>
        </w:rPr>
        <w:t>2:42  hajj ke douran woh un ki tamam tawajjah ka markaz bana rehta hai. is tarah hajj ek aisi ibadat ban jata hai jo apne tamam aamal aur taqreebat ke sath insan ko ijtimaiyat aur markaziyat ka sabak de raha hai.</w:t>
      </w:r>
    </w:p>
    <w:p>
      <w:pPr>
        <w:pStyle w:val="Heading2"/>
      </w:pPr>
      <w:r>
        <w:t>Hajra runs between Safa and Marwa seeking help</w:t>
      </w:r>
    </w:p>
    <w:p>
      <w:r>
        <w:rPr>
          <w:color w:val="666666"/>
          <w:sz w:val="18"/>
        </w:rPr>
        <w:t>Hajj In the Footsteps of Prophet Ibrahim June 16, 2024 · 2m 52s · at 20:38 · https://youtu.be/wAMsw43dhmg?t=1238</w:t>
      </w:r>
    </w:p>
    <w:p>
      <w:r>
        <w:rPr>
          <w:i/>
        </w:rPr>
        <w:t>“She got up and left the child and started running”</w:t>
      </w:r>
    </w:p>
    <w:p>
      <w:r>
        <w:rPr>
          <w:sz w:val="20"/>
        </w:rPr>
        <w:t>20:38  so, she got up and left the child there and tug her garment, her robe, and she started running. and there was a little hillock, which we call safa. so, she ran there. it was a valley at that time. from safa and marwa, there was a valley. this is safa, this is marwa, and there, there was a valley. now, it is flattened. ji, now, it is inside the, inside the grand mosque.</w:t>
      </w:r>
      <w:r>
        <w:br/>
      </w:r>
      <w:r>
        <w:rPr>
          <w:sz w:val="20"/>
        </w:rPr>
        <w:t>21:06  ji, so, she went up on the safa mountain, and she looked around like this. she wanted to see if there is anyone who can help me. she was in real distress,</w:t>
      </w:r>
      <w:r>
        <w:br/>
      </w:r>
      <w:r>
        <w:rPr>
          <w:sz w:val="20"/>
        </w:rPr>
        <w:t>21:22  so she couldn't see anyone. then she ran. she descended from safa to the valley, and at that time, she ran.</w:t>
      </w:r>
      <w:r>
        <w:br/>
      </w:r>
      <w:r>
        <w:rPr>
          <w:sz w:val="20"/>
        </w:rPr>
        <w:t>21:34  actually, when the pilgrims walk between safa and marwa, they run at, they run at a certain place, because hajra ran here. even they start from safa to marwa. in between, there is a place where they have to run, like a br</w:t>
      </w:r>
      <w:r>
        <w:br/>
      </w:r>
      <w:r>
        <w:rPr>
          <w:sz w:val="20"/>
        </w:rPr>
        <w:t>21:59  isk walk. okay, so, they, they follow the footsteps in such a minute way that where hajra ran. they also run. there is a green light. its say like, like at a corridor, and there is a green light. when you see the green light, you will start running, because hajra ran in this area. so, she ran, and then she climbed marwa,</w:t>
      </w:r>
      <w:r>
        <w:br/>
      </w:r>
      <w:r>
        <w:rPr>
          <w:sz w:val="20"/>
        </w:rPr>
        <w:t>22:26  which is next mountain.</w:t>
      </w:r>
      <w:r>
        <w:br/>
      </w:r>
      <w:r>
        <w:rPr>
          <w:sz w:val="20"/>
        </w:rPr>
        <w:t>22:29  and there also, when she reached on the, on the top of it, she looked around here and there, but there was no person. so, she kept on running from one mountain to another, back and forth, seven times. and finally, she reached marwa. and when she reached marwa, exhaust and very thirsty and hungry, she heard some voice,</w:t>
      </w:r>
      <w:r>
        <w:br/>
      </w:r>
      <w:r>
        <w:rPr>
          <w:sz w:val="20"/>
        </w:rPr>
        <w:t>22:54  and she looked here and there. she couldn't see anyone. she said, "who is</w:t>
      </w:r>
      <w:r>
        <w:br/>
      </w:r>
      <w:r>
        <w:rPr>
          <w:sz w:val="20"/>
        </w:rPr>
        <w:t>22:58  there? i heard you. can you help?" again, then she heard the voice, and again she said, "who is there?</w:t>
      </w:r>
      <w:r>
        <w:br/>
      </w:r>
      <w:r>
        <w:rPr>
          <w:sz w:val="20"/>
        </w:rPr>
        <w:t>23:09  can you help me?" but she didn't see anyone.</w:t>
      </w:r>
      <w:r>
        <w:br/>
      </w:r>
      <w:r>
        <w:rPr>
          <w:sz w:val="20"/>
        </w:rPr>
        <w:t>23:15  then all of a sudden, she saw an angel digging a hole near the feet of ismail alaihissalam, where she left ismail alaihissalam. so, she ran, and water started coming.</w:t>
      </w:r>
    </w:p>
    <w:p>
      <w:pPr>
        <w:pStyle w:val="Heading2"/>
      </w:pPr>
      <w:r>
        <w:t>The Quran as the first and most important scripture</w:t>
      </w:r>
    </w:p>
    <w:p>
      <w:r>
        <w:rPr>
          <w:color w:val="666666"/>
          <w:sz w:val="18"/>
        </w:rPr>
        <w:t>Islam In the light of its Scriptures (English) February 22, 2007 · 2m 04s · at 2:40 · https://youtu.be/SoxJ9awANEQ?t=160</w:t>
      </w:r>
    </w:p>
    <w:p>
      <w:r>
        <w:rPr>
          <w:i/>
        </w:rPr>
        <w:t>“First of all, you need to know what I mean by scriptures”</w:t>
      </w:r>
    </w:p>
    <w:p>
      <w:r>
        <w:rPr>
          <w:sz w:val="20"/>
        </w:rPr>
        <w:t>2:40  First of all, you have to know what I mean by scriptures. Scriptures are the only authentic source of Islam.</w:t>
      </w:r>
      <w:r>
        <w:br/>
      </w:r>
      <w:r>
        <w:rPr>
          <w:sz w:val="20"/>
        </w:rPr>
        <w:t>2:54  The first scripture is the Quran. Quran is revealed book</w:t>
      </w:r>
      <w:r>
        <w:br/>
      </w:r>
      <w:r>
        <w:rPr>
          <w:sz w:val="20"/>
        </w:rPr>
        <w:t>3:07  . Quran was revealed by God to the Prophet Muhammad.</w:t>
      </w:r>
      <w:r>
        <w:br/>
      </w:r>
      <w:r>
        <w:rPr>
          <w:sz w:val="20"/>
        </w:rPr>
        <w:t>3:14  So, Quran is our word of God. It was a revealed book</w:t>
      </w:r>
      <w:r>
        <w:br/>
      </w:r>
      <w:r>
        <w:rPr>
          <w:sz w:val="20"/>
        </w:rPr>
        <w:t>3:24  .</w:t>
      </w:r>
      <w:r>
        <w:br/>
      </w:r>
      <w:r>
        <w:rPr>
          <w:sz w:val="20"/>
        </w:rPr>
        <w:t>3:27  Quran is the first and most important scripture of Islam.</w:t>
      </w:r>
      <w:r>
        <w:br/>
      </w:r>
      <w:r>
        <w:rPr>
          <w:sz w:val="20"/>
        </w:rPr>
        <w:t>3:37  Quran was not revealed as a complete book. It was revealed in</w:t>
      </w:r>
      <w:r>
        <w:br/>
      </w:r>
      <w:r>
        <w:rPr>
          <w:sz w:val="20"/>
        </w:rPr>
        <w:t>3:52  revealed as a periodical revelation.</w:t>
      </w:r>
      <w:r>
        <w:br/>
      </w:r>
      <w:r>
        <w:rPr>
          <w:sz w:val="20"/>
        </w:rPr>
        <w:t>4:00  it startd</w:t>
      </w:r>
      <w:r>
        <w:br/>
      </w:r>
      <w:r>
        <w:rPr>
          <w:sz w:val="20"/>
        </w:rPr>
        <w:t>4:03  in 6 10 ad, and it was completed in 6 3 2 ad, during 2 3 years.</w:t>
      </w:r>
      <w:r>
        <w:br/>
      </w:r>
      <w:r>
        <w:rPr>
          <w:sz w:val="20"/>
        </w:rPr>
        <w:t>4:18  so, these revelations were sent to the prophet periodically</w:t>
      </w:r>
      <w:r>
        <w:br/>
      </w:r>
      <w:r>
        <w:rPr>
          <w:sz w:val="20"/>
        </w:rPr>
        <w:t>4:24  .then, prophet under the guidance of the angel gibrael, compiled all those revelations .and it was this compilation that we see quran.</w:t>
      </w:r>
    </w:p>
    <w:p>
      <w:pPr>
        <w:pStyle w:val="Heading2"/>
      </w:pPr>
      <w:r>
        <w:t>After the Prophet's death, companions spread across the world</w:t>
      </w:r>
    </w:p>
    <w:p>
      <w:r>
        <w:rPr>
          <w:color w:val="666666"/>
          <w:sz w:val="18"/>
        </w:rPr>
        <w:t>Muslims in Diaspora 9 jan 2007 (English) · 1m 46s · at 30:15 · https://youtu.be/oAi49l7nuOI?t=1815</w:t>
      </w:r>
    </w:p>
    <w:p>
      <w:r>
        <w:rPr>
          <w:i/>
        </w:rPr>
        <w:t>“What happened after the Prophet performed Hajj?”</w:t>
      </w:r>
    </w:p>
    <w:p>
      <w:r>
        <w:rPr>
          <w:sz w:val="20"/>
        </w:rPr>
        <w:t>30:15  So, what happened after this after performing Hajj?</w:t>
      </w:r>
      <w:r>
        <w:br/>
      </w:r>
      <w:r>
        <w:rPr>
          <w:sz w:val="20"/>
        </w:rPr>
        <w:t>30:24  The majority of the Sahaba went out of Arabia. You know, at that time, there were 1,40,000 Muslims with the Prophet.</w:t>
      </w:r>
      <w:r>
        <w:br/>
      </w:r>
      <w:r>
        <w:rPr>
          <w:sz w:val="20"/>
        </w:rPr>
        <w:t>30:38  But now, if you visit Mecca and Madinah, you hardly find 10,000 graves of those Sahaba in Mecca and Madinah.</w:t>
      </w:r>
      <w:r>
        <w:br/>
      </w:r>
      <w:r>
        <w:rPr>
          <w:sz w:val="20"/>
        </w:rPr>
        <w:t>30:53  Only 10,000. It means that the majority of those Muslims or the majority of those Sahaba migrated.</w:t>
      </w:r>
      <w:r>
        <w:br/>
      </w:r>
      <w:r>
        <w:rPr>
          <w:sz w:val="20"/>
        </w:rPr>
        <w:t>31:04  This was the fourth diaspora in Islamic history.</w:t>
      </w:r>
      <w:r>
        <w:br/>
      </w:r>
      <w:r>
        <w:rPr>
          <w:sz w:val="20"/>
        </w:rPr>
        <w:t>31:14  Fourth or fifth diaspora in Islamic history. And the result was very, very great.</w:t>
      </w:r>
      <w:r>
        <w:br/>
      </w:r>
      <w:r>
        <w:rPr>
          <w:sz w:val="20"/>
        </w:rPr>
        <w:t>31:24  You know, it was the result of this positive diaspora that a vast land of Asia and Africa was Islamized.</w:t>
      </w:r>
      <w:r>
        <w:br/>
      </w:r>
      <w:r>
        <w:rPr>
          <w:sz w:val="20"/>
        </w:rPr>
        <w:t>31:38  Now, we call this area the Muslim area or Arab world</w:t>
      </w:r>
      <w:r>
        <w:br/>
      </w:r>
      <w:r>
        <w:rPr>
          <w:sz w:val="20"/>
        </w:rPr>
        <w:t>31:45  . The present Arab world was directly the result of that positive diaspora</w:t>
      </w:r>
      <w:r>
        <w:br/>
      </w:r>
      <w:r>
        <w:rPr>
          <w:sz w:val="20"/>
        </w:rPr>
        <w:t>31:55  that occurred after the death of the Prophet of Islam.</w:t>
      </w:r>
    </w:p>
    <w:p>
      <w:pPr>
        <w:pStyle w:val="Heading2"/>
      </w:pPr>
      <w:r>
        <w:t>Example of camel and Hajj shows Ijtihad</w:t>
      </w:r>
    </w:p>
    <w:p>
      <w:r>
        <w:rPr>
          <w:color w:val="666666"/>
          <w:sz w:val="18"/>
        </w:rPr>
        <w:t>The Concept of Ijtihad in Islam | August 13. 2007 · 4m 05s · at 7:19 · https://youtu.be/MtyTGXhdxjc?t=439</w:t>
      </w:r>
    </w:p>
    <w:p>
      <w:r>
        <w:rPr>
          <w:i/>
        </w:rPr>
        <w:t>“I will give an example to illustrate this point.”</w:t>
      </w:r>
    </w:p>
    <w:p>
      <w:r>
        <w:rPr>
          <w:sz w:val="20"/>
        </w:rPr>
        <w:t>7:19  Then I will give an example to illustrate this point.</w:t>
      </w:r>
      <w:r>
        <w:br/>
      </w:r>
      <w:r>
        <w:rPr>
          <w:sz w:val="20"/>
        </w:rPr>
        <w:t>7:26  I will give an example, a concrete example.</w:t>
      </w:r>
      <w:r>
        <w:br/>
      </w:r>
      <w:r>
        <w:rPr>
          <w:sz w:val="20"/>
        </w:rPr>
        <w:t>7:34  You know, Kaaba was built by Prophet Ibrahim before 400 years.</w:t>
      </w:r>
      <w:r>
        <w:br/>
      </w:r>
      <w:r>
        <w:rPr>
          <w:sz w:val="20"/>
        </w:rPr>
        <w:t>7:41  Before 400 years, Kaaba was built by Ibrahim</w:t>
      </w:r>
      <w:r>
        <w:br/>
      </w:r>
      <w:r>
        <w:rPr>
          <w:sz w:val="20"/>
        </w:rPr>
        <w:t>7:49  000 years ago.</w:t>
      </w:r>
      <w:r>
        <w:br/>
      </w:r>
      <w:r>
        <w:rPr>
          <w:sz w:val="20"/>
        </w:rPr>
        <w:t>7:57  کعبہ، that is Baitullah, was built by Prophet Abraham 4000 years ago.</w:t>
      </w:r>
      <w:r>
        <w:br/>
      </w:r>
      <w:r>
        <w:rPr>
          <w:sz w:val="20"/>
        </w:rPr>
        <w:t>8:05  At the time, there were no motor cars, no airplanes, no road, no modern transport.</w:t>
      </w:r>
      <w:r>
        <w:br/>
      </w:r>
      <w:r>
        <w:rPr>
          <w:sz w:val="20"/>
        </w:rPr>
        <w:t>8:13  So Quran says that God commanded to Ibrahim</w:t>
      </w:r>
      <w:r>
        <w:br/>
      </w:r>
      <w:r>
        <w:rPr>
          <w:sz w:val="20"/>
        </w:rPr>
        <w:t>8:21  , "O Ibrahim, pronounce, tell people to come here to perform Hajj." Ala kulli zamir.</w:t>
      </w:r>
      <w:r>
        <w:br/>
      </w:r>
      <w:r>
        <w:rPr>
          <w:sz w:val="20"/>
        </w:rPr>
        <w:t>8:28  Here Quran uses al-kal zamer, that is riding on camel.</w:t>
      </w:r>
      <w:r>
        <w:br/>
      </w:r>
      <w:r>
        <w:rPr>
          <w:sz w:val="20"/>
        </w:rPr>
        <w:t>8:36  Riding on camel.</w:t>
      </w:r>
      <w:r>
        <w:br/>
      </w:r>
      <w:r>
        <w:rPr>
          <w:sz w:val="20"/>
        </w:rPr>
        <w:t>8:43  You cannot say that</w:t>
      </w:r>
      <w:r>
        <w:br/>
      </w:r>
      <w:r>
        <w:rPr>
          <w:sz w:val="20"/>
        </w:rPr>
        <w:t>8:51  Camel is an integral part of Hajj, although it is not mentioned in the Quran.</w:t>
      </w:r>
      <w:r>
        <w:br/>
      </w:r>
      <w:r>
        <w:rPr>
          <w:sz w:val="20"/>
        </w:rPr>
        <w:t>9:01  illa kulli damir, so that people come here riding on camel.</w:t>
      </w:r>
      <w:r>
        <w:br/>
      </w:r>
      <w:r>
        <w:rPr>
          <w:sz w:val="20"/>
        </w:rPr>
        <w:t>9:11  Is it mentioned in the Quran? But you cannot say that</w:t>
      </w:r>
      <w:r>
        <w:br/>
      </w:r>
      <w:r>
        <w:rPr>
          <w:sz w:val="20"/>
        </w:rPr>
        <w:t>9:21  Camel is an integral part of Hajj.</w:t>
      </w:r>
      <w:r>
        <w:br/>
      </w:r>
      <w:r>
        <w:rPr>
          <w:sz w:val="20"/>
        </w:rPr>
        <w:t>9:28  You have to differentiate between 'hajj' and 'amal'.</w:t>
      </w:r>
      <w:r>
        <w:br/>
      </w:r>
      <w:r>
        <w:rPr>
          <w:sz w:val="20"/>
        </w:rPr>
        <w:t>9:34  You will say that Hajj is a permanent commandment.</w:t>
      </w:r>
      <w:r>
        <w:br/>
      </w:r>
      <w:r>
        <w:rPr>
          <w:sz w:val="20"/>
        </w:rPr>
        <w:t>9:40  Hajj is an eternal commandment.</w:t>
      </w:r>
      <w:r>
        <w:br/>
      </w:r>
      <w:r>
        <w:rPr>
          <w:sz w:val="20"/>
        </w:rPr>
        <w:t>9:46  And camel is a temporary device, temporary mode of transport.</w:t>
      </w:r>
      <w:r>
        <w:br/>
      </w:r>
      <w:r>
        <w:rPr>
          <w:sz w:val="20"/>
        </w:rPr>
        <w:t>9:52  if there is change in transport, you will change the mode of transport. so at the time, people used to travel by camel. so they were travelling in camel. but now, you will use motor car, you will use airplane to reach to Makkah, to reach to Kaaba</w:t>
      </w:r>
      <w:r>
        <w:br/>
      </w:r>
      <w:r>
        <w:rPr>
          <w:sz w:val="20"/>
        </w:rPr>
        <w:t>10:22  Haa, so that you may perform Hajj.</w:t>
      </w:r>
      <w:r>
        <w:br/>
      </w:r>
      <w:r>
        <w:rPr>
          <w:sz w:val="20"/>
        </w:rPr>
        <w:t>10:32  So this by from this example, you can understand what is the importance of ijtihad in Islam.</w:t>
      </w:r>
      <w:r>
        <w:br/>
      </w:r>
      <w:r>
        <w:rPr>
          <w:sz w:val="20"/>
        </w:rPr>
        <w:t>10:42  Ijtihad is a permanent part of Islam because situation is continuously under ch</w:t>
      </w:r>
      <w:r>
        <w:br/>
      </w:r>
      <w:r>
        <w:rPr>
          <w:sz w:val="20"/>
        </w:rPr>
        <w:t>10:52  نج۔</w:t>
      </w:r>
      <w:r>
        <w:br/>
      </w:r>
      <w:r>
        <w:rPr>
          <w:sz w:val="20"/>
        </w:rPr>
        <w:t>11:00  So you have to find when there is change in situation, you have to find some ways of free application.</w:t>
      </w:r>
      <w:r>
        <w:br/>
      </w:r>
      <w:r>
        <w:rPr>
          <w:sz w:val="20"/>
        </w:rPr>
        <w:t>11:08  Otherwise, Islam will become a pond rather than a flowing river.</w:t>
      </w:r>
      <w:r>
        <w:br/>
      </w:r>
      <w:r>
        <w:rPr>
          <w:sz w:val="20"/>
        </w:rPr>
        <w:t>11:16  Now, people generally</w:t>
      </w:r>
    </w:p>
    <w:p>
      <w:pPr>
        <w:pStyle w:val="Heading2"/>
      </w:pPr>
      <w:r>
        <w:t>buying land to expand the Prophet's mosque for paradise</w:t>
      </w:r>
    </w:p>
    <w:p>
      <w:r>
        <w:rPr>
          <w:color w:val="666666"/>
          <w:sz w:val="18"/>
        </w:rPr>
        <w:t>Story of Uthman ibn Affan (ra) -</w:t>
        <w:br/>
        <w:t>Lives of the Sahabah -1 May 21, 2023 · 2m 00s · at 16:51 · https://youtu.be/rO43Eo-WWdY?t=1011</w:t>
      </w:r>
    </w:p>
    <w:p>
      <w:r>
        <w:rPr>
          <w:i/>
        </w:rPr>
        <w:t>“Prophet said buy this land, God will give better land in paradise”</w:t>
      </w:r>
    </w:p>
    <w:p>
      <w:r>
        <w:rPr>
          <w:sz w:val="20"/>
        </w:rPr>
        <w:t>16:51  or him in paradise.</w:t>
      </w:r>
      <w:r>
        <w:br/>
      </w:r>
      <w:r>
        <w:rPr>
          <w:sz w:val="20"/>
        </w:rPr>
        <w:t>16:56  aur unka khud hazrat usman ka role raha ki prophet ka jo mosque tha usko unhon ne expand kiya bada kiya.</w:t>
      </w:r>
      <w:r>
        <w:br/>
      </w:r>
      <w:r>
        <w:rPr>
          <w:sz w:val="20"/>
        </w:rPr>
        <w:t>17:01  to uski details hum sabko bataiye.</w:t>
      </w:r>
      <w:r>
        <w:br/>
      </w:r>
      <w:r>
        <w:rPr>
          <w:sz w:val="20"/>
        </w:rPr>
        <w:t>17:06  ek din prophet ne asal mein kya hua ki jo wo masjid thi wo nakafi ho gayi.</w:t>
      </w:r>
      <w:r>
        <w:br/>
      </w:r>
      <w:r>
        <w:rPr>
          <w:sz w:val="20"/>
        </w:rPr>
        <w:t>17:11  ab community badh rahi thi to expansion ki zaroorat hui.</w:t>
      </w:r>
      <w:r>
        <w:br/>
      </w:r>
      <w:r>
        <w:rPr>
          <w:sz w:val="20"/>
        </w:rPr>
        <w:t>17:16  to ek land tha jo masjid ke aage ki taraf</w:t>
      </w:r>
      <w:r>
        <w:br/>
      </w:r>
      <w:r>
        <w:rPr>
          <w:sz w:val="20"/>
        </w:rPr>
        <w:t>17:21  yani that land was on sale.</w:t>
      </w:r>
      <w:r>
        <w:br/>
      </w:r>
      <w:r>
        <w:rPr>
          <w:sz w:val="20"/>
        </w:rPr>
        <w:t>17:25  to prophet ne kaha ki jo is land ko khareed kar masjid mein milayega god will give a</w:t>
      </w:r>
      <w:r>
        <w:br/>
      </w:r>
      <w:r>
        <w:rPr>
          <w:sz w:val="20"/>
        </w:rPr>
        <w:t>17:29  better land on the day of judgment in paradise. ji.</w:t>
      </w:r>
      <w:r>
        <w:br/>
      </w:r>
      <w:r>
        <w:rPr>
          <w:sz w:val="20"/>
        </w:rPr>
        <w:t>17:33  to hazrat usman khade hue aur kaha ki i will get it foran. achha.</w:t>
      </w:r>
      <w:r>
        <w:br/>
      </w:r>
      <w:r>
        <w:rPr>
          <w:sz w:val="20"/>
        </w:rPr>
        <w:t>17:36  to us gaye aur usko 20,000 dirham ka khareeda. ji.</w:t>
      </w:r>
      <w:r>
        <w:br/>
      </w:r>
      <w:r>
        <w:rPr>
          <w:sz w:val="20"/>
        </w:rPr>
        <w:t>17:40  aur usko mila diya masjid se.</w:t>
      </w:r>
      <w:r>
        <w:br/>
      </w:r>
      <w:r>
        <w:rPr>
          <w:sz w:val="20"/>
        </w:rPr>
        <w:t>17:44  ab wo land jo hai wo most precious land hai us us masjid ka.</w:t>
      </w:r>
      <w:r>
        <w:br/>
      </w:r>
      <w:r>
        <w:rPr>
          <w:sz w:val="20"/>
        </w:rPr>
        <w:t>17:48  uski wajah hai ki wo</w:t>
      </w:r>
      <w:r>
        <w:br/>
      </w:r>
      <w:r>
        <w:rPr>
          <w:sz w:val="20"/>
        </w:rPr>
        <w:t>17:52  wahi land hai.</w:t>
      </w:r>
      <w:r>
        <w:br/>
      </w:r>
      <w:r>
        <w:rPr>
          <w:sz w:val="20"/>
        </w:rPr>
        <w:t>17:57  wo wahi hissa hai jisko prophet ne kaha tha rozatul jannah yani garden of the garden garden from</w:t>
      </w:r>
      <w:r>
        <w:br/>
      </w:r>
      <w:r>
        <w:rPr>
          <w:sz w:val="20"/>
        </w:rPr>
        <w:t>18:02  the gardens of paradise roza bhi kaha jata hai.</w:t>
      </w:r>
      <w:r>
        <w:br/>
      </w:r>
      <w:r>
        <w:rPr>
          <w:sz w:val="20"/>
        </w:rPr>
        <w:t>18:07  yani bilkul aage ki jagah jahan par rasoolullah ka pulpit tha yani member jahan namaz padhte the jahan</w:t>
      </w:r>
      <w:r>
        <w:br/>
      </w:r>
      <w:r>
        <w:rPr>
          <w:sz w:val="20"/>
        </w:rPr>
        <w:t>18:12  khutba dete the jahan sab sahaba baithte the aur wahan par log jate hain namaz padhne badi mushkil</w:t>
      </w:r>
      <w:r>
        <w:br/>
      </w:r>
      <w:r>
        <w:rPr>
          <w:sz w:val="20"/>
        </w:rPr>
        <w:t>18:17  se milta hai</w:t>
      </w:r>
      <w:r>
        <w:br/>
      </w:r>
      <w:r>
        <w:rPr>
          <w:sz w:val="20"/>
        </w:rPr>
        <w:t>18:22  mauka to ulma ka kehna hai ki 1000 times reward mein zyada milta hai us us jagah ka</w:t>
      </w:r>
      <w:r>
        <w:br/>
      </w:r>
      <w:r>
        <w:rPr>
          <w:sz w:val="20"/>
        </w:rPr>
        <w:t>18:28  aur wo jagah hai jahan par bilkul us se mila hua hazrat aisha ka ka jo room tha usi</w:t>
      </w:r>
      <w:r>
        <w:br/>
      </w:r>
      <w:r>
        <w:rPr>
          <w:sz w:val="20"/>
        </w:rPr>
        <w:t>18:34  room mein prophet ki qabr hai hazrat abu bakr ki qabr hai hazrat umar ki qabr hai ji</w:t>
      </w:r>
      <w:r>
        <w:br/>
      </w:r>
      <w:r>
        <w:rPr>
          <w:sz w:val="20"/>
        </w:rPr>
        <w:t>18:40  to itni itni yani itni aham aham jagah wo hissa hai jo hazrat usman ki charity aur donation</w:t>
      </w:r>
      <w:r>
        <w:br/>
      </w:r>
      <w:r>
        <w:rPr>
          <w:sz w:val="20"/>
        </w:rPr>
        <w:t>18:46  ki wajah se ye</w:t>
      </w:r>
    </w:p>
    <w:p>
      <w:pPr>
        <w:pStyle w:val="Heading2"/>
      </w:pPr>
      <w:r>
        <w:t>father arrested after disciplining his child abroad</w:t>
      </w:r>
    </w:p>
    <w:p>
      <w:r>
        <w:rPr>
          <w:color w:val="666666"/>
          <w:sz w:val="18"/>
        </w:rPr>
        <w:t>Muslims in Diaspora January 9, 2007 · 1m 18s · at 46:30 · https://youtu.be/kP8FzUSQWW0?t=2790</w:t>
      </w:r>
    </w:p>
    <w:p>
      <w:r>
        <w:rPr>
          <w:i/>
        </w:rPr>
        <w:t>“I visited a man lying in bed with a broken leg”</w:t>
      </w:r>
    </w:p>
    <w:p>
      <w:r>
        <w:rPr>
          <w:sz w:val="20"/>
        </w:rPr>
        <w:t>46:30  aise hi ek sahab ke haan mein gaya to woh bechare bistre pade hue the un ka paun toot gaya tha main ne poochha ke kya qissa hua to maloom hua ke unhon ne apne bachche ko kuch daant dapt kar di thi</w:t>
      </w:r>
      <w:r>
        <w:br/>
      </w:r>
      <w:r>
        <w:rPr>
          <w:sz w:val="20"/>
        </w:rPr>
        <w:t>46:45  shayad maar diya tha ya kya kiya tha to wahan par hota hai child abuse yani police ka ek department hai jo kehte hain child abuse to is ke bachche agar telephone kar dein to foran wahan se police aa jati hai aur giraftar kar leti hai in parents ko jinhon ne bachchon ke sath sakhti ki hai to</w:t>
      </w:r>
      <w:r>
        <w:br/>
      </w:r>
      <w:r>
        <w:rPr>
          <w:sz w:val="20"/>
        </w:rPr>
        <w:t>47:08  unhon ne bataya ke kuch bachche ke sath unhon ne woh kar diya tha to is ne telephone kar diya child abuse ko aur minton ke andar ek police gaadi aa ke khadi ho gayi un ke ghar ke samne jiska matlab tha ke woh arrest kar ke le jayegi un ko yeh itna ghhabraya yeh ke khidki ke raste se bahir kood pade apne ghar ke bahir aur kooda to paun toot gaya yeh hai wahan ka mamla</w:t>
      </w:r>
      <w:r>
        <w:br/>
      </w:r>
      <w:r>
        <w:rPr>
          <w:sz w:val="20"/>
        </w:rPr>
        <w:t>47:36  to sari muslim families jo bahir ki countries mein settle hui hain woh sab pareshan hain apni agli naslon se</w:t>
      </w:r>
    </w:p>
    <w:p>
      <w:pPr>
        <w:pStyle w:val="Heading2"/>
      </w:pPr>
      <w:r>
        <w:t>Questioner asks what Islam offers Muslims without power</w:t>
      </w:r>
    </w:p>
    <w:p>
      <w:r>
        <w:rPr>
          <w:color w:val="666666"/>
          <w:sz w:val="18"/>
        </w:rPr>
        <w:t>The Prophetic Guidance February 18, 2007 · 1m 38s · at 3:51 · https://youtu.be/5K7MiAVqNNA?t=231</w:t>
      </w:r>
    </w:p>
    <w:p>
      <w:r>
        <w:rPr>
          <w:i/>
        </w:rPr>
        <w:t>“Hum India mein rehte hain, yahan hamein Islam kya rahnumai deta hai?”</w:t>
      </w:r>
    </w:p>
    <w:p>
      <w:r>
        <w:rPr>
          <w:sz w:val="20"/>
        </w:rPr>
        <w:t>3:51  phir aakhir mein sawal jawab ka silsila tha. toh sam'een mein se ek sahab ne unse poocha ke hum india mein rehte hain.</w:t>
      </w:r>
      <w:r>
        <w:br/>
      </w:r>
      <w:r>
        <w:rPr>
          <w:sz w:val="20"/>
        </w:rPr>
        <w:t>4:04  india mein musalman aqalliyat mein hain.</w:t>
      </w:r>
      <w:r>
        <w:br/>
      </w:r>
      <w:r>
        <w:rPr>
          <w:sz w:val="20"/>
        </w:rPr>
        <w:t>4:07  yahan par doosri community jo hai woh aksariyat mein hai. aur jamhooriyat mein aap jaante hain ke aksariyat hi hukmarani karti hai.</w:t>
      </w:r>
      <w:r>
        <w:br/>
      </w:r>
      <w:r>
        <w:rPr>
          <w:sz w:val="20"/>
        </w:rPr>
        <w:t>4:21  toh yeh bataiye ke india jaise mulk mein humein islam kya rehnumai deta hai?</w:t>
      </w:r>
      <w:r>
        <w:br/>
      </w:r>
      <w:r>
        <w:rPr>
          <w:sz w:val="20"/>
        </w:rPr>
        <w:t>4:33  is sawal par woh thodi der chup rahe.</w:t>
      </w:r>
      <w:r>
        <w:br/>
      </w:r>
      <w:r>
        <w:rPr>
          <w:sz w:val="20"/>
        </w:rPr>
        <w:t>4:37  jisko english mein kehte hain "pause". So there was a pause</w:t>
      </w:r>
      <w:r>
        <w:br/>
      </w:r>
      <w:r>
        <w:rPr>
          <w:sz w:val="20"/>
        </w:rPr>
        <w:t>4:43  kuch der ke baad woh bole ke islam mein position of strength ka model toh hai,</w:t>
      </w:r>
      <w:r>
        <w:br/>
      </w:r>
      <w:r>
        <w:rPr>
          <w:sz w:val="20"/>
        </w:rPr>
        <w:t>4:57  lekin islam mein position of modesty ka model maujood nahin.</w:t>
      </w:r>
      <w:r>
        <w:br/>
      </w:r>
      <w:r>
        <w:rPr>
          <w:sz w:val="20"/>
        </w:rPr>
        <w:t>5:09  phir mein dohraunga ke unhon ne kaha ke "In Islam there is a model for the position of strength, but in Islam there is no model for the position of modesty."</w:t>
      </w:r>
    </w:p>
    <w:p>
      <w:pPr>
        <w:pStyle w:val="Heading2"/>
      </w:pPr>
      <w:r>
        <w:t>Saddam Hussein dichotomous reaction</w:t>
      </w:r>
    </w:p>
    <w:p>
      <w:r>
        <w:rPr>
          <w:color w:val="666666"/>
          <w:sz w:val="18"/>
        </w:rPr>
        <w:t>Dichotomous Thinking: A serious Intellectual Problem, August 12, 2007 · 2m 00s · at 45:45 · https://youtu.be/LvgspzJxu6w?t=2745</w:t>
      </w:r>
    </w:p>
    <w:p>
      <w:r>
        <w:rPr>
          <w:i/>
        </w:rPr>
        <w:t>“Saddam Hussein declared mother of all battles.”</w:t>
      </w:r>
    </w:p>
    <w:p>
      <w:r>
        <w:rPr>
          <w:sz w:val="20"/>
        </w:rPr>
        <w:t>45:45  kaha ke tum gaddi chhodo.</w:t>
      </w:r>
      <w:r>
        <w:br/>
      </w:r>
      <w:r>
        <w:rPr>
          <w:sz w:val="20"/>
        </w:rPr>
        <w:t>45:49  toh gaddi chhodo jab kaha unhone toh unhone kaha ke saddam hussain ne kya kiya ke</w:t>
      </w:r>
      <w:r>
        <w:br/>
      </w:r>
      <w:r>
        <w:rPr>
          <w:sz w:val="20"/>
        </w:rPr>
        <w:t>45:52  umm al-ma'arik chhed di unhone.</w:t>
      </w:r>
      <w:r>
        <w:br/>
      </w:r>
      <w:r>
        <w:rPr>
          <w:sz w:val="20"/>
        </w:rPr>
        <w:t>45:56  america ke khilaf ek jang chhedi unhone us ka naam rakha unhone umm al-ma'arik.</w:t>
      </w:r>
      <w:r>
        <w:br/>
      </w:r>
      <w:r>
        <w:rPr>
          <w:sz w:val="20"/>
        </w:rPr>
        <w:t>46:00  yani sab se bari history ki sab se bari jang.</w:t>
      </w:r>
      <w:r>
        <w:br/>
      </w:r>
      <w:r>
        <w:rPr>
          <w:sz w:val="20"/>
        </w:rPr>
        <w:t>46:04  history ki sab se bari jang Umm al-Ma'arik.</w:t>
      </w:r>
      <w:r>
        <w:br/>
      </w:r>
      <w:r>
        <w:rPr>
          <w:sz w:val="20"/>
        </w:rPr>
        <w:t>46:07  اب دیکھیے یہ dichotomic thinking تھی۔</w:t>
      </w:r>
      <w:r>
        <w:br/>
      </w:r>
      <w:r>
        <w:rPr>
          <w:sz w:val="20"/>
        </w:rPr>
        <w:t>46:11  ek tha yeh problem ke amrik</w:t>
      </w:r>
      <w:r>
        <w:br/>
      </w:r>
      <w:r>
        <w:rPr>
          <w:sz w:val="20"/>
        </w:rPr>
        <w:t>46:15  ne kaha ke tum gaddi chhoro.</w:t>
      </w:r>
      <w:r>
        <w:br/>
      </w:r>
      <w:r>
        <w:rPr>
          <w:sz w:val="20"/>
        </w:rPr>
        <w:t>46:18  react kar ke unhone kya banaya ke hum to tumhein bhi hum chhudwayenge.</w:t>
      </w:r>
      <w:r>
        <w:br/>
      </w:r>
      <w:r>
        <w:rPr>
          <w:sz w:val="20"/>
        </w:rPr>
        <w:t>46:22  hum tumhein bhi maren ge.</w:t>
      </w:r>
      <w:r>
        <w:br/>
      </w:r>
      <w:r>
        <w:rPr>
          <w:sz w:val="20"/>
        </w:rPr>
        <w:t>46:25  hum Umm al-Ma'arik chheren ge tumhare khilaf.</w:t>
      </w:r>
      <w:r>
        <w:br/>
      </w:r>
      <w:r>
        <w:rPr>
          <w:sz w:val="20"/>
        </w:rPr>
        <w:t>46:28  تو Saddam Hussein jo the, woh dichotomic thinking mein phans gaye.</w:t>
      </w:r>
      <w:r>
        <w:br/>
      </w:r>
      <w:r>
        <w:rPr>
          <w:sz w:val="20"/>
        </w:rPr>
        <w:t>46:32  un ke liye ek third option tha.</w:t>
      </w:r>
      <w:r>
        <w:br/>
      </w:r>
      <w:r>
        <w:rPr>
          <w:sz w:val="20"/>
        </w:rPr>
        <w:t>46:35  bohat hi bara third option.</w:t>
      </w:r>
      <w:r>
        <w:br/>
      </w:r>
      <w:r>
        <w:rPr>
          <w:sz w:val="20"/>
        </w:rPr>
        <w:t>46:38  woh kya tha? Iraq mein un ke paas eight palaces the aath palace.</w:t>
      </w:r>
      <w:r>
        <w:br/>
      </w:r>
      <w:r>
        <w:rPr>
          <w:sz w:val="20"/>
        </w:rPr>
        <w:t>46:42  bohat hi bar</w:t>
      </w:r>
      <w:r>
        <w:br/>
      </w:r>
      <w:r>
        <w:rPr>
          <w:sz w:val="20"/>
        </w:rPr>
        <w:t>46:45  e bare palace.</w:t>
      </w:r>
      <w:r>
        <w:br/>
      </w:r>
      <w:r>
        <w:rPr>
          <w:sz w:val="20"/>
        </w:rPr>
        <w:t>46:50  woh yeh kar sakte the abhi bhi un ke paas bohat paisa tha Saddam Hussein ke paas.</w:t>
      </w:r>
      <w:r>
        <w:br/>
      </w:r>
      <w:r>
        <w:rPr>
          <w:sz w:val="20"/>
        </w:rPr>
        <w:t>46:55  kaha jata hai kai billion dollar un ke paas the tab bhi.</w:t>
      </w:r>
      <w:r>
        <w:br/>
      </w:r>
      <w:r>
        <w:rPr>
          <w:sz w:val="20"/>
        </w:rPr>
        <w:t>47:00  تو وہ یہ کر سکتے تھے کہ اپنے eight palaces کو convert کر دیتے کالج میں۔</w:t>
      </w:r>
      <w:r>
        <w:br/>
      </w:r>
      <w:r>
        <w:rPr>
          <w:sz w:val="20"/>
        </w:rPr>
        <w:t>47:05  یعنی Saddam Hussein Iraq mein eight standard ke college bana sakte the.</w:t>
      </w:r>
      <w:r>
        <w:br/>
      </w:r>
      <w:r>
        <w:rPr>
          <w:sz w:val="20"/>
        </w:rPr>
        <w:t>47:10  aur poori poori Iraq ki generation ko</w:t>
      </w:r>
      <w:r>
        <w:br/>
      </w:r>
      <w:r>
        <w:rPr>
          <w:sz w:val="20"/>
        </w:rPr>
        <w:t>47:15  educate kar sakte the.</w:t>
      </w:r>
      <w:r>
        <w:br/>
      </w:r>
      <w:r>
        <w:rPr>
          <w:sz w:val="20"/>
        </w:rPr>
        <w:t>47:18  ایک نیا عراق emerges کرتا ہے اس کے بعد۔</w:t>
      </w:r>
      <w:r>
        <w:br/>
      </w:r>
      <w:r>
        <w:rPr>
          <w:sz w:val="20"/>
        </w:rPr>
        <w:t>47:21  aap jante hain ke Arab countries mein koi bhi aisa nahi hai mulk jahan achhi education ho.</w:t>
      </w:r>
      <w:r>
        <w:br/>
      </w:r>
      <w:r>
        <w:rPr>
          <w:sz w:val="20"/>
        </w:rPr>
        <w:t>47:24  kahin bhi nahi hai.</w:t>
      </w:r>
      <w:r>
        <w:br/>
      </w:r>
      <w:r>
        <w:rPr>
          <w:sz w:val="20"/>
        </w:rPr>
        <w:t>47:27  kahin bhi nahi hai.</w:t>
      </w:r>
      <w:r>
        <w:br/>
      </w:r>
      <w:r>
        <w:rPr>
          <w:sz w:val="20"/>
        </w:rPr>
        <w:t>47:30  paisa bohat hai in logon ke paas.</w:t>
      </w:r>
      <w:r>
        <w:br/>
      </w:r>
      <w:r>
        <w:rPr>
          <w:sz w:val="20"/>
        </w:rPr>
        <w:t>47:34  paisa bohat hai.</w:t>
      </w:r>
      <w:r>
        <w:br/>
      </w:r>
      <w:r>
        <w:rPr>
          <w:sz w:val="20"/>
        </w:rPr>
        <w:t>47:37  jab Qaddafi aaye the power mein to unhon ne aelan kiya tha ke hum scientific city banayen ge</w:t>
      </w:r>
      <w:r>
        <w:br/>
      </w:r>
      <w:r>
        <w:rPr>
          <w:sz w:val="20"/>
        </w:rPr>
        <w:t>47:40  Libya mein scientific city.</w:t>
      </w:r>
      <w:r>
        <w:br/>
      </w:r>
      <w:r>
        <w:rPr>
          <w:sz w:val="20"/>
        </w:rPr>
        <w:t>47:43  lekin phir kuch bhi nahi kiya</w:t>
      </w:r>
    </w:p>
    <w:p>
      <w:pPr>
        <w:pStyle w:val="Heading2"/>
      </w:pPr>
      <w:r>
        <w:t>Form versus spirit of religion, the real distinction</w:t>
      </w:r>
    </w:p>
    <w:p>
      <w:r>
        <w:rPr>
          <w:color w:val="666666"/>
          <w:sz w:val="18"/>
        </w:rPr>
        <w:t>Return to Religion June 13, 2009 · 1m 02s · at 2:49 · https://youtu.be/qx7LpCmXMQk?t=169</w:t>
      </w:r>
    </w:p>
    <w:p>
      <w:r>
        <w:rPr>
          <w:i/>
        </w:rPr>
        <w:t>“I said that no, I don't subscribe to this notion”</w:t>
      </w:r>
    </w:p>
    <w:p>
      <w:r>
        <w:rPr>
          <w:sz w:val="20"/>
        </w:rPr>
        <w:t>2:49  i said that no. i don't subscribe with this notion. why?</w:t>
      </w:r>
      <w:r>
        <w:br/>
      </w:r>
      <w:r>
        <w:rPr>
          <w:sz w:val="20"/>
        </w:rPr>
        <w:t>2:57  because if you see that it is return of religious form, then it is okay. but religion per se is not returning.</w:t>
      </w:r>
      <w:r>
        <w:br/>
      </w:r>
      <w:r>
        <w:rPr>
          <w:sz w:val="20"/>
        </w:rPr>
        <w:t>3:14  what is religion? there are two aspects of religion: form and spirit.</w:t>
      </w:r>
      <w:r>
        <w:br/>
      </w:r>
      <w:r>
        <w:rPr>
          <w:sz w:val="20"/>
        </w:rPr>
        <w:t>3:23  form is its relative part, and spirit is its real part.</w:t>
      </w:r>
      <w:r>
        <w:br/>
      </w:r>
      <w:r>
        <w:rPr>
          <w:sz w:val="20"/>
        </w:rPr>
        <w:t>3:35  so it is a fact that in terms of form, religion is coming back. but in terms of spirit, it is not.</w:t>
      </w:r>
    </w:p>
    <w:p>
      <w:pPr>
        <w:pStyle w:val="Heading2"/>
      </w:pPr>
      <w:r>
        <w:t>Differentiate Muslims and Islam, scripture shows philanthropy</w:t>
      </w:r>
    </w:p>
    <w:p>
      <w:r>
        <w:rPr>
          <w:color w:val="666666"/>
          <w:sz w:val="18"/>
        </w:rPr>
        <w:t>Morality In Islam | 26th May 07 · 2m 02s · at 5:30 · https://youtu.be/9EiP6aXv1sE?t=330</w:t>
      </w:r>
    </w:p>
    <w:p>
      <w:r>
        <w:rPr>
          <w:i/>
        </w:rPr>
        <w:t>“Then I said you have to differentiate between Muslims and Islam”</w:t>
      </w:r>
    </w:p>
    <w:p>
      <w:r>
        <w:rPr>
          <w:sz w:val="20"/>
        </w:rPr>
        <w:t>5:30  Then I said that you have to differentiate between Muslims and Islam. If you want to know what is the teachings of Islam in this regard, so you have to see the scriptures, you have see the Quran, you have see the Hadith literature.</w:t>
      </w:r>
      <w:r>
        <w:br/>
      </w:r>
      <w:r>
        <w:rPr>
          <w:sz w:val="20"/>
        </w:rPr>
        <w:t>6:01  If you read Quran and Hadith literature, you will find that there is great emphasis on philanthropy. The exact word of philanthropy mentioned in the Quran is marhamah, wa tawasaw bil haqq, wa tawasaw bil marhamah</w:t>
      </w:r>
      <w:r>
        <w:br/>
      </w:r>
      <w:r>
        <w:rPr>
          <w:sz w:val="20"/>
        </w:rPr>
        <w:t>6:31  . Marhamah has the same meaning. Marhamah has in the Quran, the word used is marhamah, and in the same sense there is another word that is used in the Hadith, it is muwasat. And muwasat and marhamah both are</w:t>
      </w:r>
      <w:r>
        <w:br/>
      </w:r>
      <w:r>
        <w:rPr>
          <w:sz w:val="20"/>
        </w:rPr>
        <w:t>7:02  just like philanthropy. So according to Islamic teachings, philanthropy is a very important teaching, and there are several words in this regard: marhamah, muwasat, and zakat, and sadaqat, and infaq,</w:t>
      </w:r>
    </w:p>
    <w:p>
      <w:pPr>
        <w:pStyle w:val="Heading2"/>
      </w:pPr>
      <w:r>
        <w:t>American journalist suspended for plagiarism</w:t>
      </w:r>
    </w:p>
    <w:p>
      <w:r>
        <w:rPr>
          <w:color w:val="666666"/>
          <w:sz w:val="18"/>
        </w:rPr>
        <w:t>The End of Human History 12 August 2012 - Maulana Wahiduddin Khan · 2m 17s · at 1:52 · https://youtu.be/sH9tW0YQwT8?t=112</w:t>
      </w:r>
    </w:p>
    <w:p>
      <w:r>
        <w:rPr>
          <w:i/>
        </w:rPr>
        <w:t>“Aaj ke sabhi akhbaaron mein ek khabar hai.”</w:t>
      </w:r>
    </w:p>
    <w:p>
      <w:r>
        <w:rPr>
          <w:sz w:val="20"/>
        </w:rPr>
        <w:t>1:52  un mein se ek bilkul ek taaza waqea jo aaj hi ke akhbaron mein hai, woh bohat zyada chaunkane wala hai.</w:t>
      </w:r>
      <w:r>
        <w:br/>
      </w:r>
      <w:r>
        <w:rPr>
          <w:sz w:val="20"/>
        </w:rPr>
        <w:t>2:04  aaj ke sabhi akhbaron mein ek khabar hai jo amreeka se aayi hai. is ka title hai: "american journalist</w:t>
      </w:r>
      <w:r>
        <w:br/>
      </w:r>
      <w:r>
        <w:rPr>
          <w:sz w:val="20"/>
        </w:rPr>
        <w:t>2:21  suspended for plagiarism".</w:t>
      </w:r>
      <w:r>
        <w:br/>
      </w:r>
      <w:r>
        <w:rPr>
          <w:sz w:val="20"/>
        </w:rPr>
        <w:t>2:29  ek indian jo ke amreeka mein ja kar base, un ka waqea hai.</w:t>
      </w:r>
      <w:r>
        <w:br/>
      </w:r>
      <w:r>
        <w:rPr>
          <w:sz w:val="20"/>
        </w:rPr>
        <w:t>2:39  to woh wahan ke top ka jo magazine hai, time, us mein editor thay.</w:t>
      </w:r>
      <w:r>
        <w:br/>
      </w:r>
      <w:r>
        <w:rPr>
          <w:sz w:val="20"/>
        </w:rPr>
        <w:t>2:52  to un ko</w:t>
      </w:r>
      <w:r>
        <w:br/>
      </w:r>
      <w:r>
        <w:rPr>
          <w:sz w:val="20"/>
        </w:rPr>
        <w:t>2:58  unki ek ghalti par giraft ki gayi, aur un ke liye suspension ka order hua. woh ghalti kya thi?</w:t>
      </w:r>
      <w:r>
        <w:br/>
      </w:r>
      <w:r>
        <w:rPr>
          <w:sz w:val="20"/>
        </w:rPr>
        <w:t>3:08  isko kehte hain angrezi mein "plagiarism".</w:t>
      </w:r>
      <w:r>
        <w:br/>
      </w:r>
      <w:r>
        <w:rPr>
          <w:sz w:val="20"/>
        </w:rPr>
        <w:t>3:14  plagiarism ka matlab hai: copying someone's idea without creating original author.</w:t>
      </w:r>
      <w:r>
        <w:br/>
      </w:r>
      <w:r>
        <w:rPr>
          <w:sz w:val="20"/>
        </w:rPr>
        <w:t>3:28  yaani aap ek kitaab likhein ya ek article likhein, us mein kisi ki ek baat ko le lein, us ke idea ko, waise hi ke waise hi,</w:t>
      </w:r>
      <w:r>
        <w:br/>
      </w:r>
      <w:r>
        <w:rPr>
          <w:sz w:val="20"/>
        </w:rPr>
        <w:t>3:42  aur us ko aap credit na dein, us ko acknowledge na karein, us ka reference na dein, apna bana kar pesh karein us ko.</w:t>
      </w:r>
      <w:r>
        <w:br/>
      </w:r>
      <w:r>
        <w:rPr>
          <w:sz w:val="20"/>
        </w:rPr>
        <w:t>3:53  to that is plagiarism: copying someone's idea without creating the original author.</w:t>
      </w:r>
    </w:p>
    <w:p>
      <w:pPr>
        <w:pStyle w:val="Heading2"/>
      </w:pPr>
      <w:r>
        <w:t>Speak gently even to a tyrant like Pharaoh</w:t>
      </w:r>
    </w:p>
    <w:p>
      <w:r>
        <w:rPr>
          <w:color w:val="666666"/>
          <w:sz w:val="18"/>
        </w:rPr>
        <w:t>Lessons from The Story of Prophet Moses Part 2, August 28, 2022 · 2m 41s · at 37:56 · https://youtu.be/2grjIPh0AFc?t=2276</w:t>
      </w:r>
    </w:p>
    <w:p>
      <w:r>
        <w:rPr>
          <w:i/>
        </w:rPr>
        <w:t>“Go to Pharaoh, but speak to him gently”</w:t>
      </w:r>
    </w:p>
    <w:p>
      <w:r>
        <w:rPr>
          <w:sz w:val="20"/>
        </w:rPr>
        <w:t>37:56  yani firon jaise ek shaatir o jabir badshah ke liye bhi allah ta'ala ne kaha keh narm se baat karna la'allahu yatazakkaru aw yakhsha keh ho sakta hai keh woh dar jaye ya woh isko yaad dehani ho jaye yani ek jo da'ee hai jisko khuda ka paigham pahunchana hai logon tak woh kabhi bhi mayoos nahi hota kabhi negative nahi hota</w:t>
      </w:r>
      <w:r>
        <w:br/>
      </w:r>
      <w:r>
        <w:rPr>
          <w:sz w:val="20"/>
        </w:rPr>
        <w:t>38:24  isko aakhri had tak yani dunya ka jo sab se ah shaatir aur jabir insan paida hua hoga woh shayad firon hi hua hoga yani isne bachon tak ko nahi chhoda to ah iske liye bhi allah ta'ala ne kaha hai keh tum narm se baat karna aur ah ho sakta hai keh woh hidayat qabool kar le woh isko ah baat tumhari samajh mein aa jaye</w:t>
      </w:r>
      <w:r>
        <w:br/>
      </w:r>
      <w:r>
        <w:rPr>
          <w:sz w:val="20"/>
        </w:rPr>
        <w:t>38:48  to yeh ek boht bara lesson hai ah khaas taur se un logon ke liye jo dawat ka kaam kar rahe hain ah to yani humein kisi bhi haal mein negative nahi hona aaj aap dekh rahe hain keh koi zara si baat ho jati hai to har taraf se negative comments aane lagte hain to isse hamara islam ka jo chehra hai woh maskh hota hai yani badanama islam ko jata hai aur ghalat tasawwur paida hota hai</w:t>
      </w:r>
      <w:r>
        <w:br/>
      </w:r>
      <w:r>
        <w:rPr>
          <w:sz w:val="20"/>
        </w:rPr>
        <w:t>39:17  to yeh sab humein humein chahiye keh har haal mein hum positive rahein aur apni koshish karte rahein aur ah yani firon jaise admi agar phir koi hai to us se bhi negative na hon balkeh umeed karein keh woh bhi shayad ek waqt aisa aaye ga keh baat uski samajh mein aa jayegi</w:t>
      </w:r>
      <w:r>
        <w:br/>
      </w:r>
      <w:r>
        <w:rPr>
          <w:sz w:val="20"/>
        </w:rPr>
        <w:t>39:37  doctor sahib boht hi yeh important aur zabardast baat apne bata</w:t>
      </w:r>
      <w:r>
        <w:br/>
      </w:r>
      <w:r>
        <w:rPr>
          <w:sz w:val="20"/>
        </w:rPr>
        <w:t>39:41  in fact ah ek da'ee ka dil jo hai woh aisa hi hona chahiye jaise ek maa ka apne bachhe ki taraf hota hai keh woh bachhe ki har ghalti ko nazar andaz kar deti hai</w:t>
      </w:r>
      <w:r>
        <w:br/>
      </w:r>
      <w:r>
        <w:rPr>
          <w:sz w:val="20"/>
        </w:rPr>
        <w:t>39:52  Toh aksar log confrontation mein aa jaate hain jaise aapne bataya ke negative ho jaate hain.</w:t>
      </w:r>
      <w:r>
        <w:br/>
      </w:r>
      <w:r>
        <w:rPr>
          <w:sz w:val="20"/>
        </w:rPr>
        <w:t>39:57  Ah, agar samne wala theek se baat ko nahin samajh raha hai aur woh react karta hai to ek da'i ko aisa nahin hai ki uske saath ulajh jaana chahiye.</w:t>
      </w:r>
      <w:r>
        <w:br/>
      </w:r>
      <w:r>
        <w:rPr>
          <w:sz w:val="20"/>
        </w:rPr>
        <w:t>40:06  balkeh Maulana to yeh kehte the ke agar woh aap ko gaali bhi de to aap uske liye dua karein</w:t>
      </w:r>
      <w:r>
        <w:br/>
      </w:r>
      <w:r>
        <w:rPr>
          <w:sz w:val="20"/>
        </w:rPr>
        <w:t>40:10  aur Maulana ne apne ek aakhri video mein yeh kaha tha ke meri sabse badi</w:t>
      </w:r>
      <w:r>
        <w:br/>
      </w:r>
      <w:r>
        <w:rPr>
          <w:sz w:val="20"/>
        </w:rPr>
        <w:t>40:15  Daryaft yeh hai ke insaan ko is duniya mein aise rehna hai ke uske dil mein kisi ke liye koi negativity, koi nafrat na ho.</w:t>
      </w:r>
      <w:r>
        <w:br/>
      </w:r>
      <w:r>
        <w:rPr>
          <w:sz w:val="20"/>
        </w:rPr>
        <w:t>40:22  aur woh is duniya se aise hi chala jaye ek positive insaan ki tarah</w:t>
      </w:r>
      <w:r>
        <w:br/>
      </w:r>
      <w:r>
        <w:rPr>
          <w:sz w:val="20"/>
        </w:rPr>
        <w:t>40:27  to yeh ek boht boht important baat apne batayi keh kaise humein is dinya mein rehna hai aur kis tarike se humein logon ke sath ek message convey karna hai</w:t>
      </w:r>
    </w:p>
    <w:p>
      <w:pPr>
        <w:pStyle w:val="Heading2"/>
      </w:pPr>
      <w:r>
        <w:t>'establishing religion' never meant seizing political power</w:t>
      </w:r>
    </w:p>
    <w:p>
      <w:r>
        <w:rPr>
          <w:color w:val="666666"/>
          <w:sz w:val="18"/>
        </w:rPr>
        <w:t>The Companions and the Hadith Scholars June 24, 2012 · 1m 12s · at 1:24:23 · https://youtu.be/Dj4QiYnxgBs?t=5063</w:t>
      </w:r>
    </w:p>
    <w:p>
      <w:r>
        <w:rPr>
          <w:i/>
        </w:rPr>
        <w:t>“Iqamat-ud-deen ke ma'ani hargiz yeh nahi hain ke iqamat e hukumat”</w:t>
      </w:r>
    </w:p>
    <w:p>
      <w:r>
        <w:rPr>
          <w:sz w:val="20"/>
        </w:rPr>
        <w:t>1:24:23  arein. dekhen, yeh bohat bari, mein is ko gunah samajhta hoon ke Hakeemuddin ko iqamat-e-hukumat ke mani mein liya jaye.</w:t>
      </w:r>
      <w:r>
        <w:br/>
      </w:r>
      <w:r>
        <w:rPr>
          <w:sz w:val="20"/>
        </w:rPr>
        <w:t>1:24:33  kuch aur log hain jo Hakeem-us-Salah ke mani lete hain, iqamat-e-nizam. ya'ni social nizam qaim karna samajhte hain ke is mein Hakeem-us-Salah ka alfaaz hukum diya gaya hai.</w:t>
      </w:r>
      <w:r>
        <w:br/>
      </w:r>
      <w:r>
        <w:rPr>
          <w:sz w:val="20"/>
        </w:rPr>
        <w:t>1:24:45  Hakeemuddin ke mani har giz yeh nahin hain ke iqamat-e-hukumat. is par mein ne likhi hai Ta'beeri Ghalti, bohat lambi bahs ki hai, us ko aap parh lijiyey. Hakeemuddin ke mani hain ghair siyasi dayray mein deen ke jo taqazay hain, jis ko ke har fard bila rukawat ikhtiyar kar sakta hai,</w:t>
      </w:r>
      <w:r>
        <w:br/>
      </w:r>
      <w:r>
        <w:rPr>
          <w:sz w:val="20"/>
        </w:rPr>
        <w:t>1:25:04  us ko, us ko is par qaim hona. ya'ni tauheed, ikhlas, ibadat, akhlaq, aur Allah se mohabbat, Allah se khauf, yeh sab cheezen is se murad hain.</w:t>
      </w:r>
      <w:r>
        <w:br/>
      </w:r>
      <w:r>
        <w:rPr>
          <w:sz w:val="20"/>
        </w:rPr>
        <w:t>1:25:21  is ka hukumat se kuch bhi talluq nahin hai. is par mein ne likha hua hai, mein ne yeh bhi likha hai is mein ke sare hi mufassireen mutafiq hain ke is mani mein siyasat shamil nahin hai.</w:t>
      </w:r>
    </w:p>
    <w:p>
      <w:pPr>
        <w:pStyle w:val="Heading2"/>
      </w:pPr>
      <w:r>
        <w:t>War is prerogative of state</w:t>
      </w:r>
    </w:p>
    <w:p>
      <w:r>
        <w:rPr>
          <w:color w:val="666666"/>
          <w:sz w:val="18"/>
        </w:rPr>
        <w:t>The Life of The Prophet | July 31, 2007 · 2m 03s · at 23:14 · https://youtu.be/IY9aEQThos0?t=1394</w:t>
      </w:r>
    </w:p>
    <w:p>
      <w:r>
        <w:rPr>
          <w:i/>
        </w:rPr>
        <w:t>“Here the Prophet gave a very important formula”</w:t>
      </w:r>
    </w:p>
    <w:p>
      <w:r>
        <w:rPr>
          <w:sz w:val="20"/>
        </w:rPr>
        <w:t>23:14  I am not allowed to go to Qatal, to war, to fighting. Here the Prophet gave a very important formula, a very, very important formula. That is, war is a department of state</w:t>
      </w:r>
      <w:r>
        <w:br/>
      </w:r>
      <w:r>
        <w:rPr>
          <w:sz w:val="20"/>
        </w:rPr>
        <w:t>23:44  and not individuals.</w:t>
      </w:r>
      <w:r>
        <w:br/>
      </w:r>
      <w:r>
        <w:rPr>
          <w:sz w:val="20"/>
        </w:rPr>
        <w:t>23:52  At that time, the Prophet was simply an individual.</w:t>
      </w:r>
      <w:r>
        <w:br/>
      </w:r>
      <w:r>
        <w:rPr>
          <w:sz w:val="20"/>
        </w:rPr>
        <w:t>24:00  His companions were not government or state.</w:t>
      </w:r>
      <w:r>
        <w:br/>
      </w:r>
      <w:r>
        <w:rPr>
          <w:sz w:val="20"/>
        </w:rPr>
        <w:t>24:08  So he set this example that war is a prerogative of a state and not of individuals.</w:t>
      </w:r>
      <w:r>
        <w:br/>
      </w:r>
      <w:r>
        <w:rPr>
          <w:sz w:val="20"/>
        </w:rPr>
        <w:t>24:15  If individuals go to war, then the result will be anarchy.</w:t>
      </w:r>
      <w:r>
        <w:br/>
      </w:r>
      <w:r>
        <w:rPr>
          <w:sz w:val="20"/>
        </w:rPr>
        <w:t>24:23  Only the state has that kind of sources that are needed for war.</w:t>
      </w:r>
      <w:r>
        <w:br/>
      </w:r>
      <w:r>
        <w:rPr>
          <w:sz w:val="20"/>
        </w:rPr>
        <w:t>24:31  So he never accepted their offer that we want to do Jihad.</w:t>
      </w:r>
      <w:r>
        <w:br/>
      </w:r>
      <w:r>
        <w:rPr>
          <w:sz w:val="20"/>
        </w:rPr>
        <w:t>24:38  He said, "No." Then</w:t>
      </w:r>
      <w:r>
        <w:br/>
      </w:r>
      <w:r>
        <w:rPr>
          <w:sz w:val="20"/>
        </w:rPr>
        <w:t>24:46  when he migrated from Makkah to Madinah, and there he was able to establish a state.</w:t>
      </w:r>
      <w:r>
        <w:br/>
      </w:r>
      <w:r>
        <w:rPr>
          <w:sz w:val="20"/>
        </w:rPr>
        <w:t>24:57  So Madinah was a city-state at that time.</w:t>
      </w:r>
      <w:r>
        <w:br/>
      </w:r>
      <w:r>
        <w:rPr>
          <w:sz w:val="20"/>
        </w:rPr>
        <w:t>25:07  So at that time, when he was able to establish a state in Madinah,</w:t>
      </w:r>
    </w:p>
    <w:p>
      <w:pPr>
        <w:pStyle w:val="Heading2"/>
      </w:pPr>
      <w:r>
        <w:t>Muslims react from weakness because they lost modern knowledge</w:t>
      </w:r>
    </w:p>
    <w:p>
      <w:r>
        <w:rPr>
          <w:color w:val="666666"/>
          <w:sz w:val="18"/>
        </w:rPr>
        <w:t>Global Warming Divine Warning October 7, 2009 Maulana Wahiduddin Khan · 2m 35s · at 1:05:34 · https://youtu.be/BaTfAGzuUdc?t=3934</w:t>
      </w:r>
    </w:p>
    <w:p>
      <w:r>
        <w:rPr>
          <w:i/>
        </w:rPr>
        <w:t>“Why do muslims always react to movements?”</w:t>
      </w:r>
    </w:p>
    <w:p>
      <w:r>
        <w:rPr>
          <w:sz w:val="20"/>
        </w:rPr>
        <w:t>1:05:34  so why do Muslims react, and what is the actual way of going about? the reason is very deep.</w:t>
      </w:r>
      <w:r>
        <w:br/>
      </w:r>
      <w:r>
        <w:rPr>
          <w:sz w:val="20"/>
        </w:rPr>
        <w:t>1:05:49  only yani the reason is that in the in this modern age, Muslims fail to prepare themselves in terms of modern thought, modern practices, modern nar.</w:t>
      </w:r>
      <w:r>
        <w:br/>
      </w:r>
      <w:r>
        <w:rPr>
          <w:sz w:val="20"/>
        </w:rPr>
        <w:t>1:06:07  It is a fact that yani Muslims fail to prepare themselves with modern nar, so they become weak.</w:t>
      </w:r>
      <w:r>
        <w:br/>
      </w:r>
      <w:r>
        <w:rPr>
          <w:sz w:val="20"/>
        </w:rPr>
        <w:t>1:06:19  Muslims are not in position to write a book,</w:t>
      </w:r>
      <w:r>
        <w:br/>
      </w:r>
      <w:r>
        <w:rPr>
          <w:sz w:val="20"/>
        </w:rPr>
        <w:t>1:06:26  and that is up to the standard. No Muslim, I don't know any Muslim writer. All the Muslim's books are rubbish.</w:t>
      </w:r>
      <w:r>
        <w:br/>
      </w:r>
      <w:r>
        <w:rPr>
          <w:sz w:val="20"/>
        </w:rPr>
        <w:t>1:06:36  all the books written by Muslim are rubbish, because they they they are not up to the standard. so those people who are who feel themselves weak, they react.</w:t>
      </w:r>
      <w:r>
        <w:br/>
      </w:r>
      <w:r>
        <w:rPr>
          <w:sz w:val="20"/>
        </w:rPr>
        <w:t>1:06:50  no strong person will react. if you have yani strong argument, you will go argument.</w:t>
      </w:r>
      <w:r>
        <w:br/>
      </w:r>
      <w:r>
        <w:rPr>
          <w:sz w:val="20"/>
        </w:rPr>
        <w:t>1:07:02  abusive language is is yani when you feel yourself weak, then you will use abusive language, and if you if you feel that I have strong argument, then you will produce argument</w:t>
      </w:r>
      <w:r>
        <w:br/>
      </w:r>
      <w:r>
        <w:rPr>
          <w:sz w:val="20"/>
        </w:rPr>
        <w:t>1:07:17  to Muslim backward in modern in modern age, this is phenomenon of this backwardness.</w:t>
      </w:r>
      <w:r>
        <w:br/>
      </w:r>
      <w:r>
        <w:rPr>
          <w:sz w:val="20"/>
        </w:rPr>
        <w:t>1:07:29  they have they have they have lost confidence. i attended so many conference in the every where in the world.</w:t>
      </w:r>
      <w:r>
        <w:br/>
      </w:r>
      <w:r>
        <w:rPr>
          <w:sz w:val="20"/>
        </w:rPr>
        <w:t>1:07:39  muslim most poor performance was given by muslim speakers.</w:t>
      </w:r>
    </w:p>
    <w:p>
      <w:pPr>
        <w:pStyle w:val="Heading2"/>
      </w:pPr>
      <w:r>
        <w:t>Islam's rapid growth after Hudaybiyyah, refusing revenge</w:t>
      </w:r>
    </w:p>
    <w:p>
      <w:r>
        <w:rPr>
          <w:color w:val="666666"/>
          <w:sz w:val="18"/>
        </w:rPr>
        <w:t>Life of the Prophet of Islam March 22, 2009 · 1m 14s · at 31:57 · https://youtu.be/tCdQ0G7ralM?t=1917</w:t>
      </w:r>
    </w:p>
    <w:p>
      <w:r>
        <w:rPr>
          <w:i/>
        </w:rPr>
        <w:t>“بہت تیزی سے اسلام پھیلتا ہے”</w:t>
      </w:r>
    </w:p>
    <w:p>
      <w:r>
        <w:rPr>
          <w:sz w:val="20"/>
        </w:rPr>
        <w:t>31:57  ab dekhen, hudaybiyah jab hudaybiyah jab hudaybiyah agreement jab ho jata hai aur aap ko mauqa mil jata hai dawat ko organize karne ka, to bohat tezi se islam phailta hai.</w:t>
      </w:r>
      <w:r>
        <w:br/>
      </w:r>
      <w:r>
        <w:rPr>
          <w:sz w:val="20"/>
        </w:rPr>
        <w:t>32:17  yani expression of islam bohat bohat hota hai. yahan tak ke jab hudaybiyah agreement hua tha to us waqt aap ke paas kul mila kar ke 1400 aadmi thay, bas 1400.</w:t>
      </w:r>
      <w:r>
        <w:br/>
      </w:r>
      <w:r>
        <w:rPr>
          <w:sz w:val="20"/>
        </w:rPr>
        <w:t>32:30  aur is ke baad do saal ke andar andar aisa hua ke aap ke saahibiyon ki tadad, aap ke saahibiyon ki ginti 10 tha ho gayi, 10 tha.</w:t>
      </w:r>
      <w:r>
        <w:br/>
      </w:r>
      <w:r>
        <w:rPr>
          <w:sz w:val="20"/>
        </w:rPr>
        <w:t>32:43  achha, ab aap ko yeh, aap aap ko yeh yani aam jo mizaj hota hai, soch jo hoti hai logon ki, to is tarah se ke ab mauqa hai in revenge lene ka, inteqam lene ka.</w:t>
      </w:r>
      <w:r>
        <w:br/>
      </w:r>
      <w:r>
        <w:rPr>
          <w:sz w:val="20"/>
        </w:rPr>
        <w:t>32:55  ab makkah par attack karo aur khoob wahan par blood shed karo, khoob maro kato sab ko. hum das hazar ab hain. aap ne aisa nahi kiya, aap ne ab aik aik bohat hi khamosh march kiya makkah ka,</w:t>
      </w:r>
    </w:p>
    <w:p>
      <w:pPr>
        <w:pStyle w:val="Heading2"/>
      </w:pPr>
      <w:r>
        <w:t>Ibrahim's call to Hajj heard by all mankind forever</w:t>
      </w:r>
    </w:p>
    <w:p>
      <w:r>
        <w:rPr>
          <w:color w:val="666666"/>
          <w:sz w:val="18"/>
        </w:rPr>
        <w:t>Hajj In the Footsteps of Prophet Ibrahim June 16, 2024 · 2m 26s · at 32:57 · https://youtu.be/wAMsw43dhmg?t=1977</w:t>
      </w:r>
    </w:p>
    <w:p>
      <w:r>
        <w:rPr>
          <w:i/>
        </w:rPr>
        <w:t>“Allah told Ibrahim to call people to perform Hajj”</w:t>
      </w:r>
    </w:p>
    <w:p>
      <w:r>
        <w:rPr>
          <w:sz w:val="20"/>
        </w:rPr>
        <w:t>32:57  faith. to doctor sahib, main chahunga yeh call for hajj, jo di gayi, after the kaba was built, iske bare mein aap hum sabko batayein. yes, when the kaba was ready,</w:t>
      </w:r>
      <w:r>
        <w:br/>
      </w:r>
      <w:r>
        <w:rPr>
          <w:sz w:val="20"/>
        </w:rPr>
        <w:t>33:11  allah told ibrahim alaihissalam to call people to come here and perform hajj.</w:t>
      </w:r>
      <w:r>
        <w:br/>
      </w:r>
      <w:r>
        <w:rPr>
          <w:sz w:val="20"/>
        </w:rPr>
        <w:t>33:19  and the quran says, "yatuuka rijalun wa kullu damirin, yatiina min kulli fajjin amiq. call the mankind to hajj. they will come on foot and on every kind of lean camel.</w:t>
      </w:r>
      <w:r>
        <w:br/>
      </w:r>
      <w:r>
        <w:rPr>
          <w:sz w:val="20"/>
        </w:rPr>
        <w:t>33:40  lean camel means they are coming from a distance, from far. so the camel will obviously will become lean and thin. and they will come from every nook and corner of the planet. ji, masha allah. so ibrahim said, "o allah, there are no people here. hum there is nobody. there are mountain and and and sand. and so how my voice will reach there?"</w:t>
      </w:r>
      <w:r>
        <w:br/>
      </w:r>
      <w:r>
        <w:rPr>
          <w:sz w:val="20"/>
        </w:rPr>
        <w:t>34:09  so allah said, "al ibla, your job is to call and we will convey your call to people. you proclaim and that is leave it to us. we will convey your call." so ibrahim al salam went on mount abi qubais and announced, "o people, allah has built his house here</w:t>
      </w:r>
      <w:r>
        <w:br/>
      </w:r>
      <w:r>
        <w:rPr>
          <w:sz w:val="20"/>
        </w:rPr>
        <w:t>34:38  . so come and perform hajj." and ibn abbas radi allah says, "this is a hadith that when ibrahim al salam made the call, made the announcement, even the mountain took it. each and every creature heard it. animate and inanimate. so much so that every soul, every rooh, hum every single soul heard it.</w:t>
      </w:r>
      <w:r>
        <w:br/>
      </w:r>
      <w:r>
        <w:rPr>
          <w:sz w:val="20"/>
        </w:rPr>
        <w:t>35:06  all the people who were to be born till the doomsday, heard it and said, 'labbayk allahumma labbayk.' so this is the call of ibrahim al salam that is going even today. ji,</w:t>
      </w:r>
    </w:p>
    <w:p>
      <w:pPr>
        <w:pStyle w:val="Heading2"/>
      </w:pPr>
      <w:r>
        <w:t>Aisha near death: I just want to be forgotten</w:t>
      </w:r>
    </w:p>
    <w:p>
      <w:r>
        <w:rPr>
          <w:color w:val="666666"/>
          <w:sz w:val="18"/>
        </w:rPr>
        <w:t>CPS Mission Conference 2023 April 30, 2023 · 2m 10s · at 33:30 · https://youtu.be/sfTBajRastM?t=2010</w:t>
      </w:r>
    </w:p>
    <w:p>
      <w:r>
        <w:rPr>
          <w:i/>
        </w:rPr>
        <w:t>“हज़रत आयशा बहुत बीमार हो गईं, आखिरी वक्त करीब था”</w:t>
      </w:r>
    </w:p>
    <w:p>
      <w:r>
        <w:rPr>
          <w:sz w:val="20"/>
        </w:rPr>
        <w:t>33:29  Woh</w:t>
      </w:r>
      <w:r>
        <w:br/>
      </w:r>
      <w:r>
        <w:rPr>
          <w:sz w:val="20"/>
        </w:rPr>
        <w:t>33:30  Ab Hazrat Aisha ke bare mein, Hazrat Aisha Razi Allah Anha ke bare mein aata hai ke jab woh bohat bimar ho gayin, aakhri waqt qareeb tha, to Hazrat Abdullah Ibn Abbas Razi Allah Anhu aaye milne ke liye.</w:t>
      </w:r>
      <w:r>
        <w:br/>
      </w:r>
      <w:r>
        <w:rPr>
          <w:sz w:val="20"/>
        </w:rPr>
        <w:t>33:42  To bahar koi darban the ghar ke, to un se kaha ke main milna chahta hoon, ijazat chahta hoon. To ja ke unhone kaha ke Abdullah Ibn Abbas aaye hain, milna chahte hain.</w:t>
      </w:r>
      <w:r>
        <w:br/>
      </w:r>
      <w:r>
        <w:rPr>
          <w:sz w:val="20"/>
        </w:rPr>
        <w:t>33:57  To wahan par us waqt Hazrat Aisha ke neffu baithe hue the jinka naam tha Abdullah bin Abdur Rehman, bare bhai ke bete the Hazrat Aisha Razi Allah Anha ke.</w:t>
      </w:r>
      <w:r>
        <w:br/>
      </w:r>
      <w:r>
        <w:rPr>
          <w:sz w:val="20"/>
        </w:rPr>
        <w:t>34:12  To unhone jhuk ke kaha Hazrat Aisha se ke Ibn Abbas aaye hain, aap se milna chahte hain. To Hazrat Aisha ne kaha chhod do, chhod do Ibn Abbas ko, matlab milne ki zaroorat nahi hai.</w:t>
      </w:r>
      <w:r>
        <w:br/>
      </w:r>
      <w:r>
        <w:rPr>
          <w:sz w:val="20"/>
        </w:rPr>
        <w:t>34:25  To phir unhone kaha ke Ibn Abbas aap ke bete ki tarah hain, saleheen mein se hain, aap se ijazat mang rahe hain milne ke liye. To kaha ke achha tum chahte ho to bula lo.</w:t>
      </w:r>
      <w:r>
        <w:br/>
      </w:r>
      <w:r>
        <w:rPr>
          <w:sz w:val="20"/>
        </w:rPr>
        <w:t>34:36  To Hazrat Hazrat Ibn Abbas Razi Allah Anhu aaye aur baithe, aur dekha ke Hazrat Aisha aakhri stage mein hain.</w:t>
      </w:r>
      <w:r>
        <w:br/>
      </w:r>
      <w:r>
        <w:rPr>
          <w:sz w:val="20"/>
        </w:rPr>
        <w:t>34:45  To phir kuch taareefi baatein karne lage ke aap jald hi Rasool Allah se milengi, Sahaba se milengi, aur aap ki ki wajah se tayammum ki ayat nazil hui, logon ko bada badi aasani ho gayi.</w:t>
      </w:r>
      <w:r>
        <w:br/>
      </w:r>
      <w:r>
        <w:rPr>
          <w:sz w:val="20"/>
        </w:rPr>
        <w:t>35:01  Jibril saatwein aasman se aaye, aap ko jo ilzaam lagaya tha us se bari kiya, aur log aap ke bare mein par</w:t>
      </w:r>
      <w:r>
        <w:br/>
      </w:r>
      <w:r>
        <w:rPr>
          <w:sz w:val="20"/>
        </w:rPr>
        <w:t>35:10  hanay lagay. to yeh sab baatein, kai is tarah ki baatein kaheen to</w:t>
      </w:r>
      <w:r>
        <w:br/>
      </w:r>
      <w:r>
        <w:rPr>
          <w:sz w:val="20"/>
        </w:rPr>
        <w:t>35:18  hazrat aisha ko pasand nahin aaein. unhon ne kaha chhoro in sab baaton ko, main to bas yeh chahti hoon ke main bhooli bisri ban jaon, nasia mansia, yaani na koi mujhe yaad kare, na koi mera jananay wala ho.</w:t>
      </w:r>
      <w:r>
        <w:br/>
      </w:r>
      <w:r>
        <w:rPr>
          <w:sz w:val="20"/>
        </w:rPr>
        <w:t>35:31  to jo marifat yafta log hotay hain, un un ke liye duniyavi cheezein bari haqeer ban jati hain.</w:t>
      </w:r>
    </w:p>
    <w:p>
      <w:pPr>
        <w:pStyle w:val="Heading2"/>
      </w:pPr>
      <w:r>
        <w:t>Maulana's travel writings: the bus driver and the ascending plane</w:t>
      </w:r>
    </w:p>
    <w:p>
      <w:r>
        <w:rPr>
          <w:color w:val="666666"/>
          <w:sz w:val="18"/>
        </w:rPr>
        <w:t>Importance of Travel in Religion July 28, 2024 · 1m 47s · at 1:09:38 · https://youtu.be/a5tfBcUSYXc?t=4178</w:t>
      </w:r>
    </w:p>
    <w:p>
      <w:r>
        <w:rPr>
          <w:i/>
        </w:rPr>
        <w:t>“The driver asked for a poem — Maulana said he wasn't a poet.”</w:t>
      </w:r>
    </w:p>
    <w:p>
      <w:r>
        <w:rPr>
          <w:sz w:val="20"/>
        </w:rPr>
        <w:t>1:09:38  To yeh concept Maulana ne hi diya, aur jaisa apa ne kaha hai ke Maulana ne khud safar kiya hai. Ji, aur safarnamay likhe, jaisa aap ko pata hai.</w:t>
      </w:r>
      <w:r>
        <w:br/>
      </w:r>
      <w:r>
        <w:rPr>
          <w:sz w:val="20"/>
        </w:rPr>
        <w:t>1:09:46  Ji, aur mujhe yaad hai ke Maulana Mewat ka safar, ek ek Mewat ka safar, ek ek kitaab hai.</w:t>
      </w:r>
      <w:r>
        <w:br/>
      </w:r>
      <w:r>
        <w:rPr>
          <w:sz w:val="20"/>
        </w:rPr>
        <w:t>1:09:56  To is mein likha hai ke woh safar aam taur se bus se hota tha. Ji, yahan se bus jaya karti thi Mewat. To batate hain ke main aage baitha hua tha driver ke seat ke pass aur baith ke likh raha tha.</w:t>
      </w:r>
      <w:r>
        <w:br/>
      </w:r>
      <w:r>
        <w:rPr>
          <w:sz w:val="20"/>
        </w:rPr>
        <w:t>1:10:11  To driver ne kaha ke Maulana sahib, koi shair suna</w:t>
      </w:r>
      <w:r>
        <w:br/>
      </w:r>
      <w:r>
        <w:rPr>
          <w:sz w:val="20"/>
        </w:rPr>
        <w:t>1:10:14  e. To unhon ne kaha, "Nahi, main shair shairi nahi karta." To driver ne kaha ke hamare khayal se to sare Musalman shair hote hain.</w:t>
      </w:r>
      <w:r>
        <w:br/>
      </w:r>
      <w:r>
        <w:rPr>
          <w:sz w:val="20"/>
        </w:rPr>
        <w:t>1:10:24  Ji, to aise hi main ek baar safar kar raha tha Maulana ke sath, shayad pehla safar tha US ka.</w:t>
      </w:r>
      <w:r>
        <w:br/>
      </w:r>
      <w:r>
        <w:rPr>
          <w:sz w:val="20"/>
        </w:rPr>
        <w:t>1:10:32  To main chunke pehli baar shayad jahaz mein baitha tha, to main idhar udhar dekh raha tha ke kaisa jahaz hota hai. Aur jab jahaz ura to maine dekha ke Maulana ne aise pair kiya is pe seat pe aur aise kuch likhne lage.</w:t>
      </w:r>
      <w:r>
        <w:br/>
      </w:r>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r>
        <w:br/>
      </w:r>
      <w:r>
        <w:rPr>
          <w:sz w:val="20"/>
        </w:rPr>
        <w:t>1:11:12  to yeh jo tajrubaat hain, yeh safar pe hote hain. ji, aur agar aap ka zehn bedar ho aur da'wati zehn ho to bohat hi unique qism ke tajrubaat hote hain safar mein.</w:t>
      </w:r>
    </w:p>
    <w:p>
      <w:pPr>
        <w:pStyle w:val="Heading2"/>
      </w:pPr>
      <w:r>
        <w:t>why read Quran in your mother tongue and reflect</w:t>
      </w:r>
    </w:p>
    <w:p>
      <w:r>
        <w:rPr>
          <w:color w:val="666666"/>
          <w:sz w:val="18"/>
        </w:rPr>
        <w:t>The Early Life of Prophet Muhammad November 28, 2021 Dr. Saniyasnain Khan · 2m 24s · at 19:36 · https://youtu.be/xjZAqfhmg1Y?t=1176</w:t>
      </w:r>
    </w:p>
    <w:p>
      <w:r>
        <w:rPr>
          <w:i/>
        </w:rPr>
        <w:t>“قرآن کو اپنی مادری زبان میں پڑھیں”</w:t>
      </w:r>
    </w:p>
    <w:p>
      <w:r>
        <w:rPr>
          <w:sz w:val="20"/>
        </w:rPr>
        <w:t>19:36  to yahi aur Quran, Quran ka jo parhna hai khaas taur se woh bhi bohat zaroori hai ke hum kaise Quran se marifat ki ghiza lein.</w:t>
      </w:r>
      <w:r>
        <w:br/>
      </w:r>
      <w:r>
        <w:rPr>
          <w:sz w:val="20"/>
        </w:rPr>
        <w:t>19:52  aam taur se log Quran ko arabi mein, arabi mein padhte hain. arabi mein padhna bohat acha hai, hum sab hi padhte hain arabi mein, lekin hamari hamari mother tongue arabi nahin hai.</w:t>
      </w:r>
      <w:r>
        <w:br/>
      </w:r>
      <w:r>
        <w:rPr>
          <w:sz w:val="20"/>
        </w:rPr>
        <w:t>20:05  ya to hum bohat hi zyada arabi seekhein, woh bhi namumkin hai. to zyada behtar yeh hai ke hum Quran ko apni madari zuban mein padhein, urdu,</w:t>
      </w:r>
      <w:r>
        <w:br/>
      </w:r>
      <w:r>
        <w:rPr>
          <w:sz w:val="20"/>
        </w:rPr>
        <w:t>20:18  hindi, english. aaj kal zyada tar logon ki zuban english ho gayi hai, isi mein padhna hai, isi mein email ka jawab dena hai, isi mein net ko search karna hai, aur english bolna hai.</w:t>
      </w:r>
      <w:r>
        <w:br/>
      </w:r>
      <w:r>
        <w:rPr>
          <w:sz w:val="20"/>
        </w:rPr>
        <w:t>20:31  to aap english mein Quran ko padhiye, aur urdu mein padhiye, ya hindi mein padhiye, jo bhi aap ki zuban hai, aur jo spiritual content hai, us ko aadmi apni madari zuban mein padhe, tabhi woh zyada us ko yaani internalize hota hai, uska unwan.</w:t>
      </w:r>
      <w:r>
        <w:br/>
      </w:r>
      <w:r>
        <w:rPr>
          <w:sz w:val="20"/>
        </w:rPr>
        <w:t>20:50  to Quran ko is tarah padha jaye ke is pe ghhor o fikr kiya jaye. aam taur se log jaldi jaldi padh lete hain aur yeh samajhte hain ke Quran ko padhne ka matlab hai sawab kamana.</w:t>
      </w:r>
      <w:r>
        <w:br/>
      </w:r>
      <w:r>
        <w:rPr>
          <w:sz w:val="20"/>
        </w:rPr>
        <w:t>21:06  sawab yaqeenan hai, lekin is ko samajhna, phir is pe ghhor karna, aur phir is ko apply karna, tab hai woh sawab.</w:t>
      </w:r>
      <w:r>
        <w:br/>
      </w:r>
      <w:r>
        <w:rPr>
          <w:sz w:val="20"/>
        </w:rPr>
        <w:t>21:15  sirf padhna arabi mein kafi nahin hai, chunaanche Quran ke liye hadith mein aata hai: "likulli ayat minha zahr o batin" ke har ayat mein ek zahiri hissa hai jo nazar aata hai aap ko, aur ek aisa hissa hai jo nazar nahin aata,</w:t>
      </w:r>
      <w:r>
        <w:br/>
      </w:r>
      <w:r>
        <w:rPr>
          <w:sz w:val="20"/>
        </w:rPr>
        <w:t>21:35  woh between the line hai. to wohi to asal hissa hai, woh paida hota hai jab aap sochte hain, jis ko Quran mein tadabbur kaha gaya hai, tabassum kaha gaya hai, tazakkur kaha gaya hai.</w:t>
      </w:r>
      <w:r>
        <w:br/>
      </w:r>
      <w:r>
        <w:rPr>
          <w:sz w:val="20"/>
        </w:rPr>
        <w:t>21:46  to Quran ko padhna is tareeqe se ke is se aap ka aap ke andar gehri marifat paida ho, woh bohat zaroori hai.</w:t>
      </w:r>
    </w:p>
    <w:p>
      <w:pPr>
        <w:pStyle w:val="Heading2"/>
      </w:pPr>
      <w:r>
        <w:t>funding the army of hardship at Tabuk</w:t>
      </w:r>
    </w:p>
    <w:p>
      <w:r>
        <w:rPr>
          <w:color w:val="666666"/>
          <w:sz w:val="18"/>
        </w:rPr>
        <w:t>Story of Uthman ibn Affan (ra) -</w:t>
        <w:br/>
        <w:t>Lives of the Sahabah -1 May 21, 2023 · 2m 30s · at 21:53 · https://youtu.be/rO43Eo-WWdY?t=1313</w:t>
      </w:r>
    </w:p>
    <w:p>
      <w:r>
        <w:rPr>
          <w:i/>
        </w:rPr>
        <w:t>“Resources were very limited, and it was the hottest summer”</w:t>
      </w:r>
    </w:p>
    <w:p>
      <w:r>
        <w:rPr>
          <w:sz w:val="20"/>
        </w:rPr>
        <w:t>21:53  hijri profit plund for the tabook expedition.</w:t>
      </w:r>
      <w:r>
        <w:br/>
      </w:r>
      <w:r>
        <w:rPr>
          <w:sz w:val="20"/>
        </w:rPr>
        <w:t>21:56  lekin us time pe resources bohat limited the.</w:t>
      </w:r>
      <w:r>
        <w:br/>
      </w:r>
      <w:r>
        <w:rPr>
          <w:sz w:val="20"/>
        </w:rPr>
        <w:t>22:00  and it was the middle of hot summer.</w:t>
      </w:r>
      <w:r>
        <w:br/>
      </w:r>
      <w:r>
        <w:rPr>
          <w:sz w:val="20"/>
        </w:rPr>
        <w:t>22:04  to unhone call diya logon ko ke donations ke liye.</w:t>
      </w:r>
      <w:r>
        <w:br/>
      </w:r>
      <w:r>
        <w:rPr>
          <w:sz w:val="20"/>
        </w:rPr>
        <w:t>22:08  aur yahan pe phir jaise aapne itne examples bataye hazrat usman ne bohat bada contribution diya.</w:t>
      </w:r>
      <w:r>
        <w:br/>
      </w:r>
      <w:r>
        <w:rPr>
          <w:sz w:val="20"/>
        </w:rPr>
        <w:t>22:12  to main chahunga uske bare mein aap hum sabko batayein. Ji.</w:t>
      </w:r>
      <w:r>
        <w:br/>
      </w:r>
      <w:r>
        <w:rPr>
          <w:sz w:val="20"/>
        </w:rPr>
        <w:t>22:15  asal mein jo tabook ka expedition tha wo bohat difficult Ji.</w:t>
      </w:r>
      <w:r>
        <w:br/>
      </w:r>
      <w:r>
        <w:rPr>
          <w:sz w:val="20"/>
        </w:rPr>
        <w:t>22:19  tha jaise aapne bhi zikr kiya</w:t>
      </w:r>
      <w:r>
        <w:br/>
      </w:r>
      <w:r>
        <w:rPr>
          <w:sz w:val="20"/>
        </w:rPr>
        <w:t>22:23  Jaishul Usra uske liye kaha gaya hai difficult expedition is lihaz se ki wo bahut garmi ka zamana tha aur us waqt yaani halaat bhi aise the kam log bhi the garmi ka zamana tha aur famine ka bhi zamana tha to in sab cheezon ki wajah se bahut hi difficult expedition tha to Rasoolullah ne kaha tha ki who will finance Tabuk expedition will get Jannah okay to Hazrat Us</w:t>
      </w:r>
      <w:r>
        <w:br/>
      </w:r>
      <w:r>
        <w:rPr>
          <w:sz w:val="20"/>
        </w:rPr>
        <w:t>22:53  man khade hue aur kaha ki 100 camels fully equipped from my side ji to phir Rasoolullah ne wahi baat dohrai ji ki kaun help karega Tabuk expedition mein to 100 camels phir kaha kehte gaye 100 karte karte 900 kuch ho gaye ji yaani at the end he gave 940 camels fully equipped and 60 horses fully equipped maashahallah aur he didn't stop there he went to his house and he took all the wealth which he had</w:t>
      </w:r>
      <w:r>
        <w:br/>
      </w:r>
      <w:r>
        <w:rPr>
          <w:sz w:val="20"/>
        </w:rPr>
        <w:t>23:23  z hum taqreeban 1000 gold coins Ji and brought that and put it in front of the profit</w:t>
      </w:r>
      <w:r>
        <w:br/>
      </w:r>
      <w:r>
        <w:rPr>
          <w:sz w:val="20"/>
        </w:rPr>
        <w:t>23:31  Ji and the profit started picking it up and he took flipping it in h fingures and he</w:t>
      </w:r>
      <w:r>
        <w:br/>
      </w:r>
      <w:r>
        <w:rPr>
          <w:sz w:val="20"/>
        </w:rPr>
        <w:t>23:38  said madar ibne affan ma amila yani nothing will harm him what he has done mashallah today to</w:t>
      </w:r>
      <w:r>
        <w:br/>
      </w:r>
      <w:r>
        <w:rPr>
          <w:sz w:val="20"/>
        </w:rPr>
        <w:t>23:46  ye ye bari zabardast yani bohat hi motive</w:t>
      </w:r>
      <w:r>
        <w:br/>
      </w:r>
      <w:r>
        <w:rPr>
          <w:sz w:val="20"/>
        </w:rPr>
        <w:t>23:53  ating example hai Hazrat Usman ki yaani unmatched unheard of generosity jo thi wo bilkul hi alag alag hi level ki thi bilkul bahut hi zabardast ji yakeenan very inspiring doctor sahab hum sab logon ke liye bahut bahut sabak amoz session hai aaj ka doctor sahab Hazrat Usman actually participated in almost all the expeditions lekin battle of Badr ke dauran jo bahut hi</w:t>
      </w:r>
    </w:p>
    <w:p>
      <w:pPr>
        <w:pStyle w:val="Heading2"/>
      </w:pPr>
      <w:r>
        <w:t>Salah teaches society: one leader, everyone else in the back seat</w:t>
      </w:r>
    </w:p>
    <w:p>
      <w:r>
        <w:rPr>
          <w:color w:val="666666"/>
          <w:sz w:val="18"/>
        </w:rPr>
        <w:t>Politics and Nation Building May 19, 2013 · 2m 54s · at 13:14 · https://youtu.be/kmiMGq0Ki2Q?t=794</w:t>
      </w:r>
    </w:p>
    <w:p>
      <w:r>
        <w:rPr>
          <w:i/>
        </w:rPr>
        <w:t>“The institution of prayer isn't just an act of worship”</w:t>
      </w:r>
    </w:p>
    <w:p>
      <w:r>
        <w:rPr>
          <w:sz w:val="20"/>
        </w:rPr>
        <w:t>13:14  dekhiye, islam mein jo namaz ka institution hai woh sirf sirf woh ibadat ka institution nahi hai.</w:t>
      </w:r>
      <w:r>
        <w:br/>
      </w:r>
      <w:r>
        <w:rPr>
          <w:sz w:val="20"/>
        </w:rPr>
        <w:t>13:24  woh poori zindagi ki training hai. woh poori zindagi ki training hai. namaz mein kya hota hai? farz kijiye ke so aadmi hain namaz parhnay walay.</w:t>
      </w:r>
      <w:r>
        <w:br/>
      </w:r>
      <w:r>
        <w:rPr>
          <w:sz w:val="20"/>
        </w:rPr>
        <w:t>13:37  to aik aadmi bator imam aagay khara kiya jaye ga.</w:t>
      </w:r>
      <w:r>
        <w:br/>
      </w:r>
      <w:r>
        <w:rPr>
          <w:sz w:val="20"/>
        </w:rPr>
        <w:t>13:43  aur baqi 99 aadmi peeche sab baat ko khare ho jayenge. is ka matlab yeh hai ke jab sau mein ek aadmi imam banta hai aur 99 aadmi back seat par chale aate hain.</w:t>
      </w:r>
      <w:r>
        <w:br/>
      </w:r>
      <w:r>
        <w:rPr>
          <w:sz w:val="20"/>
        </w:rPr>
        <w:t>13:57  tab namaz qaim hoti hai. yahi society mein hona chahiye.</w:t>
      </w:r>
      <w:r>
        <w:br/>
      </w:r>
      <w:r>
        <w:rPr>
          <w:sz w:val="20"/>
        </w:rPr>
        <w:t>14:08  society mein bhi yeh hona chahiye ke ek aadmi imam bane. matlab imam, political imam. aur baqi tamam log jo hain non-political field mein active ho jayen.</w:t>
      </w:r>
      <w:r>
        <w:br/>
      </w:r>
      <w:r>
        <w:rPr>
          <w:sz w:val="20"/>
        </w:rPr>
        <w:t>14:26  non-political field mein active ho jayen. back seat ke maane kya hain? non-political field mein apne aap ko laga dena.</w:t>
      </w:r>
      <w:r>
        <w:br/>
      </w:r>
      <w:r>
        <w:rPr>
          <w:sz w:val="20"/>
        </w:rPr>
        <w:t>14:35  non-political field kya hai?</w:t>
      </w:r>
      <w:r>
        <w:br/>
      </w:r>
      <w:r>
        <w:rPr>
          <w:sz w:val="20"/>
        </w:rPr>
        <w:t>14:39  woh hai education, da'u work, business, millat ki taameer, aapas ke jhagde khatam karna, apni bimariyon par dhyan dena.</w:t>
      </w:r>
      <w:r>
        <w:br/>
      </w:r>
      <w:r>
        <w:rPr>
          <w:sz w:val="20"/>
        </w:rPr>
        <w:t>14:54  yeh saara non-political field</w:t>
      </w:r>
      <w:r>
        <w:br/>
      </w:r>
      <w:r>
        <w:rPr>
          <w:sz w:val="20"/>
        </w:rPr>
        <w:t>14:56  hai. toh namaz aap ko yeh sikhati hai ke ek aadmi ko political imam banao aur baqi sab log jo hain non-political field mein kaam karne ke liye chale jayen.</w:t>
      </w:r>
      <w:r>
        <w:br/>
      </w:r>
      <w:r>
        <w:rPr>
          <w:sz w:val="20"/>
        </w:rPr>
        <w:t>15:12  tab hoti hai nation building, tab hoti hai qaumi taameer.</w:t>
      </w:r>
      <w:r>
        <w:br/>
      </w:r>
      <w:r>
        <w:rPr>
          <w:sz w:val="20"/>
        </w:rPr>
        <w:t>15:19  abhi kya hai? har aadmi bas political field mein chahta hai ke</w:t>
      </w:r>
      <w:r>
        <w:br/>
      </w:r>
      <w:r>
        <w:rPr>
          <w:sz w:val="20"/>
        </w:rPr>
        <w:t>15:25  aage ki seat us ko mil jaye. har aadmi political position ke liye daud raha hai. toh Allah ke jo scheme hai, jo nature ka nizam hai, us mein toh yeh hai ke ek hi aadmi political imam bane.</w:t>
      </w:r>
      <w:r>
        <w:br/>
      </w:r>
      <w:r>
        <w:rPr>
          <w:sz w:val="20"/>
        </w:rPr>
        <w:t>15:41  baqi sab log back seat par chale jayen. back seat ke maane hain ke non-political field mein woh sar'garam ho jayen.</w:t>
      </w:r>
      <w:r>
        <w:br/>
      </w:r>
      <w:r>
        <w:rPr>
          <w:sz w:val="20"/>
        </w:rPr>
        <w:t>15:52  yeh toh is ka toh shaoor hi nahi hai.</w:t>
      </w:r>
      <w:r>
        <w:br/>
      </w:r>
      <w:r>
        <w:rPr>
          <w:sz w:val="20"/>
        </w:rPr>
        <w:t>15:54  na amalan kahin muslim mulk mein yeh shaoor hai ke namaz yeh sikhati hai hum ko ke ek aadmi ko political imam banao, baqi sab log non-political field mein active ho jayen.</w:t>
      </w:r>
    </w:p>
    <w:p>
      <w:pPr>
        <w:pStyle w:val="Heading2"/>
      </w:pPr>
      <w:r>
        <w:t>Reason for finality of prophethood</w:t>
      </w:r>
    </w:p>
    <w:p>
      <w:r>
        <w:rPr>
          <w:color w:val="666666"/>
          <w:sz w:val="18"/>
        </w:rPr>
        <w:t>Life of The Prophet of Islam in Brief (English) March 19, 2007 Maulana Wahiduddin Khan · 2m 24s · at 0:29 · https://youtu.be/dGDEatt8oFg?t=29</w:t>
      </w:r>
    </w:p>
    <w:p>
      <w:r>
        <w:rPr>
          <w:i/>
        </w:rPr>
        <w:t>“The present topic is Life of the Prophet of Islam in brief”</w:t>
      </w:r>
    </w:p>
    <w:p>
      <w:r>
        <w:rPr>
          <w:sz w:val="20"/>
        </w:rPr>
        <w:t>0:29  The present topic is "Life of the Prophet of Islam" in brief.</w:t>
      </w:r>
      <w:r>
        <w:br/>
      </w:r>
      <w:r>
        <w:rPr>
          <w:sz w:val="20"/>
        </w:rPr>
        <w:t>0:43  prophet of Islam, Muhammad bin Abdullah bin Abdul Muttalib sallallahu alaihi wasallam, was the final prophet.</w:t>
      </w:r>
      <w:r>
        <w:br/>
      </w:r>
      <w:r>
        <w:rPr>
          <w:sz w:val="20"/>
        </w:rPr>
        <w:t>1:00  final prophet means, there is no prophet after Muhammad sallallahu alaihi wasallam.</w:t>
      </w:r>
      <w:r>
        <w:br/>
      </w:r>
      <w:r>
        <w:rPr>
          <w:sz w:val="20"/>
        </w:rPr>
        <w:t>1:14  there is not the completion of list of the prophet.</w:t>
      </w:r>
      <w:r>
        <w:br/>
      </w:r>
      <w:r>
        <w:rPr>
          <w:sz w:val="20"/>
        </w:rPr>
        <w:t>1:21  it means that after Muhammad sallallahu alaihi wasallam, there is no need to send a new prophet, because</w:t>
      </w:r>
      <w:r>
        <w:br/>
      </w:r>
      <w:r>
        <w:rPr>
          <w:sz w:val="20"/>
        </w:rPr>
        <w:t>1:39  The revealed book, the book revealed upon him, was preserved</w:t>
      </w:r>
      <w:r>
        <w:br/>
      </w:r>
      <w:r>
        <w:rPr>
          <w:sz w:val="20"/>
        </w:rPr>
        <w:t>1:50  . now we have a preserved text of the word of God. then we have a complete historical record of the prophet and his companions.</w:t>
      </w:r>
      <w:r>
        <w:br/>
      </w:r>
      <w:r>
        <w:rPr>
          <w:sz w:val="20"/>
        </w:rPr>
        <w:t>2:12  so we have a divine ideology, as well as we have a model, model in form of the life of the prophet and life of the companions.</w:t>
      </w:r>
      <w:r>
        <w:br/>
      </w:r>
      <w:r>
        <w:rPr>
          <w:sz w:val="20"/>
        </w:rPr>
        <w:t>2:33  so when all these things were preserved, there is no need to send prophet any more.</w:t>
      </w:r>
      <w:r>
        <w:br/>
      </w:r>
      <w:r>
        <w:rPr>
          <w:sz w:val="20"/>
        </w:rPr>
        <w:t>2:45  in this sense, prophet of Islam was the final prophet.</w:t>
      </w:r>
    </w:p>
    <w:p>
      <w:pPr>
        <w:pStyle w:val="Heading2"/>
      </w:pPr>
      <w:r>
        <w:t>Prophet’s peaceful method and success</w:t>
      </w:r>
    </w:p>
    <w:p>
      <w:r>
        <w:rPr>
          <w:color w:val="666666"/>
          <w:sz w:val="18"/>
        </w:rPr>
        <w:t>Prophetic Model of Activism June 20, 2009 Maulana Wahiduddin Khan · 2m 48s · at 27:59 · https://youtu.be/0XeBV6rPRk8?t=1679</w:t>
      </w:r>
    </w:p>
    <w:p>
      <w:r>
        <w:rPr>
          <w:i/>
        </w:rPr>
        <w:t>“He adopted peaceful method in complete sense of the word.”</w:t>
      </w:r>
    </w:p>
    <w:p>
      <w:r>
        <w:rPr>
          <w:sz w:val="20"/>
        </w:rPr>
        <w:t>27:59  with observing peace completely. he adopted peaceful method in complete sense of the word.</w:t>
      </w:r>
      <w:r>
        <w:br/>
      </w:r>
      <w:r>
        <w:rPr>
          <w:sz w:val="20"/>
        </w:rPr>
        <w:t>28:12  and where there were problems, he tried to make dua. so, peaceful method and dua, this was two point formula for him at that time.</w:t>
      </w:r>
      <w:r>
        <w:br/>
      </w:r>
      <w:r>
        <w:rPr>
          <w:sz w:val="20"/>
        </w:rPr>
        <w:t>28:25  his whole mission was based on these two things, dua and peaceful preaching of his, of his mission.</w:t>
      </w:r>
      <w:r>
        <w:br/>
      </w:r>
      <w:r>
        <w:rPr>
          <w:sz w:val="20"/>
        </w:rPr>
        <w:t>28:40  so, this was the prophetic model. he never engaged in politics. even at that time, at some juncture, they offer him</w:t>
      </w:r>
      <w:r>
        <w:br/>
      </w:r>
      <w:r>
        <w:rPr>
          <w:sz w:val="20"/>
        </w:rPr>
        <w:t>28:56  political leadership. they said that, "honor malikna, if you want leadership, we will give leadership, political leadership.</w:t>
      </w:r>
      <w:r>
        <w:br/>
      </w:r>
      <w:r>
        <w:rPr>
          <w:sz w:val="20"/>
        </w:rPr>
        <w:t>29:10  if you want political leadership, we will give leadership." but he said, "no, ma atrab al mulk alaikum.</w:t>
      </w:r>
      <w:r>
        <w:br/>
      </w:r>
      <w:r>
        <w:rPr>
          <w:sz w:val="20"/>
        </w:rPr>
        <w:t>29:23  it is not by aim, it is my, it is not by ambition to become a ruler, to become a political leader.</w:t>
      </w:r>
      <w:r>
        <w:br/>
      </w:r>
      <w:r>
        <w:rPr>
          <w:sz w:val="20"/>
        </w:rPr>
        <w:t>29:33  it is not by goal, is not by target, is not by ambitions." so, prophet of islam was a kind of quran, "laqad kana rasool fi rasool allah hasanah." prophet of islam was a good example.</w:t>
      </w:r>
      <w:r>
        <w:br/>
      </w:r>
      <w:r>
        <w:rPr>
          <w:sz w:val="20"/>
        </w:rPr>
        <w:t>29:52  he was best model for all the believers. and what was his model?</w:t>
      </w:r>
      <w:r>
        <w:br/>
      </w:r>
      <w:r>
        <w:rPr>
          <w:sz w:val="20"/>
        </w:rPr>
        <w:t>30:01  he started his life from contemplation. and when he discovered the truth, he started his mission</w:t>
      </w:r>
      <w:r>
        <w:br/>
      </w:r>
      <w:r>
        <w:rPr>
          <w:sz w:val="20"/>
        </w:rPr>
        <w:t>30:16  by following peaceful method. he tolerated all those evils that were wide spread in makkah.</w:t>
      </w:r>
      <w:r>
        <w:br/>
      </w:r>
      <w:r>
        <w:rPr>
          <w:sz w:val="20"/>
        </w:rPr>
        <w:t>30:27  he never tried to go to conflict. he never tried to go to to war.</w:t>
      </w:r>
      <w:r>
        <w:br/>
      </w:r>
      <w:r>
        <w:rPr>
          <w:sz w:val="20"/>
        </w:rPr>
        <w:t>30:35  so, this he,</w:t>
      </w:r>
      <w:r>
        <w:br/>
      </w:r>
      <w:r>
        <w:rPr>
          <w:sz w:val="20"/>
        </w:rPr>
        <w:t>30:39  this he preached his mission in madinah. and it, it worked.</w:t>
      </w:r>
    </w:p>
    <w:p>
      <w:pPr>
        <w:pStyle w:val="Heading2"/>
      </w:pPr>
      <w:r>
        <w:t>Prophet stood for Jewish funeral, lesson against hatred</w:t>
      </w:r>
    </w:p>
    <w:p>
      <w:r>
        <w:rPr>
          <w:color w:val="666666"/>
          <w:sz w:val="18"/>
        </w:rPr>
        <w:t>Fasting for the Sake of God, June 3, 2018 · 2m 03s · at 29:57 · https://youtu.be/UmhFJJCsvdk?t=1797</w:t>
      </w:r>
    </w:p>
    <w:p>
      <w:r>
        <w:rPr>
          <w:i/>
        </w:rPr>
        <w:t>“Kai qabile the yahood ke”</w:t>
      </w:r>
    </w:p>
    <w:p>
      <w:r>
        <w:rPr>
          <w:sz w:val="20"/>
        </w:rPr>
        <w:t>29:57  kai qabile the yahud ke, yani yeh ab ab to wahan koi yahudi nahi hai, lekin rasool allah</w:t>
      </w:r>
      <w:r>
        <w:br/>
      </w:r>
      <w:r>
        <w:rPr>
          <w:sz w:val="20"/>
        </w:rPr>
        <w:t>30:05  ke zamane mein bohat se yahudi the wahan madine mein.</w:t>
      </w:r>
      <w:r>
        <w:br/>
      </w:r>
      <w:r>
        <w:rPr>
          <w:sz w:val="20"/>
        </w:rPr>
        <w:t>30:13  to ek din kya hua ke rasool allah makkah, yani madine ke kisi maqam par the to wahan</w:t>
      </w:r>
      <w:r>
        <w:br/>
      </w:r>
      <w:r>
        <w:rPr>
          <w:sz w:val="20"/>
        </w:rPr>
        <w:t>30:21  se ek ek janaza guzra, janaza</w:t>
      </w:r>
      <w:r>
        <w:br/>
      </w:r>
      <w:r>
        <w:rPr>
          <w:sz w:val="20"/>
        </w:rPr>
        <w:t>30:29  to aap us ke respect mein khare ho gae, us janaze ke respect mein khare ho gae.</w:t>
      </w:r>
      <w:r>
        <w:br/>
      </w:r>
      <w:r>
        <w:rPr>
          <w:sz w:val="20"/>
        </w:rPr>
        <w:t>30:37  aur yeh riwayat hai bukhari mein, yeh riwayat bukhari mein maujood hai.</w:t>
      </w:r>
      <w:r>
        <w:br/>
      </w:r>
      <w:r>
        <w:rPr>
          <w:sz w:val="20"/>
        </w:rPr>
        <w:t>30:45  to kisi ne kaha ke yeh to yahudi ka janaza tha, aap khare ho gae.</w:t>
      </w:r>
      <w:r>
        <w:br/>
      </w:r>
      <w:r>
        <w:rPr>
          <w:sz w:val="20"/>
        </w:rPr>
        <w:t>30:52  rasool allah ne kaha: "alaihi nafsan, alaihi nafsan"</w:t>
      </w:r>
      <w:r>
        <w:br/>
      </w:r>
      <w:r>
        <w:rPr>
          <w:sz w:val="20"/>
        </w:rPr>
        <w:t>31:00  yahan nafs insan ke bare mein hai, kya woh insan nahi? was not a human being. to Rasool Allah ne khud bhi respect diya Yahudi ko. to hamein kaha gaya ke hum nafrat karein, hamein kaha gaya ke hum Rasool Allah ke deen ke follower apne ko batayein aur Yahudiyon se</w:t>
      </w:r>
      <w:r>
        <w:br/>
      </w:r>
      <w:r>
        <w:rPr>
          <w:sz w:val="20"/>
        </w:rPr>
        <w:t>31:30  nafrat karen.</w:t>
      </w:r>
      <w:r>
        <w:br/>
      </w:r>
      <w:r>
        <w:rPr>
          <w:sz w:val="20"/>
        </w:rPr>
        <w:t>31:38  jo rasool Allah ne nafrat nahi ki.</w:t>
      </w:r>
      <w:r>
        <w:br/>
      </w:r>
      <w:r>
        <w:rPr>
          <w:sz w:val="20"/>
        </w:rPr>
        <w:t>31:46  to main samajhta hoon ke is saal musalmanon ko jis tark ko chhodna chahiye, yani ijtamai taur par</w:t>
      </w:r>
      <w:r>
        <w:br/>
      </w:r>
      <w:r>
        <w:rPr>
          <w:sz w:val="20"/>
        </w:rPr>
        <w:t>31:53  ek tark aisa hai jo musalmanon ko ijtamai taur par chhodna hai, yani</w:t>
      </w:r>
    </w:p>
    <w:p>
      <w:pPr>
        <w:pStyle w:val="Heading2"/>
      </w:pPr>
      <w:r>
        <w:t>prophet always chose the easier option</w:t>
      </w:r>
    </w:p>
    <w:p>
      <w:r>
        <w:rPr>
          <w:color w:val="666666"/>
          <w:sz w:val="18"/>
        </w:rPr>
        <w:t>Evolution of Fiqh: The Journey</w:t>
        <w:br/>
        <w:t>of Islamic Jurisprudence Dec 22, 2024 · 1m 10s · at 34:18 · https://youtu.be/Iwtb-eFjp2c?t=2058</w:t>
      </w:r>
    </w:p>
    <w:p>
      <w:r>
        <w:rPr>
          <w:i/>
        </w:rPr>
        <w:t>“Hazrat Ayesha ne kaha ke easier option aur harder option”</w:t>
      </w:r>
    </w:p>
    <w:p>
      <w:r>
        <w:rPr>
          <w:sz w:val="20"/>
        </w:rPr>
        <w:t>34:18  jo hazrat ayesha ne kaha ke easier option aur harder option ke rasool allah salallaho alaihi wasallam hamesha dekhtay thay ke kiya asan hai, wahi option letay thay.</w:t>
      </w:r>
      <w:r>
        <w:br/>
      </w:r>
      <w:r>
        <w:rPr>
          <w:sz w:val="20"/>
        </w:rPr>
        <w:t>34:31  to yahi baat thi is mein bhi.</w:t>
      </w:r>
      <w:r>
        <w:br/>
      </w:r>
      <w:r>
        <w:rPr>
          <w:sz w:val="20"/>
        </w:rPr>
        <w:t>34:34  aur jab aik jo ikhtilafat hain, woh basics mein nahi hain balkay non basics mein hain, jis ko hum juziyat kehtay hain.</w:t>
      </w:r>
      <w:r>
        <w:br/>
      </w:r>
      <w:r>
        <w:rPr>
          <w:sz w:val="20"/>
        </w:rPr>
        <w:t>34:43  matlab hai ke namaz mein kitnay waqt ki namazein hain, farz namazein kitni hain, is mein kisi mein bhi ikhtilaf nahi hai.</w:t>
      </w:r>
      <w:r>
        <w:br/>
      </w:r>
      <w:r>
        <w:rPr>
          <w:sz w:val="20"/>
        </w:rPr>
        <w:t>34:53  ab nafl namazon mein ikhtilaf hoga, hath yahan rakhna hai ke neeche rakhna hai, is mein ikhtilaf hoga. hanafi musafaha kaisay karna</w:t>
      </w:r>
      <w:r>
        <w:br/>
      </w:r>
      <w:r>
        <w:rPr>
          <w:sz w:val="20"/>
        </w:rPr>
        <w:t>35:01  hai? hanfi kehte hain do hath se musafaha karna hai, ahle hadith kehte hain ek hath se musafaha karna hai. is mein itne jhagde hain, itne jhagde hain ke kuch baat nahin.</w:t>
      </w:r>
      <w:r>
        <w:br/>
      </w:r>
      <w:r>
        <w:rPr>
          <w:sz w:val="20"/>
        </w:rPr>
        <w:t>35:11  aur is mein kya hai? ek hath se bhi kar sakte hain, do hath se bhi kar sakte hain, kyunke sahaba ke bare mein aya hai ke tamam sahabi guided hain.</w:t>
      </w:r>
      <w:r>
        <w:br/>
      </w:r>
      <w:r>
        <w:rPr>
          <w:sz w:val="20"/>
        </w:rPr>
        <w:t>35:20  to hum kisi bhi ek sahabi ki baat ko maan sakte hain aur hum guided honge.</w:t>
      </w:r>
    </w:p>
    <w:p>
      <w:pPr>
        <w:pStyle w:val="Heading2"/>
      </w:pPr>
      <w:r>
        <w:t>Abu Dharr's search for truth before meeting the Prophet</w:t>
      </w:r>
    </w:p>
    <w:p>
      <w:r>
        <w:rPr>
          <w:color w:val="666666"/>
          <w:sz w:val="18"/>
        </w:rPr>
        <w:t>Timeless Wisdom from the Life of Abu Dharr al-Ghifari December 21, 2025 · 2m 44s · at 3:30 · https://youtu.be/CDBjybktCDM?t=210</w:t>
      </w:r>
    </w:p>
    <w:p>
      <w:r>
        <w:rPr>
          <w:i/>
        </w:rPr>
        <w:t>“Abu Dharr's story was a journey of self-discovery”</w:t>
      </w:r>
    </w:p>
    <w:p>
      <w:r>
        <w:rPr>
          <w:sz w:val="20"/>
        </w:rPr>
        <w:t>3:30  So anyway, Abu Dharr (may Allah be pleased with him) the story was a journey of self-discovery. Right, amazing. And Dr. Sahib, ah, it is said that he lived very far from Mecca, like you also mentioned.</w:t>
      </w:r>
      <w:r>
        <w:br/>
      </w:r>
      <w:r>
        <w:rPr>
          <w:sz w:val="20"/>
        </w:rPr>
        <w:t>3:43  And ah, it is ah said that when he came to know about the Prophet, ah, he immediately wanted to meet him.</w:t>
      </w:r>
      <w:r>
        <w:br/>
      </w:r>
      <w:r>
        <w:rPr>
          <w:sz w:val="20"/>
        </w:rPr>
        <w:t>3:51  And he did not wait for any of his companions, he just set off from his home. And a few, ah, ah, reflect on the times back then, it was not an easy journey, it was a dangerous and a long journey.</w:t>
      </w:r>
      <w:r>
        <w:br/>
      </w:r>
      <w:r>
        <w:rPr>
          <w:sz w:val="20"/>
        </w:rPr>
        <w:t>4:04  So tell us about his first meeting with the Prophet Muhammad. Yar, that was very interesting.</w:t>
      </w:r>
      <w:r>
        <w:br/>
      </w:r>
      <w:r>
        <w:rPr>
          <w:sz w:val="20"/>
        </w:rPr>
        <w:t>4:10  When Abu Dharr (may Allah be pleased with him) heard about the Prophet Muhammad, that he became very curious, and he wanted to inquire about the man who claimed to be a Prophet. So Abdullah ibn Abbas (may Allah be pleased with him) used to visit Sahaba to find out their stories, and sometimes he would sleep at the doorsteps of the Sahaba.</w:t>
      </w:r>
      <w:r>
        <w:br/>
      </w:r>
      <w:r>
        <w:rPr>
          <w:sz w:val="20"/>
        </w:rPr>
        <w:t>4:39  And that's why he was able to become one of the greatest scholars, and he was a great student of knowledge.</w:t>
      </w:r>
      <w:r>
        <w:br/>
      </w:r>
      <w:r>
        <w:rPr>
          <w:sz w:val="20"/>
        </w:rPr>
        <w:t>4:48  So most detailed narration of Abu Dharr comes from Abdullah ibn Abbas (may Allah be pleased with him).</w:t>
      </w:r>
      <w:r>
        <w:br/>
      </w:r>
      <w:r>
        <w:rPr>
          <w:sz w:val="20"/>
        </w:rPr>
        <w:t>4:56  And</w:t>
      </w:r>
      <w:r>
        <w:br/>
      </w:r>
      <w:r>
        <w:rPr>
          <w:sz w:val="20"/>
        </w:rPr>
        <w:t>5:01  Hazrat Abdullah ibn Abbas says that Abu Dharr heard that a man in Mecca claimed to be a Prophet of God.</w:t>
      </w:r>
      <w:r>
        <w:br/>
      </w:r>
      <w:r>
        <w:rPr>
          <w:sz w:val="20"/>
        </w:rPr>
        <w:t>5:11  So Abu Dharr then told his brother, his name was Anis, to visit Mecca and to find out about this person who claimed to be the Prophet.</w:t>
      </w:r>
      <w:r>
        <w:br/>
      </w:r>
      <w:r>
        <w:rPr>
          <w:sz w:val="20"/>
        </w:rPr>
        <w:t>5:25  so as they travel to Makkah, and they stayed there for few days, and they escaped about the prophet's teachings, and listen what the prophet recited. And after some days, he returned home,</w:t>
      </w:r>
      <w:r>
        <w:br/>
      </w:r>
      <w:r>
        <w:rPr>
          <w:sz w:val="20"/>
        </w:rPr>
        <w:t>5:40  And Abu Dharr asked: "What did you find in Makkah?"</w:t>
      </w:r>
      <w:r>
        <w:br/>
      </w:r>
      <w:r>
        <w:rPr>
          <w:sz w:val="20"/>
        </w:rPr>
        <w:t>5:45  ?"so he said: "</w:t>
      </w:r>
      <w:r>
        <w:br/>
      </w:r>
      <w:r>
        <w:rPr>
          <w:sz w:val="20"/>
        </w:rPr>
        <w:t>5:53  I saw a man of noble character and high qualities, and he teaches good character, and he recites beautiful words, but that is not poetry, and he enjoins what was good and forbids what was evil." So Abu Dharr Radiallahu Anhu was not satisfied with so much information.</w:t>
      </w:r>
    </w:p>
    <w:p>
      <w:pPr>
        <w:pStyle w:val="Heading2"/>
      </w:pPr>
      <w:r>
        <w:t>Farewell sermon: sanctity of blood, wealth, and abolishing usury</w:t>
      </w:r>
    </w:p>
    <w:p>
      <w:r>
        <w:rPr>
          <w:color w:val="666666"/>
          <w:sz w:val="18"/>
        </w:rPr>
        <w:t>The Farwell Hajj of The Prophet June 18, 2023 · 2m 04s · at 43:22 · https://youtu.be/jY24n6ArZaM?t=2602</w:t>
      </w:r>
    </w:p>
    <w:p>
      <w:r>
        <w:rPr>
          <w:i/>
        </w:rPr>
        <w:t>“Your blood and your wealth are forbidden to each other”</w:t>
      </w:r>
    </w:p>
    <w:p>
      <w:r>
        <w:rPr>
          <w:sz w:val="20"/>
        </w:rPr>
        <w:t>43:22  ". phir wahan par khutba diya aur is mein kaha ke: "ana dmaakum wamwalukum haram al</w:t>
      </w:r>
      <w:r>
        <w:br/>
      </w:r>
      <w:r>
        <w:rPr>
          <w:sz w:val="20"/>
        </w:rPr>
        <w:t>43:37  "Do know that your blood, your wealth are forbidden upon each other, ah, in this day of yours, in this month of yours, in this city of yours."</w:t>
      </w:r>
      <w:r>
        <w:br/>
      </w:r>
      <w:r>
        <w:rPr>
          <w:sz w:val="20"/>
        </w:rPr>
        <w:t>43:50  yani is ka matlab yeh tha ke: "ah, no more fighting, ah, between the tribes." ah, chounke woh tribal age ka zamana tha, to tribal age mein generation upon generation log larte the, ah, to woh jo dushmniyan thin, sab rivalries, to is ko khatm kar diya, ji.</w:t>
      </w:r>
      <w:r>
        <w:br/>
      </w:r>
      <w:r>
        <w:rPr>
          <w:sz w:val="20"/>
        </w:rPr>
        <w:t>44:12  aur ah, phir rasool Allah ne kaha ke: "ah, ai abolish all such rivalries, all such, ah, feud and fighting among the, among the tribe." aur ah, rasool Allah ne kaha ke: "the first, ah, ah, one, I I am abolishing the right of my own tribe." yani jo bhi un ki rasool Allah ki tribe thi, is mein bhi jo dushmani wagera thi, woh sab khatm.</w:t>
      </w:r>
      <w:r>
        <w:br/>
      </w:r>
      <w:r>
        <w:rPr>
          <w:sz w:val="20"/>
        </w:rPr>
        <w:t>44:39  he said: "everything is crushed under my feet." to is ke baad Rasool Allah ne kaha ke: "I am abolishing riba." Riba yani usually pehle yeh hota tha ke boht hi high interest rate pe log loan diya karte the, aur Rasool Allah ne kaha hai ke: "the first riba which I abolish is that of my uncle Al-Abbas." Hazrat Abbas RaziAllahu Anhu bhi yeh karte the lending boht high rate pe</w:t>
      </w:r>
      <w:r>
        <w:br/>
      </w:r>
      <w:r>
        <w:rPr>
          <w:sz w:val="20"/>
        </w:rPr>
        <w:t>45:05  . to yani riba ko abolish karne ka matlab yeh hai ke: "You can only, ah, pay the, you can only take the principal." Baqi jo interest hai aur sari chizen hain, woh sab khatm, sirf principal ki had tak aap le sakte hain wapas, aur baqi koi chiz nahin.</w:t>
      </w:r>
    </w:p>
    <w:p>
      <w:pPr>
        <w:pStyle w:val="Heading2"/>
      </w:pPr>
      <w:r>
        <w:t>True conviction versus false conviction explained</w:t>
      </w:r>
    </w:p>
    <w:p>
      <w:r>
        <w:rPr>
          <w:color w:val="666666"/>
          <w:sz w:val="18"/>
        </w:rPr>
        <w:t>Discovery of Modern Age February 10, 2013 · 1m 46s · at 6:08 · https://youtu.be/qYGA53ii7E4?t=368</w:t>
      </w:r>
    </w:p>
    <w:p>
      <w:r>
        <w:rPr>
          <w:i/>
        </w:rPr>
        <w:t>“Koi aadmi jab zindagi mein bada risk leta hai”</w:t>
      </w:r>
    </w:p>
    <w:p>
      <w:r>
        <w:rPr>
          <w:sz w:val="20"/>
        </w:rPr>
        <w:t>6:08  dekhein, koi aadmi</w:t>
      </w:r>
      <w:r>
        <w:br/>
      </w:r>
      <w:r>
        <w:rPr>
          <w:sz w:val="20"/>
        </w:rPr>
        <w:t>6:12  jab aisi—acha—jump karta hai zindagi mein, acha risk leta hai. ye bohat bara risk tha jo is kisi insan ne liya ke mein jaan se mara jaunga, mujhe phansi hogi.</w:t>
      </w:r>
      <w:r>
        <w:br/>
      </w:r>
      <w:r>
        <w:rPr>
          <w:sz w:val="20"/>
        </w:rPr>
        <w:t>6:31  itna bara risk kaise leta hai aadmi?</w:t>
      </w:r>
      <w:r>
        <w:br/>
      </w:r>
      <w:r>
        <w:rPr>
          <w:sz w:val="20"/>
        </w:rPr>
        <w:t>6:35  there must be some conviction. koi bohat bara yaqeen is ke peechay hona chahiye. yaqeen ke baghair aap itna bara iqdam nahi kar sakte jis ke baray mein aap ko pehley se pata ho ke mujhe marna hai, mujhe phansi hona hai.</w:t>
      </w:r>
      <w:r>
        <w:br/>
      </w:r>
      <w:r>
        <w:rPr>
          <w:sz w:val="20"/>
        </w:rPr>
        <w:t>6:58  to woh yaqeen kahan se aata hai? aur is tarah ki ek baat nahi hai,</w:t>
      </w:r>
      <w:r>
        <w:br/>
      </w:r>
      <w:r>
        <w:rPr>
          <w:sz w:val="20"/>
        </w:rPr>
        <w:t>7:03  hazaron hazaron Muslim isi tarah se apni janen de rahe hain. suicide bombing karte hain, ghus jaate hain kisi building mein gun le kar ke, jante hue ke mujhe mara jayega.</w:t>
      </w:r>
      <w:r>
        <w:br/>
      </w:r>
      <w:r>
        <w:rPr>
          <w:sz w:val="20"/>
        </w:rPr>
        <w:t>7:16  hazaron hazar Muslim kyun apni janen de rahe hain?</w:t>
      </w:r>
      <w:r>
        <w:br/>
      </w:r>
      <w:r>
        <w:rPr>
          <w:sz w:val="20"/>
        </w:rPr>
        <w:t>7:24  to ye conviction aata hai kahan se?</w:t>
      </w:r>
      <w:r>
        <w:br/>
      </w:r>
      <w:r>
        <w:rPr>
          <w:sz w:val="20"/>
        </w:rPr>
        <w:t>7:28  dekhen, yeh conviction aata hai in awareness se, bekhabri se. history mein bohat se aisay waqiat hain ke aadmi ko bekhabri mein bhi yaqeen ho jata hai.</w:t>
      </w:r>
      <w:r>
        <w:br/>
      </w:r>
      <w:r>
        <w:rPr>
          <w:sz w:val="20"/>
        </w:rPr>
        <w:t>7:45  in awareness se bhi woh baray baray iqdamaat karta hai, kyunke aik false yaqeen hota hai. yeh hai false conviction.</w:t>
      </w:r>
    </w:p>
    <w:p>
      <w:pPr>
        <w:pStyle w:val="Heading2"/>
      </w:pPr>
      <w:r>
        <w:t>Multi-religious society: follow one respect all</w:t>
      </w:r>
    </w:p>
    <w:p>
      <w:r>
        <w:rPr>
          <w:color w:val="666666"/>
          <w:sz w:val="18"/>
        </w:rPr>
        <w:t>Life of The Prophet of Islam (English) March 06, 2007 Maulana Wahiduddin Khan · 2m 58s · at 12:52 · https://youtu.be/u6RTh_UeP5M?t=772</w:t>
      </w:r>
    </w:p>
    <w:p>
      <w:r>
        <w:rPr>
          <w:i/>
        </w:rPr>
        <w:t>“So when Prophet was in Mecca, he received revelation from God”</w:t>
      </w:r>
    </w:p>
    <w:p>
      <w:r>
        <w:rPr>
          <w:sz w:val="20"/>
        </w:rPr>
        <w:t>12:52  how to live in a multi religious society? so when prophet was in mecca, when prophet was in mecca, he received revelation from god.</w:t>
      </w:r>
      <w:r>
        <w:br/>
      </w:r>
      <w:r>
        <w:rPr>
          <w:sz w:val="20"/>
        </w:rPr>
        <w:t>13:11  this revelation was: "lakum deenukum wali deen". you know, at that time, when the prophet was in Mecca, at that time, Mecca was a multi religious society,</w:t>
      </w:r>
      <w:r>
        <w:br/>
      </w:r>
      <w:r>
        <w:rPr>
          <w:sz w:val="20"/>
        </w:rPr>
        <w:t>13:28  because the majority was mushrik. jab majority of Mecca</w:t>
      </w:r>
      <w:r>
        <w:br/>
      </w:r>
      <w:r>
        <w:rPr>
          <w:sz w:val="20"/>
        </w:rPr>
        <w:t>13:39  was mush</w:t>
      </w:r>
      <w:r>
        <w:br/>
      </w:r>
      <w:r>
        <w:rPr>
          <w:sz w:val="20"/>
        </w:rPr>
        <w:t>13:40  rick, then there were some Christians.</w:t>
      </w:r>
      <w:r>
        <w:br/>
      </w:r>
      <w:r>
        <w:rPr>
          <w:sz w:val="20"/>
        </w:rPr>
        <w:t>13:47  so christians were a tiny minority in mecca at that time. then there were some muslims, but muslims were also in minority.</w:t>
      </w:r>
      <w:r>
        <w:br/>
      </w:r>
      <w:r>
        <w:rPr>
          <w:sz w:val="20"/>
        </w:rPr>
        <w:t>13:59  muslims were in minority, christians were in a living as a tiny minority, and mushriks were in majority, overwhelming majority.</w:t>
      </w:r>
      <w:r>
        <w:br/>
      </w:r>
      <w:r>
        <w:rPr>
          <w:sz w:val="20"/>
        </w:rPr>
        <w:t>14:14  so mecca at the time was a multi religious society.</w:t>
      </w:r>
      <w:r>
        <w:br/>
      </w:r>
      <w:r>
        <w:rPr>
          <w:sz w:val="20"/>
        </w:rPr>
        <w:t>14:20  at the time, prophet of islam received this revelation:</w:t>
      </w:r>
      <w:r>
        <w:br/>
      </w:r>
      <w:r>
        <w:rPr>
          <w:sz w:val="20"/>
        </w:rPr>
        <w:t>14:29  "lakum deenukum wali deen".</w:t>
      </w:r>
      <w:r>
        <w:br/>
      </w:r>
      <w:r>
        <w:rPr>
          <w:sz w:val="20"/>
        </w:rPr>
        <w:t>14:36  these words you can find in the quran: "lakum deenukum wali deen". for you, your religion; for me, mine.</w:t>
      </w:r>
      <w:r>
        <w:br/>
      </w:r>
      <w:r>
        <w:rPr>
          <w:sz w:val="20"/>
        </w:rPr>
        <w:t>14:50  for you, your religion; for me, mine. it means that the formula of islam in such a such situation is based on tolerance, religious tolerance.</w:t>
      </w:r>
      <w:r>
        <w:br/>
      </w:r>
      <w:r>
        <w:rPr>
          <w:sz w:val="20"/>
        </w:rPr>
        <w:t>15:08  the formula of islam in such a situation is based on religious tolerance.</w:t>
      </w:r>
      <w:r>
        <w:br/>
      </w:r>
      <w:r>
        <w:rPr>
          <w:sz w:val="20"/>
        </w:rPr>
        <w:t>15:17  in other words, you can see that this formula was based on two points. it was two point formula: follow one and respect all.</w:t>
      </w:r>
      <w:r>
        <w:br/>
      </w:r>
      <w:r>
        <w:rPr>
          <w:sz w:val="20"/>
        </w:rPr>
        <w:t>15:34  when you find in a multi religious society, so you have to follow your own religion, but at the same time, you have to give respect for other religion.</w:t>
      </w:r>
    </w:p>
    <w:p>
      <w:pPr>
        <w:pStyle w:val="Heading2"/>
      </w:pPr>
      <w:r>
        <w:t>Bedouin oil-wealth parable on undeserved blessings</w:t>
      </w:r>
    </w:p>
    <w:p>
      <w:r>
        <w:rPr>
          <w:color w:val="666666"/>
          <w:sz w:val="18"/>
        </w:rPr>
        <w:t>Role Of Ikhwan-e-Rasool 2 April 2011 · 1m 39s · at 1:27:22 · https://youtu.be/I9Tc1YwhAkA?t=5242</w:t>
      </w:r>
    </w:p>
    <w:p>
      <w:r>
        <w:rPr>
          <w:i/>
        </w:rPr>
        <w:t>“Main bilkul aise rone laga, kiski likhi hui hai yeh?”</w:t>
      </w:r>
    </w:p>
    <w:p>
      <w:r>
        <w:rPr>
          <w:sz w:val="20"/>
        </w:rPr>
        <w:t>1:27:22  woh mere saamne aayi to main bilkul aise rone laga ke kis ki likhi hui hai? kisi aur ki likhi hui hai, meri nahi. yaani maine is mein kyun?</w:t>
      </w:r>
      <w:r>
        <w:br/>
      </w:r>
      <w:r>
        <w:rPr>
          <w:sz w:val="20"/>
        </w:rPr>
        <w:t>1:27:31  yeh maine likha hai, yeh to Khuda ne likh kar chhaap kar ke mere paas bhej diya.</w:t>
      </w:r>
      <w:r>
        <w:br/>
      </w:r>
      <w:r>
        <w:rPr>
          <w:sz w:val="20"/>
        </w:rPr>
        <w:t>1:27:38  to ab main aise chhota tha is ko. aap yaqeen kijiye ke main aap ko ehsaas batata hoon. leader georges mein ek waqea aap ne parha tha, jab Arab mein petrol aaya to ek bedu jo saara mein rehta tha, to wahan tel ke kuwein nikal aaye.</w:t>
      </w:r>
      <w:r>
        <w:br/>
      </w:r>
      <w:r>
        <w:rPr>
          <w:sz w:val="20"/>
        </w:rPr>
        <w:t>1:27:54  uski zameen par, zameen thi gala, wahan bhed bakri paalta tha, woh oont waghera. to wahan par pet tel nikal</w:t>
      </w:r>
      <w:r>
        <w:br/>
      </w:r>
      <w:r>
        <w:rPr>
          <w:sz w:val="20"/>
        </w:rPr>
        <w:t>1:28:03  aaya. government ne bohat zyada daam de kar khareeda us se. to achaanak woh ameer ho gaya. to us ke ek dost ne kya kiya ke us se kaha ke main tum ko Switzerland mein ghar banwata hoon.</w:t>
      </w:r>
      <w:r>
        <w:br/>
      </w:r>
      <w:r>
        <w:rPr>
          <w:sz w:val="20"/>
        </w:rPr>
        <w:t>1:28:15  taajir tha, aata jaata tha. to Switzerland mein us ne us ke liye ghar khareeda aur phir us ko wahan se le gaya, us Arab bedu ko.</w:t>
      </w:r>
      <w:r>
        <w:br/>
      </w:r>
      <w:r>
        <w:rPr>
          <w:sz w:val="20"/>
        </w:rPr>
        <w:t>1:28:24  to jab us ghar mein daakhil hua to us mein tha ke us ki deewarein chhoota tha. woh kaha, "yeh mera ghar hai."</w:t>
      </w:r>
      <w:r>
        <w:br/>
      </w:r>
      <w:r>
        <w:rPr>
          <w:sz w:val="20"/>
        </w:rPr>
        <w:t>1:28:30  ek tent mein rehta tha, mamooli qism ke khayme mein. ab dekhta hai ke shandaar ghar wahan par hai, har qism ke saaz o saamaan se aaraasta, jadeed tareen jo saamaan hai, woh us ke andar aaraasta hai.</w:t>
      </w:r>
      <w:r>
        <w:br/>
      </w:r>
      <w:r>
        <w:rPr>
          <w:sz w:val="20"/>
        </w:rPr>
        <w:t>1:28:42  Switzerland ki fiza mein to chho chho ke dekhta tha. to yaqeen kijiye ke machharon ko dekho to kya hoga? yeh mera, meri das crore Quran hai. mujhe yaqeen nahi aata ke yeh wahi kitaab jo hai, jo jis par mera naam likha hua hai, ya Allah taala ne sab kuch kar ke woh bhej diya hai.</w:t>
      </w:r>
    </w:p>
    <w:p>
      <w:pPr>
        <w:pStyle w:val="Heading2"/>
      </w:pPr>
      <w:r>
        <w:t>scholars debate whether the journey was physical or spiritual</w:t>
      </w:r>
    </w:p>
    <w:p>
      <w:r>
        <w:rPr>
          <w:color w:val="666666"/>
          <w:sz w:val="18"/>
        </w:rPr>
        <w:t>The Story of The Prophet Muhammads</w:t>
        <w:br/>
        <w:t>Night Journey Isra and Miraj Feb 11, 2024 · 2m 20s · at 12:25 · https://youtu.be/bw3s_9mno68?t=745</w:t>
      </w:r>
    </w:p>
    <w:p>
      <w:r>
        <w:rPr>
          <w:i/>
        </w:rPr>
        <w:t>“There is a lot of difference of opinion among scholars”</w:t>
      </w:r>
    </w:p>
    <w:p>
      <w:r>
        <w:rPr>
          <w:sz w:val="20"/>
        </w:rPr>
        <w:t>12:25  to isko bhi aap is point ko bhi aap was karein. actually, there is a lot of difference of opinion in the ulama. ji, some of the ulama think that through out the journey, through out right from makkah to jerusalem up in the heavens, it was spiritual</w:t>
      </w:r>
      <w:r>
        <w:br/>
      </w:r>
      <w:r>
        <w:rPr>
          <w:sz w:val="20"/>
        </w:rPr>
        <w:t>12:45  journey. there is smaller group of ulama who believes like this.</w:t>
      </w:r>
      <w:r>
        <w:br/>
      </w:r>
      <w:r>
        <w:rPr>
          <w:sz w:val="20"/>
        </w:rPr>
        <w:t>12:49  and some of the ulama believe that the first part, yani the journey from Mecca to Jerusalem, was</w:t>
      </w:r>
      <w:r>
        <w:br/>
      </w:r>
      <w:r>
        <w:rPr>
          <w:sz w:val="20"/>
        </w:rPr>
        <w:t>12:59  physical. and the next phase from Jerusalem to up in the heaven was a spiritual kind of ruya,</w:t>
      </w:r>
      <w:r>
        <w:br/>
      </w:r>
      <w:r>
        <w:rPr>
          <w:sz w:val="20"/>
        </w:rPr>
        <w:t>13:09  kind of dream.</w:t>
      </w:r>
      <w:r>
        <w:br/>
      </w:r>
      <w:r>
        <w:rPr>
          <w:sz w:val="20"/>
        </w:rPr>
        <w:t>13:11  aur kuch ka kehna hai ke the entire was was physical.</w:t>
      </w:r>
      <w:r>
        <w:br/>
      </w:r>
      <w:r>
        <w:rPr>
          <w:sz w:val="20"/>
        </w:rPr>
        <w:t>13:16  maulana ka jo maqaf hai, woh yeh hai ke maulana ne likha hai tasawwur-e-quran mein ke yeh safar roohani ya jismani taur par hua. yaani dono cheezein ho sakti hain. aur maulana ka waise maqaf yahi hai ke jo safar makka se jerusalem ka hua, that was physical. ji,</w:t>
      </w:r>
      <w:r>
        <w:br/>
      </w:r>
      <w:r>
        <w:rPr>
          <w:sz w:val="20"/>
        </w:rPr>
        <w:t>13:41  journey. aur uske baad jo hua safar, woh spiritual safar tha. to it was, it was a kind of metaphysical journey. yaani it was not in the normal time space continuum, they were in. to</w:t>
      </w:r>
      <w:r>
        <w:br/>
      </w:r>
      <w:r>
        <w:rPr>
          <w:sz w:val="20"/>
        </w:rPr>
        <w:t>13:59  is tarah se, yaani it was not a, not a, not a physical movement in the sense that whatever happened to the prophet was beyond human understanding, beyond our perception and comprehension.</w:t>
      </w:r>
      <w:r>
        <w:br/>
      </w:r>
      <w:r>
        <w:rPr>
          <w:sz w:val="20"/>
        </w:rPr>
        <w:t>14:15  and so, this, this, this journey was, was, was an extraordinary voyage that transcends the the realm of human understanding. yaani hamare zehn se mawra hai, bahar hai ke hum samajh nahin sakte. ke and, and, and only god knows what was the true nature of this remarkable journey. ji,</w:t>
      </w:r>
    </w:p>
    <w:p>
      <w:pPr>
        <w:pStyle w:val="Heading2"/>
      </w:pPr>
      <w:r>
        <w:t>Tarawih definition and importance</w:t>
      </w:r>
    </w:p>
    <w:p>
      <w:r>
        <w:rPr>
          <w:color w:val="666666"/>
          <w:sz w:val="18"/>
        </w:rPr>
        <w:t>Charity in Islam (In Conversation with Maulana) July 22, 2007 · 2m 26s · at 13:42 · https://youtu.be/FGw1nzGmS4g?t=822</w:t>
      </w:r>
    </w:p>
    <w:p>
      <w:r>
        <w:rPr>
          <w:i/>
        </w:rPr>
        <w:t>“Dekhiye, tarawih ka matlab kya hai?”</w:t>
      </w:r>
    </w:p>
    <w:p>
      <w:r>
        <w:rPr>
          <w:sz w:val="20"/>
        </w:rPr>
        <w:t>13:42  tarawih jo hai, na koi farz hai, na sunnat hai. yaad rakhiye, na farz hai, na sunnat hai.</w:t>
      </w:r>
      <w:r>
        <w:br/>
      </w:r>
      <w:r>
        <w:rPr>
          <w:sz w:val="20"/>
        </w:rPr>
        <w:t>13:54  taraveeh asal mein yeh hai ke tahajjud ki namaz</w:t>
      </w:r>
      <w:r>
        <w:br/>
      </w:r>
      <w:r>
        <w:rPr>
          <w:sz w:val="20"/>
        </w:rPr>
        <w:t>13:59  ko pehle padh liya jaana.</w:t>
      </w:r>
      <w:r>
        <w:br/>
      </w:r>
      <w:r>
        <w:rPr>
          <w:sz w:val="20"/>
        </w:rPr>
        <w:t>14:03  yahi isi ka naam taraveeh hai.</w:t>
      </w:r>
      <w:r>
        <w:br/>
      </w:r>
      <w:r>
        <w:rPr>
          <w:sz w:val="20"/>
        </w:rPr>
        <w:t>14:07  tahajjud ki namaz jo hai, usko</w:t>
      </w:r>
      <w:r>
        <w:br/>
      </w:r>
      <w:r>
        <w:rPr>
          <w:sz w:val="20"/>
        </w:rPr>
        <w:t>14:10  jamaat ki surat mein</w:t>
      </w:r>
      <w:r>
        <w:br/>
      </w:r>
      <w:r>
        <w:rPr>
          <w:sz w:val="20"/>
        </w:rPr>
        <w:t>14:13  isha ke saath milakar padhna, isi ka naam hai taraveeh.</w:t>
      </w:r>
      <w:r>
        <w:br/>
      </w:r>
      <w:r>
        <w:rPr>
          <w:sz w:val="20"/>
        </w:rPr>
        <w:t>14:18  to uska khaas jo importance hai, woh yeh hai</w:t>
      </w:r>
      <w:r>
        <w:br/>
      </w:r>
      <w:r>
        <w:rPr>
          <w:sz w:val="20"/>
        </w:rPr>
        <w:t>14:22  ke ramzan ke mahine mein quran ki bahut zyada ahmiyat hai, kyunke quran jo hai, ramzan ke mahine</w:t>
      </w:r>
      <w:r>
        <w:br/>
      </w:r>
      <w:r>
        <w:rPr>
          <w:sz w:val="20"/>
        </w:rPr>
        <w:t>14:28  mein uska utarna shuru hua tha.</w:t>
      </w:r>
      <w:r>
        <w:br/>
      </w:r>
      <w:r>
        <w:rPr>
          <w:sz w:val="20"/>
        </w:rPr>
        <w:t>14:31  to ramzan jo hai, quran ke mahine, ramzan jo hai, woh quran ke utarne ka mahina hai.</w:t>
      </w:r>
      <w:r>
        <w:br/>
      </w:r>
      <w:r>
        <w:rPr>
          <w:sz w:val="20"/>
        </w:rPr>
        <w:t>14:38  shar ramzan lazz</w:t>
      </w:r>
      <w:r>
        <w:br/>
      </w:r>
      <w:r>
        <w:rPr>
          <w:sz w:val="20"/>
        </w:rPr>
        <w:t>14:39  ul quran. isiliye ramzan mein quran ko bahut zyada padhna, yeh sawab bataya gaya hai. toh goya ki tarawih ka matlab yeh hai ki hum ramzan mein namaz ki surat mein poore quran ko khatam karein. yeh hai matlab uska. yaani ek hai ki aap baithkar tilawat karein,</w:t>
      </w:r>
      <w:r>
        <w:br/>
      </w:r>
      <w:r>
        <w:rPr>
          <w:sz w:val="20"/>
        </w:rPr>
        <w:t>15:03  woh bhi ek cheez hai. ek hai ki aap khade hokar hath baandh karke khuda ki taraf mutawajjoh hokar ke imam padh raha hai, aap sun rahe hain. toh yeh quran ko sunna sachmuch tarawih naam hai quran ko sunne ka.</w:t>
      </w:r>
      <w:r>
        <w:br/>
      </w:r>
      <w:r>
        <w:rPr>
          <w:sz w:val="20"/>
        </w:rPr>
        <w:t>15:22  ramzan mein khaas mahol mein, ibadat ke mahol mein, yeh ahmiyat hai tarawih ki.</w:t>
      </w:r>
      <w:r>
        <w:br/>
      </w:r>
      <w:r>
        <w:rPr>
          <w:sz w:val="20"/>
        </w:rPr>
        <w:t>15:31  is lihaz se woh bahut hi aham cheez hai. dekhiye, aham hona ek alag cheez hai, lekin aap yeh nahi keh sakte ki tarawih jo hai, jaise Isha ki namaz farz hai, jo tarawih farz hai, yeh aap nahi keh sakte. aham bahut zyada hai,</w:t>
      </w:r>
      <w:r>
        <w:br/>
      </w:r>
      <w:r>
        <w:rPr>
          <w:sz w:val="20"/>
        </w:rPr>
        <w:t>15:48  kyunki ramzan mein humko bahut zyada quran ko padhna hai. toh waise bhi alag se bhi tilawat karenge aap, lekin jab namaz ki shakal mein padhte hain, aap khade hokar ke hath baandh karke, toh uska asar bahut zyada badh jata hai. ibadat ki rooh ismein shamil ho jati hai. yeh matlab hai tarawih ka.</w:t>
      </w:r>
    </w:p>
    <w:p>
      <w:pPr>
        <w:pStyle w:val="Heading2"/>
      </w:pPr>
      <w:r>
        <w:t>Hadith reveals continuous process</w:t>
      </w:r>
    </w:p>
    <w:p>
      <w:r>
        <w:rPr>
          <w:color w:val="666666"/>
          <w:sz w:val="18"/>
        </w:rPr>
        <w:t>Spirit of Divine Mission 4 Aug, 2018 · 1m 18s · at 2:12 · https://youtu.be/pYq_yECFBgY?t=132</w:t>
      </w:r>
    </w:p>
    <w:p>
      <w:r>
        <w:rPr>
          <w:i/>
        </w:rPr>
        <w:t>“Aaj mujhe ek ajeeb baat is mein mili”</w:t>
      </w:r>
    </w:p>
    <w:p>
      <w:r>
        <w:rPr>
          <w:sz w:val="20"/>
        </w:rPr>
        <w:t>2:12  aaj mujhe ek ajeeb baat is mein mili, in alfaaz mein. woh yeh ke,</w:t>
      </w:r>
      <w:r>
        <w:br/>
      </w:r>
      <w:r>
        <w:rPr>
          <w:sz w:val="20"/>
        </w:rPr>
        <w:t>2:23  yaani kai baaton ko mila kar jab mein ne socha to woh is mani mein hai ke yahan ek process ka zikr hai, kisi ek din ek baat ho jaayegi, is ka zikr nahi hai.</w:t>
      </w:r>
      <w:r>
        <w:br/>
      </w:r>
      <w:r>
        <w:rPr>
          <w:sz w:val="20"/>
        </w:rPr>
        <w:t>2:38  ek process chalega, chalega, chalega, aur kahin ja kar woh culminate hoga.</w:t>
      </w:r>
      <w:r>
        <w:br/>
      </w:r>
      <w:r>
        <w:rPr>
          <w:sz w:val="20"/>
        </w:rPr>
        <w:t>2:48  to jab yeh mujhe khula ke is mein process ka zikr hai to us ke mani kya hain? ek bohat badi is ke andar good target thi mere jaise insaan ke liye.</w:t>
      </w:r>
      <w:r>
        <w:br/>
      </w:r>
      <w:r>
        <w:rPr>
          <w:sz w:val="20"/>
        </w:rPr>
        <w:t>3:05  kyun? yaani ke woh process to aaj bhi chal raha hai, qayamat tak chalega. woh rukega nahi jab tak ke israfel sur na phoonk dein.</w:t>
      </w:r>
      <w:r>
        <w:br/>
      </w:r>
      <w:r>
        <w:rPr>
          <w:sz w:val="20"/>
        </w:rPr>
        <w:t>3:22  jab tak israfel sur na phoonk dein, tab rukaega nahi, woh chalta hi rahega.</w:t>
      </w:r>
    </w:p>
    <w:p>
      <w:pPr>
        <w:pStyle w:val="Heading2"/>
      </w:pPr>
      <w:r>
        <w:t>companions split two ways over when to pray Asr</w:t>
      </w:r>
    </w:p>
    <w:p>
      <w:r>
        <w:rPr>
          <w:color w:val="666666"/>
          <w:sz w:val="18"/>
        </w:rPr>
        <w:t>Development of Fiqh May 29, 2022 Prof. Farida Khanam · 1m 11s · at 17:50 · https://youtu.be/4rhQkwBd_N4?t=1070</w:t>
      </w:r>
    </w:p>
    <w:p>
      <w:r>
        <w:rPr>
          <w:i/>
        </w:rPr>
        <w:t>“The Prophet said: go quickly and pray Asr only there”</w:t>
      </w:r>
    </w:p>
    <w:p>
      <w:r>
        <w:rPr>
          <w:sz w:val="20"/>
        </w:rPr>
        <w:t>17:50  to Rasoolullah sallallahu alaihi wasallam ne kuch logon ko bheja ki wahan bahut tezi se jao wahan par aur asr ki namaz wahin jaakar padhna. to logon ne log tezi se gaye lekin aisa hua ki asr ka time beech mein hi aa gaya. to kuch logon ne asr ki namaz wahin padh li.</w:t>
      </w:r>
      <w:r>
        <w:br/>
      </w:r>
      <w:r>
        <w:rPr>
          <w:sz w:val="20"/>
        </w:rPr>
        <w:t>18:13  aur yeh keh kar ke Rasoolullah sallallahu alaihi wasallam ka yeh maksad nahi tha ki jaanbujhkar namaz mein taakhir ki jaye. aur kuch logon ne wahan jaakar namaz padhi ki Rasoolullah ne jo kaha tha hum usko literally adhere karenge. to yeh baat jo hai Rasoolullah sallallahu alaihi wasallam ko batai gayi to aapne dono baad dono ko approve kiya.</w:t>
      </w:r>
      <w:r>
        <w:br/>
      </w:r>
      <w:r>
        <w:rPr>
          <w:sz w:val="20"/>
        </w:rPr>
        <w:t>18:35  to matlab hai ki yeh istehad jo hai woh niyat dekhi jati hai. niyat durust hai, sincerity hai aur sahi maanon mein woh islam par amal karna chahte hain. to har ek ki apni apni understanding hoti hai. apni understanding ke mutabiq unhone sahi kaam kiya. to har waqt yeh istehad to har waqt hota rehta tha.</w:t>
      </w:r>
      <w:r>
        <w:br/>
      </w:r>
      <w:r>
        <w:rPr>
          <w:sz w:val="20"/>
        </w:rPr>
        <w:t>19:01  aur Rasoolullah sallallahu alaihi wasallam mashwara karte the woh bhi ek isi ki ek shakal hai. aisa nahi hai ki bilkul jo quran, quran chuhe usmein detail nahi hai na? to is wajah se har waqt iski zarurat padti hai ki usko samjhein usmein mashware karein, usmein ishtehaad karein. ek bar hum ek bar Hazrat Muaz jo hai woh aaye to namaz shuru ho chuki thi.</w:t>
      </w:r>
    </w:p>
    <w:p>
      <w:pPr>
        <w:pStyle w:val="Heading2"/>
      </w:pPr>
      <w:r>
        <w:t>360 idols, and the ignore-the-problem formula</w:t>
      </w:r>
    </w:p>
    <w:p>
      <w:r>
        <w:rPr>
          <w:color w:val="666666"/>
          <w:sz w:val="18"/>
        </w:rPr>
        <w:t>A Brief Survey of Islamic History (Eng) February 15, 2007 · 2m 35s · at 1:00:10 · https://youtu.be/MdRtdA99UlA?t=3610</w:t>
      </w:r>
    </w:p>
    <w:p>
      <w:r>
        <w:rPr>
          <w:i/>
        </w:rPr>
        <w:t>“The number of idols in the Kaaba was no less than 360.”</w:t>
      </w:r>
    </w:p>
    <w:p>
      <w:r>
        <w:rPr>
          <w:sz w:val="20"/>
        </w:rPr>
        <w:t>1:00:10  So, they placed idols in the premises of Kaaba. And the number of these idols was no less than 360</w:t>
      </w:r>
      <w:r>
        <w:br/>
      </w:r>
      <w:r>
        <w:rPr>
          <w:sz w:val="20"/>
        </w:rPr>
        <w:t>1:00:27  . So, when the prophet of Islam started his mission, he found that there were 360 idols placed in the sacred Kaaba.</w:t>
      </w:r>
      <w:r>
        <w:br/>
      </w:r>
      <w:r>
        <w:rPr>
          <w:sz w:val="20"/>
        </w:rPr>
        <w:t>1:00:41  It was a very perturbing scene. But the prophet managed this problem.</w:t>
      </w:r>
      <w:r>
        <w:br/>
      </w:r>
      <w:r>
        <w:rPr>
          <w:sz w:val="20"/>
        </w:rPr>
        <w:t>1:00:54  He never touched any idol. E</w:t>
      </w:r>
      <w:r>
        <w:br/>
      </w:r>
      <w:r>
        <w:rPr>
          <w:sz w:val="20"/>
        </w:rPr>
        <w:t>1:00:58  ven he never questioned that you have to remove all these idols. You have noright to put these idols in the sacred Kaaba.</w:t>
      </w:r>
      <w:r>
        <w:br/>
      </w:r>
      <w:r>
        <w:rPr>
          <w:sz w:val="20"/>
        </w:rPr>
        <w:t>1:01:08  No. He never said like this. He never raised this question: "Why did you put these idols in the sacred Kaaba?" He never raised this question at all.</w:t>
      </w:r>
      <w:r>
        <w:br/>
      </w:r>
      <w:r>
        <w:rPr>
          <w:sz w:val="20"/>
        </w:rPr>
        <w:t>1:01:24  But he followed a very simple formula.</w:t>
      </w:r>
      <w:r>
        <w:br/>
      </w:r>
      <w:r>
        <w:rPr>
          <w:sz w:val="20"/>
        </w:rPr>
        <w:t>1:01:33  I can say that his formula at that time was, "Ignore the problem. Avail the opportunities."</w:t>
      </w:r>
      <w:r>
        <w:br/>
      </w:r>
      <w:r>
        <w:rPr>
          <w:sz w:val="20"/>
        </w:rPr>
        <w:t>1:01:42  Ignore the problem. Avail the opportunities." So, he ignored the problem of idols and availed the opportunities of da'wah work.</w:t>
      </w:r>
      <w:r>
        <w:br/>
      </w:r>
      <w:r>
        <w:rPr>
          <w:sz w:val="20"/>
        </w:rPr>
        <w:t>1:01:53  This was his strategy. This was his method.</w:t>
      </w:r>
      <w:r>
        <w:br/>
      </w:r>
      <w:r>
        <w:rPr>
          <w:sz w:val="20"/>
        </w:rPr>
        <w:t>1:02:00  So, what a great lesson! People generally—people used to engage themselves in problems, problems, problems.</w:t>
      </w:r>
      <w:r>
        <w:br/>
      </w:r>
      <w:r>
        <w:rPr>
          <w:sz w:val="20"/>
        </w:rPr>
        <w:t>1:02:12  But the prophet completely ignored the problems.</w:t>
      </w:r>
      <w:r>
        <w:br/>
      </w:r>
      <w:r>
        <w:rPr>
          <w:sz w:val="20"/>
        </w:rPr>
        <w:t>1:02:18  It was a great problem that there were 360 idols placed in the premises of the Holy Kaaba.</w:t>
      </w:r>
      <w:r>
        <w:br/>
      </w:r>
      <w:r>
        <w:rPr>
          <w:sz w:val="20"/>
        </w:rPr>
        <w:t>1:02:31  It is quite evident that it was a great problem. But the prophet adopted this formula: "Ignore the problem.</w:t>
      </w:r>
      <w:r>
        <w:br/>
      </w:r>
      <w:r>
        <w:rPr>
          <w:sz w:val="20"/>
        </w:rPr>
        <w:t>1:02:41  Avail the opportunities."</w:t>
      </w:r>
    </w:p>
    <w:p>
      <w:pPr>
        <w:pStyle w:val="Heading2"/>
      </w:pPr>
      <w:r>
        <w:t>Avoidance as defense concept</w:t>
      </w:r>
    </w:p>
    <w:p>
      <w:r>
        <w:rPr>
          <w:color w:val="666666"/>
          <w:sz w:val="18"/>
        </w:rPr>
        <w:t>The Life of The Prophet | July 31, 2007 · 1m 33s · at 29:27 · https://youtu.be/IY9aEQThos0?t=1767</w:t>
      </w:r>
    </w:p>
    <w:p>
      <w:r>
        <w:rPr>
          <w:i/>
        </w:rPr>
        <w:t>“Then also he adopted a very unique formula, that is, avoidance”</w:t>
      </w:r>
    </w:p>
    <w:p>
      <w:r>
        <w:rPr>
          <w:sz w:val="20"/>
        </w:rPr>
        <w:t>29:27  It is haram in Islam.</w:t>
      </w:r>
      <w:r>
        <w:br/>
      </w:r>
      <w:r>
        <w:rPr>
          <w:sz w:val="20"/>
        </w:rPr>
        <w:t>29:35  So this was also a very important example set by the Prophet of Islam.</w:t>
      </w:r>
      <w:r>
        <w:br/>
      </w:r>
      <w:r>
        <w:rPr>
          <w:sz w:val="20"/>
        </w:rPr>
        <w:t>29:43  Then also he adopted a very unique formula, that is, avoidance.</w:t>
      </w:r>
      <w:r>
        <w:br/>
      </w:r>
      <w:r>
        <w:rPr>
          <w:sz w:val="20"/>
        </w:rPr>
        <w:t>29:51  According to the record, the Makkan people tried to</w:t>
      </w:r>
      <w:r>
        <w:br/>
      </w:r>
      <w:r>
        <w:rPr>
          <w:sz w:val="20"/>
        </w:rPr>
        <w:t>30:00  attack Madinah no less than 83 times, but the Prophet of Islam also avoided, avoided, avoided.</w:t>
      </w:r>
      <w:r>
        <w:br/>
      </w:r>
      <w:r>
        <w:rPr>
          <w:sz w:val="20"/>
        </w:rPr>
        <w:t>30:10  Only there were only three wars: the Battle of Badr, the Battle of Uhud, and the Battle of Hunayn.</w:t>
      </w:r>
      <w:r>
        <w:br/>
      </w:r>
      <w:r>
        <w:rPr>
          <w:sz w:val="20"/>
        </w:rPr>
        <w:t>30:20  Other than three wars, there were no wars between the Prophet of Islam and</w:t>
      </w:r>
      <w:r>
        <w:br/>
      </w:r>
      <w:r>
        <w:rPr>
          <w:sz w:val="20"/>
        </w:rPr>
        <w:t>30:30  Quraish.</w:t>
      </w:r>
      <w:r>
        <w:br/>
      </w:r>
      <w:r>
        <w:rPr>
          <w:sz w:val="20"/>
        </w:rPr>
        <w:t>30:35  So avoidance is also a way of defense.</w:t>
      </w:r>
      <w:r>
        <w:br/>
      </w:r>
      <w:r>
        <w:rPr>
          <w:sz w:val="20"/>
        </w:rPr>
        <w:t>30:40  This is a unique concept given by the Prophet of Islam.</w:t>
      </w:r>
      <w:r>
        <w:br/>
      </w:r>
      <w:r>
        <w:rPr>
          <w:sz w:val="20"/>
        </w:rPr>
        <w:t>30:45  If there is an attack, if there is aggression, then first of all you have to avoid war.</w:t>
      </w:r>
      <w:r>
        <w:br/>
      </w:r>
      <w:r>
        <w:rPr>
          <w:sz w:val="20"/>
        </w:rPr>
        <w:t>30:50  Avoidance is also a way of defense.</w:t>
      </w:r>
      <w:r>
        <w:br/>
      </w:r>
      <w:r>
        <w:rPr>
          <w:sz w:val="20"/>
        </w:rPr>
        <w:t>30:55  It is a unique concep</w:t>
      </w:r>
    </w:p>
    <w:p>
      <w:pPr>
        <w:pStyle w:val="Heading2"/>
      </w:pPr>
      <w:r>
        <w:t>Companions stayed silent in shura, waiting for Abu Bakr</w:t>
      </w:r>
    </w:p>
    <w:p>
      <w:r>
        <w:rPr>
          <w:color w:val="666666"/>
          <w:sz w:val="18"/>
        </w:rPr>
        <w:t>The Importance of Team Work February 5, 2012 · 2m 56s · at 38:33 · https://youtu.be/qBbwznqIqVw?t=2313</w:t>
      </w:r>
    </w:p>
    <w:p>
      <w:r>
        <w:rPr>
          <w:i/>
        </w:rPr>
        <w:t>“Aaj agar kaha jaye mashwara dijiye, to jaante hain kya hoga?”</w:t>
      </w:r>
    </w:p>
    <w:p>
      <w:r>
        <w:rPr>
          <w:sz w:val="20"/>
        </w:rPr>
        <w:t>38:33  aaj agar kaha jaye ke ek ek</w:t>
      </w:r>
      <w:r>
        <w:br/>
      </w:r>
      <w:r>
        <w:rPr>
          <w:sz w:val="20"/>
        </w:rPr>
        <w:t>38:42  gathering hai, log baithe hue hain, kaha jaye bhai mashwara dijiye falan masle par, to jante hain kya hoga? har aadmi is tarah bolay ga ke subah naya kon kya keh raha hai?</w:t>
      </w:r>
      <w:r>
        <w:br/>
      </w:r>
      <w:r>
        <w:rPr>
          <w:sz w:val="20"/>
        </w:rPr>
        <w:t>38:54  main ne bar bar yeh dekha hai, har aadmi bolta hai, kuch samajh nahi aata kya keh raha hai.</w:t>
      </w:r>
      <w:r>
        <w:br/>
      </w:r>
      <w:r>
        <w:rPr>
          <w:sz w:val="20"/>
        </w:rPr>
        <w:t>39:00  jab kai aadmi bolen to kisi ki baat samajh mein nahi aati.</w:t>
      </w:r>
      <w:r>
        <w:br/>
      </w:r>
      <w:r>
        <w:rPr>
          <w:sz w:val="20"/>
        </w:rPr>
        <w:t>39:08  wahan kya hota tha?</w:t>
      </w:r>
      <w:r>
        <w:br/>
      </w:r>
      <w:r>
        <w:rPr>
          <w:sz w:val="20"/>
        </w:rPr>
        <w:t>39:12  rasool Allah ne farmaya ke aey logon! mujhe mashwara do. aur wahan sanata chhaya hua hai, sab khamosh hain. kyun khamosh hain?</w:t>
      </w:r>
      <w:r>
        <w:br/>
      </w:r>
      <w:r>
        <w:rPr>
          <w:sz w:val="20"/>
        </w:rPr>
        <w:t>39:24  har ek ne yeh daryaft kar rakh</w:t>
      </w:r>
      <w:r>
        <w:br/>
      </w:r>
      <w:r>
        <w:rPr>
          <w:sz w:val="20"/>
        </w:rPr>
        <w:t>39:26  a tha, hum sab mein sab se pehle bolne ka jo ahel hai, woh abubakar hai.</w:t>
      </w:r>
      <w:r>
        <w:br/>
      </w:r>
      <w:r>
        <w:rPr>
          <w:sz w:val="20"/>
        </w:rPr>
        <w:t>39:36  to team work ke liye yeh bhi zaroori hai ke aap apne ko jano aur doosron ko bhi jano.</w:t>
      </w:r>
      <w:r>
        <w:br/>
      </w:r>
      <w:r>
        <w:rPr>
          <w:sz w:val="20"/>
        </w:rPr>
        <w:t>39:45  team work ke liye bohat hi zaroori hai ke aap apne ko bhi jano, doosron ko bhi jano. to woh jante the ke hum kahan hain aur abubakar kahan hain.</w:t>
      </w:r>
      <w:r>
        <w:br/>
      </w:r>
      <w:r>
        <w:rPr>
          <w:sz w:val="20"/>
        </w:rPr>
        <w:t>39:55  to har ek is waqt tak intezar karta tha jab tak ke abubakar khare hote the.</w:t>
      </w:r>
      <w:r>
        <w:br/>
      </w:r>
      <w:r>
        <w:rPr>
          <w:sz w:val="20"/>
        </w:rPr>
        <w:t>40:03  kisi ajeeb cheez hai yeh! is rasool par main ne amal karne wale kahin dekhe nahi musalmanon mein ke jab mashware ka waqt aaye to sab log chup rahe hain.</w:t>
      </w:r>
      <w:r>
        <w:br/>
      </w:r>
      <w:r>
        <w:rPr>
          <w:sz w:val="20"/>
        </w:rPr>
        <w:t>40:22  kisi ka qaul hai ke jab</w:t>
      </w:r>
      <w:r>
        <w:br/>
      </w:r>
      <w:r>
        <w:rPr>
          <w:sz w:val="20"/>
        </w:rPr>
        <w:t>40:27  999 nadan chup rehte hain, tab ek aqalmand aadmi ko bolne ka mauqa milta hai.</w:t>
      </w:r>
      <w:r>
        <w:br/>
      </w:r>
      <w:r>
        <w:rPr>
          <w:sz w:val="20"/>
        </w:rPr>
        <w:t>40:40  jab 999 aadmi chup rahe hain, tab ek aqalmand aadmi ko milta hai ke woh bolay.</w:t>
      </w:r>
      <w:r>
        <w:br/>
      </w:r>
      <w:r>
        <w:rPr>
          <w:sz w:val="20"/>
        </w:rPr>
        <w:t>40:50  to rasool Allah ne farmaya ke aey logon! mujhe mashwara do. aur sab log chup hain kyunke woh intezar kar rahe hain ke khare hon to abubakar khare hon, hum kyun pehle khare hon?</w:t>
      </w:r>
      <w:r>
        <w:br/>
      </w:r>
      <w:r>
        <w:rPr>
          <w:sz w:val="20"/>
        </w:rPr>
        <w:t>41:07  chunanche hazrat abubakar khare hote the,</w:t>
      </w:r>
      <w:r>
        <w:br/>
      </w:r>
      <w:r>
        <w:rPr>
          <w:sz w:val="20"/>
        </w:rPr>
        <w:t>41:12  woh apni rai dete the, phir guftagu hoti thi</w:t>
      </w:r>
      <w:r>
        <w:br/>
      </w:r>
      <w:r>
        <w:rPr>
          <w:sz w:val="20"/>
        </w:rPr>
        <w:t>41:18  aur bohat thori der mein faisla ho jata tha, lambi baat nahi. yeh tha amal rasool Allah ke zamane mein.</w:t>
      </w:r>
    </w:p>
    <w:p>
      <w:pPr>
        <w:pStyle w:val="Heading2"/>
      </w:pPr>
      <w:r>
        <w:t>Touch the conscience, not the ego, to truly win someone</w:t>
      </w:r>
    </w:p>
    <w:p>
      <w:r>
        <w:rPr>
          <w:color w:val="666666"/>
          <w:sz w:val="18"/>
        </w:rPr>
        <w:t>Lessons from The Story of Prophet Yusuf Part 3 July 17, 2022 · 1m 29s · at 19:33 · https://youtu.be/IweBlcs49uM?t=1173</w:t>
      </w:r>
    </w:p>
    <w:p>
      <w:r>
        <w:rPr>
          <w:i/>
        </w:rPr>
        <w:t>“اگر کسی انسان کی ایگو کو آپ ٹچ کریں تو وہ فلیئر اپ ہو جاتی ہے”</w:t>
      </w:r>
    </w:p>
    <w:p>
      <w:r>
        <w:rPr>
          <w:sz w:val="20"/>
        </w:rPr>
        <w:t>19:33  to foran is se bachega. ji. to ye behal zehan mein baatein aa rahi hain. ji. ji. ji. doctor sahib, bohat</w:t>
      </w:r>
      <w:r>
        <w:br/>
      </w:r>
      <w:r>
        <w:rPr>
          <w:sz w:val="20"/>
        </w:rPr>
        <w:t>19:40  sahih kaha aap ne. in fact agar kisi insan ki ego ko aap touch karein to wo flare up ho ke super ego ban jati hai. ji.</w:t>
      </w:r>
      <w:r>
        <w:br/>
      </w:r>
      <w:r>
        <w:rPr>
          <w:sz w:val="20"/>
        </w:rPr>
        <w:t>19:48  aur result hamesha breakdown hota hai. lekin aap ne jaise bataya ke zamir insan ka jo hai, agar aap us ko touch karein.</w:t>
      </w:r>
      <w:r>
        <w:br/>
      </w:r>
      <w:r>
        <w:rPr>
          <w:sz w:val="20"/>
        </w:rPr>
        <w:t>19:57  ji. to</w:t>
      </w:r>
      <w:r>
        <w:br/>
      </w:r>
      <w:r>
        <w:rPr>
          <w:sz w:val="20"/>
        </w:rPr>
        <w:t>19:58  aap insan ko aap jeet sakte hain. aur ek example jo Maulana bohat diya karte the, prophet ki zindagi se ke kaise ek aadmi aaya aur un ko face to face muzammam kaha, matlab condemned one.</w:t>
      </w:r>
      <w:r>
        <w:br/>
      </w:r>
      <w:r>
        <w:rPr>
          <w:sz w:val="20"/>
        </w:rPr>
        <w:t>20:13  lekin Rasool Allah ne is ka response kya diya</w:t>
      </w:r>
      <w:r>
        <w:br/>
      </w:r>
      <w:r>
        <w:rPr>
          <w:sz w:val="20"/>
        </w:rPr>
        <w:t>20:17  ? unho ne react nahi kiya, wo simply he smiled. and that was the right moral response to that man. aur is ka hum ne result bhi dekha un ki zindagi se ke itna zabardast asar pada us aadmi par jo un ko condemn kar raha tha ke wo ek dam dhah gaya.</w:t>
      </w:r>
      <w:r>
        <w:br/>
      </w:r>
      <w:r>
        <w:rPr>
          <w:sz w:val="20"/>
        </w:rPr>
        <w:t>20:35  aur history mein aata hai ke wo baad mein prophet ka follower bhi ban gaya. to</w:t>
      </w:r>
      <w:r>
        <w:br/>
      </w:r>
      <w:r>
        <w:rPr>
          <w:sz w:val="20"/>
        </w:rPr>
        <w:t>20:41  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p>
    <w:p>
      <w:pPr>
        <w:pStyle w:val="Heading2"/>
      </w:pPr>
      <w:r>
        <w:t>Serving your parents equals the reward of Hajj and jihad</w:t>
      </w:r>
    </w:p>
    <w:p>
      <w:r>
        <w:rPr>
          <w:color w:val="666666"/>
          <w:sz w:val="18"/>
        </w:rPr>
        <w:t>The Farwell Hajj of The Prophet June 18, 2023 · 1m 27s · at 1:09:57 · https://youtu.be/jY24n6ArZaM?t=4197</w:t>
      </w:r>
    </w:p>
    <w:p>
      <w:r>
        <w:rPr>
          <w:i/>
        </w:rPr>
        <w:t>“A man told the Prophet, I want to do jihad”</w:t>
      </w:r>
    </w:p>
    <w:p>
      <w:r>
        <w:rPr>
          <w:sz w:val="20"/>
        </w:rPr>
        <w:t>1:09:57  aur yeh bohat achi hadith hai, its very authentic hadith, narrated by Anas ibn Malik R.A., ke ek shakhs aata hai aur rasool Allah se kehta hai: "faqal inni ashtah al-jihad ke i want to do jihad,</w:t>
      </w:r>
      <w:r>
        <w:br/>
      </w:r>
      <w:r>
        <w:rPr>
          <w:sz w:val="20"/>
        </w:rPr>
        <w:t>1:10:14  ah, wa la aqdiru 'alayha, but i don't have means for it"۔ to rasool Allah kehte hain, ah, ke kya tumhare parents hain?</w:t>
      </w:r>
      <w:r>
        <w:br/>
      </w:r>
      <w:r>
        <w:rPr>
          <w:sz w:val="20"/>
        </w:rPr>
        <w:t>1:10:27  zindah hain? matlab parents. to woh kehta hai: "qal ummi ke haan, meri mother hai"۔ to rasool Allah farmate hain ke tum jao un ki khidmat karo, take care of her, ah, give her good companionship and look after her,</w:t>
      </w:r>
      <w:r>
        <w:br/>
      </w:r>
      <w:r>
        <w:rPr>
          <w:sz w:val="20"/>
        </w:rPr>
        <w:t>1:10:44  ah, fa inna fa'alta dhalika, agar tum ne aisa kiya to tumhare liye hajj, umrah aur jihad ka reward hoga.</w:t>
      </w:r>
      <w:r>
        <w:br/>
      </w:r>
      <w:r>
        <w:rPr>
          <w:sz w:val="20"/>
        </w:rPr>
        <w:t>1:10:53  kitni bari baat hai ke, ah, yeh to hamare ghar mein hi maujood hai ke hum yahin baith ke, ah, parents ki khidmat kar sakte hain.</w:t>
      </w:r>
      <w:r>
        <w:br/>
      </w:r>
      <w:r>
        <w:rPr>
          <w:sz w:val="20"/>
        </w:rPr>
        <w:t>1:11:03  ji, aur agar kisi ke parents nahi hain to woh dua karein, yeh bhi bohat bari cheez</w:t>
      </w:r>
      <w:r>
        <w:br/>
      </w:r>
      <w:r>
        <w:rPr>
          <w:sz w:val="20"/>
        </w:rPr>
        <w:t>1:11:09  hai. ji, maghfirat ki dua karein ke taake Allah taala un ke darjaat buland kare. to Allah taala hum sab ko yeh mauqa de ke hum hajj karein aur, amin, is ka jo jo spiritual aspect hai woh hasil ho sake.</w:t>
      </w:r>
    </w:p>
    <w:p>
      <w:pPr>
        <w:pStyle w:val="Heading2"/>
      </w:pPr>
      <w:r>
        <w:t>Ismailis' leader is an inspired person, not a prophet</w:t>
      </w:r>
    </w:p>
    <w:p>
      <w:r>
        <w:rPr>
          <w:color w:val="666666"/>
          <w:sz w:val="18"/>
        </w:rPr>
        <w:t>How to Establish Harmony in a Multi-Religious Society April 4, 2009 Maulana Wahiduddin Khan · 2m 08s · at 44:51 · https://youtu.be/21fE3OxNqV8?t=2691</w:t>
      </w:r>
    </w:p>
    <w:p>
      <w:r>
        <w:rPr>
          <w:i/>
        </w:rPr>
        <w:t>“Within the Muslim community there is a sect called Ismaili”</w:t>
      </w:r>
    </w:p>
    <w:p>
      <w:r>
        <w:rPr>
          <w:sz w:val="20"/>
        </w:rPr>
        <w:t>44:51  maulana, i am saying that within the muslim community, there is a sect which is called ismaili. ismaili and the people of that sect claim that their leader is a prophet and they also follow quran.</w:t>
      </w:r>
      <w:r>
        <w:br/>
      </w:r>
      <w:r>
        <w:rPr>
          <w:sz w:val="20"/>
        </w:rPr>
        <w:t>45:05  so, if in quran it is being said that prophet muhammad was the last prophet, how can they claim that their leader was also? no, it is not that claim that he is a prophet.</w:t>
      </w:r>
      <w:r>
        <w:br/>
      </w:r>
      <w:r>
        <w:rPr>
          <w:sz w:val="20"/>
        </w:rPr>
        <w:t>45:16  no, he is a, he is inspired person.</w:t>
      </w:r>
      <w:r>
        <w:br/>
      </w:r>
      <w:r>
        <w:rPr>
          <w:sz w:val="20"/>
        </w:rPr>
        <w:t>45:21  that claims that our syedna is inspired person. so, in this sense, he is an authentic person.</w:t>
      </w:r>
      <w:r>
        <w:br/>
      </w:r>
      <w:r>
        <w:rPr>
          <w:sz w:val="20"/>
        </w:rPr>
        <w:t>45:31  according to the, any what we call sunnatul jamaat, this kind of belief is not correct.</w:t>
      </w:r>
      <w:r>
        <w:br/>
      </w:r>
      <w:r>
        <w:rPr>
          <w:sz w:val="20"/>
        </w:rPr>
        <w:t>45:41  but ulama has never issued a fatwa of kufr. no, although their belief is not just according to the sunni belief.</w:t>
      </w:r>
      <w:r>
        <w:br/>
      </w:r>
      <w:r>
        <w:rPr>
          <w:sz w:val="20"/>
        </w:rPr>
        <w:t>45:53  it is, it is wrong belief like this.</w:t>
      </w:r>
      <w:r>
        <w:br/>
      </w:r>
      <w:r>
        <w:rPr>
          <w:sz w:val="20"/>
        </w:rPr>
        <w:t>45:58  but other fact is that, fact is that ulama never issued a fatwa of kufr. so, we, we, we yani he would say that he is a sect of muslims ya are sect of shia.</w:t>
      </w:r>
      <w:r>
        <w:br/>
      </w:r>
      <w:r>
        <w:rPr>
          <w:sz w:val="20"/>
        </w:rPr>
        <w:t>46:18  thats sure sect, sect among shia. so, ismaili are affection of shia. there are not fisher of sunnah, sunni wal jamaat.</w:t>
      </w:r>
      <w:r>
        <w:br/>
      </w:r>
      <w:r>
        <w:rPr>
          <w:sz w:val="20"/>
        </w:rPr>
        <w:t>46:31  that fisher of shia</w:t>
      </w:r>
      <w:r>
        <w:br/>
      </w:r>
      <w:r>
        <w:rPr>
          <w:sz w:val="20"/>
        </w:rPr>
        <w:t>46:33  and their belief are, any according to my knowledge, tibbeted belief is not accepted in the islam.</w:t>
      </w:r>
      <w:r>
        <w:br/>
      </w:r>
      <w:r>
        <w:rPr>
          <w:sz w:val="20"/>
        </w:rPr>
        <w:t>46:45  no one can claim of, any accept god that i was inspired person. no one has right to claim like this.</w:t>
      </w:r>
    </w:p>
    <w:p>
      <w:pPr>
        <w:pStyle w:val="Heading2"/>
      </w:pPr>
      <w:r>
        <w:t>Avoid negative reactions in da'wah</w:t>
      </w:r>
    </w:p>
    <w:p>
      <w:r>
        <w:rPr>
          <w:color w:val="666666"/>
          <w:sz w:val="18"/>
        </w:rPr>
        <w:t>Prophetic Wisdom | May 01, 2016 · 2m 04s · at 3:29 · https://youtu.be/KrjwjAw03zw?t=209</w:t>
      </w:r>
    </w:p>
    <w:p>
      <w:r>
        <w:rPr>
          <w:i/>
        </w:rPr>
        <w:t>“Shuru zamane mein Rasulullah par ek sura utri”</w:t>
      </w:r>
    </w:p>
    <w:p>
      <w:r>
        <w:rPr>
          <w:sz w:val="20"/>
        </w:rPr>
        <w:t>3:29  شروع زمانے میں رسول اللہ پر ایک سورہ اتری: یا علم الدثر قم فانظر وربک فکبر وصحابک فطاہر.   and keep it pure.</w:t>
      </w:r>
      <w:r>
        <w:br/>
      </w:r>
      <w:r>
        <w:rPr>
          <w:sz w:val="20"/>
        </w:rPr>
        <w:t>3:39  is ayat mein rasool allah ko dawat ka hukum diya gaya, inzar o taseer ka hukum diya gaya.</w:t>
      </w:r>
      <w:r>
        <w:br/>
      </w:r>
      <w:r>
        <w:rPr>
          <w:sz w:val="20"/>
        </w:rPr>
        <w:t>3:49  aur yeh kaha gaya ke rlz ko chhod do. to musbat</w:t>
      </w:r>
      <w:r>
        <w:br/>
      </w:r>
      <w:r>
        <w:rPr>
          <w:sz w:val="20"/>
        </w:rPr>
        <w:t>4:00  kaam yeh tha aap ka ke aap dawat elahi ka kaam karein.</w:t>
      </w:r>
      <w:r>
        <w:br/>
      </w:r>
      <w:r>
        <w:rPr>
          <w:sz w:val="20"/>
        </w:rPr>
        <w:t>4:05  aur ek cheez aisi thi jise chhodna tha aap ko, woh hai rlz.</w:t>
      </w:r>
      <w:r>
        <w:br/>
      </w:r>
      <w:r>
        <w:rPr>
          <w:sz w:val="20"/>
        </w:rPr>
        <w:t>4:10  yani rlz ko chhoddo aur dawat ka kaam karo.</w:t>
      </w:r>
      <w:r>
        <w:br/>
      </w:r>
      <w:r>
        <w:rPr>
          <w:sz w:val="20"/>
        </w:rPr>
        <w:t>4:15  quran mein rlz aur rizq ek hi maani mein hai.</w:t>
      </w:r>
      <w:r>
        <w:br/>
      </w:r>
      <w:r>
        <w:rPr>
          <w:sz w:val="20"/>
        </w:rPr>
        <w:t>4:20  lafzi maani is ke hain gandagi.</w:t>
      </w:r>
      <w:r>
        <w:br/>
      </w:r>
      <w:r>
        <w:rPr>
          <w:sz w:val="20"/>
        </w:rPr>
        <w:t>4:25  rlz aur rizq dono ka matlab hai gandagi.</w:t>
      </w:r>
      <w:r>
        <w:br/>
      </w:r>
      <w:r>
        <w:rPr>
          <w:sz w:val="20"/>
        </w:rPr>
        <w:t>4:30  to is context mein rlz ka ya gandagi ka matlab kya hai? Dirty practice ya negative reaction.</w:t>
      </w:r>
      <w:r>
        <w:br/>
      </w:r>
      <w:r>
        <w:rPr>
          <w:sz w:val="20"/>
        </w:rPr>
        <w:t>4:41  mein samajhta hoon ke zyada clear hoga ke hum kahein ke is ka matlab hai ke negative reaction</w:t>
      </w:r>
      <w:r>
        <w:br/>
      </w:r>
      <w:r>
        <w:rPr>
          <w:sz w:val="20"/>
        </w:rPr>
        <w:t>4:52  mat karo aur dawat ka kaam misbat andaaz mein karte raho.</w:t>
      </w:r>
      <w:r>
        <w:br/>
      </w:r>
      <w:r>
        <w:rPr>
          <w:sz w:val="20"/>
        </w:rPr>
        <w:t>5:03  kyunke dekhein, jab bhi aap dawat ka kaam karenge to kis samaj mein karenge, kuch logon</w:t>
      </w:r>
      <w:r>
        <w:br/>
      </w:r>
      <w:r>
        <w:rPr>
          <w:sz w:val="20"/>
        </w:rPr>
        <w:t>5:10  ke darmiyan karenge, un ki taraf se aap ko baar baar tarah tarah ke tajrubaat honge.</w:t>
      </w:r>
      <w:r>
        <w:br/>
      </w:r>
      <w:r>
        <w:rPr>
          <w:sz w:val="20"/>
        </w:rPr>
        <w:t>5:18  kabhi aap ko mushtarik kiya jayega, kabhi aap ko nuqsan pohanchaya jayega, kabhi aap ko aap</w:t>
      </w:r>
      <w:r>
        <w:br/>
      </w:r>
      <w:r>
        <w:rPr>
          <w:sz w:val="20"/>
        </w:rPr>
        <w:t>5:25  ki nafsiyaat ko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