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society · full transcripts with timestamps · exported 2026-09-21</w:t>
      </w:r>
    </w:p>
    <w:p>
      <w:pPr>
        <w:pStyle w:val="Heading2"/>
      </w:pPr>
      <w:r>
        <w:t>Simplicity saves time and reduces busyness</w:t>
      </w:r>
    </w:p>
    <w:p>
      <w:r>
        <w:rPr>
          <w:color w:val="666666"/>
          <w:sz w:val="18"/>
        </w:rPr>
        <w:t>Women in Islam | September 03, 2016 · 2m 16s · at 24:24 · https://youtu.be/GXbtYoD8VXc?t=1464</w:t>
      </w:r>
    </w:p>
    <w:p>
      <w:r>
        <w:rPr>
          <w:i/>
        </w:rPr>
        <w:t>“Simple life ikhtiyar karo”</w:t>
      </w:r>
    </w:p>
    <w:p>
      <w:r>
        <w:rPr>
          <w:sz w:val="20"/>
        </w:rPr>
        <w:t>24:24  dekhie, mera jo experience hai, yeh sirf is liye hota hai ke log simple life ikhtiyar nahi karte. woh chahte hain comfort, woh chahte hain luxury. is liye hota hai. agar aap simple life ikhtiyar kar len to kuch bhi nahi. main to sari zindagi simple raha. bachon ko main ne kuch bhi nahi kiya. phir bhi sab bachay parh gaye. sab bachon ne achi education li. hum ne to kuch bhi nahi kiya.</w:t>
      </w:r>
      <w:r>
        <w:br/>
      </w:r>
      <w:r>
        <w:rPr>
          <w:sz w:val="20"/>
        </w:rPr>
        <w:t>24:55  to gharon mein jis ko kehte hain angrezi mein idle business, idle, bekar ki mashghooliyat har ghar mein rehti hai. idle business. yaani befaida mashghooliyat. us ko khatam kijiye. to phir time hi time hai. phir time hi time hai. main ne bohat gharon ko dekha hai. din bhar</w:t>
      </w:r>
      <w:r>
        <w:br/>
      </w:r>
      <w:r>
        <w:rPr>
          <w:sz w:val="20"/>
        </w:rPr>
        <w:t>25:25  masroof, din bhar busy rehte hain. busy kis cheez mein? yaani isi mein, main misaal ke tor par ek baat karta hoon. ek saahab jaane wale the Hajj ke liye. to main un se milne gaya. to main gaya to sara ghar jo hai laga hua tha tayyari mein. tayyari mein. maslan, are bhai, chamcha to rakha nahi. to chamcha rakh gaya. ke are bhai, chhuri to rakhi nahi. koi kaatenge kaise?</w:t>
      </w:r>
      <w:r>
        <w:br/>
      </w:r>
      <w:r>
        <w:rPr>
          <w:sz w:val="20"/>
        </w:rPr>
        <w:t>25:56  are bhai, woh shakar to rakh do. shakar pata nahi milegi ke nahi milegi. yeh isi din bhar, kai kai din tak phanse rahe sirf Hajj ke liye gaye. yeh koi tareeqa nahi. main kehta hoon chamcha na ho, yeh shakar na ho, tab bhi main to gaya tha Hajj karne ke liye. to kuch bhi nahi laga tha. kuch bhi nahi laga tha. literally kuch nahi laga tha. aur main bhi Hajj hua. to log jo hain, un necessary</w:t>
      </w:r>
      <w:r>
        <w:br/>
      </w:r>
      <w:r>
        <w:rPr>
          <w:sz w:val="20"/>
        </w:rPr>
        <w:t>26:26  cheezon ko apne saath zaroori samajh lete hain. us mein phanse rehte hain. kehte hain waqt nahi hai. saada, yaani simple life ikhtiyar kijiye to sab waqt hi waqt hai.</w:t>
      </w:r>
    </w:p>
    <w:p>
      <w:pPr>
        <w:pStyle w:val="Heading2"/>
      </w:pPr>
      <w:r>
        <w:t>parable of the king seeking a truly happy man</w:t>
      </w:r>
    </w:p>
    <w:p>
      <w:r>
        <w:rPr>
          <w:color w:val="666666"/>
          <w:sz w:val="18"/>
        </w:rPr>
        <w:t>Islam The Creator of the Modern Age October 17, 2021 Prof. Farida Khanam · 1m 10s · at 47:49 · https://youtu.be/tMr3Dz35onU?t=2869</w:t>
      </w:r>
    </w:p>
    <w:p>
      <w:r>
        <w:rPr>
          <w:i/>
        </w:rPr>
        <w:t>“A king sought a truly happy man to borrow his shirt”</w:t>
      </w:r>
    </w:p>
    <w:p>
      <w:r>
        <w:rPr>
          <w:sz w:val="20"/>
        </w:rPr>
        <w:t>47:49  isi mein ek aur qissa batati hoon yeh to qissa hai yeh to sufi the to yeh real sense mein unhone yeh baat kahi hai</w:t>
      </w:r>
      <w:r>
        <w:br/>
      </w:r>
      <w:r>
        <w:rPr>
          <w:sz w:val="20"/>
        </w:rPr>
        <w:t>47:58  ek bade sufi the ibrahim ibn adam to ek qissa hai yeh ke ek badshah tha wo khush nahi rehta tha to us ne har taraf apne log bhej bhujaye</w:t>
      </w:r>
      <w:r>
        <w:br/>
      </w:r>
      <w:r>
        <w:rPr>
          <w:sz w:val="20"/>
        </w:rPr>
        <w:t>48:09  is se kisi ne kaha ke agar tum ek happy man ki shirt pehan lo to tum khush rahoge to ab us ne har taraf logon ko bheja ke koi happy man ho to us ki shirt le kar aao</w:t>
      </w:r>
      <w:r>
        <w:br/>
      </w:r>
      <w:r>
        <w:rPr>
          <w:sz w:val="20"/>
        </w:rPr>
        <w:t>48:20  aur koi kisi ne bhi nahi kaha ke main happy hoon finally us ne dekha ke ek tille par ek aadmi baitha hua hai wo us ke paas gaye ke tum khush ho</w:t>
      </w:r>
      <w:r>
        <w:br/>
      </w:r>
      <w:r>
        <w:rPr>
          <w:sz w:val="20"/>
        </w:rPr>
        <w:t>48:30  us ne kaha haan main khush hoon to us ne kaha ke tumhari shirt badshah ko chahiye us ne kaha mere paas shirt hi nahi hai to us ke paas koi tha hi nahi to us ke paas koi khatra nahi koi dar nahi</w:t>
      </w:r>
      <w:r>
        <w:br/>
      </w:r>
      <w:r>
        <w:rPr>
          <w:sz w:val="20"/>
        </w:rPr>
        <w:t>48:43  aur wo sukoon mein hoga aadmi ke paas hota hai to us ko aur zyada pareshaniyan hoti hain doctor najma siddiqui ne aaj ki talk par comment kiya hai very important and informative jazak allah</w:t>
      </w:r>
    </w:p>
    <w:p>
      <w:pPr>
        <w:pStyle w:val="Heading2"/>
      </w:pPr>
      <w:r>
        <w:t>Conditions for defensive war in Islam</w:t>
      </w:r>
    </w:p>
    <w:p>
      <w:r>
        <w:rPr>
          <w:color w:val="666666"/>
          <w:sz w:val="18"/>
        </w:rPr>
        <w:t>Peace and Non Violence - 11. 08. 2007 · 2m 01s · at 46:46 · https://youtu.be/e4iKH4GUT3E?t=2806</w:t>
      </w:r>
    </w:p>
    <w:p>
      <w:r>
        <w:rPr>
          <w:i/>
        </w:rPr>
        <w:t>“Yes. There is another condition.”</w:t>
      </w:r>
    </w:p>
    <w:p>
      <w:r>
        <w:rPr>
          <w:sz w:val="20"/>
        </w:rPr>
        <w:t>46:46  at all serious in engaging in peaceful negotiation? Yes. There is another condition. You can you are allowed to go to war as defense. But there are two conditions. Only states are allowed to go to war. Other other than state no one is allowed to go to war. So so</w:t>
      </w:r>
      <w:r>
        <w:br/>
      </w:r>
      <w:r>
        <w:rPr>
          <w:sz w:val="20"/>
        </w:rPr>
        <w:t>47:17  at present you see that all those jihad all those people who are engaged in jihad they are not they are not men of state. You cannot find anywhere that state is involved in this jihad. Only some non-governmental agencies are involved. This is wrong. Then the other formula is other principle is that</w:t>
      </w:r>
      <w:r>
        <w:br/>
      </w:r>
      <w:r>
        <w:rPr>
          <w:sz w:val="20"/>
        </w:rPr>
        <w:t>47:48  it means that if you have power then you you have you are you are allowed to go to jihad to war. But you if you have no power you are not allowed to go to war. You know in in when prophet was in in Mecca there were so many atrocities and said that we we will we</w:t>
      </w:r>
      <w:r>
        <w:br/>
      </w:r>
      <w:r>
        <w:rPr>
          <w:sz w:val="20"/>
        </w:rPr>
        <w:t>48:18  will do jihad against these these people. Prophet said Umar inna qalil. Oh Umar we are we are not strong. So when Muslims are not strong they are not allowed to go to war. So there are two two conditions. Maulana he has another question. The US had noright to demand Saddam's resignation</w:t>
      </w:r>
    </w:p>
    <w:p>
      <w:pPr>
        <w:pStyle w:val="Heading2"/>
      </w:pPr>
      <w:r>
        <w:t>Patience over conflict, illustrated by the Prophet's example</w:t>
      </w:r>
    </w:p>
    <w:p>
      <w:r>
        <w:rPr>
          <w:color w:val="666666"/>
          <w:sz w:val="18"/>
        </w:rPr>
        <w:t>Culture of Peace and Non Voilence in Islam January 14, 2023 · 2m 17s · at 8:23 · https://youtu.be/INrBUtThaRw?t=503</w:t>
      </w:r>
    </w:p>
    <w:p>
      <w:r>
        <w:rPr>
          <w:i/>
        </w:rPr>
        <w:t>“Rasulullah ne kabhi qatal ke maane mein jihad nahi kiya”</w:t>
      </w:r>
    </w:p>
    <w:p>
      <w:r>
        <w:rPr>
          <w:sz w:val="20"/>
        </w:rPr>
        <w:t>8:23  lekin jo hai kabhi kabhi aisa ho jata hai ke logon ki taraf se bohat ziyada rukawaton par bhi jihad nahi hai. lekin jab physically, physical attack ho jaye na, tab hum apna defense kar sakte hain.</w:t>
      </w:r>
      <w:r>
        <w:br/>
      </w:r>
      <w:r>
        <w:rPr>
          <w:sz w:val="20"/>
        </w:rPr>
        <w:t>8:39  rukawaton par to aap rasool Allah sal Allah alaihi wasallam ki zindagi ko dekhiye, rukawatein hi rukawatein theen. har din rukawatein theen. to aap ne to kabhi bhi jihad, woh is qital ke mani mein jihad nahi kiya.</w:t>
      </w:r>
      <w:r>
        <w:br/>
      </w:r>
      <w:r>
        <w:rPr>
          <w:sz w:val="20"/>
        </w:rPr>
        <w:t>8:51  aap sabr karte, bardasht karte, logon ke liye duaein karte. to yahi, yahi, yahi jihad tha. ab aap jaise aap madina gaye to wahan par abdullah ibn abi ko ko log leader banane ja rahe thay, yahan tak ke uska, aah, uska crown jo hai woh bhi banne ko chala gaya tha.</w:t>
      </w:r>
      <w:r>
        <w:br/>
      </w:r>
      <w:r>
        <w:rPr>
          <w:sz w:val="20"/>
        </w:rPr>
        <w:t>9:11  to woh bohat ziyada ghussa ho gaya kyunke aap gaye to logon ne aap ko sardar man liya.</w:t>
      </w:r>
      <w:r>
        <w:br/>
      </w:r>
      <w:r>
        <w:rPr>
          <w:sz w:val="20"/>
        </w:rPr>
        <w:t>9:16  to ab us ne jo hai woh sabr bardasht nahi kiya aur musalsal aap ke khilaf, aah, kuch na kuch rashadmaniyan karta rehta raha.</w:t>
      </w:r>
      <w:r>
        <w:br/>
      </w:r>
      <w:r>
        <w:rPr>
          <w:sz w:val="20"/>
        </w:rPr>
        <w:t>9:26  to woh hai ke hum is tarah ki rukawatein hum ko har mauqe par, har qadam par rukawatein aati hain. to hamein yeh karna hai, sabr karna hai, bardasht karna hai.</w:t>
      </w:r>
      <w:r>
        <w:br/>
      </w:r>
      <w:r>
        <w:rPr>
          <w:sz w:val="20"/>
        </w:rPr>
        <w:t>9:37  aur aap jante hain ke sabr ke baray mein bohat ziyada, aah, aayatein hain, hadisein hain ke sabr ka bohat bara ajr hai. isi liye keun</w:t>
      </w:r>
      <w:r>
        <w:br/>
      </w:r>
      <w:r>
        <w:rPr>
          <w:sz w:val="20"/>
        </w:rPr>
        <w:t>9:46  ke sabr ke baghair aap koi kaam bhi nahi kar sakte, aap ulajh ke reh jayenge zindagi mein. to har waqt masail aate hi rehte hain. apa, bohat hi ziyada actually misconstrued word hai jihad.</w:t>
      </w:r>
      <w:r>
        <w:br/>
      </w:r>
      <w:r>
        <w:rPr>
          <w:sz w:val="20"/>
        </w:rPr>
        <w:t>9:58  ab jaise aap ne bohat achhe se bataya, ek riwayat bhi hai hazrat ibn abbas se, aah, ek shakhs ne poocha jihad ko le kar to unhon ne bohat saaf alfazon mein kaha ke "should i not tell you something which is superior for you then jihad?</w:t>
      </w:r>
      <w:r>
        <w:br/>
      </w:r>
      <w:r>
        <w:rPr>
          <w:sz w:val="20"/>
        </w:rPr>
        <w:t>10:13  " phir unhon ne batana shuru kiya ke "it is building of musk, it is reading of the quran, learning of the sunnat and the fiqh." to unhon ne yeh nahi kaha ke haan jihad bohat superior cheez hai, lekin log aksar jis mani mein lete hain woh bilkul opposite hai, jaisa ke aap ne abhi is ko bohat achhe se samjhaya.</w:t>
      </w:r>
      <w:r>
        <w:br/>
      </w:r>
      <w:r>
        <w:rPr>
          <w:sz w:val="20"/>
        </w:rPr>
        <w:t>10:31  in fact, apa, islam is a, is a completely is a peaceful ideology. to jihad also can not have any, aah, violent ideological base.</w:t>
      </w:r>
    </w:p>
    <w:p>
      <w:pPr>
        <w:pStyle w:val="Heading2"/>
      </w:pPr>
      <w:r>
        <w:t>everyone is your neighbor, formula for a peaceful society</w:t>
      </w:r>
    </w:p>
    <w:p>
      <w:r>
        <w:rPr>
          <w:color w:val="666666"/>
          <w:sz w:val="18"/>
        </w:rPr>
        <w:t>On Positive Thinking (Sai Center) June 13, 2007 · 2m 15s · at 28:56 · https://youtu.be/nSLf0wQ-PWw?t=1736</w:t>
      </w:r>
    </w:p>
    <w:p>
      <w:r>
        <w:rPr>
          <w:i/>
        </w:rPr>
        <w:t>“By God, he is not a believer... who troubles his neighbor”</w:t>
      </w:r>
    </w:p>
    <w:p>
      <w:r>
        <w:rPr>
          <w:sz w:val="20"/>
        </w:rPr>
        <w:t>28:56  ab dekhiye, aik hadith hai keh wallah la yoman wallah la yoman wallah la yoman alladhi la yaman jahroho is ka translation yeh hai keh Khuda ki qasam, woh momin nahi hai.</w:t>
      </w:r>
      <w:r>
        <w:br/>
      </w:r>
      <w:r>
        <w:rPr>
          <w:sz w:val="20"/>
        </w:rPr>
        <w:t>29:15  Khuda ki qasam, woh momin nahi hai. Khuda ki qasam, woh momin nahi hai. yani teen baar prophet ne kaha, teen baar.</w:t>
      </w:r>
      <w:r>
        <w:br/>
      </w:r>
      <w:r>
        <w:rPr>
          <w:sz w:val="20"/>
        </w:rPr>
        <w:t>29:23  phir farmaya keh jo apnay parosi ke liye problem create kare,</w:t>
      </w:r>
      <w:r>
        <w:br/>
      </w:r>
      <w:r>
        <w:rPr>
          <w:sz w:val="20"/>
        </w:rPr>
        <w:t>29:33  jo apni parosi ke liye problem create kare. ab dekhiye, is se saari baat aa gayi. har waqt mera koi parosi hai.</w:t>
      </w:r>
      <w:r>
        <w:br/>
      </w:r>
      <w:r>
        <w:rPr>
          <w:sz w:val="20"/>
        </w:rPr>
        <w:t>29:42  yahan mein baitha hoon to aap sab log mere parosi hain. mein safar kar raha hoon to saaray musafir jo hain, woh mere parosi hain. mein apnay ghar mein hoon to saari colony ke log mere parosi hain.</w:t>
      </w:r>
      <w:r>
        <w:br/>
      </w:r>
      <w:r>
        <w:rPr>
          <w:sz w:val="20"/>
        </w:rPr>
        <w:t>29:54  har waqt koi na koi mera parosi hai. to yeh to hotay hotay saari dunya meri parosi hai. to is maani hai keh mujhe kaisay rehna hai society mein logon ke saath.</w:t>
      </w:r>
      <w:r>
        <w:br/>
      </w:r>
      <w:r>
        <w:rPr>
          <w:sz w:val="20"/>
        </w:rPr>
        <w:t>30:07  yehi aik single formula aagay pakar liya jaye to samajh jo hai, itna acha samajh ban jaye. har aadmi bohat hi conscious ho jaye, conscious keh mujhe doosray ke liye problem create karna nahi hai.</w:t>
      </w:r>
      <w:r>
        <w:br/>
      </w:r>
      <w:r>
        <w:rPr>
          <w:sz w:val="20"/>
        </w:rPr>
        <w:t>30:26  to dekhiye, dunya mein kitni bahar aa jayegi. yeh mein soch kar zindagi guzaron keh mujhe doosray ke liye problem creator nahi banna hai.</w:t>
      </w:r>
      <w:r>
        <w:br/>
      </w:r>
      <w:r>
        <w:rPr>
          <w:sz w:val="20"/>
        </w:rPr>
        <w:t>30:38  kon si baat hamein chhoot ti hai? yeh saari baat isi is ke andar aa gayi.</w:t>
      </w:r>
      <w:r>
        <w:br/>
      </w:r>
      <w:r>
        <w:rPr>
          <w:sz w:val="20"/>
        </w:rPr>
        <w:t>30:44  nation ka aik parosi hota hai, individual ka aik parosi hota hai. to saaray log agar yeh isi ko formula ko pakar lein keh mujhe doosray ke liye problem create karna nahi hai, to peaceful society apnay aap ban jayegi.</w:t>
      </w:r>
      <w:r>
        <w:br/>
      </w:r>
      <w:r>
        <w:rPr>
          <w:sz w:val="20"/>
        </w:rPr>
        <w:t>31:01  yeh mein samjha hoon Islam ka moral system ka khulasa. aur saari zindagi mein ne Islam hi ko parha hai.</w:t>
      </w:r>
    </w:p>
    <w:p>
      <w:pPr>
        <w:pStyle w:val="Heading2"/>
      </w:pPr>
      <w:r>
        <w:t>Islamic ethics in one sentence, and judging Islam fairly</w:t>
      </w:r>
    </w:p>
    <w:p>
      <w:r>
        <w:rPr>
          <w:color w:val="666666"/>
          <w:sz w:val="18"/>
        </w:rPr>
        <w:t>On Positive Thinking (Sai Center) June 13, 2007 · 1m 39s · at 17:43 · https://youtu.be/nSLf0wQ-PWw?t=1063</w:t>
      </w:r>
    </w:p>
    <w:p>
      <w:r>
        <w:rPr>
          <w:i/>
        </w:rPr>
        <w:t>“If you ask what is the essence of Islamic ethics...”</w:t>
      </w:r>
    </w:p>
    <w:p>
      <w:r>
        <w:rPr>
          <w:sz w:val="20"/>
        </w:rPr>
        <w:t>17:43  islam ki basic teaching. aur society mein rehne ke liye yeh jo islam ki jo values di gayi hain islam mein, jo jo jo moral values di gayi hain, un sab ka khulasa yahi hai ke positive attitude ke sath raho.</w:t>
      </w:r>
      <w:r>
        <w:br/>
      </w:r>
      <w:r>
        <w:rPr>
          <w:sz w:val="20"/>
        </w:rPr>
        <w:t>18:07  positive attitude ka matlab kya hai?</w:t>
      </w:r>
      <w:r>
        <w:br/>
      </w:r>
      <w:r>
        <w:rPr>
          <w:sz w:val="20"/>
        </w:rPr>
        <w:t>18:09  negative experience tum ko ho, tab bhi tumhara tum positive attitude ke sath samaj mein raho. yeh sab se basic teaching islam ki yeh hai.</w:t>
      </w:r>
      <w:r>
        <w:br/>
      </w:r>
      <w:r>
        <w:rPr>
          <w:sz w:val="20"/>
        </w:rPr>
        <w:t>18:23  yani respond positively even in negative situations.</w:t>
      </w:r>
      <w:r>
        <w:br/>
      </w:r>
      <w:r>
        <w:rPr>
          <w:sz w:val="20"/>
        </w:rPr>
        <w:t>18:28  agar main yeh kahoon ke islami, islami ethics kya hai? islami ethics kya hai? to ek sentence mein main yeh kahunga ke to respond positively even in negative situations they is the gist of islamic ethics.</w:t>
      </w:r>
      <w:r>
        <w:br/>
      </w:r>
      <w:r>
        <w:rPr>
          <w:sz w:val="20"/>
        </w:rPr>
        <w:t>18:45  yahan main ek baat yeh kehna chahunga ke aaj kal jo aap dekhte hain, jihad ki baatein hain, ladai ki baatein hain, to logon ke mind mein aata hai ke bhai islam agar positive thinking lata hai,</w:t>
      </w:r>
      <w:r>
        <w:br/>
      </w:r>
      <w:r>
        <w:rPr>
          <w:sz w:val="20"/>
        </w:rPr>
        <w:t>18:58  pyar o mohabbat sikhata hai to yeh ladai kis liye? yeh ladai musalmanon ki ladai hai, yeh islam ki ladai nahin hai.</w:t>
      </w:r>
      <w:r>
        <w:br/>
      </w:r>
      <w:r>
        <w:rPr>
          <w:sz w:val="20"/>
        </w:rPr>
        <w:t>19:08  you have to differentiate between Islam and Muslims</w:t>
      </w:r>
      <w:r>
        <w:br/>
      </w:r>
      <w:r>
        <w:rPr>
          <w:sz w:val="20"/>
        </w:rPr>
        <w:t>19:13  you have to judge Muslims in the light of Islamic teachings and not vice versa ab dekhen, hamara India ka ek constitution hai, constitution of India.</w:t>
      </w:r>
    </w:p>
    <w:p>
      <w:pPr>
        <w:pStyle w:val="Heading2"/>
      </w:pPr>
      <w:r>
        <w:t>Muslims must admit mistake on land issues</w:t>
      </w:r>
    </w:p>
    <w:p>
      <w:r>
        <w:rPr>
          <w:color w:val="666666"/>
          <w:sz w:val="18"/>
        </w:rPr>
        <w:t>Religion and The Modern Age February 26, 2006 Maulana Wahiduddin Khan · 1m 34s · at 11:12 · https://youtu.be/qiaRBqC0Wuk?t=672</w:t>
      </w:r>
    </w:p>
    <w:p>
      <w:r>
        <w:rPr>
          <w:i/>
        </w:rPr>
        <w:t>“Muslims must say 'We were wrong'”</w:t>
      </w:r>
    </w:p>
    <w:p>
      <w:r>
        <w:rPr>
          <w:sz w:val="20"/>
        </w:rPr>
        <w:t>11:12  yeh abhi tak chala ja raha hai, abhi tak chala ja raha hai. to main samajhta hoon ke musalmanon ke liye farz ke darje mein zaroori hoga ke woh u turn lein.</w:t>
      </w:r>
      <w:r>
        <w:br/>
      </w:r>
      <w:r>
        <w:rPr>
          <w:sz w:val="20"/>
        </w:rPr>
        <w:t>11:27  jis tarah christian ne u turn liya aur religion aur science ke darmiyan takrao ko khatam kiya, isi tarah musalmanon ke liye farz hai ke woh u turn lein.</w:t>
      </w:r>
      <w:r>
        <w:br/>
      </w:r>
      <w:r>
        <w:rPr>
          <w:sz w:val="20"/>
        </w:rPr>
        <w:t>11:37  lekin u turn lene ke liye kehna padega, "we were wrong". apni ghaltiyon ko manna padega jis tarah church ne apni ghaltiyon ko mana.</w:t>
      </w:r>
      <w:r>
        <w:br/>
      </w:r>
      <w:r>
        <w:rPr>
          <w:sz w:val="20"/>
        </w:rPr>
        <w:t>11:47  church ne khulam khula yeh mana ke is zamane mein hum ne science danon ko jo pakar dhakkar ki thi, woh hamari ghalti thi.</w:t>
      </w:r>
      <w:r>
        <w:br/>
      </w:r>
      <w:r>
        <w:rPr>
          <w:sz w:val="20"/>
        </w:rPr>
        <w:t>11:57  isi tarah musalman ko yeh kehna padega ke hum ne jo takrao jari kiya western logon se, woh galat tha.</w:t>
      </w:r>
      <w:r>
        <w:br/>
      </w:r>
      <w:r>
        <w:rPr>
          <w:sz w:val="20"/>
        </w:rPr>
        <w:t>12:10  jaisa ke maine arz kiya ke jo jo issues paida hue land ko le kar ke, chahe woh kashmir mein hon ya philippines mein hon, woh arkaan mein hon ya falasteen mein hon ya woh ajtan mein hon ya kahin aur bhi hon,</w:t>
      </w:r>
      <w:r>
        <w:br/>
      </w:r>
      <w:r>
        <w:rPr>
          <w:sz w:val="20"/>
        </w:rPr>
        <w:t>12:25  isko aap land ke issue ko land tak hi rakhiye. isko western civilization tak na le jaiye.</w:t>
      </w:r>
      <w:r>
        <w:br/>
      </w:r>
      <w:r>
        <w:rPr>
          <w:sz w:val="20"/>
        </w:rPr>
        <w:t>12:35  yani yeh na samjhiye ke is land ka issue jo hai, woh Islam aur aur western civilization ke beech mein takrao ki baat hai. woh aisa hargiz nahi hai.</w:t>
      </w:r>
    </w:p>
    <w:p>
      <w:pPr>
        <w:pStyle w:val="Heading2"/>
      </w:pPr>
      <w:r>
        <w:t>Globalization enables Dawa through universal interaction</w:t>
      </w:r>
    </w:p>
    <w:p>
      <w:r>
        <w:rPr>
          <w:color w:val="666666"/>
          <w:sz w:val="18"/>
        </w:rPr>
        <w:t>Islam in History - Part-2 (English) March 10, 2007 Maulana Wahiduddin Khan · 2m 32s · at 8:23 · https://youtu.be/VmZFLK7jDcE?t=503</w:t>
      </w:r>
    </w:p>
    <w:p>
      <w:r>
        <w:rPr>
          <w:i/>
        </w:rPr>
        <w:t>“Globalization means universal interaction. And interaction is the most”</w:t>
      </w:r>
    </w:p>
    <w:p>
      <w:r>
        <w:rPr>
          <w:sz w:val="20"/>
        </w:rPr>
        <w:t>8:23  It is nonsense. Globalization means universal interaction. Present globalization means universal interaction. And interaction is the most important element in our work.</w:t>
      </w:r>
      <w:r>
        <w:br/>
      </w:r>
      <w:r>
        <w:rPr>
          <w:sz w:val="20"/>
        </w:rPr>
        <w:t>8:49  Without interaction, there is no Dawah.</w:t>
      </w:r>
      <w:r>
        <w:br/>
      </w:r>
      <w:r>
        <w:rPr>
          <w:sz w:val="20"/>
        </w:rPr>
        <w:t>8:58  The present globalization means a universal interaction.</w:t>
      </w:r>
      <w:r>
        <w:br/>
      </w:r>
      <w:r>
        <w:rPr>
          <w:sz w:val="20"/>
        </w:rPr>
        <w:t>9:08  And where there is interaction, there is Dawah.</w:t>
      </w:r>
      <w:r>
        <w:br/>
      </w:r>
      <w:r>
        <w:rPr>
          <w:sz w:val="20"/>
        </w:rPr>
        <w:t>9:18  You know the Prophet of Islam, in his last sermon he gave in Hajjatul Wada, he said to</w:t>
      </w:r>
      <w:r>
        <w:br/>
      </w:r>
      <w:r>
        <w:rPr>
          <w:sz w:val="20"/>
        </w:rPr>
        <w:t>9:27  all his followers who were present over there, he said, "Ayyuhar Naas, Innallah baasani kaafatal linnasi faaddu anni."</w:t>
      </w:r>
      <w:r>
        <w:br/>
      </w:r>
      <w:r>
        <w:rPr>
          <w:sz w:val="20"/>
        </w:rPr>
        <w:t>9:37  O my followers, God sent me for all the mankind.</w:t>
      </w:r>
      <w:r>
        <w:br/>
      </w:r>
      <w:r>
        <w:rPr>
          <w:sz w:val="20"/>
        </w:rPr>
        <w:t>9:47  So, go everywhere and convey my message to all mankind.</w:t>
      </w:r>
      <w:r>
        <w:br/>
      </w:r>
      <w:r>
        <w:rPr>
          <w:sz w:val="20"/>
        </w:rPr>
        <w:t>9:56  So, after this sermon, dearly followers of Islam who were called companions of the Prophet in Islamic history,</w:t>
      </w:r>
      <w:r>
        <w:br/>
      </w:r>
      <w:r>
        <w:rPr>
          <w:sz w:val="20"/>
        </w:rPr>
        <w:t>10:06  they left Arabia.</w:t>
      </w:r>
      <w:r>
        <w:br/>
      </w:r>
      <w:r>
        <w:rPr>
          <w:sz w:val="20"/>
        </w:rPr>
        <w:t>10:16  They went to all the adjacent countries like Palestine, Syria, Libya, and Egypt, and all other countries.</w:t>
      </w:r>
      <w:r>
        <w:br/>
      </w:r>
      <w:r>
        <w:rPr>
          <w:sz w:val="20"/>
        </w:rPr>
        <w:t>10:25  So, this was interaction.</w:t>
      </w:r>
      <w:r>
        <w:br/>
      </w:r>
      <w:r>
        <w:rPr>
          <w:sz w:val="20"/>
        </w:rPr>
        <w:t>10:35  The Prophet wanted interaction.</w:t>
      </w:r>
      <w:r>
        <w:br/>
      </w:r>
      <w:r>
        <w:rPr>
          <w:sz w:val="20"/>
        </w:rPr>
        <w:t>10:45  During this interaction, this interaction resulted into Dawah work.</w:t>
      </w:r>
      <w:r>
        <w:br/>
      </w:r>
      <w:r>
        <w:rPr>
          <w:sz w:val="20"/>
        </w:rPr>
        <w:t>10:55  So, present globalization means universal interaction. And universal interaction is quite in our favor. It provides us a favorable condition in doing our work.</w:t>
      </w:r>
    </w:p>
    <w:p>
      <w:pPr>
        <w:pStyle w:val="Heading2"/>
      </w:pPr>
      <w:r>
        <w:t>Peace as one of God's names in Islam</w:t>
      </w:r>
    </w:p>
    <w:p>
      <w:r>
        <w:rPr>
          <w:color w:val="666666"/>
          <w:sz w:val="18"/>
        </w:rPr>
        <w:t>Importance of Peace November 29, 2013 · 1m 43s · at 6:29 · https://youtu.be/ojJ4gCFf-YE?t=389</w:t>
      </w:r>
    </w:p>
    <w:p>
      <w:r>
        <w:rPr>
          <w:i/>
        </w:rPr>
        <w:t>“There are so many names of God Almighty — one is As-Salam”</w:t>
      </w:r>
    </w:p>
    <w:p>
      <w:r>
        <w:rPr>
          <w:sz w:val="20"/>
        </w:rPr>
        <w:t>6:29  due to this importance, peace has great, very great place in Islam.</w:t>
      </w:r>
      <w:r>
        <w:br/>
      </w:r>
      <w:r>
        <w:rPr>
          <w:sz w:val="20"/>
        </w:rPr>
        <w:t>6:38  first of all, i would say that</w:t>
      </w:r>
      <w:r>
        <w:br/>
      </w:r>
      <w:r>
        <w:rPr>
          <w:sz w:val="20"/>
        </w:rPr>
        <w:t>6:43  There is a, there are so many names of of of God almighty. One name is Assalam.</w:t>
      </w:r>
      <w:r>
        <w:br/>
      </w:r>
      <w:r>
        <w:rPr>
          <w:sz w:val="20"/>
        </w:rPr>
        <w:t>6:53  Assalam means peace. so, God himself is peace.</w:t>
      </w:r>
      <w:r>
        <w:br/>
      </w:r>
      <w:r>
        <w:rPr>
          <w:sz w:val="20"/>
        </w:rPr>
        <w:t>7:02  prophet of Islam, there is a dua of prophet Islam:</w:t>
      </w:r>
      <w:r>
        <w:br/>
      </w:r>
      <w:r>
        <w:rPr>
          <w:sz w:val="20"/>
        </w:rPr>
        <w:t>7:12  "Allahumma ant Assalam wa mink Assalam, wa ilaika Assalam. Allahumma rabbana rabbana bisalam, atba' darat darat Assalam." it means that, o God, you are peace.</w:t>
      </w:r>
      <w:r>
        <w:br/>
      </w:r>
      <w:r>
        <w:rPr>
          <w:sz w:val="20"/>
        </w:rPr>
        <w:t>7:26  peace comes from you. peace return to you.</w:t>
      </w:r>
      <w:r>
        <w:br/>
      </w:r>
      <w:r>
        <w:rPr>
          <w:sz w:val="20"/>
        </w:rPr>
        <w:t>7:33  bless, bless us to live in peace. so, peace is very very important in Islam.</w:t>
      </w:r>
      <w:r>
        <w:br/>
      </w:r>
      <w:r>
        <w:rPr>
          <w:sz w:val="20"/>
        </w:rPr>
        <w:t>7:42  there is a verse in the Quran:</w:t>
      </w:r>
      <w:r>
        <w:br/>
      </w:r>
      <w:r>
        <w:rPr>
          <w:sz w:val="20"/>
        </w:rPr>
        <w:t>7:51  "Wallahido Assalam, and God calls to the home of peace." and God calls to the home of peace.</w:t>
      </w:r>
      <w:r>
        <w:br/>
      </w:r>
      <w:r>
        <w:rPr>
          <w:sz w:val="20"/>
        </w:rPr>
        <w:t>8:03  it means that God wants to to establish a peaceful society.</w:t>
      </w:r>
    </w:p>
    <w:p>
      <w:pPr>
        <w:pStyle w:val="Heading2"/>
      </w:pPr>
      <w:r>
        <w:t>Big target gives unbreakable courage</w:t>
      </w:r>
    </w:p>
    <w:p>
      <w:r>
        <w:rPr>
          <w:color w:val="666666"/>
          <w:sz w:val="18"/>
        </w:rPr>
        <w:t>Fragments of a CPS Mind 5 May 2006 - Maulana Wahiduddin Khan · 2m 24s · at 16:40 · https://youtu.be/_IxGI6LsK8o?t=1000</w:t>
      </w:r>
    </w:p>
    <w:p>
      <w:r>
        <w:rPr>
          <w:i/>
        </w:rPr>
        <w:t>“Agar aap ka role bandha hua hai aap ke target ke saath”</w:t>
      </w:r>
    </w:p>
    <w:p>
      <w:r>
        <w:rPr>
          <w:sz w:val="20"/>
        </w:rPr>
        <w:t>16:40  agar aap ka role</w:t>
      </w:r>
      <w:r>
        <w:br/>
      </w:r>
      <w:r>
        <w:rPr>
          <w:sz w:val="20"/>
        </w:rPr>
        <w:t>16:44  bandha hua hai aap ke target ke sath to us waqt jo baat main kehna chahta hoon, wo is liye main keh raha hoon taake aap ke andar utha hosla paida karoon,</w:t>
      </w:r>
      <w:r>
        <w:br/>
      </w:r>
      <w:r>
        <w:rPr>
          <w:sz w:val="20"/>
        </w:rPr>
        <w:t>17:01  aisa hosla jo kahin na toote.</w:t>
      </w:r>
      <w:r>
        <w:br/>
      </w:r>
      <w:r>
        <w:rPr>
          <w:sz w:val="20"/>
        </w:rPr>
        <w:t>17:10  agar aap ka target yeh ho ke dilli mein nizamuddin mein aap ko sachai ka paigham dena hai to aap sochiye ke kahan se bara hosla layenge?</w:t>
      </w:r>
      <w:r>
        <w:br/>
      </w:r>
      <w:r>
        <w:rPr>
          <w:sz w:val="20"/>
        </w:rPr>
        <w:t>17:22  aap</w:t>
      </w:r>
      <w:r>
        <w:br/>
      </w:r>
      <w:r>
        <w:rPr>
          <w:sz w:val="20"/>
        </w:rPr>
        <w:t>17:26  kahan se layenge? aap bara hosla,</w:t>
      </w:r>
      <w:r>
        <w:br/>
      </w:r>
      <w:r>
        <w:rPr>
          <w:sz w:val="20"/>
        </w:rPr>
        <w:t>17:32  bara nishana, bara target hi bari courage paida karta hai. jab tak aap ke samne bara nishana na ho,</w:t>
      </w:r>
      <w:r>
        <w:br/>
      </w:r>
      <w:r>
        <w:rPr>
          <w:sz w:val="20"/>
        </w:rPr>
        <w:t>17:45  tab tak aap ke andar bari courage</w:t>
      </w:r>
      <w:r>
        <w:br/>
      </w:r>
      <w:r>
        <w:rPr>
          <w:sz w:val="20"/>
        </w:rPr>
        <w:t>17:51  aur bara amal nahi aa sakta. is liye main aap se yeh baatein keh raha hoon.</w:t>
      </w:r>
      <w:r>
        <w:br/>
      </w:r>
      <w:r>
        <w:rPr>
          <w:sz w:val="20"/>
        </w:rPr>
        <w:t>18:01  aik misaal mein deta hoon aap ko. aik sacha waqia hai ke aik shakhs ne aik novel likhi.</w:t>
      </w:r>
      <w:r>
        <w:br/>
      </w:r>
      <w:r>
        <w:rPr>
          <w:sz w:val="20"/>
        </w:rPr>
        <w:t>18:11  wo novel bohat moti thi, yaani yaani kai hazar pages mein thi, several thousand pages mein wo novel thi.</w:t>
      </w:r>
      <w:r>
        <w:br/>
      </w:r>
      <w:r>
        <w:rPr>
          <w:sz w:val="20"/>
        </w:rPr>
        <w:t>18:23  to is ke dost ne jab dekha to us ne kaha ke ye itni itna itna mota novel to kaise likha tum ne?</w:t>
      </w:r>
      <w:r>
        <w:br/>
      </w:r>
      <w:r>
        <w:rPr>
          <w:sz w:val="20"/>
        </w:rPr>
        <w:t>18:33  tum akta nahi gaye? likhte bor nahi ho gaye? us ne jawab diya ke nahi,</w:t>
      </w:r>
      <w:r>
        <w:br/>
      </w:r>
      <w:r>
        <w:rPr>
          <w:sz w:val="20"/>
        </w:rPr>
        <w:t>18:43  is liye ke jab mein aik paragraph likhta tha to meri nazar agle paragraph par hoti thi.</w:t>
      </w:r>
      <w:r>
        <w:br/>
      </w:r>
      <w:r>
        <w:rPr>
          <w:sz w:val="20"/>
        </w:rPr>
        <w:t>18:52  agar aap ke samne itna bara kitab ka nishana ho ke is ke paragraph khatam na hote hon, aik ke baad aik, aik ke baad aik, to aap aktainge nahi.</w:t>
      </w:r>
    </w:p>
    <w:p>
      <w:pPr>
        <w:pStyle w:val="Heading2"/>
      </w:pPr>
      <w:r>
        <w:t>From matter to energy building block</w:t>
      </w:r>
    </w:p>
    <w:p>
      <w:r>
        <w:rPr>
          <w:color w:val="666666"/>
          <w:sz w:val="18"/>
        </w:rPr>
        <w:t>Three Periods of History 17 May 2009 - Maulana Wahiduddin Khan · 3m 00s · at 30:28 · https://youtu.be/vBp-ZxDDl6Y?t=1828</w:t>
      </w:r>
    </w:p>
    <w:p>
      <w:r>
        <w:rPr>
          <w:i/>
        </w:rPr>
        <w:t>“Newton jo hai, woh father of modern science hai”</w:t>
      </w:r>
    </w:p>
    <w:p>
      <w:r>
        <w:rPr>
          <w:sz w:val="20"/>
        </w:rPr>
        <w:t>30:28  newton jo hai, woh father of modern science hai.</w:t>
      </w:r>
      <w:r>
        <w:br/>
      </w:r>
      <w:r>
        <w:rPr>
          <w:sz w:val="20"/>
        </w:rPr>
        <w:t>30:33  newton ne kya bataya? 400 saal pehle ka zamana hai newton ka. newton ki death hui thi 1727 mein, yani 1727 ki death hui hai 1727 mein, yani 400 saal pehle ka zamana hai newton ka.</w:t>
      </w:r>
      <w:r>
        <w:br/>
      </w:r>
      <w:r>
        <w:rPr>
          <w:sz w:val="20"/>
        </w:rPr>
        <w:t>30:54  us waqt is ne kya bataya? is ne bataya ke matter is the building block of of universe.</w:t>
      </w:r>
      <w:r>
        <w:br/>
      </w:r>
      <w:r>
        <w:rPr>
          <w:sz w:val="20"/>
        </w:rPr>
        <w:t>31:07  matter is the building block of universe. yeh newton ne kaha,</w:t>
      </w:r>
      <w:r>
        <w:br/>
      </w:r>
      <w:r>
        <w:rPr>
          <w:sz w:val="20"/>
        </w:rPr>
        <w:t>31:13  yani science se science shuru hoti hai. jab science enter hui study mein to pehli discovery jo hui, pehli discovery newton ke zariye se, us waqt is ne bataya duniya ko, yeh khabar di</w:t>
      </w:r>
      <w:r>
        <w:br/>
      </w:r>
      <w:r>
        <w:rPr>
          <w:sz w:val="20"/>
        </w:rPr>
        <w:t>31:30  ke matter is the building block of universe. yeh sab kuch matter se bana hai, sab kuch matter se bana hai, sab kuch matter se bana hai. isi se atheism nikla, yani atheism jo thay, atheist jo thay, unhone hijack kar liya is nazariye ko.</w:t>
      </w:r>
      <w:r>
        <w:br/>
      </w:r>
      <w:r>
        <w:rPr>
          <w:sz w:val="20"/>
        </w:rPr>
        <w:t>31:48  atheist were hijacker, yani science ne atheism nahi paida kiya, kuch atheist thay, unhone hijack kar ke is ko istemal kiya aur kaha ke ke phir toh khuda ki zaroorat hi nahi hai, sab kuch matter se ho raha hai.</w:t>
      </w:r>
      <w:r>
        <w:br/>
      </w:r>
      <w:r>
        <w:rPr>
          <w:sz w:val="20"/>
        </w:rPr>
        <w:t>32:09  lekin history aaj ruki nahi, history aage badhi yahan tak ke dekhiye, einstein paida hua. einstein paida hua, einstein ki death hui hai 1955 mein,</w:t>
      </w:r>
      <w:r>
        <w:br/>
      </w:r>
      <w:r>
        <w:rPr>
          <w:sz w:val="20"/>
        </w:rPr>
        <w:t>32:24  yani mere zamane mein.</w:t>
      </w:r>
      <w:r>
        <w:br/>
      </w:r>
      <w:r>
        <w:rPr>
          <w:sz w:val="20"/>
        </w:rPr>
        <w:t>32:27  newton toh mere is se pehle ka aadmi hai, 1727 mein woh mar chuka tha, woh lekin einstein toh mere zamane mein mara hai 1955 mein, jab ke mein adhuk badh mein tha.</w:t>
      </w:r>
      <w:r>
        <w:br/>
      </w:r>
      <w:r>
        <w:rPr>
          <w:sz w:val="20"/>
        </w:rPr>
        <w:t>32:44  to ainstain ne history ko aagay barhaya, history of thought ko aagay barhaya.</w:t>
      </w:r>
      <w:r>
        <w:br/>
      </w:r>
      <w:r>
        <w:rPr>
          <w:sz w:val="20"/>
        </w:rPr>
        <w:t>32:49  is ne kaha ke energy is the building block of universe, ke matter nahi balkeh energy, kyunke aap jante hain ke is ne bataya hai ke convertable hai, matter aur energy dono.</w:t>
      </w:r>
      <w:r>
        <w:br/>
      </w:r>
      <w:r>
        <w:rPr>
          <w:sz w:val="20"/>
        </w:rPr>
        <w:t>33:02  matter ko energy mein convert kar dijiye, energy ko matter mein convert kar dijiye.</w:t>
      </w:r>
      <w:r>
        <w:br/>
      </w:r>
      <w:r>
        <w:rPr>
          <w:sz w:val="20"/>
        </w:rPr>
        <w:t>33:09  to Einstein ne yeh bataya ke energy is the building block of nature. ab history of thought ek qadam aagay barhi, ek qadam aagay barhi.</w:t>
      </w:r>
    </w:p>
    <w:p>
      <w:pPr>
        <w:pStyle w:val="Heading2"/>
      </w:pPr>
      <w:r>
        <w:t>Caliph Umar's justice and equality example</w:t>
      </w:r>
    </w:p>
    <w:p>
      <w:r>
        <w:rPr>
          <w:color w:val="666666"/>
          <w:sz w:val="18"/>
        </w:rPr>
        <w:t>Islam and Democracy January 23, 2011- Maulana Wahiduddin Khan · 2m 39s · at 21:44 · https://youtu.be/MSA29qlrGSo?t=1304</w:t>
      </w:r>
    </w:p>
    <w:p>
      <w:r>
        <w:rPr>
          <w:i/>
        </w:rPr>
        <w:t>“Democracy ki ek misaal deta hoon, Umar Farooq”</w:t>
      </w:r>
    </w:p>
    <w:p>
      <w:r>
        <w:rPr>
          <w:sz w:val="20"/>
        </w:rPr>
        <w:t>21:44  ke democracy jo hai jo mein keh raha hoon is ka ek misaal deta hoon aap ko. umar farooq jo hai woh second khalifa the islam ki tareekh mein,</w:t>
      </w:r>
      <w:r>
        <w:br/>
      </w:r>
      <w:r>
        <w:rPr>
          <w:sz w:val="20"/>
        </w:rPr>
        <w:t>21:57  khalifa doam. to un ke zamane mein egypt mein ek waqia hua. kyunke islam khilafat jo thi bohat bare asia se africa tak, africa tak phaili hui thi.</w:t>
      </w:r>
      <w:r>
        <w:br/>
      </w:r>
      <w:r>
        <w:rPr>
          <w:sz w:val="20"/>
        </w:rPr>
        <w:t>22:15  to egypt mein governor the</w:t>
      </w:r>
      <w:r>
        <w:br/>
      </w:r>
      <w:r>
        <w:rPr>
          <w:sz w:val="20"/>
        </w:rPr>
        <w:t>22:19  umar bin al-aas, abr bin al-aas. to wahan ek horse race hui, ghorr doud jis ko kehte hain.</w:t>
      </w:r>
      <w:r>
        <w:br/>
      </w:r>
      <w:r>
        <w:rPr>
          <w:sz w:val="20"/>
        </w:rPr>
        <w:t>22:32  is horse race mein ek ek coptic aadmi yani ek misri qibti jo muslim nahi tha us ka ghorra age barh gaya.</w:t>
      </w:r>
      <w:r>
        <w:br/>
      </w:r>
      <w:r>
        <w:rPr>
          <w:sz w:val="20"/>
        </w:rPr>
        <w:t>22:41  aur governor ke bete jo the un ka beta un ka ghorra peche reh gaya. yani governor ka ka horse nahi jeet saka.</w:t>
      </w:r>
      <w:r>
        <w:br/>
      </w:r>
      <w:r>
        <w:rPr>
          <w:sz w:val="20"/>
        </w:rPr>
        <w:t>22:54  aur is is coptic ka horse age barh gaya jo non muslim tha woh. ek aam aadmi goya ke. to unhon ne use kora mar diya ghusse mein aa kar ke ke tum ko jurrat hai ke mere ghorre se tum ne age barha diya apna ghorra.</w:t>
      </w:r>
      <w:r>
        <w:br/>
      </w:r>
      <w:r>
        <w:rPr>
          <w:sz w:val="20"/>
        </w:rPr>
        <w:t>23:10  to woh aadmi jo hai misr se chal kar ke madina aya. aur khalifa umar se shikayat ki ke aap ke governor hain, ke bete ne hum ko kora mara.</w:t>
      </w:r>
      <w:r>
        <w:br/>
      </w:r>
      <w:r>
        <w:rPr>
          <w:sz w:val="20"/>
        </w:rPr>
        <w:t>23:21  halankeh mera koi qusoor nahi tha.</w:t>
      </w:r>
      <w:r>
        <w:br/>
      </w:r>
      <w:r>
        <w:rPr>
          <w:sz w:val="20"/>
        </w:rPr>
        <w:t>23:26  to hazrat umar ne hukum diya wahan se bulwaya un ko. un ke bete ko aur amrooz yani governor ko dono ko bulwaya.</w:t>
      </w:r>
      <w:r>
        <w:br/>
      </w:r>
      <w:r>
        <w:rPr>
          <w:sz w:val="20"/>
        </w:rPr>
        <w:t>23:39  ke madina aaye woh log to tab tak thehra hua tha woh qibti madine mein. bulaya us ko. us ko kora diya us ke hath mein maro un ke bete ko maro.</w:t>
      </w:r>
      <w:r>
        <w:br/>
      </w:r>
      <w:r>
        <w:rPr>
          <w:sz w:val="20"/>
        </w:rPr>
        <w:t>23:52  aur use khoob mara. jitna woh mar sakta tha mara us ne. us ne kaha is ke baad aap ne kaha ke aap ke baap ko bhi maro.</w:t>
      </w:r>
      <w:r>
        <w:br/>
      </w:r>
      <w:r>
        <w:rPr>
          <w:sz w:val="20"/>
        </w:rPr>
        <w:t>24:04  kyunke apne baap hi ke bal par is ne aisa kiya. to qibti ne kaha ke nahi un ke baap ko mujhe nahi marna hai. mein ne apna badla le liya.</w:t>
      </w:r>
      <w:r>
        <w:br/>
      </w:r>
      <w:r>
        <w:rPr>
          <w:sz w:val="20"/>
        </w:rPr>
        <w:t>24:13  us waqt hazrat umar ne ek jumla kaha tha ke kab tum ne logon ko banda bana liya halankeh khuda ne un ko azad paida kiya tha.</w:t>
      </w:r>
    </w:p>
    <w:p>
      <w:pPr>
        <w:pStyle w:val="Heading2"/>
      </w:pPr>
      <w:r>
        <w:t>Hijra from problem town to opportunity town</w:t>
      </w:r>
    </w:p>
    <w:p>
      <w:r>
        <w:rPr>
          <w:color w:val="666666"/>
          <w:sz w:val="18"/>
        </w:rPr>
        <w:t>Islam and Peace (Part 2) (English) January 17, 2007 Maulana Wahiduddin Khan · 2m 54s · at 21:58 · https://youtu.be/K5H4b8y4E7g?t=1318</w:t>
      </w:r>
    </w:p>
    <w:p>
      <w:r>
        <w:rPr>
          <w:i/>
        </w:rPr>
        <w:t>“When there were so much atrocities.”</w:t>
      </w:r>
    </w:p>
    <w:p>
      <w:r>
        <w:rPr>
          <w:sz w:val="20"/>
        </w:rPr>
        <w:t>21:58  then, when there were so much atrocities, so much persecutions, even they made people kill some of his companions.</w:t>
      </w:r>
      <w:r>
        <w:br/>
      </w:r>
      <w:r>
        <w:rPr>
          <w:sz w:val="20"/>
        </w:rPr>
        <w:t>22:14  so there waz a great problem. but he never</w:t>
      </w:r>
      <w:r>
        <w:br/>
      </w:r>
      <w:r>
        <w:rPr>
          <w:sz w:val="20"/>
        </w:rPr>
        <w:t>22:22  tried to go to war, never tried to fight</w:t>
      </w:r>
      <w:r>
        <w:br/>
      </w:r>
      <w:r>
        <w:rPr>
          <w:sz w:val="20"/>
        </w:rPr>
        <w:t>22:28  . simply, he migrated makkah and settle in madinah. why?</w:t>
      </w:r>
      <w:r>
        <w:br/>
      </w:r>
      <w:r>
        <w:rPr>
          <w:sz w:val="20"/>
        </w:rPr>
        <w:t>22:36  makkah at the time waz a problem land for him, a problem town for him. makkah at the time waz a problem town for him</w:t>
      </w:r>
      <w:r>
        <w:br/>
      </w:r>
      <w:r>
        <w:rPr>
          <w:sz w:val="20"/>
        </w:rPr>
        <w:t>22:53  , but at the same time, madinah waz an opportunity town for him.</w:t>
      </w:r>
      <w:r>
        <w:br/>
      </w:r>
      <w:r>
        <w:rPr>
          <w:sz w:val="20"/>
        </w:rPr>
        <w:t>23:04  in madinah, madinah people were,</w:t>
      </w:r>
      <w:r>
        <w:br/>
      </w:r>
      <w:r>
        <w:rPr>
          <w:sz w:val="20"/>
        </w:rPr>
        <w:t>23:10  in madinah people were, and comparatively soft, softhearted people.</w:t>
      </w:r>
      <w:r>
        <w:br/>
      </w:r>
      <w:r>
        <w:rPr>
          <w:sz w:val="20"/>
        </w:rPr>
        <w:t>23:21  makkah people were, as were arrogant, they were stubborn, but madinah people were soft,</w:t>
      </w:r>
      <w:r>
        <w:br/>
      </w:r>
      <w:r>
        <w:rPr>
          <w:sz w:val="20"/>
        </w:rPr>
        <w:t>23:34  were very very soft.</w:t>
      </w:r>
      <w:r>
        <w:br/>
      </w:r>
      <w:r>
        <w:rPr>
          <w:sz w:val="20"/>
        </w:rPr>
        <w:t>23:39  so prophet, prophet saw an opportunity in madinah.</w:t>
      </w:r>
      <w:r>
        <w:br/>
      </w:r>
      <w:r>
        <w:rPr>
          <w:sz w:val="20"/>
        </w:rPr>
        <w:t>23:49  for prophet, madinah waz a town where there were opportunities. so it means that what is hijrat?</w:t>
      </w:r>
      <w:r>
        <w:br/>
      </w:r>
      <w:r>
        <w:rPr>
          <w:sz w:val="20"/>
        </w:rPr>
        <w:t>24:00  this event, migration from makkah to madinah, is called in islam hijrat. al-hijrat, hijrat means migration, but is not a simple migration.</w:t>
      </w:r>
      <w:r>
        <w:br/>
      </w:r>
      <w:r>
        <w:rPr>
          <w:sz w:val="20"/>
        </w:rPr>
        <w:t>24:13  it waz leaving problem town and settling in opportunity town.</w:t>
      </w:r>
      <w:r>
        <w:br/>
      </w:r>
      <w:r>
        <w:rPr>
          <w:sz w:val="20"/>
        </w:rPr>
        <w:t>24:22  so it means that islam, islamic thinking is not based in land, based in opportunity.</w:t>
      </w:r>
      <w:r>
        <w:br/>
      </w:r>
      <w:r>
        <w:rPr>
          <w:sz w:val="20"/>
        </w:rPr>
        <w:t>24:35  islamic thinking, islamic way of thinking is not based in land, but it is based in opportunity.</w:t>
      </w:r>
      <w:r>
        <w:br/>
      </w:r>
      <w:r>
        <w:rPr>
          <w:sz w:val="20"/>
        </w:rPr>
        <w:t>24:45  so you have to adopt this formula everywhere, everywhere.</w:t>
      </w:r>
    </w:p>
    <w:p>
      <w:pPr>
        <w:pStyle w:val="Heading2"/>
      </w:pPr>
      <w:r>
        <w:t>Satan's existence proven by internal evidence</w:t>
      </w:r>
    </w:p>
    <w:p>
      <w:r>
        <w:rPr>
          <w:color w:val="666666"/>
          <w:sz w:val="18"/>
        </w:rPr>
        <w:t>Believers and Non-Belivers (In Conversation with Maulana) · 1m 33s · at 12:36 · https://youtu.be/a5IoCo05gaw?t=756</w:t>
      </w:r>
    </w:p>
    <w:p>
      <w:r>
        <w:rPr>
          <w:i/>
        </w:rPr>
        <w:t>“Main samajhta hoon ki Satan ka existance”</w:t>
      </w:r>
    </w:p>
    <w:p>
      <w:r>
        <w:rPr>
          <w:sz w:val="20"/>
        </w:rPr>
        <w:t>12:36  Main samajhta hoon ki Satan ka existence jo hai, har aadmi apne aap ko lekar samajh sakta hai. Aap mehsoos karte hain ki baar baar aapko khud aisa hoga ki set aapke andar nafrat jaagti hai. Yeh nafrat kisne jagai?</w:t>
      </w:r>
      <w:r>
        <w:br/>
      </w:r>
      <w:r>
        <w:rPr>
          <w:sz w:val="20"/>
        </w:rPr>
        <w:t>12:54  revenge jaagta hai. Yeh kisne jagaya? Aapko lagta hai lust aata hai. Woh kisne paida kiya? Negative thoughts aate hain. Woh kisne pa</w:t>
      </w:r>
      <w:r>
        <w:br/>
      </w:r>
      <w:r>
        <w:rPr>
          <w:sz w:val="20"/>
        </w:rPr>
        <w:t>13:03  ida kiya? Yeh that is inner internal evidence. Yeh jo, yeh jo aap har aadmi, har aadmi ka yeh tajurba hai, woh Saturn, Saturn ke existence ka internal evidence hai. Mujhe toh ismein kuch shak nahi hai,</w:t>
      </w:r>
      <w:r>
        <w:br/>
      </w:r>
      <w:r>
        <w:rPr>
          <w:sz w:val="20"/>
        </w:rPr>
        <w:t>13:23  kyunki agar agar Saturn ko na maane, sab kaise aa gaya?</w:t>
      </w:r>
      <w:r>
        <w:br/>
      </w:r>
      <w:r>
        <w:rPr>
          <w:sz w:val="20"/>
        </w:rPr>
        <w:t>13:27  Ek evil, ek ek koi evil hai, Mr. Evil. Usko jab maaneinge ki koi Mr. Evil hai, tab in cheezon ka explain kar painge aap. Kyunki aap dekhiye, aadmi jab bachcha hota hai, chhota, toh uske andar kuch bhi aisa baat nahi hoti. Ek bachche ke andar na koi hate hai, na koi revenge hai, na koi violence hai, kuch bhi nahi. Toh bada hone ke baad kahan se aa gaya?</w:t>
      </w:r>
      <w:r>
        <w:br/>
      </w:r>
      <w:r>
        <w:rPr>
          <w:sz w:val="20"/>
        </w:rPr>
        <w:t>13:57  Yeh bachcha lekar paida nahi hua tha, toh yeh kahan se aa gaya? Toh ek Mr. Evil hai, koi woh humko bakata hai. Usi ka naam Satan hai.</w:t>
      </w:r>
    </w:p>
    <w:p>
      <w:pPr>
        <w:pStyle w:val="Heading2"/>
      </w:pPr>
      <w:r>
        <w:t>A Christian leader's eyes opened after reading Quran</w:t>
      </w:r>
    </w:p>
    <w:p>
      <w:r>
        <w:rPr>
          <w:color w:val="666666"/>
          <w:sz w:val="18"/>
        </w:rPr>
        <w:t>Age of Peace November 18, 2012 · 2m 12s · at 20:53 · https://youtu.be/Y9nkQnBqbrs?t=1253</w:t>
      </w:r>
    </w:p>
    <w:p>
      <w:r>
        <w:rPr>
          <w:i/>
        </w:rPr>
        <w:t>“Maulana Abdullah Qasmi Quran ka tarjuma le kar gaye”</w:t>
      </w:r>
    </w:p>
    <w:p>
      <w:r>
        <w:rPr>
          <w:sz w:val="20"/>
        </w:rPr>
        <w:t>20:53  to Maulana Abdullah Qasmi Quran Majeed ke angrezi tarjuma le kar wahan gaye.</w:t>
      </w:r>
      <w:r>
        <w:br/>
      </w:r>
      <w:r>
        <w:rPr>
          <w:sz w:val="20"/>
        </w:rPr>
        <w:t>21:00  bohat sari mushkilat pesh aayin, bohat si rukawatein pesh aayin. lekin woh dua karte rahe, dua karte rahe, Allah se madad mangte rahe yahan tak ke un ko mauqa mil gaya.</w:t>
      </w:r>
      <w:r>
        <w:br/>
      </w:r>
      <w:r>
        <w:rPr>
          <w:sz w:val="20"/>
        </w:rPr>
        <w:t>21:10  aur sab ko unhone Quran pohanchaya. yahan tak ke jo head tha, head aik daddy head hai wahan ki Goa ki, woh wahan us ko bhi pohancha diya.</w:t>
      </w:r>
      <w:r>
        <w:br/>
      </w:r>
      <w:r>
        <w:rPr>
          <w:sz w:val="20"/>
        </w:rPr>
        <w:t>21:21  yeh waqia hua hai do October 2012 ko.</w:t>
      </w:r>
      <w:r>
        <w:br/>
      </w:r>
      <w:r>
        <w:rPr>
          <w:sz w:val="20"/>
        </w:rPr>
        <w:t>21:28  achha, is ke baad kya hua?</w:t>
      </w:r>
      <w:r>
        <w:br/>
      </w:r>
      <w:r>
        <w:rPr>
          <w:sz w:val="20"/>
        </w:rPr>
        <w:t>21:30  woh chalay gaye wapas bombay. unhon ne bataya ke bombay mein unhein aik telephone mila. is lady ka jo head hai christian mission ki gawah mein,</w:t>
      </w:r>
      <w:r>
        <w:br/>
      </w:r>
      <w:r>
        <w:rPr>
          <w:sz w:val="20"/>
        </w:rPr>
        <w:t>21:44  isay bataya ke hum poona mein hain is waqt. poona mein hamari aik meeting ho rahi hai, aap yahan aa jaiye. toh yeh waqia bees din ke baad ka hai.</w:t>
      </w:r>
      <w:r>
        <w:br/>
      </w:r>
      <w:r>
        <w:rPr>
          <w:sz w:val="20"/>
        </w:rPr>
        <w:t>21:55  yani do october ko unhon ne quran diya us ko. us ke bees din ke baad telephone aata hai. toh yeh bombay se gaye poona.</w:t>
      </w:r>
      <w:r>
        <w:br/>
      </w:r>
      <w:r>
        <w:rPr>
          <w:sz w:val="20"/>
        </w:rPr>
        <w:t>22:06  poona mein is lady ne un se mulaqat ki aik kamray mein. aur us ne jo kaha, woh bohat anokhi baat thi. aik christian mission ke head hain woh, woh gawah ke</w:t>
      </w:r>
      <w:r>
        <w:br/>
      </w:r>
      <w:r>
        <w:rPr>
          <w:sz w:val="20"/>
        </w:rPr>
        <w:t>22:21  senior lady. us ne kaha ke is jo quran diya tha, unhon ne english translation is ka shukriya ada kiya.</w:t>
      </w:r>
      <w:r>
        <w:br/>
      </w:r>
      <w:r>
        <w:rPr>
          <w:sz w:val="20"/>
        </w:rPr>
        <w:t>22:32  us ne kaha ke ab tak meri aankhon par patti bandhi hui thi.</w:t>
      </w:r>
      <w:r>
        <w:br/>
      </w:r>
      <w:r>
        <w:rPr>
          <w:sz w:val="20"/>
        </w:rPr>
        <w:t>22:40  mein khuda ko nahi dekh sakti thi. meri aankhon par patti bandhi hui thi. mein khuda ko nahi dekh sakti thi.</w:t>
      </w:r>
      <w:r>
        <w:br/>
      </w:r>
      <w:r>
        <w:rPr>
          <w:sz w:val="20"/>
        </w:rPr>
        <w:t>22:52  lekin quran parhnay ke baad mein is qabil ho gayi ke mein khuda ko dekhun. kaisi ajeeb baat hai. yani woh quran jo logon ki aankhon ki patti khol de,</w:t>
      </w:r>
    </w:p>
    <w:p>
      <w:pPr>
        <w:pStyle w:val="Heading2"/>
      </w:pPr>
      <w:r>
        <w:t>Ummah stuck like Yunus in the whale</w:t>
      </w:r>
    </w:p>
    <w:p>
      <w:r>
        <w:rPr>
          <w:color w:val="666666"/>
          <w:sz w:val="18"/>
        </w:rPr>
        <w:t>The Concept of Divine Help June 16, 2013 · 2m 40s · at 17:49 · https://youtu.be/b0QaxGSnAOI?t=1069</w:t>
      </w:r>
    </w:p>
    <w:p>
      <w:r>
        <w:rPr>
          <w:i/>
        </w:rPr>
        <w:t>“پوری امت مسلمہ اس وقت مچھلی کے پیٹ میں ہے”</w:t>
      </w:r>
    </w:p>
    <w:p>
      <w:r>
        <w:rPr>
          <w:sz w:val="20"/>
        </w:rPr>
        <w:t>17:49  pait mein 'la labitha fi batnihi illa yawma yub'athoon' qayamat tak woh machhli ke pait hi mein pade rehte hain. woh is se maine yeh samjha hai ke poori ummat-e-muslima,</w:t>
      </w:r>
      <w:r>
        <w:br/>
      </w:r>
      <w:r>
        <w:rPr>
          <w:sz w:val="20"/>
        </w:rPr>
        <w:t>18:04  poori ummat-e-muslima is waqt machhli ke pait mein hai, yaani masail ke pait mein hai, aur woh nikal nahi sakti is se jab tak ke woh wahi kaam na kare jo Hazrat Yunus (AS) ne kiya.</w:t>
      </w:r>
      <w:r>
        <w:br/>
      </w:r>
      <w:r>
        <w:rPr>
          <w:sz w:val="20"/>
        </w:rPr>
        <w:t>18:19  ab dekhiye ke musalmanon ne kya kiya. musalmanon ne wahi kiya ke mad'u qaumon se ghussa ho gaye. woh angrezon se ghussa hue, America se ghussa hue, hinduo se ghussa hue.</w:t>
      </w:r>
      <w:r>
        <w:br/>
      </w:r>
      <w:r>
        <w:rPr>
          <w:sz w:val="20"/>
        </w:rPr>
        <w:t>18:30  har jagah mad'u se ghussa ho kar ladai shuru kar diya unhone. yeh poori do sau saal jo hai, do sau saal ka jo jis ko kehte hain ahl-e-jihad, woh jihad nahi tha.</w:t>
      </w:r>
      <w:r>
        <w:br/>
      </w:r>
      <w:r>
        <w:rPr>
          <w:sz w:val="20"/>
        </w:rPr>
        <w:t>18:42  woh madu se ghussa ho kar madu ke khilaf larai chherna.</w:t>
      </w:r>
      <w:r>
        <w:br/>
      </w:r>
      <w:r>
        <w:rPr>
          <w:sz w:val="20"/>
        </w:rPr>
        <w:t>18:48  kahin angrezon se lar rahe hain, kahin frans walon se lar rahe hain, kahin america se lar rahe hain, kahin hindu se lar rahe hain, kahin cheen se lar rahe hain, kahin burma ki government se lar rahe hain.</w:t>
      </w:r>
      <w:r>
        <w:br/>
      </w:r>
      <w:r>
        <w:rPr>
          <w:sz w:val="20"/>
        </w:rPr>
        <w:t>19:00  har jagah larai. aur is ko kehte hain jihad. yeh jihad nahi hai. yeh jihad nahi. yeh hai madu se, yani ghalat taur par ghussa ho kar is ko dushman samajhna aur is ke sath larai chhod dena.</w:t>
      </w:r>
      <w:r>
        <w:br/>
      </w:r>
      <w:r>
        <w:rPr>
          <w:sz w:val="20"/>
        </w:rPr>
        <w:t>19:18  to</w:t>
      </w:r>
      <w:r>
        <w:br/>
      </w:r>
      <w:r>
        <w:rPr>
          <w:sz w:val="20"/>
        </w:rPr>
        <w:t>19:19  paighambar bhi agar aisa kare to woh maaf nahi hota. woh machhli ke pet mein jana padta hai is ko. to ummat e muslema ne aise hi kar rakha hai.</w:t>
      </w:r>
      <w:r>
        <w:br/>
      </w:r>
      <w:r>
        <w:rPr>
          <w:sz w:val="20"/>
        </w:rPr>
        <w:t>19:30  to is ko main kahunga ke is waqt poori poori ummat machhli ke pet mein hai. masjidon ka jo bheed bhaad hai, is ke bawajood machhli ke pet mein hai.</w:t>
      </w:r>
      <w:r>
        <w:br/>
      </w:r>
      <w:r>
        <w:rPr>
          <w:sz w:val="20"/>
        </w:rPr>
        <w:t>19:41  woh jamaaton ke jalsay jo ho rahe hain, is ke bawajood machhli ke pet mein</w:t>
      </w:r>
      <w:r>
        <w:br/>
      </w:r>
      <w:r>
        <w:rPr>
          <w:sz w:val="20"/>
        </w:rPr>
        <w:t>19:45  hai. jo kitaben chhap rahi hain, is ke bawajood machhli ke pet mein hai. islam ke naam par yahan wahan hangamay hain, nare hain, dhoom hai.</w:t>
      </w:r>
      <w:r>
        <w:br/>
      </w:r>
      <w:r>
        <w:rPr>
          <w:sz w:val="20"/>
        </w:rPr>
        <w:t>19:54  is ke bawajood woh machhli ke pet mein hai. woh masail ke pet mein hai. aur is ayat ki roshni mein main kehta hoon ke qayamat tak ke masail ke peet mein rahenge.</w:t>
      </w:r>
      <w:r>
        <w:br/>
      </w:r>
      <w:r>
        <w:rPr>
          <w:sz w:val="20"/>
        </w:rPr>
        <w:t>20:07  kabhi yeh nikalna naseeb nahi hoga in ko. la labis fi batnah illa yawm yabathoon</w:t>
      </w:r>
      <w:r>
        <w:br/>
      </w:r>
      <w:r>
        <w:rPr>
          <w:sz w:val="20"/>
        </w:rPr>
        <w:t>20:15  poori ummat e muslema is ayat ko le kar main kehta hoon ke qayamat tak masail ke pet mein rahegi jab tak woh Allah ki taraf na laute.</w:t>
      </w:r>
    </w:p>
    <w:p>
      <w:pPr>
        <w:pStyle w:val="Heading2"/>
      </w:pPr>
      <w:r>
        <w:t>political interpretation breeds hate and violence</w:t>
      </w:r>
    </w:p>
    <w:p>
      <w:r>
        <w:rPr>
          <w:color w:val="666666"/>
          <w:sz w:val="18"/>
        </w:rPr>
        <w:t>CPS Mission January 7, 2007 Maulana Wahiduddin Khan · 2m 18s · at 7:40 · https://youtu.be/8BAYm9ggJ5k?t=460</w:t>
      </w:r>
    </w:p>
    <w:p>
      <w:r>
        <w:rPr>
          <w:i/>
        </w:rPr>
        <w:t>“Political interpretation corrupted people's thinking completely”</w:t>
      </w:r>
    </w:p>
    <w:p>
      <w:r>
        <w:rPr>
          <w:sz w:val="20"/>
        </w:rPr>
        <w:t>7:40  ke political interpretation ne logon ke soch ko bilkul bigaad diya. kyunke dekhiye, jab aap</w:t>
      </w:r>
      <w:r>
        <w:br/>
      </w:r>
      <w:r>
        <w:rPr>
          <w:sz w:val="20"/>
        </w:rPr>
        <w:t>7:50  hukumat ko ya political power ko target banayenge, to koi hoga jisse aapko takrao karna hoga.</w:t>
      </w:r>
      <w:r>
        <w:br/>
      </w:r>
      <w:r>
        <w:rPr>
          <w:sz w:val="20"/>
        </w:rPr>
        <w:t>7:58  yani already koi singhasan par hoga, already koi throne par hoga. usko hatana, usko inseat karna, yeh target banega.</w:t>
      </w:r>
      <w:r>
        <w:br/>
      </w:r>
      <w:r>
        <w:rPr>
          <w:sz w:val="20"/>
        </w:rPr>
        <w:t>8:08  to yeh inherently iske andar hate shamil hai, inherently iske andar violence shamil hai, inherently iske andar intolerance shamil hai.</w:t>
      </w:r>
      <w:r>
        <w:br/>
      </w:r>
      <w:r>
        <w:rPr>
          <w:sz w:val="20"/>
        </w:rPr>
        <w:t>8:20  jaise ek political leader ko maine suna ek baar dilli mein, ek speech mein, unhone kaha ke "rajneeti chalti hai takrao par, rajneeti chalti hai takrao par." to inherently iske andar takrao, hate, intolerance, violence sab shamil tha.</w:t>
      </w:r>
      <w:r>
        <w:br/>
      </w:r>
      <w:r>
        <w:rPr>
          <w:sz w:val="20"/>
        </w:rPr>
        <w:t>8:39  isliye jab political interpretation diya gaya, aur media ke zariye failaya gaya isko, to kya hua?</w:t>
      </w:r>
      <w:r>
        <w:br/>
      </w:r>
      <w:r>
        <w:rPr>
          <w:sz w:val="20"/>
        </w:rPr>
        <w:t>8:47  practical taur par yeh hua ke sari muslim world mein hate faila diya gaya, violence faila diya gaya. isi se yeh jihad nikla.</w:t>
      </w:r>
      <w:r>
        <w:br/>
      </w:r>
      <w:r>
        <w:rPr>
          <w:sz w:val="20"/>
        </w:rPr>
        <w:t>8:57  sari muslim duniya mein log ya to jihad kar rahe hain, ya jihad ki baat soch rahe hain. yani kuch log directly involve hain jihad mein, aur kuch log indirectly, indirect way mein ismein involve hain.</w:t>
      </w:r>
      <w:r>
        <w:br/>
      </w:r>
      <w:r>
        <w:rPr>
          <w:sz w:val="20"/>
        </w:rPr>
        <w:t>9:12  to poori muslim duniya jahadi ban gayi hai.</w:t>
      </w:r>
      <w:r>
        <w:br/>
      </w:r>
      <w:r>
        <w:rPr>
          <w:sz w:val="20"/>
        </w:rPr>
        <w:t>9:16  violence, hate, intolerance. ek zara si koi baat hoti hai, jaise ke denmark mein ek art cartoon chhap gaya, ab poori muslim duniya mein hungama khada ho gaya.</w:t>
      </w:r>
      <w:r>
        <w:br/>
      </w:r>
      <w:r>
        <w:rPr>
          <w:sz w:val="20"/>
        </w:rPr>
        <w:t>9:28  yani mujhko chhod kar sab is hungame mein shamil the. maine ek article likha tha, chhaapa tha us zamane mein: "ignore cartoons, ignore cartoons." lekin saare log kya bol bol rahe the?</w:t>
      </w:r>
      <w:r>
        <w:br/>
      </w:r>
      <w:r>
        <w:rPr>
          <w:sz w:val="20"/>
        </w:rPr>
        <w:t>9:41  ke "fight karo, crush karo, usko maaro, usko khatam karo."</w:t>
      </w:r>
      <w:r>
        <w:br/>
      </w:r>
      <w:r>
        <w:rPr>
          <w:sz w:val="20"/>
        </w:rPr>
        <w:t>9:47  to yeh hai dajali interpretation, jisko yani deceiving interpretation ka phenomenon.</w:t>
      </w:r>
    </w:p>
    <w:p>
      <w:pPr>
        <w:pStyle w:val="Heading2"/>
      </w:pPr>
      <w:r>
        <w:t>Singapore turned a garbage dump into a developed nation</w:t>
      </w:r>
    </w:p>
    <w:p>
      <w:r>
        <w:rPr>
          <w:color w:val="666666"/>
          <w:sz w:val="18"/>
        </w:rPr>
        <w:t>Prophetic Guidance October 4, 2015 · 2m 16s · at 34:40 · https://youtu.be/k5sAYxguQUo?t=2080</w:t>
      </w:r>
    </w:p>
    <w:p>
      <w:r>
        <w:rPr>
          <w:i/>
        </w:rPr>
        <w:t>“سنگاپور کی مثال لیجئے، اس سے پہلے ملیشیا کا ایک پارٹ تھا”</w:t>
      </w:r>
    </w:p>
    <w:p>
      <w:r>
        <w:rPr>
          <w:sz w:val="20"/>
        </w:rPr>
        <w:t>34:40  aise hi jab singapore ki misaal lijiye, aap aap jante hain ke singapore jo hota hai, is se pehle woh malaysia ka ek part tha. malaysia ka ek sarhadi hissa tha, jis ko kehte the ke malaysia ke log is ko, yaani garbage,</w:t>
      </w:r>
      <w:r>
        <w:br/>
      </w:r>
      <w:r>
        <w:rPr>
          <w:sz w:val="20"/>
        </w:rPr>
        <w:t>35:02  wahan garbage dala jaata tha. garbage samajhte the is ko.</w:t>
      </w:r>
      <w:r>
        <w:br/>
      </w:r>
      <w:r>
        <w:rPr>
          <w:sz w:val="20"/>
        </w:rPr>
        <w:t>35:06  koi taraqqi nahin thi is is area mein, is ko hum aaj singapore kehte hain. woh garbage area tha. woh to wahan ka leader jo tha, lee,</w:t>
      </w:r>
      <w:r>
        <w:br/>
      </w:r>
      <w:r>
        <w:rPr>
          <w:sz w:val="20"/>
        </w:rPr>
        <w:t>35:20  us ne singapore ko alag karne ki tehreek chalai. aur us waqt koi value nahin thi singapore ki. to malaysia walon ne kaha ke le lo, le lo tum singapore.</w:t>
      </w:r>
      <w:r>
        <w:br/>
      </w:r>
      <w:r>
        <w:rPr>
          <w:sz w:val="20"/>
        </w:rPr>
        <w:t>35:34  to lee jo tha, us ne malaysia ko bhula diya. yaani taqseem se pehle malaysia is ka part tha, is ko bhula diya.</w:t>
      </w:r>
      <w:r>
        <w:br/>
      </w:r>
      <w:r>
        <w:rPr>
          <w:sz w:val="20"/>
        </w:rPr>
        <w:t>35:45  aur singapore ko le kar us ne planning ki, jo chota sa area tha.</w:t>
      </w:r>
      <w:r>
        <w:br/>
      </w:r>
      <w:r>
        <w:rPr>
          <w:sz w:val="20"/>
        </w:rPr>
        <w:t>35:52  sari planning us ne singapore ko le kar ki. aur aaj aap jante hain ke singapore aik develop country hai, bohat hi zabardast qism ka development wahan par hai.</w:t>
      </w:r>
      <w:r>
        <w:br/>
      </w:r>
      <w:r>
        <w:rPr>
          <w:sz w:val="20"/>
        </w:rPr>
        <w:t>36:04  kai pehluon se to wo mashhoor jo country hain, baray baray develop, un se bhi barha hua hai. mislan wahan crime bilkul nahi hai. to singapore ne yeh taraqqi kaise hasil ki?</w:t>
      </w:r>
      <w:r>
        <w:br/>
      </w:r>
      <w:r>
        <w:rPr>
          <w:sz w:val="20"/>
        </w:rPr>
        <w:t>36:17  wohi baqi maada par planning, yani planning based on remnant, jo un se, jo un se chhan gaya tha, malaysia, us ko bhula diya unhon ne.</w:t>
      </w:r>
      <w:r>
        <w:br/>
      </w:r>
      <w:r>
        <w:rPr>
          <w:sz w:val="20"/>
        </w:rPr>
        <w:t>36:31  jo already un ke paas tha ke samandari sahil ka aik area chota sa, jis ko hum aaj singapore kehte hain.</w:t>
      </w:r>
      <w:r>
        <w:br/>
      </w:r>
      <w:r>
        <w:rPr>
          <w:sz w:val="20"/>
        </w:rPr>
        <w:t>36:44  to itni taraqqi, itni taraqqi ke dunya hairaan hairaan hai ke log dekhne ate hain singapore ko ke kaise us ne taraqqi hasil ki.</w:t>
      </w:r>
    </w:p>
    <w:p>
      <w:pPr>
        <w:pStyle w:val="Heading2"/>
      </w:pPr>
      <w:r>
        <w:t>The rich man's secret formula: 'chalo yeh bhi theek hai'</w:t>
      </w:r>
    </w:p>
    <w:p>
      <w:r>
        <w:rPr>
          <w:color w:val="666666"/>
          <w:sz w:val="18"/>
        </w:rPr>
        <w:t>Spirit of Ramadan June 14, 2015 · 1m 34s · at 1:01:11 · https://youtu.be/mKQdhE2rhdQ?t=3671</w:t>
      </w:r>
    </w:p>
    <w:p>
      <w:r>
        <w:rPr>
          <w:i/>
        </w:rPr>
        <w:t>“Main America mein ek sahab ka qissa bataunga”</w:t>
      </w:r>
    </w:p>
    <w:p>
      <w:r>
        <w:rPr>
          <w:sz w:val="20"/>
        </w:rPr>
        <w:t>1:01:11  main America mein ek sahib ka qissa main ne bataya hoga aap ko pehle ke ek sahib ka main woh le gaye. Main kahin gaya tha kisi program mein to hotel mein thehra tha to woh hotel se utha ke apne ghar le gaye mujh ko.</w:t>
      </w:r>
      <w:r>
        <w:br/>
      </w:r>
      <w:r>
        <w:rPr>
          <w:sz w:val="20"/>
        </w:rPr>
        <w:t>1:01:25  woh paise wale aadmi the. To baharhaal main dekha ke woh bohat khush rehte hain. Aam taur par America mein kisi ko khush nahin paya.</w:t>
      </w:r>
      <w:r>
        <w:br/>
      </w:r>
      <w:r>
        <w:rPr>
          <w:sz w:val="20"/>
        </w:rPr>
        <w:t>1:01:34  main ne aam taur par wohi anxiety wale paye, main ne woh khush the.</w:t>
      </w:r>
      <w:r>
        <w:br/>
      </w:r>
      <w:r>
        <w:rPr>
          <w:sz w:val="20"/>
        </w:rPr>
        <w:t>1:01:40  to main ne wash kiya un ko to mujhe samajh aaya ke unhon ne ek wohi formula pakad liya hai ke chalo yeh bhi theek hai, jo bhi ho jaye kaha chalo yeh bhi theek hai.</w:t>
      </w:r>
      <w:r>
        <w:br/>
      </w:r>
      <w:r>
        <w:rPr>
          <w:sz w:val="20"/>
        </w:rPr>
        <w:t>1:01:51  misalan ek din main ne un se kaha ke chaliye kal hum America ke kisi park mein chalenge. Kaha theek hai. To program ban gaya.</w:t>
      </w:r>
      <w:r>
        <w:br/>
      </w:r>
      <w:r>
        <w:rPr>
          <w:sz w:val="20"/>
        </w:rPr>
        <w:t>1:02:00  agle din subah ko woh apna tayyar ho kar aaye, kapda pakad kar tayyar ho kar aaye ke chaliye.</w:t>
      </w:r>
      <w:r>
        <w:br/>
      </w:r>
      <w:r>
        <w:rPr>
          <w:sz w:val="20"/>
        </w:rPr>
        <w:t>1:02:07  to main ne kaha bhai mera mood nahin jaane ka yeh to to kya kehte hain chalo yeh bhi theek hai. To sab se acha formula hai jo hai us ko chalo yeh bhi theek hai.</w:t>
      </w:r>
      <w:r>
        <w:br/>
      </w:r>
      <w:r>
        <w:rPr>
          <w:sz w:val="20"/>
        </w:rPr>
        <w:t>1:02:19  to anxiety zehen mein paida hoti hai aur zehni mein khatam kar sakte hain. Aap anxiety mind mein paida hoti hai aur mind hi woh khatam kar sakte ho us ko.</w:t>
      </w:r>
      <w:r>
        <w:br/>
      </w:r>
      <w:r>
        <w:rPr>
          <w:sz w:val="20"/>
        </w:rPr>
        <w:t>1:02:28  aap agar wohi wohi jo the America mein kaha ji kaisa aadmi aap hain, aap ki wajah se main ne program sab cancel kar diya</w:t>
      </w:r>
      <w:r>
        <w:br/>
      </w:r>
      <w:r>
        <w:rPr>
          <w:sz w:val="20"/>
        </w:rPr>
        <w:t>1:02:36  . Aaj main ne sab ko program cancel kar ke tayyar hua ke aap ke sath jaunga aur aap yeh aisa kar rahe hain. Kal ko nahin bataya to aisa nahin kiya unhon ne.</w:t>
      </w:r>
    </w:p>
    <w:p>
      <w:pPr>
        <w:pStyle w:val="Heading2"/>
      </w:pPr>
      <w:r>
        <w:t>Maulana's lone stance on India's opportunity</w:t>
      </w:r>
    </w:p>
    <w:p>
      <w:r>
        <w:rPr>
          <w:color w:val="666666"/>
          <w:sz w:val="18"/>
        </w:rPr>
        <w:t>Revival and Revivalist | June 7, 2015 · 1m 00s · at 17:19 · https://youtu.be/tJqheiPlZ94?t=1039</w:t>
      </w:r>
    </w:p>
    <w:p>
      <w:r>
        <w:rPr>
          <w:i/>
        </w:rPr>
        <w:t>“India country of opportunity hai, lekin kisi ne taeed nahi ki”</w:t>
      </w:r>
    </w:p>
    <w:p>
      <w:r>
        <w:rPr>
          <w:sz w:val="20"/>
        </w:rPr>
        <w:t>17:19  woh problem hain. to mein ne taqreer mein apni kaha ke india problem country nahi hai, india country, country of opportunity hai. log mujh ko aise dekhne lage ke kya baat kar raha hai yeh. kyunke saare log yeh keh rahe the ke india mein yeh masail, woh masail, woh masail. to mein ne kaha ke india problem country musalman</w:t>
      </w:r>
      <w:r>
        <w:br/>
      </w:r>
      <w:r>
        <w:rPr>
          <w:sz w:val="20"/>
        </w:rPr>
        <w:t>17:49  un ke liye nahi hai, India musalmanon ke liye country of opportunity hai.</w:t>
      </w:r>
      <w:r>
        <w:br/>
      </w:r>
      <w:r>
        <w:rPr>
          <w:sz w:val="20"/>
        </w:rPr>
        <w:t>17:54  toh ek shakhs bhi nahi tha jisne meri taeed ki ho us waqt.</w:t>
      </w:r>
      <w:r>
        <w:br/>
      </w:r>
      <w:r>
        <w:rPr>
          <w:sz w:val="20"/>
        </w:rPr>
        <w:t>17:59  aur mein bilkul wahan aise lag gaya jaise koi anokhi baat kar raha hoon mein.</w:t>
      </w:r>
      <w:r>
        <w:br/>
      </w:r>
      <w:r>
        <w:rPr>
          <w:sz w:val="20"/>
        </w:rPr>
        <w:t>18:04  us waqt mein ne kaha tha ke bar waqt musalman is ko jaante nahi hain ke India mein un</w:t>
      </w:r>
      <w:r>
        <w:br/>
      </w:r>
      <w:r>
        <w:rPr>
          <w:sz w:val="20"/>
        </w:rPr>
        <w:t>18:09  ke liye opportunity hai, lekin jab woh jaan lenge toh yeh musalman hero ban jayenge.</w:t>
      </w:r>
      <w:r>
        <w:br/>
      </w:r>
      <w:r>
        <w:rPr>
          <w:sz w:val="20"/>
        </w:rPr>
        <w:t>18:14  us waqt mein ne kaha tha. Yeh baat</w:t>
      </w:r>
    </w:p>
    <w:p>
      <w:pPr>
        <w:pStyle w:val="Heading2"/>
      </w:pPr>
      <w:r>
        <w:t>Political interpretation of deen is fitna</w:t>
      </w:r>
    </w:p>
    <w:p>
      <w:r>
        <w:rPr>
          <w:color w:val="666666"/>
          <w:sz w:val="18"/>
        </w:rPr>
        <w:t>Q&amp;A 24 Jun 2012 Maulana Wahiduddin Khan · 2m 50s · at 26:01 · https://youtu.be/t-W7IaCQsUs?t=1561</w:t>
      </w:r>
    </w:p>
    <w:p>
      <w:r>
        <w:rPr>
          <w:i/>
        </w:rPr>
        <w:t>“Masla siyasi tabeer ka nahi, masla siyasi fakhr ka hai.”</w:t>
      </w:r>
    </w:p>
    <w:p>
      <w:r>
        <w:rPr>
          <w:sz w:val="20"/>
        </w:rPr>
        <w:t>26:01  masla siyasi taabeer ka nahin hai, masla siyasi fakhr ka hai. poori poori ummat siyasi fakhr mein jee rahi hai. mujhe koi bhi exception nahin maloom. is baar cps ke sab siyasi fakhr mein. yaani matlab usmani kuch daur tareekh guzra hai,</w:t>
      </w:r>
      <w:r>
        <w:br/>
      </w:r>
      <w:r>
        <w:rPr>
          <w:sz w:val="20"/>
        </w:rPr>
        <w:t>26:20  usko lekar fakhr. to usi ko, usi ko revive karna, usi ko regain karna, usi ko phir duniya mein lana. to yeh yeh mizaj sabka hai. usi ne yeh siyasi taabeer,</w:t>
      </w:r>
      <w:r>
        <w:br/>
      </w:r>
      <w:r>
        <w:rPr>
          <w:sz w:val="20"/>
        </w:rPr>
        <w:t>26:37  siyasi taabeer ka main isko fitna samajhta hoon. paida kiya. yeh tareekhi fakhr ko dobara haasil karo, dobara qaaim karo. isi ka naam hai siyasi taabeer. iska islam se koi talluq nahin.</w:t>
      </w:r>
      <w:r>
        <w:br/>
      </w:r>
      <w:r>
        <w:rPr>
          <w:sz w:val="20"/>
        </w:rPr>
        <w:t>26:53  maulana, unka ek aur sawal hai. unhone likha hai ki ek bade aalim jo islam ke political interpretation ke leader hain, maine unse poocha ki quran ki ayat mein kahan kaha gaya hai ki tum duniya mein political system ko qaaim karo. unhone ayat hakimuddin ka hawala diya. maulana, is ayat ko aap explain kar</w:t>
      </w:r>
      <w:r>
        <w:br/>
      </w:r>
      <w:r>
        <w:rPr>
          <w:sz w:val="20"/>
        </w:rPr>
        <w:t>27:16  en. dekhiye, yeh bahut badi, main isko gunah samajhta hoon ki hakimuddin ko ikamat hukoomat ke maane mein liya jaaye. kuch aur log hain jo hakim salat ke maane lete hain. ikamat nizam, yaani social nizam qaaim karna</w:t>
      </w:r>
      <w:r>
        <w:br/>
      </w:r>
      <w:r>
        <w:rPr>
          <w:sz w:val="20"/>
        </w:rPr>
        <w:t>27:33  samajhte hain ki ismein hakim salat ka alfaaz hukm diya gaya hai. hakim deen ke maane hargiz yeh nahin hai ki ikamat hukoomat. is par maine likhi taabeer galti hai. bahut lambi baat ki hai. usko aap padh lijiye. hakim deen ke maane hain ghair siyasi daayre mein deen ke jo takade hain, jis ko ki har fard bila rukawat ikhtiyar kar sakta hai,</w:t>
      </w:r>
      <w:r>
        <w:br/>
      </w:r>
      <w:r>
        <w:rPr>
          <w:sz w:val="20"/>
        </w:rPr>
        <w:t>27:57  us ko, us par qaaim hona. yaani tauheed, ikhlas, ibaadat, akhlaq aur allah se mohabbat, allah se khauf, yeh sab cheezein us se muraad hain. uska hukoomat se kuch bhi talluq nahin hai.</w:t>
      </w:r>
      <w:r>
        <w:br/>
      </w:r>
      <w:r>
        <w:rPr>
          <w:sz w:val="20"/>
        </w:rPr>
        <w:t>28:16  is par maine likha aur maine yeh bhi likha us mein ki saare hi mufassireen mutaffiq hain ki is mein siyasat shaamil nahin hai. yeh jo aajkal ke nikle hain siyasi taabeer karne wale, yeh to bahut hi zyada jasat karte hain</w:t>
      </w:r>
      <w:r>
        <w:br/>
      </w:r>
      <w:r>
        <w:rPr>
          <w:sz w:val="20"/>
        </w:rPr>
        <w:t>28:34  aur ki koi saboot nahin hai aur phir bhi us ko dohrata chala jaa rahe hain. yaani na to lughat mein saboot hai, na quran mein saboot hai, na tafsir mein se koi ek bhi mufassir is ke haq mein hai.</w:t>
      </w:r>
    </w:p>
    <w:p>
      <w:pPr>
        <w:pStyle w:val="Heading2"/>
      </w:pPr>
      <w:r>
        <w:t>Division of labour based on natural qualities</w:t>
      </w:r>
    </w:p>
    <w:p>
      <w:r>
        <w:rPr>
          <w:color w:val="666666"/>
          <w:sz w:val="18"/>
        </w:rPr>
        <w:t>Woman in Islam February 28, 2007 Maulana Wahiduddin Khan · 3m 05s · at 35:36 · https://youtu.be/LTTwp_lIqzY?t=2136</w:t>
      </w:r>
    </w:p>
    <w:p>
      <w:r>
        <w:rPr>
          <w:i/>
        </w:rPr>
        <w:t>“There is no discrimination in role of women.”</w:t>
      </w:r>
    </w:p>
    <w:p>
      <w:r>
        <w:rPr>
          <w:sz w:val="20"/>
        </w:rPr>
        <w:t>35:36  din about the</w:t>
      </w:r>
      <w:r>
        <w:br/>
      </w:r>
      <w:r>
        <w:rPr>
          <w:sz w:val="20"/>
        </w:rPr>
        <w:t>35:41  role of woman in the society, i think that there is no discrimination in this regard.</w:t>
      </w:r>
      <w:r>
        <w:br/>
      </w:r>
      <w:r>
        <w:rPr>
          <w:sz w:val="20"/>
        </w:rPr>
        <w:t>35:55  the only thing is that</w:t>
      </w:r>
      <w:r>
        <w:br/>
      </w:r>
      <w:r>
        <w:rPr>
          <w:sz w:val="20"/>
        </w:rPr>
        <w:t>36:00  both have different qualities, both have different temperament, b</w:t>
      </w:r>
      <w:r>
        <w:br/>
      </w:r>
      <w:r>
        <w:rPr>
          <w:sz w:val="20"/>
        </w:rPr>
        <w:t>36:12  with have different potential. So it is but natural that both must be given that kind of role, which is quite, which is quite</w:t>
      </w:r>
      <w:r>
        <w:br/>
      </w:r>
      <w:r>
        <w:rPr>
          <w:sz w:val="20"/>
        </w:rPr>
        <w:t>36:39  appropriate, which is in accordance with their qualities. So this is a settlement or adjust</w:t>
      </w:r>
      <w:r>
        <w:br/>
      </w:r>
      <w:r>
        <w:rPr>
          <w:sz w:val="20"/>
        </w:rPr>
        <w:t>36:50  ment, this is not diskrimineshan. for exampl,</w:t>
      </w:r>
      <w:r>
        <w:br/>
      </w:r>
      <w:r>
        <w:rPr>
          <w:sz w:val="20"/>
        </w:rPr>
        <w:t>36:58  There are two different roles. One is engineering role, and other, other one is teaching role.</w:t>
      </w:r>
      <w:r>
        <w:br/>
      </w:r>
      <w:r>
        <w:rPr>
          <w:sz w:val="20"/>
        </w:rPr>
        <w:t>37:11  to of you find that man, man is</w:t>
      </w:r>
      <w:r>
        <w:br/>
      </w:r>
      <w:r>
        <w:rPr>
          <w:sz w:val="20"/>
        </w:rPr>
        <w:t>37:19  better for engineer role, so you have to appoint man as an engineer. And if you find that woman is better in teaching job, so,</w:t>
      </w:r>
      <w:r>
        <w:br/>
      </w:r>
      <w:r>
        <w:rPr>
          <w:sz w:val="20"/>
        </w:rPr>
        <w:t>37:35  So you have to appoint women in the teaching job.</w:t>
      </w:r>
      <w:r>
        <w:br/>
      </w:r>
      <w:r>
        <w:rPr>
          <w:sz w:val="20"/>
        </w:rPr>
        <w:t>37:41  . so it is, it is a divishan of labor. is not diskrimineshan.</w:t>
      </w:r>
      <w:r>
        <w:br/>
      </w:r>
      <w:r>
        <w:rPr>
          <w:sz w:val="20"/>
        </w:rPr>
        <w:t>37:50  it is simpli divishan of labor.</w:t>
      </w:r>
      <w:r>
        <w:br/>
      </w:r>
      <w:r>
        <w:rPr>
          <w:sz w:val="20"/>
        </w:rPr>
        <w:t>37:55  aivn aivri man,</w:t>
      </w:r>
      <w:r>
        <w:br/>
      </w:r>
      <w:r>
        <w:rPr>
          <w:sz w:val="20"/>
        </w:rPr>
        <w:t>38:01  even there are differences among men and men, and among women and women.</w:t>
      </w:r>
      <w:r>
        <w:br/>
      </w:r>
      <w:r>
        <w:rPr>
          <w:sz w:val="20"/>
        </w:rPr>
        <w:t>38:10  so difrans is</w:t>
      </w:r>
      <w:r>
        <w:br/>
      </w:r>
      <w:r>
        <w:rPr>
          <w:sz w:val="20"/>
        </w:rPr>
        <w:t>38:14  found not only among sexs, but among individuals also.</w:t>
      </w:r>
      <w:r>
        <w:br/>
      </w:r>
      <w:r>
        <w:rPr>
          <w:sz w:val="20"/>
        </w:rPr>
        <w:t>38:26  so yu heve to be relist</w:t>
      </w:r>
      <w:r>
        <w:br/>
      </w:r>
      <w:r>
        <w:rPr>
          <w:sz w:val="20"/>
        </w:rPr>
        <w:t>38:31  . Islamic approach is realist, realistic approach. Islamic approach in this regard.</w:t>
      </w:r>
    </w:p>
    <w:p>
      <w:pPr>
        <w:pStyle w:val="Heading2"/>
      </w:pPr>
      <w:r>
        <w:t>Two principles idealism pragmatism</w:t>
      </w:r>
    </w:p>
    <w:p>
      <w:r>
        <w:rPr>
          <w:color w:val="666666"/>
          <w:sz w:val="18"/>
        </w:rPr>
        <w:t>Adjustment the Only Option September 19, 2010 Maulana Wahiduddin Khan · 2m 44s · at 2:44 · https://youtu.be/o5wG_ONm76s?t=164</w:t>
      </w:r>
    </w:p>
    <w:p>
      <w:r>
        <w:rPr>
          <w:i/>
        </w:rPr>
        <w:t>“Duniya ke banane waale ne do basic principle rakhe hain”</w:t>
      </w:r>
    </w:p>
    <w:p>
      <w:r>
        <w:rPr>
          <w:sz w:val="20"/>
        </w:rPr>
        <w:t>2:44  to duniya ke banane wale ne, dekhiye, do bohat hi basic principle is duniya mein rakh diye hain. Ek hai individual life ke liye, ek hai social life ke liye.</w:t>
      </w:r>
      <w:r>
        <w:br/>
      </w:r>
      <w:r>
        <w:rPr>
          <w:sz w:val="20"/>
        </w:rPr>
        <w:t>3:01  hamari life duniya mein two fold hoti hai. Ek akele ki, aur yeh ke hum ek samaj mein hote hain, ek society mein hote hain, doosron ke beech mein hote hain.</w:t>
      </w:r>
      <w:r>
        <w:br/>
      </w:r>
      <w:r>
        <w:rPr>
          <w:sz w:val="20"/>
        </w:rPr>
        <w:t>3:17  to yaad rakhiye, Khuda ne dono ke liye ek law set kar diya hai, pehle din se.</w:t>
      </w:r>
      <w:r>
        <w:br/>
      </w:r>
      <w:r>
        <w:rPr>
          <w:sz w:val="20"/>
        </w:rPr>
        <w:t>3:30  wala tabdeela li khalqillahi. Khuda ne apna jo creation plan ke waqt jo bana diya hai, us mein koi badlav nahi, koi change nahi.</w:t>
      </w:r>
      <w:r>
        <w:br/>
      </w:r>
      <w:r>
        <w:rPr>
          <w:sz w:val="20"/>
        </w:rPr>
        <w:t>3:45  to individual ke liye kya hai? Woh hai idealism. Individual life ke liye hai idealism, aur social life ke liye hai pragmatism.</w:t>
      </w:r>
      <w:r>
        <w:br/>
      </w:r>
      <w:r>
        <w:rPr>
          <w:sz w:val="20"/>
        </w:rPr>
        <w:t>4:02  bas, there is no third law. Aap ko apne personal mamle mein ideal par chalne ki koshish karna hai.</w:t>
      </w:r>
      <w:r>
        <w:br/>
      </w:r>
      <w:r>
        <w:rPr>
          <w:sz w:val="20"/>
        </w:rPr>
        <w:t>4:16  kyun ke aap ki zindagi apni zindagi hai.</w:t>
      </w:r>
      <w:r>
        <w:br/>
      </w:r>
      <w:r>
        <w:rPr>
          <w:sz w:val="20"/>
        </w:rPr>
        <w:t>4:21  apne aap ko aap discipline mein rakh sakte hain. Apne aap par aap ka control hai. To jo bhi ideals hain, jo mayari usool hain,</w:t>
      </w:r>
      <w:r>
        <w:br/>
      </w:r>
      <w:r>
        <w:rPr>
          <w:sz w:val="20"/>
        </w:rPr>
        <w:t>4:36  us ko follow karna hai aap ko.</w:t>
      </w:r>
      <w:r>
        <w:br/>
      </w:r>
      <w:r>
        <w:rPr>
          <w:sz w:val="20"/>
        </w:rPr>
        <w:t>4:43  to kya karna hai?</w:t>
      </w:r>
      <w:r>
        <w:br/>
      </w:r>
      <w:r>
        <w:rPr>
          <w:sz w:val="20"/>
        </w:rPr>
        <w:t>4:47  In your personal life be idealist.</w:t>
      </w:r>
      <w:r>
        <w:br/>
      </w:r>
      <w:r>
        <w:rPr>
          <w:sz w:val="20"/>
        </w:rPr>
        <w:t>4:54  idealist zaati mamle mein. Lekin when it comes to society, family, other people, you have to be realist, you have to be pragmatic.</w:t>
      </w:r>
      <w:r>
        <w:br/>
      </w:r>
      <w:r>
        <w:rPr>
          <w:sz w:val="20"/>
        </w:rPr>
        <w:t>5:11  You have to adjust with others.</w:t>
      </w:r>
      <w:r>
        <w:br/>
      </w:r>
      <w:r>
        <w:rPr>
          <w:sz w:val="20"/>
        </w:rPr>
        <w:t>5:19  yeh bohat hi bara principle hai, lekin saare log is ko ignore karte hain. Family life se le kar ke international life tak.</w:t>
      </w:r>
    </w:p>
    <w:p>
      <w:pPr>
        <w:pStyle w:val="Heading2"/>
      </w:pPr>
      <w:r>
        <w:t>Lifetime advice: discover yourself, live simply, contribute to the world</w:t>
      </w:r>
    </w:p>
    <w:p>
      <w:r>
        <w:rPr>
          <w:color w:val="666666"/>
          <w:sz w:val="18"/>
        </w:rPr>
        <w:t>A conversation with Maulana Wahiduddin Khan on Aaj Saware, Doordarshan · 1m 49s · at 40:25 · https://youtu.be/vQkHY1LZz9w?t=2425</w:t>
      </w:r>
    </w:p>
    <w:p>
      <w:r>
        <w:rPr>
          <w:i/>
        </w:rPr>
        <w:t>“Let me tell you what I've learned about living well”</w:t>
      </w:r>
    </w:p>
    <w:p>
      <w:r>
        <w:rPr>
          <w:sz w:val="20"/>
        </w:rPr>
        <w:t>40:25  to main bohat hi, zindagi bhar ka mera tajurba yeh hai ki jo aadmi yeh chahta hai ki usko tension free life ho, peaceful zindagi ho, to simple life apnaye. simplicity is best formula hai. Maulana sahib, kuch aapke jeevan se kuch nichod ya kuch gun jo aap share karna chahenge hamare viewers ke saath, jiski wajah se hamari quality of life can really improve?</w:t>
      </w:r>
      <w:r>
        <w:br/>
      </w:r>
      <w:r>
        <w:rPr>
          <w:sz w:val="20"/>
        </w:rPr>
        <w:t>40:53  dekhiye, main yeh kahunga ki sabse pehle to aap apne ko discover kijiye. yeh discover kijiye ki aapko paida karne wale ne aapko kaun si special quality di hai. us special quality ko develop karna, yeh bohat hi zaroori hai. log kya karte hain ki kisi aur cheez mein aap apna dhyan laga dete hain aur tarakki nahi kar paate zindagi mein. usi special quality ko jaankar usko develop karna, number one.</w:t>
      </w:r>
      <w:r>
        <w:br/>
      </w:r>
      <w:r>
        <w:rPr>
          <w:sz w:val="20"/>
        </w:rPr>
        <w:t>41:20  number do, simple life. kyunki simple life jo hai, aapko bachati hai time ko waste, wastage of time se bachati hai. aur waste of money se bachati hai, har cheez se bachati hai. destruction se bachati hai. to simple life, second formula. doosri cheez yeh hai, teesri cheez main yeh kahunga ki negativity ko kabhi paas aane na dijiye. har negativity ko manage kijiye. har negativity ko manage karke usko positivity mein convert kijiye.</w:t>
      </w:r>
      <w:r>
        <w:br/>
      </w:r>
      <w:r>
        <w:rPr>
          <w:sz w:val="20"/>
        </w:rPr>
        <w:t>41:49  chauthi cheez main yeh kahunga ki duniya jo hai, wo</w:t>
      </w:r>
      <w:r>
        <w:br/>
      </w:r>
      <w:r>
        <w:rPr>
          <w:sz w:val="20"/>
        </w:rPr>
        <w:t>41:56  intezar kar rahi hai ki aap koi usko contribute karein, to aapko accept kare wo. magar iske ki aap usko duniya ko kuch dein, duniya aapko degi nahi. in living, that we understand. in living, that we receive. okay. Islam ke fourth Khalifa jo thay,</w:t>
      </w:r>
    </w:p>
    <w:p>
      <w:pPr>
        <w:pStyle w:val="Heading2"/>
      </w:pPr>
      <w:r>
        <w:t>Personal realization about the aware vs unaware mother</w:t>
      </w:r>
    </w:p>
    <w:p>
      <w:r>
        <w:rPr>
          <w:color w:val="666666"/>
          <w:sz w:val="18"/>
        </w:rPr>
        <w:t>Paradise lies at the feet of the mother CPS Women Article Discussion 22 June 18, 2023 · 2m 06s · at 4:21 · https://youtu.be/5MvOeBpOt_U?t=261</w:t>
      </w:r>
    </w:p>
    <w:p>
      <w:r>
        <w:rPr>
          <w:i/>
        </w:rPr>
        <w:t>“Maulana kehte hain: ek baakhabar, ek bekhabar insaan hota hai”</w:t>
      </w:r>
    </w:p>
    <w:p>
      <w:r>
        <w:rPr>
          <w:sz w:val="20"/>
        </w:rPr>
        <w:t>4:21  Maulana sahab kehte hain na ki yeh ba-khabar insan aur ek be-khabar insan hota hai. To is hadith ko maine bhi bekhabari mein yahi jaana tha ki maa ke pair ke neeche jannat ka matlab matlab mujhe jannat mein mil gayi bina mehnat ke bina jiddo jahad ke muft mein jannat naseeb ho gayi.</w:t>
      </w:r>
      <w:r>
        <w:br/>
      </w:r>
      <w:r>
        <w:rPr>
          <w:sz w:val="20"/>
        </w:rPr>
        <w:t>4:47  magar aisa hai ki haqeeqat mein aise dil se yeh nahin maan pa rahi thi.</w:t>
      </w:r>
      <w:r>
        <w:br/>
      </w:r>
      <w:r>
        <w:rPr>
          <w:sz w:val="20"/>
        </w:rPr>
        <w:t>4:53  aksar main ismein phansi bhi rehti thi ki ghazam nahin hoti thi yeh baat, lekin pehli baar padha</w:t>
      </w:r>
      <w:r>
        <w:br/>
      </w:r>
      <w:r>
        <w:rPr>
          <w:sz w:val="20"/>
        </w:rPr>
        <w:t>4:59  tha to meri mere dimaag ki khirtee khul gayi thi ki asal baat kya hai?</w:t>
      </w:r>
      <w:r>
        <w:br/>
      </w:r>
      <w:r>
        <w:rPr>
          <w:sz w:val="20"/>
        </w:rPr>
        <w:t>5:05  ekdam clear ho gaya ki maa ka darja us waqt bada darja hoga jabki ek aurat apni maa</w:t>
      </w:r>
      <w:r>
        <w:br/>
      </w:r>
      <w:r>
        <w:rPr>
          <w:sz w:val="20"/>
        </w:rPr>
        <w:t>5:11  hone ki responsibility ko hoga woh bhi ada karenge.</w:t>
      </w:r>
      <w:r>
        <w:br/>
      </w:r>
      <w:r>
        <w:rPr>
          <w:sz w:val="20"/>
        </w:rPr>
        <w:t>5:18  to aurat ka har rishta ek zimmedari hai magar maa ka rishta sabse badi zimmedari hai. Kyunki ek bachcha maa ko dekhkar hi bada hota hai. Sabse zyada uska waqt maa ke saath hi guzarta hai.</w:t>
      </w:r>
      <w:r>
        <w:br/>
      </w:r>
      <w:r>
        <w:rPr>
          <w:sz w:val="20"/>
        </w:rPr>
        <w:t>5:37  to shuruaati time mein jo bachche ka zehan jo zehan hota hai, usmein jo cheezein jaati hain woh apni maa ko observe karke usko dekhkar bachche ke woh bachche ke zehan ka hissa ban jaati hai. To jaise ki hum jaante hain ki Quran ke mutabik insan sahi fitrat par paida kiya gaya hai.</w:t>
      </w:r>
      <w:r>
        <w:br/>
      </w:r>
      <w:r>
        <w:rPr>
          <w:sz w:val="20"/>
        </w:rPr>
        <w:t>5:59  tab Khuda ka create kiya hua saaf suthra zehan lekin bachcha jab is duniya mein aata hai to us zehan mein pure woh haqeeqi cheezein daalne ka kaam sirf hum maa ka hota hai. Maa hi kar sakti hain. Kyunki maa aise zyada apne bachche ko bachche se bahut zyada mohabbat hoti hai aur koi maa nahi chahegi ki uska bachcha galat cheezon mein barbaad ho.</w:t>
      </w:r>
      <w:r>
        <w:br/>
      </w:r>
      <w:r>
        <w:rPr>
          <w:sz w:val="20"/>
        </w:rPr>
        <w:t>6:27  to aap samajhne ki baat yeh hai ki maa ka zehan kaisa ho? Aaj jab bachche ki tarbiyat karna aaj ke zaman mein ek bahut bada badi chahchahat hai. To iske liye maa ko apni zindagi ki poori lifestyle badal deni padti hai. Poora focus bachche ko lagana padega.</w:t>
      </w:r>
    </w:p>
    <w:p>
      <w:pPr>
        <w:pStyle w:val="Heading2"/>
      </w:pPr>
      <w:r>
        <w:t>Ground Zero mosque shows pride without wisdom</w:t>
      </w:r>
    </w:p>
    <w:p>
      <w:r>
        <w:rPr>
          <w:color w:val="666666"/>
          <w:sz w:val="18"/>
        </w:rPr>
        <w:t>Intellectual Empowerment August 22, 2010 · 2m 01s · at 44:20 · https://youtu.be/hMzhnJpdyAg?t=2660</w:t>
      </w:r>
    </w:p>
    <w:p>
      <w:r>
        <w:rPr>
          <w:i/>
        </w:rPr>
        <w:t>“ابھی دیکھیے، تازہ خبر، گراؤنڈ زیرو پر مسلمان مسجد بنا رہے ہیں”</w:t>
      </w:r>
    </w:p>
    <w:p>
      <w:r>
        <w:rPr>
          <w:sz w:val="20"/>
        </w:rPr>
        <w:t>44:20  jaise abhi dekhiye, abhi taaza khabar jo hai, ground zero jo kaha jata hai new york mein, wahan musalman masjid bana rahe hain, bade dhoom ke saath.</w:t>
      </w:r>
      <w:r>
        <w:br/>
      </w:r>
      <w:r>
        <w:rPr>
          <w:sz w:val="20"/>
        </w:rPr>
        <w:t>44:33  ab bohat logon ko fakhr hai ke wahan par hum masjid bana rahe hain. jab mein ne suna is baat ko, media mein dekha toh mein ne socha ke sirf is liye bana rahe hain ke un ko wisdom nahi hai, un ko.</w:t>
      </w:r>
      <w:r>
        <w:br/>
      </w:r>
      <w:r>
        <w:rPr>
          <w:sz w:val="20"/>
        </w:rPr>
        <w:t>44:47  kyunke wahan pe toh, wahan pe toh logon ko pacify karna hai. american log jo hain, jo bhark uthe hain, unhein pacify karna hai, unhein aur bharkana.</w:t>
      </w:r>
      <w:r>
        <w:br/>
      </w:r>
      <w:r>
        <w:rPr>
          <w:sz w:val="20"/>
        </w:rPr>
        <w:t>44:59  yani september, september 11 ke baad jo bhark uthe thay, to us ko pacify karo, un ko thanda karo, ya aur wahan par yani aisi baatein karo jis se ke un ko bharkayen, un ke rishteydaar paida ho, aur un ko nafrat ho jaye quran se,</w:t>
      </w:r>
      <w:r>
        <w:br/>
      </w:r>
      <w:r>
        <w:rPr>
          <w:sz w:val="20"/>
        </w:rPr>
        <w:t>45:18  masjid se, islam se.</w:t>
      </w:r>
      <w:r>
        <w:br/>
      </w:r>
      <w:r>
        <w:rPr>
          <w:sz w:val="20"/>
        </w:rPr>
        <w:t>45:21  to aisi cheez jo jis ka nateeja ulta nikle, woh kabhi nahi kiya jata islam mein. lekin chounke musalmanon ki soch jo hai, quran se bani nahi hai, is wajah se wahan par fakhr kar rahay hain ke hum wahan par masjid banayenge.</w:t>
      </w:r>
      <w:r>
        <w:br/>
      </w:r>
      <w:r>
        <w:rPr>
          <w:sz w:val="20"/>
        </w:rPr>
        <w:t>45:40  yeh bohat bari wisdom hai ke aisa kaam na kiya jaye jis se fareeqe saani aur zyada bhark uthe, us ko rishteydaar paida ho.</w:t>
      </w:r>
      <w:r>
        <w:br/>
      </w:r>
      <w:r>
        <w:rPr>
          <w:sz w:val="20"/>
        </w:rPr>
        <w:t>45:50  jab jab ta'alluqaat ab normal ho jayen to sab se pehla kaam yeh hota hai ke us ko normal kiya jaye, aur har aisi cheez se bacha jaye jo jo provoke karne wala ho.</w:t>
      </w:r>
      <w:r>
        <w:br/>
      </w:r>
      <w:r>
        <w:rPr>
          <w:sz w:val="20"/>
        </w:rPr>
        <w:t>46:03  to us waqt yani ground zero par masjid banana, yeh to provoke karna hai un ko, aur provoke karna islam mein bilkul jaiz nahi hai.</w:t>
      </w:r>
      <w:r>
        <w:br/>
      </w:r>
      <w:r>
        <w:rPr>
          <w:sz w:val="20"/>
        </w:rPr>
        <w:t>46:14  yeh sab kyun hai? quran ki tilawat log karte hain, aur quran mein tadabbur nahi karte.</w:t>
      </w:r>
    </w:p>
    <w:p>
      <w:pPr>
        <w:pStyle w:val="Heading2"/>
      </w:pPr>
      <w:r>
        <w:t>Hadith on contentment redefined as planning based on remnant</w:t>
      </w:r>
    </w:p>
    <w:p>
      <w:r>
        <w:rPr>
          <w:color w:val="666666"/>
          <w:sz w:val="18"/>
        </w:rPr>
        <w:t>Prophetic Guidance October 4, 2015 · 2m 00s · at 1:44 · https://youtu.be/k5sAYxguQUo?t=104</w:t>
      </w:r>
    </w:p>
    <w:p>
      <w:r>
        <w:rPr>
          <w:i/>
        </w:rPr>
        <w:t>“قناعت کو اتنے محدود معنی میں لیا جاتا ہے”</w:t>
      </w:r>
    </w:p>
    <w:p>
      <w:r>
        <w:rPr>
          <w:sz w:val="20"/>
        </w:rPr>
        <w:t>1:44  lekin is ko qanaat ko itne mehdood mani mein liya jata hai ke woh koi darweshi ke mani mein gaya. qanaat ke mani darweshi.</w:t>
      </w:r>
      <w:r>
        <w:br/>
      </w:r>
      <w:r>
        <w:rPr>
          <w:sz w:val="20"/>
        </w:rPr>
        <w:t>1:54  halanke yeh bahut zabardast ideology hai. yeh qanaat ek ideology hai.</w:t>
      </w:r>
      <w:r>
        <w:br/>
      </w:r>
      <w:r>
        <w:rPr>
          <w:sz w:val="20"/>
        </w:rPr>
        <w:t>2:06  ek hadith hai:</w:t>
      </w:r>
      <w:r>
        <w:br/>
      </w:r>
      <w:r>
        <w:rPr>
          <w:sz w:val="20"/>
        </w:rPr>
        <w:t>2:10  qad aflaha bin aslam</w:t>
      </w:r>
      <w:r>
        <w:br/>
      </w:r>
      <w:r>
        <w:rPr>
          <w:sz w:val="20"/>
        </w:rPr>
        <w:t>2:13  waradiya kafafa wakana allaha wa ata</w:t>
      </w:r>
      <w:r>
        <w:br/>
      </w:r>
      <w:r>
        <w:rPr>
          <w:sz w:val="20"/>
        </w:rPr>
        <w:t>2:21  yani is ke haan falah ka joda qanaat se hai. woh aadmi falah payega, yani successful rahega.</w:t>
      </w:r>
      <w:r>
        <w:br/>
      </w:r>
      <w:r>
        <w:rPr>
          <w:sz w:val="20"/>
        </w:rPr>
        <w:t>2:32  falah ke mani success.</w:t>
      </w:r>
      <w:r>
        <w:br/>
      </w:r>
      <w:r>
        <w:rPr>
          <w:sz w:val="20"/>
        </w:rPr>
        <w:t>2:37  ke jo aadmi falah payega jo qanaat ki ideology ko apnaye.</w:t>
      </w:r>
      <w:r>
        <w:br/>
      </w:r>
      <w:r>
        <w:rPr>
          <w:sz w:val="20"/>
        </w:rPr>
        <w:t>2:45  to qanaat ek darweshi ka tareeqa nahi hai. qanaat ek ideology hai. is ka taluq zindagi ke sare pehluon se hai.</w:t>
      </w:r>
      <w:r>
        <w:br/>
      </w:r>
      <w:r>
        <w:rPr>
          <w:sz w:val="20"/>
        </w:rPr>
        <w:t>3:02  mein is ko agar apne lafzon mein kahoon to woh yeh hoga ke qanaat ka matlab hai baqi madde par planning.</w:t>
      </w:r>
      <w:r>
        <w:br/>
      </w:r>
      <w:r>
        <w:rPr>
          <w:sz w:val="20"/>
        </w:rPr>
        <w:t>3:15  baqi madde par mansooba. yani planning based on remnant</w:t>
      </w:r>
      <w:r>
        <w:br/>
      </w:r>
      <w:r>
        <w:rPr>
          <w:sz w:val="20"/>
        </w:rPr>
        <w:t>3:24  planning based on remnant.</w:t>
      </w:r>
      <w:r>
        <w:br/>
      </w:r>
      <w:r>
        <w:rPr>
          <w:sz w:val="20"/>
        </w:rPr>
        <w:t>3:30  jo aap ke paas kuch to aap ke paas khoya gaya, kuch aap ke paas bacha hua hai. to jo aap ke paas bacha hua hai, us par planning karna, us par mansooba banana.</w:t>
      </w:r>
    </w:p>
    <w:p>
      <w:pPr>
        <w:pStyle w:val="Heading2"/>
      </w:pPr>
      <w:r>
        <w:t>Bill Gates and the failure of wealth as ultimate good</w:t>
      </w:r>
    </w:p>
    <w:p>
      <w:r>
        <w:rPr>
          <w:color w:val="666666"/>
          <w:sz w:val="18"/>
        </w:rPr>
        <w:t>Importance of Peace August 17, 2014 · 2m 02s · at 18:29 · https://youtu.be/ifxSwh2Jckw?t=1109</w:t>
      </w:r>
    </w:p>
    <w:p>
      <w:r>
        <w:rPr>
          <w:i/>
        </w:rPr>
        <w:t>“Kuch logon ne samjha ke sabse badi cheez wealth hai”</w:t>
      </w:r>
    </w:p>
    <w:p>
      <w:r>
        <w:rPr>
          <w:sz w:val="20"/>
        </w:rPr>
        <w:t>18:29  is ke baad insaan bohat se log thay jinhon ne yeh samjha ke sab se bari cheez wealth hai, dolat</w:t>
      </w:r>
      <w:r>
        <w:br/>
      </w:r>
      <w:r>
        <w:rPr>
          <w:sz w:val="20"/>
        </w:rPr>
        <w:t>18:34  . khoob kamao, dolat kamao, khoob dolat kamao. lekin tajurba batata hai ke woh bhi greatest good nahi hai.</w:t>
      </w:r>
      <w:r>
        <w:br/>
      </w:r>
      <w:r>
        <w:rPr>
          <w:sz w:val="20"/>
        </w:rPr>
        <w:t>18:45  is ki aik misaal hai bill gates ki.</w:t>
      </w:r>
      <w:r>
        <w:br/>
      </w:r>
      <w:r>
        <w:rPr>
          <w:sz w:val="20"/>
        </w:rPr>
        <w:t>18:52  america ka bill gates jo abhi zinda hai, is ne yeh kaha ke bohat dolat kamaye. aur chunancha unhon ne</w:t>
      </w:r>
      <w:r>
        <w:br/>
      </w:r>
      <w:r>
        <w:rPr>
          <w:sz w:val="20"/>
        </w:rPr>
        <w:t>19:05  koshish karte karte waqai dunya ke richest aadmi ban gaye woh. bill gates dunya ke richest aadmi ban gaye. aakhir mein unhein kuch kuch nahi mila.</w:t>
      </w:r>
      <w:r>
        <w:br/>
      </w:r>
      <w:r>
        <w:rPr>
          <w:sz w:val="20"/>
        </w:rPr>
        <w:t>19:17  yaani peace of mind bhi nahi mila in ko.</w:t>
      </w:r>
      <w:r>
        <w:br/>
      </w:r>
      <w:r>
        <w:rPr>
          <w:sz w:val="20"/>
        </w:rPr>
        <w:t>19:22  to unhon ne haal mein bhi aik lecture mein kaha tha ke paise se, paisa kitne dher aap kar lein, is se kuch milta nahi aap ko.</w:t>
      </w:r>
      <w:r>
        <w:br/>
      </w:r>
      <w:r>
        <w:rPr>
          <w:sz w:val="20"/>
        </w:rPr>
        <w:t>19:35  to apne lecture mein is ne kaha tha ke is ka lecture internet par mojood hai, aap parh sakte hain is ko.</w:t>
      </w:r>
      <w:r>
        <w:br/>
      </w:r>
      <w:r>
        <w:rPr>
          <w:sz w:val="20"/>
        </w:rPr>
        <w:t>19:41  ke once you get beyond a million dollar once you get beyond a million dollar it is the same hamburger yaani chahe aap ke paas billion billion dollar ho jaye, aap khayenge to wahi sandwich.</w:t>
      </w:r>
      <w:r>
        <w:br/>
      </w:r>
      <w:r>
        <w:rPr>
          <w:sz w:val="20"/>
        </w:rPr>
        <w:t>20:04  aur kya khayenge? himalaya pahaar ko to nahi kha jayenge aap? sone aur chandi ko to nahi kha jayenge aap?</w:t>
      </w:r>
      <w:r>
        <w:br/>
      </w:r>
      <w:r>
        <w:rPr>
          <w:sz w:val="20"/>
        </w:rPr>
        <w:t>20:11  billion dollars ko to nahi kha jayenge aap? to nateejah kya hua ke is ne apni dolat ka bohat bara charity bhi de diya.</w:t>
      </w:r>
      <w:r>
        <w:br/>
      </w:r>
      <w:r>
        <w:rPr>
          <w:sz w:val="20"/>
        </w:rPr>
        <w:t>20:23  aise hi dekhiye,</w:t>
      </w:r>
    </w:p>
    <w:p>
      <w:pPr>
        <w:pStyle w:val="Heading2"/>
      </w:pPr>
      <w:r>
        <w:t>America's $410 billion Iraq war for oil that gained nothing</w:t>
      </w:r>
    </w:p>
    <w:p>
      <w:r>
        <w:rPr>
          <w:color w:val="666666"/>
          <w:sz w:val="18"/>
        </w:rPr>
        <w:t>Journey of Civilization January 14, 2007 · 2m 06s · at 6:54 · https://youtu.be/ZCFRrqmfms4?t=414</w:t>
      </w:r>
    </w:p>
    <w:p>
      <w:r>
        <w:rPr>
          <w:i/>
        </w:rPr>
        <w:t>“America ko lijiye, jo super power hai”</w:t>
      </w:r>
    </w:p>
    <w:p>
      <w:r>
        <w:rPr>
          <w:sz w:val="20"/>
        </w:rPr>
        <w:t>6:54  ab dekhiye ke america ko lijiye, jo superpower hai, to apni taraqqi ki machine ko chalane ke liye is ko chahiye energy,</w:t>
      </w:r>
      <w:r>
        <w:br/>
      </w:r>
      <w:r>
        <w:rPr>
          <w:sz w:val="20"/>
        </w:rPr>
        <w:t>7:10  yani tel.</w:t>
      </w:r>
      <w:r>
        <w:br/>
      </w:r>
      <w:r>
        <w:rPr>
          <w:sz w:val="20"/>
        </w:rPr>
        <w:t>7:14  apni taraqqi ki machine ko barabar chalta rehne ke liye is ko tel chahiye. Kyun ke sara jo industrial world hai, woh tel par chal raha hai.</w:t>
      </w:r>
      <w:r>
        <w:br/>
      </w:r>
      <w:r>
        <w:rPr>
          <w:sz w:val="20"/>
        </w:rPr>
        <w:t>7:29  to tel ke liye is ne attack kiya iraq par, do bar. Kyun ke aap jante hain ke iraq mein tel ka bohat bara bhandar hai.</w:t>
      </w:r>
      <w:r>
        <w:br/>
      </w:r>
      <w:r>
        <w:rPr>
          <w:sz w:val="20"/>
        </w:rPr>
        <w:t>7:39  to is par qabza karne ke liye.</w:t>
      </w:r>
      <w:r>
        <w:br/>
      </w:r>
      <w:r>
        <w:rPr>
          <w:sz w:val="20"/>
        </w:rPr>
        <w:t>7:43  aur report mein bataya gaya hai ke do, aap jante hain ke do bar attack kiya unho ne. George Bush senior ke zamane mein, phir George Bush junior ke zamane mein.</w:t>
      </w:r>
      <w:r>
        <w:br/>
      </w:r>
      <w:r>
        <w:rPr>
          <w:sz w:val="20"/>
        </w:rPr>
        <w:t>7:55  aur dono ko mila kar jo kharcha hua, woh tha 410 billion, B se.</w:t>
      </w:r>
      <w:r>
        <w:br/>
      </w:r>
      <w:r>
        <w:rPr>
          <w:sz w:val="20"/>
        </w:rPr>
        <w:t>8:06  M nahi, B. 410 billion dollar.</w:t>
      </w:r>
      <w:r>
        <w:br/>
      </w:r>
      <w:r>
        <w:rPr>
          <w:sz w:val="20"/>
        </w:rPr>
        <w:t>8:12  aur mila kuch bhi nahi? mila kuch bhi nahi? dekhiye, yeh kal yani 13 January ko jo Times of India mein ek report aayi hai,</w:t>
      </w:r>
      <w:r>
        <w:br/>
      </w:r>
      <w:r>
        <w:rPr>
          <w:sz w:val="20"/>
        </w:rPr>
        <w:t>8:29  is mein yeh hai ke ab ab president in tears, George Bush ki aankhon mein aansu,</w:t>
      </w:r>
      <w:r>
        <w:br/>
      </w:r>
      <w:r>
        <w:rPr>
          <w:sz w:val="20"/>
        </w:rPr>
        <w:t>8:37  ab president in tears, yani 410 billion dollar kharch kar ke unho ne attack kiya iraq par, aur mila kuch bhi nahi.</w:t>
      </w:r>
      <w:r>
        <w:br/>
      </w:r>
      <w:r>
        <w:rPr>
          <w:sz w:val="20"/>
        </w:rPr>
        <w:t>8:53  mila kuch bhi nahi. To yeh yeh kehna ke yeh hari ka mamla hai, yeh galat hai. Hari ki baat hi nahi hai.</w:t>
      </w:r>
    </w:p>
    <w:p>
      <w:pPr>
        <w:pStyle w:val="Heading2"/>
      </w:pPr>
      <w:r>
        <w:t>Modern education as educational therapy</w:t>
      </w:r>
    </w:p>
    <w:p>
      <w:r>
        <w:rPr>
          <w:color w:val="666666"/>
          <w:sz w:val="18"/>
        </w:rPr>
        <w:t>Revival of Muslim Ummah I June 2, 2013 - Maulana Wahiduddin Khan · 2m 20s · at 17:57 · https://youtu.be/uiN3_H1mR0M?t=1077</w:t>
      </w:r>
    </w:p>
    <w:p>
      <w:r>
        <w:rPr>
          <w:i/>
        </w:rPr>
        <w:t>“Allah Ta'ala ne ek behtareen maidan khol diya”</w:t>
      </w:r>
    </w:p>
    <w:p>
      <w:r>
        <w:rPr>
          <w:sz w:val="20"/>
        </w:rPr>
        <w:t>17:57  regenerate karna tha. aur is ke liye Allah taala ne ek behtareen maidan khol diya. maidan kya tha? jo modern education ka maidan hai.</w:t>
      </w:r>
      <w:r>
        <w:br/>
      </w:r>
      <w:r>
        <w:rPr>
          <w:sz w:val="20"/>
        </w:rPr>
        <w:t>18:09  modern education jo tha woh mein samajhta hoon ke educational therapy thi musalmanon ke liye. kyunke wahan par compression bohat zabardast tha.</w:t>
      </w:r>
      <w:r>
        <w:br/>
      </w:r>
      <w:r>
        <w:rPr>
          <w:sz w:val="20"/>
        </w:rPr>
        <w:t>18:19  wahan hindu hain, isai hain, yeh hain, woh hain. saare logon ke sath kaam karna hai. toh struggle ke darmiyan aadmi banta hai. hamare ulama ne jo kaam kiya woh struggle chhin gaya musalmanon se.</w:t>
      </w:r>
      <w:r>
        <w:br/>
      </w:r>
      <w:r>
        <w:rPr>
          <w:sz w:val="20"/>
        </w:rPr>
        <w:t>18:33  aap ne jo islami mulk banaye, islami idare banaye, islami university, islami college, wahan par struggle hi nahi, wahan par compression nahi. wahan toh sab apna maamla hai.</w:t>
      </w:r>
      <w:r>
        <w:br/>
      </w:r>
      <w:r>
        <w:rPr>
          <w:sz w:val="20"/>
        </w:rPr>
        <w:t>18:46  toh un ko struggle mein daalna tha, compression mein daalna tha. is ke liye Allah taala ne behtareen khol diya tha maidan modern education ka.</w:t>
      </w:r>
      <w:r>
        <w:br/>
      </w:r>
      <w:r>
        <w:rPr>
          <w:sz w:val="20"/>
        </w:rPr>
        <w:t>18:59  school, college, university. is mein agar daala hota musalmanon ko, daala hota aap ne toh that was a kind of educational therapy.</w:t>
      </w:r>
      <w:r>
        <w:br/>
      </w:r>
      <w:r>
        <w:rPr>
          <w:sz w:val="20"/>
        </w:rPr>
        <w:t>19:11  lekin hamare ulama bilkul samjhe nahi ke modern education kya cheez hai. Akbar Allahabadi ne kaha tha ke firoun woh</w:t>
      </w:r>
      <w:r>
        <w:br/>
      </w:r>
      <w:r>
        <w:rPr>
          <w:sz w:val="20"/>
        </w:rPr>
        <w:t>19:26  ladkon ke kabhi qad se badnaam na hota. afsos ke firoun ko kali ki na soojhi. aur Maulana Syed Abdullah Modi ne taqreer ki thi, woh chhapi hui hai ke yeh college universityan kya hain?</w:t>
      </w:r>
      <w:r>
        <w:br/>
      </w:r>
      <w:r>
        <w:rPr>
          <w:sz w:val="20"/>
        </w:rPr>
        <w:t>19:39  qatal gahein hain. toh qatal gaah declare kar diya is ko. halanke woh thay center of degen deconditioning.</w:t>
      </w:r>
      <w:r>
        <w:br/>
      </w:r>
      <w:r>
        <w:rPr>
          <w:sz w:val="20"/>
        </w:rPr>
        <w:t>19:51  woh qatal gaah nahi thay, woh center of deconditioning thay. ek masla yeh tha ke yeh secular education wahan hoti hai, wahan par doosre qomon ke log padhte hain.</w:t>
      </w:r>
      <w:r>
        <w:br/>
      </w:r>
      <w:r>
        <w:rPr>
          <w:sz w:val="20"/>
        </w:rPr>
        <w:t>20:03  to musalmanon ke deen ko kaise hifazat ki jaye? is ka behtareen tareeqa kya tha? apne gharon mein aap intezam ki jiye. yaani gharon ko informal, informal education center bana di jiye.</w:t>
      </w:r>
    </w:p>
    <w:p>
      <w:pPr>
        <w:pStyle w:val="Heading2"/>
      </w:pPr>
      <w:r>
        <w:t>Prophet prayed towards Jewish Qibla</w:t>
      </w:r>
    </w:p>
    <w:p>
      <w:r>
        <w:rPr>
          <w:color w:val="666666"/>
          <w:sz w:val="18"/>
        </w:rPr>
        <w:t>B'nai B'birth International Programme October 20, 2015 · 2m 45s · at 10:36 · https://youtu.be/1WtsK3mrkEQ?t=636</w:t>
      </w:r>
    </w:p>
    <w:p>
      <w:r>
        <w:rPr>
          <w:i/>
        </w:rPr>
        <w:t>“So he offered his prayer directing through Jewish Qibla”</w:t>
      </w:r>
    </w:p>
    <w:p>
      <w:r>
        <w:rPr>
          <w:sz w:val="20"/>
        </w:rPr>
        <w:t>10:36  So he offered his prayer directing through Jewish Qibla, that is, Qubbat al-Sahra or Dome of the Rock.</w:t>
      </w:r>
      <w:r>
        <w:br/>
      </w:r>
      <w:r>
        <w:rPr>
          <w:sz w:val="20"/>
        </w:rPr>
        <w:t>10:56  . It was very</w:t>
      </w:r>
      <w:r>
        <w:br/>
      </w:r>
      <w:r>
        <w:rPr>
          <w:sz w:val="20"/>
        </w:rPr>
        <w:t>11:00  strange that Prophet Islam was</w:t>
      </w:r>
      <w:r>
        <w:br/>
      </w:r>
      <w:r>
        <w:rPr>
          <w:sz w:val="20"/>
        </w:rPr>
        <w:t>11:04  He was founder of Islam, but he up to 16 year, up to 16 month, he observed his</w:t>
      </w:r>
      <w:r>
        <w:br/>
      </w:r>
      <w:r>
        <w:rPr>
          <w:sz w:val="20"/>
        </w:rPr>
        <w:t>11:15  prayed by adopted Jewish Qibla.</w:t>
      </w:r>
      <w:r>
        <w:br/>
      </w:r>
      <w:r>
        <w:rPr>
          <w:sz w:val="20"/>
        </w:rPr>
        <w:t>11:24  Then Prophet Islam</w:t>
      </w:r>
      <w:r>
        <w:br/>
      </w:r>
      <w:r>
        <w:rPr>
          <w:sz w:val="20"/>
        </w:rPr>
        <w:t>11:28  issued declaration. That is referred in the Hadith, referred in the history as Sahifat al-Madinah.</w:t>
      </w:r>
      <w:r>
        <w:br/>
      </w:r>
      <w:r>
        <w:rPr>
          <w:sz w:val="20"/>
        </w:rPr>
        <w:t>11:41  Sahifat al-Madinah means</w:t>
      </w:r>
      <w:r>
        <w:br/>
      </w:r>
      <w:r>
        <w:rPr>
          <w:sz w:val="20"/>
        </w:rPr>
        <w:t>11:44  Medina declaration. In this declaration,</w:t>
      </w:r>
      <w:r>
        <w:br/>
      </w:r>
      <w:r>
        <w:rPr>
          <w:sz w:val="20"/>
        </w:rPr>
        <w:t>11:49  He there was in this declaration, there was clause then</w:t>
      </w:r>
      <w:r>
        <w:br/>
      </w:r>
      <w:r>
        <w:rPr>
          <w:sz w:val="20"/>
        </w:rPr>
        <w:t>11:56  المسلمین for their region, for Jewish community, their region and for Muslim community, their region.</w:t>
      </w:r>
      <w:r>
        <w:br/>
      </w:r>
      <w:r>
        <w:rPr>
          <w:sz w:val="20"/>
        </w:rPr>
        <w:t>12:09  one day, Prophet was sitting</w:t>
      </w:r>
      <w:r>
        <w:br/>
      </w:r>
      <w:r>
        <w:rPr>
          <w:sz w:val="20"/>
        </w:rPr>
        <w:t>12:16  at a place in Medina.</w:t>
      </w:r>
      <w:r>
        <w:br/>
      </w:r>
      <w:r>
        <w:rPr>
          <w:sz w:val="20"/>
        </w:rPr>
        <w:t>12:19  He saw pointed position,</w:t>
      </w:r>
      <w:r>
        <w:br/>
      </w:r>
      <w:r>
        <w:rPr>
          <w:sz w:val="20"/>
        </w:rPr>
        <w:t>12:22  pasang throu street,</w:t>
      </w:r>
      <w:r>
        <w:br/>
      </w:r>
      <w:r>
        <w:rPr>
          <w:sz w:val="20"/>
        </w:rPr>
        <w:t>12:27  and saying that</w:t>
      </w:r>
      <w:r>
        <w:br/>
      </w:r>
      <w:r>
        <w:rPr>
          <w:sz w:val="20"/>
        </w:rPr>
        <w:t>12:29  funeral, he stood up in respect.</w:t>
      </w:r>
      <w:r>
        <w:br/>
      </w:r>
      <w:r>
        <w:rPr>
          <w:sz w:val="20"/>
        </w:rPr>
        <w:t>12:35  One of his companions said, "O Prophet, it was funeral of a Jew, not a Muslim."</w:t>
      </w:r>
      <w:r>
        <w:br/>
      </w:r>
      <w:r>
        <w:rPr>
          <w:sz w:val="20"/>
        </w:rPr>
        <w:t>12:43  prophet said, "ales nafsan</w:t>
      </w:r>
      <w:r>
        <w:br/>
      </w:r>
      <w:r>
        <w:rPr>
          <w:sz w:val="20"/>
        </w:rPr>
        <w:t>12:48  was he not a human being</w:t>
      </w:r>
      <w:r>
        <w:br/>
      </w:r>
      <w:r>
        <w:rPr>
          <w:sz w:val="20"/>
        </w:rPr>
        <w:t>12:52  Here you can see that Prophet established a community between himself and that Jew. That is very important. So at every occasion, Prophet gave a very special position to Jews as well as to Christians.</w:t>
      </w:r>
      <w:r>
        <w:br/>
      </w:r>
      <w:r>
        <w:rPr>
          <w:sz w:val="20"/>
        </w:rPr>
        <w:t>13:21  Now in Madinah, there were three Jewish tribes. So one day, there was a difference between a Muslim and a Jew.</w:t>
      </w:r>
    </w:p>
    <w:p>
      <w:pPr>
        <w:pStyle w:val="Heading2"/>
      </w:pPr>
      <w:r>
        <w:t>Khadija's role in early Islam</w:t>
      </w:r>
    </w:p>
    <w:p>
      <w:r>
        <w:rPr>
          <w:color w:val="666666"/>
          <w:sz w:val="18"/>
        </w:rPr>
        <w:t>Position of Man and Woman in Islam March 14, 2010 Maulana Wahiduddin Khan · 2m 34s · at 24:34 · https://youtu.be/TX9qk8Tvgjc?t=1474</w:t>
      </w:r>
    </w:p>
    <w:p>
      <w:r>
        <w:rPr>
          <w:i/>
        </w:rPr>
        <w:t>“Is ke baad dekhiye Muhammad SAW par aaiye”</w:t>
      </w:r>
    </w:p>
    <w:p>
      <w:r>
        <w:rPr>
          <w:sz w:val="20"/>
        </w:rPr>
        <w:t>24:34  is ke baad dekhiye</w:t>
      </w:r>
      <w:r>
        <w:br/>
      </w:r>
      <w:r>
        <w:rPr>
          <w:sz w:val="20"/>
        </w:rPr>
        <w:t>24:37  aap muhammad salle allaho alehe wasallam par aaiye</w:t>
      </w:r>
      <w:r>
        <w:br/>
      </w:r>
      <w:r>
        <w:rPr>
          <w:sz w:val="20"/>
        </w:rPr>
        <w:t>24:41  rasool allaho salle allaho alehe wasallam</w:t>
      </w:r>
      <w:r>
        <w:br/>
      </w:r>
      <w:r>
        <w:rPr>
          <w:sz w:val="20"/>
        </w:rPr>
        <w:t>24:45  ki aap ne nikah kiya khadija se khadija aap ki biwi thi aur khadija jo thi kya karti</w:t>
      </w:r>
      <w:r>
        <w:br/>
      </w:r>
      <w:r>
        <w:rPr>
          <w:sz w:val="20"/>
        </w:rPr>
        <w:t>24:52  thi makkah mein woh export business karti thi aaj kal ki term mein export business</w:t>
      </w:r>
      <w:r>
        <w:br/>
      </w:r>
      <w:r>
        <w:rPr>
          <w:sz w:val="20"/>
        </w:rPr>
        <w:t>24:59  ek khatoon jo hai jo be wah ho gayi thi woh woh export business karti thi</w:t>
      </w:r>
      <w:r>
        <w:br/>
      </w:r>
      <w:r>
        <w:rPr>
          <w:sz w:val="20"/>
        </w:rPr>
        <w:t>25:07  kaha export business aise ho jata hai</w:t>
      </w:r>
      <w:r>
        <w:br/>
      </w:r>
      <w:r>
        <w:rPr>
          <w:sz w:val="20"/>
        </w:rPr>
        <w:t>25:10  aise kaise ho jayega</w:t>
      </w:r>
      <w:r>
        <w:br/>
      </w:r>
      <w:r>
        <w:rPr>
          <w:sz w:val="20"/>
        </w:rPr>
        <w:t>25:14  export business jo hai woh to bahut sari cheez chahiye na iske liye</w:t>
      </w:r>
      <w:r>
        <w:br/>
      </w:r>
      <w:r>
        <w:rPr>
          <w:sz w:val="20"/>
        </w:rPr>
        <w:t>25:21  phir aap dekhiye rasool allaho par jab wahi aai</w:t>
      </w:r>
      <w:r>
        <w:br/>
      </w:r>
      <w:r>
        <w:rPr>
          <w:sz w:val="20"/>
        </w:rPr>
        <w:t>25:26  wahi jab aai to hadithon mein aata hai us waqt aap ghar mein wapas aaye to aap aap</w:t>
      </w:r>
      <w:r>
        <w:br/>
      </w:r>
      <w:r>
        <w:rPr>
          <w:sz w:val="20"/>
        </w:rPr>
        <w:t>25:34  ko kuch ghabrahat thi ghabrahat ke sath hai yeh sab hadithain maujood hain</w:t>
      </w:r>
      <w:r>
        <w:br/>
      </w:r>
      <w:r>
        <w:rPr>
          <w:sz w:val="20"/>
        </w:rPr>
        <w:t>25:39  aap ne kaha ke zamlooni zamlooni mujhe oda do mujhe oda do kambal oda do</w:t>
      </w:r>
      <w:r>
        <w:br/>
      </w:r>
      <w:r>
        <w:rPr>
          <w:sz w:val="20"/>
        </w:rPr>
        <w:t>25:47  lekin dekhiye us waqt jab ke rasool allaho par yeh kaifiyat taari thi</w:t>
      </w:r>
      <w:r>
        <w:br/>
      </w:r>
      <w:r>
        <w:rPr>
          <w:sz w:val="20"/>
        </w:rPr>
        <w:t>25:53  khadija ka zehan kuch aur soch raha tha what to do ab hamein kya karna hai</w:t>
      </w:r>
      <w:r>
        <w:br/>
      </w:r>
      <w:r>
        <w:rPr>
          <w:sz w:val="20"/>
        </w:rPr>
        <w:t>26:01  rasool allaho aate the aate hain gharah rah se</w:t>
      </w:r>
      <w:r>
        <w:br/>
      </w:r>
      <w:r>
        <w:rPr>
          <w:sz w:val="20"/>
        </w:rPr>
        <w:t>26:06  un par ghabrahat taari hai aur farmate hain ke zamlooni zamlooni</w:t>
      </w:r>
      <w:r>
        <w:br/>
      </w:r>
      <w:r>
        <w:rPr>
          <w:sz w:val="20"/>
        </w:rPr>
        <w:t>26:12  mujhe oda do bistar pe mein letunga mujhe oda do</w:t>
      </w:r>
      <w:r>
        <w:br/>
      </w:r>
      <w:r>
        <w:rPr>
          <w:sz w:val="20"/>
        </w:rPr>
        <w:t>26:19  lekin khadija ne kya socha ek aurat ne kya socha</w:t>
      </w:r>
      <w:r>
        <w:br/>
      </w:r>
      <w:r>
        <w:rPr>
          <w:sz w:val="20"/>
        </w:rPr>
        <w:t>26:24  ek aurat socha ke un ko le ke chalen hum warqa bin naofal ke paas kyun ke makkah mein</w:t>
      </w:r>
      <w:r>
        <w:br/>
      </w:r>
      <w:r>
        <w:rPr>
          <w:sz w:val="20"/>
        </w:rPr>
        <w:t>26:30  ek hi insan tha jo un baaton ko janta tha yani wahi kya hai ilham kya hai yeh</w:t>
      </w:r>
      <w:r>
        <w:br/>
      </w:r>
      <w:r>
        <w:rPr>
          <w:sz w:val="20"/>
        </w:rPr>
        <w:t>26:38  firishta kya hai us ko janne wala warqa bin naofal un ki umar us waqt 90 saal ho</w:t>
      </w:r>
      <w:r>
        <w:br/>
      </w:r>
      <w:r>
        <w:rPr>
          <w:sz w:val="20"/>
        </w:rPr>
        <w:t>26:43  chuki thi woh</w:t>
      </w:r>
      <w:r>
        <w:br/>
      </w:r>
      <w:r>
        <w:rPr>
          <w:sz w:val="20"/>
        </w:rPr>
        <w:t>26:47  Arab the lekin woh Christianity ko mazhab bana liya tha unhone aur uske aalim the woh Christianity ke aalim the unhone kitabein padhi thi</w:t>
      </w:r>
      <w:r>
        <w:br/>
      </w:r>
      <w:r>
        <w:rPr>
          <w:sz w:val="20"/>
        </w:rPr>
        <w:t>26:58  to woh Hazrat Rasool Allah Sallallahu Alaihi Wasallam ko le kar ke Warqa ke paas jati hai yeh kitna bada role hai ek aurat ka aap ghor kijiye</w:t>
      </w:r>
    </w:p>
    <w:p>
      <w:pPr>
        <w:pStyle w:val="Heading2"/>
      </w:pPr>
      <w:r>
        <w:t>British model in India: indirect rule beat force</w:t>
      </w:r>
    </w:p>
    <w:p>
      <w:r>
        <w:rPr>
          <w:color w:val="666666"/>
          <w:sz w:val="18"/>
        </w:rPr>
        <w:t>The History of Peace (English) November 12, 2006 · 2m 19s · at 10:51 · https://youtu.be/zlIi5eiTPIg?t=651</w:t>
      </w:r>
    </w:p>
    <w:p>
      <w:r>
        <w:rPr>
          <w:i/>
        </w:rPr>
        <w:t>“Then there is the British model”</w:t>
      </w:r>
    </w:p>
    <w:p>
      <w:r>
        <w:rPr>
          <w:sz w:val="20"/>
        </w:rPr>
        <w:t>10:51  then there is the British model</w:t>
      </w:r>
      <w:r>
        <w:br/>
      </w:r>
      <w:r>
        <w:rPr>
          <w:sz w:val="20"/>
        </w:rPr>
        <w:t>10:56  . you know, British reign</w:t>
      </w:r>
      <w:r>
        <w:br/>
      </w:r>
      <w:r>
        <w:rPr>
          <w:sz w:val="20"/>
        </w:rPr>
        <w:t>11:02  a large area of globe up to 200 years. I think that Britishers were better than the Americans or Romans.</w:t>
      </w:r>
      <w:r>
        <w:br/>
      </w:r>
      <w:r>
        <w:rPr>
          <w:sz w:val="20"/>
        </w:rPr>
        <w:t>11:17  let's take India as an example.</w:t>
      </w:r>
      <w:r>
        <w:br/>
      </w:r>
      <w:r>
        <w:rPr>
          <w:sz w:val="20"/>
        </w:rPr>
        <w:t>11:23  Britishers occupied India,</w:t>
      </w:r>
      <w:r>
        <w:br/>
      </w:r>
      <w:r>
        <w:rPr>
          <w:sz w:val="20"/>
        </w:rPr>
        <w:t>11:29  but they adopted two point formula. one was to occupy Indian cities and towns directly,</w:t>
      </w:r>
      <w:r>
        <w:br/>
      </w:r>
      <w:r>
        <w:rPr>
          <w:sz w:val="20"/>
        </w:rPr>
        <w:t>11:45  but at the same time they found that in India there are more than 500 states</w:t>
      </w:r>
      <w:r>
        <w:br/>
      </w:r>
      <w:r>
        <w:rPr>
          <w:sz w:val="20"/>
        </w:rPr>
        <w:t>11:54  so they adopted the strategy that they gave internal autonomy to all these states, like like hyderabad, kashmir, gwalior, jaipur, jodhpur,</w:t>
      </w:r>
      <w:r>
        <w:br/>
      </w:r>
      <w:r>
        <w:rPr>
          <w:sz w:val="20"/>
        </w:rPr>
        <w:t>12:13  so on.</w:t>
      </w:r>
      <w:r>
        <w:br/>
      </w:r>
      <w:r>
        <w:rPr>
          <w:sz w:val="20"/>
        </w:rPr>
        <w:t>12:15  so they never abolish these states, but they gave internal autonomy.</w:t>
      </w:r>
      <w:r>
        <w:br/>
      </w:r>
      <w:r>
        <w:rPr>
          <w:sz w:val="20"/>
        </w:rPr>
        <w:t>12:28  they wanted them to pay tax. after paying the tax, they tried to adopt the policy of non interference.</w:t>
      </w:r>
      <w:r>
        <w:br/>
      </w:r>
      <w:r>
        <w:rPr>
          <w:sz w:val="20"/>
        </w:rPr>
        <w:t>12:43  so this was i think this was better than the roman model and american model. although i cannot say that people were happy with british rulers,</w:t>
      </w:r>
      <w:r>
        <w:br/>
      </w:r>
      <w:r>
        <w:rPr>
          <w:sz w:val="20"/>
        </w:rPr>
        <w:t>13:00  but i can say that. was in some sense is better than the roman model and american model.</w:t>
      </w:r>
    </w:p>
    <w:p>
      <w:pPr>
        <w:pStyle w:val="Heading2"/>
      </w:pPr>
      <w:r>
        <w:t>Pop singer Yusuf Islam converted reading the Quran's direct address</w:t>
      </w:r>
    </w:p>
    <w:p>
      <w:r>
        <w:rPr>
          <w:color w:val="666666"/>
          <w:sz w:val="18"/>
        </w:rPr>
        <w:t>Islam and Peace August 25, 2013 · 1m 10s · at 30:17 · https://youtu.be/WbBu4W6AUUs?t=1817</w:t>
      </w:r>
    </w:p>
    <w:p>
      <w:r>
        <w:rPr>
          <w:i/>
        </w:rPr>
        <w:t>“Yusuf Islam was an English pop singer before converting”</w:t>
      </w:r>
    </w:p>
    <w:p>
      <w:r>
        <w:rPr>
          <w:sz w:val="20"/>
        </w:rPr>
        <w:t>30:17  ek ek bar us ne bataya ke main kaise islam qabool kiya, main ne. to us ka bhai gaya tha qahira, wahan se ek copy laya tha quran ke tarjume ki, english tarjuma.</w:t>
      </w:r>
      <w:r>
        <w:br/>
      </w:r>
      <w:r>
        <w:rPr>
          <w:sz w:val="20"/>
        </w:rPr>
        <w:t>30:31  us ko diya us ne. to us ko us ne parha. to us ko ek cheez bohat ajeeb lagi ke quran address karta hai insaan ko.</w:t>
      </w:r>
      <w:r>
        <w:br/>
      </w:r>
      <w:r>
        <w:rPr>
          <w:sz w:val="20"/>
        </w:rPr>
        <w:t>30:42  ae insaan! ae insaan! ae insaan! to us ne kaha ke aisi koi kitab tak nahi parhi thi main ne jis mein yeh yeh style istemal, yeh istemal kiya gaya ho ke khuda insaan ko direct khitab kar raha hai.</w:t>
      </w:r>
      <w:r>
        <w:br/>
      </w:r>
      <w:r>
        <w:rPr>
          <w:sz w:val="20"/>
        </w:rPr>
        <w:t>30:59  us ko parhte hue use mehsoos hua ke khuda mujhe direct us ko khitab kar raha hai, mujh ko address kar raha hai. ae insaan! ae insaan! is se, is se woh bohat zabardast is ke andar, yani is style ne us ko hit kiya yahan tak ke us ne islam qabool kar liya.</w:t>
      </w:r>
      <w:r>
        <w:br/>
      </w:r>
      <w:r>
        <w:rPr>
          <w:sz w:val="20"/>
        </w:rPr>
        <w:t>31:15  to quran ka bohat ajeeb ghareeb style hai is ke, yani is ke reasoning, is ke dalail bohat ajeeb ghareeb hain. yani is mein ek ek khodawandi shaan ek hai.</w:t>
      </w:r>
    </w:p>
    <w:p>
      <w:pPr>
        <w:pStyle w:val="Heading2"/>
      </w:pPr>
      <w:r>
        <w:t>Quran as warning for all worlds</w:t>
      </w:r>
    </w:p>
    <w:p>
      <w:r>
        <w:rPr>
          <w:color w:val="666666"/>
          <w:sz w:val="18"/>
        </w:rPr>
        <w:t>Spirit of the Mission September 16, 2018 · 2m 55s · at 8:49 · https://youtu.be/rjiTU2v3U30?t=529</w:t>
      </w:r>
    </w:p>
    <w:p>
      <w:r>
        <w:rPr>
          <w:i/>
        </w:rPr>
        <w:t>“اب دیکھیے قرآن میں سورہ الفرقان ہے”</w:t>
      </w:r>
    </w:p>
    <w:p>
      <w:r>
        <w:rPr>
          <w:sz w:val="20"/>
        </w:rPr>
        <w:t>8:49  ab dekhiye quran mein surah furqan hai,</w:t>
      </w:r>
      <w:r>
        <w:br/>
      </w:r>
      <w:r>
        <w:rPr>
          <w:sz w:val="20"/>
        </w:rPr>
        <w:t>8:56  is ke shuru mein yeh ayat aai hai. woh ayat jo hai kis tarike se hai? li yakuna lil alameen nazeera.</w:t>
      </w:r>
      <w:r>
        <w:br/>
      </w:r>
      <w:r>
        <w:rPr>
          <w:sz w:val="20"/>
        </w:rPr>
        <w:t>9:06  tabarak alladhi nazzal al-furqan ala abdhi li yakuna lil alameen nazeera. ab dekhiye, babarkat hai woh Allah jis ne quran utara.</w:t>
      </w:r>
      <w:r>
        <w:br/>
      </w:r>
      <w:r>
        <w:rPr>
          <w:sz w:val="20"/>
        </w:rPr>
        <w:t>9:20  li yakuna lil alameen nazeera taake woh banaye sare alam ke liye</w:t>
      </w:r>
      <w:r>
        <w:br/>
      </w:r>
      <w:r>
        <w:rPr>
          <w:sz w:val="20"/>
        </w:rPr>
        <w:t>9:30  inzar karne wala, ba-khabar karne wala, hoshiyar karne wala.</w:t>
      </w:r>
      <w:r>
        <w:br/>
      </w:r>
      <w:r>
        <w:rPr>
          <w:sz w:val="20"/>
        </w:rPr>
        <w:t>9:38  to quran kaise banega? khud quran to chal ke jayega nahin.</w:t>
      </w:r>
      <w:r>
        <w:br/>
      </w:r>
      <w:r>
        <w:rPr>
          <w:sz w:val="20"/>
        </w:rPr>
        <w:t>9:44  to is ko doosri ayat se mila ke padhiye ke quran mein yeh hai ke li-yunzirakum bihi wa barq.</w:t>
      </w:r>
      <w:r>
        <w:br/>
      </w:r>
      <w:r>
        <w:rPr>
          <w:sz w:val="20"/>
        </w:rPr>
        <w:t>9:55  wo ayat kis tarah hai? wa awha ilayhi al-qur'anu li-yunzirakum bihi wa man balagh. han, mujh par utra hai quran ta-ke tum, ta-ke main tum ko inzar karoon aur tum,</w:t>
      </w:r>
      <w:r>
        <w:br/>
      </w:r>
      <w:r>
        <w:rPr>
          <w:sz w:val="20"/>
        </w:rPr>
        <w:t>10:15  aur jis ko, jis ko wo pahunchaye, wo inzar karta rahe. ab yahan bhi dekhiye, ya'ni eternal mission.</w:t>
      </w:r>
      <w:r>
        <w:br/>
      </w:r>
      <w:r>
        <w:rPr>
          <w:sz w:val="20"/>
        </w:rPr>
        <w:t>10:25  eternal mission kya hua?</w:t>
      </w:r>
      <w:r>
        <w:br/>
      </w:r>
      <w:r>
        <w:rPr>
          <w:sz w:val="20"/>
        </w:rPr>
        <w:t>10:29  inzar. eternal mission yeh hua ke rasool Allah sal-lal-lahu alayhi wa-sal-lam ke is aas paas jo log the, aap ne un ko bataya Allah ka message.</w:t>
      </w:r>
      <w:r>
        <w:br/>
      </w:r>
      <w:r>
        <w:rPr>
          <w:sz w:val="20"/>
        </w:rPr>
        <w:t>10:46  ab un ka farz ban gaya ke wo batayen doosron ko. phir un ka farz ban gaya ke doosron ko batayen. to sare sunne walon ko yeh farz ban gaya ke wo doosron ko batate rahen, batate rahen, batate rahen.</w:t>
      </w:r>
      <w:r>
        <w:br/>
      </w:r>
      <w:r>
        <w:rPr>
          <w:sz w:val="20"/>
        </w:rPr>
        <w:t>11:03  yeh hai li-yakuna lil-'alamina nadhira. ya'ni ta-ke quran bane sare logon ke liye kitab inzar.</w:t>
      </w:r>
      <w:r>
        <w:br/>
      </w:r>
      <w:r>
        <w:rPr>
          <w:sz w:val="20"/>
        </w:rPr>
        <w:t>11:15  to kaise banega? quran kaise banega? isi tarah se.</w:t>
      </w:r>
      <w:r>
        <w:br/>
      </w:r>
      <w:r>
        <w:rPr>
          <w:sz w:val="20"/>
        </w:rPr>
        <w:t>11:24  isi tarah se banega. yeh bahut ajib cheez hai ke asal cheez hai rasool Allah ka tareeqa jo tha, is speed bhar dena.</w:t>
      </w:r>
      <w:r>
        <w:br/>
      </w:r>
      <w:r>
        <w:rPr>
          <w:sz w:val="20"/>
        </w:rPr>
        <w:t>11:37  logon ke andar speed bhar dena.</w:t>
      </w:r>
    </w:p>
    <w:p>
      <w:pPr>
        <w:pStyle w:val="Heading2"/>
      </w:pPr>
      <w:r>
        <w:t>Universal brotherhood proven by a blood donation story</w:t>
      </w:r>
    </w:p>
    <w:p>
      <w:r>
        <w:rPr>
          <w:color w:val="666666"/>
          <w:sz w:val="18"/>
        </w:rPr>
        <w:t>CPS Women Interaction 2 February 27, 2022 · 1m 46s · at 12:17 · https://youtu.be/cHWQVJ_3at0?t=737</w:t>
      </w:r>
    </w:p>
    <w:p>
      <w:r>
        <w:rPr>
          <w:i/>
        </w:rPr>
        <w:t>“अल्लाह ख़ुद कहता है मैं सारे आलम का हूं”</w:t>
      </w:r>
    </w:p>
    <w:p>
      <w:r>
        <w:rPr>
          <w:sz w:val="20"/>
        </w:rPr>
        <w:t>12:17  To Allah jo hai woh khud hi kehta hai main saare alam ka hoon. Agar woh saare alam ka hai to brotherhood ki to baat aur ek hi jode se Hazrat Adam aur Havva ke jode se saari duniya bani hai.</w:t>
      </w:r>
      <w:r>
        <w:br/>
      </w:r>
      <w:r>
        <w:rPr>
          <w:sz w:val="20"/>
        </w:rPr>
        <w:t>12:34  To Maulana ne in cheezon ko itna brotherhood par Quranic wisdom mein brotherhood par ek lamba discussion hai, samajh mein aata hai to woh cheezein baar baar jab hum reflect karte hain to woh bahut samajh mein aane lagti hain cheezein aur apne upar apne behavior mein aa jaati hain.</w:t>
      </w:r>
      <w:r>
        <w:br/>
      </w:r>
      <w:r>
        <w:rPr>
          <w:sz w:val="20"/>
        </w:rPr>
        <w:t>12:56  Main aapse ek baat kahoon hum log America mein rehte the wahan mere husband ki kuch tabiyat kharab hui aur unhein blood ki zaroorat hui. To unka ek colleague black the unhone blood diya aur baad mein aakar bole ki brother look, my blood isn't new now. We all have the similar blood.</w:t>
      </w:r>
      <w:r>
        <w:br/>
      </w:r>
      <w:r>
        <w:rPr>
          <w:sz w:val="20"/>
        </w:rPr>
        <w:t>13:22  To dono ne gale ek doosre ko lagaya aur jitne log khade hue the, jo whites bhi the yeh main bahut pehle ki baat kar rahi hoon us zamane ki jab school bhi integrated nahi the, segregated school the, blacks ke alag the, whites ke alag the. Main 68 ki baat kar rahi hoon nineteen sixty eight ki.</w:t>
      </w:r>
      <w:r>
        <w:br/>
      </w:r>
      <w:r>
        <w:rPr>
          <w:sz w:val="20"/>
        </w:rPr>
        <w:t>13:45  To sab log jitne log the unke aankhon mein aansu se aa gaye ki hum logon ne superficial usko itna kar rakha hai aur hamara CPS global level par jo kaam kar raha hai, dawah ka kaam kar raha hai woh sabke liye kar raha hai.</w:t>
      </w:r>
      <w:r>
        <w:br/>
      </w:r>
      <w:r>
        <w:rPr>
          <w:sz w:val="20"/>
        </w:rPr>
        <w:t>14:03  To yeh universal thinking hi to hai jo CPS ke group mein hai aur woh har jagah usko phaila dein aur doosra topic universe unilateral ethics. Yeh bhi Maulana aisi aisi examples dete the ki koi bhi aapke saath kuch kare aapko bilateral nahi hona hai. Agar kisi ne aapke saath burai kari to aap bhi burai karenge.</w:t>
      </w:r>
    </w:p>
    <w:p>
      <w:pPr>
        <w:pStyle w:val="Heading2"/>
      </w:pPr>
      <w:r>
        <w:t>Pre-Islamic Arab women's freedom, Khadija's mature response</w:t>
      </w:r>
    </w:p>
    <w:p>
      <w:r>
        <w:rPr>
          <w:color w:val="666666"/>
          <w:sz w:val="18"/>
        </w:rPr>
        <w:t>Concept of Hijab in Islam February 20, 2022 Prof. Farida Khanam · 1m 35s · at 2:40 · https://youtu.be/QrrSDEKy2gc?t=160</w:t>
      </w:r>
    </w:p>
    <w:p>
      <w:r>
        <w:rPr>
          <w:i/>
        </w:rPr>
        <w:t>“Arab women were quite free — they worked, traded, went out.”</w:t>
      </w:r>
    </w:p>
    <w:p>
      <w:r>
        <w:rPr>
          <w:sz w:val="20"/>
        </w:rPr>
        <w:t>2:40  to arab ki auratein kafi aazad thin. apna har kaam kar leti thin, bahar bhi nikalti thin aur wah tezaraten bhi karti thin. apne jo unke jo bhav hote the, aanchad usmein bhi jati thin. to sabse pehla hum dekhte hain hazrat khadija ke misal.</w:t>
      </w:r>
      <w:r>
        <w:br/>
      </w:r>
      <w:r>
        <w:rPr>
          <w:sz w:val="20"/>
        </w:rPr>
        <w:t>3:03  jab rasoolullah sallallahu wasallam ko wahi mili aur aap bahut ghabraye hue ghar aaye to hazrat khadija ne jo response diya wah itna mature response tha ki agar ek aurat agar bilkul ghar mein band rahe to wah aisa response nahi de sakti.</w:t>
      </w:r>
      <w:r>
        <w:br/>
      </w:r>
      <w:r>
        <w:rPr>
          <w:sz w:val="20"/>
        </w:rPr>
        <w:t>3:21  sabse pehle to hazrat khadija ne aapko dharaj diya, aapko litaya ki aap aaram karein uske baad wo pehle khud gayi kyunki arab mein kai isai rehte the. to jab wo bahar nikli to ek chadar odh kar nikli. to wo gayi aur sari maloomat hasil ki ki yeh jo jo aaya tha garehira mein kaun tha yeh? wahi farishta tha jo doosre paigambaron ke paas aata tha ya koi aur masla hai.</w:t>
      </w:r>
      <w:r>
        <w:br/>
      </w:r>
      <w:r>
        <w:rPr>
          <w:sz w:val="20"/>
        </w:rPr>
        <w:t>3:50  to jab unko baqi ek manan ho gaya to wo dobara aayi aur rasoolullah sallallahu wasallam ko lekar gayi. to wo jo zamana tha usmein asal mein arab ki society mein do tabqe the. ek to wah hota tabqa tha jo qabile se mutalliq tha, jo shurfa kaha jata tha, jinki society mein position thi.</w:t>
      </w:r>
      <w:r>
        <w:br/>
      </w:r>
      <w:r>
        <w:rPr>
          <w:sz w:val="20"/>
        </w:rPr>
        <w:t>4:15  to unki auratein jo hai bahar jab nikalti thi to chadar odh kar nikalti thi. to chadar odh kar nikalti thi wah nishani hoti thi ki yeh sharif zadi hain. to aur baki doosra jo tabqa tha wah slave girls ka tha. to slave girls wah zamana tha ancient world mein slaves ki khareed o farokht hoti thi. mard bhi hote the aurat bhi hoti thi.</w:t>
      </w:r>
    </w:p>
    <w:p>
      <w:pPr>
        <w:pStyle w:val="Heading2"/>
      </w:pPr>
      <w:r>
        <w:t>Posthumous letters expose Mother Teresa's hidden crisis</w:t>
      </w:r>
    </w:p>
    <w:p>
      <w:r>
        <w:rPr>
          <w:color w:val="666666"/>
          <w:sz w:val="18"/>
        </w:rPr>
        <w:t>Why People Live in Despair September 2, 2007 Maulana Wahiduddin Khan · 2m 18s · at 2:13 · https://youtu.be/1Wxz28OJh9c?t=133</w:t>
      </w:r>
    </w:p>
    <w:p>
      <w:r>
        <w:rPr>
          <w:i/>
        </w:rPr>
        <w:t>“مرنے کے بعد ایک کتاب چھپی، ایک عجیب side story”</w:t>
      </w:r>
    </w:p>
    <w:p>
      <w:r>
        <w:rPr>
          <w:sz w:val="20"/>
        </w:rPr>
        <w:t>2:13  Lekin aap news mein ye baat aa chuki hai, aap jaante honge ki marne ke baad, unke marne ke baad ek kitab chhapi hai, jismein unki jo kahani hai wo ek side story hai.</w:t>
      </w:r>
      <w:r>
        <w:br/>
      </w:r>
      <w:r>
        <w:rPr>
          <w:sz w:val="20"/>
        </w:rPr>
        <w:t>2:33  Yani bohat hi ajeeb baat hai ki wo lady, jo baat karti thi Khuda ki aur spirituality ki, unko na Khuda mila na spirituality mili.</w:t>
      </w:r>
      <w:r>
        <w:br/>
      </w:r>
      <w:r>
        <w:rPr>
          <w:sz w:val="20"/>
        </w:rPr>
        <w:t>2:50  Aur despair mein mar gain wo 1997 mein. Unki death hui hai 1997 mein.</w:t>
      </w:r>
      <w:r>
        <w:br/>
      </w:r>
      <w:r>
        <w:rPr>
          <w:sz w:val="20"/>
        </w:rPr>
        <w:t>3:02  Unki zindagi mein ye book likhi gayi thi, ek Indian author ne likhi hai ye book, bohat zyada ye phaili hai, bohat si languages mein iska translation hua hai.</w:t>
      </w:r>
      <w:r>
        <w:br/>
      </w:r>
      <w:r>
        <w:rPr>
          <w:sz w:val="20"/>
        </w:rPr>
        <w:t>3:15  To chhupne se pehle unhon ne ye book unko batayi thi, Mother Teresa ko. To unhon ne ek message diya tha, jisko unhon ne chhapa hai forward ke taur par is book mein.</w:t>
      </w:r>
      <w:r>
        <w:br/>
      </w:r>
      <w:r>
        <w:rPr>
          <w:sz w:val="20"/>
        </w:rPr>
        <w:t>3:33  Is mein unhon ne kaha tha, Mother Teresa ne, ki jo kuch karo Khuda ke liye karo.</w:t>
      </w:r>
      <w:r>
        <w:br/>
      </w:r>
      <w:r>
        <w:rPr>
          <w:sz w:val="20"/>
        </w:rPr>
        <w:t>3:45  Tum jo kuch karo Khuda ke liye karo, jo kuch likho, jo kuch karo. Is mein unka ye sentence tha ki "Do it for the glory of God." "Do it for the glory of God."</w:t>
      </w:r>
      <w:r>
        <w:br/>
      </w:r>
      <w:r>
        <w:rPr>
          <w:sz w:val="20"/>
        </w:rPr>
        <w:t>4:02  Is book ke author ko unhon ne jo letter likha tha,</w:t>
      </w:r>
      <w:r>
        <w:br/>
      </w:r>
      <w:r>
        <w:rPr>
          <w:sz w:val="20"/>
        </w:rPr>
        <w:t>4:10  Is mein wo kehti hain ki "Do it for the glory of God."</w:t>
      </w:r>
      <w:r>
        <w:br/>
      </w:r>
      <w:r>
        <w:rPr>
          <w:sz w:val="20"/>
        </w:rPr>
        <w:t>4:18  To har stage par, har mauqe par wo God ki baat karti rahin, spirituality ki baat karti rahin. Lekin ye sab lip service thi. Kaisi anokhi baat hai.</w:t>
      </w:r>
    </w:p>
    <w:p>
      <w:pPr>
        <w:pStyle w:val="Heading2"/>
      </w:pPr>
      <w:r>
        <w:t>Command to do dawah without conflict</w:t>
      </w:r>
    </w:p>
    <w:p>
      <w:r>
        <w:rPr>
          <w:color w:val="666666"/>
          <w:sz w:val="18"/>
        </w:rPr>
        <w:t>The Wise Model of the Prophet Peaceful Activism May 3, 2020 Maulana Wahiduddin Khan · 12m 32s · at 4:21 · https://youtu.be/hNAFhiw0Dyk?t=261</w:t>
      </w:r>
    </w:p>
    <w:p>
      <w:r>
        <w:rPr>
          <w:i/>
        </w:rPr>
        <w:t>“To Rasool Allah sallallahu alaihi wasallam ko hukum diya gaya ke”</w:t>
      </w:r>
    </w:p>
    <w:p>
      <w:r>
        <w:rPr>
          <w:sz w:val="20"/>
        </w:rPr>
        <w:t>4:21  to rasool-e-allah sallallahu alaihi wasallam ko hukum diya gaya ke</w:t>
      </w:r>
      <w:r>
        <w:br/>
      </w:r>
      <w:r>
        <w:rPr>
          <w:sz w:val="20"/>
        </w:rPr>
        <w:t>4:27  dawat ka kaam karo.</w:t>
      </w:r>
      <w:r>
        <w:br/>
      </w:r>
      <w:r>
        <w:rPr>
          <w:sz w:val="20"/>
        </w:rPr>
        <w:t>4:34  lekin is pas manzar ki bina par</w:t>
      </w:r>
      <w:r>
        <w:br/>
      </w:r>
      <w:r>
        <w:rPr>
          <w:sz w:val="20"/>
        </w:rPr>
        <w:t>4:41  yeh bhi kaha gaya ke: "wala yunazoonaka fi-l-noori wa ad'u ila rabbika".</w:t>
      </w:r>
      <w:r>
        <w:br/>
      </w:r>
      <w:r>
        <w:rPr>
          <w:sz w:val="20"/>
        </w:rPr>
        <w:t>4:57  ya'ni un ka paighambar ka matlab yeh hai ke maamle mein tum se yeh log hargiz niza' na karayen, takraao na karayen.</w:t>
      </w:r>
      <w:r>
        <w:br/>
      </w:r>
      <w:r>
        <w:rPr>
          <w:sz w:val="20"/>
        </w:rPr>
        <w:t>5:13  lekin sawaal yeh hai ke</w:t>
      </w:r>
      <w:r>
        <w:br/>
      </w:r>
      <w:r>
        <w:rPr>
          <w:sz w:val="20"/>
        </w:rPr>
        <w:t>5:17  woh to takraao karte hi the, un ka wohi saqafat thi. to yeh kehna ke log tum se maamle mein takraao na karayen,</w:t>
      </w:r>
      <w:r>
        <w:br/>
      </w:r>
      <w:r>
        <w:rPr>
          <w:sz w:val="20"/>
        </w:rPr>
        <w:t>5:31  ya'ni doosron ko hukum dilayen ke woh na karne payen.</w:t>
      </w:r>
    </w:p>
    <w:p>
      <w:pPr>
        <w:pStyle w:val="Heading2"/>
      </w:pPr>
      <w:r>
        <w:t>Colonial officer's wives went to Africa when the men vanished</w:t>
      </w:r>
    </w:p>
    <w:p>
      <w:r>
        <w:rPr>
          <w:color w:val="666666"/>
          <w:sz w:val="18"/>
        </w:rPr>
        <w:t>Concept of Hijab in Islam February 20, 2022 Prof. Farida Khanam · 1m 20s · at 31:10 · https://youtu.be/QrrSDEKy2gc?t=1870</w:t>
      </w:r>
    </w:p>
    <w:p>
      <w:r>
        <w:rPr>
          <w:i/>
        </w:rPr>
        <w:t>“A township needed civilizing, so men were sent into the jungle.”</w:t>
      </w:r>
    </w:p>
    <w:p>
      <w:r>
        <w:rPr>
          <w:sz w:val="20"/>
        </w:rPr>
        <w:t>31:10  ek town sand ek machinery tha. to usne kisi jangal mein africa ke kuch logon ko bheja ke wahan jangal mein un logon ko civilize kiya jaye jangli logon ko. to wah jangli itne zyada log the waisi ki wah sare mardon ko kha gaye. to phir mardon ke paas telegraph, telegram ke jariye se unhone message bhej diya tha ki hamara yeh faint hua hai.</w:t>
      </w:r>
      <w:r>
        <w:br/>
      </w:r>
      <w:r>
        <w:rPr>
          <w:sz w:val="20"/>
        </w:rPr>
        <w:t>31:37  to unki biwiyon ne kaha ki ab jab hamare mard sab khatm ho gaye hain to ab hum jee ke kya karenge? hum bhi jayenge wahin dekhenge kya hota hai. to wo sari ladies wah gayi helicopter ke jariye se aur wo ladies unke liye toffee wagera aur jo bhi cheezein thi sab liye gayin aur wo ladies ko wo jangli log aaye dekha aur, un ladies ko kuch nahi kaha, harm nahi pahunchaya. to un ladies ne wah dheere dheere kaam karti rahin, kaam karti rahin.</w:t>
      </w:r>
      <w:r>
        <w:br/>
      </w:r>
      <w:r>
        <w:rPr>
          <w:sz w:val="20"/>
        </w:rPr>
        <w:t>32:06  tamam logon ko civilize kar diya unke zaman mein. bible ka translation kiya, wahan sadke banai, wahan aspatal banaye, educational institutions banaye. to ladies ko jitna mauka hai kaam karne ka, utna gents ko bhi aaj nahi hai. kyunki unka bahut khayal kiya jata hai aaj ki duniya mein. to ladies low profile mein kaam karti hain.</w:t>
      </w:r>
      <w:r>
        <w:br/>
      </w:r>
      <w:r>
        <w:rPr>
          <w:sz w:val="20"/>
        </w:rPr>
        <w:t>32:30  to isliye unko koi ego clash nahi hota aur isi wajah se hamare yahan jo khawateen hai bahut zyada kaam kar rahi hain. khas taur par jo program wagera mein pehle to hamare yahan bhi delhi field team thi usmein bahut kaam hota tha. log jate the programs mein khas taur par doctor safeena aur wah kai ladies professor najma siddi ki. to wah aajkal wah corona ke zamane se wah band ho gaya.</w:t>
      </w:r>
    </w:p>
    <w:p>
      <w:pPr>
        <w:pStyle w:val="Heading2"/>
      </w:pPr>
      <w:r>
        <w:t>How the human mind files everything we dwell on</w:t>
      </w:r>
    </w:p>
    <w:p>
      <w:r>
        <w:rPr>
          <w:color w:val="666666"/>
          <w:sz w:val="18"/>
        </w:rPr>
        <w:t>Present Muslims- A Case of Wrong Identity February 13, 2011 · 2m 43s · at 1:15:54 · https://youtu.be/gDX72gIRL4E?t=4554</w:t>
      </w:r>
    </w:p>
    <w:p>
      <w:r>
        <w:rPr>
          <w:i/>
        </w:rPr>
        <w:t>“Insaan ka mind sote hain, tab bhi kaam karta hai”</w:t>
      </w:r>
    </w:p>
    <w:p>
      <w:r>
        <w:rPr>
          <w:sz w:val="20"/>
        </w:rPr>
        <w:t>1:15:54  maulana asrar ahmad ne tamil nadu se likha hai: "maulana, please throw some light on the concept of failing and the human mind."</w:t>
      </w:r>
      <w:r>
        <w:br/>
      </w:r>
      <w:r>
        <w:rPr>
          <w:sz w:val="20"/>
        </w:rPr>
        <w:t>1:16:09  dekhiye, yeh yeh bahut hi badi baat hai, isko samjhiye ke yeh yeh research hui hai ispar ke insaan ka mind kaise kaam karta hai.</w:t>
      </w:r>
      <w:r>
        <w:br/>
      </w:r>
      <w:r>
        <w:rPr>
          <w:sz w:val="20"/>
        </w:rPr>
        <w:t>1:16:21  insaan ka mind to insaan ka mind jo hai, sote hain, tab bhi kaam karta hai. itni badi machine hai. yeh</w:t>
      </w:r>
      <w:r>
        <w:br/>
      </w:r>
      <w:r>
        <w:rPr>
          <w:sz w:val="20"/>
        </w:rPr>
        <w:t>1:16:30  ek scientist ne kaha ke: "agar tum ek aisi computer banao, uska infrastructure 10 storey ki building mein phaila hua ho, tab bhi woh insani mind ka ek rough sketch hoga." to insaan ka mind sirf din mein nahin kaam karta, raat ko bhi kaam karta hai.</w:t>
      </w:r>
      <w:r>
        <w:br/>
      </w:r>
      <w:r>
        <w:rPr>
          <w:sz w:val="20"/>
        </w:rPr>
        <w:t>1:16:48  to woh kya hai? din bhar aapne bahut si baatein suni, bahut si baatein padhi, bahut si baaton ko charcha kiya. to ek jangal aa gaya, dimaag mein jangal.</w:t>
      </w:r>
      <w:r>
        <w:br/>
      </w:r>
      <w:r>
        <w:rPr>
          <w:sz w:val="20"/>
        </w:rPr>
        <w:t>1:16:58  to raat ko aap sote hain to mind jo hai, iske file bane hue hain dimaag mein. file ka matlab ayi america ki baat sochi aapne, woh iske file mein chali jayegi.</w:t>
      </w:r>
      <w:r>
        <w:br/>
      </w:r>
      <w:r>
        <w:rPr>
          <w:sz w:val="20"/>
        </w:rPr>
        <w:t>1:17:09  aur woh muslim baat soche to woh iske file mein chali jayegi. family ke welfare ka socha aapne, woh phir file mein chali jayegi. har cheez apne file mein hai. to</w:t>
      </w:r>
      <w:r>
        <w:br/>
      </w:r>
      <w:r>
        <w:rPr>
          <w:sz w:val="20"/>
        </w:rPr>
        <w:t>1:17:18  bahut se file insaan ke dimaag mein, jaise computer mein hote hain na, ke ek file ko aap open karte hain to saari baatein jo usse mutalliq hain, woh ismein aa jaati hain.</w:t>
      </w:r>
      <w:r>
        <w:br/>
      </w:r>
      <w:r>
        <w:rPr>
          <w:sz w:val="20"/>
        </w:rPr>
        <w:t>1:17:30  aisi dimaag mein hai, jaise mein misaal ke taur par arz karoon ke mujhe bahut baar tajurba hua mujhe ke kisi se milein, usse zikr karein uski family ka to khoob baatein batata hai. woh meri family, yeh meri family, woh mere ladke ne yeh kiya, mere ladke ne woh kiya.</w:t>
      </w:r>
      <w:r>
        <w:br/>
      </w:r>
      <w:r>
        <w:rPr>
          <w:sz w:val="20"/>
        </w:rPr>
        <w:t>1:17:48  ek poora hai iska card, iske paas kahani ke liye bahut si baatein hoti hain. isi khadim se Khuda ka zikr karein, Khuda ka zikr karein to uske baad koi baatein nahi hoti kehne ki,</w:t>
      </w:r>
      <w:r>
        <w:br/>
      </w:r>
      <w:r>
        <w:rPr>
          <w:sz w:val="20"/>
        </w:rPr>
        <w:t>1:18:00  kuch bhi keh nahi pata. woh usse yahan se le ke America tak maine yahi paaya hai. kyun? Khuda ka file iska khali hai. aap din bhar mein jo charcha kiya aapne, woh apni family ka, apne bete ka,</w:t>
      </w:r>
      <w:r>
        <w:br/>
      </w:r>
      <w:r>
        <w:rPr>
          <w:sz w:val="20"/>
        </w:rPr>
        <w:t>1:18:14  apne job ka, apne business ka, iska to khoob charcha kiya aapne. to raat ko dimaag jo hai, jab cheezon ko sort out karega to uske paas family ko le kar jo file hai, usmein to daalne ke liye bahut saari cheezein</w:t>
      </w:r>
      <w:r>
        <w:br/>
      </w:r>
      <w:r>
        <w:rPr>
          <w:sz w:val="20"/>
        </w:rPr>
        <w:t>1:18:28  mein hongi. Khuda ka charcha nahi kiya aapne. Khuda ko le kar Khuda wale file mein koi koi daalne ke liye kuch hoga na.</w:t>
      </w:r>
    </w:p>
    <w:p>
      <w:pPr>
        <w:pStyle w:val="Heading2"/>
      </w:pPr>
      <w:r>
        <w:t>Why Egyptians had nothing to say about dawah, but plenty on politics</w:t>
      </w:r>
    </w:p>
    <w:p>
      <w:r>
        <w:rPr>
          <w:color w:val="666666"/>
          <w:sz w:val="18"/>
        </w:rPr>
        <w:t>Present Muslims- A Case of Wrong Identity February 13, 2011 · 1m 28s · at 1:18:37 · https://youtu.be/gDX72gIRL4E?t=4717</w:t>
      </w:r>
    </w:p>
    <w:p>
      <w:r>
        <w:rPr>
          <w:i/>
        </w:rPr>
        <w:t>“Jab naara lagaya unhon ne, Muhammad ElBaradei ne”</w:t>
      </w:r>
    </w:p>
    <w:p>
      <w:r>
        <w:rPr>
          <w:sz w:val="20"/>
        </w:rPr>
        <w:t>1:18:37  to recall kaise karega dimaag? recall kaise karega? yeh jo ho raha hai, jaise hum jaise wahan pe jo hua Misr mein ke milin milin log aa jama ho gaye, woh bhi wohi baat hai ke ayi nti HUSSAIN MUBARAK jo file hai, unka unka unka to 30 saal se bhara ja raha tha. woh HUSSAIN MUBARAK yeh kar rahe hain, HUSSAIN MUBARAK woh kar rahe hain.</w:t>
      </w:r>
      <w:r>
        <w:br/>
      </w:r>
      <w:r>
        <w:rPr>
          <w:sz w:val="20"/>
        </w:rPr>
        <w:t>1:18:59  to jab naara lagaya unhone, MUHAMMAD BURZAI ne, to saara file logon ka khul gaya. aur Khuda ka file hi nahi tha, dawat ka file nahi tha.</w:t>
      </w:r>
      <w:r>
        <w:br/>
      </w:r>
      <w:r>
        <w:rPr>
          <w:sz w:val="20"/>
        </w:rPr>
        <w:t>1:19:11  yaani maine jab dawat ki baatein ki isi isi QAHIRA mein to kisi ki file mein kuch tha hi nahi ke jo khule woh. arey sahib, dawat ka kaam woh to bahut mushkil cheez hai.</w:t>
      </w:r>
      <w:r>
        <w:br/>
      </w:r>
      <w:r>
        <w:rPr>
          <w:sz w:val="20"/>
        </w:rPr>
        <w:t>1:19:23  kyun? dawat ka file jo hai dimaag mein, woh khali pada</w:t>
      </w:r>
      <w:r>
        <w:br/>
      </w:r>
      <w:r>
        <w:rPr>
          <w:sz w:val="20"/>
        </w:rPr>
        <w:t>1:19:27  hua hai. Khuda ka jo file hai, woh khali pada hua hai. aur ayi nti ayi authority jo file tha, woh bhara hua tha, bhara hua</w:t>
      </w:r>
      <w:r>
        <w:br/>
      </w:r>
      <w:r>
        <w:rPr>
          <w:sz w:val="20"/>
        </w:rPr>
        <w:t>1:19:36  tha, bhara hua tha. to BURZAI sahib ne isko, iska jo yaani iska iska naam liya to ek jangal aa gaya maloomat ka. ayi authority yeh bahut hi badi cheez hai, isko humein chhodni chahiye ke kya wajah hai ke hum dawat ki baatein kijiye to kisi ka kisi ke paas kehne ke liye nahi hota.</w:t>
      </w:r>
      <w:r>
        <w:br/>
      </w:r>
      <w:r>
        <w:rPr>
          <w:sz w:val="20"/>
        </w:rPr>
        <w:t>1:19:57  Khuda ki baatein kijiye to kisi ke paas kehne ke liye nahi hota kyunke iska file hi nahi hai iske dimaag mein. file kiska hai? nafrat ka, tashaddud ka, dushman ka</w:t>
      </w:r>
    </w:p>
    <w:p>
      <w:pPr>
        <w:pStyle w:val="Heading2"/>
      </w:pPr>
      <w:r>
        <w:t>Darwinism severed humanity's accountability to God</w:t>
      </w:r>
    </w:p>
    <w:p>
      <w:r>
        <w:rPr>
          <w:color w:val="666666"/>
          <w:sz w:val="18"/>
        </w:rPr>
        <w:t>The Age of Deceiving Philosophies I 21 June 2009 · 1m 28s · at 16:58 · https://youtu.be/RZCs_8AtCTM?t=1018</w:t>
      </w:r>
    </w:p>
    <w:p>
      <w:r>
        <w:rPr>
          <w:i/>
        </w:rPr>
        <w:t>“God Almighty, our Creator — that all got cut off”</w:t>
      </w:r>
    </w:p>
    <w:p>
      <w:r>
        <w:rPr>
          <w:sz w:val="20"/>
        </w:rPr>
        <w:t>16:58  nuqsan yeh hua ke God Almighty, jo hamara creator hai, hamara sustainer hai, jis jo hum ko sab kuch de raha hai, woh sab cut gaye.</w:t>
      </w:r>
      <w:r>
        <w:br/>
      </w:r>
      <w:r>
        <w:rPr>
          <w:sz w:val="20"/>
        </w:rPr>
        <w:t>17:09  ab sirf is ka darja kya hoga? originator ka. first form of life banaya</w:t>
      </w:r>
      <w:r>
        <w:br/>
      </w:r>
      <w:r>
        <w:rPr>
          <w:sz w:val="20"/>
        </w:rPr>
        <w:t>17:15  is ne. is ke baad sab kuch nature se ho raha hai. to dua kis liye karenge aap? ya ibadat aap kis liye karenge aap? Khuda se mangen kyun mangen ge?</w:t>
      </w:r>
      <w:r>
        <w:br/>
      </w:r>
      <w:r>
        <w:rPr>
          <w:sz w:val="20"/>
        </w:rPr>
        <w:t>17:24  Khuda se mohabbat kyun karenge aap? Khuda se darenge kyun aap? accountability ki zaroorat kya pesh aaye gi aap ko? sab kuch jo hai, eliminate ho gaya.</w:t>
      </w:r>
      <w:r>
        <w:br/>
      </w:r>
      <w:r>
        <w:rPr>
          <w:sz w:val="20"/>
        </w:rPr>
        <w:t>17:35  to Darwin ne jo jo theory di, woh bazahir to aik dewy theory thi, lekin woh bohat hi fatal thi, fatal ke poora lecture, poora poora culture badal kar rakh diya is ne.</w:t>
      </w:r>
      <w:r>
        <w:br/>
      </w:r>
      <w:r>
        <w:rPr>
          <w:sz w:val="20"/>
        </w:rPr>
        <w:t>17:49  is liye aap dekhiye ga, aaj kal ke zamanay mein koi darta hai Khuda se? na koi kisi ko Khuda se dar hai, na dar hai, na mohabbat hai, na accountability hai, na sachi dua hai, na sachi ibadat hai.</w:t>
      </w:r>
      <w:r>
        <w:br/>
      </w:r>
      <w:r>
        <w:rPr>
          <w:sz w:val="20"/>
        </w:rPr>
        <w:t>18:01  woh sab kuch to natural process hua chala ja raha hai. to</w:t>
      </w:r>
      <w:r>
        <w:br/>
      </w:r>
      <w:r>
        <w:rPr>
          <w:sz w:val="20"/>
        </w:rPr>
        <w:t>18:06  jis ko kehte hain arabi mein "salat al-abd bi-rabbih", bande ka ta'alluq apne Rab se, woh sab khatam ho gaya. ab to aik daur ka, aik aik aik daur ka aik concept hai ke kabhi bohat billion saal pehle Khuda ne aik aik first form of life bana diya,</w:t>
      </w:r>
    </w:p>
    <w:p>
      <w:pPr>
        <w:pStyle w:val="Heading2"/>
      </w:pPr>
      <w:r>
        <w:t>Reformer vs Prophet</w:t>
      </w:r>
    </w:p>
    <w:p>
      <w:r>
        <w:rPr>
          <w:color w:val="666666"/>
          <w:sz w:val="18"/>
        </w:rPr>
        <w:t>Shantum Seth Group Q&amp;A EL 02 Feb, 08 - Maulana Wahiduddin Khan · 1m 53s · at 52:58 · https://youtu.be/97Uy6wSnQp8?t=3178</w:t>
      </w:r>
    </w:p>
    <w:p>
      <w:r>
        <w:rPr>
          <w:i/>
        </w:rPr>
        <w:t>“Is there any difference between a reformer and a prophet?”</w:t>
      </w:r>
    </w:p>
    <w:p>
      <w:r>
        <w:rPr>
          <w:sz w:val="20"/>
        </w:rPr>
        <w:t>52:58  Is there any difference between a reformer and a prophet? Yes. There is a great difference.</w:t>
      </w:r>
      <w:r>
        <w:br/>
      </w:r>
      <w:r>
        <w:rPr>
          <w:sz w:val="20"/>
        </w:rPr>
        <w:t>53:08  Reformers are philosophers or thinkers. A reformer has his own plan, his own ideology.</w:t>
      </w:r>
      <w:r>
        <w:br/>
      </w:r>
      <w:r>
        <w:rPr>
          <w:sz w:val="20"/>
        </w:rPr>
        <w:t>53:21  A reformer works according to his own ideology. But a prophet is a person who receives revelations from God</w:t>
      </w:r>
      <w:r>
        <w:br/>
      </w:r>
      <w:r>
        <w:rPr>
          <w:sz w:val="20"/>
        </w:rPr>
        <w:t>53:35  . So a prophet is a revealed person who receives revelations from God. But a reformer is not a revealed person.</w:t>
      </w:r>
      <w:r>
        <w:br/>
      </w:r>
      <w:r>
        <w:rPr>
          <w:sz w:val="20"/>
        </w:rPr>
        <w:t>53:48  He works according to his own ideology. So there is a great difference between the two.</w:t>
      </w:r>
      <w:r>
        <w:br/>
      </w:r>
      <w:r>
        <w:rPr>
          <w:sz w:val="20"/>
        </w:rPr>
        <w:t>54:03  A prophet is a God sent</w:t>
      </w:r>
      <w:r>
        <w:br/>
      </w:r>
      <w:r>
        <w:rPr>
          <w:sz w:val="20"/>
        </w:rPr>
        <w:t>54:11  directly</w:t>
      </w:r>
      <w:r>
        <w:br/>
      </w:r>
      <w:r>
        <w:rPr>
          <w:sz w:val="20"/>
        </w:rPr>
        <w:t>54:16  a prophet to man. God directly directs prophets.</w:t>
      </w:r>
      <w:r>
        <w:br/>
      </w:r>
      <w:r>
        <w:rPr>
          <w:sz w:val="20"/>
        </w:rPr>
        <w:t>54:26  But a reformer is simply a leader. Simply a leader. He is not a prophet in terms of revelation.</w:t>
      </w:r>
      <w:r>
        <w:br/>
      </w:r>
      <w:r>
        <w:rPr>
          <w:sz w:val="20"/>
        </w:rPr>
        <w:t>54:39  Do you have any scheme for moral reform? Yes. Our mission is a mission of moral reform</w:t>
      </w:r>
    </w:p>
    <w:p>
      <w:pPr>
        <w:pStyle w:val="Heading2"/>
      </w:pPr>
      <w:r>
        <w:t>Islam's role in age of peace</w:t>
      </w:r>
    </w:p>
    <w:p>
      <w:r>
        <w:rPr>
          <w:color w:val="666666"/>
          <w:sz w:val="18"/>
        </w:rPr>
        <w:t>Al Risala, July 2018 · 2m 27s · at 1:02 · https://youtu.be/n1KVRke8n4E?t=62</w:t>
      </w:r>
    </w:p>
    <w:p>
      <w:r>
        <w:rPr>
          <w:i/>
        </w:rPr>
        <w:t>“Islam ke zariye jo mabni bar tawheed inqilab aaya”</w:t>
      </w:r>
    </w:p>
    <w:p>
      <w:r>
        <w:rPr>
          <w:sz w:val="20"/>
        </w:rPr>
        <w:t>1:02  Islam ke zariye jo mabni bar tawheed inqilab aaya, us ne tareekh mein pehli baar yeh kiya ke nature aur worship dono ko ek doosre se alag ya delink kar diya.</w:t>
      </w:r>
      <w:r>
        <w:br/>
      </w:r>
      <w:r>
        <w:rPr>
          <w:sz w:val="20"/>
        </w:rPr>
        <w:t>1:16  Is ke baad tareekh mein ek naya process jari hua. Ab nature tehqeeq ka mozu, ya objective of investigation ban gayi, jo ke Islam se pehle parastish ka mozu, ya object of worship bani hui thi.</w:t>
      </w:r>
      <w:r>
        <w:br/>
      </w:r>
      <w:r>
        <w:rPr>
          <w:sz w:val="20"/>
        </w:rPr>
        <w:t>1:36  Isi process ke aakhri marhale mein woh cheez zahoor mein aayi jis ko modern tehzeeb kaha jata hai. Is inqilab se pehle iqtisadiyat ka bunyadi zariya ziraati zameen,</w:t>
      </w:r>
      <w:r>
        <w:br/>
      </w:r>
      <w:r>
        <w:rPr>
          <w:sz w:val="20"/>
        </w:rPr>
        <w:t>1:53  ya agricultural land tha. Isi ziraati zameen se insaan ko sab kuch milta tha. Qadeem zamane mein jo ladaiyan hoti rahin, woh isi ziraati zameen par qabze ke liye hua karti thin.</w:t>
      </w:r>
      <w:r>
        <w:br/>
      </w:r>
      <w:r>
        <w:rPr>
          <w:sz w:val="20"/>
        </w:rPr>
        <w:t>2:10  Jadeed tehzeeb ke nateeje mein ek naya daur aaya jis ko sanati daur, ya industrial age kaha jata hai.</w:t>
      </w:r>
      <w:r>
        <w:br/>
      </w:r>
      <w:r>
        <w:rPr>
          <w:sz w:val="20"/>
        </w:rPr>
        <w:t>2:19  Ab iqtisadiyat ka sab se bara zariya sanat, ya industry ban gayi, aur sanat ke liye zameen par siyasi qabze ki zaroorat nahi thi.</w:t>
      </w:r>
      <w:r>
        <w:br/>
      </w:r>
      <w:r>
        <w:rPr>
          <w:sz w:val="20"/>
        </w:rPr>
        <w:t>2:34  Is tarah jadeed sanati daur ne amli taur par jang ko befaida bana diya, aur dunya mein ek naya daur aaya jis ko daur-e-aman, ya age of peace kaha jata hai.</w:t>
      </w:r>
      <w:r>
        <w:br/>
      </w:r>
      <w:r>
        <w:rPr>
          <w:sz w:val="20"/>
        </w:rPr>
        <w:t>2:51  Is daur-e-aman ko paida karne ka zariya bazahir sanati inqilab tha, magar sanati inqilab ko jis cheez ne paida kiya woh Islam tha.</w:t>
      </w:r>
      <w:r>
        <w:br/>
      </w:r>
      <w:r>
        <w:rPr>
          <w:sz w:val="20"/>
        </w:rPr>
        <w:t>3:06  Islam is daur-e-aman ka nazariyati bani hai, aur jadeed civilization is daur ko amli taur par wajood mein lane wala hai.</w:t>
      </w:r>
    </w:p>
    <w:p>
      <w:pPr>
        <w:pStyle w:val="Heading2"/>
      </w:pPr>
      <w:r>
        <w:t>Sabr is the art of problem management</w:t>
      </w:r>
    </w:p>
    <w:p>
      <w:r>
        <w:rPr>
          <w:color w:val="666666"/>
          <w:sz w:val="18"/>
        </w:rPr>
        <w:t>Importance of Sabr March 23, 2007 · 1m 55s · at 6:23 · https://youtu.be/duCjMIqqfgA?t=383</w:t>
      </w:r>
    </w:p>
    <w:p>
      <w:r>
        <w:rPr>
          <w:i/>
        </w:rPr>
        <w:t>“So, what to do? We cannot remove this situation”</w:t>
      </w:r>
    </w:p>
    <w:p>
      <w:r>
        <w:rPr>
          <w:sz w:val="20"/>
        </w:rPr>
        <w:t>6:23  so, what to do?</w:t>
      </w:r>
      <w:r>
        <w:br/>
      </w:r>
      <w:r>
        <w:rPr>
          <w:sz w:val="20"/>
        </w:rPr>
        <w:t>6:27  we can not remove this situation. we can not abolish the freedom given by god himself.</w:t>
      </w:r>
      <w:r>
        <w:br/>
      </w:r>
      <w:r>
        <w:rPr>
          <w:sz w:val="20"/>
        </w:rPr>
        <w:t>6:39  no one has the power to abolish the freedom. so, no one has the power to abolish this situation which leads to challenge and competition.</w:t>
      </w:r>
      <w:r>
        <w:br/>
      </w:r>
      <w:r>
        <w:rPr>
          <w:sz w:val="20"/>
        </w:rPr>
        <w:t>6:56  so, we are compelled to live in such a situation where there are problems every time.</w:t>
      </w:r>
      <w:r>
        <w:br/>
      </w:r>
      <w:r>
        <w:rPr>
          <w:sz w:val="20"/>
        </w:rPr>
        <w:t>7:05  so, what to do? the concept of sabr tells us that we have to learn the art of problem management.</w:t>
      </w:r>
      <w:r>
        <w:br/>
      </w:r>
      <w:r>
        <w:rPr>
          <w:sz w:val="20"/>
        </w:rPr>
        <w:t>7:18  sabr means you have to learn the art of problem management, rather than to learn the art of eliminating the problems.</w:t>
      </w:r>
      <w:r>
        <w:br/>
      </w:r>
      <w:r>
        <w:rPr>
          <w:sz w:val="20"/>
        </w:rPr>
        <w:t>7:29  is impossible. so, you have to learn the art of problem management, art of difference management.</w:t>
      </w:r>
      <w:r>
        <w:br/>
      </w:r>
      <w:r>
        <w:rPr>
          <w:sz w:val="20"/>
        </w:rPr>
        <w:t>7:40  this is the only option for you. so, this requires sabr</w:t>
      </w:r>
      <w:r>
        <w:br/>
      </w:r>
      <w:r>
        <w:rPr>
          <w:sz w:val="20"/>
        </w:rPr>
        <w:t>7:47  . without sabr, you can not manage the problems.</w:t>
      </w:r>
      <w:r>
        <w:br/>
      </w:r>
      <w:r>
        <w:rPr>
          <w:sz w:val="20"/>
        </w:rPr>
        <w:t>7:55  so, it is very important. basic condition to have a success in this world.</w:t>
      </w:r>
      <w:r>
        <w:br/>
      </w:r>
      <w:r>
        <w:rPr>
          <w:sz w:val="20"/>
        </w:rPr>
        <w:t>8:04  sabr is only another name for the art of problem management.</w:t>
      </w:r>
    </w:p>
    <w:p>
      <w:pPr>
        <w:pStyle w:val="Heading2"/>
      </w:pPr>
      <w:r>
        <w:t>Prophet's undeclared peace in Mecca</w:t>
      </w:r>
    </w:p>
    <w:p>
      <w:r>
        <w:rPr>
          <w:color w:val="666666"/>
          <w:sz w:val="18"/>
        </w:rPr>
        <w:t>The Policy of Sulh (Resolution) in Islam 13 June 2009 - Maulana Wahiduddin Khan · 2m 17s · at 9:39 · https://youtu.be/_1M1-7-0TD4?t=579</w:t>
      </w:r>
    </w:p>
    <w:p>
      <w:r>
        <w:rPr>
          <w:i/>
        </w:rPr>
        <w:t>“I'll give example of the Prophet of Islam”</w:t>
      </w:r>
    </w:p>
    <w:p>
      <w:r>
        <w:rPr>
          <w:sz w:val="20"/>
        </w:rPr>
        <w:t>9:39  i will give the example of the prophet of Islam. prophet of Islam adopted in his life two kind of policy: declared sulah and undeclared sulah.</w:t>
      </w:r>
      <w:r>
        <w:br/>
      </w:r>
      <w:r>
        <w:rPr>
          <w:sz w:val="20"/>
        </w:rPr>
        <w:t>9:58  undeclared sulah and declared sulah.</w:t>
      </w:r>
      <w:r>
        <w:br/>
      </w:r>
      <w:r>
        <w:rPr>
          <w:sz w:val="20"/>
        </w:rPr>
        <w:t>10:03  when he was in Mecca, up to thirteen years, there were some problems. for example, in Mecca there was Kaaba.</w:t>
      </w:r>
      <w:r>
        <w:br/>
      </w:r>
      <w:r>
        <w:rPr>
          <w:sz w:val="20"/>
        </w:rPr>
        <w:t>10:15  Kaaba was built by prophet Ibrahim as Baitullah.</w:t>
      </w:r>
      <w:r>
        <w:br/>
      </w:r>
      <w:r>
        <w:rPr>
          <w:sz w:val="20"/>
        </w:rPr>
        <w:t>10:25  Baitullah means house of god. so Kaaba was built as Baitullah</w:t>
      </w:r>
      <w:r>
        <w:br/>
      </w:r>
      <w:r>
        <w:rPr>
          <w:sz w:val="20"/>
        </w:rPr>
        <w:t>10:32  , but mushrikeen in the later period of history</w:t>
      </w:r>
      <w:r>
        <w:br/>
      </w:r>
      <w:r>
        <w:rPr>
          <w:sz w:val="20"/>
        </w:rPr>
        <w:t>10:40  became dominant in Mecca. so they placed three sixty idols in Kaaba. so what to do?</w:t>
      </w:r>
      <w:r>
        <w:br/>
      </w:r>
      <w:r>
        <w:rPr>
          <w:sz w:val="20"/>
        </w:rPr>
        <w:t>10:52  prophet of Islam was prophet of tauheed, and in Mecca the house of god was full of three sixty idols.</w:t>
      </w:r>
      <w:r>
        <w:br/>
      </w:r>
      <w:r>
        <w:rPr>
          <w:sz w:val="20"/>
        </w:rPr>
        <w:t>11:07  so prophet never complained, never demanded. he never tried to destroy those idols.</w:t>
      </w:r>
      <w:r>
        <w:br/>
      </w:r>
      <w:r>
        <w:rPr>
          <w:sz w:val="20"/>
        </w:rPr>
        <w:t>11:17  he simply adopted what i can say: an undeclared sulah.</w:t>
      </w:r>
      <w:r>
        <w:br/>
      </w:r>
      <w:r>
        <w:rPr>
          <w:sz w:val="20"/>
        </w:rPr>
        <w:t>11:32  there was no agreement, peace agreement, or any kind of agreement between prophet and the mushrik people. there was no agreement in writing.</w:t>
      </w:r>
      <w:r>
        <w:br/>
      </w:r>
      <w:r>
        <w:rPr>
          <w:sz w:val="20"/>
        </w:rPr>
        <w:t>11:46  The Prophet adopted a policy of undeclared sulah.</w:t>
      </w:r>
    </w:p>
    <w:p>
      <w:pPr>
        <w:pStyle w:val="Heading2"/>
      </w:pPr>
      <w:r>
        <w:t>Women succeed by understanding their role as booster</w:t>
      </w:r>
    </w:p>
    <w:p>
      <w:r>
        <w:rPr>
          <w:color w:val="666666"/>
          <w:sz w:val="18"/>
        </w:rPr>
        <w:t>Place of Woman in Islam-III | March 5, 2006 | Maulana Wahiduddin Khan · 2m 01s · at 24:29 · https://youtu.be/4Z5G3JO07Go?t=1469</w:t>
      </w:r>
    </w:p>
    <w:p>
      <w:r>
        <w:rPr>
          <w:i/>
        </w:rPr>
        <w:t>“To yeh sab kab hua? Jabke aurat ne is haqeeqat ko jana”</w:t>
      </w:r>
    </w:p>
    <w:p>
      <w:r>
        <w:rPr>
          <w:sz w:val="20"/>
        </w:rPr>
        <w:t>24:29  ke woh team ban saki.</w:t>
      </w:r>
      <w:r>
        <w:br/>
      </w:r>
      <w:r>
        <w:rPr>
          <w:sz w:val="20"/>
        </w:rPr>
        <w:t>24:35  jis ne ke tauheed ke nazariye ko, tauheed ki ideology ko revolution tak pahunchaya.</w:t>
      </w:r>
      <w:r>
        <w:br/>
      </w:r>
      <w:r>
        <w:rPr>
          <w:sz w:val="20"/>
        </w:rPr>
        <w:t>24:41  to yeh sab kab hua? jabke aurat ne is haqeeqat ko jana ke mard ka kaam performer banna</w:t>
      </w:r>
      <w:r>
        <w:br/>
      </w:r>
      <w:r>
        <w:rPr>
          <w:sz w:val="20"/>
        </w:rPr>
        <w:t>24:47  hai, mera kaam booster banna hai.</w:t>
      </w:r>
      <w:r>
        <w:br/>
      </w:r>
      <w:r>
        <w:rPr>
          <w:sz w:val="20"/>
        </w:rPr>
        <w:t>24:53  mein samajhta hoon ke isi aurat ko bhi aaj bhi</w:t>
      </w:r>
      <w:r>
        <w:br/>
      </w:r>
      <w:r>
        <w:rPr>
          <w:sz w:val="20"/>
        </w:rPr>
        <w:t>25:00  agar koi bara role karna hai history mein to sab se pehle us ko yeh janana parega</w:t>
      </w:r>
      <w:r>
        <w:br/>
      </w:r>
      <w:r>
        <w:rPr>
          <w:sz w:val="20"/>
        </w:rPr>
        <w:t>25:06  ke law of nature kya hai? is ka apna role kya hai? mard ka role kya hai? is</w:t>
      </w:r>
      <w:r>
        <w:br/>
      </w:r>
      <w:r>
        <w:rPr>
          <w:sz w:val="20"/>
        </w:rPr>
        <w:t>25:12  ka apna potential kya hai? mard ka potential kya hai? is haqeeqat ko daryaft karne ke baad hi</w:t>
      </w:r>
      <w:r>
        <w:br/>
      </w:r>
      <w:r>
        <w:rPr>
          <w:sz w:val="20"/>
        </w:rPr>
        <w:t>25:18  yeh mumkin hai ke koi aurat koi historical role ada kar sake.</w:t>
      </w:r>
      <w:r>
        <w:br/>
      </w:r>
      <w:r>
        <w:rPr>
          <w:sz w:val="20"/>
        </w:rPr>
        <w:t>25:24  yaani pehle bhi agar kisi ne kiya hai to us</w:t>
      </w:r>
      <w:r>
        <w:br/>
      </w:r>
      <w:r>
        <w:rPr>
          <w:sz w:val="20"/>
        </w:rPr>
        <w:t>25:30  yeh waqt kya hai jabkey is ney apney potential ko jana.</w:t>
      </w:r>
      <w:r>
        <w:br/>
      </w:r>
      <w:r>
        <w:rPr>
          <w:sz w:val="20"/>
        </w:rPr>
        <w:t>25:35  aaj bhi agar koi aurat role karey gi to usi waqt karey gi jabkey woh apney potential ko discover karey.</w:t>
      </w:r>
      <w:r>
        <w:br/>
      </w:r>
      <w:r>
        <w:rPr>
          <w:sz w:val="20"/>
        </w:rPr>
        <w:t>25:40  sirf fashion ko janana, body display ko janana, banao singar ko janana aur society mein show item baney</w:t>
      </w:r>
      <w:r>
        <w:br/>
      </w:r>
      <w:r>
        <w:rPr>
          <w:sz w:val="20"/>
        </w:rPr>
        <w:t>25:45  rehna is mein agar aurat jeeti hai to koi bara kaam woh nahi kar sakti hai.</w:t>
      </w:r>
      <w:r>
        <w:br/>
      </w:r>
      <w:r>
        <w:rPr>
          <w:sz w:val="20"/>
        </w:rPr>
        <w:t>25:50  is sey oopar uthna paray ga.</w:t>
      </w:r>
      <w:r>
        <w:br/>
      </w:r>
      <w:r>
        <w:rPr>
          <w:sz w:val="20"/>
        </w:rPr>
        <w:t>25:55  is sey oopar uthna paray ga.</w:t>
      </w:r>
      <w:r>
        <w:br/>
      </w:r>
      <w:r>
        <w:rPr>
          <w:sz w:val="20"/>
        </w:rPr>
        <w:t>26:01  aur history mein wohi auratein bara role kar paayi hain jo is se oopar uthi hain. aqoolu qawli hadha wastaghfirullaha li walakum ajmaeen.</w:t>
      </w:r>
    </w:p>
    <w:p>
      <w:pPr>
        <w:pStyle w:val="Heading2"/>
      </w:pPr>
      <w:r>
        <w:t>Political interpretation root cause, need sense of gain</w:t>
      </w:r>
    </w:p>
    <w:p>
      <w:r>
        <w:rPr>
          <w:color w:val="666666"/>
          <w:sz w:val="18"/>
        </w:rPr>
        <w:t>Sayyidina Imam Al Hassan Ibn Ali Peace Award at Abu Dhabi April 30, 2015 Maulana Wahiduddin Khan · 2m 34s · at 18:04 · https://youtu.be/9i1DQ8fr5ik?t=1084</w:t>
      </w:r>
    </w:p>
    <w:p>
      <w:r>
        <w:rPr>
          <w:i/>
        </w:rPr>
        <w:t>“In the first half of the thirteenth century there were Muslim thinkers”</w:t>
      </w:r>
    </w:p>
    <w:p>
      <w:r>
        <w:rPr>
          <w:sz w:val="20"/>
        </w:rPr>
        <w:t>18:04  , we have to give them an alternative, alternative variety. In, you know, in the first, in the first half of the 20th century,</w:t>
      </w:r>
      <w:r>
        <w:br/>
      </w:r>
      <w:r>
        <w:rPr>
          <w:sz w:val="20"/>
        </w:rPr>
        <w:t>18:19  There were some Muslim thinkers. At that time, Muslims were living in a sense of loss. In the sense of loss,</w:t>
      </w:r>
      <w:r>
        <w:br/>
      </w:r>
      <w:r>
        <w:rPr>
          <w:sz w:val="20"/>
        </w:rPr>
        <w:t>18:32  de in loss of, loss of political power, loss of political. Muslims are living in loss.</w:t>
      </w:r>
      <w:r>
        <w:br/>
      </w:r>
      <w:r>
        <w:rPr>
          <w:sz w:val="20"/>
        </w:rPr>
        <w:t>18:43  in such a situation, the political interpretation of Islam</w:t>
      </w:r>
      <w:r>
        <w:br/>
      </w:r>
      <w:r>
        <w:rPr>
          <w:sz w:val="20"/>
        </w:rPr>
        <w:t>18:51  was very suitable for their mindset.</w:t>
      </w:r>
      <w:r>
        <w:br/>
      </w:r>
      <w:r>
        <w:rPr>
          <w:sz w:val="20"/>
        </w:rPr>
        <w:t>18:55  . they accepted as very little. And now, a majority,</w:t>
      </w:r>
      <w:r>
        <w:br/>
      </w:r>
      <w:r>
        <w:rPr>
          <w:sz w:val="20"/>
        </w:rPr>
        <w:t>19:05  Now, so there are so many Muslims who are obsessed with this political interpretation. So the real problem is political interpretation.</w:t>
      </w:r>
      <w:r>
        <w:br/>
      </w:r>
      <w:r>
        <w:rPr>
          <w:sz w:val="20"/>
        </w:rPr>
        <w:t>19:19  . These people who influenced with political interpretation, they wanted to establish Islamic rule or Muslim rule.</w:t>
      </w:r>
      <w:r>
        <w:br/>
      </w:r>
      <w:r>
        <w:rPr>
          <w:sz w:val="20"/>
        </w:rPr>
        <w:t>19:31  but they, they, they found that already the seat is occupied by some other people.</w:t>
      </w:r>
      <w:r>
        <w:br/>
      </w:r>
      <w:r>
        <w:rPr>
          <w:sz w:val="20"/>
        </w:rPr>
        <w:t>19:43  So they wanted to incite these people.</w:t>
      </w:r>
      <w:r>
        <w:br/>
      </w:r>
      <w:r>
        <w:rPr>
          <w:sz w:val="20"/>
        </w:rPr>
        <w:t>19:49  And then there was fighting between the two groups. Here, here it is, it is this point where the, where the violence began.</w:t>
      </w:r>
      <w:r>
        <w:br/>
      </w:r>
      <w:r>
        <w:rPr>
          <w:sz w:val="20"/>
        </w:rPr>
        <w:t>20:01  So political, political theory or political interpretation of Islam was the root cause of all this, all this violence.</w:t>
      </w:r>
      <w:r>
        <w:br/>
      </w:r>
      <w:r>
        <w:rPr>
          <w:sz w:val="20"/>
        </w:rPr>
        <w:t>20:14  all this violence. And, and the only reason why this theory was become acceptable was that people living in sense, in, in,</w:t>
      </w:r>
      <w:r>
        <w:br/>
      </w:r>
      <w:r>
        <w:rPr>
          <w:sz w:val="20"/>
        </w:rPr>
        <w:t>20:29  in sense of loss. So I think that here we have to provide them sense of gain.</w:t>
      </w:r>
    </w:p>
    <w:p>
      <w:pPr>
        <w:pStyle w:val="Heading2"/>
      </w:pPr>
      <w:r>
        <w:t>Gifting the Quran to Khushwant Singh: Not Lost in Translation</w:t>
      </w:r>
    </w:p>
    <w:p>
      <w:r>
        <w:rPr>
          <w:color w:val="666666"/>
          <w:sz w:val="18"/>
        </w:rPr>
        <w:t>Conveying The Message of God November 27, 2022 · 2m 29s · at 47:11 · https://youtu.be/1MUWodugLKU?t=2831</w:t>
      </w:r>
    </w:p>
    <w:p>
      <w:r>
        <w:rPr>
          <w:i/>
        </w:rPr>
        <w:t>“English is a big advantage for us — the Quran has reached there too”</w:t>
      </w:r>
    </w:p>
    <w:p>
      <w:r>
        <w:rPr>
          <w:sz w:val="20"/>
        </w:rPr>
        <w:t>47:11  So that is another advantage for us.</w:t>
      </w:r>
      <w:r>
        <w:br/>
      </w:r>
      <w:r>
        <w:rPr>
          <w:sz w:val="20"/>
        </w:rPr>
        <w:t>47:16  We are having like literature in English aur iske kuch mujhe wahan personal experience bhi hue.</w:t>
      </w:r>
      <w:r>
        <w:br/>
      </w:r>
      <w:r>
        <w:rPr>
          <w:sz w:val="20"/>
        </w:rPr>
        <w:t>47:22  Ab English ko lekar jaise hamara English ko Quran hai.</w:t>
      </w:r>
      <w:r>
        <w:br/>
      </w:r>
      <w:r>
        <w:rPr>
          <w:sz w:val="20"/>
        </w:rPr>
        <w:t>47:27  Ab wahan pahunch chuka hai wah. Ji.</w:t>
      </w:r>
      <w:r>
        <w:br/>
      </w:r>
      <w:r>
        <w:rPr>
          <w:sz w:val="20"/>
        </w:rPr>
        <w:t>47:33  To ek comment maine dekha hai, matlab mere samne mein bola ki yeh Quran jo hai it's so</w:t>
      </w:r>
      <w:r>
        <w:br/>
      </w:r>
      <w:r>
        <w:rPr>
          <w:sz w:val="20"/>
        </w:rPr>
        <w:t>47:38  understandable, so easy to read.</w:t>
      </w:r>
      <w:r>
        <w:br/>
      </w:r>
      <w:r>
        <w:rPr>
          <w:sz w:val="20"/>
        </w:rPr>
        <w:t>47:44  Aapne usse pehle wala jo diya unhi ko</w:t>
      </w:r>
      <w:r>
        <w:br/>
      </w:r>
      <w:r>
        <w:rPr>
          <w:sz w:val="20"/>
        </w:rPr>
        <w:t>47:50  se hamari mulaqat hui thi. toh ghar gaye the unke. toh humne English translation Maulana ka Quran ka diya unko. toh woh usi waqt Khushwant Singh jaise jaante bahut hi bade intellectual the. usi waqt toh padhne lag gaye.</w:t>
      </w:r>
      <w:r>
        <w:br/>
      </w:r>
      <w:r>
        <w:rPr>
          <w:sz w:val="20"/>
        </w:rPr>
        <w:t>48:18  To phir hum log mulakat karke aa gaye.</w:t>
      </w:r>
      <w:r>
        <w:br/>
      </w:r>
      <w:r>
        <w:rPr>
          <w:sz w:val="20"/>
        </w:rPr>
        <w:t>48:23  Uske baad unhone uska jawab newspaper ke zariye diya ki unhone baqayda Hindustan Times mein likha ki is</w:t>
      </w:r>
      <w:r>
        <w:br/>
      </w:r>
      <w:r>
        <w:rPr>
          <w:sz w:val="20"/>
        </w:rPr>
        <w:t>48:29  Christmas ke mauke pe hum matlab mujhe yeh gift diya gaya aur maine yeh translation by Maulana Wahiduddin</w:t>
      </w:r>
      <w:r>
        <w:br/>
      </w:r>
      <w:r>
        <w:rPr>
          <w:sz w:val="20"/>
        </w:rPr>
        <w:t>48:34  Khan sahab isko maine padha aur yeh mujhe bahut pasand aaya and I read my favorite passages and</w:t>
      </w:r>
      <w:r>
        <w:br/>
      </w:r>
      <w:r>
        <w:rPr>
          <w:sz w:val="20"/>
        </w:rPr>
        <w:t>48:40  then he wrote Sajid bhai ki I will not only recommend non muslims to read the English translation</w:t>
      </w:r>
      <w:r>
        <w:br/>
      </w:r>
      <w:r>
        <w:rPr>
          <w:sz w:val="20"/>
        </w:rPr>
        <w:t>48:45  of the Quran, but I will also recommend muslims to read this translation because it is very simple</w:t>
      </w:r>
      <w:r>
        <w:br/>
      </w:r>
      <w:r>
        <w:rPr>
          <w:sz w:val="20"/>
        </w:rPr>
        <w:t>48:51  and easy to understand.</w:t>
      </w:r>
      <w:r>
        <w:br/>
      </w:r>
      <w:r>
        <w:rPr>
          <w:sz w:val="20"/>
        </w:rPr>
        <w:t>48:57  To Times of India ne jo jab review kara tha to unhone title hi uska yeh diya Sajid</w:t>
      </w:r>
      <w:r>
        <w:br/>
      </w:r>
      <w:r>
        <w:rPr>
          <w:sz w:val="20"/>
        </w:rPr>
        <w:t>49:04  bhai, not lost in translation.</w:t>
      </w:r>
      <w:r>
        <w:br/>
      </w:r>
      <w:r>
        <w:rPr>
          <w:sz w:val="20"/>
        </w:rPr>
        <w:t>49:11  To isse pata chalta hai ki jaise aap bata rahe hain ki itna simple, itna aasan ki aap</w:t>
      </w:r>
      <w:r>
        <w:br/>
      </w:r>
      <w:r>
        <w:rPr>
          <w:sz w:val="20"/>
        </w:rPr>
        <w:t>49:18  padhte jaiye, samajhte jaiye, padhte jaiye samajhte jaiye.</w:t>
      </w:r>
      <w:r>
        <w:br/>
      </w:r>
      <w:r>
        <w:rPr>
          <w:sz w:val="20"/>
        </w:rPr>
        <w:t>49:25  To yeh bahut zyada khasiyat hai is translation ki isiliye zyada bhi hai. Ji.</w:t>
      </w:r>
      <w:r>
        <w:br/>
      </w:r>
      <w:r>
        <w:rPr>
          <w:sz w:val="20"/>
        </w:rPr>
        <w:t>49:32  Duniya bhar mein aur bahut distribute hota hai.</w:t>
      </w:r>
      <w:r>
        <w:br/>
      </w:r>
      <w:r>
        <w:rPr>
          <w:sz w:val="20"/>
        </w:rPr>
        <w:t>49:40  Sajid bhai got a golden opportunity to convey the message to a person who was an agnostic. One Quranic verse changed his concept and he and accepted the argument. It is just an example how to avail the opportunities and diya daai. Where there is a will, there is a way. Thank you for sharing the experience.</w:t>
      </w:r>
    </w:p>
    <w:p>
      <w:pPr>
        <w:pStyle w:val="Heading2"/>
      </w:pPr>
      <w:r>
        <w:t>Islam and peace are inseparable</w:t>
      </w:r>
    </w:p>
    <w:p>
      <w:r>
        <w:rPr>
          <w:color w:val="666666"/>
          <w:sz w:val="18"/>
        </w:rPr>
        <w:t>Patience and Peace (Thought of the Day) July 7, 2018 · 1m 00s · at 19:01 · https://youtu.be/2iVPXBG0Yg8?t=1141</w:t>
      </w:r>
    </w:p>
    <w:p>
      <w:r>
        <w:rPr>
          <w:i/>
        </w:rPr>
        <w:t>“Process. Tab aap ke andar positive thinking aati hai”</w:t>
      </w:r>
    </w:p>
    <w:p>
      <w:r>
        <w:rPr>
          <w:sz w:val="20"/>
        </w:rPr>
        <w:t>19:01  process.</w:t>
      </w:r>
      <w:r>
        <w:br/>
      </w:r>
      <w:r>
        <w:rPr>
          <w:sz w:val="20"/>
        </w:rPr>
        <w:t>19:08  tab aap ke andar positive thinking aati hai, aap ke andar purity aati hai, phir aap ke andar</w:t>
      </w:r>
      <w:r>
        <w:br/>
      </w:r>
      <w:r>
        <w:rPr>
          <w:sz w:val="20"/>
        </w:rPr>
        <w:t>19:16  tazkiya aata hai.</w:t>
      </w:r>
      <w:r>
        <w:br/>
      </w:r>
      <w:r>
        <w:rPr>
          <w:sz w:val="20"/>
        </w:rPr>
        <w:t>19:24  to aaj mein yeh soch raha tha ke islam aur peace do integral part hain. islam ka</w:t>
      </w:r>
      <w:r>
        <w:br/>
      </w:r>
      <w:r>
        <w:rPr>
          <w:sz w:val="20"/>
        </w:rPr>
        <w:t>19:31  yani peace jo hai woh islam ka integral part hai, takrao se koi talluq hi nahi islam ka.</w:t>
      </w:r>
      <w:r>
        <w:br/>
      </w:r>
      <w:r>
        <w:rPr>
          <w:sz w:val="20"/>
        </w:rPr>
        <w:t>19:41  to mein sochta hoon ke jis insan ko yeh chahiye ke woh allah ka qurbat mile, us ko</w:t>
      </w:r>
      <w:r>
        <w:br/>
      </w:r>
      <w:r>
        <w:rPr>
          <w:sz w:val="20"/>
        </w:rPr>
        <w:t>19:51  jannat mile, us ko farisht</w:t>
      </w:r>
    </w:p>
    <w:p>
      <w:pPr>
        <w:pStyle w:val="Heading2"/>
      </w:pPr>
      <w:r>
        <w:t>Wife's family invites him to Maulana's lecture, he resists then listens</w:t>
      </w:r>
    </w:p>
    <w:p>
      <w:r>
        <w:rPr>
          <w:color w:val="666666"/>
          <w:sz w:val="18"/>
        </w:rPr>
        <w:t>Experiences Sharing by CPS Members November 11, 2006 Maulana Wahiduddin Khan · 1m 57s · at 53:28 · https://youtu.be/VhS3VofQlHo?t=3208</w:t>
      </w:r>
    </w:p>
    <w:p>
      <w:r>
        <w:rPr>
          <w:i/>
        </w:rPr>
        <w:t>“I still remember the day, and Priya would also remember”</w:t>
      </w:r>
    </w:p>
    <w:p>
      <w:r>
        <w:rPr>
          <w:sz w:val="20"/>
        </w:rPr>
        <w:t>53:28  so it was through clear light that nagma came to maulana sahib for a for inviting him to a give a lecture in clear light when maulana sahib said you please talk to priya don't talk to me please talk to priya so one day nagma said that please we have to go and meet priya and khalid i said what about she said well it's about that lecture i said okay one ek aur maulana let's go</w:t>
      </w:r>
      <w:r>
        <w:br/>
      </w:r>
      <w:r>
        <w:rPr>
          <w:sz w:val="20"/>
        </w:rPr>
        <w:t>53:58  i still remember the day and priya would also remember i was busy eating i was not listening</w:t>
      </w:r>
      <w:r>
        <w:br/>
      </w:r>
      <w:r>
        <w:rPr>
          <w:sz w:val="20"/>
        </w:rPr>
        <w:t>54:04  to what she was saying i was too hungry i said let me eat first then i will</w:t>
      </w:r>
      <w:r>
        <w:br/>
      </w:r>
      <w:r>
        <w:rPr>
          <w:sz w:val="20"/>
        </w:rPr>
        <w:t>54:09  listen to what she has to say by the time i finish eating i had a lot of</w:t>
      </w:r>
      <w:r>
        <w:br/>
      </w:r>
      <w:r>
        <w:rPr>
          <w:sz w:val="20"/>
        </w:rPr>
        <w:t>54:12  food on the table and i was and and she had she had finished a talk with nagma</w:t>
      </w:r>
      <w:r>
        <w:br/>
      </w:r>
      <w:r>
        <w:rPr>
          <w:sz w:val="20"/>
        </w:rPr>
        <w:t>54:17  i said okay we are going home she said ya i said finish that's it i said what</w:t>
      </w:r>
      <w:r>
        <w:br/>
      </w:r>
      <w:r>
        <w:rPr>
          <w:sz w:val="20"/>
        </w:rPr>
        <w:t>54:22  about the lecture she said i have to go and attend one lecture of maulana sahib and then</w:t>
      </w:r>
      <w:r>
        <w:br/>
      </w:r>
      <w:r>
        <w:rPr>
          <w:sz w:val="20"/>
        </w:rPr>
        <w:t>54:27  we then he will come here</w:t>
      </w:r>
      <w:r>
        <w:br/>
      </w:r>
      <w:r>
        <w:rPr>
          <w:sz w:val="20"/>
        </w:rPr>
        <w:t>54:29  i said okay so she said would you come i said no i am not coming you go uh so she went she went for that lecture and and when she came back she i i asked her what what was it about so she gave me a few things and i found that interesting i said this this man talks my language i mean this is what i have been thinking throughout my life i must go and meet him that was uh in 2004 september 2004</w:t>
      </w:r>
      <w:r>
        <w:br/>
      </w:r>
      <w:r>
        <w:rPr>
          <w:sz w:val="20"/>
        </w:rPr>
        <w:t>54:57  one sunday i came and listen to maulana and maulana that day gave us a lecture on the creation plan of god that lecture changed my life completely that's the day and from that day i have not not missed a lecture i have always wanted to do work with maulana and for for cps though probably uh have failed very miserably not being able to give much time to it b</w:t>
      </w:r>
    </w:p>
    <w:p>
      <w:pPr>
        <w:pStyle w:val="Heading2"/>
      </w:pPr>
      <w:r>
        <w:t>story: resolving a land dispute with patience and wisdom</w:t>
      </w:r>
    </w:p>
    <w:p>
      <w:r>
        <w:rPr>
          <w:color w:val="666666"/>
          <w:sz w:val="18"/>
        </w:rPr>
        <w:t>CPS Women Monthly Q and A with Prof. Farida Khanam and Maulana Farhad Ahmed Umeri Sept 24, 2023 · 1m 29s · at 8:47 · https://youtu.be/5MkBwBmQroM?t=527</w:t>
      </w:r>
    </w:p>
    <w:p>
      <w:r>
        <w:rPr>
          <w:i/>
        </w:rPr>
        <w:t>“Ek baar hamare bade abba ka ek bahut bada ghar tha”</w:t>
      </w:r>
    </w:p>
    <w:p>
      <w:r>
        <w:rPr>
          <w:sz w:val="20"/>
        </w:rPr>
        <w:t>8:47  Ek baar hamare bade abba ka ek bahut bada ghar tha uska ek ek hissa jo hai na woh ek non Muslim ki ke ghar se mila hua tha to usne kaha ki yeh mera ghar hai aur Mulla ji ne meri zameen hai Mulla ji ne is par qabza kar liya hai. Ab usne sabse jaakar kaha ek bada group wahan aakar unke khilaf naare lagane laga to bada Abdul Ajit ka naam tha unka woh bahar nikli aur kehne lagi kya baat hai?</w:t>
      </w:r>
      <w:r>
        <w:br/>
      </w:r>
      <w:r>
        <w:rPr>
          <w:sz w:val="20"/>
        </w:rPr>
        <w:t>9:17  unke kuch jo lead kar rahe the us group ko unko andar le aaye garmi ka zamana tha</w:t>
      </w:r>
      <w:r>
        <w:br/>
      </w:r>
      <w:r>
        <w:rPr>
          <w:sz w:val="20"/>
        </w:rPr>
        <w:t>9:46  unko sharm udhar bahut pilaya mamla haloge aaj bhi woh zameen unke paas hai.</w:t>
      </w:r>
      <w:r>
        <w:br/>
      </w:r>
      <w:r>
        <w:rPr>
          <w:sz w:val="20"/>
        </w:rPr>
        <w:t>10:16  Ji. Ji, thank you Appa thank you so much for this beautiful answer they have given. We all implied this in our life whenever this kind of situation arises. So the next question come from Najma Apa. Jakarma, Assalamualaikum.</w:t>
      </w:r>
    </w:p>
    <w:p>
      <w:pPr>
        <w:pStyle w:val="Heading2"/>
      </w:pPr>
      <w:r>
        <w:t>Hatred is societal not innate</w:t>
      </w:r>
    </w:p>
    <w:p>
      <w:r>
        <w:rPr>
          <w:color w:val="666666"/>
          <w:sz w:val="18"/>
        </w:rPr>
        <w:t>Q&amp;A · 1m 31s · at 7:55 · https://youtu.be/W2DKBK6QYTY?t=475</w:t>
      </w:r>
    </w:p>
    <w:p>
      <w:r>
        <w:rPr>
          <w:i/>
        </w:rPr>
        <w:t>“Hate mein jeeta hai insaan. Kyun hate mein jeeta hai?”</w:t>
      </w:r>
    </w:p>
    <w:p>
      <w:r>
        <w:rPr>
          <w:sz w:val="20"/>
        </w:rPr>
        <w:t>7:55  wo sab wahi thi jo kisi ke hate ke khilaf thi. aur mohabbat par agar koi movement chalaen, mohabbat ko lekar ke, to wo usko koi response nahi milta. kyunki. to hate mein jeeta hai insan</w:t>
      </w:r>
      <w:r>
        <w:br/>
      </w:r>
      <w:r>
        <w:rPr>
          <w:sz w:val="20"/>
        </w:rPr>
        <w:t>8:12  । kyon hate mein jeeta hai? yeh nahi ki hate jo hai, part of nature nahi hai. that is part of society hai.</w:t>
      </w:r>
      <w:r>
        <w:br/>
      </w:r>
      <w:r>
        <w:rPr>
          <w:sz w:val="20"/>
        </w:rPr>
        <w:t>8:21  kaise khuda ne is duniya ko banaya hai is tarah se ki yahan par sabko freedom di gayi hai. freedom, freedom di gayi hai. freedom ki wajah se kya hota</w:t>
      </w:r>
      <w:r>
        <w:br/>
      </w:r>
      <w:r>
        <w:rPr>
          <w:sz w:val="20"/>
        </w:rPr>
        <w:t>8:33  hai? hamesha kisi ko doosre se kuch na kuch,</w:t>
      </w:r>
      <w:r>
        <w:br/>
      </w:r>
      <w:r>
        <w:rPr>
          <w:sz w:val="20"/>
        </w:rPr>
        <w:t>8:38  kuch na kuch nuksan pahunchta hai. maslan, ek aadmi ne business ki, wo aage badh gaya. mere paas kam paisa, uske paas zyada paisa hai. to kya hota hai</w:t>
      </w:r>
      <w:r>
        <w:br/>
      </w:r>
      <w:r>
        <w:rPr>
          <w:sz w:val="20"/>
        </w:rPr>
        <w:t>8:48  ? jalan paida hoti hai. koi bilkul power kisi ke paas aa gayi, mere paas power nahi hai, to mujhe jalan paida hoti hai. to social jo condition hai, different type ki, koi aage hai, koi peeche hai,</w:t>
      </w:r>
      <w:r>
        <w:br/>
      </w:r>
      <w:r>
        <w:rPr>
          <w:sz w:val="20"/>
        </w:rPr>
        <w:t>9:02  us se rift aata hai. us se logon mein ek doosre ke khilaf negative thought aate hain.</w:t>
      </w:r>
      <w:r>
        <w:br/>
      </w:r>
      <w:r>
        <w:rPr>
          <w:sz w:val="20"/>
        </w:rPr>
        <w:t>9:09  yeh ise main manta hoon ke hate sabke dilon mein hate hai, is mein koi shaq nahi. lekin yeh hate jo hai, part of society hai, part of nature nahi hai. to hum log soch nahi paate. yaani hum yeh aisa nahi kar paate</w:t>
      </w:r>
    </w:p>
    <w:p>
      <w:pPr>
        <w:pStyle w:val="Heading2"/>
      </w:pPr>
      <w:r>
        <w:t>A bad fatwa stopped Muslims sharing the Quran</w:t>
      </w:r>
    </w:p>
    <w:p>
      <w:r>
        <w:rPr>
          <w:color w:val="666666"/>
          <w:sz w:val="18"/>
        </w:rPr>
        <w:t>Islamization of Muslims January 10, 2010 Maulana Wahiduddin Khan · 2m 38s · at 7:05 · https://youtu.be/bjCT5yer37Q?t=425</w:t>
      </w:r>
    </w:p>
    <w:p>
      <w:r>
        <w:rPr>
          <w:i/>
        </w:rPr>
        <w:t>“Our scholars gave a very wrong fatwa”</w:t>
      </w:r>
    </w:p>
    <w:p>
      <w:r>
        <w:rPr>
          <w:sz w:val="20"/>
        </w:rPr>
        <w:t>7:05  plus yeh ke hamare ulama ne ek bohat hi galat qism ka fatwa de kar ke ek zehan bana kar musalmanon ko kaha ke quran ki behurmati ek lafz aisa hai jo kabhi na Rasool Allah bolay, na Sahaba bolay, na Tabeen bolay.</w:t>
      </w:r>
      <w:r>
        <w:br/>
      </w:r>
      <w:r>
        <w:rPr>
          <w:sz w:val="20"/>
        </w:rPr>
        <w:t>7:19  aik ajib o gharib aik cheez nikali quran ki behurmati.</w:t>
      </w:r>
      <w:r>
        <w:br/>
      </w:r>
      <w:r>
        <w:rPr>
          <w:sz w:val="20"/>
        </w:rPr>
        <w:t>7:25  to ab agar hum quran ko dein ge ghair muslimon ko to woh chuke is par believe nahi karte to is ki behurmati karein ge. is liye amalan quran ko unhon ne apni monopoly bana liya.</w:t>
      </w:r>
      <w:r>
        <w:br/>
      </w:r>
      <w:r>
        <w:rPr>
          <w:sz w:val="20"/>
        </w:rPr>
        <w:t>7:38  apne ghar mein taaq par rakhein ge, apni masjidon mein, jaldan mein rakhein ge. aur ghair muslimon ko is liye nahi dein ge ke woh to behurmati karein ge.</w:t>
      </w:r>
      <w:r>
        <w:br/>
      </w:r>
      <w:r>
        <w:rPr>
          <w:sz w:val="20"/>
        </w:rPr>
        <w:t>7:51  nahi, yeh to khud sakhta hai. kahan behurmati likha hua hai? kahan quran mein likha hua hai ke quran ki behurmati karein ge log?</w:t>
      </w:r>
      <w:r>
        <w:br/>
      </w:r>
      <w:r>
        <w:rPr>
          <w:sz w:val="20"/>
        </w:rPr>
        <w:t>8:00  is liye unhein quran na do? yeh to bidat hai. phir jab quran ka tarjuma kiya gaya tab unhi logon ne fatwa diya ke is par text bhi zaroor aana chahiye.</w:t>
      </w:r>
      <w:r>
        <w:br/>
      </w:r>
      <w:r>
        <w:rPr>
          <w:sz w:val="20"/>
        </w:rPr>
        <w:t>8:15  quran ka matan.</w:t>
      </w:r>
      <w:r>
        <w:br/>
      </w:r>
      <w:r>
        <w:rPr>
          <w:sz w:val="20"/>
        </w:rPr>
        <w:t>8:18  to aik taraf to yeh masla nikala ke baghair matan ke quran nahi chhap. doosri taraf yeh masla ke behurmati karein ge woh.</w:t>
      </w:r>
      <w:r>
        <w:br/>
      </w:r>
      <w:r>
        <w:rPr>
          <w:sz w:val="20"/>
        </w:rPr>
        <w:t>8:28  to practically yeh hua ke woh koi un ko deta hi nahi tha. chhap chhap kar ke bhi nahi diya logon ne. yaani ghor kijiye ke yeh double ghalti hai.</w:t>
      </w:r>
      <w:r>
        <w:br/>
      </w:r>
      <w:r>
        <w:rPr>
          <w:sz w:val="20"/>
        </w:rPr>
        <w:t>8:40  aik taraf to yeh fatwa ke quran ko tarjuma baghair text nahi chhap sakte.</w:t>
      </w:r>
      <w:r>
        <w:br/>
      </w:r>
      <w:r>
        <w:rPr>
          <w:sz w:val="20"/>
        </w:rPr>
        <w:t>8:48  aur doosri taraf yeh fatwa ke ghair muslim is ki behurmati karein ge. misaal ke taur par yeh ke woh kahein neeche rakh dein ge, oopar nahi rakhein ge.</w:t>
      </w:r>
      <w:r>
        <w:br/>
      </w:r>
      <w:r>
        <w:rPr>
          <w:sz w:val="20"/>
        </w:rPr>
        <w:t>8:58  yeh sab khud hi khud bana liya. to practically kya hua ke amalan quran majeed ko doosron tak pohnchanay ka spirit hi musalmanon mein khatam ho gayi.</w:t>
      </w:r>
      <w:r>
        <w:br/>
      </w:r>
      <w:r>
        <w:rPr>
          <w:sz w:val="20"/>
        </w:rPr>
        <w:t>9:13  arabi quran dene ka to koi matlab hi nahi tha.</w:t>
      </w:r>
      <w:r>
        <w:br/>
      </w:r>
      <w:r>
        <w:rPr>
          <w:sz w:val="20"/>
        </w:rPr>
        <w:t>9:16  transmission bhi nahi de paye kyunke is mein text shamil tha. ab kuch logon ne revolt kar ke baghair text ke tarjuma chhapha hai. yeh revolt kar ke fatwe ke khilaf.</w:t>
      </w:r>
      <w:r>
        <w:br/>
      </w:r>
      <w:r>
        <w:rPr>
          <w:sz w:val="20"/>
        </w:rPr>
        <w:t>9:30  to mein samajhta hoon ke sab se zyada zaroorat hai musalmanon ko islamize karne ki. kyunke is ki wajah se kya hua ho raha hai? aik taraf to khud musalman islam se door ho gaye hain.</w:t>
      </w:r>
    </w:p>
    <w:p>
      <w:pPr>
        <w:pStyle w:val="Heading2"/>
      </w:pPr>
      <w:r>
        <w:t>Polygamy is law of justice not principal</w:t>
      </w:r>
    </w:p>
    <w:p>
      <w:r>
        <w:rPr>
          <w:color w:val="666666"/>
          <w:sz w:val="18"/>
        </w:rPr>
        <w:t>Women in Islam | September 03, 2016 · 2m 41s · at 40:21 · https://youtu.be/GXbtYoD8VXc?t=2421</w:t>
      </w:r>
    </w:p>
    <w:p>
      <w:r>
        <w:rPr>
          <w:i/>
        </w:rPr>
        <w:t>“Polygamy Islam ka koi principal nahi hai”</w:t>
      </w:r>
    </w:p>
    <w:p>
      <w:r>
        <w:rPr>
          <w:sz w:val="20"/>
        </w:rPr>
        <w:t>40:21  dekhiye, polygamy jo hai, woh islam ka koi principle nahi hai. woh to law of justice ka principle hai. farz samjhiye, jaise namaz hai. namaz jo hai, law of justice ka masla nahi hai. woh to hamara farz hai. lekin polygamy law of justice ke baais paida hua. yani madine mein jab islam aaya, to wahan ladaiyan chhid gayeen. to ladaiyon ki wajah se kya hua? ke aap jante hain, l</w:t>
      </w:r>
      <w:r>
        <w:br/>
      </w:r>
      <w:r>
        <w:rPr>
          <w:sz w:val="20"/>
        </w:rPr>
        <w:t>40:51  daiyon mein mard ziyada mare jate hain. to auratein ho gayeen surplus. to auraton ko jab surplus ho gayeen to kya kiya jaye? kya kiya jaye? to settlement ke liye yeh hua ke bhai, ek se ziyada shadiyan kar lein mard. bas. woh ek islam mein yeh cheez bator law of justice hi aayi hai. na ke as a general principle. main aap ko ek qissa batata hoon. main ne padha tha ke second world</w:t>
      </w:r>
      <w:r>
        <w:br/>
      </w:r>
      <w:r>
        <w:rPr>
          <w:sz w:val="20"/>
        </w:rPr>
        <w:t>41:21  war mein, chuki france shamil tha, to yeh germany ka qissa hai. germany shamil tha. to germany mein second world war jab khatam hui, to auratein surplus ho gayeen. mard kam ho gaye. auratein ziyada, nahi, woh mard kam ho gaye, auratein ziyada ho gayeen. yani auratein surplus ho gayeen. to yahan yeh halat ho gayi ke auraton ne, ya</w:t>
      </w:r>
      <w:r>
        <w:br/>
      </w:r>
      <w:r>
        <w:rPr>
          <w:sz w:val="20"/>
        </w:rPr>
        <w:t>41:51  ani bohat si auraton ke gharon ke samne yeh board dikhai diya ke "WANTED AND EVENING GUEST". yani bohat si auraton ne apne ghar ke samne yeh board laga diya ke "WANTED AND EVENING GUEST". to yeh masla law of justice ka hai. yeh islam ka koi general principle ka nahi hai. to ab dekhiye, yahan par do mein se ek ka option hai. ek ka option yeh hai ke auratein jo hain, "WANTED AND EV</w:t>
      </w:r>
      <w:r>
        <w:br/>
      </w:r>
      <w:r>
        <w:rPr>
          <w:sz w:val="20"/>
        </w:rPr>
        <w:t>42:21  ENING GUEST" ka board laga dein apne ghar ke samne. aur ek hai polygamy. to islam jo hai, polygamy ko lesser evil samajhta hai. woh phir bhi lesser evil hai, woh koi achhi baat nahi hai. lekin kya kiya jaye? jab auraton ka surplus ho jaye to kya kiya jaye? is, is, woh jo greater evil hai, auratein apne ghar ke samne yeh board lagayein ke "WANTED AND EVENING GUEST", to that is greater evil. is ke muqable mein lesser evil hai ke ke shadi ki</w:t>
      </w:r>
      <w:r>
        <w:br/>
      </w:r>
      <w:r>
        <w:rPr>
          <w:sz w:val="20"/>
        </w:rPr>
        <w:t>42:51  ijazat de di jaye. bas. khulasa yeh hai ke polygamy jo hai, woh is ka taluq law of justice se hai. namaz aur roze ki tarah nahi hai woh.</w:t>
      </w:r>
    </w:p>
    <w:p>
      <w:pPr>
        <w:pStyle w:val="Heading2"/>
      </w:pPr>
      <w:r>
        <w:t>Cairo dawah attempt fails while protest slogan draws millions</w:t>
      </w:r>
    </w:p>
    <w:p>
      <w:r>
        <w:rPr>
          <w:color w:val="666666"/>
          <w:sz w:val="18"/>
        </w:rPr>
        <w:t>Present Muslims- A Case of Wrong Identity February 13, 2011 · 2m 31s · at 1:10 · https://youtu.be/gDX72gIRL4E?t=70</w:t>
      </w:r>
    </w:p>
    <w:p>
      <w:r>
        <w:rPr>
          <w:i/>
        </w:rPr>
        <w:t>“Main Egypt gaya tha, waha teen hafte raha”</w:t>
      </w:r>
    </w:p>
    <w:p>
      <w:r>
        <w:rPr>
          <w:sz w:val="20"/>
        </w:rPr>
        <w:t>1:10  dekhein, mein isse pehle ek baar Misr gaya tha, wahan taqreeban teen haftay mein raha. bohat se logon se mulaqat hui.</w:t>
      </w:r>
      <w:r>
        <w:br/>
      </w:r>
      <w:r>
        <w:rPr>
          <w:sz w:val="20"/>
        </w:rPr>
        <w:t>1:22  kuch arab jo humse ittifaq rakhte the, unhon ne ek yahan ek flat le liya tha kiraye par ek mahine ke liye. ismein mein rehta tha aur logon se milta tha.</w:t>
      </w:r>
      <w:r>
        <w:br/>
      </w:r>
      <w:r>
        <w:rPr>
          <w:sz w:val="20"/>
        </w:rPr>
        <w:t>1:35  to mein dawat ki baat karta tha.</w:t>
      </w:r>
      <w:r>
        <w:br/>
      </w:r>
      <w:r>
        <w:rPr>
          <w:sz w:val="20"/>
        </w:rPr>
        <w:t>1:41  misal ke taur par ek sahab ne kaha tha: "hum nahnu? " ke hamari identity kya hai? hamari pehchan kya hai?</w:t>
      </w:r>
      <w:r>
        <w:br/>
      </w:r>
      <w:r>
        <w:rPr>
          <w:sz w:val="20"/>
        </w:rPr>
        <w:t>1:52  to mein ne kaha: "wo pehchan to quran o hadith mein bata di gayi hai.</w:t>
      </w:r>
      <w:r>
        <w:br/>
      </w:r>
      <w:r>
        <w:rPr>
          <w:sz w:val="20"/>
        </w:rPr>
        <w:t>1:58  wo hai shuhada."</w:t>
      </w:r>
      <w:r>
        <w:br/>
      </w:r>
      <w:r>
        <w:rPr>
          <w:sz w:val="20"/>
        </w:rPr>
        <w:t>2:03  Al musalmoon shuhada Allah fil ardh. shuhada ka matlab hota hai dawat, da'i, gawah.</w:t>
      </w:r>
      <w:r>
        <w:br/>
      </w:r>
      <w:r>
        <w:rPr>
          <w:sz w:val="20"/>
        </w:rPr>
        <w:t>2:11  yeh pehchan, yeh unke samajh mein baat nahi aayi. aur teen haftay mein raha, lekin wahan par koi mere sath koi zyada tadad ikattha nahi ho saki.</w:t>
      </w:r>
      <w:r>
        <w:br/>
      </w:r>
      <w:r>
        <w:rPr>
          <w:sz w:val="20"/>
        </w:rPr>
        <w:t>2:25  abhidhekhiye, aap misr mein narah lagaya kuch logon ne: "entry hasni mubarak" yaani "entry, entry authority" narah.</w:t>
      </w:r>
      <w:r>
        <w:br/>
      </w:r>
      <w:r>
        <w:rPr>
          <w:sz w:val="20"/>
        </w:rPr>
        <w:t>2:37  hasni mubarak wahan thirty years se rule kar rahe the, to unke khilaf narah lagaya</w:t>
      </w:r>
      <w:r>
        <w:br/>
      </w:r>
      <w:r>
        <w:rPr>
          <w:sz w:val="20"/>
        </w:rPr>
        <w:t>2:46  ke: "hasni mubarak wohin, woh chhoden, takhtah ho jayen". to wahan par ek million aadmi tahreer isko aaye waqt jama ho gaye.</w:t>
      </w:r>
      <w:r>
        <w:br/>
      </w:r>
      <w:r>
        <w:rPr>
          <w:sz w:val="20"/>
        </w:rPr>
        <w:t>2:59  hamko das aadmi bhi nahin mile the. yeh</w:t>
      </w:r>
      <w:r>
        <w:br/>
      </w:r>
      <w:r>
        <w:rPr>
          <w:sz w:val="20"/>
        </w:rPr>
        <w:t>3:04  jo movement chali hai misr mein, kal 18 din chali hai. taqreeban itne hi mein bhi wahan tha.</w:t>
      </w:r>
      <w:r>
        <w:br/>
      </w:r>
      <w:r>
        <w:rPr>
          <w:sz w:val="20"/>
        </w:rPr>
        <w:t>3:15  18 din mein mujhe 18 aadmi bhi nahin mile. inko 18 lakh aadmi mil gaye. yeh maine likha tha risale mein ya safarnama mein.</w:t>
      </w:r>
      <w:r>
        <w:br/>
      </w:r>
      <w:r>
        <w:rPr>
          <w:sz w:val="20"/>
        </w:rPr>
        <w:t>3:28  iska raaz kya hai?</w:t>
      </w:r>
      <w:r>
        <w:br/>
      </w:r>
      <w:r>
        <w:rPr>
          <w:sz w:val="20"/>
        </w:rPr>
        <w:t>3:31  inko yeh baat appeal nahin karti ke: "nahnu shuhada'ullah fil la'ib" yaani hamari pehchan jo hai, hamari identity jo hai, woh da'i ki identity hai.</w:t>
      </w:r>
    </w:p>
    <w:p>
      <w:pPr>
        <w:pStyle w:val="Heading2"/>
      </w:pPr>
      <w:r>
        <w:t>Other religions lack historical credibility</w:t>
      </w:r>
    </w:p>
    <w:p>
      <w:r>
        <w:rPr>
          <w:color w:val="666666"/>
          <w:sz w:val="18"/>
        </w:rPr>
        <w:t>In Search for Truth 18 May 2007 · 2m 45s · at 18:01 · https://youtu.be/3Q4zw6202eM?t=1081</w:t>
      </w:r>
    </w:p>
    <w:p>
      <w:r>
        <w:rPr>
          <w:i/>
        </w:rPr>
        <w:t>“But he discovers that religions have no authentic history.”</w:t>
      </w:r>
    </w:p>
    <w:p>
      <w:r>
        <w:rPr>
          <w:sz w:val="20"/>
        </w:rPr>
        <w:t>18:01  So first of all, he wants to know the history of these religions. But he discovers that religions have no authentic history.</w:t>
      </w:r>
      <w:r>
        <w:br/>
      </w:r>
      <w:r>
        <w:rPr>
          <w:sz w:val="20"/>
        </w:rPr>
        <w:t>18:18  All these religions are simply mythology. Even they were not recorded in the history.</w:t>
      </w:r>
      <w:r>
        <w:br/>
      </w:r>
      <w:r>
        <w:rPr>
          <w:sz w:val="20"/>
        </w:rPr>
        <w:t>18:30  They are mentioned in the recorded history. So again he fell into despair.</w:t>
      </w:r>
      <w:r>
        <w:br/>
      </w:r>
      <w:r>
        <w:rPr>
          <w:sz w:val="20"/>
        </w:rPr>
        <w:t>18:40  When the religions have no historical credibility, so how can one rely on these religions?</w:t>
      </w:r>
      <w:r>
        <w:br/>
      </w:r>
      <w:r>
        <w:rPr>
          <w:sz w:val="20"/>
        </w:rPr>
        <w:t>18:57  Because all those people who are said to be founders of these religions, they are lost in history.</w:t>
      </w:r>
      <w:r>
        <w:br/>
      </w:r>
      <w:r>
        <w:rPr>
          <w:sz w:val="20"/>
        </w:rPr>
        <w:t>19:09  There is no history to know about their activities, about their mission.</w:t>
      </w:r>
      <w:r>
        <w:br/>
      </w:r>
      <w:r>
        <w:rPr>
          <w:sz w:val="20"/>
        </w:rPr>
        <w:t>19:18  No history at all.</w:t>
      </w:r>
      <w:r>
        <w:br/>
      </w:r>
      <w:r>
        <w:rPr>
          <w:sz w:val="20"/>
        </w:rPr>
        <w:t>19:22  Then those books that are attributed to these founders are not preserved in their original form. Are not preserved in their original form.</w:t>
      </w:r>
      <w:r>
        <w:br/>
      </w:r>
      <w:r>
        <w:rPr>
          <w:sz w:val="20"/>
        </w:rPr>
        <w:t>19:40  Let us take Buddha. Buddha, his sayings are not preserved in history. Very few sayings of Buddha are reported in Pali.</w:t>
      </w:r>
      <w:r>
        <w:br/>
      </w:r>
      <w:r>
        <w:rPr>
          <w:sz w:val="20"/>
        </w:rPr>
        <w:t>19:59  But we do not know the details of Buddha. Only the second generation, only his later disciples wrote about him.</w:t>
      </w:r>
      <w:r>
        <w:br/>
      </w:r>
      <w:r>
        <w:rPr>
          <w:sz w:val="20"/>
        </w:rPr>
        <w:t>20:18  And we have only</w:t>
      </w:r>
      <w:r>
        <w:br/>
      </w:r>
      <w:r>
        <w:rPr>
          <w:sz w:val="20"/>
        </w:rPr>
        <w:t>20:23  those writings which were prepared by his disciples. But directly we have, directly we cannot know the details about Buddha.</w:t>
      </w:r>
      <w:r>
        <w:br/>
      </w:r>
      <w:r>
        <w:rPr>
          <w:sz w:val="20"/>
        </w:rPr>
        <w:t>20:37  So what is the case of all the founders of ancient religions</w:t>
      </w:r>
    </w:p>
    <w:p>
      <w:pPr>
        <w:pStyle w:val="Heading2"/>
      </w:pPr>
      <w:r>
        <w:t>From physical distribution to social media revolution</w:t>
      </w:r>
    </w:p>
    <w:p>
      <w:r>
        <w:rPr>
          <w:color w:val="666666"/>
          <w:sz w:val="18"/>
        </w:rPr>
        <w:t>How to take Quran to the world by Sohaib Ilyas and Faraz Khan · 1m 58s · at 1:35 · https://youtu.be/PSbEir8Zbew?t=95</w:t>
      </w:r>
    </w:p>
    <w:p>
      <w:r>
        <w:rPr>
          <w:i/>
        </w:rPr>
        <w:t>“All of us here have one major mission”</w:t>
      </w:r>
    </w:p>
    <w:p>
      <w:r>
        <w:rPr>
          <w:sz w:val="20"/>
        </w:rPr>
        <w:t>1:35  hum sab yahan jitne log yahan ikatthe hue hain, in sab ka ek hi major mission hai, one single point agenda hai, aur woh hai quran distribution.</w:t>
      </w:r>
      <w:r>
        <w:br/>
      </w:r>
      <w:r>
        <w:rPr>
          <w:sz w:val="20"/>
        </w:rPr>
        <w:t>1:45  hum chahtay hain ke hum quran aur quran ka message dunya ke har ek shakhs ke paas le ke jayen, aur hamare presentation ka bhi yahi aim hai ke hum aap ko yeh samjhayein ke kaise hum is mission ko achieve kar sakte hain, kaise hum is target ko achieve kar sakte hain.</w:t>
      </w:r>
      <w:r>
        <w:br/>
      </w:r>
      <w:r>
        <w:rPr>
          <w:sz w:val="20"/>
        </w:rPr>
        <w:t>2:05  isi liye hum ne</w:t>
      </w:r>
      <w:r>
        <w:br/>
      </w:r>
      <w:r>
        <w:rPr>
          <w:sz w:val="20"/>
        </w:rPr>
        <w:t>2:09  apne presentation ka title bhi rakha hai: "lets make quran go viral". abhi hum yeh samajhne ki koshish karte hain ke hum ne abhi tak apna target kitna achieve kar liya hai.</w:t>
      </w:r>
      <w:r>
        <w:br/>
      </w:r>
      <w:r>
        <w:rPr>
          <w:sz w:val="20"/>
        </w:rPr>
        <w:t>2:22  hamara quran publish hua air 2009 mein, aur air 2009 mein hamara quran publish hua, aur tab se hamari team quran distribute kar rahi hai.</w:t>
      </w:r>
      <w:r>
        <w:br/>
      </w:r>
      <w:r>
        <w:rPr>
          <w:sz w:val="20"/>
        </w:rPr>
        <w:t>2:35  hum ne abhi tak 8 million copies distribute kar chuke hain. ab agar is ko hum</w:t>
      </w:r>
      <w:r>
        <w:br/>
      </w:r>
      <w:r>
        <w:rPr>
          <w:sz w:val="20"/>
        </w:rPr>
        <w:t>2:47  calculation karein is ka, to hum ne 10 years mein 8 million copies distribute ki hain, jo ke approximately 1 million copies per year mani ja sakti hain.</w:t>
      </w:r>
      <w:r>
        <w:br/>
      </w:r>
      <w:r>
        <w:rPr>
          <w:sz w:val="20"/>
        </w:rPr>
        <w:t>2:59  is waqt world ki population hamari 7.</w:t>
      </w:r>
      <w:r>
        <w:br/>
      </w:r>
      <w:r>
        <w:rPr>
          <w:sz w:val="20"/>
        </w:rPr>
        <w:t>3:03  7 billion people ki hai. agar hum is pace se distribution karte rahe to humein 7,690 years lagen ge poori population ko reach karne ke liye,</w:t>
      </w:r>
      <w:r>
        <w:br/>
      </w:r>
      <w:r>
        <w:rPr>
          <w:sz w:val="20"/>
        </w:rPr>
        <w:t>3:17  jo ke apne aap mein aik un achievable target hai. lekin hum aaj ke daur mein hain, hum age of communication mein hain. khuda ki itni bari nemat hai hamare upar ke hum is target ko achieve kar sakte hain, aur yeh possible hai.</w:t>
      </w:r>
    </w:p>
    <w:p>
      <w:pPr>
        <w:pStyle w:val="Heading2"/>
      </w:pPr>
      <w:r>
        <w:t>Why I alone have no negative view of media</w:t>
      </w:r>
    </w:p>
    <w:p>
      <w:r>
        <w:rPr>
          <w:color w:val="666666"/>
          <w:sz w:val="18"/>
        </w:rPr>
        <w:t>On Extremism September 14, 2008 · 1m 49s · at 2:49 · https://youtu.be/qHQEos8tOLg?t=169</w:t>
      </w:r>
    </w:p>
    <w:p>
      <w:r>
        <w:rPr>
          <w:i/>
        </w:rPr>
        <w:t>“My mission never became a newspaper headline”</w:t>
      </w:r>
    </w:p>
    <w:p>
      <w:r>
        <w:rPr>
          <w:sz w:val="20"/>
        </w:rPr>
        <w:t>2:49  mera mission kabhi bhi akhbaron ki headline nahi bana. aur kuch unknown qism ke logon ne bomb blast kiya to saare paperon mein headline dekh rahe hain aap.</w:t>
      </w:r>
      <w:r>
        <w:br/>
      </w:r>
      <w:r>
        <w:rPr>
          <w:sz w:val="20"/>
        </w:rPr>
        <w:t>3:07  aisa daily ho raha hai logon ke saath. isi liye dekhiye, aap baat karein logon se, sab ke dil mein media ke bare mein negative thoughts hain.</w:t>
      </w:r>
      <w:r>
        <w:br/>
      </w:r>
      <w:r>
        <w:rPr>
          <w:sz w:val="20"/>
        </w:rPr>
        <w:t>3:19  kam az kam Muslim world ke bare mein keh sakta hoon main ke one to all saare musalman media ke bare mein negative hain. samajhte hain ke yeh anti Islam hai, anti Muslim hai.</w:t>
      </w:r>
      <w:r>
        <w:br/>
      </w:r>
      <w:r>
        <w:rPr>
          <w:sz w:val="20"/>
        </w:rPr>
        <w:t>3:32  akele mein is mein exception hoon, sirf akela mein poori Muslim world mein. agar aap ko doubt ho to aap survey kar lijiye, Europe mein, America mein, Arab mein, India mein, Pakistan mein, sab.</w:t>
      </w:r>
      <w:r>
        <w:br/>
      </w:r>
      <w:r>
        <w:rPr>
          <w:sz w:val="20"/>
        </w:rPr>
        <w:t>3:48  aisa kyun</w:t>
      </w:r>
      <w:r>
        <w:br/>
      </w:r>
      <w:r>
        <w:rPr>
          <w:sz w:val="20"/>
        </w:rPr>
        <w:t>3:49  ? kyun mere dil mein media ke khilaaf koi negative thought nahi? yeh baat maine seekhi hai prophet of Islam se.</w:t>
      </w:r>
      <w:r>
        <w:br/>
      </w:r>
      <w:r>
        <w:rPr>
          <w:sz w:val="20"/>
        </w:rPr>
        <w:t>4:00  wohi mein us waqt aap ko batana chahta hoon.</w:t>
      </w:r>
      <w:r>
        <w:br/>
      </w:r>
      <w:r>
        <w:rPr>
          <w:sz w:val="20"/>
        </w:rPr>
        <w:t>4:05  yani media ko manage karne ka formula hum ne discover kiya, na ke react karne ka formula.</w:t>
      </w:r>
      <w:r>
        <w:br/>
      </w:r>
      <w:r>
        <w:rPr>
          <w:sz w:val="20"/>
        </w:rPr>
        <w:t>4:15  saare log kya karte hain?</w:t>
      </w:r>
      <w:r>
        <w:br/>
      </w:r>
      <w:r>
        <w:rPr>
          <w:sz w:val="20"/>
        </w:rPr>
        <w:t>4:18  media ki baaton par react karte hain, negative reaction mein jeete hain. main ne ek formula discover kiya: "How to manage media problem" .</w:t>
      </w:r>
      <w:r>
        <w:br/>
      </w:r>
      <w:r>
        <w:rPr>
          <w:sz w:val="20"/>
        </w:rPr>
        <w:t>4:32  yeh formula prophet of Islam ne history mein pehli baar diya.</w:t>
      </w:r>
    </w:p>
    <w:p>
      <w:pPr>
        <w:pStyle w:val="Heading2"/>
      </w:pPr>
      <w:r>
        <w:t>how vested religious leaders fight the true reformer</w:t>
      </w:r>
    </w:p>
    <w:p>
      <w:r>
        <w:rPr>
          <w:color w:val="666666"/>
          <w:sz w:val="18"/>
        </w:rPr>
        <w:t>Tajdeed-e-Deen Book by Maulana Wahiduddin Khan · 1m 51s · at 9:13 · https://youtu.be/IPf3V74gGr4?t=553</w:t>
      </w:r>
    </w:p>
    <w:p>
      <w:r>
        <w:rPr>
          <w:i/>
        </w:rPr>
        <w:t>“اس سے ان کی قیادت پر ضرب پڑتی دکھائی دیتی ہے”</w:t>
      </w:r>
    </w:p>
    <w:p>
      <w:r>
        <w:rPr>
          <w:sz w:val="20"/>
        </w:rPr>
        <w:t>9:13  Is se un ko apni qiyadat par zarb padti hui dikhai deti hai. Is se un ke maashi mafadat darham barham hote hain. Is se un ki gadiyan chinti hui nazar aati hain.</w:t>
      </w:r>
      <w:r>
        <w:br/>
      </w:r>
      <w:r>
        <w:rPr>
          <w:sz w:val="20"/>
        </w:rPr>
        <w:t>9:24  Is</w:t>
      </w:r>
      <w:r>
        <w:br/>
      </w:r>
      <w:r>
        <w:rPr>
          <w:sz w:val="20"/>
        </w:rPr>
        <w:t>9:25  ko manna apne aap ko jamay hue mafadat se mahroom karne ke hum maani ban jata hai. Aisa shakhs ek taraf awam ke aafiyat kosh zindagi ke liye taziyana ban jata hai aur doosri taraf khawas ko yeh mehsoos hota hai ke woh un ke sheh sawar Islam hone ko mushtabah bana raha hai.</w:t>
      </w:r>
      <w:r>
        <w:br/>
      </w:r>
      <w:r>
        <w:rPr>
          <w:sz w:val="20"/>
        </w:rPr>
        <w:t>9:43  Yeh cheezen is shakhs ko itni be shumar qism ki mukhalifaton aur mushkilat mein mubtala kar deti hain ke is ke muqable mein ek din maidan e jang mein lad kar mar jana koi haqiqat nahi rakhta.</w:t>
      </w:r>
      <w:r>
        <w:br/>
      </w:r>
      <w:r>
        <w:rPr>
          <w:sz w:val="20"/>
        </w:rPr>
        <w:t>9:57  In mukhalifaton mein sab se zyada shadeed mukhalafat in qaaidain ki taraf se samne aati hai jo deen ke naam par duniyavi faide hasil kiye hue hote hain.</w:t>
      </w:r>
      <w:r>
        <w:br/>
      </w:r>
      <w:r>
        <w:rPr>
          <w:sz w:val="20"/>
        </w:rPr>
        <w:t>10:07  In ki qiyadat ka raaz sahi deen ka alambardar banna nahi hota. Woh yeh karte hain ke bigaad ke zamane mein pai jane wali deeni shaklon mein apni jagah bana lete hain.</w:t>
      </w:r>
      <w:r>
        <w:br/>
      </w:r>
      <w:r>
        <w:rPr>
          <w:sz w:val="20"/>
        </w:rPr>
        <w:t>10:19  Woh yeh karte hain ke bigaad ke zamane mein pai jane wali deeni shaklon mein apni jagah bana lete hain. Koi kisi idare ki gadi par baith jata hai.</w:t>
      </w:r>
      <w:r>
        <w:br/>
      </w:r>
      <w:r>
        <w:rPr>
          <w:sz w:val="20"/>
        </w:rPr>
        <w:t>10:28  Koi deeni jashnon aur taqribon mein khitabat ka johar dikha kar marja e khalaiq ban jata hai. Koi deen ko raij ul waqt peymanon mein dhal kar logon ke darmiyan maqbooliyat hasil kar leta hai.</w:t>
      </w:r>
      <w:r>
        <w:br/>
      </w:r>
      <w:r>
        <w:rPr>
          <w:sz w:val="20"/>
        </w:rPr>
        <w:t>10:41  koi guzri hui muqaddas shakhsiyaton ka sahara le kar un ke naam par apna karobar chala raha hota hai. koi deen ke aise saste nuskho ki kamyab tijarat kar raha hota hai jis mein logon ko apni zindagi ka</w:t>
      </w:r>
      <w:r>
        <w:br/>
      </w:r>
      <w:r>
        <w:rPr>
          <w:sz w:val="20"/>
        </w:rPr>
        <w:t>10:54  dhancha badle baghair jannat ki basharatain mil rahi hain. sahi deeni dawat ka uthna is qism ke tamam logon ke liye challenge ban jata hai.</w:t>
      </w:r>
    </w:p>
    <w:p>
      <w:pPr>
        <w:pStyle w:val="Heading2"/>
      </w:pPr>
      <w:r>
        <w:t>Men and women are equal partners</w:t>
      </w:r>
    </w:p>
    <w:p>
      <w:r>
        <w:rPr>
          <w:color w:val="666666"/>
          <w:sz w:val="18"/>
        </w:rPr>
        <w:t>Position of Man and Woman in Islam March 14, 2010 Maulana Wahiduddin Khan · 1m 39s · at 40:26 · https://youtu.be/TX9qk8Tvgjc?t=2426</w:t>
      </w:r>
    </w:p>
    <w:p>
      <w:r>
        <w:rPr>
          <w:i/>
        </w:rPr>
        <w:t>“Toh Quran mein saaf saaf hai”</w:t>
      </w:r>
    </w:p>
    <w:p>
      <w:r>
        <w:rPr>
          <w:sz w:val="20"/>
        </w:rPr>
        <w:t>40:26  to quran mein saaf saaf hai surah al imran mein jo main ne bataya aap ko yeh jo</w:t>
      </w:r>
      <w:r>
        <w:br/>
      </w:r>
      <w:r>
        <w:rPr>
          <w:sz w:val="20"/>
        </w:rPr>
        <w:t>40:30  yeh jo verses hain is ke andar</w:t>
      </w:r>
      <w:r>
        <w:br/>
      </w:r>
      <w:r>
        <w:rPr>
          <w:sz w:val="20"/>
        </w:rPr>
        <w:t>40:34  keh mard aurat dono ko dono ko counter part bataya gaya hai dono ko equal partner bataya gaya</w:t>
      </w:r>
      <w:r>
        <w:br/>
      </w:r>
      <w:r>
        <w:rPr>
          <w:sz w:val="20"/>
        </w:rPr>
        <w:t>40:41  hai yeh bataya gaya ke dono mil kar ke yani Allah taala ki jo scheme hai scheme of</w:t>
      </w:r>
      <w:r>
        <w:br/>
      </w:r>
      <w:r>
        <w:rPr>
          <w:sz w:val="20"/>
        </w:rPr>
        <w:t>40:46  things woh kya hai</w:t>
      </w:r>
      <w:r>
        <w:br/>
      </w:r>
      <w:r>
        <w:rPr>
          <w:sz w:val="20"/>
        </w:rPr>
        <w:t>40:49  Allah taala ne mard paida kiya aurat paida kiya as a pair kyun paida kiya dono mil kar</w:t>
      </w:r>
      <w:r>
        <w:br/>
      </w:r>
      <w:r>
        <w:rPr>
          <w:sz w:val="20"/>
        </w:rPr>
        <w:t>40:55  ke is kaam ko karen jo Allah taala ko chahiye</w:t>
      </w:r>
      <w:r>
        <w:br/>
      </w:r>
      <w:r>
        <w:rPr>
          <w:sz w:val="20"/>
        </w:rPr>
        <w:t>41:03  to main yeh kahunga ke yeh yeh dono hain they are two two equal partners in in the struggle of in the joint struggle of life mushtarik jahad hayat ke liye do barabar ke hisse daar</w:t>
      </w:r>
      <w:r>
        <w:br/>
      </w:r>
      <w:r>
        <w:rPr>
          <w:sz w:val="20"/>
        </w:rPr>
        <w:t>41:31  toh yeh yeh jo role hai yeh role yahi ho jayega is role ke liye bahut kuch</w:t>
      </w:r>
      <w:r>
        <w:br/>
      </w:r>
      <w:r>
        <w:rPr>
          <w:sz w:val="20"/>
        </w:rPr>
        <w:t>41:37  chahiye bahut kuch chahiye bahut kuch chahiye iske liye intellectual development chahiye iske liye wisdom chahiye</w:t>
      </w:r>
      <w:r>
        <w:br/>
      </w:r>
      <w:r>
        <w:rPr>
          <w:sz w:val="20"/>
        </w:rPr>
        <w:t>41:43  iske liye chahiye ke duniya ki baatein jaane aadmi</w:t>
      </w:r>
      <w:r>
        <w:br/>
      </w:r>
      <w:r>
        <w:rPr>
          <w:sz w:val="20"/>
        </w:rPr>
        <w:t>41:48  iske chahiye ke aadmi ke</w:t>
      </w:r>
      <w:r>
        <w:br/>
      </w:r>
      <w:r>
        <w:rPr>
          <w:sz w:val="20"/>
        </w:rPr>
        <w:t>41:51  horizon iska waseeh ho bahut si baatein hongi tab ja kar ke yeh mumkin hoga ke</w:t>
      </w:r>
      <w:r>
        <w:br/>
      </w:r>
      <w:r>
        <w:rPr>
          <w:sz w:val="20"/>
        </w:rPr>
        <w:t>41:57  Khuda jo chahta hai role woh role ek koi mard ya koi aurat ata kar sake</w:t>
      </w:r>
    </w:p>
    <w:p>
      <w:pPr>
        <w:pStyle w:val="Heading2"/>
      </w:pPr>
      <w:r>
        <w:t>Jihad means striving, distinct from qital meaning fighting</w:t>
      </w:r>
    </w:p>
    <w:p>
      <w:r>
        <w:rPr>
          <w:color w:val="666666"/>
          <w:sz w:val="18"/>
        </w:rPr>
        <w:t>War and Peace in Islam January 2, 2022 Prof. Farida Khanam · 1m 56s · at 33:40 · https://youtu.be/6x_Q013u794?t=2020</w:t>
      </w:r>
    </w:p>
    <w:p>
      <w:r>
        <w:rPr>
          <w:i/>
        </w:rPr>
        <w:t>“May I not tell you something superior to jihad”</w:t>
      </w:r>
    </w:p>
    <w:p>
      <w:r>
        <w:rPr>
          <w:sz w:val="20"/>
        </w:rPr>
        <w:t>33:40  Haan, papa balki Hazrat e Ibn Abbas se jab poocha gaya jihad ke baare mein to unhone kaha ke may I not tell you something which is superior to jihad, And then he said that it is of, it is about building of mosque, of Quran, learning of the sunnah of the prophet and the religious and learning religious fiqah and the tradition goes ki yeh bhi kaha jaata hai ke a person who does good things, the fishes in the sea, invoke pardon for that person.</w:t>
      </w:r>
      <w:r>
        <w:br/>
      </w:r>
      <w:r>
        <w:rPr>
          <w:sz w:val="20"/>
        </w:rPr>
        <w:t>34:09  To yeh bahut zyada clear hai lekin baat ke I think scholars aur ullemaon ne bahut zyada usko ek doosra direction de diya jisse kaafi jo ek real maqsad tha Islam ka woh wahan se hatkar woh in cheezon par chala gaya. Hasil mein jihad jo hai jihad ke maane thay khoob mehnat karna. Lekin logon ne chunke bahut mehnat hoti thi jang mein bhi to logon ne jang ko jihad kehna shuru kar diya.</w:t>
      </w:r>
      <w:r>
        <w:br/>
      </w:r>
      <w:r>
        <w:rPr>
          <w:sz w:val="20"/>
        </w:rPr>
        <w:t>34:39  Halanki jang ke liye lafza qatal. To yeh jo logon ne confuse kar diya jihad aur qatal ko iski wajah se bahut zyada pareshani hui. Kyunke jihad to baar baar use hua hai aur jihad ke matlab har field mein mehnat karna jisko jisko kuch kehte hain ke hum chahe education ke liye mehnat karein, chahe hum Khuda se Khuda ka kaam karne ke liye mehnat karein, Khuda ke deen ko logon tak phailane ke liye mehnat karein.</w:t>
      </w:r>
      <w:r>
        <w:br/>
      </w:r>
      <w:r>
        <w:rPr>
          <w:sz w:val="20"/>
        </w:rPr>
        <w:t>35:08  To apne nafs ko paakeeza rakhne ke liye mehnat karein usko jihad kehte hain. To jihad alag lafz hain aur qatal alag lafz hain. Haan, ji sahi. Aap yeh sawal Bihar se miss Sufia Akhtar ne kiya hai. Unhone poocha hai ke aisa kyun hota hai ke Rasul Ullah se log aman ka sabak nahi paate aur reactions in jihad ko ibadat samajh lete hain.</w:t>
      </w:r>
      <w:r>
        <w:br/>
      </w:r>
      <w:r>
        <w:rPr>
          <w:sz w:val="20"/>
        </w:rPr>
        <w:t>35:36  asal mein Rasool Allah sallallahu alaihi wasallam ki seerat ko gehrai se padha hi nahin jaate hain.</w:t>
      </w:r>
    </w:p>
    <w:p>
      <w:pPr>
        <w:pStyle w:val="Heading2"/>
      </w:pPr>
      <w:r>
        <w:t>what prayer really means: form vs inner content</w:t>
      </w:r>
    </w:p>
    <w:p>
      <w:r>
        <w:rPr>
          <w:color w:val="666666"/>
          <w:sz w:val="18"/>
        </w:rPr>
        <w:t>Prayer June 5, 2009 Maulana Wahiduddin Khan · 2m 02s · at 1:58 · https://youtu.be/d5XYQB7sWOw?t=118</w:t>
      </w:r>
    </w:p>
    <w:p>
      <w:r>
        <w:rPr>
          <w:i/>
        </w:rPr>
        <w:t>“The topic for the present discussion is prayer. What is prayer?”</w:t>
      </w:r>
    </w:p>
    <w:p>
      <w:r>
        <w:rPr>
          <w:sz w:val="20"/>
        </w:rPr>
        <w:t>1:58  the topic for the present discussion is prayer. What is prayer?</w:t>
      </w:r>
      <w:r>
        <w:br/>
      </w:r>
      <w:r>
        <w:rPr>
          <w:sz w:val="20"/>
        </w:rPr>
        <w:t>2:10  According to the English dictionary, prayer means establishing spiritual communion to higher reality.</w:t>
      </w:r>
      <w:r>
        <w:br/>
      </w:r>
      <w:r>
        <w:rPr>
          <w:sz w:val="20"/>
        </w:rPr>
        <w:t>2:29  I think that</w:t>
      </w:r>
      <w:r>
        <w:br/>
      </w:r>
      <w:r>
        <w:rPr>
          <w:sz w:val="20"/>
        </w:rPr>
        <w:t>2:33  Quranic definition is almost the sam</w:t>
      </w:r>
      <w:r>
        <w:br/>
      </w:r>
      <w:r>
        <w:rPr>
          <w:sz w:val="20"/>
        </w:rPr>
        <w:t>2:37  e Here I would like to refer to one hadith. The Prophet has said, "ta'bud Allah kaannaka tara"—Pray God as if you are seeing Him.</w:t>
      </w:r>
      <w:r>
        <w:br/>
      </w:r>
      <w:r>
        <w:rPr>
          <w:sz w:val="20"/>
        </w:rPr>
        <w:t>2:55  Here, seeing means experience, spiritual experience, seeing by the mind's eye.</w:t>
      </w:r>
      <w:r>
        <w:br/>
      </w:r>
      <w:r>
        <w:rPr>
          <w:sz w:val="20"/>
        </w:rPr>
        <w:t>3:08  According to my experience, I can say that it is</w:t>
      </w:r>
      <w:r>
        <w:br/>
      </w:r>
      <w:r>
        <w:rPr>
          <w:sz w:val="20"/>
        </w:rPr>
        <w:t>3:16  going to the inner reality.</w:t>
      </w:r>
      <w:r>
        <w:br/>
      </w:r>
      <w:r>
        <w:rPr>
          <w:sz w:val="20"/>
        </w:rPr>
        <w:t>3:22  Namaz is—in Islam, there are four basic</w:t>
      </w:r>
      <w:r>
        <w:br/>
      </w:r>
      <w:r>
        <w:rPr>
          <w:sz w:val="20"/>
        </w:rPr>
        <w:t>3:32  namaz: Roza, Namaz, Hajj, and Zakat.</w:t>
      </w:r>
      <w:r>
        <w:br/>
      </w:r>
      <w:r>
        <w:rPr>
          <w:sz w:val="20"/>
        </w:rPr>
        <w:t>3:36  All these four namaz have a form, but form is only a relative part of namaz.</w:t>
      </w:r>
      <w:r>
        <w:br/>
      </w:r>
      <w:r>
        <w:rPr>
          <w:sz w:val="20"/>
        </w:rPr>
        <w:t>3:52  The real part is its inner content.</w:t>
      </w:r>
    </w:p>
    <w:p>
      <w:pPr>
        <w:pStyle w:val="Heading2"/>
      </w:pPr>
      <w:r>
        <w:t>Are Arabs fighting an enemy or fighting reality?</w:t>
      </w:r>
    </w:p>
    <w:p>
      <w:r>
        <w:rPr>
          <w:color w:val="666666"/>
          <w:sz w:val="18"/>
        </w:rPr>
        <w:t>Muslims In the Modern Age (Israil-Palestain Issue) Jan 18, 2009 · 2m 12s · at 11:17 · https://youtu.be/3hJE65YKtU4?t=677</w:t>
      </w:r>
    </w:p>
    <w:p>
      <w:r>
        <w:rPr>
          <w:i/>
        </w:rPr>
        <w:t>“People generally take Arab-Israel as conflict between two enemies.”</w:t>
      </w:r>
    </w:p>
    <w:p>
      <w:r>
        <w:rPr>
          <w:sz w:val="20"/>
        </w:rPr>
        <w:t>11:17  i said to those journalists that people generally</w:t>
      </w:r>
      <w:r>
        <w:br/>
      </w:r>
      <w:r>
        <w:rPr>
          <w:sz w:val="20"/>
        </w:rPr>
        <w:t>11:26  take the arab israel problem as a conflict between two enemies.</w:t>
      </w:r>
      <w:r>
        <w:br/>
      </w:r>
      <w:r>
        <w:rPr>
          <w:sz w:val="20"/>
        </w:rPr>
        <w:t>11:37  according to media report, you know, media, what is media? it is also a problem.</w:t>
      </w:r>
      <w:r>
        <w:br/>
      </w:r>
      <w:r>
        <w:rPr>
          <w:sz w:val="20"/>
        </w:rPr>
        <w:t>11:46  i said media reports instant history. its also very important point.</w:t>
      </w:r>
      <w:r>
        <w:br/>
      </w:r>
      <w:r>
        <w:rPr>
          <w:sz w:val="20"/>
        </w:rPr>
        <w:t>11:56  What is media? Media reports only as instant history without referring the past, without referring all those other aspects of the event.</w:t>
      </w:r>
      <w:r>
        <w:br/>
      </w:r>
      <w:r>
        <w:rPr>
          <w:sz w:val="20"/>
        </w:rPr>
        <w:t>12:13  their job is to report the instant history. and if you know, only in the instant history, you cannot understand anything.</w:t>
      </w:r>
      <w:r>
        <w:br/>
      </w:r>
      <w:r>
        <w:rPr>
          <w:sz w:val="20"/>
        </w:rPr>
        <w:t>12:25  you can analyze things. you can analyze things.</w:t>
      </w:r>
      <w:r>
        <w:br/>
      </w:r>
      <w:r>
        <w:rPr>
          <w:sz w:val="20"/>
        </w:rPr>
        <w:t>12:32  i said that the most important aspect of arab israel conflict is that, that</w:t>
      </w:r>
      <w:r>
        <w:br/>
      </w:r>
      <w:r>
        <w:rPr>
          <w:sz w:val="20"/>
        </w:rPr>
        <w:t>12:47  inspite of sixty bloody years of struggle, sixty years of bloody struggle.</w:t>
      </w:r>
      <w:r>
        <w:br/>
      </w:r>
      <w:r>
        <w:rPr>
          <w:sz w:val="20"/>
        </w:rPr>
        <w:t>13:03  inspite of sixty years of bloody struggle, their no result, no result at all. is it struggle?</w:t>
      </w:r>
      <w:r>
        <w:br/>
      </w:r>
      <w:r>
        <w:rPr>
          <w:sz w:val="20"/>
        </w:rPr>
        <w:t>13:14  is it suicide? is it suicide? so i said that this people are not fighting against enemy.</w:t>
      </w:r>
      <w:r>
        <w:br/>
      </w:r>
      <w:r>
        <w:rPr>
          <w:sz w:val="20"/>
        </w:rPr>
        <w:t>13:25  they are fighting against reality.</w:t>
      </w:r>
    </w:p>
    <w:p>
      <w:pPr>
        <w:pStyle w:val="Heading2"/>
      </w:pPr>
      <w:r>
        <w:t>Arab Muslims and India's bilateral exchange, invention of zero</w:t>
      </w:r>
    </w:p>
    <w:p>
      <w:r>
        <w:rPr>
          <w:color w:val="666666"/>
          <w:sz w:val="18"/>
        </w:rPr>
        <w:t>Islma A Religion of Peace (English) January 7, 2010 · 2m 08s · at 1:55 · https://youtu.be/YKg_GJj8Hvg?t=115</w:t>
      </w:r>
    </w:p>
    <w:p>
      <w:r>
        <w:rPr>
          <w:i/>
        </w:rPr>
        <w:t>“Muslims entered India in the first half of the 7th century”</w:t>
      </w:r>
    </w:p>
    <w:p>
      <w:r>
        <w:rPr>
          <w:sz w:val="20"/>
        </w:rPr>
        <w:t>1:55  now, Muslims entered India in first half of seven century. these were Arab traders.</w:t>
      </w:r>
      <w:r>
        <w:br/>
      </w:r>
      <w:r>
        <w:rPr>
          <w:sz w:val="20"/>
        </w:rPr>
        <w:t>2:08  Pandit Jawahar Lal Nehru, the first prime minister of India, has acknowledged their</w:t>
      </w:r>
      <w:r>
        <w:br/>
      </w:r>
      <w:r>
        <w:rPr>
          <w:sz w:val="20"/>
        </w:rPr>
        <w:t>2:22  positive contribution to India that Arab</w:t>
      </w:r>
      <w:r>
        <w:br/>
      </w:r>
      <w:r>
        <w:rPr>
          <w:sz w:val="20"/>
        </w:rPr>
        <w:t>2:30  Muslims brought a brilliant culture to India.</w:t>
      </w:r>
      <w:r>
        <w:br/>
      </w:r>
      <w:r>
        <w:rPr>
          <w:sz w:val="20"/>
        </w:rPr>
        <w:t>2:39  this is the word of Jawahar Lal Nehru. Arab Muslims brought a brilliant culture to India.</w:t>
      </w:r>
      <w:r>
        <w:br/>
      </w:r>
      <w:r>
        <w:rPr>
          <w:sz w:val="20"/>
        </w:rPr>
        <w:t>2:50  but it was not a unilateral relationship. it was bilateral. Muslims gave something to India, and also they received something from India.</w:t>
      </w:r>
      <w:r>
        <w:br/>
      </w:r>
      <w:r>
        <w:rPr>
          <w:sz w:val="20"/>
        </w:rPr>
        <w:t>3:05  to it was a bilateral relationship.</w:t>
      </w:r>
      <w:r>
        <w:br/>
      </w:r>
      <w:r>
        <w:rPr>
          <w:sz w:val="20"/>
        </w:rPr>
        <w:t>3:11  you know,</w:t>
      </w:r>
      <w:r>
        <w:br/>
      </w:r>
      <w:r>
        <w:rPr>
          <w:sz w:val="20"/>
        </w:rPr>
        <w:t>3:14  one Indian mind has developed the concept of zero, that was very important in long calculations, long mathematical calculations.</w:t>
      </w:r>
      <w:r>
        <w:br/>
      </w:r>
      <w:r>
        <w:rPr>
          <w:sz w:val="20"/>
        </w:rPr>
        <w:t>3:28  so, during a positive period, Muslims came to know this concept.</w:t>
      </w:r>
      <w:r>
        <w:br/>
      </w:r>
      <w:r>
        <w:rPr>
          <w:sz w:val="20"/>
        </w:rPr>
        <w:t>3:35  they translated it into it from Sanskrit to Arabic, and then it was translated from Arabic to Latin.</w:t>
      </w:r>
      <w:r>
        <w:br/>
      </w:r>
      <w:r>
        <w:rPr>
          <w:sz w:val="20"/>
        </w:rPr>
        <w:t>3:46  this, this concept reached to Europe, and it was called at the time Arabic numerals. but it was in fact Indian numerals.</w:t>
      </w:r>
      <w:r>
        <w:br/>
      </w:r>
      <w:r>
        <w:rPr>
          <w:sz w:val="20"/>
        </w:rPr>
        <w:t>4:01  so, it was a bilateral relationship</w:t>
      </w:r>
    </w:p>
    <w:p>
      <w:pPr>
        <w:pStyle w:val="Heading2"/>
      </w:pPr>
      <w:r>
        <w:t>Human intellect vs animal instinct, and purpose of creation</w:t>
      </w:r>
    </w:p>
    <w:p>
      <w:r>
        <w:rPr>
          <w:color w:val="666666"/>
          <w:sz w:val="18"/>
        </w:rPr>
        <w:t>Making War in the Name of God December 10, 2023 · 2m 07s · at 22:15 · https://youtu.be/X-KaWopXg9Y?t=1335</w:t>
      </w:r>
    </w:p>
    <w:p>
      <w:r>
        <w:rPr>
          <w:i/>
        </w:rPr>
        <w:t>“Jo jaanwaron ko hai wo to instinct ki shakal mein hai”</w:t>
      </w:r>
    </w:p>
    <w:p>
      <w:r>
        <w:rPr>
          <w:sz w:val="20"/>
        </w:rPr>
        <w:t>22:15  jo janwaron ko hai, woh to instinct ki shakal mein hai,</w:t>
      </w:r>
      <w:r>
        <w:br/>
      </w:r>
      <w:r>
        <w:rPr>
          <w:sz w:val="20"/>
        </w:rPr>
        <w:t>22:18  unko unko bilkul instinct mein install kar diya jata hai, unhein kya karna hai, woh wohi karte hain. To is mein ek misaal bataoon aapko.</w:t>
      </w:r>
      <w:r>
        <w:br/>
      </w:r>
      <w:r>
        <w:rPr>
          <w:sz w:val="20"/>
        </w:rPr>
        <w:t>22:30  Ji, ek baar ek badshah aur ek wazir mein yeh behas hui ke hum black ko train kar sakte hain. Hmm, badshah ne kaha hum train kar sakte hain, jaise chuhe ke peeche bhagti hai, woh is tarah ke kaam woh bill nahi karegi, hum train kar denge.</w:t>
      </w:r>
      <w:r>
        <w:br/>
      </w:r>
      <w:r>
        <w:rPr>
          <w:sz w:val="20"/>
        </w:rPr>
        <w:t>22:45  to</w:t>
      </w:r>
      <w:r>
        <w:br/>
      </w:r>
      <w:r>
        <w:rPr>
          <w:sz w:val="20"/>
        </w:rPr>
        <w:t>22:47  wazir ne kaha nahi, train nahi ho sakti. Woh to badshah ne khoob train ki black ko, khoob khilaya pilaya usko ke chuha aayega to nahi bhagegi. Woh to woh wazir jo hai, apne jeb mein ek chuha rakh ke le aaya, aur badshah ke wahan billi bithayi gayi oonchi takht pe, aur kaha ab yeh jo hai trained billi hai.</w:t>
      </w:r>
      <w:r>
        <w:br/>
      </w:r>
      <w:r>
        <w:rPr>
          <w:sz w:val="20"/>
        </w:rPr>
        <w:t>23:09  To wazir ne jeb se chuha nikala, aur billi chuhe ke peeche daud padi.</w:t>
      </w:r>
      <w:r>
        <w:br/>
      </w:r>
      <w:r>
        <w:rPr>
          <w:sz w:val="20"/>
        </w:rPr>
        <w:t>23:16  To yeh jo hai na, training matlab janwaron mein instinct hote hi hain, woh usse govern hote hain. Sirf insaan hai jo apni aqal se sochta hai, apni aqal se faisle karta hai, aur khaas taur par humein jo aqal itni zyada di gayi hai, jisko hum do char percent hi use karte hain, woh is liye di gayi hai ke hum Allah ki marifat hasil karein, Allah ki discover karein.</w:t>
      </w:r>
      <w:r>
        <w:br/>
      </w:r>
      <w:r>
        <w:rPr>
          <w:sz w:val="20"/>
        </w:rPr>
        <w:t>23:44  Isi liye itni badi kainat banayi gayi hai ke tarah tarah se humein naye naye experiences hon, inspiration mile, aur hum voluntarily hamare dil se nikle Khuda ki hamd ke Khuda kitna azeem hai, usne saari cheezein insaan ke liye banayi hain.</w:t>
      </w:r>
      <w:r>
        <w:br/>
      </w:r>
      <w:r>
        <w:rPr>
          <w:sz w:val="20"/>
        </w:rPr>
        <w:t>24:02  custommediouniverse ka jo science daanon ne bataya hai ke yeh custommediouniverse hai, matlab bilkul aisa lagta hai ke poori kainat insaan hi ke liye banai gayi hai.</w:t>
      </w:r>
      <w:r>
        <w:br/>
      </w:r>
      <w:r>
        <w:rPr>
          <w:sz w:val="20"/>
        </w:rPr>
        <w:t>24:12  to yeh isko humein discover karna hai, aur apni ma'rifat ko badhana hai. Insaan ka yahi goal hai, yeh ladai aur jang waing yeh goal nahi hai.</w:t>
      </w:r>
    </w:p>
    <w:p>
      <w:pPr>
        <w:pStyle w:val="Heading2"/>
      </w:pPr>
      <w:r>
        <w:t>advice for anxiety: ups and downs build growth</w:t>
      </w:r>
    </w:p>
    <w:p>
      <w:r>
        <w:rPr>
          <w:color w:val="666666"/>
          <w:sz w:val="18"/>
        </w:rPr>
        <w:t>Communal Harmony October 16, 2022 · 1m 46s · at 49:43 · https://youtu.be/Ob4BVozf3KY?t=2983</w:t>
      </w:r>
    </w:p>
    <w:p>
      <w:r>
        <w:rPr>
          <w:i/>
        </w:rPr>
        <w:t>“Ye jo utaar chadhaav hote hain na, isse ghabraiye mat”</w:t>
      </w:r>
    </w:p>
    <w:p>
      <w:r>
        <w:rPr>
          <w:sz w:val="20"/>
        </w:rPr>
        <w:t>49:43  apa, ye ek sawal hai, hamari majlis mein ye maujood hain, Miss Surender Chadda. unhone likha hai, mera naam Surender Kaur hai, main ek Sant parivar se taluq rakhti hoon.</w:t>
      </w:r>
      <w:r>
        <w:br/>
      </w:r>
      <w:r>
        <w:rPr>
          <w:sz w:val="20"/>
        </w:rPr>
        <w:t>49:58  main ne apne hi parivar ka ek vard ashram seva ke liye adopt kiya hai. mujhe kisi tarah se cooperation nahi mil raha hai.</w:t>
      </w:r>
      <w:r>
        <w:br/>
      </w:r>
      <w:r>
        <w:rPr>
          <w:sz w:val="20"/>
        </w:rPr>
        <w:t>50:09  Maulana sahib ki kripa aur aashirwad se main ne comparative religion se bhi ancient scriptures mein main research kar rahi hoon.</w:t>
      </w:r>
      <w:r>
        <w:br/>
      </w:r>
      <w:r>
        <w:rPr>
          <w:sz w:val="20"/>
        </w:rPr>
        <w:t>50:17  main ghabra si gayi hoon, udas hoon. ah, kripya margdarshan karein. to positive ah thinking ko le ke apa, Maulana to bahut zyada ah kehte the, likhte the.</w:t>
      </w:r>
      <w:r>
        <w:br/>
      </w:r>
      <w:r>
        <w:rPr>
          <w:sz w:val="20"/>
        </w:rPr>
        <w:t>50:33  ah, to aap kuch advice karein. mujhe mujhe yaad aa raha hai ke ek bari mein bhi bahut zyada pareshan tha, udas tha. to main Maulana ke paas gaya to unhone kaha, dekhein ye jo utar chadhav hote na, ye ise ghabraiye mat, ye ye achhe hain kyunki isi se jo hai aadmi aage badhta</w:t>
      </w:r>
      <w:r>
        <w:br/>
      </w:r>
      <w:r>
        <w:rPr>
          <w:sz w:val="20"/>
        </w:rPr>
        <w:t>50:50  hai. jab tak mind mein halchal na ho to mind work nahi karta hai. so halchal hone se hi intellectual development hota hai, intellectual progress hoti hai.</w:t>
      </w:r>
      <w:r>
        <w:br/>
      </w:r>
      <w:r>
        <w:rPr>
          <w:sz w:val="20"/>
        </w:rPr>
        <w:t>50:59  to is se aap is ko aap negatively mat lijiye, is ko aap positively lijiye. ah, that is how a person progresses forward.</w:t>
      </w:r>
      <w:r>
        <w:br/>
      </w:r>
      <w:r>
        <w:rPr>
          <w:sz w:val="20"/>
        </w:rPr>
        <w:t>51:08  hum, har cheez ko challenge ji lijiye aur har cheez se apna apni thinking ko improve kariye, apna personality development kariye.</w:t>
      </w:r>
      <w:r>
        <w:br/>
      </w:r>
      <w:r>
        <w:rPr>
          <w:sz w:val="20"/>
        </w:rPr>
        <w:t>51:17  bilkul result</w:t>
      </w:r>
      <w:r>
        <w:br/>
      </w:r>
      <w:r>
        <w:rPr>
          <w:sz w:val="20"/>
        </w:rPr>
        <w:t>51:18  ko mat dekhiye, aap dekhiye apne aap ko, aap ne is se kya learning li hai. humm, ji bilkul sahi. to ah, ah, ah, main un se ye bhi kahunga ke class ke baad hum aap se zaroor interact karenge.</w:t>
      </w:r>
    </w:p>
    <w:p>
      <w:pPr>
        <w:pStyle w:val="Heading2"/>
      </w:pPr>
      <w:r>
        <w:t>fighting your own desires is the greater jihad</w:t>
      </w:r>
    </w:p>
    <w:p>
      <w:r>
        <w:rPr>
          <w:color w:val="666666"/>
          <w:sz w:val="18"/>
        </w:rPr>
        <w:t>The Concept of Jihad In Islam May 25, 2008 · 1m 11s · at 21:19 · https://youtu.be/UJ6cY-A3tDs?t=1279</w:t>
      </w:r>
    </w:p>
    <w:p>
      <w:r>
        <w:rPr>
          <w:i/>
        </w:rPr>
        <w:t>“Apne nafs se ladna jihad hai”</w:t>
      </w:r>
    </w:p>
    <w:p>
      <w:r>
        <w:rPr>
          <w:sz w:val="20"/>
        </w:rPr>
        <w:t>21:19  ab aap is ko aur samjhiye. apne nafs se ladna jihad hai.</w:t>
      </w:r>
      <w:r>
        <w:br/>
      </w:r>
      <w:r>
        <w:rPr>
          <w:sz w:val="20"/>
        </w:rPr>
        <w:t>21:27  jاهدوا أهواكم كما تجاهدون أعداءكم apne desire se lado jis tarah tum apne enemy se ladte ho.</w:t>
      </w:r>
      <w:r>
        <w:br/>
      </w:r>
      <w:r>
        <w:rPr>
          <w:sz w:val="20"/>
        </w:rPr>
        <w:t>21:42  apne desire se lado jis tarah tum apne enemy se ladte ho.</w:t>
      </w:r>
      <w:r>
        <w:br/>
      </w:r>
      <w:r>
        <w:rPr>
          <w:sz w:val="20"/>
        </w:rPr>
        <w:t>21:48  jis tarah se hadith mein hai ke al mujahid man jahada nafsahu fi ta'atillah al mujahid man jahada nafsahu fi ta'atillah mujahid kaun hai?</w:t>
      </w:r>
      <w:r>
        <w:br/>
      </w:r>
      <w:r>
        <w:rPr>
          <w:sz w:val="20"/>
        </w:rPr>
        <w:t>22:05  mujahid woh hai jo apne aap se, apne negative thought se lade Khuda ke liye. toh yeh hai bara jihad jo chaubis ghante jaari rehta hai.</w:t>
      </w:r>
      <w:r>
        <w:br/>
      </w:r>
      <w:r>
        <w:rPr>
          <w:sz w:val="20"/>
        </w:rPr>
        <w:t>22:21  toh chota jihad aap manage kar lete hain bohat aasani se. bare jihad ke liye aap ko zyada struggle karna parta hai. is liye bara jihad hai woh.</w:t>
      </w:r>
    </w:p>
    <w:p>
      <w:pPr>
        <w:pStyle w:val="Heading2"/>
      </w:pPr>
      <w:r>
        <w:t>Prophet's Medinan model for peace</w:t>
      </w:r>
    </w:p>
    <w:p>
      <w:r>
        <w:rPr>
          <w:color w:val="666666"/>
          <w:sz w:val="18"/>
        </w:rPr>
        <w:t>Living in Peace and Harmony in a Multicultural World | February 9, 2016 Full · 2m 31s · at 18:35 · https://youtu.be/jRR83pRA6QU?t=1115</w:t>
      </w:r>
    </w:p>
    <w:p>
      <w:r>
        <w:rPr>
          <w:i/>
        </w:rPr>
        <w:t>“Ab jo question hai society ka to Quran ki ek aayat hai”</w:t>
      </w:r>
    </w:p>
    <w:p>
      <w:r>
        <w:rPr>
          <w:sz w:val="20"/>
        </w:rPr>
        <w:t>18:35  ab jo question hai society ka to Quran ki ek ayat hai: laqad kana lakum fi rasoolillahi</w:t>
      </w:r>
      <w:r>
        <w:br/>
      </w:r>
      <w:r>
        <w:rPr>
          <w:sz w:val="20"/>
        </w:rPr>
        <w:t>18:41  uswa hasana yahan aap lafz uswa ko generalize kijie.</w:t>
      </w:r>
      <w:r>
        <w:br/>
      </w:r>
      <w:r>
        <w:rPr>
          <w:sz w:val="20"/>
        </w:rPr>
        <w:t>18:48  uswa ko generalize kijie.</w:t>
      </w:r>
      <w:r>
        <w:br/>
      </w:r>
      <w:r>
        <w:rPr>
          <w:sz w:val="20"/>
        </w:rPr>
        <w:t>18:54  to is mein aap payenge ke is mein yeh baat bhi hai ke rasool Allah ke zindagi</w:t>
      </w:r>
      <w:r>
        <w:br/>
      </w:r>
      <w:r>
        <w:rPr>
          <w:sz w:val="20"/>
        </w:rPr>
        <w:t>19:00  mein is baat ka bhi namona hai</w:t>
      </w:r>
      <w:r>
        <w:br/>
      </w:r>
      <w:r>
        <w:rPr>
          <w:sz w:val="20"/>
        </w:rPr>
        <w:t>19:06  ke how to establish peace in a multicultural society woh kaise? aap jante hain ke rasool Allah he</w:t>
      </w:r>
      <w:r>
        <w:br/>
      </w:r>
      <w:r>
        <w:rPr>
          <w:sz w:val="20"/>
        </w:rPr>
        <w:t>19:13  started his mission in Mecca in 610 AD.</w:t>
      </w:r>
      <w:r>
        <w:br/>
      </w:r>
      <w:r>
        <w:rPr>
          <w:sz w:val="20"/>
        </w:rPr>
        <w:t>19:21  After 13 years he migrated to Medina.</w:t>
      </w:r>
      <w:r>
        <w:br/>
      </w:r>
      <w:r>
        <w:rPr>
          <w:sz w:val="20"/>
        </w:rPr>
        <w:t>19:28  At that time Medina was a multicultural society. kyon?</w:t>
      </w:r>
      <w:r>
        <w:br/>
      </w:r>
      <w:r>
        <w:rPr>
          <w:sz w:val="20"/>
        </w:rPr>
        <w:t>19:36  Medine mein jo ansar ka qabeela tha, ansar log the jo Islam mein dakhil ho gaye the, woh</w:t>
      </w:r>
      <w:r>
        <w:br/>
      </w:r>
      <w:r>
        <w:rPr>
          <w:sz w:val="20"/>
        </w:rPr>
        <w:t>19:44  do qabeelay thay, do tribes: Aus aur Khazraj.</w:t>
      </w:r>
      <w:r>
        <w:br/>
      </w:r>
      <w:r>
        <w:rPr>
          <w:sz w:val="20"/>
        </w:rPr>
        <w:t>19:51  yani Medine ke do tribes ne Islam qabool kar liya.</w:t>
      </w:r>
      <w:r>
        <w:br/>
      </w:r>
      <w:r>
        <w:rPr>
          <w:sz w:val="20"/>
        </w:rPr>
        <w:t>19:59  Is ke ilawa Medine mein teen aur tribes thay, woh Jewish tribes: Banu Qainuqa, Banu Nazir, aur Banu Quraiza. Yeh teeno</w:t>
      </w:r>
      <w:r>
        <w:br/>
      </w:r>
      <w:r>
        <w:rPr>
          <w:sz w:val="20"/>
        </w:rPr>
        <w:t>20:06  Jewish tribes thay.</w:t>
      </w:r>
      <w:r>
        <w:br/>
      </w:r>
      <w:r>
        <w:rPr>
          <w:sz w:val="20"/>
        </w:rPr>
        <w:t>20:11  to roughly Madina ki abadi jo thi, 50-50 thi.</w:t>
      </w:r>
      <w:r>
        <w:br/>
      </w:r>
      <w:r>
        <w:rPr>
          <w:sz w:val="20"/>
        </w:rPr>
        <w:t>20:16  yani 50% Muslims aur 50% Jewish.</w:t>
      </w:r>
      <w:r>
        <w:br/>
      </w:r>
      <w:r>
        <w:rPr>
          <w:sz w:val="20"/>
        </w:rPr>
        <w:t>20:21  to sawal tha ke yahan par peace kaise qaim ho? to rasool Allah sal Allah alaihi wasallam ne</w:t>
      </w:r>
      <w:r>
        <w:br/>
      </w:r>
      <w:r>
        <w:rPr>
          <w:sz w:val="20"/>
        </w:rPr>
        <w:t>20:26  ek charter jari kiya, jis ko kaha jata hai kitabon mein "Sahifat al-Madina".</w:t>
      </w:r>
      <w:r>
        <w:br/>
      </w:r>
      <w:r>
        <w:rPr>
          <w:sz w:val="20"/>
        </w:rPr>
        <w:t>20:31  Sahifat al-Madina ko aap keh sakte hain ke Madina Charter</w:t>
      </w:r>
      <w:r>
        <w:br/>
      </w:r>
      <w:r>
        <w:rPr>
          <w:sz w:val="20"/>
        </w:rPr>
        <w:t>20:36  , Madina Declaration.</w:t>
      </w:r>
      <w:r>
        <w:br/>
      </w:r>
      <w:r>
        <w:rPr>
          <w:sz w:val="20"/>
        </w:rPr>
        <w:t>20:41  is charter mein ek clause thi ke lil yahudi deen wa lil muslimeen deen Yahud ke liye Yahud ka deen, Musalman</w:t>
      </w:r>
      <w:r>
        <w:br/>
      </w:r>
      <w:r>
        <w:rPr>
          <w:sz w:val="20"/>
        </w:rPr>
        <w:t>20:47  ke liye Musalman ka deen.</w:t>
      </w:r>
      <w:r>
        <w:br/>
      </w:r>
      <w:r>
        <w:rPr>
          <w:sz w:val="20"/>
        </w:rPr>
        <w:t>20:52  Yeh wohi principle hai jo Quran mein hai: lakum deen wa liya deen. Is ka matlab kya hai? Is</w:t>
      </w:r>
      <w:r>
        <w:br/>
      </w:r>
      <w:r>
        <w:rPr>
          <w:sz w:val="20"/>
        </w:rPr>
        <w:t>20:57  ka matlab ye hai ke follow one and respect all.</w:t>
      </w:r>
      <w:r>
        <w:br/>
      </w:r>
      <w:r>
        <w:rPr>
          <w:sz w:val="20"/>
        </w:rPr>
        <w:t>21:02  bari simple formula.</w:t>
      </w:r>
    </w:p>
    <w:p>
      <w:pPr>
        <w:pStyle w:val="Heading2"/>
      </w:pPr>
      <w:r>
        <w:t>Mango orchard story reveals meaning of a Quran verse</w:t>
      </w:r>
    </w:p>
    <w:p>
      <w:r>
        <w:rPr>
          <w:color w:val="666666"/>
          <w:sz w:val="18"/>
        </w:rPr>
        <w:t>The Process of Revival, October 25, 2015 · 2m 05s · at 5:31 · https://youtu.be/3uQ8DbD8Sgg?t=331</w:t>
      </w:r>
    </w:p>
    <w:p>
      <w:r>
        <w:rPr>
          <w:i/>
        </w:rPr>
        <w:t>“Zameen kaise zinda hoti hai? In terms of plant”</w:t>
      </w:r>
    </w:p>
    <w:p>
      <w:r>
        <w:rPr>
          <w:sz w:val="20"/>
        </w:rPr>
        <w:t>5:31  yeh Allah ki hastiyon ko na samajhne ki bina par. yeh jo qanoon hai, is mein Allah ne misaal di hai zameen ki.</w:t>
      </w:r>
      <w:r>
        <w:br/>
      </w:r>
      <w:r>
        <w:rPr>
          <w:sz w:val="20"/>
        </w:rPr>
        <w:t>5:40  ke zameen murda hoti hai to us ko hum phir zinda karte hain. zinda hoti hai kaise</w:t>
      </w:r>
      <w:r>
        <w:br/>
      </w:r>
      <w:r>
        <w:rPr>
          <w:sz w:val="20"/>
        </w:rPr>
        <w:t>5:46  ? in terms of plant. mitti nahi zinda hoti, plant zinda hota hai. is misaal ko maine samjha jab main gaya muree abad.</w:t>
      </w:r>
      <w:r>
        <w:br/>
      </w:r>
      <w:r>
        <w:rPr>
          <w:sz w:val="20"/>
        </w:rPr>
        <w:t>5:58  muree abad, lakloo ke paas ek town hai. wahan zyada tar aam ke baghaat hote hain.</w:t>
      </w:r>
      <w:r>
        <w:br/>
      </w:r>
      <w:r>
        <w:rPr>
          <w:sz w:val="20"/>
        </w:rPr>
        <w:t>6:07  woh log aam ki business karte hain. aam ke paudhe ka business.</w:t>
      </w:r>
      <w:r>
        <w:br/>
      </w:r>
      <w:r>
        <w:rPr>
          <w:sz w:val="20"/>
        </w:rPr>
        <w:t>6:14  to maine ek jagah dekha ke aam ka ek bagh hai aur us ko kaata ja raha hai. jar se nahi. yaani woh taqreeban ek foot is ka stem bana chhod kar ke kaat rahe the woh.</w:t>
      </w:r>
      <w:r>
        <w:br/>
      </w:r>
      <w:r>
        <w:rPr>
          <w:sz w:val="20"/>
        </w:rPr>
        <w:t>6:30  upar ka saara kaat rahe the. is mein branches aur shaakhein. lekin zameen se upar taqreeban ek foot chhod kar ke. to maine poocha ke yeh kya cheez</w:t>
      </w:r>
      <w:r>
        <w:br/>
      </w:r>
      <w:r>
        <w:rPr>
          <w:sz w:val="20"/>
        </w:rPr>
        <w:t>6:40  hai, kya kar rahe hain aap log? to unhone kaha ke yeh hum kuch kuch dinon ke baad karte hain aisa. phir is mein se ek naya phal niklta hai.</w:t>
      </w:r>
      <w:r>
        <w:br/>
      </w:r>
      <w:r>
        <w:rPr>
          <w:sz w:val="20"/>
        </w:rPr>
        <w:t>6:50  nayi shaakhein, nayi patiyan. is ki jar ko baqi rakhte hain, thoda sa tana baqi rakhte hain aur kaat dete hain.</w:t>
      </w:r>
      <w:r>
        <w:br/>
      </w:r>
      <w:r>
        <w:rPr>
          <w:sz w:val="20"/>
        </w:rPr>
        <w:t>7:00  to ek naya darakht khada hota hai. bilkul ek naya bagh.</w:t>
      </w:r>
      <w:r>
        <w:br/>
      </w:r>
      <w:r>
        <w:rPr>
          <w:sz w:val="20"/>
        </w:rPr>
        <w:t>7:07  is se maine samjha ke Allah taala ne jo misaal di hai surah al-hadid mein ya'lamoon annallaha yuhyi al-arda ba'da mawtih is ka matlab kya hai?</w:t>
      </w:r>
      <w:r>
        <w:br/>
      </w:r>
      <w:r>
        <w:rPr>
          <w:sz w:val="20"/>
        </w:rPr>
        <w:t>7:17  kuch dinon ke baad ummat mein zawal aa jata hai.</w:t>
      </w:r>
      <w:r>
        <w:br/>
      </w:r>
      <w:r>
        <w:rPr>
          <w:sz w:val="20"/>
        </w:rPr>
        <w:t>7:23  is ke baad zaroorat hoti hai ke is ko is ke andar bohat hi aur haal kiya jaye. aur haal aap nahi karenge to kuch faida nahi hoga.</w:t>
      </w:r>
    </w:p>
    <w:p>
      <w:pPr>
        <w:pStyle w:val="Heading2"/>
      </w:pPr>
      <w:r>
        <w:t>Muslims seeking right to life in Pakistan</w:t>
      </w:r>
    </w:p>
    <w:p>
      <w:r>
        <w:rPr>
          <w:color w:val="666666"/>
          <w:sz w:val="18"/>
        </w:rPr>
        <w:t>Present Day Muslims Jan 13, 2013 · 2m 37s · at 1:02 · https://youtu.be/CVcbWVYitog?t=62</w:t>
      </w:r>
    </w:p>
    <w:p>
      <w:r>
        <w:rPr>
          <w:i/>
        </w:rPr>
        <w:t>“Yeh topic is tarah mere zehen mein aaya”</w:t>
      </w:r>
    </w:p>
    <w:p>
      <w:r>
        <w:rPr>
          <w:sz w:val="20"/>
        </w:rPr>
        <w:t>1:02  ye topic is tarah mere zehen mein aaya</w:t>
      </w:r>
      <w:r>
        <w:br/>
      </w:r>
      <w:r>
        <w:rPr>
          <w:sz w:val="20"/>
        </w:rPr>
        <w:t>1:06  keh aaj ka jo english</w:t>
      </w:r>
      <w:r>
        <w:br/>
      </w:r>
      <w:r>
        <w:rPr>
          <w:sz w:val="20"/>
        </w:rPr>
        <w:t>1:11  paper hai, aaj ka jo daily paper english ka,</w:t>
      </w:r>
      <w:r>
        <w:br/>
      </w:r>
      <w:r>
        <w:rPr>
          <w:sz w:val="20"/>
        </w:rPr>
        <w:t>1:18  to aaj ki tareekh mein, yaani January 13 ko, ek item chupa hai jo bohat hi zyada</w:t>
      </w:r>
      <w:r>
        <w:br/>
      </w:r>
      <w:r>
        <w:rPr>
          <w:sz w:val="20"/>
        </w:rPr>
        <w:t>1:27  eye opener hai, bohat hi zyada</w:t>
      </w:r>
      <w:r>
        <w:br/>
      </w:r>
      <w:r>
        <w:rPr>
          <w:sz w:val="20"/>
        </w:rPr>
        <w:t>1:33  yaani dil hila dene wala hai.</w:t>
      </w:r>
      <w:r>
        <w:br/>
      </w:r>
      <w:r>
        <w:rPr>
          <w:sz w:val="20"/>
        </w:rPr>
        <w:t>1:37  dekhen, is jo tasveer aap dekh rahe hain, is mein kuch Musalman baithe hue hain, is mein kuch kafir rakhe hue hain, taboot.</w:t>
      </w:r>
      <w:r>
        <w:br/>
      </w:r>
      <w:r>
        <w:rPr>
          <w:sz w:val="20"/>
        </w:rPr>
        <w:t>1:51  to ek mulk ke ek shehar mein aisa hua ke do suicide bombing hui, ek hi din.</w:t>
      </w:r>
      <w:r>
        <w:br/>
      </w:r>
      <w:r>
        <w:rPr>
          <w:sz w:val="20"/>
        </w:rPr>
        <w:t>2:05  is mein taqreeban 100 Musalman mar gaye, zakhmiyon ka tadad to chhod dijiye, taqreeban 100 Musalman mar gaye ek hi din mein.</w:t>
      </w:r>
      <w:r>
        <w:br/>
      </w:r>
      <w:r>
        <w:rPr>
          <w:sz w:val="20"/>
        </w:rPr>
        <w:t>2:20  to isi ki yeh tasveer hai.</w:t>
      </w:r>
      <w:r>
        <w:br/>
      </w:r>
      <w:r>
        <w:rPr>
          <w:sz w:val="20"/>
        </w:rPr>
        <w:t>2:24  to in murda Musalmanon ke jo wariseen hain, unhone unki lashon ko taboot mein rakh kar ke, woh baithe hue hain,</w:t>
      </w:r>
      <w:r>
        <w:br/>
      </w:r>
      <w:r>
        <w:rPr>
          <w:sz w:val="20"/>
        </w:rPr>
        <w:t>2:40  woh keh rahe hain ke humein security do, baghair security ke hum is ko dafan nahi kar sakte, kyunke wahan bhi koi aa kar bomb maar dega.</w:t>
      </w:r>
      <w:r>
        <w:br/>
      </w:r>
      <w:r>
        <w:rPr>
          <w:sz w:val="20"/>
        </w:rPr>
        <w:t>2:50  to is photo ke neeche jo caption hai woh bada hi bhayanak hai. Is ke neeche likha hua hai: "Seeking Right to Life".</w:t>
      </w:r>
      <w:r>
        <w:br/>
      </w:r>
      <w:r>
        <w:rPr>
          <w:sz w:val="20"/>
        </w:rPr>
        <w:t>3:06  "Seeking Right to Life" yaani zindagi ka haq mangte hue.</w:t>
      </w:r>
      <w:r>
        <w:br/>
      </w:r>
      <w:r>
        <w:rPr>
          <w:sz w:val="20"/>
        </w:rPr>
        <w:t>3:14  yeh log jo hain apne taqreeban 100 mardon ko le kar baithe hue hain aur zindagi ka haq mang rahe hain.</w:t>
      </w:r>
      <w:r>
        <w:br/>
      </w:r>
      <w:r>
        <w:rPr>
          <w:sz w:val="20"/>
        </w:rPr>
        <w:t>3:24  yeh kahan ho raha hai? Kis mulk mein ho raha hai? Yeh Pakistan ka waqia hai, yeh Pakistan ki tasveer hai.</w:t>
      </w:r>
    </w:p>
    <w:p>
      <w:pPr>
        <w:pStyle w:val="Heading2"/>
      </w:pPr>
      <w:r>
        <w:t>Fighting in Islam suspended after fitna ends</w:t>
      </w:r>
    </w:p>
    <w:p>
      <w:r>
        <w:rPr>
          <w:color w:val="666666"/>
          <w:sz w:val="18"/>
        </w:rPr>
        <w:t>Creative Role of Women March 03, 2019 · 1m 28s · at 30:21 · https://youtu.be/d1-P347SqYQ?t=1821</w:t>
      </w:r>
    </w:p>
    <w:p>
      <w:r>
        <w:rPr>
          <w:i/>
        </w:rPr>
        <w:t>“Fight until there is no fitna; when fitna ends, fighting is over”</w:t>
      </w:r>
    </w:p>
    <w:p>
      <w:r>
        <w:rPr>
          <w:sz w:val="20"/>
        </w:rPr>
        <w:t>30:21  wa qataloohum hatta la takuna fitnah jab fitnah khatm ho jaye to ladai nahi hai. jab fitnah khatm ho jaye to ladai nahi hai.</w:t>
      </w:r>
      <w:r>
        <w:br/>
      </w:r>
      <w:r>
        <w:rPr>
          <w:sz w:val="20"/>
        </w:rPr>
        <w:t>30:33  phir to pādshāh shuda opportunity ko avail karne ka zamana hai.</w:t>
      </w:r>
      <w:r>
        <w:br/>
      </w:r>
      <w:r>
        <w:rPr>
          <w:sz w:val="20"/>
        </w:rPr>
        <w:t>30:44  is raaz ko logon ne nahi samjha. wa qataloohum ḥattā lā takūna fitnah un se laro yahan tak ke fitnah baqi na rahe.</w:t>
      </w:r>
      <w:r>
        <w:br/>
      </w:r>
      <w:r>
        <w:rPr>
          <w:sz w:val="20"/>
        </w:rPr>
        <w:t>31:00  to ladai fidasti ka ab ladai nahi thi islam mein, na hai. islam mein ladai fidasti ka ladai na thi, pehle na aa jaye.</w:t>
      </w:r>
      <w:r>
        <w:br/>
      </w:r>
      <w:r>
        <w:rPr>
          <w:sz w:val="20"/>
        </w:rPr>
        <w:t>31:14  balkeh woh thi fitnah ko khatm karne ke liye. fitnah se murad hai riayat parastish.</w:t>
      </w:r>
      <w:r>
        <w:br/>
      </w:r>
      <w:r>
        <w:rPr>
          <w:sz w:val="20"/>
        </w:rPr>
        <w:t>31:25  yeh sab khatm ho gaya. naye daur mein jo naya daur aaya hai, is mein yeh sab khatm ho gaya. to ab ladai kis liye?</w:t>
      </w:r>
      <w:r>
        <w:br/>
      </w:r>
      <w:r>
        <w:rPr>
          <w:sz w:val="20"/>
        </w:rPr>
        <w:t>31:37  ab ladai mauqoof hai islam mein. matloob nahi hai. ab ladai islam mein matloob nahi hai, mauqoof hai.</w:t>
      </w:r>
    </w:p>
    <w:p>
      <w:pPr>
        <w:pStyle w:val="Heading2"/>
      </w:pPr>
      <w:r>
        <w:t>Need vs desire in dawah provision</w:t>
      </w:r>
    </w:p>
    <w:p>
      <w:r>
        <w:rPr>
          <w:color w:val="666666"/>
          <w:sz w:val="18"/>
        </w:rPr>
        <w:t>Dars-e-Quran, Chapter 2, Verse 61 February 11, 2018 · 2m 25s · at 7:14 · https://youtu.be/rgoE0nvFJJI?t=434</w:t>
      </w:r>
    </w:p>
    <w:p>
      <w:r>
        <w:rPr>
          <w:i/>
        </w:rPr>
        <w:t>“Lekin is mein ek shart hai.”</w:t>
      </w:r>
    </w:p>
    <w:p>
      <w:r>
        <w:rPr>
          <w:sz w:val="20"/>
        </w:rPr>
        <w:t>7:14  lekin is mein aik shart hai.</w:t>
      </w:r>
      <w:r>
        <w:br/>
      </w:r>
      <w:r>
        <w:rPr>
          <w:sz w:val="20"/>
        </w:rPr>
        <w:t>7:19  dawat is mein shart yeh hai ke aap ko baqadr need mile ga.</w:t>
      </w:r>
      <w:r>
        <w:br/>
      </w:r>
      <w:r>
        <w:rPr>
          <w:sz w:val="20"/>
        </w:rPr>
        <w:t>7:30  baqadr khwahish nahi mile ga.</w:t>
      </w:r>
      <w:r>
        <w:br/>
      </w:r>
      <w:r>
        <w:rPr>
          <w:sz w:val="20"/>
        </w:rPr>
        <w:t>7:38  need ke jo zaroorat hai aap ki woh to bharpoor poori hogi. lekin aap khwahishein chahain to woh poora hone wala nahi hai.</w:t>
      </w:r>
      <w:r>
        <w:br/>
      </w:r>
      <w:r>
        <w:rPr>
          <w:sz w:val="20"/>
        </w:rPr>
        <w:t>7:49  is tarah ke yeh aayat jo parhi gayi is mein aap dekha aap ne. kyunke man salwa to mila tha barabar. kyunke unhon ne kaha ke humein aur bhi chahiye, aur bhi chahiye, aur bhi chahiye.</w:t>
      </w:r>
      <w:r>
        <w:br/>
      </w:r>
      <w:r>
        <w:rPr>
          <w:sz w:val="20"/>
        </w:rPr>
        <w:t>8:02  yeh moor aur moor ka jo zehan hai yeh daai ka zehan nahi hai.</w:t>
      </w:r>
      <w:r>
        <w:br/>
      </w:r>
      <w:r>
        <w:rPr>
          <w:sz w:val="20"/>
        </w:rPr>
        <w:t>8:08  humein yeh janna chahiye ke jab dunya mein agricultural period tha, ziraat ka daur tha, tab Allah ne yahood ke liye ya bani israel ke liye yeh intezam kiya ke aasmani rizq ka intezam kiya.</w:t>
      </w:r>
      <w:r>
        <w:br/>
      </w:r>
      <w:r>
        <w:rPr>
          <w:sz w:val="20"/>
        </w:rPr>
        <w:t>8:31  un par ba-aasani man o salwa pohanchta tha un ko. ab is se bhi bara intezam hai. ab to economic explosion ka zamana hai.</w:t>
      </w:r>
      <w:r>
        <w:br/>
      </w:r>
      <w:r>
        <w:rPr>
          <w:sz w:val="20"/>
        </w:rPr>
        <w:t>8:44  industrial explosion ka zamana hai. ab itne zyada rozgar paida ho gaye hain. itna zyada rizq ke saman muhaiya ho gaye hain.</w:t>
      </w:r>
      <w:r>
        <w:br/>
      </w:r>
      <w:r>
        <w:rPr>
          <w:sz w:val="20"/>
        </w:rPr>
        <w:t>8:55  itni zyada economy barh gayi hai ke aap kahin bhi jahan bhi hon need ke baqadr apne liye aap ba-aasani hasil kar sakte hain apna apni apni zaroorat.</w:t>
      </w:r>
      <w:r>
        <w:br/>
      </w:r>
      <w:r>
        <w:rPr>
          <w:sz w:val="20"/>
        </w:rPr>
        <w:t>9:16  is ke baad aap ko sara waqt aap ko hasil hai ke aap dawat e Allah ka kaam karen.</w:t>
      </w:r>
      <w:r>
        <w:br/>
      </w:r>
      <w:r>
        <w:rPr>
          <w:sz w:val="20"/>
        </w:rPr>
        <w:t>9:27  to lekin is Allah taala ne jo rizq ka intezam kiya tha bani israel ke liye to unhein adna laga adna khair nahi laga.</w:t>
      </w:r>
    </w:p>
    <w:p>
      <w:pPr>
        <w:pStyle w:val="Heading2"/>
      </w:pPr>
      <w:r>
        <w:t>Oxford lawn parable: democracy needs centuries to grow</w:t>
      </w:r>
    </w:p>
    <w:p>
      <w:r>
        <w:rPr>
          <w:color w:val="666666"/>
          <w:sz w:val="18"/>
        </w:rPr>
        <w:t>Present Muslims- A Case of Wrong Identity February 13, 2011 · 2m 00s · at 46:21 · https://youtu.be/gDX72gIRL4E?t=2781</w:t>
      </w:r>
    </w:p>
    <w:p>
      <w:r>
        <w:rPr>
          <w:i/>
        </w:rPr>
        <w:t>“Ek Indian nawab sahab gaye Britain, Oxford University dekhne”</w:t>
      </w:r>
    </w:p>
    <w:p>
      <w:r>
        <w:rPr>
          <w:sz w:val="20"/>
        </w:rPr>
        <w:t>46:21  ek dilchasp qissa mujhe yaad aata hai ke India ke ek nawab sahib gaye</w:t>
      </w:r>
      <w:r>
        <w:br/>
      </w:r>
      <w:r>
        <w:rPr>
          <w:sz w:val="20"/>
        </w:rPr>
        <w:t>46:31  Britain, to wahan Oxford university dekhne gaye. woh to Oxford university ka jo laan hai, bohat mashhoor hai, ek bohat umda laan hai. is ka yeh ab se paanch sau saal pehle bani thi. woh Oxford university paanch sau saal pehle bani</w:t>
      </w:r>
      <w:r>
        <w:br/>
      </w:r>
      <w:r>
        <w:rPr>
          <w:sz w:val="20"/>
        </w:rPr>
        <w:t>46:46  thi, to is ke laan bohat achhe hain. to unhon ne dekha to kaha ke bulaya is ka jo head mali tha,</w:t>
      </w:r>
      <w:r>
        <w:br/>
      </w:r>
      <w:r>
        <w:rPr>
          <w:sz w:val="20"/>
        </w:rPr>
        <w:t>46:54  head mali jo in ka park ka laan ka, to kaha ke hum apni kothi mein aisi laan dekhna chahte hain.</w:t>
      </w:r>
      <w:r>
        <w:br/>
      </w:r>
      <w:r>
        <w:rPr>
          <w:sz w:val="20"/>
        </w:rPr>
        <w:t>47:06  yaani India ke nawab sahib ne kaha ke hum apni kothi mein aisi laan dekhna chahte hain, to batao. to unhon ne kaha ke sarkaar, bohat aasan hai, woh bohat aasan hai.</w:t>
      </w:r>
      <w:r>
        <w:br/>
      </w:r>
      <w:r>
        <w:rPr>
          <w:sz w:val="20"/>
        </w:rPr>
        <w:t>47:18  aap ki kothimein zameen tohogihi, line isko level karwadijiye aur isko bar bar khudaai kijiyega, khaad daaliye aur phir ismein ghaas boorh dijiye, ghaas kaat te rahiyega.</w:t>
      </w:r>
      <w:r>
        <w:br/>
      </w:r>
      <w:r>
        <w:rPr>
          <w:sz w:val="20"/>
        </w:rPr>
        <w:t>47:34  jab paanch sau saal beet jayenge toh aap ki kothimein aisi laan maujood hoga.</w:t>
      </w:r>
      <w:r>
        <w:br/>
      </w:r>
      <w:r>
        <w:rPr>
          <w:sz w:val="20"/>
        </w:rPr>
        <w:t>47:46  it takes 500 years to have a university like Oxford University. So, this is the problem with democracy that for democracy, it is necessary that you have that kind of education, that kind of environment, that kind of society, that tradition, but here there is nothing.</w:t>
      </w:r>
      <w:r>
        <w:br/>
      </w:r>
      <w:r>
        <w:rPr>
          <w:sz w:val="20"/>
        </w:rPr>
        <w:t>48:08  to wahi hoga ke unhon ne arz kiya ke "one dictator goes, other dictator comes". is se pehle ho chuka hai, wahi ab bhi hoga.</w:t>
      </w:r>
    </w:p>
    <w:p>
      <w:pPr>
        <w:pStyle w:val="Heading2"/>
      </w:pPr>
      <w:r>
        <w:t>Farmer analogy for reading God's plan in history</w:t>
      </w:r>
    </w:p>
    <w:p>
      <w:r>
        <w:rPr>
          <w:color w:val="666666"/>
          <w:sz w:val="18"/>
        </w:rPr>
        <w:t>The Process of Revival, October 25, 2015 · 1m 17s · at 19:31 · https://youtu.be/3uQ8DbD8Sgg?t=1171</w:t>
      </w:r>
    </w:p>
    <w:p>
      <w:r>
        <w:rPr>
          <w:i/>
        </w:rPr>
        <w:t>“Jis tarah kisan Allah ke mansoobe ko samajhta hai”</w:t>
      </w:r>
    </w:p>
    <w:p>
      <w:r>
        <w:rPr>
          <w:sz w:val="20"/>
        </w:rPr>
        <w:t>19:31  to dekhiye main arz karunga ke aap ko jis tarah kisan Allah ke mansoobe ko samajhta hai aur phir kheti karta hai waise hi aap ko Allah ke mansoobe ko samajhna hai.</w:t>
      </w:r>
      <w:r>
        <w:br/>
      </w:r>
      <w:r>
        <w:rPr>
          <w:sz w:val="20"/>
        </w:rPr>
        <w:t>19:46  misalan kisan jab barish hoti hai to farz kisan samajh leta hai ke Allah taala ya creator ka kya message hai ke chalo khet khet tayyar karo.</w:t>
      </w:r>
      <w:r>
        <w:br/>
      </w:r>
      <w:r>
        <w:rPr>
          <w:sz w:val="20"/>
        </w:rPr>
        <w:t>19:59  yaani jab barish hoti hai to koi awaaz nahi aati. is mein koi loudspeaker nahi hota. lekin kisan ise barish ko samajh leta hai ke creator mujh se keh raha hai ke chalo apne khet ko aur apni kheti ka intezam karo.</w:t>
      </w:r>
      <w:r>
        <w:br/>
      </w:r>
      <w:r>
        <w:rPr>
          <w:sz w:val="20"/>
        </w:rPr>
        <w:t>20:16  isi tarah se hamare ulma ko janna chahiye tha Khuda ki zaban kya matlab hai is ka. yaani kyun Tatariyon ne hamla kiya Abbas hukumat ko khatam kiya.</w:t>
      </w:r>
      <w:r>
        <w:br/>
      </w:r>
      <w:r>
        <w:rPr>
          <w:sz w:val="20"/>
        </w:rPr>
        <w:t>20:27  kyun turki mein ataturk ka operation jari kiya gaya. kyun india mein british aaye aur unhon ne yani modern education ka system yahan chalaya.</w:t>
      </w:r>
      <w:r>
        <w:br/>
      </w:r>
      <w:r>
        <w:rPr>
          <w:sz w:val="20"/>
        </w:rPr>
        <w:t>20:39  yeh sab kyun kyun tha.yeh sab wahi tha ke jo maine kaha ke mali abadi mein drakht ke neeche ka hissa chhod ke upar kaat dete hain.</w:t>
      </w:r>
    </w:p>
    <w:p>
      <w:pPr>
        <w:pStyle w:val="Heading2"/>
      </w:pPr>
      <w:r>
        <w:t>Faraday, the poor bookbinder who gave us electricity</w:t>
      </w:r>
    </w:p>
    <w:p>
      <w:r>
        <w:rPr>
          <w:color w:val="666666"/>
          <w:sz w:val="18"/>
        </w:rPr>
        <w:t>Intellectual Poverty of Modern World December 17, 2006 · 2m 42s · at 40:45 · https://youtu.be/GdhR0DoI1Ys?t=2445</w:t>
      </w:r>
    </w:p>
    <w:p>
      <w:r>
        <w:rPr>
          <w:i/>
        </w:rPr>
        <w:t>“یہ کس نے کیا ہے؟ یہ فریڈے۔”</w:t>
      </w:r>
    </w:p>
    <w:p>
      <w:r>
        <w:rPr>
          <w:sz w:val="20"/>
        </w:rPr>
        <w:t>40:45  harkat se sari masheen chal rahi hain. aur roshni se yeh aap dekh rahe hain ke yeh sare bulb jal rahe hain.</w:t>
      </w:r>
      <w:r>
        <w:br/>
      </w:r>
      <w:r>
        <w:rPr>
          <w:sz w:val="20"/>
        </w:rPr>
        <w:t>40:55  yeh kis ne kiya hai? yeh Fridaye. Fridaye jo hai ghareeb aadmi ghareeb ghar mein paida hua. haqeeqatan woh binder tha.</w:t>
      </w:r>
      <w:r>
        <w:br/>
      </w:r>
      <w:r>
        <w:rPr>
          <w:sz w:val="20"/>
        </w:rPr>
        <w:t>41:05  binder. jild bandh kar ke woh paisa kamata tha. koi choti si shop thi is ke baap ki. wahan woh jild banata tha kitabon ki.</w:t>
      </w:r>
      <w:r>
        <w:br/>
      </w:r>
      <w:r>
        <w:rPr>
          <w:sz w:val="20"/>
        </w:rPr>
        <w:t>41:15  binder tha woh. bohat mehnat se is ne parha. kitab woh khareed nahi sakta tha.</w:t>
      </w:r>
      <w:r>
        <w:br/>
      </w:r>
      <w:r>
        <w:rPr>
          <w:sz w:val="20"/>
        </w:rPr>
        <w:t>41:23  binding ke liye jo kitab aati thi us ke paas us ko padhta rehta tha. ab bohat barson barson is ne mehnat ki. lambi is ki kahaniyan aap padh sakte hain kitabon mein.</w:t>
      </w:r>
      <w:r>
        <w:br/>
      </w:r>
      <w:r>
        <w:rPr>
          <w:sz w:val="20"/>
        </w:rPr>
        <w:t>41:34  itni bari cheez is ne daryaft ki. ek bohat bari cheez daryaft ki is ne. yani fitrat mein ek qanoon tha maujood pehle hi.</w:t>
      </w:r>
      <w:r>
        <w:br/>
      </w:r>
      <w:r>
        <w:rPr>
          <w:sz w:val="20"/>
        </w:rPr>
        <w:t>41:43  dekhein science jo hai wo ijad kaha jata hai lekin hoti hai daryaft wo. ijad nahi hoti</w:t>
      </w:r>
      <w:r>
        <w:br/>
      </w:r>
      <w:r>
        <w:rPr>
          <w:sz w:val="20"/>
        </w:rPr>
        <w:t>41:50  . science ki jitni baatein hain wo ijad nahi hain wo. wo daryaft hi hain. to Fridaye ne ijad nahi kiya balkeh wo daryaft kiya.</w:t>
      </w:r>
      <w:r>
        <w:br/>
      </w:r>
      <w:r>
        <w:rPr>
          <w:sz w:val="20"/>
        </w:rPr>
        <w:t>42:03  wo kya hai?</w:t>
      </w:r>
      <w:r>
        <w:br/>
      </w:r>
      <w:r>
        <w:rPr>
          <w:sz w:val="20"/>
        </w:rPr>
        <w:t>42:05  ek qanoon hai fitrat mein. ke agar aap</w:t>
      </w:r>
      <w:r>
        <w:br/>
      </w:r>
      <w:r>
        <w:rPr>
          <w:sz w:val="20"/>
        </w:rPr>
        <w:t>42:10  maqnateesi maidan ko aur harkat ko ikhatta karein to wahan electron beh karne lagen ge.</w:t>
      </w:r>
      <w:r>
        <w:br/>
      </w:r>
      <w:r>
        <w:rPr>
          <w:sz w:val="20"/>
        </w:rPr>
        <w:t>42:20  aur aap jante hain ke bijli ka matlab bahao electron hai. bijli ki tareef yeh aati hai ke bijli ka matlab bahao electron hai.</w:t>
      </w:r>
      <w:r>
        <w:br/>
      </w:r>
      <w:r>
        <w:rPr>
          <w:sz w:val="20"/>
        </w:rPr>
        <w:t>42:30  to maqnatiisi maidaan ke saath agar aap harkat akathaa karen to wahaan electron bahh karne lagenge. aur yeh saari roshni aap ko isi se miltee hai.</w:t>
      </w:r>
      <w:r>
        <w:br/>
      </w:r>
      <w:r>
        <w:rPr>
          <w:sz w:val="20"/>
        </w:rPr>
        <w:t>42:43  aur agar aap aisa karen ke maqnatiisi maidaan ke saath aap roshni akathaa karen to wahaan harkat paida ho jaayegi. harkat paida ho jaayegi.</w:t>
      </w:r>
      <w:r>
        <w:br/>
      </w:r>
      <w:r>
        <w:rPr>
          <w:sz w:val="20"/>
        </w:rPr>
        <w:t>42:52  jis se saari masheen chalti hain.</w:t>
      </w:r>
      <w:r>
        <w:br/>
      </w:r>
      <w:r>
        <w:rPr>
          <w:sz w:val="20"/>
        </w:rPr>
        <w:t>42:57  yaani maqnatiisi maidaan ke saath aap agar aap electric colour le jaayen to ghoomne lagega woh. yeh do qanoon hain yaani is fitrat mein.</w:t>
      </w:r>
      <w:r>
        <w:br/>
      </w:r>
      <w:r>
        <w:rPr>
          <w:sz w:val="20"/>
        </w:rPr>
        <w:t>43:11  do qanoon hain. ek se masheen chal rahi hain ek se roshniyaan mil rahi hain aap ko. yeh Friday ne kiya. yaani kitni badi is ki woh daryaaft hai.</w:t>
      </w:r>
      <w:r>
        <w:br/>
      </w:r>
      <w:r>
        <w:rPr>
          <w:sz w:val="20"/>
        </w:rPr>
        <w:t>43:21  kitna bada sahayog hai insaan ke liye is ka. bahut bada sahayog hai.</w:t>
      </w:r>
    </w:p>
    <w:p>
      <w:pPr>
        <w:pStyle w:val="Heading2"/>
      </w:pPr>
      <w:r>
        <w:t>Feminist admits biology can't be equalized</w:t>
      </w:r>
    </w:p>
    <w:p>
      <w:r>
        <w:rPr>
          <w:color w:val="666666"/>
          <w:sz w:val="18"/>
        </w:rPr>
        <w:t>The Status of Women in Islam (English) February 28, 2007 Maulana Wahiduddin Khan · 1m 46s · at 1:29 · https://youtu.be/pSLnXzYImXo?t=89</w:t>
      </w:r>
    </w:p>
    <w:p>
      <w:r>
        <w:rPr>
          <w:i/>
        </w:rPr>
        <w:t>“There is a report about a famous feminist”</w:t>
      </w:r>
    </w:p>
    <w:p>
      <w:r>
        <w:rPr>
          <w:sz w:val="20"/>
        </w:rPr>
        <w:t>1:29  there is a report about a famous feminist, famous American feminist.</w:t>
      </w:r>
      <w:r>
        <w:br/>
      </w:r>
      <w:r>
        <w:rPr>
          <w:sz w:val="20"/>
        </w:rPr>
        <w:t>1:44  Her name is Gloria Steinem. She is a very famous feminist, Gloria Steinem.</w:t>
      </w:r>
      <w:r>
        <w:br/>
      </w:r>
      <w:r>
        <w:rPr>
          <w:sz w:val="20"/>
        </w:rPr>
        <w:t>2:00  So she</w:t>
      </w:r>
      <w:r>
        <w:br/>
      </w:r>
      <w:r>
        <w:rPr>
          <w:sz w:val="20"/>
        </w:rPr>
        <w:t>2:06  is a great advocate of gender equality, but she admits that is not very easy</w:t>
      </w:r>
      <w:r>
        <w:br/>
      </w:r>
      <w:r>
        <w:rPr>
          <w:sz w:val="20"/>
        </w:rPr>
        <w:t>2:20  due to differences in biological structure of the both sexes.</w:t>
      </w:r>
      <w:r>
        <w:br/>
      </w:r>
      <w:r>
        <w:rPr>
          <w:sz w:val="20"/>
        </w:rPr>
        <w:t>2:27  so it is not</w:t>
      </w:r>
      <w:r>
        <w:br/>
      </w:r>
      <w:r>
        <w:rPr>
          <w:sz w:val="20"/>
        </w:rPr>
        <w:t>2:31  an easy task.</w:t>
      </w:r>
      <w:r>
        <w:br/>
      </w:r>
      <w:r>
        <w:rPr>
          <w:sz w:val="20"/>
        </w:rPr>
        <w:t>2:36  so she says</w:t>
      </w:r>
      <w:r>
        <w:br/>
      </w:r>
      <w:r>
        <w:rPr>
          <w:sz w:val="20"/>
        </w:rPr>
        <w:t>2:41  in her recent book about these biological differences between the two sexes, she says it is decreed by nature, but we are changing it</w:t>
      </w:r>
      <w:r>
        <w:br/>
      </w:r>
      <w:r>
        <w:rPr>
          <w:sz w:val="20"/>
        </w:rPr>
        <w:t>2:58  . it is decreed by nature, but we are changing it. i would like to say that this kind of thinking is quite unnatural.</w:t>
      </w:r>
    </w:p>
    <w:p>
      <w:pPr>
        <w:pStyle w:val="Heading2"/>
      </w:pPr>
      <w:r>
        <w:t>Hadith warning against mutual killing</w:t>
      </w:r>
    </w:p>
    <w:p>
      <w:r>
        <w:rPr>
          <w:color w:val="666666"/>
          <w:sz w:val="18"/>
        </w:rPr>
        <w:t>Revival of Muslim Ummah I June 2, 2013 - Maulana Wahiduddin Khan · 2m 55s · at 6:48 · https://youtu.be/uiN3_H1mR0M?t=408</w:t>
      </w:r>
    </w:p>
    <w:p>
      <w:r>
        <w:rPr>
          <w:i/>
        </w:rPr>
        <w:t>“Ek hadees hai”</w:t>
      </w:r>
    </w:p>
    <w:p>
      <w:r>
        <w:rPr>
          <w:sz w:val="20"/>
        </w:rPr>
        <w:t>6:48  woh himalaya effort kahan gayi? dekhiye, aik hadith hai ke "la tarjau ba'di kuffar an yadrubu ba'dakum riqaba ba'din".</w:t>
      </w:r>
      <w:r>
        <w:br/>
      </w:r>
      <w:r>
        <w:rPr>
          <w:sz w:val="20"/>
        </w:rPr>
        <w:t>7:01  Rasool Allah Sal Allahu Alaihi Wasallam ne farmaya ke mere baad tum log kafir na ho jana ke aapas mein aik doosre ki gardanein kaatne lago.</w:t>
      </w:r>
      <w:r>
        <w:br/>
      </w:r>
      <w:r>
        <w:rPr>
          <w:sz w:val="20"/>
        </w:rPr>
        <w:t>7:14  dekhein, yahan par jo lafz hai "kuffara" to is ka matlab yeh yeh fiqhi maani mein nahi hai. yaani fiqhi maani mein is ka matlab nahi hai kafir.</w:t>
      </w:r>
      <w:r>
        <w:br/>
      </w:r>
      <w:r>
        <w:rPr>
          <w:sz w:val="20"/>
        </w:rPr>
        <w:t>7:27  yeh language of hammering hai. yeh language of hammering hai. is ka matlab kya hai?</w:t>
      </w:r>
      <w:r>
        <w:br/>
      </w:r>
      <w:r>
        <w:rPr>
          <w:sz w:val="20"/>
        </w:rPr>
        <w:t>7:36  ke tum bigaad ke is had tak pahunch jao ke aapas mein aik doosre ko maarne lago. is ka matlab nahi ke tum fiqhi maanon mein tum kafir ho jaoge.</w:t>
      </w:r>
      <w:r>
        <w:br/>
      </w:r>
      <w:r>
        <w:rPr>
          <w:sz w:val="20"/>
        </w:rPr>
        <w:t>7:47  yeh matlab nahi hai. yeh hai language of hammering ke tum bigaad ke is nabat tak na pahunch jao kahin ke aapas mein aik doosre ki gardanein kaatne lago.</w:t>
      </w:r>
      <w:r>
        <w:br/>
      </w:r>
      <w:r>
        <w:rPr>
          <w:sz w:val="20"/>
        </w:rPr>
        <w:t>8:00  yeh bigaad ki aakhri had hai. yeh bigaad ki aakhri had hai. kyun ke dekhiye, Quran mein yeh do aayatein aap ko mein dilata hoon.</w:t>
      </w:r>
      <w:r>
        <w:br/>
      </w:r>
      <w:r>
        <w:rPr>
          <w:sz w:val="20"/>
        </w:rPr>
        <w:t>8:11  aik hai aam qatl ke baray mein. aam qatl ke baray mein Quran mein hai ke jis shakhs ne kisi aik insaan ko mara "man qata'a nafsan bighaira nafsin fasadin fakanama qatalan nasa jamee'an".</w:t>
      </w:r>
      <w:r>
        <w:br/>
      </w:r>
      <w:r>
        <w:rPr>
          <w:sz w:val="20"/>
        </w:rPr>
        <w:t>8:32  jis ne aik insaan ko mara bila sabab to us ne goya ke saare hi insaanon ko maar dala. yeh aam hukum hai.</w:t>
      </w:r>
      <w:r>
        <w:br/>
      </w:r>
      <w:r>
        <w:rPr>
          <w:sz w:val="20"/>
        </w:rPr>
        <w:t>8:45  doosri aayat hai "man qatala mu'minan muta'ammidan fakan jaza'uhu jahannama" . yeh aayat hai "man qatala mu'minan muta'ammidan faja'a jahannama" .</w:t>
      </w:r>
      <w:r>
        <w:br/>
      </w:r>
      <w:r>
        <w:rPr>
          <w:sz w:val="20"/>
        </w:rPr>
        <w:t>8:58  jis ne aik momin ko jaan boojh kar mara to jahannum mein jayega.</w:t>
      </w:r>
      <w:r>
        <w:br/>
      </w:r>
      <w:r>
        <w:rPr>
          <w:sz w:val="20"/>
        </w:rPr>
        <w:t>9:05  ab yeh aam insaan ko mara tab bhi aap ne saare insaanon ko maar dala. itna bara jurm hua. agar momin ko mara, muslim ko mara to Quran kehta hai ke phir aisa qatil jahannum mein jayega.</w:t>
      </w:r>
      <w:r>
        <w:br/>
      </w:r>
      <w:r>
        <w:rPr>
          <w:sz w:val="20"/>
        </w:rPr>
        <w:t>9:19  mein bataoon, is se ziyada sakht aayat Quran majeed mein shayad koi doosri nahi hai. to is hadith ka matlab hai ke tum tumhara bigaad is nabat ko pahunch jaye, tum yeh kaam karne lago jo sab se ziyada bura kaam hai.</w:t>
      </w:r>
      <w:r>
        <w:br/>
      </w:r>
      <w:r>
        <w:rPr>
          <w:sz w:val="20"/>
        </w:rPr>
        <w:t>9:34  to wohi to ho raha hai is waqt. har muslim mulk mein killing ho rahi hai. koi killing akhbar mein aa jati hai, koi nahi aati.</w:t>
      </w:r>
    </w:p>
    <w:p>
      <w:pPr>
        <w:pStyle w:val="Heading2"/>
      </w:pPr>
      <w:r>
        <w:t>Empty house turned into successful school</w:t>
      </w:r>
    </w:p>
    <w:p>
      <w:r>
        <w:rPr>
          <w:color w:val="666666"/>
          <w:sz w:val="18"/>
        </w:rPr>
        <w:t>Opportunities of the Modern Age | March 05, 2017 · 2m 01s · at 11:00 · https://youtu.be/Cv8QEwvQ_fY?t=660</w:t>
      </w:r>
    </w:p>
    <w:p>
      <w:r>
        <w:rPr>
          <w:i/>
        </w:rPr>
        <w:t>“Maine kaha: is ghar ko school banao”</w:t>
      </w:r>
    </w:p>
    <w:p>
      <w:r>
        <w:rPr>
          <w:sz w:val="20"/>
        </w:rPr>
        <w:t>11:00  kamane ke liye koi europe koi america koi kahin to ghar sab khali pada hua tha to main</w:t>
      </w:r>
      <w:r>
        <w:br/>
      </w:r>
      <w:r>
        <w:rPr>
          <w:sz w:val="20"/>
        </w:rPr>
        <w:t>11:07  ne un logon se kaha ke aap is ghar ko school bana dijiye school aur school ko is</w:t>
      </w:r>
      <w:r>
        <w:br/>
      </w:r>
      <w:r>
        <w:rPr>
          <w:sz w:val="20"/>
        </w:rPr>
        <w:t>11:15  tarah banaiye ke aap ko na donation lena ho aur na aap ko grant lena ho aap achay</w:t>
      </w:r>
      <w:r>
        <w:br/>
      </w:r>
      <w:r>
        <w:rPr>
          <w:sz w:val="20"/>
        </w:rPr>
        <w:t>11:22  standard ki education dijiye logon se fees li jiye aur</w:t>
      </w:r>
      <w:r>
        <w:br/>
      </w:r>
      <w:r>
        <w:rPr>
          <w:sz w:val="20"/>
        </w:rPr>
        <w:t>11:30  fees par chalaiye fees par log fees de kar parhwain ge apne bachon ko yeh standard acha rahe</w:t>
      </w:r>
      <w:r>
        <w:br/>
      </w:r>
      <w:r>
        <w:rPr>
          <w:sz w:val="20"/>
        </w:rPr>
        <w:t>11:37  ga to chunancha woh qaim kiya gaya pehle shaqeel ahmed khan sahib ne is mein sath diya ab</w:t>
      </w:r>
      <w:r>
        <w:br/>
      </w:r>
      <w:r>
        <w:rPr>
          <w:sz w:val="20"/>
        </w:rPr>
        <w:t>11:45  ahmed sakhi sahib is ko chala rahe hain aur bohat kamyab hai woh jab woh shuru hua to</w:t>
      </w:r>
      <w:r>
        <w:br/>
      </w:r>
      <w:r>
        <w:rPr>
          <w:sz w:val="20"/>
        </w:rPr>
        <w:t>11:52  us ke pas ek bhi bus nahi thi</w:t>
      </w:r>
      <w:r>
        <w:br/>
      </w:r>
      <w:r>
        <w:rPr>
          <w:sz w:val="20"/>
        </w:rPr>
        <w:t>12:00  aaj is ke pas pachis busain hain pachis to main ne un se kaha logon se ke dekhiye</w:t>
      </w:r>
      <w:r>
        <w:br/>
      </w:r>
      <w:r>
        <w:rPr>
          <w:sz w:val="20"/>
        </w:rPr>
        <w:t>12:08  hamare area mein pehle na road thi na bijli thi na telephone tha kuch bhi nahi tha</w:t>
      </w:r>
      <w:r>
        <w:br/>
      </w:r>
      <w:r>
        <w:rPr>
          <w:sz w:val="20"/>
        </w:rPr>
        <w:t>12:15  ab wahan naddi par pul hai sarak bani hui hai bijli aa gayi hai telephone hai is</w:t>
      </w:r>
      <w:r>
        <w:br/>
      </w:r>
      <w:r>
        <w:rPr>
          <w:sz w:val="20"/>
        </w:rPr>
        <w:t>12:23  ka matlab ke infrastructure ab maujood hai infrastructure ab maujood hai is ko avail kijiye</w:t>
      </w:r>
      <w:r>
        <w:br/>
      </w:r>
      <w:r>
        <w:rPr>
          <w:sz w:val="20"/>
        </w:rPr>
        <w:t>12:30  school banane ka matlab kya tha maujood infrastructure ko avail karna kal mein ne ek sahib se kaha</w:t>
      </w:r>
      <w:r>
        <w:br/>
      </w:r>
      <w:r>
        <w:rPr>
          <w:sz w:val="20"/>
        </w:rPr>
        <w:t>12:38  tha ke zindagi guzarne ke liye nahi hai zindagi avail karne ke liye hai is ka matlab yahi</w:t>
      </w:r>
      <w:r>
        <w:br/>
      </w:r>
      <w:r>
        <w:rPr>
          <w:sz w:val="20"/>
        </w:rPr>
        <w:t>12:46  tha to poora infrastructure hamare gaon ke aas pas maujood ho chuka tha lekin kisi ko samajh nahi</w:t>
      </w:r>
      <w:r>
        <w:br/>
      </w:r>
      <w:r>
        <w:rPr>
          <w:sz w:val="20"/>
        </w:rPr>
        <w:t>12:53  thi kya karein to jab school qaim ho gaya</w:t>
      </w:r>
    </w:p>
    <w:p>
      <w:pPr>
        <w:pStyle w:val="Heading2"/>
      </w:pPr>
      <w:r>
        <w:t>Ego and conscience as entry points for Satan and angels</w:t>
      </w:r>
    </w:p>
    <w:p>
      <w:r>
        <w:rPr>
          <w:color w:val="666666"/>
          <w:sz w:val="18"/>
        </w:rPr>
        <w:t>The Science of Man October 23, 2007 Maulana Wahiduddin Khan · 3m 10s · at 12:55 · https://youtu.be/nhZ6JUSBKOg?t=775</w:t>
      </w:r>
    </w:p>
    <w:p>
      <w:r>
        <w:rPr>
          <w:i/>
        </w:rPr>
        <w:t>“There are two different faculties in a human being.”</w:t>
      </w:r>
    </w:p>
    <w:p>
      <w:r>
        <w:rPr>
          <w:sz w:val="20"/>
        </w:rPr>
        <w:t>12:55  there are two different faculties in a human being. Every man has two faculties—ego and conscience.</w:t>
      </w:r>
      <w:r>
        <w:br/>
      </w:r>
      <w:r>
        <w:rPr>
          <w:sz w:val="20"/>
        </w:rPr>
        <w:t>13:07  Ego and conscience. So, it means—in other words—there are two different entry points in a human personality.</w:t>
      </w:r>
      <w:r>
        <w:br/>
      </w:r>
      <w:r>
        <w:rPr>
          <w:sz w:val="20"/>
        </w:rPr>
        <w:t>13:20  One is ego, and the other is—and the other is conscience. Ego is the entry point of Satan, and conscience is the entry point of angel.</w:t>
      </w:r>
      <w:r>
        <w:br/>
      </w:r>
      <w:r>
        <w:rPr>
          <w:sz w:val="20"/>
        </w:rPr>
        <w:t>13:36  So, every time—so, man lives in different situations, different circumstances.</w:t>
      </w:r>
      <w:r>
        <w:br/>
      </w:r>
      <w:r>
        <w:rPr>
          <w:sz w:val="20"/>
        </w:rPr>
        <w:t>13:45  So, every time, there are some challenges. Every time, there are different kinds of sentiments, different kinds of thinking.</w:t>
      </w:r>
      <w:r>
        <w:br/>
      </w:r>
      <w:r>
        <w:rPr>
          <w:sz w:val="20"/>
        </w:rPr>
        <w:t>13:58  So, for example, if one provokes you and you become angry—so, angry is a phenomenon—anger is a phenomenon of ego.</w:t>
      </w:r>
      <w:r>
        <w:br/>
      </w:r>
      <w:r>
        <w:rPr>
          <w:sz w:val="20"/>
        </w:rPr>
        <w:t>14:13  What is anger? Anger is a phenomenon of ego. So, when you become angry, you open the door for Satan to enter in your personality.</w:t>
      </w:r>
      <w:r>
        <w:br/>
      </w:r>
      <w:r>
        <w:rPr>
          <w:sz w:val="20"/>
        </w:rPr>
        <w:t>14:27  So, anger is the entry point of Satan. When you become angry after provocation, Satan will enter in your personality, and he will activate you,</w:t>
      </w:r>
      <w:r>
        <w:br/>
      </w:r>
      <w:r>
        <w:rPr>
          <w:sz w:val="20"/>
        </w:rPr>
        <w:t>14:43  excite you so that you may become angry and angry. Then, you try to take revenge and all those negative activities.</w:t>
      </w:r>
      <w:r>
        <w:br/>
      </w:r>
      <w:r>
        <w:rPr>
          <w:sz w:val="20"/>
        </w:rPr>
        <w:t>14:58  So, when there is provocation and you become angry, you have to know that this is the point of—this is the—that I have opened the entry point for Satan.</w:t>
      </w:r>
      <w:r>
        <w:br/>
      </w:r>
      <w:r>
        <w:rPr>
          <w:sz w:val="20"/>
        </w:rPr>
        <w:t>15:12  You have to be alert. You have to save yourself.</w:t>
      </w:r>
      <w:r>
        <w:br/>
      </w:r>
      <w:r>
        <w:rPr>
          <w:sz w:val="20"/>
        </w:rPr>
        <w:t>15:20  You have to forgive. You have to adopt the forgiveness. You have to tolerate. You have to ignore. You have to be patient.</w:t>
      </w:r>
      <w:r>
        <w:br/>
      </w:r>
      <w:r>
        <w:rPr>
          <w:sz w:val="20"/>
        </w:rPr>
        <w:t>15:30  So, if you keep patience, if you avoid that provocation, then it means that you</w:t>
      </w:r>
      <w:r>
        <w:br/>
      </w:r>
      <w:r>
        <w:rPr>
          <w:sz w:val="20"/>
        </w:rPr>
        <w:t>15:44  are not allowing Satan to enter in your personality.</w:t>
      </w:r>
      <w:r>
        <w:br/>
      </w:r>
      <w:r>
        <w:rPr>
          <w:sz w:val="20"/>
        </w:rPr>
        <w:t>15:52  And instead, you are giving angels to come and to activate you in a positive terms. So, this is the test of a human being.</w:t>
      </w:r>
      <w:r>
        <w:br/>
      </w:r>
      <w:r>
        <w:rPr>
          <w:sz w:val="20"/>
        </w:rPr>
        <w:t>16:06  Every time, we are between two different possibilities. One is—one may be called negative and the other one positive.</w:t>
      </w:r>
    </w:p>
    <w:p>
      <w:pPr>
        <w:pStyle w:val="Heading2"/>
      </w:pPr>
      <w:r>
        <w:t>Placing Qurans in hotels and answering distribution requests</w:t>
      </w:r>
    </w:p>
    <w:p>
      <w:r>
        <w:rPr>
          <w:color w:val="666666"/>
          <w:sz w:val="18"/>
        </w:rPr>
        <w:t>Conveying The Message of God November 27, 2022 · 2m 20s · at 16:07 · https://youtu.be/1MUWodugLKU?t=967</w:t>
      </w:r>
    </w:p>
    <w:p>
      <w:r>
        <w:rPr>
          <w:i/>
        </w:rPr>
        <w:t>“One activity there is placing Qurans in hotel rooms”</w:t>
      </w:r>
    </w:p>
    <w:p>
      <w:r>
        <w:rPr>
          <w:sz w:val="20"/>
        </w:rPr>
        <w:t>16:07  Ek toh wahan par hotels mein Quran ko rakhne ka program. Ji. Aur aap jante hain ke UAE as a like tourist place aur Dubai especially hotels wahan bohat hain. Ji. Matlab hotels, resort aur jo hai leisure places jo hain woh matlab bohat hain. Toh hum logon ne unko approach kiya aur officially approach karte hain hum.</w:t>
      </w:r>
      <w:r>
        <w:br/>
      </w:r>
      <w:r>
        <w:rPr>
          <w:sz w:val="20"/>
        </w:rPr>
        <w:t>16:33  Matlab baqayde hum email likhte hain unke purchase manager ko aur unke response bhi kafi positive aate hain. Ji. Toh us response ko hum log avail karte hain aur yahan se Doctor Saneel Snehan sahab ke din humein Quran wahan available kara ke rakha hai unhone. Ji. Kafi languages mein. Toh hamare se acha stock rehta hai wahan par.</w:t>
      </w:r>
      <w:r>
        <w:br/>
      </w:r>
      <w:r>
        <w:rPr>
          <w:sz w:val="20"/>
        </w:rPr>
        <w:t>16:57  Toh jab bhi Quran ka koi matlab positive response aata hai hotel se, toh hamare saathi jo hain, jo wahan ke nazdeek hain us hotel ke, woh unko koshish hum yeh karte hain ke in person pahunchayein. Matlab taake un se kuch interaction bhi ho jaye aur yeh ek activity aisi hai jismein humein wahan kafi jo hai positive response mila hai. Ji. Hotel se aur yeh ache bade bade hotels hain, five star hotels ke chains hain, un se bhi.</w:t>
      </w:r>
      <w:r>
        <w:br/>
      </w:r>
      <w:r>
        <w:rPr>
          <w:sz w:val="20"/>
        </w:rPr>
        <w:t>17:25  Doosri jo activity jo hum avail kar rahe hain wahan par, woh hai Quran distribution ke jo request aate hain. Ji.</w:t>
      </w:r>
      <w:r>
        <w:br/>
      </w:r>
      <w:r>
        <w:rPr>
          <w:sz w:val="20"/>
        </w:rPr>
        <w:t>17:33  Toh jaisa aap sab ko maloom hai ke free Quran request toh sari duniya se aata hai aur har jagah, try karte hain ke us saathi unko khud personally dein.</w:t>
      </w:r>
      <w:r>
        <w:br/>
      </w:r>
      <w:r>
        <w:rPr>
          <w:sz w:val="20"/>
        </w:rPr>
        <w:t>17:58  Taake un se kuch interaction ho sake, un se kuch aur sirf Quran ke ilawa hum kuch kitabein de sake agar hum dekhein ke woh kaise matlab woh kitna seeker hai, kitni seeking spirit hai. Otherwise last option hai ke courier kar dete hain hum, agar kisi tareeqe se nahi mil paate hain. Toh ismein hamare liye kafi hum ne isko jo hai matlab positive paya is method ko aur yeh bohat bari country nahi hai. Toh bohat zyada travel nahi hai. Within two hours se hum log almost kahin pahunch sakte hain. Ji.</w:t>
      </w:r>
      <w:r>
        <w:br/>
      </w:r>
      <w:r>
        <w:rPr>
          <w:sz w:val="20"/>
        </w:rPr>
        <w:t>18:27  Toh is is method ko apnane ke baad humein kuch saathi aise hi mile jo bole main aap ke saath judna chahta hoon. Aap ke saath meeting karna chahta hoon. Aap ki baaton ko samajhna chahta hoon aur kitabein bhi hum se ji ji. Toh yeh ek doosra jo hai hum wahan par kar rahe hain. Ji. Iske ilawa teesra jo hai woh aap samjhiye usko personal level par. Yeh toh as a team hum log kar rahe hain. Ji. Hotel mein Quran aur free Quran distribution. Ji.</w:t>
      </w:r>
    </w:p>
    <w:p>
      <w:pPr>
        <w:pStyle w:val="Heading2"/>
      </w:pPr>
      <w:r>
        <w:t>political Islamic movements quietly turned into new kalam</w:t>
      </w:r>
    </w:p>
    <w:p>
      <w:r>
        <w:rPr>
          <w:color w:val="666666"/>
          <w:sz w:val="18"/>
        </w:rPr>
        <w:t>Ilm-e-Kalaam Tajdeed-e-Deen Book by Maulana Wahiduddin Khan · 1m 44s · at 3:28 · https://youtu.be/8OqRuoQaggk?t=208</w:t>
      </w:r>
    </w:p>
    <w:p>
      <w:r>
        <w:rPr>
          <w:i/>
        </w:rPr>
        <w:t>“Hamare deeni madaris 500 saal purani duniya ke liye log tayyar karte hain”</w:t>
      </w:r>
    </w:p>
    <w:p>
      <w:r>
        <w:rPr>
          <w:sz w:val="20"/>
        </w:rPr>
        <w:t>3:28  hamare deeni madaris nihayat ikhlas ke sath aise insan tayyar karne mein masroof hain jo sirf panch sau baras pehle ki duniya mein kaam kar sakte the.</w:t>
      </w:r>
      <w:r>
        <w:br/>
      </w:r>
      <w:r>
        <w:rPr>
          <w:sz w:val="20"/>
        </w:rPr>
        <w:t>3:38  zahiri hai ke aise log maujudah badle hue zamane mein islam ka fikri izhar nahi kar sakte.</w:t>
      </w:r>
      <w:r>
        <w:br/>
      </w:r>
      <w:r>
        <w:rPr>
          <w:sz w:val="20"/>
        </w:rPr>
        <w:t>3:46  woh apne zehn-o-mizaj ki wajah se sirf yahi kar sakte hain ke islam ki kamtar numaindagi kar ke yeh sabit karen ke islam daur-e-science se pehle ki cheez hai, woh aaj ke insan ke liye nahi.</w:t>
      </w:r>
      <w:r>
        <w:br/>
      </w:r>
      <w:r>
        <w:rPr>
          <w:sz w:val="20"/>
        </w:rPr>
        <w:t>4:01  maujudah zamane mein uthne wali kuch tehrikon ne is khala ko pur karne ki koshish ki hai. misal ke taur par woh tehrikain jinon ne islam ki taleemat ko siyasi istilahaat mein bayan kiya, un tehrikon se waqti faide bhi hue, magar badqismati se un tehrikon mein aaghaz hi se kharabi shamil ho gayi.</w:t>
      </w:r>
      <w:r>
        <w:br/>
      </w:r>
      <w:r>
        <w:rPr>
          <w:sz w:val="20"/>
        </w:rPr>
        <w:t>4:20  yeh tehrikain ba-e'tebar-e-haqiqat mutakallimana tehrikain theen jo unniswin sadi ke maghribi afkar ke hangame mein is liye uthein ke islam ko logon ke liye qabil-e-qubool banayen.</w:t>
      </w:r>
      <w:r>
        <w:br/>
      </w:r>
      <w:r>
        <w:rPr>
          <w:sz w:val="20"/>
        </w:rPr>
        <w:t>4:32  magar un ke purjoshe داعyon ne sirf is par iktafa nahi kiya ke woh islam ko siyasi zaban mein bayan karte, balke unhon ne tafsir aur seerat bhi isi nahaj par murattab kar dali.</w:t>
      </w:r>
      <w:r>
        <w:br/>
      </w:r>
      <w:r>
        <w:rPr>
          <w:sz w:val="20"/>
        </w:rPr>
        <w:t>4:46  hata ke yeh ailan bhi kar diya ke mukhtalif zamanon mein jo anbiya aaye, woh isi liye aaye the ke duniya mein khuda ki siyasi hukumat qaim karen.</w:t>
      </w:r>
      <w:r>
        <w:br/>
      </w:r>
      <w:r>
        <w:rPr>
          <w:sz w:val="20"/>
        </w:rPr>
        <w:t>4:55  is tarah unhon ne apne kalami literature ko deen ki tashreeh ka unwan de diya. yeh na sirf deen mein ek jasarat thi, balke is ke zariye se unhon ne apne peeron ko dobara isi jamood mein mubtala kar diya jis mein hamare qadeem deeni idare mubtala chale aa rahe hain.</w:t>
      </w:r>
    </w:p>
    <w:p>
      <w:pPr>
        <w:pStyle w:val="Heading2"/>
      </w:pPr>
      <w:r>
        <w:t>United Nations: resolutions with no power to enforce</w:t>
      </w:r>
    </w:p>
    <w:p>
      <w:r>
        <w:rPr>
          <w:color w:val="666666"/>
          <w:sz w:val="18"/>
        </w:rPr>
        <w:t>The History of Peace (English) November 12, 2006 · 2m 38s · at 14:16 · https://youtu.be/zlIi5eiTPIg?t=856</w:t>
      </w:r>
    </w:p>
    <w:p>
      <w:r>
        <w:rPr>
          <w:i/>
        </w:rPr>
        <w:t>“They adopted a new model called the United Nations”</w:t>
      </w:r>
    </w:p>
    <w:p>
      <w:r>
        <w:rPr>
          <w:sz w:val="20"/>
        </w:rPr>
        <w:t>14:16  they adopted new model that is called united nations organization based in new york.</w:t>
      </w:r>
      <w:r>
        <w:br/>
      </w:r>
      <w:r>
        <w:rPr>
          <w:sz w:val="20"/>
        </w:rPr>
        <w:t>14:29  league of nations was based in jeni</w:t>
      </w:r>
      <w:r>
        <w:br/>
      </w:r>
      <w:r>
        <w:rPr>
          <w:sz w:val="20"/>
        </w:rPr>
        <w:t>14:31  wa. its head quarter was in geneva, but the head quarter of united nations lies in new york. but again, uno is a case of failure.</w:t>
      </w:r>
      <w:r>
        <w:br/>
      </w:r>
      <w:r>
        <w:rPr>
          <w:sz w:val="20"/>
        </w:rPr>
        <w:t>14:47  you know, the method adopted by united nations was resolution, resolution and demand.</w:t>
      </w:r>
      <w:r>
        <w:br/>
      </w:r>
      <w:r>
        <w:rPr>
          <w:sz w:val="20"/>
        </w:rPr>
        <w:t>15:03  but they fail because united nations have no force, no military power.</w:t>
      </w:r>
      <w:r>
        <w:br/>
      </w:r>
      <w:r>
        <w:rPr>
          <w:sz w:val="20"/>
        </w:rPr>
        <w:t>15:11  so united nations can adopt resolutions, but it has no power to implement its resolutions.</w:t>
      </w:r>
      <w:r>
        <w:br/>
      </w:r>
      <w:r>
        <w:rPr>
          <w:sz w:val="20"/>
        </w:rPr>
        <w:t>15:26  so you see everywhere in the world that there are so many problem. so there are so many war and fighting, but nations is quite helpless.</w:t>
      </w:r>
      <w:r>
        <w:br/>
      </w:r>
      <w:r>
        <w:rPr>
          <w:sz w:val="20"/>
        </w:rPr>
        <w:t>15:40  although they issue statements, they adopt resolutions, but in vain because behind these resolutions, there is no power.</w:t>
      </w:r>
      <w:r>
        <w:br/>
      </w:r>
      <w:r>
        <w:rPr>
          <w:sz w:val="20"/>
        </w:rPr>
        <w:t>15:55  they cannot implement their power, decline implement their resolutions.</w:t>
      </w:r>
      <w:r>
        <w:br/>
      </w:r>
      <w:r>
        <w:rPr>
          <w:sz w:val="20"/>
        </w:rPr>
        <w:t>16:07  they have no power to translate their resolutions in practice.</w:t>
      </w:r>
      <w:r>
        <w:br/>
      </w:r>
      <w:r>
        <w:rPr>
          <w:sz w:val="20"/>
        </w:rPr>
        <w:t>16:15  so although its head quarters remain in new york.</w:t>
      </w:r>
      <w:r>
        <w:br/>
      </w:r>
      <w:r>
        <w:rPr>
          <w:sz w:val="20"/>
        </w:rPr>
        <w:t>16:25  i have seen it when i was in new york, but as far as the result is concerned, united nations is completely a case of failure.</w:t>
      </w:r>
      <w:r>
        <w:br/>
      </w:r>
      <w:r>
        <w:rPr>
          <w:sz w:val="20"/>
        </w:rPr>
        <w:t>16:39  united nations, the purpose of united nations was to to bring peace in in international life, but it completely failed.</w:t>
      </w:r>
    </w:p>
    <w:p>
      <w:pPr>
        <w:pStyle w:val="Heading2"/>
      </w:pPr>
      <w:r>
        <w:t>Challenge motivates, avoid discrimination complaint</w:t>
      </w:r>
    </w:p>
    <w:p>
      <w:r>
        <w:rPr>
          <w:color w:val="666666"/>
          <w:sz w:val="18"/>
        </w:rPr>
        <w:t>Revival and Revivalist | June 7, 2015 · 1m 33s · at 38:36 · https://youtu.be/tJqheiPlZ94?t=2316</w:t>
      </w:r>
    </w:p>
    <w:p>
      <w:r>
        <w:rPr>
          <w:i/>
        </w:rPr>
        <w:t>“Jahan scope na ho wahan challenge hota hai”</w:t>
      </w:r>
    </w:p>
    <w:p>
      <w:r>
        <w:rPr>
          <w:sz w:val="20"/>
        </w:rPr>
        <w:t>38:36  jahan scope na ho wahan challenge hota hai.</w:t>
      </w:r>
      <w:r>
        <w:br/>
      </w:r>
      <w:r>
        <w:rPr>
          <w:sz w:val="20"/>
        </w:rPr>
        <w:t>38:40  yeh raaz hai jadeed ka.</w:t>
      </w:r>
      <w:r>
        <w:br/>
      </w:r>
      <w:r>
        <w:rPr>
          <w:sz w:val="20"/>
        </w:rPr>
        <w:t>38:45  tu jo log tajdid ka kaam karne ke liye uthe, unhein yeh sab baatein janna chahiyen.</w:t>
      </w:r>
      <w:r>
        <w:br/>
      </w:r>
      <w:r>
        <w:rPr>
          <w:sz w:val="20"/>
        </w:rPr>
        <w:t>38:49  aur shikayat ki baatein karna ke India mein discrimination hota hai, yeh sab bilkul mein to is ko</w:t>
      </w:r>
      <w:r>
        <w:br/>
      </w:r>
      <w:r>
        <w:rPr>
          <w:sz w:val="20"/>
        </w:rPr>
        <w:t>38:54  haram ke darje mein galat manta hoon.</w:t>
      </w:r>
      <w:r>
        <w:br/>
      </w:r>
      <w:r>
        <w:rPr>
          <w:sz w:val="20"/>
        </w:rPr>
        <w:t>38:58  haram ke darje mein.</w:t>
      </w:r>
      <w:r>
        <w:br/>
      </w:r>
      <w:r>
        <w:rPr>
          <w:sz w:val="20"/>
        </w:rPr>
        <w:t>39:03  chand din hue ek sahab aaye, un ka ke India mein to discrimination hota hai musalmanon ke sath.</w:t>
      </w:r>
      <w:r>
        <w:br/>
      </w:r>
      <w:r>
        <w:rPr>
          <w:sz w:val="20"/>
        </w:rPr>
        <w:t>39:07  to maine kaha ke discrimination ki boli jo bolta hai woh shaitan ki boli bolta hai.</w:t>
      </w:r>
      <w:r>
        <w:br/>
      </w:r>
      <w:r>
        <w:rPr>
          <w:sz w:val="20"/>
        </w:rPr>
        <w:t>39:13  unhone kaha, woh kaise? maine kaha, jab Allah taala ne insan ko paida kiya aur us</w:t>
      </w:r>
      <w:r>
        <w:br/>
      </w:r>
      <w:r>
        <w:rPr>
          <w:sz w:val="20"/>
        </w:rPr>
        <w:t>39:18  ko khalifa banaya to shaitan ne kya kiya tha? yahi to kaha tha ke woh us ko paida</w:t>
      </w:r>
      <w:r>
        <w:br/>
      </w:r>
      <w:r>
        <w:rPr>
          <w:sz w:val="20"/>
        </w:rPr>
        <w:t>39:23  kiya gaya mitti se aur mujhe paida kiya aag se aur mujh ko darja nahi diya, us ko</w:t>
      </w:r>
      <w:r>
        <w:br/>
      </w:r>
      <w:r>
        <w:rPr>
          <w:sz w:val="20"/>
        </w:rPr>
        <w:t>39:29  darja de diya.</w:t>
      </w:r>
      <w:r>
        <w:br/>
      </w:r>
      <w:r>
        <w:rPr>
          <w:sz w:val="20"/>
        </w:rPr>
        <w:t>39:34  yeh to discrimination hai.</w:t>
      </w:r>
      <w:r>
        <w:br/>
      </w:r>
      <w:r>
        <w:rPr>
          <w:sz w:val="20"/>
        </w:rPr>
        <w:t>39:39  yani Iblis samajhta tha ke darja mujh ko milna chahiye kyunke mujhe aag se paida kiya gaya hai</w:t>
      </w:r>
      <w:r>
        <w:br/>
      </w:r>
      <w:r>
        <w:rPr>
          <w:sz w:val="20"/>
        </w:rPr>
        <w:t>39:45  aur mil gaya Adam ko.</w:t>
      </w:r>
      <w:r>
        <w:br/>
      </w:r>
      <w:r>
        <w:rPr>
          <w:sz w:val="20"/>
        </w:rPr>
        <w:t>39:50  to yeh to discrimination hai.</w:t>
      </w:r>
      <w:r>
        <w:br/>
      </w:r>
      <w:r>
        <w:rPr>
          <w:sz w:val="20"/>
        </w:rPr>
        <w:t>39:55  to sab se pehle duniya mein yeh boli bola kaun? shaitan bola.</w:t>
      </w:r>
      <w:r>
        <w:br/>
      </w:r>
      <w:r>
        <w:rPr>
          <w:sz w:val="20"/>
        </w:rPr>
        <w:t>40:00  یعنی language of discrimination جو استعمال کیا جاتا ہے، Satan استعمال کیا۔</w:t>
      </w:r>
      <w:r>
        <w:br/>
      </w:r>
      <w:r>
        <w:rPr>
          <w:sz w:val="20"/>
        </w:rPr>
        <w:t>40:05  ab jo yeh boli bolta hai</w:t>
      </w:r>
    </w:p>
    <w:p>
      <w:pPr>
        <w:pStyle w:val="Heading2"/>
      </w:pPr>
      <w:r>
        <w:t>Becoming a selfless giver, not taker</w:t>
      </w:r>
    </w:p>
    <w:p>
      <w:r>
        <w:rPr>
          <w:color w:val="666666"/>
          <w:sz w:val="18"/>
        </w:rPr>
        <w:t>The Qualities Of God-Fearing Women CPS Women Discussion July 23, 2023 · 1m 36s · at 12:42 · https://youtu.be/YfKcwP5Flp8?t=762</w:t>
      </w:r>
    </w:p>
    <w:p>
      <w:r>
        <w:rPr>
          <w:i/>
        </w:rPr>
        <w:t>“Koi bhi agar sirf aapko unilaterally de raha hai”</w:t>
      </w:r>
    </w:p>
    <w:p>
      <w:r>
        <w:rPr>
          <w:sz w:val="20"/>
        </w:rPr>
        <w:t>12:42  apne har shikayat ko woh apne dil se nikal degi kyun ke usko yeh hoga ke use apne huqooq to Khuda se lene hain, use apne farz ada karne ki chinta hogi aur woh giver ban jayegi poori tarah se. yeh jo yeh jo character hota hai na giver ka isse insaan bahut jaldi mutasir hota hai.</w:t>
      </w:r>
      <w:r>
        <w:br/>
      </w:r>
      <w:r>
        <w:rPr>
          <w:sz w:val="20"/>
        </w:rPr>
        <w:t>13:05  koi bhi agar sirf aapko unilaterally de ja raha hai, apna achha akhlaq show kar raha hai to mushkil hai ke mutasir na hon log. log usse zaroor mutasir hote hain aur aapko dekhte hain ke yeh positive person hai to usse sab log influence bhi hote hain.</w:t>
      </w:r>
      <w:r>
        <w:br/>
      </w:r>
      <w:r>
        <w:rPr>
          <w:sz w:val="20"/>
        </w:rPr>
        <w:t>13:22  to apne emotions ko, ego ko secondary bana diya kisi ne to logon ke upar uska asar padta hai aur bahut zyada haqeeqat pasand hi a jati hai jab hum emotions ko ek taraf rakh dete hain to hum cheezon ko haqeeqat ke taur par dekh paate hain. to yeh do cheezein Khuda parast aurat mein ya god fearing aurat mein bahut zyada dekhne ko milegi aur aisi auraton ka ghar definitely sukoon ki jagah ban jayegi. kyun ke usne apni zindagi ko ba maqsad bana rakha hai.</w:t>
      </w:r>
      <w:r>
        <w:br/>
      </w:r>
      <w:r>
        <w:rPr>
          <w:sz w:val="20"/>
        </w:rPr>
        <w:t>13:51  woh poora uska focus is cheez par hai ke kaise ghar ka mahaul theek ho? kaise woh bachchon ko islami mahaul de sake? aur uska jo moral conduct hai woh Khuda aur Rasool ke bataye hue ahkamon ke par based hoga. woh doosron ke liye bhi wahi chahegi jo khud apne liye chahti hai. jaise ke kabhi bhi woh galat bayani nahi karegi, kisi se jhoot nahi bolegi, ziyadti nahi karegi.</w:t>
      </w:r>
      <w:r>
        <w:br/>
      </w:r>
      <w:r>
        <w:rPr>
          <w:sz w:val="20"/>
        </w:rPr>
        <w:t>14:18  to itni sari pehchan jata hai ke usne galat kiya aur wahi shayad insaan ki sabse badi beauty hai ke woh agar pehchane aur usko pachtawa ho aur woh tauba kare to yeh Allah taala ko sabse zyada pasand hai.</w:t>
      </w:r>
    </w:p>
    <w:p>
      <w:pPr>
        <w:pStyle w:val="Heading2"/>
      </w:pPr>
      <w:r>
        <w:t>Suicide due to recession and greater problem after death</w:t>
      </w:r>
    </w:p>
    <w:p>
      <w:r>
        <w:rPr>
          <w:color w:val="666666"/>
          <w:sz w:val="18"/>
        </w:rPr>
        <w:t>Phenomenon of Degeneration February 21, 2010 Maulana Wahiduddin khan · 1m 41s · at 2:20 · https://youtu.be/_YCfYOVKfhs?t=140</w:t>
      </w:r>
    </w:p>
    <w:p>
      <w:r>
        <w:rPr>
          <w:i/>
        </w:rPr>
        <w:t>“Tax walon se bahut shikayat thi, tax department se.”</w:t>
      </w:r>
    </w:p>
    <w:p>
      <w:r>
        <w:rPr>
          <w:sz w:val="20"/>
        </w:rPr>
        <w:t>2:20  tax walon se bahut hi is ko shikayat thi, tax department se. to is ne suicide karne se pehle ek lamba note likha tha aur us ko internet par daal diya tha us ne.</w:t>
      </w:r>
      <w:r>
        <w:br/>
      </w:r>
      <w:r>
        <w:rPr>
          <w:sz w:val="20"/>
        </w:rPr>
        <w:t>2:33  woh mein ne kal niklwaya us ko.</w:t>
      </w:r>
      <w:r>
        <w:br/>
      </w:r>
      <w:r>
        <w:rPr>
          <w:sz w:val="20"/>
        </w:rPr>
        <w:t>2:38  to dekhen is mein jo sochne ki baat hai woh yeh hai ke ek aadmi jo amreeka ka shehri hai, aaj kal samajhte hain ke amreeka ka shehri hona bohat ziyada khush qismati ki baat hai,</w:t>
      </w:r>
      <w:r>
        <w:br/>
      </w:r>
      <w:r>
        <w:rPr>
          <w:sz w:val="20"/>
        </w:rPr>
        <w:t>2:54  woh itni position wala aadmi tha ke us ke paas private plane tha,</w:t>
      </w:r>
      <w:r>
        <w:br/>
      </w:r>
      <w:r>
        <w:rPr>
          <w:sz w:val="20"/>
        </w:rPr>
        <w:t>3:01  phir bhi khudkushi kar li us ne. to kuch problem us ko thay, economic problem. yahan par jo baat hai woh yeh hai jo mujhe jo cheez bohat ziyada strike hui ke us ne chote evil se bare evil ki taraf chhalang lagai.</w:t>
      </w:r>
      <w:r>
        <w:br/>
      </w:r>
      <w:r>
        <w:rPr>
          <w:sz w:val="20"/>
        </w:rPr>
        <w:t>3:23  jis problem ko woh face kar raha tha woh to bohat hi chota tha kyunke abhi bhi us ke paas jahaz tha, abhi bhi us ke paas ghar tha, abhi bhi us ke paas degree thi, abhi bhi us ke paas yaani pilot ka license tha.</w:t>
      </w:r>
      <w:r>
        <w:br/>
      </w:r>
      <w:r>
        <w:rPr>
          <w:sz w:val="20"/>
        </w:rPr>
        <w:t>3:39  yeh sari cheezen abhi bhi us ke paas theen. aur bhi kya kya hoga? to abhi bhi us ke paas jeene ka sahara tha dunya mein aur suicide kar liya us ne.</w:t>
      </w:r>
      <w:r>
        <w:br/>
      </w:r>
      <w:r>
        <w:rPr>
          <w:sz w:val="20"/>
        </w:rPr>
        <w:t>3:52  to us ne goya lesser problem se nikal kar greater problem ki taraf chhalang lagai.</w:t>
      </w:r>
    </w:p>
    <w:p>
      <w:pPr>
        <w:pStyle w:val="Heading2"/>
      </w:pPr>
      <w:r>
        <w:t>The hadith on arrogance, hidden and open, and its test</w:t>
      </w:r>
    </w:p>
    <w:p>
      <w:r>
        <w:rPr>
          <w:color w:val="666666"/>
          <w:sz w:val="18"/>
        </w:rPr>
        <w:t>Contribution of Sufism in India May 29, 2011 · 2m 32s · at 1:19:11 · https://youtu.be/lzxSaTnomio?t=4751</w:t>
      </w:r>
    </w:p>
    <w:p>
      <w:r>
        <w:rPr>
          <w:i/>
        </w:rPr>
        <w:t>“A hadith: even a mustard seed of arrogance bars heaven”</w:t>
      </w:r>
    </w:p>
    <w:p>
      <w:r>
        <w:rPr>
          <w:sz w:val="20"/>
        </w:rPr>
        <w:t>1:19:11  Maulana Zakwan Nadvi ne Dilli se likha hai: "Hadees mein aaya hai ke jis aadmi ke dil mein rai ke daane ke barabar bhi apni badai ka ehsas hoga, yaani kibr, woh jannat mein entry na pa sakega.</w:t>
      </w:r>
      <w:r>
        <w:br/>
      </w:r>
      <w:r>
        <w:rPr>
          <w:sz w:val="20"/>
        </w:rPr>
        <w:t>1:19:27  Yeh kibr kya cheez hai aur iska ilaaj kya hai?" Yeh to hadees bohat hi zyada tadpaney wali hai.</w:t>
      </w:r>
      <w:r>
        <w:br/>
      </w:r>
      <w:r>
        <w:rPr>
          <w:sz w:val="20"/>
        </w:rPr>
        <w:t>1:19:38  La yadhkhol al-jannata man kan fi qalbi mithqala habbati khardalin min kibr yaani kis qadar zyada yeh tadpaney wali hadees hai ke jis aadmi ke dil mein rai ke daane ke barabar bhi kibr hoga,</w:t>
      </w:r>
      <w:r>
        <w:br/>
      </w:r>
      <w:r>
        <w:rPr>
          <w:sz w:val="20"/>
        </w:rPr>
        <w:t>1:19:56  yaani kibr kehte hain arrogance, woh jannat dakhil nahin jayega. Kya jayega?</w:t>
      </w:r>
      <w:r>
        <w:br/>
      </w:r>
      <w:r>
        <w:rPr>
          <w:sz w:val="20"/>
        </w:rPr>
        <w:t>1:20:04  To sab se zyada aadmi ko isi par sochna hai. Dekhein, ek hota hai kibr khafi, ek hota hai kibr jali, yaani arrogance jo hai, ek khula khula hota hai, ek hidden type ka arrogance hota hai.</w:t>
      </w:r>
      <w:r>
        <w:br/>
      </w:r>
      <w:r>
        <w:rPr>
          <w:sz w:val="20"/>
        </w:rPr>
        <w:t>1:20:22  To khula khula to log jaan lete hain, hidden arrogance ko log nahin jaan paate.</w:t>
      </w:r>
      <w:r>
        <w:br/>
      </w:r>
      <w:r>
        <w:rPr>
          <w:sz w:val="20"/>
        </w:rPr>
        <w:t>1:20:28  Matlab hai ke dil mein to ehsas hai, badai hai. Abu se bol rahe hain, naram naram baatein. Main aise bohat se logon se mila hoon is tarah ka ke woh log samajhte hain ke bohat mutawazin hai, bohat naram boli.</w:t>
      </w:r>
      <w:r>
        <w:br/>
      </w:r>
      <w:r>
        <w:rPr>
          <w:sz w:val="20"/>
        </w:rPr>
        <w:t>1:20:43  Lekin unke jab maine un par tanqeed ki to bhadak uthe woh. Wahi insaan bhadak utha to baaz auqat andar kibr tha, munh se naram boli bol rahe the</w:t>
      </w:r>
      <w:r>
        <w:br/>
      </w:r>
      <w:r>
        <w:rPr>
          <w:sz w:val="20"/>
        </w:rPr>
        <w:t>1:20:53  tab tak jab tak ke log unki haan mein haan mila rahe the. Aur maine tanqeed kardi to bhadak uthe woh. To main samajhta hoon ke pehchan jo hai kibr ki, kibr hai ya nahin ke aap tanqeed ko sun saken.</w:t>
      </w:r>
      <w:r>
        <w:br/>
      </w:r>
      <w:r>
        <w:rPr>
          <w:sz w:val="20"/>
        </w:rPr>
        <w:t>1:21:11  Hindi ka ek maqoola hai ke "chot seh jo shabd ki, waaye guru mein daas".</w:t>
      </w:r>
      <w:r>
        <w:br/>
      </w:r>
      <w:r>
        <w:rPr>
          <w:sz w:val="20"/>
        </w:rPr>
        <w:t>1:21:18  To thoda sa badal ke main kahunga ke "chot seh jo shabd ki" wahi sabit karta hai ke mere andar kibr nahin hai. Tanqeed chuki jo bhadak uthe to yaqeeni proof hai ke uske andar kibr hai,</w:t>
      </w:r>
      <w:r>
        <w:br/>
      </w:r>
      <w:r>
        <w:rPr>
          <w:sz w:val="20"/>
        </w:rPr>
        <w:t>1:21:33  aur kibr hai to jannat ka gate uska nahin khulega. To yeh to sab se badi badi cheez hai jiska hamein introspection karna hai.</w:t>
      </w:r>
    </w:p>
    <w:p>
      <w:pPr>
        <w:pStyle w:val="Heading2"/>
      </w:pPr>
      <w:r>
        <w:t>debunking the myth that eating squash is sunnah</w:t>
      </w:r>
    </w:p>
    <w:p>
      <w:r>
        <w:rPr>
          <w:color w:val="666666"/>
          <w:sz w:val="18"/>
        </w:rPr>
        <w:t>Freedom of Thought in Islam 23 October, 2011 · 3m 02s · at 1:26:07 · https://youtu.be/aGbxRNNOKzo?t=5167</w:t>
      </w:r>
    </w:p>
    <w:p>
      <w:r>
        <w:rPr>
          <w:i/>
        </w:rPr>
        <w:t>“A Mufti said the Prophet liked squash, so eat squash”</w:t>
      </w:r>
    </w:p>
    <w:p>
      <w:r>
        <w:rPr>
          <w:sz w:val="20"/>
        </w:rPr>
        <w:t>1:26:07  ne likha hai: "I have just returned from a program where a Mufti of a Maryland masjid had arrived and was delivering a lecture on the topic 'Love of the Prophet.' He was advising people to love the Prophet by liking the things what he liked.</w:t>
      </w:r>
      <w:r>
        <w:br/>
      </w:r>
      <w:r>
        <w:rPr>
          <w:sz w:val="20"/>
        </w:rPr>
        <w:t>1:26:26  He said the Prophet used to like squash. In Urdu it is kadoo. He said we should all eat squash.</w:t>
      </w:r>
      <w:r>
        <w:br/>
      </w:r>
      <w:r>
        <w:rPr>
          <w:sz w:val="20"/>
        </w:rPr>
        <w:t>1:26:36  The other thing what he said was that on the day of Qayamat the Prophet will stand at the gate of Jannah and will not enter until each and every person of his Ummati has not entered.</w:t>
      </w:r>
      <w:r>
        <w:br/>
      </w:r>
      <w:r>
        <w:rPr>
          <w:sz w:val="20"/>
        </w:rPr>
        <w:t>1:26:51  Is this true? ye sab bilkul baseless baatein hain ke taqir karne wale aisi baatein bola karte hain.</w:t>
      </w:r>
      <w:r>
        <w:br/>
      </w:r>
      <w:r>
        <w:rPr>
          <w:sz w:val="20"/>
        </w:rPr>
        <w:t>1:27:01  Rasool Allah ke maamle mein dekhiye jo basic hamara jo jo hona chahiye tareeqa woh ek aayat mein bata diya gaya hai.</w:t>
      </w:r>
      <w:r>
        <w:br/>
      </w:r>
      <w:r>
        <w:rPr>
          <w:sz w:val="20"/>
        </w:rPr>
        <w:t>1:27:14  Woh aayat hai qul in kuntum tuhibbunallaha fattabi'uni yuhbibkumullahu ye aal imran mein hai, surah aal imran mein qul in kuntum tuhibbunallaha fattabi'uni yuhbibkumullahu</w:t>
      </w:r>
      <w:r>
        <w:br/>
      </w:r>
      <w:r>
        <w:rPr>
          <w:sz w:val="20"/>
        </w:rPr>
        <w:t>1:27:30  Dekhiye iska tarjuma ye hai ke kaho ke agar tum Allah se mohabbat karte ho to Rasool ko ittaba karo.</w:t>
      </w:r>
      <w:r>
        <w:br/>
      </w:r>
      <w:r>
        <w:rPr>
          <w:sz w:val="20"/>
        </w:rPr>
        <w:t>1:27:41  Toh ittaba is se nikalta hai ke Rasool ke baare mein jo matloob hai asal woh ittaba hai. Toh ye lekin ittaba ka matlab ye nahi ke woh kaddu khaye toh hum kaddu khayein, ye hargiz nahi matlab iska hai.</w:t>
      </w:r>
      <w:r>
        <w:br/>
      </w:r>
      <w:r>
        <w:rPr>
          <w:sz w:val="20"/>
        </w:rPr>
        <w:t>1:27:53  Ittaba deen ke maamle mein</w:t>
      </w:r>
      <w:r>
        <w:br/>
      </w:r>
      <w:r>
        <w:rPr>
          <w:sz w:val="20"/>
        </w:rPr>
        <w:t>1:27:58  Ulama ne dekhiye tafreeq ki hai ek sunnat aadiya, sunnat ghair aadiya. Yaani arab ki aadat ke mutabiq kuch cheezein thi wahan par jo Rasool Allah ne ikhtiyar kiya, jaise kaddu kha liya toh kaddu sunnat nahi hai,</w:t>
      </w:r>
      <w:r>
        <w:br/>
      </w:r>
      <w:r>
        <w:rPr>
          <w:sz w:val="20"/>
        </w:rPr>
        <w:t>1:28:14  Woh arab ki aadat hai. Jo sunnat hai woh hai jo Rasool Allah salallahu alaihi wasallam ne zabaan se farmaya ho ke aisa karo.</w:t>
      </w:r>
      <w:r>
        <w:br/>
      </w:r>
      <w:r>
        <w:rPr>
          <w:sz w:val="20"/>
        </w:rPr>
        <w:t>1:28:23  Ke aap ne farmaya ke sallu kama ra'aytumunni usalli namaz is tarah padho dekh kar jaise ke main padhta hoon.</w:t>
      </w:r>
      <w:r>
        <w:br/>
      </w:r>
      <w:r>
        <w:rPr>
          <w:sz w:val="20"/>
        </w:rPr>
        <w:t>1:28:32  Ke aap ne farmaya</w:t>
      </w:r>
      <w:r>
        <w:br/>
      </w:r>
      <w:r>
        <w:rPr>
          <w:sz w:val="20"/>
        </w:rPr>
        <w:t>1:28:34  Toh ye masla ulama ke haan muslim hai ke Rasool Allah ne lafzan jis baat ko kaha ho woh hukum banega. Aur ye jo ye jo hai khane peene ke maamlaat ya kapde ke maamlaat ya sawari ke maamlaat woh nahi hain.</w:t>
      </w:r>
      <w:r>
        <w:br/>
      </w:r>
      <w:r>
        <w:rPr>
          <w:sz w:val="20"/>
        </w:rPr>
        <w:t>1:28:48  Jo mufti sahab ne taqreer ki, kya woh khachchar par sawari karte hain? Oont par sawari karte hain? Woh kaise pahunch gaye America? Kya oont par badh ke America gaye the woh?</w:t>
      </w:r>
      <w:r>
        <w:br/>
      </w:r>
      <w:r>
        <w:rPr>
          <w:sz w:val="20"/>
        </w:rPr>
        <w:t>1:28:58  Ya aisi taqreerein log karte hain, beqarar soch samjhe. Toh sunnat ka matlab ye nahi ke aap oont par sawari karein, khachchar par sawari karein, kaddu khayein. Hargiz nahi.</w:t>
      </w:r>
    </w:p>
    <w:p>
      <w:pPr>
        <w:pStyle w:val="Heading2"/>
      </w:pPr>
      <w:r>
        <w:t>Palestinian youths' war chant answered with a peace chant</w:t>
      </w:r>
    </w:p>
    <w:p>
      <w:r>
        <w:rPr>
          <w:color w:val="666666"/>
          <w:sz w:val="18"/>
        </w:rPr>
        <w:t>Islma A Religion of Peace (English) January 7, 2010 · 1m 13s · at 52:59 · https://youtu.be/YKg_GJj8Hvg?t=3179</w:t>
      </w:r>
    </w:p>
    <w:p>
      <w:r>
        <w:rPr>
          <w:i/>
        </w:rPr>
        <w:t>“I visited Palestine — youngsters were singing in chorus”</w:t>
      </w:r>
    </w:p>
    <w:p>
      <w:r>
        <w:rPr>
          <w:sz w:val="20"/>
        </w:rPr>
        <w:t>52:59  For example, I visited Palestine. There I found that youngsters were singing in chorus.</w:t>
      </w:r>
      <w:r>
        <w:br/>
      </w:r>
      <w:r>
        <w:rPr>
          <w:sz w:val="20"/>
        </w:rPr>
        <w:t>53:12  halman nuqatil halman nuqatil fa in al qital sabil al rashadi This was their song.</w:t>
      </w:r>
      <w:r>
        <w:br/>
      </w:r>
      <w:r>
        <w:rPr>
          <w:sz w:val="20"/>
        </w:rPr>
        <w:t>53:21  It</w:t>
      </w:r>
      <w:r>
        <w:br/>
      </w:r>
      <w:r>
        <w:rPr>
          <w:sz w:val="20"/>
        </w:rPr>
        <w:t>53:22  means that let us wage war, let us wage war, because war is the best solution. I said no.</w:t>
      </w:r>
      <w:r>
        <w:br/>
      </w:r>
      <w:r>
        <w:rPr>
          <w:sz w:val="20"/>
        </w:rPr>
        <w:t>53:32  halman nusallim halman nusallim fa in al salam sabil al rashadi Let us make peace, let us make peace, because peace is the way to success.</w:t>
      </w:r>
      <w:r>
        <w:br/>
      </w:r>
      <w:r>
        <w:rPr>
          <w:sz w:val="20"/>
        </w:rPr>
        <w:t>53:43  So, people are not ready to reth</w:t>
      </w:r>
      <w:r>
        <w:br/>
      </w:r>
      <w:r>
        <w:rPr>
          <w:sz w:val="20"/>
        </w:rPr>
        <w:t>53:46  ink. Now we have to rethink, we have to reassess, we have to revise, and then we have to re-plan. So, the starting point is here.</w:t>
      </w:r>
      <w:r>
        <w:br/>
      </w:r>
      <w:r>
        <w:rPr>
          <w:sz w:val="20"/>
        </w:rPr>
        <w:t>53:58  The starting point is here. That is rethinking, reassessment. Without rethinking, there is no solution, no way out.</w:t>
      </w:r>
    </w:p>
    <w:p>
      <w:pPr>
        <w:pStyle w:val="Heading2"/>
      </w:pPr>
      <w:r>
        <w:t>fighting for truth is not a concept found in the Quran</w:t>
      </w:r>
    </w:p>
    <w:p>
      <w:r>
        <w:rPr>
          <w:color w:val="666666"/>
          <w:sz w:val="18"/>
        </w:rPr>
        <w:t>Peace and Violence June 06, 2009 · 2m 10s · at 57:24 · https://youtu.be/OUXCF-40RGY?t=3444</w:t>
      </w:r>
    </w:p>
    <w:p>
      <w:r>
        <w:rPr>
          <w:i/>
        </w:rPr>
        <w:t>“What does fighting for truth mean? I don't know any verse that says that.”</w:t>
      </w:r>
    </w:p>
    <w:p>
      <w:r>
        <w:rPr>
          <w:sz w:val="20"/>
        </w:rPr>
        <w:t>57:24  this question is from mr. ramesh from delhi: maulana, what does fighting for truth means? what does fighting for truth mean?</w:t>
      </w:r>
      <w:r>
        <w:br/>
      </w:r>
      <w:r>
        <w:rPr>
          <w:sz w:val="20"/>
        </w:rPr>
        <w:t>57:39  i don't know that there is any verse in the quran that say that fight for truth.</w:t>
      </w:r>
      <w:r>
        <w:br/>
      </w:r>
      <w:r>
        <w:rPr>
          <w:sz w:val="20"/>
        </w:rPr>
        <w:t>57:49  no, it is muslims innovation</w:t>
      </w:r>
      <w:r>
        <w:br/>
      </w:r>
      <w:r>
        <w:rPr>
          <w:sz w:val="20"/>
        </w:rPr>
        <w:t>57:54  . fighting, there is only one kind of fighting in islam, that is diffensive fighting. fighting for truth is nothing.</w:t>
      </w:r>
      <w:r>
        <w:br/>
      </w:r>
      <w:r>
        <w:rPr>
          <w:sz w:val="20"/>
        </w:rPr>
        <w:t>58:05  you can't convey the message of truth, but you can not fight for truth.</w:t>
      </w:r>
      <w:r>
        <w:br/>
      </w:r>
      <w:r>
        <w:rPr>
          <w:sz w:val="20"/>
        </w:rPr>
        <w:t>58:14  it is quite unislamic. it was invented by some muslims</w:t>
      </w:r>
      <w:r>
        <w:br/>
      </w:r>
      <w:r>
        <w:rPr>
          <w:sz w:val="20"/>
        </w:rPr>
        <w:t>58:20  . i don't know any verse in the quran that say that you have to fight for truth, not at all.</w:t>
      </w:r>
      <w:r>
        <w:br/>
      </w:r>
      <w:r>
        <w:rPr>
          <w:sz w:val="20"/>
        </w:rPr>
        <w:t>58:31  so, as far truth is concerned, we have to convey the message.</w:t>
      </w:r>
      <w:r>
        <w:br/>
      </w:r>
      <w:r>
        <w:rPr>
          <w:sz w:val="20"/>
        </w:rPr>
        <w:t>58:40  we have to persuade people to adopt the truth peacefully</w:t>
      </w:r>
      <w:r>
        <w:br/>
      </w:r>
      <w:r>
        <w:rPr>
          <w:sz w:val="20"/>
        </w:rPr>
        <w:t>58:47  . but as far the fighting or qital is concerned, that is allowed only when there is attack, there is aggression. and all, and again, this kind of fighting is allowed for states and not for ngos.</w:t>
      </w:r>
      <w:r>
        <w:br/>
      </w:r>
      <w:r>
        <w:rPr>
          <w:sz w:val="20"/>
        </w:rPr>
        <w:t>59:04  very important to know that no individual, no non-governmental organizations are allowed to go to fighting, not at all.</w:t>
      </w:r>
      <w:r>
        <w:br/>
      </w:r>
      <w:r>
        <w:rPr>
          <w:sz w:val="20"/>
        </w:rPr>
        <w:t>59:16  only state is allowed to go to fighting when there is aggression, when there is, there is attack from some neighboring countries.</w:t>
      </w:r>
      <w:r>
        <w:br/>
      </w:r>
      <w:r>
        <w:rPr>
          <w:sz w:val="20"/>
        </w:rPr>
        <w:t>59:28  so, it is to my knowledge, it is very clear in the quran and hadith.</w:t>
      </w:r>
    </w:p>
    <w:p>
      <w:pPr>
        <w:pStyle w:val="Heading2"/>
      </w:pPr>
      <w:r>
        <w:t>Education takes time like oak tree</w:t>
      </w:r>
    </w:p>
    <w:p>
      <w:r>
        <w:rPr>
          <w:color w:val="666666"/>
          <w:sz w:val="18"/>
        </w:rPr>
        <w:t>Nature as a Role Model December 7, 2007 · 2m 23s · at 27:40 · https://youtu.be/QJXLYUfhSSc?t=1660</w:t>
      </w:r>
    </w:p>
    <w:p>
      <w:r>
        <w:rPr>
          <w:i/>
        </w:rPr>
        <w:t>“Maine ek qissa padha ke ek baap gaya ek school mein”</w:t>
      </w:r>
    </w:p>
    <w:p>
      <w:r>
        <w:rPr>
          <w:sz w:val="20"/>
        </w:rPr>
        <w:t>27:40  waqti taraqqi hogi. mein ne ek qissa parha ke ek ek baap gaya ek school mein to us ko principal se us ne kaha ke aap log itna lamba course parhate hain aur bachon ko bees bees saal lag jate hain parhne mein.</w:t>
      </w:r>
      <w:r>
        <w:br/>
      </w:r>
      <w:r>
        <w:rPr>
          <w:sz w:val="20"/>
        </w:rPr>
        <w:t>28:06  aisa course aa jaye ke jaldi se aadmi educated ho jaye.</w:t>
      </w:r>
      <w:r>
        <w:br/>
      </w:r>
      <w:r>
        <w:rPr>
          <w:sz w:val="20"/>
        </w:rPr>
        <w:t>28:14  to principal ne kaha ke dekhiye nature ne is ka answer de rakha hai.</w:t>
      </w:r>
      <w:r>
        <w:br/>
      </w:r>
      <w:r>
        <w:rPr>
          <w:sz w:val="20"/>
        </w:rPr>
        <w:t>28:24  woh kaise? nature ne do tarah ki cheezein dikhai hain aap ko. ek hai bail jo zameen mein phailti hai.</w:t>
      </w:r>
      <w:r>
        <w:br/>
      </w:r>
      <w:r>
        <w:rPr>
          <w:sz w:val="20"/>
        </w:rPr>
        <w:t>28:35  aur ek hai peed jaise oak. oak ka peed OA K. oak ka peed jis ko urdu mein kehte hain shah baloot. angrezi mein kehte hain oak.</w:t>
      </w:r>
      <w:r>
        <w:br/>
      </w:r>
      <w:r>
        <w:rPr>
          <w:sz w:val="20"/>
        </w:rPr>
        <w:t>28:46  OA K. oak ka darakht. to oak ka darakht mature hone mein so saal lag jate hain.</w:t>
      </w:r>
      <w:r>
        <w:br/>
      </w:r>
      <w:r>
        <w:rPr>
          <w:sz w:val="20"/>
        </w:rPr>
        <w:t>28:55  so saal. aur yeh jo bail hai zameen mein jo phailti hai. kankri ki bail, kankri ki bail, kaddu ki bail. is ki umar bohat se bohat chhay mah hoti hai.</w:t>
      </w:r>
      <w:r>
        <w:br/>
      </w:r>
      <w:r>
        <w:rPr>
          <w:sz w:val="20"/>
        </w:rPr>
        <w:t>29:07  chhay mah mein poori tayyar ho gayi. aur phir is ke baad khatam bhi ho gayi. chhay mah ke baad mar gayi. lekin oak jo hai woh so saal tak khara rehta hai.</w:t>
      </w:r>
      <w:r>
        <w:br/>
      </w:r>
      <w:r>
        <w:rPr>
          <w:sz w:val="20"/>
        </w:rPr>
        <w:t>29:17  sukron, senkron saal tak khara rehta hai. to oak banne mein time lagta hai. aur kankri ke bail mein kuch time nahi lagta.</w:t>
      </w:r>
      <w:r>
        <w:br/>
      </w:r>
      <w:r>
        <w:rPr>
          <w:sz w:val="20"/>
        </w:rPr>
        <w:t>29:26  lekin is ki age kitni hai? is ki age kitni hai? to us ne kaha principal ne ke aap apne bachay ko agar kankri ke bail jaisi education chahte hain to hum bhi aap ko chhay mah parha kar aap bhej denge aap ke ghar par.</w:t>
      </w:r>
      <w:r>
        <w:br/>
      </w:r>
      <w:r>
        <w:rPr>
          <w:sz w:val="20"/>
        </w:rPr>
        <w:t>29:42  lekin aap chahte hain ke is ki achi education ho, woh sach much woh learned insan bane to is mein to time lage ga. yahan bhi dekhiye nature jo hai aap ko bata rahi hai ke kaise aap kya karein.</w:t>
      </w:r>
    </w:p>
    <w:p>
      <w:pPr>
        <w:pStyle w:val="Heading2"/>
      </w:pPr>
      <w:r>
        <w:t>Why rebellion against government is forbidden in Islam</w:t>
      </w:r>
    </w:p>
    <w:p>
      <w:r>
        <w:rPr>
          <w:color w:val="666666"/>
          <w:sz w:val="18"/>
        </w:rPr>
        <w:t>Islamic Pacifism I May 08, 2011 · 2m 02s · at 38:22 · https://youtu.be/fkd605HEfRY?t=2302</w:t>
      </w:r>
    </w:p>
    <w:p>
      <w:r>
        <w:rPr>
          <w:i/>
        </w:rPr>
        <w:t>“Jo hukoomat qaim ho jaye, usay accept karo, khuruj mat karo”</w:t>
      </w:r>
    </w:p>
    <w:p>
      <w:r>
        <w:rPr>
          <w:sz w:val="20"/>
        </w:rPr>
        <w:t>38:22  ismein do usool mein arz karunga aap ko. number one, dekhiye ke jisko kehte hain dakhli baghawat.</w:t>
      </w:r>
      <w:r>
        <w:br/>
      </w:r>
      <w:r>
        <w:rPr>
          <w:sz w:val="20"/>
        </w:rPr>
        <w:t>38:38  jisko kehte hain khurooj. yaani</w:t>
      </w:r>
      <w:r>
        <w:br/>
      </w:r>
      <w:r>
        <w:rPr>
          <w:sz w:val="20"/>
        </w:rPr>
        <w:t>38:44  rebel karte hain jo log apni apni hukumat se rebel karte hain. isko aap ne islam mein haram qarar de diya.</w:t>
      </w:r>
      <w:r>
        <w:br/>
      </w:r>
      <w:r>
        <w:rPr>
          <w:sz w:val="20"/>
        </w:rPr>
        <w:t>38:54  yeh usool islam mein banaya aap ne ke jo hukumat ek baar qaim ho jaye, jo establish ho jaye, jiska control ho jaye mulk ke upar, to bas isko accept karo.</w:t>
      </w:r>
      <w:r>
        <w:br/>
      </w:r>
      <w:r>
        <w:rPr>
          <w:sz w:val="20"/>
        </w:rPr>
        <w:t>39:11  iske khilaf baghawat mat karo, khurooj mat karo.</w:t>
      </w:r>
      <w:r>
        <w:br/>
      </w:r>
      <w:r>
        <w:rPr>
          <w:sz w:val="20"/>
        </w:rPr>
        <w:t>39:18  yeh bohat badi policy thi. iska matlab yeh nahin tha ke sirf ek saal bhi hukm nahin tha yeh.</w:t>
      </w:r>
      <w:r>
        <w:br/>
      </w:r>
      <w:r>
        <w:rPr>
          <w:sz w:val="20"/>
        </w:rPr>
        <w:t>39:24  kyun? jab aadmi khurooj nahin karega, baghawat nahin karega to kya karega? peaceful work karega woh.</w:t>
      </w:r>
      <w:r>
        <w:br/>
      </w:r>
      <w:r>
        <w:rPr>
          <w:sz w:val="20"/>
        </w:rPr>
        <w:t>39:34  yaani bajaye iske ke political takrao karo, tum peace ke maidan mein kaam karo. yaani dawah work, educational work, business waghera waghera.</w:t>
      </w:r>
      <w:r>
        <w:br/>
      </w:r>
      <w:r>
        <w:rPr>
          <w:sz w:val="20"/>
        </w:rPr>
        <w:t>39:47  yaani other than political confrontation, jitne bhi maidan hain ismein kaam karo. to political maidan to sau mein ek hai.</w:t>
      </w:r>
      <w:r>
        <w:br/>
      </w:r>
      <w:r>
        <w:rPr>
          <w:sz w:val="20"/>
        </w:rPr>
        <w:t>39:59  nannave percent, dekhiye, sau mein ek jo hai, ismein involvement ki wajah se kya hota hai ke nannave jo doosre mawaqe hain, woh ismein kaam banda ho jata hai.</w:t>
      </w:r>
      <w:r>
        <w:br/>
      </w:r>
      <w:r>
        <w:rPr>
          <w:sz w:val="20"/>
        </w:rPr>
        <w:t>40:14  to aap ne isko haram qarar de diya ke mulk mein jab hukumat qaim ho jaye to iske khilaf khurooj karein log.</w:t>
      </w:r>
    </w:p>
    <w:p>
      <w:pPr>
        <w:pStyle w:val="Heading2"/>
      </w:pPr>
      <w:r>
        <w:t>Prophet Yunus's story: leaving and returning to his people</w:t>
      </w:r>
    </w:p>
    <w:p>
      <w:r>
        <w:rPr>
          <w:color w:val="666666"/>
          <w:sz w:val="18"/>
        </w:rPr>
        <w:t>CPS Women Interaction 5 May 29, 2022 · 1m 38s · at 9:19 · https://youtu.be/1mvBJMTnKuM?t=559</w:t>
      </w:r>
    </w:p>
    <w:p>
      <w:r>
        <w:rPr>
          <w:i/>
        </w:rPr>
        <w:t>“Aapko yaad hoga ki paighambar Yunus ne dawat ka kaam kiya”</w:t>
      </w:r>
    </w:p>
    <w:p>
      <w:r>
        <w:rPr>
          <w:sz w:val="20"/>
        </w:rPr>
        <w:t>9:19  to yeh kaam dekhiye aisa hai ke aap logon ko yaad hoga ke prambar yunus jo the unhone dawat ka kaam kiya lekin unko aisa laga ke unki community jo hai ab dawat ka asar ko bol nahin karegi to unhone us community ko chhodkar chale aaya hai. phir woh lamba kissa hai unko machhli ne nikal liya.</w:t>
      </w:r>
      <w:r>
        <w:br/>
      </w:r>
      <w:r>
        <w:rPr>
          <w:sz w:val="20"/>
        </w:rPr>
        <w:t>9:42  phir unko allah ne hukum diya machhli ko to unko sahil par lakar chhod diya to phir uske baad unko realize ho gaya ke unhone galti ki hai us community ko chhodkar phir to is wajah se unhone bahut zyada allah se duaen ki, allah se maafi mangi. to allah ne phir unko theek kiya aur woh dobara wahan par community ke paas gae aur woh community ko unhone jo chhod diya tha to unka error of judgement tha.</w:t>
      </w:r>
      <w:r>
        <w:br/>
      </w:r>
      <w:r>
        <w:rPr>
          <w:sz w:val="20"/>
        </w:rPr>
        <w:t>10:12  to woh community jo hai woh baqayda unka intezar kar rahi thi. usko samajh mein aa gaya tha ke usne unki baat na sunkar galti ki hai to woh intezar kar rahi thi woh. to woh gae to saare logon ne unki baat suni aur saare log unke followers van gae. to agar raaste mein hamein kabhi koi dikkat aati hai, koi pareshani aati hai to yeh na sochenge yeh log jo hain aap hamari baat nahin sunenge. balki aap log aapka kaam koshish karte rehna hai.</w:t>
      </w:r>
      <w:r>
        <w:br/>
      </w:r>
      <w:r>
        <w:rPr>
          <w:sz w:val="20"/>
        </w:rPr>
        <w:t>10:40  har halat mein koshish karte rehna hai baqi woh allah ki tafeeq se hota hai ke kaun kitni baat hum sunega, kahan tak sunega aur kahan tak allah ki baaton par dhyan dega woh allah ka kaam hai. aapko sirf kaam karte rehna hai.</w:t>
      </w:r>
      <w:r>
        <w:br/>
      </w:r>
      <w:r>
        <w:rPr>
          <w:sz w:val="20"/>
        </w:rPr>
        <w:t>10:57  to ab aap dekhiye ke aaj musalman yeh kaam nahin kar rahe hain to mulana ne likha hai ke musalman chukr ne yeh kaam chhod diya hai to sari duniya mein musalman jis tarike se hazrat, you know saleh salam machhli ke pet mein chale gae the waise hi musalman jo hain woh masaahil ke pet mein chale gae hain. shayad allam mein likha hua hai na? dawat hi islam. dawat hi islam mein ab musalman jo hain har jagah masaahil ke pet mein chalenge.</w:t>
      </w:r>
    </w:p>
    <w:p>
      <w:pPr>
        <w:pStyle w:val="Heading2"/>
      </w:pPr>
      <w:r>
        <w:t>Distinguishing Islam from Muslims</w:t>
      </w:r>
    </w:p>
    <w:p>
      <w:r>
        <w:rPr>
          <w:color w:val="666666"/>
          <w:sz w:val="18"/>
        </w:rPr>
        <w:t>Living in Peace and Harmony in a Multicultural World | February 9, 2016 Full · 2m 00s · at 49:27 · https://youtu.be/jRR83pRA6QU?t=2967</w:t>
      </w:r>
    </w:p>
    <w:p>
      <w:r>
        <w:rPr>
          <w:i/>
        </w:rPr>
        <w:t>“Dekhiye, mein samajhta hoon ke donon question ka ek hi answer hai”</w:t>
      </w:r>
    </w:p>
    <w:p>
      <w:r>
        <w:rPr>
          <w:sz w:val="20"/>
        </w:rPr>
        <w:t>49:27  kyun ke yeh scientific study isi ka naam hota hai.</w:t>
      </w:r>
      <w:r>
        <w:br/>
      </w:r>
      <w:r>
        <w:rPr>
          <w:sz w:val="20"/>
        </w:rPr>
        <w:t>49:34  scientific study yahi hai ke aap authentic jo source hai, us se rai banayein.</w:t>
      </w:r>
      <w:r>
        <w:br/>
      </w:r>
      <w:r>
        <w:rPr>
          <w:sz w:val="20"/>
        </w:rPr>
        <w:t>49:42  musalman authentic source nahi hai, musalman authentic source nahi hai islam ko janne ka.</w:t>
      </w:r>
      <w:r>
        <w:br/>
      </w:r>
      <w:r>
        <w:rPr>
          <w:sz w:val="20"/>
        </w:rPr>
        <w:t>49:49  islam ko janne ka jo authentic source hai, woh quran hai aur sunnat hai. musalman</w:t>
      </w:r>
      <w:r>
        <w:br/>
      </w:r>
      <w:r>
        <w:rPr>
          <w:sz w:val="20"/>
        </w:rPr>
        <w:t>49:57  to ek community hain, jaisa main doosri misaal deta hoon ke india mein hindu log hain, hum hindu</w:t>
      </w:r>
      <w:r>
        <w:br/>
      </w:r>
      <w:r>
        <w:rPr>
          <w:sz w:val="20"/>
        </w:rPr>
        <w:t>50:03  logon ko apna bhai samajhte hain, lekin kya hindu log jo hain, woh source ban sakte hain yeh</w:t>
      </w:r>
      <w:r>
        <w:br/>
      </w:r>
      <w:r>
        <w:rPr>
          <w:sz w:val="20"/>
        </w:rPr>
        <w:t>50:09  سمجھنے کا کہ what یعنی ویدانتک کیا ہے؟ آپ کو اگر جانتا ہے کہ ویدانتک کیا ہے تو</w:t>
      </w:r>
      <w:r>
        <w:br/>
      </w:r>
      <w:r>
        <w:rPr>
          <w:sz w:val="20"/>
        </w:rPr>
        <w:t>50:15  aap ko book padhna parega.</w:t>
      </w:r>
      <w:r>
        <w:br/>
      </w:r>
      <w:r>
        <w:rPr>
          <w:sz w:val="20"/>
        </w:rPr>
        <w:t>50:21  ya india ki jo society mein jo log hain, kya woh source ban sakte hain ke india ka constitution kya</w:t>
      </w:r>
      <w:r>
        <w:br/>
      </w:r>
      <w:r>
        <w:rPr>
          <w:sz w:val="20"/>
        </w:rPr>
        <w:t>50:27  hai? aap ko janna hai constitution to aap ko constitution ko padhna parega.</w:t>
      </w:r>
      <w:r>
        <w:br/>
      </w:r>
      <w:r>
        <w:rPr>
          <w:sz w:val="20"/>
        </w:rPr>
        <w:t>50:32  to there is difference between text and community, yeh har jagah hai, koi islam hi ki baat nahi</w:t>
      </w:r>
      <w:r>
        <w:br/>
      </w:r>
      <w:r>
        <w:rPr>
          <w:sz w:val="20"/>
        </w:rPr>
        <w:t>50:37  hai, christianity mein bhi yahi baat hai, har jagah.</w:t>
      </w:r>
      <w:r>
        <w:br/>
      </w:r>
      <w:r>
        <w:rPr>
          <w:sz w:val="20"/>
        </w:rPr>
        <w:t>50:42  to scientific study ka tareeqa yeh hai ke aap jo authentic source hai, us ko dekhein, kyun ke insan</w:t>
      </w:r>
      <w:r>
        <w:br/>
      </w:r>
      <w:r>
        <w:rPr>
          <w:sz w:val="20"/>
        </w:rPr>
        <w:t>50:47  to apne rai pe chal sakta hai, kuch bhi kar sakta hai, lekin authentic source to woh nahi hai.</w:t>
      </w:r>
      <w:r>
        <w:br/>
      </w:r>
      <w:r>
        <w:rPr>
          <w:sz w:val="20"/>
        </w:rPr>
        <w:t>50:52  keh state ko jaan</w:t>
      </w:r>
      <w:r>
        <w:br/>
      </w:r>
      <w:r>
        <w:rPr>
          <w:sz w:val="20"/>
        </w:rPr>
        <w:t>50:57  na hai to New Testament padhiye, India ke legal system ko janna hai to Constitution padhiye, Hindu logon</w:t>
      </w:r>
      <w:r>
        <w:br/>
      </w:r>
      <w:r>
        <w:rPr>
          <w:sz w:val="20"/>
        </w:rPr>
        <w:t>51:03  ko janna hai to geeta parhiye.</w:t>
      </w:r>
      <w:r>
        <w:br/>
      </w:r>
      <w:r>
        <w:rPr>
          <w:sz w:val="20"/>
        </w:rPr>
        <w:t>51:09  yahi mein kehta hoon islam ke bare mein bhi hai, mein koi nai baat nahi kar raha, yeh</w:t>
      </w:r>
      <w:r>
        <w:br/>
      </w:r>
      <w:r>
        <w:rPr>
          <w:sz w:val="20"/>
        </w:rPr>
        <w:t>51:15  to sari dunya mein accepted principle hai, accepted bismillah hir rahman nir rahim satakallamu bilisani alarabi ana saeedun bilqaa'i</w:t>
      </w:r>
      <w:r>
        <w:br/>
      </w:r>
      <w:r>
        <w:rPr>
          <w:sz w:val="20"/>
        </w:rPr>
        <w:t>51:21  maulana wahiduddin khan</w:t>
      </w:r>
    </w:p>
    <w:p>
      <w:pPr>
        <w:pStyle w:val="Heading2"/>
      </w:pPr>
      <w:r>
        <w:t>Hadith on women's intellect and selfish influence</w:t>
      </w:r>
    </w:p>
    <w:p>
      <w:r>
        <w:rPr>
          <w:color w:val="666666"/>
          <w:sz w:val="18"/>
        </w:rPr>
        <w:t>The Qualities Of God-Fearing Women CPS Women Discussion July 23, 2023 · 2m 04s · at 5:05 · https://youtu.be/YfKcwP5Flp8?t=305</w:t>
      </w:r>
    </w:p>
    <w:p>
      <w:r>
        <w:rPr>
          <w:i/>
        </w:rPr>
        <w:t>“Maine kisi ko nahi dekha jo aqal mein kam ho”</w:t>
      </w:r>
    </w:p>
    <w:p>
      <w:r>
        <w:rPr>
          <w:sz w:val="20"/>
        </w:rPr>
        <w:t>5:05  Maine kisi ko nahi dekha jo aqal aur deen mein kam hone ke bawajood woh kisi danishmand aadmi ki aqal ko is tarah kha jaaye. Jis tarah tum auraton mein se koi aurat kisi mard ki aqal kha jaati hai. Toh yeh Maulana Sahab dekhte hi hai yeh koi aisi alag se ek aurat nahi hai jo saari saari auratein aisi nahi hoti hain. Jo Khuda ka dar lagti hain woh is tarah ka kaam nahi karti hain.</w:t>
      </w:r>
      <w:r>
        <w:br/>
      </w:r>
      <w:r>
        <w:rPr>
          <w:sz w:val="20"/>
        </w:rPr>
        <w:t>5:31  Toh jo aurat gairat nahi rakhti yeh aurat woh hai jiski khudgarzi uske insaaf ke jazbe par ghalib aa jaaye. Woh mard koi aurat yeh kaam apni haqeer faayde ke liye karti hai.</w:t>
      </w:r>
      <w:r>
        <w:br/>
      </w:r>
      <w:r>
        <w:rPr>
          <w:sz w:val="20"/>
        </w:rPr>
        <w:t>5:59  Woh mard ke zehan ko khamoshi ke saath mutasir karti rehti hai. Yahan tak ki mard bhi shoori ya ghaishori taur par uske haqeer faayde mein uske saath shareek ho jaata hai. Woh Khuda ki taraf se behtareen aqal lekar paida hota hai. Woh ilm amal ki duniya mein bade bade kaarname anjaam de sakta hai magar aurat ke fareb mein aakar uske andar zehni tarraqi ka amal ruk jaata hai.</w:t>
      </w:r>
      <w:r>
        <w:br/>
      </w:r>
      <w:r>
        <w:rPr>
          <w:sz w:val="20"/>
        </w:rPr>
        <w:t>6:23  Iske liye amalan yeh namumkin ho jaata hai aur kisi badi baat ke liye sochiye, kisi bade maqsad ke liye apna nishaan ab maqsad ko apna nishaan apnaaye. Toh yeh baat zindagi itni hi hai usko aala maqsad se kamtar kisi system kisi kamtar cheez ke liye na istemaal kiya jaaye. Yeh Maulana Sahab ne likha hai.</w:t>
      </w:r>
      <w:r>
        <w:br/>
      </w:r>
      <w:r>
        <w:rPr>
          <w:sz w:val="20"/>
        </w:rPr>
        <w:t>6:41  Toh is hadith ko se saabit hota hai ki woh jo yeh jo saari cheezein jo quality aurat ki hain ki ek aurat sirf apne poore ghar nahi balki poori insaniyat ke liye rehmat ban jayegi.</w:t>
      </w:r>
      <w:r>
        <w:br/>
      </w:r>
      <w:r>
        <w:rPr>
          <w:sz w:val="20"/>
        </w:rPr>
        <w:t>7:09  Toh taleem ka matlab abhi humko samajhna chahiye ki aam taur se log yahi jaante hain ki education jo hoti hai woh formal education hi hai aur sabhi apni bachchon ko apni ladkiyon ko formal education ki badi badi jagah dilate rehte hain. Magar degree sirf usi yeh degree jo hai sirf isi duniya tak hai.</w:t>
      </w:r>
    </w:p>
    <w:p>
      <w:pPr>
        <w:pStyle w:val="Heading2"/>
      </w:pPr>
      <w:r>
        <w:t>Sir Syed Ahmad Khan founds Aligarh with dual education</w:t>
      </w:r>
    </w:p>
    <w:p>
      <w:r>
        <w:rPr>
          <w:color w:val="666666"/>
          <w:sz w:val="18"/>
        </w:rPr>
        <w:t>Islam in the Modern Age December 08, 2006 Maulana Wahiduddin Khan · 1m 57s · at 3:08 · https://youtu.be/sToYBVIXSxQ?t=188</w:t>
      </w:r>
    </w:p>
    <w:p>
      <w:r>
        <w:rPr>
          <w:i/>
        </w:rPr>
        <w:t>“Sir Syed Ahmad Khan was a famous educationist”</w:t>
      </w:r>
    </w:p>
    <w:p>
      <w:r>
        <w:rPr>
          <w:sz w:val="20"/>
        </w:rPr>
        <w:t>3:08  sir syed ahmed khan bohat hi mashhoor educationist hain.</w:t>
      </w:r>
      <w:r>
        <w:br/>
      </w:r>
      <w:r>
        <w:rPr>
          <w:sz w:val="20"/>
        </w:rPr>
        <w:t>3:16  to unhon ne 1875, 1875 mein ek muslim college qaim kiya aligarh mein.</w:t>
      </w:r>
      <w:r>
        <w:br/>
      </w:r>
      <w:r>
        <w:rPr>
          <w:sz w:val="20"/>
        </w:rPr>
        <w:t>3:31  is ka naam tha anglo mohammadan oriental college,</w:t>
      </w:r>
      <w:r>
        <w:br/>
      </w:r>
      <w:r>
        <w:rPr>
          <w:sz w:val="20"/>
        </w:rPr>
        <w:t>3:37  jo baad ko university ban gaya. aur ab aap jante hain ke woh aligarh muslim university ke naam se mashhoor hai.</w:t>
      </w:r>
      <w:r>
        <w:br/>
      </w:r>
      <w:r>
        <w:rPr>
          <w:sz w:val="20"/>
        </w:rPr>
        <w:t>3:48  to</w:t>
      </w:r>
      <w:r>
        <w:br/>
      </w:r>
      <w:r>
        <w:rPr>
          <w:sz w:val="20"/>
        </w:rPr>
        <w:t>3:52  sir syed ahmed khan ne apne is ta'limi idare mein dono qism ki learning ka</w:t>
      </w:r>
      <w:r>
        <w:br/>
      </w:r>
      <w:r>
        <w:rPr>
          <w:sz w:val="20"/>
        </w:rPr>
        <w:t>4:04  ko rakha tha.</w:t>
      </w:r>
      <w:r>
        <w:br/>
      </w:r>
      <w:r>
        <w:rPr>
          <w:sz w:val="20"/>
        </w:rPr>
        <w:t>4:07  yani islamic learning bhi aur modern learning bhi. wahan par ek full-fledged department tha islamic theology ka.</w:t>
      </w:r>
      <w:r>
        <w:br/>
      </w:r>
      <w:r>
        <w:rPr>
          <w:sz w:val="20"/>
        </w:rPr>
        <w:t>4:17  islamic theology. har hostel mein namaz ka intizam tha. har hostel mein. baqayda jama'at ke sath namaz ka intizam.</w:t>
      </w:r>
      <w:r>
        <w:br/>
      </w:r>
      <w:r>
        <w:rPr>
          <w:sz w:val="20"/>
        </w:rPr>
        <w:t>4:30  aur bohat sari cheezen.</w:t>
      </w:r>
      <w:r>
        <w:br/>
      </w:r>
      <w:r>
        <w:rPr>
          <w:sz w:val="20"/>
        </w:rPr>
        <w:t>4:32  to sir syed ahmed khan ka mashhoor hai ke unhon ne kaha ke hum aise musalman banana chahte hain jin ke ek hath mein quran ho aur doosre hath mein science ho.</w:t>
      </w:r>
      <w:r>
        <w:br/>
      </w:r>
      <w:r>
        <w:rPr>
          <w:sz w:val="20"/>
        </w:rPr>
        <w:t>4:48  to yeh jo koshish sir syed ahmed khan ne shuru ki, jo barhti rahi, barhti rahi, yahan tak ke university ban gayi, to is ko ab 130 years beet chuke hain.</w:t>
      </w:r>
    </w:p>
    <w:p>
      <w:pPr>
        <w:pStyle w:val="Heading2"/>
      </w:pPr>
      <w:r>
        <w:t>Reinterpreting Islam in modern terminology with example</w:t>
      </w:r>
    </w:p>
    <w:p>
      <w:r>
        <w:rPr>
          <w:color w:val="666666"/>
          <w:sz w:val="18"/>
        </w:rPr>
        <w:t>Reinterpretation of Islam April 12, 2009 Maulana Wahiduddin Khan · 2m 52s · at 5:53 · https://youtu.be/kut_WRX7mZ4?t=353</w:t>
      </w:r>
    </w:p>
    <w:p>
      <w:r>
        <w:rPr>
          <w:i/>
        </w:rPr>
        <w:t>“Dekhiye, saara maamala yeh Islam kya hai? Universal facts.”</w:t>
      </w:r>
    </w:p>
    <w:p>
      <w:r>
        <w:rPr>
          <w:sz w:val="20"/>
        </w:rPr>
        <w:t>5:53  dekhen, sara muamla yeh islam kya hai? universal facts. islam is nothing but a statement of.</w:t>
      </w:r>
      <w:r>
        <w:br/>
      </w:r>
      <w:r>
        <w:rPr>
          <w:sz w:val="20"/>
        </w:rPr>
        <w:t>6:04  islam is nothing but a statement of universal facts.</w:t>
      </w:r>
      <w:r>
        <w:br/>
      </w:r>
      <w:r>
        <w:rPr>
          <w:sz w:val="20"/>
        </w:rPr>
        <w:t>6:10  lekin islam ko seven century mein reveal kiya gaya. to seven century ke idiom mein is ko ban kiya gaya.</w:t>
      </w:r>
      <w:r>
        <w:br/>
      </w:r>
      <w:r>
        <w:rPr>
          <w:sz w:val="20"/>
        </w:rPr>
        <w:t>6:24  universal statement in the terminology of seven century. ab hamein, ab hum twenty first century mein hain.</w:t>
      </w:r>
      <w:r>
        <w:br/>
      </w:r>
      <w:r>
        <w:rPr>
          <w:sz w:val="20"/>
        </w:rPr>
        <w:t>6:36  to hamein kya karna hoga? we have to re explain, we have to re interpret islamic principles in modern terms.</w:t>
      </w:r>
      <w:r>
        <w:br/>
      </w:r>
      <w:r>
        <w:rPr>
          <w:sz w:val="20"/>
        </w:rPr>
        <w:t>6:48  yeh karna hai hamein.</w:t>
      </w:r>
      <w:r>
        <w:br/>
      </w:r>
      <w:r>
        <w:rPr>
          <w:sz w:val="20"/>
        </w:rPr>
        <w:t>6:53  then we will be able to understand the quranic message. i will give an example to restrict this point. i will give an example.</w:t>
      </w:r>
      <w:r>
        <w:br/>
      </w:r>
      <w:r>
        <w:rPr>
          <w:sz w:val="20"/>
        </w:rPr>
        <w:t>7:06  dekhen, aik bohat baray scholar thay. un ka naam tha Maulana Amin Ahsan Islahi.</w:t>
      </w:r>
      <w:r>
        <w:br/>
      </w:r>
      <w:r>
        <w:rPr>
          <w:sz w:val="20"/>
        </w:rPr>
        <w:t>7:16  he was born in india, perhaps in nineteen four, unnis sau chaar mein. then he migrated to pakistan.</w:t>
      </w:r>
      <w:r>
        <w:br/>
      </w:r>
      <w:r>
        <w:rPr>
          <w:sz w:val="20"/>
        </w:rPr>
        <w:t>7:28  and he died in pakistan in nineteen ninety eight. unhon ne commentary likhi hai quran ki, eight volumes mein.</w:t>
      </w:r>
      <w:r>
        <w:br/>
      </w:r>
      <w:r>
        <w:rPr>
          <w:sz w:val="20"/>
        </w:rPr>
        <w:t>7:42  to un ke aik disciple thay, Mr Hasan Tahami. he is alive. unhon ne mujhe bataya.</w:t>
      </w:r>
      <w:r>
        <w:br/>
      </w:r>
      <w:r>
        <w:rPr>
          <w:sz w:val="20"/>
        </w:rPr>
        <w:t>7:54  he asked to Mr, to Maulana Islahi: "what the gist of the quran?" yani quran ka khulasa kya hai?</w:t>
      </w:r>
      <w:r>
        <w:br/>
      </w:r>
      <w:r>
        <w:rPr>
          <w:sz w:val="20"/>
        </w:rPr>
        <w:t>8:04  yeh poocha unhon ne.</w:t>
      </w:r>
      <w:r>
        <w:br/>
      </w:r>
      <w:r>
        <w:rPr>
          <w:sz w:val="20"/>
        </w:rPr>
        <w:t>8:08  to Maulana Islahi ne kaha:</w:t>
      </w:r>
      <w:r>
        <w:br/>
      </w:r>
      <w:r>
        <w:rPr>
          <w:sz w:val="20"/>
        </w:rPr>
        <w:t>8:14  "az waz reported by Mr. Tahami:</w:t>
      </w:r>
      <w:r>
        <w:br/>
      </w:r>
      <w:r>
        <w:rPr>
          <w:sz w:val="20"/>
        </w:rPr>
        <w:t>8:20  sarguzisht anzaar. " das waz da exact word of Maulana Islahi. sarguzisht anzaar.</w:t>
      </w:r>
      <w:r>
        <w:br/>
      </w:r>
      <w:r>
        <w:rPr>
          <w:sz w:val="20"/>
        </w:rPr>
        <w:t>8:28  yani record of warning. record of divine warning. ab dekhen, record of warning ya record of divine warning is not understandable for modern man.</w:t>
      </w:r>
    </w:p>
    <w:p>
      <w:pPr>
        <w:pStyle w:val="Heading2"/>
      </w:pPr>
      <w:r>
        <w:t>state terrorism doesn't exist, wrong Muslim leaders do</w:t>
      </w:r>
    </w:p>
    <w:p>
      <w:r>
        <w:rPr>
          <w:color w:val="666666"/>
          <w:sz w:val="18"/>
        </w:rPr>
        <w:t>Peaceful Activism vs Violent Activism May 23, 2009 · 2m 51s · at 53:32 · https://youtu.be/LlwiET1Kb5w?t=3212</w:t>
      </w:r>
    </w:p>
    <w:p>
      <w:r>
        <w:rPr>
          <w:i/>
        </w:rPr>
        <w:t>“We hear a new word today: state terrorism.”</w:t>
      </w:r>
    </w:p>
    <w:p>
      <w:r>
        <w:rPr>
          <w:sz w:val="20"/>
        </w:rPr>
        <w:t>53:32  we hear a new word today: "state terrorism". this are acts of terrorism conducted by governments. in your opinion, is there any thing called state terrorism</w:t>
      </w:r>
      <w:r>
        <w:br/>
      </w:r>
      <w:r>
        <w:rPr>
          <w:sz w:val="20"/>
        </w:rPr>
        <w:t>53:46  ? if yes, is it allowed for the governments to conduct such acts islamically? and what should be the response from people in this situation?</w:t>
      </w:r>
      <w:r>
        <w:br/>
      </w:r>
      <w:r>
        <w:rPr>
          <w:sz w:val="20"/>
        </w:rPr>
        <w:t>53:57  no, i don't subscribe with this notion. state terrorism was kind by so called human right activist.</w:t>
      </w:r>
      <w:r>
        <w:br/>
      </w:r>
      <w:r>
        <w:rPr>
          <w:sz w:val="20"/>
        </w:rPr>
        <w:t>54:07  no such thing that is state terrorism. state is allowed to arm you, to use arms.</w:t>
      </w:r>
      <w:r>
        <w:br/>
      </w:r>
      <w:r>
        <w:rPr>
          <w:sz w:val="20"/>
        </w:rPr>
        <w:t>54:16  when an state, when a state uses arms, so allowed, but other organizations are not allowed.</w:t>
      </w:r>
      <w:r>
        <w:br/>
      </w:r>
      <w:r>
        <w:rPr>
          <w:sz w:val="20"/>
        </w:rPr>
        <w:t>54:27  so, all those activities by ngos is basically wrong.</w:t>
      </w:r>
      <w:r>
        <w:br/>
      </w:r>
      <w:r>
        <w:rPr>
          <w:sz w:val="20"/>
        </w:rPr>
        <w:t>54:37  now, it is fact that some states commit wrongs, not only present states.</w:t>
      </w:r>
      <w:r>
        <w:br/>
      </w:r>
      <w:r>
        <w:rPr>
          <w:sz w:val="20"/>
        </w:rPr>
        <w:t>54:45  even muslim kings have committed so many wrongs. for example, mahmud ghaznavi came to india and he demolish the somnath mandir.</w:t>
      </w:r>
      <w:r>
        <w:br/>
      </w:r>
      <w:r>
        <w:rPr>
          <w:sz w:val="20"/>
        </w:rPr>
        <w:t>54:57  it was wrong. so, there is other issue. you cannot say that that there is state t</w:t>
      </w:r>
      <w:r>
        <w:br/>
      </w:r>
      <w:r>
        <w:rPr>
          <w:sz w:val="20"/>
        </w:rPr>
        <w:t>55:06  errorism. no, you can say that some kings, some rulers</w:t>
      </w:r>
      <w:r>
        <w:br/>
      </w:r>
      <w:r>
        <w:rPr>
          <w:sz w:val="20"/>
        </w:rPr>
        <w:t>55:13  fail to follow the principle of justice, and you can refer their case in nations.</w:t>
      </w:r>
      <w:r>
        <w:br/>
      </w:r>
      <w:r>
        <w:rPr>
          <w:sz w:val="20"/>
        </w:rPr>
        <w:t>55:23  now, you have nations. previously, it was law.</w:t>
      </w:r>
      <w:r>
        <w:br/>
      </w:r>
      <w:r>
        <w:rPr>
          <w:sz w:val="20"/>
        </w:rPr>
        <w:t>55:31  so, i can say that even what is called state terrorism is a lesson fast.</w:t>
      </w:r>
      <w:r>
        <w:br/>
      </w:r>
      <w:r>
        <w:rPr>
          <w:sz w:val="20"/>
        </w:rPr>
        <w:t>55:41  for example, let's take the iraq.</w:t>
      </w:r>
      <w:r>
        <w:br/>
      </w:r>
      <w:r>
        <w:rPr>
          <w:sz w:val="20"/>
        </w:rPr>
        <w:t>55:47  america, americans demanded saddam to step down. he was a dictator, he was not a democratic ruler.</w:t>
      </w:r>
      <w:r>
        <w:br/>
      </w:r>
      <w:r>
        <w:rPr>
          <w:sz w:val="20"/>
        </w:rPr>
        <w:t>55:58  so, i think that it was right demand. if saddam hussein</w:t>
      </w:r>
      <w:r>
        <w:br/>
      </w:r>
      <w:r>
        <w:rPr>
          <w:sz w:val="20"/>
        </w:rPr>
        <w:t>56:08  was ready to step down, then no problem. so, it was not state terrorism, it was wrong policies of muslim leader that problem.</w:t>
      </w:r>
    </w:p>
    <w:p>
      <w:pPr>
        <w:pStyle w:val="Heading2"/>
      </w:pPr>
      <w:r>
        <w:t>Solution to Palestine accept status quo</w:t>
      </w:r>
    </w:p>
    <w:p>
      <w:r>
        <w:rPr>
          <w:color w:val="666666"/>
          <w:sz w:val="18"/>
        </w:rPr>
        <w:t>Shantum Seth Group Questions I February 2, 2008 · 2m 34s · at 6:37 · https://youtu.be/ORQJV96Zd5w?t=397</w:t>
      </w:r>
    </w:p>
    <w:p>
      <w:r>
        <w:rPr>
          <w:i/>
        </w:rPr>
        <w:t>“What is the solution of the Palestinian problem according to your opinion?”</w:t>
      </w:r>
    </w:p>
    <w:p>
      <w:r>
        <w:rPr>
          <w:sz w:val="20"/>
        </w:rPr>
        <w:t>6:37  What is the solution of the Palestinian problem according to your opinion?</w:t>
      </w:r>
      <w:r>
        <w:br/>
      </w:r>
      <w:r>
        <w:rPr>
          <w:sz w:val="20"/>
        </w:rPr>
        <w:t>6:45  According to my opinion, there is only one solution, that is accept the status quo, accept the political status quo.</w:t>
      </w:r>
      <w:r>
        <w:br/>
      </w:r>
      <w:r>
        <w:rPr>
          <w:sz w:val="20"/>
        </w:rPr>
        <w:t>6:54  You cannot change the status quo.</w:t>
      </w:r>
      <w:r>
        <w:br/>
      </w:r>
      <w:r>
        <w:rPr>
          <w:sz w:val="20"/>
        </w:rPr>
        <w:t>7:02  It is impossible.</w:t>
      </w:r>
      <w:r>
        <w:br/>
      </w:r>
      <w:r>
        <w:rPr>
          <w:sz w:val="20"/>
        </w:rPr>
        <w:t>7:11  You can go to suicide bombing. You can go to self-destruction. So all these armed activities are either violent, only produce some negative result. No positive result is possible through these violent activities.</w:t>
      </w:r>
      <w:r>
        <w:br/>
      </w:r>
      <w:r>
        <w:rPr>
          <w:sz w:val="20"/>
        </w:rPr>
        <w:t>7:40  Then I believe that the Jewish community was in diaspora.</w:t>
      </w:r>
      <w:r>
        <w:br/>
      </w:r>
      <w:r>
        <w:rPr>
          <w:sz w:val="20"/>
        </w:rPr>
        <w:t>7:48  So when they returned to Palestine, it was returned to their home.</w:t>
      </w:r>
      <w:r>
        <w:br/>
      </w:r>
      <w:r>
        <w:rPr>
          <w:sz w:val="20"/>
        </w:rPr>
        <w:t>7:57  So I think that Muslims should welcome to this community.</w:t>
      </w:r>
      <w:r>
        <w:br/>
      </w:r>
      <w:r>
        <w:rPr>
          <w:sz w:val="20"/>
        </w:rPr>
        <w:t>8:05  If they have adopted this policy, then it was possible to live in Palestine.</w:t>
      </w:r>
      <w:r>
        <w:br/>
      </w:r>
      <w:r>
        <w:rPr>
          <w:sz w:val="20"/>
        </w:rPr>
        <w:t>8:14  It was possible to live with complete harmony.</w:t>
      </w:r>
      <w:r>
        <w:br/>
      </w:r>
      <w:r>
        <w:rPr>
          <w:sz w:val="20"/>
        </w:rPr>
        <w:t>8:22  But they refused to welcome those Jews.</w:t>
      </w:r>
      <w:r>
        <w:br/>
      </w:r>
      <w:r>
        <w:rPr>
          <w:sz w:val="20"/>
        </w:rPr>
        <w:t>8:31  So I think that this was not the right policy.</w:t>
      </w:r>
      <w:r>
        <w:br/>
      </w:r>
      <w:r>
        <w:rPr>
          <w:sz w:val="20"/>
        </w:rPr>
        <w:t>8:39  Even today, there is no option other than to accept the status quo for both the communities.</w:t>
      </w:r>
      <w:r>
        <w:br/>
      </w:r>
      <w:r>
        <w:rPr>
          <w:sz w:val="20"/>
        </w:rPr>
        <w:t>8:48  If you are not ready to accept the status quo, then this violence will continue. It's meaningless violence. Present violence is meaningless in Palestine. No positive result is possible through this violence.</w:t>
      </w:r>
      <w:r>
        <w:br/>
      </w:r>
      <w:r>
        <w:rPr>
          <w:sz w:val="20"/>
        </w:rPr>
        <w:t>9:11  So the first step is to stop this violence and go to the negotiation table. I think that if you read Quran and Hadith, you will find that in Islam, only one kind of activism is permitted, that is peaceful activism.</w:t>
      </w:r>
    </w:p>
    <w:p>
      <w:pPr>
        <w:pStyle w:val="Heading2"/>
      </w:pPr>
      <w:r>
        <w:t>Islam is religion of peace from sources</w:t>
      </w:r>
    </w:p>
    <w:p>
      <w:r>
        <w:rPr>
          <w:color w:val="666666"/>
          <w:sz w:val="18"/>
        </w:rPr>
        <w:t>Islam and Peace (English) (Part 1) | January 17, 2007 | Maulana Wahiduddin Khan · 2m 33s · at 0:43 · https://youtu.be/uIvWfkc4uu0?t=43</w:t>
      </w:r>
    </w:p>
    <w:p>
      <w:r>
        <w:rPr>
          <w:i/>
        </w:rPr>
        <w:t>“I have studied Islam from its original sources.”</w:t>
      </w:r>
    </w:p>
    <w:p>
      <w:r>
        <w:rPr>
          <w:sz w:val="20"/>
        </w:rPr>
        <w:t>0:43  I have studied Islam from its original sources, that is books compiled in Arabic language. Quran and Hadith, and As-Sirah an-Nabawiyyah, Sirah as-Sahabah, etc. These are the</w:t>
      </w:r>
      <w:r>
        <w:br/>
      </w:r>
      <w:r>
        <w:rPr>
          <w:sz w:val="20"/>
        </w:rPr>
        <w:t>1:14  source books of the religion of Islam. All the source books of Islamic religion are in Arabic language. So I have studied Islam from its original text. I can say that I have spent</w:t>
      </w:r>
      <w:r>
        <w:br/>
      </w:r>
      <w:r>
        <w:rPr>
          <w:sz w:val="20"/>
        </w:rPr>
        <w:t>1:45  whole of my life in studying Islam. After this long and comprehensive study, I can say with conviction that Islam is religion of peace, in complete sense of the word.</w:t>
      </w:r>
      <w:r>
        <w:br/>
      </w:r>
      <w:r>
        <w:rPr>
          <w:sz w:val="20"/>
        </w:rPr>
        <w:t>2:15  The very word Islam has a connotation of peace. You know, the root word of Islam is Salam. S I L M, Salam. In Arabic language, Salam means peace</w:t>
      </w:r>
      <w:r>
        <w:br/>
      </w:r>
      <w:r>
        <w:rPr>
          <w:sz w:val="20"/>
        </w:rPr>
        <w:t>2:47  . So by the very name, Islam means religion of peace. Religion of peaceful living. Religion that emphasizes the values of peace. So this is the</w:t>
      </w:r>
    </w:p>
    <w:p>
      <w:pPr>
        <w:pStyle w:val="Heading2"/>
      </w:pPr>
      <w:r>
        <w:t>Money and fame do not satisfy</w:t>
      </w:r>
    </w:p>
    <w:p>
      <w:r>
        <w:rPr>
          <w:color w:val="666666"/>
          <w:sz w:val="18"/>
        </w:rPr>
        <w:t>In Search for Truth 18 May 2007 · 1m 21s · at 2:22 · https://youtu.be/3Q4zw6202eM?t=142</w:t>
      </w:r>
    </w:p>
    <w:p>
      <w:r>
        <w:rPr>
          <w:i/>
        </w:rPr>
        <w:t>“But I don't think that money is there.”</w:t>
      </w:r>
    </w:p>
    <w:p>
      <w:r>
        <w:rPr>
          <w:sz w:val="20"/>
        </w:rPr>
        <w:t>2:22  But I don't think that money is there. Money is the answer to their question. Money or political power or fame,</w:t>
      </w:r>
      <w:r>
        <w:br/>
      </w:r>
      <w:r>
        <w:rPr>
          <w:sz w:val="20"/>
        </w:rPr>
        <w:t>2:38  all these things are</w:t>
      </w:r>
      <w:r>
        <w:br/>
      </w:r>
      <w:r>
        <w:rPr>
          <w:sz w:val="20"/>
        </w:rPr>
        <w:t>2:44  obviously people's targets. But I don't think that they have adopted these things as the answer to their question.</w:t>
      </w:r>
      <w:r>
        <w:br/>
      </w:r>
      <w:r>
        <w:rPr>
          <w:sz w:val="20"/>
        </w:rPr>
        <w:t>3:03  They have only associated their inner feeling to these things.</w:t>
      </w:r>
      <w:r>
        <w:br/>
      </w:r>
      <w:r>
        <w:rPr>
          <w:sz w:val="20"/>
        </w:rPr>
        <w:t>3:14  But after some time, they feel that these things are not the true answer to their question.</w:t>
      </w:r>
      <w:r>
        <w:br/>
      </w:r>
      <w:r>
        <w:rPr>
          <w:sz w:val="20"/>
        </w:rPr>
        <w:t>3:27  No amount of money, no amount of fame, no amount of power gives them satisfaction.</w:t>
      </w:r>
    </w:p>
    <w:p>
      <w:pPr>
        <w:pStyle w:val="Heading2"/>
      </w:pPr>
      <w:r>
        <w:t>Defining Islam as surrender to God, not violence</w:t>
      </w:r>
    </w:p>
    <w:p>
      <w:r>
        <w:rPr>
          <w:color w:val="666666"/>
          <w:sz w:val="18"/>
        </w:rPr>
        <w:t>Islam Principles and Practice (English) September 8, 2007 Maulana Wahiduddin Khan · 1m 32s · at 1:13 · https://youtu.be/2wOdR0to6gs?t=73</w:t>
      </w:r>
    </w:p>
    <w:p>
      <w:r>
        <w:rPr>
          <w:i/>
        </w:rPr>
        <w:t>“How would you define Islam? The name itself gives the definition.”</w:t>
      </w:r>
    </w:p>
    <w:p>
      <w:r>
        <w:rPr>
          <w:sz w:val="20"/>
        </w:rPr>
        <w:t>1:13  maulana how would you define islam the name islam itself gives us a definition</w:t>
      </w:r>
      <w:r>
        <w:br/>
      </w:r>
      <w:r>
        <w:rPr>
          <w:sz w:val="20"/>
        </w:rPr>
        <w:t>1:25  the word islam means</w:t>
      </w:r>
      <w:r>
        <w:br/>
      </w:r>
      <w:r>
        <w:rPr>
          <w:sz w:val="20"/>
        </w:rPr>
        <w:t>1:31  submission or surrender it means that islam is a religion of surrender or submission</w:t>
      </w:r>
      <w:r>
        <w:br/>
      </w:r>
      <w:r>
        <w:rPr>
          <w:sz w:val="20"/>
        </w:rPr>
        <w:t>1:40  surrender to god almighty or submission before god almighty</w:t>
      </w:r>
      <w:r>
        <w:br/>
      </w:r>
      <w:r>
        <w:rPr>
          <w:sz w:val="20"/>
        </w:rPr>
        <w:t>1:49  so islamic religion means a life of that is that we may call god oriented life</w:t>
      </w:r>
      <w:r>
        <w:br/>
      </w:r>
      <w:r>
        <w:rPr>
          <w:sz w:val="20"/>
        </w:rPr>
        <w:t>2:00  ji a submissive lif</w:t>
      </w:r>
      <w:r>
        <w:br/>
      </w:r>
      <w:r>
        <w:rPr>
          <w:sz w:val="20"/>
        </w:rPr>
        <w:t>2:05  e. So, according to Islam, you have to adopt</w:t>
      </w:r>
      <w:r>
        <w:br/>
      </w:r>
      <w:r>
        <w:rPr>
          <w:sz w:val="20"/>
        </w:rPr>
        <w:t>2:14  a God-oriented life. God-oriented thinking. God-oriented behavior. God-oriented morality.</w:t>
      </w:r>
      <w:r>
        <w:br/>
      </w:r>
      <w:r>
        <w:rPr>
          <w:sz w:val="20"/>
        </w:rPr>
        <w:t>2:26  So, this is Islam. Islam has nothing to do with violence or war or fighting. No.</w:t>
      </w:r>
      <w:r>
        <w:br/>
      </w:r>
      <w:r>
        <w:rPr>
          <w:sz w:val="20"/>
        </w:rPr>
        <w:t>2:35  Islam means surrendering before God. This is the true meaning of Islam.</w:t>
      </w:r>
    </w:p>
    <w:p>
      <w:pPr>
        <w:pStyle w:val="Heading2"/>
      </w:pPr>
      <w:r>
        <w:t>True definition of peace in Islam</w:t>
      </w:r>
    </w:p>
    <w:p>
      <w:r>
        <w:rPr>
          <w:color w:val="666666"/>
          <w:sz w:val="18"/>
        </w:rPr>
        <w:t>Islam and Peace (English) (Part 1) | January 17, 2007 | Maulana Wahiduddin Khan · 2m 01s · at 12:03 · https://youtu.be/uIvWfkc4uu0?t=723</w:t>
      </w:r>
    </w:p>
    <w:p>
      <w:r>
        <w:rPr>
          <w:i/>
        </w:rPr>
        <w:t>“Why Islam gives so much emphasis on peace?”</w:t>
      </w:r>
    </w:p>
    <w:p>
      <w:r>
        <w:rPr>
          <w:sz w:val="20"/>
        </w:rPr>
        <w:t>12:03  ? What is peace? Peace is not simply— you know, generally scholars define peace as absence of war. But this definition is a negative definition. When you say that peace means</w:t>
      </w:r>
      <w:r>
        <w:br/>
      </w:r>
      <w:r>
        <w:rPr>
          <w:sz w:val="20"/>
        </w:rPr>
        <w:t>12:34  absence of war, you are defining peace in a negative term. The best definition of peace, according to the Islamic spirit, is that peace means availability of opportunities. When there is peace, there are opportunities</w:t>
      </w:r>
      <w:r>
        <w:br/>
      </w:r>
      <w:r>
        <w:rPr>
          <w:sz w:val="20"/>
        </w:rPr>
        <w:t>13:04  . And where there is war, there is no opportunity. So war means absence of opportunity, and peace means availability of opportunity. This is the true definition of peace and war in Islam. Now you can understand why</w:t>
      </w:r>
      <w:r>
        <w:br/>
      </w:r>
      <w:r>
        <w:rPr>
          <w:sz w:val="20"/>
        </w:rPr>
        <w:t>13:35  Islam gives so much emphasis on peace. Because the target of Islam completely depends on peace. You know, the chapter 14 of Quran, that is Ibrahim, chapter Ibrahim. This is chapter 14.</w:t>
      </w:r>
    </w:p>
    <w:p>
      <w:pPr>
        <w:pStyle w:val="Heading2"/>
      </w:pPr>
      <w:r>
        <w:t>Most so-called dawah work is really 'billy work'</w:t>
      </w:r>
    </w:p>
    <w:p>
      <w:r>
        <w:rPr>
          <w:color w:val="666666"/>
          <w:sz w:val="18"/>
        </w:rPr>
        <w:t>Political Interpretation of Islam May 16, 2010 · 2m 10s · at 1:46:44 · https://youtu.be/CDpZLOvw2_M?t=6404</w:t>
      </w:r>
    </w:p>
    <w:p>
      <w:r>
        <w:rPr>
          <w:i/>
        </w:rPr>
        <w:t>“Who was the best dawah worker after the Prophet?”</w:t>
      </w:r>
    </w:p>
    <w:p>
      <w:r>
        <w:rPr>
          <w:sz w:val="20"/>
        </w:rPr>
        <w:t>1:46:44  this question is from Ms. Nigar from Bangalore. After the Prophet Muhammad, who was the best person who did dawah work?</w:t>
      </w:r>
      <w:r>
        <w:br/>
      </w:r>
      <w:r>
        <w:rPr>
          <w:sz w:val="20"/>
        </w:rPr>
        <w:t>1:46:54  please tell us one name or organization in the present age in the Muslim world who is engaged in strong dawah work today.</w:t>
      </w:r>
      <w:r>
        <w:br/>
      </w:r>
      <w:r>
        <w:rPr>
          <w:sz w:val="20"/>
        </w:rPr>
        <w:t>1:47:07  woh toh hamari cpc tm mein hi daawa work kar rahi hai. baqi toh koi daawa work kar nahin</w:t>
      </w:r>
      <w:r>
        <w:br/>
      </w:r>
      <w:r>
        <w:rPr>
          <w:sz w:val="20"/>
        </w:rPr>
        <w:t>1:47:13  raha hai. dawat ke naam lene wale bohat saare hain lekin rasool allah sallallahu alaihi wasallam ka jo dawat ka tareeqa tha, sahaba ka jo dawat tareeqa tha, us ko hum ne revive kiya hai.</w:t>
      </w:r>
      <w:r>
        <w:br/>
      </w:r>
      <w:r>
        <w:rPr>
          <w:sz w:val="20"/>
        </w:rPr>
        <w:t>1:47:22  hamare mission yaani hamari team ne revive kiya hai aur toh koi bhi nahin. main ek waqt america gaya toh ek sahab thay, woh kehte hain dawat dawat, hum bhi dawat karte hain, hum bhi daawa work karte hain.</w:t>
      </w:r>
      <w:r>
        <w:br/>
      </w:r>
      <w:r>
        <w:rPr>
          <w:sz w:val="20"/>
        </w:rPr>
        <w:t>1:47:35  toh main ne kaha kahan ke daawa karte hain? kaha is se main aap ko dikhata hoon. toh unhon ne apni gaadi par mujhe ek jagah bheja.</w:t>
      </w:r>
      <w:r>
        <w:br/>
      </w:r>
      <w:r>
        <w:rPr>
          <w:sz w:val="20"/>
        </w:rPr>
        <w:t>1:47:42  yeh waqea hai california ka ke woh jo daawa work kar rahay thay, us ko dikhane ke liye bheja unhon ne mujh ko. toh aap gaye, ek building thi, us building mein ek lady aur ek mard thay, bohat hi busy thay.</w:t>
      </w:r>
      <w:r>
        <w:br/>
      </w:r>
      <w:r>
        <w:rPr>
          <w:sz w:val="20"/>
        </w:rPr>
        <w:t>1:47:56  woh toh woh kitaabein sab bohat saari theen wahan par. toh main ne poocha bhai kya karte hain aap? toh unhon ne kaha bataya ke america ke schoolon mein jo kitaabein parhai jaati hain, un sab ko hum ne ikattha kiya hai,</w:t>
      </w:r>
      <w:r>
        <w:br/>
      </w:r>
      <w:r>
        <w:rPr>
          <w:sz w:val="20"/>
        </w:rPr>
        <w:t>1:48:09  is ki scrutiny kar rahay hain ke kahan kahan is mein islam ke ya musalmanon ke khilaaf hai. yaani america ke schoolon mein jo kitaabein parhai jaati hain, is mein kahan kahan un ke apne nazdeek islam ke ya musalmanon ke khilaaf hai, us ko nikaal rahay hain.</w:t>
      </w:r>
      <w:r>
        <w:br/>
      </w:r>
      <w:r>
        <w:rPr>
          <w:sz w:val="20"/>
        </w:rPr>
        <w:t>1:48:24  phir hum is ko bhejenge yahan ke yaani ministry of education ko. yeh tha, is ko daawa work samajh rahay thay woh. main kaha yeh toh bill work hai.</w:t>
      </w:r>
      <w:r>
        <w:br/>
      </w:r>
      <w:r>
        <w:rPr>
          <w:sz w:val="20"/>
        </w:rPr>
        <w:t>1:48:35  jab main dekh ke aaya toh main ne kaha yeh toh bill work hai, is ka daawa work kar rahay hain aap.</w:t>
      </w:r>
      <w:r>
        <w:br/>
      </w:r>
      <w:r>
        <w:rPr>
          <w:sz w:val="20"/>
        </w:rPr>
        <w:t>1:48:39  aise log daawa work karte rehte hain lekin daawa work sahi maanon mein rasool allah wala daawa work, sahaba kiram wala daawa work, woh sirf hamari team kar rahi hai, allah ke fazl se.</w:t>
      </w:r>
    </w:p>
    <w:p>
      <w:pPr>
        <w:pStyle w:val="Heading2"/>
      </w:pPr>
      <w:r>
        <w:t>Differentiate practice from ideology</w:t>
      </w:r>
    </w:p>
    <w:p>
      <w:r>
        <w:rPr>
          <w:color w:val="666666"/>
          <w:sz w:val="18"/>
        </w:rPr>
        <w:t>Present Muslim World December 22, 2007 Maulana Wahiduddin Khan · 1m 28s · at 2:21 · https://youtu.be/oY45N_JL3Zk?t=141</w:t>
      </w:r>
    </w:p>
    <w:p>
      <w:r>
        <w:rPr>
          <w:i/>
        </w:rPr>
        <w:t>“Dekhiye yeh baat jo hai main yeh manta hoon ke aaj ke”</w:t>
      </w:r>
    </w:p>
    <w:p>
      <w:r>
        <w:rPr>
          <w:sz w:val="20"/>
        </w:rPr>
        <w:t>2:21  dekhen yeh baat jo hai, main yeh manta hoon ke aaj ke jo musalman hain, aaj ke, wo violent ho gaye hain.</w:t>
      </w:r>
      <w:r>
        <w:br/>
      </w:r>
      <w:r>
        <w:rPr>
          <w:sz w:val="20"/>
        </w:rPr>
        <w:t>2:33  yeh main manta hoon. lekin Islam ka jo scriptures hai, us mein kahin bhi violence nahi hai.</w:t>
      </w:r>
      <w:r>
        <w:br/>
      </w:r>
      <w:r>
        <w:rPr>
          <w:sz w:val="20"/>
        </w:rPr>
        <w:t>2:42  to yeh Islami ki baat nahi hai. ap dekhen Gita mein kahin corruption to nahi hai. lekin jo Hindu society aaj hai, wo sab corrupt ho gayi hai.</w:t>
      </w:r>
      <w:r>
        <w:br/>
      </w:r>
      <w:r>
        <w:rPr>
          <w:sz w:val="20"/>
        </w:rPr>
        <w:t>2:53  Constitution of India mein to violence, Constitution of India mein to corruption nahi hai. lekin hamara jo administration hai, wo sab corrupt ho gaya hai. to you have to differentiate between practice and ideology.</w:t>
      </w:r>
      <w:r>
        <w:br/>
      </w:r>
      <w:r>
        <w:rPr>
          <w:sz w:val="20"/>
        </w:rPr>
        <w:t>3:11  nahi to agar ap Islam mein aisa karen ke musalmanon ko le kar Islam ko blame dein, to phir yahi baat har jagah apply karni paregi.</w:t>
      </w:r>
      <w:r>
        <w:br/>
      </w:r>
      <w:r>
        <w:rPr>
          <w:sz w:val="20"/>
        </w:rPr>
        <w:t>3:21  ke administration ko le kar ke ap Constitution ko blame denge. ap society ko le kar ke Gita ko blame denge. to ap double standard to nahi ho sakte.</w:t>
      </w:r>
      <w:r>
        <w:br/>
      </w:r>
      <w:r>
        <w:rPr>
          <w:sz w:val="20"/>
        </w:rPr>
        <w:t>3:33  is principle ko agar apply karne lagenge ap, to masla sirf Islam par nahi rahega. wo sab ka ban jayega. kyun ke har jagah jo hai, ideology aur practice dono ek na aaj hai, na is se pehle kabhi thi.</w:t>
      </w:r>
    </w:p>
    <w:p>
      <w:pPr>
        <w:pStyle w:val="Heading2"/>
      </w:pPr>
      <w:r>
        <w:t>Every child is born positive; parents shouldn't impose their mold</w:t>
      </w:r>
    </w:p>
    <w:p>
      <w:r>
        <w:rPr>
          <w:color w:val="666666"/>
          <w:sz w:val="18"/>
        </w:rPr>
        <w:t>A conversation with Maulana Wahiduddin Khan on Aaj Saware, Doordarshan · 1m 32s · at 9:59 · https://youtu.be/vQkHY1LZz9w?t=599</w:t>
      </w:r>
    </w:p>
    <w:p>
      <w:r>
        <w:rPr>
          <w:i/>
        </w:rPr>
        <w:t>“Every child is born in nature, in fitra”</w:t>
      </w:r>
    </w:p>
    <w:p>
      <w:r>
        <w:rPr>
          <w:sz w:val="20"/>
        </w:rPr>
        <w:t>9:59  dekhiye, bachchon ke bare mein jo maine padha hai, wo ye hai ki prophet ne kaha ki "kul bolti galat fitra." har bachcha nature mein paida hota hai, nature. har bachcha jo hai, nature mein paida hota hai. baat ko wo badal</w:t>
      </w:r>
      <w:r>
        <w:br/>
      </w:r>
      <w:r>
        <w:rPr>
          <w:sz w:val="20"/>
        </w:rPr>
        <w:t>10:14  ta hai. to nature kya hai? nature yahi hai: love, compassion, tolerance, ek doosre ke liye helpful hona. yahi to nature hai. to har bachcha positive, yani ek positive thinker hi ke roop mein paida hota hai. environment mein aane ke baad usmein badlav aata</w:t>
      </w:r>
      <w:r>
        <w:br/>
      </w:r>
      <w:r>
        <w:rPr>
          <w:sz w:val="20"/>
        </w:rPr>
        <w:t>10:35  hai. main chahta hoon ki maa-baap jo hain, wo isko jaanein ki unka kaam bachche ko, bachche ko koi order dena nahi hai. unke potential ko active banana hai. unke potential ko padhiye aur usko active banane ki koshish kijiye. aur ek baat ye bhi maine samjhi hai, ji, ki har bachche ke andar khuda koi special quality deta hai,</w:t>
      </w:r>
      <w:r>
        <w:br/>
      </w:r>
      <w:r>
        <w:rPr>
          <w:sz w:val="20"/>
        </w:rPr>
        <w:t>10:58  special quality. har aadmi unique hota hai. to maa-baap ko chahiye ki uske uniqueness ko padhein.</w:t>
      </w:r>
      <w:r>
        <w:br/>
      </w:r>
      <w:r>
        <w:rPr>
          <w:sz w:val="20"/>
        </w:rPr>
        <w:t>11:05  apne mind mein ek lekar ke use gharna chahte hain maa-baap, isse reaction aata hai. to main isko manta hoon ki har bachcha nature par janm leta hai, positivity ke sath paida hota hai. plus har aadmi, har bachcha jo hai, koi special quality lekar paida hota hai. usko aap padhiye aur usko aap active banane ki koshish kijiye. ye maa-baap ko karna hai.</w:t>
      </w:r>
    </w:p>
    <w:p>
      <w:pPr>
        <w:pStyle w:val="Heading2"/>
      </w:pPr>
      <w:r>
        <w:t>Muslims have lost identity as witnesses</w:t>
      </w:r>
    </w:p>
    <w:p>
      <w:r>
        <w:rPr>
          <w:color w:val="666666"/>
          <w:sz w:val="18"/>
        </w:rPr>
        <w:t>From The Spiritual Tree May 30, 2007 · 1m 22s · at 6:14 · https://youtu.be/vGj_dsCMv-M?t=374</w:t>
      </w:r>
    </w:p>
    <w:p>
      <w:r>
        <w:rPr>
          <w:i/>
        </w:rPr>
        <w:t>“They have to bear witness before people.”</w:t>
      </w:r>
    </w:p>
    <w:p>
      <w:r>
        <w:rPr>
          <w:sz w:val="20"/>
        </w:rPr>
        <w:t>6:14  They have to bear witness before people. But Muslims have forgotten their identity.</w:t>
      </w:r>
      <w:r>
        <w:br/>
      </w:r>
      <w:r>
        <w:rPr>
          <w:sz w:val="20"/>
        </w:rPr>
        <w:t>6:27  They have lost, L-O-S-T lost, the sense of their duty.</w:t>
      </w:r>
      <w:r>
        <w:br/>
      </w:r>
      <w:r>
        <w:rPr>
          <w:sz w:val="20"/>
        </w:rPr>
        <w:t>6:41  It is a very dangerous situation.</w:t>
      </w:r>
      <w:r>
        <w:br/>
      </w:r>
      <w:r>
        <w:rPr>
          <w:sz w:val="20"/>
        </w:rPr>
        <w:t>6:46  At present, Muslims are living as a group, as a cultural group.</w:t>
      </w:r>
      <w:r>
        <w:br/>
      </w:r>
      <w:r>
        <w:rPr>
          <w:sz w:val="20"/>
        </w:rPr>
        <w:t>7:02  Their thinking is cultural thinking. Their targets are cultural targets. Their problems are cultural problems.</w:t>
      </w:r>
      <w:r>
        <w:br/>
      </w:r>
      <w:r>
        <w:rPr>
          <w:sz w:val="20"/>
        </w:rPr>
        <w:t>7:19  They are living as a cultural group rather than</w:t>
      </w:r>
      <w:r>
        <w:br/>
      </w:r>
      <w:r>
        <w:rPr>
          <w:sz w:val="20"/>
        </w:rPr>
        <w:t>7:25  a group of mission. This is a very dangerous situation.</w:t>
      </w:r>
    </w:p>
    <w:p>
      <w:pPr>
        <w:pStyle w:val="Heading2"/>
      </w:pPr>
      <w:r>
        <w:t>Meaning of God's dye (Sibghatullah)</w:t>
      </w:r>
    </w:p>
    <w:p>
      <w:r>
        <w:rPr>
          <w:color w:val="666666"/>
          <w:sz w:val="18"/>
        </w:rPr>
        <w:t>Q&amp;A 24 Jun 2012 Maulana Wahiduddin Khan · 2m 21s · at 0:51 · https://youtu.be/t-W7IaCQsUs?t=51</w:t>
      </w:r>
    </w:p>
    <w:p>
      <w:r>
        <w:rPr>
          <w:i/>
        </w:rPr>
        <w:t>“Sibghatullah, ismein dekhiye, wo ek uska background hai.”</w:t>
      </w:r>
    </w:p>
    <w:p>
      <w:r>
        <w:rPr>
          <w:sz w:val="20"/>
        </w:rPr>
        <w:t>0:51  sibghatullah, ismein dekhiye, woh ek uska ek background hai, yeh jisko kehte hain istibagh, isai logon ke yahan. toh unke yahan ek rasam thi ke jab woh kisi ko christian banate the,</w:t>
      </w:r>
      <w:r>
        <w:br/>
      </w:r>
      <w:r>
        <w:rPr>
          <w:sz w:val="20"/>
        </w:rPr>
        <w:t>1:09  toh istibagh karte the.</w:t>
      </w:r>
      <w:r>
        <w:br/>
      </w:r>
      <w:r>
        <w:rPr>
          <w:sz w:val="20"/>
        </w:rPr>
        <w:t>1:14  yani pehle zamane mein kuch rang, koi khaas rang ka kapda pehnana, ab toh shayad pani seekhte hain sirf. toh uske background mein yeh alfaaz aaye hain. matlab yeh nahi ke koi rang hota hai allah taala ka,</w:t>
      </w:r>
      <w:r>
        <w:br/>
      </w:r>
      <w:r>
        <w:rPr>
          <w:sz w:val="20"/>
        </w:rPr>
        <w:t>1:33  uska matlab yeh hai ke</w:t>
      </w:r>
      <w:r>
        <w:br/>
      </w:r>
      <w:r>
        <w:rPr>
          <w:sz w:val="20"/>
        </w:rPr>
        <w:t>1:37  allah ko, yani allah ki following ke maane mein, allah ko ikhtiyar karo, sirf rang ke maane mein nahi. woh log sirf rang ke maane mein samajh rahe the ke khaas rang ka kapda ho,</w:t>
      </w:r>
      <w:r>
        <w:br/>
      </w:r>
      <w:r>
        <w:rPr>
          <w:sz w:val="20"/>
        </w:rPr>
        <w:t>1:52  toh woh deendar ban gaya. abhi bhi unke yahan yeh hai, mukhtalif rang ke kapde unke hote hain, jo batate hain unke deeni darje ko.</w:t>
      </w:r>
      <w:r>
        <w:br/>
      </w:r>
      <w:r>
        <w:rPr>
          <w:sz w:val="20"/>
        </w:rPr>
        <w:t>2:01  toh har mazhab mein aisa hua hai, mazhabi tabqe ne rang ke saath mazhab jod rakha hai. toh yahan par bataya gaya ke asli rang woh nahi hai, madhy rang. asli rang yeh hai ke allah ki tabedari.</w:t>
      </w:r>
      <w:r>
        <w:br/>
      </w:r>
      <w:r>
        <w:rPr>
          <w:sz w:val="20"/>
        </w:rPr>
        <w:t>2:18  yeh is bare mein main samajhta hoon kaha gaya hai. doosri baat yeh hai ke rang ki tamseel bahut bawana hai. dekhiye, yeh pani hai, ismein agar aap patthar ka tukda dalein, toh alag aakar pad jayega. woh pani mein ghulega nahi. dekhiye, jab rang daalte hain, toh pure pani mein ghul jata hai. woh</w:t>
      </w:r>
      <w:r>
        <w:br/>
      </w:r>
      <w:r>
        <w:rPr>
          <w:sz w:val="20"/>
        </w:rPr>
        <w:t>2:40  toh yeh matlab hai ke jis tarah se rang pani mein ghul kar ke pura usmein sarayat kar jata hai, toh allah ke deen ko ikhtiyar ko puri shakhsiyat ka hissa ban jaye.</w:t>
      </w:r>
      <w:r>
        <w:br/>
      </w:r>
      <w:r>
        <w:rPr>
          <w:sz w:val="20"/>
        </w:rPr>
        <w:t>2:56  aisa na ho ke tumhari shakhsiyat alag hai aur deen alag hai. woh zamima ke taur par na rahe, balki tumhari shakhsiyat puri ki puri se uthal jaye. yeh matlab hai uska.</w:t>
      </w:r>
    </w:p>
    <w:p>
      <w:pPr>
        <w:pStyle w:val="Heading2"/>
      </w:pPr>
      <w:r>
        <w:t>Sincere excuses are sometimes accepted, sometimes not</w:t>
      </w:r>
    </w:p>
    <w:p>
      <w:r>
        <w:rPr>
          <w:color w:val="666666"/>
          <w:sz w:val="18"/>
        </w:rPr>
        <w:t>Intellectual Poverty of Modern World December 17, 2006 · 2m 12s · at 28:32 · https://youtu.be/GdhR0DoI1Ys?t=1712</w:t>
      </w:r>
    </w:p>
    <w:p>
      <w:r>
        <w:rPr>
          <w:i/>
        </w:rPr>
        <w:t>“سچے دل سے اس نے سمجھا کہ ڈیوٹی کے لیے گولی چلانا چاہیے۔”</w:t>
      </w:r>
    </w:p>
    <w:p>
      <w:r>
        <w:rPr>
          <w:sz w:val="20"/>
        </w:rPr>
        <w:t>28:32  lekin aap dekhiye us ki sachai kaam nahin aayi.</w:t>
      </w:r>
      <w:r>
        <w:br/>
      </w:r>
      <w:r>
        <w:rPr>
          <w:sz w:val="20"/>
        </w:rPr>
        <w:t>28:41  to kabhi aisa hota hai, yaad rakhiye is baat ko. kabhi aisa hota hai ke bahana qabool hota hai. kabhi aisa hota hai ke bahana qabool nahin hota.</w:t>
      </w:r>
      <w:r>
        <w:br/>
      </w:r>
      <w:r>
        <w:rPr>
          <w:sz w:val="20"/>
        </w:rPr>
        <w:t>28:52  is farq ko achi tarah samajh lijiyay. farq dono mein.</w:t>
      </w:r>
      <w:r>
        <w:br/>
      </w:r>
      <w:r>
        <w:rPr>
          <w:sz w:val="20"/>
        </w:rPr>
        <w:t>29:00  yani general tyer ka bahana jo tha woh qabool nahin bana British saltanat ke liye.</w:t>
      </w:r>
      <w:r>
        <w:br/>
      </w:r>
      <w:r>
        <w:rPr>
          <w:sz w:val="20"/>
        </w:rPr>
        <w:t>29:07  is baat ko achi tarah se poori zindagi ke liye samajh lijiyay, poori zindagi ke liye.</w:t>
      </w:r>
      <w:r>
        <w:br/>
      </w:r>
      <w:r>
        <w:rPr>
          <w:sz w:val="20"/>
        </w:rPr>
        <w:t>29:15  ke kabhi kabhi</w:t>
      </w:r>
      <w:r>
        <w:br/>
      </w:r>
      <w:r>
        <w:rPr>
          <w:sz w:val="20"/>
        </w:rPr>
        <w:t>29:21  aisa hota hai ke bahana aap ka maan liya jata hai. lekin kuch aisay bhi cases hain jahan bahana qabool hota hi nahin.</w:t>
      </w:r>
      <w:r>
        <w:br/>
      </w:r>
      <w:r>
        <w:rPr>
          <w:sz w:val="20"/>
        </w:rPr>
        <w:t>29:32  hota hi nahin. is ka to aap ko is ke liye aap ko nataij ko bhugtana hi parta hai. chahe kitnay hi sachay raho aap.</w:t>
      </w:r>
      <w:r>
        <w:br/>
      </w:r>
      <w:r>
        <w:rPr>
          <w:sz w:val="20"/>
        </w:rPr>
        <w:t>29:44  kitnay hi aap dil se mخلص hon, kuch bhi karen.</w:t>
      </w:r>
      <w:r>
        <w:br/>
      </w:r>
      <w:r>
        <w:rPr>
          <w:sz w:val="20"/>
        </w:rPr>
        <w:t>29:51  yeh bohat hi ahem baat hai ke bahana kabhi qabool kar liya jata hai. aur kabhi aisa hota hai ke bahana kitnay hi aap ko samajhte hain kitna hi bara bahana ho.</w:t>
      </w:r>
      <w:r>
        <w:br/>
      </w:r>
      <w:r>
        <w:rPr>
          <w:sz w:val="20"/>
        </w:rPr>
        <w:t>30:05  lekin woh qabool nahin hota woh. is ke nataij ko aap ko bhugtana hi parta hai. bhugtana hi parta hai.</w:t>
      </w:r>
      <w:r>
        <w:br/>
      </w:r>
      <w:r>
        <w:rPr>
          <w:sz w:val="20"/>
        </w:rPr>
        <w:t>30:14  to general tyer yeh samajhta tha ke maine jo kuch kiya hai British saltanat ki khair khwahi mein kiya hai. sachay dil se kiya hai. duty poora karne ke liye kiya hai.</w:t>
      </w:r>
      <w:r>
        <w:br/>
      </w:r>
      <w:r>
        <w:rPr>
          <w:sz w:val="20"/>
        </w:rPr>
        <w:t>30:24  apni samajh se us ke paas to bohat bara bahana tha. lekin hunter commission ne us ko qabool nahin kiya. British saltanat ne us ko qabool nahin kiya.</w:t>
      </w:r>
      <w:r>
        <w:br/>
      </w:r>
      <w:r>
        <w:rPr>
          <w:sz w:val="20"/>
        </w:rPr>
        <w:t>30:35  aur jantay hain kya hua? is ko radd kar diya gaya. aur woh jhanjhanahat ki maut mara.</w:t>
      </w:r>
    </w:p>
    <w:p>
      <w:pPr>
        <w:pStyle w:val="Heading2"/>
      </w:pPr>
      <w:r>
        <w:t>Women use ladies first for dawah</w:t>
      </w:r>
    </w:p>
    <w:p>
      <w:r>
        <w:rPr>
          <w:color w:val="666666"/>
          <w:sz w:val="18"/>
        </w:rPr>
        <w:t>Women in Islam | September 03, 2016 · 2m 05s · at 29:19 · https://youtu.be/GXbtYoD8VXc?t=1759</w:t>
      </w:r>
    </w:p>
    <w:p>
      <w:r>
        <w:rPr>
          <w:i/>
        </w:rPr>
        <w:t>“Is zamane mein ladies first hai”</w:t>
      </w:r>
    </w:p>
    <w:p>
      <w:r>
        <w:rPr>
          <w:sz w:val="20"/>
        </w:rPr>
        <w:t>29:19  dekhiye, yeh is zamanay mein, zamanay ki spirit ko samjhiye aap. zamanay ki spirit ko samjhiye. is zamanay mein aik bohat bari cheez hai jo hamaray favor mein hai, ladies first. ladies first. to zamanay ka aik culture hai yeh. to jahan aap khud na kar paen, wahan woh agay barh kar dijiye un ko, lady ko. woh sab kaam karne lagi woh. to zamanay ke is culture ko ya zamanay ki sp</w:t>
      </w:r>
      <w:r>
        <w:br/>
      </w:r>
      <w:r>
        <w:rPr>
          <w:sz w:val="20"/>
        </w:rPr>
        <w:t>29:49  rit ko istemal kijiye. jaise main aap ko aik misaal batata hoon. hum poland gaye. poland mein wahan christian logon ka aik seminar tha. to top top ke un ke father aur un ke baray baray log wahan bethay hue thay kursi par. aur un ke libas khas tarah ke hotay hain, dress aap jantay hain. to bethay hue thay sab. aur samnay audience tha. to hum logon ne quran distribute</w:t>
      </w:r>
      <w:r>
        <w:br/>
      </w:r>
      <w:r>
        <w:rPr>
          <w:sz w:val="20"/>
        </w:rPr>
        <w:t>30:20  karna chaha. to kuch diya gaya to us ka jo bara bara padre jo tha, us ne baray ghusay mein dekha, yeh kya ho raha hai? ab hum log to dar gaye. to hamaray saath sadia thi, hamari jo grand daughter hai. woh christian missionary school mein parhi hui hai woh. to woh baghair hamaray kuch kahe bhi, woh janti thi ke in logon ka culture kya hota hai. woh gayi, woh</w:t>
      </w:r>
      <w:r>
        <w:br/>
      </w:r>
      <w:r>
        <w:rPr>
          <w:sz w:val="20"/>
        </w:rPr>
        <w:t>30:50  bara padre jo tha, us ke paas gayi aur aisay hi sar jhuka kar kehti hai ke bless me father. us ne jaise hi kaha ke bless me father, sara mahol badal gaya. aur khoob freely hum ne distribute kiya. aik hi sentence, bless me father. yeh hum nahi kar saktay thay. koi mard nahi kar sakta tha. to us ko istemal kijiye. yaani zamanay ki is spirit ko, zamanay ke is culture ko apnay favor mein istemal kijiye.</w:t>
      </w:r>
    </w:p>
    <w:p>
      <w:pPr>
        <w:pStyle w:val="Heading2"/>
      </w:pPr>
      <w:r>
        <w:t>Negative parenting is discipline</w:t>
      </w:r>
    </w:p>
    <w:p>
      <w:r>
        <w:rPr>
          <w:color w:val="666666"/>
          <w:sz w:val="18"/>
        </w:rPr>
        <w:t>On Issues of the Youth · 2m 00s · at 28:23 · https://youtu.be/iBCPuyaTsc4?t=1703</w:t>
      </w:r>
    </w:p>
    <w:p>
      <w:r>
        <w:rPr>
          <w:i/>
        </w:rPr>
        <w:t>“Negative parenting means parents who restrict their child.”</w:t>
      </w:r>
    </w:p>
    <w:p>
      <w:r>
        <w:rPr>
          <w:sz w:val="20"/>
        </w:rPr>
        <w:t>28:23  ka word use kiya tha unhon ne. negative parenting yaani jo maa baap apne bachche ko rok tok karte hain, jo maa baap apne bachchon ko do and don't batate hain, jo maa baap apne bachche se kehte hain yeh na karo, woh na karo. to un ke nazdeek woh tha negative parenting. yaani negative parenting yaani woh samajh is mein bataya gaya tha ke agar aap yeh kahen ke tum ne yeh ghalati ki to kya hoga us ke andar?</w:t>
      </w:r>
      <w:r>
        <w:br/>
      </w:r>
      <w:r>
        <w:rPr>
          <w:sz w:val="20"/>
        </w:rPr>
        <w:t>28:53  yani woh guilty conscious ban jaye ga.</w:t>
      </w:r>
      <w:r>
        <w:br/>
      </w:r>
      <w:r>
        <w:rPr>
          <w:sz w:val="20"/>
        </w:rPr>
        <w:t>28:59  woh to is ko yeh mauqa na do ke woh guilty conscious mein pare, apni guilty feel kare.</w:t>
      </w:r>
      <w:r>
        <w:br/>
      </w:r>
      <w:r>
        <w:rPr>
          <w:sz w:val="20"/>
        </w:rPr>
        <w:t>29:05  woh to yeh koi tareeqa hai? is ka matlab ke aap is ko, aap is ko sikha rahe</w:t>
      </w:r>
      <w:r>
        <w:br/>
      </w:r>
      <w:r>
        <w:rPr>
          <w:sz w:val="20"/>
        </w:rPr>
        <w:t>29:11  hain, woh yani is ko immoral bana rahe hain, anarchy ki taraf le ja rahe hain, is ko</w:t>
      </w:r>
      <w:r>
        <w:br/>
      </w:r>
      <w:r>
        <w:rPr>
          <w:sz w:val="20"/>
        </w:rPr>
        <w:t>29:17  discipline se bahar le ja rahe hain. dekhiye, m</w:t>
      </w:r>
      <w:r>
        <w:br/>
      </w:r>
      <w:r>
        <w:rPr>
          <w:sz w:val="20"/>
        </w:rPr>
        <w:t>29:23  oral discipline ke baghair koi aadmi taraqqi nahin kar sakta, na koi fard, na koi individual, na koi society. na koi individual, na koi society. disciplined life chahiye, moral values ko follow karna pare ga. aise aise to ek anarchy aae gi zindagi mein. to unhon ne kaha ke is ko negative parenting, ne</w:t>
      </w:r>
      <w:r>
        <w:br/>
      </w:r>
      <w:r>
        <w:rPr>
          <w:sz w:val="20"/>
        </w:rPr>
        <w:t>29:53  guilty parenting yani maa baap agar kahein ke bhai dekho yeh galat hai, yeh kaam mat karo, yeh</w:t>
      </w:r>
      <w:r>
        <w:br/>
      </w:r>
      <w:r>
        <w:rPr>
          <w:sz w:val="20"/>
        </w:rPr>
        <w:t>29:57  tum ne kiya kar diya, yeh to bohat galat baat ho gayi, yeh hai negative parenting.</w:t>
      </w:r>
      <w:r>
        <w:br/>
      </w:r>
      <w:r>
        <w:rPr>
          <w:sz w:val="20"/>
        </w:rPr>
        <w:t>30:01  to chhod do is ko.</w:t>
      </w:r>
      <w:r>
        <w:br/>
      </w:r>
      <w:r>
        <w:rPr>
          <w:sz w:val="20"/>
        </w:rPr>
        <w:t>30:06  unhone kehte hain positive parenting yeh thi ke bache ko chhode raho, is ko ehsas na hone</w:t>
      </w:r>
      <w:r>
        <w:br/>
      </w:r>
      <w:r>
        <w:rPr>
          <w:sz w:val="20"/>
        </w:rPr>
        <w:t>30:10  do ke main ghalati kar raha hoon.</w:t>
      </w:r>
      <w:r>
        <w:br/>
      </w:r>
      <w:r>
        <w:rPr>
          <w:sz w:val="20"/>
        </w:rPr>
        <w:t>30:14  koi koi to is mani ka aap parenting ka mani yeh hua ke aap animalization of men, yeh</w:t>
      </w:r>
      <w:r>
        <w:br/>
      </w:r>
      <w:r>
        <w:rPr>
          <w:sz w:val="20"/>
        </w:rPr>
        <w:t>30:19  to aap animal bana rahe hain is ko.</w:t>
      </w:r>
    </w:p>
    <w:p>
      <w:pPr>
        <w:pStyle w:val="Heading2"/>
      </w:pPr>
      <w:r>
        <w:t>false definitions of tajdeed: political and economic reform</w:t>
      </w:r>
    </w:p>
    <w:p>
      <w:r>
        <w:rPr>
          <w:color w:val="666666"/>
          <w:sz w:val="18"/>
        </w:rPr>
        <w:t>Tajdeed-e-Deen Book by Maulana Wahiduddin Khan · 1m 13s · at 1:20 · https://youtu.be/IPf3V74gGr4?t=80</w:t>
      </w:r>
    </w:p>
    <w:p>
      <w:r>
        <w:rPr>
          <w:i/>
        </w:rPr>
        <w:t>“کچھ لوگوں نے مسلمانوں کو سیاسی و معاشی طور پر اٹھانے کی کوشش کی”</w:t>
      </w:r>
    </w:p>
    <w:p>
      <w:r>
        <w:rPr>
          <w:sz w:val="20"/>
        </w:rPr>
        <w:t>1:20  isi tarah kuch logon ne dekha keh maujooda zamaney ke musalman siyasi maghloobiyat ya maashi inhitat mein mubtala hain. unhon ne qom ko siyasi aur maashi aitbar se uthaney ki koshish ki.</w:t>
      </w:r>
      <w:r>
        <w:br/>
      </w:r>
      <w:r>
        <w:rPr>
          <w:sz w:val="20"/>
        </w:rPr>
        <w:t>1:33  aise logon ko bhi mujaddid kaha janey laga, magar is qism ke ek kaam ko qomi khidmat to kaha ja sakta hai magar is ko tajdeed ka naam nahi diya ja sakta.</w:t>
      </w:r>
      <w:r>
        <w:br/>
      </w:r>
      <w:r>
        <w:rPr>
          <w:sz w:val="20"/>
        </w:rPr>
        <w:t>1:46  is</w:t>
      </w:r>
      <w:r>
        <w:br/>
      </w:r>
      <w:r>
        <w:rPr>
          <w:sz w:val="20"/>
        </w:rPr>
        <w:t>1:47  tarah kuch mufakireen ne islam ko alamgir siyasi nizam ke taur par pesh karna shuru kiya. is maqsad ke liye woh hukmaranon se takraye.</w:t>
      </w:r>
      <w:r>
        <w:br/>
      </w:r>
      <w:r>
        <w:rPr>
          <w:sz w:val="20"/>
        </w:rPr>
        <w:t>1:57  unhon ne mukhtalif mulkon mein opposition ki siyasat jaari kar di, aur islam ke naam par dunya mein riyasati aur tamadduni inqilab ka jhanda le kar khare ho gaye.</w:t>
      </w:r>
      <w:r>
        <w:br/>
      </w:r>
      <w:r>
        <w:rPr>
          <w:sz w:val="20"/>
        </w:rPr>
        <w:t>2:08  aise logon ko bhi kuch log mujaddid ke lafz se pukarte hain, magar yeh bhi sarasar galat hai.</w:t>
      </w:r>
      <w:r>
        <w:br/>
      </w:r>
      <w:r>
        <w:rPr>
          <w:sz w:val="20"/>
        </w:rPr>
        <w:t>2:15  is qism ki nazariya saazi ya siyasi akheer pachad bhi woh cheez nahi jis ko hadith mein tajdeed kaha gaya hai. hadith mein jis tajdeedi amal ka zikr hai, us se murad yeh hai keh deen ki taleemat ko az sar-e-nau us ki asal soorat mein wazeh karna.</w:t>
      </w:r>
    </w:p>
    <w:p>
      <w:pPr>
        <w:pStyle w:val="Heading2"/>
      </w:pPr>
      <w:r>
        <w:t>Festivals as opportunity for dawa</w:t>
      </w:r>
    </w:p>
    <w:p>
      <w:r>
        <w:rPr>
          <w:color w:val="666666"/>
          <w:sz w:val="18"/>
        </w:rPr>
        <w:t>Question &amp; Answer Jan 6th 2013 - Maulana Wahiduddin Kahn · 1m 23s · at 0:42 · https://youtu.be/1FAK1QuHEpw?t=42</w:t>
      </w:r>
    </w:p>
    <w:p>
      <w:r>
        <w:rPr>
          <w:i/>
        </w:rPr>
        <w:t>“Dekhiye, yeh koi sawaal nahi hai”</w:t>
      </w:r>
    </w:p>
    <w:p>
      <w:r>
        <w:rPr>
          <w:sz w:val="20"/>
        </w:rPr>
        <w:t>0:42  dekhen, yeh koi sawal nahi hai.</w:t>
      </w:r>
      <w:r>
        <w:br/>
      </w:r>
      <w:r>
        <w:rPr>
          <w:sz w:val="20"/>
        </w:rPr>
        <w:t>0:47  asal sawal yeh hai ke aap yeh janen ke aap ka purpose of life kya hai, goal kya hai aap ka.</w:t>
      </w:r>
      <w:r>
        <w:br/>
      </w:r>
      <w:r>
        <w:rPr>
          <w:sz w:val="20"/>
        </w:rPr>
        <w:t>0:57  yeh sab to, is ki koi ahmiyat nahi hai. aap yeh kyun nahi sochte ke tarah tarah ke festivals hotay hain to hum ko opportunity de rahe hain, wahan ja kar hum islami literature pohnchayen, logon se interact karen, logon se discussion karen, logon se dialogue karen.</w:t>
      </w:r>
      <w:r>
        <w:br/>
      </w:r>
      <w:r>
        <w:rPr>
          <w:sz w:val="20"/>
        </w:rPr>
        <w:t>1:17  yani aik jagah, aise saare log mil rahe hain. rasool allah ke zamanay mein bhi aswaq hua karte thay, souq.</w:t>
      </w:r>
      <w:r>
        <w:br/>
      </w:r>
      <w:r>
        <w:rPr>
          <w:sz w:val="20"/>
        </w:rPr>
        <w:t>1:26  yani wahan par aise jashn manate thay log, ikhatta hotay thay wahan par. wahan aap jatay thay, baqayda. aap parh lijiyay sahi sahi kitabon mein.</w:t>
      </w:r>
      <w:r>
        <w:br/>
      </w:r>
      <w:r>
        <w:rPr>
          <w:sz w:val="20"/>
        </w:rPr>
        <w:t>1:37  masla yeh nahi ke aap khud bhi jashn manayen. masla yeh hai ke un ke jashn ko avail kijiyay aap.</w:t>
      </w:r>
      <w:r>
        <w:br/>
      </w:r>
      <w:r>
        <w:rPr>
          <w:sz w:val="20"/>
        </w:rPr>
        <w:t>1:45  take it as an opportunity. un se interaction kijiyay, un se discussion kijiyay, un se dialogue kijiyay, un ko kitaben dijiye, un ko quran ke tarjume pohnchaiye.</w:t>
      </w:r>
      <w:r>
        <w:br/>
      </w:r>
      <w:r>
        <w:rPr>
          <w:sz w:val="20"/>
        </w:rPr>
        <w:t>1:55  yeh sab kijiyay. asal sochne ki cheez yeh hai. woh to koi sochne ki baat nahi hai.</w:t>
      </w:r>
    </w:p>
    <w:p>
      <w:pPr>
        <w:pStyle w:val="Heading2"/>
      </w:pPr>
      <w:r>
        <w:t>True meaning of Jihad</w:t>
      </w:r>
    </w:p>
    <w:p>
      <w:r>
        <w:rPr>
          <w:color w:val="666666"/>
          <w:sz w:val="18"/>
        </w:rPr>
        <w:t>Shantum Seth Group Q&amp;A EL 02 Feb, 08 - Maulana Wahiduddin Khan · 1m 32s · at 18:44 · https://youtu.be/97Uy6wSnQp8?t=1124</w:t>
      </w:r>
    </w:p>
    <w:p>
      <w:r>
        <w:rPr>
          <w:i/>
        </w:rPr>
        <w:t>“What does Jihad mean?”</w:t>
      </w:r>
    </w:p>
    <w:p>
      <w:r>
        <w:rPr>
          <w:sz w:val="20"/>
        </w:rPr>
        <w:t>18:44  . What does Jihad mean? Jihad is an Arabic word.</w:t>
      </w:r>
      <w:r>
        <w:br/>
      </w:r>
      <w:r>
        <w:rPr>
          <w:sz w:val="20"/>
        </w:rPr>
        <w:t>18:53  It literally means to strive, to struggle. So Jihad has nothing to do with violence or war.</w:t>
      </w:r>
      <w:r>
        <w:br/>
      </w:r>
      <w:r>
        <w:rPr>
          <w:sz w:val="20"/>
        </w:rPr>
        <w:t>19:07  Jihad simply means peaceful struggle.</w:t>
      </w:r>
      <w:r>
        <w:br/>
      </w:r>
      <w:r>
        <w:rPr>
          <w:sz w:val="20"/>
        </w:rPr>
        <w:t>19:12  There are very relevant verses in the Quran in this regard.</w:t>
      </w:r>
      <w:r>
        <w:br/>
      </w:r>
      <w:r>
        <w:rPr>
          <w:sz w:val="20"/>
        </w:rPr>
        <w:t>19:21  The Quran says, "wa jahidhum bihi jahadan kabira." It means that do great jihad with the help of the Quran.</w:t>
      </w:r>
      <w:r>
        <w:br/>
      </w:r>
      <w:r>
        <w:rPr>
          <w:sz w:val="20"/>
        </w:rPr>
        <w:t>19:37  Now, you know that the Quran is a book of ideology. The Quran is not a sword, not a gun, not a bomb.</w:t>
      </w:r>
      <w:r>
        <w:br/>
      </w:r>
      <w:r>
        <w:rPr>
          <w:sz w:val="20"/>
        </w:rPr>
        <w:t>19:49  So how can you do violent jihad through the Quran? It is not possible.</w:t>
      </w:r>
      <w:r>
        <w:br/>
      </w:r>
      <w:r>
        <w:rPr>
          <w:sz w:val="20"/>
        </w:rPr>
        <w:t>19:57  So jihad through the Quran means ideological campaign, peaceful struggle, non-confrontational activities.</w:t>
      </w:r>
      <w:r>
        <w:br/>
      </w:r>
      <w:r>
        <w:rPr>
          <w:sz w:val="20"/>
        </w:rPr>
        <w:t>20:09  That is jihad in Islam.</w:t>
      </w:r>
    </w:p>
    <w:p>
      <w:pPr>
        <w:pStyle w:val="Heading2"/>
      </w:pPr>
      <w:r>
        <w:t>Tiger peaceful protest against intruder</w:t>
      </w:r>
    </w:p>
    <w:p>
      <w:r>
        <w:rPr>
          <w:color w:val="666666"/>
          <w:sz w:val="18"/>
        </w:rPr>
        <w:t>Nature as a Role Model December 7, 2007 · 1m 22s · at 8:09 · https://youtu.be/QJXLYUfhSSc?t=489</w:t>
      </w:r>
    </w:p>
    <w:p>
      <w:r>
        <w:rPr>
          <w:i/>
        </w:rPr>
        <w:t>“Ek martaba TV mein dekha ke sher kaise rehte hain”</w:t>
      </w:r>
    </w:p>
    <w:p>
      <w:r>
        <w:rPr>
          <w:sz w:val="20"/>
        </w:rPr>
        <w:t>8:09  aise hi maine dekha ek martaba TV mein ke natural habitat mein shair kaise rehte hain. to ek baar is mein dikhaya unhone scene ke ek shair bahar se aa gaya, ek tiger.</w:t>
      </w:r>
      <w:r>
        <w:br/>
      </w:r>
      <w:r>
        <w:rPr>
          <w:sz w:val="20"/>
        </w:rPr>
        <w:t>8:26  jangalon mein jo tiger rehte hain to har ek ka ek bana rehta hai area. area bata hua hota hai. to ek ek tiger ke area mein doosra tiger aa gaya.</w:t>
      </w:r>
      <w:r>
        <w:br/>
      </w:r>
      <w:r>
        <w:rPr>
          <w:sz w:val="20"/>
        </w:rPr>
        <w:t>8:38  to kya hua?</w:t>
      </w:r>
      <w:r>
        <w:br/>
      </w:r>
      <w:r>
        <w:rPr>
          <w:sz w:val="20"/>
        </w:rPr>
        <w:t>8:43  shair jo zor zor se bolne laga, garjne ki awaz mein. yeh protest, woh shair ka protest tha. to is mein dikhaya unhone ke jo bahar ke, bahar se jo shair aa kar ke is area mein aa gaya tha,</w:t>
      </w:r>
      <w:r>
        <w:br/>
      </w:r>
      <w:r>
        <w:rPr>
          <w:sz w:val="20"/>
        </w:rPr>
        <w:t>9:00  to woh bhaga. yaani is ke protest par bhagna shuru kiya is ne. to bhagte hue dikhaya unhone, bhagte bhagte bhagte bhagte wahan pahunch gaya jahan uska area khatam hota tha.</w:t>
      </w:r>
      <w:r>
        <w:br/>
      </w:r>
      <w:r>
        <w:rPr>
          <w:sz w:val="20"/>
        </w:rPr>
        <w:t>9:16  tab ja kar ke woh shair chup ho gaya. ab yahan pe bhi dekhiye, peaceful protest hi se kaam ban gaya. ab shair ne yeh nahi kaha ke ja kar ke woh attack kare, un ke un ke area mein ja kar ke attack kare.</w:t>
      </w:r>
    </w:p>
    <w:p>
      <w:pPr>
        <w:pStyle w:val="Heading2"/>
      </w:pPr>
      <w:r>
        <w:t>Why UAE is a golden opportunity for dawah</w:t>
      </w:r>
    </w:p>
    <w:p>
      <w:r>
        <w:rPr>
          <w:color w:val="666666"/>
          <w:sz w:val="18"/>
        </w:rPr>
        <w:t>Conveying The Message of God November 27, 2022 · 2m 40s · at 10:08 · https://youtu.be/1MUWodugLKU?t=608</w:t>
      </w:r>
    </w:p>
    <w:p>
      <w:r>
        <w:rPr>
          <w:i/>
        </w:rPr>
        <w:t>“UAE is a small country but truly global, and the safest too”</w:t>
      </w:r>
    </w:p>
    <w:p>
      <w:r>
        <w:rPr>
          <w:sz w:val="20"/>
        </w:rPr>
        <w:t>10:08  ji, namaskar. UAE ke baare mein jo Rajat bhai aapne poocha to UAE jaisa aap sab jaante hain ke UAE jo hai actually to ek chhoti si country hai lekin as a global, real global country aap keh sakte hain kyunke wahan par lagbhag shayad duniya ke saare hi mulk log rehte hain aur baste hain.</w:t>
      </w:r>
      <w:r>
        <w:br/>
      </w:r>
      <w:r>
        <w:rPr>
          <w:sz w:val="20"/>
        </w:rPr>
        <w:t>10:31  doosri jo khoobi hui ki hai ke mere apne jo interactions hain unke duniya mein main keh raha hoon ke raalban duniya ki sabse safe country hai hui aur yeh maine bahut logon se suna hai khaas taur se European se bhi. to yeh ek aisi country hai jahan par log jo afford kar sakte hain, woh chahte hain ke main yahan basoon ya yahan rahoon ya yahan par earning karoon.</w:t>
      </w:r>
      <w:r>
        <w:br/>
      </w:r>
      <w:r>
        <w:rPr>
          <w:sz w:val="20"/>
        </w:rPr>
        <w:t>11:01  to us aitwaar se yahan par poori duniya ke log aate hain. aise bhi aate hain as a tourist bhi aur wahan par busay hue rehte hain, kaafi din rehte hain wahan par hain. to us angle se hamare liye bahut badi opportunity hai kyunke interactions hote hi hain. business ke bajakar ya tourist as a tourist ya phir kisi aur relation ke bajakar interactions hote hain. jaise for example abhi book fair tha wahan Sharjah mein. ji.</w:t>
      </w:r>
      <w:r>
        <w:br/>
      </w:r>
      <w:r>
        <w:rPr>
          <w:sz w:val="20"/>
        </w:rPr>
        <w:t>11:27  to book fair mein bahut log aaye the aur alag alag country ke bhi the. to jaisa Maulana hamein batate hain ke bhai interaction jo hai woh daawa ki jo hai yaani jo hai ek bahut badi jo hai buniyad hai ke interaction se hi daawa ki activity shuru hoti ji ji. to aap hamein akele kamre mein baithkar to daawa nahin kar sakta. bilkul. to ek insaan chahiye jiske saath main ji. interact karoon.</w:t>
      </w:r>
      <w:r>
        <w:br/>
      </w:r>
      <w:r>
        <w:rPr>
          <w:sz w:val="20"/>
        </w:rPr>
        <w:t>11:52  to yeh jo UAE as a country Allah dara ne ek bahut badi opportunity provide kiya hai jo wahan hain unke liye ke isko avail karein woh ke multilingual, multinational jo society wahan van gayi hai, usmein isko avail karein aur hamare liye CPS ke liye ek bahut badi yaani jo hai plus point kya hai ke hamare paas multilingual language mein quran maujood hai. ji.</w:t>
      </w:r>
      <w:r>
        <w:br/>
      </w:r>
      <w:r>
        <w:rPr>
          <w:sz w:val="20"/>
        </w:rPr>
        <w:t>12:19  to yaani aap samjhiye ke yeh do cheezein ho gayi na. ek hai ke opportunity ka hona aur doosri opportunity use karne ke liye hamare paas tools ka hona. apni mandir tak jaldi aur safely pahunch sakte hain. ji.</w:t>
      </w:r>
      <w:r>
        <w:br/>
      </w:r>
      <w:r>
        <w:rPr>
          <w:sz w:val="20"/>
        </w:rPr>
        <w:t>12:48  to yeh analogy ke zariye main is cheez ko matlab share kar raha hoon ke UAE mein yahi cheezein hain ke UAE mein opportunity hai aur CPS ke paas jo hai woh tools hain, woh means hain jo us opportunity ko avail karne ke liye hamein chahiye. ji. ke matlab aur teesri cheez jo main samajhta hoon ke wahan ki government jo hai is maamle mein bahut hi neutral hai ke woh sabko mauka deti hai.</w:t>
      </w:r>
    </w:p>
    <w:p>
      <w:pPr>
        <w:pStyle w:val="Heading2"/>
      </w:pPr>
      <w:r>
        <w:t>No restriction, law of necessity allows organ donation</w:t>
      </w:r>
    </w:p>
    <w:p>
      <w:r>
        <w:rPr>
          <w:color w:val="666666"/>
          <w:sz w:val="18"/>
        </w:rPr>
        <w:t>Organ Donation Day · 1m 15s · at 8:11 · https://youtu.be/z-3wbP3_25c?t=491</w:t>
      </w:r>
    </w:p>
    <w:p>
      <w:r>
        <w:rPr>
          <w:i/>
        </w:rPr>
        <w:t>“So in Islam, I don't know any teaching which restricts organ donation.”</w:t>
      </w:r>
    </w:p>
    <w:p>
      <w:r>
        <w:rPr>
          <w:sz w:val="20"/>
        </w:rPr>
        <w:t>8:11  So in Islam, I don't know any, uh, uh, pri any teaching which restricts this kind of donation. Then there is a very important, you know, any, organ donation is a very decent phenomenon. Any, it is a, uh, invention of modern medical science.</w:t>
      </w:r>
      <w:r>
        <w:br/>
      </w:r>
      <w:r>
        <w:rPr>
          <w:sz w:val="20"/>
        </w:rPr>
        <w:t>8:35  Before modern medical science, there was no such donation. And there is a ver there is a very important principle in Islam that is, "Az-zururat tobihul mahzurat." It is based on law of necessity. It means that necessity makes, uh, unlawful lawful.</w:t>
      </w:r>
      <w:r>
        <w:br/>
      </w:r>
      <w:r>
        <w:rPr>
          <w:sz w:val="20"/>
        </w:rPr>
        <w:t>9:05  So even if it, i-if someone says that it is unlawful in Islam, so I would say that according to law of necessity, you have to make it lawful. Although there is no clear indication in Islam, any teaching in Quran and Hadith that forbids organ donation.</w:t>
      </w:r>
      <w:r>
        <w:br/>
      </w:r>
      <w:r>
        <w:rPr>
          <w:sz w:val="20"/>
        </w:rPr>
        <w:t>9:26  Thank you, Maulana Saheb. You have made that very clear. May I now ask you, Rabi, uh, Rabbi, to, um, explain to us the what does Judaism say about organ donation? Uh, you know, in the Judaism, you are aware that there are 613 commandments in the Bible, Old Testament.</w:t>
      </w:r>
    </w:p>
    <w:p>
      <w:pPr>
        <w:pStyle w:val="Heading2"/>
      </w:pPr>
      <w:r>
        <w:t>Q&amp;A: pre-signing an organ donor card as charity</w:t>
      </w:r>
    </w:p>
    <w:p>
      <w:r>
        <w:rPr>
          <w:color w:val="666666"/>
          <w:sz w:val="18"/>
        </w:rPr>
        <w:t>Misconception About Islam May 10, 2014 Maulana Wahiduddin Khan · 1m 48s · at 28:41 · https://youtu.be/1qx-vnlLc5g?t=1721</w:t>
      </w:r>
    </w:p>
    <w:p>
      <w:r>
        <w:rPr>
          <w:i/>
        </w:rPr>
        <w:t>“I have already signed up with driving license department that at the time of my death...”</w:t>
      </w:r>
    </w:p>
    <w:p>
      <w:r>
        <w:rPr>
          <w:sz w:val="20"/>
        </w:rPr>
        <w:t>28:41  ah raziya ne likha hai: "Maulana, Maulana made it very clear that not abolishing freedom is part of God's plan to create challenge in this world and ensure that man constantly strives to develop himself by facing that challenge." Maulana, this is an amazing point: "Freedom is the secret right of every human being given by God Almighty."</w:t>
      </w:r>
      <w:r>
        <w:br/>
      </w:r>
      <w:r>
        <w:rPr>
          <w:sz w:val="20"/>
        </w:rPr>
        <w:t>29:11  ti." Maulana, "claim claim" sahib ka question lete hain. Unhon ne likha hai ke "I have already signed up with driving license department that at the time of my death, they can take as many organs as needed from my body." Maulana, is this allowed in Islam?</w:t>
      </w:r>
      <w:r>
        <w:br/>
      </w:r>
      <w:r>
        <w:rPr>
          <w:sz w:val="20"/>
        </w:rPr>
        <w:t>29:35  yes, yes, there is no doubt about it.</w:t>
      </w:r>
      <w:r>
        <w:br/>
      </w:r>
      <w:r>
        <w:rPr>
          <w:sz w:val="20"/>
        </w:rPr>
        <w:t>29:41  there is no doubt about it. it is infaq, isi sadqa e jariya. it is yani islam, they account to islamic teaching.</w:t>
      </w:r>
      <w:r>
        <w:br/>
      </w:r>
      <w:r>
        <w:rPr>
          <w:sz w:val="20"/>
        </w:rPr>
        <w:t>29:53  we we are, we have to live in our society as a giver member, giver member of society.</w:t>
      </w:r>
      <w:r>
        <w:br/>
      </w:r>
      <w:r>
        <w:rPr>
          <w:sz w:val="20"/>
        </w:rPr>
        <w:t>30:04  and sadqa e jariya iz also a phenomena of giving. ji,</w:t>
      </w:r>
      <w:r>
        <w:br/>
      </w:r>
      <w:r>
        <w:rPr>
          <w:sz w:val="20"/>
        </w:rPr>
        <w:t>30:14  try to live as a giver member of society. and organ donation is also part of this kind of living.</w:t>
      </w:r>
    </w:p>
    <w:p>
      <w:pPr>
        <w:pStyle w:val="Heading2"/>
      </w:pPr>
      <w:r>
        <w:t>Modern civilization is the animalization of the mind</w:t>
      </w:r>
    </w:p>
    <w:p>
      <w:r>
        <w:rPr>
          <w:color w:val="666666"/>
          <w:sz w:val="18"/>
        </w:rPr>
        <w:t>Intellectual Poverty of Modern World December 17, 2006 · 1m 08s · at 5:02 · https://youtu.be/GdhR0DoI1Ys?t=302</w:t>
      </w:r>
    </w:p>
    <w:p>
      <w:r>
        <w:rPr>
          <w:i/>
        </w:rPr>
        <w:t>“سارے لوگ جو ہیں اینیمل لیول پر جی رہے ہیں۔”</w:t>
      </w:r>
    </w:p>
    <w:p>
      <w:r>
        <w:rPr>
          <w:sz w:val="20"/>
        </w:rPr>
        <w:t>5:02  to aisa kyon hai? main samajhta hoon ke saare log jo hain animal level par jee rahe hain.</w:t>
      </w:r>
      <w:r>
        <w:br/>
      </w:r>
      <w:r>
        <w:rPr>
          <w:sz w:val="20"/>
        </w:rPr>
        <w:t>5:12  yeh animal level par jeena hai ke khana peena, hawa karna, shopping, outing aur party, is mein jeena, paisa kamana, yeh animal level hai jeene ka.</w:t>
      </w:r>
      <w:r>
        <w:br/>
      </w:r>
      <w:r>
        <w:rPr>
          <w:sz w:val="20"/>
        </w:rPr>
        <w:t>5:26  isi mein saari duniya jee rahi hai. mera apna tajurba yahi hai.</w:t>
      </w:r>
      <w:r>
        <w:br/>
      </w:r>
      <w:r>
        <w:rPr>
          <w:sz w:val="20"/>
        </w:rPr>
        <w:t>5:32  to jab aap animal level par jee rahe hon to zahir hai ke yaani jismani level par jab animal bana hua ho aadmi to mind bhi is ka wahi ho jayega.</w:t>
      </w:r>
      <w:r>
        <w:br/>
      </w:r>
      <w:r>
        <w:rPr>
          <w:sz w:val="20"/>
        </w:rPr>
        <w:t>5:46  to main samajhta hoon ke aaj kal ki civilization jo hai woh animalization of mind ki hai.</w:t>
      </w:r>
      <w:r>
        <w:br/>
      </w:r>
      <w:r>
        <w:rPr>
          <w:sz w:val="20"/>
        </w:rPr>
        <w:t>5:54  yaani aaj kal ka jo culture hai woh animalization of mind ke main samajhta hoon ke kar rahi hai.</w:t>
      </w:r>
    </w:p>
    <w:p>
      <w:pPr>
        <w:pStyle w:val="Heading2"/>
      </w:pPr>
      <w:r>
        <w:t>Solution to Palestinian conflict</w:t>
      </w:r>
    </w:p>
    <w:p>
      <w:r>
        <w:rPr>
          <w:color w:val="666666"/>
          <w:sz w:val="18"/>
        </w:rPr>
        <w:t>Shantum Seth Group Q&amp;A EL 02 Feb, 08 - Maulana Wahiduddin Khan · 2m 34s · at 6:46 · https://youtu.be/97Uy6wSnQp8?t=406</w:t>
      </w:r>
    </w:p>
    <w:p>
      <w:r>
        <w:rPr>
          <w:i/>
        </w:rPr>
        <w:t>“What is the solution of the Palestinian problem?”</w:t>
      </w:r>
    </w:p>
    <w:p>
      <w:r>
        <w:rPr>
          <w:sz w:val="20"/>
        </w:rPr>
        <w:t>6:46  What is the solution of the Palestinian problem according to your opinion? According to my opinion,</w:t>
      </w:r>
      <w:r>
        <w:br/>
      </w:r>
      <w:r>
        <w:rPr>
          <w:sz w:val="20"/>
        </w:rPr>
        <w:t>6:58  there is only one solution, that is accept the status quo, accept the political status quo.</w:t>
      </w:r>
      <w:r>
        <w:br/>
      </w:r>
      <w:r>
        <w:rPr>
          <w:sz w:val="20"/>
        </w:rPr>
        <w:t>7:15  You cannot change the status quo. It is impossible.</w:t>
      </w:r>
      <w:r>
        <w:br/>
      </w:r>
      <w:r>
        <w:rPr>
          <w:sz w:val="20"/>
        </w:rPr>
        <w:t>7:20  You can go to suicide bombing. You can go to self-destruction. So all these</w:t>
      </w:r>
      <w:r>
        <w:br/>
      </w:r>
      <w:r>
        <w:rPr>
          <w:sz w:val="20"/>
        </w:rPr>
        <w:t>7:32  armed activities are violence, only produce some negative result.</w:t>
      </w:r>
      <w:r>
        <w:br/>
      </w:r>
      <w:r>
        <w:rPr>
          <w:sz w:val="20"/>
        </w:rPr>
        <w:t>7:41  No positive result is possible through these violent activities.</w:t>
      </w:r>
      <w:r>
        <w:br/>
      </w:r>
      <w:r>
        <w:rPr>
          <w:sz w:val="20"/>
        </w:rPr>
        <w:t>7:50  Then I believe that</w:t>
      </w:r>
      <w:r>
        <w:br/>
      </w:r>
      <w:r>
        <w:rPr>
          <w:sz w:val="20"/>
        </w:rPr>
        <w:t>7:55  the Jewish community was in diaspora.</w:t>
      </w:r>
      <w:r>
        <w:br/>
      </w:r>
      <w:r>
        <w:rPr>
          <w:sz w:val="20"/>
        </w:rPr>
        <w:t>8:03  So when they returned to Palestine, it was returned to their home. So I think that Muslims should welcome to this community.</w:t>
      </w:r>
      <w:r>
        <w:br/>
      </w:r>
      <w:r>
        <w:rPr>
          <w:sz w:val="20"/>
        </w:rPr>
        <w:t>8:17  If they have adopted this policy, then it was possible to live in Palestine. It was possible to live with complete harmony.</w:t>
      </w:r>
      <w:r>
        <w:br/>
      </w:r>
      <w:r>
        <w:rPr>
          <w:sz w:val="20"/>
        </w:rPr>
        <w:t>8:30  But they refused to welcome those Jews.</w:t>
      </w:r>
      <w:r>
        <w:br/>
      </w:r>
      <w:r>
        <w:rPr>
          <w:sz w:val="20"/>
        </w:rPr>
        <w:t>8:37  So I think that this was not aright policy.</w:t>
      </w:r>
      <w:r>
        <w:br/>
      </w:r>
      <w:r>
        <w:rPr>
          <w:sz w:val="20"/>
        </w:rPr>
        <w:t>8:46  Even today, there is no option other than to accept the status quo for both the communities.</w:t>
      </w:r>
      <w:r>
        <w:br/>
      </w:r>
      <w:r>
        <w:rPr>
          <w:sz w:val="20"/>
        </w:rPr>
        <w:t>8:57  If you are not ready to accept the status quo, then this violence will continue.</w:t>
      </w:r>
      <w:r>
        <w:br/>
      </w:r>
      <w:r>
        <w:rPr>
          <w:sz w:val="20"/>
        </w:rPr>
        <w:t>9:10  It is meaningless violence. Present violence is meaningless in Palestine. No positive result is possible through this violence.</w:t>
      </w:r>
    </w:p>
    <w:p>
      <w:pPr>
        <w:pStyle w:val="Heading2"/>
      </w:pPr>
      <w:r>
        <w:t>Blood vs non-blood relationships explain marital conflict</w:t>
      </w:r>
    </w:p>
    <w:p>
      <w:r>
        <w:rPr>
          <w:color w:val="666666"/>
          <w:sz w:val="18"/>
        </w:rPr>
        <w:t>Revival of Muslims March 08, 2015 · 2m 27s · at 59:36 · https://youtu.be/8ShFcr8YozI?t=3576</w:t>
      </w:r>
    </w:p>
    <w:p>
      <w:r>
        <w:rPr>
          <w:i/>
        </w:rPr>
        <w:t>“Husband wife ke beech mein larai jhagra kyun hota hai?”</w:t>
      </w:r>
    </w:p>
    <w:p>
      <w:r>
        <w:rPr>
          <w:sz w:val="20"/>
        </w:rPr>
        <w:t>59:36  We think that it is a reality and not an obsession. How to overcome this problem? Sirf sochna, aur kuch nahi hai.</w:t>
      </w:r>
      <w:r>
        <w:br/>
      </w:r>
      <w:r>
        <w:rPr>
          <w:sz w:val="20"/>
        </w:rPr>
        <w:t>59:50  Aap dekhein, husband wife ke beech mein ladaai jhagda kyun hota hai? Woh bhi obsession ki wajah se hota hai.</w:t>
      </w:r>
      <w:r>
        <w:br/>
      </w:r>
      <w:r>
        <w:rPr>
          <w:sz w:val="20"/>
        </w:rPr>
        <w:t>1:00:00  Yaani hota yeh hai ke woh dono pre-marriage period mein blood relationship mein jeete hain.</w:t>
      </w:r>
      <w:r>
        <w:br/>
      </w:r>
      <w:r>
        <w:rPr>
          <w:sz w:val="20"/>
        </w:rPr>
        <w:t>1:00:12  Post-marriage period mein unko non-blood relationship mein jeena padta hai.</w:t>
      </w:r>
      <w:r>
        <w:br/>
      </w:r>
      <w:r>
        <w:rPr>
          <w:sz w:val="20"/>
        </w:rPr>
        <w:t>1:00:17  To pichla obsession jo hai, woh iski wajah se woh chahte hain ke jisse mera blood ka ta'alluq tha, waise hi yahan bhi ho.</w:t>
      </w:r>
      <w:r>
        <w:br/>
      </w:r>
      <w:r>
        <w:rPr>
          <w:sz w:val="20"/>
        </w:rPr>
        <w:t>1:00:26  Dono yeh chahte hain. Yaani jin logon se unka blood ka ta'alluq tha, woh us se jis tareeqe se pyaar mohabbat karte the, waise hi yahan bhi ho.</w:t>
      </w:r>
      <w:r>
        <w:br/>
      </w:r>
      <w:r>
        <w:rPr>
          <w:sz w:val="20"/>
        </w:rPr>
        <w:t>1:00:38  Woh possible nahi hai. Non-blood relationship mein woh possible nahi hai jo blood relationship mein hota hai.</w:t>
      </w:r>
      <w:r>
        <w:br/>
      </w:r>
      <w:r>
        <w:rPr>
          <w:sz w:val="20"/>
        </w:rPr>
        <w:t>1:00:46  To saare jhagde isi liye hote hain.</w:t>
      </w:r>
      <w:r>
        <w:br/>
      </w:r>
      <w:r>
        <w:rPr>
          <w:sz w:val="20"/>
        </w:rPr>
        <w:t>1:00:51  Saare jhagde. Yaani isko main kahunga ke over expectation mein dono mubtala rehte hain.</w:t>
      </w:r>
      <w:r>
        <w:br/>
      </w:r>
      <w:r>
        <w:rPr>
          <w:sz w:val="20"/>
        </w:rPr>
        <w:t>1:01:01  To iska hal hai sochna, siwaye iske ke so</w:t>
      </w:r>
      <w:r>
        <w:br/>
      </w:r>
      <w:r>
        <w:rPr>
          <w:sz w:val="20"/>
        </w:rPr>
        <w:t>1:01:04  chein. Main khud soch kar jaana, maine is baat ko, is baat ko maine soch kar jaana ke wahan kyun aisa hota hai ke shaadi ke baad ladte jhagadte hain.</w:t>
      </w:r>
      <w:r>
        <w:br/>
      </w:r>
      <w:r>
        <w:rPr>
          <w:sz w:val="20"/>
        </w:rPr>
        <w:t>1:01:15  Love marriage ho tab bhi.</w:t>
      </w:r>
      <w:r>
        <w:br/>
      </w:r>
      <w:r>
        <w:rPr>
          <w:sz w:val="20"/>
        </w:rPr>
        <w:t>1:01:17  To soch kar maine jaana, yeh baat kahin kitaab mein nahi paaya, likha hua maine ke shaadi se pehle khooni rishte ke darmiyan aadmi hota hai.</w:t>
      </w:r>
      <w:r>
        <w:br/>
      </w:r>
      <w:r>
        <w:rPr>
          <w:sz w:val="20"/>
        </w:rPr>
        <w:t>1:01:28  To wahan to yaani sirf mohabbat hi mohabbat hoti hai. Shaadi ke baad isko rehna padta hai ghair khooni rishte ke darmiyan.</w:t>
      </w:r>
      <w:r>
        <w:br/>
      </w:r>
      <w:r>
        <w:rPr>
          <w:sz w:val="20"/>
        </w:rPr>
        <w:t>1:01:40  To yahan par woh woh fitri mohabbat nahi hoti. To soch kar aap ko ta'alluq banana padta hai.</w:t>
      </w:r>
      <w:r>
        <w:br/>
      </w:r>
      <w:r>
        <w:rPr>
          <w:sz w:val="20"/>
        </w:rPr>
        <w:t>1:01:46  Wahan beghair soche ta'alluq hota hai. Yeh baat maine soch kar jaani. To har aadmi soche, apni aqal ko istemaal kare.</w:t>
      </w:r>
    </w:p>
    <w:p>
      <w:pPr>
        <w:pStyle w:val="Heading2"/>
      </w:pPr>
      <w:r>
        <w:t>U-turn story and definition from political to dawa</w:t>
      </w:r>
    </w:p>
    <w:p>
      <w:r>
        <w:rPr>
          <w:color w:val="666666"/>
          <w:sz w:val="18"/>
        </w:rPr>
        <w:t>Revival of Muslim Ummah I 3rd February 13 · 2m 30s · at 45:34 · https://youtu.be/ArygqklqyhE?t=2734</w:t>
      </w:r>
    </w:p>
    <w:p>
      <w:r>
        <w:rPr>
          <w:i/>
        </w:rPr>
        <w:t>“Main apna ek qissa arz karoon.”</w:t>
      </w:r>
    </w:p>
    <w:p>
      <w:r>
        <w:rPr>
          <w:sz w:val="20"/>
        </w:rPr>
        <w:t>45:34  you turn, you turn ka matlab yeh hai ke main apna ek qissa arz karoon. ek martaba main kisi India ke kisi state mein car se safar kar raha tha to hamara jo driver tha, woh naya tha. to ek bar aisa mujhe mehsoos hua ke woh kisi aise area mein guzar raha hai jo mujhe ajnabi lagta tha. maine kaha, drive</w:t>
      </w:r>
      <w:r>
        <w:br/>
      </w:r>
      <w:r>
        <w:rPr>
          <w:sz w:val="20"/>
        </w:rPr>
        <w:t>46:04  r sahib, ke driver sahib, yeh to jahan aap ja rahe hain, mujhe ajnabi lag raha hai. yeh koi aur area hai jahan hum jana tha, woh area nahin hai. to unhon ne car khadi ki aur poocha kisi se. to us ne bataya ke road kahan ja rahi hai. to baaz auqat hum ek aur road par bhaag rahe the, yani jana tha idhar, ja rahe the idhar. to unhon ne kya kiya? you turn liya, yani car ko ghumaya. to qaumon ki zindagi mein bhi you turn ka time aata hai. you</w:t>
      </w:r>
      <w:r>
        <w:br/>
      </w:r>
      <w:r>
        <w:rPr>
          <w:sz w:val="20"/>
        </w:rPr>
        <w:t>46:35  turn, agar aap you turn na len, usi bhagte rahen, bhagte rahen to aap ki destination kabhi nahin aayegi. aap ko you turn lena padta hai zindagi mein. dekhen, British empire tha, India is ka hissa tha, is ka us ne you turn liya second world war ke baad. Japan ne you turn liya, negali ne France ne you turn liya. to jitna qaumen you turn leti hain, yeh nahin ke andha dhundh usi</w:t>
      </w:r>
      <w:r>
        <w:br/>
      </w:r>
      <w:r>
        <w:rPr>
          <w:sz w:val="20"/>
        </w:rPr>
        <w:t>47:05  rastay bhagte rahen, chahe woh kahin ja kar gaadi takra jaye. ab Musalmanon ke liye time aa gaya you turn lene ka, aur koi bhi shakal nahin hai. sab tabaahi hai, sab suicide bombing hai, sab apna apne aap ko halak karna hai. you turn ka matlab kya hai? from political activism to peaceful activism, peaceful da'wah activism, from political ac</w:t>
      </w:r>
      <w:r>
        <w:br/>
      </w:r>
      <w:r>
        <w:rPr>
          <w:sz w:val="20"/>
        </w:rPr>
        <w:t>47:35  tivism to da'wah activism. yeh hai you turn. yani ab tak Musalman political activism ke rastay pe chal rahe the, ab unhon ne is ko chhod dena hai, chhod kar ke da'wah activism ke rastay par aana hai. koi doosra rasta nahin. poori Muslim ummah jo hai, East se West tak, Arab se Ajam tak, India se jahan bhi tak chale jayen, aap har jagah ek hi</w:t>
      </w:r>
    </w:p>
    <w:p>
      <w:pPr>
        <w:pStyle w:val="Heading2"/>
      </w:pPr>
      <w:r>
        <w:t>distinguishing enemy from attacker, enemy as potential friend</w:t>
      </w:r>
    </w:p>
    <w:p>
      <w:r>
        <w:rPr>
          <w:color w:val="666666"/>
          <w:sz w:val="18"/>
        </w:rPr>
        <w:t>Goodness in The Face of Evil (Sai Centre) August 20, 2008 Maulana Wahiduddin Khan · 2m 03s · at 27:11 · https://youtu.be/tTPaJXCbZ24?t=1631</w:t>
      </w:r>
    </w:p>
    <w:p>
      <w:r>
        <w:rPr>
          <w:i/>
        </w:rPr>
        <w:t>“I asked them: why do you keep fighting? They said, 'the enemy.'”</w:t>
      </w:r>
    </w:p>
    <w:p>
      <w:r>
        <w:rPr>
          <w:sz w:val="20"/>
        </w:rPr>
        <w:t>27:11  ek baat mein aur yahan arz karna chahunga ke kai muslim countries mein mein gaya jahan ke log lad darr rahe hain to mein ne kaha bhai aap ladte phirte kyun hain?</w:t>
      </w:r>
      <w:r>
        <w:br/>
      </w:r>
      <w:r>
        <w:rPr>
          <w:sz w:val="20"/>
        </w:rPr>
        <w:t>27:24  to unhon ne kaha ke sahib, yeh hum dushman se lad rahe hain, dushman hai to ladna hi paray ga. yani falasteen mein woh jewish community hai, dushman hai to humein ladna paray ga.</w:t>
      </w:r>
      <w:r>
        <w:br/>
      </w:r>
      <w:r>
        <w:rPr>
          <w:sz w:val="20"/>
        </w:rPr>
        <w:t>27:36  to mein ne kaha dekhiye, yeh bilkul aap jo bol rahe hain, yeh islam ki boli nahi hai. islam, yani islam differentiates between,</w:t>
      </w:r>
      <w:r>
        <w:br/>
      </w:r>
      <w:r>
        <w:rPr>
          <w:sz w:val="20"/>
        </w:rPr>
        <w:t>27:49  yani enemy and attacker. islam mein larai hai sirf attacker ke khilaf, enemy ke khilaf larai nahi hai. islam mein yeh un logon ko ma</w:t>
      </w:r>
      <w:r>
        <w:br/>
      </w:r>
      <w:r>
        <w:rPr>
          <w:sz w:val="20"/>
        </w:rPr>
        <w:t>28:01  loom nahi hai. quran mein hai ke la</w:t>
      </w:r>
      <w:r>
        <w:br/>
      </w:r>
      <w:r>
        <w:rPr>
          <w:sz w:val="20"/>
        </w:rPr>
        <w:t>28:13  is ka matlab yeh hai ke agar koi tumhara dushman hai, tumhara enemy hai to tum us se woh na karo jo woh tumhare sath kar raha hai, woh na karo jo woh kar raha hai.</w:t>
      </w:r>
      <w:r>
        <w:br/>
      </w:r>
      <w:r>
        <w:rPr>
          <w:sz w:val="20"/>
        </w:rPr>
        <w:t>28:26  yani woh hate kar raha hai to hate mat karo, woh tum ko satata hai to mat satao, satao,</w:t>
      </w:r>
      <w:r>
        <w:br/>
      </w:r>
      <w:r>
        <w:rPr>
          <w:sz w:val="20"/>
        </w:rPr>
        <w:t>28:32  woh tum ko kuch nuqsan pohanchata hai to tum nuqsan mat pohanchao. balkay woh bura karta hai to woh acha karo.</w:t>
      </w:r>
      <w:r>
        <w:br/>
      </w:r>
      <w:r>
        <w:rPr>
          <w:sz w:val="20"/>
        </w:rPr>
        <w:t>28:42  to kya hoga? dushman tumhara dost ban jaye ga,</w:t>
      </w:r>
      <w:r>
        <w:br/>
      </w:r>
      <w:r>
        <w:rPr>
          <w:sz w:val="20"/>
        </w:rPr>
        <w:t>28:48  yani aaj ka dushman kal ka dost ban jaye ga. ab zahir hai ke is ka matlab kya hua? it means that your enemy is your potential friend.</w:t>
      </w:r>
      <w:r>
        <w:br/>
      </w:r>
      <w:r>
        <w:rPr>
          <w:sz w:val="20"/>
        </w:rPr>
        <w:t>29:03  yani har enemy potentially aap ka friend hai. yeh islam ki teaching hai. your enemy koi aisa nahi ke by birth koi enemy hota ho.</w:t>
      </w:r>
    </w:p>
    <w:p>
      <w:pPr>
        <w:pStyle w:val="Heading2"/>
      </w:pPr>
      <w:r>
        <w:t>No opportunity is itself the biggest opportunity</w:t>
      </w:r>
    </w:p>
    <w:p>
      <w:r>
        <w:rPr>
          <w:color w:val="666666"/>
          <w:sz w:val="18"/>
        </w:rPr>
        <w:t>Revival and Revivalist June 7, 2015 · 2m 02s · at 36:35 · https://youtu.be/MCY8AJ87BXc?t=2195</w:t>
      </w:r>
    </w:p>
    <w:p>
      <w:r>
        <w:rPr>
          <w:i/>
        </w:rPr>
        <w:t>“A young man came back from America saying there's no scope in India”</w:t>
      </w:r>
    </w:p>
    <w:p>
      <w:r>
        <w:rPr>
          <w:sz w:val="20"/>
        </w:rPr>
        <w:t>36:35  mujhe yaad aata hai ek qissa, mein apnay office mein baitha hua tha,</w:t>
      </w:r>
      <w:r>
        <w:br/>
      </w:r>
      <w:r>
        <w:rPr>
          <w:sz w:val="20"/>
        </w:rPr>
        <w:t>36:41  ek naujawan aaya, woh naujawan ki taleem America mein hui thi, kisi wajah se woh America ko chhod kar India wapas aa gaya.</w:t>
      </w:r>
      <w:r>
        <w:br/>
      </w:r>
      <w:r>
        <w:rPr>
          <w:sz w:val="20"/>
        </w:rPr>
        <w:t>36:52  to us ke jo saathi thay, sab us ko kya kehte thay? yeh to America chhod kar yahan aa gaye, yahan koi scope kahan hai?</w:t>
      </w:r>
      <w:r>
        <w:br/>
      </w:r>
      <w:r>
        <w:rPr>
          <w:sz w:val="20"/>
        </w:rPr>
        <w:t>37:02  us ne mujhe bataya ke mere jitnay saathi hain, mere rishtedar hain, sab aik hi baat kehte hain,</w:t>
      </w:r>
      <w:r>
        <w:br/>
      </w:r>
      <w:r>
        <w:rPr>
          <w:sz w:val="20"/>
        </w:rPr>
        <w:t>37:09  to America ko chhod kar India aa gaye, yahan to koi scope nahi. to mein ne usay kaha ke scope na hona sab se bara scope hai,</w:t>
      </w:r>
      <w:r>
        <w:br/>
      </w:r>
      <w:r>
        <w:rPr>
          <w:sz w:val="20"/>
        </w:rPr>
        <w:t>37:23  India mein agar scope na ho to woh sab se bara scope hai. to us ne kaha, woh kaisay</w:t>
      </w:r>
      <w:r>
        <w:br/>
      </w:r>
      <w:r>
        <w:rPr>
          <w:sz w:val="20"/>
        </w:rPr>
        <w:t>37:31  ? mein ne kaha, jab scope na ho to aap ko challenge ban jata hai, woh scope, scope na hona aik challenge ban jata hai, aap ko motivate karta hai, motivate karta hai ke aakhri mein bhi insan hoon, mere paas bhi dimaagh hai, mere paas bhi degree hai, mein bhi koshish karoon, mein bhi aagay aagay barh sakta hoon.</w:t>
      </w:r>
      <w:r>
        <w:br/>
      </w:r>
      <w:r>
        <w:rPr>
          <w:sz w:val="20"/>
        </w:rPr>
        <w:t>37:55  to mein ne kaha ke India mein aap agar wapas na jayenge, America inshallah, to isi mulk mein aap taraqqi karenge. ab mujhe nahi maloom ke woh ladka kya karta hai, lekin us se mein ne kaha tha ke aap agar theher gaye India mein to aap dekhenge ke aap ke nature ne aap ko motivate kiya aur motivate kar ke aap ko taraqqi tak pahuncha diya.</w:t>
      </w:r>
      <w:r>
        <w:br/>
      </w:r>
      <w:r>
        <w:rPr>
          <w:sz w:val="20"/>
        </w:rPr>
        <w:t>38:18  jahan scope na ho, wahan motivation hota hai, jahan scope na ho, wahan muharrik hota hai,</w:t>
      </w:r>
      <w:r>
        <w:br/>
      </w:r>
      <w:r>
        <w:rPr>
          <w:sz w:val="20"/>
        </w:rPr>
        <w:t>38:25  jahan scope na ho, wahan challenge hota hai. yeh raaz hai zindagi ka. to jo log tajdeed ka kaam karne ke liye uthay hue hain, yeh sab pata jaanna chahiye.</w:t>
      </w:r>
    </w:p>
    <w:p>
      <w:pPr>
        <w:pStyle w:val="Heading2"/>
      </w:pPr>
      <w:r>
        <w:t>Fasting teaches self-control, zakat teaches philanthropy</w:t>
      </w:r>
    </w:p>
    <w:p>
      <w:r>
        <w:rPr>
          <w:color w:val="666666"/>
          <w:sz w:val="18"/>
        </w:rPr>
        <w:t>Islam A Religion of Peace (English) January 8, 2007 Maulana Wahiduddin Khan · 1m 42s · at 59:27 · https://youtu.be/1Yv-qCZhTJE?t=3567</w:t>
      </w:r>
    </w:p>
    <w:p>
      <w:r>
        <w:rPr>
          <w:i/>
        </w:rPr>
        <w:t>“All Muslims are required to fast the whole month of Ramadan.”</w:t>
      </w:r>
    </w:p>
    <w:p>
      <w:r>
        <w:rPr>
          <w:sz w:val="20"/>
        </w:rPr>
        <w:t>59:27  all the muslims are required to go to fast in the whole month of ramadan. what is fasting?</w:t>
      </w:r>
      <w:r>
        <w:br/>
      </w:r>
      <w:r>
        <w:rPr>
          <w:sz w:val="20"/>
        </w:rPr>
        <w:t>59:37  fasting means</w:t>
      </w:r>
      <w:r>
        <w:br/>
      </w:r>
      <w:r>
        <w:rPr>
          <w:sz w:val="20"/>
        </w:rPr>
        <w:t>59:41  adopting self discipline culture, self control culture.</w:t>
      </w:r>
      <w:r>
        <w:br/>
      </w:r>
      <w:r>
        <w:rPr>
          <w:sz w:val="20"/>
        </w:rPr>
        <w:t>59:50  fasting or som or roza means to adopt self control culture. self control culture.</w:t>
      </w:r>
      <w:r>
        <w:br/>
      </w:r>
      <w:r>
        <w:rPr>
          <w:sz w:val="20"/>
        </w:rPr>
        <w:t>1:00:06  then, we are required to to pay zakat. what is zakat</w:t>
      </w:r>
      <w:r>
        <w:br/>
      </w:r>
      <w:r>
        <w:rPr>
          <w:sz w:val="20"/>
        </w:rPr>
        <w:t>1:00:15  ? zakat is philanthropy, philanthropy culture. are to provide help fathers.</w:t>
      </w:r>
      <w:r>
        <w:br/>
      </w:r>
      <w:r>
        <w:rPr>
          <w:sz w:val="20"/>
        </w:rPr>
        <w:t>1:00:28  it is help culture.</w:t>
      </w:r>
      <w:r>
        <w:br/>
      </w:r>
      <w:r>
        <w:rPr>
          <w:sz w:val="20"/>
        </w:rPr>
        <w:t>1:00:34  so, the whole islamic culture, all islamic teachings are based on positive values</w:t>
      </w:r>
      <w:r>
        <w:br/>
      </w:r>
      <w:r>
        <w:rPr>
          <w:sz w:val="20"/>
        </w:rPr>
        <w:t>1:00:43  : modesty, love, patience, philanthropy, and self control.</w:t>
      </w:r>
      <w:r>
        <w:br/>
      </w:r>
      <w:r>
        <w:rPr>
          <w:sz w:val="20"/>
        </w:rPr>
        <w:t>1:00:54  all these things are islamic values, and islamic culture</w:t>
      </w:r>
      <w:r>
        <w:br/>
      </w:r>
      <w:r>
        <w:rPr>
          <w:sz w:val="20"/>
        </w:rPr>
        <w:t>1:01:03  is a combination of these small values.</w:t>
      </w:r>
    </w:p>
    <w:p>
      <w:pPr>
        <w:pStyle w:val="Heading2"/>
      </w:pPr>
      <w:r>
        <w:t>Christian priest on Islam's simplicity</w:t>
      </w:r>
    </w:p>
    <w:p>
      <w:r>
        <w:rPr>
          <w:color w:val="666666"/>
          <w:sz w:val="18"/>
        </w:rPr>
        <w:t>Dawat ke Tajarbat - Maulana Wahiduddin Khan · 2m 08s · at 3:49 · https://youtu.be/gFtAj-BOZHg?t=229</w:t>
      </w:r>
    </w:p>
    <w:p>
      <w:r>
        <w:rPr>
          <w:i/>
        </w:rPr>
        <w:t>“27 July 2001 ki shaam ko ek Isai padri se mulaqat hui”</w:t>
      </w:r>
    </w:p>
    <w:p>
      <w:r>
        <w:rPr>
          <w:sz w:val="20"/>
        </w:rPr>
        <w:t>3:49  «ideological power is greater than political power». naya rujhaan. 27 julaai 2001 ki shaam ko khaane ki mez par ek eesaai padri se mulaqaat hui.</w:t>
      </w:r>
      <w:r>
        <w:br/>
      </w:r>
      <w:r>
        <w:rPr>
          <w:sz w:val="20"/>
        </w:rPr>
        <w:t>4:03  un ka naam raimun panigar tha. un ki umr 83 saal ho chuki hai. woh spain mein barcelona ke paas teurtic ke maqam par rehte hain.</w:t>
      </w:r>
      <w:r>
        <w:br/>
      </w:r>
      <w:r>
        <w:rPr>
          <w:sz w:val="20"/>
        </w:rPr>
        <w:t>4:14  woh soofi islam se mutaasir hain. un se maine poocha ke spain mein islam ke bare mein kis qism ki rai paai jaati hai. unhon ne kaha ke kuch log galat fehmi ka shikaar hain.</w:t>
      </w:r>
      <w:r>
        <w:br/>
      </w:r>
      <w:r>
        <w:rPr>
          <w:sz w:val="20"/>
        </w:rPr>
        <w:t>4:27  maine kaha ke kis qism ki galat fehmi. unhon ne kaha ke media mein pur-tashaddud jihad ki jo khabrein aati hain un ko woh pasand nahin karte.</w:t>
      </w:r>
      <w:r>
        <w:br/>
      </w:r>
      <w:r>
        <w:rPr>
          <w:sz w:val="20"/>
        </w:rPr>
        <w:t>4:37  maine kaha ke jihad ke naam par tashaddud ki tehreekein musalmanon ki qaumi tehreek ka nateeja hain, woh islam ki taleem ka nateeja nahin.</w:t>
      </w:r>
      <w:r>
        <w:br/>
      </w:r>
      <w:r>
        <w:rPr>
          <w:sz w:val="20"/>
        </w:rPr>
        <w:t>4:48  unhon ne bataya ke in sab ke bawajood ispain mein bohat se log islam qabool kar rahe hain. islami kitabon ke tarjume ispaini zaban mein shaya kiye ja rahe hain.</w:t>
      </w:r>
      <w:r>
        <w:br/>
      </w:r>
      <w:r>
        <w:rPr>
          <w:sz w:val="20"/>
        </w:rPr>
        <w:t>5:01  main ne poocha ke jo log islam qabool kar rahe hain un ko islam ka kon sa pehlu zyada mutasir karta hai. unhon ne kaha ke jahan tak mera andaza hai islam ki sadgi ya simplicity logon ko khusoosiyat ke sath islam ki taraf mail kar rahi hai.</w:t>
      </w:r>
      <w:r>
        <w:br/>
      </w:r>
      <w:r>
        <w:rPr>
          <w:sz w:val="20"/>
        </w:rPr>
        <w:t>5:21  islam ka bunyadi aqeedah tauheed hai yani aik khuda ka tasawwur. is ke muqable mein maujooda maseehi aqeedah taslees par qaim hai.</w:t>
      </w:r>
      <w:r>
        <w:br/>
      </w:r>
      <w:r>
        <w:rPr>
          <w:sz w:val="20"/>
        </w:rPr>
        <w:t>5:32  maseehi aqeeday ke mutabiq taslees ya trinity ka matlab yeh nahi ke khuda teen hain balkeh is ka matlab teen mein aik aur aik mein teen, three in one, one in three hai.</w:t>
      </w:r>
      <w:r>
        <w:br/>
      </w:r>
      <w:r>
        <w:rPr>
          <w:sz w:val="20"/>
        </w:rPr>
        <w:t>5:47  yeh ghair riyaziati aqeedah itna pecheeda aur is qadar na qabil e fahm hai ke maseehi ulma bhi is ki tashreeh karne se aajiz hain.</w:t>
      </w:r>
    </w:p>
    <w:p>
      <w:pPr>
        <w:pStyle w:val="Heading2"/>
      </w:pPr>
      <w:r>
        <w:t>Dawah criterion is delivery, not acceptance</w:t>
      </w:r>
    </w:p>
    <w:p>
      <w:r>
        <w:rPr>
          <w:color w:val="666666"/>
          <w:sz w:val="18"/>
        </w:rPr>
        <w:t>Q&amp;A 09 Mar 2008 Maulana Wahiduddin Khan · 2m 34s · at 55:45 · https://youtu.be/qE__fts05yw?t=3345</w:t>
      </w:r>
    </w:p>
    <w:p>
      <w:r>
        <w:rPr>
          <w:i/>
        </w:rPr>
        <w:t>“This is a very important question”</w:t>
      </w:r>
    </w:p>
    <w:p>
      <w:r>
        <w:rPr>
          <w:sz w:val="20"/>
        </w:rPr>
        <w:t>55:45  should we continue to work irrespective of the result? haan, dekhiye, yeh bohat zyada important question hai.</w:t>
      </w:r>
      <w:r>
        <w:br/>
      </w:r>
      <w:r>
        <w:rPr>
          <w:sz w:val="20"/>
        </w:rPr>
        <w:t>55:58  pichhle hafte hamare kuch saathi'on ne</w:t>
      </w:r>
      <w:r>
        <w:br/>
      </w:r>
      <w:r>
        <w:rPr>
          <w:sz w:val="20"/>
        </w:rPr>
        <w:t>56:03  one thousand brochure jo hai, akhbar mein daal kar ke</w:t>
      </w:r>
      <w:r>
        <w:br/>
      </w:r>
      <w:r>
        <w:rPr>
          <w:sz w:val="20"/>
        </w:rPr>
        <w:t>56:10  ek ghar, ek hazar gharon mein pouncha diya. yani rozana jo akhbar, yeh newspaper distribute hote hain, to ek hazar mein unhon ne dala.</w:t>
      </w:r>
      <w:r>
        <w:br/>
      </w:r>
      <w:r>
        <w:rPr>
          <w:sz w:val="20"/>
        </w:rPr>
        <w:t>56:19  aur aap dekhein ke minute'on mein woh ek hazar gharon mein pounch gaya. ek saal mein mujh se kaha ke</w:t>
      </w:r>
      <w:r>
        <w:br/>
      </w:r>
      <w:r>
        <w:rPr>
          <w:sz w:val="20"/>
        </w:rPr>
        <w:t>56:27  kya is ka faida hai? ab dekhein ke kya sab log sachai par aa gaye? dekhiye, that is wrong criterion. yeh wrong criterion se judge karna hai.</w:t>
      </w:r>
      <w:r>
        <w:br/>
      </w:r>
      <w:r>
        <w:rPr>
          <w:sz w:val="20"/>
        </w:rPr>
        <w:t>56:40  lekin sachai ka jo jo woh hai,</w:t>
      </w:r>
      <w:r>
        <w:br/>
      </w:r>
      <w:r>
        <w:rPr>
          <w:sz w:val="20"/>
        </w:rPr>
        <w:t>56:46  jo dai hai, jo messenger hai, jo sachai ko phailana chahta hai, woh is ka kya hai? yeh nahin ke kitne logon ne maan liya, kitne logon tak mein pouncha paya.</w:t>
      </w:r>
      <w:r>
        <w:br/>
      </w:r>
      <w:r>
        <w:rPr>
          <w:sz w:val="20"/>
        </w:rPr>
        <w:t>57:02  ek hai</w:t>
      </w:r>
      <w:r>
        <w:br/>
      </w:r>
      <w:r>
        <w:rPr>
          <w:sz w:val="20"/>
        </w:rPr>
        <w:t>57:04  ke log maan lein, ek hai ke aap pahuncha dein. to da work mein pahunchana asal cheez hai. log maan liye, yeh asal cheez nahin hai.</w:t>
      </w:r>
      <w:r>
        <w:br/>
      </w:r>
      <w:r>
        <w:rPr>
          <w:sz w:val="20"/>
        </w:rPr>
        <w:t>57:14  yeh koi business nahin hai. business mein aap jante hain ke business mein hota hai ke income se toalte hain.</w:t>
      </w:r>
      <w:r>
        <w:br/>
      </w:r>
      <w:r>
        <w:rPr>
          <w:sz w:val="20"/>
        </w:rPr>
        <w:t>57:22  woh</w:t>
      </w:r>
      <w:r>
        <w:br/>
      </w:r>
      <w:r>
        <w:rPr>
          <w:sz w:val="20"/>
        </w:rPr>
        <w:t>57:23  jis business mein income ho rahi ho, us ko rakhenge, nahin income ho to us ko khatam kar denge. to so in business the criteria is is income.</w:t>
      </w:r>
      <w:r>
        <w:br/>
      </w:r>
      <w:r>
        <w:rPr>
          <w:sz w:val="20"/>
        </w:rPr>
        <w:t>57:37  lekin yeh da work mein yeh criteria nahin hai.</w:t>
      </w:r>
      <w:r>
        <w:br/>
      </w:r>
      <w:r>
        <w:rPr>
          <w:sz w:val="20"/>
        </w:rPr>
        <w:t>57:43  quran mein hai ke wa alaina illal balagh.</w:t>
      </w:r>
      <w:r>
        <w:br/>
      </w:r>
      <w:r>
        <w:rPr>
          <w:sz w:val="20"/>
        </w:rPr>
        <w:t>57:49  yeh sahib, yeh ayat hai quran ki: wa alaina illal balagh. pahuncha dena yeh hai criteria.</w:t>
      </w:r>
      <w:r>
        <w:br/>
      </w:r>
      <w:r>
        <w:rPr>
          <w:sz w:val="20"/>
        </w:rPr>
        <w:t>58:00  woh maane ya na maane, yeh un ka kaam hai.</w:t>
      </w:r>
      <w:r>
        <w:br/>
      </w:r>
      <w:r>
        <w:rPr>
          <w:sz w:val="20"/>
        </w:rPr>
        <w:t>58:05  to jitna zyada hum pahuncha sakein, utne hamein pahunchana chahiye. aur yeh condition nahin rakhni chahiye ke log accept karein hamari baaton ko, to hum pahunchayenge nahin, to nahin pahunchayenge.</w:t>
      </w:r>
    </w:p>
    <w:p>
      <w:pPr>
        <w:pStyle w:val="Heading2"/>
      </w:pPr>
      <w:r>
        <w:t>Islam defines terrorism as arms use by non-state actors</w:t>
      </w:r>
    </w:p>
    <w:p>
      <w:r>
        <w:rPr>
          <w:color w:val="666666"/>
          <w:sz w:val="18"/>
        </w:rPr>
        <w:t>Peaceful Activism vs Violent Activism May 23, 2009 · 2m 27s · at 5:06 · https://youtu.be/LlwiET1Kb5w?t=306</w:t>
      </w:r>
    </w:p>
    <w:p>
      <w:r>
        <w:rPr>
          <w:i/>
        </w:rPr>
        <w:t>“First of all, what is the definition of terrorism?”</w:t>
      </w:r>
    </w:p>
    <w:p>
      <w:r>
        <w:rPr>
          <w:sz w:val="20"/>
        </w:rPr>
        <w:t>5:06  first of all, what is the definition of terrorism?</w:t>
      </w:r>
      <w:r>
        <w:br/>
      </w:r>
      <w:r>
        <w:rPr>
          <w:sz w:val="20"/>
        </w:rPr>
        <w:t>5:15  what is the definition of terrorism? i think there are a lot of confusion</w:t>
      </w:r>
      <w:r>
        <w:br/>
      </w:r>
      <w:r>
        <w:rPr>
          <w:sz w:val="20"/>
        </w:rPr>
        <w:t>5:22  . there is no accepted definition of terrorism available in the media or among scholars.</w:t>
      </w:r>
      <w:r>
        <w:br/>
      </w:r>
      <w:r>
        <w:rPr>
          <w:sz w:val="20"/>
        </w:rPr>
        <w:t>5:36  i try to define it in the light of Islamic teachings.</w:t>
      </w:r>
      <w:r>
        <w:br/>
      </w:r>
      <w:r>
        <w:rPr>
          <w:sz w:val="20"/>
        </w:rPr>
        <w:t>5:42  so, according to Islam, the definition of terrorism is use of arm by agencies other than state.</w:t>
      </w:r>
      <w:r>
        <w:br/>
      </w:r>
      <w:r>
        <w:rPr>
          <w:sz w:val="20"/>
        </w:rPr>
        <w:t>5:59  this is the definition of Islam.</w:t>
      </w:r>
      <w:r>
        <w:br/>
      </w:r>
      <w:r>
        <w:rPr>
          <w:sz w:val="20"/>
        </w:rPr>
        <w:t>6:03  so, according to this definition, all those activities we know through out the world are not legitimate activities.</w:t>
      </w:r>
      <w:r>
        <w:br/>
      </w:r>
      <w:r>
        <w:rPr>
          <w:sz w:val="20"/>
        </w:rPr>
        <w:t>6:15  those leaders who are responsible of these terrorist activities, they call it freedom struggle.</w:t>
      </w:r>
      <w:r>
        <w:br/>
      </w:r>
      <w:r>
        <w:rPr>
          <w:sz w:val="20"/>
        </w:rPr>
        <w:t>6:24  this is not freedom struggle.</w:t>
      </w:r>
      <w:r>
        <w:br/>
      </w:r>
      <w:r>
        <w:rPr>
          <w:sz w:val="20"/>
        </w:rPr>
        <w:t>6:29  so, according to Islam, the definition of terrorism is that use of arms by agencies other than state. so, these are people are non governmental organizations.</w:t>
      </w:r>
      <w:r>
        <w:br/>
      </w:r>
      <w:r>
        <w:rPr>
          <w:sz w:val="20"/>
        </w:rPr>
        <w:t>6:41  no government is involve in these activities. so, this is the first point.</w:t>
      </w:r>
      <w:r>
        <w:br/>
      </w:r>
      <w:r>
        <w:rPr>
          <w:sz w:val="20"/>
        </w:rPr>
        <w:t>6:52  these activities are to be condemned</w:t>
      </w:r>
      <w:r>
        <w:br/>
      </w:r>
      <w:r>
        <w:rPr>
          <w:sz w:val="20"/>
        </w:rPr>
        <w:t>6:56  . we have to condemn it out right condemn, because there are not legitimate activities.</w:t>
      </w:r>
      <w:r>
        <w:br/>
      </w:r>
      <w:r>
        <w:rPr>
          <w:sz w:val="20"/>
        </w:rPr>
        <w:t>7:06  they have option for peaceful activism. they can do any thing by the peaceful method.</w:t>
      </w:r>
      <w:r>
        <w:br/>
      </w:r>
      <w:r>
        <w:rPr>
          <w:sz w:val="20"/>
        </w:rPr>
        <w:t>7:16  if</w:t>
      </w:r>
      <w:r>
        <w:br/>
      </w:r>
      <w:r>
        <w:rPr>
          <w:sz w:val="20"/>
        </w:rPr>
        <w:t>7:17  they have some complaint, if they have some problem, they are allowed to solve that problem, but strictly following the peaceful means, peaceful methods.</w:t>
      </w:r>
    </w:p>
    <w:p>
      <w:pPr>
        <w:pStyle w:val="Heading2"/>
      </w:pPr>
      <w:r>
        <w:t>Gandhi's success came at the cost of anarchy</w:t>
      </w:r>
    </w:p>
    <w:p>
      <w:r>
        <w:rPr>
          <w:color w:val="666666"/>
          <w:sz w:val="18"/>
        </w:rPr>
        <w:t>The History of Peace (English) November 12, 2006 · 2m 54s · at 25:18 · https://youtu.be/zlIi5eiTPIg?t=1518</w:t>
      </w:r>
    </w:p>
    <w:p>
      <w:r>
        <w:rPr>
          <w:i/>
        </w:rPr>
        <w:t>“Gandhi achieved freedom by peaceful activism—but there were minus points”</w:t>
      </w:r>
    </w:p>
    <w:p>
      <w:r>
        <w:rPr>
          <w:sz w:val="20"/>
        </w:rPr>
        <w:t>25:18  he achieved freedom by the way of peaceful activism.</w:t>
      </w:r>
      <w:r>
        <w:br/>
      </w:r>
      <w:r>
        <w:rPr>
          <w:sz w:val="20"/>
        </w:rPr>
        <w:t>25:26  also there was some minus points because by using this butter, he destabilized the whole society.</w:t>
      </w:r>
      <w:r>
        <w:br/>
      </w:r>
      <w:r>
        <w:rPr>
          <w:sz w:val="20"/>
        </w:rPr>
        <w:t>25:40  i am a witness of that society in my when i was in my childhood. i saw that indian society was establish society,</w:t>
      </w:r>
      <w:r>
        <w:br/>
      </w:r>
      <w:r>
        <w:rPr>
          <w:sz w:val="20"/>
        </w:rPr>
        <w:t>25:58  establish society. but gandhi</w:t>
      </w:r>
      <w:r>
        <w:br/>
      </w:r>
      <w:r>
        <w:rPr>
          <w:sz w:val="20"/>
        </w:rPr>
        <w:t>26:05  destabilize the whole society. yani people, those people were engaged in service, in education, in different fields.</w:t>
      </w:r>
      <w:r>
        <w:br/>
      </w:r>
      <w:r>
        <w:rPr>
          <w:sz w:val="20"/>
        </w:rPr>
        <w:t>26:16  they abandon their activities.</w:t>
      </w:r>
      <w:r>
        <w:br/>
      </w:r>
      <w:r>
        <w:rPr>
          <w:sz w:val="20"/>
        </w:rPr>
        <w:t>26:19  students abandon their education. service servants abandon their services, and every where, everyone</w:t>
      </w:r>
      <w:r>
        <w:br/>
      </w:r>
      <w:r>
        <w:rPr>
          <w:sz w:val="20"/>
        </w:rPr>
        <w:t>26:34  came out in street. so although traditions were broken.</w:t>
      </w:r>
      <w:r>
        <w:br/>
      </w:r>
      <w:r>
        <w:rPr>
          <w:sz w:val="20"/>
        </w:rPr>
        <w:t>26:40  you know, there is saying very well saying that it required,</w:t>
      </w:r>
      <w:r>
        <w:br/>
      </w:r>
      <w:r>
        <w:rPr>
          <w:sz w:val="20"/>
        </w:rPr>
        <w:t>26:48  it required lot of history to make a little tradition. so although Gandhi was successful, but the price of this success was breaking all the traditions of samaj,</w:t>
      </w:r>
      <w:r>
        <w:br/>
      </w:r>
      <w:r>
        <w:rPr>
          <w:sz w:val="20"/>
        </w:rPr>
        <w:t>27:05  society.</w:t>
      </w:r>
      <w:r>
        <w:br/>
      </w:r>
      <w:r>
        <w:rPr>
          <w:sz w:val="20"/>
        </w:rPr>
        <w:t>27:07  so the tradition, the price was to destabilize the whole society. and it is, it is the result of this method that in post independent era, we find that India was</w:t>
      </w:r>
      <w:r>
        <w:br/>
      </w:r>
      <w:r>
        <w:rPr>
          <w:sz w:val="20"/>
        </w:rPr>
        <w:t>27:28  a land of anarchy.</w:t>
      </w:r>
      <w:r>
        <w:br/>
      </w:r>
      <w:r>
        <w:rPr>
          <w:sz w:val="20"/>
        </w:rPr>
        <w:t>27:33  it is not legacy of Britishers.</w:t>
      </w:r>
      <w:r>
        <w:br/>
      </w:r>
      <w:r>
        <w:rPr>
          <w:sz w:val="20"/>
        </w:rPr>
        <w:t>27:37  da anarchy we see in India at present, it is not legacy of Britishers. at the time, society was established, established.</w:t>
      </w:r>
      <w:r>
        <w:br/>
      </w:r>
      <w:r>
        <w:rPr>
          <w:sz w:val="20"/>
        </w:rPr>
        <w:t>27:47  we were living in established society, but now we are living in a society where everywhere there is anarchy. So it is legacy of Mahatma Gandhi method.</w:t>
      </w:r>
      <w:r>
        <w:br/>
      </w:r>
      <w:r>
        <w:rPr>
          <w:sz w:val="20"/>
        </w:rPr>
        <w:t>28:00  present anarchy is legacy of Mahatma Gandhi method rather than British empire.</w:t>
      </w:r>
    </w:p>
    <w:p>
      <w:pPr>
        <w:pStyle w:val="Heading2"/>
      </w:pPr>
      <w:r>
        <w:t>Separationism and ghetto mentality cause backwardness</w:t>
      </w:r>
    </w:p>
    <w:p>
      <w:r>
        <w:rPr>
          <w:color w:val="666666"/>
          <w:sz w:val="18"/>
        </w:rPr>
        <w:t>The Problem of Intellectual Stagnation May 13, 2012 · 1m 55s · at 51:58 · https://youtu.be/Qi5BZlv-Vog?t=3118</w:t>
      </w:r>
    </w:p>
    <w:p>
      <w:r>
        <w:rPr>
          <w:i/>
        </w:rPr>
        <w:t>“Jo separatism ka jo concept hai”</w:t>
      </w:r>
    </w:p>
    <w:p>
      <w:r>
        <w:rPr>
          <w:sz w:val="20"/>
        </w:rPr>
        <w:t>51:58  nahi, paspaadi tum ne khud apne oopar orh li hai, kisi aur ne nahi thopa hai, tum ne khud orh li hai. jo separatism ka jo concept hai, alag alag alaihdagi ka, jisay maslan pakistan jo banwaya gaya,</w:t>
      </w:r>
      <w:r>
        <w:br/>
      </w:r>
      <w:r>
        <w:rPr>
          <w:sz w:val="20"/>
        </w:rPr>
        <w:t>52:14  yaani pakistan bananay ki koi sense nahi. isi mulk mein aap taraqqi kijiye, aik baray mulk ka hissa ban kar taraqqi kijiye. alag alag mulk ki kya zaroorat hai? doosre kehte hain ke hamare thopi gayi hai.</w:t>
      </w:r>
      <w:r>
        <w:br/>
      </w:r>
      <w:r>
        <w:rPr>
          <w:sz w:val="20"/>
        </w:rPr>
        <w:t>52:25  nahi, tum ne khud apne oopar orh liya paspaadgi ko. yaani pakistan agar is mulk ka hissa hota to aik baray mulk mein is ke mawaqe saare khule hue thay is ke liye.</w:t>
      </w:r>
      <w:r>
        <w:br/>
      </w:r>
      <w:r>
        <w:rPr>
          <w:sz w:val="20"/>
        </w:rPr>
        <w:t>52:38  maslan agar koi karkhana banata, woh is mein aik product nikalta to aik poora aik poora mulk tha jahan us ko us ko market karne ke liye.</w:t>
      </w:r>
      <w:r>
        <w:br/>
      </w:r>
      <w:r>
        <w:rPr>
          <w:sz w:val="20"/>
        </w:rPr>
        <w:t>52:47  ab is ko chota mulk ho gaya. to yeh jo separatism ki tendency jo hai, is ka hi isi ko kehte hain ghetto mentality.</w:t>
      </w:r>
      <w:r>
        <w:br/>
      </w:r>
      <w:r>
        <w:rPr>
          <w:sz w:val="20"/>
        </w:rPr>
        <w:t>52:59  to yeh par turkey mein aisa nahi hua. turkey mein is qism ki alaihdagi pasandagi nahi aayi.</w:t>
      </w:r>
      <w:r>
        <w:br/>
      </w:r>
      <w:r>
        <w:rPr>
          <w:sz w:val="20"/>
        </w:rPr>
        <w:t>53:06  woh jo jo unhon ne jo ataturk ne jo yeh kiya ke turkey ke jo libaas hua karta tha, pehle ajeeb lamba chaura kurta hua, ajeeb qism ka hua, us ko khatam karwa kar ke coat patloon jari kar diya.</w:t>
      </w:r>
      <w:r>
        <w:br/>
      </w:r>
      <w:r>
        <w:rPr>
          <w:sz w:val="20"/>
        </w:rPr>
        <w:t>53:20  to coat patloon ke maani kya hue thay? jo europe ka libaas, wohi turkon ka libaas. unhon ne script badal diya to jo script europe ka, wohi script ka.</w:t>
      </w:r>
      <w:r>
        <w:br/>
      </w:r>
      <w:r>
        <w:rPr>
          <w:sz w:val="20"/>
        </w:rPr>
        <w:t>53:34  to is tarah se jab jo dono ke darmiyan mushabihat paida hui to is se encouragement mila taraqqi ko. to yeh europe mein jo taraqqi ka standard hai, wohi turkey mein aa gaya, jo kisi bhi muslim mulk mein maujood nahi hai.</w:t>
      </w:r>
    </w:p>
    <w:p>
      <w:pPr>
        <w:pStyle w:val="Heading2"/>
      </w:pPr>
      <w:r>
        <w:t>choosing the right role models to learn from</w:t>
      </w:r>
    </w:p>
    <w:p>
      <w:r>
        <w:rPr>
          <w:color w:val="666666"/>
          <w:sz w:val="18"/>
        </w:rPr>
        <w:t>Ghar Aek Taleem Gaah CPS Women Article Discussion 21 June 11, 2023 · 1m 45s · at 51:19 · https://youtu.be/EK-bR9q2TpA?t=3079</w:t>
      </w:r>
    </w:p>
    <w:p>
      <w:r>
        <w:rPr>
          <w:i/>
        </w:rPr>
        <w:t>“Women ko pehle apne aap ko theek karna hai”</w:t>
      </w:r>
    </w:p>
    <w:p>
      <w:r>
        <w:rPr>
          <w:sz w:val="20"/>
        </w:rPr>
        <w:t>51:19  Ma'am main jo hai jo topic aaj hum discuss kar rahe hain usi se related thodi si baat karna chahungi. yeh ek reflection hai mamuli sa ki jaise us article mein likha gaya hai ki women jo hain ek household ka base hai, ek foundation hai. jis tarah ki women hongi, jis tarah ki tarbiyat unki hongi to un ke ghar mein usi tarah ka mahaul hoga aur bachche bhi usi tarah se bade honge.</w:t>
      </w:r>
      <w:r>
        <w:br/>
      </w:r>
      <w:r>
        <w:rPr>
          <w:sz w:val="20"/>
        </w:rPr>
        <w:t>51:42  So, bas ek general sa reflection yeh tha ki kyunke hum ilm ki baat kar rahe hain ki women ko pehle sab se pehle apne aap ko theek karna hai. Rasool Allah Ulliv Sillam ki wife se, un ke parivar walon se seekhna hai. So aaj ke daur mein bas main itna hi bolna chahti hoon ki hamare paas references ki bharmaar hai. jaise ki hum log social media se bahut zyada exposed hain, influencers hain hamare aas paas, hamare tarah tarah ka entertainment hai hamare aas paas.</w:t>
      </w:r>
      <w:r>
        <w:br/>
      </w:r>
      <w:r>
        <w:rPr>
          <w:sz w:val="20"/>
        </w:rPr>
        <w:t>52:10  to humein yeh decide karna bahut zaruri hai ki hum apna reference kis cheez ko maan rahe hain. agar hum hamare references theek rakhenge, jinhein hum follow kar rahe hain ya jin se hum seekhna chahte hain, un ko hum sahi tarah se chunenge to hamari tarbiyat achhi hi hogi aur aasan hogi balki agar hum hamare references galat tarah ke chun lete hain maan lijiye jaise ki aaj kal feminism mein bahut sari cheezen alag tarah se bhi batai jati hain.</w:t>
      </w:r>
      <w:r>
        <w:br/>
      </w:r>
      <w:r>
        <w:rPr>
          <w:sz w:val="20"/>
        </w:rPr>
        <w:t>52:37  agar hum wahan aur aisi auraton ko apna example banaun jinhone Islam ko sahi tarah se follow kiya aur usi ke upar apni zindagi ji. jizza kallam. Very nice.</w:t>
      </w:r>
      <w:r>
        <w:br/>
      </w:r>
      <w:r>
        <w:rPr>
          <w:sz w:val="20"/>
        </w:rPr>
        <w:t>53:04  jizza kallam karnum aur ek misal Ibrahim Ali Islam ki hai aap aap bata sakti hain. jab woh apne bete se milne jate hain to unhon ne jab Ibrahim Ismail Ali Islam nahin the aur un ki wife se un ka interaction hota hai. to woh jo message chhodte hain woh kehte hain ki jab woh Ismail Alaihsalam aayenge to un se kehna ki chaukhat badal do.</w:t>
      </w:r>
    </w:p>
    <w:p>
      <w:pPr>
        <w:pStyle w:val="Heading2"/>
      </w:pPr>
      <w:r>
        <w:t>70 women complained about wife-beating</w:t>
      </w:r>
    </w:p>
    <w:p>
      <w:r>
        <w:rPr>
          <w:color w:val="666666"/>
          <w:sz w:val="18"/>
        </w:rPr>
        <w:t>In conversation with Prof. Farida Khanam · 1m 00s · at 22:18 · https://youtu.be/65KKekibzU0?t=1338</w:t>
      </w:r>
    </w:p>
    <w:p>
      <w:r>
        <w:rPr>
          <w:i/>
        </w:rPr>
        <w:t>“Huwa yeh tha ke jab aayat utri”</w:t>
      </w:r>
    </w:p>
    <w:p>
      <w:r>
        <w:rPr>
          <w:sz w:val="20"/>
        </w:rPr>
        <w:t>22:18  hua yeh tha ke jab ayat utri to uss ke baad se kuch logon ne maara tha, bohat taqreeban aata hai ke 70 auratain aa gayi theen Rasool Allah ke paas raat shaam ke waqt shayad ayat utri thi, aur subah woh aa gayi theen, 70 auratain aa gayi theen. to Rasool Allah ko jab maloom hua to unhon ne mana kiya aur kaha ke yeh log achay log nahin hain. Rasool Allah ka yeh kehna ke yeh achay log nahin hain, Sahaba ke liye khud bohat bari baat thi.</w:t>
      </w:r>
      <w:r>
        <w:br/>
      </w:r>
      <w:r>
        <w:rPr>
          <w:sz w:val="20"/>
        </w:rPr>
        <w:t>22:49  to uss ke baad se sab ruk gaye thay. aur ek aur waqia aap ko bataoon, hairat hogi ke Rasool Allah ke paas ek Sahabiya aayi theen, woh ghaliban be woh ho gayi theen, to doosri shadi ke liye do logon ne un ko paigham diya. to ek uss mein se bohat sakht mizaj thay. to Rasool Allah ne un ke baray mein yeh kaha ke woh apni lathi ko har waqt apne kandhay par rakhte hain, yaani bohat pitai karne walay, un se shadi mat karo. to agar yeh cheez hoti qabil e qubool hoti to Rasool</w:t>
      </w:r>
    </w:p>
    <w:p>
      <w:pPr>
        <w:pStyle w:val="Heading2"/>
      </w:pPr>
      <w:r>
        <w:t>Question on peaceful combination of systems</w:t>
      </w:r>
    </w:p>
    <w:p>
      <w:r>
        <w:rPr>
          <w:color w:val="666666"/>
          <w:sz w:val="18"/>
        </w:rPr>
        <w:t>Kashmir Model November 01, 2015 · 2m 32s · at 44:19 · https://youtu.be/7DtTxO5WcBA?t=2659</w:t>
      </w:r>
    </w:p>
    <w:p>
      <w:r>
        <w:rPr>
          <w:i/>
        </w:rPr>
        <w:t>“Moulana I wanted to ask you”</w:t>
      </w:r>
    </w:p>
    <w:p>
      <w:r>
        <w:rPr>
          <w:sz w:val="20"/>
        </w:rPr>
        <w:t>44:19  مولانا I wanted to ask you, you said that peaceful combination of an individual system and social</w:t>
      </w:r>
      <w:r>
        <w:br/>
      </w:r>
      <w:r>
        <w:rPr>
          <w:sz w:val="20"/>
        </w:rPr>
        <w:t>44:26  system I didn't understand it exactly if you can expand on it</w:t>
      </w:r>
      <w:r>
        <w:br/>
      </w:r>
      <w:r>
        <w:rPr>
          <w:sz w:val="20"/>
        </w:rPr>
        <w:t>44:33  کیا کہا peaceful peaceful combination the world is looking for peaceful combination of individual</w:t>
      </w:r>
      <w:r>
        <w:br/>
      </w:r>
      <w:r>
        <w:rPr>
          <w:sz w:val="20"/>
        </w:rPr>
        <w:t>44:41  how to reconcile individual and social needs to woh thoda aur samjhayein dekhiye basic baat yeh hai</w:t>
      </w:r>
      <w:r>
        <w:br/>
      </w:r>
      <w:r>
        <w:rPr>
          <w:sz w:val="20"/>
        </w:rPr>
        <w:t>44:50  ke sab log peace peace karte hain peace chahte hain lekin</w:t>
      </w:r>
      <w:r>
        <w:br/>
      </w:r>
      <w:r>
        <w:rPr>
          <w:sz w:val="20"/>
        </w:rPr>
        <w:t>44:56  sab se pehle</w:t>
      </w:r>
      <w:r>
        <w:br/>
      </w:r>
      <w:r>
        <w:rPr>
          <w:sz w:val="20"/>
        </w:rPr>
        <w:t>44:58  you have to discover the christian plan of god kyunke is ke is ke muwafiq mein jab hoga</w:t>
      </w:r>
      <w:r>
        <w:br/>
      </w:r>
      <w:r>
        <w:rPr>
          <w:sz w:val="20"/>
        </w:rPr>
        <w:t>45:06  tabhi chalega apna chalega nahi yani communist ka chalega nahi chala nahi itni power in</w:t>
      </w:r>
      <w:r>
        <w:br/>
      </w:r>
      <w:r>
        <w:rPr>
          <w:sz w:val="20"/>
        </w:rPr>
        <w:t>45:13  ke paas thi tabhi kyunke woh nature ke mutabiq nahi tha christian plan of god ke mutabiq nahi</w:t>
      </w:r>
      <w:r>
        <w:br/>
      </w:r>
      <w:r>
        <w:rPr>
          <w:sz w:val="20"/>
        </w:rPr>
        <w:t>45:18  tha christian plan of god mein freedom must must koi bhi system jo freedom ko abuse kar de</w:t>
      </w:r>
      <w:r>
        <w:br/>
      </w:r>
      <w:r>
        <w:rPr>
          <w:sz w:val="20"/>
        </w:rPr>
        <w:t>45:29  chalne wala nahi</w:t>
      </w:r>
      <w:r>
        <w:br/>
      </w:r>
      <w:r>
        <w:rPr>
          <w:sz w:val="20"/>
        </w:rPr>
        <w:t>45:33  to main ne jo baat kahi hai woh</w:t>
      </w:r>
      <w:r>
        <w:br/>
      </w:r>
      <w:r>
        <w:rPr>
          <w:sz w:val="20"/>
        </w:rPr>
        <w:t>45:39  creation of creation plan of god ke base pe kahi hai is pe ap sochiye is baat ko</w:t>
      </w:r>
      <w:r>
        <w:br/>
      </w:r>
      <w:r>
        <w:rPr>
          <w:sz w:val="20"/>
        </w:rPr>
        <w:t>45:46  le kar sochiye ke krishan plan of god jo hai us ke mutaliq hai aur</w:t>
      </w:r>
      <w:r>
        <w:br/>
      </w:r>
      <w:r>
        <w:rPr>
          <w:sz w:val="20"/>
        </w:rPr>
        <w:t>45:53  dekhen koi bhi system ho kahin ke us ko compromise karna parta hai</w:t>
      </w:r>
      <w:r>
        <w:br/>
      </w:r>
      <w:r>
        <w:rPr>
          <w:sz w:val="20"/>
        </w:rPr>
        <w:t>45:59  kahin nahin jaise rasool allah salallaho alaihe wasallam ne misaal di ke kaaba ke maamle mein compromise</w:t>
      </w:r>
      <w:r>
        <w:br/>
      </w:r>
      <w:r>
        <w:rPr>
          <w:sz w:val="20"/>
        </w:rPr>
        <w:t>46:04  kiya unhon ne</w:t>
      </w:r>
      <w:r>
        <w:br/>
      </w:r>
      <w:r>
        <w:rPr>
          <w:sz w:val="20"/>
        </w:rPr>
        <w:t>46:06  kaaba jo tha hazrat ibrahim banaya hua us mein hatim shamil tha ab hatim ko nikal diya mushrikeen</w:t>
      </w:r>
      <w:r>
        <w:br/>
      </w:r>
      <w:r>
        <w:rPr>
          <w:sz w:val="20"/>
        </w:rPr>
        <w:t>46:12  ne alag kar diya to aap ne compromise to kiya wahan par</w:t>
      </w:r>
      <w:r>
        <w:br/>
      </w:r>
      <w:r>
        <w:rPr>
          <w:sz w:val="20"/>
        </w:rPr>
        <w:t>46:17  aj tak wahi wahi khara hua hai to koi formula chahe kitna hi sahi ho kitne hi mutabiq</w:t>
      </w:r>
      <w:r>
        <w:br/>
      </w:r>
      <w:r>
        <w:rPr>
          <w:sz w:val="20"/>
        </w:rPr>
        <w:t>46:25  fitrat ho phir bhi aap ko kahin ke compromise karna parta hai</w:t>
      </w:r>
      <w:r>
        <w:br/>
      </w:r>
      <w:r>
        <w:rPr>
          <w:sz w:val="20"/>
        </w:rPr>
        <w:t>46:31  peace is result of</w:t>
      </w:r>
      <w:r>
        <w:br/>
      </w:r>
      <w:r>
        <w:rPr>
          <w:sz w:val="20"/>
        </w:rPr>
        <w:t>46:35  this reason ke aap compromise karen compromise na karen ge to peace bhi nahin aaye ga</w:t>
      </w:r>
      <w:r>
        <w:br/>
      </w:r>
      <w:r>
        <w:rPr>
          <w:sz w:val="20"/>
        </w:rPr>
        <w:t>46:43  maulana danish fazal sahib ka sawal hai</w:t>
      </w:r>
      <w:r>
        <w:br/>
      </w:r>
      <w:r>
        <w:rPr>
          <w:sz w:val="20"/>
        </w:rPr>
        <w:t>46:47  Kindly re-explain about punishment of irtidad.</w:t>
      </w:r>
    </w:p>
    <w:p>
      <w:pPr>
        <w:pStyle w:val="Heading2"/>
      </w:pPr>
      <w:r>
        <w:t>Establish peace first then seek justice</w:t>
      </w:r>
    </w:p>
    <w:p>
      <w:r>
        <w:rPr>
          <w:color w:val="666666"/>
          <w:sz w:val="18"/>
        </w:rPr>
        <w:t>Maulana Wahiduddin Khan's Visit to United States Institute of Peace Washington DC | September, 2015 · 2m 34s · at 16:50 · https://youtu.be/7pTlTONi9LY?t=1010</w:t>
      </w:r>
    </w:p>
    <w:p>
      <w:r>
        <w:rPr>
          <w:i/>
        </w:rPr>
        <w:t>“They want peace with justice, but this answer is unnatural.”</w:t>
      </w:r>
    </w:p>
    <w:p>
      <w:r>
        <w:rPr>
          <w:sz w:val="20"/>
        </w:rPr>
        <w:t>16:50  I visited some Muslim countries who are engaged in violence.</w:t>
      </w:r>
      <w:r>
        <w:br/>
      </w:r>
      <w:r>
        <w:rPr>
          <w:sz w:val="20"/>
        </w:rPr>
        <w:t>16:54  So I asked, I asked, why you are engaged in violence?</w:t>
      </w:r>
      <w:r>
        <w:br/>
      </w:r>
      <w:r>
        <w:rPr>
          <w:sz w:val="20"/>
        </w:rPr>
        <w:t>16:59  Why this war?</w:t>
      </w:r>
      <w:r>
        <w:br/>
      </w:r>
      <w:r>
        <w:rPr>
          <w:sz w:val="20"/>
        </w:rPr>
        <w:t>17:03  They said, yes, we want peace, but we want peace with justice.</w:t>
      </w:r>
      <w:r>
        <w:br/>
      </w:r>
      <w:r>
        <w:rPr>
          <w:sz w:val="20"/>
        </w:rPr>
        <w:t>17:07  This was their answer.</w:t>
      </w:r>
      <w:r>
        <w:br/>
      </w:r>
      <w:r>
        <w:rPr>
          <w:sz w:val="20"/>
        </w:rPr>
        <w:t>17:11  Give us justice and we will give you peace.</w:t>
      </w:r>
      <w:r>
        <w:br/>
      </w:r>
      <w:r>
        <w:rPr>
          <w:sz w:val="20"/>
        </w:rPr>
        <w:t>17:16  So I I was</w:t>
      </w:r>
      <w:r>
        <w:br/>
      </w:r>
      <w:r>
        <w:rPr>
          <w:sz w:val="20"/>
        </w:rPr>
        <w:t>17:20  struck with this answer.</w:t>
      </w:r>
      <w:r>
        <w:br/>
      </w:r>
      <w:r>
        <w:rPr>
          <w:sz w:val="20"/>
        </w:rPr>
        <w:t>17:24  Then I discovered that this answer is unnatural.</w:t>
      </w:r>
      <w:r>
        <w:br/>
      </w:r>
      <w:r>
        <w:rPr>
          <w:sz w:val="20"/>
        </w:rPr>
        <w:t>17:29  This answer is unnatural.</w:t>
      </w:r>
      <w:r>
        <w:br/>
      </w:r>
      <w:r>
        <w:rPr>
          <w:sz w:val="20"/>
        </w:rPr>
        <w:t>17:33  Because according to the law of nature, justice is not part of peace.</w:t>
      </w:r>
      <w:r>
        <w:br/>
      </w:r>
      <w:r>
        <w:rPr>
          <w:sz w:val="20"/>
        </w:rPr>
        <w:t>17:37  It is very important.</w:t>
      </w:r>
      <w:r>
        <w:br/>
      </w:r>
      <w:r>
        <w:rPr>
          <w:sz w:val="20"/>
        </w:rPr>
        <w:t>17:42  It is my discovery that justice is not part of peace.</w:t>
      </w:r>
      <w:r>
        <w:br/>
      </w:r>
      <w:r>
        <w:rPr>
          <w:sz w:val="20"/>
        </w:rPr>
        <w:t>17:46  Justice is part of your own endeavor, y</w:t>
      </w:r>
      <w:r>
        <w:br/>
      </w:r>
      <w:r>
        <w:rPr>
          <w:sz w:val="20"/>
        </w:rPr>
        <w:t>17:50  our struggle. So according to the according to the law of nature, this I told them, according to the law of nature, first of all, you have to establish peace. Peace will open the opportunities. And by availing by availing these opportunities, you can avail justice. Justice or any other rights can be achieved can can be achieved only</w:t>
      </w:r>
      <w:r>
        <w:br/>
      </w:r>
      <w:r>
        <w:rPr>
          <w:sz w:val="20"/>
        </w:rPr>
        <w:t>18:20  through your own endeavor.</w:t>
      </w:r>
      <w:r>
        <w:br/>
      </w:r>
      <w:r>
        <w:rPr>
          <w:sz w:val="20"/>
        </w:rPr>
        <w:t>18:25  So justice is different and and peace is different.</w:t>
      </w:r>
      <w:r>
        <w:br/>
      </w:r>
      <w:r>
        <w:rPr>
          <w:sz w:val="20"/>
        </w:rPr>
        <w:t>18:30  Peace gives you base.</w:t>
      </w:r>
      <w:r>
        <w:br/>
      </w:r>
      <w:r>
        <w:rPr>
          <w:sz w:val="20"/>
        </w:rPr>
        <w:t>18:36  Peace only can you give base, not the justice.</w:t>
      </w:r>
      <w:r>
        <w:br/>
      </w:r>
      <w:r>
        <w:rPr>
          <w:sz w:val="20"/>
        </w:rPr>
        <w:t>18:41  So first of all, you have to to establish peace at any cost.</w:t>
      </w:r>
      <w:r>
        <w:br/>
      </w:r>
      <w:r>
        <w:rPr>
          <w:sz w:val="20"/>
        </w:rPr>
        <w:t>18:46  It is my belief that peace for the sake of justice.</w:t>
      </w:r>
      <w:r>
        <w:br/>
      </w:r>
      <w:r>
        <w:rPr>
          <w:sz w:val="20"/>
        </w:rPr>
        <w:t>18:51  Peace for the sake of peace. Peace for the sake of peace.</w:t>
      </w:r>
      <w:r>
        <w:br/>
      </w:r>
      <w:r>
        <w:rPr>
          <w:sz w:val="20"/>
        </w:rPr>
        <w:t>18:55  Peace for the sake of peace.</w:t>
      </w:r>
      <w:r>
        <w:br/>
      </w:r>
      <w:r>
        <w:rPr>
          <w:sz w:val="20"/>
        </w:rPr>
        <w:t>19:00  Peace for the sake of peace.</w:t>
      </w:r>
      <w:r>
        <w:br/>
      </w:r>
      <w:r>
        <w:rPr>
          <w:sz w:val="20"/>
        </w:rPr>
        <w:t>19:05  So first of all, you have to establish peace at any cost.</w:t>
      </w:r>
      <w:r>
        <w:br/>
      </w:r>
      <w:r>
        <w:rPr>
          <w:sz w:val="20"/>
        </w:rPr>
        <w:t>19:10  Then peace will open all the doors of opportunities.</w:t>
      </w:r>
      <w:r>
        <w:br/>
      </w:r>
      <w:r>
        <w:rPr>
          <w:sz w:val="20"/>
        </w:rPr>
        <w:t>19:15  And by availing these opportunities, you can achieve your goal.</w:t>
      </w:r>
      <w:r>
        <w:br/>
      </w:r>
      <w:r>
        <w:rPr>
          <w:sz w:val="20"/>
        </w:rPr>
        <w:t>19:20  And this formula I I discovered in the Quran, in from the life of the Prophet of Islam</w:t>
      </w:r>
    </w:p>
    <w:p>
      <w:pPr>
        <w:pStyle w:val="Heading2"/>
      </w:pPr>
      <w:r>
        <w:t>occasional vs perpetual jihad, man versus Satan explained</w:t>
      </w:r>
    </w:p>
    <w:p>
      <w:r>
        <w:rPr>
          <w:color w:val="666666"/>
          <w:sz w:val="18"/>
        </w:rPr>
        <w:t>The Concept of Jihad In Islam May 25, 2008 · 2m 53s · at 6:21 · https://youtu.be/UJ6cY-A3tDs?t=381</w:t>
      </w:r>
    </w:p>
    <w:p>
      <w:r>
        <w:rPr>
          <w:i/>
        </w:rPr>
        <w:t>“Jihad asghar ka matlab hai occasional jihad”</w:t>
      </w:r>
    </w:p>
    <w:p>
      <w:r>
        <w:rPr>
          <w:sz w:val="20"/>
        </w:rPr>
        <w:t>6:21  is par maine kafi socha to mere samajh mein aaya ke jihad asghar ka matlab hai occasional jihad.</w:t>
      </w:r>
      <w:r>
        <w:br/>
      </w:r>
      <w:r>
        <w:rPr>
          <w:sz w:val="20"/>
        </w:rPr>
        <w:t>6:34  kabhi kabhi jo ho. aur jihad akbar ka matlab hai perpetual jihad. jo barabar zindagi mein chalta rahe. to momin ki zindagi mein dekhiye yeh do jihad hote hain.</w:t>
      </w:r>
      <w:r>
        <w:br/>
      </w:r>
      <w:r>
        <w:rPr>
          <w:sz w:val="20"/>
        </w:rPr>
        <w:t>6:47  occasional jihad aur perpetual jihad.</w:t>
      </w:r>
      <w:r>
        <w:br/>
      </w:r>
      <w:r>
        <w:rPr>
          <w:sz w:val="20"/>
        </w:rPr>
        <w:t>6:52  Wo kaise? Wo is tarah se</w:t>
      </w:r>
      <w:r>
        <w:br/>
      </w:r>
      <w:r>
        <w:rPr>
          <w:sz w:val="20"/>
        </w:rPr>
        <w:t>6:57  ke aap Quran ko parhein to Quran mein bataya gaya hai ke jab</w:t>
      </w:r>
      <w:r>
        <w:br/>
      </w:r>
      <w:r>
        <w:rPr>
          <w:sz w:val="20"/>
        </w:rPr>
        <w:t>7:03  Adam ko aur Adam ki generation ko is is planet earth par basaya gaya</w:t>
      </w:r>
      <w:r>
        <w:br/>
      </w:r>
      <w:r>
        <w:rPr>
          <w:sz w:val="20"/>
        </w:rPr>
        <w:t>7:13  to Khuda ne kaha ke ba'azukum li ba'azin 'aduwwun</w:t>
      </w:r>
      <w:r>
        <w:br/>
      </w:r>
      <w:r>
        <w:rPr>
          <w:sz w:val="20"/>
        </w:rPr>
        <w:t>7:19  tum aik doosre ke dushman ho ge.</w:t>
      </w:r>
      <w:r>
        <w:br/>
      </w:r>
      <w:r>
        <w:rPr>
          <w:sz w:val="20"/>
        </w:rPr>
        <w:t>7:22  yani insan aur shaitan dono ek doosre ke enemy honge. yeh hai situation is duniya mein.</w:t>
      </w:r>
      <w:r>
        <w:br/>
      </w:r>
      <w:r>
        <w:rPr>
          <w:sz w:val="20"/>
        </w:rPr>
        <w:t>7:35  yahan par ek ek visible creature hai woh insan hai. ek invisible creature hai woh Saturn hai.</w:t>
      </w:r>
      <w:r>
        <w:br/>
      </w:r>
      <w:r>
        <w:rPr>
          <w:sz w:val="20"/>
        </w:rPr>
        <w:t>7:45  toh ek perpetual dono ke beech mein ek war kahiye jo bhi kahiye woh chalta rehta hai.</w:t>
      </w:r>
      <w:r>
        <w:br/>
      </w:r>
      <w:r>
        <w:rPr>
          <w:sz w:val="20"/>
        </w:rPr>
        <w:t>7:56  is cheez ko na samajhne ki wajah se Zartusht ne kaha Zartusht jo China ka ek bahut philosopher tha aur thinker tha aur reformer tha</w:t>
      </w:r>
      <w:r>
        <w:br/>
      </w:r>
      <w:r>
        <w:rPr>
          <w:sz w:val="20"/>
        </w:rPr>
        <w:t>8:08  us ne kaha tha ke the world is a perpetual battle ground between good and evil forces.</w:t>
      </w:r>
      <w:r>
        <w:br/>
      </w:r>
      <w:r>
        <w:rPr>
          <w:sz w:val="20"/>
        </w:rPr>
        <w:t>8:19  The world is a perpetual battle ground between good and evil forces. toh dekhiye woh asal mein in ko confusion hua.</w:t>
      </w:r>
      <w:r>
        <w:br/>
      </w:r>
      <w:r>
        <w:rPr>
          <w:sz w:val="20"/>
        </w:rPr>
        <w:t>8:30  asal cheez yeh hai ke yeh man aur Saturn ke beech ka yeh maamla hai.</w:t>
      </w:r>
      <w:r>
        <w:br/>
      </w:r>
      <w:r>
        <w:rPr>
          <w:sz w:val="20"/>
        </w:rPr>
        <w:t>8:37  unhon ne do Khuda farz kar liye. yeh do Khuda hain. ek Yazdan, ek Ahrman. toh woh aapas mein takrao karte rehte hain.</w:t>
      </w:r>
      <w:r>
        <w:br/>
      </w:r>
      <w:r>
        <w:rPr>
          <w:sz w:val="20"/>
        </w:rPr>
        <w:t>8:47  toh khud Khuda do nahi hain. Khuda toh ek hai.</w:t>
      </w:r>
      <w:r>
        <w:br/>
      </w:r>
      <w:r>
        <w:rPr>
          <w:sz w:val="20"/>
        </w:rPr>
        <w:t>8:53  Creature jo hai jo makhlooq hai us mein do qism ke log hain. ek insan hai, ek Saturn hai. in mein takrao chalta rehta hai. toh Khuda ne kaha ke ba'azukum li ba'azin 'aduwwun yeh Quran ki jo verse hai yeh Quran mein aap dekh sakte hain Al-A'raf mein aur Al-Baqarah mein.</w:t>
      </w:r>
    </w:p>
    <w:p>
      <w:pPr>
        <w:pStyle w:val="Heading2"/>
      </w:pPr>
      <w:r>
        <w:t>the mind holds dormant potential that must be triggered</w:t>
      </w:r>
    </w:p>
    <w:p>
      <w:r>
        <w:rPr>
          <w:color w:val="666666"/>
          <w:sz w:val="18"/>
        </w:rPr>
        <w:t>Individual &amp; Society March 9, 2014 · 1m 39s · at 2:18 · https://youtu.be/v4WioeR_DD4?t=138</w:t>
      </w:r>
    </w:p>
    <w:p>
      <w:r>
        <w:rPr>
          <w:i/>
        </w:rPr>
        <w:t>“Mind mein sab kuch hai, lekin dormant position mein”</w:t>
      </w:r>
    </w:p>
    <w:p>
      <w:r>
        <w:rPr>
          <w:sz w:val="20"/>
        </w:rPr>
        <w:t>2:18  dekhen, mind ka mamla yeh hai ke tamam cheezen is mein hain, lekin dormant position mein hain.</w:t>
      </w:r>
      <w:r>
        <w:br/>
      </w:r>
      <w:r>
        <w:rPr>
          <w:sz w:val="20"/>
        </w:rPr>
        <w:t>2:28  is ko activate karna parta hai. jab activate karte hain aap, tabhi sari baatein khulti hain. tabhi potential jo hai woh unfold hote hain.</w:t>
      </w:r>
      <w:r>
        <w:br/>
      </w:r>
      <w:r>
        <w:rPr>
          <w:sz w:val="20"/>
        </w:rPr>
        <w:t>2:42  isi ke liye maine is se pehle istemal kiya tha lafz "trigger". T R I double G E R. trigger kehte hain.</w:t>
      </w:r>
      <w:r>
        <w:br/>
      </w:r>
      <w:r>
        <w:rPr>
          <w:sz w:val="20"/>
        </w:rPr>
        <w:t>2:52  trigger ek smart device hai jo gun mein istemal hoti hai.</w:t>
      </w:r>
      <w:r>
        <w:br/>
      </w:r>
      <w:r>
        <w:rPr>
          <w:sz w:val="20"/>
        </w:rPr>
        <w:t>2:58  gun mein barood bhara jata hai. kartoos kya hai? is ke andar barood hota hai.</w:t>
      </w:r>
      <w:r>
        <w:br/>
      </w:r>
      <w:r>
        <w:rPr>
          <w:sz w:val="20"/>
        </w:rPr>
        <w:t>3:08  to trigger jo hai ek choti si device hai. is ko jab aap dabate hain to woh ek shock lagta hai is mein.</w:t>
      </w:r>
      <w:r>
        <w:br/>
      </w:r>
      <w:r>
        <w:rPr>
          <w:sz w:val="20"/>
        </w:rPr>
        <w:t>3:19  phir bohat bara ek dhamaka hota hai. trigger se hazaron guna bara dhamaka.</w:t>
      </w:r>
      <w:r>
        <w:br/>
      </w:r>
      <w:r>
        <w:rPr>
          <w:sz w:val="20"/>
        </w:rPr>
        <w:t>3:31  to yeh yahi aap ko karna hai. har momin ko karna hai. apne mind ko aap is tarah tayyar karen ke cheezen aap ke mind ko trigger karti rahen.</w:t>
      </w:r>
      <w:r>
        <w:br/>
      </w:r>
      <w:r>
        <w:rPr>
          <w:sz w:val="20"/>
        </w:rPr>
        <w:t>3:49  tab aap ko bari bari baatein samajh mein ayengi. bari bari wisdom, bari bari hikmat, bari bari ma'rifat.</w:t>
      </w:r>
    </w:p>
    <w:p>
      <w:pPr>
        <w:pStyle w:val="Heading2"/>
      </w:pPr>
      <w:r>
        <w:t>Elephant careful steps as caution model</w:t>
      </w:r>
    </w:p>
    <w:p>
      <w:r>
        <w:rPr>
          <w:color w:val="666666"/>
          <w:sz w:val="18"/>
        </w:rPr>
        <w:t>Nature as a Role Model December 7, 2007 · 1m 16s · at 12:21 · https://youtu.be/QJXLYUfhSSc?t=741</w:t>
      </w:r>
    </w:p>
    <w:p>
      <w:r>
        <w:rPr>
          <w:i/>
        </w:rPr>
        <w:t>“Haathi jaante hain ke bahut bada animal hai”</w:t>
      </w:r>
    </w:p>
    <w:p>
      <w:r>
        <w:rPr>
          <w:sz w:val="20"/>
        </w:rPr>
        <w:t>12:21  hathi jante hain ke bohat bara animal hai. is ka body bohat bara hota hai. to kya hota hai ke agar hathi kisi jagah pani mein is ko ghusna hai,</w:t>
      </w:r>
      <w:r>
        <w:br/>
      </w:r>
      <w:r>
        <w:rPr>
          <w:sz w:val="20"/>
        </w:rPr>
        <w:t>12:37  ek river hai, is mein ghus kar is par jana hai, to is tarah kabhi nahin chalega hathi jis tarah se woh land par chalta hai, khushki par chalta hai.</w:t>
      </w:r>
      <w:r>
        <w:br/>
      </w:r>
      <w:r>
        <w:rPr>
          <w:sz w:val="20"/>
        </w:rPr>
        <w:t>12:47  woh ek ek paon rakhega, bohat hi sambhal sambhal kar ke. paon rakhega aur andaza karega ke yahan par naram zameen hai ke kadi zameen hai.</w:t>
      </w:r>
      <w:r>
        <w:br/>
      </w:r>
      <w:r>
        <w:rPr>
          <w:sz w:val="20"/>
        </w:rPr>
        <w:t>12:59  kadi zameen hai to aage badhega. naram zameen hai to ruk jayega. kyun? woh janta hai ke naram zameen mein agar is ka paon pad gaya to dhans jayega.</w:t>
      </w:r>
      <w:r>
        <w:br/>
      </w:r>
      <w:r>
        <w:rPr>
          <w:sz w:val="20"/>
        </w:rPr>
        <w:t>13:11  itna bhari body is ki hai to woh dhans jayega. dhans jayega to daldal mein phans jayega. to kabhi bhi pani mein yeh hathi jo hai, elephant, isi tarah nahin chalta jis tarah woh land par chalta hai.</w:t>
      </w:r>
      <w:r>
        <w:br/>
      </w:r>
      <w:r>
        <w:rPr>
          <w:sz w:val="20"/>
        </w:rPr>
        <w:t>13:26  bohat hi sambhal kar paon rakhta hai apna. to yeh jo kaha jata hai ke fools rush in where angels fear to tread, yeh animal culture ke khilaf hai.</w:t>
      </w:r>
    </w:p>
    <w:p>
      <w:pPr>
        <w:pStyle w:val="Heading2"/>
      </w:pPr>
      <w:r>
        <w:t>Alexander and Hitler died chasing unachievable goals</w:t>
      </w:r>
    </w:p>
    <w:p>
      <w:r>
        <w:rPr>
          <w:color w:val="666666"/>
          <w:sz w:val="18"/>
        </w:rPr>
        <w:t>Living in the 21st Century February 17, 2013 · 1m 17s · at 41:50 · https://youtu.be/EJT6-erPXgI?t=2510</w:t>
      </w:r>
    </w:p>
    <w:p>
      <w:r>
        <w:rPr>
          <w:i/>
        </w:rPr>
        <w:t>“Alexander the Great conquer kiye baghair frustration mein mar gaya”</w:t>
      </w:r>
    </w:p>
    <w:p>
      <w:r>
        <w:rPr>
          <w:sz w:val="20"/>
        </w:rPr>
        <w:t>41:50  ab aap dekhiye, tareekh mein jitne philosophers the, un ko shaitan ne behkaya ke total reality ko tum jaan sakte ho apne mind se.</w:t>
      </w:r>
      <w:r>
        <w:br/>
      </w:r>
      <w:r>
        <w:rPr>
          <w:sz w:val="20"/>
        </w:rPr>
        <w:t>42:01  aur mind ki theen limitations, to woh jaan nahi paya. nateeja yeh ke saare philosophers jo hain, perished hi mare. perished hi mare saare philosoph</w:t>
      </w:r>
      <w:r>
        <w:br/>
      </w:r>
      <w:r>
        <w:rPr>
          <w:sz w:val="20"/>
        </w:rPr>
        <w:t>42:13  ers۔ Alexander the Great ke mind mein daal diya, woh to Greece ka badshah tha, badshahat mili thi us ko۔ us ne daal diya ke tum sari dunya ko conquer karo۔</w:t>
      </w:r>
      <w:r>
        <w:br/>
      </w:r>
      <w:r>
        <w:rPr>
          <w:sz w:val="20"/>
        </w:rPr>
        <w:t>42:24  ab is dunya ko conquer karne ke liye nikla woh۔ aur thirty-three years ke age mein woh freshers hi mar gaya۔ conquer kiye baghair۔</w:t>
      </w:r>
      <w:r>
        <w:br/>
      </w:r>
      <w:r>
        <w:rPr>
          <w:sz w:val="20"/>
        </w:rPr>
        <w:t>42:34  hitler ke mind mein daal diya ke tum sare Europe ke ruler ban sakte ho۔ us ne larai chhod di۔ lekin kya hua</w:t>
      </w:r>
      <w:r>
        <w:br/>
      </w:r>
      <w:r>
        <w:rPr>
          <w:sz w:val="20"/>
        </w:rPr>
        <w:t>42:43  ؟ fifty-six sal mein woh suicide kar ke mar gaya۔ frustration mein۔</w:t>
      </w:r>
      <w:r>
        <w:br/>
      </w:r>
      <w:r>
        <w:rPr>
          <w:sz w:val="20"/>
        </w:rPr>
        <w:t>42:51  yahi hal is zamane mein musalmanon ka hai۔ ke musalmanon ko ek unachievable goal mein phansa rakha hai is ne۔ ke sari dunya mein Islam ki hukumat, sari dunya mein Islam ka nizam, sari dunya mein Islam ka qanoon, sari dunya se kufar o batal ko mitana۔</w:t>
      </w:r>
    </w:p>
    <w:p>
      <w:pPr>
        <w:pStyle w:val="Heading2"/>
      </w:pPr>
      <w:r>
        <w:t>Stars in space follow non-interference, never collide</w:t>
      </w:r>
    </w:p>
    <w:p>
      <w:r>
        <w:rPr>
          <w:color w:val="666666"/>
          <w:sz w:val="18"/>
        </w:rPr>
        <w:t>Multi Religious Society and Islam (English) March 3, 2007 · 2m 11s · at 1:37 · https://youtu.be/13uSBqf_XHg?t=97</w:t>
      </w:r>
    </w:p>
    <w:p>
      <w:r>
        <w:rPr>
          <w:i/>
        </w:rPr>
        <w:t>“There are numerous stars moving in space”</w:t>
      </w:r>
    </w:p>
    <w:p>
      <w:r>
        <w:rPr>
          <w:sz w:val="20"/>
        </w:rPr>
        <w:t>1:37  the whole universe is following this formula.</w:t>
      </w:r>
      <w:r>
        <w:br/>
      </w:r>
      <w:r>
        <w:rPr>
          <w:sz w:val="20"/>
        </w:rPr>
        <w:t>1:44  you say there are numerous stars in the space.</w:t>
      </w:r>
      <w:r>
        <w:br/>
      </w:r>
      <w:r>
        <w:rPr>
          <w:sz w:val="20"/>
        </w:rPr>
        <w:t>1:58  every star is moving, moving, moving continuously.</w:t>
      </w:r>
      <w:r>
        <w:br/>
      </w:r>
      <w:r>
        <w:rPr>
          <w:sz w:val="20"/>
        </w:rPr>
        <w:t>2:04  but there is no confrontation</w:t>
      </w:r>
      <w:r>
        <w:br/>
      </w:r>
      <w:r>
        <w:rPr>
          <w:sz w:val="20"/>
        </w:rPr>
        <w:t>2:14  between different stars. why?</w:t>
      </w:r>
      <w:r>
        <w:br/>
      </w:r>
      <w:r>
        <w:rPr>
          <w:sz w:val="20"/>
        </w:rPr>
        <w:t>2:22  because all the stars have adopted the principle of non interference.</w:t>
      </w:r>
      <w:r>
        <w:br/>
      </w:r>
      <w:r>
        <w:rPr>
          <w:sz w:val="20"/>
        </w:rPr>
        <w:t>2:33  non interference. all stars are moving, but they are moving strictly following their own orbits.</w:t>
      </w:r>
      <w:r>
        <w:br/>
      </w:r>
      <w:r>
        <w:rPr>
          <w:sz w:val="20"/>
        </w:rPr>
        <w:t>2:50  eternally. no star try to enter into the other orbit, so there is no star war</w:t>
      </w:r>
      <w:r>
        <w:br/>
      </w:r>
      <w:r>
        <w:rPr>
          <w:sz w:val="20"/>
        </w:rPr>
        <w:t>3:03  . this kind of voice you can hear in human world. they speak star war.</w:t>
      </w:r>
      <w:r>
        <w:br/>
      </w:r>
      <w:r>
        <w:rPr>
          <w:sz w:val="20"/>
        </w:rPr>
        <w:t>3:14  but among stars, there is no star war.</w:t>
      </w:r>
      <w:r>
        <w:br/>
      </w:r>
      <w:r>
        <w:rPr>
          <w:sz w:val="20"/>
        </w:rPr>
        <w:t>3:22  no star war at all. so this is the universal formula: how to live in a diverse conditions.</w:t>
      </w:r>
      <w:r>
        <w:br/>
      </w:r>
      <w:r>
        <w:rPr>
          <w:sz w:val="20"/>
        </w:rPr>
        <w:t>3:34  so the whole universe is following this formula. formula of tolerance. formula of non interference.</w:t>
      </w:r>
    </w:p>
    <w:p>
      <w:pPr>
        <w:pStyle w:val="Heading2"/>
      </w:pPr>
      <w:r>
        <w:t>Kerala trip: Maulana's lesson on sensitivity</w:t>
      </w:r>
    </w:p>
    <w:p>
      <w:r>
        <w:rPr>
          <w:color w:val="666666"/>
          <w:sz w:val="18"/>
        </w:rPr>
        <w:t>Conveying The Message of God November 27, 2022 · 2m 08s · at 25:47 · https://youtu.be/1MUWodugLKU?t=1547</w:t>
      </w:r>
    </w:p>
    <w:p>
      <w:r>
        <w:rPr>
          <w:i/>
        </w:rPr>
        <w:t>“I made a trip to Kerala with Maulana, and I didn't know how sensitive he was about this”</w:t>
      </w:r>
    </w:p>
    <w:p>
      <w:r>
        <w:rPr>
          <w:sz w:val="20"/>
        </w:rPr>
        <w:t>25:47  usmein koi bhi aisi mulaqat nahi hai jismein learning na ho. ji. ek safar mera kerala ka hua mulana ke saath, us waqt rajat bhai nahi aa paaye the, kuch mashrooriyat kar jaakar, to ji. aur mujhe iska irim nahi tha.</w:t>
      </w:r>
      <w:r>
        <w:br/>
      </w:r>
      <w:r>
        <w:rPr>
          <w:sz w:val="20"/>
        </w:rPr>
        <w:t>26:17  ji. ke mulana un cheezon mein itne sensitive hain. to mulana ne mujhe bola ke aap is maamle mein trend nahi hain, is, in cheez, is cheez ke baare mein. ji.</w:t>
      </w:r>
      <w:r>
        <w:br/>
      </w:r>
      <w:r>
        <w:rPr>
          <w:sz w:val="20"/>
        </w:rPr>
        <w:t>26:46  tareeke se mujhe usmein bataya ke aap is cheez ko mamooli samajh rahe hain ya nahi. ji. aapne jo mere saath jo usmein kiya aur Allah ke nazdeek yeh bahut badi cheez hai. to main to bilkul hi hil gaya. matlab meri matlab personality bilkul hi collapse ho gayi ke main jis cheez ko itni chhoti cheez samajh raha hoon, usko mulana itni badi cheez samajhte hain. maine bola ke meri ninety four year ki meri jo image hai, woh iske saath judi hai. aap isko nahi samajh paaye.</w:t>
      </w:r>
      <w:r>
        <w:br/>
      </w:r>
      <w:r>
        <w:rPr>
          <w:sz w:val="20"/>
        </w:rPr>
        <w:t>27:16  ji.</w:t>
      </w:r>
      <w:r>
        <w:br/>
      </w:r>
      <w:r>
        <w:rPr>
          <w:sz w:val="20"/>
        </w:rPr>
        <w:t>27:22  to Maulana ki training ka jo andaaz tha woh bohat hi unique tha. ji.</w:t>
      </w:r>
      <w:r>
        <w:br/>
      </w:r>
      <w:r>
        <w:rPr>
          <w:sz w:val="20"/>
        </w:rPr>
        <w:t>27:29  to woh sahaba ki zindagi aur woh is level ki jo zindagi guzari Maulana ne.</w:t>
      </w:r>
      <w:r>
        <w:br/>
      </w:r>
      <w:r>
        <w:rPr>
          <w:sz w:val="20"/>
        </w:rPr>
        <w:t>27:35  to saath mein ek aadmi agar rahe to us se mutaasi bhi paida nahin rakh rakhe. lekin hai. ji.</w:t>
      </w:r>
      <w:r>
        <w:br/>
      </w:r>
      <w:r>
        <w:rPr>
          <w:sz w:val="20"/>
        </w:rPr>
        <w:t>27:42  to meri bohat bari learning thi woh ke choti cheez ko bhi choti hum nahin samajh sakte. ji.</w:t>
      </w:r>
      <w:r>
        <w:br/>
      </w:r>
      <w:r>
        <w:rPr>
          <w:sz w:val="20"/>
        </w:rPr>
        <w:t>27:48  agar woh Allah ke nazdeek barhiye.</w:t>
      </w:r>
      <w:r>
        <w:br/>
      </w:r>
      <w:r>
        <w:rPr>
          <w:sz w:val="20"/>
        </w:rPr>
        <w:t>27:55  phir usko hum apne mindset se usko chhota samajh lein ya usko less importance de dein. ji. to yeh hamare liye bilkul hi yahi harakat ki baat hai. bas shalu. ji, bahut hi modest hain aap sajid bhai. maine khud dekha hai aapko itne saalon se. sajid bhai jaise maine bataya ke IIT se education unhone hasil kiya aur unke upar bahut responsibilities hain kyunke he is in a senior position.</w:t>
      </w:r>
    </w:p>
    <w:p>
      <w:pPr>
        <w:pStyle w:val="Heading2"/>
      </w:pPr>
      <w:r>
        <w:t>History's war-against-war thinking, then the Prophet's peace formula</w:t>
      </w:r>
    </w:p>
    <w:p>
      <w:r>
        <w:rPr>
          <w:color w:val="666666"/>
          <w:sz w:val="18"/>
        </w:rPr>
        <w:t>On Extremism September 14, 2008 · 2m 10s · at 4:38 · https://youtu.be/qHQEos8tOLg?t=278</w:t>
      </w:r>
    </w:p>
    <w:p>
      <w:r>
        <w:rPr>
          <w:i/>
        </w:rPr>
        <w:t>“Back then people believed: war against war”</w:t>
      </w:r>
    </w:p>
    <w:p>
      <w:r>
        <w:rPr>
          <w:sz w:val="20"/>
        </w:rPr>
        <w:t>4:38  woh tha aap jab aaye, yani first quarter of 7th century AD mein, to woh zamana religious persecution ka zamana tha.</w:t>
      </w:r>
      <w:r>
        <w:br/>
      </w:r>
      <w:r>
        <w:rPr>
          <w:sz w:val="20"/>
        </w:rPr>
        <w:t>4:51  har taraf war thi. us waqt kya theory thi logon ki? Arabic mein saying thi ke "Al harbu infal al harb" .</w:t>
      </w:r>
      <w:r>
        <w:br/>
      </w:r>
      <w:r>
        <w:rPr>
          <w:sz w:val="20"/>
        </w:rPr>
        <w:t>5:03  yani war against war, this is the solution,</w:t>
      </w:r>
      <w:r>
        <w:br/>
      </w:r>
      <w:r>
        <w:rPr>
          <w:sz w:val="20"/>
        </w:rPr>
        <w:t>5:08  war against war, "Al harbu infal al harb" . saare log isi tarah sochte thay. aur aap jante hain ke aaj bhi yahi sochte hain.</w:t>
      </w:r>
      <w:r>
        <w:br/>
      </w:r>
      <w:r>
        <w:rPr>
          <w:sz w:val="20"/>
        </w:rPr>
        <w:t>5:20  dekhiye, second world war mein germany ne access power ke naam se ek front banaya. to britain ne kya kiya?</w:t>
      </w:r>
      <w:r>
        <w:br/>
      </w:r>
      <w:r>
        <w:rPr>
          <w:sz w:val="20"/>
        </w:rPr>
        <w:t>5:30  unhon ne bhi ek front banaya allied power ke naam se, allied powers.</w:t>
      </w:r>
      <w:r>
        <w:br/>
      </w:r>
      <w:r>
        <w:rPr>
          <w:sz w:val="20"/>
        </w:rPr>
        <w:t>5:36  donon jo hain fauji front the. yaani war ka war ko counter karo war se. phir abhi dekhiye, saddam hussain ne ek naara diya ke "umm al-ma'arik" .</w:t>
      </w:r>
      <w:r>
        <w:br/>
      </w:r>
      <w:r>
        <w:rPr>
          <w:sz w:val="20"/>
        </w:rPr>
        <w:t>5:57  umm al-ma'arik ka matlab hai mother of all battles. ke hum west ke khilaaf, america ke khilaaf sab se badi ladaai larenge, un ko eliminate kar denge.</w:t>
      </w:r>
      <w:r>
        <w:br/>
      </w:r>
      <w:r>
        <w:rPr>
          <w:sz w:val="20"/>
        </w:rPr>
        <w:t>6:09  to umm al-ma'arik ka negative reaction diya america ne. star wars, donon taraf war ki baatein, idhar bhi war, idhar bhi war.</w:t>
      </w:r>
      <w:r>
        <w:br/>
      </w:r>
      <w:r>
        <w:rPr>
          <w:sz w:val="20"/>
        </w:rPr>
        <w:t>6:23  yaani war against war, violence against violence. isi mein poori history mein log jeete rahe.</w:t>
      </w:r>
      <w:r>
        <w:br/>
      </w:r>
      <w:r>
        <w:rPr>
          <w:sz w:val="20"/>
        </w:rPr>
        <w:t>6:32  poori non history mein pehli baar prophet of islam ne formula diya: "peace against war". "peace against war".</w:t>
      </w:r>
      <w:r>
        <w:br/>
      </w:r>
      <w:r>
        <w:rPr>
          <w:sz w:val="20"/>
        </w:rPr>
        <w:t>6:45  isi se maine seekha.</w:t>
      </w:r>
    </w:p>
    <w:p>
      <w:pPr>
        <w:pStyle w:val="Heading2"/>
      </w:pPr>
      <w:r>
        <w:t>historians missed the secret: peaceful activism, Muslims deviated from it</w:t>
      </w:r>
    </w:p>
    <w:p>
      <w:r>
        <w:rPr>
          <w:color w:val="666666"/>
          <w:sz w:val="18"/>
        </w:rPr>
        <w:t>Peaceful Activism vs Violent Activism May 23, 2009 · 1m 12s · at 42:28 · https://youtu.be/LlwiET1Kb5w?t=2548</w:t>
      </w:r>
    </w:p>
    <w:p>
      <w:r>
        <w:rPr>
          <w:i/>
        </w:rPr>
        <w:t>“So many historians acknowledge Islam's success but miss the secret.”</w:t>
      </w:r>
    </w:p>
    <w:p>
      <w:r>
        <w:rPr>
          <w:sz w:val="20"/>
        </w:rPr>
        <w:t>42:28  so, there are so many, there are so many historians who, acknowledge the achievement, the super achievement of the prophet of islam, but a kind to my knowledge, no one was able to mention real cause, secret.</w:t>
      </w:r>
      <w:r>
        <w:br/>
      </w:r>
      <w:r>
        <w:rPr>
          <w:sz w:val="20"/>
        </w:rPr>
        <w:t>42:51  and secret this he adopted peaceful active and not violent activity, just like muslims.</w:t>
      </w:r>
      <w:r>
        <w:br/>
      </w:r>
      <w:r>
        <w:rPr>
          <w:sz w:val="20"/>
        </w:rPr>
        <w:t>43:06  muslims deviated from the, from the prophetic path. muslims deviated from the prophetic path.</w:t>
      </w:r>
      <w:r>
        <w:br/>
      </w:r>
      <w:r>
        <w:rPr>
          <w:sz w:val="20"/>
        </w:rPr>
        <w:t>43:22  Muslims opted for violent activity, violent activism, not Islamic. It is not according to the prophet's policy.</w:t>
      </w:r>
      <w:r>
        <w:br/>
      </w:r>
      <w:r>
        <w:rPr>
          <w:sz w:val="20"/>
        </w:rPr>
        <w:t>43:33  it is going against the prophet policy.</w:t>
      </w:r>
    </w:p>
    <w:p>
      <w:pPr>
        <w:pStyle w:val="Heading2"/>
      </w:pPr>
      <w:r>
        <w:t>Political empire had borders communication age borderless</w:t>
      </w:r>
    </w:p>
    <w:p>
      <w:r>
        <w:rPr>
          <w:color w:val="666666"/>
          <w:sz w:val="18"/>
        </w:rPr>
        <w:t>Revival of Muslim Ummah I 3rd February 13 · 2m 30s · at 25:24 · https://youtu.be/ArygqklqyhE?t=1524</w:t>
      </w:r>
    </w:p>
    <w:p>
      <w:r>
        <w:rPr>
          <w:i/>
        </w:rPr>
        <w:t>“Dekhiye, doosri baat yeh hai ki political empire ka border kya hota hai?”</w:t>
      </w:r>
    </w:p>
    <w:p>
      <w:r>
        <w:rPr>
          <w:sz w:val="20"/>
        </w:rPr>
        <w:t>25:24  dekhiye, doosri baat yeh hai ke political empire jo hai, is ka is ka border kya hota hai? political empire chahe kitni badi ho, chahe Roman Empire ho, chahe British Empire ho, chahe Sasanian Empire ho, Byzantine Empire ho ya Muslim Empire ho, sab ka border bahut mehdood hota hai. jaise Abbasi period jo tha, woh 39 countries tak</w:t>
      </w:r>
      <w:r>
        <w:br/>
      </w:r>
      <w:r>
        <w:rPr>
          <w:sz w:val="20"/>
        </w:rPr>
        <w:t>25:54  mehdood tha. Ottoman Empire jo tha, is mein 20 countries the, bas. sari duniya to nahi thi. sari duniya to nahi thi. lekin ab jo daur aaya hai, communication ka daur, age of communication, woh borderless hai. is ka koi border nahi. jaise main yahan bol raha hoon to log, kitne log Europe mein sun rahe hain, kitne log America mein sun rahe hain, India ke mukhtalif mukhtalif</w:t>
      </w:r>
      <w:r>
        <w:br/>
      </w:r>
      <w:r>
        <w:rPr>
          <w:sz w:val="20"/>
        </w:rPr>
        <w:t>26:24  cities mein sun rahe hain, Arab mein sun rahe hain, koi border nahi. yani is ka matlab kya hui hai? Allah taala ki taraf yeh ishara hai ke political empire ka zamana khatm ho gaya. ab kya hai? communication empire ka zamana hai. ab tujh ko duniya mein communication empire qaim karna hai. political empire ki koi zaroorat nahi hai. kyunke political empire to mehdood hota hai. is ka ek border hota hai kahin na kahin, wahan</w:t>
      </w:r>
      <w:r>
        <w:br/>
      </w:r>
      <w:r>
        <w:rPr>
          <w:sz w:val="20"/>
        </w:rPr>
        <w:t>26:54  pe ja ke ruk jata hai. to ab jo hai, tum communication empire qaim karo. ab political empire ki koi zaroorat nahi hai. yeh hai ishara Allah taala ki taraf se. aap ghaur kijiye ke Muslim Empire jab qaim tha to agar woh bahut koshish karte, bahut kuch koshish karte to 40 countries mein pahuncha dete apna paigham. lekin yeh jo communication hai, yeh jo printing press hai, yeh jo</w:t>
      </w:r>
      <w:r>
        <w:br/>
      </w:r>
      <w:r>
        <w:rPr>
          <w:sz w:val="20"/>
        </w:rPr>
        <w:t>27:25  media hai, yeh jo technology hai, is ko istemal kar ke aap 200 countries pahuncha sakte hain. duniya mein is waqt taqreeban 200 mulk hain, 200 countries. to electronic empire ka border 200 countries tak pahunchta hai. kitni ajeeb baat hai. yani political empire ka jo border hai, woh bahut se, bahut 20 mulk pahunchta hai. 40 mulk tak pahunchta</w:t>
      </w:r>
    </w:p>
    <w:p>
      <w:pPr>
        <w:pStyle w:val="Heading2"/>
      </w:pPr>
      <w:r>
        <w:t>Convert negative experiences to positive</w:t>
      </w:r>
    </w:p>
    <w:p>
      <w:r>
        <w:rPr>
          <w:color w:val="666666"/>
          <w:sz w:val="18"/>
        </w:rPr>
        <w:t>On Issues of the Youth · 2m 31s · at 54:43 · https://youtu.be/iBCPuyaTsc4?t=3283</w:t>
      </w:r>
    </w:p>
    <w:p>
      <w:r>
        <w:rPr>
          <w:i/>
        </w:rPr>
        <w:t>“Any youth you talk to lives in negativity.”</w:t>
      </w:r>
    </w:p>
    <w:p>
      <w:r>
        <w:rPr>
          <w:sz w:val="20"/>
        </w:rPr>
        <w:t>54:43  aap kisi bhi naujawan ko pakriye aur us se baat kijiye, ladki, ladka ko, ladki ko, bohat jald</w:t>
      </w:r>
      <w:r>
        <w:br/>
      </w:r>
      <w:r>
        <w:rPr>
          <w:sz w:val="20"/>
        </w:rPr>
        <w:t>54:49  aap discover karenge ke woh negativity mein jee raha hai.</w:t>
      </w:r>
      <w:r>
        <w:br/>
      </w:r>
      <w:r>
        <w:rPr>
          <w:sz w:val="20"/>
        </w:rPr>
        <w:t>54:54  kahin koi na koi shikayat, ghar ki shikayat, school ki shikayat, society ki shikayat, kisi bhi naujawan ko,</w:t>
      </w:r>
      <w:r>
        <w:br/>
      </w:r>
      <w:r>
        <w:rPr>
          <w:sz w:val="20"/>
        </w:rPr>
        <w:t>54:59  ladki ke larkon ko, ladka ya ladki ko le kar ke aap us ki scrutiny kijiye, to pata</w:t>
      </w:r>
      <w:r>
        <w:br/>
      </w:r>
      <w:r>
        <w:rPr>
          <w:sz w:val="20"/>
        </w:rPr>
        <w:t>55:04  chalega ke kahin na kahin is ke andar ek negative thought maujood hai.</w:t>
      </w:r>
      <w:r>
        <w:br/>
      </w:r>
      <w:r>
        <w:rPr>
          <w:sz w:val="20"/>
        </w:rPr>
        <w:t>55:09  kyun maujood hai?</w:t>
      </w:r>
      <w:r>
        <w:br/>
      </w:r>
      <w:r>
        <w:rPr>
          <w:sz w:val="20"/>
        </w:rPr>
        <w:t>55:15  iske parently, uski jo parenting hui, us mein yeh nahi bataya gaya us ko ke duniya mein tum ko sab kuch smooth nahi milega. Jab duniya mein tum dakhil ho ge to aisa nahi hoga ke sab kuch tum ko smooth tareeqe se mil jaye ya phool hi mile tum ko. Nahi, phool ke saath kaante bhi milenge tum ko. Yeh simple baat nahi bata paaye, bata paate log apne bachon ko ke duniya mein jab tum dakhil ho ga</w:t>
      </w:r>
      <w:r>
        <w:br/>
      </w:r>
      <w:r>
        <w:rPr>
          <w:sz w:val="20"/>
        </w:rPr>
        <w:t>55:45  e to duniya phoolon wali duniya nahi hogi, wahan kaante bhi saath saath honge.</w:t>
      </w:r>
      <w:r>
        <w:br/>
      </w:r>
      <w:r>
        <w:rPr>
          <w:sz w:val="20"/>
        </w:rPr>
        <w:t>55:49  to kisi shayar ne bohat sahi kaha ke "gulshan parast hoon, mujhe gul hi nahi aziz, kaanton se</w:t>
      </w:r>
      <w:r>
        <w:br/>
      </w:r>
      <w:r>
        <w:rPr>
          <w:sz w:val="20"/>
        </w:rPr>
        <w:t>55:53  bhi nibah kiye ja raha hoon mein".</w:t>
      </w:r>
      <w:r>
        <w:br/>
      </w:r>
      <w:r>
        <w:rPr>
          <w:sz w:val="20"/>
        </w:rPr>
        <w:t>55:57  yeh seekh, yeh seekh dena hai bachon ko.</w:t>
      </w:r>
      <w:r>
        <w:br/>
      </w:r>
      <w:r>
        <w:rPr>
          <w:sz w:val="20"/>
        </w:rPr>
        <w:t>56:02  to mein samajhta hoon ke yeh bohat bari khair khwahi bachon ke liye hogi ke unhein poore maanon</w:t>
      </w:r>
      <w:r>
        <w:br/>
      </w:r>
      <w:r>
        <w:rPr>
          <w:sz w:val="20"/>
        </w:rPr>
        <w:t>56:06  mein positive thinker bana kar samaj mein bheja jaye.</w:t>
      </w:r>
      <w:r>
        <w:br/>
      </w:r>
      <w:r>
        <w:rPr>
          <w:sz w:val="20"/>
        </w:rPr>
        <w:t>56:10  un ko yeh form</w:t>
      </w:r>
      <w:r>
        <w:br/>
      </w:r>
      <w:r>
        <w:rPr>
          <w:sz w:val="20"/>
        </w:rPr>
        <w:t>56:15  ula bataya jaye, yeh art bataya jaye, "how to convert negativity into positivity". Yeh bataya jaye un ko ke jab tum ko negative experience ho, jab tum ko shikayat ho, jab koi tum ko provoke kare, to kaise tum us ko convert karo positivity mein. "How to convert negative experience into positive thinking". Mein samajhta hoon ke sab se badi cheez jo dena cha</w:t>
      </w:r>
      <w:r>
        <w:br/>
      </w:r>
      <w:r>
        <w:rPr>
          <w:sz w:val="20"/>
        </w:rPr>
        <w:t>56:45  ahiye bachhe ko, woh yeh hai. Saare bachhe jeete hain negativity mein, un se shikayat, un se shikayat, un se shikayat, un se shikayat. Abhi haal mein suna hoga aap ne ke school mein ek bachhe ne doosre bachhe ko revolver uthai aur maar diya. Us ke baap ke paas revolver tha. Ab school mein dono bachhon mein kuch takraar ho gayi, kuch baat ho gayi. Ab ab us ne kya dil mein thaan liya ke mujhe</w:t>
      </w:r>
    </w:p>
    <w:p>
      <w:pPr>
        <w:pStyle w:val="Heading2"/>
      </w:pPr>
      <w:r>
        <w:t>dawah as the one goal that never brings frustration</w:t>
      </w:r>
    </w:p>
    <w:p>
      <w:r>
        <w:rPr>
          <w:color w:val="666666"/>
          <w:sz w:val="18"/>
        </w:rPr>
        <w:t>Man and the Laws of Nature April 1, 2012 · 2m 03s · at 38:41 · https://youtu.be/coIrwYQgb6Y?t=2321</w:t>
      </w:r>
    </w:p>
    <w:p>
      <w:r>
        <w:rPr>
          <w:i/>
        </w:rPr>
        <w:t>“In dawah work, frustration never comes”</w:t>
      </w:r>
    </w:p>
    <w:p>
      <w:r>
        <w:rPr>
          <w:sz w:val="20"/>
        </w:rPr>
        <w:t>38:41  kaisi ajeeb cheez hai! phir dekhiye, ek baat: da'wah work mein kabhi frustration nahin aata. aap dekhen, dekhen ke dono ko jo goal doosre log hote hain, goal to kahin na kahin un ko ja kar ke frustration aa jata hai.</w:t>
      </w:r>
      <w:r>
        <w:br/>
      </w:r>
      <w:r>
        <w:rPr>
          <w:sz w:val="20"/>
        </w:rPr>
        <w:t>38:58  ek aisi cheez ko woh goal banate hain jo kabhi milti hai, kabhi nahin milti.</w:t>
      </w:r>
      <w:r>
        <w:br/>
      </w:r>
      <w:r>
        <w:rPr>
          <w:sz w:val="20"/>
        </w:rPr>
        <w:t>39:03  misal ke taur par election mein, election mein party kabhi jeetti hai, kabhi harti hai. business mein kabhi kabhi faida hota hai, kabhi loss hota hai.</w:t>
      </w:r>
      <w:r>
        <w:br/>
      </w:r>
      <w:r>
        <w:rPr>
          <w:sz w:val="20"/>
        </w:rPr>
        <w:t>39:12  har cheez mein kahin na kahin aa kar ke aap ko aisa hota hai ke kabhi nuksan, kabhi faida, kabhi in har maidan mein utaar charhao.</w:t>
      </w:r>
      <w:r>
        <w:br/>
      </w:r>
      <w:r>
        <w:rPr>
          <w:sz w:val="20"/>
        </w:rPr>
        <w:t>39:23  da'wah work aisi cheez hai aur is ki wajah se logon ke andar frustration aata hai.</w:t>
      </w:r>
      <w:r>
        <w:br/>
      </w:r>
      <w:r>
        <w:rPr>
          <w:sz w:val="20"/>
        </w:rPr>
        <w:t>39:28  da'wah work ek aisi cheez hai jahan is qism ka experience hota hi nahin da'i ko. kyun?</w:t>
      </w:r>
      <w:r>
        <w:br/>
      </w:r>
      <w:r>
        <w:rPr>
          <w:sz w:val="20"/>
        </w:rPr>
        <w:t>39:37  quran mein hai ke da'wah ki aati hai Allah ke liye, insan ke liye nahin. jis se darmyan aap da'wah kar rahe hain, woh agar qabool kar le aap ki baat ko, tab bhi aap faide mein hain, na qabool kare, tab bhi aap faide mein hain.</w:t>
      </w:r>
      <w:r>
        <w:br/>
      </w:r>
      <w:r>
        <w:rPr>
          <w:sz w:val="20"/>
        </w:rPr>
        <w:t>39:54  kyun ke aap to Allah ke ambassador hain,</w:t>
      </w:r>
      <w:r>
        <w:br/>
      </w:r>
      <w:r>
        <w:rPr>
          <w:sz w:val="20"/>
        </w:rPr>
        <w:t>39:57  Allah ki taraf se logon ko baat pohncha rahe hain. to woh to aap pohnchate rahenge, pohnchate rahenge. dunya mein seven billion insan hain, to aap ki umar poori ho jayegi, aap aur pohncha nahin paenge.</w:t>
      </w:r>
      <w:r>
        <w:br/>
      </w:r>
      <w:r>
        <w:rPr>
          <w:sz w:val="20"/>
        </w:rPr>
        <w:t>40:08  aap kaisi ajeeb baat hai! da'wah work hota hai for the sake of God, for the sake of God.</w:t>
      </w:r>
      <w:r>
        <w:br/>
      </w:r>
      <w:r>
        <w:rPr>
          <w:sz w:val="20"/>
        </w:rPr>
        <w:t>40:17  to is mani ke kabhi bhi frustration ka point nahin aata. doosri har cheez mein frustration hota hai.</w:t>
      </w:r>
      <w:r>
        <w:br/>
      </w:r>
      <w:r>
        <w:rPr>
          <w:sz w:val="20"/>
        </w:rPr>
        <w:t>40:25  mein Allah ke fazl se dawat ke field mein hoon, mujhe kabhi bhi frustration nahin, ek lamhe ke liye nahin.</w:t>
      </w:r>
      <w:r>
        <w:br/>
      </w:r>
      <w:r>
        <w:rPr>
          <w:sz w:val="20"/>
        </w:rPr>
        <w:t>40:34  aur doosre jitne bhi goal hote hain, doosre jitne bhi nishane hote hain, kahin na kahin is mein frustration aa jata hai. to yeh yeh dawat Allah bohat hi ajeeb o ghareeb cheez hai.</w:t>
      </w:r>
    </w:p>
    <w:p>
      <w:pPr>
        <w:pStyle w:val="Heading2"/>
      </w:pPr>
      <w:r>
        <w:t>Institutions as the alternative to political power</w:t>
      </w:r>
    </w:p>
    <w:p>
      <w:r>
        <w:rPr>
          <w:color w:val="666666"/>
          <w:sz w:val="18"/>
        </w:rPr>
        <w:t>Age of Alternatives April 05, 2015 · 2m 49s · at 19:14 · https://youtu.be/4v0uCM2BZuA?t=1154</w:t>
      </w:r>
    </w:p>
    <w:p>
      <w:r>
        <w:rPr>
          <w:i/>
        </w:rPr>
        <w:t>“A new thing has come into being: institutions”</w:t>
      </w:r>
    </w:p>
    <w:p>
      <w:r>
        <w:rPr>
          <w:sz w:val="20"/>
        </w:rPr>
        <w:t>19:14  ? Dekhiye, ek is zamane mein ek nayi cheez wajood mein aayi hai jis ko hum kehte hain institution. Institution. Pehle kya hota tha?</w:t>
      </w:r>
      <w:r>
        <w:br/>
      </w:r>
      <w:r>
        <w:rPr>
          <w:sz w:val="20"/>
        </w:rPr>
        <w:t>19:26  Sab kuch king ke hath mein hota tha. Government ke hath mein hota tha sab kuch. Government ke bahir insan ke paas kuch nahi hota tha. Ya to government ke sipahi ho aur government na de to mehroom ho jao.</w:t>
      </w:r>
      <w:r>
        <w:br/>
      </w:r>
      <w:r>
        <w:rPr>
          <w:sz w:val="20"/>
        </w:rPr>
        <w:t>19:40  Ab ek nayi cheez wajood mein aayi hai jis ko kehte hain institution.</w:t>
      </w:r>
      <w:r>
        <w:br/>
      </w:r>
      <w:r>
        <w:rPr>
          <w:sz w:val="20"/>
        </w:rPr>
        <w:t>19:45  Yani har qism ke institution aap bana kar ke, yani non-political institution, to aap badi se badi taraqqi kar sakte hain.</w:t>
      </w:r>
      <w:r>
        <w:br/>
      </w:r>
      <w:r>
        <w:rPr>
          <w:sz w:val="20"/>
        </w:rPr>
        <w:t>19:54  Matlab education ki field mein, industry ki field mein, science ki field mein, yani beshumar field kh</w:t>
      </w:r>
      <w:r>
        <w:br/>
      </w:r>
      <w:r>
        <w:rPr>
          <w:sz w:val="20"/>
        </w:rPr>
        <w:t>20:04  ul gayi hain. Is mein aap institution bana kar ke woh hasil kar sakte hain, woh cheezen jo pehle zamane mein log hukumat ke zariye hasil karna samajhte the ke hukumat se milega.</w:t>
      </w:r>
      <w:r>
        <w:br/>
      </w:r>
      <w:r>
        <w:rPr>
          <w:sz w:val="20"/>
        </w:rPr>
        <w:t>20:16  To milega ya nahi milega? To yeh, yani aap ko agar hukum, yani aap ko agar political daire mein mawaqe nahi mil rahe hain to aap institution ke daire mein aa jaiye.</w:t>
      </w:r>
      <w:r>
        <w:br/>
      </w:r>
      <w:r>
        <w:rPr>
          <w:sz w:val="20"/>
        </w:rPr>
        <w:t>20:33  Aap dawat ke institution banaiye. Yani aap taleem ke institution banaiye. Industry ke institution banaiye.</w:t>
      </w:r>
      <w:r>
        <w:br/>
      </w:r>
      <w:r>
        <w:rPr>
          <w:sz w:val="20"/>
        </w:rPr>
        <w:t>20:43  Social institution banaiye. Sare maidan khule hue hain. To yeh hai alternative.</w:t>
      </w:r>
      <w:r>
        <w:br/>
      </w:r>
      <w:r>
        <w:rPr>
          <w:sz w:val="20"/>
        </w:rPr>
        <w:t>20:52  Yani politics mein agar aap ko mawaqe nahi mil rahe hain, aap aap minister nahi hain, aap government nahi, aap ke hath mein hai political power, aap ke hath mein nahi hai, to sara maidan khula hua hai institution ka.</w:t>
      </w:r>
      <w:r>
        <w:br/>
      </w:r>
      <w:r>
        <w:rPr>
          <w:sz w:val="20"/>
        </w:rPr>
        <w:t>21:05  Wahan chale jaiye. Woh is par aap jo chahen karein. Jaise hum log hain. Hum log, hum ko political power nahi mila hua, lekin hum isi tarah kaam kar rahe hain jis tarah se koi, yani political leader karta hai.</w:t>
      </w:r>
      <w:r>
        <w:br/>
      </w:r>
      <w:r>
        <w:rPr>
          <w:sz w:val="20"/>
        </w:rPr>
        <w:t>21:19  Hamara daira jo hai, kya</w:t>
      </w:r>
      <w:r>
        <w:br/>
      </w:r>
      <w:r>
        <w:rPr>
          <w:sz w:val="20"/>
        </w:rPr>
        <w:t>21:21  hai? hum ne isi center of peace and spirituality qaim ki. center of peace and spirituality. to peace aur spirituality ke dairay mein hum woh sab kuch kar rahe hain jo hukumat apne dairay mein kar rahi hai.</w:t>
      </w:r>
      <w:r>
        <w:br/>
      </w:r>
      <w:r>
        <w:rPr>
          <w:sz w:val="20"/>
        </w:rPr>
        <w:t>21:34  aur koi rukawat nahin. to CPS jo hamara hai, woh hai alternative hamare liye. yaani political power ka alternative.</w:t>
      </w:r>
      <w:r>
        <w:br/>
      </w:r>
      <w:r>
        <w:rPr>
          <w:sz w:val="20"/>
        </w:rPr>
        <w:t>21:46  aur Allah ke fazl se hamare saathi hain, sab kuch kar rahe hain, koi rukawatein un ko nahin.</w:t>
      </w:r>
      <w:r>
        <w:br/>
      </w:r>
      <w:r>
        <w:rPr>
          <w:sz w:val="20"/>
        </w:rPr>
        <w:t>21:52  to hum ne khud yahi tareeqa ikhtiyar kiya hai ke political power ka alternative hai CPS. yaani center of peace and spirituality.</w:t>
      </w:r>
    </w:p>
    <w:p>
      <w:pPr>
        <w:pStyle w:val="Heading2"/>
      </w:pPr>
      <w:r>
        <w:t>At 96, Maulana said increase your study, not your team</w:t>
      </w:r>
    </w:p>
    <w:p>
      <w:r>
        <w:rPr>
          <w:color w:val="666666"/>
          <w:sz w:val="18"/>
        </w:rPr>
        <w:t>Conveying The Message of God November 27, 2022 · 1m 28s · at 1:04:16 · https://youtu.be/1MUWodugLKU?t=3856</w:t>
      </w:r>
    </w:p>
    <w:p>
      <w:r>
        <w:rPr>
          <w:i/>
        </w:rPr>
        <w:t>“We used to visit Maulana almost every alternate month”</w:t>
      </w:r>
    </w:p>
    <w:p>
      <w:r>
        <w:rPr>
          <w:sz w:val="20"/>
        </w:rPr>
        <w:t>1:04:16  to hum doctor Junaid, Mohabbay aur main lagbhag alternate month aate the manah se milne ke.</w:t>
      </w:r>
      <w:r>
        <w:br/>
      </w:r>
      <w:r>
        <w:rPr>
          <w:sz w:val="20"/>
        </w:rPr>
        <w:t>1:04:22  to usmein zahire ke ek dedh din rehte the aur uske baad jab hamari wapsi hoti thi, mujhe</w:t>
      </w:r>
      <w:r>
        <w:br/>
      </w:r>
      <w:r>
        <w:rPr>
          <w:sz w:val="20"/>
        </w:rPr>
        <w:t>1:04:28  aaj tak yaad hai ki har martaba Maulana ne ek hi naseeyat thi.</w:t>
      </w:r>
      <w:r>
        <w:br/>
      </w:r>
      <w:r>
        <w:rPr>
          <w:sz w:val="20"/>
        </w:rPr>
        <w:t>1:04:35  Ji, har martaba. Har martaba. Achha.</w:t>
      </w:r>
      <w:r>
        <w:br/>
      </w:r>
      <w:r>
        <w:rPr>
          <w:sz w:val="20"/>
        </w:rPr>
        <w:t>1:04:41  yeh nahi ki bhai aap is baar aap kuch is baar ek hi naseeyat apne mutallion ko badhaiye.</w:t>
      </w:r>
      <w:r>
        <w:br/>
      </w:r>
      <w:r>
        <w:rPr>
          <w:sz w:val="20"/>
        </w:rPr>
        <w:t>1:04:48  bahut cool. ji. to 96 ka insan yeh kar raha apne mutale ko badhaiye. ji ji ji. yeh nahi bol raha hai apni team ko badhaiye, apni mehnat ko badhaiye. hai na? aur kya kya dawa active karna hai usko badhaiye. kya bol hai? study badhaiye. ji. kyunki study shayad munane se bolta hoon ki study jab badhegi to baki aap khud hi sab aap karenge. ji ji ji. vah usko alag se focus karne ki zarurat nahi hai. ji ji ji.</w:t>
      </w:r>
      <w:r>
        <w:br/>
      </w:r>
      <w:r>
        <w:rPr>
          <w:sz w:val="20"/>
        </w:rPr>
        <w:t>1:05:14  to yeh main as a individual isko bahut ahamiyat deta hoon kyunki murana hamein khas taur se as a individually hamein bataya is baat ko. to yeh meri yeh ek share kar raha hoon. ji. murana ki baat jo humne murana se seekhi as a individual. ji. jaza gullah sajid bhai, that was amazing. may allah bless you abundantly. may you keep inspiring everyone and may you become the tool to take the message of god to entire humanity.</w:t>
      </w:r>
      <w:r>
        <w:br/>
      </w:r>
      <w:r>
        <w:rPr>
          <w:sz w:val="20"/>
        </w:rPr>
        <w:t>1:05:44  thank you so much for inspiring all of us. if you want to join cps international, you want to distribute quran in your area, or you want to support us in any way, then write to us on info at cpsglobal dot org. to aaj ka session hum yahin khatm karte hain. hum phir lautenge agle sunday saare das baje. thank you. jija kalla jija kalla</w:t>
      </w:r>
    </w:p>
    <w:p>
      <w:pPr>
        <w:pStyle w:val="Heading2"/>
      </w:pPr>
      <w:r>
        <w:t>Hudaybiyyah: accepting every condition to secure peace</w:t>
      </w:r>
    </w:p>
    <w:p>
      <w:r>
        <w:rPr>
          <w:color w:val="666666"/>
          <w:sz w:val="18"/>
        </w:rPr>
        <w:t>On Extremism September 14, 2008 · 1m 55s · at 11:05 · https://youtu.be/qHQEos8tOLg?t=665</w:t>
      </w:r>
    </w:p>
    <w:p>
      <w:r>
        <w:rPr>
          <w:i/>
        </w:rPr>
        <w:t>“At Hudaybiyyah they were bent on fighting”</w:t>
      </w:r>
    </w:p>
    <w:p>
      <w:r>
        <w:rPr>
          <w:sz w:val="20"/>
        </w:rPr>
        <w:t>11:05  Hudaybiyah mein dekhiye, woh log larnay par tule hue thay. aap ne kya formula apnaya? apply kiya. unhon ne kaha ke jo tum kaho, hum man lete hain.</w:t>
      </w:r>
      <w:r>
        <w:br/>
      </w:r>
      <w:r>
        <w:rPr>
          <w:sz w:val="20"/>
        </w:rPr>
        <w:t>11:17  peace, peace lao apne tumhare beech mein, jo bhi condition tumhare man lete hain.</w:t>
      </w:r>
      <w:r>
        <w:br/>
      </w:r>
      <w:r>
        <w:rPr>
          <w:sz w:val="20"/>
        </w:rPr>
        <w:t>11:24  un ki har condition aap mante chale gaye. Hudaybiyah agreement was unilateral agreement by accepting all the conditions of the other side.</w:t>
      </w:r>
      <w:r>
        <w:br/>
      </w:r>
      <w:r>
        <w:rPr>
          <w:sz w:val="20"/>
        </w:rPr>
        <w:t>11:35  mante gaye, mante gaye, mante gaye. to woh jo ek ek saying maine sunai thi aap ko is se pehle ke jis ko harna aa jaye, us ko koi hara nahi sakta.</w:t>
      </w:r>
      <w:r>
        <w:br/>
      </w:r>
      <w:r>
        <w:rPr>
          <w:sz w:val="20"/>
        </w:rPr>
        <w:t>11:50  jis ko harna aa jaye, us ko koi hara nahi sakta. jo koi peechay hatna aa jaye, us ke koi kya karega? us ke yeh tali baja rahe hain aap.</w:t>
      </w:r>
      <w:r>
        <w:br/>
      </w:r>
      <w:r>
        <w:rPr>
          <w:sz w:val="20"/>
        </w:rPr>
        <w:t>12:01  jis ko apna hath hata lena aa jaye, to kahin tali bajegi. aap karte rahe ise to aap ne doosri side ki conditions ko unilaterally accept kar ke peace kaam kiya.</w:t>
      </w:r>
      <w:r>
        <w:br/>
      </w:r>
      <w:r>
        <w:rPr>
          <w:sz w:val="20"/>
        </w:rPr>
        <w:t>12:17  to</w:t>
      </w:r>
      <w:r>
        <w:br/>
      </w:r>
      <w:r>
        <w:rPr>
          <w:sz w:val="20"/>
        </w:rPr>
        <w:t>12:18  Prophet of Islam ne kya discover kiya? un ki discovery kya thi? peace always brings opportunities.</w:t>
      </w:r>
      <w:r>
        <w:br/>
      </w:r>
      <w:r>
        <w:rPr>
          <w:sz w:val="20"/>
        </w:rPr>
        <w:t>12:29  jahan peace hai, wahan opportunity hai. yeh koi janta nahi tha, ab bhi nahi janta. aap ke pehle bhi log nahi jante thay, aaj bhi nahi jante.</w:t>
      </w:r>
      <w:r>
        <w:br/>
      </w:r>
      <w:r>
        <w:rPr>
          <w:sz w:val="20"/>
        </w:rPr>
        <w:t>12:40  yeh to yeh bomb kyun marte hain? gun kyun chalate hain? opportunities se duniya bhari hui hai.</w:t>
      </w:r>
      <w:r>
        <w:br/>
      </w:r>
      <w:r>
        <w:rPr>
          <w:sz w:val="20"/>
        </w:rPr>
        <w:t>12:47  hum bhi dekhen, aap ek opportunity ko avail kar rahe hain yahan par. aur world is full of opportunities. hamare zamane mein dekhen, religious freedom hai.</w:t>
      </w:r>
    </w:p>
    <w:p>
      <w:pPr>
        <w:pStyle w:val="Heading2"/>
      </w:pPr>
      <w:r>
        <w:t>Nawab of Hyderabad breaks protocol for a Sufi's heir</w:t>
      </w:r>
    </w:p>
    <w:p>
      <w:r>
        <w:rPr>
          <w:color w:val="666666"/>
          <w:sz w:val="18"/>
        </w:rPr>
        <w:t>Contribution of Sufism in India May 29, 2011 · 2m 44s · at 30:27 · https://youtu.be/lzxSaTnomio?t=1827</w:t>
      </w:r>
    </w:p>
    <w:p>
      <w:r>
        <w:rPr>
          <w:i/>
        </w:rPr>
        <w:t>“The Nawab of Hyderabad's train pulled into Delhi station”</w:t>
      </w:r>
    </w:p>
    <w:p>
      <w:r>
        <w:rPr>
          <w:sz w:val="20"/>
        </w:rPr>
        <w:t>30:27  yeh jo the khwaja moinuddin chishti, nizamuddin auliya aur khwaja salim chishti, khwaja baqi billah, khwaja farid waghera,</w:t>
      </w:r>
      <w:r>
        <w:br/>
      </w:r>
      <w:r>
        <w:rPr>
          <w:sz w:val="20"/>
        </w:rPr>
        <w:t>30:40  kya dabdaba tha iska ek qissa mein aap ko sunata hoon. angrezi daur mein jab india mein british rule kar rahe the to hyderabad ke nawab jo hain,</w:t>
      </w:r>
      <w:r>
        <w:br/>
      </w:r>
      <w:r>
        <w:rPr>
          <w:sz w:val="20"/>
        </w:rPr>
        <w:t>30:55  woh dilli aaye.</w:t>
      </w:r>
      <w:r>
        <w:br/>
      </w:r>
      <w:r>
        <w:rPr>
          <w:sz w:val="20"/>
        </w:rPr>
        <w:t>30:59  is zamane mein railway line book chuki thi aur un ka special saloon hua karta tha, us par gaadi hua karti thi.</w:t>
      </w:r>
      <w:r>
        <w:br/>
      </w:r>
      <w:r>
        <w:rPr>
          <w:sz w:val="20"/>
        </w:rPr>
        <w:t>31:11  to un ki special train thi, special train se sirf saloon nahin tha balkeh special train thi. to us se woh hyderabad se aaye aur yahan nai dilli ke railway station par un ki gaadi ruki.</w:t>
      </w:r>
      <w:r>
        <w:br/>
      </w:r>
      <w:r>
        <w:rPr>
          <w:sz w:val="20"/>
        </w:rPr>
        <w:t>31:26  to un ka receive karne ke liye wahan lambi line thi, lambi line thi. to jo nawab hyderabad jo the, kaha jata hai ke un ki nazar bahut tez thi, bahut zabardast nigah thi un ki.</w:t>
      </w:r>
      <w:r>
        <w:br/>
      </w:r>
      <w:r>
        <w:rPr>
          <w:sz w:val="20"/>
        </w:rPr>
        <w:t>31:43  to jab aap ne saloon se bahar aaye aur dekha, unhon ne ke line lagi hui hai jo, to un ko nazar aaya ke ek shakhs hai jo aakhir mein khada hua hai, bilkul</w:t>
      </w:r>
      <w:r>
        <w:br/>
      </w:r>
      <w:r>
        <w:rPr>
          <w:sz w:val="20"/>
        </w:rPr>
        <w:t>31:55  aakhir mein khada hua hai, lambi line ke aakhir mein. yeh the khwaja hasan nizami, yaani inhi ke khanwade ke, yaani nizamuddin auliya hi ke</w:t>
      </w:r>
      <w:r>
        <w:br/>
      </w:r>
      <w:r>
        <w:rPr>
          <w:sz w:val="20"/>
        </w:rPr>
        <w:t>32:08  silsile ke the woh khwaja hasan nizami to bohat yani nizamuddin auliya ka bohat moataqid the nawab hyderabad</w:t>
      </w:r>
      <w:r>
        <w:br/>
      </w:r>
      <w:r>
        <w:rPr>
          <w:sz w:val="20"/>
        </w:rPr>
        <w:t>32:24  to jab unhon ne dekha ke ke itne peechay khara kar diya woh police ne wahan khara kar diya tha wahan jab aaye wahan par platform par to bare bare jo log the woh to agay khare kiye gaye un ko peechay kar diya ke peechay jao</w:t>
      </w:r>
      <w:r>
        <w:br/>
      </w:r>
      <w:r>
        <w:rPr>
          <w:sz w:val="20"/>
        </w:rPr>
        <w:t>32:41  police walay pehchanay pehchantay nahi thay un ko to nawab hyderabad ne un ko pehchana</w:t>
      </w:r>
      <w:r>
        <w:br/>
      </w:r>
      <w:r>
        <w:rPr>
          <w:sz w:val="20"/>
        </w:rPr>
        <w:t>32:48  to saf tor kar khud nawab hyderabad gaye un ke paas khwaja hasan nizami ke paas aur un ko apnay sath le kar agay aaye</w:t>
      </w:r>
      <w:r>
        <w:br/>
      </w:r>
      <w:r>
        <w:rPr>
          <w:sz w:val="20"/>
        </w:rPr>
        <w:t>32:59  yeh hai rohani dabdaba isi ko main kehta hoon rohani dabdaba to sahib dabdaba koi bari cheez nahi hai</w:t>
      </w:r>
    </w:p>
    <w:p>
      <w:pPr>
        <w:pStyle w:val="Heading2"/>
      </w:pPr>
      <w:r>
        <w:t>Islam's teaching of peace and reconciliation</w:t>
      </w:r>
    </w:p>
    <w:p>
      <w:r>
        <w:rPr>
          <w:color w:val="666666"/>
          <w:sz w:val="18"/>
        </w:rPr>
        <w:t>IN CONVERSATION MAULANA WAHIDUDDIN KHAN · 2m 16s · at 1:57 · https://youtu.be/VzcECmB1P7c?t=117</w:t>
      </w:r>
    </w:p>
    <w:p>
      <w:r>
        <w:rPr>
          <w:i/>
        </w:rPr>
        <w:t>“Yeh to very very good question.”</w:t>
      </w:r>
    </w:p>
    <w:p>
      <w:r>
        <w:rPr>
          <w:sz w:val="20"/>
        </w:rPr>
        <w:t>1:57  It's a very good question, very relevant. According to my study, you know I'm an Islamic scholar. So according to my study and my experience, Islam is a religion of peace in the complete sense of the word.</w:t>
      </w:r>
      <w:r>
        <w:br/>
      </w:r>
      <w:r>
        <w:rPr>
          <w:sz w:val="20"/>
        </w:rPr>
        <w:t>2:23  But there are two different,</w:t>
      </w:r>
      <w:r>
        <w:br/>
      </w:r>
      <w:r>
        <w:rPr>
          <w:sz w:val="20"/>
        </w:rPr>
        <w:t>2:27  you can, version of Islam.</w:t>
      </w:r>
      <w:r>
        <w:br/>
      </w:r>
      <w:r>
        <w:rPr>
          <w:sz w:val="20"/>
        </w:rPr>
        <w:t>2:29  One is the scriptural version, doosra what is practiced by Muslims.</w:t>
      </w:r>
      <w:r>
        <w:br/>
      </w:r>
      <w:r>
        <w:rPr>
          <w:sz w:val="20"/>
        </w:rPr>
        <w:t>2:35  So people generally refer to Muslim practices.</w:t>
      </w:r>
      <w:r>
        <w:br/>
      </w:r>
      <w:r>
        <w:rPr>
          <w:sz w:val="20"/>
        </w:rPr>
        <w:t>2:40  But being an Islamic scholar, I always see the scriptures.</w:t>
      </w:r>
      <w:r>
        <w:br/>
      </w:r>
      <w:r>
        <w:rPr>
          <w:sz w:val="20"/>
        </w:rPr>
        <w:t>2:47  You know, society is not,</w:t>
      </w:r>
      <w:r>
        <w:br/>
      </w:r>
      <w:r>
        <w:rPr>
          <w:sz w:val="20"/>
        </w:rPr>
        <w:t>2:50  no society can be a perfect society.</w:t>
      </w:r>
      <w:r>
        <w:br/>
      </w:r>
      <w:r>
        <w:rPr>
          <w:sz w:val="20"/>
        </w:rPr>
        <w:t>2:53  It is impossible.</w:t>
      </w:r>
      <w:r>
        <w:br/>
      </w:r>
      <w:r>
        <w:rPr>
          <w:sz w:val="20"/>
        </w:rPr>
        <w:t>2:55  So in every society, there are some bad things, some deviations from the ideology. So if you want to know what is Islam, then you have to see the scripture that is Quran and Hadith.</w:t>
      </w:r>
      <w:r>
        <w:br/>
      </w:r>
      <w:r>
        <w:rPr>
          <w:sz w:val="20"/>
        </w:rPr>
        <w:t>3:18  And if you want to see how are Muslims, then you have to see the Muslim society. So as far as the Islamic teachings concern, it is very clear in Islam that Islam is a religion of peace. For example, there is a very important and very relevant verse in the Quran, As-Sulhu Khayr. It is a general teaching of Islam.</w:t>
      </w:r>
      <w:r>
        <w:br/>
      </w:r>
      <w:r>
        <w:rPr>
          <w:sz w:val="20"/>
        </w:rPr>
        <w:t>3:46  as sulhu khayr means reconciliation is the best. it means that if you are facing some differences, so you have to take the you have to adopt the conciliatory course of action rather than confrontational course of action.</w:t>
      </w:r>
      <w:r>
        <w:br/>
      </w:r>
      <w:r>
        <w:rPr>
          <w:sz w:val="20"/>
        </w:rPr>
        <w:t>4:13  but isn't it also true, maulana sahib, that one is able to use any scripture to interpret it, to justify all kinds of actions? and the sort of the islamic extremists, and i entirely agree with you that any community and any faith will have its extremists, its fundamentalist people who will choose to interpret it in a manner that suits perhaps their political agendas or economic disparities.</w:t>
      </w:r>
    </w:p>
    <w:p>
      <w:pPr>
        <w:pStyle w:val="Heading2"/>
      </w:pPr>
      <w:r>
        <w:t>Peace by choice or by compulsion, both benefit you</w:t>
      </w:r>
    </w:p>
    <w:p>
      <w:r>
        <w:rPr>
          <w:color w:val="666666"/>
          <w:sz w:val="18"/>
        </w:rPr>
        <w:t>The Importance of Peace in Life June 30, 2008 · 1m 42s · at 37:58 · https://youtu.be/gbbbmsdMHRs?t=2278</w:t>
      </w:r>
    </w:p>
    <w:p>
      <w:r>
        <w:rPr>
          <w:i/>
        </w:rPr>
        <w:t>“Take water — if a person doesn't drink, they'll dehydrate”</w:t>
      </w:r>
    </w:p>
    <w:p>
      <w:r>
        <w:rPr>
          <w:sz w:val="20"/>
        </w:rPr>
        <w:t>37:58  to jis tarah se misaal ke taur par</w:t>
      </w:r>
      <w:r>
        <w:br/>
      </w:r>
      <w:r>
        <w:rPr>
          <w:sz w:val="20"/>
        </w:rPr>
        <w:t>38:03  pani hai, agar koi aadmi pani na piye to us ko dehydration ho jayega. aap jante hain, body mein pani kami ho jayegi kyunke body mein to more than 80 percent pani hai.</w:t>
      </w:r>
      <w:r>
        <w:br/>
      </w:r>
      <w:r>
        <w:rPr>
          <w:sz w:val="20"/>
        </w:rPr>
        <w:t>38:17  ab koi pani na piye kisi wajah se to dehydration ho jayega, bimar pad jayega. to</w:t>
      </w:r>
      <w:r>
        <w:br/>
      </w:r>
      <w:r>
        <w:rPr>
          <w:sz w:val="20"/>
        </w:rPr>
        <w:t>38:25  hospital mein us ko compulsorily pani us ko nalki ke zariye dala jata hai. yeh to pani mein pee raha hoon by option, lekin aap hospital mein ja kar dekhein to us aadmi ko bed pe leta dete hain aur aur nalki laga dete hain aur pani utarte hain us ke body mein.</w:t>
      </w:r>
      <w:r>
        <w:br/>
      </w:r>
      <w:r>
        <w:rPr>
          <w:sz w:val="20"/>
        </w:rPr>
        <w:t>38:50  to woh gaya ke by by by compression us ko pani pilaya jata hai aur yeh mein pee raha hoon by option. faida dono ka milta hai.</w:t>
      </w:r>
      <w:r>
        <w:br/>
      </w:r>
      <w:r>
        <w:rPr>
          <w:sz w:val="20"/>
        </w:rPr>
        <w:t>39:01  by option pani piya aap ne, tab bhi faida hai aur by compression aap ke pani aap ki body mein dala gaya, tab bhi faida hai.</w:t>
      </w:r>
      <w:r>
        <w:br/>
      </w:r>
      <w:r>
        <w:rPr>
          <w:sz w:val="20"/>
        </w:rPr>
        <w:t>39:10  aise hi muamla peace ka hai. peace itna zyada ach</w:t>
      </w:r>
      <w:r>
        <w:br/>
      </w:r>
      <w:r>
        <w:rPr>
          <w:sz w:val="20"/>
        </w:rPr>
        <w:t>39:17  hi cheez hai, peace itna bada good hai ke kaise bhi peace aa jaye society mein to uska faida hi faida hoga,</w:t>
      </w:r>
      <w:r>
        <w:br/>
      </w:r>
      <w:r>
        <w:rPr>
          <w:sz w:val="20"/>
        </w:rPr>
        <w:t>39:31  faida hi faida hoga. lekin peace ka word jo bol raha hoon mein, to kisi ne definition di hai peace ki ke absence of war.</w:t>
      </w:r>
    </w:p>
    <w:p>
      <w:pPr>
        <w:pStyle w:val="Heading2"/>
      </w:pPr>
      <w:r>
        <w:t>democracy is simply political adjustment, not un-Islamic</w:t>
      </w:r>
    </w:p>
    <w:p>
      <w:r>
        <w:rPr>
          <w:color w:val="666666"/>
          <w:sz w:val="18"/>
        </w:rPr>
        <w:t>Peace and Violence June 06, 2009 · 2m 18s · at 21:35 · https://youtu.be/OUXCF-40RGY?t=1295</w:t>
      </w:r>
    </w:p>
    <w:p>
      <w:r>
        <w:rPr>
          <w:i/>
        </w:rPr>
        <w:t>“Let's take the third issue: does Islam permit democracy?”</w:t>
      </w:r>
    </w:p>
    <w:p>
      <w:r>
        <w:rPr>
          <w:sz w:val="20"/>
        </w:rPr>
        <w:t>21:35  then let's take the third issue: does it democracy?</w:t>
      </w:r>
      <w:r>
        <w:br/>
      </w:r>
      <w:r>
        <w:rPr>
          <w:sz w:val="20"/>
        </w:rPr>
        <w:t>21:44  is a very stage that many Muslim thinkers, many Islamic thinkers, claim that it's democracy and Islamic theory.</w:t>
      </w:r>
      <w:r>
        <w:br/>
      </w:r>
      <w:r>
        <w:rPr>
          <w:sz w:val="20"/>
        </w:rPr>
        <w:t>21:59  it is very strange.</w:t>
      </w:r>
      <w:r>
        <w:br/>
      </w:r>
      <w:r>
        <w:rPr>
          <w:sz w:val="20"/>
        </w:rPr>
        <w:t>22:03  I would like to say that this kind of statement that democracy, democracy in Islamic concept is neither Islamic and rational.</w:t>
      </w:r>
      <w:r>
        <w:br/>
      </w:r>
      <w:r>
        <w:rPr>
          <w:sz w:val="20"/>
        </w:rPr>
        <w:t>22:18  this kind of statement is un Islamic as well irrational. now, what is democracy?</w:t>
      </w:r>
      <w:r>
        <w:br/>
      </w:r>
      <w:r>
        <w:rPr>
          <w:sz w:val="20"/>
        </w:rPr>
        <w:t>22:31  democracy is neither pro religious and not anti religious. democracy is simply a political adjustment, that's all.</w:t>
      </w:r>
      <w:r>
        <w:br/>
      </w:r>
      <w:r>
        <w:rPr>
          <w:sz w:val="20"/>
        </w:rPr>
        <w:t>22:48  democracy is simply a political adjustment</w:t>
      </w:r>
      <w:r>
        <w:br/>
      </w:r>
      <w:r>
        <w:rPr>
          <w:sz w:val="20"/>
        </w:rPr>
        <w:t>22:53  . you know where there are many communities, many</w:t>
      </w:r>
      <w:r>
        <w:br/>
      </w:r>
      <w:r>
        <w:rPr>
          <w:sz w:val="20"/>
        </w:rPr>
        <w:t>23:04  many religious groups. so, how to establish peace among them? so, democracy is the solution that is government of the people by the people for the people.</w:t>
      </w:r>
      <w:r>
        <w:br/>
      </w:r>
      <w:r>
        <w:rPr>
          <w:sz w:val="20"/>
        </w:rPr>
        <w:t>23:22  it means that</w:t>
      </w:r>
      <w:r>
        <w:br/>
      </w:r>
      <w:r>
        <w:rPr>
          <w:sz w:val="20"/>
        </w:rPr>
        <w:t>23:26  we have to organize elections after four or five years periodically, and any party, and by by way of fair and and free elections.</w:t>
      </w:r>
      <w:r>
        <w:br/>
      </w:r>
      <w:r>
        <w:rPr>
          <w:sz w:val="20"/>
        </w:rPr>
        <w:t>23:45  so, any party that emerges, a majority party, he will be allowed to rule.</w:t>
      </w:r>
    </w:p>
    <w:p>
      <w:pPr>
        <w:pStyle w:val="Heading2"/>
      </w:pPr>
      <w:r>
        <w:t>The difference between a heartfelt prayer and a ritual one</w:t>
      </w:r>
    </w:p>
    <w:p>
      <w:r>
        <w:rPr>
          <w:color w:val="666666"/>
          <w:sz w:val="18"/>
        </w:rPr>
        <w:t>Islam and Peace August 25, 2013 · 1m 49s · at 1:31:01 · https://youtu.be/WbBu4W6AUUs?t=5461</w:t>
      </w:r>
    </w:p>
    <w:p>
      <w:r>
        <w:rPr>
          <w:i/>
        </w:rPr>
        <w:t>“When her child was sick, she prayed with her whole heart”</w:t>
      </w:r>
    </w:p>
    <w:p>
      <w:r>
        <w:rPr>
          <w:sz w:val="20"/>
        </w:rPr>
        <w:t>1:31:01  Dekhiye, mera tajurba yeh hai ke aadmi ko jab koi jati baat us ki guzarti hai, maslan uska uska beta mar gaya, to khoob dua karta hai woh. Dilo jaan se. Bimar hai, dilo jaan se dua karta hai. Lekin jo akhirat ki baatein, jannat, dozakh ki baatein hain, us ko fuzool tareeqay se dua karta hai. Kitabon mein kuch duaen jo likhi hui hain, rat liya to woh kar raha hai. Aur beta beti ke liye duaen karna hai to jigar phaar kar duaen karta hai.</w:t>
      </w:r>
      <w:r>
        <w:br/>
      </w:r>
      <w:r>
        <w:rPr>
          <w:sz w:val="20"/>
        </w:rPr>
        <w:t>1:31:30  To har aadmi ko khud pata hai ke rasmi dua kya hai aur haqeeqi dua kya hai. Aap ne bhi dekha, aap ne bhi dekha hai ke aik aik aurat ka bachcha bimar tha,</w:t>
      </w:r>
      <w:r>
        <w:br/>
      </w:r>
      <w:r>
        <w:rPr>
          <w:sz w:val="20"/>
        </w:rPr>
        <w:t>1:31:43  Is qadar jigar phaar kar duaen kar rahi thi woh apne bachche ke liye ke mera bachcha acha ho jaye.</w:t>
      </w:r>
      <w:r>
        <w:br/>
      </w:r>
      <w:r>
        <w:rPr>
          <w:sz w:val="20"/>
        </w:rPr>
        <w:t>1:31:50  Lekin wahi aurat ko jab dua karna hota hai akhirat ke baray mein, to kitabon mein rat leti hai, usi ko dua deti hai. Yeh to bohat aasani se samajh sakte hain aap ke dono duaon mein farq kya hai. To Allah taala ko lip service wali dua nahi matlab hai. Lip service wali dua se kuch nahi hota. Woh dua jo dil ki gehraiyon se niklay, jis mein aadmi apni shakhsiyat ko undel diya ho,</w:t>
      </w:r>
      <w:r>
        <w:br/>
      </w:r>
      <w:r>
        <w:rPr>
          <w:sz w:val="20"/>
        </w:rPr>
        <w:t>1:32:20  Woh dua bila shuba qabool hoti hai. Wahi dua yani Allah taala ko matlab hai.</w:t>
      </w:r>
    </w:p>
    <w:p>
      <w:pPr>
        <w:pStyle w:val="Heading2"/>
      </w:pPr>
      <w:r>
        <w:t>Reinterpreting qawwam for modern times</w:t>
      </w:r>
    </w:p>
    <w:p>
      <w:r>
        <w:rPr>
          <w:color w:val="666666"/>
          <w:sz w:val="18"/>
        </w:rPr>
        <w:t>No Jihad, Only Management of Conflict 1 Dec 2019 - Maulana Wahiduddin Khan · 2m 59s · at 19:37 · https://youtu.be/afUhlMSCBCY?t=1177</w:t>
      </w:r>
    </w:p>
    <w:p>
      <w:r>
        <w:rPr>
          <w:i/>
        </w:rPr>
        <w:t>“میں یہ مشورہ دیتا ہوں کہ اپنی بیوی کو قوام بنائیے”</w:t>
      </w:r>
    </w:p>
    <w:p>
      <w:r>
        <w:rPr>
          <w:sz w:val="20"/>
        </w:rPr>
        <w:t>19:37  aan. to mera guess bilkul sahi tha. Hamare mission ke tamam logon ko main yeh mashwara deta hoon ke apni biwi ko qawwam banaiye.</w:t>
      </w:r>
      <w:r>
        <w:br/>
      </w:r>
      <w:r>
        <w:rPr>
          <w:sz w:val="20"/>
        </w:rPr>
        <w:t>19:50  woh ayat kya hai? Min haan amwal. Yeh aap log samajhte hain ke aurat ke liye hai?</w:t>
      </w:r>
      <w:r>
        <w:br/>
      </w:r>
      <w:r>
        <w:rPr>
          <w:sz w:val="20"/>
        </w:rPr>
        <w:t>20:01  yeh mard ke liye hai? Yeh aurat ke liye hai? Ji.</w:t>
      </w:r>
      <w:r>
        <w:br/>
      </w:r>
      <w:r>
        <w:rPr>
          <w:sz w:val="20"/>
        </w:rPr>
        <w:t>20:11  dekhiye kyun keh raha hoon? Maal deta hai kharji duniya, aap ki jeb mein maal nahi hota hai.</w:t>
      </w:r>
      <w:r>
        <w:br/>
      </w:r>
      <w:r>
        <w:rPr>
          <w:sz w:val="20"/>
        </w:rPr>
        <w:t>20:25  Ji. Pehle zamane mein kharji duniya aurat ko maal nahi deti thi, koi aisa tha nahi. Ji.</w:t>
      </w:r>
      <w:r>
        <w:br/>
      </w:r>
      <w:r>
        <w:rPr>
          <w:sz w:val="20"/>
        </w:rPr>
        <w:t>20:34  kuch pehle duniya mein maal ka zariya aurat ke liye kuch tha hi nahi. Ji.</w:t>
      </w:r>
      <w:r>
        <w:br/>
      </w:r>
      <w:r>
        <w:rPr>
          <w:sz w:val="20"/>
        </w:rPr>
        <w:t>20:42  ab to beshumar darwaze khule hain aur aurat ke liye. Aur sab se acha darwaza yeh hai ke taleem is zamane mein bohat hi important hai, bohat hi school khule hue hain,</w:t>
      </w:r>
      <w:r>
        <w:br/>
      </w:r>
      <w:r>
        <w:rPr>
          <w:sz w:val="20"/>
        </w:rPr>
        <w:t>20:56  lekin degree chahiye, B.Ed, M.Ed, ghar se service milti hai.</w:t>
      </w:r>
      <w:r>
        <w:br/>
      </w:r>
      <w:r>
        <w:rPr>
          <w:sz w:val="20"/>
        </w:rPr>
        <w:t>21:06  to ijtihad kijiye anfaquh se, anfaquh se ijtihad kijiye ke anfaquh ka badal gaya, mard ke paas pata hota tha pehle.</w:t>
      </w:r>
      <w:r>
        <w:br/>
      </w:r>
      <w:r>
        <w:rPr>
          <w:sz w:val="20"/>
        </w:rPr>
        <w:t>21:21  Ji haan. Ab mard ko hai hi nahi kuch, ab to aurat ke paas hai.</w:t>
      </w:r>
      <w:r>
        <w:br/>
      </w:r>
      <w:r>
        <w:rPr>
          <w:sz w:val="20"/>
        </w:rPr>
        <w:t>21:28  kaisa? Aap samjhiye kya kaha main ne? Maulana aap yeh keh rahe hain ke min jo Allah taala ne mardon ke ta'alluq se kaha hai yeh is zamane mein tha, ab woh cheez dimension change ho</w:t>
      </w:r>
      <w:r>
        <w:br/>
      </w:r>
      <w:r>
        <w:rPr>
          <w:sz w:val="20"/>
        </w:rPr>
        <w:t>21:42  chuka hai. Wahan mutlaq ma'ani mein nahi hai ke bas mard infaq karta hai to woh qawwam banega. Mutlaq ma'ani mein nahi hai, izafi ma'ani mein, izafi yani jo infaq karega woh qawwam banega.</w:t>
      </w:r>
      <w:r>
        <w:br/>
      </w:r>
      <w:r>
        <w:rPr>
          <w:sz w:val="20"/>
        </w:rPr>
        <w:t>21:59  is ka lafz mat lijiye, maan lijiye to jo jo infaq karega wahi qawwam banega.</w:t>
      </w:r>
      <w:r>
        <w:br/>
      </w:r>
      <w:r>
        <w:rPr>
          <w:sz w:val="20"/>
        </w:rPr>
        <w:t>22:15  kya kaha main ne?</w:t>
      </w:r>
      <w:r>
        <w:br/>
      </w:r>
      <w:r>
        <w:rPr>
          <w:sz w:val="20"/>
        </w:rPr>
        <w:t>22:17  Maulana aap yeh keh rahe hain ke wahan par jo min mutlaq ma'ani mein nahi hai balkeh izafi ma'ani mein hai, izafi ma'ani mein hai, matlab yeh hai ke jo infaq karega woh qawwam banega.</w:t>
      </w:r>
      <w:r>
        <w:br/>
      </w:r>
      <w:r>
        <w:rPr>
          <w:sz w:val="20"/>
        </w:rPr>
        <w:t>22:30  chahe woh aurat ho ya mard. Chahe woh aurat ho ya mard. Ji.</w:t>
      </w:r>
    </w:p>
    <w:p>
      <w:pPr>
        <w:pStyle w:val="Heading2"/>
      </w:pPr>
      <w:r>
        <w:t>Distinguish truth from method in Islam</w:t>
      </w:r>
    </w:p>
    <w:p>
      <w:r>
        <w:rPr>
          <w:color w:val="666666"/>
          <w:sz w:val="18"/>
        </w:rPr>
        <w:t>Divine Management in History Q&amp;A - Maulana Wahiduddin Khan 7th April 2013 · 1m 13s · at 9:48 · https://youtu.be/iWpZL-9HAx8?t=588</w:t>
      </w:r>
    </w:p>
    <w:p>
      <w:r>
        <w:rPr>
          <w:i/>
        </w:rPr>
        <w:t>“Maine dekhiye, method ke baare mein kaha hai”</w:t>
      </w:r>
    </w:p>
    <w:p>
      <w:r>
        <w:rPr>
          <w:sz w:val="20"/>
        </w:rPr>
        <w:t>9:48  ne dekhiye, method ke bare mein kaha hai.</w:t>
      </w:r>
      <w:r>
        <w:br/>
      </w:r>
      <w:r>
        <w:rPr>
          <w:sz w:val="20"/>
        </w:rPr>
        <w:t>9:50  method ka bible to rasoolullah ne bhi follow kiya, non muslim ko.</w:t>
      </w:r>
      <w:r>
        <w:br/>
      </w:r>
      <w:r>
        <w:rPr>
          <w:sz w:val="20"/>
        </w:rPr>
        <w:t>9:55  rasoolullah ko makka se madina jana tha, to us zamane mein road nahi hua karti thi, nakshe nahi</w:t>
      </w:r>
      <w:r>
        <w:br/>
      </w:r>
      <w:r>
        <w:rPr>
          <w:sz w:val="20"/>
        </w:rPr>
        <w:t>10:00  hua karte the.</w:t>
      </w:r>
      <w:r>
        <w:br/>
      </w:r>
      <w:r>
        <w:rPr>
          <w:sz w:val="20"/>
        </w:rPr>
        <w:t>10:02  ghatiyon mein aur jangalon se hokar gujarna padta tha.</w:t>
      </w:r>
      <w:r>
        <w:br/>
      </w:r>
      <w:r>
        <w:rPr>
          <w:sz w:val="20"/>
        </w:rPr>
        <w:t>10:05  to mahir hua karte the raste ke.</w:t>
      </w:r>
      <w:r>
        <w:br/>
      </w:r>
      <w:r>
        <w:rPr>
          <w:sz w:val="20"/>
        </w:rPr>
        <w:t>10:08  to aapne ek mahir isi qism ka jo tha, uska naam abdullah ibne harkat ya abdullah ibne uqat,</w:t>
      </w:r>
      <w:r>
        <w:br/>
      </w:r>
      <w:r>
        <w:rPr>
          <w:sz w:val="20"/>
        </w:rPr>
        <w:t>10:14  usko liya. usko follow karte hue aap madine pahunche.</w:t>
      </w:r>
      <w:r>
        <w:br/>
      </w:r>
      <w:r>
        <w:rPr>
          <w:sz w:val="20"/>
        </w:rPr>
        <w:t>10:18  to method ke taur se kisi ko follow karna chahiye aapko.</w:t>
      </w:r>
      <w:r>
        <w:br/>
      </w:r>
      <w:r>
        <w:rPr>
          <w:sz w:val="20"/>
        </w:rPr>
        <w:t>10:22  main ye thodi keh raha hoon ki aap uski sachchai ke bare mein usko maan lein ki woh</w:t>
      </w:r>
      <w:r>
        <w:br/>
      </w:r>
      <w:r>
        <w:rPr>
          <w:sz w:val="20"/>
        </w:rPr>
        <w:t>10:26  sachchai use milegi.</w:t>
      </w:r>
      <w:r>
        <w:br/>
      </w:r>
      <w:r>
        <w:rPr>
          <w:sz w:val="20"/>
        </w:rPr>
        <w:t>10:27  mujhe sachchai ke liye to quran hai.</w:t>
      </w:r>
      <w:r>
        <w:br/>
      </w:r>
      <w:r>
        <w:rPr>
          <w:sz w:val="20"/>
        </w:rPr>
        <w:t>10:32  to aap ismein</w:t>
      </w:r>
      <w:r>
        <w:br/>
      </w:r>
      <w:r>
        <w:rPr>
          <w:sz w:val="20"/>
        </w:rPr>
        <w:t>10:33  fark kijiye ki sachchai ke mamle mein kisi ki baat manna aur use method ke bare mein kisi se saunp lena. ji haan. to maine jo baat kahi, maine kai baar repeat kiya hai ki main method ke taur se keh raha hoon, method ke taur se. to method ke taur se to rasoolullah ne bhi ek mushrik ko follow kiya tha.</w:t>
      </w:r>
    </w:p>
    <w:p>
      <w:pPr>
        <w:pStyle w:val="Heading2"/>
      </w:pPr>
      <w:r>
        <w:t>Childhood dream of an elder healing her eye pain</w:t>
      </w:r>
    </w:p>
    <w:p>
      <w:r>
        <w:rPr>
          <w:color w:val="666666"/>
          <w:sz w:val="18"/>
        </w:rPr>
        <w:t>CPS Women Session Peace Conference April 29-30, 2023 · 1m 24s · at 30:27 · https://youtu.be/xsD04dOvGeE?t=1827</w:t>
      </w:r>
    </w:p>
    <w:p>
      <w:r>
        <w:rPr>
          <w:i/>
        </w:rPr>
        <w:t>“I was eight or nine and my eye was in terrible pain”</w:t>
      </w:r>
    </w:p>
    <w:p>
      <w:r>
        <w:rPr>
          <w:sz w:val="20"/>
        </w:rPr>
        <w:t>30:27  main kareeb aath nau saal ki thi aur meri aankh mein bahut zyada takleef thi.</w:t>
      </w:r>
      <w:r>
        <w:br/>
      </w:r>
      <w:r>
        <w:rPr>
          <w:sz w:val="20"/>
        </w:rPr>
        <w:t>30:34  kuch bhoda nikla tha aur bahut takleef thi.</w:t>
      </w:r>
      <w:r>
        <w:br/>
      </w:r>
      <w:r>
        <w:rPr>
          <w:sz w:val="20"/>
        </w:rPr>
        <w:t>30:42  mere abba ne kaha ki aaj doctor ke paas jaana hai, operation karwana hai.</w:t>
      </w:r>
      <w:r>
        <w:br/>
      </w:r>
      <w:r>
        <w:rPr>
          <w:sz w:val="20"/>
        </w:rPr>
        <w:t>30:50  main bahut dar gayi aur kamre mein jaakar dopahar ke time jaakar so gayi.</w:t>
      </w:r>
      <w:r>
        <w:br/>
      </w:r>
      <w:r>
        <w:rPr>
          <w:sz w:val="20"/>
        </w:rPr>
        <w:t>30:58  khaab dekha ke ek bahut bada sa hall hai aur usmein dono taraf log baithe hue hain aur saamne stage par koi baithe hain buzuruk. logon ne humse kaha ke tum main wahin pahunch gayi toh unhone logon ne kaha tum wahan jaao. woh jo baithe hain woh tumhara dukh door kar denge.</w:t>
      </w:r>
      <w:r>
        <w:br/>
      </w:r>
      <w:r>
        <w:rPr>
          <w:sz w:val="20"/>
        </w:rPr>
        <w:t>31:24  main kareeb gayi toh dekha ke woh toh bade appa hain. toh unhone mere saath ek haath rakha aur phir meri aankh khul gayi. do din ke baad mere jo takleef thi aankh mein woh bilkul theek ho gayi thi mujhe yeh khaab itni gehraai se yaad hai jaise nakk ho gaya.</w:t>
      </w:r>
      <w:r>
        <w:br/>
      </w:r>
      <w:r>
        <w:rPr>
          <w:sz w:val="20"/>
        </w:rPr>
        <w:t>31:51  phir nineteen eighty four mein meri shaadi ke baad meri zindagi mein kaafi challenges aaye aur mera connection maulana se bilkul khatm ho gaya. phir do hazaar das mein mere abba ka achaanak se inteqaal ho gaya. ek din achaanak hi gire aur khatm ho gaye. mere amba maulana ko ki books, taseer, quran ko bahut hi gehraai se karte the aur bahut hi taqwah wale insaan the.</w:t>
      </w:r>
    </w:p>
    <w:p>
      <w:pPr>
        <w:pStyle w:val="Heading2"/>
      </w:pPr>
      <w:r>
        <w:t>Dr. Nishikan's journey to Islam</w:t>
      </w:r>
    </w:p>
    <w:p>
      <w:r>
        <w:rPr>
          <w:color w:val="666666"/>
          <w:sz w:val="18"/>
        </w:rPr>
        <w:t>In Search for Truth 18 May 2007 · 2m 48s · at 28:45 · https://youtu.be/3Q4zw6202eM?t=1725</w:t>
      </w:r>
    </w:p>
    <w:p>
      <w:r>
        <w:rPr>
          <w:i/>
        </w:rPr>
        <w:t>“One example of such a person is Dr. Nishikan Chattopadhyay.”</w:t>
      </w:r>
    </w:p>
    <w:p>
      <w:r>
        <w:rPr>
          <w:sz w:val="20"/>
        </w:rPr>
        <w:t>28:45  One example of such a person is Dr. Nishikan Chattopadhyay. He was born in a Bengali Hindu family.</w:t>
      </w:r>
      <w:r>
        <w:br/>
      </w:r>
      <w:r>
        <w:rPr>
          <w:sz w:val="20"/>
        </w:rPr>
        <w:t>28:57  He was a great scholar. He was a master of several languages like Bengali, Sanskrit, French, German, English,</w:t>
      </w:r>
      <w:r>
        <w:br/>
      </w:r>
      <w:r>
        <w:rPr>
          <w:sz w:val="20"/>
        </w:rPr>
        <w:t>29:14  and perhaps some other languages. Dr. Nishikan Chattopadhyay was a true seeker.</w:t>
      </w:r>
      <w:r>
        <w:br/>
      </w:r>
      <w:r>
        <w:rPr>
          <w:sz w:val="20"/>
        </w:rPr>
        <w:t>29:27  He spent his whole life in study. So after a long study, he discovered Islam as the true religion.</w:t>
      </w:r>
      <w:r>
        <w:br/>
      </w:r>
      <w:r>
        <w:rPr>
          <w:sz w:val="20"/>
        </w:rPr>
        <w:t>29:44  He accepted Islam</w:t>
      </w:r>
      <w:r>
        <w:br/>
      </w:r>
      <w:r>
        <w:rPr>
          <w:sz w:val="20"/>
        </w:rPr>
        <w:t>29:49  . So he published a book, "Why Have I Accepted Islam?"</w:t>
      </w:r>
      <w:r>
        <w:br/>
      </w:r>
      <w:r>
        <w:rPr>
          <w:sz w:val="20"/>
        </w:rPr>
        <w:t>30:01  This book I have published, this book is a chapter of my book, "Islam Rediscovered." "Islam Rediscovered" is one of my books.</w:t>
      </w:r>
      <w:r>
        <w:br/>
      </w:r>
      <w:r>
        <w:rPr>
          <w:sz w:val="20"/>
        </w:rPr>
        <w:t>30:16  And I have included</w:t>
      </w:r>
      <w:r>
        <w:br/>
      </w:r>
      <w:r>
        <w:rPr>
          <w:sz w:val="20"/>
        </w:rPr>
        <w:t>30:22  the thesis of Dr. Nishikan Chattopadhyay as one of his chapters. You can read it in this book.</w:t>
      </w:r>
      <w:r>
        <w:br/>
      </w:r>
      <w:r>
        <w:rPr>
          <w:sz w:val="20"/>
        </w:rPr>
        <w:t>30:35  In this book, he tries to give a description of his long study. It is a very interesting book.</w:t>
      </w:r>
      <w:r>
        <w:br/>
      </w:r>
      <w:r>
        <w:rPr>
          <w:sz w:val="20"/>
        </w:rPr>
        <w:t>30:48  In this book, he gives the detail of his study. He started from philosophy, then science, then religion, then spirituality,</w:t>
      </w:r>
      <w:r>
        <w:br/>
      </w:r>
      <w:r>
        <w:rPr>
          <w:sz w:val="20"/>
        </w:rPr>
        <w:t>31:03  everything.</w:t>
      </w:r>
      <w:r>
        <w:br/>
      </w:r>
      <w:r>
        <w:rPr>
          <w:sz w:val="20"/>
        </w:rPr>
        <w:t>31:07  And in the last, he studied Islam.</w:t>
      </w:r>
      <w:r>
        <w:br/>
      </w:r>
      <w:r>
        <w:rPr>
          <w:sz w:val="20"/>
        </w:rPr>
        <w:t>31:10  And then he says that, "I found truth here in this religion." So when he discovered Islam as the truth, he says in his book, in his essay,</w:t>
      </w:r>
      <w:r>
        <w:br/>
      </w:r>
      <w:r>
        <w:rPr>
          <w:sz w:val="20"/>
        </w:rPr>
        <w:t>31:29  that</w:t>
      </w:r>
    </w:p>
    <w:p>
      <w:pPr>
        <w:pStyle w:val="Heading2"/>
      </w:pPr>
      <w:r>
        <w:t>Q&amp;A: obstacles are warnings, not blocks to guidance</w:t>
      </w:r>
    </w:p>
    <w:p>
      <w:r>
        <w:rPr>
          <w:color w:val="666666"/>
          <w:sz w:val="18"/>
        </w:rPr>
        <w:t>Islamic Pacifism I May 08, 2011 · 1m 50s · at 1:00:47 · https://youtu.be/fkd605HEfRY?t=3647</w:t>
      </w:r>
    </w:p>
    <w:p>
      <w:r>
        <w:rPr>
          <w:i/>
        </w:rPr>
        <w:t>“Gumrahi ki limit hoti hai, hidayat unlimited hai”</w:t>
      </w:r>
    </w:p>
    <w:p>
      <w:r>
        <w:rPr>
          <w:sz w:val="20"/>
        </w:rPr>
        <w:t>1:00:47  Maulana, yeh sawal aaya hai Mr. Amir bin Yusuf ka Pakistan se. unhone likha hai: "maine abhi tak hidayat aur gumrahi mein yeh difference mehsoos kiya hai ke gumrahi ki limit hoti hai,</w:t>
      </w:r>
      <w:r>
        <w:br/>
      </w:r>
      <w:r>
        <w:rPr>
          <w:sz w:val="20"/>
        </w:rPr>
        <w:t>1:01:03  wo kisi speed breaker par ruk jati hai, ya kisi ek issue par tezi se aage badh jati hai, jab ke hidayat unlimited hoti hai,</w:t>
      </w:r>
      <w:r>
        <w:br/>
      </w:r>
      <w:r>
        <w:rPr>
          <w:sz w:val="20"/>
        </w:rPr>
        <w:t>1:01:15  jaise ma'rifat ki koi limit nahi, tazkiya ka amal lifetime chalta hai. iske bare mein kuch bataein."</w:t>
      </w:r>
      <w:r>
        <w:br/>
      </w:r>
      <w:r>
        <w:rPr>
          <w:sz w:val="20"/>
        </w:rPr>
        <w:t>1:01:26  baat sahi hai. lekin mein unhein kahunga ke gumrahi ruk jati hai.</w:t>
      </w:r>
      <w:r>
        <w:br/>
      </w:r>
      <w:r>
        <w:rPr>
          <w:sz w:val="20"/>
        </w:rPr>
        <w:t>1:01:36  nahi, warning milta hai ke ruk jao. speed breaker jo aata hai, wo warning ke liye hota hai.</w:t>
      </w:r>
      <w:r>
        <w:br/>
      </w:r>
      <w:r>
        <w:rPr>
          <w:sz w:val="20"/>
        </w:rPr>
        <w:t>1:01:45  speed breaker ke bawajood log gumrahi se hat te nahi, phir bhi isi chalte rehte hain isi raah mein. to mein yeh kahunga ke hidayat ke raaste par aap chalenge to ismein koi speed breaker nahi aata.</w:t>
      </w:r>
      <w:r>
        <w:br/>
      </w:r>
      <w:r>
        <w:rPr>
          <w:sz w:val="20"/>
        </w:rPr>
        <w:t>1:02:04  lekin ismein bhi aata hai, mein balki yoon kahunga ke speed breaker zindagi ka hissa hai.</w:t>
      </w:r>
      <w:r>
        <w:br/>
      </w:r>
      <w:r>
        <w:rPr>
          <w:sz w:val="20"/>
        </w:rPr>
        <w:t>1:02:14  speed breaker jo hai, zindagi ka hissa hai. Rasool Allah ko masle paish aaye, Sahaba ko masle paish aaye, wo sab is par speed breaker hi to the.</w:t>
      </w:r>
      <w:r>
        <w:br/>
      </w:r>
      <w:r>
        <w:rPr>
          <w:sz w:val="20"/>
        </w:rPr>
        <w:t>1:02:25  to speed breaker jo hai, wo aap ko aap ke test ke liye hota hai ke aap ruk jate hain ya aage badhte hain. ruk jate hain ya aage badhte hain.</w:t>
      </w:r>
    </w:p>
    <w:p>
      <w:pPr>
        <w:pStyle w:val="Heading2"/>
      </w:pPr>
      <w:r>
        <w:t>the Prophet's simple ummah vs today's overly technical religion</w:t>
      </w:r>
    </w:p>
    <w:p>
      <w:r>
        <w:rPr>
          <w:color w:val="666666"/>
          <w:sz w:val="18"/>
        </w:rPr>
        <w:t>Ilm-e-Kalaam Tajdeed-e-Deen Book by Maulana Wahiduddin Khan · 2m 11s · at 9:09 · https://youtu.be/8OqRuoQaggk?t=549</w:t>
      </w:r>
    </w:p>
    <w:p>
      <w:r>
        <w:rPr>
          <w:i/>
        </w:rPr>
        <w:t>“Nabi ne farmaya: hum to seedhi saadi ummat hain”</w:t>
      </w:r>
    </w:p>
    <w:p>
      <w:r>
        <w:rPr>
          <w:sz w:val="20"/>
        </w:rPr>
        <w:t>9:09  magar is mein bhi koi shakk nahi ke yeh deen woh nahi jis ko Arab ke Paighambar hamare liye chhod kar gaye the. Aap ne fakhr ke sath farmaya tha: "Nahnu ummatun ummiyyun, hum to seedhi saadi ummat hain." Bu'ithtu bil Hanifiyyat as-Samhah yani mein sahal deen ke sath bheja gaya hoon,</w:t>
      </w:r>
      <w:r>
        <w:br/>
      </w:r>
      <w:r>
        <w:rPr>
          <w:sz w:val="20"/>
        </w:rPr>
        <w:t>9:31  magar Yahud o Nasara ki ittaba mein hum ne deen ko ek pecheeda fan bana dala, jis tarah unhon ne Musa aur Isa ke deen ko fan bana diya tha.</w:t>
      </w:r>
      <w:r>
        <w:br/>
      </w:r>
      <w:r>
        <w:rPr>
          <w:sz w:val="20"/>
        </w:rPr>
        <w:t>9:41  is fanni deen ka ghair deeni hona isi se wazeh hai ke Sahaba Karam mein se koi buzurg agar aaj zinda hon to woh hamare madaris-e-Arabiya mein se kisi madrasay mein Sheikh al-Hadees ke mansab par fa'iz nahi kiye ja sakte,</w:t>
      </w:r>
      <w:r>
        <w:br/>
      </w:r>
      <w:r>
        <w:rPr>
          <w:sz w:val="20"/>
        </w:rPr>
        <w:t>9:57  kyunke aaj un madaris mein ilm al-Hadees jis tarah parhaya jata hai, woh is ke liye bilkul namoazo'n sabit honge. Hatta ke naoozubillah, shayad khud Allah ke Rasool bhi.</w:t>
      </w:r>
      <w:r>
        <w:br/>
      </w:r>
      <w:r>
        <w:rPr>
          <w:sz w:val="20"/>
        </w:rPr>
        <w:t>10:11  Khalis ilmi aitbar se bhi bahs ka yeh tareeqa maujooda zamanay mein bewazan ho chuka hai. Qadeem mantiq ki buniyad zehni qiyas arayion par qaim thi, magar maujooda zamanay mein mantiq ki buniyad science hai jo haqeeqi hawalo aur waqe'ati tajziye se kisi baat ko sabit karti hai.</w:t>
      </w:r>
      <w:r>
        <w:br/>
      </w:r>
      <w:r>
        <w:rPr>
          <w:sz w:val="20"/>
        </w:rPr>
        <w:t>10:29  magar madaris-e-deenia mein jo kitabein parhai jati hain, woh chunke qadeem manțiqi usloob par likhi gayi hain aur asatiza apne dars mein usi usloob par masail ki tashreeh karte hain,</w:t>
      </w:r>
      <w:r>
        <w:br/>
      </w:r>
      <w:r>
        <w:rPr>
          <w:sz w:val="20"/>
        </w:rPr>
        <w:t>10:41  is liye un idaron se jo afraad tarbiyat pa kar niklte hain, woh apne tarz-e-fikr aur andaaz-e-istidlal ke aitbar se maujooda zamanay ke liye ajnabi hote hain.</w:t>
      </w:r>
      <w:r>
        <w:br/>
      </w:r>
      <w:r>
        <w:rPr>
          <w:sz w:val="20"/>
        </w:rPr>
        <w:t>10:52  woh manțiqi asleha se lais hone ke bawajood aaj ke insan ko ilmi aur manțiqi taur par apna deen samjhane ki salahiyat nahi rakhte.</w:t>
      </w:r>
      <w:r>
        <w:br/>
      </w:r>
      <w:r>
        <w:rPr>
          <w:sz w:val="20"/>
        </w:rPr>
        <w:t>11:02  aaj ki dunya mein jab woh dakhil hote hain to woh ehsas-e-kumtari ka shikar ho kar reh jate hain ya jurrat kar ke Islam ke da'i banne ki koshish karte hain to un ki Islami tashrihat aaj ke ilmi insan ko yeh galat ta'assur deti hain ke Islam sirf qadeem daur ke insan ko mutma'in kar sakta tha.</w:t>
      </w:r>
    </w:p>
    <w:p>
      <w:pPr>
        <w:pStyle w:val="Heading2"/>
      </w:pPr>
      <w:r>
        <w:t>Advice for family and work commitments</w:t>
      </w:r>
    </w:p>
    <w:p>
      <w:r>
        <w:rPr>
          <w:color w:val="666666"/>
          <w:sz w:val="18"/>
        </w:rPr>
        <w:t>Spiritual Goal January 15, 2017 · 1m 00s · at 57:46 · https://youtu.be/D3JYu4p_P34?t=3466</w:t>
      </w:r>
    </w:p>
    <w:p>
      <w:r>
        <w:rPr>
          <w:i/>
        </w:rPr>
        <w:t>“With family and professional commitments, how to do dawah?”</w:t>
      </w:r>
    </w:p>
    <w:p>
      <w:r>
        <w:rPr>
          <w:sz w:val="20"/>
        </w:rPr>
        <w:t>57:46  Because otherwise, with family and professional commitments, it is not possible to do Dawa work with proper commitment. What is your advice?</w:t>
      </w:r>
      <w:r>
        <w:br/>
      </w:r>
      <w:r>
        <w:rPr>
          <w:sz w:val="20"/>
        </w:rPr>
        <w:t>57:59  bhai, yeh to aik personal question hai.</w:t>
      </w:r>
      <w:r>
        <w:br/>
      </w:r>
      <w:r>
        <w:rPr>
          <w:sz w:val="20"/>
        </w:rPr>
        <w:t>58:04  is mein mein koi yani specific rai nahi de sakta.</w:t>
      </w:r>
      <w:r>
        <w:br/>
      </w:r>
      <w:r>
        <w:rPr>
          <w:sz w:val="20"/>
        </w:rPr>
        <w:t>58:10  personal question mein specific rai dena bohat mushkil hai.</w:t>
      </w:r>
      <w:r>
        <w:br/>
      </w:r>
      <w:r>
        <w:rPr>
          <w:sz w:val="20"/>
        </w:rPr>
        <w:t>58:16  ji, aap khud sochiye, kitaben parhiye, quran ko parhiye, phir aap ko mind ban jayega.</w:t>
      </w:r>
      <w:r>
        <w:br/>
      </w:r>
      <w:r>
        <w:rPr>
          <w:sz w:val="20"/>
        </w:rPr>
        <w:t>58:22  maulana, agla sawal lete hain jo dilli se bheja hai mr ajay dravidi ne.</w:t>
      </w:r>
      <w:r>
        <w:br/>
      </w:r>
      <w:r>
        <w:rPr>
          <w:sz w:val="20"/>
        </w:rPr>
        <w:t>58:28  unhon ne likha hai: "Moulana sahib, in today's class you mentioned that those who will do Dawa work</w:t>
      </w:r>
      <w:r>
        <w:br/>
      </w:r>
      <w:r>
        <w:rPr>
          <w:sz w:val="20"/>
        </w:rPr>
        <w:t>58:34  will get higher level in paradise.</w:t>
      </w:r>
      <w:r>
        <w:br/>
      </w:r>
      <w:r>
        <w:rPr>
          <w:sz w:val="20"/>
        </w:rPr>
        <w:t>58:40  Why is this so?</w:t>
      </w:r>
      <w:r>
        <w:br/>
      </w:r>
      <w:r>
        <w:rPr>
          <w:sz w:val="20"/>
        </w:rPr>
        <w:t>58:46  Please tell us the importance of Dawa work." dekhen, quran mein ek concept hai, us ko kehte hain aaraaf.</w:t>
      </w:r>
    </w:p>
    <w:p>
      <w:pPr>
        <w:pStyle w:val="Heading2"/>
      </w:pPr>
      <w:r>
        <w:t>Bride told to work without being asked</w:t>
      </w:r>
    </w:p>
    <w:p>
      <w:r>
        <w:rPr>
          <w:color w:val="666666"/>
          <w:sz w:val="18"/>
        </w:rPr>
        <w:t>On Issues of the Youth · 2m 01s · at 41:35 · https://youtu.be/iBCPuyaTsc4?t=2495</w:t>
      </w:r>
    </w:p>
    <w:p>
      <w:r>
        <w:rPr>
          <w:i/>
        </w:rPr>
        <w:t>“People used to go to the elder for blessings.”</w:t>
      </w:r>
    </w:p>
    <w:p>
      <w:r>
        <w:rPr>
          <w:sz w:val="20"/>
        </w:rPr>
        <w:t>41:35  toh log barkat ke liye wahan jaya karte the buzurg ke paas ke Hazrat hamare liye dua kijiye.</w:t>
      </w:r>
      <w:r>
        <w:br/>
      </w:r>
      <w:r>
        <w:rPr>
          <w:sz w:val="20"/>
        </w:rPr>
        <w:t>41:43  to ek ladki ki shadi hui kahin doosre jagah par, to shadi ke baad jab rukhsat ho kar</w:t>
      </w:r>
      <w:r>
        <w:br/>
      </w:r>
      <w:r>
        <w:rPr>
          <w:sz w:val="20"/>
        </w:rPr>
        <w:t>41:50  ja rahi thi woh ladki, toh woh gayi unke saath, unke paas ke Hazrat kuch dua kijiye.</w:t>
      </w:r>
      <w:r>
        <w:br/>
      </w:r>
      <w:r>
        <w:rPr>
          <w:sz w:val="20"/>
        </w:rPr>
        <w:t>41:58  iski maa iske saath thi, maa ne kaha ke Hazrat isko</w:t>
      </w:r>
      <w:r>
        <w:br/>
      </w:r>
      <w:r>
        <w:rPr>
          <w:sz w:val="20"/>
        </w:rPr>
        <w:t>42:05  achi kamyab zindagi guzre, iski iske liye hum laye hain isko aap ke paas.</w:t>
      </w:r>
      <w:r>
        <w:br/>
      </w:r>
      <w:r>
        <w:rPr>
          <w:sz w:val="20"/>
        </w:rPr>
        <w:t>42:13  toh unhon ne sirf ek jumla kaha, unhon ne yeh kaha ke tum jis ghar mein ja rahi</w:t>
      </w:r>
      <w:r>
        <w:br/>
      </w:r>
      <w:r>
        <w:rPr>
          <w:sz w:val="20"/>
        </w:rPr>
        <w:t>42:21  ho, ek naya ghar hoga, toh ek kaam karna tum sirf bas woh yeh ke yeh intezar mat</w:t>
      </w:r>
      <w:r>
        <w:br/>
      </w:r>
      <w:r>
        <w:rPr>
          <w:sz w:val="20"/>
        </w:rPr>
        <w:t>42:29  karna ke koi tum se kahe karne ke liye tab karo, balkeh dekhti rehna ke kaun sa kaam karna hai.</w:t>
      </w:r>
      <w:r>
        <w:br/>
      </w:r>
      <w:r>
        <w:rPr>
          <w:sz w:val="20"/>
        </w:rPr>
        <w:t>42:36  iska waqt aa gaya toh khud se kar dalna is kaam ko, yaani kehe baghair kaam karna, kehe baghair.</w:t>
      </w:r>
      <w:r>
        <w:br/>
      </w:r>
      <w:r>
        <w:rPr>
          <w:sz w:val="20"/>
        </w:rPr>
        <w:t>42:44  is is ghar mein tum ek aisi member ban jaana ke kehe baghair tum doosron ka zaroorat poori</w:t>
      </w:r>
      <w:r>
        <w:br/>
      </w:r>
      <w:r>
        <w:rPr>
          <w:sz w:val="20"/>
        </w:rPr>
        <w:t>42:51  karo, kehe baghair ghar ke kaam ko sambhalo, keh kar nahi, baghair kahe hui.</w:t>
      </w:r>
      <w:r>
        <w:br/>
      </w:r>
      <w:r>
        <w:rPr>
          <w:sz w:val="20"/>
        </w:rPr>
        <w:t>42:59  ab ek bohat simple si baat hai, lekin</w:t>
      </w:r>
      <w:r>
        <w:br/>
      </w:r>
      <w:r>
        <w:rPr>
          <w:sz w:val="20"/>
        </w:rPr>
        <w:t>43:06  do saal ke baad jab dobara woh mili buzurg se toh uski maa ne kaha ke Hazrat,</w:t>
      </w:r>
      <w:r>
        <w:br/>
      </w:r>
      <w:r>
        <w:rPr>
          <w:sz w:val="20"/>
        </w:rPr>
        <w:t>43:14  boht boht hi kamyab zindagi rahi is ki, kyunke isi isi ko pakar liya is ne.</w:t>
      </w:r>
      <w:r>
        <w:br/>
      </w:r>
      <w:r>
        <w:rPr>
          <w:sz w:val="20"/>
        </w:rPr>
        <w:t>43:21  jab wahan gayi to khud se kaam karne lagi, baghair kahe hue, khud se kaam karne lagi, baghair kahe hue.</w:t>
      </w:r>
      <w:r>
        <w:br/>
      </w:r>
      <w:r>
        <w:rPr>
          <w:sz w:val="20"/>
        </w:rPr>
        <w:t>43:29  ab wo wahan par logon ki zaroorat ban gayi, logon ki aankh ka tara ban</w:t>
      </w:r>
    </w:p>
    <w:p>
      <w:pPr>
        <w:pStyle w:val="Heading2"/>
      </w:pPr>
      <w:r>
        <w:t>Prophet's respect for a non-Muslim</w:t>
      </w:r>
    </w:p>
    <w:p>
      <w:r>
        <w:rPr>
          <w:color w:val="666666"/>
          <w:sz w:val="18"/>
        </w:rPr>
        <w:t>IN CONVERSATION MAULANA WAHIDUDDIN KHAN · 1m 23s · at 12:39 · https://youtu.be/VzcECmB1P7c?t=759</w:t>
      </w:r>
    </w:p>
    <w:p>
      <w:r>
        <w:rPr>
          <w:i/>
        </w:rPr>
        <w:t>“I will give a very relevant example.”</w:t>
      </w:r>
    </w:p>
    <w:p>
      <w:r>
        <w:rPr>
          <w:sz w:val="20"/>
        </w:rPr>
        <w:t>12:39  I will give a very relevant example from the life of the Prophet of Islam. You know, the Prophet of Islam was born in Makkah. Then he migrated to Madinah. So at that time, there were some Jewish tribes in Madinah. So what happened?</w:t>
      </w:r>
      <w:r>
        <w:br/>
      </w:r>
      <w:r>
        <w:rPr>
          <w:sz w:val="20"/>
        </w:rPr>
        <w:t>13:04  One day, the Prophet saw a funeral procession passing through a street in Madinah. So tradition says that the Prophet was seated at that time. Upon seeing the funeral, he stood up in respect, in respect. So one of his companions said, "O Prophet, he was Jew, not a Muslim.</w:t>
      </w:r>
      <w:r>
        <w:br/>
      </w:r>
      <w:r>
        <w:rPr>
          <w:sz w:val="20"/>
        </w:rPr>
        <w:t>13:34  He was a non-Muslim, not a Muslim." So the Prophet replied, "Alayshat nafsan, was he not a human being? " It means that the Prophet was able to discover commonality between himself and that non-Muslim. So this is the true spirit of Islam.</w:t>
      </w:r>
    </w:p>
    <w:p>
      <w:pPr>
        <w:pStyle w:val="Heading2"/>
      </w:pPr>
      <w:r>
        <w:t>Gratitude for peaceful opportunities in India</w:t>
      </w:r>
    </w:p>
    <w:p>
      <w:r>
        <w:rPr>
          <w:color w:val="666666"/>
          <w:sz w:val="18"/>
        </w:rPr>
        <w:t>How God Manages Human History December 23, 2018 · 2m 07s · at 1:17:41 · https://youtu.be/j_yxigrCl5U?t=4661</w:t>
      </w:r>
    </w:p>
    <w:p>
      <w:r>
        <w:rPr>
          <w:i/>
        </w:rPr>
        <w:t>“Hum ko is mulk mein mauqa hai peaceful tareeqay se”</w:t>
      </w:r>
    </w:p>
    <w:p>
      <w:r>
        <w:rPr>
          <w:sz w:val="20"/>
        </w:rPr>
        <w:t>1:17:41  maulana, agla sawal lena chahenge jo chennai se. main dekhiye, yeh is ke khilaf hai is hadees ke. "lamashkurannasa lamashkurallah." hum ko is mulk mein mauqa hai peaceful tareeqe se hum sab kaam kar rahe hain.</w:t>
      </w:r>
      <w:r>
        <w:br/>
      </w:r>
      <w:r>
        <w:rPr>
          <w:sz w:val="20"/>
        </w:rPr>
        <w:t>1:17:56  is ka etraf karein, is ka shukr ada karein. woh nahi, is hadees ke khilaf ho jayega. aap etraf kyon nahi karte?</w:t>
      </w:r>
      <w:r>
        <w:br/>
      </w:r>
      <w:r>
        <w:rPr>
          <w:sz w:val="20"/>
        </w:rPr>
        <w:t>1:18:09  main to aaj tak itni lambi muddat se main kaam kar raha hoon india mein. koi mujhe rok rokne nahi aaya.</w:t>
      </w:r>
      <w:r>
        <w:br/>
      </w:r>
      <w:r>
        <w:rPr>
          <w:sz w:val="20"/>
        </w:rPr>
        <w:t>1:18:20  yaani ajeeb baat hai. main aap ko ek qissa batata hoon ke main adhak board mein jab tha. adhak board ki baat hai yeh ke jab main naujawan tha, us waqt ki baat hai to mujhe dawat ka woh josh paida hua.</w:t>
      </w:r>
      <w:r>
        <w:br/>
      </w:r>
      <w:r>
        <w:rPr>
          <w:sz w:val="20"/>
        </w:rPr>
        <w:t>1:18:37  to dawat ka jo josh paida hua to main ne ek is zamane mein tanga chalta tha. ek tanga kiraye par liya raat ke liye.</w:t>
      </w:r>
      <w:r>
        <w:br/>
      </w:r>
      <w:r>
        <w:rPr>
          <w:sz w:val="20"/>
        </w:rPr>
        <w:t>1:18:47  is par woh rakha, loudspeaker rakha aur raat ke andhere mein main is mein bolta hua saare saare is mein ghuma.</w:t>
      </w:r>
      <w:r>
        <w:br/>
      </w:r>
      <w:r>
        <w:rPr>
          <w:sz w:val="20"/>
        </w:rPr>
        <w:t>1:18:59  saare is city mein hain. aur main kya kehta tha ke: "ae logon!</w:t>
      </w:r>
      <w:r>
        <w:br/>
      </w:r>
      <w:r>
        <w:rPr>
          <w:sz w:val="20"/>
        </w:rPr>
        <w:t>1:19:08  agar main yeh kahoon ke dakuon ki koi fauj saare hamla karne wali hai to tum mujh se poochne aaoge ke woh kaisa hai?" to dakuon ka hamla to nahi hai, to ek ek aur hamla hai.</w:t>
      </w:r>
      <w:r>
        <w:br/>
      </w:r>
      <w:r>
        <w:rPr>
          <w:sz w:val="20"/>
        </w:rPr>
        <w:t>1:19:20  woh shaitan ka hamla hai. hamare literature padho aur jano ke woh hamle se murad kya hai. to main sochta tha ke shayad subah ko police poochne aayegi mujh se.</w:t>
      </w:r>
      <w:r>
        <w:br/>
      </w:r>
      <w:r>
        <w:rPr>
          <w:sz w:val="20"/>
        </w:rPr>
        <w:t>1:19:31  aisa kyon kiya? aaj tak kisi ne poocha nahi mujhe. to itni azaadi hai is mulk mein to is ka shukr ada kijiye. aisa baatein kehte hain, baseless baatein, baseless.</w:t>
      </w:r>
    </w:p>
    <w:p>
      <w:pPr>
        <w:pStyle w:val="Heading2"/>
      </w:pPr>
      <w:r>
        <w:t>Turning weddings and MBA classes into dawah moments</w:t>
      </w:r>
    </w:p>
    <w:p>
      <w:r>
        <w:rPr>
          <w:color w:val="666666"/>
          <w:sz w:val="18"/>
        </w:rPr>
        <w:t>Conveying The Message of God November 27, 2022 · 1m 43s · at 18:55 · https://youtu.be/1MUWodugLKU?t=1135</w:t>
      </w:r>
    </w:p>
    <w:p>
      <w:r>
        <w:rPr>
          <w:i/>
        </w:rPr>
        <w:t>“Personal opportunities mean using functions you already attend”</w:t>
      </w:r>
    </w:p>
    <w:p>
      <w:r>
        <w:rPr>
          <w:sz w:val="20"/>
        </w:rPr>
        <w:t>18:55  Personal level ka wahan matlab yeh hai ke jo opportunities aap ko khud avail mil rahi hain, jaise aap ke koi function mein aap ne shirkat ki, jaise shadi hai ya koi aur function hai. Ji. Toh usmein Quran ke distribution ko avail karna ke kisi birthday party mein aap chale gaye ya koi aisi cheez thi jahan par aap as a guest invite the ya as a participant invite the, toh wahan par jo hai is cheez ko hum log avail karte hain as a individual.</w:t>
      </w:r>
      <w:r>
        <w:br/>
      </w:r>
      <w:r>
        <w:rPr>
          <w:sz w:val="20"/>
        </w:rPr>
        <w:t>19:25  Jaise hamare ek saathi hain wahan par abhi woh ek bohat achi institute India ke SP jayein. Ji. Toh usmein unhone MBA mein dakhla liya jo kis mahine pehle. Toh unka ek session ho raha tha MBA ke course ke topic par koi matlab us course ke andar koi topic par koi discussion tha. Toh unhone Gandhi ji ka ek article Maulana ka jo tha, usko refer karte hue bohat positive baat kahi Gandhi ji ke bare mein as a leadership quality. Ji ji ji ji.</w:t>
      </w:r>
      <w:r>
        <w:br/>
      </w:r>
      <w:r>
        <w:rPr>
          <w:sz w:val="20"/>
        </w:rPr>
        <w:t>19:50  Toh ab woh opportunity unhone zahir unke dhyan mein yeh tha ke is opportunity ko use karoge as a da'wa. Haan haan.</w:t>
      </w:r>
      <w:r>
        <w:br/>
      </w:r>
      <w:r>
        <w:rPr>
          <w:sz w:val="20"/>
        </w:rPr>
        <w:t>19:59  lekin talife kal ke taur par unhone usko rakha aur toh woh jo faculty thi, CPS member hain</w:t>
      </w:r>
      <w:r>
        <w:br/>
      </w:r>
      <w:r>
        <w:rPr>
          <w:sz w:val="20"/>
        </w:rPr>
        <w:t>20:18  wahan par, woh creatively kaise use karte hain.</w:t>
      </w:r>
      <w:r>
        <w:br/>
      </w:r>
      <w:r>
        <w:rPr>
          <w:sz w:val="20"/>
        </w:rPr>
        <w:t>20:38  Halanki wahan woh toh ek professional course ke liye gaye hue hain lekin is mauke ko unhone use kiya? Nasha Allah. Ji. Chautha jo method hai jo bohat zyada hai usmein Doctor Sahab ka burbar hall hai directly, woh hai exhibition book book fair. Ji. Toh wahan par do book fair hote hain. Ek toh Sharjah mein ek Abu Dhabi mein. Toh Sharjah book fair woh international book fair hai aur lagbhag chaalis saal se ho raha hai woh.</w:t>
      </w:r>
    </w:p>
    <w:p>
      <w:pPr>
        <w:pStyle w:val="Heading2"/>
      </w:pPr>
      <w:r>
        <w:t>proud Muslim man mistakes dawah opportunity for pride</w:t>
      </w:r>
    </w:p>
    <w:p>
      <w:r>
        <w:rPr>
          <w:color w:val="666666"/>
          <w:sz w:val="18"/>
        </w:rPr>
        <w:t>Intellectual Empowerment August 22, 2010 · 2m 36s · at 7:47 · https://youtu.be/hMzhnJpdyAg?t=467</w:t>
      </w:r>
    </w:p>
    <w:p>
      <w:r>
        <w:rPr>
          <w:i/>
        </w:rPr>
        <w:t>“فنکشن ختم ہوا تو ایک مسلمان وہاں پر ملے، بہت خوش تھے”</w:t>
      </w:r>
    </w:p>
    <w:p>
      <w:r>
        <w:rPr>
          <w:sz w:val="20"/>
        </w:rPr>
        <w:t>7:47  phir media mein aaya, akhbaron mein aaya. to wahan par jab function khatam hua to ek musalman wahan par mile auditorium ke andar.</w:t>
      </w:r>
      <w:r>
        <w:br/>
      </w:r>
      <w:r>
        <w:rPr>
          <w:sz w:val="20"/>
        </w:rPr>
        <w:t>7:59  to unhon ne bohat hi jubilantly kaha ke bohat acha laga. bohat acha laga. hamare Islam ki shaan oonchi hui.</w:t>
      </w:r>
      <w:r>
        <w:br/>
      </w:r>
      <w:r>
        <w:rPr>
          <w:sz w:val="20"/>
        </w:rPr>
        <w:t>8:11  hamare Islam ka naam ooncha hua aaj.</w:t>
      </w:r>
      <w:r>
        <w:br/>
      </w:r>
      <w:r>
        <w:rPr>
          <w:sz w:val="20"/>
        </w:rPr>
        <w:t>8:16  to mujhe bohat hi ajeeb laga yeh ke aap ne fakhr ki ghiza li aaj se. is poore waqeye mein jo aap ne liya woh fakhr ki ghiza.</w:t>
      </w:r>
      <w:r>
        <w:br/>
      </w:r>
      <w:r>
        <w:rPr>
          <w:sz w:val="20"/>
        </w:rPr>
        <w:t>8:29  aur main aur mere saathi to yeh soch rahe the ke India mein dawat ke mawaqe kitne alag hain. yani hum ne is waqeye ko is angle se dekha ke khud government ke bare bare log baithe hue hain wahan par.</w:t>
      </w:r>
      <w:r>
        <w:br/>
      </w:r>
      <w:r>
        <w:rPr>
          <w:sz w:val="20"/>
        </w:rPr>
        <w:t>8:46  top most log the wahan par. including prime minister. aur sab log hi CPS ki baat kar rahe the. Quran ka English translation phailaya ja raha tha wahan.</w:t>
      </w:r>
      <w:r>
        <w:br/>
      </w:r>
      <w:r>
        <w:rPr>
          <w:sz w:val="20"/>
        </w:rPr>
        <w:t>8:58  aur Profit of Peace logon ko diya ja raha tha wahan.</w:t>
      </w:r>
      <w:r>
        <w:br/>
      </w:r>
      <w:r>
        <w:rPr>
          <w:sz w:val="20"/>
        </w:rPr>
        <w:t>9:04  to hum is par shukr kar rahe the ke Allah taala ne India mein is dawat ke kitne mawaqe khol rakhe hain. aur main ne apni taqreer mein kaha ke is waqt duniya mein 57 Muslim countries hain.</w:t>
      </w:r>
      <w:r>
        <w:br/>
      </w:r>
      <w:r>
        <w:rPr>
          <w:sz w:val="20"/>
        </w:rPr>
        <w:t>9:21  kisi bhi mulk mein itne mawaqe nahi hatta ke India mein.</w:t>
      </w:r>
      <w:r>
        <w:br/>
      </w:r>
      <w:r>
        <w:rPr>
          <w:sz w:val="20"/>
        </w:rPr>
        <w:t>9:27  to hum ko is baat pe khushi hui ke Allah taala ka shukr ada kiya ke India mein itne mawaqe dawat ke.</w:t>
      </w:r>
      <w:r>
        <w:br/>
      </w:r>
      <w:r>
        <w:rPr>
          <w:sz w:val="20"/>
        </w:rPr>
        <w:t>9:35  aur woh woh fakhr ka pehlu nikal kar ke is par kehne ke hamara Islam, hamare Islam ki shaan buland hui. yeh hai art of thinking na hona.</w:t>
      </w:r>
      <w:r>
        <w:br/>
      </w:r>
      <w:r>
        <w:rPr>
          <w:sz w:val="20"/>
        </w:rPr>
        <w:t>9:46  to sab se bari museebat yeh hai musalmanon mein ke woh cheezon ko fakhr ki nisbat se lete hain.</w:t>
      </w:r>
      <w:r>
        <w:br/>
      </w:r>
      <w:r>
        <w:rPr>
          <w:sz w:val="20"/>
        </w:rPr>
        <w:t>9:54  jab jab fakhr ki nisbat lenge aap to doosra kya hoga? apne liye fakhr, doosre ki nafrat.</w:t>
      </w:r>
      <w:r>
        <w:br/>
      </w:r>
      <w:r>
        <w:rPr>
          <w:sz w:val="20"/>
        </w:rPr>
        <w:t>10:01  koi bhi qaum jo hai jis ke andar fakhr ki nafsiyat aa jaye to fakhr apne liye hota hai. to fakhr aadmi India par nahi karega.</w:t>
      </w:r>
      <w:r>
        <w:br/>
      </w:r>
      <w:r>
        <w:rPr>
          <w:sz w:val="20"/>
        </w:rPr>
        <w:t>10:12  fakhr Indian nation par nahi karega. apne upar fakhr karega. aur doosre ke liye is ke liye kya hoga? nafrat hogi.</w:t>
      </w:r>
    </w:p>
    <w:p>
      <w:pPr>
        <w:pStyle w:val="Heading2"/>
      </w:pPr>
      <w:r>
        <w:t>Clarity in Quran translation</w:t>
      </w:r>
    </w:p>
    <w:p>
      <w:r>
        <w:rPr>
          <w:color w:val="666666"/>
          <w:sz w:val="18"/>
        </w:rPr>
        <w:t>Manoj Tibrewal Aakash interviewed Maulana Wahiduddin Khan, Spiritual Leader for DD News's Ek Mulaqat · 1m 25s · at 20:19 · https://youtu.be/uCSW2YZmlS0?t=1219</w:t>
      </w:r>
    </w:p>
    <w:p>
      <w:r>
        <w:rPr>
          <w:i/>
        </w:rPr>
        <w:t>“Look, whether English or Hindi, every translation has a flaw.”</w:t>
      </w:r>
    </w:p>
    <w:p>
      <w:r>
        <w:rPr>
          <w:sz w:val="20"/>
        </w:rPr>
        <w:t>20:19  dekhiye, chahe angrezi ho, chahe hindi ho, har tarjume mein, har translation mein ek kami hai.</w:t>
      </w:r>
      <w:r>
        <w:br/>
      </w:r>
      <w:r>
        <w:rPr>
          <w:sz w:val="20"/>
        </w:rPr>
        <w:t>20:23  wo hai clarity nahi hai. Clarity.</w:t>
      </w:r>
      <w:r>
        <w:br/>
      </w:r>
      <w:r>
        <w:rPr>
          <w:sz w:val="20"/>
        </w:rPr>
        <w:t>20:27  kisi mein clarity nahi hai.</w:t>
      </w:r>
      <w:r>
        <w:br/>
      </w:r>
      <w:r>
        <w:rPr>
          <w:sz w:val="20"/>
        </w:rPr>
        <w:t>20:31  to clarity na hone ki wajah se log usko padh nahi paate.</w:t>
      </w:r>
      <w:r>
        <w:br/>
      </w:r>
      <w:r>
        <w:rPr>
          <w:sz w:val="20"/>
        </w:rPr>
        <w:t>20:35  humne bahut isko dekha ke logon ke paas translation hota hai, chahe hindi ka ho, english ka, padh</w:t>
      </w:r>
      <w:r>
        <w:br/>
      </w:r>
      <w:r>
        <w:rPr>
          <w:sz w:val="20"/>
        </w:rPr>
        <w:t>20:39  nahi paate wo.</w:t>
      </w:r>
      <w:r>
        <w:br/>
      </w:r>
      <w:r>
        <w:rPr>
          <w:sz w:val="20"/>
        </w:rPr>
        <w:t>20:43  kyunki unhone ek-do safah, ek-do page padha, to unko clarity mili nahi.</w:t>
      </w:r>
      <w:r>
        <w:br/>
      </w:r>
      <w:r>
        <w:rPr>
          <w:sz w:val="20"/>
        </w:rPr>
        <w:t>20:47  kuch samajh nahi ke kya quran mein likha hua hai.</w:t>
      </w:r>
      <w:r>
        <w:br/>
      </w:r>
      <w:r>
        <w:rPr>
          <w:sz w:val="20"/>
        </w:rPr>
        <w:t>20:51  to humne ismein ek din ki baat nahi hai, pachas saal lagaye hain quran ko padhne mein humne.</w:t>
      </w:r>
      <w:r>
        <w:br/>
      </w:r>
      <w:r>
        <w:rPr>
          <w:sz w:val="20"/>
        </w:rPr>
        <w:t>20:55  uski teh mein utre hain.</w:t>
      </w:r>
      <w:r>
        <w:br/>
      </w:r>
      <w:r>
        <w:rPr>
          <w:sz w:val="20"/>
        </w:rPr>
        <w:t>20:59  uski gehrai mein utre hain quran ko.</w:t>
      </w:r>
      <w:r>
        <w:br/>
      </w:r>
      <w:r>
        <w:rPr>
          <w:sz w:val="20"/>
        </w:rPr>
        <w:t>21:03  jab achhi tarike se quran ki gehrai ko humne pa liya, tab ye tarjuma kiya hai humne.</w:t>
      </w:r>
      <w:r>
        <w:br/>
      </w:r>
      <w:r>
        <w:rPr>
          <w:sz w:val="20"/>
        </w:rPr>
        <w:t>21:07  to hamare tarjume mein jo bhi padhta hai, wo sab kehta hai ke ismein to waqai clarity hai.</w:t>
      </w:r>
      <w:r>
        <w:br/>
      </w:r>
      <w:r>
        <w:rPr>
          <w:sz w:val="20"/>
        </w:rPr>
        <w:t>21:11  ek sahab ko diya gaya, to unhone jab padha, kahe ye to quran to samajh mein aata hai.</w:t>
      </w:r>
      <w:r>
        <w:br/>
      </w:r>
      <w:r>
        <w:rPr>
          <w:sz w:val="20"/>
        </w:rPr>
        <w:t>21:15  ab tak to hum usmein padhte the, quran ko samajhne wali kitab hi nahi hai.</w:t>
      </w:r>
      <w:r>
        <w:br/>
      </w:r>
      <w:r>
        <w:rPr>
          <w:sz w:val="20"/>
        </w:rPr>
        <w:t>21:19  to kisi ne itna zyada gehrai mein deep study karke quran ka tarjuma nahi kiya tha.</w:t>
      </w:r>
      <w:r>
        <w:br/>
      </w:r>
      <w:r>
        <w:rPr>
          <w:sz w:val="20"/>
        </w:rPr>
        <w:t>21:23  to maine apne, apna ek dedicate ismein dedicate kiya.</w:t>
      </w:r>
      <w:r>
        <w:br/>
      </w:r>
      <w:r>
        <w:rPr>
          <w:sz w:val="20"/>
        </w:rPr>
        <w:t>21:27  unhone, unhone ise pachas se main ismein laga hua hoon.</w:t>
      </w:r>
      <w:r>
        <w:br/>
      </w:r>
      <w:r>
        <w:rPr>
          <w:sz w:val="20"/>
        </w:rPr>
        <w:t>21:31  to jab uski gehrai mein uski matlab ko humne pa liya, tab humne tarjuma kiya hai.</w:t>
      </w:r>
      <w:r>
        <w:br/>
      </w:r>
      <w:r>
        <w:rPr>
          <w:sz w:val="20"/>
        </w:rPr>
        <w:t>21:35  to aap jo bhi padhta hai, kisi bhi ko bhi aap compare karke dekhiye ke ismein clarity milegi,</w:t>
      </w:r>
      <w:r>
        <w:br/>
      </w:r>
      <w:r>
        <w:rPr>
          <w:sz w:val="20"/>
        </w:rPr>
        <w:t>21:39  usmein clarity nahi milegi.</w:t>
      </w:r>
      <w:r>
        <w:br/>
      </w:r>
      <w:r>
        <w:rPr>
          <w:sz w:val="20"/>
        </w:rPr>
        <w:t>21:44  bilkul, do sau se zyada pustakein aapne likhi hain. apni kuch aur pramukh pustakon ke bare mein humein batayein.</w:t>
      </w:r>
    </w:p>
    <w:p>
      <w:pPr>
        <w:pStyle w:val="Heading2"/>
      </w:pPr>
      <w:r>
        <w:t>Cultural identity vs dawa culture</w:t>
      </w:r>
    </w:p>
    <w:p>
      <w:r>
        <w:rPr>
          <w:color w:val="666666"/>
          <w:sz w:val="18"/>
        </w:rPr>
        <w:t>Question &amp; Answer Jan 6th 2013 - Maulana Wahiduddin Kahn · 1m 16s · at 34:11 · https://youtu.be/1FAK1QuHEpw?t=2051</w:t>
      </w:r>
    </w:p>
    <w:p>
      <w:r>
        <w:rPr>
          <w:i/>
        </w:rPr>
        <w:t>“Cultural jo musalmanon ka zehen hai”</w:t>
      </w:r>
    </w:p>
    <w:p>
      <w:r>
        <w:rPr>
          <w:sz w:val="20"/>
        </w:rPr>
        <w:t>34:11  cultural jo musalmanon ka zehan hai, cultural identity yani shanakht woh to ek milli yani milli mamla hai, millat ka mamla hai.</w:t>
      </w:r>
      <w:r>
        <w:br/>
      </w:r>
      <w:r>
        <w:rPr>
          <w:sz w:val="20"/>
        </w:rPr>
        <w:t>34:26  musalman is zamane mein bohat zyada baatein karte hain shanakht ki, identity ki. woh ek milli masla hai. woh Hazrat Ibrahim ka jo waqia hai ya doosre paighambaron ka woh da'i ka culture hai ke da'i jin logon mein daryaaon mein kaam karta hai, un se un se chanda mangna, un se faida uthana yeh is ka mizaj nahi hota hai.</w:t>
      </w:r>
      <w:r>
        <w:br/>
      </w:r>
      <w:r>
        <w:rPr>
          <w:sz w:val="20"/>
        </w:rPr>
        <w:t>34:50  woh woh to yak tarafah tor par apni baat un tak pohnchanay ki koshish karta hai. woh us ko jo us ko lena hai, woh Allah se umeed rakhta hai.</w:t>
      </w:r>
      <w:r>
        <w:br/>
      </w:r>
      <w:r>
        <w:rPr>
          <w:sz w:val="20"/>
        </w:rPr>
        <w:t>34:59  is ke liye woh baqi jo mad'u log hain, un se is kisi maadi cheez ki umeed de kar nahi kaam karta. woh kuch nahi.</w:t>
      </w:r>
      <w:r>
        <w:br/>
      </w:r>
      <w:r>
        <w:rPr>
          <w:sz w:val="20"/>
        </w:rPr>
        <w:t>35:10  to woh woh wahan par da'wa culture ki baat hai, woh milli culture ki baat nahi hai. dono alag cheezein hain. milli culture to ek qaumi cheez hai, qaumi.</w:t>
      </w:r>
      <w:r>
        <w:br/>
      </w:r>
      <w:r>
        <w:rPr>
          <w:sz w:val="20"/>
        </w:rPr>
        <w:t>35:20  ab woh to ek da'wati cheezein, bohat oonchi oonchi baat hai. woh woh alag hai, woh alag hai.</w:t>
      </w:r>
    </w:p>
    <w:p>
      <w:pPr>
        <w:pStyle w:val="Heading2"/>
      </w:pPr>
      <w:r>
        <w:t>ethics are shared, only theology differs</w:t>
      </w:r>
    </w:p>
    <w:p>
      <w:r>
        <w:rPr>
          <w:color w:val="666666"/>
          <w:sz w:val="18"/>
        </w:rPr>
        <w:t>Position of Islam in a Pluralistic Society (English) March 12, 2007 Maulana Wahiduddin Khan · 2m 17s · at 20:03 · https://youtu.be/zeBT1HGl2n8?t=1203</w:t>
      </w:r>
    </w:p>
    <w:p>
      <w:r>
        <w:rPr>
          <w:i/>
        </w:rPr>
        <w:t>“I found there are two parts of every religion.”</w:t>
      </w:r>
    </w:p>
    <w:p>
      <w:r>
        <w:rPr>
          <w:sz w:val="20"/>
        </w:rPr>
        <w:t>20:03  I have studied different religions. I found that there are two parts of religion.</w:t>
      </w:r>
      <w:r>
        <w:br/>
      </w:r>
      <w:r>
        <w:rPr>
          <w:sz w:val="20"/>
        </w:rPr>
        <w:t>20:11  This you can find in every religion. One is its belief system, belief system. And the other one is its ethical base, moral teachings.</w:t>
      </w:r>
      <w:r>
        <w:br/>
      </w:r>
      <w:r>
        <w:rPr>
          <w:sz w:val="20"/>
        </w:rPr>
        <w:t>20:25  So I found that as far as the moral teachings are concerned, moral teachings mean social behavior. Moral teachings are an ethical</w:t>
      </w:r>
      <w:r>
        <w:br/>
      </w:r>
      <w:r>
        <w:rPr>
          <w:sz w:val="20"/>
        </w:rPr>
        <w:t>20:37  system. So I found that there is no difference at all as far as the ethical system is concerned. There is no difference between this religion and that religion.</w:t>
      </w:r>
      <w:r>
        <w:br/>
      </w:r>
      <w:r>
        <w:rPr>
          <w:sz w:val="20"/>
        </w:rPr>
        <w:t>20:48  For example, there is a well-known principle in Hinduism that</w:t>
      </w:r>
      <w:r>
        <w:br/>
      </w:r>
      <w:r>
        <w:rPr>
          <w:sz w:val="20"/>
        </w:rPr>
        <w:t>20:58  the same is you can find in Islam.</w:t>
      </w:r>
      <w:r>
        <w:br/>
      </w:r>
      <w:r>
        <w:rPr>
          <w:sz w:val="20"/>
        </w:rPr>
        <w:t>21:07  Al-Khalq wa Alillah. Al-Khalq wa Alillah means</w:t>
      </w:r>
      <w:r>
        <w:br/>
      </w:r>
      <w:r>
        <w:rPr>
          <w:sz w:val="20"/>
        </w:rPr>
        <w:t>21:09  all humanity is God's progeny. All men and women are members of God's family.</w:t>
      </w:r>
      <w:r>
        <w:br/>
      </w:r>
      <w:r>
        <w:rPr>
          <w:sz w:val="20"/>
        </w:rPr>
        <w:t>21:21  The same you can find in Islam and the same you can find in Hinduism. But as far as the belief system is concerned, or in other words, theology is concerned, so in theology, there are differences.</w:t>
      </w:r>
      <w:r>
        <w:br/>
      </w:r>
      <w:r>
        <w:rPr>
          <w:sz w:val="20"/>
        </w:rPr>
        <w:t>21:38  In practical behavior or in moral system or in ethical system, there is no difference at all.</w:t>
      </w:r>
      <w:r>
        <w:br/>
      </w:r>
      <w:r>
        <w:rPr>
          <w:sz w:val="20"/>
        </w:rPr>
        <w:t>21:50  Every religion teaches peace. Every religion teaches tolerance. Every religion teaches truthfulness.</w:t>
      </w:r>
      <w:r>
        <w:br/>
      </w:r>
      <w:r>
        <w:rPr>
          <w:sz w:val="20"/>
        </w:rPr>
        <w:t>22:00  So is the case of Islam. But as far as the theology is concerned, I can say there are differences.</w:t>
      </w:r>
      <w:r>
        <w:br/>
      </w:r>
      <w:r>
        <w:rPr>
          <w:sz w:val="20"/>
        </w:rPr>
        <w:t>22:09  It is a fact. So I would like to say that theology is not</w:t>
      </w:r>
    </w:p>
    <w:p>
      <w:pPr>
        <w:pStyle w:val="Heading2"/>
      </w:pPr>
      <w:r>
        <w:t>Japan's patience leads to economic superpower</w:t>
      </w:r>
    </w:p>
    <w:p>
      <w:r>
        <w:rPr>
          <w:color w:val="666666"/>
          <w:sz w:val="18"/>
        </w:rPr>
        <w:t>Patience and Tolerance 7 April 2007 - Maulana Wahiduddin Khan · 3m 09s · at 22:42 · https://youtu.be/ZZ3eaEIskmU?t=1362</w:t>
      </w:r>
    </w:p>
    <w:p>
      <w:r>
        <w:rPr>
          <w:i/>
        </w:rPr>
        <w:t>“Hirohito ne taqrir ki ke we have to bear the unbearable”</w:t>
      </w:r>
    </w:p>
    <w:p>
      <w:r>
        <w:rPr>
          <w:sz w:val="20"/>
        </w:rPr>
        <w:t>22:42  chuna cheh kya hua ke hirohito ne taqreer ki</w:t>
      </w:r>
      <w:r>
        <w:br/>
      </w:r>
      <w:r>
        <w:rPr>
          <w:sz w:val="20"/>
        </w:rPr>
        <w:t>22:48  keh we have to bear the unbearable۔ hum ko na qabil bardasht ko bardasht karna hai۔</w:t>
      </w:r>
      <w:r>
        <w:br/>
      </w:r>
      <w:r>
        <w:rPr>
          <w:sz w:val="20"/>
        </w:rPr>
        <w:t>22:57  yani inteqam ke aag ko bujhana hai۔ ghusse ko khatm karna hai۔ amreeka se dushmani ko khatm karna hai۔</w:t>
      </w:r>
      <w:r>
        <w:br/>
      </w:r>
      <w:r>
        <w:rPr>
          <w:sz w:val="20"/>
        </w:rPr>
        <w:t>23:09  zahir hai keh jab amreeka ne do do atom bomb gira diye to sara japan jo hai ghusse mein bhark utha۔ inteqam mein bhark utha۔</w:t>
      </w:r>
      <w:r>
        <w:br/>
      </w:r>
      <w:r>
        <w:rPr>
          <w:sz w:val="20"/>
        </w:rPr>
        <w:t>23:19  yani aik bus ke baray maamle mein aik aik aadmi bhark utha۔ basti ka۔ yahan tak poore mulk ka masla tha۔ to aap samajh sakte hain keh kitna zyada bharke honge japani۔</w:t>
      </w:r>
      <w:r>
        <w:br/>
      </w:r>
      <w:r>
        <w:rPr>
          <w:sz w:val="20"/>
        </w:rPr>
        <w:t>23:32  to unhon ne lekin socha aqalmand aadmi ki tarah keh maazi se sabq lo۔ pichla tashaddud، pichla jang ka tareeqa agar hamare liye koi positive result nahi laya، ab ab kaise hum umeed karein keh hum positive result aa jayega aage؟</w:t>
      </w:r>
      <w:r>
        <w:br/>
      </w:r>
      <w:r>
        <w:rPr>
          <w:sz w:val="20"/>
        </w:rPr>
        <w:t>23:56  hirohito ne taqreer ki keh we have to bear the unbearable۔ we have to bear the unbearable۔ we have to suffer the unsufferable۔</w:t>
      </w:r>
      <w:r>
        <w:br/>
      </w:r>
      <w:r>
        <w:rPr>
          <w:sz w:val="20"/>
        </w:rPr>
        <w:t>24:10  to kis liye؟ japani qaum ko phir se aman ki bunyadon par tayyar karne ke liye۔</w:t>
      </w:r>
      <w:r>
        <w:br/>
      </w:r>
      <w:r>
        <w:rPr>
          <w:sz w:val="20"/>
        </w:rPr>
        <w:t>24:20  unhon ne socha keh amreekiyon ki science hum se barhi hui hai۔ amreekiyon ka education mein aage hain woh log۔</w:t>
      </w:r>
      <w:r>
        <w:br/>
      </w:r>
      <w:r>
        <w:rPr>
          <w:sz w:val="20"/>
        </w:rPr>
        <w:t>24:31  amreeki jo hain organizations mein hum se aage hain woh log۔ yani amreeka jo kar paya، is liye kar paya keh woh un se aage tha scientific education mein۔</w:t>
      </w:r>
      <w:r>
        <w:br/>
      </w:r>
      <w:r>
        <w:rPr>
          <w:sz w:val="20"/>
        </w:rPr>
        <w:t>24:45  is liye kar paya woh۔</w:t>
      </w:r>
      <w:r>
        <w:br/>
      </w:r>
      <w:r>
        <w:rPr>
          <w:sz w:val="20"/>
        </w:rPr>
        <w:t>24:47  to unhon ne tay kiya keh hum aik tarafah tor par khatm kar denge nafrat ko۔ aur tees saal ka، thirty years ka educational plan bana japan mein۔</w:t>
      </w:r>
      <w:r>
        <w:br/>
      </w:r>
      <w:r>
        <w:rPr>
          <w:sz w:val="20"/>
        </w:rPr>
        <w:t>25:02  tees saal۔</w:t>
      </w:r>
      <w:r>
        <w:br/>
      </w:r>
      <w:r>
        <w:rPr>
          <w:sz w:val="20"/>
        </w:rPr>
        <w:t>25:05  tees saal tak amreekiyon ko bardasht kar ke unhon ne apni qaum ko parhaya۔ aur is ke baad jante hain keh miracle hua، miracle۔</w:t>
      </w:r>
      <w:r>
        <w:br/>
      </w:r>
      <w:r>
        <w:rPr>
          <w:sz w:val="20"/>
        </w:rPr>
        <w:t>25:17  tareekh mein pehli baar aisa hua keh aik economic super power wajood mein aaya۔</w:t>
      </w:r>
      <w:r>
        <w:br/>
      </w:r>
      <w:r>
        <w:rPr>
          <w:sz w:val="20"/>
        </w:rPr>
        <w:t>25:23  is se pehle kabhi tareekh mein aisa nahi hua tha۔ political power to aap jante the aap tareekh mein۔ political super power to bohat se hue hain۔</w:t>
      </w:r>
      <w:r>
        <w:br/>
      </w:r>
      <w:r>
        <w:rPr>
          <w:sz w:val="20"/>
        </w:rPr>
        <w:t>25:33  kabhi romans the، kabhi musalman the، kabhi britania tha، ab amreeka hai، russia hai۔</w:t>
      </w:r>
      <w:r>
        <w:br/>
      </w:r>
      <w:r>
        <w:rPr>
          <w:sz w:val="20"/>
        </w:rPr>
        <w:t>25:40  political super power history mein bar bar bane hain۔ lekin economic super power jo hai pehli baar japan ne banaya۔</w:t>
      </w:r>
    </w:p>
    <w:p>
      <w:pPr>
        <w:pStyle w:val="Heading2"/>
      </w:pPr>
      <w:r>
        <w:t>An anti-Muslim Hindu bows at a Sufi's shrine anyway</w:t>
      </w:r>
    </w:p>
    <w:p>
      <w:r>
        <w:rPr>
          <w:color w:val="666666"/>
          <w:sz w:val="18"/>
        </w:rPr>
        <w:t>Contribution of Sufism in India May 29, 2011 · 1m 05s · at 35:17 · https://youtu.be/lzxSaTnomio?t=2117</w:t>
      </w:r>
    </w:p>
    <w:p>
      <w:r>
        <w:rPr>
          <w:i/>
        </w:rPr>
        <w:t>“A well-known anti-Muslim hardliner was seen bowing at a dargah”</w:t>
      </w:r>
    </w:p>
    <w:p>
      <w:r>
        <w:rPr>
          <w:sz w:val="20"/>
        </w:rPr>
        <w:t>35:17  aik sahib ne mujhe bataya ke aik martaba woh dargah par gaye to wahan dekhe dekha ke jo wahan bheer hai us mein aik bohat hi aik aik aik hindu jo mashhoor thay ke bohat hi anti muslim hain woh kattar hindu hain anti muslim hain woh bhi wahan maujood thay</w:t>
      </w:r>
      <w:r>
        <w:br/>
      </w:r>
      <w:r>
        <w:rPr>
          <w:sz w:val="20"/>
        </w:rPr>
        <w:t>35:36  wahan par woh bhi woh bhi hath jor kar jhuke hue thay wahan par</w:t>
      </w:r>
      <w:r>
        <w:br/>
      </w:r>
      <w:r>
        <w:rPr>
          <w:sz w:val="20"/>
        </w:rPr>
        <w:t>35:42  to aik musalman ne un se poocha baat ko ke aap ke liye to mashhoor hai ke aap anti muslim hain aur yahan aa kar ke aap aik muslim soofi ke dargah par jhuke hue hain</w:t>
      </w:r>
      <w:r>
        <w:br/>
      </w:r>
      <w:r>
        <w:rPr>
          <w:sz w:val="20"/>
        </w:rPr>
        <w:t>35:54  to us ne jawab kya diya us ne jawab diya ke tum bhi agar waise hi ban jao to hum tumhare agay bhi jhukein ge</w:t>
      </w:r>
      <w:r>
        <w:br/>
      </w:r>
      <w:r>
        <w:rPr>
          <w:sz w:val="20"/>
        </w:rPr>
        <w:t>36:04  jaise yeh muslim soofi thay waise tum bhi ban jao to hum tumhare agay bhi jhukein ge</w:t>
      </w:r>
      <w:r>
        <w:br/>
      </w:r>
      <w:r>
        <w:rPr>
          <w:sz w:val="20"/>
        </w:rPr>
        <w:t>36:10  is par main ne socha ke is ke zehn mein kya hai farq ke farq kya is ke zehn mein hai</w:t>
      </w:r>
      <w:r>
        <w:br/>
      </w:r>
      <w:r>
        <w:rPr>
          <w:sz w:val="20"/>
        </w:rPr>
        <w:t>36:20  kyun aisa kaha us ne</w:t>
      </w:r>
    </w:p>
    <w:p>
      <w:pPr>
        <w:pStyle w:val="Heading2"/>
      </w:pPr>
      <w:r>
        <w:t>Opportunities from the age, not government</w:t>
      </w:r>
    </w:p>
    <w:p>
      <w:r>
        <w:rPr>
          <w:color w:val="666666"/>
          <w:sz w:val="18"/>
        </w:rPr>
        <w:t>Opportunities of the Modern Age | March 05, 2017 · 1m 30s · at 24:47 · https://youtu.be/Cv8QEwvQ_fY?t=1487</w:t>
      </w:r>
    </w:p>
    <w:p>
      <w:r>
        <w:rPr>
          <w:i/>
        </w:rPr>
        <w:t>“Hali ne kaha: hukumat ne aazadiyaan di hain”</w:t>
      </w:r>
    </w:p>
    <w:p>
      <w:r>
        <w:rPr>
          <w:sz w:val="20"/>
        </w:rPr>
        <w:t>24:47  hukumat ne azadiyan tum ko di hain taraqqi ki rahen sarasar khuli hain hukumat ne azadiyan tum ko</w:t>
      </w:r>
      <w:r>
        <w:br/>
      </w:r>
      <w:r>
        <w:rPr>
          <w:sz w:val="20"/>
        </w:rPr>
        <w:t>24:55  di hain taraqqi ki rahen sarasar khuli hain ab hukumat ki baat nahi zamane ki baat hai ji</w:t>
      </w:r>
      <w:r>
        <w:br/>
      </w:r>
      <w:r>
        <w:rPr>
          <w:sz w:val="20"/>
        </w:rPr>
        <w:t>25:02  zamane ne azadiyan tum ko di hain taraqqi ki rahen sarasar khuli hain woh zamana bhi khatm ho</w:t>
      </w:r>
      <w:r>
        <w:br/>
      </w:r>
      <w:r>
        <w:rPr>
          <w:sz w:val="20"/>
        </w:rPr>
        <w:t>25:10  gaya jab hali ko kehna pada tha ke hukoomat ne azadi di hai ab to zamane ne di hai koi</w:t>
      </w:r>
      <w:r>
        <w:br/>
      </w:r>
      <w:r>
        <w:rPr>
          <w:sz w:val="20"/>
        </w:rPr>
        <w:t>25:18  chheen nahin sakta aap se hali ka zamana woh hai jab yahan par angrez raj karte the british</w:t>
      </w:r>
      <w:r>
        <w:br/>
      </w:r>
      <w:r>
        <w:rPr>
          <w:sz w:val="20"/>
        </w:rPr>
        <w:t>25:25  empire qaim tha india mein to us waqt hukoomat ke dene se milti thi cheezen to unhon ne</w:t>
      </w:r>
      <w:r>
        <w:br/>
      </w:r>
      <w:r>
        <w:rPr>
          <w:sz w:val="20"/>
        </w:rPr>
        <w:t>25:33  kaha ke hukoomat ne azadiyan tum ko di hain taraqqi ki rahen sarasar khuli hain ab to ek</w:t>
      </w:r>
      <w:r>
        <w:br/>
      </w:r>
      <w:r>
        <w:rPr>
          <w:sz w:val="20"/>
        </w:rPr>
        <w:t>25:40  aur duniya ban chuki hai ek aur</w:t>
      </w:r>
      <w:r>
        <w:br/>
      </w:r>
      <w:r>
        <w:rPr>
          <w:sz w:val="20"/>
        </w:rPr>
        <w:t>25:48  duniya jis ka slogan hai ke zamane ne azadiyan tum ko di hain taraqqi ki rahen sarasar khuli</w:t>
      </w:r>
      <w:r>
        <w:br/>
      </w:r>
      <w:r>
        <w:rPr>
          <w:sz w:val="20"/>
        </w:rPr>
        <w:t>25:58  hain ab human rights jo hai taraqqi ke mawaqe har ek ke liye har ek ke liye har</w:t>
      </w:r>
      <w:r>
        <w:br/>
      </w:r>
      <w:r>
        <w:rPr>
          <w:sz w:val="20"/>
        </w:rPr>
        <w:t>26:08  ek ke liye yeh hai democracy hamare ulama ne democracy ko samjha tha ke ladari nizam yeh bilkul hi</w:t>
      </w:r>
    </w:p>
    <w:p>
      <w:pPr>
        <w:pStyle w:val="Heading2"/>
      </w:pPr>
      <w:r>
        <w:t>Umm Salama's wise advice at Hudaybiyya</w:t>
      </w:r>
    </w:p>
    <w:p>
      <w:r>
        <w:rPr>
          <w:color w:val="666666"/>
          <w:sz w:val="18"/>
        </w:rPr>
        <w:t>The Position of Woman in Islam March 6, 2022 Maulana Wahiduddin Khan · 2m 42s · at 1:00:44 · https://youtu.be/xEPOBSMmqk4?t=3644</w:t>
      </w:r>
    </w:p>
    <w:p>
      <w:r>
        <w:rPr>
          <w:i/>
        </w:rPr>
        <w:t>“When the companions were upset, it was the Prophet's wife who advised him”</w:t>
      </w:r>
    </w:p>
    <w:p>
      <w:r>
        <w:rPr>
          <w:sz w:val="20"/>
        </w:rPr>
        <w:t>1:00:44  to is se saaf zahir hai ke is ka matlab ke woh sawal karti thi, un ki religious understanding barhti thi aur ek bohat zabardast lesson jo hum log hudeebia incident se lete hain ke when prophet signed the treaty unilaterally and then, you know, they had to go back.</w:t>
      </w:r>
      <w:r>
        <w:br/>
      </w:r>
      <w:r>
        <w:rPr>
          <w:sz w:val="20"/>
        </w:rPr>
        <w:t>1:01:05  The companions were not happy, you know, with the signing of the treaty and so they were disappointed and prophet then, you know, asked the companions to sacrifice their animals which they had brought with them to be taken to, you know, Kawa. And, you know, he said that sacrifice your animals and shave off your heads. But none of the companions responded.</w:t>
      </w:r>
      <w:r>
        <w:br/>
      </w:r>
      <w:r>
        <w:rPr>
          <w:sz w:val="20"/>
        </w:rPr>
        <w:t>1:01:29  It was the first time that such a response was given by the companions and at that time</w:t>
      </w:r>
      <w:r>
        <w:br/>
      </w:r>
      <w:r>
        <w:rPr>
          <w:sz w:val="20"/>
        </w:rPr>
        <w:t>1:01:35  it was hazrat umme salma prophet's wife who advised the prophet that you do it and they will</w:t>
      </w:r>
      <w:r>
        <w:br/>
      </w:r>
      <w:r>
        <w:rPr>
          <w:sz w:val="20"/>
        </w:rPr>
        <w:t>1:01:42  certainly follow you and it so happened that prophet, you know, sacrificed the animal himself and he shaved</w:t>
      </w:r>
      <w:r>
        <w:br/>
      </w:r>
      <w:r>
        <w:rPr>
          <w:sz w:val="20"/>
        </w:rPr>
        <w:t>1:01:49  off, you know, his head and at that incident it had such an emotional impact on the companions</w:t>
      </w:r>
      <w:r>
        <w:br/>
      </w:r>
      <w:r>
        <w:rPr>
          <w:sz w:val="20"/>
        </w:rPr>
        <w:t>1:01:56  that they were overwhelmed and they just started falling the profit.</w:t>
      </w:r>
      <w:r>
        <w:br/>
      </w:r>
      <w:r>
        <w:rPr>
          <w:sz w:val="20"/>
        </w:rPr>
        <w:t>1:02:03  So this shows that only a person who is very well aware about the social and the political affairs could give an advice like that. Umme Salma, Hazrat Umme Salma couldn't have given that advice out of, you know, I mean just that particular situation. That means she was updated. She was not confined to the four walls of the house.</w:t>
      </w:r>
      <w:r>
        <w:br/>
      </w:r>
      <w:r>
        <w:rPr>
          <w:sz w:val="20"/>
        </w:rPr>
        <w:t>1:02:27  She participated, she knew the psyche of the companions and after the companions responded, it did show that she was a brilliant lady with you know, insight, wisdom and statesmanship.</w:t>
      </w:r>
      <w:r>
        <w:br/>
      </w:r>
      <w:r>
        <w:rPr>
          <w:sz w:val="20"/>
        </w:rPr>
        <w:t>1:02:41  The other important thing that one gathers is that prophet heeded to her advice which means that prophet did not ask Hazrat Abu Bakr but prophet heeded to the advice of Hazrat Umme Salma which means a woman giving an advice and prophet following it.</w:t>
      </w:r>
      <w:r>
        <w:br/>
      </w:r>
      <w:r>
        <w:rPr>
          <w:sz w:val="20"/>
        </w:rPr>
        <w:t>1:02:58  It's a great lesson that we learn from the life of prophet Muhammad that how interaction, dialogue and implementing of good ideas or suggestions were a practice of those times. Kuch misalein main dunga Rasulullah ki zindagi se. Rasulullah ka tareeqa yeh tha ke jaise Eid ke liye mardon ko nikalte the, waise auraton ko bhi nikalte the aur khutba dete the.</w:t>
      </w:r>
      <w:r>
        <w:br/>
      </w:r>
      <w:r>
        <w:rPr>
          <w:sz w:val="20"/>
        </w:rPr>
        <w:t>1:03:26  Eid ka ke method mein se hai ke khutba diya jata hai namaz ke baad. To choonke us zamane mein speaker, loud speaker nahi tha to auraton ko awaaz kam pahunchti thi to us ki taraf jaakar specially aap khutba dete the.</w:t>
      </w:r>
    </w:p>
    <w:p>
      <w:pPr>
        <w:pStyle w:val="Heading2"/>
      </w:pPr>
      <w:r>
        <w:t>Why war is barely permitted in Islam</w:t>
      </w:r>
    </w:p>
    <w:p>
      <w:r>
        <w:rPr>
          <w:color w:val="666666"/>
          <w:sz w:val="18"/>
        </w:rPr>
        <w:t>Islam and Terrorism February 10, 2009 Maulana Wahiduddin Khan · 2m 24s · at 22:41 · https://youtu.be/vCEjp0w7Qjo?t=1361</w:t>
      </w:r>
    </w:p>
    <w:p>
      <w:r>
        <w:rPr>
          <w:i/>
        </w:rPr>
        <w:t>“All the verses of the Qur'an are about peace, except a few.”</w:t>
      </w:r>
    </w:p>
    <w:p>
      <w:r>
        <w:rPr>
          <w:sz w:val="20"/>
        </w:rPr>
        <w:t>22:41  If you read the Qur'an, you will find that all the verses of the Qur'an are related to peace, except some verses.</w:t>
      </w:r>
      <w:r>
        <w:br/>
      </w:r>
      <w:r>
        <w:rPr>
          <w:sz w:val="20"/>
        </w:rPr>
        <w:t>22:54  There are some verses about the war, that is qatal. But all these verses relate to different situations.</w:t>
      </w:r>
      <w:r>
        <w:br/>
      </w:r>
      <w:r>
        <w:rPr>
          <w:sz w:val="20"/>
        </w:rPr>
        <w:t>23:04  I can say that in Islam, there is no aggressive war. Not at all.</w:t>
      </w:r>
      <w:r>
        <w:br/>
      </w:r>
      <w:r>
        <w:rPr>
          <w:sz w:val="20"/>
        </w:rPr>
        <w:t>23:13  Only defensive war is permitted in Islam.</w:t>
      </w:r>
      <w:r>
        <w:br/>
      </w:r>
      <w:r>
        <w:rPr>
          <w:sz w:val="20"/>
        </w:rPr>
        <w:t>23:18  And all those wars like the guerrilla war, and proxy war, and undocumented war, and secret war, all these wars are haram in Islam.</w:t>
      </w:r>
      <w:r>
        <w:br/>
      </w:r>
      <w:r>
        <w:rPr>
          <w:sz w:val="20"/>
        </w:rPr>
        <w:t>23:30  Haram means unlawful. Only one type of war is allowed, that is defensive war.</w:t>
      </w:r>
      <w:r>
        <w:br/>
      </w:r>
      <w:r>
        <w:rPr>
          <w:sz w:val="20"/>
        </w:rPr>
        <w:t>23:39  And now I can say that even defensive war is not possible in Islam. Why?</w:t>
      </w:r>
      <w:r>
        <w:br/>
      </w:r>
      <w:r>
        <w:rPr>
          <w:sz w:val="20"/>
        </w:rPr>
        <w:t>23:48  Because Islam differentiates between combatants and non-combatants. Even in a genuine war, you cannot kill a non-combatant.</w:t>
      </w:r>
      <w:r>
        <w:br/>
      </w:r>
      <w:r>
        <w:rPr>
          <w:sz w:val="20"/>
        </w:rPr>
        <w:t>24:01  Even in a genuine war, in a defensive war, you are not allowed to kill a non-combatant. Now you know we are living in the age of weapons of mass destruction.</w:t>
      </w:r>
      <w:r>
        <w:br/>
      </w:r>
      <w:r>
        <w:rPr>
          <w:sz w:val="20"/>
        </w:rPr>
        <w:t>24:15  Now there is a great revolution in armament. We are living in the age where in the age of weapons of mass destruction.</w:t>
      </w:r>
      <w:r>
        <w:br/>
      </w:r>
      <w:r>
        <w:rPr>
          <w:sz w:val="20"/>
        </w:rPr>
        <w:t>24:27  In such a situation, you cannot differentiate between combatant and non-combatant. How can you differentiate? So I can say that now this formula is not applicable</w:t>
      </w:r>
      <w:r>
        <w:br/>
      </w:r>
      <w:r>
        <w:rPr>
          <w:sz w:val="20"/>
        </w:rPr>
        <w:t>24:42  . Only the formula of peace is applicable. So I can say that in Islam, in the modern situation, only peace is the workable formula.</w:t>
      </w:r>
      <w:r>
        <w:br/>
      </w:r>
      <w:r>
        <w:rPr>
          <w:sz w:val="20"/>
        </w:rPr>
        <w:t>24:55  War is not the feasibility of war is not in our situation.</w:t>
      </w:r>
    </w:p>
    <w:p>
      <w:pPr>
        <w:pStyle w:val="Heading2"/>
      </w:pPr>
      <w:r>
        <w:t>Waseela concept baseless in Islam</w:t>
      </w:r>
    </w:p>
    <w:p>
      <w:r>
        <w:rPr>
          <w:color w:val="666666"/>
          <w:sz w:val="18"/>
        </w:rPr>
        <w:t>Q&amp;A 02 Mar 2008 - Maulana Wahiduddin Khan · 1m 20s · at 0:28 · https://youtu.be/oHAfWpj0UME?t=28</w:t>
      </w:r>
    </w:p>
    <w:p>
      <w:r>
        <w:rPr>
          <w:i/>
        </w:rPr>
        <w:t>“Waseela is nothing in Islam”</w:t>
      </w:r>
    </w:p>
    <w:p>
      <w:r>
        <w:rPr>
          <w:sz w:val="20"/>
        </w:rPr>
        <w:t>0:28  daikhiye, wasila is nothing in islam. yeh sara concept jo hai, yeh bidat hai.</w:t>
      </w:r>
      <w:r>
        <w:br/>
      </w:r>
      <w:r>
        <w:rPr>
          <w:sz w:val="20"/>
        </w:rPr>
        <w:t>0:35  quran mein jo lafz wasila aya hai, us ko urdu ke mani mein le lete hain. urdu mein wasila ke mani source ke hotay hain. arabic mein is nahi hain mani is ke.</w:t>
      </w:r>
      <w:r>
        <w:br/>
      </w:r>
      <w:r>
        <w:rPr>
          <w:sz w:val="20"/>
        </w:rPr>
        <w:t>0:46  arabk ke mani hain nazdeki, nairans, yani khuda ki qurbat talash karo. yani completely alien hai yeh concept islam mein ke kisi ke waseelay se jannat mein mil jaye gi.</w:t>
      </w:r>
      <w:r>
        <w:br/>
      </w:r>
      <w:r>
        <w:rPr>
          <w:sz w:val="20"/>
        </w:rPr>
        <w:t>1:02  koi bhi nahi, sirf na profit ka, na kisi aur doosre ka. lesley, lesley insan alaa maasa. aadmi ka apna amal hi aadmi ko wahan salvation de ga aur pairai pounchaye ga.</w:t>
      </w:r>
      <w:r>
        <w:br/>
      </w:r>
      <w:r>
        <w:rPr>
          <w:sz w:val="20"/>
        </w:rPr>
        <w:t>1:16  to behal, yeh completely baseless hai waseelay ka concept. aadmi ko</w:t>
      </w:r>
      <w:r>
        <w:br/>
      </w:r>
      <w:r>
        <w:rPr>
          <w:sz w:val="20"/>
        </w:rPr>
        <w:t>1:27  apne amal par mile ga, wahan jo</w:t>
      </w:r>
      <w:r>
        <w:br/>
      </w:r>
      <w:r>
        <w:rPr>
          <w:sz w:val="20"/>
        </w:rPr>
        <w:t>1:30  kuch mile ga. kisi recommendation mein se kuch nahi milne wala. waseelay ka mani hai ke aap recommend kar dein to koi aap pounch jaye.</w:t>
      </w:r>
      <w:r>
        <w:br/>
      </w:r>
      <w:r>
        <w:rPr>
          <w:sz w:val="20"/>
        </w:rPr>
        <w:t>1:39  to recommendation is nothing. yeh concept hi bilkul baseless hai.</w:t>
      </w:r>
    </w:p>
    <w:p>
      <w:pPr>
        <w:pStyle w:val="Heading2"/>
      </w:pPr>
      <w:r>
        <w:t>Misleading chapter on companions' trade</w:t>
      </w:r>
    </w:p>
    <w:p>
      <w:r>
        <w:rPr>
          <w:color w:val="666666"/>
          <w:sz w:val="18"/>
        </w:rPr>
        <w:t>Spirit of the Mission September 16, 2018 · 2m 50s · at 2:23 · https://youtu.be/rjiTU2v3U30?t=143</w:t>
      </w:r>
    </w:p>
    <w:p>
      <w:r>
        <w:rPr>
          <w:i/>
        </w:rPr>
        <w:t>“تو کہا، اس میں انہوں نے لکھا کہ صحابہ کا طریقہ”</w:t>
      </w:r>
    </w:p>
    <w:p>
      <w:r>
        <w:rPr>
          <w:sz w:val="20"/>
        </w:rPr>
        <w:t>2:23  toh kaha, is mein unhon ne likha ke sahaba ka tareeqa tha ke tijarat kar ke jaiz kamai hasil karna.</w:t>
      </w:r>
      <w:r>
        <w:br/>
      </w:r>
      <w:r>
        <w:rPr>
          <w:sz w:val="20"/>
        </w:rPr>
        <w:t>2:36  lekin yeh baat mere nazdeek misleading hai.</w:t>
      </w:r>
      <w:r>
        <w:br/>
      </w:r>
      <w:r>
        <w:rPr>
          <w:sz w:val="20"/>
        </w:rPr>
        <w:t>2:44  asal baat yeh nahi hai ke woh tijarat kar ke</w:t>
      </w:r>
      <w:r>
        <w:br/>
      </w:r>
      <w:r>
        <w:rPr>
          <w:sz w:val="20"/>
        </w:rPr>
        <w:t>2:52  jaiz qasd hasil karte the, jaiz kamai. asal baat yeh nahi hai. is par sochte sochte mere zehen mein ek bohat bari baat aayi.</w:t>
      </w:r>
      <w:r>
        <w:br/>
      </w:r>
      <w:r>
        <w:rPr>
          <w:sz w:val="20"/>
        </w:rPr>
        <w:t>3:04  woh yeh ke rasool Allah sal Allahu alaihi wa sallam ka jo tareeqa tha, woh kya tha? misal ke taur par aap ne kaha ke panch waqt ki namaz padho.</w:t>
      </w:r>
      <w:r>
        <w:br/>
      </w:r>
      <w:r>
        <w:rPr>
          <w:sz w:val="20"/>
        </w:rPr>
        <w:t>3:19  is tarah se hukum nahi diya aap ne ke dawat ka kaam karo.</w:t>
      </w:r>
      <w:r>
        <w:br/>
      </w:r>
      <w:r>
        <w:rPr>
          <w:sz w:val="20"/>
        </w:rPr>
        <w:t>3:27  jis tarah aap ne yeh kaha ke panch waqt ki namaz padho, aisa hukum nahi maujood hai dawat ke bare mein ke aye logon tum dawat ka kaam karo.</w:t>
      </w:r>
      <w:r>
        <w:br/>
      </w:r>
      <w:r>
        <w:rPr>
          <w:sz w:val="20"/>
        </w:rPr>
        <w:t>3:39  nahi, aap ka jo tareeqa tha, woh tha sahaba ko men of mission banana.</w:t>
      </w:r>
      <w:r>
        <w:br/>
      </w:r>
      <w:r>
        <w:rPr>
          <w:sz w:val="20"/>
        </w:rPr>
        <w:t>3:51  mind of mission. Mind of mission ka matlab yeh hota hai ke jahan bhi hon, jo bhi karen, har jagah woh apne mission ka kaam karte rahen.</w:t>
      </w:r>
      <w:r>
        <w:br/>
      </w:r>
      <w:r>
        <w:rPr>
          <w:sz w:val="20"/>
        </w:rPr>
        <w:t>4:06  tijarat kar rahe hain tab bhi mission, safar kar rahe hain tab bhi mission. kuch bhi kar rahe hain, kuch bhi kar rahe hain, wahan insaan milte hain.</w:t>
      </w:r>
      <w:r>
        <w:br/>
      </w:r>
      <w:r>
        <w:rPr>
          <w:sz w:val="20"/>
        </w:rPr>
        <w:t>4:17  ab kuch bhi karen ge to aap ko insan milen ge. to asal cheez yeh nahi ke tijarat karte the ya falan kaam karte the.</w:t>
      </w:r>
      <w:r>
        <w:br/>
      </w:r>
      <w:r>
        <w:rPr>
          <w:sz w:val="20"/>
        </w:rPr>
        <w:t>4:32  asal qabliyat yeh hai ke un ke andar speed jo bhari hui thi, woh dawat ki thi. speed.</w:t>
      </w:r>
      <w:r>
        <w:br/>
      </w:r>
      <w:r>
        <w:rPr>
          <w:sz w:val="20"/>
        </w:rPr>
        <w:t>4:42  dawat ki speed. dawat ki speed. So now wherever they found themselves, immediately they started dawat.</w:t>
      </w:r>
      <w:r>
        <w:br/>
      </w:r>
      <w:r>
        <w:rPr>
          <w:sz w:val="20"/>
        </w:rPr>
        <w:t>4:56  ki baat shuru kar dete the.</w:t>
      </w:r>
      <w:r>
        <w:br/>
      </w:r>
      <w:r>
        <w:rPr>
          <w:sz w:val="20"/>
        </w:rPr>
        <w:t>5:03  to kaha ke sahaba ke bare mein yeh jo hai, yeh misleading chapterization hai. yeh chapter misleading hai.</w:t>
      </w:r>
    </w:p>
    <w:p>
      <w:pPr>
        <w:pStyle w:val="Heading2"/>
      </w:pPr>
      <w:r>
        <w:t>Sparing a woman at Badr vs shooting Malala today</w:t>
      </w:r>
    </w:p>
    <w:p>
      <w:r>
        <w:rPr>
          <w:color w:val="666666"/>
          <w:sz w:val="18"/>
        </w:rPr>
        <w:t>The Issues of Islam in the Present World November 11, 2012 · 2m 38s · at 47:30 · https://youtu.be/COoaUbCCi1c?t=2850</w:t>
      </w:r>
    </w:p>
    <w:p>
      <w:r>
        <w:rPr>
          <w:i/>
        </w:rPr>
        <w:t>“At Badr they spared a woman in the crosshairs — today they shot a girl on a bus”</w:t>
      </w:r>
    </w:p>
    <w:p>
      <w:r>
        <w:rPr>
          <w:sz w:val="20"/>
        </w:rPr>
        <w:t>47:30  jandar log woh hain ke badr ke mauqe mein ek waqea aata hai ke sahaba jo the, sahaba aur aur quraish ke darmiyan jang thi, aap jante hain badr ki.</w:t>
      </w:r>
      <w:r>
        <w:br/>
      </w:r>
      <w:r>
        <w:rPr>
          <w:sz w:val="20"/>
        </w:rPr>
        <w:t>47:42  ek sahabi kehte hain ke woh talwar le ke barhe aage to wahan ek aurat thi,</w:t>
      </w:r>
      <w:r>
        <w:br/>
      </w:r>
      <w:r>
        <w:rPr>
          <w:sz w:val="20"/>
        </w:rPr>
        <w:t>47:50  to talwar unhon ne hata liya ke aurat ko humein nahi marna hai.</w:t>
      </w:r>
      <w:r>
        <w:br/>
      </w:r>
      <w:r>
        <w:rPr>
          <w:sz w:val="20"/>
        </w:rPr>
        <w:t>47:57  yeh badr ka waqea hai ke bilkul zad mein thi woh aurat aur maar sakte the woh, lekin talwar peeche kar liya unhon ne.</w:t>
      </w:r>
      <w:r>
        <w:br/>
      </w:r>
      <w:r>
        <w:rPr>
          <w:sz w:val="20"/>
        </w:rPr>
        <w:t>48:06  ab zalim log ke ek ladki ko maar dala unhon ne, matlab gaali goli to maar di. ab ab woh europe, wahan uk mein hai, shayad woh log bacha payein un ko.</w:t>
      </w:r>
      <w:r>
        <w:br/>
      </w:r>
      <w:r>
        <w:rPr>
          <w:sz w:val="20"/>
        </w:rPr>
        <w:t>48:20  goli maari us ke sar mein aur gardan mein 14 14 saal ke ladke ko. yani ek woh musalman the ke saamne agar aurat aa gayi to talwar peeche kar liya unhon ne.</w:t>
      </w:r>
      <w:r>
        <w:br/>
      </w:r>
      <w:r>
        <w:rPr>
          <w:sz w:val="20"/>
        </w:rPr>
        <w:t>48:32  ke battlefield mein aaj woh musalman hain ke bas mein ek ladki safar kar rahi hai, taleem school ja rahi hai, aur us ko ja kar goli maar di.</w:t>
      </w:r>
      <w:r>
        <w:br/>
      </w:r>
      <w:r>
        <w:rPr>
          <w:sz w:val="20"/>
        </w:rPr>
        <w:t>48:43  us ko</w:t>
      </w:r>
      <w:r>
        <w:br/>
      </w:r>
      <w:r>
        <w:rPr>
          <w:sz w:val="20"/>
        </w:rPr>
        <w:t>48:45  yeh islam hai, yeh lekin jin kitabon ko woh parhte hain, jo taqreerein unhon ne suni hain, us mein un ko yahi islam mila hai, yahi baat islam mila hai.</w:t>
      </w:r>
      <w:r>
        <w:br/>
      </w:r>
      <w:r>
        <w:rPr>
          <w:sz w:val="20"/>
        </w:rPr>
        <w:t>48:58  to jis tarah musa ke zamane mein 40 saal tak jihad mauqoof kar diya gaya tha, ab wohi kaam karna hai aap ko. ek hi hal hai ke sari duniya mein musalmanon ko fatwa dein, yeh molvi jo fatwe dete rehte hain rozana, yeh fatwa dein ke jihad mauqoof, sari talwarein phenko,</w:t>
      </w:r>
      <w:r>
        <w:br/>
      </w:r>
      <w:r>
        <w:rPr>
          <w:sz w:val="20"/>
        </w:rPr>
        <w:t>49:18  gun ko daal do samandar mein aur parho, parho, parho. single point follow education. yeh yeh musalman jo taleem mein sab se peeche hain duniya mein, yeh yeh jihad kar sakte hain.</w:t>
      </w:r>
      <w:r>
        <w:br/>
      </w:r>
      <w:r>
        <w:rPr>
          <w:sz w:val="20"/>
        </w:rPr>
        <w:t>49:36  sari duniya ke ulma aur farz hai, farz ke fatwa dein ke musalman band karo yeh jihad,</w:t>
      </w:r>
      <w:r>
        <w:br/>
      </w:r>
      <w:r>
        <w:rPr>
          <w:sz w:val="20"/>
        </w:rPr>
        <w:t>49:43  talwar ko aur bandook ko phenko samandar mein aur parho, parho, parho. sari duniya mein bas education, education, education.</w:t>
      </w:r>
      <w:r>
        <w:br/>
      </w:r>
      <w:r>
        <w:rPr>
          <w:sz w:val="20"/>
        </w:rPr>
        <w:t>49:54  jab poori qaum jo hai parh le gi to phir socha jayega jihad ki baat. abhi to hum is qabil hi nahi ho.</w:t>
      </w:r>
    </w:p>
    <w:p>
      <w:pPr>
        <w:pStyle w:val="Heading2"/>
      </w:pPr>
      <w:r>
        <w:t>Treaty of Hudaybiyyah: unilateral peace concessions, then a 'clear victory'</w:t>
      </w:r>
    </w:p>
    <w:p>
      <w:r>
        <w:rPr>
          <w:color w:val="666666"/>
          <w:sz w:val="18"/>
        </w:rPr>
        <w:t>The Issues of Islam in the Present World November 11, 2012 · 2m 30s · at 3:32 · https://youtu.be/COoaUbCCi1c?t=212</w:t>
      </w:r>
    </w:p>
    <w:p>
      <w:r>
        <w:rPr>
          <w:i/>
        </w:rPr>
        <w:t>“At Hudaybiyyah, the Prophet accepted every condition the other side gave”</w:t>
      </w:r>
    </w:p>
    <w:p>
      <w:r>
        <w:rPr>
          <w:sz w:val="20"/>
        </w:rPr>
        <w:t>3:32  bohat hi ziyada sochne ki baat hai ke maki daur se le kar badni taur tak bar bar takrao hota raha, chotay chotay.</w:t>
      </w:r>
      <w:r>
        <w:br/>
      </w:r>
      <w:r>
        <w:rPr>
          <w:sz w:val="20"/>
        </w:rPr>
        <w:t>3:48  lekin masla hal nahi hota tha.</w:t>
      </w:r>
      <w:r>
        <w:br/>
      </w:r>
      <w:r>
        <w:rPr>
          <w:sz w:val="20"/>
        </w:rPr>
        <w:t>3:52  masla yeh to yeh tha ke shirk ka dabdaba khatam ho aur toheed ka daur aaye. to woh nahi aata tha woh.</w:t>
      </w:r>
      <w:r>
        <w:br/>
      </w:r>
      <w:r>
        <w:rPr>
          <w:sz w:val="20"/>
        </w:rPr>
        <w:t>4:03  to rasool Allah sal Allah alih wasallam ne Allah ki tofeeq se re planning ki. yani is se pehle jo aap ki struggle thi,</w:t>
      </w:r>
      <w:r>
        <w:br/>
      </w:r>
      <w:r>
        <w:rPr>
          <w:sz w:val="20"/>
        </w:rPr>
        <w:t>4:17  is mein bar bar war paish aati thi, skirmishes paish aati theen, takrao paish aata tha. to aap ne saaray maamlay ko ult diya aur aap ne sulah hudaybiyah kar</w:t>
      </w:r>
      <w:r>
        <w:br/>
      </w:r>
      <w:r>
        <w:rPr>
          <w:sz w:val="20"/>
        </w:rPr>
        <w:t>4:31  li. sulah hudaybiyah jo hai, anokhi surat thi jis mein fareeq-e-sani ki sharton ko unilateral طور par maan liya gaya.</w:t>
      </w:r>
      <w:r>
        <w:br/>
      </w:r>
      <w:r>
        <w:rPr>
          <w:sz w:val="20"/>
        </w:rPr>
        <w:t>4:44  jo kaho manzoor, jo kaho manzoor. bas peace hum chahtay hain. hatta ke lafz rasool Allah ko aap ne kaghaz se mita diya.</w:t>
      </w:r>
      <w:r>
        <w:br/>
      </w:r>
      <w:r>
        <w:rPr>
          <w:sz w:val="20"/>
        </w:rPr>
        <w:t>4:55  jo kehtay gaye, woh sab manzoor.</w:t>
      </w:r>
      <w:r>
        <w:br/>
      </w:r>
      <w:r>
        <w:rPr>
          <w:sz w:val="20"/>
        </w:rPr>
        <w:t>5:00  to yani from war to peace, yeh thi planning aap ki hudaybiyah ke mauqay par.</w:t>
      </w:r>
      <w:r>
        <w:br/>
      </w:r>
      <w:r>
        <w:rPr>
          <w:sz w:val="20"/>
        </w:rPr>
        <w:t>5:11  yeh itna bara waqea tha ke Allah ta'ala ne ayat utari: "inna fatahna laka fathan mubeena". aap ghaur kijiye ke badr ke baad, hunain ke baad, uhud ke baad, jo bhi ghazwaat kahe jatay hain, un ke baad yeh ayat utri thi kya?</w:t>
      </w:r>
      <w:r>
        <w:br/>
      </w:r>
      <w:r>
        <w:rPr>
          <w:sz w:val="20"/>
        </w:rPr>
        <w:t>5:27  kabhi aisa nahi utri ayat ke aaj tum ko hum ne open victory de di. aap ghaur kijiye, is se pehle jitnay bhi waqeaat hue thay jin ko hum kehtay hain ghazwaat, is ke pehle, is ke baad yeh yeh ayat kahan utri thi?</w:t>
      </w:r>
      <w:r>
        <w:br/>
      </w:r>
      <w:r>
        <w:rPr>
          <w:sz w:val="20"/>
        </w:rPr>
        <w:t>5:45  to kaha war par jo cheez nahi mil raha tha, us ko aap ne peace ke zariye haasil kiya.</w:t>
      </w:r>
      <w:r>
        <w:br/>
      </w:r>
      <w:r>
        <w:rPr>
          <w:sz w:val="20"/>
        </w:rPr>
        <w:t>5:54  that was bracket of re assessment. that was bracket of re planning.</w:t>
      </w:r>
    </w:p>
    <w:p>
      <w:pPr>
        <w:pStyle w:val="Heading2"/>
      </w:pPr>
      <w:r>
        <w:t>Defining a God-fearing, obedient Muslim woman</w:t>
      </w:r>
    </w:p>
    <w:p>
      <w:r>
        <w:rPr>
          <w:color w:val="666666"/>
          <w:sz w:val="18"/>
        </w:rPr>
        <w:t>The Qualities Of God-Fearing Women CPS Women Discussion July 23, 2023 · 1m 16s · at 1:10 · https://youtu.be/YfKcwP5Flp8?t=70</w:t>
      </w:r>
    </w:p>
    <w:p>
      <w:r>
        <w:rPr>
          <w:i/>
        </w:rPr>
        <w:t>“God fearing auraton ke baare mein jo maine Quran mein padha”</w:t>
      </w:r>
    </w:p>
    <w:p>
      <w:r>
        <w:rPr>
          <w:sz w:val="20"/>
        </w:rPr>
        <w:t>1:10  Haan is alawa likho. Wali kum salam. God fearing auraton ke ka jo maine sabse pehle Quran mein jo uss warsh ko padhna cha rahi thi ki surya nasha ki yeh 34 varsh mein hai ki nekbakht auratein kaantath hoti hain. Yaani Allah ki nazar mein woh auratein jo apne shauharon ki farmabardar ho.</w:t>
      </w:r>
      <w:r>
        <w:br/>
      </w:r>
      <w:r>
        <w:rPr>
          <w:sz w:val="20"/>
        </w:rPr>
        <w:t>1:36  Toh farmabardari ka matlab yeh nahi hai ki aajkal toh bahut saare galat kaam bhi hote hain. Mard bhi galat kaam karwate hain. Toh iska matlab yeh nahi hai ki jo galat kaam mard bhi karwa rahe hain ya koi bhi keh raha hai toh uske usko bhi karein. Farmabardari ka matlab yeh nahi hota hai. Toh Khuda ka dar Khuda ke liye farmabardar hona hai. Toh Khuda ka dar rakhne wali kisi aurat galat aur wali aurat galat aur sahi ke fark ko samjhegi.</w:t>
      </w:r>
      <w:r>
        <w:br/>
      </w:r>
      <w:r>
        <w:rPr>
          <w:sz w:val="20"/>
        </w:rPr>
        <w:t>2:05  Kya galat hai aur matlab duniya ki soch hoti hai aur ek Quran aur hadith ki soch hoti hai woh dono sochon ke beach ke fark ko samjhegi. Toh Khuda parast auraton ka matlab hai yahi hai ki woh pehle Khuda ki hukoom ko jaanengi ki kis maamle mein Khuda ka kya hukoom hai, phir maamla karti hai.</w:t>
      </w:r>
      <w:r>
        <w:br/>
      </w:r>
      <w:r>
        <w:rPr>
          <w:sz w:val="20"/>
        </w:rPr>
        <w:t>2:26  Ek hadith hai ki aurat mard ke liye saaman e sukoon hai aur isi ke saath woh ghar ke andar mard ke nayab yaani assistant ki haisiyat bhi rakhti hai. Toh Maulana Sahab kehte hain ki behtareen aurat woh hai jo dono qism ki zimmedariyon mein poori utre.</w:t>
      </w:r>
    </w:p>
    <w:p>
      <w:pPr>
        <w:pStyle w:val="Heading2"/>
      </w:pPr>
      <w:r>
        <w:t>Canada center rotates interfaith dialogues across temples and gurudwaras</w:t>
      </w:r>
    </w:p>
    <w:p>
      <w:r>
        <w:rPr>
          <w:color w:val="666666"/>
          <w:sz w:val="18"/>
        </w:rPr>
        <w:t>Experiences Sharing by CPS Members November 11, 2006 Maulana Wahiduddin Khan · 1m 56s · at 1:13:50 · https://youtu.be/VhS3VofQlHo?t=4430</w:t>
      </w:r>
    </w:p>
    <w:p>
      <w:r>
        <w:rPr>
          <w:i/>
        </w:rPr>
        <w:t>“On Sundays after Zohar we meet and invite various scholars”</w:t>
      </w:r>
    </w:p>
    <w:p>
      <w:r>
        <w:rPr>
          <w:sz w:val="20"/>
        </w:rPr>
        <w:t>1:13:50  so on sundays after zohar we meet and we invite various ah ah scholars ah knowledgeable people islam and then we talk about ah inter we call it interfaith dialogue ah we get people of all other religions ah of course ah that community is predominantly christian but we do get ah christians we have some hindu friends ah sardarji sikh people and then even jewish people come to us in the mosque</w:t>
      </w:r>
      <w:r>
        <w:br/>
      </w:r>
      <w:r>
        <w:rPr>
          <w:sz w:val="20"/>
        </w:rPr>
        <w:t>1:14:18  uh this is uh known as the name of the institution is idea that means uh institute for</w:t>
      </w:r>
      <w:r>
        <w:br/>
      </w:r>
      <w:r>
        <w:rPr>
          <w:sz w:val="20"/>
        </w:rPr>
        <w:t>1:14:23  development of understanding and peace something like that and uh and then we rotate we go to a</w:t>
      </w:r>
      <w:r>
        <w:br/>
      </w:r>
      <w:r>
        <w:rPr>
          <w:sz w:val="20"/>
        </w:rPr>
        <w:t>1:14:29  temple we dont go to a gurdwara we go to a church like they are coming to us</w:t>
      </w:r>
      <w:r>
        <w:br/>
      </w:r>
      <w:r>
        <w:rPr>
          <w:sz w:val="20"/>
        </w:rPr>
        <w:t>1:14:34  we want to reciprocate i think the main message we get maulana and i think uh you know</w:t>
      </w:r>
      <w:r>
        <w:br/>
      </w:r>
      <w:r>
        <w:rPr>
          <w:sz w:val="20"/>
        </w:rPr>
        <w:t>1:14:39  a lot better than i do that uh prophet sallallahu alaihi wasallam with rahmatul alameen is not just</w:t>
      </w:r>
      <w:r>
        <w:br/>
      </w:r>
      <w:r>
        <w:rPr>
          <w:sz w:val="20"/>
        </w:rPr>
        <w:t>1:14:44  rahmatul muslimeen and this has to be uh really uh uh exploited by all of</w:t>
      </w:r>
      <w:r>
        <w:br/>
      </w:r>
      <w:r>
        <w:rPr>
          <w:sz w:val="20"/>
        </w:rPr>
        <w:t>1:14:50  us he he came as rahma which is ah you know the mercy for the mankind he didnt come for and i think muslim failed to tell the world this this ah this this aspect of this so we do that and then the people like sheikh hamza yusuf come yusuf salam come younger people are you know like you know like ah our revolting teenagers here who mashallah have come to the right path due to maulanas ah ah help ah they are also there are lots of them there</w:t>
      </w:r>
      <w:r>
        <w:br/>
      </w:r>
      <w:r>
        <w:rPr>
          <w:sz w:val="20"/>
        </w:rPr>
        <w:t>1:15:19  and as you know that in the western world there are lot more deviation and attraction and reflection you have then you have in delhi or in india as you hold if you combine all these distractions you have in india we have 100 times more over there because over there the world is m completely materialistic i want this i want this there is no end and you can change your cellphone everyday there are so many new models we have ah ah models of cars and we have ipod and just ne</w:t>
      </w:r>
    </w:p>
    <w:p>
      <w:pPr>
        <w:pStyle w:val="Heading2"/>
      </w:pPr>
      <w:r>
        <w:t>the mission is strictly non-political, focused only on dawah</w:t>
      </w:r>
    </w:p>
    <w:p>
      <w:r>
        <w:rPr>
          <w:color w:val="666666"/>
          <w:sz w:val="18"/>
        </w:rPr>
        <w:t>Prophetic Mission in 21st Century October 2, 2011 Maulana Wahiduddin Khan · 1m 50s · at 33:13 · https://youtu.be/ao5gC6SXQXE?t=1993</w:t>
      </w:r>
    </w:p>
    <w:p>
      <w:r>
        <w:rPr>
          <w:i/>
        </w:rPr>
        <w:t>“Hamara mission poori dunya mein ek non-political mission hai”</w:t>
      </w:r>
    </w:p>
    <w:p>
      <w:r>
        <w:rPr>
          <w:sz w:val="20"/>
        </w:rPr>
        <w:t>33:13  to hamara mission jo hai, Allah ke fazal se isi usool par khara kiya gaya hai. yeh jo yeh mission jis ka yeh taht hum kaam kar rahe hain,</w:t>
      </w:r>
      <w:r>
        <w:br/>
      </w:r>
      <w:r>
        <w:rPr>
          <w:sz w:val="20"/>
        </w:rPr>
        <w:t>33:25  yeh poori dunya mein aik non political mission hai, non political mission hai, yeh strictly non political hai. hamara koi nishana political nishana nahi hai, hamein hukoomat mein hissa lena nahi hai,</w:t>
      </w:r>
      <w:r>
        <w:br/>
      </w:r>
      <w:r>
        <w:rPr>
          <w:sz w:val="20"/>
        </w:rPr>
        <w:t>33:40  hamein hukoomat se koi talluq nahi hai, kisi mani mein hukoomat se koi talluq nahi hai. hamara masla kya hai? dawat opportunities ko avail kar</w:t>
      </w:r>
      <w:r>
        <w:br/>
      </w:r>
      <w:r>
        <w:rPr>
          <w:sz w:val="20"/>
        </w:rPr>
        <w:t>33:50  na, print media ko istemal kar ke, electronic media ko istemal kar ke, aur jo zarray hain, age of communication ko istemal kar ke dawat ko phailana.</w:t>
      </w:r>
      <w:r>
        <w:br/>
      </w:r>
      <w:r>
        <w:rPr>
          <w:sz w:val="20"/>
        </w:rPr>
        <w:t>34:01  yeh hi mission hai. to hum Allah ke fazal se isi mission par kharay hue hain. hum larai bhadai ko, tashaddud ko bilkul Islam ke khilaf samajhte hain,</w:t>
      </w:r>
      <w:r>
        <w:br/>
      </w:r>
      <w:r>
        <w:rPr>
          <w:sz w:val="20"/>
        </w:rPr>
        <w:t>34:13  balkay nadani samajhte hain. is ko nadani ke jab mawaqe dawat ke khul gaye hon to larai ka matlab kya hai? mawaqe dawat jab khul jayein to larai ka matlab nahi rehta hoga.</w:t>
      </w:r>
      <w:r>
        <w:br/>
      </w:r>
      <w:r>
        <w:rPr>
          <w:sz w:val="20"/>
        </w:rPr>
        <w:t>34:22  kyun ke dekhen, Islam ka nishana jo hai, woh kya hai? logon ne nishani galat bana rakha hai. nishana hai: "ud wala sabilaka".</w:t>
      </w:r>
      <w:r>
        <w:br/>
      </w:r>
      <w:r>
        <w:rPr>
          <w:sz w:val="20"/>
        </w:rPr>
        <w:t>34:32  "ud wala sabil rabbika". abay rabb ki taraf banao. yeh dawat-e-Islam ka nishana hai. hukoomat qaim karna aur koday marna aur aur qoum na banta, yeh nishana hi nahi hai Islam ka.</w:t>
      </w:r>
      <w:r>
        <w:br/>
      </w:r>
      <w:r>
        <w:rPr>
          <w:sz w:val="20"/>
        </w:rPr>
        <w:t>34:47  agar nishana hota to Quran mein aisi ayatein hoti ke "aqab daar-tul-Islam nafsh rehay" ka Muhammad aisi koi ayat to Quran mein hai nahi. to jo goal hai, jo nishana hai, jo target hai Islam ka, woh dawat hai.</w:t>
      </w:r>
    </w:p>
    <w:p>
      <w:pPr>
        <w:pStyle w:val="Heading2"/>
      </w:pPr>
      <w:r>
        <w:t>Definition of terrorism in Islam</w:t>
      </w:r>
    </w:p>
    <w:p>
      <w:r>
        <w:rPr>
          <w:color w:val="666666"/>
          <w:sz w:val="18"/>
        </w:rPr>
        <w:t>Understanding Islam, Peace and Jihad (English) | October 27, 2014 | Maulana Wahiduddin Khan · 1m 30s · at 14:33 · https://youtu.be/HfVTQpI4A2w?t=873</w:t>
      </w:r>
    </w:p>
    <w:p>
      <w:r>
        <w:rPr>
          <w:i/>
        </w:rPr>
        <w:t>“I studied Islam from its original sources.”</w:t>
      </w:r>
    </w:p>
    <w:p>
      <w:r>
        <w:rPr>
          <w:sz w:val="20"/>
        </w:rPr>
        <w:t>14:33  studied Islam from its original sources.</w:t>
      </w:r>
      <w:r>
        <w:br/>
      </w:r>
      <w:r>
        <w:rPr>
          <w:sz w:val="20"/>
        </w:rPr>
        <w:t>14:40  original Arabic sources.</w:t>
      </w:r>
      <w:r>
        <w:br/>
      </w:r>
      <w:r>
        <w:rPr>
          <w:sz w:val="20"/>
        </w:rPr>
        <w:t>14:48  I can say that there is no room for violence in Islam.</w:t>
      </w:r>
      <w:r>
        <w:br/>
      </w:r>
      <w:r>
        <w:rPr>
          <w:sz w:val="20"/>
        </w:rPr>
        <w:t>14:55  hair, aai would like to tell you de</w:t>
      </w:r>
      <w:r>
        <w:br/>
      </w:r>
      <w:r>
        <w:rPr>
          <w:sz w:val="20"/>
        </w:rPr>
        <w:t>15:03  What is the definition of terrorism according to Islam?</w:t>
      </w:r>
      <w:r>
        <w:br/>
      </w:r>
      <w:r>
        <w:rPr>
          <w:sz w:val="20"/>
        </w:rPr>
        <w:t>15:13  According to Islam, there is no terrorism in Islamic concept.</w:t>
      </w:r>
      <w:r>
        <w:br/>
      </w:r>
      <w:r>
        <w:rPr>
          <w:sz w:val="20"/>
        </w:rPr>
        <w:t>15:23  according to Islam, no individual or no</w:t>
      </w:r>
      <w:r>
        <w:br/>
      </w:r>
      <w:r>
        <w:rPr>
          <w:sz w:val="20"/>
        </w:rPr>
        <w:t>15:34  non-governmental organization is allowed to use arms. use of arm is a prerogative of state. only state can acquire war. can acquire weapons. only an org</w:t>
      </w:r>
    </w:p>
    <w:p>
      <w:pPr>
        <w:pStyle w:val="Heading2"/>
      </w:pPr>
      <w:r>
        <w:t>Live with problems seek opportunities</w:t>
      </w:r>
    </w:p>
    <w:p>
      <w:r>
        <w:rPr>
          <w:color w:val="666666"/>
          <w:sz w:val="18"/>
        </w:rPr>
        <w:t>How to Follow the Straight Path December 25, 2007 Maulana Wahiduddin Khan · 1m 53s · at 19:40 · https://youtu.be/OvN2vrn2wZU?t=1180</w:t>
      </w:r>
    </w:p>
    <w:p>
      <w:r>
        <w:rPr>
          <w:i/>
        </w:rPr>
        <w:t>“Problem mis problem ke beech mein jeena hai”</w:t>
      </w:r>
    </w:p>
    <w:p>
      <w:r>
        <w:rPr>
          <w:sz w:val="20"/>
        </w:rPr>
        <w:t>19:39  mister</w:t>
      </w:r>
      <w:r>
        <w:br/>
      </w:r>
      <w:r>
        <w:rPr>
          <w:sz w:val="20"/>
        </w:rPr>
        <w:t>19:40  problem miss problem ke beech mein jeena hai</w:t>
      </w:r>
      <w:r>
        <w:br/>
      </w:r>
      <w:r>
        <w:rPr>
          <w:sz w:val="20"/>
        </w:rPr>
        <w:t>19:45  aap kya karenge to hamare muslim countries mein yeh formula pakda logon ne ke pehle problem ko eliminate karo us ke baad kuch kaam karo to har jagah log lad rahe hain problem se aur problem nahi hal ka hal kar paye to ab suicide bombing kar rahe hain</w:t>
      </w:r>
      <w:r>
        <w:br/>
      </w:r>
      <w:r>
        <w:rPr>
          <w:sz w:val="20"/>
        </w:rPr>
        <w:t>20:09  jab problem nahi solve karwaye to apne hi ko maar rahe hain</w:t>
      </w:r>
      <w:r>
        <w:br/>
      </w:r>
      <w:r>
        <w:rPr>
          <w:sz w:val="20"/>
        </w:rPr>
        <w:t>20:15  jaise kisi shayar ne kaha hai ke dekha ke woh milta nahi apne hi ko kho aaye</w:t>
      </w:r>
      <w:r>
        <w:br/>
      </w:r>
      <w:r>
        <w:rPr>
          <w:sz w:val="20"/>
        </w:rPr>
        <w:t>20:23  dekha ke woh milta nahi apne hi ko kho aaye</w:t>
      </w:r>
      <w:r>
        <w:br/>
      </w:r>
      <w:r>
        <w:rPr>
          <w:sz w:val="20"/>
        </w:rPr>
        <w:t>20:28  to august 1947 se</w:t>
      </w:r>
      <w:r>
        <w:br/>
      </w:r>
      <w:r>
        <w:rPr>
          <w:sz w:val="20"/>
        </w:rPr>
        <w:t>20:32  ladai bhadai ka raasta ikhtiyar kiya gaya yani problem ko khatm karne ka</w:t>
      </w:r>
      <w:r>
        <w:br/>
      </w:r>
      <w:r>
        <w:rPr>
          <w:sz w:val="20"/>
        </w:rPr>
        <w:t>20:38  aur problem jo khatm nahi hue to ab apne hi ko halak kar rahe hain suicide bombing kar</w:t>
      </w:r>
      <w:r>
        <w:br/>
      </w:r>
      <w:r>
        <w:rPr>
          <w:sz w:val="20"/>
        </w:rPr>
        <w:t>20:42  rahe hain halanke yeh sab haram hai</w:t>
      </w:r>
      <w:r>
        <w:br/>
      </w:r>
      <w:r>
        <w:rPr>
          <w:sz w:val="20"/>
        </w:rPr>
        <w:t>20:46  to isi waqt jo formula dena chahiye tha</w:t>
      </w:r>
      <w:r>
        <w:br/>
      </w:r>
      <w:r>
        <w:rPr>
          <w:sz w:val="20"/>
        </w:rPr>
        <w:t>20:50  وہ فارمولا جو دینا چاہیے تھا وہ کیا تھا کہ ignore the problems, avail the opportunities.</w:t>
      </w:r>
      <w:r>
        <w:br/>
      </w:r>
      <w:r>
        <w:rPr>
          <w:sz w:val="20"/>
        </w:rPr>
        <w:t>21:00  yeh</w:t>
      </w:r>
      <w:r>
        <w:br/>
      </w:r>
      <w:r>
        <w:rPr>
          <w:sz w:val="20"/>
        </w:rPr>
        <w:t>21:00  tha formula ke problem</w:t>
      </w:r>
      <w:r>
        <w:br/>
      </w:r>
      <w:r>
        <w:rPr>
          <w:sz w:val="20"/>
        </w:rPr>
        <w:t>21:05  society mein hain hamesha the aur hamesha rahenge paighambaron ke liye bhi problem the lekin baat kya</w:t>
      </w:r>
      <w:r>
        <w:br/>
      </w:r>
      <w:r>
        <w:rPr>
          <w:sz w:val="20"/>
        </w:rPr>
        <w:t>21:12  hai in mal usr yusr yani problem ke sath sath opportunities bhi hain</w:t>
      </w:r>
      <w:r>
        <w:br/>
      </w:r>
      <w:r>
        <w:rPr>
          <w:sz w:val="20"/>
        </w:rPr>
        <w:t>21:20  aisa nahi ke problem ne opportunities ko khatm kar diya ho</w:t>
      </w:r>
      <w:r>
        <w:br/>
      </w:r>
      <w:r>
        <w:rPr>
          <w:sz w:val="20"/>
        </w:rPr>
        <w:t>21:24  to aap problem ko ignore kijiye aur opportunities ko avail kijiye</w:t>
      </w:r>
    </w:p>
    <w:p>
      <w:pPr>
        <w:pStyle w:val="Heading2"/>
      </w:pPr>
      <w:r>
        <w:t>Unilateral peace as strategy not humiliation</w:t>
      </w:r>
    </w:p>
    <w:p>
      <w:r>
        <w:rPr>
          <w:color w:val="666666"/>
          <w:sz w:val="18"/>
        </w:rPr>
        <w:t>Countering Violent Extremism April 01, 2016 · 2m 18s · at 26:41 · https://youtu.be/9ZWLcTqzs04?t=1601</w:t>
      </w:r>
    </w:p>
    <w:p>
      <w:r>
        <w:rPr>
          <w:i/>
        </w:rPr>
        <w:t>“Dekhiye, yeh is ko humiliation kehna sehat se be-khabri kehne jaisi hai”</w:t>
      </w:r>
    </w:p>
    <w:p>
      <w:r>
        <w:rPr>
          <w:sz w:val="20"/>
        </w:rPr>
        <w:t>26:41  ? dekhiye, yeh is ko humiliation kehna sehat se be-khabari kehne jaisi hai. kyun ke dekhiye, Rasool Allah sallallahu alaihi wasallam ne jab Hudaybiyah mein peace agreement kiya tha,</w:t>
      </w:r>
      <w:r>
        <w:br/>
      </w:r>
      <w:r>
        <w:rPr>
          <w:sz w:val="20"/>
        </w:rPr>
        <w:t>26:55  is peace agreement ko Hutbah jaise aadmi ne kaha tha,</w:t>
      </w:r>
      <w:r>
        <w:br/>
      </w:r>
      <w:r>
        <w:rPr>
          <w:sz w:val="20"/>
        </w:rPr>
        <w:t>27:02  yeh to humiliation ko qabool karna hai. us waqt kaha gaya tha aisa,</w:t>
      </w:r>
      <w:r>
        <w:br/>
      </w:r>
      <w:r>
        <w:rPr>
          <w:sz w:val="20"/>
        </w:rPr>
        <w:t>27:12  lekin Rasool Allah sallallahu alaihi wasallam ne is ko tasleem nahin kiya. dekhiye, yeh humiliation ki baat nahin hai, yeh baat hai law of nature ki.</w:t>
      </w:r>
      <w:r>
        <w:br/>
      </w:r>
      <w:r>
        <w:rPr>
          <w:sz w:val="20"/>
        </w:rPr>
        <w:t>27:22  Law of nature yeh hai ke aap aap peace ko kabhi bhi larr kar qaim nahi kar sakte.</w:t>
      </w:r>
      <w:r>
        <w:br/>
      </w:r>
      <w:r>
        <w:rPr>
          <w:sz w:val="20"/>
        </w:rPr>
        <w:t>27:32  Impossible hai. Bilateral base par hi peace kabhi qaim nahi ho sakti. Yeh law of nature hai. To jab hum yeh kehte hain ke peace qaim hogi unilateral base par, to hum law of nature ko attempt kar rahe hote hain.</w:t>
      </w:r>
      <w:r>
        <w:br/>
      </w:r>
      <w:r>
        <w:rPr>
          <w:sz w:val="20"/>
        </w:rPr>
        <w:t>27:51  According to the law of nature, it is impossible to establish peace on bilateral basis. Hmm, to aap ka hamein kya karna hai?</w:t>
      </w:r>
      <w:r>
        <w:br/>
      </w:r>
      <w:r>
        <w:rPr>
          <w:sz w:val="20"/>
        </w:rPr>
        <w:t>28:02  Hum law of nature se larr nahi sakte. Jo law of nature hai, woh to atal hota hai. Is liye hamein law of nature ko manne ki wajah se hamein yeh karna padta hai ke hum unilateral base par peace qaim karne ki koshish karein.</w:t>
      </w:r>
      <w:r>
        <w:br/>
      </w:r>
      <w:r>
        <w:rPr>
          <w:sz w:val="20"/>
        </w:rPr>
        <w:t>28:18  Kyunke peace nahi aayegi to mawaqe nahi khulenge. Peace nahi aayegi to kaam nahi hoga. To masla unilateralism ka nahi hai.</w:t>
      </w:r>
      <w:r>
        <w:br/>
      </w:r>
      <w:r>
        <w:rPr>
          <w:sz w:val="20"/>
        </w:rPr>
        <w:t>28:27  Masla yeh hai ke is ke baghair kaam ke opportunities nahi khulti. To opportunities ko kholne ke liye hum yeh tadbeer ikhtiyar karte hain.</w:t>
      </w:r>
      <w:r>
        <w:br/>
      </w:r>
      <w:r>
        <w:rPr>
          <w:sz w:val="20"/>
        </w:rPr>
        <w:t>28:36  Hmm, woh humiliation nahi hai, woh woh hai method, strategy. So Maulana, peace can be, according to you, peace can be established only unilaterally, and this is a law of nature.</w:t>
      </w:r>
      <w:r>
        <w:br/>
      </w:r>
      <w:r>
        <w:rPr>
          <w:sz w:val="20"/>
        </w:rPr>
        <w:t>28:51  There is nothing humiliating about this. And you are saying that we have to establish peace unilaterally because it opens up opportunities.</w:t>
      </w:r>
    </w:p>
    <w:p>
      <w:pPr>
        <w:pStyle w:val="Heading2"/>
      </w:pPr>
      <w:r>
        <w:t>Ghazwa does not mean war; cultural practice</w:t>
      </w:r>
    </w:p>
    <w:p>
      <w:r>
        <w:rPr>
          <w:color w:val="666666"/>
          <w:sz w:val="18"/>
        </w:rPr>
        <w:t>The Wise Model of the Prophet Peaceful Activism May 3, 2020 Maulana Wahiduddin Khan · 1m 38s · at 2:42 · https://youtu.be/hNAFhiw0Dyk?t=162</w:t>
      </w:r>
    </w:p>
    <w:p>
      <w:r>
        <w:rPr>
          <w:i/>
        </w:rPr>
        <w:t>“Us daur mein jo hua, us ko ghazwa kehte hain”</w:t>
      </w:r>
    </w:p>
    <w:p>
      <w:r>
        <w:rPr>
          <w:sz w:val="20"/>
        </w:rPr>
        <w:t>2:42  is daur mein jo hua, us ko ghazwah kehte hain. mere nazdeek is ka sahi naam nahi hai.</w:t>
      </w:r>
      <w:r>
        <w:br/>
      </w:r>
      <w:r>
        <w:rPr>
          <w:sz w:val="20"/>
        </w:rPr>
        <w:t>2:56  ghazwah ke ma'ni amalan ban gaye hain ladaai. yeh sahi nahi hai.</w:t>
      </w:r>
      <w:r>
        <w:br/>
      </w:r>
      <w:r>
        <w:rPr>
          <w:sz w:val="20"/>
        </w:rPr>
        <w:t>3:08  qadeem zamane mein koi tareeqa hi nahi tha amal karne ka. to aaye ke kuch utho, koi ladaai bhadaai, hatta ke be-darakht karne ke liye jao, qiyaadat karne ke liye,</w:t>
      </w:r>
      <w:r>
        <w:br/>
      </w:r>
      <w:r>
        <w:rPr>
          <w:sz w:val="20"/>
        </w:rPr>
        <w:t>3:24  tab bhi</w:t>
      </w:r>
      <w:r>
        <w:br/>
      </w:r>
      <w:r>
        <w:rPr>
          <w:sz w:val="20"/>
        </w:rPr>
        <w:t>3:26  koi na kuch jhadap. to log chalte the jab ghar se nikalte the to un ke paas hathiyaar hote the.</w:t>
      </w:r>
      <w:r>
        <w:br/>
      </w:r>
      <w:r>
        <w:rPr>
          <w:sz w:val="20"/>
        </w:rPr>
        <w:t>3:40  khud mere bachpan tak yeh riwaaj tha.</w:t>
      </w:r>
      <w:r>
        <w:br/>
      </w:r>
      <w:r>
        <w:rPr>
          <w:sz w:val="20"/>
        </w:rPr>
        <w:t>3:48  log jaate the hajj karne ke liye. to hajj is zamane mein ek aisa safar samjha jaata tha jis mein kuch na kuch</w:t>
      </w:r>
      <w:r>
        <w:br/>
      </w:r>
      <w:r>
        <w:rPr>
          <w:sz w:val="20"/>
        </w:rPr>
        <w:t>4:05  takraao ho sakta tha. yeh log kuch na kuch takraao ka intezaam karte, kar ke ghar se chalte the.</w:t>
      </w:r>
    </w:p>
    <w:p>
      <w:pPr>
        <w:pStyle w:val="Heading2"/>
      </w:pPr>
      <w:r>
        <w:t>The Times mislabels Islam as a religion of violence</w:t>
      </w:r>
    </w:p>
    <w:p>
      <w:r>
        <w:rPr>
          <w:color w:val="666666"/>
          <w:sz w:val="18"/>
        </w:rPr>
        <w:t>Islam A Religion of Peace (English) January 8, 2007 Maulana Wahiduddin Khan · 2m 29s · at 18:44 · https://youtu.be/1Yv-qCZhTJE?t=1124</w:t>
      </w:r>
    </w:p>
    <w:p>
      <w:r>
        <w:rPr>
          <w:i/>
        </w:rPr>
        <w:t>“The well-known London daily, The Times, published an article about Islam.”</w:t>
      </w:r>
    </w:p>
    <w:p>
      <w:r>
        <w:rPr>
          <w:sz w:val="20"/>
        </w:rPr>
        <w:t>18:44  i know that now a days, there are why respect concept the islam is religion of violence.</w:t>
      </w:r>
      <w:r>
        <w:br/>
      </w:r>
      <w:r>
        <w:rPr>
          <w:sz w:val="20"/>
        </w:rPr>
        <w:t>18:58  the well known london daily, the times published in article about islam</w:t>
      </w:r>
      <w:r>
        <w:br/>
      </w:r>
      <w:r>
        <w:rPr>
          <w:sz w:val="20"/>
        </w:rPr>
        <w:t>19:09  . the title was: "a religion that sanctions violence." i think this, this, this caption was due to,</w:t>
      </w:r>
      <w:r>
        <w:br/>
      </w:r>
      <w:r>
        <w:rPr>
          <w:sz w:val="20"/>
        </w:rPr>
        <w:t>19:25  due to, due to a confusion. it is fact that some muslims are engaged in violence.</w:t>
      </w:r>
      <w:r>
        <w:br/>
      </w:r>
      <w:r>
        <w:rPr>
          <w:sz w:val="20"/>
        </w:rPr>
        <w:t>19:37  it is a fact that some muslims are engaged in violence. so, this paper</w:t>
      </w:r>
      <w:r>
        <w:br/>
      </w:r>
      <w:r>
        <w:rPr>
          <w:sz w:val="20"/>
        </w:rPr>
        <w:t>19:48  confuse</w:t>
      </w:r>
      <w:r>
        <w:br/>
      </w:r>
      <w:r>
        <w:rPr>
          <w:sz w:val="20"/>
        </w:rPr>
        <w:t>19:52  between islam and muslims. the paper attributed violence to islam while it was some muslim group that was engaged in violence.</w:t>
      </w:r>
      <w:r>
        <w:br/>
      </w:r>
      <w:r>
        <w:rPr>
          <w:sz w:val="20"/>
        </w:rPr>
        <w:t>20:06  to, although it is fact that some muslims are engaged in violence, but islam is completely based on the concept of peace.</w:t>
      </w:r>
      <w:r>
        <w:br/>
      </w:r>
      <w:r>
        <w:rPr>
          <w:sz w:val="20"/>
        </w:rPr>
        <w:t>20:20  i can say that islam can not afford violence</w:t>
      </w:r>
      <w:r>
        <w:br/>
      </w:r>
      <w:r>
        <w:rPr>
          <w:sz w:val="20"/>
        </w:rPr>
        <w:t>20:27  . islam is against violence to such extent that it is true to say that islam can not afford violence.</w:t>
      </w:r>
      <w:r>
        <w:br/>
      </w:r>
      <w:r>
        <w:rPr>
          <w:sz w:val="20"/>
        </w:rPr>
        <w:t>20:42  wai?</w:t>
      </w:r>
      <w:r>
        <w:br/>
      </w:r>
      <w:r>
        <w:rPr>
          <w:sz w:val="20"/>
        </w:rPr>
        <w:t>20:45  The basic target of Islam is to change human mind, to change human thinking, to change people's thinking.</w:t>
      </w:r>
      <w:r>
        <w:br/>
      </w:r>
      <w:r>
        <w:rPr>
          <w:sz w:val="20"/>
        </w:rPr>
        <w:t>21:01  The basic target is to change thinking, to change mind.</w:t>
      </w:r>
      <w:r>
        <w:br/>
      </w:r>
      <w:r>
        <w:rPr>
          <w:sz w:val="20"/>
        </w:rPr>
        <w:t>21:10  this goal can not be achieved by violence.</w:t>
      </w:r>
    </w:p>
    <w:p>
      <w:pPr>
        <w:pStyle w:val="Heading2"/>
      </w:pPr>
      <w:r>
        <w:t>Losing courage after failure costs your next chance</w:t>
      </w:r>
    </w:p>
    <w:p>
      <w:r>
        <w:rPr>
          <w:color w:val="666666"/>
          <w:sz w:val="18"/>
        </w:rPr>
        <w:t>The Importance of Peace in Life June 30, 2008 · 1m 22s · at 14:17 · https://youtu.be/gbbbmsdMHRs?t=857</w:t>
      </w:r>
    </w:p>
    <w:p>
      <w:r>
        <w:rPr>
          <w:i/>
        </w:rPr>
        <w:t>“A student sits an exam and doesn't get good marks”</w:t>
      </w:r>
    </w:p>
    <w:p>
      <w:r>
        <w:rPr>
          <w:sz w:val="20"/>
        </w:rPr>
        <w:t>14:17  jaise ke ek ek student hai, us ko exam mein baitha, ab woh us ke number achhe nahi aaye ya woh fail ho gaya.</w:t>
      </w:r>
      <w:r>
        <w:br/>
      </w:r>
      <w:r>
        <w:rPr>
          <w:sz w:val="20"/>
        </w:rPr>
        <w:t>14:27  ab us ke dil mein aa gaya ke main to fail ho gaya. pressure mein pad gaya, woh shikayat mein pad gaya. woh to us ka matlab kya hua?</w:t>
      </w:r>
      <w:r>
        <w:br/>
      </w:r>
      <w:r>
        <w:rPr>
          <w:sz w:val="20"/>
        </w:rPr>
        <w:t>14:38  aage ke liye us ne courage kho di. jo khoya gaya, pichhla kal to khoya gaya,</w:t>
      </w:r>
      <w:r>
        <w:br/>
      </w:r>
      <w:r>
        <w:rPr>
          <w:sz w:val="20"/>
        </w:rPr>
        <w:t>14:47  lekin agla kal jo hai, abhi baqi, us ko avail nahi kar sakega.</w:t>
      </w:r>
      <w:r>
        <w:br/>
      </w:r>
      <w:r>
        <w:rPr>
          <w:sz w:val="20"/>
        </w:rPr>
        <w:t>14:55  yani first chance us ne kho diya tha, to second chance bhi woh kho dega. kyun? woh us ke dil mein courage nahi hai, positivity nahi hai.</w:t>
      </w:r>
      <w:r>
        <w:br/>
      </w:r>
      <w:r>
        <w:rPr>
          <w:sz w:val="20"/>
        </w:rPr>
        <w:t>15:08  to first chance bhi khoya gaya aur second chance bhi khoya gaya. is liye ek student ko bhi chahiye ke woh peace mein rahe.</w:t>
      </w:r>
      <w:r>
        <w:br/>
      </w:r>
      <w:r>
        <w:rPr>
          <w:sz w:val="20"/>
        </w:rPr>
        <w:t>15:16  peace ka matlab yahi hai ke irrespective all those situations, all those negative situations, you have to be positive.</w:t>
      </w:r>
      <w:r>
        <w:br/>
      </w:r>
      <w:r>
        <w:rPr>
          <w:sz w:val="20"/>
        </w:rPr>
        <w:t>15:29  tab aisa hoga ke agar aap first chance kho dein to second chance ko avail karne ke qabil rahenge. aap second chance ko avail kar paenge.</w:t>
      </w:r>
    </w:p>
    <w:p>
      <w:pPr>
        <w:pStyle w:val="Heading2"/>
      </w:pPr>
      <w:r>
        <w:t>Re-engineering mind to accept differences</w:t>
      </w:r>
    </w:p>
    <w:p>
      <w:r>
        <w:rPr>
          <w:color w:val="666666"/>
          <w:sz w:val="18"/>
        </w:rPr>
        <w:t>Interview of Maulana Wahiduddin Khan by Steve Chase · 2m 02s · at 7:14 · https://youtu.be/dbDfvOYCLdA?t=434</w:t>
      </w:r>
    </w:p>
    <w:p>
      <w:r>
        <w:rPr>
          <w:i/>
        </w:rPr>
        <w:t>“Our method is basically individual.”</w:t>
      </w:r>
    </w:p>
    <w:p>
      <w:r>
        <w:rPr>
          <w:sz w:val="20"/>
        </w:rPr>
        <w:t>7:14  Our method is basically individual, not manual.</w:t>
      </w:r>
      <w:r>
        <w:br/>
      </w:r>
      <w:r>
        <w:rPr>
          <w:sz w:val="20"/>
        </w:rPr>
        <w:t>7:22  I believe that—that mind is the center of all kinds of activities.</w:t>
      </w:r>
      <w:r>
        <w:br/>
      </w:r>
      <w:r>
        <w:rPr>
          <w:sz w:val="20"/>
        </w:rPr>
        <w:t>7:31  If you want to bring about change in human personality, you have to change the mind.</w:t>
      </w:r>
      <w:r>
        <w:br/>
      </w:r>
      <w:r>
        <w:rPr>
          <w:sz w:val="20"/>
        </w:rPr>
        <w:t>7:39  So we always focus on</w:t>
      </w:r>
      <w:r>
        <w:br/>
      </w:r>
      <w:r>
        <w:rPr>
          <w:sz w:val="20"/>
        </w:rPr>
        <w:t>7:47  —on one's—on way of thinking.</w:t>
      </w:r>
      <w:r>
        <w:br/>
      </w:r>
      <w:r>
        <w:rPr>
          <w:sz w:val="20"/>
        </w:rPr>
        <w:t>7:52  And we are trying to bring about change in—in way of thinking.</w:t>
      </w:r>
      <w:r>
        <w:br/>
      </w:r>
      <w:r>
        <w:rPr>
          <w:sz w:val="20"/>
        </w:rPr>
        <w:t>7:57  For example, our world is a world of differences.</w:t>
      </w:r>
      <w:r>
        <w:br/>
      </w:r>
      <w:r>
        <w:rPr>
          <w:sz w:val="20"/>
        </w:rPr>
        <w:t>8:02  Everywhere there are differences, religious, social, both.</w:t>
      </w:r>
      <w:r>
        <w:br/>
      </w:r>
      <w:r>
        <w:rPr>
          <w:sz w:val="20"/>
        </w:rPr>
        <w:t>8:07  So this difference always makes people negative.</w:t>
      </w:r>
      <w:r>
        <w:br/>
      </w:r>
      <w:r>
        <w:rPr>
          <w:sz w:val="20"/>
        </w:rPr>
        <w:t>8:12  And first com</w:t>
      </w:r>
      <w:r>
        <w:br/>
      </w:r>
      <w:r>
        <w:rPr>
          <w:sz w:val="20"/>
        </w:rPr>
        <w:t>8:17  es negativity, then comes extremism, then violence, then war, and lastly suicide bombing.</w:t>
      </w:r>
      <w:r>
        <w:br/>
      </w:r>
      <w:r>
        <w:rPr>
          <w:sz w:val="20"/>
        </w:rPr>
        <w:t>8:24  So the root cause is way of thinking.</w:t>
      </w:r>
      <w:r>
        <w:br/>
      </w:r>
      <w:r>
        <w:rPr>
          <w:sz w:val="20"/>
        </w:rPr>
        <w:t>8:32  So we try to re-engineer their mind.</w:t>
      </w:r>
      <w:r>
        <w:br/>
      </w:r>
      <w:r>
        <w:rPr>
          <w:sz w:val="20"/>
        </w:rPr>
        <w:t>8:39  By re-engineering of mind, I—I mean that</w:t>
      </w:r>
      <w:r>
        <w:br/>
      </w:r>
      <w:r>
        <w:rPr>
          <w:sz w:val="20"/>
        </w:rPr>
        <w:t>8:47  we try to make them believe that difference is part of nature.</w:t>
      </w:r>
      <w:r>
        <w:br/>
      </w:r>
      <w:r>
        <w:rPr>
          <w:sz w:val="20"/>
        </w:rPr>
        <w:t>8:51  You cannot eliminate the differences.</w:t>
      </w:r>
      <w:r>
        <w:br/>
      </w:r>
      <w:r>
        <w:rPr>
          <w:sz w:val="20"/>
        </w:rPr>
        <w:t>8:56  People generally tend to eliminate the differences.</w:t>
      </w:r>
      <w:r>
        <w:br/>
      </w:r>
      <w:r>
        <w:rPr>
          <w:sz w:val="20"/>
        </w:rPr>
        <w:t>9:00  That is impossible.</w:t>
      </w:r>
      <w:r>
        <w:br/>
      </w:r>
      <w:r>
        <w:rPr>
          <w:sz w:val="20"/>
        </w:rPr>
        <w:t>9:04  So in Quran, there is a—there is a teaching that is called Sabr.</w:t>
      </w:r>
      <w:r>
        <w:br/>
      </w:r>
      <w:r>
        <w:rPr>
          <w:sz w:val="20"/>
        </w:rPr>
        <w:t>9:08  Sabr means patience.</w:t>
      </w:r>
      <w:r>
        <w:br/>
      </w:r>
      <w:r>
        <w:rPr>
          <w:sz w:val="20"/>
        </w:rPr>
        <w:t>9:13  Sabr is one of the great teachings of</w:t>
      </w:r>
    </w:p>
    <w:p>
      <w:pPr>
        <w:pStyle w:val="Heading2"/>
      </w:pPr>
      <w:r>
        <w:t>Prophet's four tasks define true intellectual empowerment</w:t>
      </w:r>
    </w:p>
    <w:p>
      <w:r>
        <w:rPr>
          <w:color w:val="666666"/>
          <w:sz w:val="18"/>
        </w:rPr>
        <w:t>Intellectual Empowerment August 22, 2010 · 2m 04s · at 2:35 · https://youtu.be/hMzhnJpdyAg?t=155</w:t>
      </w:r>
    </w:p>
    <w:p>
      <w:r>
        <w:rPr>
          <w:i/>
        </w:rPr>
        <w:t>“اصل مسئلہ یہ ہے کہ ان کا اندر سوچ نہیں ہے”</w:t>
      </w:r>
    </w:p>
    <w:p>
      <w:r>
        <w:rPr>
          <w:sz w:val="20"/>
        </w:rPr>
        <w:t>2:35  to mein ne kaha ke dekhiye musalmanon ka masla yeh nahi hai ke woh education mein peechay hain, ya un ki economy idarah durust nahi hai.</w:t>
      </w:r>
      <w:r>
        <w:br/>
      </w:r>
      <w:r>
        <w:rPr>
          <w:sz w:val="20"/>
        </w:rPr>
        <w:t>2:45  Asal masla yeh hai ke un ka andar soch nahi hai, soch. Art of thinking nahi hai.</w:t>
      </w:r>
      <w:r>
        <w:br/>
      </w:r>
      <w:r>
        <w:rPr>
          <w:sz w:val="20"/>
        </w:rPr>
        <w:t>2:54  Rasool Allah sal Allah alaihi wasallam ke baray mein Quran majeed mein aaya hai ke char kaam Allah ne unhein diye thay.</w:t>
      </w:r>
      <w:r>
        <w:br/>
      </w:r>
      <w:r>
        <w:rPr>
          <w:sz w:val="20"/>
        </w:rPr>
        <w:t>3:03  Yatlu alaihim ayatihi, wa yuzakkikum, wa yallimukum al kitaba wal hikmah. Is mein dekhiye, teen kaam jo hain woh intellectual empowerment ke kaam hain.</w:t>
      </w:r>
      <w:r>
        <w:br/>
      </w:r>
      <w:r>
        <w:rPr>
          <w:sz w:val="20"/>
        </w:rPr>
        <w:t>3:16  Aaj kal ki istilaah mein istemal kar raha hoon. Yani aik hai tilawat e kitab.</w:t>
      </w:r>
      <w:r>
        <w:br/>
      </w:r>
      <w:r>
        <w:rPr>
          <w:sz w:val="20"/>
        </w:rPr>
        <w:t>3:25  Yani Allah ne jo kitab, ya Quran, farishtay ke zariye bheja aap ko, woh doosron tak pohanchana.</w:t>
      </w:r>
      <w:r>
        <w:br/>
      </w:r>
      <w:r>
        <w:rPr>
          <w:sz w:val="20"/>
        </w:rPr>
        <w:t>3:34  Yeh hai tilawat e kitab. Baqi teen kaam hain: ta'leem mein kitab, tazkiyah, aur hikmah. Yeh teeno kya hain?</w:t>
      </w:r>
      <w:r>
        <w:br/>
      </w:r>
      <w:r>
        <w:rPr>
          <w:sz w:val="20"/>
        </w:rPr>
        <w:t>3:44  Yeh intellectual empowerment ke kaam hain. Yani logon ke andar sahi soch lana, positive thinking lana, tadabbur aur tafakkur ki salahiyat paida karna,</w:t>
      </w:r>
      <w:r>
        <w:br/>
      </w:r>
      <w:r>
        <w:rPr>
          <w:sz w:val="20"/>
        </w:rPr>
        <w:t>4:00  apne mind ko Islam ke andaaz mein develop karna. Yeh hai intellectual empowerment. To Islam ka tareeqa jo hai woh yeh hai.</w:t>
      </w:r>
      <w:r>
        <w:br/>
      </w:r>
      <w:r>
        <w:rPr>
          <w:sz w:val="20"/>
        </w:rPr>
        <w:t>4:15  Sab se bari kami jo musalmanon mein is waqt hai woh yahi hai ke un ko yeh nahi maloom ke Quranic andaaz mein kaise socha jaye.</w:t>
      </w:r>
      <w:r>
        <w:br/>
      </w:r>
      <w:r>
        <w:rPr>
          <w:sz w:val="20"/>
        </w:rPr>
        <w:t>4:26  Yani prophetic pattern mein kaise hamein, kaise hum sochein. Kyun ke soch se planning hoti hai. Jaisay soch, waisi planning.</w:t>
      </w:r>
    </w:p>
    <w:p>
      <w:pPr>
        <w:pStyle w:val="Heading2"/>
      </w:pPr>
      <w:r>
        <w:t>called cowardly for choosing education over politics</w:t>
      </w:r>
    </w:p>
    <w:p>
      <w:r>
        <w:rPr>
          <w:color w:val="666666"/>
          <w:sz w:val="18"/>
        </w:rPr>
        <w:t>CPS Mission January 7, 2007 Maulana Wahiduddin Khan · 1m 22s · at 49:11 · https://youtu.be/8BAYm9ggJ5k?t=2951</w:t>
      </w:r>
    </w:p>
    <w:p>
      <w:r>
        <w:rPr>
          <w:i/>
        </w:rPr>
        <w:t>“We're just fighting, fighting, nothing positive comes of it”</w:t>
      </w:r>
    </w:p>
    <w:p>
      <w:r>
        <w:rPr>
          <w:sz w:val="20"/>
        </w:rPr>
        <w:t>49:11  un se larai, un se larai, un se larai, un se larai, kaam kuch koi positive result nikal nahi raha hai. toh unhon ne aik bar kaha un se, jawad al-nawari se ke hum log jo kaam kar rahe hain political takrao ka, us mein toh koi result koi mil nahi raha hai, kuch</w:t>
      </w:r>
      <w:r>
        <w:br/>
      </w:r>
      <w:r>
        <w:rPr>
          <w:sz w:val="20"/>
        </w:rPr>
        <w:t>49:27  koi positive neeti hai toh mil nahi raha hai. toh hum log education ka kaam karein, choriye is ko, yani politics toh chhod dijiye, hum log education ka kaam karein.</w:t>
      </w:r>
      <w:r>
        <w:br/>
      </w:r>
      <w:r>
        <w:rPr>
          <w:sz w:val="20"/>
        </w:rPr>
        <w:t>49:37  jante hain kya kaha unhon ne? syed jawad afghani ne in kaha: "inma anta musibat." jawaduddin afghani ne mufti abduh se kaha, mufti muhammad abduh se ke: "inma anta musibat ke tum toh buzadli ki batein karte ho,</w:t>
      </w:r>
      <w:r>
        <w:br/>
      </w:r>
      <w:r>
        <w:rPr>
          <w:sz w:val="20"/>
        </w:rPr>
        <w:t>49:55  tum toh buzadli ki batein karte ho." yani political takrao ko chhod kar ke education ka kaam karna un ke andar aik buzadli thi, da'o work karna un ke andar aik buzadli thi, constantly work karna un ke liye buzadli thi,</w:t>
      </w:r>
      <w:r>
        <w:br/>
      </w:r>
      <w:r>
        <w:rPr>
          <w:sz w:val="20"/>
        </w:rPr>
        <w:t>50:09  science ki harkaton ko jan kar ke us ke zariye se islam ki sachaiyon ko re-establish karna yeh buzadli thi. unhon ne kaha: "inma anta musibat." meem se be to</w:t>
      </w:r>
      <w:r>
        <w:br/>
      </w:r>
      <w:r>
        <w:rPr>
          <w:sz w:val="20"/>
        </w:rPr>
        <w:t>50:24  yeh halat hui hai hamare baray baray jo mind hui paidaish zamane mein in ki.</w:t>
      </w:r>
    </w:p>
    <w:p>
      <w:pPr>
        <w:pStyle w:val="Heading2"/>
      </w:pPr>
      <w:r>
        <w:t>How patience shields you from anger's fallout</w:t>
      </w:r>
    </w:p>
    <w:p>
      <w:r>
        <w:rPr>
          <w:color w:val="666666"/>
          <w:sz w:val="18"/>
        </w:rPr>
        <w:t>Importance of Sabr March 23, 2007 · 1m 24s · at 57:54 · https://youtu.be/duCjMIqqfgA?t=3474</w:t>
      </w:r>
    </w:p>
    <w:p>
      <w:r>
        <w:rPr>
          <w:i/>
        </w:rPr>
        <w:t>“How does sabr act as a shield?”</w:t>
      </w:r>
    </w:p>
    <w:p>
      <w:r>
        <w:rPr>
          <w:sz w:val="20"/>
        </w:rPr>
        <w:t>57:54  next question is from Razia. she wants to know, how does sabr act as a shield? how does sabr act as a shield?</w:t>
      </w:r>
      <w:r>
        <w:br/>
      </w:r>
      <w:r>
        <w:rPr>
          <w:sz w:val="20"/>
        </w:rPr>
        <w:t>58:09  very clear. it is very clear. for example, one provokes you.</w:t>
      </w:r>
      <w:r>
        <w:br/>
      </w:r>
      <w:r>
        <w:rPr>
          <w:sz w:val="20"/>
        </w:rPr>
        <w:t>58:17  so, if you, if you are angry, if you become angry, then you will, you will, beat him.</w:t>
      </w:r>
      <w:r>
        <w:br/>
      </w:r>
      <w:r>
        <w:rPr>
          <w:sz w:val="20"/>
        </w:rPr>
        <w:t>58:32  again, beat you. you will throw stone, you will throw bomb.</w:t>
      </w:r>
      <w:r>
        <w:br/>
      </w:r>
      <w:r>
        <w:rPr>
          <w:sz w:val="20"/>
        </w:rPr>
        <w:t>58:39  But if you, if you, someone provoke you and you become patient, then you can save this from this negative result.</w:t>
      </w:r>
      <w:r>
        <w:br/>
      </w:r>
      <w:r>
        <w:rPr>
          <w:sz w:val="20"/>
        </w:rPr>
        <w:t>58:52  so, it is very clear that if you are, if you become angry, then you have to face the result. and if you save yourself from, from anger,</w:t>
      </w:r>
      <w:r>
        <w:br/>
      </w:r>
      <w:r>
        <w:rPr>
          <w:sz w:val="20"/>
        </w:rPr>
        <w:t>59:05  then it will serve as a shield.</w:t>
      </w:r>
      <w:r>
        <w:br/>
      </w:r>
      <w:r>
        <w:rPr>
          <w:sz w:val="20"/>
        </w:rPr>
        <w:t>59:08  and in this situation, you will save yourself from the negative result of the anger.</w:t>
      </w:r>
    </w:p>
    <w:p>
      <w:pPr>
        <w:pStyle w:val="Heading2"/>
      </w:pPr>
      <w:r>
        <w:t>Galileo's telescope reveals celestial servants</w:t>
      </w:r>
    </w:p>
    <w:p>
      <w:r>
        <w:rPr>
          <w:color w:val="666666"/>
          <w:sz w:val="18"/>
        </w:rPr>
        <w:t>Dars-e-Quran, Chapter 2, Verse 63-71 April 15, 2018 · 1m 31s · at 12:48 · https://youtu.be/4QSHnsRshnI?t=768</w:t>
      </w:r>
    </w:p>
    <w:p>
      <w:r>
        <w:rPr>
          <w:i/>
        </w:rPr>
        <w:t>“Chunancha dekhiye, pehla waqia jo hua.”</w:t>
      </w:r>
    </w:p>
    <w:p>
      <w:r>
        <w:rPr>
          <w:sz w:val="20"/>
        </w:rPr>
        <w:t>12:48  chunanche dekhiye, pehla waqea jo hua,</w:t>
      </w:r>
      <w:r>
        <w:br/>
      </w:r>
      <w:r>
        <w:rPr>
          <w:sz w:val="20"/>
        </w:rPr>
        <w:t>12:53  woh chaar sau saal pehle galileo ne</w:t>
      </w:r>
      <w:r>
        <w:br/>
      </w:r>
      <w:r>
        <w:rPr>
          <w:sz w:val="20"/>
        </w:rPr>
        <w:t>13:03  telescope istemal ki pehli baar history mein aur dekha suraj system ko. to galileo ne ailaan kiya ke suraj zameen ke gird nahi ghoom raha hai balkeh zameen khud suraj ke gird ghoom rahi hai.</w:t>
      </w:r>
      <w:r>
        <w:br/>
      </w:r>
      <w:r>
        <w:rPr>
          <w:sz w:val="20"/>
        </w:rPr>
        <w:t>13:24  yeh ek bohat hi zalzala khaiz ailaan tha.</w:t>
      </w:r>
      <w:r>
        <w:br/>
      </w:r>
      <w:r>
        <w:rPr>
          <w:sz w:val="20"/>
        </w:rPr>
        <w:t>13:31  kyunke saari history mein insaan yeh samajhta tha ke yeh zameen markaz hai aur saare is ke gird ghoomte hain.</w:t>
      </w:r>
      <w:r>
        <w:br/>
      </w:r>
      <w:r>
        <w:rPr>
          <w:sz w:val="20"/>
        </w:rPr>
        <w:t>13:40  to maloom hua ke zameen markaz nahi hai.</w:t>
      </w:r>
      <w:r>
        <w:br/>
      </w:r>
      <w:r>
        <w:rPr>
          <w:sz w:val="20"/>
        </w:rPr>
        <w:t>13:45  markaz to suraj hai.</w:t>
      </w:r>
      <w:r>
        <w:br/>
      </w:r>
      <w:r>
        <w:rPr>
          <w:sz w:val="20"/>
        </w:rPr>
        <w:t>13:51  to chand, sitare, saare ajram samavi</w:t>
      </w:r>
      <w:r>
        <w:br/>
      </w:r>
      <w:r>
        <w:rPr>
          <w:sz w:val="20"/>
        </w:rPr>
        <w:t>14:00  ki hesiyat kya ho gayi? ab abdiyat ki ho gayi.</w:t>
      </w:r>
      <w:r>
        <w:br/>
      </w:r>
      <w:r>
        <w:rPr>
          <w:sz w:val="20"/>
        </w:rPr>
        <w:t>14:09  to is tarah se som cheezein expose huien. mein samajhta hoon ke</w:t>
      </w:r>
    </w:p>
    <w:p>
      <w:pPr>
        <w:pStyle w:val="Heading2"/>
      </w:pPr>
      <w:r>
        <w:t>Al-sulh khair: reconciliation best</w:t>
      </w:r>
    </w:p>
    <w:p>
      <w:r>
        <w:rPr>
          <w:color w:val="666666"/>
          <w:sz w:val="18"/>
        </w:rPr>
        <w:t>Adjustment the Only Option | September 19, 2010 | Maulana Wahiduddin Khan · 1m 36s · at 8:40 · https://youtu.be/9plhRQ_z1fw?t=520</w:t>
      </w:r>
    </w:p>
    <w:p>
      <w:r>
        <w:rPr>
          <w:i/>
        </w:rPr>
        <w:t>“Is principle ko is aayat mein bataya gaya hai: 'Al-sulh khair'.”</w:t>
      </w:r>
    </w:p>
    <w:p>
      <w:r>
        <w:rPr>
          <w:sz w:val="20"/>
        </w:rPr>
        <w:t>8:40  is principle ko is ayat mein bataya gaya hai: "al sulh khair". "al sulh khair" yani reconciliation is the best. is ayat ka tarjuma hai: reconciliation is the best. and now what is reconciliation? reconciliation means adjustment, patience, compromise,</w:t>
      </w:r>
      <w:r>
        <w:br/>
      </w:r>
      <w:r>
        <w:rPr>
          <w:sz w:val="20"/>
        </w:rPr>
        <w:t>9:14  adapting, pragmatic approach. yeh hai reconciliation. aksar log mujh se puchte hain, jab main kehta hoon yeh baat ke sabr kab tak? to main kehta hoon ke yeh log bilkul madness mein mubtala hain. sabr kab tak hai? sabr to hamesha, sari life time sabr karna hai. kab tak ka is mein sawal hi nahi hai. yeh to aise hi hai jaise pani kab tak piyen?</w:t>
      </w:r>
      <w:r>
        <w:br/>
      </w:r>
      <w:r>
        <w:rPr>
          <w:sz w:val="20"/>
        </w:rPr>
        <w:t>9:45  khana kab tak khayen? oxygen mein saans kab tak len? to sabr kab tak ki kya baat hai bhai? jo law of nature hai, us ko to life time follow karna hai. log, kyunke logon ka haal yeh hai ke log bas apne ko jante hain, khuda ko jante nahi. sab ka haal hai, one to hal.</w:t>
      </w:r>
    </w:p>
    <w:p>
      <w:pPr>
        <w:pStyle w:val="Heading2"/>
      </w:pPr>
      <w:r>
        <w:t>Self-discipline in modern culture acceptable to Islam</w:t>
      </w:r>
    </w:p>
    <w:p>
      <w:r>
        <w:rPr>
          <w:color w:val="666666"/>
          <w:sz w:val="18"/>
        </w:rPr>
        <w:t>Islam and the Modern Age June 3, 2007 - Maulana Wahiduddin Khan · 2m 22s · at 5:18 · https://youtu.be/yfJx3XZr3UA?t=318</w:t>
      </w:r>
    </w:p>
    <w:p>
      <w:r>
        <w:rPr>
          <w:i/>
        </w:rPr>
        <w:t>“Modern culture jo hai us mein fifty fifty ka mamla hai”</w:t>
      </w:r>
    </w:p>
    <w:p>
      <w:r>
        <w:rPr>
          <w:sz w:val="20"/>
        </w:rPr>
        <w:t>5:18  modern culture jo hai is mein fifty fifty ka mamla hai. kuch cheezain aisi hain jo islam ke accept nahi kare ga islam jis ko.</w:t>
      </w:r>
      <w:r>
        <w:br/>
      </w:r>
      <w:r>
        <w:rPr>
          <w:sz w:val="20"/>
        </w:rPr>
        <w:t>5:31  kuch cheezain hain is ko accept kare ga. jaise aaj kal jo culture hai is mein time ki bohat importance di jati hai.</w:t>
      </w:r>
      <w:r>
        <w:br/>
      </w:r>
      <w:r>
        <w:rPr>
          <w:sz w:val="20"/>
        </w:rPr>
        <w:t>5:40  discipline ko bohat ziyada importance di jati hai. jaise Europe America mein aap jaen to wahan par aadmi</w:t>
      </w:r>
      <w:r>
        <w:br/>
      </w:r>
      <w:r>
        <w:rPr>
          <w:sz w:val="20"/>
        </w:rPr>
        <w:t>5:49  gaari chalaye ga to horn nahin bajaye ga. in ka discipline yeh hai ke shor mat karo. main aik baar New York mein aik library mein gaya.</w:t>
      </w:r>
      <w:r>
        <w:br/>
      </w:r>
      <w:r>
        <w:rPr>
          <w:sz w:val="20"/>
        </w:rPr>
        <w:t>6:03  to main ne dekha ke aik larki aai hai jo bilkul modern larki thi woh. modern larki.</w:t>
      </w:r>
      <w:r>
        <w:br/>
      </w:r>
      <w:r>
        <w:rPr>
          <w:sz w:val="20"/>
        </w:rPr>
        <w:t>6:11  hum India mein dekhte hain ke larkiyan aati hain to kursi khenchti hain itne zor se ke wahan tak awaz ho. baithen ge to dhar se baithen ge ke sab log sun len aas paas ki.</w:t>
      </w:r>
      <w:r>
        <w:br/>
      </w:r>
      <w:r>
        <w:rPr>
          <w:sz w:val="20"/>
        </w:rPr>
        <w:t>6:23  wahan main ne dekha ke woh larki aai. zara bhi awaz nahin lagi mujhe ke kursi khenchi thi ya nahin khenchi thi us ne.</w:t>
      </w:r>
      <w:r>
        <w:br/>
      </w:r>
      <w:r>
        <w:rPr>
          <w:sz w:val="20"/>
        </w:rPr>
        <w:t>6:33  bohat ahistagi se woh baith gai. is ke baad us ne kisi magazine ko, aik kitaab ko liya. to is ka jo is ka woh jo pannah paltati thi, jo is ka waraq paltati thi, itne dheere se ke zara bhi koi is mein awaz na ho.</w:t>
      </w:r>
      <w:r>
        <w:br/>
      </w:r>
      <w:r>
        <w:rPr>
          <w:sz w:val="20"/>
        </w:rPr>
        <w:t>6:52  to shor paida karne ko woh bohat bara sin samajhte hain. isi liye baat karen ge aapas mein to whisper ke roop mein karen ge.</w:t>
      </w:r>
      <w:r>
        <w:br/>
      </w:r>
      <w:r>
        <w:rPr>
          <w:sz w:val="20"/>
        </w:rPr>
        <w:t>7:02  jaise hamare haan hota hai waisa nahin karte woh log baat cheet. yeh saare developed countries mein aisa hai. to yeh bohat acha, acha, bohat achi cheez hai yeh.</w:t>
      </w:r>
      <w:r>
        <w:br/>
      </w:r>
      <w:r>
        <w:rPr>
          <w:sz w:val="20"/>
        </w:rPr>
        <w:t>7:14  Islam mein bhi is ko apnana chahiye. agarche abhi tak yeh Muslim culture, jo modern Muslim culture hai, is ka part nahin banaya yeh. lekin yeh agar banayen hum to yeh bohat acha hoga yeh.</w:t>
      </w:r>
      <w:r>
        <w:br/>
      </w:r>
      <w:r>
        <w:rPr>
          <w:sz w:val="20"/>
        </w:rPr>
        <w:t>7:28  yani self discipline, self control, doosron ke liye problem na banna. yeh hai modern culture ka bohat hi important part hai.</w:t>
      </w:r>
    </w:p>
    <w:p>
      <w:pPr>
        <w:pStyle w:val="Heading2"/>
      </w:pPr>
      <w:r>
        <w:t>Suicide is haram with hadith evidence</w:t>
      </w:r>
    </w:p>
    <w:p>
      <w:r>
        <w:rPr>
          <w:color w:val="666666"/>
          <w:sz w:val="18"/>
        </w:rPr>
        <w:t>Islam and Peace, November 29, 2013 · 2m 09s · at 44:11 · https://youtu.be/sr1E9at4gJY?t=2651</w:t>
      </w:r>
    </w:p>
    <w:p>
      <w:r>
        <w:rPr>
          <w:i/>
        </w:rPr>
        <w:t>“No one can cite a single incident during the Prophet.”</w:t>
      </w:r>
    </w:p>
    <w:p>
      <w:r>
        <w:rPr>
          <w:sz w:val="20"/>
        </w:rPr>
        <w:t>44:11  no one can cite a single incident during the prophet that they committed suicide in the name of god, in the name of islam. it is totally suicide. suicide is haram. and according to the teaching of islam, they never will meet any hour.</w:t>
      </w:r>
      <w:r>
        <w:br/>
      </w:r>
      <w:r>
        <w:rPr>
          <w:sz w:val="20"/>
        </w:rPr>
        <w:t>44:37  Even their entry into paradise is doubtful because suicide is haram.</w:t>
      </w:r>
      <w:r>
        <w:br/>
      </w:r>
      <w:r>
        <w:rPr>
          <w:sz w:val="20"/>
        </w:rPr>
        <w:t>44:45  There are so many teachings in the Quran and Hadith that tell us that suicide is completely haram.</w:t>
      </w:r>
      <w:r>
        <w:br/>
      </w:r>
      <w:r>
        <w:rPr>
          <w:sz w:val="20"/>
        </w:rPr>
        <w:t>44:53  No excuse whatsoever is accepted for suicide.</w:t>
      </w:r>
      <w:r>
        <w:br/>
      </w:r>
      <w:r>
        <w:rPr>
          <w:sz w:val="20"/>
        </w:rPr>
        <w:t>45:01  There is a Hadith in Bukhari that a person was in great pain, great pain, perhaps unbearable pain,</w:t>
      </w:r>
      <w:r>
        <w:br/>
      </w:r>
      <w:r>
        <w:rPr>
          <w:sz w:val="20"/>
        </w:rPr>
        <w:t>45:09  and he committed suicide.</w:t>
      </w:r>
      <w:r>
        <w:br/>
      </w:r>
      <w:r>
        <w:rPr>
          <w:sz w:val="20"/>
        </w:rPr>
        <w:t>45:17  Meaning he committed suicide.</w:t>
      </w:r>
      <w:r>
        <w:br/>
      </w:r>
      <w:r>
        <w:rPr>
          <w:sz w:val="20"/>
        </w:rPr>
        <w:t>45:25  Prophet said he will be going to hell, although he was a Muslim.</w:t>
      </w:r>
      <w:r>
        <w:br/>
      </w:r>
      <w:r>
        <w:rPr>
          <w:sz w:val="20"/>
        </w:rPr>
        <w:t>45:34  This person was a Muslim, but due to some reason there were.</w:t>
      </w:r>
      <w:r>
        <w:br/>
      </w:r>
      <w:r>
        <w:rPr>
          <w:sz w:val="20"/>
        </w:rPr>
        <w:t>45:43  He was, you know, he suffered some pain and he became impatient and he killed himself.</w:t>
      </w:r>
      <w:r>
        <w:br/>
      </w:r>
      <w:r>
        <w:rPr>
          <w:sz w:val="20"/>
        </w:rPr>
        <w:t>45:53  That was suicide.</w:t>
      </w:r>
      <w:r>
        <w:br/>
      </w:r>
      <w:r>
        <w:rPr>
          <w:sz w:val="20"/>
        </w:rPr>
        <w:t>46:02  So Prophet said he will go to hell, although he was a Muslim.</w:t>
      </w:r>
      <w:r>
        <w:br/>
      </w:r>
      <w:r>
        <w:rPr>
          <w:sz w:val="20"/>
        </w:rPr>
        <w:t>46:12  this incident you can see in bukhari, sahih al-bukhari. that is a very authentic book in islam.</w:t>
      </w:r>
      <w:r>
        <w:br/>
      </w:r>
      <w:r>
        <w:rPr>
          <w:sz w:val="20"/>
        </w:rPr>
        <w:t>46:20  so suicide is totally haram in islam and no excuse is acceptable whatsoever. this is a fact. haram, the meaning of haram. haram means unlawful.</w:t>
      </w:r>
    </w:p>
    <w:p>
      <w:pPr>
        <w:pStyle w:val="Heading2"/>
      </w:pPr>
      <w:r>
        <w:t>Modern technology enables instant global teamwork</w:t>
      </w:r>
    </w:p>
    <w:p>
      <w:r>
        <w:rPr>
          <w:color w:val="666666"/>
          <w:sz w:val="18"/>
        </w:rPr>
        <w:t>Islam Ideology, Team and Method October 09, 2011 · 2m 49s · at 17:55 · https://youtu.be/zRilc1fG6c0?t=1075</w:t>
      </w:r>
    </w:p>
    <w:p>
      <w:r>
        <w:rPr>
          <w:i/>
        </w:rPr>
        <w:t>“Kal shaam apne daftar se telephone ke zariye maine khitab kiya”</w:t>
      </w:r>
    </w:p>
    <w:p>
      <w:r>
        <w:rPr>
          <w:sz w:val="20"/>
        </w:rPr>
        <w:t>17:55  jaise kal mein kal shaam ko mein ne apne daftar mein, apne daftar se telephone ke zariye mein ne khitab kiya.</w:t>
      </w:r>
      <w:r>
        <w:br/>
      </w:r>
      <w:r>
        <w:rPr>
          <w:sz w:val="20"/>
        </w:rPr>
        <w:t>18:08  America mein</w:t>
      </w:r>
      <w:r>
        <w:br/>
      </w:r>
      <w:r>
        <w:rPr>
          <w:sz w:val="20"/>
        </w:rPr>
        <w:t>18:09  aap ko maloom hai ke America mein kuch log is is mission mein lage hain aur unhon ne wahan par aik aik group banaya hai, is ka naam hai "Al-Risala Forum International".</w:t>
      </w:r>
      <w:r>
        <w:br/>
      </w:r>
      <w:r>
        <w:rPr>
          <w:sz w:val="20"/>
        </w:rPr>
        <w:t>18:25  to tele teleconferencing hui. mein bhi telephone mein bola. woh log mukhtalif shehron mein thay, woh bhi telephone par aik doosre se mutalliq hue.</w:t>
      </w:r>
      <w:r>
        <w:br/>
      </w:r>
      <w:r>
        <w:rPr>
          <w:sz w:val="20"/>
        </w:rPr>
        <w:t>18:37  to yeh teleconferencing jo aaj hui, yeh pehle kahan mumkin thi? yani pandrah hazar kilometer ke radius mein log base hue, aik doosre se, yani</w:t>
      </w:r>
      <w:r>
        <w:br/>
      </w:r>
      <w:r>
        <w:rPr>
          <w:sz w:val="20"/>
        </w:rPr>
        <w:t>18:55  aik doosre se milte rahe, aise yani aik doosre se baat karte rahe, discussion karte rahe.</w:t>
      </w:r>
      <w:r>
        <w:br/>
      </w:r>
      <w:r>
        <w:rPr>
          <w:sz w:val="20"/>
        </w:rPr>
        <w:t>19:03  instantly, yani aisa nahi ke mein bolun to kal woh awaz aap tak pohnche. jaise hum khat bhejte thay pehle zamanay mein to kaha jata tha ke India mein aik khat teen din mein pohnchta hai aur bahar jane ke liye aik mahina chahiye.</w:t>
      </w:r>
      <w:r>
        <w:br/>
      </w:r>
      <w:r>
        <w:rPr>
          <w:sz w:val="20"/>
        </w:rPr>
        <w:t>19:18  to aisa nahi, idhar mein bola, idhar unhon ne suna, idhar woh boli, idhar mein ne suna. to ab itna zyada har cheez rapid ho gayi hai, itni tez ho gayi</w:t>
      </w:r>
      <w:r>
        <w:br/>
      </w:r>
      <w:r>
        <w:rPr>
          <w:sz w:val="20"/>
        </w:rPr>
        <w:t>19:29  hai ke ab natija lene ke liye hamein itni lambi muddat intezar karne ki zarurat nahi hai jo ke Hazrat Hajra aur Ismail ko karna pada tha.</w:t>
      </w:r>
      <w:r>
        <w:br/>
      </w:r>
      <w:r>
        <w:rPr>
          <w:sz w:val="20"/>
        </w:rPr>
        <w:t>19:40  to aaj jo hai, modern technique, modern technology, modern zarea ko istemal kar ke bohat jald hum result hasil kar sakte hain.</w:t>
      </w:r>
      <w:r>
        <w:br/>
      </w:r>
      <w:r>
        <w:rPr>
          <w:sz w:val="20"/>
        </w:rPr>
        <w:t>19:50  lekin zarurat isi ki hai ke dobara aise afraad milen aap ko, itne hosla mand jo waqti temptation se oopar uth saken,</w:t>
      </w:r>
      <w:r>
        <w:br/>
      </w:r>
      <w:r>
        <w:rPr>
          <w:sz w:val="20"/>
        </w:rPr>
        <w:t>20:04  waqti distraction se oopar uth saken aur apne aap ko aik aik aik cause ke liye dedicate kar den ke hum ko hum ko train karo, hum ko tayyar karo.</w:t>
      </w:r>
      <w:r>
        <w:br/>
      </w:r>
      <w:r>
        <w:rPr>
          <w:sz w:val="20"/>
        </w:rPr>
        <w:t>20:18  to yeh hai ke Islam ka jo mission hai, Islam ka jo jo jo aalami mission hai, is ke liye hamein team chahiye.</w:t>
      </w:r>
      <w:r>
        <w:br/>
      </w:r>
      <w:r>
        <w:rPr>
          <w:sz w:val="20"/>
        </w:rPr>
        <w:t>20:32  baghair team ke hum is mission ko barhe paimane par nahi chala sakte. lekin team ki tayyari ke liye wahi hamein dobara wahi history repeat karni paregi jo Hazrat Hajra ki rawani hui.</w:t>
      </w:r>
    </w:p>
    <w:p>
      <w:pPr>
        <w:pStyle w:val="Heading2"/>
      </w:pPr>
      <w:r>
        <w:t>Love of God is history's rarest commodity</w:t>
      </w:r>
    </w:p>
    <w:p>
      <w:r>
        <w:rPr>
          <w:color w:val="666666"/>
          <w:sz w:val="18"/>
        </w:rPr>
        <w:t>Contribution of Sufism in India May 29, 2011 · 2m 25s · at 1:46:41 · https://youtu.be/lzxSaTnomio?t=6401</w:t>
      </w:r>
    </w:p>
    <w:p>
      <w:r>
        <w:rPr>
          <w:i/>
        </w:rPr>
        <w:t>“The rarest commodity in the world is love for God”</w:t>
      </w:r>
    </w:p>
    <w:p>
      <w:r>
        <w:rPr>
          <w:sz w:val="20"/>
        </w:rPr>
        <w:t>1:46:41  Maulana Zakwan Nadvi ne Delhi se likha hai: "Hadees mein aaya hai ke Allah ke kuch aise bande hain jin ke upar Qayamat ke din prophets bhi rush karenge.</w:t>
      </w:r>
      <w:r>
        <w:br/>
      </w:r>
      <w:r>
        <w:rPr>
          <w:sz w:val="20"/>
        </w:rPr>
        <w:t>1:46:54  poochne par prophet ne bataya ke yeh woh log honge jo Allah ke bande ke andar Allah ki mohabbat paida karenge."</w:t>
      </w:r>
      <w:r>
        <w:br/>
      </w:r>
      <w:r>
        <w:rPr>
          <w:sz w:val="20"/>
        </w:rPr>
        <w:t>1:47:03  Maulana, is hadees ko explain kariye. dekhiye, is par ghor karne se mujhe samajh mein aaya hai ke sab se zyada rare jo jo hai, commodity rest of rare, woh Allah se mohabbat hai.</w:t>
      </w:r>
      <w:r>
        <w:br/>
      </w:r>
      <w:r>
        <w:rPr>
          <w:sz w:val="20"/>
        </w:rPr>
        <w:t>1:47:19  yeh ajib baat hai ke hazaron saal guzre chale ja rahe hain, woh banda hi nahi paida ho raha jo Allah se hubb shadeed jis ke andar ho. bohat anokhi baat hai.</w:t>
      </w:r>
      <w:r>
        <w:br/>
      </w:r>
      <w:r>
        <w:rPr>
          <w:sz w:val="20"/>
        </w:rPr>
        <w:t>1:47:30  abhi jo mein ne bataya aap ko ke Haram se Makkah, Madinah, Telugu aaya mere paas. mein ne us ko poocha ke kya mohabbat ilahi ka koi charcha suna aap ne?</w:t>
      </w:r>
      <w:r>
        <w:br/>
      </w:r>
      <w:r>
        <w:rPr>
          <w:sz w:val="20"/>
        </w:rPr>
        <w:t>1:47:38  kaha kuch nahi, mohabbat ilahi ki koi baat hi nahi, woh kyun karta? yani Haram pe, Makkah, Madinah mein, aisi duniya bhar mein to ajib baat hai ke bohat hi rare commodity jo hai duniya mein, woh hai mohabbat ilahi.</w:t>
      </w:r>
      <w:r>
        <w:br/>
      </w:r>
      <w:r>
        <w:rPr>
          <w:sz w:val="20"/>
        </w:rPr>
        <w:t>1:47:54  yani Shaitan aisa zyada bhakata hai ke insaan ko Khuda se mohabbat na paida ho,</w:t>
      </w:r>
      <w:r>
        <w:br/>
      </w:r>
      <w:r>
        <w:rPr>
          <w:sz w:val="20"/>
        </w:rPr>
        <w:t>1:48:00  kyun ke mohabbat paida ho jayegi to Allah ka mehboob ban jayega. woh</w:t>
      </w:r>
      <w:r>
        <w:br/>
      </w:r>
      <w:r>
        <w:rPr>
          <w:sz w:val="20"/>
        </w:rPr>
        <w:t>1:48:07  to aisi halat mein woh bande, woh daai jo insano ko is is yani insaan ke andar yeh yeh zeher banaye ke woh Allah se mohabbat karne wala ban jaye, to yeh bohat hi bara kaam hai.</w:t>
      </w:r>
      <w:r>
        <w:br/>
      </w:r>
      <w:r>
        <w:rPr>
          <w:sz w:val="20"/>
        </w:rPr>
        <w:t>1:48:27  yani hazaron saal se tareekh chal rahi hai, woh insaan paida hi nahi ho rahe hain jo Allah se mohabbat karein. kyun? Shaitan ne bhaka rakha hai logon ko, bhaka rakha hai, bhaka rakha hai.</w:t>
      </w:r>
      <w:r>
        <w:br/>
      </w:r>
      <w:r>
        <w:rPr>
          <w:sz w:val="20"/>
        </w:rPr>
        <w:t>1:48:37  to woh woh daai jo hain, kitne ajib honge jo insano ko samjhayein, un ke mind ko address karein, un ke andar Allah ki mohabbat dalein, aur phir woh insaan, aadmi jo hai, Allah ko discover kar ke us se mohabbat karne wala ban jaye, to bohat anokha insaan hoga woh.</w:t>
      </w:r>
      <w:r>
        <w:br/>
      </w:r>
      <w:r>
        <w:rPr>
          <w:sz w:val="20"/>
        </w:rPr>
        <w:t>1:48:56  to Paighambar sochenge ke dekho yeh kaise log the, yeh kya itna bara kaam kar dala unhon ne. to yeh to phir fitri baat hai.</w:t>
      </w:r>
    </w:p>
    <w:p>
      <w:pPr>
        <w:pStyle w:val="Heading2"/>
      </w:pPr>
      <w:r>
        <w:t>Judge by opportunity not ideal</w:t>
      </w:r>
    </w:p>
    <w:p>
      <w:r>
        <w:rPr>
          <w:color w:val="666666"/>
          <w:sz w:val="18"/>
        </w:rPr>
        <w:t>Q&amp;A 24 Jun 2012 Maulana Wahiduddin Khan · 1m 16s · at 19:10 · https://youtu.be/t-W7IaCQsUs?t=1150</w:t>
      </w:r>
    </w:p>
    <w:p>
      <w:r>
        <w:rPr>
          <w:i/>
        </w:rPr>
        <w:t>“Jo surat-e-haal hai, usko ideal se naap kar kab ada karte hain?”</w:t>
      </w:r>
    </w:p>
    <w:p>
      <w:r>
        <w:rPr>
          <w:sz w:val="20"/>
        </w:rPr>
        <w:t>19:10  jo surat haal hai, jo existing situation hai, usko ideal se naap kar kab ada karte hain? aap ek bafau ideal, ek ek farzi ideal naam nahin. uske bajaye aap yeh dekhiye ki jo bhi situation hai,</w:t>
      </w:r>
      <w:r>
        <w:br/>
      </w:r>
      <w:r>
        <w:rPr>
          <w:sz w:val="20"/>
        </w:rPr>
        <w:t>19:25  usmein phir bhi opportunity maujood hai.</w:t>
      </w:r>
      <w:r>
        <w:br/>
      </w:r>
      <w:r>
        <w:rPr>
          <w:sz w:val="20"/>
        </w:rPr>
        <w:t>19:31  to main yahan samjhaya, maine ki aadmi ko chahiye ki wo apne zamane ko in terms of ideal na nape, in terms of opportunity dekhe. yaani jo</w:t>
      </w:r>
      <w:r>
        <w:br/>
      </w:r>
      <w:r>
        <w:rPr>
          <w:sz w:val="20"/>
        </w:rPr>
        <w:t>19:47  situation hai, jis mein aadmi hai, usko ideal na judge kare. is aitbaar dekhe, kya opportunity maujood hai? tumhare wo bahut maujood hai, enom opportunity. to bas usi par focus kar de. ideal ke liye wo jannat ka, yaani</w:t>
      </w:r>
      <w:r>
        <w:br/>
      </w:r>
      <w:r>
        <w:rPr>
          <w:sz w:val="20"/>
        </w:rPr>
        <w:t>20:05  wo samjhe ki jannat ke liye duaen kare, jannat ke liye wo ishtaq uske andar ho. to idealism jannat ke liye hai. aur duniya mein jo hai, wo opportunity ko talash karke uska avel karna,</w:t>
      </w:r>
      <w:r>
        <w:br/>
      </w:r>
      <w:r>
        <w:rPr>
          <w:sz w:val="20"/>
        </w:rPr>
        <w:t>20:20  yeh hai sahi tareeqe ka.</w:t>
      </w:r>
      <w:r>
        <w:br/>
      </w:r>
      <w:r>
        <w:rPr>
          <w:sz w:val="20"/>
        </w:rPr>
        <w:t>20:27  maulana, agla sawal dilli se hai, doctor najma siddiqui ka. unhone likha hai, "curriculum change is considered an ongoing process in the field of education. how difficult is it to have open discussion and bring meaningful changes in madrasa curriculum?</w:t>
      </w:r>
    </w:p>
    <w:p>
      <w:pPr>
        <w:pStyle w:val="Heading2"/>
      </w:pPr>
      <w:r>
        <w:t>Healthy vs unhealthy differences; no difference means stagnation</w:t>
      </w:r>
    </w:p>
    <w:p>
      <w:r>
        <w:rPr>
          <w:color w:val="666666"/>
          <w:sz w:val="18"/>
        </w:rPr>
        <w:t>Differences Are a Part Of Nature CPS Women Discussion 24 September 17, 2023 · 1m 17s · at 13:56 · https://youtu.be/uL_xIxYZtw4?t=836</w:t>
      </w:r>
    </w:p>
    <w:p>
      <w:r>
        <w:rPr>
          <w:i/>
        </w:rPr>
        <w:t>“You were talking about the healthy differences and the unhealthy differences”</w:t>
      </w:r>
    </w:p>
    <w:p>
      <w:r>
        <w:rPr>
          <w:sz w:val="20"/>
        </w:rPr>
        <w:t>13:56  Shabina, what I can infer from your talk is basically, you were talking about the healthy differences and the unhealthy differences. you elaborated on the unhealthy differences. what Molana says about healthy differences is that when you have healthy differences, then you can lead that to discussions and dialogue and intellectual development, and that leads to progress.</w:t>
      </w:r>
      <w:r>
        <w:br/>
      </w:r>
      <w:r>
        <w:rPr>
          <w:sz w:val="20"/>
        </w:rPr>
        <w:t>14:23  but if there is no differences, then that leads to stagnation. Molena has pointed out very much in this fact, and every man and every woman is born with an unlimited potential. if this differences does not exist, it does not exist, then that potential will not unfold.</w:t>
      </w:r>
      <w:r>
        <w:br/>
      </w:r>
      <w:r>
        <w:rPr>
          <w:sz w:val="20"/>
        </w:rPr>
        <w:t>14:47  it will not unfold, and that will lead to the stagnation of the whole society because each one of us is not progressing. so I invite Najma aapka to share her learning. aaj ka discussion bahut important hai.</w:t>
      </w:r>
      <w:r>
        <w:br/>
      </w:r>
      <w:r>
        <w:rPr>
          <w:sz w:val="20"/>
        </w:rPr>
        <w:t>15:13  waise toh hum saare human beings jo hain woh ek hi species ke hain, homo sapiens hain. lekin agar hum dekhein toh kisi ke fingerprints ek se nahi hote aur kitni kitne individual differences hote hain aur woh dekhne mein toh khair chaliye saare ek tarah se ek bhi hain. unity mein diversity humein dikhti hai.</w:t>
      </w:r>
    </w:p>
    <w:p>
      <w:pPr>
        <w:pStyle w:val="Heading2"/>
      </w:pPr>
      <w:r>
        <w:t>Quran is a book of ideology, not a weapon</w:t>
      </w:r>
    </w:p>
    <w:p>
      <w:r>
        <w:rPr>
          <w:color w:val="666666"/>
          <w:sz w:val="18"/>
        </w:rPr>
        <w:t>War and Peace in Islam January 2, 2022 Prof. Farida Khanam · 2m 16s · at 1:11 · https://youtu.be/6x_Q013u794?t=71</w:t>
      </w:r>
    </w:p>
    <w:p>
      <w:r>
        <w:rPr>
          <w:i/>
        </w:rPr>
        <w:t>“Ek aayat hai Quran mein, bajahidhum bihi jihadan kabira”</w:t>
      </w:r>
    </w:p>
    <w:p>
      <w:r>
        <w:rPr>
          <w:sz w:val="20"/>
        </w:rPr>
        <w:t>1:11  to ek ayat hai quran mein bazahi dhum behi jihadan kabira. surah alfurqan, verse 52. to is se humein pata chalta hai ke quran jo hai woh ek book of ideology hai. to yeh koi gun aur koi bomb nahi hai. koi hathiyaar ka is mein koi cheez nahi hai. balkay humein ek ideology deta hai quran aur woh peaceful ideology hai.</w:t>
      </w:r>
      <w:r>
        <w:br/>
      </w:r>
      <w:r>
        <w:rPr>
          <w:sz w:val="20"/>
        </w:rPr>
        <w:t>1:39  khuda ki marfat isse hasil hoti hai aur insaan ki islah hoti hai.</w:t>
      </w:r>
      <w:r>
        <w:br/>
      </w:r>
      <w:r>
        <w:rPr>
          <w:sz w:val="20"/>
        </w:rPr>
        <w:t>1:46  to is tarike se yeh ek book hai ideology ki aur hamein isko peacefully logon tak communicate karna hai.</w:t>
      </w:r>
      <w:r>
        <w:br/>
      </w:r>
      <w:r>
        <w:rPr>
          <w:sz w:val="20"/>
        </w:rPr>
        <w:t>1:54  to yeh iski wajah se humein hum jo hai koi bhi violent method jo hai is mein work nahin karega.</w:t>
      </w:r>
      <w:r>
        <w:br/>
      </w:r>
      <w:r>
        <w:rPr>
          <w:sz w:val="20"/>
        </w:rPr>
        <w:t>2:02  kyunke violence ke zariye se koi bhi constructive kaam nahin ho sakta.</w:t>
      </w:r>
      <w:r>
        <w:br/>
      </w:r>
      <w:r>
        <w:rPr>
          <w:sz w:val="20"/>
        </w:rPr>
        <w:t>2:10  isi tareeqay se ek hadith hai ke insaan ke jism mein ek, ek organ hai, ek, ek uska hissa hai jo ke hai. agar kalb ki islah ho jati hai to poori jism ki islah ho jati hai. yani kalb ki islah se hum apni poori zindagi ko badal sakte hain. hamari thinking mein change aayega. to jab thinking mein change aayega to hamari poori zindagi mein change aayega.</w:t>
      </w:r>
      <w:r>
        <w:br/>
      </w:r>
      <w:r>
        <w:rPr>
          <w:sz w:val="20"/>
        </w:rPr>
        <w:t>2:38  hum jo zindagi allah taala chahte hain ke jis tareeqay se hum apni zindagi guzaren, khuda ki yaad mein, khuda ki marfat mein, aur ek peaceful life honi chahiye hamari society mein. to woh hamara dil jab durust ho jayega, to us se yeh saare nateejay hasil honge.</w:t>
      </w:r>
      <w:r>
        <w:br/>
      </w:r>
      <w:r>
        <w:rPr>
          <w:sz w:val="20"/>
        </w:rPr>
        <w:t>3:02  to rasoolullah, sallallahu alayhi wasallam poori zindagi aur aap ke ashaab peaceful tareeqay se kaam karte rahe. to aap ko jo paygham mila tha, jab aap prophet banaye gaye aur aap ko jo paigham mila to us mein bataya gaya ke tum ko yeh message tamam bando tak pohncha dena hai. to aap bohat hi peaceful tareeqay se yeh kaam karte rahe.</w:t>
      </w:r>
      <w:r>
        <w:br/>
      </w:r>
      <w:r>
        <w:rPr>
          <w:sz w:val="20"/>
        </w:rPr>
        <w:t>3:27  logon tak pahunchate rahen, logon ko khairkhai ke sath aur har tarah se unke liye duaen karte rahen. Lekin masla yah tha ki bahut zyada insan ko mukammal aazadi di gai hai.</w:t>
      </w:r>
    </w:p>
    <w:p>
      <w:pPr>
        <w:pStyle w:val="Heading2"/>
      </w:pPr>
      <w:r>
        <w:t>From noise to peace through universal reflection</w:t>
      </w:r>
    </w:p>
    <w:p>
      <w:r>
        <w:rPr>
          <w:color w:val="666666"/>
          <w:sz w:val="18"/>
        </w:rPr>
        <w:t>Peace of Mind April 19, 2015 · 2m 50s · at 3:39 · https://youtu.be/nYvd93Af2YI?t=219</w:t>
      </w:r>
    </w:p>
    <w:p>
      <w:r>
        <w:rPr>
          <w:i/>
        </w:rPr>
        <w:t>“Main apne ghar ke bahar”</w:t>
      </w:r>
    </w:p>
    <w:p>
      <w:r>
        <w:rPr>
          <w:sz w:val="20"/>
        </w:rPr>
        <w:t>3:39  main apne ghar ke bahar, hamare ghar ke bahar jo</w:t>
      </w:r>
      <w:r>
        <w:br/>
      </w:r>
      <w:r>
        <w:rPr>
          <w:sz w:val="20"/>
        </w:rPr>
        <w:t>3:46  jagah hai khuli wahan par baitha hua tha. To mere saamne se gaadiyan guzar rahi theen. Cars, motorcycles.</w:t>
      </w:r>
      <w:r>
        <w:br/>
      </w:r>
      <w:r>
        <w:rPr>
          <w:sz w:val="20"/>
        </w:rPr>
        <w:t>3:58  woh bar bar woh horn baja rahe thay, horn. To horn mujh ko disturb kar raha tha.</w:t>
      </w:r>
      <w:r>
        <w:br/>
      </w:r>
      <w:r>
        <w:rPr>
          <w:sz w:val="20"/>
        </w:rPr>
        <w:t>4:06  to main us waqt ke boarding ke, boredom ke haalat mein tha. Bor ho raha tha. To main ne socha ke dunya to boring experience se bhari hui hai.</w:t>
      </w:r>
      <w:r>
        <w:br/>
      </w:r>
      <w:r>
        <w:rPr>
          <w:sz w:val="20"/>
        </w:rPr>
        <w:t>4:22  to kaise hum apne ko boredom se bachayen? Is par sochne laga main.</w:t>
      </w:r>
      <w:r>
        <w:br/>
      </w:r>
      <w:r>
        <w:rPr>
          <w:sz w:val="20"/>
        </w:rPr>
        <w:t>4:35  to meri samajh mein us waqt aik ayat, Quran Majeed ki aik ayat aayi. "Ala bi zikr Allah tatma'inn al-qulub".</w:t>
      </w:r>
      <w:r>
        <w:br/>
      </w:r>
      <w:r>
        <w:rPr>
          <w:sz w:val="20"/>
        </w:rPr>
        <w:t>4:44  yaad rakho allah ki yaad se dilon ko itminan hasil hota hai.</w:t>
      </w:r>
      <w:r>
        <w:br/>
      </w:r>
      <w:r>
        <w:rPr>
          <w:sz w:val="20"/>
        </w:rPr>
        <w:t>4:56  phir maine socha ke allah ko yaad karne ka se itminan kaise hasil hota hai? kaise</w:t>
      </w:r>
      <w:r>
        <w:br/>
      </w:r>
      <w:r>
        <w:rPr>
          <w:sz w:val="20"/>
        </w:rPr>
        <w:t>5:03  ? is ka matlab hai ke god ka jo creation hai, god ne jo duniya banai hai is mein sochna.</w:t>
      </w:r>
      <w:r>
        <w:br/>
      </w:r>
      <w:r>
        <w:rPr>
          <w:sz w:val="20"/>
        </w:rPr>
        <w:t>5:14  phir yeh sochte hue mere mind mein yeh aya ke jis tarah hamare road par gadiyan chal rahi hain,</w:t>
      </w:r>
      <w:r>
        <w:br/>
      </w:r>
      <w:r>
        <w:rPr>
          <w:sz w:val="20"/>
        </w:rPr>
        <w:t>5:28  woh ek movement hai. aise poori universe mein movement hai.</w:t>
      </w:r>
      <w:r>
        <w:br/>
      </w:r>
      <w:r>
        <w:rPr>
          <w:sz w:val="20"/>
        </w:rPr>
        <w:t>5:33  aap jante hain ke poori universe on the move hai. yeh stars chal rahe hain. planets chal rahe hain.</w:t>
      </w:r>
      <w:r>
        <w:br/>
      </w:r>
      <w:r>
        <w:rPr>
          <w:sz w:val="20"/>
        </w:rPr>
        <w:t>5:44  suraj, chand chal rahe hain. aur un ki jo speed hai hamare hawai jahazon se zyada tez hai.</w:t>
      </w:r>
      <w:r>
        <w:br/>
      </w:r>
      <w:r>
        <w:rPr>
          <w:sz w:val="20"/>
        </w:rPr>
        <w:t>5:54  magar wahan koi shor nahin. wahan koi noise nahin. wahan koi horn nahin bajata.</w:t>
      </w:r>
      <w:r>
        <w:br/>
      </w:r>
      <w:r>
        <w:rPr>
          <w:sz w:val="20"/>
        </w:rPr>
        <w:t>6:06  to maine socha ke yeh to hamari bohat choti duniya hai. yeh road hai is par sawariyan guzar rahi hain to bohat choti duniya hai. jo zyada bari duniya hai wahan bhi vehicle chal rahe hain.</w:t>
      </w:r>
      <w:r>
        <w:br/>
      </w:r>
      <w:r>
        <w:rPr>
          <w:sz w:val="20"/>
        </w:rPr>
        <w:t>6:20  koi shor nahin. to is par maine daryaft kiya creator ko. ke creator kitna bara hai.</w:t>
      </w:r>
    </w:p>
    <w:p>
      <w:pPr>
        <w:pStyle w:val="Heading2"/>
      </w:pPr>
      <w:r>
        <w:t>Satan's real trick is chasing unreachable ideals</w:t>
      </w:r>
    </w:p>
    <w:p>
      <w:r>
        <w:rPr>
          <w:color w:val="666666"/>
          <w:sz w:val="18"/>
        </w:rPr>
        <w:t>The Search of Man July 7, 2013 · 1m 52s · at 11:05 · https://youtu.be/44_ud_OInuU?t=665</w:t>
      </w:r>
    </w:p>
    <w:p>
      <w:r>
        <w:rPr>
          <w:i/>
        </w:rPr>
        <w:t>“Satan's weapon is tazyeen — beautifying unreachable ideals”</w:t>
      </w:r>
    </w:p>
    <w:p>
      <w:r>
        <w:rPr>
          <w:sz w:val="20"/>
        </w:rPr>
        <w:t>11:05  yeh sab sochte hue phir mujhe yaad aaya ke shaitan ka harba kya hai? Uski tadbeer kya hai? To Quran mein shaitan ne kaha hai ke uska harba hai tazeen, tazeen, beautification.</w:t>
      </w:r>
      <w:r>
        <w:br/>
      </w:r>
      <w:r>
        <w:rPr>
          <w:sz w:val="20"/>
        </w:rPr>
        <w:t>11:26  yani</w:t>
      </w:r>
      <w:r>
        <w:br/>
      </w:r>
      <w:r>
        <w:rPr>
          <w:sz w:val="20"/>
        </w:rPr>
        <w:t>11:35  cheezon ko beautify karna aur achhi achhi tamanna miljhna usko. To yeh kya cheez hai? Yeh yeh tazeen kya hai?</w:t>
      </w:r>
      <w:r>
        <w:br/>
      </w:r>
      <w:r>
        <w:rPr>
          <w:sz w:val="20"/>
        </w:rPr>
        <w:t>11:48  yeh tazeen kya hai?</w:t>
      </w:r>
      <w:r>
        <w:br/>
      </w:r>
      <w:r>
        <w:rPr>
          <w:sz w:val="20"/>
        </w:rPr>
        <w:t>11:50  tafseeron mein yeh cheez lagti hai bohat hi ambiguous, clear nahin hai. Clear nahin hai. Dekhiye, yeh tazeen jo hai, is par maine bohat socha.</w:t>
      </w:r>
      <w:r>
        <w:br/>
      </w:r>
      <w:r>
        <w:rPr>
          <w:sz w:val="20"/>
        </w:rPr>
        <w:t>12:05  tazeen se murad hai ideals. Insaan ke andar jo ideals hain, uski talash mein daudna.</w:t>
      </w:r>
      <w:r>
        <w:br/>
      </w:r>
      <w:r>
        <w:rPr>
          <w:sz w:val="20"/>
        </w:rPr>
        <w:t>12:16  ideal ki talash. Har aadmi ko shaitan ne ideal ki talash mein laga rakha hai. Yahi hai tazeen.</w:t>
      </w:r>
      <w:r>
        <w:br/>
      </w:r>
      <w:r>
        <w:rPr>
          <w:sz w:val="20"/>
        </w:rPr>
        <w:t>12:26  achha, yeh ideal duniya mein milne wala nahin hai. Kyunke duniya insaan ki habitat nahin hai. Yeh duniya insaan ki habitat nahin hai.</w:t>
      </w:r>
      <w:r>
        <w:br/>
      </w:r>
      <w:r>
        <w:rPr>
          <w:sz w:val="20"/>
        </w:rPr>
        <w:t>12:38  to na to fard ko milta, na kisi leader ko ya kisi movement ko milta.</w:t>
      </w:r>
      <w:r>
        <w:br/>
      </w:r>
      <w:r>
        <w:rPr>
          <w:sz w:val="20"/>
        </w:rPr>
        <w:t>12:49  sab ek aise ideal ki talash mein hain jo ke duniya mein sarr se achievable nahin.</w:t>
      </w:r>
    </w:p>
    <w:p>
      <w:pPr>
        <w:pStyle w:val="Heading2"/>
      </w:pPr>
      <w:r>
        <w:t>Distinguishing true jihad from misused violence</w:t>
      </w:r>
    </w:p>
    <w:p>
      <w:r>
        <w:rPr>
          <w:color w:val="666666"/>
          <w:sz w:val="18"/>
        </w:rPr>
        <w:t>Islma A Religion of Peace (English) January 7, 2010 · 1m 44s · at 20:46 · https://youtu.be/YKg_GJj8Hvg?t=1246</w:t>
      </w:r>
    </w:p>
    <w:p>
      <w:r>
        <w:rPr>
          <w:i/>
        </w:rPr>
        <w:t>“Now a few words about jihad — people are obsessed with it”</w:t>
      </w:r>
    </w:p>
    <w:p>
      <w:r>
        <w:rPr>
          <w:sz w:val="20"/>
        </w:rPr>
        <w:t>20:46  now, a few words about jihad. people are obsessed with the concept of jihad. there are so many news everyday in media.</w:t>
      </w:r>
      <w:r>
        <w:br/>
      </w:r>
      <w:r>
        <w:rPr>
          <w:sz w:val="20"/>
        </w:rPr>
        <w:t>20:58  but, what is jihad</w:t>
      </w:r>
      <w:r>
        <w:br/>
      </w:r>
      <w:r>
        <w:rPr>
          <w:sz w:val="20"/>
        </w:rPr>
        <w:t>21:00  ? literally, jihad means to strive, to struggle. that is jihad, means peaceful struggle.</w:t>
      </w:r>
      <w:r>
        <w:br/>
      </w:r>
      <w:r>
        <w:rPr>
          <w:sz w:val="20"/>
        </w:rPr>
        <w:t>21:10  jihad has nothing to do with violence and and gun culture. jihad means peaceful struggle, peaceful for any noble cause.</w:t>
      </w:r>
      <w:r>
        <w:br/>
      </w:r>
      <w:r>
        <w:rPr>
          <w:sz w:val="20"/>
        </w:rPr>
        <w:t>21:25  peaceful for any noble cause means jihad.</w:t>
      </w:r>
      <w:r>
        <w:br/>
      </w:r>
      <w:r>
        <w:rPr>
          <w:sz w:val="20"/>
        </w:rPr>
        <w:t>21:32  so, these people who are engaged in jihad, who are engaged in gun culture and saying there is jihad. they are misusing the word jihad.</w:t>
      </w:r>
      <w:r>
        <w:br/>
      </w:r>
      <w:r>
        <w:rPr>
          <w:sz w:val="20"/>
        </w:rPr>
        <w:t>21:45  here, i would like to say that you have to adopt a very important principle, that is you have to differentiate between islam and muslims.</w:t>
      </w:r>
      <w:r>
        <w:br/>
      </w:r>
      <w:r>
        <w:rPr>
          <w:sz w:val="20"/>
        </w:rPr>
        <w:t>22:00  i repeat, you have to differentiate between islam and muslims. you have to judge muslims in the light of islamic teachings and not vice versa.</w:t>
      </w:r>
      <w:r>
        <w:br/>
      </w:r>
      <w:r>
        <w:rPr>
          <w:sz w:val="20"/>
        </w:rPr>
        <w:t>22:15  so, these people are engaged in guns culture and bib culture in the name of jihad, but is not jihad.</w:t>
      </w:r>
      <w:r>
        <w:br/>
      </w:r>
      <w:r>
        <w:rPr>
          <w:sz w:val="20"/>
        </w:rPr>
        <w:t>22:26  they are misusing the word jihad.</w:t>
      </w:r>
    </w:p>
    <w:p>
      <w:pPr>
        <w:pStyle w:val="Heading2"/>
      </w:pPr>
      <w:r>
        <w:t>A Quran verse that stopped communal riots in India</w:t>
      </w:r>
    </w:p>
    <w:p>
      <w:r>
        <w:rPr>
          <w:color w:val="666666"/>
          <w:sz w:val="18"/>
        </w:rPr>
        <w:t>Islam in the Modern Age December 08, 2006 Maulana Wahiduddin Khan · 2m 54s · at 1:14:57 · https://youtu.be/sToYBVIXSxQ?t=4497</w:t>
      </w:r>
    </w:p>
    <w:p>
      <w:r>
        <w:rPr>
          <w:i/>
        </w:rPr>
        <w:t>“Look at what happened in India and Palestine”</w:t>
      </w:r>
    </w:p>
    <w:p>
      <w:r>
        <w:rPr>
          <w:sz w:val="20"/>
        </w:rPr>
        <w:t>1:14:57  ? dekhiye India mein aur India ke bahar bhi Palestine waghera mein har jagah yeh jo hua</w:t>
      </w:r>
      <w:r>
        <w:br/>
      </w:r>
      <w:r>
        <w:rPr>
          <w:sz w:val="20"/>
        </w:rPr>
        <w:t>1:15:09  takrao to bloodshed hua, maare gaye log, kaate gaye log. to is saari duniya ke press ne kya kaha is ko?</w:t>
      </w:r>
      <w:r>
        <w:br/>
      </w:r>
      <w:r>
        <w:rPr>
          <w:sz w:val="20"/>
        </w:rPr>
        <w:t>1:15:19  yeh zulm bataya. zulm.</w:t>
      </w:r>
      <w:r>
        <w:br/>
      </w:r>
      <w:r>
        <w:rPr>
          <w:sz w:val="20"/>
        </w:rPr>
        <w:t>1:15:23  mein ne is ko research kiya, is ko bhi research kiya to quran mein kai aayatein aisi hain, bohat hi clear hain. bas aik aayat yeh hai ke ke jo bhi museebat tumhare upar parti hai, woh tumhare apne hi amal ka nateeja hoti hai.</w:t>
      </w:r>
      <w:r>
        <w:br/>
      </w:r>
      <w:r>
        <w:rPr>
          <w:sz w:val="20"/>
        </w:rPr>
        <w:t>1:15:39  wa ma asabakum min musibatin fahuwa qasmun bi aydikum ab yeh aik quloob yeh mila ke apne hi apne hi amal ka result bhugta hai aadmi.</w:t>
      </w:r>
      <w:r>
        <w:br/>
      </w:r>
      <w:r>
        <w:rPr>
          <w:sz w:val="20"/>
        </w:rPr>
        <w:t>1:15:52  to koi zulm nahi karta kisi ke upar. ab is ke baad mujhe aik hadith mili. is hadith mein yeh hai ke man la yarzi bil qaleel mimma yaati bihi as-safih yarzi bil kaseer ke jo aadmi nadan ke chote shar ko bardasht nahi karega,</w:t>
      </w:r>
      <w:r>
        <w:br/>
      </w:r>
      <w:r>
        <w:rPr>
          <w:sz w:val="20"/>
        </w:rPr>
        <w:t>1:16:12  choti evil ko, is ko nadan ke bare shar ko bardasht karna parega. is ka matlab kya nikla?</w:t>
      </w:r>
      <w:r>
        <w:br/>
      </w:r>
      <w:r>
        <w:rPr>
          <w:sz w:val="20"/>
        </w:rPr>
        <w:t>1:16:19  yeh duniya jo hai, is mein hamare liye jo choice hai, woh all good aur all bad ka choice nahi hai. balkeh yaani khuda ne jo banaya hai duniya, us ke mutabiq hamare liye choice all bad aur all good ke darmiyan nahi hai.</w:t>
      </w:r>
      <w:r>
        <w:br/>
      </w:r>
      <w:r>
        <w:rPr>
          <w:sz w:val="20"/>
        </w:rPr>
        <w:t>1:16:35  balkeh lesser evil aur greater evil ke beech mein hai.</w:t>
      </w:r>
      <w:r>
        <w:br/>
      </w:r>
      <w:r>
        <w:rPr>
          <w:sz w:val="20"/>
        </w:rPr>
        <w:t>1:16:41  jaise ke india mein aap bar bar aap dekhte rahe hain ke aik juloos nikla, majority community ki taraf se, us pe koi slogan laga diya unhon ne.</w:t>
      </w:r>
      <w:r>
        <w:br/>
      </w:r>
      <w:r>
        <w:rPr>
          <w:sz w:val="20"/>
        </w:rPr>
        <w:t>1:16:51  ab bas doosra jo doosri community hai, woh lad gayi ghussa ho kar ke. ab is ke baad pathar chale aur goli chali.</w:t>
      </w:r>
      <w:r>
        <w:br/>
      </w:r>
      <w:r>
        <w:rPr>
          <w:sz w:val="20"/>
        </w:rPr>
        <w:t>1:17:03  to yahan par kya hai? is slogan ko bardasht karna parega taake riot na pesh aaye.</w:t>
      </w:r>
      <w:r>
        <w:br/>
      </w:r>
      <w:r>
        <w:rPr>
          <w:sz w:val="20"/>
        </w:rPr>
        <w:t>1:17:10  slogan chota shar hai, riot bara shar hai. yeh hum ne bataya logon ko. ab aaj kal jo india mein riot nahi ho rahe hain, is liye ke hum ne musalmanon ko yeh baat batai.</w:t>
      </w:r>
      <w:r>
        <w:br/>
      </w:r>
      <w:r>
        <w:rPr>
          <w:sz w:val="20"/>
        </w:rPr>
        <w:t>1:17:20  ab bhi slogan lagaye jaate hain, lekin woh us ko avoid karte hain. to pehle provoke hote the, ab avoid karte hain. yeh mein ne bataya quran o hadith ki roshni mein.</w:t>
      </w:r>
      <w:r>
        <w:br/>
      </w:r>
      <w:r>
        <w:rPr>
          <w:sz w:val="20"/>
        </w:rPr>
        <w:t>1:17:31  to</w:t>
      </w:r>
      <w:r>
        <w:br/>
      </w:r>
      <w:r>
        <w:rPr>
          <w:sz w:val="20"/>
        </w:rPr>
        <w:t>1:17:33  jab se musalmanon ne is policy ikhtiyar kiya hai, yaani principle of avoidance, is ko chhod kar ke provoke wale karne hone ke tareeqe ko, tab se riot nahi ho rahe hain.</w:t>
      </w:r>
      <w:r>
        <w:br/>
      </w:r>
      <w:r>
        <w:rPr>
          <w:sz w:val="20"/>
        </w:rPr>
        <w:t>1:17:43  to awam ne maan liya hai is ko. lekin abhi bhi jo jo so called leaders hain, woh wahi boli bole chale ja rahe hain abhi tak.</w:t>
      </w:r>
    </w:p>
    <w:p>
      <w:pPr>
        <w:pStyle w:val="Heading2"/>
      </w:pPr>
      <w:r>
        <w:t>Christian lady's eyes opened by Quran</w:t>
      </w:r>
    </w:p>
    <w:p>
      <w:r>
        <w:rPr>
          <w:color w:val="666666"/>
          <w:sz w:val="18"/>
        </w:rPr>
        <w:t>Age of Peace 18 Nov, 2012 - Maulana Wahiduddin Khan · 3m 08s · at 19:58 · https://youtu.be/rLxr-OBhcPg?t=1198</w:t>
      </w:r>
    </w:p>
    <w:p>
      <w:r>
        <w:rPr>
          <w:i/>
        </w:rPr>
        <w:t>“Yeh sab kuch ho gaya”</w:t>
      </w:r>
    </w:p>
    <w:p>
      <w:r>
        <w:rPr>
          <w:sz w:val="20"/>
        </w:rPr>
        <w:t>19:58  yeh sab kuch ho gaya. abhi dekhiye, aaj ka waqea batata hoon main. abhi hamare is, hamare is class mein ek sahab maujood hain,</w:t>
      </w:r>
      <w:r>
        <w:br/>
      </w:r>
      <w:r>
        <w:rPr>
          <w:sz w:val="20"/>
        </w:rPr>
        <w:t>20:11  maulana abdullah qasmi.</w:t>
      </w:r>
      <w:r>
        <w:br/>
      </w:r>
      <w:r>
        <w:rPr>
          <w:sz w:val="20"/>
        </w:rPr>
        <w:t>20:14  wo bombay se aaye hain.</w:t>
      </w:r>
      <w:r>
        <w:br/>
      </w:r>
      <w:r>
        <w:rPr>
          <w:sz w:val="20"/>
        </w:rPr>
        <w:t>20:16  is waqt hamare saath shareek hain.</w:t>
      </w:r>
      <w:r>
        <w:br/>
      </w:r>
      <w:r>
        <w:rPr>
          <w:sz w:val="20"/>
        </w:rPr>
        <w:t>20:17  wo maulana abdullah qasmi</w:t>
      </w:r>
      <w:r>
        <w:br/>
      </w:r>
      <w:r>
        <w:rPr>
          <w:sz w:val="20"/>
        </w:rPr>
        <w:t>20:23  bombay mein rehte hain.</w:t>
      </w:r>
      <w:r>
        <w:br/>
      </w:r>
      <w:r>
        <w:rPr>
          <w:sz w:val="20"/>
        </w:rPr>
        <w:t>20:24  wo aaj hi unhone bataya ke</w:t>
      </w:r>
      <w:r>
        <w:br/>
      </w:r>
      <w:r>
        <w:rPr>
          <w:sz w:val="20"/>
        </w:rPr>
        <w:t>20:29  2 october 2012 ko goa mein</w:t>
      </w:r>
      <w:r>
        <w:br/>
      </w:r>
      <w:r>
        <w:rPr>
          <w:sz w:val="20"/>
        </w:rPr>
        <w:t>20:34  ek christian conference thi.</w:t>
      </w:r>
      <w:r>
        <w:br/>
      </w:r>
      <w:r>
        <w:rPr>
          <w:sz w:val="20"/>
        </w:rPr>
        <w:t>20:38  goa, aap jante hain ki wahan par christian log bahut hain.</w:t>
      </w:r>
      <w:r>
        <w:br/>
      </w:r>
      <w:r>
        <w:rPr>
          <w:sz w:val="20"/>
        </w:rPr>
        <w:t>20:42  to unke jo head hain, jo top ke log hain,</w:t>
      </w:r>
      <w:r>
        <w:br/>
      </w:r>
      <w:r>
        <w:rPr>
          <w:sz w:val="20"/>
        </w:rPr>
        <w:t>20:48  wo jama hue conference mein.</w:t>
      </w:r>
      <w:r>
        <w:br/>
      </w:r>
      <w:r>
        <w:rPr>
          <w:sz w:val="20"/>
        </w:rPr>
        <w:t>20:52  bahut hi top post log,</w:t>
      </w:r>
      <w:r>
        <w:br/>
      </w:r>
      <w:r>
        <w:rPr>
          <w:sz w:val="20"/>
        </w:rPr>
        <w:t>20:55  do darjan ki tadad mein.</w:t>
      </w:r>
      <w:r>
        <w:br/>
      </w:r>
      <w:r>
        <w:rPr>
          <w:sz w:val="20"/>
        </w:rPr>
        <w:t>20:58  to maulana abdullah qasmi quran majeed ke angrezi tarjuma lekar wahan gaye.</w:t>
      </w:r>
      <w:r>
        <w:br/>
      </w:r>
      <w:r>
        <w:rPr>
          <w:sz w:val="20"/>
        </w:rPr>
        <w:t>21:05  bahut sari mushkilat pesh aai, bahut si rukawaten pesh aai.</w:t>
      </w:r>
      <w:r>
        <w:br/>
      </w:r>
      <w:r>
        <w:rPr>
          <w:sz w:val="20"/>
        </w:rPr>
        <w:t>21:09  lekin wo dua karte rahe, dua karte rahe, allah se madad mangte rahe, yahan tak ki unko mauka</w:t>
      </w:r>
      <w:r>
        <w:br/>
      </w:r>
      <w:r>
        <w:rPr>
          <w:sz w:val="20"/>
        </w:rPr>
        <w:t>21:15  mil gaya. aur sabko unhone quran pahunchaya.</w:t>
      </w:r>
      <w:r>
        <w:br/>
      </w:r>
      <w:r>
        <w:rPr>
          <w:sz w:val="20"/>
        </w:rPr>
        <w:t>21:18  yahan tak ki jo head tha, head ek dadi head hai wahan ki goa ki,</w:t>
      </w:r>
      <w:r>
        <w:br/>
      </w:r>
      <w:r>
        <w:rPr>
          <w:sz w:val="20"/>
        </w:rPr>
        <w:t>21:24  woh wahan usko bhi pahuncha diya. yeh waqea hua hai 2 october 2012 ko.</w:t>
      </w:r>
      <w:r>
        <w:br/>
      </w:r>
      <w:r>
        <w:rPr>
          <w:sz w:val="20"/>
        </w:rPr>
        <w:t>21:33  achha, uske baad kya hua?</w:t>
      </w:r>
      <w:r>
        <w:br/>
      </w:r>
      <w:r>
        <w:rPr>
          <w:sz w:val="20"/>
        </w:rPr>
        <w:t>21:35  wo chale gaye wapas bombay.</w:t>
      </w:r>
      <w:r>
        <w:br/>
      </w:r>
      <w:r>
        <w:rPr>
          <w:sz w:val="20"/>
        </w:rPr>
        <w:t>21:38  unhone bataya ki bombay mein unhe ek telephone mila us lady ka, jo head hai christian mission ki</w:t>
      </w:r>
      <w:r>
        <w:br/>
      </w:r>
      <w:r>
        <w:rPr>
          <w:sz w:val="20"/>
        </w:rPr>
        <w:t>21:47  goa mein. usne bataya ki hum puna mein hain is waqt.</w:t>
      </w:r>
      <w:r>
        <w:br/>
      </w:r>
      <w:r>
        <w:rPr>
          <w:sz w:val="20"/>
        </w:rPr>
        <w:t>21:51  puna mein hamari ek meeting ho rahi hai, aap yahan aa jaiye.</w:t>
      </w:r>
      <w:r>
        <w:br/>
      </w:r>
      <w:r>
        <w:rPr>
          <w:sz w:val="20"/>
        </w:rPr>
        <w:t>21:56  to yeh waqia 20 din ke baad ka hai.</w:t>
      </w:r>
      <w:r>
        <w:br/>
      </w:r>
      <w:r>
        <w:rPr>
          <w:sz w:val="20"/>
        </w:rPr>
        <w:t>22:00  yani 2 october ko unhone quran diya usko.</w:t>
      </w:r>
      <w:r>
        <w:br/>
      </w:r>
      <w:r>
        <w:rPr>
          <w:sz w:val="20"/>
        </w:rPr>
        <w:t>22:03  uske 20 din ke baad telephone aata hai.</w:t>
      </w:r>
      <w:r>
        <w:br/>
      </w:r>
      <w:r>
        <w:rPr>
          <w:sz w:val="20"/>
        </w:rPr>
        <w:t>22:06  to yeh bombay se gaye puna.</w:t>
      </w:r>
      <w:r>
        <w:br/>
      </w:r>
      <w:r>
        <w:rPr>
          <w:sz w:val="20"/>
        </w:rPr>
        <w:t>22:11  puna mein us lady ne unse mulakat ki ek kamre mein.</w:t>
      </w:r>
      <w:r>
        <w:br/>
      </w:r>
      <w:r>
        <w:rPr>
          <w:sz w:val="20"/>
        </w:rPr>
        <w:t>22:15  aur usne jo kaha,</w:t>
      </w:r>
      <w:r>
        <w:br/>
      </w:r>
      <w:r>
        <w:rPr>
          <w:sz w:val="20"/>
        </w:rPr>
        <w:t>22:17  vo bahut ankhi baat thi. ek christian mission ke head hain vo, vo goa ke</w:t>
      </w:r>
      <w:r>
        <w:br/>
      </w:r>
      <w:r>
        <w:rPr>
          <w:sz w:val="20"/>
        </w:rPr>
        <w:t>22:27  senior lady. usne kaha ki us jo quran diya tha, inhon ne english translation, uska shukriya ada kiya. usne kaha ki ab tak meri aankhon par patti bandhi hui thi.</w:t>
      </w:r>
      <w:r>
        <w:br/>
      </w:r>
      <w:r>
        <w:rPr>
          <w:sz w:val="20"/>
        </w:rPr>
        <w:t>22:45  main khuda ko nahin dekh sakti thi. meri aankhon patti bandhi hui thi. main khuda ko nahin dekh sakti thi. lekin quran padhne ke baad main is qabil ho gai ki main khuda ko dekhun. kaisi ajib baat hai!</w:t>
      </w:r>
    </w:p>
    <w:p>
      <w:pPr>
        <w:pStyle w:val="Heading2"/>
      </w:pPr>
      <w:r>
        <w:t>313 companions and the Prophet's tearful prayer at Badr</w:t>
      </w:r>
    </w:p>
    <w:p>
      <w:r>
        <w:rPr>
          <w:color w:val="666666"/>
          <w:sz w:val="18"/>
        </w:rPr>
        <w:t>CPS Mission January 7, 2007 Maulana Wahiduddin Khan · 1m 25s · at 53:45 · https://youtu.be/8BAYm9ggJ5k?t=3225</w:t>
      </w:r>
    </w:p>
    <w:p>
      <w:r>
        <w:rPr>
          <w:i/>
        </w:rPr>
        <w:t>“At Badr there were only 313 men”</w:t>
      </w:r>
    </w:p>
    <w:p>
      <w:r>
        <w:rPr>
          <w:sz w:val="20"/>
        </w:rPr>
        <w:t>53:45  to aap jante hain ke jab badr ki ladai hui thi to wahan par kul 313 aadmi the, sirf 313.</w:t>
      </w:r>
      <w:r>
        <w:br/>
      </w:r>
      <w:r>
        <w:rPr>
          <w:sz w:val="20"/>
        </w:rPr>
        <w:t>53:55  wo takra gaye the un logon se, 313, 313 aadmi.</w:t>
      </w:r>
      <w:r>
        <w:br/>
      </w:r>
      <w:r>
        <w:rPr>
          <w:sz w:val="20"/>
        </w:rPr>
        <w:t>54:05  to wo log bohat taqatwar the, un ke wo number mein bhi zyada the, har lehaz se zyada the wo. aur yeh 313 the, un ke muqable mein bohat hi kam the.</w:t>
      </w:r>
      <w:r>
        <w:br/>
      </w:r>
      <w:r>
        <w:rPr>
          <w:sz w:val="20"/>
        </w:rPr>
        <w:t>54:17  to aata hai kitabon mein ke rasool Allah sal Allah alaihi wasallam us waqt sajde mein gir pade, sajde mein gir pade. aap ro rahe the, ro rahe the.</w:t>
      </w:r>
      <w:r>
        <w:br/>
      </w:r>
      <w:r>
        <w:rPr>
          <w:sz w:val="20"/>
        </w:rPr>
        <w:t>54:27  aap keh rahe the: "Allah in ashabe la tuqtabad fi al arz."</w:t>
      </w:r>
      <w:r>
        <w:br/>
      </w:r>
      <w:r>
        <w:rPr>
          <w:sz w:val="20"/>
        </w:rPr>
        <w:t>54:35  aap ro rahe the aur yeh keh rahe the: "ae Allah! agar yeh team khatm ho gayi to is ke baad qayamat tak teri parastish nahi hogi, teri ibadat nahi hogi." is ka matlab kya tha ke rasool Allah sal Allah alaihi wasallam ne ek ideology di, is ideology ke tehat ek team bani.</w:t>
      </w:r>
      <w:r>
        <w:br/>
      </w:r>
      <w:r>
        <w:rPr>
          <w:sz w:val="20"/>
        </w:rPr>
        <w:t>55:02  rasool Allah sal Allah alaihi wasallam ne ideology di, ideology of tauheed. is ke upar ek team bani jo 313 aadmi is mein the.</w:t>
      </w:r>
    </w:p>
    <w:p>
      <w:pPr>
        <w:pStyle w:val="Heading2"/>
      </w:pPr>
      <w:r>
        <w:t>Tribal revenge culture and the Afghan boy who wanted revenge</w:t>
      </w:r>
    </w:p>
    <w:p>
      <w:r>
        <w:rPr>
          <w:color w:val="666666"/>
          <w:sz w:val="18"/>
        </w:rPr>
        <w:t>Islam Has No Place for Terrorism May 4, 2025 · 1m 02s · at 6:12 · https://youtu.be/Q6vPQ2BOOs4?t=372</w:t>
      </w:r>
    </w:p>
    <w:p>
      <w:r>
        <w:rPr>
          <w:i/>
        </w:rPr>
        <w:t>“Tribal age mein revenge culture chalta tha”</w:t>
      </w:r>
    </w:p>
    <w:p>
      <w:r>
        <w:rPr>
          <w:sz w:val="20"/>
        </w:rPr>
        <w:t>6:12  Tribal age mein revenge culture chalta tha, zara zara si baat mein log gussa ho jaate thay aur ladai shuru ho jaati thi.</w:t>
      </w:r>
      <w:r>
        <w:br/>
      </w:r>
      <w:r>
        <w:rPr>
          <w:sz w:val="20"/>
        </w:rPr>
        <w:t>6:21  Ab chuki woh zamanah aisa tha ke police, fauj ka zamanah nahi tha, har aadmi kuch na kuch hathiyar le ke, lathi danda le ke hi chalta tha, to ladai shuru ho jaati thi.</w:t>
      </w:r>
      <w:r>
        <w:br/>
      </w:r>
      <w:r>
        <w:rPr>
          <w:sz w:val="20"/>
        </w:rPr>
        <w:t>6:31  aur woh ladai chalti rehti thi kyun ke woh jo tribal culture hota hai, us mein revenge jo hai, bilkul muqaddas hota hai.</w:t>
      </w:r>
      <w:r>
        <w:br/>
      </w:r>
      <w:r>
        <w:rPr>
          <w:sz w:val="20"/>
        </w:rPr>
        <w:t>6:39  Ek baar Maulana Afghanistan gaye thay to ek bachche se baat hui, us ne poocha ke tum kya education le rahe ho? Us ne kaha: "Main education kya karunga?</w:t>
      </w:r>
      <w:r>
        <w:br/>
      </w:r>
      <w:r>
        <w:rPr>
          <w:sz w:val="20"/>
        </w:rPr>
        <w:t>6:51  Le kar ke mere baap maare gaye hain, ab main is ka badla lunga, main inteqaam lunga." To yeh culture chala aa raha tha,</w:t>
      </w:r>
      <w:r>
        <w:br/>
      </w:r>
      <w:r>
        <w:rPr>
          <w:sz w:val="20"/>
        </w:rPr>
        <w:t>7:01  to abhi bhi woh culture kisi na kisi tareeqe se, aur baqi ab farq sirf yeh ho gaya hai ke is ko jihad ka naam de ke, is ko faith ka ek aqeedah bana diya hai.</w:t>
      </w:r>
    </w:p>
    <w:p>
      <w:pPr>
        <w:pStyle w:val="Heading2"/>
      </w:pPr>
      <w:r>
        <w:t>Who Yajuj Majuj really are, historically</w:t>
      </w:r>
    </w:p>
    <w:p>
      <w:r>
        <w:rPr>
          <w:color w:val="666666"/>
          <w:sz w:val="18"/>
        </w:rPr>
        <w:t>Beginning of The End April 20, 2008 · 2m 33s · at 8:18 · https://youtu.be/6atQ8muQDUk?t=498</w:t>
      </w:r>
    </w:p>
    <w:p>
      <w:r>
        <w:rPr>
          <w:i/>
        </w:rPr>
        <w:t>“Gog Magog ya Yajuj Majuj kaun log hain?”</w:t>
      </w:r>
    </w:p>
    <w:p>
      <w:r>
        <w:rPr>
          <w:sz w:val="20"/>
        </w:rPr>
        <w:t>8:18  asal mein ye log samajhte hain ke aaj yaajooj maajooj koi bohat hi anokhe cheez honge, un ke sir par seengh hon gi, un ke hath jo hain wo taar ki tarah lambe honge.</w:t>
      </w:r>
      <w:r>
        <w:br/>
      </w:r>
      <w:r>
        <w:rPr>
          <w:sz w:val="20"/>
        </w:rPr>
        <w:t>8:31  ye sab kuch bhi nahin. yaajooj maajooj hamare jaise hi insan.</w:t>
      </w:r>
      <w:r>
        <w:br/>
      </w:r>
      <w:r>
        <w:rPr>
          <w:sz w:val="20"/>
        </w:rPr>
        <w:t>8:40  to hazrat nooh se ye kahani shuru hoti hai.</w:t>
      </w:r>
      <w:r>
        <w:br/>
      </w:r>
      <w:r>
        <w:rPr>
          <w:sz w:val="20"/>
        </w:rPr>
        <w:t>8:43  aap jante hain ke hazrat nooh ke zamane mein flood aaya, ye mausam meso mesopotamia ke area mein jis ko hum iraq kehte hain.</w:t>
      </w:r>
      <w:r>
        <w:br/>
      </w:r>
      <w:r>
        <w:rPr>
          <w:sz w:val="20"/>
        </w:rPr>
        <w:t>8:54  pehle insan wahin hua karta tha. to thorre se insano ko chhod kar sare log is mein doob kar khatm ho gaye. to hazrat nooh ke do teen bete the: haam, saam, yaafath.</w:t>
      </w:r>
      <w:r>
        <w:br/>
      </w:r>
      <w:r>
        <w:rPr>
          <w:sz w:val="20"/>
        </w:rPr>
        <w:t>9:11  to haam aur saam jo hain ye asia mein base aur yaafath jo hain yahi log the jo europe mein base.</w:t>
      </w:r>
      <w:r>
        <w:br/>
      </w:r>
      <w:r>
        <w:rPr>
          <w:sz w:val="20"/>
        </w:rPr>
        <w:t>9:22  kyun ke jo kashti thi un ki, quran mein bataya gaya hai ke joodi pahad par thehri, wahin log utre. joodi pahad turki ke kust, turki ke kinare hai.</w:t>
      </w:r>
      <w:r>
        <w:br/>
      </w:r>
      <w:r>
        <w:rPr>
          <w:sz w:val="20"/>
        </w:rPr>
        <w:t>9:38  ab is ki satellite se is ki kashti bhi dekhi ja chuki hai. to yaafath jo the wo turki mein, phir russia mein un ki naslein gayeen,</w:t>
      </w:r>
      <w:r>
        <w:br/>
      </w:r>
      <w:r>
        <w:rPr>
          <w:sz w:val="20"/>
        </w:rPr>
        <w:t>9:52  phir britain mein, germany mein, france mein ye log phailay. yahi hain yaajooj maajooj, yani western nations jo hain wahi yaajooj maajooj hain.</w:t>
      </w:r>
      <w:r>
        <w:br/>
      </w:r>
      <w:r>
        <w:rPr>
          <w:sz w:val="20"/>
        </w:rPr>
        <w:t>10:03  is par detail agar aap janna chahenge references ke sath to main ek book likhi hai, maine 50 pages ki, is mein sare references hain, is ko aap dekh sakte hain, wo jaldi chhape gi.</w:t>
      </w:r>
      <w:r>
        <w:br/>
      </w:r>
      <w:r>
        <w:rPr>
          <w:sz w:val="20"/>
        </w:rPr>
        <w:t>10:16  is ko main likh chuka hoon lekin chhapne mein ek do mahina lagega abhi. to is mein sare references maine de diye hain. abhi main sirf narrative way mein bata raha hoon aap ko.</w:t>
      </w:r>
      <w:r>
        <w:br/>
      </w:r>
      <w:r>
        <w:rPr>
          <w:sz w:val="20"/>
        </w:rPr>
        <w:t>10:26  to ye log jo hain western europe jis ko hum kehte hain, ye western nations, inhi ki aulad hain ye.</w:t>
      </w:r>
      <w:r>
        <w:br/>
      </w:r>
      <w:r>
        <w:rPr>
          <w:sz w:val="20"/>
        </w:rPr>
        <w:t>10:37  to kya hua ke in ke do period hain: ek zulqarnain ke zamane ka aur doosra jab hatta fatah yaajooj o maajooj hai, yani jab khol diye gaye wo.</w:t>
      </w:r>
    </w:p>
    <w:p>
      <w:pPr>
        <w:pStyle w:val="Heading2"/>
      </w:pPr>
      <w:r>
        <w:t>Muslims' political mindset after losing empire</w:t>
      </w:r>
    </w:p>
    <w:p>
      <w:r>
        <w:rPr>
          <w:color w:val="666666"/>
          <w:sz w:val="18"/>
        </w:rPr>
        <w:t>Interaction with CPS International Founder, Maulana Wahiduddin Khan 23 August 2008 · 1m 36s · at 11:00 · https://youtu.be/UyKgfcDFobM?t=660</w:t>
      </w:r>
    </w:p>
    <w:p>
      <w:r>
        <w:rPr>
          <w:i/>
        </w:rPr>
        <w:t>“Because the later generations of Muslims flourished in a political atmosphere”</w:t>
      </w:r>
    </w:p>
    <w:p>
      <w:r>
        <w:rPr>
          <w:sz w:val="20"/>
        </w:rPr>
        <w:t>11:00  almost up to 1000 years this was the history of islam or you can say history of muslims so this was yani there is no doubt about it that this was the plus point of islam but at the same time there are the negative points in this history</w:t>
      </w:r>
      <w:r>
        <w:br/>
      </w:r>
      <w:r>
        <w:rPr>
          <w:sz w:val="20"/>
        </w:rPr>
        <w:t>11:22  because the later generations of muslims flourished during this political atmosphere so their psyche became political they used to think</w:t>
      </w:r>
      <w:r>
        <w:br/>
      </w:r>
      <w:r>
        <w:rPr>
          <w:sz w:val="20"/>
        </w:rPr>
        <w:t>11:40  that empire is an integral part of islam so when in 19th century after the advent of colonial period they lost their empires</w:t>
      </w:r>
      <w:r>
        <w:br/>
      </w:r>
      <w:r>
        <w:rPr>
          <w:sz w:val="20"/>
        </w:rPr>
        <w:t>11:57  everywhere in the world although even now there are 57 muslim countries but of course they have lost empire what is called empire so after losing the empire here started their problem</w:t>
      </w:r>
      <w:r>
        <w:br/>
      </w:r>
      <w:r>
        <w:rPr>
          <w:sz w:val="20"/>
        </w:rPr>
        <w:t>12:18  because of their mindset they were unable to think that without empire there is no islam it was their psyche that empire is an integral part of islam</w:t>
      </w:r>
    </w:p>
    <w:p>
      <w:pPr>
        <w:pStyle w:val="Heading2"/>
      </w:pPr>
      <w:r>
        <w:t>Ulama's biggest failure: rejecting British education</w:t>
      </w:r>
    </w:p>
    <w:p>
      <w:r>
        <w:rPr>
          <w:color w:val="666666"/>
          <w:sz w:val="18"/>
        </w:rPr>
        <w:t>The Process of Revival, October 25, 2015 · 2m 07s · at 31:09 · https://youtu.be/3uQ8DbD8Sgg?t=1869</w:t>
      </w:r>
    </w:p>
    <w:p>
      <w:r>
        <w:rPr>
          <w:i/>
        </w:rPr>
        <w:t>“Sabse badi kotahi jinhon ne ki wo purane zamane ke ulama hain”</w:t>
      </w:r>
    </w:p>
    <w:p>
      <w:r>
        <w:rPr>
          <w:sz w:val="20"/>
        </w:rPr>
        <w:t>31:09  mein samajhta hoon ke sab se bari kotahi jinhon ne ki hai woh bohat door jadeed ke ulama hain. sab bari kotahi hai. yani jis ko welcome karna chahiye tha us ke doosre number ke.</w:t>
      </w:r>
      <w:r>
        <w:br/>
      </w:r>
      <w:r>
        <w:rPr>
          <w:sz w:val="20"/>
        </w:rPr>
        <w:t>31:21  ulama ke bare mein mashhoor hai ke faraz sahib yani bare fakhr ke sath kaha jata hai ke faraz sahib ne kaha ke mein angrezon ka munh nahi dekhna chahta.</w:t>
      </w:r>
      <w:r>
        <w:br/>
      </w:r>
      <w:r>
        <w:rPr>
          <w:sz w:val="20"/>
        </w:rPr>
        <w:t>31:30  angrezon ke insan hain kyun aap is ka munh nahi dekhna chahte? ulama ke halaat mein likha jata hai ke hazrat ko angrez se bari nafrat thi.</w:t>
      </w:r>
      <w:r>
        <w:br/>
      </w:r>
      <w:r>
        <w:rPr>
          <w:sz w:val="20"/>
        </w:rPr>
        <w:t>31:40  yeh hazrat ko kyun nafrat thi bhai? kya angrez ko allah ne hi paida kiya tha? to angrez ko bhi allah ne paida kiya tha. to aap ko haq nahi tha ke us se nafrat karen.</w:t>
      </w:r>
      <w:r>
        <w:br/>
      </w:r>
      <w:r>
        <w:rPr>
          <w:sz w:val="20"/>
        </w:rPr>
        <w:t>31:51  aap ko haq nahi tha ke kehne ka ke mein angrez ka chehra nahi dekhna chahta. woh aap ke liye madu thay.</w:t>
      </w:r>
      <w:r>
        <w:br/>
      </w:r>
      <w:r>
        <w:rPr>
          <w:sz w:val="20"/>
        </w:rPr>
        <w:t>31:59  woh ek kaam kar rahe thay yani qadeem culture ko naya culture bana bana rahe thay. ek kaam woh kar rahe thay. aap agla kaam karte.</w:t>
      </w:r>
      <w:r>
        <w:br/>
      </w:r>
      <w:r>
        <w:rPr>
          <w:sz w:val="20"/>
        </w:rPr>
        <w:t>32:09  yani dawah ka kaam.</w:t>
      </w:r>
      <w:r>
        <w:br/>
      </w:r>
      <w:r>
        <w:rPr>
          <w:sz w:val="20"/>
        </w:rPr>
        <w:t>32:13  to</w:t>
      </w:r>
      <w:r>
        <w:br/>
      </w:r>
      <w:r>
        <w:rPr>
          <w:sz w:val="20"/>
        </w:rPr>
        <w:t>32:17  ek ek angrez ka mashhoor hai ke better late than never angrez kaha hai ke better late than never</w:t>
      </w:r>
      <w:r>
        <w:br/>
      </w:r>
      <w:r>
        <w:rPr>
          <w:sz w:val="20"/>
        </w:rPr>
        <w:t>32:25  yani late ho gaye aap jaag uthe aur phir kaam karne lagay. is se behtar hai ke aap kabhi na karen aap. us waqt hum log better late than never ke position mein hain.</w:t>
      </w:r>
      <w:r>
        <w:br/>
      </w:r>
      <w:r>
        <w:rPr>
          <w:sz w:val="20"/>
        </w:rPr>
        <w:t>32:38  to meri dua hai ke allah taala mujh ko aur aap ko tofeeq de ke hum allah ke mansoobe ko samjhen apni duty ko samjhen aur allah ke haan is haal mein pahunchen ke allah taala hamein allah taala ke haan welcome kiya jae.</w:t>
      </w:r>
      <w:r>
        <w:br/>
      </w:r>
      <w:r>
        <w:rPr>
          <w:sz w:val="20"/>
        </w:rPr>
        <w:t>32:56  hamein allah ki taraf se jannat mein dakhle ka hukum mile. assalam o alaikum wa rehmatullah</w:t>
      </w:r>
    </w:p>
    <w:p>
      <w:pPr>
        <w:pStyle w:val="Heading2"/>
      </w:pPr>
      <w:r>
        <w:t>Changing nature breaks the whole balance</w:t>
      </w:r>
    </w:p>
    <w:p>
      <w:r>
        <w:rPr>
          <w:color w:val="666666"/>
          <w:sz w:val="18"/>
        </w:rPr>
        <w:t>The Status of Women in Islam (English) February 28, 2007 Maulana Wahiduddin Khan · 1m 08s · at 3:16 · https://youtu.be/pSLnXzYImXo?t=196</w:t>
      </w:r>
    </w:p>
    <w:p>
      <w:r>
        <w:rPr>
          <w:i/>
        </w:rPr>
        <w:t>“The question is not about gender equality”</w:t>
      </w:r>
    </w:p>
    <w:p>
      <w:r>
        <w:rPr>
          <w:sz w:val="20"/>
        </w:rPr>
        <w:t>3:16  the question is not about gender equality.</w:t>
      </w:r>
      <w:r>
        <w:br/>
      </w:r>
      <w:r>
        <w:rPr>
          <w:sz w:val="20"/>
        </w:rPr>
        <w:t>3:23  if you see the nature and you are, if you are a realist and you must know that you cannot change the nature, nature plan.</w:t>
      </w:r>
      <w:r>
        <w:br/>
      </w:r>
      <w:r>
        <w:rPr>
          <w:sz w:val="20"/>
        </w:rPr>
        <w:t>3:39  even if you can change, the whole balance will be break down.</w:t>
      </w:r>
      <w:r>
        <w:br/>
      </w:r>
      <w:r>
        <w:rPr>
          <w:sz w:val="20"/>
        </w:rPr>
        <w:t>3:48  there would be break down in the whole balance, and everything will be shatter. so it is disastrous.</w:t>
      </w:r>
      <w:r>
        <w:br/>
      </w:r>
      <w:r>
        <w:rPr>
          <w:sz w:val="20"/>
        </w:rPr>
        <w:t>3:59  so according to the gods creation plan,</w:t>
      </w:r>
      <w:r>
        <w:br/>
      </w:r>
      <w:r>
        <w:rPr>
          <w:sz w:val="20"/>
        </w:rPr>
        <w:t>4:04  the important thing is not gender equality, but it is gender complementarity.</w:t>
      </w:r>
    </w:p>
    <w:p>
      <w:pPr>
        <w:pStyle w:val="Heading2"/>
      </w:pPr>
      <w:r>
        <w:t>Big bird thinking spirituality</w:t>
      </w:r>
    </w:p>
    <w:p>
      <w:r>
        <w:rPr>
          <w:color w:val="666666"/>
          <w:sz w:val="18"/>
        </w:rPr>
        <w:t>Divine Guidance November 25, 2007 · 1m 39s · at 42:49 · https://youtu.be/behjBAj_J_Y?t=2569</w:t>
      </w:r>
    </w:p>
    <w:p>
      <w:r>
        <w:rPr>
          <w:i/>
        </w:rPr>
        <w:t>“I have coined a word: big bird thinking.”</w:t>
      </w:r>
    </w:p>
    <w:p>
      <w:r>
        <w:rPr>
          <w:sz w:val="20"/>
        </w:rPr>
        <w:t>42:49  ek lafz maine banaya hai jo maine likha tha apne magazine mein. big bird thinking. dekhiye, aksar jo thande mulk hote hain, sard mulk hote hain, wahan par toofan aate hain.</w:t>
      </w:r>
      <w:r>
        <w:br/>
      </w:r>
      <w:r>
        <w:rPr>
          <w:sz w:val="20"/>
        </w:rPr>
        <w:t>43:05  bohat hi sakht toofan aate hain. khaas tor par aabi ilaqon mein, jheel waghera ke is mein.</w:t>
      </w:r>
      <w:r>
        <w:br/>
      </w:r>
      <w:r>
        <w:rPr>
          <w:sz w:val="20"/>
        </w:rPr>
        <w:t>43:17  to kya hota hai wahan? wahan chote wing wali chidiyan bhi hain aur strong wing wali chidiyan bhi hain.</w:t>
      </w:r>
      <w:r>
        <w:br/>
      </w:r>
      <w:r>
        <w:rPr>
          <w:sz w:val="20"/>
        </w:rPr>
        <w:t>43:26  badi badi chidiyan bhi hain, choti chidiyan bhi hain. to jab storm aata hai to choti chidiyan is mein is ki zad mein aa kar mar jati hain.</w:t>
      </w:r>
      <w:r>
        <w:br/>
      </w:r>
      <w:r>
        <w:rPr>
          <w:sz w:val="20"/>
        </w:rPr>
        <w:t>43:36  is ki victim ban jati hain. lekin jo badi chidiyan, jo bade baazu jin ke hain, woh oopar uth jati hain. dekhiye, storm ka level is ki ek limit hoti hai.</w:t>
      </w:r>
      <w:r>
        <w:br/>
      </w:r>
      <w:r>
        <w:rPr>
          <w:sz w:val="20"/>
        </w:rPr>
        <w:t>43:47  aisa nahi ke wo aasman tak hai wo. to agar isi ke andar aap hain to wo chirya isi mein andar rehti hai, wo mar jati hai.</w:t>
      </w:r>
      <w:r>
        <w:br/>
      </w:r>
      <w:r>
        <w:rPr>
          <w:sz w:val="20"/>
        </w:rPr>
        <w:t>43:58  lekin jo bare bazoo wali chirya hai, wo ooper uth jati hai. yani iske jahan tak hai storm, us se ooper chali jati hai wo.</w:t>
      </w:r>
      <w:r>
        <w:br/>
      </w:r>
      <w:r>
        <w:rPr>
          <w:sz w:val="20"/>
        </w:rPr>
        <w:t>44:09  to is se bach jati hai wo. is ko kehte hain ke big bird of the storm.</w:t>
      </w:r>
      <w:r>
        <w:br/>
      </w:r>
      <w:r>
        <w:rPr>
          <w:sz w:val="20"/>
        </w:rPr>
        <w:t>44:17  big bird of the storm. is se maine ek lafz coin kiya hai. big bird thinking. sach poochhen to big bird thinking hi spiritual thinking hai.</w:t>
      </w:r>
    </w:p>
    <w:p>
      <w:pPr>
        <w:pStyle w:val="Heading2"/>
      </w:pPr>
      <w:r>
        <w:t>Judge Islam from scripture, not Muslim practice</w:t>
      </w:r>
    </w:p>
    <w:p>
      <w:r>
        <w:rPr>
          <w:color w:val="666666"/>
          <w:sz w:val="18"/>
        </w:rPr>
        <w:t>Misconception About Islam May 10, 2014 Maulana Wahiduddin Khan · 2m 49s · at 18:21 · https://youtu.be/1qx-vnlLc5g?t=1101</w:t>
      </w:r>
    </w:p>
    <w:p>
      <w:r>
        <w:rPr>
          <w:i/>
        </w:rPr>
        <w:t>“If you want to know what is Islam, you have to see the scriptures”</w:t>
      </w:r>
    </w:p>
    <w:p>
      <w:r>
        <w:rPr>
          <w:sz w:val="20"/>
        </w:rPr>
        <w:t>18:21  so, i would like to say that if you want to know what is islam, you have to see the scriptures, that is quran and sunnah.</w:t>
      </w:r>
      <w:r>
        <w:br/>
      </w:r>
      <w:r>
        <w:rPr>
          <w:sz w:val="20"/>
        </w:rPr>
        <w:t>18:37  don't see the</w:t>
      </w:r>
      <w:r>
        <w:br/>
      </w:r>
      <w:r>
        <w:rPr>
          <w:sz w:val="20"/>
        </w:rPr>
        <w:t>18:41  muslim practices. muslim practices are not source of islam.</w:t>
      </w:r>
      <w:r>
        <w:br/>
      </w:r>
      <w:r>
        <w:rPr>
          <w:sz w:val="20"/>
        </w:rPr>
        <w:t>18:50  the text of quran and sunnah is the source of islam. i happen to meet some people who talk against islam. when i asked them, have you read quran and sunnah?</w:t>
      </w:r>
      <w:r>
        <w:br/>
      </w:r>
      <w:r>
        <w:rPr>
          <w:sz w:val="20"/>
        </w:rPr>
        <w:t>19:04  they said no. i said that, why you are talking against islam?</w:t>
      </w:r>
      <w:r>
        <w:br/>
      </w:r>
      <w:r>
        <w:rPr>
          <w:sz w:val="20"/>
        </w:rPr>
        <w:t>19:09  if you are if if you if you never studied quran, if you never studied sunnah, then first of all, you have to you have to</w:t>
      </w:r>
      <w:r>
        <w:br/>
      </w:r>
      <w:r>
        <w:rPr>
          <w:sz w:val="20"/>
        </w:rPr>
        <w:t>19:29  go through the quran. then you are then you are right to form your opinion about islam.</w:t>
      </w:r>
      <w:r>
        <w:br/>
      </w:r>
      <w:r>
        <w:rPr>
          <w:sz w:val="20"/>
        </w:rPr>
        <w:t>19:44  the very first verse of the quran is alhamdulillah, alhamdulillah rabbil alameen. it means that quran wants anyone to live in positivity.</w:t>
      </w:r>
      <w:r>
        <w:br/>
      </w:r>
      <w:r>
        <w:rPr>
          <w:sz w:val="20"/>
        </w:rPr>
        <w:t>19:59  the alhamdulillah, the spirit of alhamdulillah is to live with positive mind.</w:t>
      </w:r>
      <w:r>
        <w:br/>
      </w:r>
      <w:r>
        <w:rPr>
          <w:sz w:val="20"/>
        </w:rPr>
        <w:t>20:10  so, as i think that greatest value in islam is to keep your positivity in every situation. and where you are positive, you are free of violence.</w:t>
      </w:r>
      <w:r>
        <w:br/>
      </w:r>
      <w:r>
        <w:rPr>
          <w:sz w:val="20"/>
        </w:rPr>
        <w:t>20:25  positivity and violence can not go together.</w:t>
      </w:r>
      <w:r>
        <w:br/>
      </w:r>
      <w:r>
        <w:rPr>
          <w:sz w:val="20"/>
        </w:rPr>
        <w:t>20:37  i can see i have read i have studied islam from these original sources. and i can see that islam is religion of peace, religion of brotherhood, religion of fertility,</w:t>
      </w:r>
      <w:r>
        <w:br/>
      </w:r>
      <w:r>
        <w:rPr>
          <w:sz w:val="20"/>
        </w:rPr>
        <w:t>20:54  religion of love, religion of justice.</w:t>
      </w:r>
      <w:r>
        <w:br/>
      </w:r>
      <w:r>
        <w:rPr>
          <w:sz w:val="20"/>
        </w:rPr>
        <w:t>20:59  all these things are are necessary part of islam.</w:t>
      </w:r>
    </w:p>
    <w:p>
      <w:pPr>
        <w:pStyle w:val="Heading2"/>
      </w:pPr>
      <w:r>
        <w:t>Sabr only formula for development</w:t>
      </w:r>
    </w:p>
    <w:p>
      <w:r>
        <w:rPr>
          <w:color w:val="666666"/>
          <w:sz w:val="18"/>
        </w:rPr>
        <w:t>Adjustment the Only Option September 19, 2010 Maulana Wahiduddin Khan · 1m 26s · at 57:57 · https://youtu.be/o5wG_ONm76s?t=3477</w:t>
      </w:r>
    </w:p>
    <w:p>
      <w:r>
        <w:rPr>
          <w:i/>
        </w:rPr>
        <w:t>“Agar tum taraqqi karna chahte ho to sabr karne wale bano”</w:t>
      </w:r>
    </w:p>
    <w:p>
      <w:r>
        <w:rPr>
          <w:sz w:val="20"/>
        </w:rPr>
        <w:t>57:57  agar tum taraqqi karna chahte ho tu sabar karne wale bano. nahi tu bas laro beero, tabaah karo.</w:t>
      </w:r>
      <w:r>
        <w:br/>
      </w:r>
      <w:r>
        <w:rPr>
          <w:sz w:val="20"/>
        </w:rPr>
        <w:t>58:10  yani family life bhi tabaah ho gayi aap ki. social life bhi tabaah ho gayi aap ki. national life bhi tabaah ho gayi aap ki.</w:t>
      </w:r>
      <w:r>
        <w:br/>
      </w:r>
      <w:r>
        <w:rPr>
          <w:sz w:val="20"/>
        </w:rPr>
        <w:t>58:21  koi bhi afford nahi kar sakta ke sabar ko chor kar ke koi aur tareeqa ikhtiyar kare. bari se bari taqat bhi agar sabar ko chore gi.</w:t>
      </w:r>
      <w:r>
        <w:br/>
      </w:r>
      <w:r>
        <w:rPr>
          <w:sz w:val="20"/>
        </w:rPr>
        <w:t>58:33  tu tabaahi hai.</w:t>
      </w:r>
      <w:r>
        <w:br/>
      </w:r>
      <w:r>
        <w:rPr>
          <w:sz w:val="20"/>
        </w:rPr>
        <w:t>58:41  korea aik hissa tha north south korea, north korea ka part tha, is ko bant diya gaya. unhon ne sabar kar liya is batware par.</w:t>
      </w:r>
      <w:r>
        <w:br/>
      </w:r>
      <w:r>
        <w:rPr>
          <w:sz w:val="20"/>
        </w:rPr>
        <w:t>58:50  aaj south korea qata'a taraqqi kar raha hai.</w:t>
      </w:r>
      <w:r>
        <w:br/>
      </w:r>
      <w:r>
        <w:rPr>
          <w:sz w:val="20"/>
        </w:rPr>
        <w:t>58:56  singapore aik part tha malaysia ka, alag kar diya gaya. is partition par raazi ho gaya woh. aaj singapore qata'a taraqqi kar raha hai. yahi kaam nahi kiya kashmir walon ne, yahi kaam nahi kiya falasteen walon ne.</w:t>
      </w:r>
      <w:r>
        <w:br/>
      </w:r>
      <w:r>
        <w:rPr>
          <w:sz w:val="20"/>
        </w:rPr>
        <w:t>59:11  yahi kaam beshumar log nahi kar rahe hain tu kya tabaah hai, tabaah hai, tabaah hai.</w:t>
      </w:r>
      <w:r>
        <w:br/>
      </w:r>
      <w:r>
        <w:rPr>
          <w:sz w:val="20"/>
        </w:rPr>
        <w:t>59:18  tu sabar is the only formula of development.</w:t>
      </w:r>
    </w:p>
    <w:p>
      <w:pPr>
        <w:pStyle w:val="Heading2"/>
      </w:pPr>
      <w:r>
        <w:t>Historical failure of social reformers</w:t>
      </w:r>
    </w:p>
    <w:p>
      <w:r>
        <w:rPr>
          <w:color w:val="666666"/>
          <w:sz w:val="18"/>
        </w:rPr>
        <w:t>Social Reform | December 22, 2013 | Maulana Wahiduddin Khan · 1m 01s · at 0:45 · https://youtu.be/kGP903BvDto?t=45</w:t>
      </w:r>
    </w:p>
    <w:p>
      <w:r>
        <w:rPr>
          <w:i/>
        </w:rPr>
        <w:t>“Aaj ke liye jo mauzu hai woh hai samaji islah, yani Social Reform”</w:t>
      </w:r>
    </w:p>
    <w:p>
      <w:r>
        <w:rPr>
          <w:sz w:val="20"/>
        </w:rPr>
        <w:t>0:45  aaj ke liye jo mozu hai woh hai samaji islah, yaani social reform.</w:t>
      </w:r>
      <w:r>
        <w:br/>
      </w:r>
      <w:r>
        <w:rPr>
          <w:sz w:val="20"/>
        </w:rPr>
        <w:t>0:55  yeh history ka ek ajeeb sawal hai ke poori history mein, jo poori known history hai, beshumar</w:t>
      </w:r>
      <w:r>
        <w:br/>
      </w:r>
      <w:r>
        <w:rPr>
          <w:sz w:val="20"/>
        </w:rPr>
        <w:t>1:06  log paida hue jin ko social reformer kaha jata hai.</w:t>
      </w:r>
      <w:r>
        <w:br/>
      </w:r>
      <w:r>
        <w:rPr>
          <w:sz w:val="20"/>
        </w:rPr>
        <w:t>1:16  magar yeh ek haqeeqat hai ke jitne bhi Social Reformer uthe, unhon ne sirf negative role ada kiya, positive role koi ada na kar saka poori History mein. matlab jis ko woh samajhte the ke yeh Social Uplift ke liye rukawat hai, us ke khilaf ladna, us ki History banai logon ne. to sab ka negative r</w:t>
      </w:r>
    </w:p>
    <w:p>
      <w:pPr>
        <w:pStyle w:val="Heading2"/>
      </w:pPr>
      <w:r>
        <w:t>Dawah as prophetic work</w:t>
      </w:r>
    </w:p>
    <w:p>
      <w:r>
        <w:rPr>
          <w:color w:val="666666"/>
          <w:sz w:val="18"/>
        </w:rPr>
        <w:t>Al Risala, July 2018 · 2m 38s · at 31:51 · https://youtu.be/n1KVRke8n4E?t=1911</w:t>
      </w:r>
    </w:p>
    <w:p>
      <w:r>
        <w:rPr>
          <w:i/>
        </w:rPr>
        <w:t>“Dawat ilallah ka kaam nabi ki gair mojoodgi mein nabi wala kaam”</w:t>
      </w:r>
    </w:p>
    <w:p>
      <w:r>
        <w:rPr>
          <w:sz w:val="20"/>
        </w:rPr>
        <w:t>31:51  paighambaron wala kaam. da'wat ilallah ka kaam paighambar ki ghair maujoodgi mein paighambar wala kaam anjam dena hai.</w:t>
      </w:r>
      <w:r>
        <w:br/>
      </w:r>
      <w:r>
        <w:rPr>
          <w:sz w:val="20"/>
        </w:rPr>
        <w:t>32:02  qadeem zamane mein da'wat ka kaam paighambar aur un ke saathi anjam dete thay. ab nabi ki aamad ka silsila khatm ho gaya, is liye ab nabi ki ummat ko nabi ki numaindagi mein yeh kaam anjam dena hai.</w:t>
      </w:r>
      <w:r>
        <w:br/>
      </w:r>
      <w:r>
        <w:rPr>
          <w:sz w:val="20"/>
        </w:rPr>
        <w:t>32:20  yeh kaam isi nahaj, ya method par anjam dena hai jis nahaj par pehle paighambar anjam dete thay.</w:t>
      </w:r>
      <w:r>
        <w:br/>
      </w:r>
      <w:r>
        <w:rPr>
          <w:sz w:val="20"/>
        </w:rPr>
        <w:t>32:29  yeh usool quran ki aik aayat se maloom hota hai. quran mein peghambar ki zabaan se kaha gaya hai: "wa oohi ilayya haza al quran li unzilakum bihi wa man balagh".</w:t>
      </w:r>
      <w:r>
        <w:br/>
      </w:r>
      <w:r>
        <w:rPr>
          <w:sz w:val="20"/>
        </w:rPr>
        <w:t>32:44  yani aur meri taraf yeh quran wahi kiya gaya hai taake main is ke zariye se tum ko inzar karoon, aur woh bhi jin ko yeh pohanchay.</w:t>
      </w:r>
      <w:r>
        <w:br/>
      </w:r>
      <w:r>
        <w:rPr>
          <w:sz w:val="20"/>
        </w:rPr>
        <w:t>32:55  is aayat ki tafseer mein maulana ameen ahsan islahi ne durust tor par likha hai: aam tor par mufassireen ne "wa man balagh" ko zameer mansoob par maaf-oof maana hai.</w:t>
      </w:r>
      <w:r>
        <w:br/>
      </w:r>
      <w:r>
        <w:rPr>
          <w:sz w:val="20"/>
        </w:rPr>
        <w:t>33:09  yani yeh quran is liye mujh par wahi kiya gaya hai ke main is ke zariye se tum ko aur un sab ko bedaar o hoshiyar karoon jin tak yeh pohanchay.</w:t>
      </w:r>
      <w:r>
        <w:br/>
      </w:r>
      <w:r>
        <w:rPr>
          <w:sz w:val="20"/>
        </w:rPr>
        <w:t>33:22  lekin hamara khayal yeh hai ke yeh zameer mutakallim par maaf-oof hai. yani main is ke zariye se tum ko khabardar karoon, aur jin ko yeh pohanchay woh bhi apni apni jagah par doosron ko is ke zariye se khabardar karen.</w:t>
      </w:r>
      <w:r>
        <w:br/>
      </w:r>
      <w:r>
        <w:rPr>
          <w:sz w:val="20"/>
        </w:rPr>
        <w:t>33:39  tadabbur quran surah al an'am aayat 19. yeh ummat e muhammadi ki lazmi zimmedari aur yeh khatm e nubowat ka lazmi taqaza hai, kyunke khatm e nubowat ke baad nabi ki shakhsiyat ka daur khatm ho jata hai.</w:t>
      </w:r>
      <w:r>
        <w:br/>
      </w:r>
      <w:r>
        <w:rPr>
          <w:sz w:val="20"/>
        </w:rPr>
        <w:t>33:57  lekin jahan tak dawat ka ta'alluq hai, is ko badastoor qayamat tak jaari rehna hai. yeh ummat e muhammadi ki aisi zimmedari hai jo kisi haal mein mauqoof nahi hoti.</w:t>
      </w:r>
      <w:r>
        <w:br/>
      </w:r>
      <w:r>
        <w:rPr>
          <w:sz w:val="20"/>
        </w:rPr>
        <w:t>34:11  is zimmedari ka zikr quran mein mukhtalif alfaaz mein kiya gaya hai, maslan ummat e wasat, shahadat alal naas, inzar, ablagh, dawat ilal Allah, tabligh ma unzil Allah waghera.</w:t>
      </w:r>
    </w:p>
    <w:p>
      <w:pPr>
        <w:pStyle w:val="Heading2"/>
      </w:pPr>
      <w:r>
        <w:t>Dawa requires love, not hate</w:t>
      </w:r>
    </w:p>
    <w:p>
      <w:r>
        <w:rPr>
          <w:color w:val="666666"/>
          <w:sz w:val="18"/>
        </w:rPr>
        <w:t>Islam in History - Part-2 (English) March 10, 2007 Maulana Wahiduddin Khan · 2m 35s · at 29:19 · https://youtu.be/VmZFLK7jDcE?t=1759</w:t>
      </w:r>
    </w:p>
    <w:p>
      <w:r>
        <w:rPr>
          <w:i/>
        </w:rPr>
        <w:t>“Dawa means love. Love. Without love you cannot do Dawa work”</w:t>
      </w:r>
    </w:p>
    <w:p>
      <w:r>
        <w:rPr>
          <w:sz w:val="20"/>
        </w:rPr>
        <w:t>29:19  Dawah means love. Love. Without love, you cannot do Dawah work. Love towards humanity. You have to be compassionate towards humanity. You have to love towards humanity. You have to be well-wisher towards humanity. Then you can do Dawah work.</w:t>
      </w:r>
      <w:r>
        <w:br/>
      </w:r>
      <w:r>
        <w:rPr>
          <w:sz w:val="20"/>
        </w:rPr>
        <w:t>29:49  And all these activities presently Muslims are engaged in, all these activities are generating hate in the Muslim mind.</w:t>
      </w:r>
      <w:r>
        <w:br/>
      </w:r>
      <w:r>
        <w:rPr>
          <w:sz w:val="20"/>
        </w:rPr>
        <w:t>30:09  All this political activism, all this jihad activism, all this fighting, suicide bombing, all these movements in the name of Khilafah, all these activities are generating hate in the Muslim mind against people.</w:t>
      </w:r>
      <w:r>
        <w:br/>
      </w:r>
      <w:r>
        <w:rPr>
          <w:sz w:val="20"/>
        </w:rPr>
        <w:t>30:35  These activities have made the Muslim psyche, a hateful psyche.</w:t>
      </w:r>
      <w:r>
        <w:br/>
      </w:r>
      <w:r>
        <w:rPr>
          <w:sz w:val="20"/>
        </w:rPr>
        <w:t>30:44  Now they are living in the "we and they" concept.</w:t>
      </w:r>
      <w:r>
        <w:br/>
      </w:r>
      <w:r>
        <w:rPr>
          <w:sz w:val="20"/>
        </w:rPr>
        <w:t>30:53  Now Muslims are living with the concept "we and they, we and they." How can you do work</w:t>
      </w:r>
      <w:r>
        <w:br/>
      </w:r>
      <w:r>
        <w:rPr>
          <w:sz w:val="20"/>
        </w:rPr>
        <w:t>31:02  with this concept, with this psyche?</w:t>
      </w:r>
      <w:r>
        <w:br/>
      </w:r>
      <w:r>
        <w:rPr>
          <w:sz w:val="20"/>
        </w:rPr>
        <w:t>31:12  You have to see people as your friends, not as your enemies.</w:t>
      </w:r>
      <w:r>
        <w:br/>
      </w:r>
      <w:r>
        <w:rPr>
          <w:sz w:val="20"/>
        </w:rPr>
        <w:t>31:26  This point you can read in the Quran, in these verses.</w:t>
      </w:r>
      <w:r>
        <w:br/>
      </w:r>
      <w:r>
        <w:rPr>
          <w:sz w:val="20"/>
        </w:rPr>
        <w:t>31:40  This is the Dawah culture.</w:t>
      </w:r>
      <w:r>
        <w:br/>
      </w:r>
      <w:r>
        <w:rPr>
          <w:sz w:val="20"/>
        </w:rPr>
        <w:t>31:54  This is the ethics of Dawah.</w:t>
      </w:r>
    </w:p>
    <w:p>
      <w:pPr>
        <w:pStyle w:val="Heading2"/>
      </w:pPr>
      <w:r>
        <w:t>Habeel's non-retaliation as the model for Muslims today</w:t>
      </w:r>
    </w:p>
    <w:p>
      <w:r>
        <w:rPr>
          <w:color w:val="666666"/>
          <w:sz w:val="18"/>
        </w:rPr>
        <w:t>Making War in the Name of God December 10, 2023 · 1m 48s · at 1:09:43 · https://youtu.be/X-KaWopXg9Y?t=4183</w:t>
      </w:r>
    </w:p>
    <w:p>
      <w:r>
        <w:rPr>
          <w:i/>
        </w:rPr>
        <w:t>“Habeel aur Qabeel Hazrat Adam ke bete the”</w:t>
      </w:r>
    </w:p>
    <w:p>
      <w:r>
        <w:rPr>
          <w:sz w:val="20"/>
        </w:rPr>
        <w:t>1:09:43  To yeh aakhir mein dekhiye, dunya mein insaan jang karnay kay liye paida nahin kiya gaya hai. Ab Habil-o-Qabil jo Hazrat Adam kay betay thay, to Habil to achhay walay thay, aur Qabil ghussa ho gaya to maar diya tha.</w:t>
      </w:r>
      <w:r>
        <w:br/>
      </w:r>
      <w:r>
        <w:rPr>
          <w:sz w:val="20"/>
        </w:rPr>
        <w:t>1:09:57  to us waqt jab maar raha tha, us waqt Habil ne kaha tha tum agar mere upar hath uthaoge, tab bhi mein isko react nahi karunga. aur woh kiya unhone ke usko maar diya, unhone usko nahi mara, uske apna hath nahi utha</w:t>
      </w:r>
      <w:r>
        <w:br/>
      </w:r>
      <w:r>
        <w:rPr>
          <w:sz w:val="20"/>
        </w:rPr>
        <w:t>1:10:12  aya. to yeh pehle deen Allah taala ne saari set kar di thi ke agar kuch log kharab niklenge to tum usko react mat karna.</w:t>
      </w:r>
      <w:r>
        <w:br/>
      </w:r>
      <w:r>
        <w:rPr>
          <w:sz w:val="20"/>
        </w:rPr>
        <w:t>1:10:21  to aur baad mein uski misaal di gayi hai Quran mein, aur usmein bhi hai, Hadees mein bhi hai ke tum Habil bano kaha agar woh log hath uthaye, tab bhi tum mat hath uthao.</w:t>
      </w:r>
      <w:r>
        <w:br/>
      </w:r>
      <w:r>
        <w:rPr>
          <w:sz w:val="20"/>
        </w:rPr>
        <w:t>1:10:34  to phir Khuda ki madad aa jati hai na, log samajhte hain ke hum to hum ko to daba lenge, daba kaise lenge? phir Rasool Allah ne dab kar sulah ki to daba liya, saara Arab aap ka ho gaya.</w:t>
      </w:r>
      <w:r>
        <w:br/>
      </w:r>
      <w:r>
        <w:rPr>
          <w:sz w:val="20"/>
        </w:rPr>
        <w:t>1:10:44  ji, to duniya jo hai na, Allah taala ne kuch bohat hi mazboot usoolon par qaim ki hai. to yeh bhi usool hai ke hum jitna dabenge, utna hi zyada Khuda ki madad aayegi, aur har kamyabi Khuda ki madad se hasil hoti hai.</w:t>
      </w:r>
      <w:r>
        <w:br/>
      </w:r>
      <w:r>
        <w:rPr>
          <w:sz w:val="20"/>
        </w:rPr>
        <w:t>1:11:00  ab akadne se to koi bhi kamyabi nahi hoti, kyunke akdenge to Shaitan, yeh Shaitan ki sunnat hai akadna. to agar akdenge to hamein kuch bhi nahi milega. agar hum jhukenge</w:t>
      </w:r>
      <w:r>
        <w:br/>
      </w:r>
      <w:r>
        <w:rPr>
          <w:sz w:val="20"/>
        </w:rPr>
        <w:t>1:11:11  to hamein Khuda ki madad, farishton ki madad sab mil jayegi, aur tabhi hamara kaam banega. to hamara jo maqsad hai ke hum khud nijat ke rastay ko apnayein, salvation ke rastay ko apnayein, aur wahi rasta hum doosron ko dikhayein, aur bilkul peaceful,</w:t>
      </w:r>
    </w:p>
    <w:p>
      <w:pPr>
        <w:pStyle w:val="Heading2"/>
      </w:pPr>
      <w:r>
        <w:t>Negronism and missed media opportunity</w:t>
      </w:r>
    </w:p>
    <w:p>
      <w:r>
        <w:rPr>
          <w:color w:val="666666"/>
          <w:sz w:val="18"/>
        </w:rPr>
        <w:t>Ignore the Problems Avail the Opportunities | June 30, 2006 | Maulana Wahiduddin Khan · 1m 11s · at 0:00 · https://youtu.be/ie8Xc5BlTwY?t=0</w:t>
      </w:r>
    </w:p>
    <w:p>
      <w:r>
        <w:rPr>
          <w:i/>
        </w:rPr>
        <w:t>“Dekhein, yeh negronism hai”</w:t>
      </w:r>
    </w:p>
    <w:p>
      <w:r>
        <w:rPr>
          <w:sz w:val="20"/>
        </w:rPr>
        <w:t>0:00  dekhein, yeh negrounism hai, yeh— yeh ek fallacy hai, yeh ek bohat bari fallacy hai. yaani dunya mein kuch problem hote hain, kuch opportunities hoti hain. mein bataoon ke without any exception, har ek opportunity blind ho gaya. bas problem ko point out karke problem se ladna. ab is ke baad ladne ki kya zaroorat hai, mujhe bataiye? ladne ki kya zaroorat hai? yaani yeh jo faisle ki buniyad, jo zamane ne faraham ki, woh ain hamare haq mein thi,</w:t>
      </w:r>
      <w:r>
        <w:br/>
      </w:r>
      <w:r>
        <w:rPr>
          <w:sz w:val="20"/>
        </w:rPr>
        <w:t>0:30  lekin hum us ko avail nahi kar sake. kyun? jo Islam ke manne wale hain, woh is opportunity ko avail nahi kar sake. kyun? is zamane mein media kitni bari blessing hai, kitni bari nemat hai. abhi jo mein ne kaha, us ko samne rakhiye to aaj Islam un opposed victory ki position mein hai. kaise? kyunke jitni bari soch, utni bari kamyabi. agar aap ki soch bohat oonchi ho gayi, tab bhi aap ooncha kaam kar sakte hain.</w:t>
      </w:r>
    </w:p>
    <w:p>
      <w:pPr>
        <w:pStyle w:val="Heading2"/>
      </w:pPr>
      <w:r>
        <w:t>Mahdi's true role: rediscovering hidden truths</w:t>
      </w:r>
    </w:p>
    <w:p>
      <w:r>
        <w:rPr>
          <w:color w:val="666666"/>
          <w:sz w:val="18"/>
        </w:rPr>
        <w:t>Beginning of The End April 20, 2008 · 1m 48s · at 27:34 · https://youtu.be/6atQ8muQDUk?t=1654</w:t>
      </w:r>
    </w:p>
    <w:p>
      <w:r>
        <w:rPr>
          <w:i/>
        </w:rPr>
        <w:t>“Mahdi ke maayne kya hain? Dekhein”</w:t>
      </w:r>
    </w:p>
    <w:p>
      <w:r>
        <w:rPr>
          <w:sz w:val="20"/>
        </w:rPr>
        <w:t>27:34  isi isi situation ko correct karne ke liye jo insaan aayega, isi ko hadith mein Mahdi kaha gaya hai. Dekhein, Mahdi ke maani kya hain?</w:t>
      </w:r>
      <w:r>
        <w:br/>
      </w:r>
      <w:r>
        <w:rPr>
          <w:sz w:val="20"/>
        </w:rPr>
        <w:t>27:44  Mahdi ke maani hain guided person</w:t>
      </w:r>
      <w:r>
        <w:br/>
      </w:r>
      <w:r>
        <w:rPr>
          <w:sz w:val="20"/>
        </w:rPr>
        <w:t>27:47  . Guided ke maani yaani hidayat dene wala nahi hai, balke hidayat paya hua hai. Hidayat paya hua.</w:t>
      </w:r>
      <w:r>
        <w:br/>
      </w:r>
      <w:r>
        <w:rPr>
          <w:sz w:val="20"/>
        </w:rPr>
        <w:t>27:57  to yahan par bohat bari bhool yeh hui hai ke logon ne Mahdi ka jo concept banaya, woh apne aap hadi kar hadi ke sense mein bana liya.</w:t>
      </w:r>
      <w:r>
        <w:br/>
      </w:r>
      <w:r>
        <w:rPr>
          <w:sz w:val="20"/>
        </w:rPr>
        <w:t>28:09  yaani dunya ko hidayat dene wala.</w:t>
      </w:r>
      <w:r>
        <w:br/>
      </w:r>
      <w:r>
        <w:rPr>
          <w:sz w:val="20"/>
        </w:rPr>
        <w:t>28:11  to ek sahib ne likha ke Mahdi jo hai, woh modern zamane ka ek inqilabi leader hoga, revolutionary leader hoga.</w:t>
      </w:r>
      <w:r>
        <w:br/>
      </w:r>
      <w:r>
        <w:rPr>
          <w:sz w:val="20"/>
        </w:rPr>
        <w:t>28:22  yeh is baat aayi nahi is ke andar kyunke woh hadi nahi hai, woh lafz aaya hai, Mahdi ka lafz aaya hai. To Mahdi ka maani yeh hai ke main main samajhta hoon yahan tak ke woh discover karega is cheez ko jo Dajjal ne chupa chupa diya tha.</w:t>
      </w:r>
      <w:r>
        <w:br/>
      </w:r>
      <w:r>
        <w:rPr>
          <w:sz w:val="20"/>
        </w:rPr>
        <w:t>28:39  yaani is ke is ke mis interpretation ko se hat kar, hata hat kar ke, usay us se apne ko, yaani ab us ke is se bacha kar apne aap ko in haqiqaton ko dobara daryaft karega.</w:t>
      </w:r>
      <w:r>
        <w:br/>
      </w:r>
      <w:r>
        <w:rPr>
          <w:sz w:val="20"/>
        </w:rPr>
        <w:t>28:54  hata yani in haqiqaton ko jo science ne daryaft ki hain, un ko daryaft kar ke, un ko discover kar ke, aur phir us ko focus karega Khuda ki taraf.</w:t>
      </w:r>
      <w:r>
        <w:br/>
      </w:r>
      <w:r>
        <w:rPr>
          <w:sz w:val="20"/>
        </w:rPr>
        <w:t>29:09  yeh yeh kaam hai Mahdi ka. Yahi is waqt matloob hai. Is waqt jo kaam Khuda ko matloob hai, woh yeh hai ke Dajjal ne bhar diya dunya ko buraiyon se.</w:t>
      </w:r>
    </w:p>
    <w:p>
      <w:pPr>
        <w:pStyle w:val="Heading2"/>
      </w:pPr>
      <w:r>
        <w:t>Khadija and Aisha's freedom in the Prophet's household</w:t>
      </w:r>
    </w:p>
    <w:p>
      <w:r>
        <w:rPr>
          <w:color w:val="666666"/>
          <w:sz w:val="18"/>
        </w:rPr>
        <w:t>The Position of Woman in Islam March 6, 2022 Maulana Wahiduddin Khan · 2m 47s · at 15:25 · https://youtu.be/xEPOBSMmqk4?t=925</w:t>
      </w:r>
    </w:p>
    <w:p>
      <w:r>
        <w:rPr>
          <w:i/>
        </w:rPr>
        <w:t>“The Prophet's wife Khadija prayed beside him and ran her own business”</w:t>
      </w:r>
    </w:p>
    <w:p>
      <w:r>
        <w:rPr>
          <w:sz w:val="20"/>
        </w:rPr>
        <w:t>15:25  yahan tak ki aapke jo pehli wife thi Hazrat Khadija, to jab aap wo prophet banaya gaya to, to jab aapne namaz padhne shuru ki to wo unhone aapke saath namaz, barabar aapke saath wo namaz mein shareek hoti thi. aapne kabhi nahi kaha ki nahi auraton ke liye yeh nahi hai. jabki pehle zamane mein yeh sab mardon ke liye tha, auraton ko bas khali ghar mein kaam karna hota tha.</w:t>
      </w:r>
      <w:r>
        <w:br/>
      </w:r>
      <w:r>
        <w:rPr>
          <w:sz w:val="20"/>
        </w:rPr>
        <w:t>15:52  to Khadija business bhi karti thi, uske liye bhi kabhi aapne unko mana nahi kiya. to bahut sari detail hai, to usko aap usi kitab mein Khawateen e Islam mein dekh sakte hain. to Hazrat Aisha jo aapki biwi thi, wo bahut zyada zaheen thi aur bahut zyada unki akhal unki hafza tha, jisko photographic memory kehte hain.</w:t>
      </w:r>
      <w:r>
        <w:br/>
      </w:r>
      <w:r>
        <w:rPr>
          <w:sz w:val="20"/>
        </w:rPr>
        <w:t>16:19  to unhone bahut zyada aapse deen ilm hasil kiya aur aap unko har baat batate the, samjhate the, unse discussion karte the. to wo chunki wo absorb karti thi, bahut zyada extraordinary intelligence unke andar tha. to isliye unhone bahut baaton ko pakda yahan tak ke bahut se sahaba bhi unke paas aate the aur deen ilm hasil karte the.</w:t>
      </w:r>
      <w:r>
        <w:br/>
      </w:r>
      <w:r>
        <w:rPr>
          <w:sz w:val="20"/>
        </w:rPr>
        <w:t>16:46  jahan koi ishkal hota tha wo unke paas aate the. to is tarike se aurat ko mukammal aazadi thi. ek Bareera aur Movies ka qissa hai ki Bareera jo hai wo white thi aur Movies black the to unko Movies pasand nahi the aur Movies, wo Bareera ko bahut zyada pasand karte the.</w:t>
      </w:r>
      <w:r>
        <w:br/>
      </w:r>
      <w:r>
        <w:rPr>
          <w:sz w:val="20"/>
        </w:rPr>
        <w:t>17:08  to is tarike se aur unhone rasoolullah salm ki baat nahin suni.</w:t>
      </w:r>
      <w:r>
        <w:br/>
      </w:r>
      <w:r>
        <w:rPr>
          <w:sz w:val="20"/>
        </w:rPr>
        <w:t>17:20  uske bawajood rasoolullah salm ne unko koi poori ijazat di ke woh apni marzi ke mutabiq amal kar</w:t>
      </w:r>
      <w:r>
        <w:br/>
      </w:r>
      <w:r>
        <w:rPr>
          <w:sz w:val="20"/>
        </w:rPr>
        <w:t>17:33  sakti hai aur jo hai auratein har tarah se aazadi hai aap aapke saath masjid mein namaz padhti</w:t>
      </w:r>
      <w:r>
        <w:br/>
      </w:r>
      <w:r>
        <w:rPr>
          <w:sz w:val="20"/>
        </w:rPr>
        <w:t>17:46  thi, raat kai namaz bhi esha ki namaz bhi aapke saath padhti thi to aap kabhi mana nahin</w:t>
      </w:r>
      <w:r>
        <w:br/>
      </w:r>
      <w:r>
        <w:rPr>
          <w:sz w:val="20"/>
        </w:rPr>
        <w:t>17:59  karte the unko ke matao raat ke waqt hai.</w:t>
      </w:r>
      <w:r>
        <w:br/>
      </w:r>
      <w:r>
        <w:rPr>
          <w:sz w:val="20"/>
        </w:rPr>
        <w:t>18:12  to rasoolullah se salm ka sharman attend karti thi. to jo rasoolullah unki biwiyan thi unse aap mashwara bhi karte the. unko sab baat bata dete hain. unko apne saath safar mein bhi le jaate the. to ek bahut hi dilchasp waqea hai ki ek baar aap hajj ke mauqe par jo aapke saath jo sawari par fazl ibne abbas baithe hue the. to fazl ibne abbas jo hai kaafi handsome the.</w:t>
      </w:r>
    </w:p>
    <w:p>
      <w:pPr>
        <w:pStyle w:val="Heading2"/>
      </w:pPr>
      <w:r>
        <w:t>Focus on humans not conditions</w:t>
      </w:r>
    </w:p>
    <w:p>
      <w:r>
        <w:rPr>
          <w:color w:val="666666"/>
          <w:sz w:val="18"/>
        </w:rPr>
        <w:t>Q&amp;A 13 Nov 2011 · 1m 28s · at 3:47 · https://youtu.be/oOZ9h37_pL8?t=227</w:t>
      </w:r>
    </w:p>
    <w:p>
      <w:r>
        <w:rPr>
          <w:i/>
        </w:rPr>
        <w:t>“Main ne ek qissa parha tha kitchen machinery ka”</w:t>
      </w:r>
    </w:p>
    <w:p>
      <w:r>
        <w:rPr>
          <w:sz w:val="20"/>
        </w:rPr>
        <w:t>3:47  Jahan aap hain, wahan ek audience hai, jahan aap hain, wahan kuch insaan hain. To aap yeh kijiye. Maine ek qissa padha tha kitchen machinery ka ke unhone apne ek aadmi ko bheja</w:t>
      </w:r>
      <w:r>
        <w:br/>
      </w:r>
      <w:r>
        <w:rPr>
          <w:sz w:val="20"/>
        </w:rPr>
        <w:t>4:07  South America ke ek jangli ilaqe mein. To wahan ja ke dekho ke wahan kaise insaan hain, kya hai wahan par, kaun log hain, kya hai.</w:t>
      </w:r>
      <w:r>
        <w:br/>
      </w:r>
      <w:r>
        <w:rPr>
          <w:sz w:val="20"/>
        </w:rPr>
        <w:t>4:18  to woh bohat hi primitive age mein rehte thay woh log.</w:t>
      </w:r>
      <w:r>
        <w:br/>
      </w:r>
      <w:r>
        <w:rPr>
          <w:sz w:val="20"/>
        </w:rPr>
        <w:t>4:25  to woh gaya wahan par is jangli ilaqay mein. kuch din dekh kar aaya to kehne lage ke wahan par medak hain, wahan saanp hain, wahan keere makore hain, wahan yeh hai, wahan yeh sab tafseel batane laga.</w:t>
      </w:r>
      <w:r>
        <w:br/>
      </w:r>
      <w:r>
        <w:rPr>
          <w:sz w:val="20"/>
        </w:rPr>
        <w:t>4:40  wahan pand hai.</w:t>
      </w:r>
      <w:r>
        <w:br/>
      </w:r>
      <w:r>
        <w:rPr>
          <w:sz w:val="20"/>
        </w:rPr>
        <w:t>4:42  to ek sunne wala jo tha, ek us ne chila kar kaha arey bhai wahan insaan bhi hain kya?</w:t>
      </w:r>
      <w:r>
        <w:br/>
      </w:r>
      <w:r>
        <w:rPr>
          <w:sz w:val="20"/>
        </w:rPr>
        <w:t>4:49  to unhon ne kaha haan insaan bhi hain. to unhon ne kaha bas hamein apna kaam mil gaya. baqi cheezein kyun batat</w:t>
      </w:r>
      <w:r>
        <w:br/>
      </w:r>
      <w:r>
        <w:rPr>
          <w:sz w:val="20"/>
        </w:rPr>
        <w:t>4:56  e ho hum ko? insaan hain to wahan hum ja kar apna mushri work chalayen ge. to aap ki soch yeh honi chahiye ke jahan aap hain, wahan insaan hain.</w:t>
      </w:r>
      <w:r>
        <w:br/>
      </w:r>
      <w:r>
        <w:rPr>
          <w:sz w:val="20"/>
        </w:rPr>
        <w:t>5:10  bas to insaan hain to aap ke paas kaam hai.</w:t>
      </w:r>
    </w:p>
    <w:p>
      <w:pPr>
        <w:pStyle w:val="Heading2"/>
      </w:pPr>
      <w:r>
        <w:t>Prophet never touched Mecca's idols, followed avoidance policy</w:t>
      </w:r>
    </w:p>
    <w:p>
      <w:r>
        <w:rPr>
          <w:color w:val="666666"/>
          <w:sz w:val="18"/>
        </w:rPr>
        <w:t>Peaceful Activism vs Violent Activism May 23, 2009 · 2m 21s · at 24:41 · https://youtu.be/LlwiET1Kb5w?t=1481</w:t>
      </w:r>
    </w:p>
    <w:p>
      <w:r>
        <w:rPr>
          <w:i/>
        </w:rPr>
        <w:t>“When the Prophet started his mission, Mecca was under polytheists.”</w:t>
      </w:r>
    </w:p>
    <w:p>
      <w:r>
        <w:rPr>
          <w:sz w:val="20"/>
        </w:rPr>
        <w:t>24:41  when the prophet started mission in 610 AD, time Mecca was under the mushrik peoples.</w:t>
      </w:r>
      <w:r>
        <w:br/>
      </w:r>
      <w:r>
        <w:rPr>
          <w:sz w:val="20"/>
        </w:rPr>
        <w:t>24:52  kaba was under their, under their</w:t>
      </w:r>
      <w:r>
        <w:br/>
      </w:r>
      <w:r>
        <w:rPr>
          <w:sz w:val="20"/>
        </w:rPr>
        <w:t>25:00  tawliyat, trusteeship</w:t>
      </w:r>
      <w:r>
        <w:br/>
      </w:r>
      <w:r>
        <w:rPr>
          <w:sz w:val="20"/>
        </w:rPr>
        <w:t>25:04  . so, they have placed 360 idols in kaba. you know, kaba was built by Ibrahim, Hazrat Ibrahim,</w:t>
      </w:r>
      <w:r>
        <w:br/>
      </w:r>
      <w:r>
        <w:rPr>
          <w:sz w:val="20"/>
        </w:rPr>
        <w:t>25:17  as a, as a, yani baitullah, house of God, house of tauheed, house of one God.</w:t>
      </w:r>
      <w:r>
        <w:br/>
      </w:r>
      <w:r>
        <w:rPr>
          <w:sz w:val="20"/>
        </w:rPr>
        <w:t>25:29  in later period, mushrik people placed 360 idols. that was trust passing, that was unlawful.</w:t>
      </w:r>
      <w:r>
        <w:br/>
      </w:r>
      <w:r>
        <w:rPr>
          <w:sz w:val="20"/>
        </w:rPr>
        <w:t>25:45  and prophet of Islam was prophet of tauheed. he all, he used to, he used to convey message in the</w:t>
      </w:r>
      <w:r>
        <w:br/>
      </w:r>
      <w:r>
        <w:rPr>
          <w:sz w:val="20"/>
        </w:rPr>
        <w:t>25:55  verse: "a, o nas, bolo la ilaha illallah, taflo."</w:t>
      </w:r>
      <w:r>
        <w:br/>
      </w:r>
      <w:r>
        <w:rPr>
          <w:sz w:val="20"/>
        </w:rPr>
        <w:t>26:02  o people, say that there no God but one God, and you will find success. this was mission, but he never touch those, those idols.</w:t>
      </w:r>
      <w:r>
        <w:br/>
      </w:r>
      <w:r>
        <w:rPr>
          <w:sz w:val="20"/>
        </w:rPr>
        <w:t>26:19  never touch those idols, he never try to destroy those idols.</w:t>
      </w:r>
      <w:r>
        <w:br/>
      </w:r>
      <w:r>
        <w:rPr>
          <w:sz w:val="20"/>
        </w:rPr>
        <w:t>26:24  even he never protested against these idols. he never protested, he never demanded, he never try to destroy those idols.</w:t>
      </w:r>
      <w:r>
        <w:br/>
      </w:r>
      <w:r>
        <w:rPr>
          <w:sz w:val="20"/>
        </w:rPr>
        <w:t>26:40  he simply avoid, he simply followed the principle of avoidance. avoidance, avoidance, avoidance.</w:t>
      </w:r>
      <w:r>
        <w:br/>
      </w:r>
      <w:r>
        <w:rPr>
          <w:sz w:val="20"/>
        </w:rPr>
        <w:t>26:49  so, his policy was avoid, avoid the unwanted situations, and do your work constructively.</w:t>
      </w:r>
    </w:p>
    <w:p>
      <w:pPr>
        <w:pStyle w:val="Heading2"/>
      </w:pPr>
      <w:r>
        <w:t>Prophet's peaceful revolution</w:t>
      </w:r>
    </w:p>
    <w:p>
      <w:r>
        <w:rPr>
          <w:color w:val="666666"/>
          <w:sz w:val="18"/>
        </w:rPr>
        <w:t>Peace and Interfaith Harmony | July 16, 2017 | Maulana Wahiduddin Khan · 2m 02s · at 17:06 · https://youtu.be/XLH-VYfueK4?t=1026</w:t>
      </w:r>
    </w:p>
    <w:p>
      <w:r>
        <w:rPr>
          <w:i/>
        </w:rPr>
        <w:t>“Arabia was a tribal culture, and tribal culture was based on violence.”</w:t>
      </w:r>
    </w:p>
    <w:p>
      <w:r>
        <w:rPr>
          <w:sz w:val="20"/>
        </w:rPr>
        <w:t>17:06  Arabia was a tribal culture, and tribal culture was based on violence. Violence.</w:t>
      </w:r>
      <w:r>
        <w:br/>
      </w:r>
      <w:r>
        <w:rPr>
          <w:sz w:val="20"/>
        </w:rPr>
        <w:t>17:12  Everywhere there is violence.</w:t>
      </w:r>
      <w:r>
        <w:br/>
      </w:r>
      <w:r>
        <w:rPr>
          <w:sz w:val="20"/>
        </w:rPr>
        <w:t>17:19  They don't know anything except swords.</w:t>
      </w:r>
      <w:r>
        <w:br/>
      </w:r>
      <w:r>
        <w:rPr>
          <w:sz w:val="20"/>
        </w:rPr>
        <w:t>17:25  But the Prophet successfully managed all the problems.</w:t>
      </w:r>
      <w:r>
        <w:br/>
      </w:r>
      <w:r>
        <w:rPr>
          <w:sz w:val="20"/>
        </w:rPr>
        <w:t>17:31  One historian has rightly pointed out that the revolution brought out</w:t>
      </w:r>
      <w:r>
        <w:br/>
      </w:r>
      <w:r>
        <w:rPr>
          <w:sz w:val="20"/>
        </w:rPr>
        <w:t>17:37  by the Prophet of Islam was a bulletless revolution. Bulletless revolution.</w:t>
      </w:r>
      <w:r>
        <w:br/>
      </w:r>
      <w:r>
        <w:rPr>
          <w:sz w:val="20"/>
        </w:rPr>
        <w:t>17:47  And it was the basic quality of the Prophet was that he always tried to manage the problems</w:t>
      </w:r>
      <w:r>
        <w:br/>
      </w:r>
      <w:r>
        <w:rPr>
          <w:sz w:val="20"/>
        </w:rPr>
        <w:t>17:58  rather than to confront the problem.</w:t>
      </w:r>
      <w:r>
        <w:br/>
      </w:r>
      <w:r>
        <w:rPr>
          <w:sz w:val="20"/>
        </w:rPr>
        <w:t>18:08  His wife, Aisha, says about his policy that "Ma khujra Rasulullah Sallallahu Alaihi Wasallam ban amraan illaqtara israahuma." It means that whenever the Prophet had to choose between the two, he always opted for the easier option rather than the harder option. And what is the</w:t>
      </w:r>
      <w:r>
        <w:br/>
      </w:r>
      <w:r>
        <w:rPr>
          <w:sz w:val="20"/>
        </w:rPr>
        <w:t>18:38  easier option?</w:t>
      </w:r>
      <w:r>
        <w:br/>
      </w:r>
      <w:r>
        <w:rPr>
          <w:sz w:val="20"/>
        </w:rPr>
        <w:t>18:42  There is peace.</w:t>
      </w:r>
      <w:r>
        <w:br/>
      </w:r>
      <w:r>
        <w:rPr>
          <w:sz w:val="20"/>
        </w:rPr>
        <w:t>18:47  So, the harder option was violence, and the easier option was peace.</w:t>
      </w:r>
      <w:r>
        <w:br/>
      </w:r>
      <w:r>
        <w:rPr>
          <w:sz w:val="20"/>
        </w:rPr>
        <w:t>18:51  So, the Prophet of Islam always opted for peace.</w:t>
      </w:r>
      <w:r>
        <w:br/>
      </w:r>
      <w:r>
        <w:rPr>
          <w:sz w:val="20"/>
        </w:rPr>
        <w:t>18:55  He never engaged in violence or war.</w:t>
      </w:r>
      <w:r>
        <w:br/>
      </w:r>
      <w:r>
        <w:rPr>
          <w:sz w:val="20"/>
        </w:rPr>
        <w:t>19:00  It is said that the Prophet of Islam engaged in some war, but it is not correct.</w:t>
      </w:r>
      <w:r>
        <w:br/>
      </w:r>
      <w:r>
        <w:rPr>
          <w:sz w:val="20"/>
        </w:rPr>
        <w:t>19:04  It is true that the other party</w:t>
      </w:r>
    </w:p>
    <w:p>
      <w:pPr>
        <w:pStyle w:val="Heading2"/>
      </w:pPr>
      <w:r>
        <w:t>Difference is a blessing not evil</w:t>
      </w:r>
    </w:p>
    <w:p>
      <w:r>
        <w:rPr>
          <w:color w:val="666666"/>
          <w:sz w:val="18"/>
        </w:rPr>
        <w:t>Inter Faith Dialogue IIC 12 Mar 2007 - Maulana Wahiduddin Khan · 1m 55s · at 12:14 · https://youtu.be/VoRqhMN-2Oc?t=734</w:t>
      </w:r>
    </w:p>
    <w:p>
      <w:r>
        <w:rPr>
          <w:i/>
        </w:rPr>
        <w:t>“Although there are differences among different religions, it is”</w:t>
      </w:r>
    </w:p>
    <w:p>
      <w:r>
        <w:rPr>
          <w:sz w:val="20"/>
        </w:rPr>
        <w:t>12:14  You cannot deny this fact. But difference is not an evil. The point is here. People generally think that difference is an evil.</w:t>
      </w:r>
      <w:r>
        <w:br/>
      </w:r>
      <w:r>
        <w:rPr>
          <w:sz w:val="20"/>
        </w:rPr>
        <w:t>12:24  No. Difference is a part of this is a part of nature. Part of nature.</w:t>
      </w:r>
      <w:r>
        <w:br/>
      </w:r>
      <w:r>
        <w:rPr>
          <w:sz w:val="20"/>
        </w:rPr>
        <w:t>12:33  One scholar has rightly said that nature abhors uniformity. So everywhere there are differences. Everywhere there are differences.</w:t>
      </w:r>
      <w:r>
        <w:br/>
      </w:r>
      <w:r>
        <w:rPr>
          <w:sz w:val="20"/>
        </w:rPr>
        <w:t>12:45  Nature is based on difference.</w:t>
      </w:r>
      <w:r>
        <w:br/>
      </w:r>
      <w:r>
        <w:rPr>
          <w:sz w:val="20"/>
        </w:rPr>
        <w:t>12:49  So we have to learn the art of difference management rather than the art of eliminating the differences, because elimination of differences is not possible.</w:t>
      </w:r>
      <w:r>
        <w:br/>
      </w:r>
      <w:r>
        <w:rPr>
          <w:sz w:val="20"/>
        </w:rPr>
        <w:t>13:00  So we have to adopt the formula of difference management. Then there is another point. Difference is not an evil.</w:t>
      </w:r>
      <w:r>
        <w:br/>
      </w:r>
      <w:r>
        <w:rPr>
          <w:sz w:val="20"/>
        </w:rPr>
        <w:t>13:11  Instead, it is a blessing. Blessing. Wh</w:t>
      </w:r>
      <w:r>
        <w:br/>
      </w:r>
      <w:r>
        <w:rPr>
          <w:sz w:val="20"/>
        </w:rPr>
        <w:t>13:15  y? Because it is difference that creates challenge, that creates competition, that creates discussion, that creates dialogue.</w:t>
      </w:r>
      <w:r>
        <w:br/>
      </w:r>
      <w:r>
        <w:rPr>
          <w:sz w:val="20"/>
        </w:rPr>
        <w:t>13:27  And you know, only through dialogue and discussion, we can achieve the intellectual development. If there is no difference, there is no intellectual progress</w:t>
      </w:r>
      <w:r>
        <w:br/>
      </w:r>
      <w:r>
        <w:rPr>
          <w:sz w:val="20"/>
        </w:rPr>
        <w:t>13:42  . So difference is a part of nature, because it is difference that is the only way to find the intellectual development.</w:t>
      </w:r>
      <w:r>
        <w:br/>
      </w:r>
      <w:r>
        <w:rPr>
          <w:sz w:val="20"/>
        </w:rPr>
        <w:t>13:57  Someone has rightly said that where everyone thinks alike, no one thinks very much. So difference is a blessing.</w:t>
      </w:r>
    </w:p>
    <w:p>
      <w:pPr>
        <w:pStyle w:val="Heading2"/>
      </w:pPr>
      <w:r>
        <w:t>Quran is mostly peace; only defensive war allowed</w:t>
      </w:r>
    </w:p>
    <w:p>
      <w:r>
        <w:rPr>
          <w:color w:val="666666"/>
          <w:sz w:val="18"/>
        </w:rPr>
        <w:t>Prayer June 5, 2009 Maulana Wahiduddin Khan · 1m 15s · at 17:04 · https://youtu.be/d5XYQB7sWOw?t=1024</w:t>
      </w:r>
    </w:p>
    <w:p>
      <w:r>
        <w:rPr>
          <w:i/>
        </w:rPr>
        <w:t>“Almost all verses of the Quran pertain to peace, love, and tolerance.”</w:t>
      </w:r>
    </w:p>
    <w:p>
      <w:r>
        <w:rPr>
          <w:sz w:val="20"/>
        </w:rPr>
        <w:t>17:04  So here is the confusion. Otherwise, if you read the Quran, if you read hadiths, you will find that almost all the verses of the Islam, of the Quran, pertain to peace and love and patience and tolerance, either directly or indirectly.</w:t>
      </w:r>
      <w:r>
        <w:br/>
      </w:r>
      <w:r>
        <w:rPr>
          <w:sz w:val="20"/>
        </w:rPr>
        <w:t>17:29  Only few verses are about war, but that verses are about defensive war. Defensive war.</w:t>
      </w:r>
      <w:r>
        <w:br/>
      </w:r>
      <w:r>
        <w:rPr>
          <w:sz w:val="20"/>
        </w:rPr>
        <w:t>17:40  No war is permitted in Islam other than defensive war. Then there is a very important teaching of Islam.</w:t>
      </w:r>
      <w:r>
        <w:br/>
      </w:r>
      <w:r>
        <w:rPr>
          <w:sz w:val="20"/>
        </w:rPr>
        <w:t>17:49  That is, even in a genuine war, even in a defensive war, you are not allowed to kill non-combattant.</w:t>
      </w:r>
      <w:r>
        <w:br/>
      </w:r>
      <w:r>
        <w:rPr>
          <w:sz w:val="20"/>
        </w:rPr>
        <w:t>17:59  You can call your own combatant. This is very, very crucial. So now we are living in an age where there are weapons of mass destruction.</w:t>
      </w:r>
      <w:r>
        <w:br/>
      </w:r>
      <w:r>
        <w:rPr>
          <w:sz w:val="20"/>
        </w:rPr>
        <w:t>18:10  Now there is no possibility of war. How can you wage a war with these conditions?</w:t>
      </w:r>
    </w:p>
    <w:p>
      <w:pPr>
        <w:pStyle w:val="Heading2"/>
      </w:pPr>
      <w:r>
        <w:t>Qur'an predicted the printing press, Muslims misused it</w:t>
      </w:r>
    </w:p>
    <w:p>
      <w:r>
        <w:rPr>
          <w:color w:val="666666"/>
          <w:sz w:val="18"/>
        </w:rPr>
        <w:t>Revival of Muslim Ummah, February 4, 2013 · 1m 58s · at 7:05 · https://youtu.be/xB3MfWhLHoM?t=425</w:t>
      </w:r>
    </w:p>
    <w:p>
      <w:r>
        <w:rPr>
          <w:i/>
        </w:rPr>
        <w:t>“Printing press ki peshangoi Quran mein maujood thi”</w:t>
      </w:r>
    </w:p>
    <w:p>
      <w:r>
        <w:rPr>
          <w:sz w:val="20"/>
        </w:rPr>
        <w:t>7:05  bohat, yaani printing press itni bari blessing hai jis ki quran mein sirf peshangoi ki gayi thi. peshangoi is waqt maujood nahin tha.</w:t>
      </w:r>
      <w:r>
        <w:br/>
      </w:r>
      <w:r>
        <w:rPr>
          <w:sz w:val="20"/>
        </w:rPr>
        <w:t>7:15  dekhiye, quran mein jo sab se pehli surah utri thi, alaq, us mein yeh lafz tha: "alam bil qalam" ke Allah ka tareeqa hai ke learning ko qalam ke zariye se phailata hai.</w:t>
      </w:r>
      <w:r>
        <w:br/>
      </w:r>
      <w:r>
        <w:rPr>
          <w:sz w:val="20"/>
        </w:rPr>
        <w:t>7:30  jis mein printing press ka prediction maujood tha. prediction. yaani aik daur aaye ga jab ke dunya mein printing press hoga, kitabein chhapengi, paper industry aayegi, yeh sab.</w:t>
      </w:r>
      <w:r>
        <w:br/>
      </w:r>
      <w:r>
        <w:rPr>
          <w:sz w:val="20"/>
        </w:rPr>
        <w:t>7:43  is ke aik hazar saal se bhi ziyada muddat ke baad yeh prediction poora hua. aur dunya mein printing press aaya.</w:t>
      </w:r>
      <w:r>
        <w:br/>
      </w:r>
      <w:r>
        <w:rPr>
          <w:sz w:val="20"/>
        </w:rPr>
        <w:t>7:52  to printing press kiya tha? aik, aik bohat bara boon tha, nemat thi, blessing thi. lekin chunke aik ajeeb qism ka coincidence paida ho gaya, to musalmanon ne is poore daur mein printing press ko kabhi bhi positive istemal kiya hi nahin.</w:t>
      </w:r>
      <w:r>
        <w:br/>
      </w:r>
      <w:r>
        <w:rPr>
          <w:sz w:val="20"/>
        </w:rPr>
        <w:t>8:14  do so saal beet gaye aur Muslim ummah poori ki poori Arab se Ajam tak, mashriq se maghrib tak, printing press ko istemal kar rahi hai negative sense mein.</w:t>
      </w:r>
      <w:r>
        <w:br/>
      </w:r>
      <w:r>
        <w:rPr>
          <w:sz w:val="20"/>
        </w:rPr>
        <w:t>8:26  negative istemal</w:t>
      </w:r>
      <w:r>
        <w:br/>
      </w:r>
      <w:r>
        <w:rPr>
          <w:sz w:val="20"/>
        </w:rPr>
        <w:t>8:27  kar rahi hai. yeh kitna bara, yaani is se bara main samajhta hoon ke koi, is se bara koi blunder nahin ho sakta.</w:t>
      </w:r>
      <w:r>
        <w:br/>
      </w:r>
      <w:r>
        <w:rPr>
          <w:sz w:val="20"/>
        </w:rPr>
        <w:t>8:36  is se bara koi nuqsan nahin ho sakta ke Allah taala ne dunya mein aik naya daur paida kiya jis ko hum kehte hain printing press.</w:t>
      </w:r>
      <w:r>
        <w:br/>
      </w:r>
      <w:r>
        <w:rPr>
          <w:sz w:val="20"/>
        </w:rPr>
        <w:t>8:46  is daur ko musalmanon ne negative istemal kiya. halanke is ko karna chahiye tha positive istemal.</w:t>
      </w:r>
      <w:r>
        <w:br/>
      </w:r>
      <w:r>
        <w:rPr>
          <w:sz w:val="20"/>
        </w:rPr>
        <w:t>8:52  kyun? is waqt koi Muslim mind yeh soch nahin saka ke hamara jo zehan hai, is ko reflect nahin karna chahiye printing press mein. woh aik daur tha jo guzar chuka.</w:t>
      </w:r>
    </w:p>
    <w:p>
      <w:pPr>
        <w:pStyle w:val="Heading2"/>
      </w:pPr>
      <w:r>
        <w:t>Hadith: Prophet's generosity like the wind in Ramadan</w:t>
      </w:r>
    </w:p>
    <w:p>
      <w:r>
        <w:rPr>
          <w:color w:val="666666"/>
          <w:sz w:val="18"/>
        </w:rPr>
        <w:t>Spirit of Ramadan June 14, 2015 · 1m 43s · at 1:58 · https://youtu.be/mKQdhE2rhdQ?t=118</w:t>
      </w:r>
    </w:p>
    <w:p>
      <w:r>
        <w:rPr>
          <w:i/>
        </w:rPr>
        <w:t>“Rasoolullah Ramadan mein khair ke liye bahut fayyaz aate the”</w:t>
      </w:r>
    </w:p>
    <w:p>
      <w:r>
        <w:rPr>
          <w:sz w:val="20"/>
        </w:rPr>
        <w:t>1:58  to ramzan asal mein giving speed ki training hai. yeh baat ek hadith se maloom hoti hai jo sahih al-bukhari mein aayi hai.</w:t>
      </w:r>
      <w:r>
        <w:br/>
      </w:r>
      <w:r>
        <w:rPr>
          <w:sz w:val="20"/>
        </w:rPr>
        <w:t>2:10  aap jante hain ke sahih al-bukhari jo hai "asah al-kutub ba'd kitab Allah" mani jati hai.</w:t>
      </w:r>
      <w:r>
        <w:br/>
      </w:r>
      <w:r>
        <w:rPr>
          <w:sz w:val="20"/>
        </w:rPr>
        <w:t>2:16  to is mein ek lambi riwayat hai ramzan ke bare mein. to is ka ek tukra yeh hai ke "kana rasul Allah sallallahu alayhi wa sallam ajwad bil khayri min al-ri al-mursali",</w:t>
      </w:r>
      <w:r>
        <w:br/>
      </w:r>
      <w:r>
        <w:rPr>
          <w:sz w:val="20"/>
        </w:rPr>
        <w:t>2:33  yani rasul Allah sallallahu alayhi wa sallam ramzan ke mani mein</w:t>
      </w:r>
      <w:r>
        <w:br/>
      </w:r>
      <w:r>
        <w:rPr>
          <w:sz w:val="20"/>
        </w:rPr>
        <w:t>2:39  khair ke liye bohat fayaz aate thay.</w:t>
      </w:r>
      <w:r>
        <w:br/>
      </w:r>
      <w:r>
        <w:rPr>
          <w:sz w:val="20"/>
        </w:rPr>
        <w:t>2:47  yani</w:t>
      </w:r>
      <w:r>
        <w:br/>
      </w:r>
      <w:r>
        <w:rPr>
          <w:sz w:val="20"/>
        </w:rPr>
        <w:t>2:51  jaise tez hawa ki tarah, jaise hawa guzarti hai tezi ke sath, waise hi aap fayaz aate thay khair ke mamle mein.</w:t>
      </w:r>
      <w:r>
        <w:br/>
      </w:r>
      <w:r>
        <w:rPr>
          <w:sz w:val="20"/>
        </w:rPr>
        <w:t>3:02  yani itna zyada, itna zyada, itna zyada aap ke andar jazba badh jata tha khair ka.</w:t>
      </w:r>
      <w:r>
        <w:br/>
      </w:r>
      <w:r>
        <w:rPr>
          <w:sz w:val="20"/>
        </w:rPr>
        <w:t>3:11  kyun ke khair ke mani hain good. to khair yahan sirf khana peena ya paise ke mani mein nahi hai,</w:t>
      </w:r>
      <w:r>
        <w:br/>
      </w:r>
      <w:r>
        <w:rPr>
          <w:sz w:val="20"/>
        </w:rPr>
        <w:t>3:21  jo cheez bhi doosron ke liye khair ho. aadmi jo jo sadqa karta hai doosron ke liye, to doosron ke liye jo cheez khair ho, jo un ke liye nafa dene wali ho,</w:t>
      </w:r>
      <w:r>
        <w:br/>
      </w:r>
      <w:r>
        <w:rPr>
          <w:sz w:val="20"/>
        </w:rPr>
        <w:t>3:37  wo sab is mein shamil hogi.</w:t>
      </w:r>
    </w:p>
    <w:p>
      <w:pPr>
        <w:pStyle w:val="Heading2"/>
      </w:pPr>
      <w:r>
        <w:t>Quran's vision of paradise as incentive to be good</w:t>
      </w:r>
    </w:p>
    <w:p>
      <w:r>
        <w:rPr>
          <w:color w:val="666666"/>
          <w:sz w:val="18"/>
        </w:rPr>
        <w:t>On Positive Thinking (Sai Center) June 13, 2007 · 2m 52s · at 7:42 · https://youtu.be/nSLf0wQ-PWw?t=462</w:t>
      </w:r>
    </w:p>
    <w:p>
      <w:r>
        <w:rPr>
          <w:i/>
        </w:rPr>
        <w:t>“Let me give you a verse from the Quran about paradise”</w:t>
      </w:r>
    </w:p>
    <w:p>
      <w:r>
        <w:rPr>
          <w:sz w:val="20"/>
        </w:rPr>
        <w:t>7:42  quran ka ek verse kama hai, yahan par reference doonga.</w:t>
      </w:r>
      <w:r>
        <w:br/>
      </w:r>
      <w:r>
        <w:rPr>
          <w:sz w:val="20"/>
        </w:rPr>
        <w:t>7:49  quran mein hai ke paradise ke bare mein, jannat ke bare mein.</w:t>
      </w:r>
      <w:r>
        <w:br/>
      </w:r>
      <w:r>
        <w:rPr>
          <w:sz w:val="20"/>
        </w:rPr>
        <w:t>8:00  la yasma'una fiha laghwun wa la ta'thiman illa qilan salaman salama</w:t>
      </w:r>
      <w:r>
        <w:br/>
      </w:r>
      <w:r>
        <w:rPr>
          <w:sz w:val="20"/>
        </w:rPr>
        <w:t>8:12  iska matlab kya hai ke paradise mein na to nonsense hoga, na wahan mischief hoga. wahan sirf peace hi peace hoga.</w:t>
      </w:r>
      <w:r>
        <w:br/>
      </w:r>
      <w:r>
        <w:rPr>
          <w:sz w:val="20"/>
        </w:rPr>
        <w:t>8:24  iska matlab kya hai?</w:t>
      </w:r>
      <w:r>
        <w:br/>
      </w:r>
      <w:r>
        <w:rPr>
          <w:sz w:val="20"/>
        </w:rPr>
        <w:t>8:26  iska matlab yeh nahi hai ke wahan jo place ke andar yeh baat koi hogi, wahan ki deewar mein koi jhag aisa hoga, wahan jo insaan basre honge, woh insaan aise honge ke wahan par woh na to nonsense koi karenge,</w:t>
      </w:r>
      <w:r>
        <w:br/>
      </w:r>
      <w:r>
        <w:rPr>
          <w:sz w:val="20"/>
        </w:rPr>
        <w:t>8:41  na koi mischief karenge, aur na kisi doosre ke khilaf unke alawa unke dil mein peace ke siwa kuch aur hoga.</w:t>
      </w:r>
      <w:r>
        <w:br/>
      </w:r>
      <w:r>
        <w:rPr>
          <w:sz w:val="20"/>
        </w:rPr>
        <w:t>8:50  peace aur compassion, well wishing, yeh unke liye hoga, unke dilon mein doosre ke liye hoga. ab is se kya nikla?</w:t>
      </w:r>
      <w:r>
        <w:br/>
      </w:r>
      <w:r>
        <w:rPr>
          <w:sz w:val="20"/>
        </w:rPr>
        <w:t>9:01  is se nikla hai ke paradise mein woh log jayenge jo</w:t>
      </w:r>
      <w:r>
        <w:br/>
      </w:r>
      <w:r>
        <w:rPr>
          <w:sz w:val="20"/>
        </w:rPr>
        <w:t>9:08  samaji zindagi mein, social life mein achhe insaan bankar rahe hon. achha insaan banne ke liye is mein teen baatein bataein.</w:t>
      </w:r>
      <w:r>
        <w:br/>
      </w:r>
      <w:r>
        <w:rPr>
          <w:sz w:val="20"/>
        </w:rPr>
        <w:t>9:21  yeh teen, yeh teen baatein jo prove karega duniya mein, duniya ki social life jo hai, is mein jo yeh prove karega ke woh nonsense create nahi karta doosre ke liye,</w:t>
      </w:r>
      <w:r>
        <w:br/>
      </w:r>
      <w:r>
        <w:rPr>
          <w:sz w:val="20"/>
        </w:rPr>
        <w:t>9:37  woh mischief wali baat nahi karta, woh</w:t>
      </w:r>
      <w:r>
        <w:br/>
      </w:r>
      <w:r>
        <w:rPr>
          <w:sz w:val="20"/>
        </w:rPr>
        <w:t>9:43  woh doosron ke liye is ke dil mein pyari pyari hai, doosron ke liye is ke dil mein tolerance hai, doosron ke liye is ke dil mein peace hai.</w:t>
      </w:r>
      <w:r>
        <w:br/>
      </w:r>
      <w:r>
        <w:rPr>
          <w:sz w:val="20"/>
        </w:rPr>
        <w:t>9:52  to duniya ki zindagi kya hai? yeh selective ground hai. apne aap ko tum ko batana padega ke yeh sab qualities tumhare andar hain.</w:t>
      </w:r>
      <w:r>
        <w:br/>
      </w:r>
      <w:r>
        <w:rPr>
          <w:sz w:val="20"/>
        </w:rPr>
        <w:t>10:03  tab tum paradise ke liye deserving candidate banoge. is mein kya hua? is mein aap ko ek incentive mila.</w:t>
      </w:r>
      <w:r>
        <w:br/>
      </w:r>
      <w:r>
        <w:rPr>
          <w:sz w:val="20"/>
        </w:rPr>
        <w:t>10:15  islam jo hai ek incentive deta hai achha insaan bankar duniya mein rehne ke liye.</w:t>
      </w:r>
      <w:r>
        <w:br/>
      </w:r>
      <w:r>
        <w:rPr>
          <w:sz w:val="20"/>
        </w:rPr>
        <w:t>10:22  motivate karta hai. yaani aadmi ka apna interest ban jata hai ke woh isi tarah rahe. apna personal interest.</w:t>
      </w:r>
    </w:p>
    <w:p>
      <w:pPr>
        <w:pStyle w:val="Heading2"/>
      </w:pPr>
      <w:r>
        <w:t>The Hudaybiyyah Agreement and Japan's postwar patience</w:t>
      </w:r>
    </w:p>
    <w:p>
      <w:r>
        <w:rPr>
          <w:color w:val="666666"/>
          <w:sz w:val="18"/>
        </w:rPr>
        <w:t>Islam and Terrorism February 10, 2009 Maulana Wahiduddin Khan · 1m 46s · at 55:02 · https://youtu.be/vCEjp0w7Qjo?t=3302</w:t>
      </w:r>
    </w:p>
    <w:p>
      <w:r>
        <w:rPr>
          <w:i/>
        </w:rPr>
        <w:t>“The best example is the Prophet's Hudaybiyyah Agreement.”</w:t>
      </w:r>
    </w:p>
    <w:p>
      <w:r>
        <w:rPr>
          <w:sz w:val="20"/>
        </w:rPr>
        <w:t>55:02  The best example in the lives of the Prophet of Islam, that is called the Hudaybiyyah Agreement. At that time, when the Prophet was in Madinah, there so many people became hostile.</w:t>
      </w:r>
      <w:r>
        <w:br/>
      </w:r>
      <w:r>
        <w:rPr>
          <w:sz w:val="20"/>
        </w:rPr>
        <w:t>55:18  They waged a war and so many violence. So the Prophet entered into negotiation.</w:t>
      </w:r>
      <w:r>
        <w:br/>
      </w:r>
      <w:r>
        <w:rPr>
          <w:sz w:val="20"/>
        </w:rPr>
        <w:t>55:28  And he finalized an agreement of peace. This is called the Hudaybiyyah. The Hudaybiyyah Agreement was finalized on unilateral conditions. Why?</w:t>
      </w:r>
      <w:r>
        <w:br/>
      </w:r>
      <w:r>
        <w:rPr>
          <w:sz w:val="20"/>
        </w:rPr>
        <w:t>55:31  Because when there is peace, there are opportunities. Those people who want peace and justice both at a time, they cannot achieve anything.</w:t>
      </w:r>
      <w:r>
        <w:br/>
      </w:r>
      <w:r>
        <w:rPr>
          <w:sz w:val="20"/>
        </w:rPr>
        <w:t>55:41  There is an example of Japan.</w:t>
      </w:r>
      <w:r>
        <w:br/>
      </w:r>
      <w:r>
        <w:rPr>
          <w:sz w:val="20"/>
        </w:rPr>
        <w:t>55:53  There is an example of Japan.</w:t>
      </w:r>
      <w:r>
        <w:br/>
      </w:r>
      <w:r>
        <w:rPr>
          <w:sz w:val="20"/>
        </w:rPr>
        <w:t>55:56  After the Second World War, Japan was a victim of an atomic bomb. But Japan avoided all those things.</w:t>
      </w:r>
      <w:r>
        <w:br/>
      </w:r>
      <w:r>
        <w:rPr>
          <w:sz w:val="20"/>
        </w:rPr>
        <w:t>56:08  And Japan uniquely adjusted with the USA. The Hirohito, who was king of Japan at the time, he said in one of his speeches that we have to suffer the unsufferable</w:t>
      </w:r>
      <w:r>
        <w:br/>
      </w:r>
      <w:r>
        <w:rPr>
          <w:sz w:val="20"/>
        </w:rPr>
        <w:t>56:26  . It means that we have to adjust with American hegemony so that we may find time to build our nation.</w:t>
      </w:r>
      <w:r>
        <w:br/>
      </w:r>
      <w:r>
        <w:rPr>
          <w:sz w:val="20"/>
        </w:rPr>
        <w:t>56:39  So Japan avoided confrontation with America. And they diverted their efforts to education.</w:t>
      </w:r>
    </w:p>
    <w:p>
      <w:pPr>
        <w:pStyle w:val="Heading2"/>
      </w:pPr>
      <w:r>
        <w:t>Stream and stone lesson from Kashmiri trip</w:t>
      </w:r>
    </w:p>
    <w:p>
      <w:r>
        <w:rPr>
          <w:color w:val="666666"/>
          <w:sz w:val="18"/>
        </w:rPr>
        <w:t>Good News from Kashmir May 14, 2017 · 2m 33s · at 33:22 · https://youtu.be/2XwuYi_nH28?t=2002</w:t>
      </w:r>
    </w:p>
    <w:p>
      <w:r>
        <w:rPr>
          <w:i/>
        </w:rPr>
        <w:t>“Ek baar main gaya Kashmir to Srinagar ke bahar ek area tha”</w:t>
      </w:r>
    </w:p>
    <w:p>
      <w:r>
        <w:rPr>
          <w:sz w:val="20"/>
        </w:rPr>
        <w:t>33:22  bar mein gaya kashmir to srinagar ke bahar ek area tha jo bohat hi open area, door</w:t>
      </w:r>
      <w:r>
        <w:br/>
      </w:r>
      <w:r>
        <w:rPr>
          <w:sz w:val="20"/>
        </w:rPr>
        <w:t>33:27  door tak open tha.</w:t>
      </w:r>
      <w:r>
        <w:br/>
      </w:r>
      <w:r>
        <w:rPr>
          <w:sz w:val="20"/>
        </w:rPr>
        <w:t>33:32  lekin aap jante hain ke wahan to pahari ilaqe hote hain, necha ooncha, necha ooncha, necha ooncha.</w:t>
      </w:r>
      <w:r>
        <w:br/>
      </w:r>
      <w:r>
        <w:rPr>
          <w:sz w:val="20"/>
        </w:rPr>
        <w:t>33:37  to main tha, mere sath kuch kashmiri thay.</w:t>
      </w:r>
      <w:r>
        <w:br/>
      </w:r>
      <w:r>
        <w:rPr>
          <w:sz w:val="20"/>
        </w:rPr>
        <w:t>33:42  to hamein laga ke hamare yahan pahaar se chashma aa raha hai.</w:t>
      </w:r>
      <w:r>
        <w:br/>
      </w:r>
      <w:r>
        <w:rPr>
          <w:sz w:val="20"/>
        </w:rPr>
        <w:t>33:47  hamare yahan pahaar</w:t>
      </w:r>
      <w:r>
        <w:br/>
      </w:r>
      <w:r>
        <w:rPr>
          <w:sz w:val="20"/>
        </w:rPr>
        <w:t>33:52  r se aap jante hain ke pahaar ke upar barf jam jati hai, phir woh dhoop ke padne</w:t>
      </w:r>
      <w:r>
        <w:br/>
      </w:r>
      <w:r>
        <w:rPr>
          <w:sz w:val="20"/>
        </w:rPr>
        <w:t>33:58  se pighalti hai.</w:t>
      </w:r>
      <w:r>
        <w:br/>
      </w:r>
      <w:r>
        <w:rPr>
          <w:sz w:val="20"/>
        </w:rPr>
        <w:t>34:03  pighal pighal ke chashme jaari hote hain.</w:t>
      </w:r>
      <w:r>
        <w:br/>
      </w:r>
      <w:r>
        <w:rPr>
          <w:sz w:val="20"/>
        </w:rPr>
        <w:t>34:08  to maine dekha chashme aa rahe hain aur raaste mein unko pathar milte hain.</w:t>
      </w:r>
      <w:r>
        <w:br/>
      </w:r>
      <w:r>
        <w:rPr>
          <w:sz w:val="20"/>
        </w:rPr>
        <w:t>34:14  jagah jagah jagah jagah pathar milte hain.</w:t>
      </w:r>
      <w:r>
        <w:br/>
      </w:r>
      <w:r>
        <w:rPr>
          <w:sz w:val="20"/>
        </w:rPr>
        <w:t>34:19  to pani kya karta hai? pani pathar se takrata nahi,</w:t>
      </w:r>
      <w:r>
        <w:br/>
      </w:r>
      <w:r>
        <w:rPr>
          <w:sz w:val="20"/>
        </w:rPr>
        <w:t>34:24  balke pani pathar ke dayen bayen se nikal jata hai.</w:t>
      </w:r>
      <w:r>
        <w:br/>
      </w:r>
      <w:r>
        <w:rPr>
          <w:sz w:val="20"/>
        </w:rPr>
        <w:t>34:29  woh to maine kashmirioun se kaha ke dekhiye, creator aap ko yeh sabaq de raha hai.</w:t>
      </w:r>
      <w:r>
        <w:br/>
      </w:r>
      <w:r>
        <w:rPr>
          <w:sz w:val="20"/>
        </w:rPr>
        <w:t>34:34  yeh sab creator ka ka karishma hai.</w:t>
      </w:r>
      <w:r>
        <w:br/>
      </w:r>
      <w:r>
        <w:rPr>
          <w:sz w:val="20"/>
        </w:rPr>
        <w:t>34:39  yani pahaar aur barf pighalna, samjhein chashme ka jaari hona, yeh sab kaun kar raha hai? yeh to</w:t>
      </w:r>
      <w:r>
        <w:br/>
      </w:r>
      <w:r>
        <w:rPr>
          <w:sz w:val="20"/>
        </w:rPr>
        <w:t>34:45  yeh to khaliq kar raha hai.</w:t>
      </w:r>
      <w:r>
        <w:br/>
      </w:r>
      <w:r>
        <w:rPr>
          <w:sz w:val="20"/>
        </w:rPr>
        <w:t>34:50  to khaliq aap ko sabaq de raha hai ke</w:t>
      </w:r>
      <w:r>
        <w:br/>
      </w:r>
      <w:r>
        <w:rPr>
          <w:sz w:val="20"/>
        </w:rPr>
        <w:t>34:55  is cheez ko apne liye record samajh kar is se lado nahi. is cheez ko apne khilaf pathar samajh kar is se lado nahi. har pathar ke dayen bayen rasta hota hai, hamesha hi. law of nature hai. yeh law of nature hai ke koi bhi pathar rasta rokta nahi. koi pathar rasta rokta nahi. to yeh jo pathar bikhray hue hain</w:t>
      </w:r>
      <w:r>
        <w:br/>
      </w:r>
      <w:r>
        <w:rPr>
          <w:sz w:val="20"/>
        </w:rPr>
        <w:t>35:25  , yeh rasta rok nahi sakte chashme ka.</w:t>
      </w:r>
      <w:r>
        <w:br/>
      </w:r>
      <w:r>
        <w:rPr>
          <w:sz w:val="20"/>
        </w:rPr>
        <w:t>35:31  to chashma aata hai, jab pahunchta hai woh pathar ke paas to woh dayen bayen se rasta nikal</w:t>
      </w:r>
      <w:r>
        <w:br/>
      </w:r>
      <w:r>
        <w:rPr>
          <w:sz w:val="20"/>
        </w:rPr>
        <w:t>35:37  leta hai, aage badh jata hai.</w:t>
      </w:r>
      <w:r>
        <w:br/>
      </w:r>
      <w:r>
        <w:rPr>
          <w:sz w:val="20"/>
        </w:rPr>
        <w:t>35:43  yeh hai creator ka ya khaliq ka sabaq jo aap logon ko diya ja raha hai.</w:t>
      </w:r>
      <w:r>
        <w:br/>
      </w:r>
      <w:r>
        <w:rPr>
          <w:sz w:val="20"/>
        </w:rPr>
        <w:t>35:50  to kya aap samajhte hain ke jab aap aakhirat mein khaliq ke samne khade honge,</w:t>
      </w:r>
    </w:p>
    <w:p>
      <w:pPr>
        <w:pStyle w:val="Heading2"/>
      </w:pPr>
      <w:r>
        <w:t>Ijtihad needed not a new prophet</w:t>
      </w:r>
    </w:p>
    <w:p>
      <w:r>
        <w:rPr>
          <w:color w:val="666666"/>
          <w:sz w:val="18"/>
        </w:rPr>
        <w:t>Q&amp;A 22 Feb 2009 Maulana Wahiduddin Khan · 2m 59s · at 10:11 · https://youtu.be/5SIhCZTzbKY?t=611</w:t>
      </w:r>
    </w:p>
    <w:p>
      <w:r>
        <w:rPr>
          <w:i/>
        </w:rPr>
        <w:t>“Haan, dekhiye, is baat ko samjhiye”</w:t>
      </w:r>
    </w:p>
    <w:p>
      <w:r>
        <w:rPr>
          <w:sz w:val="20"/>
        </w:rPr>
        <w:t>10:11  haan, dekhiye, is baat ko samjhiye. aap bahut hi aham yeh sawal hai. dekhiye, halaat ke badalne se naya nabi ki zaroorat nahi hua karti.</w:t>
      </w:r>
      <w:r>
        <w:br/>
      </w:r>
      <w:r>
        <w:rPr>
          <w:sz w:val="20"/>
        </w:rPr>
        <w:t>10:23  yeh ek haqeeqat hai ke halaat badal gaye hain. yaani woh tha traditional age, ab hai scientific age.</w:t>
      </w:r>
      <w:r>
        <w:br/>
      </w:r>
      <w:r>
        <w:rPr>
          <w:sz w:val="20"/>
        </w:rPr>
        <w:t>10:30  woh tha pre civilization age, ab hai post civilization age. yeh khuli hui baat hai. lekin halaat ke badalne se nayi nabuwat ki zaroorat nahi hua karti.</w:t>
      </w:r>
      <w:r>
        <w:br/>
      </w:r>
      <w:r>
        <w:rPr>
          <w:sz w:val="20"/>
        </w:rPr>
        <w:t>10:41  ijtehad ki zaroorat hoti hai. yaad rakhiye, naye halaat mein humein jo karna tha, woh ijtehad. aisa nahi ke naye nabi</w:t>
      </w:r>
      <w:r>
        <w:br/>
      </w:r>
      <w:r>
        <w:rPr>
          <w:sz w:val="20"/>
        </w:rPr>
        <w:t>10:51  paida karen. hum nabi kis liye aata hai? nabi aata hai buniyadi basic jo principles hain, woh dene ke liye.</w:t>
      </w:r>
      <w:r>
        <w:br/>
      </w:r>
      <w:r>
        <w:rPr>
          <w:sz w:val="20"/>
        </w:rPr>
        <w:t>11:02  detail dene ke liye nabi nahi aata hai. nabi ke apne zamane mein bhi ijtehad ka amal shuru ho jata hai.</w:t>
      </w:r>
      <w:r>
        <w:br/>
      </w:r>
      <w:r>
        <w:rPr>
          <w:sz w:val="20"/>
        </w:rPr>
        <w:t>11:09  mashhoor waqia hai, aap jante hain ke rasool Allah salallahu alaihi wasallam ne kuch sahaba ko bheja bano quraiza ke basti ki taraf, aur aap ne farmaya jaate hue, yaani madine se gaye the, woh log ke la yusalli ahadakum</w:t>
      </w:r>
      <w:r>
        <w:br/>
      </w:r>
      <w:r>
        <w:rPr>
          <w:sz w:val="20"/>
        </w:rPr>
        <w:t>11:27  al asr illa fi bani quraiza. ke bano quraiza ke pahunch jao un ki basti mein, tab namaz parhna asr ki. toh khullam khulla aap ne, aap ne un ko hukum diya tha taakeed ke saath.</w:t>
      </w:r>
      <w:r>
        <w:br/>
      </w:r>
      <w:r>
        <w:rPr>
          <w:sz w:val="20"/>
        </w:rPr>
        <w:t>11:41  la yusalli lan ka matlab bahut taakeedi kaha aap ne.</w:t>
      </w:r>
      <w:r>
        <w:br/>
      </w:r>
      <w:r>
        <w:rPr>
          <w:sz w:val="20"/>
        </w:rPr>
        <w:t>11:47  toh kya hua? jab sahaba wahan qareeb pahunche toh suraj dubne laga. toh kuch logon ne kaha tha aap ke aap ne farmaya hai ke namaz asr ke mat raste mein parhna, wahan pahunch kar parhna.</w:t>
      </w:r>
      <w:r>
        <w:br/>
      </w:r>
      <w:r>
        <w:rPr>
          <w:sz w:val="20"/>
        </w:rPr>
        <w:t>11:59  toh kuch sahaba ne ijtehad kiya. ya yeh, yeh, yeh bhi sahaba ke zamane ka ijtehad hai. yeh rasool Allah ke zamane ka ijtehad hai. yeh</w:t>
      </w:r>
      <w:r>
        <w:br/>
      </w:r>
      <w:r>
        <w:rPr>
          <w:sz w:val="20"/>
        </w:rPr>
        <w:t>12:08  unhone kaha, unhone kuch logon ne literal taur par liya aur kaha ke nahi, hum wahin ja ke parhenge. kuch logon ne liya ke ke aap ne ta'jeel fis sayr murad thi, aap ki jaldi karo, tez tez jao.</w:t>
      </w:r>
      <w:r>
        <w:br/>
      </w:r>
      <w:r>
        <w:rPr>
          <w:sz w:val="20"/>
        </w:rPr>
        <w:t>12:26  ta'jeel fis sayr, tezi se jao. is ke liye aap ne ek andaaz tha, woh kehne ka aap ka. toh ijtehad tha yeh. toh ijtehad toh rasool Allah ke zamane mein shuru ho gaya.</w:t>
      </w:r>
      <w:r>
        <w:br/>
      </w:r>
      <w:r>
        <w:rPr>
          <w:sz w:val="20"/>
        </w:rPr>
        <w:t>12:38  ijtehad kaise khatam ho sakta hai? logon ne nadani doosri ek ek ijtehad darwaze hi band kar diya.</w:t>
      </w:r>
      <w:r>
        <w:br/>
      </w:r>
      <w:r>
        <w:rPr>
          <w:sz w:val="20"/>
        </w:rPr>
        <w:t>12:46  ijtehad ek aisa amal hai jo zindagi ke saath juda hua hai hamesha ke liye. toh ab ijtehad darwaza band kiya toh phir naya nabi paida ho gaya aur jab ijtehad darwaza band karenge, aap toh yahi hoga.</w:t>
      </w:r>
      <w:r>
        <w:br/>
      </w:r>
      <w:r>
        <w:rPr>
          <w:sz w:val="20"/>
        </w:rPr>
        <w:t>12:59  toh behal main yeh kahunga ke halaat ke badalne se</w:t>
      </w:r>
      <w:r>
        <w:br/>
      </w:r>
      <w:r>
        <w:rPr>
          <w:sz w:val="20"/>
        </w:rPr>
        <w:t>13:03  kisi naye nabi ki zaroorat nahi hoti hai. sirf naye ijtehad ki zaroorat hoti hai.</w:t>
      </w:r>
    </w:p>
    <w:p>
      <w:pPr>
        <w:pStyle w:val="Heading2"/>
      </w:pPr>
      <w:r>
        <w:t>God's provision of a life partner is a great blessing</w:t>
      </w:r>
    </w:p>
    <w:p>
      <w:r>
        <w:rPr>
          <w:color w:val="666666"/>
          <w:sz w:val="18"/>
        </w:rPr>
        <w:t>Zariye Sukoon, Na Ki Zariye Tafri CPS Women Article Discussion July 16, 2023 · 1m 27s · at 6:20 · https://youtu.be/wtE8bacoZuA?t=380</w:t>
      </w:r>
    </w:p>
    <w:p>
      <w:r>
        <w:rPr>
          <w:i/>
        </w:rPr>
        <w:t>“Allah Taala ne hum sabke liye provision kiya ki hamein ek partner mile”</w:t>
      </w:r>
    </w:p>
    <w:p>
      <w:r>
        <w:rPr>
          <w:sz w:val="20"/>
        </w:rPr>
        <w:t>6:20  Main is article se yeh baat nahi samajh paai ki allah taala ko hamara sukoon na important tha ki hum is life ke test mein kahin aisa na ho ki desperate ho jaen aur pareshan hone lagen, akele pad jaen. To hamein ek moral support ke liye hamare apne andarooni jo contradictions hain unko discuss karne ke liye, apne tazaad ko apne sath apne partner se discuss karne ke liye.</w:t>
      </w:r>
      <w:r>
        <w:br/>
      </w:r>
      <w:r>
        <w:rPr>
          <w:sz w:val="20"/>
        </w:rPr>
        <w:t>6:48  alataala ne hum sabke liye provision kiya ki hamein ek partner mile aur yeh insan ke liye ek bahut badi, bahut badi blessing hai.</w:t>
      </w:r>
      <w:r>
        <w:br/>
      </w:r>
      <w:r>
        <w:rPr>
          <w:sz w:val="20"/>
        </w:rPr>
        <w:t>6:57  kyunki jaisa ke humne pichhle kuch discussions mein bhi yeh baat kahi hai ke insan ek sochne wali</w:t>
      </w:r>
      <w:r>
        <w:br/>
      </w:r>
      <w:r>
        <w:rPr>
          <w:sz w:val="20"/>
        </w:rPr>
        <w:t>7:03  makli hai aur har waqt usse kuch na kuch prarambh pesh aata hai aur use chahiye koi insan</w:t>
      </w:r>
      <w:r>
        <w:br/>
      </w:r>
      <w:r>
        <w:rPr>
          <w:sz w:val="20"/>
        </w:rPr>
        <w:t>7:09  uske saath jisse woh share kar sake aur woh apni baaton ko batakar usse learning le sake aur</w:t>
      </w:r>
      <w:r>
        <w:br/>
      </w:r>
      <w:r>
        <w:rPr>
          <w:sz w:val="20"/>
        </w:rPr>
        <w:t>7:15  har waqt use available hai ek partner iske roop mein aur us partner ko allah taala ne yahan is</w:t>
      </w:r>
      <w:r>
        <w:br/>
      </w:r>
      <w:r>
        <w:rPr>
          <w:sz w:val="20"/>
        </w:rPr>
        <w:t>7:22  ayat mein jis tarah se sukoon ka zariya bataya to usse bilkul saaf ho gaya ke khuda ki</w:t>
      </w:r>
      <w:r>
        <w:br/>
      </w:r>
      <w:r>
        <w:rPr>
          <w:sz w:val="20"/>
        </w:rPr>
        <w:t>7:28  mansha kya hai husband wife ke partnership ko lekar aur mujhe lagta hai ke agar hum log is</w:t>
      </w:r>
      <w:r>
        <w:br/>
      </w:r>
      <w:r>
        <w:rPr>
          <w:sz w:val="20"/>
        </w:rPr>
        <w:t>7:34  tarah se yeh cheez sochkar chalenge aur allah ke nakshe ke mutabiq apne rishton ko rakhenge to phir</w:t>
      </w:r>
      <w:r>
        <w:br/>
      </w:r>
      <w:r>
        <w:rPr>
          <w:sz w:val="20"/>
        </w:rPr>
        <w:t>7:40  hamara peace of mind bana rahega.</w:t>
      </w:r>
      <w:r>
        <w:br/>
      </w:r>
      <w:r>
        <w:rPr>
          <w:sz w:val="20"/>
        </w:rPr>
        <w:t>7:47  Uske wajah se peace of mind ki wajah se bahut development hota hai. Androoni development, intellectual development. Hamari personality ko hum janti personality bana paenge jo gol allah ne hamein dekar bheja hai ki hum is imtihan mein is is imtihan se guzren aur phir apne aap ko janat tabil bana sake. To wah wah poora karne ke liye ek partner ke liye hona bahut badi blessing hai poora ki. Ek baat to main yeh samajh paai.</w:t>
      </w:r>
    </w:p>
    <w:p>
      <w:pPr>
        <w:pStyle w:val="Heading2"/>
      </w:pPr>
      <w:r>
        <w:t>Reapplication example from Banu Qurayza</w:t>
      </w:r>
    </w:p>
    <w:p>
      <w:r>
        <w:rPr>
          <w:color w:val="666666"/>
          <w:sz w:val="18"/>
        </w:rPr>
        <w:t>Preservation of Religion | December 4, 2016 · 2m 03s · at 13:05 · https://youtu.be/kuRk4X6ovE4?t=785</w:t>
      </w:r>
    </w:p>
    <w:p>
      <w:r>
        <w:rPr>
          <w:i/>
        </w:rPr>
        <w:t>“Banu Qurayza ka waqia – reapplication ka masal”</w:t>
      </w:r>
    </w:p>
    <w:p>
      <w:r>
        <w:rPr>
          <w:sz w:val="20"/>
        </w:rPr>
        <w:t>13:05  urayza". yeh log zuhr ke baad rawana huay thay. zuhr ke baad. to aap ne kaha ke tum log banoo qareza ki basti mein puhanch kar asar ki namaz parhna. aur taakeed ke sath kaha aap ne. lekin hua yeh ke yeh log jab rawana huay to banoo qareza ki basti ke aanay se kuch pehle hi suraj mein, suraj red ho gaya,</w:t>
      </w:r>
      <w:r>
        <w:br/>
      </w:r>
      <w:r>
        <w:rPr>
          <w:sz w:val="20"/>
        </w:rPr>
        <w:t>13:35  lali aa gayi. to is maani ke ab suraj doobnay qareeb hai. to ab wahan par yeh sawal bhi hua ke ab kya karein? kyunke abhi to banoo qareza ki basti hum puhanchay nahi. aur asar ka waqt khatam ho raha hai. to is mein jo ziyada, ziyada deen se waqif sahaba thay, unhon ne kaha ke nahi</w:t>
      </w:r>
      <w:r>
        <w:br/>
      </w:r>
      <w:r>
        <w:rPr>
          <w:sz w:val="20"/>
        </w:rPr>
        <w:t>14:05  ، hum yahin parh lenge. kyunke is ki tawajjuh unhon ne likhi ke "إِنَّمَا أَرَادَ التَّاجِرُ فِي السَّيْرِ"۔ yani safar mein jaldi karein. aap rasool Allah salallaho alaihi wasallam ne jo kaha tha, to woh un ka maqsad tha ke khoob jald, taiz taiz chal ke wahan puhncho. yeh tha</w:t>
      </w:r>
      <w:r>
        <w:br/>
      </w:r>
      <w:r>
        <w:rPr>
          <w:sz w:val="20"/>
        </w:rPr>
        <w:t>14:37  reinterpretation. zaroorat ke lehaz se reinterpretation. to yeh kaam hamesha hota raha hai. aur yeh kaam 20th century mein ziyada baray paimaanay par is ki zaroorat pesh aayi. kyunke 20th century mein modern civilization duniya mein phail gayi. naye naye masail paida huay.</w:t>
      </w:r>
    </w:p>
    <w:p>
      <w:pPr>
        <w:pStyle w:val="Heading2"/>
      </w:pPr>
      <w:r>
        <w:t>Wife as husband's honest household assistant</w:t>
      </w:r>
    </w:p>
    <w:p>
      <w:r>
        <w:rPr>
          <w:color w:val="666666"/>
          <w:sz w:val="18"/>
        </w:rPr>
        <w:t>The Qualities Of God-Fearing Women CPS Women Discussion July 23, 2023 · 1m 53s · at 2:26 · https://youtu.be/YfKcwP5Flp8?t=146</w:t>
      </w:r>
    </w:p>
    <w:p>
      <w:r>
        <w:rPr>
          <w:i/>
        </w:rPr>
        <w:t>“Ek hadith hai ke aurat mard ke liye samaan-e-sukoon hai”</w:t>
      </w:r>
    </w:p>
    <w:p>
      <w:r>
        <w:rPr>
          <w:sz w:val="20"/>
        </w:rPr>
        <w:t>2:26  Ek hadith hai ki aurat mard ke liye saaman e sukoon hai aur isi ke saath woh ghar ke andar mard ke nayab yaani assistant ki haisiyat bhi rakhti hai. Toh Maulana Sahab kehte hain ki behtareen aurat woh hai jo dono qism ki zimmedariyon mein poori utre.</w:t>
      </w:r>
      <w:r>
        <w:br/>
      </w:r>
      <w:r>
        <w:rPr>
          <w:sz w:val="20"/>
        </w:rPr>
        <w:t>2:44  Toh meri samajh mein yeh aaya ki ek assistant jo hota hai woh agar imandar hai toh jo boss hote hain jo office mein boss ke saath ek assistant hota hai toh apne boss ko sahi aur insaaf wali rai dega aur jo boss ke liye har tarah se har maamlaat mein ek sukoon aur itmeenaan ka zariya banta hai. Toh yahi maamla ek Khuda ka dar rakhne wali nek aurat kar rahi hai.</w:t>
      </w:r>
      <w:r>
        <w:br/>
      </w:r>
      <w:r>
        <w:rPr>
          <w:sz w:val="20"/>
        </w:rPr>
        <w:t>3:09  Waise woh apne ghar ke sabhi maamlaat mein mein unke ka intezaam bahut hi zyada consciously karegi. Woh apne ghar ko Khudaai hukoom ke standard ke level par le jaane ke liye apni poori salahiyat laga degi aur ghar aur apne husband ki woh har ghar ke logon ko, ghar ke mahaul ko aur apne husband ke ki jo bhi unki mushkilein hain unki takleefon ko musallat mein badlegi.</w:t>
      </w:r>
      <w:r>
        <w:br/>
      </w:r>
      <w:r>
        <w:rPr>
          <w:sz w:val="20"/>
        </w:rPr>
        <w:t>3:39  Toh har ek insaan ko, har ek insaan ko Khuda ke saamne matlab yeh jaanna har aurat ko ki humko Khuda ke saamne khada hona hai ek din apna apni project file lekar. Toh yeh dar jo hota hai woh insaan ko har maamle mein conscious kar deta hai.</w:t>
      </w:r>
      <w:r>
        <w:br/>
      </w:r>
      <w:r>
        <w:rPr>
          <w:sz w:val="20"/>
        </w:rPr>
        <w:t>3:58  Toh is tarah se agar ek aurat woh woh jo Quran aur hadith ke hisaab se apni parvarish kar chuki hogi, toh usko ghar ke harfat ke liye aur har maamle ke liye consciously woh active rahegi ki woh bhi woh koi baat ho jaati hai ghar mein aksar toh ladai jhagde bhi ho jaate hain.</w:t>
      </w:r>
      <w:r>
        <w:br/>
      </w:r>
      <w:r>
        <w:rPr>
          <w:sz w:val="20"/>
        </w:rPr>
        <w:t>4:19  Bahut saari cheezein ho jaati hain toh woh usse bhi galti ho sakti hai lekin woh agar fisal jayegi toh phir woh us cheez ko samjhegi ki hum matlab yeh samajh sakti hai. Toh bahut saare log jaise apni galti bhi nahi maante hain toh woh aisa dar rakhne wala insaan apni galti ko samjhega.</w:t>
      </w:r>
    </w:p>
    <w:p>
      <w:pPr>
        <w:pStyle w:val="Heading2"/>
      </w:pPr>
      <w:r>
        <w:t>Gandhi analogy: mistaking a strategy for the mission</w:t>
      </w:r>
    </w:p>
    <w:p>
      <w:r>
        <w:rPr>
          <w:color w:val="666666"/>
          <w:sz w:val="18"/>
        </w:rPr>
        <w:t>Islam A Religion of Peace November 25, 2024 · 1m 39s · at 35:33 · https://youtu.be/9WlSbAPxmwc?t=2133</w:t>
      </w:r>
    </w:p>
    <w:p>
      <w:r>
        <w:rPr>
          <w:i/>
        </w:rPr>
        <w:t>“Gandhi ji ka mission tha Swaraj rule ko lana”</w:t>
      </w:r>
    </w:p>
    <w:p>
      <w:r>
        <w:rPr>
          <w:sz w:val="20"/>
        </w:rPr>
        <w:t>35:33  aap is ko samajhna hai to ek misaal se samajh sakte hain ke Gandhi ji, un ka mission tha ke swaraj rule ko lana.</w:t>
      </w:r>
      <w:r>
        <w:br/>
      </w:r>
      <w:r>
        <w:rPr>
          <w:sz w:val="20"/>
        </w:rPr>
        <w:t>35:46  swaraj rule lana yeh Gandhi ji ka mission tha. aur is mission ke liye unhon ne jo strategy apnai thi, woh tha civil disobedience.</w:t>
      </w:r>
      <w:r>
        <w:br/>
      </w:r>
      <w:r>
        <w:rPr>
          <w:sz w:val="20"/>
        </w:rPr>
        <w:t>35:57  civil disobedience yeh aap ne strategy apnai.</w:t>
      </w:r>
      <w:r>
        <w:br/>
      </w:r>
      <w:r>
        <w:rPr>
          <w:sz w:val="20"/>
        </w:rPr>
        <w:t>36:01  ab jab angrezon ki angrezon se azadi hasil ho gayi, is strategy se jo matlab tha, woh hasil ho gaya.</w:t>
      </w:r>
      <w:r>
        <w:br/>
      </w:r>
      <w:r>
        <w:rPr>
          <w:sz w:val="20"/>
        </w:rPr>
        <w:t>36:10  is ke baad azadi mil gayi. to hindustaniyon ki janib se ghalati yeh hui ke hindustaniyon ne is strategy ko civil disobedience wali jo strategy thi ke hum angrezon ke banaye hue qanoon ki khilaf warzi karenge, yeh jo strategy Gandhi ji ne apnai thi, is strategy ko hindustaniyon ne, indians ne, is ko apni taqdeer samajh liya, is ko hamesha ka usool aur zabta samajh liya.</w:t>
      </w:r>
      <w:r>
        <w:br/>
      </w:r>
      <w:r>
        <w:rPr>
          <w:sz w:val="20"/>
        </w:rPr>
        <w:t>36:38  yeh ghalati un se hui.</w:t>
      </w:r>
      <w:r>
        <w:br/>
      </w:r>
      <w:r>
        <w:rPr>
          <w:sz w:val="20"/>
        </w:rPr>
        <w:t>36:40  wohi ghalati musalmanon se yeh hui ke fitna aur mazhabi jabr, religious persecution ko khatm karne ke liye jo qital ki strategy peghambar e islam ne apnai thi, musalmanon ne ghalati se is strategy ko yeh samajh liya jaise namaz roze ka hukum hai, waise qital ka bhi hukum hai.</w:t>
      </w:r>
      <w:r>
        <w:br/>
      </w:r>
      <w:r>
        <w:rPr>
          <w:sz w:val="20"/>
        </w:rPr>
        <w:t>36:59  jang aur war yeh bhi waise hi hukum hai jaise namaz roze ka hukum hai.</w:t>
      </w:r>
      <w:r>
        <w:br/>
      </w:r>
      <w:r>
        <w:rPr>
          <w:sz w:val="20"/>
        </w:rPr>
        <w:t>37:03  yeh ghalati musalmanon ne ki jis ki wajah se aaj islam ek violent mazhab ke taur par logon ke beech samjha jane laga.</w:t>
      </w:r>
    </w:p>
    <w:p>
      <w:pPr>
        <w:pStyle w:val="Heading2"/>
      </w:pPr>
      <w:r>
        <w:t>Addressing Libya by video call, dawah spreads freely</w:t>
      </w:r>
    </w:p>
    <w:p>
      <w:r>
        <w:rPr>
          <w:color w:val="666666"/>
          <w:sz w:val="18"/>
        </w:rPr>
        <w:t>The Concept of Divine Help June 16, 2013 · 2m 41s · at 42:45 · https://youtu.be/b0QaxGSnAOI?t=2565</w:t>
      </w:r>
    </w:p>
    <w:p>
      <w:r>
        <w:rPr>
          <w:i/>
        </w:rPr>
        <w:t>“کل شام کو ایک پروگرام تھا، میں نے دلی سے لیبیا والوں کو ایڈریس کیا”</w:t>
      </w:r>
    </w:p>
    <w:p>
      <w:r>
        <w:rPr>
          <w:sz w:val="20"/>
        </w:rPr>
        <w:t>42:45  ab mein aakhir mein aap ko aik aik kal ka tajurba arz karna chahta hoon. kal sham ko aik program tha.</w:t>
      </w:r>
      <w:r>
        <w:br/>
      </w:r>
      <w:r>
        <w:rPr>
          <w:sz w:val="20"/>
        </w:rPr>
        <w:t>42:55  kal sham ko aik program tha. mein ne Dilli mein apnay office se address kiya Libya walon ko</w:t>
      </w:r>
      <w:r>
        <w:br/>
      </w:r>
      <w:r>
        <w:rPr>
          <w:sz w:val="20"/>
        </w:rPr>
        <w:t>43:04  . Libya mein, Libya mein kuch log jo is dawat ke kaam mein active hain, wahan se unhon ne telephone kiya aur video call ke zariye se internet par mein ne unhein address kiya.</w:t>
      </w:r>
      <w:r>
        <w:br/>
      </w:r>
      <w:r>
        <w:rPr>
          <w:sz w:val="20"/>
        </w:rPr>
        <w:t>43:15  aap jantay hain ke Dilli aur Tripoli ke beech mein taqreeban nau hazar kilometer ka faasla hai.</w:t>
      </w:r>
      <w:r>
        <w:br/>
      </w:r>
      <w:r>
        <w:rPr>
          <w:sz w:val="20"/>
        </w:rPr>
        <w:t>43:24  nau hazar kilometer. is se pehlay mein ne address kiya kai bar America mein, woh to 18 hazar kilometer ka faasla hai. aur is waqt jo mein bol raha hoon, sari dunya mein jagah jo log sun rahay hain, is ko lay kar mein ne socha ke jin logon ne chotay chotay pocket banaye, kisi ne is mulk mein, kisi ne is mulk mein, to woh kya hai?</w:t>
      </w:r>
      <w:r>
        <w:br/>
      </w:r>
      <w:r>
        <w:rPr>
          <w:sz w:val="20"/>
        </w:rPr>
        <w:t>43:48  woh chotay chotay</w:t>
      </w:r>
      <w:r>
        <w:br/>
      </w:r>
      <w:r>
        <w:rPr>
          <w:sz w:val="20"/>
        </w:rPr>
        <w:t>43:49  mulk banaye. aur yahan to yeh hai ke Allah taala ne mauqa diya hai ke aap aik dawah empire qaim kar saken, jo hum kal kaam kar rahay hain, dunya bhar mein pohanch raha hai paigham.</w:t>
      </w:r>
      <w:r>
        <w:br/>
      </w:r>
      <w:r>
        <w:rPr>
          <w:sz w:val="20"/>
        </w:rPr>
        <w:t>43:58  koi is ke liye rukawat nahi, is ke liye kisi political power ki zaroorat nahi, kisi army ki zaroorat nahi, kisi fauj ki zaroorat nahi, aur sari dunya mein pohanch raha hai. to Allah taala dikha rahay hain ke tum paray huay abhi tak apni hukoomat qaim karne ke liye, abhi tak tum ko apni saltanat yaad aati hai.</w:t>
      </w:r>
      <w:r>
        <w:br/>
      </w:r>
      <w:r>
        <w:rPr>
          <w:sz w:val="20"/>
        </w:rPr>
        <w:t>44:14  aur yahan khol diya Allah taala ne aik aik samandar khol diya hai dawat ka. dawat ke field mein mauqa ki itni kasrat hai, aur tumhari jo political urooj jo tum chahtay ho, wahan tumhein kuch milnay wala nahi.</w:t>
      </w:r>
      <w:r>
        <w:br/>
      </w:r>
      <w:r>
        <w:rPr>
          <w:sz w:val="20"/>
        </w:rPr>
        <w:t>44:28  wahan tumhein zillat milay gi.</w:t>
      </w:r>
      <w:r>
        <w:br/>
      </w:r>
      <w:r>
        <w:rPr>
          <w:sz w:val="20"/>
        </w:rPr>
        <w:t>44:31  yani political chattan par agar tum takartay raho gay to sirf tabahi hai, tabahi hai. woh dikha diya Allah taala ne. aur doosri taraf aap dekhiye, hum aap jo kaam kar rahay hain, jo sari dunya mein hum dawah work kar rahay hain,</w:t>
      </w:r>
      <w:r>
        <w:br/>
      </w:r>
      <w:r>
        <w:rPr>
          <w:sz w:val="20"/>
        </w:rPr>
        <w:t>44:44  aik dawah empire ka sari dunya mein paida hua internet ke zariye se aur print media aur electronic media ke zariye se.</w:t>
      </w:r>
      <w:r>
        <w:br/>
      </w:r>
      <w:r>
        <w:rPr>
          <w:sz w:val="20"/>
        </w:rPr>
        <w:t>44:53  kisi ajeeb baat hai! jahan rastay band hain, wahan musalman tik</w:t>
      </w:r>
      <w:r>
        <w:br/>
      </w:r>
      <w:r>
        <w:rPr>
          <w:sz w:val="20"/>
        </w:rPr>
        <w:t>44:58  raha hain. jahan rastay khulay huay hain, wahan kuch kar nahi rahay.</w:t>
      </w:r>
      <w:r>
        <w:br/>
      </w:r>
      <w:r>
        <w:rPr>
          <w:sz w:val="20"/>
        </w:rPr>
        <w:t>45:04  to meri dua hai ke Allah taala hum ko aql day, hum is Allah taala ke is ishara ko samjhen ke kaam wahan nahi hai, jahan tum qurbani day rahay ho political chattan par.</w:t>
      </w:r>
      <w:r>
        <w:br/>
      </w:r>
      <w:r>
        <w:rPr>
          <w:sz w:val="20"/>
        </w:rPr>
        <w:t>45:15  kaam yahan hai, jahan dawat ke saray maidan khul rahay hain. yahan par kaam karo. Allah taala meri aur aap ki madad farmaye.</w:t>
      </w:r>
    </w:p>
    <w:p>
      <w:pPr>
        <w:pStyle w:val="Heading2"/>
      </w:pPr>
      <w:r>
        <w:t>Dajjal is not a monster but a religious exploiter</w:t>
      </w:r>
    </w:p>
    <w:p>
      <w:r>
        <w:rPr>
          <w:color w:val="666666"/>
          <w:sz w:val="18"/>
        </w:rPr>
        <w:t>Q&amp;A 09 Mar 2008 Maulana Wahiduddin Khan · 1m 28s · at 44:28 · https://youtu.be/qE__fts05yw?t=2668</w:t>
      </w:r>
    </w:p>
    <w:p>
      <w:r>
        <w:rPr>
          <w:i/>
        </w:rPr>
        <w:t>“People think Dajjal is like a mountain, that's baseless”</w:t>
      </w:r>
    </w:p>
    <w:p>
      <w:r>
        <w:rPr>
          <w:sz w:val="20"/>
        </w:rPr>
        <w:t>44:28  l? dekhen, log samajhte hain dajjal koi yani mountain jaisa aadmi hoga, bahut bada sa, aur badi seeng hogi. yeh sab bilkul baseless baaten hain.</w:t>
      </w:r>
      <w:r>
        <w:br/>
      </w:r>
      <w:r>
        <w:rPr>
          <w:sz w:val="20"/>
        </w:rPr>
        <w:t>44:39  hum hi aap mein se koi jaisa hoga. dajjal, dajjal kya hai? dajjal koi nai baat nahi hai. dajjal se murad wahi hai jo</w:t>
      </w:r>
      <w:r>
        <w:br/>
      </w:r>
      <w:r>
        <w:rPr>
          <w:sz w:val="20"/>
        </w:rPr>
        <w:t>44:48  jo khuda ke mazhab ko exploitation ke liye istemal kare. pehle bhi thay, aaj bhi hain. pehle chote dajjal hotay thay, ab bara dajjal.</w:t>
      </w:r>
      <w:r>
        <w:br/>
      </w:r>
      <w:r>
        <w:rPr>
          <w:sz w:val="20"/>
        </w:rPr>
        <w:t>44:58  yani religion ko apne interest ke liye exploit karna yahi dajali hai.</w:t>
      </w:r>
      <w:r>
        <w:br/>
      </w:r>
      <w:r>
        <w:rPr>
          <w:sz w:val="20"/>
        </w:rPr>
        <w:t>45:04  pehlay bhi hotay thay, baad ke zamanay mein is ki opportunity zyada barh gayi hai. aaj kal jo media hai aur communication hai, paisa hai, zara zara fame milti hai logon ko.</w:t>
      </w:r>
      <w:r>
        <w:br/>
      </w:r>
      <w:r>
        <w:rPr>
          <w:sz w:val="20"/>
        </w:rPr>
        <w:t>45:18  akhbaron mein photo chaptay hain.</w:t>
      </w:r>
      <w:r>
        <w:br/>
      </w:r>
      <w:r>
        <w:rPr>
          <w:sz w:val="20"/>
        </w:rPr>
        <w:t>45:20  to aaj ka jo hoga, exploit karne wala aadmi dajjal se murad exploiter. pehle bhi hotay thay, ab bhi hotay hain. pehle ke exploiter jo thay, itna baray pemanay par exploit nahi kar paatay thay.</w:t>
      </w:r>
      <w:r>
        <w:br/>
      </w:r>
      <w:r>
        <w:rPr>
          <w:sz w:val="20"/>
        </w:rPr>
        <w:t>45:36  ab jo hai, ab dahanay khulay hain exploitation ke.</w:t>
      </w:r>
      <w:r>
        <w:br/>
      </w:r>
      <w:r>
        <w:rPr>
          <w:sz w:val="20"/>
        </w:rPr>
        <w:t>45:41  to dajjal koi anokhi personality nahi hogi. hum hi aap jaisay log jo mazhab ko exploitation ke liye istemal karein gay, wahi dajjal hain.</w:t>
      </w:r>
    </w:p>
    <w:p>
      <w:pPr>
        <w:pStyle w:val="Heading2"/>
      </w:pPr>
      <w:r>
        <w:t>Maulana Nadwi's failed dawah in 1993</w:t>
      </w:r>
    </w:p>
    <w:p>
      <w:r>
        <w:rPr>
          <w:color w:val="666666"/>
          <w:sz w:val="18"/>
        </w:rPr>
        <w:t>Believing Man's Burden | June 23, 2006 | Maulana Wahiduddin Khan · 2m 02s · at 13:12 · https://youtu.be/u5zv4HvIoe8?t=792</w:t>
      </w:r>
    </w:p>
    <w:p>
      <w:r>
        <w:rPr>
          <w:i/>
        </w:rPr>
        <w:t>“Is ke sau saal ke baad, 1993 mein dobara Chicago mein”</w:t>
      </w:r>
    </w:p>
    <w:p>
      <w:r>
        <w:rPr>
          <w:sz w:val="20"/>
        </w:rPr>
        <w:t>13:12  unhon ne qaim kiya. is ke sau saal ke baad, 1993 mein dobara Chicago mein usi ki yaad mein conference hui, aur saaray dunya ke log bulaye gaye. Islam ki numaindagi ke liye Maulana Abu Hassan Ali Nadvi ko invitation aaya. un ko to becharay ko na ticket aaya tha, na kiraya aaya tha. un ko to, yani do ticket aaye, wahan par hotel mein intezam kiya gaya thehrnay ka un ka.</w:t>
      </w:r>
      <w:r>
        <w:br/>
      </w:r>
      <w:r>
        <w:rPr>
          <w:sz w:val="20"/>
        </w:rPr>
        <w:t>13:43  apnay saathi Maulana Rabia Sahab ke sath yeh gaye wahan par. khud Rabia Sahab ne likha hai apni kitab mein, jis ka naam hai "Idraak-e-Shakhsiyat". jo ustad thay un ke, aur jo un ke ab jansheen hain, yani successor hain un ke. to unhon ne likha hai ke Maulana Ali Mian aik to do din der kar ke pohanchay wahan, aakhri din, yani teen din ki conference thi. do din late kar ke teesray din</w:t>
      </w:r>
      <w:r>
        <w:br/>
      </w:r>
      <w:r>
        <w:rPr>
          <w:sz w:val="20"/>
        </w:rPr>
        <w:t>14:13  pohanchay. is ke baad jab wahan gaye, jahan ke jalsa ho raha tha, to unhon ne likha hai ke maidan khachakach bhara hua tha. saaray religion ke log wahan aa chukay thay. phir kisi numainday ne, ghaliban kisi Hindu numainday ne wahan par bhajan aur mantra, mantra shuru kiya. bhajan aur mantra. yeh log shuru mein, yani apni speech ke shuru mein, aisa kartay hain ke kuch bhajan aur mantra parhtay hain.</w:t>
      </w:r>
      <w:r>
        <w:br/>
      </w:r>
      <w:r>
        <w:rPr>
          <w:sz w:val="20"/>
        </w:rPr>
        <w:t>14:44  to unhon ne likha hai ke bhajan aur mantra ki wajah se Maulana ko wahan ki fiza mein bohat zulmat mehsoos hui. zulmat means darkness. yani wahan ka environment un ko bohat darkness mehsoos hui, aur phir insist kar ke wahan se wapas aa gaye, baghair kuch bolay hue, baghair kuch speech diye hue. aap ghhor kijiye, yeh kyun aisa hua? is liye hua ke daawa spirit nahi. Swami Vivekananda</w:t>
      </w:r>
    </w:p>
    <w:p>
      <w:pPr>
        <w:pStyle w:val="Heading2"/>
      </w:pPr>
      <w:r>
        <w:t>One truthful voice needs a whole accepting community</w:t>
      </w:r>
    </w:p>
    <w:p>
      <w:r>
        <w:rPr>
          <w:color w:val="666666"/>
          <w:sz w:val="18"/>
        </w:rPr>
        <w:t>Islamization of Muslims January 10, 2010 Maulana Wahiduddin Khan · 1m 40s · at 15:58 · https://youtu.be/bjCT5yer37Q?t=958</w:t>
      </w:r>
    </w:p>
    <w:p>
      <w:r>
        <w:rPr>
          <w:i/>
        </w:rPr>
        <w:t>“It's not enough that one person speaks up”</w:t>
      </w:r>
    </w:p>
    <w:p>
      <w:r>
        <w:rPr>
          <w:sz w:val="20"/>
        </w:rPr>
        <w:t>15:58  degeneration hoga, bigar aayega to isko phir se aap islamize karein. yeh ek ek continued process hai.</w:t>
      </w:r>
      <w:r>
        <w:br/>
      </w:r>
      <w:r>
        <w:rPr>
          <w:sz w:val="20"/>
        </w:rPr>
        <w:t>16:10  lekin is mein mein ek baat yaad karna chahunga ke dekhiye, sirf itna kafi nahi ke koi ek shakhs uth kar bol de, bata de.</w:t>
      </w:r>
      <w:r>
        <w:br/>
      </w:r>
      <w:r>
        <w:rPr>
          <w:sz w:val="20"/>
        </w:rPr>
        <w:t>16:20  nahi, poora mahol chahiye, poora environment chahiye. kyunke musalmanon mein maujooda zamane mein, pichle do sau saal ke andar, sara mahol bigar gaya.</w:t>
      </w:r>
      <w:r>
        <w:br/>
      </w:r>
      <w:r>
        <w:rPr>
          <w:sz w:val="20"/>
        </w:rPr>
        <w:t>16:34  to log batane wale the lekin kisi ne suna nahi. kyunke mahol nahi. acceptance ka mahol nahi. sunne ka mahol nahi.</w:t>
      </w:r>
      <w:r>
        <w:br/>
      </w:r>
      <w:r>
        <w:rPr>
          <w:sz w:val="20"/>
        </w:rPr>
        <w:t>16:44  koi ek aadh aadmi uthta hai, bolta hai, baqi log kehte hain: "nahi bhai, yeh kya hai?" to poore poore samaj mein ek spirit honi chahiye, ek environment hona chahiye, ek mahol hona chahiye.</w:t>
      </w:r>
      <w:r>
        <w:br/>
      </w:r>
      <w:r>
        <w:rPr>
          <w:sz w:val="20"/>
        </w:rPr>
        <w:t>16:56  tab aap ka batana kaam aayega.</w:t>
      </w:r>
      <w:r>
        <w:br/>
      </w:r>
      <w:r>
        <w:rPr>
          <w:sz w:val="20"/>
        </w:rPr>
        <w:t>17:01  warna aap criticize karenge, aap batayenge aur koi sune ga nahi. to ek to batane wala chahiye. doosri yeh ke poore community ke andar iska mahol hona chahiye.</w:t>
      </w:r>
      <w:r>
        <w:br/>
      </w:r>
      <w:r>
        <w:rPr>
          <w:sz w:val="20"/>
        </w:rPr>
        <w:t>17:18  masjido se mahol banaya jaye, madarson se mahol banaya jaye, jamaaton se mahol banaya jaye.</w:t>
      </w:r>
      <w:r>
        <w:br/>
      </w:r>
      <w:r>
        <w:rPr>
          <w:sz w:val="20"/>
        </w:rPr>
        <w:t>17:25  ke masjido ka aur madarson ka aur jamaaton ka ek function yahi hai ke woh barabar ummat ke andar mahol banaye rahen. taake jab koi batane wala bataye to usko pakad sakein log.</w:t>
      </w:r>
    </w:p>
    <w:p>
      <w:pPr>
        <w:pStyle w:val="Heading2"/>
      </w:pPr>
      <w:r>
        <w:t>Hudaybiya erasing word</w:t>
      </w:r>
    </w:p>
    <w:p>
      <w:r>
        <w:rPr>
          <w:color w:val="666666"/>
          <w:sz w:val="18"/>
        </w:rPr>
        <w:t>Dars-e-Quran, Ch. 2 Verse 50-52 |  March 11, 2018 · 1m 00s · at 26:13 · https://youtu.be/ShSyMy4LPfc?t=1573</w:t>
      </w:r>
    </w:p>
    <w:p>
      <w:r>
        <w:rPr>
          <w:i/>
        </w:rPr>
        <w:t>“Sura Hudaybiya mein Rasool Allah ka lafz mitaya gaya”</w:t>
      </w:r>
    </w:p>
    <w:p>
      <w:r>
        <w:rPr>
          <w:sz w:val="20"/>
        </w:rPr>
        <w:t>26:13  jaise jarmani ne ise chheena jang ne lekin is se badi cheez de di.</w:t>
      </w:r>
      <w:r>
        <w:br/>
      </w:r>
      <w:r>
        <w:rPr>
          <w:sz w:val="20"/>
        </w:rPr>
        <w:t>26:21  japan se chheena jang ne is se badi cheez de di is ko.</w:t>
      </w:r>
      <w:r>
        <w:br/>
      </w:r>
      <w:r>
        <w:rPr>
          <w:sz w:val="20"/>
        </w:rPr>
        <w:t>26:28  khud islam ki tareekh mein dekhiye surah hudaybiya jo hui thi us mein fareeq saani ne aap se</w:t>
      </w:r>
      <w:r>
        <w:br/>
      </w:r>
      <w:r>
        <w:rPr>
          <w:sz w:val="20"/>
        </w:rPr>
        <w:t>26:36  chheena tha lafz rasool yaani kaaghaz par</w:t>
      </w:r>
      <w:r>
        <w:br/>
      </w:r>
      <w:r>
        <w:rPr>
          <w:sz w:val="20"/>
        </w:rPr>
        <w:t>26:43  likha hua rasool Allah mein kaha ke mitao is ko.</w:t>
      </w:r>
      <w:r>
        <w:br/>
      </w:r>
      <w:r>
        <w:rPr>
          <w:sz w:val="20"/>
        </w:rPr>
        <w:t>26:49  aur mitaana pada.</w:t>
      </w:r>
      <w:r>
        <w:br/>
      </w:r>
      <w:r>
        <w:rPr>
          <w:sz w:val="20"/>
        </w:rPr>
        <w:t>26:54  lekin kya hua ana fatan ka fatah mubeen yaani kaaghaz par mitaane par majboor kiya unhone saare</w:t>
      </w:r>
      <w:r>
        <w:br/>
      </w:r>
      <w:r>
        <w:rPr>
          <w:sz w:val="20"/>
        </w:rPr>
        <w:t>26:59  aalam mein woh lafz likha gaya phir woh.</w:t>
      </w:r>
      <w:r>
        <w:br/>
      </w:r>
      <w:r>
        <w:rPr>
          <w:sz w:val="20"/>
        </w:rPr>
        <w:t>27:04  rasool Allah ka lafz kaaghaz par mitaya tha unhone lekin phir kya hua re planning ki musalmanon</w:t>
      </w:r>
      <w:r>
        <w:br/>
      </w:r>
      <w:r>
        <w:rPr>
          <w:sz w:val="20"/>
        </w:rPr>
        <w:t>27:09  ne re planning</w:t>
      </w:r>
    </w:p>
    <w:p>
      <w:pPr>
        <w:pStyle w:val="Heading2"/>
      </w:pPr>
      <w:r>
        <w:t>Even good things cause pain</w:t>
      </w:r>
    </w:p>
    <w:p>
      <w:r>
        <w:rPr>
          <w:color w:val="666666"/>
          <w:sz w:val="18"/>
        </w:rPr>
        <w:t>What is Paradise 4 March 2006 - Maulana Wahiduddin Khan · 1m 40s · at 10:00 · https://youtu.be/SYmFRRq3BGU?t=600</w:t>
      </w:r>
    </w:p>
    <w:p>
      <w:r>
        <w:rPr>
          <w:i/>
        </w:rPr>
        <w:t>“Ek martaba main Kashmir gaya”</w:t>
      </w:r>
    </w:p>
    <w:p>
      <w:r>
        <w:rPr>
          <w:sz w:val="20"/>
        </w:rPr>
        <w:t>10:00  ek martaba mein kashmir gaya, wahan pahalgam hai. bahut hi khoobsurat jagah hai. pahalgam ke beech se ek pahadi darya guzarta hai.</w:t>
      </w:r>
      <w:r>
        <w:br/>
      </w:r>
      <w:r>
        <w:rPr>
          <w:sz w:val="20"/>
        </w:rPr>
        <w:t>10:11  ek pahad se direct, yaani pathron ke, woh barf ke pighalne se direct aa raha hai chashma.</w:t>
      </w:r>
      <w:r>
        <w:br/>
      </w:r>
      <w:r>
        <w:rPr>
          <w:sz w:val="20"/>
        </w:rPr>
        <w:t>10:21  is se woh darya banta hai. bahut hi acha pani is ka. hamare sath the Kaleemullah sahib, Professor Kaleemullah sahib.</w:t>
      </w:r>
      <w:r>
        <w:br/>
      </w:r>
      <w:r>
        <w:rPr>
          <w:sz w:val="20"/>
        </w:rPr>
        <w:t>10:33  un ke paas glass tha to mein ne kaha glass dijiye, mein pani piyunga is ka. ek glass pani piya, bahut acha laga. har drink se zyada acha.</w:t>
      </w:r>
      <w:r>
        <w:br/>
      </w:r>
      <w:r>
        <w:rPr>
          <w:sz w:val="20"/>
        </w:rPr>
        <w:t>10:44  do piya, teen piya, char, paanch, chhe glass pani mein pi gaya. us ke baad kya hua? mere sir mein itna sakht dard hua ke ek ek second muhal ho gaya wahan rehna.</w:t>
      </w:r>
      <w:r>
        <w:br/>
      </w:r>
      <w:r>
        <w:rPr>
          <w:sz w:val="20"/>
        </w:rPr>
        <w:t>10:58  srinagar se bhag kar mein aaya, yaani jahan mein thehra hua tha wahan, wahan mere liye dinner ka intezam tha, bahut zabardast tareeqe se.</w:t>
      </w:r>
      <w:r>
        <w:br/>
      </w:r>
      <w:r>
        <w:rPr>
          <w:sz w:val="20"/>
        </w:rPr>
        <w:t>11:09  aap yaqeen kijiye ke mein ek chamcha bhi kuch nahi kha saka sir mein dard ki wajah se. yeh aap mein se har shakhs ko tajurba hoga. isi ko mein kehta hoon ke dunya mein itni nuqsanat hain, itni hudood hain ke aap kuch bhi karen,</w:t>
      </w:r>
      <w:r>
        <w:br/>
      </w:r>
      <w:r>
        <w:rPr>
          <w:sz w:val="20"/>
        </w:rPr>
        <w:t>11:27  aap ko dunya mein lazzat nahi mil sakti. aap ko sukh nahi mil sakta. kuch bhi karen, hum ko, aap ko nahi, king ko bhi nahi mil sakta.</w:t>
      </w:r>
    </w:p>
    <w:p>
      <w:pPr>
        <w:pStyle w:val="Heading2"/>
      </w:pPr>
      <w:r>
        <w:t>hadith example shows how religious debate grew technical and complex</w:t>
      </w:r>
    </w:p>
    <w:p>
      <w:r>
        <w:rPr>
          <w:color w:val="666666"/>
          <w:sz w:val="18"/>
        </w:rPr>
        <w:t>Ilm-e-Kalaam Tajdeed-e-Deen Book by Maulana Wahiduddin Khan · 1m 10s · at 7:58 · https://youtu.be/8OqRuoQaggk?t=478</w:t>
      </w:r>
    </w:p>
    <w:p>
      <w:r>
        <w:rPr>
          <w:i/>
        </w:rPr>
        <w:t>“Hanafi masle par ek hadith pesh ki gayi, jawab suniye”</w:t>
      </w:r>
    </w:p>
    <w:p>
      <w:r>
        <w:rPr>
          <w:sz w:val="20"/>
        </w:rPr>
        <w:t>7:58  Hanafiya ne Imam ke peeche Fatiha ki qirat ke tark ka fatwa diya hai. Maulana Rasheed Ahmed Gangohi ke samne is maslak ke khilaf yeh Hadees pesh ki gayi ke Nabi SAWW ne kuch ashaab se kaha: "Shayad tum log Imam ke peeche namaz parhte hue qirat karte ho</w:t>
      </w:r>
      <w:r>
        <w:br/>
      </w:r>
      <w:r>
        <w:rPr>
          <w:sz w:val="20"/>
        </w:rPr>
        <w:t>8:15  ". Unhon ne kaha: "Haan ya Rasool Allah." Aap ne farmaya: "La taf'alu illa bi Ummil Quran." Na parho siwa Surah Fatiha ke.</w:t>
      </w:r>
      <w:r>
        <w:br/>
      </w:r>
      <w:r>
        <w:rPr>
          <w:sz w:val="20"/>
        </w:rPr>
        <w:t>8:25  Maulana Rasheed Ahmed Gangohi ne Hanafi maslak par is aitraz ko radd karte hue jawab diya: "Haza dalil al-ibahati, la dalil al-wujub." Nafhatul Anbar yeh ibahat ki dalil hai, na ke wujub ki dalil.</w:t>
      </w:r>
      <w:r>
        <w:br/>
      </w:r>
      <w:r>
        <w:rPr>
          <w:sz w:val="20"/>
        </w:rPr>
        <w:t>8:41  yeh ek saada si misaal hai is baat ki ke baad ke zamanay mein hamare yahan mazhabi bahs o guftagu ka jo andaaz paida hua, woh kis tarah Islam ke ibtidai saada usloob se hata hua tha.</w:t>
      </w:r>
      <w:r>
        <w:br/>
      </w:r>
      <w:r>
        <w:rPr>
          <w:sz w:val="20"/>
        </w:rPr>
        <w:t>8:53  chunaanche wohi shakhs aaj aalim samjha jata hai jo is qism ki fanni zaban aur manțiqi usloob mein deeni masail ko bayan kar sakta ho. Is mein koi shakk nahi ke deeni mabahis ka yeh andaaz fanni haisiyat se bazahir bada waqee' maloom hota hai,</w:t>
      </w:r>
    </w:p>
    <w:p>
      <w:pPr>
        <w:pStyle w:val="Heading2"/>
      </w:pPr>
      <w:r>
        <w:t>Merit era demands qualification</w:t>
      </w:r>
    </w:p>
    <w:p>
      <w:r>
        <w:rPr>
          <w:color w:val="666666"/>
          <w:sz w:val="18"/>
        </w:rPr>
        <w:t>Opportunities of the Modern Age | March 05, 2017 · 2m 01s · at 19:42 · https://youtu.be/Cv8QEwvQ_fY?t=1182</w:t>
      </w:r>
    </w:p>
    <w:p>
      <w:r>
        <w:rPr>
          <w:i/>
        </w:rPr>
        <w:t>“Ab woh doraniya khatam, ab merit ka zamana hai”</w:t>
      </w:r>
    </w:p>
    <w:p>
      <w:r>
        <w:rPr>
          <w:sz w:val="20"/>
        </w:rPr>
        <w:t>19:42  ab to woh dorania khatam ho gaya discrimination ka woh woh yeh term hi khatam ho gayi ab jo term hai woh merit hai merit kal mein ne aik American leader ka parha bayan us ne kaha ke hamare haan to merit chalta hai merit parhao taraqi karo yeh bohat sahi baat hai kal ke akhbaron mein se paya discrimination ka dour</w:t>
      </w:r>
      <w:r>
        <w:br/>
      </w:r>
      <w:r>
        <w:rPr>
          <w:sz w:val="20"/>
        </w:rPr>
        <w:t>20:12  dourania khatam ho gaya yeh to pehle dourania hua karta tha ab merit ka zamana hai ab merit</w:t>
      </w:r>
      <w:r>
        <w:br/>
      </w:r>
      <w:r>
        <w:rPr>
          <w:sz w:val="20"/>
        </w:rPr>
        <w:t>20:22  ka zamana hai ab jo hai bare bare institutions hain bari bari companies hain bare bare idaray hain</w:t>
      </w:r>
      <w:r>
        <w:br/>
      </w:r>
      <w:r>
        <w:rPr>
          <w:sz w:val="20"/>
        </w:rPr>
        <w:t>20:32  in sab ko qualified aadmi chahiye qualified aadmi to agar aap qualify karein to aap un ki zaroorat</w:t>
      </w:r>
      <w:r>
        <w:br/>
      </w:r>
      <w:r>
        <w:rPr>
          <w:sz w:val="20"/>
        </w:rPr>
        <w:t>20:43  ban jayenge zaroorat yani agar aap qualify karein agar aap apne ko ek expert banayein is subject</w:t>
      </w:r>
      <w:r>
        <w:br/>
      </w:r>
      <w:r>
        <w:rPr>
          <w:sz w:val="20"/>
        </w:rPr>
        <w:t>20:53  ka to aap un companies ke un idaron ki zaroorat ban jayenge chunancha woh peshi ke tor</w:t>
      </w:r>
      <w:r>
        <w:br/>
      </w:r>
      <w:r>
        <w:rPr>
          <w:sz w:val="20"/>
        </w:rPr>
        <w:t>21:03  par colleges mein universityon mein apne aadmi bithaa rakhte hain un ka kaha jata hai ke</w:t>
      </w:r>
      <w:r>
        <w:br/>
      </w:r>
      <w:r>
        <w:rPr>
          <w:sz w:val="20"/>
        </w:rPr>
        <w:t>21:13  un ka nazariya hai cash them all cash theming bari bari companies ke aadmi hote hain universityon mein</w:t>
      </w:r>
      <w:r>
        <w:br/>
      </w:r>
      <w:r>
        <w:rPr>
          <w:sz w:val="20"/>
        </w:rPr>
        <w:t>21:21  aur colleges mein un ka nazariya hai cash theming yani student ko kuch wash karo jo us waqt</w:t>
      </w:r>
      <w:r>
        <w:br/>
      </w:r>
      <w:r>
        <w:rPr>
          <w:sz w:val="20"/>
        </w:rPr>
        <w:t>21:28  parh rahe hain un ko wash karo aur jin ko dekho competent us ko le lo to woh</w:t>
      </w:r>
      <w:r>
        <w:br/>
      </w:r>
      <w:r>
        <w:rPr>
          <w:sz w:val="20"/>
        </w:rPr>
        <w:t>21:36  tu dhoondh rahe hain ke kaun merit pata hai</w:t>
      </w:r>
    </w:p>
    <w:p>
      <w:pPr>
        <w:pStyle w:val="Heading2"/>
      </w:pPr>
      <w:r>
        <w:t>two-point formula: practice freedom, peaceful activism</w:t>
      </w:r>
    </w:p>
    <w:p>
      <w:r>
        <w:rPr>
          <w:color w:val="666666"/>
          <w:sz w:val="18"/>
        </w:rPr>
        <w:t>The Concept of Naskh in Quran July 18, 2007 · 2m 47s · at 37:59 · https://youtu.be/fXpiwXIo2As?t=2279</w:t>
      </w:r>
    </w:p>
    <w:p>
      <w:r>
        <w:rPr>
          <w:i/>
        </w:rPr>
        <w:t>“ایک دو ٹو پوائنٹ فارمولا: آزادی اویل کیجئے، پیس فل رہیے”</w:t>
      </w:r>
    </w:p>
    <w:p>
      <w:r>
        <w:rPr>
          <w:sz w:val="20"/>
        </w:rPr>
        <w:t>37:59  ab sawal yeh hai ke jo jhagray khare karein log, to jhagray karein karein to aap peaceful method se aap is ka muqabla kijiye.</w:t>
      </w:r>
      <w:r>
        <w:br/>
      </w:r>
      <w:r>
        <w:rPr>
          <w:sz w:val="20"/>
        </w:rPr>
        <w:t>38:10  yani aik taraf ka two point formula hai: aik to yeh ke religious freedom ko avail kijiye,</w:t>
      </w:r>
      <w:r>
        <w:br/>
      </w:r>
      <w:r>
        <w:rPr>
          <w:sz w:val="20"/>
        </w:rPr>
        <w:t>38:22  religious freedom ko avail kijiye. aap namaz qaim kijiye, hajj ka nizam banaiye, aap mazhabi literature chhapiye, aap apne mazhab ko dunya ko bataiye,</w:t>
      </w:r>
      <w:r>
        <w:br/>
      </w:r>
      <w:r>
        <w:rPr>
          <w:sz w:val="20"/>
        </w:rPr>
        <w:t>38:40  isko phailaiye literature ke zariye, radio ke zariye, TV ke zariye, internet ke zariye, website ke zariye.</w:t>
      </w:r>
      <w:r>
        <w:br/>
      </w:r>
      <w:r>
        <w:rPr>
          <w:sz w:val="20"/>
        </w:rPr>
        <w:t>38:51  jo aaj ka jo multimedia hai, us ko aap istemal kijiye, aaj ka jo communication hai, us ko istemal kijiye. to religious freedom ka zamana poore poore taur par aa chuka hai,</w:t>
      </w:r>
      <w:r>
        <w:br/>
      </w:r>
      <w:r>
        <w:rPr>
          <w:sz w:val="20"/>
        </w:rPr>
        <w:t>39:05  humein is ko avail karna hai. yeh aik aik point hua. doosra point kya hai?</w:t>
      </w:r>
      <w:r>
        <w:br/>
      </w:r>
      <w:r>
        <w:rPr>
          <w:sz w:val="20"/>
        </w:rPr>
        <w:t>39:11  jo differences ate hain, chahe woh family life mein hon ya national life mein hon ya international life mein hon, to us ke liye aap ke paas phir dobara rasta khula hua hai, dobara peaceful activism ka.</w:t>
      </w:r>
      <w:r>
        <w:br/>
      </w:r>
      <w:r>
        <w:rPr>
          <w:sz w:val="20"/>
        </w:rPr>
        <w:t>39:27  peaceful activism yani political activism, woh violent activism khatam.</w:t>
      </w:r>
      <w:r>
        <w:br/>
      </w:r>
      <w:r>
        <w:rPr>
          <w:sz w:val="20"/>
        </w:rPr>
        <w:t>39:37  violent activism khatam,</w:t>
      </w:r>
      <w:r>
        <w:br/>
      </w:r>
      <w:r>
        <w:rPr>
          <w:sz w:val="20"/>
        </w:rPr>
        <w:t>39:40  ab sirf peaceful activism dunya mein reh gaya hai. aur is ka jo hai feasibility, yani peaceful activism ki yeh jo feasibility hai, yeh kitna zyada yeh applicable hai?</w:t>
      </w:r>
      <w:r>
        <w:br/>
      </w:r>
      <w:r>
        <w:rPr>
          <w:sz w:val="20"/>
        </w:rPr>
        <w:t>39:55  us ko Mahatma Gandhi ne demonstration de diya. main samajhta hoon ke Mahatma Gandhi Khuda ki taraf se demonstrate karne ke liye aaye the</w:t>
      </w:r>
      <w:r>
        <w:br/>
      </w:r>
      <w:r>
        <w:rPr>
          <w:sz w:val="20"/>
        </w:rPr>
        <w:t>40:06  is baat ka. Mahatma Gandhi ke zariye se Khuda ne is ka aik demonstration diya hai ke is zamane mein peaceful method ke zariye tum sab kuch hasil kar sakte ho.</w:t>
      </w:r>
      <w:r>
        <w:br/>
      </w:r>
      <w:r>
        <w:rPr>
          <w:sz w:val="20"/>
        </w:rPr>
        <w:t>40:24  peaceful method itna zyada comprehensive hai ke aap peaceful method ke zariye sab kuch hasil kar sakte hain.</w:t>
      </w:r>
      <w:r>
        <w:br/>
      </w:r>
      <w:r>
        <w:rPr>
          <w:sz w:val="20"/>
        </w:rPr>
        <w:t>40:33  ab violence ki zaroorat nahi hai, ab hathiyar ki zaroorat nahi hai. yeh hai two point formula, yeh hai nikalta hai, yeh baat nikalti hai nuskh ke mamle mein ghor karne se.</w:t>
      </w:r>
    </w:p>
    <w:p>
      <w:pPr>
        <w:pStyle w:val="Heading2"/>
      </w:pPr>
      <w:r>
        <w:t>Nizamuddin's area untouched by 1947 partition riots</w:t>
      </w:r>
    </w:p>
    <w:p>
      <w:r>
        <w:rPr>
          <w:color w:val="666666"/>
          <w:sz w:val="18"/>
        </w:rPr>
        <w:t>Contribution of Sufism in India May 29, 2011 · 1m 03s · at 29:11 · https://youtu.be/lzxSaTnomio?t=1751</w:t>
      </w:r>
    </w:p>
    <w:p>
      <w:r>
        <w:rPr>
          <w:i/>
        </w:rPr>
        <w:t>“During Partition, Delhi burned — but this area stayed safe”</w:t>
      </w:r>
    </w:p>
    <w:p>
      <w:r>
        <w:rPr>
          <w:sz w:val="20"/>
        </w:rPr>
        <w:t>29:11  hum jahan rehte hain, yeh nizamuddin auliya ka jo ilaaqa hai, yahan bhi itna zyada 1947 ke baad in dilli mein bahut fasadat hue idhar udhar.</w:t>
      </w:r>
      <w:r>
        <w:br/>
      </w:r>
      <w:r>
        <w:rPr>
          <w:sz w:val="20"/>
        </w:rPr>
        <w:t>29:23  is area mein kuch bhi nahin hua. jo log jaante hain ke 1947 jab mulk mein partition hua to dilli mein bahut maar kaat hui is dauraniye mein ke nizamuddin ka area bilkul bacha raha.</w:t>
      </w:r>
      <w:r>
        <w:br/>
      </w:r>
      <w:r>
        <w:rPr>
          <w:sz w:val="20"/>
        </w:rPr>
        <w:t>29:40  kyon?</w:t>
      </w:r>
      <w:r>
        <w:br/>
      </w:r>
      <w:r>
        <w:rPr>
          <w:sz w:val="20"/>
        </w:rPr>
        <w:t>29:41  iski wajah yahi hai ke yahan par ek bade sofi ki ki dargah hai, nizamuddin auliya ki. inhi ke naam par aap jaante hain ke railway station hai, yahan par hai.</w:t>
      </w:r>
      <w:r>
        <w:br/>
      </w:r>
      <w:r>
        <w:rPr>
          <w:sz w:val="20"/>
        </w:rPr>
        <w:t>29:51  woh bhi chishti silsile ke aadmi hain. to iski wajah se yahan par ek ek roohani mahol, aman ka mahol, bhai charay ka mahol yeh chala aa raha hai.</w:t>
      </w:r>
      <w:r>
        <w:br/>
      </w:r>
      <w:r>
        <w:rPr>
          <w:sz w:val="20"/>
        </w:rPr>
        <w:t>30:06  yeh bhi terveen sadi ke aadmi hain,</w:t>
      </w:r>
      <w:r>
        <w:br/>
      </w:r>
      <w:r>
        <w:rPr>
          <w:sz w:val="20"/>
        </w:rPr>
        <w:t>30:09  nizamuddin auliya jo hain, woh terveen sadi ke aadmi hain.</w:t>
      </w:r>
    </w:p>
    <w:p>
      <w:pPr>
        <w:pStyle w:val="Heading2"/>
      </w:pPr>
      <w:r>
        <w:t>Prophet stood for a Jewish funeral procession in Medina</w:t>
      </w:r>
    </w:p>
    <w:p>
      <w:r>
        <w:rPr>
          <w:color w:val="666666"/>
          <w:sz w:val="18"/>
        </w:rPr>
        <w:t>Islam A Religion of Peace January 7, 2010 Maulana Wahiduddin Khan · 1m 47s · at 19:07 · https://youtu.be/L3qaWEfRY6o?t=1147</w:t>
      </w:r>
    </w:p>
    <w:p>
      <w:r>
        <w:rPr>
          <w:i/>
        </w:rPr>
        <w:t>“Here I would like to narrate a very interesting story.”</w:t>
      </w:r>
    </w:p>
    <w:p>
      <w:r>
        <w:rPr>
          <w:sz w:val="20"/>
        </w:rPr>
        <w:t>19:07  here i would like to narrate a very interesting story. this illustrates the, this principle.</w:t>
      </w:r>
      <w:r>
        <w:br/>
      </w:r>
      <w:r>
        <w:rPr>
          <w:sz w:val="20"/>
        </w:rPr>
        <w:t>19:17  when prophet was in medina. so history reports that one day he was seated in some part of the medina.</w:t>
      </w:r>
      <w:r>
        <w:br/>
      </w:r>
      <w:r>
        <w:rPr>
          <w:sz w:val="20"/>
        </w:rPr>
        <w:t>19:29  so what happened? his prophet saw a funeral procession passing through a street in medina.</w:t>
      </w:r>
      <w:r>
        <w:br/>
      </w:r>
      <w:r>
        <w:rPr>
          <w:sz w:val="20"/>
        </w:rPr>
        <w:t>19:40  at the time, prophet was seated. he stood up in respect of that jew.</w:t>
      </w:r>
      <w:r>
        <w:br/>
      </w:r>
      <w:r>
        <w:rPr>
          <w:sz w:val="20"/>
        </w:rPr>
        <w:t>19:51  so one of his companion said, "o prophet, it was funeral of a jew, or funeral of a non muslim."</w:t>
      </w:r>
      <w:r>
        <w:br/>
      </w:r>
      <w:r>
        <w:rPr>
          <w:sz w:val="20"/>
        </w:rPr>
        <w:t>20:04  prophet said, "here is the spirit of islam." prophet said, "alayhi nafsan</w:t>
      </w:r>
      <w:r>
        <w:br/>
      </w:r>
      <w:r>
        <w:rPr>
          <w:sz w:val="20"/>
        </w:rPr>
        <w:t>20:15  was he not a human being." this is the true spirit of islam. you see, here prophet of islam discovered a commonality between himself and that jew.</w:t>
      </w:r>
      <w:r>
        <w:br/>
      </w:r>
      <w:r>
        <w:rPr>
          <w:sz w:val="20"/>
        </w:rPr>
        <w:t>20:33  that he is a man, i am also a man. both are human being. both were created by god. so he said, "alayhi nafsan was he not a human being." this is the true spirit of islam.</w:t>
      </w:r>
    </w:p>
    <w:p>
      <w:pPr>
        <w:pStyle w:val="Heading2"/>
      </w:pPr>
      <w:r>
        <w:t>Condemn terrorism specifically not Quran</w:t>
      </w:r>
    </w:p>
    <w:p>
      <w:r>
        <w:rPr>
          <w:color w:val="666666"/>
          <w:sz w:val="18"/>
        </w:rPr>
        <w:t>Q&amp;A · 1m 47s · at 17:16 · https://youtu.be/W2DKBK6QYTY?t=1036</w:t>
      </w:r>
    </w:p>
    <w:p>
      <w:r>
        <w:rPr>
          <w:i/>
        </w:rPr>
        <w:t>“Dekhiye, yeh bhi ek bahut badi farisi hai.”</w:t>
      </w:r>
    </w:p>
    <w:p>
      <w:r>
        <w:rPr>
          <w:sz w:val="20"/>
        </w:rPr>
        <w:t>17:16  comment. Dekhiye, yeh bhi aik bohat bari fallacy hai. Yaani jitne bhi condemn karte hain hamare log, woh kya kehte hain?</w:t>
      </w:r>
      <w:r>
        <w:br/>
      </w:r>
      <w:r>
        <w:rPr>
          <w:sz w:val="20"/>
        </w:rPr>
        <w:t>17:25  Quran mein terrorism nahi hai. To yeh kon tum se pooch raha hai?</w:t>
      </w:r>
      <w:r>
        <w:br/>
      </w:r>
      <w:r>
        <w:rPr>
          <w:sz w:val="20"/>
        </w:rPr>
        <w:t>17:31  jo terrorism kar raha hai, us ko condemn nahi karani parti. Specifically mein, yaani Musalmanon ki practice ko mere mein bolna hai, aur refer karte hain Quran ki teaching ko.</w:t>
      </w:r>
      <w:r>
        <w:br/>
      </w:r>
      <w:r>
        <w:rPr>
          <w:sz w:val="20"/>
        </w:rPr>
        <w:t>17:45  yeh koi nahi pooch raha hai aap se Quran mein kya likha hua hai. Jo poochne wale pooch rahe hain keh yeh jo kar rahe hain Musalman, yeh kaisa</w:t>
      </w:r>
      <w:r>
        <w:br/>
      </w:r>
      <w:r>
        <w:rPr>
          <w:sz w:val="20"/>
        </w:rPr>
        <w:t>17:51  kaam hai? Yeh mein samajhta hoon keh yeh bohat bara, yeh khud bhi aik crime hai keh Muslim jo kar rahe hain, us ko aap condemn na karein aur Quran ko refer karein.</w:t>
      </w:r>
      <w:r>
        <w:br/>
      </w:r>
      <w:r>
        <w:rPr>
          <w:sz w:val="20"/>
        </w:rPr>
        <w:t>18:01  aap</w:t>
      </w:r>
      <w:r>
        <w:br/>
      </w:r>
      <w:r>
        <w:rPr>
          <w:sz w:val="20"/>
        </w:rPr>
        <w:t>18:05  is se kuch, is ka kuch result nahi nikalne wala hai. Woh to apne ko samajhte hain keh hum theek kar rahe hain keh hamein to koi bura keh nahi raha hai. Poore Muslim world mein mein akela hoon jo Musalmanon ko condemn karta hoon.</w:t>
      </w:r>
      <w:r>
        <w:br/>
      </w:r>
      <w:r>
        <w:rPr>
          <w:sz w:val="20"/>
        </w:rPr>
        <w:t>18:17  aur aur doosre log kya karte hain?</w:t>
      </w:r>
      <w:r>
        <w:br/>
      </w:r>
      <w:r>
        <w:rPr>
          <w:sz w:val="20"/>
        </w:rPr>
        <w:t>18:19  condemn na kar ke kehte hain keh Islam mein nahi likha hua hai, Quran mein nahi likha hua hai. Under discussion jo baat hai, woh yeh nahi keh Quran mein kya likha hua hai.</w:t>
      </w:r>
      <w:r>
        <w:br/>
      </w:r>
      <w:r>
        <w:rPr>
          <w:sz w:val="20"/>
        </w:rPr>
        <w:t>18:29  jo Musalman kar rahe hain, woh woh woh kya</w:t>
      </w:r>
      <w:r>
        <w:br/>
      </w:r>
      <w:r>
        <w:rPr>
          <w:sz w:val="20"/>
        </w:rPr>
        <w:t>18:31  hai? Us ko batao. Specifically mein, yeh condemnation nahi hai. Yeh indirect way mein justification hai. Yeh hamein condemn karna pare ga specific language mein.</w:t>
      </w:r>
      <w:r>
        <w:br/>
      </w:r>
      <w:r>
        <w:rPr>
          <w:sz w:val="20"/>
        </w:rPr>
        <w:t>18:44  yeh bilkul specific tor par jo kar raha hai, us ko condemn karna pare ga. Quran ko refer karne se koi faida nahi. Is ka koi koi result nahi nikalne wala hai.</w:t>
      </w:r>
      <w:r>
        <w:br/>
      </w:r>
      <w:r>
        <w:rPr>
          <w:sz w:val="20"/>
        </w:rPr>
        <w:t>18:53  Is ka This question is from Mr. OP Sikka. Maulana sahib how to discover God</w:t>
      </w:r>
    </w:p>
    <w:p>
      <w:pPr>
        <w:pStyle w:val="Heading2"/>
      </w:pPr>
      <w:r>
        <w:t>Political complaint as first derailment</w:t>
      </w:r>
    </w:p>
    <w:p>
      <w:r>
        <w:rPr>
          <w:color w:val="666666"/>
          <w:sz w:val="18"/>
        </w:rPr>
        <w:t>Role Of Ikhwan-e-Rasool 2 April 2011 - Maulana Wahiduddin Khan · 2m 49s · at 15:12 · https://youtu.be/O4gmiyD-KV8?t=912</w:t>
      </w:r>
    </w:p>
    <w:p>
      <w:r>
        <w:rPr>
          <w:i/>
        </w:rPr>
        <w:t>“Some big events of derailment happened in history”</w:t>
      </w:r>
    </w:p>
    <w:p>
      <w:r>
        <w:rPr>
          <w:sz w:val="20"/>
        </w:rPr>
        <w:t>15:12  kuch bare bare waqeat hue tareekh mein derailment ke. Meri apni samajh ke mutabiq jo pehla derailment hua Islam mein woh kya tha?</w:t>
      </w:r>
      <w:r>
        <w:br/>
      </w:r>
      <w:r>
        <w:rPr>
          <w:sz w:val="20"/>
        </w:rPr>
        <w:t>15:26  Pehla derailment.</w:t>
      </w:r>
      <w:r>
        <w:br/>
      </w:r>
      <w:r>
        <w:rPr>
          <w:sz w:val="20"/>
        </w:rPr>
        <w:t>15:30  Woh Hazrat Usman ke zamane mein hua. Yaani hukumat ki</w:t>
      </w:r>
      <w:r>
        <w:br/>
      </w:r>
      <w:r>
        <w:rPr>
          <w:sz w:val="20"/>
        </w:rPr>
        <w:t>15:40  se shikayat ko le kar ke hukumat se takrao shuru kar dena. Kuch logon ko Hazrat Usman jo teesre khalifa the, un ki hukumat se shikayat hui.</w:t>
      </w:r>
      <w:r>
        <w:br/>
      </w:r>
      <w:r>
        <w:rPr>
          <w:sz w:val="20"/>
        </w:rPr>
        <w:t>15:54  To shikayat ko le kar jhanda khara kar liya unhon ne.</w:t>
      </w:r>
      <w:r>
        <w:br/>
      </w:r>
      <w:r>
        <w:rPr>
          <w:sz w:val="20"/>
        </w:rPr>
        <w:t>15:58  Aur baghavat karne par tul gaye. Yahan tak ke hote hote unhon ne khalifa ko qatal kar diya. Yeh tha Islam mein pehla derailment.</w:t>
      </w:r>
      <w:r>
        <w:br/>
      </w:r>
      <w:r>
        <w:rPr>
          <w:sz w:val="20"/>
        </w:rPr>
        <w:t>16:09  Yaani political shikayaton ko le kar</w:t>
      </w:r>
      <w:r>
        <w:br/>
      </w:r>
      <w:r>
        <w:rPr>
          <w:sz w:val="20"/>
        </w:rPr>
        <w:t>16:16  hukmaran ke khilaf hangama khara karna. Kyun ke Islam mein bohat wazeh talimat hain hadith mein ke hukmaran se agar tum ko shikayat hai to kya hai fa feemabainak wa baynahu.</w:t>
      </w:r>
      <w:r>
        <w:br/>
      </w:r>
      <w:r>
        <w:rPr>
          <w:sz w:val="20"/>
        </w:rPr>
        <w:t>16:32  Yaani</w:t>
      </w:r>
      <w:r>
        <w:br/>
      </w:r>
      <w:r>
        <w:rPr>
          <w:sz w:val="20"/>
        </w:rPr>
        <w:t>16:33  person to person. Is se aap appointment lijiye, is se mulaqat kijiye. Aur akele mein us ko naseehat kijiye.</w:t>
      </w:r>
      <w:r>
        <w:br/>
      </w:r>
      <w:r>
        <w:rPr>
          <w:sz w:val="20"/>
        </w:rPr>
        <w:t>16:44  fima bainaka wa baina hu. Bas yahi had hai. Hakmraan ke khilaaf shikayat ki aakhri had yeh hai ke aap us ko</w:t>
      </w:r>
      <w:r>
        <w:br/>
      </w:r>
      <w:r>
        <w:rPr>
          <w:sz w:val="20"/>
        </w:rPr>
        <w:t>16:53  tanhai mein naseehat karein, Allah se daren. Bas. Agar woh maan jata hai to bohat acha, nahi manta to phir aap ki zimmedari khatam ho gayi.</w:t>
      </w:r>
      <w:r>
        <w:br/>
      </w:r>
      <w:r>
        <w:rPr>
          <w:sz w:val="20"/>
        </w:rPr>
        <w:t>17:05  Aap ki zimmedari khatam ho gayi. Ab is ke baad kya karna hai aap ko? Dua karna hai.</w:t>
      </w:r>
      <w:r>
        <w:br/>
      </w:r>
      <w:r>
        <w:rPr>
          <w:sz w:val="20"/>
        </w:rPr>
        <w:t>17:13  Dua karna hai. Opposition ki politics chalana nahi hai. Agar hakmraan, ruler aap ki baat nahi sunta hai to aap ke liye jaiz nahi hai ke aap politics of opposition chalana shuru kar dein.</w:t>
      </w:r>
      <w:r>
        <w:br/>
      </w:r>
      <w:r>
        <w:rPr>
          <w:sz w:val="20"/>
        </w:rPr>
        <w:t>17:30  Woh jaiz nahi hai. Jaiz kya hai? Aap ja kar Allah se dua karein. Ya aap bar bar us se milein.</w:t>
      </w:r>
      <w:r>
        <w:br/>
      </w:r>
      <w:r>
        <w:rPr>
          <w:sz w:val="20"/>
        </w:rPr>
        <w:t>17:41  Yeh mumkin hai, yeh jaiz ke daire mein hai yeh. To pehla derailment hua</w:t>
      </w:r>
      <w:r>
        <w:br/>
      </w:r>
      <w:r>
        <w:rPr>
          <w:sz w:val="20"/>
        </w:rPr>
        <w:t>17:48  kab? Hazrat Usman ke zamane mein. Woh tha derailment, political shikayat ko le kar ke hungama khara karna.</w:t>
      </w:r>
    </w:p>
    <w:p>
      <w:pPr>
        <w:pStyle w:val="Heading2"/>
      </w:pPr>
      <w:r>
        <w:t>modern 'Ya Mahdi' obsession replaces reason and Quran</w:t>
      </w:r>
    </w:p>
    <w:p>
      <w:r>
        <w:rPr>
          <w:color w:val="666666"/>
          <w:sz w:val="18"/>
        </w:rPr>
        <w:t>Major Signs of Doomsday November 26, 2023 · 1m 44s · at 4:28 · https://youtu.be/pMRzFjrkWf4?t=268</w:t>
      </w:r>
    </w:p>
    <w:p>
      <w:r>
        <w:rPr>
          <w:i/>
        </w:rPr>
        <w:t>“Jab jung mein tabahi hoti hai to 'Ya Mahdi' karne lagte hain”</w:t>
      </w:r>
    </w:p>
    <w:p>
      <w:r>
        <w:rPr>
          <w:sz w:val="20"/>
        </w:rPr>
        <w:t>4:28  kyunke ab jab jang mein bohat zyada tabahi hui to yeh log ya mahdi ya mahdi karne lage. ab unhone jo mahdi ka jo concept develop kiya hai, is mein yeh kya hai ke wo ek jangi leader hoga, ek political leader hoga, jabke aisa kuch nahi hai hadithon mein.</w:t>
      </w:r>
      <w:r>
        <w:br/>
      </w:r>
      <w:r>
        <w:rPr>
          <w:sz w:val="20"/>
        </w:rPr>
        <w:t>4:48  to ab agar un ko un ke hisab se agar mahdi ek jangi leader hai to jab jangi leader un ke paas aa jata, tabhi jang karte.</w:t>
      </w:r>
      <w:r>
        <w:br/>
      </w:r>
      <w:r>
        <w:rPr>
          <w:sz w:val="20"/>
        </w:rPr>
        <w:t>4:57  un ka concept yeh hai ke jab mahdi ayega to us ke sath le kar ke wo sari dunya mein mushrikeen ko aur kafiron ko jang kar ke hara denge aur islam ki hukumat qaim hogi.</w:t>
      </w:r>
      <w:r>
        <w:br/>
      </w:r>
      <w:r>
        <w:rPr>
          <w:sz w:val="20"/>
        </w:rPr>
        <w:t>5:09  ab jab haar rahe hain, tabahi aa rahi hai to ya mahdi ya mahdi kar rahe hain. to na aql se koi talluq hai, na quran o hadith se koi talluq hai.</w:t>
      </w:r>
      <w:r>
        <w:br/>
      </w:r>
      <w:r>
        <w:rPr>
          <w:sz w:val="20"/>
        </w:rPr>
        <w:t>5:18  to ab aap bataiye ke kaise Khuda ki madad un ko hasil hogi?</w:t>
      </w:r>
      <w:r>
        <w:br/>
      </w:r>
      <w:r>
        <w:rPr>
          <w:sz w:val="20"/>
        </w:rPr>
        <w:t>5:23  to Allah taala ne sare resources jo diya, naye opportunities diya, naya zamana diya, religious freedom di. to itna zyada petrol dollars ke zariye se un ke paas resources aaye, wo sara unhone jang mein tabah kar diya.</w:t>
      </w:r>
      <w:r>
        <w:br/>
      </w:r>
      <w:r>
        <w:rPr>
          <w:sz w:val="20"/>
        </w:rPr>
        <w:t>5:40  kuch bhi unhone is se deen ka kaam nahi kiya. daawa work ka to un ke haan concept hi nahi hai ke daawa work bhi koi kaam hai.</w:t>
      </w:r>
      <w:r>
        <w:br/>
      </w:r>
      <w:r>
        <w:rPr>
          <w:sz w:val="20"/>
        </w:rPr>
        <w:t>5:49  to is tareeqe se yahan par mujhe wo yaad aata hai, Hazrat Musa alaih wasallam ne jab kaha tha ke aye Allah, meri qaum se aql mat chheenna.</w:t>
      </w:r>
      <w:r>
        <w:br/>
      </w:r>
      <w:r>
        <w:rPr>
          <w:sz w:val="20"/>
        </w:rPr>
        <w:t>6:02  to Allah taala ne kaha ke hum jab kisi se naraz hote hain to sab se pehle aql hi chheente hain. to wahi ho gaya, aql chhan gayi hai. to un ko kuch samajh mein nahi aa raha ke kya karna hai, kya nahi karna hai.</w:t>
      </w:r>
    </w:p>
    <w:p>
      <w:pPr>
        <w:pStyle w:val="Heading2"/>
      </w:pPr>
      <w:r>
        <w:t>Need for scientific theology after Greek philosophy</w:t>
      </w:r>
    </w:p>
    <w:p>
      <w:r>
        <w:rPr>
          <w:color w:val="666666"/>
          <w:sz w:val="18"/>
        </w:rPr>
        <w:t>Religion and The Modern Age February 26, 2006 Maulana Wahiduddin Khan · 2m 19s · at 0:24 · https://youtu.be/qiaRBqC0Wuk?t=24</w:t>
      </w:r>
    </w:p>
    <w:p>
      <w:r>
        <w:rPr>
          <w:i/>
        </w:rPr>
        <w:t>“Theology was based on Greek philosophy”</w:t>
      </w:r>
    </w:p>
    <w:p>
      <w:r>
        <w:rPr>
          <w:sz w:val="20"/>
        </w:rPr>
        <w:t>0:24  jo log jahan ki history padhe hue hain, woh jante hain ke pehle zamane mein, yani renaissance se pehle,</w:t>
      </w:r>
      <w:r>
        <w:br/>
      </w:r>
      <w:r>
        <w:rPr>
          <w:sz w:val="20"/>
        </w:rPr>
        <w:t>0:41  jis ko kehte hain theology, jahan ki theology, ya</w:t>
      </w:r>
      <w:r>
        <w:br/>
      </w:r>
      <w:r>
        <w:rPr>
          <w:sz w:val="20"/>
        </w:rPr>
        <w:t>0:49  ilm kalam. ilm kalam wahi cheez hai jis ko hum theology kehte hain English mein. to</w:t>
      </w:r>
      <w:r>
        <w:br/>
      </w:r>
      <w:r>
        <w:rPr>
          <w:sz w:val="20"/>
        </w:rPr>
        <w:t>1:00  mazhab ki jo theology hoti thi pehle, ya jo ilm kalam uswan ne banaya, wo Greek philosophy par, Greek philosophy par base karti thi.</w:t>
      </w:r>
      <w:r>
        <w:br/>
      </w:r>
      <w:r>
        <w:rPr>
          <w:sz w:val="20"/>
        </w:rPr>
        <w:t>1:12  Greek philosophy. Aur Greek philosophy jo thi, wo syllogism par base karti thi, science par nahin. To pichhle zamane ki saari philosophy, chahe musalmanon ki ho, Christian ki ho,</w:t>
      </w:r>
      <w:r>
        <w:br/>
      </w:r>
      <w:r>
        <w:rPr>
          <w:sz w:val="20"/>
        </w:rPr>
        <w:t>1:30  jo ki ho, Hindu ki ho, kisi ki bhi ho, sab ki sab Greek philosophy par base karti thi.</w:t>
      </w:r>
      <w:r>
        <w:br/>
      </w:r>
      <w:r>
        <w:rPr>
          <w:sz w:val="20"/>
        </w:rPr>
        <w:t>1:41  lekin jab scientific revolution aaya to ek intellectual revolution aaya.</w:t>
      </w:r>
      <w:r>
        <w:br/>
      </w:r>
      <w:r>
        <w:rPr>
          <w:sz w:val="20"/>
        </w:rPr>
        <w:t>1:52  main ne ek book padhi, "Modern Intellectual Revolution". Is mein bataya gaya tha ke ab wo discard ho gaya, wo zamana.</w:t>
      </w:r>
      <w:r>
        <w:br/>
      </w:r>
      <w:r>
        <w:rPr>
          <w:sz w:val="20"/>
        </w:rPr>
        <w:t>2:03  wo zamana khatam ho gaya jab</w:t>
      </w:r>
      <w:r>
        <w:br/>
      </w:r>
      <w:r>
        <w:rPr>
          <w:sz w:val="20"/>
        </w:rPr>
        <w:t>2:10  Greek philosophy par base kar ke theology banti thi. Ab is ki validity khatam ho gayi. Ab jo hai, wo science ka zamana hai, aur modern theology jo hai, wo wahi maani jayegi, valid, jo science par base kar ke bane,</w:t>
      </w:r>
      <w:r>
        <w:br/>
      </w:r>
      <w:r>
        <w:rPr>
          <w:sz w:val="20"/>
        </w:rPr>
        <w:t>2:30  yani scientific theology. Ab zaroorat thi ke scientific theology phir se banayi jaye. Lekin main samajhta hoon ke yeh kaam sarr-e-se hua nahin.</w:t>
      </w:r>
    </w:p>
    <w:p>
      <w:pPr>
        <w:pStyle w:val="Heading2"/>
      </w:pPr>
      <w:r>
        <w:t>humans got every luxury item yet boredom followed</w:t>
      </w:r>
    </w:p>
    <w:p>
      <w:r>
        <w:rPr>
          <w:color w:val="666666"/>
          <w:sz w:val="18"/>
        </w:rPr>
        <w:t>Journey of Civilization January 14, 2007 · 1m 22s · at 11:33 · https://youtu.be/ZCFRrqmfms4?t=693</w:t>
      </w:r>
    </w:p>
    <w:p>
      <w:r>
        <w:rPr>
          <w:i/>
        </w:rPr>
        <w:t>“Saari luxury, saari luxury... phir boredom aa gaya”</w:t>
      </w:r>
    </w:p>
    <w:p>
      <w:r>
        <w:rPr>
          <w:sz w:val="20"/>
        </w:rPr>
        <w:t>11:33  saare luxury, saare luxury, saare luxury. lekin phir kya hua? phir kya hua ke boredom aa gaya. yaani luxury ke beech mein boredom.</w:t>
      </w:r>
      <w:r>
        <w:br/>
      </w:r>
      <w:r>
        <w:rPr>
          <w:sz w:val="20"/>
        </w:rPr>
        <w:t>11:48  yaani luxury ne is ko dekhne mein to laga ke saara saara yaani comfort is ke aage peechay maujood hai, lekin dil ka happiness, dil ki khushi phir bhi is ko nahi mili.</w:t>
      </w:r>
      <w:r>
        <w:br/>
      </w:r>
      <w:r>
        <w:rPr>
          <w:sz w:val="20"/>
        </w:rPr>
        <w:t>12:05  to is mein bataya gaya hai ke</w:t>
      </w:r>
      <w:r>
        <w:br/>
      </w:r>
      <w:r>
        <w:rPr>
          <w:sz w:val="20"/>
        </w:rPr>
        <w:t>12:11  luxury is luxury before experience.</w:t>
      </w:r>
      <w:r>
        <w:br/>
      </w:r>
      <w:r>
        <w:rPr>
          <w:sz w:val="20"/>
        </w:rPr>
        <w:t>12:16  is report mein yeh January 7 ki report hai. luxury is luxury before experience. after experience, luxury loses its charm.</w:t>
      </w:r>
      <w:r>
        <w:br/>
      </w:r>
      <w:r>
        <w:rPr>
          <w:sz w:val="20"/>
        </w:rPr>
        <w:t>12:31  luxury is luxury, luxury is luxury before experience. after experience, luxury loses its charm.</w:t>
      </w:r>
      <w:r>
        <w:br/>
      </w:r>
      <w:r>
        <w:rPr>
          <w:sz w:val="20"/>
        </w:rPr>
        <w:t>12:41  to is mani mein ke luxury pa kar ke bhi khushi nahi mili.</w:t>
      </w:r>
      <w:r>
        <w:br/>
      </w:r>
      <w:r>
        <w:rPr>
          <w:sz w:val="20"/>
        </w:rPr>
        <w:t>12:46  khushi ke saman pa kar ke bhi khushi hasil nahi hui insaan ko. masla yeh hai.</w:t>
      </w:r>
    </w:p>
    <w:p>
      <w:pPr>
        <w:pStyle w:val="Heading2"/>
      </w:pPr>
      <w:r>
        <w:t>Traditional rain god belief vs natural process</w:t>
      </w:r>
    </w:p>
    <w:p>
      <w:r>
        <w:rPr>
          <w:color w:val="666666"/>
          <w:sz w:val="18"/>
        </w:rPr>
        <w:t>Three Periods of History 17 May 2009 - Maulana Wahiduddin Khan · 2m 53s · at 12:39 · https://youtu.be/vBp-ZxDDl6Y?t=759</w:t>
      </w:r>
    </w:p>
    <w:p>
      <w:r>
        <w:rPr>
          <w:i/>
        </w:rPr>
        <w:t>“Aap jaante hain ke har saal barish hoti hai”</w:t>
      </w:r>
    </w:p>
    <w:p>
      <w:r>
        <w:rPr>
          <w:sz w:val="20"/>
        </w:rPr>
        <w:t>12:39  jaise mein ek misal deta hoon. aap jante hain ke har saal barish hoti hai. to pehle zamane mein rain guard maane jate the, rain guard.</w:t>
      </w:r>
      <w:r>
        <w:br/>
      </w:r>
      <w:r>
        <w:rPr>
          <w:sz w:val="20"/>
        </w:rPr>
        <w:t>12:53  yani barish ke devta.</w:t>
      </w:r>
      <w:r>
        <w:br/>
      </w:r>
      <w:r>
        <w:rPr>
          <w:sz w:val="20"/>
        </w:rPr>
        <w:t>12:57  yeh samjha jata tha ke aasmanon mein barish ke devta hain, wahan se pani barsate hain. neeche pani aata hai. yeh tha traditional daur ka aqeedah insan ka,</w:t>
      </w:r>
      <w:r>
        <w:br/>
      </w:r>
      <w:r>
        <w:rPr>
          <w:sz w:val="20"/>
        </w:rPr>
        <w:t>13:11  traditional period ka.</w:t>
      </w:r>
      <w:r>
        <w:br/>
      </w:r>
      <w:r>
        <w:rPr>
          <w:sz w:val="20"/>
        </w:rPr>
        <w:t>13:14  phir bahut baad ko insan ne daryaft kiya ke aisa nahin hai. koi devta, koi rain guard nahin barish barsata. yeh ek process hai, process.</w:t>
      </w:r>
      <w:r>
        <w:br/>
      </w:r>
      <w:r>
        <w:rPr>
          <w:sz w:val="20"/>
        </w:rPr>
        <w:t>13:31  yani Khuda ne yeh duniya banai to sab se zyada jo cheez chahiye thi life ke liye, woh pani tha.</w:t>
      </w:r>
      <w:r>
        <w:br/>
      </w:r>
      <w:r>
        <w:rPr>
          <w:sz w:val="20"/>
        </w:rPr>
        <w:t>13:42  pani. to pani ko bahut hi abundant miqdar mein is ne zameen par phaila diya.</w:t>
      </w:r>
      <w:r>
        <w:br/>
      </w:r>
      <w:r>
        <w:rPr>
          <w:sz w:val="20"/>
        </w:rPr>
        <w:t>13:49  daryaaon ko aur ocean ko, seas ko bhar diya pani se. lekin masla yeh tha ke woh muta'ffin ho jayega, kharab ho jayega.</w:t>
      </w:r>
      <w:r>
        <w:br/>
      </w:r>
      <w:r>
        <w:rPr>
          <w:sz w:val="20"/>
        </w:rPr>
        <w:t>14:07  to Khuda ne is mein preservative ke taur par namak mila diya. preservative ke taur par salt mila diya.</w:t>
      </w:r>
      <w:r>
        <w:br/>
      </w:r>
      <w:r>
        <w:rPr>
          <w:sz w:val="20"/>
        </w:rPr>
        <w:t>14:18  to samundaron mein jo pani hai, un ka 10 percent salt hai.</w:t>
      </w:r>
      <w:r>
        <w:br/>
      </w:r>
      <w:r>
        <w:rPr>
          <w:sz w:val="20"/>
        </w:rPr>
        <w:t>14:26  iz a preservative. lekin insan salty pani ko to pi nahi sakta, istemal nahi kar sakta.</w:t>
      </w:r>
      <w:r>
        <w:br/>
      </w:r>
      <w:r>
        <w:rPr>
          <w:sz w:val="20"/>
        </w:rPr>
        <w:t>14:36  to kya ho? to phir kya hua ke aasman oper se suraj ki garmi aati hai,</w:t>
      </w:r>
      <w:r>
        <w:br/>
      </w:r>
      <w:r>
        <w:rPr>
          <w:sz w:val="20"/>
        </w:rPr>
        <w:t>14:44  samundaron per. garmi se pani kholta hai, bhap ban kar urta hai. ab nature ne la kya rakha hai wahan per?</w:t>
      </w:r>
      <w:r>
        <w:br/>
      </w:r>
      <w:r>
        <w:rPr>
          <w:sz w:val="20"/>
        </w:rPr>
        <w:t>14:55  nature la hai ke pani lighter hai, silt aur salt heavier hai.</w:t>
      </w:r>
      <w:r>
        <w:br/>
      </w:r>
      <w:r>
        <w:rPr>
          <w:sz w:val="20"/>
        </w:rPr>
        <w:t>15:03  to heavier hone ki wajah se salt neeche reh jata hai, aur lighter hone ki wajah se pani oper chala jata hai. ab oper ja kar ke wahan bohat hi aik khaas level per puhanch kar ke aik khaas process hota hai,</w:t>
      </w:r>
      <w:r>
        <w:br/>
      </w:r>
      <w:r>
        <w:rPr>
          <w:sz w:val="20"/>
        </w:rPr>
        <w:t>15:21  aik natural process. to phir pani dobara downpour hota hai, neeche aata hai. that is desalination.</w:t>
      </w:r>
    </w:p>
    <w:p>
      <w:pPr>
        <w:pStyle w:val="Heading2"/>
      </w:pPr>
      <w:r>
        <w:t>Seeking forgiveness from God constantly</w:t>
      </w:r>
    </w:p>
    <w:p>
      <w:r>
        <w:rPr>
          <w:color w:val="666666"/>
          <w:sz w:val="18"/>
        </w:rPr>
        <w:t>Q&amp;A 09 Mar 2008 Maulana Wahiduddin Khan · 2m 45s · at 34:36 · https://youtu.be/qE__fts05yw?t=2076</w:t>
      </w:r>
    </w:p>
    <w:p>
      <w:r>
        <w:rPr>
          <w:i/>
        </w:rPr>
        <w:t>“Istighfar means asking forgiveness from God”</w:t>
      </w:r>
    </w:p>
    <w:p>
      <w:r>
        <w:rPr>
          <w:sz w:val="20"/>
        </w:rPr>
        <w:t>34:36  this question is from maulana zakwan: what is the importance of istighfar? istighfar.</w:t>
      </w:r>
      <w:r>
        <w:br/>
      </w:r>
      <w:r>
        <w:rPr>
          <w:sz w:val="20"/>
        </w:rPr>
        <w:t>34:47  dekhen, istighfar ka matlab hai khuda se forgiveness chahna. o god, forgive me, yeh kehna.</w:t>
      </w:r>
      <w:r>
        <w:br/>
      </w:r>
      <w:r>
        <w:rPr>
          <w:sz w:val="20"/>
        </w:rPr>
        <w:t>34:59  to is ke dekhen, do woh hain. ek to yeh ke aap koi, yani bada gunah hum se ho jaye, yeh sab jhoot bol dein.</w:t>
      </w:r>
      <w:r>
        <w:br/>
      </w:r>
      <w:r>
        <w:rPr>
          <w:sz w:val="20"/>
        </w:rPr>
        <w:t>35:11  hum koi dishonesty kaam karein to koi bada gunah ho jaye to wahan par hum khuda se kahenge: khudaya hum ko maaf kar.</w:t>
      </w:r>
      <w:r>
        <w:br/>
      </w:r>
      <w:r>
        <w:rPr>
          <w:sz w:val="20"/>
        </w:rPr>
        <w:t>35:22  lekin main samajhta hoon ke agar aap ko khuda ki barai ka ehsas aap ke dil mein baitha hua hai to har cheez lagegi aap ko ke pata nahi yahi, yeh maine gunah to nahi kar diya</w:t>
      </w:r>
      <w:r>
        <w:br/>
      </w:r>
      <w:r>
        <w:rPr>
          <w:sz w:val="20"/>
        </w:rPr>
        <w:t>35:42  ke main aise baitha hoon to shayad main sahi nahi baitha hoon. adab is mein shamil nahi hai. yeh be adabi ka tareeqa hai baithne ka.</w:t>
      </w:r>
      <w:r>
        <w:br/>
      </w:r>
      <w:r>
        <w:rPr>
          <w:sz w:val="20"/>
        </w:rPr>
        <w:t>35:50  is par bhi ehsas hoga ke bhai khuda se maafi mango. kisi bhi cheez mein ehsas jaagta rehta hai. isi liye hadith mein aata hai ke rasool allah ne farmaya ke main</w:t>
      </w:r>
      <w:r>
        <w:br/>
      </w:r>
      <w:r>
        <w:rPr>
          <w:sz w:val="20"/>
        </w:rPr>
        <w:t>36:00  rozana 70 bar maghfirat istighfar karta hoon, yani khuda se forgiveness mangta hoon. to is ka matlab nahi ke 70 gunah karte the, nauzubillah.</w:t>
      </w:r>
      <w:r>
        <w:br/>
      </w:r>
      <w:r>
        <w:rPr>
          <w:sz w:val="20"/>
        </w:rPr>
        <w:t>36:11  yeh matlab nahi hai is ka. balkeh yeh baat ke hum khuda ko, khuda ke bande hain, khuda ne hamein banaya hai,</w:t>
      </w:r>
      <w:r>
        <w:br/>
      </w:r>
      <w:r>
        <w:rPr>
          <w:sz w:val="20"/>
        </w:rPr>
        <w:t>36:21  khuda ke diye hue par hum jeete hain is duniya mein to hamesha yeh ehsas jagta rehta hai ke pata nahi hum ne is ka jo hamare upar jo khuda ka haq banta hai, woh ada hua ke nahi ada hua.</w:t>
      </w:r>
      <w:r>
        <w:br/>
      </w:r>
      <w:r>
        <w:rPr>
          <w:sz w:val="20"/>
        </w:rPr>
        <w:t>36:38  jaise kisi ne kaha hai ke haq to yeh hai ke haq ada na hua.</w:t>
      </w:r>
      <w:r>
        <w:br/>
      </w:r>
      <w:r>
        <w:rPr>
          <w:sz w:val="20"/>
        </w:rPr>
        <w:t>36:44  haq to yeh hai ke haq ada na hua. yani haq ada kar ke bhi lagta hai ke hum ne ada nahi kiya. to ek hai ke ap khuda se koi well known koi koi sun ho jaye, us ke liye khuda se ap maafii mangen.</w:t>
      </w:r>
      <w:r>
        <w:br/>
      </w:r>
      <w:r>
        <w:rPr>
          <w:sz w:val="20"/>
        </w:rPr>
        <w:t>37:02  aur yeh ke koi well known sun nahi hai, lekin ap ka ehsas ke main khuda ka banda hoon, yeh ehsas bhi ap ko bar bar kahe ga ke khuda se maafii mangne ke liye ap istighfar karte rahen ge.</w:t>
      </w:r>
      <w:r>
        <w:br/>
      </w:r>
      <w:r>
        <w:rPr>
          <w:sz w:val="20"/>
        </w:rPr>
        <w:t>37:17  yeh main samjha hoon is ka matlab.</w:t>
      </w:r>
    </w:p>
    <w:p>
      <w:pPr>
        <w:pStyle w:val="Heading2"/>
      </w:pPr>
      <w:r>
        <w:t>Twofold mission of Dawa work</w:t>
      </w:r>
    </w:p>
    <w:p>
      <w:r>
        <w:rPr>
          <w:color w:val="666666"/>
          <w:sz w:val="18"/>
        </w:rPr>
        <w:t>From The Spiritual Tree May 30, 2007 · 2m 12s · at 17:17 · https://youtu.be/vGj_dsCMv-M?t=1037</w:t>
      </w:r>
    </w:p>
    <w:p>
      <w:r>
        <w:rPr>
          <w:i/>
        </w:rPr>
        <w:t>“So it is very, very important.”</w:t>
      </w:r>
    </w:p>
    <w:p>
      <w:r>
        <w:rPr>
          <w:sz w:val="20"/>
        </w:rPr>
        <w:t>17:17  So it is very, very important. Now I think that our mission is a twofold mission.</w:t>
      </w:r>
      <w:r>
        <w:br/>
      </w:r>
      <w:r>
        <w:rPr>
          <w:sz w:val="20"/>
        </w:rPr>
        <w:t>17:33  Our mission is a twofold mission.</w:t>
      </w:r>
      <w:r>
        <w:br/>
      </w:r>
      <w:r>
        <w:rPr>
          <w:sz w:val="20"/>
        </w:rPr>
        <w:t>17:46  Our mission means Dawa mission. Dawa mission in present time has twofold aspects.</w:t>
      </w:r>
      <w:r>
        <w:br/>
      </w:r>
      <w:r>
        <w:rPr>
          <w:sz w:val="20"/>
        </w:rPr>
        <w:t>18:00  To make</w:t>
      </w:r>
      <w:r>
        <w:br/>
      </w:r>
      <w:r>
        <w:rPr>
          <w:sz w:val="20"/>
        </w:rPr>
        <w:t>18:03  Islam</w:t>
      </w:r>
      <w:r>
        <w:br/>
      </w:r>
      <w:r>
        <w:rPr>
          <w:sz w:val="20"/>
        </w:rPr>
        <w:t>18:06  a discovery of non-Muslims, there are two different communities throughout the world: non-Muslims and Muslims.</w:t>
      </w:r>
      <w:r>
        <w:br/>
      </w:r>
      <w:r>
        <w:rPr>
          <w:sz w:val="20"/>
        </w:rPr>
        <w:t>18:17  Only two communities. According to Dawa mission, there are only two communities in the world: non-Muslims and Muslims.</w:t>
      </w:r>
      <w:r>
        <w:br/>
      </w:r>
      <w:r>
        <w:rPr>
          <w:sz w:val="20"/>
        </w:rPr>
        <w:t>18:28  So Dawa mission has two aspects. One, to make Islam a discovery for non-Muslims.</w:t>
      </w:r>
      <w:r>
        <w:br/>
      </w:r>
      <w:r>
        <w:rPr>
          <w:sz w:val="20"/>
        </w:rPr>
        <w:t>18:47  Two, to make Islam a discovery for non-Muslims. And</w:t>
      </w:r>
      <w:r>
        <w:br/>
      </w:r>
      <w:r>
        <w:rPr>
          <w:sz w:val="20"/>
        </w:rPr>
        <w:t>18:57  three, to make Islam a rediscovery of Muslims.</w:t>
      </w:r>
      <w:r>
        <w:br/>
      </w:r>
      <w:r>
        <w:rPr>
          <w:sz w:val="20"/>
        </w:rPr>
        <w:t>19:08  One group needs to discover Islam, and the second group needs to rediscover Islam.</w:t>
      </w:r>
      <w:r>
        <w:br/>
      </w:r>
      <w:r>
        <w:rPr>
          <w:sz w:val="20"/>
        </w:rPr>
        <w:t>19:19  Both are unaware about Islam. So this is a twofold mission.</w:t>
      </w:r>
    </w:p>
    <w:p>
      <w:pPr>
        <w:pStyle w:val="Heading2"/>
      </w:pPr>
      <w:r>
        <w:t>Mosque as place of taqwa</w:t>
      </w:r>
    </w:p>
    <w:p>
      <w:r>
        <w:rPr>
          <w:color w:val="666666"/>
          <w:sz w:val="18"/>
        </w:rPr>
        <w:t>Question &amp; Answer Jan 6th 2013 - Maulana Wahiduddin Kahn · 2m 10s · at 31:18 · https://youtu.be/1FAK1QuHEpw?t=1878</w:t>
      </w:r>
    </w:p>
    <w:p>
      <w:r>
        <w:rPr>
          <w:i/>
        </w:rPr>
        <w:t>“Haan, dekhiye, masjid behtareen jagah ka maani yeh nahi”</w:t>
      </w:r>
    </w:p>
    <w:p>
      <w:r>
        <w:rPr>
          <w:sz w:val="20"/>
        </w:rPr>
        <w:t>31:18  haan, dekhiye, masjid behtareen jagah ka matlab yeh nahi ke aaj kal jo masjidon ka haal hai</w:t>
      </w:r>
      <w:r>
        <w:br/>
      </w:r>
      <w:r>
        <w:rPr>
          <w:sz w:val="20"/>
        </w:rPr>
        <w:t>31:26  woh woh matlab is hadith ka nahi hai. masjid ka matlab yeh hai ke woh jagah jahan Allah ka zikr ho, Allah ki soch le kar baithe hain log, Allah ko acknowledge karne wale log wahan hon.</w:t>
      </w:r>
      <w:r>
        <w:br/>
      </w:r>
      <w:r>
        <w:rPr>
          <w:sz w:val="20"/>
        </w:rPr>
        <w:t>31:39  to wahan jahan taqwa ho. to ek hadith hai ke al masajid buyoot al muttaqeen. masjidain ahl e taqwa ka markaz hain.</w:t>
      </w:r>
      <w:r>
        <w:br/>
      </w:r>
      <w:r>
        <w:rPr>
          <w:sz w:val="20"/>
        </w:rPr>
        <w:t>31:53  jo jab taqwa wahan hoga to woh masjidain hongi. lekin aaj kal taqwa wali masjidain nahi hain. woh to wohi hain jo woh hadith maine sunai aap ko ke masajid mu'ammara masjidon mein bheed khoob dikhai deti hai lekin hidayat se khali hain woh masjidain.</w:t>
      </w:r>
      <w:r>
        <w:br/>
      </w:r>
      <w:r>
        <w:rPr>
          <w:sz w:val="20"/>
        </w:rPr>
        <w:t>32:10  to yahan jis jis cheez ka zikr hai yani potential sense mein hai, actual sense mein hai yani haqeeqi masjid agar hai jo buyoot al muttaqeen ke matlab mein jahan hai, jahan Allah se darne wale, Allah se mohabbat karne wale, Allah ko acknowledge karne wale log ikattha hote hain to waqai behtareen jagah is se behtar to koi jagah nahi hai.</w:t>
      </w:r>
      <w:r>
        <w:br/>
      </w:r>
      <w:r>
        <w:rPr>
          <w:sz w:val="20"/>
        </w:rPr>
        <w:t>32:36  to masjid hi ki baat nahi hai. aap kahin bhi ikattha hon Allah ke haqeeqi matlab mein Allah ki yaad ke liye to is ka darja wohi ho jayega.</w:t>
      </w:r>
      <w:r>
        <w:br/>
      </w:r>
      <w:r>
        <w:rPr>
          <w:sz w:val="20"/>
        </w:rPr>
        <w:t>32:46  kyun ke hadith mein aata hai ke mere liye sari zameen masjid bana di gayi. Islam mein poori poori zameen hi masjid hai.</w:t>
      </w:r>
      <w:r>
        <w:br/>
      </w:r>
      <w:r>
        <w:rPr>
          <w:sz w:val="20"/>
        </w:rPr>
        <w:t>32:57  to asal cheez is mein hai ke woh is part jahan log jama hon is liye ke woh Allah ka par tadabbur karein, tafakkur karein,</w:t>
      </w:r>
      <w:r>
        <w:br/>
      </w:r>
      <w:r>
        <w:rPr>
          <w:sz w:val="20"/>
        </w:rPr>
        <w:t>33:10  Allah ka charcha karein aur haqeeqi matlab mein zikr aur shukr karein aur jahan taqwa ka mahol ho woh jo maqam hai woh bilashuba sab se acha maqam hai.</w:t>
      </w:r>
      <w:r>
        <w:br/>
      </w:r>
      <w:r>
        <w:rPr>
          <w:sz w:val="20"/>
        </w:rPr>
        <w:t>33:25  yeh matlab hai is ka.</w:t>
      </w:r>
    </w:p>
    <w:p>
      <w:pPr>
        <w:pStyle w:val="Heading2"/>
      </w:pPr>
      <w:r>
        <w:t>terrorists demand justice before peace, Islam says peace first</w:t>
      </w:r>
    </w:p>
    <w:p>
      <w:r>
        <w:rPr>
          <w:color w:val="666666"/>
          <w:sz w:val="18"/>
        </w:rPr>
        <w:t>Peaceful Activism vs Violent Activism May 23, 2009 · 2m 06s · at 8:36 · https://youtu.be/LlwiET1Kb5w?t=516</w:t>
      </w:r>
    </w:p>
    <w:p>
      <w:r>
        <w:rPr>
          <w:i/>
        </w:rPr>
        <w:t>“All these people say, without exception, we want justice.”</w:t>
      </w:r>
    </w:p>
    <w:p>
      <w:r>
        <w:rPr>
          <w:sz w:val="20"/>
        </w:rPr>
        <w:t>8:36  and all these people, perhaps without any exception, they say that we want justice. Justice is very ambiguous term, not a well defined term.</w:t>
      </w:r>
      <w:r>
        <w:br/>
      </w:r>
      <w:r>
        <w:rPr>
          <w:sz w:val="20"/>
        </w:rPr>
        <w:t>8:51  so, if you ask these people why you are engaged in violence, why you are killing people</w:t>
      </w:r>
      <w:r>
        <w:br/>
      </w:r>
      <w:r>
        <w:rPr>
          <w:sz w:val="20"/>
        </w:rPr>
        <w:t>9:01  , do you, do you, don't you like peace? They will, they will say, yes, we are peace, why not?</w:t>
      </w:r>
      <w:r>
        <w:br/>
      </w:r>
      <w:r>
        <w:rPr>
          <w:sz w:val="20"/>
        </w:rPr>
        <w:t>9:15  but we are denied of justice. So, give up, give us justice, or we will give you peace.</w:t>
      </w:r>
      <w:r>
        <w:br/>
      </w:r>
      <w:r>
        <w:rPr>
          <w:sz w:val="20"/>
        </w:rPr>
        <w:t>9:26  is a well known formula of these</w:t>
      </w:r>
      <w:r>
        <w:br/>
      </w:r>
      <w:r>
        <w:rPr>
          <w:sz w:val="20"/>
        </w:rPr>
        <w:t>9:29  people, we want peace but with justice. in arab people say, assalam al-adil. assalam means peace with justice.</w:t>
      </w:r>
      <w:r>
        <w:br/>
      </w:r>
      <w:r>
        <w:rPr>
          <w:sz w:val="20"/>
        </w:rPr>
        <w:t>9:41  bas, according to islamic teachings, it is wrong. it is very important to know this point.</w:t>
      </w:r>
      <w:r>
        <w:br/>
      </w:r>
      <w:r>
        <w:rPr>
          <w:sz w:val="20"/>
        </w:rPr>
        <w:t>9:52  according to islamic teachings, justice is not part of peace.</w:t>
      </w:r>
      <w:r>
        <w:br/>
      </w:r>
      <w:r>
        <w:rPr>
          <w:sz w:val="20"/>
        </w:rPr>
        <w:t>10:02  justice is not a part of peace. justice is part of ur own struggle.</w:t>
      </w:r>
      <w:r>
        <w:br/>
      </w:r>
      <w:r>
        <w:rPr>
          <w:sz w:val="20"/>
        </w:rPr>
        <w:t>10:13  according to Islamic teachings, you have to establish peace at any cost, at any cost.</w:t>
      </w:r>
      <w:r>
        <w:br/>
      </w:r>
      <w:r>
        <w:rPr>
          <w:sz w:val="20"/>
        </w:rPr>
        <w:t>10:23  why? Because it is peace that opens the door of opportunities.</w:t>
      </w:r>
      <w:r>
        <w:br/>
      </w:r>
      <w:r>
        <w:rPr>
          <w:sz w:val="20"/>
        </w:rPr>
        <w:t>10:32  Peace is very, very important in terms of opportunities. Where there are peace, there are opportunities.</w:t>
      </w:r>
    </w:p>
    <w:p>
      <w:pPr>
        <w:pStyle w:val="Heading2"/>
      </w:pPr>
      <w:r>
        <w:t>A harsh critic moved to tears by a book</w:t>
      </w:r>
    </w:p>
    <w:p>
      <w:r>
        <w:rPr>
          <w:color w:val="666666"/>
          <w:sz w:val="18"/>
        </w:rPr>
        <w:t>Why People Live in Despair September 2, 2007 Maulana Wahiduddin Khan · 1m 39s · at 55:53 · https://youtu.be/1Wxz28OJh9c?t=3353</w:t>
      </w:r>
    </w:p>
    <w:p>
      <w:r>
        <w:rPr>
          <w:i/>
        </w:rPr>
        <w:t>“تمہارا دشمن جو ہے وہ تمہارا دوست بن جائے گا”</w:t>
      </w:r>
    </w:p>
    <w:p>
      <w:r>
        <w:rPr>
          <w:sz w:val="20"/>
        </w:rPr>
        <w:t>55:53  ke tumhara dushman jo hai woh tumhara dost ban jayega.</w:t>
      </w:r>
      <w:r>
        <w:br/>
      </w:r>
      <w:r>
        <w:rPr>
          <w:sz w:val="20"/>
        </w:rPr>
        <w:t>55:58  abhi habib bhai ka telephone aya hai mere paas do chaar do chaar din pehle ke ek sahib jo the woh bahut hi khilaf the. is ke mere.</w:t>
      </w:r>
      <w:r>
        <w:br/>
      </w:r>
      <w:r>
        <w:rPr>
          <w:sz w:val="20"/>
        </w:rPr>
        <w:t>56:08  mere bahut khilaf the woh. pata nahi kya kya kehte the woh. to khair un ka ek din aaya habib bhai ke haan. unhon ne poocha ke kaha ke aap kuch parha hai aap ne?</w:t>
      </w:r>
      <w:r>
        <w:br/>
      </w:r>
      <w:r>
        <w:rPr>
          <w:sz w:val="20"/>
        </w:rPr>
        <w:t>56:19  meri kuch kitab parhi hai aap ne? unhon ne kaha nahi parhi nahi hai lekin kehte hain ke woh bahut ghalat aadmi hain woh. matlab hindwon ke agent hain aur kya hain aur kya hain.</w:t>
      </w:r>
      <w:r>
        <w:br/>
      </w:r>
      <w:r>
        <w:rPr>
          <w:sz w:val="20"/>
        </w:rPr>
        <w:t>56:28  to unhon ne un ko diya ek kitab rasool allah par bhari kitab jo hai woh diya parhne ke liye. to woh le gaye. aur parh kar jab aaye to unhon ne kaha ke woh phoot phoot kar ro rahe the, ye lafz tha habib bhai ka.</w:t>
      </w:r>
      <w:r>
        <w:br/>
      </w:r>
      <w:r>
        <w:rPr>
          <w:sz w:val="20"/>
        </w:rPr>
        <w:t>56:41  ke phoot phoot kar ro rahe the woh. ke jis insaan ko maine bura bhala kaha us ne itni achi kitab likhi hai sehhat rasool par.</w:t>
      </w:r>
      <w:r>
        <w:br/>
      </w:r>
      <w:r>
        <w:rPr>
          <w:sz w:val="20"/>
        </w:rPr>
        <w:t>56:50  ye lafz tha habib bhai ka ke phoot phoot kar ro rahe the woh.</w:t>
      </w:r>
      <w:r>
        <w:br/>
      </w:r>
      <w:r>
        <w:rPr>
          <w:sz w:val="20"/>
        </w:rPr>
        <w:t>56:55  to aap ye kyun karte hain ke fatwa dene lagte hain har aadmi? aaj kal ke musalmanon mein riwaj kya hai ke fatwa activism.</w:t>
      </w:r>
      <w:r>
        <w:br/>
      </w:r>
      <w:r>
        <w:rPr>
          <w:sz w:val="20"/>
        </w:rPr>
        <w:t>57:05  nahi, educational activism chalaiye. aaj kal zor hai fatwa activism ka</w:t>
      </w:r>
      <w:r>
        <w:br/>
      </w:r>
      <w:r>
        <w:rPr>
          <w:sz w:val="20"/>
        </w:rPr>
        <w:t>57:11  . dars fatwa, dars fatwa, dars fatwa. nahi. educational activism, dawa activism. yani us ke mind ko parhiye.</w:t>
      </w:r>
      <w:r>
        <w:br/>
      </w:r>
      <w:r>
        <w:rPr>
          <w:sz w:val="20"/>
        </w:rPr>
        <w:t>57:21  us ko us ko samjhiye ke woh kahan atka hua hai. us ke lihaz se bataiye us ko. to ho sakta hai ke woh bilkul aap ka sathi ban jaye. us ki sab baatein khatam ho jayen.</w:t>
      </w:r>
    </w:p>
    <w:p>
      <w:pPr>
        <w:pStyle w:val="Heading2"/>
      </w:pPr>
      <w:r>
        <w:t>Madhuri Dixit reveals women's shift after marriage</w:t>
      </w:r>
    </w:p>
    <w:p>
      <w:r>
        <w:rPr>
          <w:color w:val="666666"/>
          <w:sz w:val="18"/>
        </w:rPr>
        <w:t>Place of Woman in Islam (Part-I) March 5, 2006 Maulana Wahiduddin Khan · 1m 45s · at 4:13 · https://youtu.be/RNUl6ahQsXA?t=253</w:t>
      </w:r>
    </w:p>
    <w:p>
      <w:r>
        <w:rPr>
          <w:i/>
        </w:rPr>
        <w:t>“to Madhuri Dixit ne aisi baat kahi”</w:t>
      </w:r>
    </w:p>
    <w:p>
      <w:r>
        <w:rPr>
          <w:sz w:val="20"/>
        </w:rPr>
        <w:t>4:13  Toh Madhuri Dixit ne is mein aisi baat kahi jis se mere sawal ka jawab mil gaya.</w:t>
      </w:r>
      <w:r>
        <w:br/>
      </w:r>
      <w:r>
        <w:rPr>
          <w:sz w:val="20"/>
        </w:rPr>
        <w:t>4:27  Woh kehti hai ke aaj ka Times of India, yani paanch firovari</w:t>
      </w:r>
      <w:r>
        <w:br/>
      </w:r>
      <w:r>
        <w:rPr>
          <w:sz w:val="20"/>
        </w:rPr>
        <w:t>4:33  ka. Paanch... haan, nahi, paanch March ka. Aaj ka Times of India, paanch March ka. Is ka jo hota hai page, Daily Times, us mein aap is ko dekh saktay hain.</w:t>
      </w:r>
      <w:r>
        <w:br/>
      </w:r>
      <w:r>
        <w:rPr>
          <w:sz w:val="20"/>
        </w:rPr>
        <w:t>4:45  Toh woh kehti hai ke "When I was unmarried, I was living in my own universe."</w:t>
      </w:r>
      <w:r>
        <w:br/>
      </w:r>
      <w:r>
        <w:rPr>
          <w:sz w:val="20"/>
        </w:rPr>
        <w:t>4:58  Jab mein shadi meri nahi hui thi toh mein apni hi dunya mein jeeti thi. "When I was unmarried, I was living in my own universe."</w:t>
      </w:r>
      <w:r>
        <w:br/>
      </w:r>
      <w:r>
        <w:rPr>
          <w:sz w:val="20"/>
        </w:rPr>
        <w:t>5:13  Ab is ke do bachay ho chukay hain. Ab do bachon ke baad woh kehti hai ke mein bilkul badal chuki hoon.</w:t>
      </w:r>
      <w:r>
        <w:br/>
      </w:r>
      <w:r>
        <w:rPr>
          <w:sz w:val="20"/>
        </w:rPr>
        <w:t>5:24  Khud apne munh se bolti hai. Ab ke baray mein kehti hai woh ke ab kya hai?</w:t>
      </w:r>
      <w:r>
        <w:br/>
      </w:r>
      <w:r>
        <w:rPr>
          <w:sz w:val="20"/>
        </w:rPr>
        <w:t>5:33  "My kids are everything for me." Everything is determined by my kids, by their needs.</w:t>
      </w:r>
      <w:r>
        <w:br/>
      </w:r>
      <w:r>
        <w:rPr>
          <w:sz w:val="20"/>
        </w:rPr>
        <w:t>5:48  In do sentences mein aap sochein toh poori kahani aurat ki chupi hui hai. Poori history ki kahani. Poori history ki kahani.</w:t>
      </w:r>
    </w:p>
    <w:p>
      <w:pPr>
        <w:pStyle w:val="Heading2"/>
      </w:pPr>
      <w:r>
        <w:t>Treaty of Hudaybiyyah conditions</w:t>
      </w:r>
    </w:p>
    <w:p>
      <w:r>
        <w:rPr>
          <w:color w:val="666666"/>
          <w:sz w:val="18"/>
        </w:rPr>
        <w:t>Islamic Pacifism I 8 May 2011 - Maulana Wahiduddin Khan · 2m 38s · at 32:58 · https://youtu.be/fDPuwfTekjA?t=1978</w:t>
      </w:r>
    </w:p>
    <w:p>
      <w:r>
        <w:rPr>
          <w:i/>
        </w:rPr>
        <w:t>“To unhone kaha ki theek hai, lekin unhone shartain aisi lagain”</w:t>
      </w:r>
    </w:p>
    <w:p>
      <w:r>
        <w:rPr>
          <w:sz w:val="20"/>
        </w:rPr>
        <w:t>32:58  to unhone kaha ke theek hai, lekin unhone shartein aisi lagayin, condition. yani lateral condition. bohat si lateral condi</w:t>
      </w:r>
      <w:r>
        <w:br/>
      </w:r>
      <w:r>
        <w:rPr>
          <w:sz w:val="20"/>
        </w:rPr>
        <w:t>33:08  tion. misaal ke taur par yeh ke agar makkah ka koi aadmi aap ke deen ko qabool kar le aur madina chala jaye to aap ko matlab is tareekh ke baad, jis tareekh ko pichhle ki baat nahi hai,</w:t>
      </w:r>
      <w:r>
        <w:br/>
      </w:r>
      <w:r>
        <w:rPr>
          <w:sz w:val="20"/>
        </w:rPr>
        <w:t>33:29  jis tareekh ko hamara aap ka muahida hoga, uske baad agar makkah ka koi aadmi aap ke deen ko qabool kar le aur makkah chhod kar madina chala jaye to aap ko us aadmi ko hamein wapas karna parega.</w:t>
      </w:r>
      <w:r>
        <w:br/>
      </w:r>
      <w:r>
        <w:rPr>
          <w:sz w:val="20"/>
        </w:rPr>
        <w:t>33:44  wapas karna parega. is tarah ki kai is mein condition theen. yahan tak ke dekhiye, muahida is zamane mein paper hua karta tha, hand made paper.</w:t>
      </w:r>
      <w:r>
        <w:br/>
      </w:r>
      <w:r>
        <w:rPr>
          <w:sz w:val="20"/>
        </w:rPr>
        <w:t>33:57  us par likha ja raha tha. to us par likha gaya ke yeh muahida jo hai quraish ke darmiyan aur Muhammad Rasool Allah ke darmiyan hai.</w:t>
      </w:r>
      <w:r>
        <w:br/>
      </w:r>
      <w:r>
        <w:rPr>
          <w:sz w:val="20"/>
        </w:rPr>
        <w:t>34:09  to unhone kaha ke Rasool Allah to hum mante nahi aap ko. yeh lafz kaatiye. sirf Muhammad bin Abdullah likhiye.</w:t>
      </w:r>
      <w:r>
        <w:br/>
      </w:r>
      <w:r>
        <w:rPr>
          <w:sz w:val="20"/>
        </w:rPr>
        <w:t>34:18  to sahaba tayyar nahi the ke kaata jaye is ko. aap ne khud apne hath se mita diya. kaha theek hai, likh do ke Muhammad bin Abdullah.</w:t>
      </w:r>
      <w:r>
        <w:br/>
      </w:r>
      <w:r>
        <w:rPr>
          <w:sz w:val="20"/>
        </w:rPr>
        <w:t>34:29  Rasool Allah kaat do. yani aap ne apni hesiyat jo thi, usi hesiyat ko kaghaz par mita diya.</w:t>
      </w:r>
      <w:r>
        <w:br/>
      </w:r>
      <w:r>
        <w:rPr>
          <w:sz w:val="20"/>
        </w:rPr>
        <w:t>34:38  to yeh tha management. management. management ke dekhiye, koi ek hard and fast rule nahi hua karta.</w:t>
      </w:r>
      <w:r>
        <w:br/>
      </w:r>
      <w:r>
        <w:rPr>
          <w:sz w:val="20"/>
        </w:rPr>
        <w:t>34:49  haalat ke lehaz se pata chalta hai ke hum kaise manage karein. kaise takrao ko avoid karein. kaise war ko avoid karein.</w:t>
      </w:r>
      <w:r>
        <w:br/>
      </w:r>
      <w:r>
        <w:rPr>
          <w:sz w:val="20"/>
        </w:rPr>
        <w:t>35:00  kaise confrontation ko avoid karein. isi ko mein keh raha hoon management.</w:t>
      </w:r>
      <w:r>
        <w:br/>
      </w:r>
      <w:r>
        <w:rPr>
          <w:sz w:val="20"/>
        </w:rPr>
        <w:t>35:07  to yeh misaal aap ne qaim ki. aur phir Hudaybiyah wala muahida tay pa gaya is mein ke yeh likha hua tha ke das saal tak dono fareeq ke darmiyan larai band rahe gi.</w:t>
      </w:r>
      <w:r>
        <w:br/>
      </w:r>
      <w:r>
        <w:rPr>
          <w:sz w:val="20"/>
        </w:rPr>
        <w:t>35:24  to Hudaybiyah jo tha, basically woh das saal ka no war pact tha. no war pact.</w:t>
      </w:r>
    </w:p>
    <w:p>
      <w:pPr>
        <w:pStyle w:val="Heading2"/>
      </w:pPr>
      <w:r>
        <w:t>Historical sites provide universal audience for dawah</w:t>
      </w:r>
    </w:p>
    <w:p>
      <w:r>
        <w:rPr>
          <w:color w:val="666666"/>
          <w:sz w:val="18"/>
        </w:rPr>
        <w:t>Dars-e-Quran, Chapter 2, Verse 47 February 04, 2018 · 2m 05s · at 14:00 · https://youtu.be/f40P0x-Wm24?t=840</w:t>
      </w:r>
    </w:p>
    <w:p>
      <w:r>
        <w:rPr>
          <w:i/>
        </w:rPr>
        <w:t>“Wohi cheez maujuda zamane mein zyada bade paimaane par”</w:t>
      </w:r>
    </w:p>
    <w:p>
      <w:r>
        <w:rPr>
          <w:sz w:val="20"/>
        </w:rPr>
        <w:t>14:00  wohi cheez maujooda zamane mein ziyada baray paimane par, ziyada baray paimane par is ilaaqay ko hasil ho gayi hai.</w:t>
      </w:r>
      <w:r>
        <w:br/>
      </w:r>
      <w:r>
        <w:rPr>
          <w:sz w:val="20"/>
        </w:rPr>
        <w:t>14:14  wahan to sirf kaba mein but hotay thay, us ke liye log atay thay wahan. Aaj is poore area mein siyahi ki barkat se yeh tourist center hai.</w:t>
      </w:r>
      <w:r>
        <w:br/>
      </w:r>
      <w:r>
        <w:rPr>
          <w:sz w:val="20"/>
        </w:rPr>
        <w:t>14:27  yeh jo area jo mein ne arz kiya, yahan par yeh bhara hua hai yeh aisay maqamat se jis ko dekhnay ke liye log dunya mein safar karte hain.</w:t>
      </w:r>
      <w:r>
        <w:br/>
      </w:r>
      <w:r>
        <w:rPr>
          <w:sz w:val="20"/>
        </w:rPr>
        <w:t>14:41  mislan misr mein haram hai, abu al-haul hai. Aisi har jagah. Turki mein, sham mein, falasteen mein, urdun mein.</w:t>
      </w:r>
      <w:r>
        <w:br/>
      </w:r>
      <w:r>
        <w:rPr>
          <w:sz w:val="20"/>
        </w:rPr>
        <w:t>14:55  yeh jo poora area hai, woh bhara hua hai historical impairment se.</w:t>
      </w:r>
      <w:r>
        <w:br/>
      </w:r>
      <w:r>
        <w:rPr>
          <w:sz w:val="20"/>
        </w:rPr>
        <w:t>15:05  to poori dunya se log atay hain wahan siyahat ke liye. Abhi to bohat ziyada nahi istemal ho raha yeh.</w:t>
      </w:r>
      <w:r>
        <w:br/>
      </w:r>
      <w:r>
        <w:rPr>
          <w:sz w:val="20"/>
        </w:rPr>
        <w:t>15:16  lekin jo tail ki dolat di gayi thi, woh is liye di gayi thi ke is poore area ko, is poore area ko develop kiya jaye tourist center ke tor par.</w:t>
      </w:r>
      <w:r>
        <w:br/>
      </w:r>
      <w:r>
        <w:rPr>
          <w:sz w:val="20"/>
        </w:rPr>
        <w:t>15:31  poore area ko. Taake woh logon ke liye wahan har sari dunya se log aain dekhnay ke liye.</w:t>
      </w:r>
      <w:r>
        <w:br/>
      </w:r>
      <w:r>
        <w:rPr>
          <w:sz w:val="20"/>
        </w:rPr>
        <w:t>15:42  aur is tarah ummat e muhammadi ko wahan par universal audience mil jaye.</w:t>
      </w:r>
      <w:r>
        <w:br/>
      </w:r>
      <w:r>
        <w:rPr>
          <w:sz w:val="20"/>
        </w:rPr>
        <w:t>15:52  universal audience. yeh allah taala ki planning thi. to is poore area ko</w:t>
      </w:r>
    </w:p>
    <w:p>
      <w:pPr>
        <w:pStyle w:val="Heading2"/>
      </w:pPr>
      <w:r>
        <w:t>Every human is your madu, not enemy</w:t>
      </w:r>
    </w:p>
    <w:p>
      <w:r>
        <w:rPr>
          <w:color w:val="666666"/>
          <w:sz w:val="18"/>
        </w:rPr>
        <w:t>The Concept of Divine Help June 16, 2013 · 2m 11s · at 23:21 · https://youtu.be/b0QaxGSnAOI?t=1401</w:t>
      </w:r>
    </w:p>
    <w:p>
      <w:r>
        <w:rPr>
          <w:i/>
        </w:rPr>
        <w:t>“اور سارے انسان آپ کے لیے مدعو ہیں”</w:t>
      </w:r>
    </w:p>
    <w:p>
      <w:r>
        <w:rPr>
          <w:sz w:val="20"/>
        </w:rPr>
        <w:t>23:21  aur saare insaan aap ke liye madعو hain. dekhiye, falasteen mein yahoodi aap ka madعو hai.</w:t>
      </w:r>
      <w:r>
        <w:br/>
      </w:r>
      <w:r>
        <w:rPr>
          <w:sz w:val="20"/>
        </w:rPr>
        <w:t>23:30  europe ke saare log, chahe faransisi hon, chahe britania ke log hon, chahe germany ke log hon, aap ke liye madعو hain. america ke log madعو hain aap ke liye.</w:t>
      </w:r>
      <w:r>
        <w:br/>
      </w:r>
      <w:r>
        <w:rPr>
          <w:sz w:val="20"/>
        </w:rPr>
        <w:t>23:40  burma ke log aap ke liye madعو hain. india ke hindu aap ke liye madعو hain. har insaan aap ko madعو hai. hamare fuqaha ne ek bohat hi ghalat usool muqarrar kiya.</w:t>
      </w:r>
      <w:r>
        <w:br/>
      </w:r>
      <w:r>
        <w:rPr>
          <w:sz w:val="20"/>
        </w:rPr>
        <w:t>23:53  bohat hi mehnat, ek bohat bhaari ghalati ke dunya ko baant diya unhon ne do is mein</w:t>
      </w:r>
      <w:r>
        <w:br/>
      </w:r>
      <w:r>
        <w:rPr>
          <w:sz w:val="20"/>
        </w:rPr>
        <w:t>23:59  . darulkufr, darulislam. yeh kahan se kiya unhon ne? kaun sa right kis ne un ko right diya tha aisa karne ka? na quran mein hai, na hadith mein.</w:t>
      </w:r>
      <w:r>
        <w:br/>
      </w:r>
      <w:r>
        <w:rPr>
          <w:sz w:val="20"/>
        </w:rPr>
        <w:t>24:09  jahan musalman hain, woh darulislam hai. jahan non muslim hain, woh darulkufr hai. yeh kis ne un ko right diya hai aisa declare karne ka? bilashuba yeh baseless qanoon hai.</w:t>
      </w:r>
      <w:r>
        <w:br/>
      </w:r>
      <w:r>
        <w:rPr>
          <w:sz w:val="20"/>
        </w:rPr>
        <w:t>24:19  baseless qanoon hai. baseless qanoon hai. saari dunya darulinsaan hai. saari dunya darulmadعو hai.</w:t>
      </w:r>
      <w:r>
        <w:br/>
      </w:r>
      <w:r>
        <w:rPr>
          <w:sz w:val="20"/>
        </w:rPr>
        <w:t>24:27  musalman aur non muslim ke beech mein ek hi rishta hai. yaad rakhiye, daai ka, baddu ka, shahid ka, mashhood ka. aur koi doosra rishta nahi hai.</w:t>
      </w:r>
      <w:r>
        <w:br/>
      </w:r>
      <w:r>
        <w:rPr>
          <w:sz w:val="20"/>
        </w:rPr>
        <w:t>24:37  koi doosra rishta nahi hai. aur madعو ke liye aap par farz hai khair khwahi karna. madعو ke liye farz hai aap ke dua karna.</w:t>
      </w:r>
      <w:r>
        <w:br/>
      </w:r>
      <w:r>
        <w:rPr>
          <w:sz w:val="20"/>
        </w:rPr>
        <w:t>24:46  yeh jo bad duaen karte hain musalman masjidon mein, yeh yeh musalmanon hi par is ka utar raha hai. ulta utar raha hai un ke upar.</w:t>
      </w:r>
      <w:r>
        <w:br/>
      </w:r>
      <w:r>
        <w:rPr>
          <w:sz w:val="20"/>
        </w:rPr>
        <w:t>24:54  yaani haram hai ke aap baddu ke khilaf bad duaen karen. bilashuba yeh fi'l haram masjidon mein ho raha hai. yahan se le kar america tak masjidon mein bad duaen hoti hain.</w:t>
      </w:r>
      <w:r>
        <w:br/>
      </w:r>
      <w:r>
        <w:rPr>
          <w:sz w:val="20"/>
        </w:rPr>
        <w:t>25:04  yeh bilashuba haram hai. is mein koi shakk nahi hai. to kya haram fi'l par aap ko nusrat aayegi? fi'l haram par nusrat aayegi aap ko?</w:t>
      </w:r>
      <w:r>
        <w:br/>
      </w:r>
      <w:r>
        <w:rPr>
          <w:sz w:val="20"/>
        </w:rPr>
        <w:t>25:16  aap ko madعو se mohabbat karna hai. aap ko madعو ka khair khwah banna hai. aap ko madعو ke liye duaen karna hain. duaen karna hain.</w:t>
      </w:r>
      <w:r>
        <w:br/>
      </w:r>
      <w:r>
        <w:rPr>
          <w:sz w:val="20"/>
        </w:rPr>
        <w:t>25:26  aap ko main ek waqia bataoon ke kya sahaba ka maamla tha.</w:t>
      </w:r>
      <w:r>
        <w:br/>
      </w:r>
      <w:r>
        <w:rPr>
          <w:sz w:val="20"/>
        </w:rPr>
        <w:t>25:33  dekhiye, makkah mein ek khatoon thi, woh bohat dushman thi, rasool Allah ki dushmani karti thi, woh jis ko kaha jata hai hind jigar khwar.</w:t>
      </w:r>
    </w:p>
    <w:p>
      <w:pPr>
        <w:pStyle w:val="Heading2"/>
      </w:pPr>
      <w:r>
        <w:t>four men symbolizing the age of deceiving philosophies</w:t>
      </w:r>
    </w:p>
    <w:p>
      <w:r>
        <w:rPr>
          <w:color w:val="666666"/>
          <w:sz w:val="18"/>
        </w:rPr>
        <w:t>The Age of Deceiving Philosophies I 21 June 2009 · 1m 29s · at 6:42 · https://youtu.be/RZCs_8AtCTM?t=402</w:t>
      </w:r>
    </w:p>
    <w:p>
      <w:r>
        <w:rPr>
          <w:i/>
        </w:rPr>
        <w:t>“Symbolically, I have taken four personalities”</w:t>
      </w:r>
    </w:p>
    <w:p>
      <w:r>
        <w:rPr>
          <w:sz w:val="20"/>
        </w:rPr>
        <w:t>6:42  alamat ke taur par, symbol ke taur par, main chaar personality ko main ne liya hai. is mein to sankaron hazaron log shamil hain is mein. lekin agar yeh batana ho ke to chaar fitne aur un ke chaar alamati naam main kahunga ke hain.</w:t>
      </w:r>
      <w:r>
        <w:br/>
      </w:r>
      <w:r>
        <w:rPr>
          <w:sz w:val="20"/>
        </w:rPr>
        <w:t>7:02  to dekhiye, ek hai Darwin. Darwin jis ki death, yeh British scientist tha, naturalist tha British.</w:t>
      </w:r>
      <w:r>
        <w:br/>
      </w:r>
      <w:r>
        <w:rPr>
          <w:sz w:val="20"/>
        </w:rPr>
        <w:t>7:13  Darwin, Charles Darwin, is ki death hui 1882 mein, 1882 mein. doosra tha Germany ka Karl Marx, is ki death hui 1883 mein, yaani 1883 mein.</w:t>
      </w:r>
      <w:r>
        <w:br/>
      </w:r>
      <w:r>
        <w:rPr>
          <w:sz w:val="20"/>
        </w:rPr>
        <w:t>7:32  teesra naam mere nazdeek hai Sigmund Freud ka, yeh bhi Germany ka tha. is ki death hui 1939 mein.</w:t>
      </w:r>
      <w:r>
        <w:br/>
      </w:r>
      <w:r>
        <w:rPr>
          <w:sz w:val="20"/>
        </w:rPr>
        <w:t>7:47  aur Muslim Islam ki ghalat ta'beer dene ke muamle mein mere nazdeek jo naam hai, woh Abu Al-Ala Maududi ka hai, jin ki death hui hai 1979 mein.</w:t>
      </w:r>
      <w:r>
        <w:br/>
      </w:r>
      <w:r>
        <w:rPr>
          <w:sz w:val="20"/>
        </w:rPr>
        <w:t>8:00  yeh chaar aadmi hain jinho ne ke is age ko, jis ko main deceiving age keh raha hoon, age of deceiving philosophy ko pesh kiya.</w:t>
      </w:r>
    </w:p>
    <w:p>
      <w:pPr>
        <w:pStyle w:val="Heading2"/>
      </w:pPr>
      <w:r>
        <w:t>God's undercurrent scheme and end of history</w:t>
      </w:r>
    </w:p>
    <w:p>
      <w:r>
        <w:rPr>
          <w:color w:val="666666"/>
          <w:sz w:val="18"/>
        </w:rPr>
        <w:t>How God Manages Human History December 23, 2018 · 1m 44s · at 3:59 · https://youtu.be/j_yxigrCl5U?t=239</w:t>
      </w:r>
    </w:p>
    <w:p>
      <w:r>
        <w:rPr>
          <w:i/>
        </w:rPr>
        <w:t>“Undercurrent ek aur cheez chal rahi hai”</w:t>
      </w:r>
    </w:p>
    <w:p>
      <w:r>
        <w:rPr>
          <w:sz w:val="20"/>
        </w:rPr>
        <w:t>3:59  kyun ke insaan ki azadi ke sath sath aik Allah taala ki is ki woh up things hain, woh bhi chalti jari hai, under current.</w:t>
      </w:r>
      <w:r>
        <w:br/>
      </w:r>
      <w:r>
        <w:rPr>
          <w:sz w:val="20"/>
        </w:rPr>
        <w:t>4:15  under current aik aur cheez chal rahi hai, woh bazahir hoti hai asbab o ilal ke tehat ke insaan is ko discover nahi kar pata.</w:t>
      </w:r>
      <w:r>
        <w:br/>
      </w:r>
      <w:r>
        <w:rPr>
          <w:sz w:val="20"/>
        </w:rPr>
        <w:t>4:33  woh shuru se, yani jab se insaan zameen par basaya gaya hai, usi waqt se aik Allah taala ki aik under under current scheme jari hai.</w:t>
      </w:r>
      <w:r>
        <w:br/>
      </w:r>
      <w:r>
        <w:rPr>
          <w:sz w:val="20"/>
        </w:rPr>
        <w:t>4:46  aur main yeh samajhta hoon ke ab 21 century mein yeh scheme apne culmination par pahunch gayi hai.</w:t>
      </w:r>
      <w:r>
        <w:br/>
      </w:r>
      <w:r>
        <w:rPr>
          <w:sz w:val="20"/>
        </w:rPr>
        <w:t>5:05  culmination par shayad, yani agar main Stephen Hawking ka jo concept tha, us ko borrow karoon to main samajhta hoon ke ab insaan ke liye</w:t>
      </w:r>
      <w:r>
        <w:br/>
      </w:r>
      <w:r>
        <w:rPr>
          <w:sz w:val="20"/>
        </w:rPr>
        <w:t>5:14  20 second century muqaddar nahi hai.</w:t>
      </w:r>
      <w:r>
        <w:br/>
      </w:r>
      <w:r>
        <w:rPr>
          <w:sz w:val="20"/>
        </w:rPr>
        <w:t>5:36  Stephen Hawking jo bohat hi bara scientist tha, theoretiician, to us ka us ne jo scientific assessment kiya tha, to us ka khayal tha ke 20 second century is the last century of human history.</w:t>
      </w:r>
    </w:p>
    <w:p>
      <w:pPr>
        <w:pStyle w:val="Heading2"/>
      </w:pPr>
      <w:r>
        <w:t>Titles like Imam Azam are a later innovation</w:t>
      </w:r>
    </w:p>
    <w:p>
      <w:r>
        <w:rPr>
          <w:color w:val="666666"/>
          <w:sz w:val="18"/>
        </w:rPr>
        <w:t>Ijtihad February 25, 2007 Maulana Wahiduddin Khan · 2m 00s · at 19:48 · https://youtu.be/JnD3L6F6-lw?t=1188</w:t>
      </w:r>
    </w:p>
    <w:p>
      <w:r>
        <w:rPr>
          <w:i/>
        </w:rPr>
        <w:t>“دوسری غلطی: لوگوں نے ٹائٹل دینا شروع کر دیا، جیسے امام اعظم۔”</w:t>
      </w:r>
    </w:p>
    <w:p>
      <w:r>
        <w:rPr>
          <w:sz w:val="20"/>
        </w:rPr>
        <w:t>19:48  practical tor par. is mein dekhiye doosri ghalati jis ne yeh burai paida ki woh yeh hai ke title dena shuru kar diya logon ne.</w:t>
      </w:r>
      <w:r>
        <w:br/>
      </w:r>
      <w:r>
        <w:rPr>
          <w:sz w:val="20"/>
        </w:rPr>
        <w:t>20:01  arbon mein title dene ka riwaj nahin tha. yeh iran mein shuru hua aur india mein aaya.</w:t>
      </w:r>
      <w:r>
        <w:br/>
      </w:r>
      <w:r>
        <w:rPr>
          <w:sz w:val="20"/>
        </w:rPr>
        <w:t>20:05  title ka matlab kya hai? ke aap ne abu hanifa ko keh diya ke imam aazam hain woh. yeh title hai. bhai imam aazam kya cheez hoti hai?</w:t>
      </w:r>
      <w:r>
        <w:br/>
      </w:r>
      <w:r>
        <w:rPr>
          <w:sz w:val="20"/>
        </w:rPr>
        <w:t>20:17  kya hazrat abubakar ko khalifa aazam kaha gaya? hazrat abubakar jo khalifa the to kya un ko khalifa aazam kaha gaya?</w:t>
      </w:r>
      <w:r>
        <w:br/>
      </w:r>
      <w:r>
        <w:rPr>
          <w:sz w:val="20"/>
        </w:rPr>
        <w:t>20:27  bas khalifa kaha gaya. amirul momineen kaha gaya bas. woh bhi amirul momineen aur doosre log bhi amirul mom</w:t>
      </w:r>
      <w:r>
        <w:br/>
      </w:r>
      <w:r>
        <w:rPr>
          <w:sz w:val="20"/>
        </w:rPr>
        <w:t>20:34  nineen. bas. yeh imam aazam kya cheez hoti hai? agar yeh koi sahi ho to sab se pehle hazrat abubakar ko kehte hain log ke yeh khalifa aazam hain yeh.</w:t>
      </w:r>
      <w:r>
        <w:br/>
      </w:r>
      <w:r>
        <w:rPr>
          <w:sz w:val="20"/>
        </w:rPr>
        <w:t>20:47  aise imam jodne lage hain. ab imam abu hanifa imam shafi imam hanbal imam yeh imam woh yeh kahan se aaya imam ibn taimiya yeh imam kahan se laye aap?</w:t>
      </w:r>
      <w:r>
        <w:br/>
      </w:r>
      <w:r>
        <w:rPr>
          <w:sz w:val="20"/>
        </w:rPr>
        <w:t>21:00  kya sahaba jo the un mein imam abubakar aur imam umar aur imam usman imam ali kaha jata tha? imam khalid aur imam abudhar jarrah kuch nahin?</w:t>
      </w:r>
      <w:r>
        <w:br/>
      </w:r>
      <w:r>
        <w:rPr>
          <w:sz w:val="20"/>
        </w:rPr>
        <w:t>21:14  yeh title dena jo hai yeh gumrahi hai.</w:t>
      </w:r>
      <w:r>
        <w:br/>
      </w:r>
      <w:r>
        <w:rPr>
          <w:sz w:val="20"/>
        </w:rPr>
        <w:t>21:19  title. yeh hussain se shuru hua. imam hussain aur phir imam imam chalne laga yeh. main kehta hoon ke imam ka lafz aik bidat hai.</w:t>
      </w:r>
      <w:r>
        <w:br/>
      </w:r>
      <w:r>
        <w:rPr>
          <w:sz w:val="20"/>
        </w:rPr>
        <w:t>21:31  wohi kahiye jo rasool allah ke zamane mein tha jo sahaba ke zamane mein tha jo tabieen ke zamane mein tha bas. yeh hai qurun salasa. qurun salasa jo hai yeh zamana risalat zamana sahaba zamana tabieen yeh qurun salasa hai.</w:t>
      </w:r>
    </w:p>
    <w:p>
      <w:pPr>
        <w:pStyle w:val="Heading2"/>
      </w:pPr>
      <w:r>
        <w:t>Only defensive war allowed by state</w:t>
      </w:r>
    </w:p>
    <w:p>
      <w:r>
        <w:rPr>
          <w:color w:val="666666"/>
          <w:sz w:val="18"/>
        </w:rPr>
        <w:t>Islam and Peace (Part 2) (English) January 17, 2007 Maulana Wahiduddin Khan · 2m 54s · at 25:12 · https://youtu.be/K5H4b8y4E7g?t=1512</w:t>
      </w:r>
    </w:p>
    <w:p>
      <w:r>
        <w:rPr>
          <w:i/>
        </w:rPr>
        <w:t>“I would like to see a favored about war in Islam.”</w:t>
      </w:r>
    </w:p>
    <w:p>
      <w:r>
        <w:rPr>
          <w:sz w:val="20"/>
        </w:rPr>
        <w:t>25:12  Now, all these verses are, all these verses are about defense, defensive war.</w:t>
      </w:r>
      <w:r>
        <w:br/>
      </w:r>
      <w:r>
        <w:rPr>
          <w:sz w:val="20"/>
        </w:rPr>
        <w:t>25:29  When Mecca people attacked Medina, then Prophet was,</w:t>
      </w:r>
      <w:r>
        <w:br/>
      </w:r>
      <w:r>
        <w:rPr>
          <w:sz w:val="20"/>
        </w:rPr>
        <w:t>25:43  to den prafit,</w:t>
      </w:r>
      <w:r>
        <w:br/>
      </w:r>
      <w:r>
        <w:rPr>
          <w:sz w:val="20"/>
        </w:rPr>
        <w:t>25:50  When making people attacked Madina, then Prophet received some verses in the Quran that deal about war, that is defense war.</w:t>
      </w:r>
      <w:r>
        <w:br/>
      </w:r>
      <w:r>
        <w:rPr>
          <w:sz w:val="20"/>
        </w:rPr>
        <w:t>26:04  qatil al-dhina yqatilunakm,</w:t>
      </w:r>
      <w:r>
        <w:br/>
      </w:r>
      <w:r>
        <w:rPr>
          <w:sz w:val="20"/>
        </w:rPr>
        <w:t>26:09  fight wid doz deez ho ar fighting yu,</w:t>
      </w:r>
      <w:r>
        <w:br/>
      </w:r>
      <w:r>
        <w:rPr>
          <w:sz w:val="20"/>
        </w:rPr>
        <w:t>26:13  bado al-marah. All these verses, if you read these verses, these verses themselves say that it is defense verses,</w:t>
      </w:r>
      <w:r>
        <w:br/>
      </w:r>
      <w:r>
        <w:rPr>
          <w:sz w:val="20"/>
        </w:rPr>
        <w:t>26:28  defense verses, not offense verses. So you have to know that in Islam,</w:t>
      </w:r>
      <w:r>
        <w:br/>
      </w:r>
      <w:r>
        <w:rPr>
          <w:sz w:val="20"/>
        </w:rPr>
        <w:t>26:42  Peace is the rule and war is an exception.</w:t>
      </w:r>
      <w:r>
        <w:br/>
      </w:r>
      <w:r>
        <w:rPr>
          <w:sz w:val="20"/>
        </w:rPr>
        <w:t>26:48  peace is da rol and war is an exseption. yu no, quran contens 6500, near about 6500 verses.</w:t>
      </w:r>
      <w:r>
        <w:br/>
      </w:r>
      <w:r>
        <w:rPr>
          <w:sz w:val="20"/>
        </w:rPr>
        <w:t>27:02  all these verses, in more than 99 percent of these verses, deal about peace and tolerance and justice and moral values.</w:t>
      </w:r>
      <w:r>
        <w:br/>
      </w:r>
      <w:r>
        <w:rPr>
          <w:sz w:val="20"/>
        </w:rPr>
        <w:t>27:16  and less than one percent are those verses that deal about defense war, defense war.</w:t>
      </w:r>
      <w:r>
        <w:br/>
      </w:r>
      <w:r>
        <w:rPr>
          <w:sz w:val="20"/>
        </w:rPr>
        <w:t>27:26  Then, so is the first point that in Islam, there is only defense war, not aggressive war.</w:t>
      </w:r>
      <w:r>
        <w:br/>
      </w:r>
      <w:r>
        <w:rPr>
          <w:sz w:val="20"/>
        </w:rPr>
        <w:t>27:39  aggressive war is not allowed in Islam. Then, there is another principle. There is a well-known principle in Islamic Sharia</w:t>
      </w:r>
      <w:r>
        <w:br/>
      </w:r>
      <w:r>
        <w:rPr>
          <w:sz w:val="20"/>
        </w:rPr>
        <w:t>27:55  that al-rajul lil-imam. It is well accepted principle in Islamic Sharia, al-rajul lil-imam.</w:t>
      </w:r>
    </w:p>
    <w:p>
      <w:pPr>
        <w:pStyle w:val="Heading2"/>
      </w:pPr>
      <w:r>
        <w:t>Lal Masjid militants should have used persuasion</w:t>
      </w:r>
    </w:p>
    <w:p>
      <w:r>
        <w:rPr>
          <w:color w:val="666666"/>
          <w:sz w:val="18"/>
        </w:rPr>
        <w:t>The Concept of Naskh in Quran July 18, 2007 · 1m 36s · at 30:16 · https://youtu.be/fXpiwXIo2As?t=1816</w:t>
      </w:r>
    </w:p>
    <w:p>
      <w:r>
        <w:rPr>
          <w:i/>
        </w:rPr>
        <w:t>“لال مسجد میں لوگ گن اور بم لے کر پہنچ گئے”</w:t>
      </w:r>
    </w:p>
    <w:p>
      <w:r>
        <w:rPr>
          <w:sz w:val="20"/>
        </w:rPr>
        <w:t>30:16  ab jaise ke dekhiye, abhi jullai mein jo waqea hua pakistan mein ke pakistan mein bohat bari ek masjid hai, us ka naam hai lal masjid islamabad mein.</w:t>
      </w:r>
      <w:r>
        <w:br/>
      </w:r>
      <w:r>
        <w:rPr>
          <w:sz w:val="20"/>
        </w:rPr>
        <w:t>30:35  to kuch logon ko ehsas tha ke pakistan mein burai aa gayi hai, evil aa gayi</w:t>
      </w:r>
      <w:r>
        <w:br/>
      </w:r>
      <w:r>
        <w:rPr>
          <w:sz w:val="20"/>
        </w:rPr>
        <w:t>30:41  hai. mislan beauty parlor, beauty parlor chalaya jata hai aur be pardagi hai aur is tarah ki jis cheezon ko unhon ne samjha ke social evil hai.</w:t>
      </w:r>
      <w:r>
        <w:br/>
      </w:r>
      <w:r>
        <w:rPr>
          <w:sz w:val="20"/>
        </w:rPr>
        <w:t>30:53  to wahan masjid mein woh gun aur bomb le ke pahunch gaye. sawal yeh hai ke agar social evil ko aap ko door karna hai to aap peaceful tareeqay se kijiye kaam, logon ko persuade kijiye, logon ko samjhaiye</w:t>
      </w:r>
      <w:r>
        <w:br/>
      </w:r>
      <w:r>
        <w:rPr>
          <w:sz w:val="20"/>
        </w:rPr>
        <w:t>31:08  literature ke zariye se, stage se taqreer kar ke, internet ke zariye se, TV ke zariye se, radio ke zariye se. yani peaceful persuasion.</w:t>
      </w:r>
      <w:r>
        <w:br/>
      </w:r>
      <w:r>
        <w:rPr>
          <w:sz w:val="20"/>
        </w:rPr>
        <w:t>31:21  to ab wahan gun aur bomb ki kya zaroorat hai? to dono ka choice un ke liye tha. ek tha ke gun aur bomb, doosri yeh tha ke peaceful tareeqay se un logon ko samjhana.</w:t>
      </w:r>
      <w:r>
        <w:br/>
      </w:r>
      <w:r>
        <w:rPr>
          <w:sz w:val="20"/>
        </w:rPr>
        <w:t>31:34  to woh tareeqa chhod kar unhon ne gun aur bomb ka tareeqa ikhtiyar kar liya.</w:t>
      </w:r>
      <w:r>
        <w:br/>
      </w:r>
      <w:r>
        <w:rPr>
          <w:sz w:val="20"/>
        </w:rPr>
        <w:t>31:39  yeh bilkul islam ke khilaf tha. aise hi falasteen mein bhi hai, wahan bhi poori freedom thi un logon ko ke peaceful tareeqay se kaam karein, jaise ke mahatma gandhi ne kiya.</w:t>
      </w:r>
    </w:p>
    <w:p>
      <w:pPr>
        <w:pStyle w:val="Heading2"/>
      </w:pPr>
      <w:r>
        <w:t>West's hidden treasure technology from nature</w:t>
      </w:r>
    </w:p>
    <w:p>
      <w:r>
        <w:rPr>
          <w:color w:val="666666"/>
          <w:sz w:val="18"/>
        </w:rPr>
        <w:t>Peace of Mind April 19, 2015 · 2m 08s · at 15:35 · https://youtu.be/nYvd93Af2YI?t=935</w:t>
      </w:r>
    </w:p>
    <w:p>
      <w:r>
        <w:rPr>
          <w:i/>
        </w:rPr>
        <w:t>“Maine Musalmanon ki kitabein padhi hain”</w:t>
      </w:r>
    </w:p>
    <w:p>
      <w:r>
        <w:rPr>
          <w:sz w:val="20"/>
        </w:rPr>
        <w:t>15:35  ke maine musalmanon ki kitabein parhi hain. aur muslim mulkon mein safar kar ke gaya hoon. aur yahan bhi daily musalmanon se mulaqatein hoti hain.</w:t>
      </w:r>
      <w:r>
        <w:br/>
      </w:r>
      <w:r>
        <w:rPr>
          <w:sz w:val="20"/>
        </w:rPr>
        <w:t>15:48  maine paya hai ke tamam musalman perhaps without exception west ke bare mein, western world ke bare mein negative hain.</w:t>
      </w:r>
      <w:r>
        <w:br/>
      </w:r>
      <w:r>
        <w:rPr>
          <w:sz w:val="20"/>
        </w:rPr>
        <w:t>16:00  western world ke bare mein negative hain. woh western civilization ke bare mein negative hain.</w:t>
      </w:r>
      <w:r>
        <w:br/>
      </w:r>
      <w:r>
        <w:rPr>
          <w:sz w:val="20"/>
        </w:rPr>
        <w:t>16:09  kyun? woh kuch baaton ko jante hain. kuch baaton ko jante hain.</w:t>
      </w:r>
      <w:r>
        <w:br/>
      </w:r>
      <w:r>
        <w:rPr>
          <w:sz w:val="20"/>
        </w:rPr>
        <w:t>16:15  maslan yeh ke America Israel ki ko support kyun karta hai? colonial powers ne kyun aath maah par ko khatam kiya?</w:t>
      </w:r>
      <w:r>
        <w:br/>
      </w:r>
      <w:r>
        <w:rPr>
          <w:sz w:val="20"/>
        </w:rPr>
        <w:t>16:26  is tarah kuch log ko jante hain. lekin agar woh prepared mind ho to ek bohat bari cheez daryaft karenge.</w:t>
      </w:r>
      <w:r>
        <w:br/>
      </w:r>
      <w:r>
        <w:rPr>
          <w:sz w:val="20"/>
        </w:rPr>
        <w:t>16:38  kyun ke unhone kaise aisa is tarah ke waqiyat kaise hue? kaise woh kamyab hue aisa karne mein? is ka raaz tha ke unhone nature mein jo hidden treasure tha technology ki shakal mein us ko daryaft kiya.</w:t>
      </w:r>
      <w:r>
        <w:br/>
      </w:r>
      <w:r>
        <w:rPr>
          <w:sz w:val="20"/>
        </w:rPr>
        <w:t>16:56  yeh technology jo hai woh kya hai? nature mein chupi hui thi. technology mein as a hidden treasure woh chupi hui thi.</w:t>
      </w:r>
      <w:r>
        <w:br/>
      </w:r>
      <w:r>
        <w:rPr>
          <w:sz w:val="20"/>
        </w:rPr>
        <w:t>17:07  us ko unhone daryaft kiya unhone. to sab cheezein banai unhone. technology develop ki unhone. unhone hawa jahaz banaye, car banai, spaceship banaye, engine banaye, factoryan banai, industry lagai.</w:t>
      </w:r>
      <w:r>
        <w:br/>
      </w:r>
      <w:r>
        <w:rPr>
          <w:sz w:val="20"/>
        </w:rPr>
        <w:t>17:22  woh sab kya tha? woh sab tha nature mein jo hidden technology thi us ko daryaft karne ke nateejay mein yeh hua.</w:t>
      </w:r>
      <w:r>
        <w:br/>
      </w:r>
      <w:r>
        <w:rPr>
          <w:sz w:val="20"/>
        </w:rPr>
        <w:t>17:32  to sara jo charisma hai woh nature mein chupi hui technology ko daryaft karne ka.</w:t>
      </w:r>
    </w:p>
    <w:p>
      <w:pPr>
        <w:pStyle w:val="Heading2"/>
      </w:pPr>
      <w:r>
        <w:t>Jihad means peaceful struggle defensive war</w:t>
      </w:r>
    </w:p>
    <w:p>
      <w:r>
        <w:rPr>
          <w:color w:val="666666"/>
          <w:sz w:val="18"/>
        </w:rPr>
        <w:t>Inter Faith Dialogue IIC 12 Mar 2007 - Maulana Wahiduddin Khan · 1m 33s · at 18:52 · https://youtu.be/VoRqhMN-2Oc?t=1132</w:t>
      </w:r>
    </w:p>
    <w:p>
      <w:r>
        <w:rPr>
          <w:i/>
        </w:rPr>
        <w:t>“Now I have a few words about Jihad, because Jihad is also”</w:t>
      </w:r>
    </w:p>
    <w:p>
      <w:r>
        <w:rPr>
          <w:sz w:val="20"/>
        </w:rPr>
        <w:t>18:52  Now I have a few words about Jihad, because Jihad is also very much related with this subject. Jihad literally means struggle.</w:t>
      </w:r>
      <w:r>
        <w:br/>
      </w:r>
      <w:r>
        <w:rPr>
          <w:sz w:val="20"/>
        </w:rPr>
        <w:t>19:04  The Quran says, "Wajahid hum behijihadun kabira." In this verse, you can see that Jihad means peaceful struggle, no violence.</w:t>
      </w:r>
      <w:r>
        <w:br/>
      </w:r>
      <w:r>
        <w:rPr>
          <w:sz w:val="20"/>
        </w:rPr>
        <w:t>19:16  Peaceful struggle. Then sometimes Jihad is used in the sense of war, but it is in an extended sense.</w:t>
      </w:r>
      <w:r>
        <w:br/>
      </w:r>
      <w:r>
        <w:rPr>
          <w:sz w:val="20"/>
        </w:rPr>
        <w:t>19:30  So now I would like to say that in Islam, only defensive war is permitted. Other than defense, no war is permitted in Islam.</w:t>
      </w:r>
      <w:r>
        <w:br/>
      </w:r>
      <w:r>
        <w:rPr>
          <w:sz w:val="20"/>
        </w:rPr>
        <w:t>19:42  Then there is a very well-established principle in Islam, "Ar-Rahilul Il Imam." It means that to declare a war is a prerogative of the head of the state.</w:t>
      </w:r>
      <w:r>
        <w:br/>
      </w:r>
      <w:r>
        <w:rPr>
          <w:sz w:val="20"/>
        </w:rPr>
        <w:t>20:01  So according to this, any organization other than the state has theright to declare a</w:t>
      </w:r>
      <w:r>
        <w:br/>
      </w:r>
      <w:r>
        <w:rPr>
          <w:sz w:val="20"/>
        </w:rPr>
        <w:t>20:11  war. So all these wars which you see everywhere in the world, in the Muslim world, all are unlawful, because everywhere Muslims are fighting, not the state.</w:t>
      </w:r>
    </w:p>
    <w:p>
      <w:pPr>
        <w:pStyle w:val="Heading2"/>
      </w:pPr>
      <w:r>
        <w:t>Wounded Kashmir to a Healthy Kashmir, a hopeful reframe</w:t>
      </w:r>
    </w:p>
    <w:p>
      <w:r>
        <w:rPr>
          <w:color w:val="666666"/>
          <w:sz w:val="18"/>
        </w:rPr>
        <w:t>Kashmir Dwah Meet November 27, 2011 · 2m 14s · at 0:35 · https://youtu.be/1eNX-LJ65so?t=35</w:t>
      </w:r>
    </w:p>
    <w:p>
      <w:r>
        <w:rPr>
          <w:i/>
        </w:rPr>
        <w:t>“Aaj November 2011 ki 27 tareekh hai”</w:t>
      </w:r>
    </w:p>
    <w:p>
      <w:r>
        <w:rPr>
          <w:sz w:val="20"/>
        </w:rPr>
        <w:t>0:35  aaj november 2011 ki 27 tareekh hai, mein apne kashmiri bhaiyon se kuch baatein arz kar raha hoon.</w:t>
      </w:r>
      <w:r>
        <w:br/>
      </w:r>
      <w:r>
        <w:rPr>
          <w:sz w:val="20"/>
        </w:rPr>
        <w:t>0:54  dekhiye, kashmir se mera talluq bohat pehle se raha hai.</w:t>
      </w:r>
      <w:r>
        <w:br/>
      </w:r>
      <w:r>
        <w:rPr>
          <w:sz w:val="20"/>
        </w:rPr>
        <w:t>1:04  aap jante hain ke kashmir mein october 1989 mein militancy shuru hui.</w:t>
      </w:r>
      <w:r>
        <w:br/>
      </w:r>
      <w:r>
        <w:rPr>
          <w:sz w:val="20"/>
        </w:rPr>
        <w:t>1:19  zahir hai ke militancy jab ek taraf se shuru hogi to doosra retaliate karega. aap marenge, woh bhi marega.</w:t>
      </w:r>
      <w:r>
        <w:br/>
      </w:r>
      <w:r>
        <w:rPr>
          <w:sz w:val="20"/>
        </w:rPr>
        <w:t>1:29  yeh hua wahan par.</w:t>
      </w:r>
      <w:r>
        <w:br/>
      </w:r>
      <w:r>
        <w:rPr>
          <w:sz w:val="20"/>
        </w:rPr>
        <w:t>1:32  bohat se log mare gaye, bohat se log maazoor ho gaye, bohat zakhmi ho gaye. tarah tarah ki nuqsan hui. to wahan se ek kitab chhapi thi in baaton ko le kar.</w:t>
      </w:r>
      <w:r>
        <w:br/>
      </w:r>
      <w:r>
        <w:rPr>
          <w:sz w:val="20"/>
        </w:rPr>
        <w:t>1:49  is ka title tha "wounded Kashmir". zakhmi Kashmir.</w:t>
      </w:r>
      <w:r>
        <w:br/>
      </w:r>
      <w:r>
        <w:rPr>
          <w:sz w:val="20"/>
        </w:rPr>
        <w:t>2:01  aaj jo main dekh raha hoon kashmirioun ka haal, un ke jo halaat sun raha hoon, to main sochta hoon ke aaj ek nai kitab likhne ki zaroorat hai jis ka title hoga "healthy Kashmir".</w:t>
      </w:r>
      <w:r>
        <w:br/>
      </w:r>
      <w:r>
        <w:rPr>
          <w:sz w:val="20"/>
        </w:rPr>
        <w:t>2:22  woh daur khatam hoga jab Kashmir zakhm ka, qatal ka, khoon ka nishani bana hua tha.</w:t>
      </w:r>
      <w:r>
        <w:br/>
      </w:r>
      <w:r>
        <w:rPr>
          <w:sz w:val="20"/>
        </w:rPr>
        <w:t>2:35  aaj Kashmir aman ki nishani ban raha hai. yeh bohat ajeeb baat hai. yeh Allah ki rehmat hai.</w:t>
      </w:r>
    </w:p>
    <w:p>
      <w:pPr>
        <w:pStyle w:val="Heading2"/>
      </w:pPr>
      <w:r>
        <w:t>The purpose of life is proving you can live peacefully</w:t>
      </w:r>
    </w:p>
    <w:p>
      <w:r>
        <w:rPr>
          <w:color w:val="666666"/>
          <w:sz w:val="18"/>
        </w:rPr>
        <w:t>A conversation with Maulana Wahiduddin Khan on Aaj Saware, Doordarshan · 2m 47s · at 28:37 · https://youtu.be/vQkHY1LZz9w?t=1717</w:t>
      </w:r>
    </w:p>
    <w:p>
      <w:r>
        <w:rPr>
          <w:i/>
        </w:rPr>
        <w:t>“What is the purpose of life?”</w:t>
      </w:r>
    </w:p>
    <w:p>
      <w:r>
        <w:rPr>
          <w:sz w:val="20"/>
        </w:rPr>
        <w:t>28:37  । i think that's what a lot of people believe in, which is also true. you know, it, this is a very philosophical question, and i don't think there is anybody better than you to answer it, maulana sahab. what is the purpose of life?</w:t>
      </w:r>
      <w:r>
        <w:br/>
      </w:r>
      <w:r>
        <w:rPr>
          <w:sz w:val="20"/>
        </w:rPr>
        <w:t>28:51  purpose of life? haan, mean purpose of life. academy to islam? aap academy to islam jana chahenge? ji, bilkul.</w:t>
      </w:r>
      <w:r>
        <w:br/>
      </w:r>
      <w:r>
        <w:rPr>
          <w:sz w:val="20"/>
        </w:rPr>
        <w:t>29:00  dekhiye, islam ko ke jo scriptures hain, sari zindagi main us ko padhta raha hoon. jo aur bahut sari kitabein padhta raha hoon. har, har religion ko padha hai maine. islam mein jo bataya gaya hai, wo yeh hai ki khuda ne ek bahut hi beautiful duniya banayi, wo hai paradise. ab khuda ko us paradise mein basane ke liye candidate chahiye, deserving candidate.</w:t>
      </w:r>
      <w:r>
        <w:br/>
      </w:r>
      <w:r>
        <w:rPr>
          <w:sz w:val="20"/>
        </w:rPr>
        <w:t>29:29  yeh duniya khuda ne is liye banayi ki yahan par wo selection karna chahta hai. achha. to hum aap jo hain, yahan par khuda ki nigrani mein hain. aur khuda select kar raha hai aap ko, kaun wahan par is qabil hai ki wahan basaya jaye. who is the deserving candidate for that paradise. aur us mein sabse zyada important jo baat hai, wo peace hai. illaa kailan salaman salama quran majeed mein hai ki wahan log peaceful tareeke se rahenge.</w:t>
      </w:r>
      <w:r>
        <w:br/>
      </w:r>
      <w:r>
        <w:rPr>
          <w:sz w:val="20"/>
        </w:rPr>
        <w:t>29:56  kisi ke dil mein koi negative thought nahin, kisi ki kisi se ladai nahin, kisi ko kisi se ladna jhagadna nahin. to yahan par jo aadmi yeh prove kar raha hai ke main wo insaan hoon jo social life mein peaceful tareeke se reh sakta hai,</w:t>
      </w:r>
      <w:r>
        <w:br/>
      </w:r>
      <w:r>
        <w:rPr>
          <w:sz w:val="20"/>
        </w:rPr>
        <w:t>30:13  to usi ko select kiya jayega us duniya mein reh</w:t>
      </w:r>
      <w:r>
        <w:br/>
      </w:r>
      <w:r>
        <w:rPr>
          <w:sz w:val="20"/>
        </w:rPr>
        <w:t>30:15  ne ke liye. to bahut hi beautiful, yaani yeh purpose hai life ka ke hum is duniya mein thode din ke liye, yaani pre death period mein hum apne ko prove kar dein ke hum wo insaan hain jo spirituality ke saath reh sakte hain, peaceful tareeke se reh sakte hain,</w:t>
      </w:r>
      <w:r>
        <w:br/>
      </w:r>
      <w:r>
        <w:rPr>
          <w:sz w:val="20"/>
        </w:rPr>
        <w:t>30:32  love ke saath reh sakte hain, hate nahin hamare dil mein hai. to isko maane ke post death period mein hum, yaani select kiye jayenge paradise mein basane ke liye. yeh hai islam ka concept.</w:t>
      </w:r>
      <w:r>
        <w:br/>
      </w:r>
      <w:r>
        <w:rPr>
          <w:sz w:val="20"/>
        </w:rPr>
        <w:t>30:45  ah, aapke maayne mein kya hai purpose of life? bhai, dekhiye, mera, mera to mamla yeh hai ke main yeh keh sakta hoon ke main sabse zyada mohabbat main apne khuda se karta hoon, jisne mujhe paida kiya. main aksar akele mein sochta hoon ke yeh mera haath, yeh paon, yeh mind, yeh kaan, yeh kaan kisne diya mujhko?</w:t>
      </w:r>
      <w:r>
        <w:br/>
      </w:r>
      <w:r>
        <w:rPr>
          <w:sz w:val="20"/>
        </w:rPr>
        <w:t>31:05  main compare karta hoon ke yeh pahaad ke paas nahin hai, yeh samundar ke paas nahin hai, yeh suraj chand ke paas nahin hai, mere paas hai. to mere dil mein bahut zyada khuda ke liye pyaar aata hai ke khuda, tu kitna achha hai ke mujhko yeh sab cheezein de di. lovely. yeh, yahi meri zindagi ka sabse bada asset hai, khuda se pyaar karna. so j</w:t>
      </w:r>
    </w:p>
    <w:p>
      <w:pPr>
        <w:pStyle w:val="Heading2"/>
      </w:pPr>
      <w:r>
        <w:t>respond to blasphemy with books, not violence</w:t>
      </w:r>
    </w:p>
    <w:p>
      <w:r>
        <w:rPr>
          <w:color w:val="666666"/>
          <w:sz w:val="18"/>
        </w:rPr>
        <w:t>Freedom of Thought in Islam 23 October, 2011 · 2m 36s · at 1:19:13 · https://youtu.be/aGbxRNNOKzo?t=4753</w:t>
      </w:r>
    </w:p>
    <w:p>
      <w:r>
        <w:rPr>
          <w:i/>
        </w:rPr>
        <w:t>“This is not a law-and-order issue at all”</w:t>
      </w:r>
    </w:p>
    <w:p>
      <w:r>
        <w:rPr>
          <w:sz w:val="20"/>
        </w:rPr>
        <w:t>1:19:13  woh sirf agar zabaan se aik baat bolta hai. woh koi mazmoon chhapta hai. to woh hargiz hargiz administration ka masla nahin hai.</w:t>
      </w:r>
      <w:r>
        <w:br/>
      </w:r>
      <w:r>
        <w:rPr>
          <w:sz w:val="20"/>
        </w:rPr>
        <w:t>1:19:24  woh woh masla hai da'i-o-mu'alliq ka. yaani da'i-o-mu'alliq is se mil kar ke is ke doubt clear karen. is par khud bhi mazmoon likhen, kitaab likhen.</w:t>
      </w:r>
      <w:r>
        <w:br/>
      </w:r>
      <w:r>
        <w:rPr>
          <w:sz w:val="20"/>
        </w:rPr>
        <w:t>1:19:34  yahi</w:t>
      </w:r>
      <w:r>
        <w:br/>
      </w:r>
      <w:r>
        <w:rPr>
          <w:sz w:val="20"/>
        </w:rPr>
        <w:t>1:19:35  karen. is ki misaal yeh hai, dekhiye. ke Madine mein Rasool Allah Sal Allahu Alaihi Wa Sallam ke zamane mein state qaim ho chuka tha. yaani administration qaim ho chuka tha wahan par Madine mein.</w:t>
      </w:r>
      <w:r>
        <w:br/>
      </w:r>
      <w:r>
        <w:rPr>
          <w:sz w:val="20"/>
        </w:rPr>
        <w:t>1:19:49  to is zamane mein wahan par aisa tha ke kuch log Rasool Allah ke khilaaf ya Islam ke khilaaf bolte the. to aik sahabi the, un ka naam tha Hassan bin Sabit.</w:t>
      </w:r>
      <w:r>
        <w:br/>
      </w:r>
      <w:r>
        <w:rPr>
          <w:sz w:val="20"/>
        </w:rPr>
        <w:t>1:20:02  woh shayar the.</w:t>
      </w:r>
      <w:r>
        <w:br/>
      </w:r>
      <w:r>
        <w:rPr>
          <w:sz w:val="20"/>
        </w:rPr>
        <w:t>1:20:05  is zamane mein, dekhiye, jab printing press nahin tha. to sher-o-shairi, yeh shairi jo thi, woh aaj kal ke tareeqe se samjhiye ke woh journalism thi is zamane ki.</w:t>
      </w:r>
      <w:r>
        <w:br/>
      </w:r>
      <w:r>
        <w:rPr>
          <w:sz w:val="20"/>
        </w:rPr>
        <w:t>1:20:17  sahafat, journalism. kyunke chhap chhap kar ke phaila nahin sakte the aap kisi cheez ko. kyunke naqab-e-tanaffus tha. to aap sher ke roop mein jab aap karte the to bohat jald logon ko yaad hota hota tha.</w:t>
      </w:r>
      <w:r>
        <w:br/>
      </w:r>
      <w:r>
        <w:rPr>
          <w:sz w:val="20"/>
        </w:rPr>
        <w:t>1:20:29  woh phailate the is ko.</w:t>
      </w:r>
      <w:r>
        <w:br/>
      </w:r>
      <w:r>
        <w:rPr>
          <w:sz w:val="20"/>
        </w:rPr>
        <w:t>1:20:31  to aap ne Hassan bin Sabit se kaha ke tum is ka jawab do. yeh jo log Islam ke khilaaf ya Quran ke khilaaf baatein karte hain.</w:t>
      </w:r>
      <w:r>
        <w:br/>
      </w:r>
      <w:r>
        <w:rPr>
          <w:sz w:val="20"/>
        </w:rPr>
        <w:t>1:20:43  to aata hai aik kitaab um mein ke Hassan bin Sabit ke liye mimbar rakha gaya Masjid-e-Nabwi mein. yaani Madine ki Masjid-e-Nabwi mein un ke liye mimbar rakha gaya.</w:t>
      </w:r>
      <w:r>
        <w:br/>
      </w:r>
      <w:r>
        <w:rPr>
          <w:sz w:val="20"/>
        </w:rPr>
        <w:t>1:20:54  is par baithe aur baith kar unhon ne ashaar kahe un ke khilaaf.</w:t>
      </w:r>
      <w:r>
        <w:br/>
      </w:r>
      <w:r>
        <w:rPr>
          <w:sz w:val="20"/>
        </w:rPr>
        <w:t>1:20:58  woh ashaar jaise akhbar phailte hain, ise woh phailaya gaya woh. yeh jawab to aik tareeqa hai yeh. to main saaf arz karta hoon ke agar koi Rasool ke khilaaf, Khuda ke khilaaf, Quran ke khilaaf, Islam ke khilaaf bolta hai to woh hargiz hargiz intezamia ka masla nahin hai.</w:t>
      </w:r>
      <w:r>
        <w:br/>
      </w:r>
      <w:r>
        <w:rPr>
          <w:sz w:val="20"/>
        </w:rPr>
        <w:t>1:21:18  woh law and order ka masla nahin hai. woh police ka masla nahin hai.</w:t>
      </w:r>
      <w:r>
        <w:br/>
      </w:r>
      <w:r>
        <w:rPr>
          <w:sz w:val="20"/>
        </w:rPr>
        <w:t>1:21:21  woh masla hai is baat ka ke aap is ko samjhaen, is ke khilaaf, is ke is ke is par kitaab likhen, is par mazmoon likhen, is par yeh karen.</w:t>
      </w:r>
      <w:r>
        <w:br/>
      </w:r>
      <w:r>
        <w:rPr>
          <w:sz w:val="20"/>
        </w:rPr>
        <w:t>1:21:33  yaani kitaab ke jawab mein kitaab, qalam ke jawab mein qalam, taqreer ke jawab mein taqreer. yeh hai Islam ka tareeqa.</w:t>
      </w:r>
      <w:r>
        <w:br/>
      </w:r>
      <w:r>
        <w:rPr>
          <w:sz w:val="20"/>
        </w:rPr>
        <w:t>1:21:44  Maulana, agla sawal aaya hai Mr. Kailash Nath ka, Kingston, USA se. unhon</w:t>
      </w:r>
    </w:p>
    <w:p>
      <w:pPr>
        <w:pStyle w:val="Heading2"/>
      </w:pPr>
      <w:r>
        <w:t>Sufis as givers, kings as takers — why givers earn respect</w:t>
      </w:r>
    </w:p>
    <w:p>
      <w:r>
        <w:rPr>
          <w:color w:val="666666"/>
          <w:sz w:val="18"/>
        </w:rPr>
        <w:t>Contribution of Sufism in India May 29, 2011 · 2m 37s · at 36:22 · https://youtu.be/lzxSaTnomio?t=2182</w:t>
      </w:r>
    </w:p>
    <w:p>
      <w:r>
        <w:rPr>
          <w:i/>
        </w:rPr>
        <w:t>“Sufis came as givers; conquerors came as takers”</w:t>
      </w:r>
    </w:p>
    <w:p>
      <w:r>
        <w:rPr>
          <w:sz w:val="20"/>
        </w:rPr>
        <w:t>36:22  to main sochte sochte main yahan tak pohancha ke dekhiye soofi log aaye aik giver person ke roop mein dene walay ban kar aaye aur yeh jo musalman hain jo aaj lal lal qila aur qutub minar ke hawale dete hain</w:t>
      </w:r>
      <w:r>
        <w:br/>
      </w:r>
      <w:r>
        <w:rPr>
          <w:sz w:val="20"/>
        </w:rPr>
        <w:t>36:41  woh lene walay ban kar aaye yahan se unhon ne paisa liya yahan se parhqdar qaim kiya yahan pe hukoomat qaim ki apni</w:t>
      </w:r>
      <w:r>
        <w:br/>
      </w:r>
      <w:r>
        <w:rPr>
          <w:sz w:val="20"/>
        </w:rPr>
        <w:t>36:52  un ki hesiyat ma maainaf al-nas fi al-maqsaf, yani woh nafe bakhshish ka saboot diya unhon ne. to un ko maqsad mila, un ko thehrav mila, un ko jama mila.</w:t>
      </w:r>
      <w:r>
        <w:br/>
      </w:r>
      <w:r>
        <w:rPr>
          <w:sz w:val="20"/>
        </w:rPr>
        <w:t>37:05  woh kya nafe bakhshi? rohaniyat, aman, piyar o mohabbat, mil jul kar rehna, larai se nafrat, yeh sab cheezen diya unhon ne.</w:t>
      </w:r>
      <w:r>
        <w:br/>
      </w:r>
      <w:r>
        <w:rPr>
          <w:sz w:val="20"/>
        </w:rPr>
        <w:t>37:16  rawadari, tolerance.</w:t>
      </w:r>
      <w:r>
        <w:br/>
      </w:r>
      <w:r>
        <w:rPr>
          <w:sz w:val="20"/>
        </w:rPr>
        <w:t>37:23  jawahar lal nar ne likha hai ke musalman jo india mein aaye, woh brel brelian culture le kar aaye. brelian culture yeh cheez hai.</w:t>
      </w:r>
      <w:r>
        <w:br/>
      </w:r>
      <w:r>
        <w:rPr>
          <w:sz w:val="20"/>
        </w:rPr>
        <w:t>37:34  master trasam ki kitab hai "influence of islam on indian culture". aisi bohat sari kitaben likhi gayi hain. to in logon ne diya, dene wale ban kar aaye.</w:t>
      </w:r>
      <w:r>
        <w:br/>
      </w:r>
      <w:r>
        <w:rPr>
          <w:sz w:val="20"/>
        </w:rPr>
        <w:t>37:48  to dene wale ka hamesha ehtram hota hai, lene wale ka ehtram nahi hota. yani ek hota hai giver, ek hota hai taker.</w:t>
      </w:r>
      <w:r>
        <w:br/>
      </w:r>
      <w:r>
        <w:rPr>
          <w:sz w:val="20"/>
        </w:rPr>
        <w:t>37:58  to taker ka ehtram nahi hota hai, giver ka ehtram hota hai. soofi logon ko kuch lena dena nahi tha, un ko hukumat nahi chahiye, un ko zameen nahi chahiye, kuch bhi nahi chahiye.</w:t>
      </w:r>
      <w:r>
        <w:br/>
      </w:r>
      <w:r>
        <w:rPr>
          <w:sz w:val="20"/>
        </w:rPr>
        <w:t>38:13  ek soofi ka sher hai ke "ma kis se sikandar o dara nakhwad aain, azma bajood hikayat mehr o wafa o purs".</w:t>
      </w:r>
      <w:r>
        <w:br/>
      </w:r>
      <w:r>
        <w:rPr>
          <w:sz w:val="20"/>
        </w:rPr>
        <w:t>38:26  "ma kis se sikandar o dara nakhwad aain, azma bajood hikayat mehr o wafa o purs". yani hum ne sikandar badshah aur dara badshah kisay nahi sune, hum un se humein dilchaspi nahi hai.</w:t>
      </w:r>
      <w:r>
        <w:br/>
      </w:r>
      <w:r>
        <w:rPr>
          <w:sz w:val="20"/>
        </w:rPr>
        <w:t>38:41  hum to mohabbat aur piyar ki kahani jante hain.</w:t>
      </w:r>
      <w:r>
        <w:br/>
      </w:r>
      <w:r>
        <w:rPr>
          <w:sz w:val="20"/>
        </w:rPr>
        <w:t>38:48  matlab humein koi lena nahi hai, humein koi power nahi chahiye, humein koi zameen nahi chahiye, humein koi paisa nahi chahiye, humein kuch nahi chahiye, sona chandi nahi chahiye. hum to mohabbat bantna hamara kaam hai.</w:t>
      </w:r>
    </w:p>
    <w:p>
      <w:pPr>
        <w:pStyle w:val="Heading2"/>
      </w:pPr>
      <w:r>
        <w:t>Why men kept women from religious knowledge</w:t>
      </w:r>
    </w:p>
    <w:p>
      <w:r>
        <w:rPr>
          <w:color w:val="666666"/>
          <w:sz w:val="18"/>
        </w:rPr>
        <w:t>The Qualities Of God-Fearing Women CPS Women Discussion July 23, 2023 · 2m 39s · at 33:16 · https://youtu.be/YfKcwP5Flp8?t=1996</w:t>
      </w:r>
    </w:p>
    <w:p>
      <w:r>
        <w:rPr>
          <w:i/>
        </w:rPr>
        <w:t>“Mardon ne auraton ke zehan mein tafreeh ka zariya bana diya”</w:t>
      </w:r>
    </w:p>
    <w:p>
      <w:r>
        <w:rPr>
          <w:sz w:val="20"/>
        </w:rPr>
        <w:t>33:16  to kya wajah ho sakti hai ke kyun nahi samajh mein aata aur kyun aurtein aaj is tarah se materialistic life jee rahi hain, bachchon ke liye jee rahi hain? iska koi wajah ho aap bata sakti hoon? ji doctor sfeena hum logon ko yahi pata hai ke ilm nahi mila.</w:t>
      </w:r>
      <w:r>
        <w:br/>
      </w:r>
      <w:r>
        <w:rPr>
          <w:sz w:val="20"/>
        </w:rPr>
        <w:t>33:35  jaise ke molana sahab ne kaha ke mardon ne auraton ke zehan mein jo hai yeh jo ek zehan bana diya unko tafree ki taraf le gaye. unhon ne apne liye usko tafree ka zariya samajh liya. yahin se shuruaat hi mere khayal hui hogi jab mardon ne hi nahi apni ilm ilm ko samjha to unhon ne kya diya?</w:t>
      </w:r>
      <w:r>
        <w:br/>
      </w:r>
      <w:r>
        <w:rPr>
          <w:sz w:val="20"/>
        </w:rPr>
        <w:t>33:57  mardon ki bohat bari zimmedari thi ke woh ilm seekhte aur ab jaise ke manana sahab ne apni kitabon mein sab bataya ke mard ko intellectual partner kya hota hai? to agar dono mein se ek bhi sahi hota to dono ek doosre ko sahi kar kar sakte the. lekin aaj dono ekdam gadbad hai na. to ilm hi nahi hai. sari baat yahi hai. humein ilm bohat zyada seekhna hai aur doosron ko batana hai.</w:t>
      </w:r>
      <w:r>
        <w:br/>
      </w:r>
      <w:r>
        <w:rPr>
          <w:sz w:val="20"/>
        </w:rPr>
        <w:t>34:22  mujhe yahi samajh mein aata hai ki jab aadmi Khuda ka darr jab hi hota hai jab ilm seekhta hai.</w:t>
      </w:r>
      <w:r>
        <w:br/>
      </w:r>
      <w:r>
        <w:rPr>
          <w:sz w:val="20"/>
        </w:rPr>
        <w:t>34:34  itna hi hota hai is se aage kuch nahi hota hai.</w:t>
      </w:r>
      <w:r>
        <w:br/>
      </w:r>
      <w:r>
        <w:rPr>
          <w:sz w:val="20"/>
        </w:rPr>
        <w:t>34:46  ek word jaise Maulana sahib keh rahe the ki agar uski ek verse bhi agar ek insaan ke</w:t>
      </w:r>
      <w:r>
        <w:br/>
      </w:r>
      <w:r>
        <w:rPr>
          <w:sz w:val="20"/>
        </w:rPr>
        <w:t>34:58  andar chali jaye, waqai uski khurak ban jaye to insaan ki zindagi badal jayegi.</w:t>
      </w:r>
      <w:r>
        <w:br/>
      </w:r>
      <w:r>
        <w:rPr>
          <w:sz w:val="20"/>
        </w:rPr>
        <w:t>35:10  bas yahi meri samajh mein aata hai aap aur behtar se bata sakti hain.</w:t>
      </w:r>
      <w:r>
        <w:br/>
      </w:r>
      <w:r>
        <w:rPr>
          <w:sz w:val="20"/>
        </w:rPr>
        <w:t>35:22  isme mujhe sirf aap bataati kuch kehna chah rahi hoon.</w:t>
      </w:r>
      <w:r>
        <w:br/>
      </w:r>
      <w:r>
        <w:rPr>
          <w:sz w:val="20"/>
        </w:rPr>
        <w:t>35:34  haan, main yeh kehna cha rahi thi ke zyada tar log puran kaafi sirf padhte hain puran ko arabi mein. to jab woh samajhte hi nahi hain ek waqt aisa tha ke hum bhi jab college wagera mein the to hum ne agar namaz li, duaen padh li to hum sochte the ab hum ne apna yeh kaam to kar liya ab chalo kaam.</w:t>
      </w:r>
      <w:r>
        <w:br/>
      </w:r>
      <w:r>
        <w:rPr>
          <w:sz w:val="20"/>
        </w:rPr>
        <w:t>35:55  mohalana ne aakar yeh bataya ke religion jo matlab quran ko samajhkar understand karke humein har cheez mein woh karna hai. to zyada tar logon ko uske matlab hi nahi pata hai, samajh hi nahi bani hui hai to phir woh kya karenge?</w:t>
      </w:r>
    </w:p>
    <w:p>
      <w:pPr>
        <w:pStyle w:val="Heading2"/>
      </w:pPr>
      <w:r>
        <w:t>Prophet debunks eclipse superstition after son's death</w:t>
      </w:r>
    </w:p>
    <w:p>
      <w:r>
        <w:rPr>
          <w:color w:val="666666"/>
          <w:sz w:val="18"/>
        </w:rPr>
        <w:t>The Position of Woman in Islam March 6, 2022 Maulana Wahiduddin Khan · 2m 13s · at 11:54 · https://youtu.be/xEPOBSMmqk4?t=714</w:t>
      </w:r>
    </w:p>
    <w:p>
      <w:r>
        <w:rPr>
          <w:i/>
        </w:rPr>
        <w:t>“When the Prophet's infant son died, the sun eclipsed that same day”</w:t>
      </w:r>
    </w:p>
    <w:p>
      <w:r>
        <w:rPr>
          <w:sz w:val="20"/>
        </w:rPr>
        <w:t>11:54  to isi wajah se Islam mein ekdam shuru se hi hum dekhte hain ki tamam na sirf aurat ke bare mein balki jo doosre jo hote hain jo explanations based on super strain wo sab Islam ne khatam kiya. sabse pehla jo waqya bada waqya hua wo girhan ke bare mein solar eclipse aur lunar eclipse.</w:t>
      </w:r>
      <w:r>
        <w:br/>
      </w:r>
      <w:r>
        <w:rPr>
          <w:sz w:val="20"/>
        </w:rPr>
        <w:t>12:19  to jab Rasool Allah sallallahu alaihi wasallam ke bete Ibrahim infancy mein unka intiqal ho gaya to ittefaq aisa tha ki suraj giran pada. to tamam log jaisa ki pehle se chala a raha tha to tamam log kehne lage ki yeh prophet ke bete ki death ki wajah se yeh giran pada hai. to jab Rasool Allah sallallahu alaihi wasallam ne ijri mein hua tha.</w:t>
      </w:r>
      <w:r>
        <w:br/>
      </w:r>
      <w:r>
        <w:rPr>
          <w:sz w:val="20"/>
        </w:rPr>
        <w:t>12:46  to jab Rasool Allah sallallahu alaihi wasallam ko maloom hua to aap jo hai foran masjid mein aaye. jab koi bada masla hota hai to aap foreign masjid mein aate. wahan logon ko jama karte hain aur un logon ko address karte hain.</w:t>
      </w:r>
      <w:r>
        <w:br/>
      </w:r>
      <w:r>
        <w:rPr>
          <w:sz w:val="20"/>
        </w:rPr>
        <w:t>12:59  to aap foreign masjid mein aaye aur aapne bataya ke yeh kisi ki maut se iska koi talluq</w:t>
      </w:r>
      <w:r>
        <w:br/>
      </w:r>
      <w:r>
        <w:rPr>
          <w:sz w:val="20"/>
        </w:rPr>
        <w:t>13:05  nahin hai balke yeh Allah ki nishaniyan hai aur jab aisa ho to tum log Allah ko yaad</w:t>
      </w:r>
      <w:r>
        <w:br/>
      </w:r>
      <w:r>
        <w:rPr>
          <w:sz w:val="20"/>
        </w:rPr>
        <w:t>13:11  karo aur aapne bhi daur kar namaz padhi aur yeh sab inse yeh sab Allah taala ki glory</w:t>
      </w:r>
      <w:r>
        <w:br/>
      </w:r>
      <w:r>
        <w:rPr>
          <w:sz w:val="20"/>
        </w:rPr>
        <w:t>13:18  aur majesty ko batate hain ki kis tarike se Allah in tamam celestial bodies ko control karta hai</w:t>
      </w:r>
      <w:r>
        <w:br/>
      </w:r>
      <w:r>
        <w:rPr>
          <w:sz w:val="20"/>
        </w:rPr>
        <w:t>13:24  raha hai, to woh us waqt poora aapne unko bataya, to woh mamla khatam hua ke kisi ke</w:t>
      </w:r>
      <w:r>
        <w:br/>
      </w:r>
      <w:r>
        <w:rPr>
          <w:sz w:val="20"/>
        </w:rPr>
        <w:t>13:30  marne jeene se uska koi talluq hai.</w:t>
      </w:r>
      <w:r>
        <w:br/>
      </w:r>
      <w:r>
        <w:rPr>
          <w:sz w:val="20"/>
        </w:rPr>
        <w:t>13:37  isi tarike se jo hawa ki kahani hai to wo kahani puri detail se Quran mein aayi hai aur usmein jo Arabic mein dual form aata hai ki dono ne kiya, dono ne kiya.</w:t>
      </w:r>
      <w:r>
        <w:br/>
      </w:r>
      <w:r>
        <w:rPr>
          <w:sz w:val="20"/>
        </w:rPr>
        <w:t>14:07  to jo auraton ka jo darja gira hua tha uski wajah se usko inheritance mein hissa nahi diya jata tha. kehte the ki wo zaiful akhal hoti hai mein iske akhal mein kami hoti hai to wo isko manage nahi kar payegi. to Islam ne pehli baar tareekh mein aurat ko inheritance mein darja diya aur pura uski detail Quran mein aayi hai.</w:t>
      </w:r>
    </w:p>
    <w:p>
      <w:pPr>
        <w:pStyle w:val="Heading2"/>
      </w:pPr>
      <w:r>
        <w:t>Prophet's sunnah of reassessment: from war to peace planning</w:t>
      </w:r>
    </w:p>
    <w:p>
      <w:r>
        <w:rPr>
          <w:color w:val="666666"/>
          <w:sz w:val="18"/>
        </w:rPr>
        <w:t>The Issues of Islam in the Present World November 11, 2012 · 1m 42s · at 1:49 · https://youtu.be/COoaUbCCi1c?t=109</w:t>
      </w:r>
    </w:p>
    <w:p>
      <w:r>
        <w:rPr>
          <w:i/>
        </w:rPr>
        <w:t>“One sunnah of the prophets is reassessment — rethinking everything”</w:t>
      </w:r>
    </w:p>
    <w:p>
      <w:r>
        <w:rPr>
          <w:sz w:val="20"/>
        </w:rPr>
        <w:t>1:49  dekhiye, Islam ki jo taleemat hain ya peghambaron ki jo taleemat hain, un mein se ek sunnat hai jis ko aaj kal ki zuban mein kahunga re assessment.</w:t>
      </w:r>
      <w:r>
        <w:br/>
      </w:r>
      <w:r>
        <w:rPr>
          <w:sz w:val="20"/>
        </w:rPr>
        <w:t>2:06  dobara ghore karna. re assessment. ke ek step liya aap ne, ek dhang par aap ne planning ki,</w:t>
      </w:r>
      <w:r>
        <w:br/>
      </w:r>
      <w:r>
        <w:rPr>
          <w:sz w:val="20"/>
        </w:rPr>
        <w:t>2:19  lekin woh planning,</w:t>
      </w:r>
      <w:r>
        <w:br/>
      </w:r>
      <w:r>
        <w:rPr>
          <w:sz w:val="20"/>
        </w:rPr>
        <w:t>2:25  woh jo jo result chahte the aap, woh nahi nikla.</w:t>
      </w:r>
      <w:r>
        <w:br/>
      </w:r>
      <w:r>
        <w:rPr>
          <w:sz w:val="20"/>
        </w:rPr>
        <w:t>2:31  then you have to revise the whole thing. you have to re assess the whole matter. yeh bhi Islam ki ek sunnat hai.</w:t>
      </w:r>
      <w:r>
        <w:br/>
      </w:r>
      <w:r>
        <w:rPr>
          <w:sz w:val="20"/>
        </w:rPr>
        <w:t>2:43  is ka aik saboot yeh hai ke rasool Allah sal Allah alih wasallam ke zamanay mein dekhiye, badr ka ghazwa hua, hunain ka ghazwa hua,</w:t>
      </w:r>
      <w:r>
        <w:br/>
      </w:r>
      <w:r>
        <w:rPr>
          <w:sz w:val="20"/>
        </w:rPr>
        <w:t>2:57  uhud ka ghazwa hua, aur chotay chotay ghazwaat hue. lekin masla hal nahi hota tha.</w:t>
      </w:r>
      <w:r>
        <w:br/>
      </w:r>
      <w:r>
        <w:rPr>
          <w:sz w:val="20"/>
        </w:rPr>
        <w:t>3:08  shirk ka dabdaba khatam nahi hota tha.</w:t>
      </w:r>
      <w:r>
        <w:br/>
      </w:r>
      <w:r>
        <w:rPr>
          <w:sz w:val="20"/>
        </w:rPr>
        <w:t>3:12  to aap ne re assess kiya, revise kiya, aur aap ne re planning ki. yani</w:t>
      </w:r>
      <w:r>
        <w:br/>
      </w:r>
      <w:r>
        <w:rPr>
          <w:sz w:val="20"/>
        </w:rPr>
        <w:t>3:24  war ke bajaye peace par mabni planning. woh thi hudaybiyah.</w:t>
      </w:r>
    </w:p>
    <w:p>
      <w:pPr>
        <w:pStyle w:val="Heading2"/>
      </w:pPr>
      <w:r>
        <w:t>Why blind, lame, sick were exempted from war duty</w:t>
      </w:r>
    </w:p>
    <w:p>
      <w:r>
        <w:rPr>
          <w:color w:val="666666"/>
          <w:sz w:val="18"/>
        </w:rPr>
        <w:t>Social Responsibility April 23, 2014 Maulana Wahiduddin Khan · 1m 27s · at 1:19 · https://youtu.be/Rjwky9MWSDM?t=79</w:t>
      </w:r>
    </w:p>
    <w:p>
      <w:r>
        <w:rPr>
          <w:i/>
        </w:rPr>
        <w:t>“Teen aise aadmiyon ka zikr hai jinko jang se mustasna rakha gaya”</w:t>
      </w:r>
    </w:p>
    <w:p>
      <w:r>
        <w:rPr>
          <w:sz w:val="20"/>
        </w:rPr>
        <w:t>1:19  teen aise aadmiyon ka zikr hai jin ko jang mein shirkat se mustasna, yani exempt, rakha gaya hai: andha aadmi,</w:t>
      </w:r>
      <w:r>
        <w:br/>
      </w:r>
      <w:r>
        <w:rPr>
          <w:sz w:val="20"/>
        </w:rPr>
        <w:t>1:33  langra aadmi, aur mareez.</w:t>
      </w:r>
      <w:r>
        <w:br/>
      </w:r>
      <w:r>
        <w:rPr>
          <w:sz w:val="20"/>
        </w:rPr>
        <w:t>1:38  to dekhiye, yeh ayat is zamane ki hai, yaani seventh century ke first quarter ki. Is zamane mein regular aadmi ka tasawwur nahi hota tha.</w:t>
      </w:r>
      <w:r>
        <w:br/>
      </w:r>
      <w:r>
        <w:rPr>
          <w:sz w:val="20"/>
        </w:rPr>
        <w:t>1:53  Is zamane mein yeh hota tha ke jab koi attack ho, koi jang ki soorat pesh aaye, to elaan kiya jata tha, aur elaan ke baad log apna naam pesh karte thay.</w:t>
      </w:r>
      <w:r>
        <w:br/>
      </w:r>
      <w:r>
        <w:rPr>
          <w:sz w:val="20"/>
        </w:rPr>
        <w:t>2:08  Is tarah se fauj banti thi aur woh aage badhti thi. Ab yeh ab yeh tareeqa khatm ho chuka hai.</w:t>
      </w:r>
      <w:r>
        <w:br/>
      </w:r>
      <w:r>
        <w:rPr>
          <w:sz w:val="20"/>
        </w:rPr>
        <w:t>2:18  Ab regular army ka zamana hai, yaani jo state hoti hai, woh baqayda</w:t>
      </w:r>
      <w:r>
        <w:br/>
      </w:r>
      <w:r>
        <w:rPr>
          <w:sz w:val="20"/>
        </w:rPr>
        <w:t>2:27  bharti karti hai, recruit karti hai, training karti hai, aur regular tor par in ko rakha jata hai.</w:t>
      </w:r>
      <w:r>
        <w:br/>
      </w:r>
      <w:r>
        <w:rPr>
          <w:sz w:val="20"/>
        </w:rPr>
        <w:t>2:35  In ka sara kharch, in ka sara intizam karti hai. To yeh regular army se pehle zamane ki baat hai.</w:t>
      </w:r>
    </w:p>
    <w:p>
      <w:pPr>
        <w:pStyle w:val="Heading2"/>
      </w:pPr>
      <w:r>
        <w:t>From speculation to exact sciences</w:t>
      </w:r>
    </w:p>
    <w:p>
      <w:r>
        <w:rPr>
          <w:color w:val="666666"/>
          <w:sz w:val="18"/>
        </w:rPr>
        <w:t>Religion in the Age of Science July 29, 2007 · 1m 01s · at 1:06 · https://youtu.be/Gk-ZkZs0UvA?t=66</w:t>
      </w:r>
    </w:p>
    <w:p>
      <w:r>
        <w:rPr>
          <w:i/>
        </w:rPr>
        <w:t>“Ek baat ka zikar bahut kam hota hai”</w:t>
      </w:r>
    </w:p>
    <w:p>
      <w:r>
        <w:rPr>
          <w:sz w:val="20"/>
        </w:rPr>
        <w:t>1:06  ek baat ka zikr bahut kam hota hai, haalanki wahi sab se important hai. woh yeh hai ki is se pehle, yaani pre-scientific age mein kya tha, sab kuch speculation par base karta tha.</w:t>
      </w:r>
      <w:r>
        <w:br/>
      </w:r>
      <w:r>
        <w:rPr>
          <w:sz w:val="20"/>
        </w:rPr>
        <w:t>1:29  log speculation ko le kar rai banaya karte the. science ke zamane mein yeh hua ki ek solid ground mil gayi aadmi ko rai banane ke liye.</w:t>
      </w:r>
      <w:r>
        <w:br/>
      </w:r>
      <w:r>
        <w:rPr>
          <w:sz w:val="20"/>
        </w:rPr>
        <w:t>1:44  woh hai exact sciences. to saare hi jo insaan ke thoughts the, is mein ek revision ki movement chal padi.</w:t>
      </w:r>
      <w:r>
        <w:br/>
      </w:r>
      <w:r>
        <w:rPr>
          <w:sz w:val="20"/>
        </w:rPr>
        <w:t>1:59  saare jo insaan ke thoughts the, pehle wale, un ko revise kiya gaya har field mein.</w:t>
      </w:r>
    </w:p>
    <w:p>
      <w:pPr>
        <w:pStyle w:val="Heading2"/>
      </w:pPr>
      <w:r>
        <w:t>Two centuries of failed jihad</w:t>
      </w:r>
    </w:p>
    <w:p>
      <w:r>
        <w:rPr>
          <w:color w:val="666666"/>
          <w:sz w:val="18"/>
        </w:rPr>
        <w:t>Ikhwan-e-Rasool March 24, 2012 Maulana Wahiduddin Khan · 2m 34s · at 10:47 · https://youtu.be/tu2SSg6Ykmg?t=647</w:t>
      </w:r>
    </w:p>
    <w:p>
      <w:r>
        <w:rPr>
          <w:i/>
        </w:rPr>
        <w:t>“Do so saala qurbaniyon ke baawajood koi gain nahi”</w:t>
      </w:r>
    </w:p>
    <w:p>
      <w:r>
        <w:rPr>
          <w:sz w:val="20"/>
        </w:rPr>
        <w:t>10:47  to yeh saada baat nahi hai ke do sau saala qurbaniyon ke bawajood one percent bhi koi positive gain nahin.</w:t>
      </w:r>
      <w:r>
        <w:br/>
      </w:r>
      <w:r>
        <w:rPr>
          <w:sz w:val="20"/>
        </w:rPr>
        <w:t>11:00  jabke Quran mein bohat hi wazeh taur par kaha: "naqalan alaina nasr al momineen". yaani Allah ke zimmay hai ke ahl-e-iman ki madad kare woh.</w:t>
      </w:r>
      <w:r>
        <w:br/>
      </w:r>
      <w:r>
        <w:rPr>
          <w:sz w:val="20"/>
        </w:rPr>
        <w:t>11:13  kaisi ajeeb baat hai.</w:t>
      </w:r>
      <w:r>
        <w:br/>
      </w:r>
      <w:r>
        <w:rPr>
          <w:sz w:val="20"/>
        </w:rPr>
        <w:t>11:18  bohat si aayatein is tarah ki hain, ek do nahin. ke ahl-e-iman ka muqabla agar un ke hareefoun se hoga to lazman Allah ki madad ahl-e-iman ko pohnchegi.</w:t>
      </w:r>
      <w:r>
        <w:br/>
      </w:r>
      <w:r>
        <w:rPr>
          <w:sz w:val="20"/>
        </w:rPr>
        <w:t>11:32  ab dekhiye, yeh ek bohat bara sawal hai ke do sau saala jang, kai naslein beet gayin, maal ki qurbani, jaan ki qurbani, property ki qurbani, hatta ke izzat ki qurbani.</w:t>
      </w:r>
      <w:r>
        <w:br/>
      </w:r>
      <w:r>
        <w:rPr>
          <w:sz w:val="20"/>
        </w:rPr>
        <w:t>11:49  aur koi result nahin.</w:t>
      </w:r>
      <w:r>
        <w:br/>
      </w:r>
      <w:r>
        <w:rPr>
          <w:sz w:val="20"/>
        </w:rPr>
        <w:t>11:54  yeh saada baat nahin hai, yeh bohat bari baat hai.</w:t>
      </w:r>
      <w:r>
        <w:br/>
      </w:r>
      <w:r>
        <w:rPr>
          <w:sz w:val="20"/>
        </w:rPr>
        <w:t>11:57  is ke maani kya hain? ke Allah taala khamosh zabaan mein aap ko yeh message de rahe hain ke tum galat jagah qurbani de rahe ho, doosri jagah qurbani do, maat badlo apna.</w:t>
      </w:r>
      <w:r>
        <w:br/>
      </w:r>
      <w:r>
        <w:rPr>
          <w:sz w:val="20"/>
        </w:rPr>
        <w:t>12:09  maat badlo. yeh saada baat nahin hai. yeh hamari nakami, qurbaniyon ke bawajood be natija ho jana.</w:t>
      </w:r>
      <w:r>
        <w:br/>
      </w:r>
      <w:r>
        <w:rPr>
          <w:sz w:val="20"/>
        </w:rPr>
        <w:t>12:22  jabke Quran mein saaf saaf wada hai ke ahl-e-iman ki madad zaroor karta hai Allah taala. to yeh ishara hai ke aye musalmanoun!</w:t>
      </w:r>
      <w:r>
        <w:br/>
      </w:r>
      <w:r>
        <w:rPr>
          <w:sz w:val="20"/>
        </w:rPr>
        <w:t>12:33  tum galat jagah,</w:t>
      </w:r>
      <w:r>
        <w:br/>
      </w:r>
      <w:r>
        <w:rPr>
          <w:sz w:val="20"/>
        </w:rPr>
        <w:t>12:37  galat jagah jihad kar rahe ho. wahan hamari madad aaye gi nahin tumhare liye. is ki misaal aisi hai jaise koi kisaan pathar par kheti kare.</w:t>
      </w:r>
      <w:r>
        <w:br/>
      </w:r>
      <w:r>
        <w:rPr>
          <w:sz w:val="20"/>
        </w:rPr>
        <w:t>12:49  aur do sau saal tak kheti karta rahe, wahan kuch na ugay.</w:t>
      </w:r>
      <w:r>
        <w:br/>
      </w:r>
      <w:r>
        <w:rPr>
          <w:sz w:val="20"/>
        </w:rPr>
        <w:t>12:53  to kya is ka matlab kya hoga? yeh nizaam-e-fitrat is ko khamosh zabaan mein yeh message de raha hoga ke aye kisaan!</w:t>
      </w:r>
      <w:r>
        <w:br/>
      </w:r>
      <w:r>
        <w:rPr>
          <w:sz w:val="20"/>
        </w:rPr>
        <w:t>13:03  tu galat jagah koshish kar raha hai, wahan ugay ga, yahan nahin ugne wala hai.</w:t>
      </w:r>
      <w:r>
        <w:br/>
      </w:r>
      <w:r>
        <w:rPr>
          <w:sz w:val="20"/>
        </w:rPr>
        <w:t>13:12  to hum ko bohat hi sanjeedgi se reconsider karna hai, reassess karna hai, phir se sochna hai.</w:t>
      </w:r>
    </w:p>
    <w:p>
      <w:pPr>
        <w:pStyle w:val="Heading2"/>
      </w:pPr>
      <w:r>
        <w:t>Hadith: fortress walls fall to la ilaha illallah</w:t>
      </w:r>
    </w:p>
    <w:p>
      <w:r>
        <w:rPr>
          <w:color w:val="666666"/>
          <w:sz w:val="18"/>
        </w:rPr>
        <w:t>Intellectual Poverty of Modern World December 17, 2006 · 2m 17s · at 1:00:13 · https://youtu.be/GdhR0DoI1Ys?t=3613</w:t>
      </w:r>
    </w:p>
    <w:p>
      <w:r>
        <w:rPr>
          <w:i/>
        </w:rPr>
        <w:t>“ایک زمانہ آئے گا جب تم نہ تلوار چلاؤ گے۔”</w:t>
      </w:r>
    </w:p>
    <w:p>
      <w:r>
        <w:rPr>
          <w:sz w:val="20"/>
        </w:rPr>
        <w:t>1:00:13  daleel kafi hai. aur yeh baat hadith mein maujood thi pehle se. aap sahih Muslim mein ek riwayat hai ke rasool Allah sallallahu alaihi wasallam ne farmaya.</w:t>
      </w:r>
      <w:r>
        <w:br/>
      </w:r>
      <w:r>
        <w:rPr>
          <w:sz w:val="20"/>
        </w:rPr>
        <w:t>1:00:23  bahut ajeeb baat hai yeh. lekin is hadith ko bhi koi samajh nahi saka. sahih Muslim mein riwayat hai ke ek zamana aayega jab</w:t>
      </w:r>
      <w:r>
        <w:br/>
      </w:r>
      <w:r>
        <w:rPr>
          <w:sz w:val="20"/>
        </w:rPr>
        <w:t>1:00:37  ek zamana aayega ke jab tum na talwar chalaoge na ladai karoge.</w:t>
      </w:r>
      <w:r>
        <w:br/>
      </w:r>
      <w:r>
        <w:rPr>
          <w:sz w:val="20"/>
        </w:rPr>
        <w:t>1:00:43  sirf la ilaha illallah kahoge aur qale ki deewarein gir jayengi. qale ki deewarein gir jayengi.</w:t>
      </w:r>
      <w:r>
        <w:br/>
      </w:r>
      <w:r>
        <w:rPr>
          <w:sz w:val="20"/>
        </w:rPr>
        <w:t>1:00:54  yeh hadith maujood hai sahih Muslim mein ke ek zamana aayega jab tum na ladai karoge na talwar chalaoge lekin la la ilaha illallah kahoge aur qale ki deewarein gir jayengi.</w:t>
      </w:r>
      <w:r>
        <w:br/>
      </w:r>
      <w:r>
        <w:rPr>
          <w:sz w:val="20"/>
        </w:rPr>
        <w:t>1:01:08  to log chunke adabi tor par lete rahe is ko samjhe nahi is ko</w:t>
      </w:r>
      <w:r>
        <w:br/>
      </w:r>
      <w:r>
        <w:rPr>
          <w:sz w:val="20"/>
        </w:rPr>
        <w:t>1:01:11  samajhte hain ke bas narah lagayen ge la ilaha illallah aur aur wahan jo hai woh jo hai qale ki deewarain gir jayen gi.</w:t>
      </w:r>
      <w:r>
        <w:br/>
      </w:r>
      <w:r>
        <w:rPr>
          <w:sz w:val="20"/>
        </w:rPr>
        <w:t>1:01:21  yeh matlab nahi hai ke narah lagane ki baat nahi hai yeh. la ilaha illallah ka matlab hai ideology. yani khud ideology itni taqatwar ho jaye gi wahi kafi ho jaye gi jeet ke liye.</w:t>
      </w:r>
      <w:r>
        <w:br/>
      </w:r>
      <w:r>
        <w:rPr>
          <w:sz w:val="20"/>
        </w:rPr>
        <w:t>1:01:31  yeh matlab hai is ka.</w:t>
      </w:r>
      <w:r>
        <w:br/>
      </w:r>
      <w:r>
        <w:rPr>
          <w:sz w:val="20"/>
        </w:rPr>
        <w:t>1:01:36  yani is zamane mein jab ke rasool Allah sal Allah alaihi wasallam aaye talwar ka zamana tha.</w:t>
      </w:r>
      <w:r>
        <w:br/>
      </w:r>
      <w:r>
        <w:rPr>
          <w:sz w:val="20"/>
        </w:rPr>
        <w:t>1:01:41  talwar jo hai woh faisla kun banti thi. talwar ke sath koi aur taqat nahi thi is zamane mein. to aap ne farmaya ke ek zamana aye ga main samajhta hoon ke woh scientific zamane ke bare mein aap bata rahe the ke jab khud ilm itna zabardast taraqqi kar jaye ga aur Islam ke haq mein itni itna zyada wajah ikatha ho jaye gi jis ko hum daleel kehte hain.</w:t>
      </w:r>
      <w:r>
        <w:br/>
      </w:r>
      <w:r>
        <w:rPr>
          <w:sz w:val="20"/>
        </w:rPr>
        <w:t>1:02:09  is ki ideology itni ilmi aitbar se itni taqatwar ho jaye gi ke talwar ki jagah ke talwar ko istemal karne ki zarorat nahi hogi ideology ideology ki jo taqat hai wahi kafi ho jaye ga jeetne ke liye.</w:t>
      </w:r>
      <w:r>
        <w:br/>
      </w:r>
      <w:r>
        <w:rPr>
          <w:sz w:val="20"/>
        </w:rPr>
        <w:t>1:02:25  ideology ki taqat kafi ho jaye ga jeetne ke liye.</w:t>
      </w:r>
    </w:p>
    <w:p>
      <w:pPr>
        <w:pStyle w:val="Heading2"/>
      </w:pPr>
      <w:r>
        <w:t>Islam's definition of terrorism vs. defensive war</w:t>
      </w:r>
    </w:p>
    <w:p>
      <w:r>
        <w:rPr>
          <w:color w:val="666666"/>
          <w:sz w:val="18"/>
        </w:rPr>
        <w:t>Islma A Religion of Peace (English) January 7, 2010 · 2m 04s · at 23:38 · https://youtu.be/YKg_GJj8Hvg?t=1418</w:t>
      </w:r>
    </w:p>
    <w:p>
      <w:r>
        <w:rPr>
          <w:i/>
        </w:rPr>
        <w:t>“What is the definition of terrorism in Islam?”</w:t>
      </w:r>
    </w:p>
    <w:p>
      <w:r>
        <w:rPr>
          <w:sz w:val="20"/>
        </w:rPr>
        <w:t>23:38  now, i would like to say that what is the definition of terrorism in islam.</w:t>
      </w:r>
      <w:r>
        <w:br/>
      </w:r>
      <w:r>
        <w:rPr>
          <w:sz w:val="20"/>
        </w:rPr>
        <w:t>23:47  it is very clear</w:t>
      </w:r>
      <w:r>
        <w:br/>
      </w:r>
      <w:r>
        <w:rPr>
          <w:sz w:val="20"/>
        </w:rPr>
        <w:t>23:49  according to my study. you know, i have studied islam from original sources, that are arabic sources. i can say that definition of terrorism in islam is use of arms by agencies other than state.</w:t>
      </w:r>
      <w:r>
        <w:br/>
      </w:r>
      <w:r>
        <w:rPr>
          <w:sz w:val="20"/>
        </w:rPr>
        <w:t>24:14  use of arms by agencies other than state. this is terrorism.</w:t>
      </w:r>
      <w:r>
        <w:br/>
      </w:r>
      <w:r>
        <w:rPr>
          <w:sz w:val="20"/>
        </w:rPr>
        <w:t>24:23  if if i state, i mean established state. if i established state, if i established state goes to war, then it is justified according to international norm.</w:t>
      </w:r>
      <w:r>
        <w:br/>
      </w:r>
      <w:r>
        <w:rPr>
          <w:sz w:val="20"/>
        </w:rPr>
        <w:t>24:43  but no ngos, no individual, no i is justified to go to war. completely un islam, un islamic.</w:t>
      </w:r>
      <w:r>
        <w:br/>
      </w:r>
      <w:r>
        <w:rPr>
          <w:sz w:val="20"/>
        </w:rPr>
        <w:t>24:54  then, there are conditions. conditions</w:t>
      </w:r>
      <w:r>
        <w:br/>
      </w:r>
      <w:r>
        <w:rPr>
          <w:sz w:val="20"/>
        </w:rPr>
        <w:t>25:02  only one kind of war is permitted in Islam. you know, you know, there are so many kinds of wars, like like guerrilla war, proxy war,</w:t>
      </w:r>
      <w:r>
        <w:br/>
      </w:r>
      <w:r>
        <w:rPr>
          <w:sz w:val="20"/>
        </w:rPr>
        <w:t>25:18  undeclared war, and so on.</w:t>
      </w:r>
      <w:r>
        <w:br/>
      </w:r>
      <w:r>
        <w:rPr>
          <w:sz w:val="20"/>
        </w:rPr>
        <w:t>25:22  but only one kind of war is permitted in Islam, that is defensive war. if there is clear aggression from outside, from any country,</w:t>
      </w:r>
      <w:r>
        <w:br/>
      </w:r>
      <w:r>
        <w:rPr>
          <w:sz w:val="20"/>
        </w:rPr>
        <w:t>25:37  then state has right to go to war.</w:t>
      </w:r>
    </w:p>
    <w:p>
      <w:pPr>
        <w:pStyle w:val="Heading2"/>
      </w:pPr>
      <w:r>
        <w:t>Why love of God matters more than fear in Islam</w:t>
      </w:r>
    </w:p>
    <w:p>
      <w:r>
        <w:rPr>
          <w:color w:val="666666"/>
          <w:sz w:val="18"/>
        </w:rPr>
        <w:t>A conversation with Maulana Wahiduddin Khan on Aaj Saware, Doordarshan · 1m 19s · at 8:04 · https://youtu.be/vQkHY1LZz9w?t=484</w:t>
      </w:r>
    </w:p>
    <w:p>
      <w:r>
        <w:rPr>
          <w:i/>
        </w:rPr>
        <w:t>“We're taught to fear God — why not love Him?”</w:t>
      </w:r>
    </w:p>
    <w:p>
      <w:r>
        <w:rPr>
          <w:sz w:val="20"/>
        </w:rPr>
        <w:t>8:04  hum bade hote hain, ah, sunte hain "bhagwan se daro, allah se daro, be scare of god, fear god." we never think, "why don't we love god?" bhagwan se pyar karo. to kaisi hamari conditioning hoti hai?</w:t>
      </w:r>
      <w:r>
        <w:br/>
      </w:r>
      <w:r>
        <w:rPr>
          <w:sz w:val="20"/>
        </w:rPr>
        <w:t>8:18  haan, isko bhi maine bahut padha, janne ki koshish ki. dekhiye, islam mein darr jo hai, wo secondary cheez hai. asli cheez to love hi hai. dekhiye, pehli verse jo quran majeed mein, pehli verse, "alhamdulillah rabbil aalameen"</w:t>
      </w:r>
      <w:r>
        <w:br/>
      </w:r>
      <w:r>
        <w:rPr>
          <w:sz w:val="20"/>
        </w:rPr>
        <w:t>8:34  ke, iska matlab hai ki, ah, "i am grateful to god." to grateful kis baat ke liye hoge aap? kuch mila tab to honge. yani pehli sentence jo quran majeed mein hai, wo ye hai ki insan khuda ke liye shukr kare, usko acknowledge kare, uske bare mein thankful ho. to kyu quran mein bar bar bataya gaya hai ki khuda ne tumko itni sari boundaries di</w:t>
      </w:r>
      <w:r>
        <w:br/>
      </w:r>
      <w:r>
        <w:rPr>
          <w:sz w:val="20"/>
        </w:rPr>
        <w:t>8:59  hain? ji. life support system, ye planet earth, ye suraj, ye chand, ye sab tumhare liye khuda ki boundaries hain. to shukr karo. aur, aur, yani darr jo hai, wo, wo secondary cheez hai. wo pehli baat, pehli cheez nahi hai islam mein. umm, to love khuda se, love insan se,</w:t>
      </w:r>
      <w:r>
        <w:br/>
      </w:r>
      <w:r>
        <w:rPr>
          <w:sz w:val="20"/>
        </w:rPr>
        <w:t>9:20  ye islam ki bahut hi primary ti</w:t>
      </w:r>
      <w:r>
        <w:br/>
      </w:r>
      <w:r>
        <w:rPr>
          <w:sz w:val="20"/>
        </w:rPr>
        <w:t>9:24  ching hai. maulana sahab, jab hum teaching ki baat karte hain, to chahe structured way of teaching hai of religion or spirituality, chahe non structured ho, kuch log bolte hain "hum, hamara bhagwan ya khuda mein vishwas nahi hai," we are atheists, kuch bhi ho. par kuch to niyam hain jinke, jinki buniyad pe hum log apna jeevan jeete hain ya apni values ya ideology base karte hain.</w:t>
      </w:r>
    </w:p>
    <w:p>
      <w:pPr>
        <w:pStyle w:val="Heading2"/>
      </w:pPr>
      <w:r>
        <w:t>American story freedom and boundaries</w:t>
      </w:r>
    </w:p>
    <w:p>
      <w:r>
        <w:rPr>
          <w:color w:val="666666"/>
          <w:sz w:val="18"/>
        </w:rPr>
        <w:t>RIS Talks Maulana Wahiduddin Khan In Pursuit of Peace The Roadmap to Harmonious Societies · 1m 33s · at 4:33 · https://youtu.be/lJPxioppf4o?t=273</w:t>
      </w:r>
    </w:p>
    <w:p>
      <w:r>
        <w:rPr>
          <w:i/>
        </w:rPr>
        <w:t>“I would like to narrate a story from American history.”</w:t>
      </w:r>
    </w:p>
    <w:p>
      <w:r>
        <w:rPr>
          <w:sz w:val="20"/>
        </w:rPr>
        <w:t>4:33  i would like to narrate a story from american history.</w:t>
      </w:r>
      <w:r>
        <w:br/>
      </w:r>
      <w:r>
        <w:rPr>
          <w:sz w:val="20"/>
        </w:rPr>
        <w:t>4:42  this story is very good illustration of the age of the present, of the spirit of the present age.</w:t>
      </w:r>
      <w:r>
        <w:br/>
      </w:r>
      <w:r>
        <w:rPr>
          <w:sz w:val="20"/>
        </w:rPr>
        <w:t>4:57  it is said that when america gained freedom, one american citizen was very much incited</w:t>
      </w:r>
      <w:r>
        <w:br/>
      </w:r>
      <w:r>
        <w:rPr>
          <w:sz w:val="20"/>
        </w:rPr>
        <w:t>5:13  . he went out of his home. he was walking in an unruly manner. during this walk, he hit the nose of a passer by.</w:t>
      </w:r>
      <w:r>
        <w:br/>
      </w:r>
      <w:r>
        <w:rPr>
          <w:sz w:val="20"/>
        </w:rPr>
        <w:t>5:30  the passer by became angry. he said, "why? what is this nonsense? why you hit my nose?"</w:t>
      </w:r>
      <w:r>
        <w:br/>
      </w:r>
      <w:r>
        <w:rPr>
          <w:sz w:val="20"/>
        </w:rPr>
        <w:t>5:42  the american said, "today i am free. i am celebrating my freedom." that person said, "yes, you are free.</w:t>
      </w:r>
      <w:r>
        <w:br/>
      </w:r>
      <w:r>
        <w:rPr>
          <w:sz w:val="20"/>
        </w:rPr>
        <w:t>5:57  but your freedom means where my nose begins."</w:t>
      </w:r>
    </w:p>
    <w:p>
      <w:pPr>
        <w:pStyle w:val="Heading2"/>
      </w:pPr>
      <w:r>
        <w:t>Women's contribution to education from Khadija to Aisha</w:t>
      </w:r>
    </w:p>
    <w:p>
      <w:r>
        <w:rPr>
          <w:color w:val="666666"/>
          <w:sz w:val="18"/>
        </w:rPr>
        <w:t>Importance of Education in Islam September 4, 2022 · 3m 28s · at 37:03 · https://youtu.be/eiVQm1mverA?t=2223</w:t>
      </w:r>
    </w:p>
    <w:p>
      <w:r>
        <w:rPr>
          <w:i/>
        </w:rPr>
        <w:t>“Women were free and taught children at home.”</w:t>
      </w:r>
    </w:p>
    <w:p>
      <w:r>
        <w:rPr>
          <w:sz w:val="20"/>
        </w:rPr>
        <w:t>37:03  women waise bhi arab mein women kafi azaad thin. ab bhajaad khadija ko dekhiye ki unhone khud marriage proposal bheja rasoolullah sarsalam ko. khud unhone baat ki aur khud business karti thi, aadat thi aur rasoolullah sarsalam ne kabhi un logo ko discourage nahi kiya. jo bhi kaam woh karna chahti thi, woh masjid mein aati thi. sherman sunti thi.</w:t>
      </w:r>
      <w:r>
        <w:br/>
      </w:r>
      <w:r>
        <w:rPr>
          <w:sz w:val="20"/>
        </w:rPr>
        <w:t>37:31  aur gharo mein baqayda bachcho ko padhati thi. to aapne kabhi bhi mana nahi kiya kisi kaam ke liye. to auraton ko bas yeh tha ki auraton ke liye bahar jaane ka kuch mahaul nahi tha. woh zamana aisa nahi tha ki auratein bahar jaakar kaam karein. to auraton ne gharo mein apna apna center bana liya tha. to gharo mein khas taur par primary education auratein deti thi bachcho ko.</w:t>
      </w:r>
      <w:r>
        <w:br/>
      </w:r>
      <w:r>
        <w:rPr>
          <w:sz w:val="20"/>
        </w:rPr>
        <w:t>37:58  kyunki jo bade daare hote the woh har jagah hote nahi the. to bachche primary education gharo mein hasil karke usmein quran hota tha. usmein ab jaise jin logo ko arabi nahi aati thi to woh log arabi padhte the. yashmal quran se shuru karte hain log aur is tarike se jo elementary books hoti thi woh padhte the. to woh iftedai taliye woh hasil kar lete the.</w:t>
      </w:r>
      <w:r>
        <w:br/>
      </w:r>
      <w:r>
        <w:rPr>
          <w:sz w:val="20"/>
        </w:rPr>
        <w:t>38:25  uske baad woh jaate the door padhne ke liye. kyunki woh zamane mein woh sari facilities to hoti nahi thi. to rasoolullah zaroom ne khas taur par hadrat ayesha ko iske liye train kiya tha. kyunki hadrat khaye, ayesha ki jo thi ek to bahut zyada intelligent thi aur unki memory bahut powerful memory thi. unki bahut hi akhaaz unka zehan tha. to woh sari cheezo ko samajhti thi gehrai se.</w:t>
      </w:r>
      <w:r>
        <w:br/>
      </w:r>
      <w:r>
        <w:rPr>
          <w:sz w:val="20"/>
        </w:rPr>
        <w:t>38:53  kitni cheezein aisi hain jo unhone spirit ko lekar ke samjha. yeh nahi ki sirf hadeeth yaad kar li. balki uski spirit bhi samajhti thi. ab misaal ke taur par log samajhte the ki musalman jo hai woh sirf jumme ke din nahate hain. to ab wahan par arab mein itna pani nahi hota tha. log door door se namaz padhne ke liye aate the maseed nabbe mein.</w:t>
      </w:r>
      <w:r>
        <w:br/>
      </w:r>
      <w:r>
        <w:rPr>
          <w:sz w:val="20"/>
        </w:rPr>
        <w:t>39:17  to rasoolullah sarsalam ne khas taur par taakidan kaha ki jab tum log aao door door se aate the. paseene mein sharab hor. to jab tum log aao to naha liya karo.</w:t>
      </w:r>
      <w:r>
        <w:br/>
      </w:r>
      <w:r>
        <w:rPr>
          <w:sz w:val="20"/>
        </w:rPr>
        <w:t>39:27  yeh matlab nahi tha ke roz aana nahi nahana hai balki to phir hadart Aisha ki wajah se tamam</w:t>
      </w:r>
      <w:r>
        <w:br/>
      </w:r>
      <w:r>
        <w:rPr>
          <w:sz w:val="20"/>
        </w:rPr>
        <w:t>39:38  auraton ko faida hua balki jo mard log bhi kitne aate the bahut sari unko jo baaten clear</w:t>
      </w:r>
      <w:r>
        <w:br/>
      </w:r>
      <w:r>
        <w:rPr>
          <w:sz w:val="20"/>
        </w:rPr>
        <w:t>39:50  nahi hoti thi to woh aap ke paas aate woh kehte hain ke aap ke paas unko ill milta tha.</w:t>
      </w:r>
      <w:r>
        <w:br/>
      </w:r>
      <w:r>
        <w:rPr>
          <w:sz w:val="20"/>
        </w:rPr>
        <w:t>40:02  to is tarike se ghar ghar mein auratein taalim deti thi bachcho ko. yahan tak ke abhi aaj tak chhoti jagahon par aaj bhi auratein gharo mein taalim de rahi hai. balki humne bhi ghar mein quran padha hai. ji. kyunki yeh hota hi tha. to ab jaake itne zyada mother se aur school ho gaye hain. pehle gharo mein hi taalim hua karti thi. to auraton ne aur bhi bade bade kaam kiye hain.</w:t>
      </w:r>
      <w:r>
        <w:br/>
      </w:r>
      <w:r>
        <w:rPr>
          <w:sz w:val="20"/>
        </w:rPr>
        <w:t>40:31  abhi jamia se ek nazmood shahar hai. unhone tafsir par PhD kiya hai. to unhone auraton ke contribution par hi poori PhD kiya hai. to woh bahut sare kaam auraton ne kiye hain. us par research karne ki zaroorat hai. to main sirf ek naam lungi ki morocco mein ek bahut mashhoor scholar the al fahri. to unki do behne thi fatma aur mariyam.</w:t>
      </w:r>
    </w:p>
    <w:p>
      <w:pPr>
        <w:pStyle w:val="Heading2"/>
      </w:pPr>
      <w:r>
        <w:t>Three aspects of Islam Iman Amal Dawah</w:t>
      </w:r>
    </w:p>
    <w:p>
      <w:r>
        <w:rPr>
          <w:color w:val="666666"/>
          <w:sz w:val="18"/>
        </w:rPr>
        <w:t>Jihad in Islam (English) June 12, 2007 Maulana Wahiduddin Khan · 2m 25s · at 35:53 · https://youtu.be/4_Qe6ZZ6c7o?t=2153</w:t>
      </w:r>
    </w:p>
    <w:p>
      <w:r>
        <w:rPr>
          <w:i/>
        </w:rPr>
        <w:t>“So according to Chapter Al-Athar, there are three aspects of Islam:”</w:t>
      </w:r>
    </w:p>
    <w:p>
      <w:r>
        <w:rPr>
          <w:sz w:val="20"/>
        </w:rPr>
        <w:t>35:53  So according to Chapter Al-Athar, there are three aspects of Islam: imaan, amal, and dawah.</w:t>
      </w:r>
      <w:r>
        <w:br/>
      </w:r>
      <w:r>
        <w:rPr>
          <w:sz w:val="20"/>
        </w:rPr>
        <w:t>36:11  imaan, amal, and dawah.</w:t>
      </w:r>
      <w:r>
        <w:br/>
      </w:r>
      <w:r>
        <w:rPr>
          <w:sz w:val="20"/>
        </w:rPr>
        <w:t>36:16  alladhīna āmanū wa ʿamilū ṣ-ṣāliḥāti wa tawāṣaw bil-ḥaqqi wa tawāṣaw bi-ṣ-ṣabri. So there are three aspects of Islam according to this chapter: imaan, amal, and dawah.</w:t>
      </w:r>
      <w:r>
        <w:br/>
      </w:r>
      <w:r>
        <w:rPr>
          <w:sz w:val="20"/>
        </w:rPr>
        <w:t>36:32  Now what is imaan?</w:t>
      </w:r>
      <w:r>
        <w:br/>
      </w:r>
      <w:r>
        <w:rPr>
          <w:sz w:val="20"/>
        </w:rPr>
        <w:t>36:36  I can say that imaan is not simply a faith or lip service. imaan is the ideological part of Islam.</w:t>
      </w:r>
      <w:r>
        <w:br/>
      </w:r>
      <w:r>
        <w:rPr>
          <w:sz w:val="20"/>
        </w:rPr>
        <w:t>36:51  imaan is the ideological part of Islam.</w:t>
      </w:r>
      <w:r>
        <w:br/>
      </w:r>
      <w:r>
        <w:rPr>
          <w:sz w:val="20"/>
        </w:rPr>
        <w:t>37:00  Then what is amal?</w:t>
      </w:r>
      <w:r>
        <w:br/>
      </w:r>
      <w:r>
        <w:rPr>
          <w:sz w:val="20"/>
        </w:rPr>
        <w:t>37:04  amal is not simply to perform some rituals, no. amal is the</w:t>
      </w:r>
      <w:r>
        <w:br/>
      </w:r>
      <w:r>
        <w:rPr>
          <w:sz w:val="20"/>
        </w:rPr>
        <w:t>37:14  practical part of Islam. Then what is dawah?</w:t>
      </w:r>
      <w:r>
        <w:br/>
      </w:r>
      <w:r>
        <w:rPr>
          <w:sz w:val="20"/>
        </w:rPr>
        <w:t>37:24  Dawah is</w:t>
      </w:r>
      <w:r>
        <w:br/>
      </w:r>
      <w:r>
        <w:rPr>
          <w:sz w:val="20"/>
        </w:rPr>
        <w:t>37:27  the missionary part of Islam. Islam is a mission.</w:t>
      </w:r>
      <w:r>
        <w:br/>
      </w:r>
      <w:r>
        <w:rPr>
          <w:sz w:val="20"/>
        </w:rPr>
        <w:t>37:35  So there are three aspects of Islam: imaan, amal, dawah. In other words,</w:t>
      </w:r>
      <w:r>
        <w:br/>
      </w:r>
      <w:r>
        <w:rPr>
          <w:sz w:val="20"/>
        </w:rPr>
        <w:t>37:44  the ideological part of Islam, and the practical part of Islam, and the missionary part of Islam.</w:t>
      </w:r>
      <w:r>
        <w:br/>
      </w:r>
      <w:r>
        <w:rPr>
          <w:sz w:val="20"/>
        </w:rPr>
        <w:t>37:56  These are three very important parts of the religion of Islam</w:t>
      </w:r>
      <w:r>
        <w:br/>
      </w:r>
      <w:r>
        <w:rPr>
          <w:sz w:val="20"/>
        </w:rPr>
        <w:t>38:08  according to Chapter Al-Athar.</w:t>
      </w:r>
      <w:r>
        <w:br/>
      </w:r>
      <w:r>
        <w:rPr>
          <w:sz w:val="20"/>
        </w:rPr>
        <w:t>38:15  Now</w:t>
      </w:r>
    </w:p>
    <w:p>
      <w:pPr>
        <w:pStyle w:val="Heading2"/>
      </w:pPr>
      <w:r>
        <w:t>Prophet's beautiful management of idols</w:t>
      </w:r>
    </w:p>
    <w:p>
      <w:r>
        <w:rPr>
          <w:color w:val="666666"/>
          <w:sz w:val="18"/>
        </w:rPr>
        <w:t>Difference Management June 6, 2007 Maulana Wahiduddin Khan · 2m 48s · at 12:25 · https://youtu.be/Qcrm0lX88dA?t=745</w:t>
      </w:r>
    </w:p>
    <w:p>
      <w:r>
        <w:rPr>
          <w:i/>
        </w:rPr>
        <w:t>“So the Prophet opted the second option.”</w:t>
      </w:r>
    </w:p>
    <w:p>
      <w:r>
        <w:rPr>
          <w:sz w:val="20"/>
        </w:rPr>
        <w:t>12:25  So the Prophet opted the second option. He never touched those idols.</w:t>
      </w:r>
      <w:r>
        <w:br/>
      </w:r>
      <w:r>
        <w:rPr>
          <w:sz w:val="20"/>
        </w:rPr>
        <w:t>12:39  He never objected about those idols. He never gave any negative remark against</w:t>
      </w:r>
      <w:r>
        <w:br/>
      </w:r>
      <w:r>
        <w:rPr>
          <w:sz w:val="20"/>
        </w:rPr>
        <w:t>12:57  these idols. He simply opted for beautiful management.</w:t>
      </w:r>
      <w:r>
        <w:br/>
      </w:r>
      <w:r>
        <w:rPr>
          <w:sz w:val="20"/>
        </w:rPr>
        <w:t>13:06  That was—</w:t>
      </w:r>
      <w:r>
        <w:br/>
      </w:r>
      <w:r>
        <w:rPr>
          <w:sz w:val="20"/>
        </w:rPr>
        <w:t>13:08  now, what was this beautiful management? It was</w:t>
      </w:r>
      <w:r>
        <w:br/>
      </w:r>
      <w:r>
        <w:rPr>
          <w:sz w:val="20"/>
        </w:rPr>
        <w:t>13:15  that he silently observed the situation. Then he found that the presence of these idols in Kaaba gives him a very</w:t>
      </w:r>
      <w:r>
        <w:br/>
      </w:r>
      <w:r>
        <w:rPr>
          <w:sz w:val="20"/>
        </w:rPr>
        <w:t>13:41  important opportunity,</w:t>
      </w:r>
      <w:r>
        <w:br/>
      </w:r>
      <w:r>
        <w:rPr>
          <w:sz w:val="20"/>
        </w:rPr>
        <w:t>13:46  that these idols that were 360 in numbers, those idols were idols of different tribes.</w:t>
      </w:r>
      <w:r>
        <w:br/>
      </w:r>
      <w:r>
        <w:rPr>
          <w:sz w:val="20"/>
        </w:rPr>
        <w:t>13:58  Different tribes. So these tribes used to visit Kaaba every day.</w:t>
      </w:r>
      <w:r>
        <w:br/>
      </w:r>
      <w:r>
        <w:rPr>
          <w:sz w:val="20"/>
        </w:rPr>
        <w:t>14:11  Thus there was an assembly. Every day there was an assembly. There was a gathering. There was a meeting.</w:t>
      </w:r>
      <w:r>
        <w:br/>
      </w:r>
      <w:r>
        <w:rPr>
          <w:sz w:val="20"/>
        </w:rPr>
        <w:t>14:22  So although these idols were a problem, but at the same time there was an opportunity.</w:t>
      </w:r>
      <w:r>
        <w:br/>
      </w:r>
      <w:r>
        <w:rPr>
          <w:sz w:val="20"/>
        </w:rPr>
        <w:t>14:33  So he decided to avoid the problem and avail the opportunities.</w:t>
      </w:r>
      <w:r>
        <w:br/>
      </w:r>
      <w:r>
        <w:rPr>
          <w:sz w:val="20"/>
        </w:rPr>
        <w:t>14:43  So he used to visit Kaaba every day and try to address those people, that gathering.</w:t>
      </w:r>
      <w:r>
        <w:br/>
      </w:r>
      <w:r>
        <w:rPr>
          <w:sz w:val="20"/>
        </w:rPr>
        <w:t>14:58  He used to say, "Ayyuhal naas, qulu la ilaha illallah tuflihu." "O people." He never said that, "O people, why are you here?</w:t>
      </w:r>
    </w:p>
    <w:p>
      <w:pPr>
        <w:pStyle w:val="Heading2"/>
      </w:pPr>
      <w:r>
        <w:t>a fatwa is just an opinion, not binding truth</w:t>
      </w:r>
    </w:p>
    <w:p>
      <w:r>
        <w:rPr>
          <w:color w:val="666666"/>
          <w:sz w:val="18"/>
        </w:rPr>
        <w:t>CPS Women Monthly Interaction 9 September 25, 2022 · 1m 43s · at 17:07 · https://youtu.be/JCCpV6DcC-c?t=1027</w:t>
      </w:r>
    </w:p>
    <w:p>
      <w:r>
        <w:rPr>
          <w:i/>
        </w:rPr>
        <w:t>“Fatwa ke maane sirf raay hai”</w:t>
      </w:r>
    </w:p>
    <w:p>
      <w:r>
        <w:rPr>
          <w:sz w:val="20"/>
        </w:rPr>
        <w:t>17:07  Ab of course Istehaath wahi karenge jo Quran o Hadith par jiski nazar ho toh waise Rasool Allah Sallallahu Wasallam se log fatwa poochne aate the toh aap kehte the apne dil se fatwa pooch lo. Iska yeh matlab hai ki har aadmi ke andar conscience hai. Har aadmi samajhta hai kya sahi hai, kya galat hai.</w:t>
      </w:r>
      <w:r>
        <w:br/>
      </w:r>
      <w:r>
        <w:rPr>
          <w:sz w:val="20"/>
        </w:rPr>
        <w:t>17:28  Toh agar insaan ke andar thoda sa dar ho toh woh khud ba khud woh sahi raaste par rahega kyunki Allah ne ek taraf toh Quran diya divine book diya doosri taraf hamare conscience mein hi kya sahi hai kya galat hai woh rakh diya toh har aadmi doosre ke liye toh jaanta hai ki woh sahi kaam kar raha hai galat kar raha hai.</w:t>
      </w:r>
      <w:r>
        <w:br/>
      </w:r>
      <w:r>
        <w:rPr>
          <w:sz w:val="20"/>
        </w:rPr>
        <w:t>17:52  Toh apne ko bhi woh jaanta hai lekin uski kuch desires hote hain kuch interest hote hain is wajah se woh follow nahi kar pata hai. Toh koi bhi fatwa ka matlab hota hai sirf rai lena. Matlab har cheez baad mein sab badal gayi. Toh fatwa sirf rai lena tha baad mein woh fatwa jo hai woh qaza ke maane mein bola jaane laga. Jaise ki ek ek judge ki rai hoti hai, binding hoti hai. Aisa nahi hai.</w:t>
      </w:r>
      <w:r>
        <w:br/>
      </w:r>
      <w:r>
        <w:rPr>
          <w:sz w:val="20"/>
        </w:rPr>
        <w:t>18:21  Fatwa ke maane sirf rai hai. Agar aap us rai se mutafiq hain toh theek hai. Nahi mutafiq hain toh aap kisi aur se bhi rai le sakte hain. Is that clear? Shukriya aap ab bilkul bahut baat clear. Bahut bahut shukriya. We are waiting. Questions? Shabina may I ask something?</w:t>
      </w:r>
      <w:r>
        <w:br/>
      </w:r>
      <w:r>
        <w:rPr>
          <w:sz w:val="20"/>
        </w:rPr>
        <w:t>18:50  Ji, of course. Ji ji ji. Assalamualikum Farida, theek hai? Farida ji, I want to know what was the most common question please before Maulana Sahab? Ok. Most common question Maulana ke paas ka. So what is your question?</w:t>
      </w:r>
    </w:p>
    <w:p>
      <w:pPr>
        <w:pStyle w:val="Heading2"/>
      </w:pPr>
      <w:r>
        <w:t>Hudaybiyyah peace treaty lesson</w:t>
      </w:r>
    </w:p>
    <w:p>
      <w:r>
        <w:rPr>
          <w:color w:val="666666"/>
          <w:sz w:val="18"/>
        </w:rPr>
        <w:t>Living in Peace and Harmony in a Multicultural World | February 9, 2016 Full · 2m 30s · at 26:44 · https://youtu.be/jRR83pRA6QU?t=1604</w:t>
      </w:r>
    </w:p>
    <w:p>
      <w:r>
        <w:rPr>
          <w:i/>
        </w:rPr>
        <w:t>“Peace kya hai? Peace ka matlab hai normality”</w:t>
      </w:r>
    </w:p>
    <w:p>
      <w:r>
        <w:rPr>
          <w:sz w:val="20"/>
        </w:rPr>
        <w:t>26:44  peace jo hai, peace kya hai? peace ka matlab hai normality.</w:t>
      </w:r>
      <w:r>
        <w:br/>
      </w:r>
      <w:r>
        <w:rPr>
          <w:sz w:val="20"/>
        </w:rPr>
        <w:t>26:49  peace ka matlab hai normality.</w:t>
      </w:r>
      <w:r>
        <w:br/>
      </w:r>
      <w:r>
        <w:rPr>
          <w:sz w:val="20"/>
        </w:rPr>
        <w:t>26:54  normality mein kya hota hai ke saare constructive work kaam karte hain, yani education ka kaam, dawat ka</w:t>
      </w:r>
      <w:r>
        <w:br/>
      </w:r>
      <w:r>
        <w:rPr>
          <w:sz w:val="20"/>
        </w:rPr>
        <w:t>26:59  kaam, industry ka kaam, business ka kaam, jitne bhi constructive work hain, woh sab ko peace chahiye.</w:t>
      </w:r>
      <w:r>
        <w:br/>
      </w:r>
      <w:r>
        <w:rPr>
          <w:sz w:val="20"/>
        </w:rPr>
        <w:t>27:04  Without peace, there is no progress.</w:t>
      </w:r>
      <w:r>
        <w:br/>
      </w:r>
      <w:r>
        <w:rPr>
          <w:sz w:val="20"/>
        </w:rPr>
        <w:t>27:09  Without peace, there is no development.</w:t>
      </w:r>
      <w:r>
        <w:br/>
      </w:r>
      <w:r>
        <w:rPr>
          <w:sz w:val="20"/>
        </w:rPr>
        <w:t>27:14  .</w:t>
      </w:r>
      <w:r>
        <w:br/>
      </w:r>
      <w:r>
        <w:rPr>
          <w:sz w:val="20"/>
        </w:rPr>
        <w:t>27:20  to har qeemat par Islam mein yeh hai ke har qeemat par peace qaim karo.</w:t>
      </w:r>
      <w:r>
        <w:br/>
      </w:r>
      <w:r>
        <w:rPr>
          <w:sz w:val="20"/>
        </w:rPr>
        <w:t>27:26  jis ki aik misaal yeh hai ke hudaybiya ka waqia.</w:t>
      </w:r>
      <w:r>
        <w:br/>
      </w:r>
      <w:r>
        <w:rPr>
          <w:sz w:val="20"/>
        </w:rPr>
        <w:t>27:32  hudaybiya ka jo waqia hai, is mein jo doosri party thi, quraish ki party, woh agressive bani hui thi, agressive.</w:t>
      </w:r>
      <w:r>
        <w:br/>
      </w:r>
      <w:r>
        <w:rPr>
          <w:sz w:val="20"/>
        </w:rPr>
        <w:t>27:38  aur saare halaat aise paida ho rahe the ke dono party mein</w:t>
      </w:r>
      <w:r>
        <w:br/>
      </w:r>
      <w:r>
        <w:rPr>
          <w:sz w:val="20"/>
        </w:rPr>
        <w:t>27:44  larai ho jaye.</w:t>
      </w:r>
      <w:r>
        <w:br/>
      </w:r>
      <w:r>
        <w:rPr>
          <w:sz w:val="20"/>
        </w:rPr>
        <w:t>27:50  rasool Allah ne negotiation kiya aur un ki jo conditions theen, aik united tor par is condition</w:t>
      </w:r>
      <w:r>
        <w:br/>
      </w:r>
      <w:r>
        <w:rPr>
          <w:sz w:val="20"/>
        </w:rPr>
        <w:t>27:55  ko maan liya.</w:t>
      </w:r>
      <w:r>
        <w:br/>
      </w:r>
      <w:r>
        <w:rPr>
          <w:sz w:val="20"/>
        </w:rPr>
        <w:t>28:00  rasool Allah ne yeh kiya ke quraish ki tamam conditions ko united tor par maan liya aur is</w:t>
      </w:r>
      <w:r>
        <w:br/>
      </w:r>
      <w:r>
        <w:rPr>
          <w:sz w:val="20"/>
        </w:rPr>
        <w:t>28:05  tarah se peace agreement finalize hua.</w:t>
      </w:r>
      <w:r>
        <w:br/>
      </w:r>
      <w:r>
        <w:rPr>
          <w:sz w:val="20"/>
        </w:rPr>
        <w:t>28:10  yani hudaybiya agreement, peace agreement tha, woh jab ban paya, jab</w:t>
      </w:r>
      <w:r>
        <w:br/>
      </w:r>
      <w:r>
        <w:rPr>
          <w:sz w:val="20"/>
        </w:rPr>
        <w:t>28:15  Rasool Allah ne un ki sab sharton ko, sharton ko agar unilaterally maan liya. Aur ek bohat anokhi baat hui, yani Hudaybiyyah agreement jab hua to ek bohat anokhi baat hui. Dekhein, jab shartein tay ho gayeen to Rasool Allah ne agreement likhwana shuru kiya. Aap ne farmaya ke "Ya Ali, likh, yeh hai jo Muhammad Rasool Allah ne...</w:t>
      </w:r>
      <w:r>
        <w:br/>
      </w:r>
      <w:r>
        <w:rPr>
          <w:sz w:val="20"/>
        </w:rPr>
        <w:t>28:45  ni aap ne dictate karna shuru kiya ya ali likho yeh hai jo sawal kiya Muhammad rasool Allah ne to jo quraish ke jo represent kar rahe the, un ka naam tha Suhail ibn Umar, unhon ne kaha ke nahi, hum aap ko rasool Allah nahi mante, aap likhiye Muhammad bin Abdullah. to aap yeh bohat hi anokhi baat hai ke rasool Allah ne kuch bhi argument nahi kiya, kuch bhi nahi, instantly aap ne apna mo</w:t>
      </w:r>
    </w:p>
    <w:p>
      <w:pPr>
        <w:pStyle w:val="Heading2"/>
      </w:pPr>
      <w:r>
        <w:t>Ta'lif qalb essential for effective da'wa</w:t>
      </w:r>
    </w:p>
    <w:p>
      <w:r>
        <w:rPr>
          <w:color w:val="666666"/>
          <w:sz w:val="18"/>
        </w:rPr>
        <w:t>The Policy of Sulh (Resolution) in Islam 13 June 2009 - Maulana Wahiduddin Khan · 1m 57s · at 1:11:20 · https://youtu.be/_1M1-7-0TD4?t=4280</w:t>
      </w:r>
    </w:p>
    <w:p>
      <w:r>
        <w:rPr>
          <w:i/>
        </w:rPr>
        <w:t>“Ta'lif qalb means softening the heart”</w:t>
      </w:r>
    </w:p>
    <w:p>
      <w:r>
        <w:rPr>
          <w:sz w:val="20"/>
        </w:rPr>
        <w:t>1:11:20  work?" i think it is must. talif qalb means softening the heart.</w:t>
      </w:r>
      <w:r>
        <w:br/>
      </w:r>
      <w:r>
        <w:rPr>
          <w:sz w:val="20"/>
        </w:rPr>
        <w:t>1:11:32  it is a law of nature. if you want to, if you want to,</w:t>
      </w:r>
      <w:r>
        <w:br/>
      </w:r>
      <w:r>
        <w:rPr>
          <w:sz w:val="20"/>
        </w:rPr>
        <w:t>1:11:43  if you are, if you are in business, then you. you have to do, you have to follow this principle. you have to adopt what is called friendly customer friendly behaviour.</w:t>
      </w:r>
      <w:r>
        <w:br/>
      </w:r>
      <w:r>
        <w:rPr>
          <w:sz w:val="20"/>
        </w:rPr>
        <w:t>1:11:57  so talif qalb means mad'u friendly behaviour. what is called in business circle customer friendly behaviour?</w:t>
      </w:r>
      <w:r>
        <w:br/>
      </w:r>
      <w:r>
        <w:rPr>
          <w:sz w:val="20"/>
        </w:rPr>
        <w:t>1:12:09  same is required the word.</w:t>
      </w:r>
      <w:r>
        <w:br/>
      </w:r>
      <w:r>
        <w:rPr>
          <w:sz w:val="20"/>
        </w:rPr>
        <w:t>1:12:12  that is mad'u friendly behaviour. and i sent that, i think that without talif qalb, no effective da'wah work is possible.</w:t>
      </w:r>
      <w:r>
        <w:br/>
      </w:r>
      <w:r>
        <w:rPr>
          <w:sz w:val="20"/>
        </w:rPr>
        <w:t>1:12:27  talif qalb makes the da'wah effective. there so many ways of talif qalb, so many ways.</w:t>
      </w:r>
      <w:r>
        <w:br/>
      </w:r>
      <w:r>
        <w:rPr>
          <w:sz w:val="20"/>
        </w:rPr>
        <w:t>1:12:39  it depends upon your situation. so you have to read your situation, and according to your situation, you can find out what kind of talif qalb you need in your situation.</w:t>
      </w:r>
      <w:r>
        <w:br/>
      </w:r>
      <w:r>
        <w:rPr>
          <w:sz w:val="20"/>
        </w:rPr>
        <w:t>1:12:57  so talif qalb is must for the da'wah</w:t>
      </w:r>
      <w:r>
        <w:br/>
      </w:r>
      <w:r>
        <w:rPr>
          <w:sz w:val="20"/>
        </w:rPr>
        <w:t>1:13:01  , but its, but its method varies according to your, according to your situation. this question is from mr muhammad sultan from kashmir.</w:t>
      </w:r>
      <w:r>
        <w:br/>
      </w:r>
      <w:r>
        <w:rPr>
          <w:sz w:val="20"/>
        </w:rPr>
        <w:t>1:13:18  he has written: "thanks for bringing the class online and live. i thank allah to be a part of this class.</w:t>
      </w:r>
    </w:p>
    <w:p>
      <w:pPr>
        <w:pStyle w:val="Heading2"/>
      </w:pPr>
      <w:r>
        <w:t>How burqa, an animal cover, became a veiling term</w:t>
      </w:r>
    </w:p>
    <w:p>
      <w:r>
        <w:rPr>
          <w:color w:val="666666"/>
          <w:sz w:val="18"/>
        </w:rPr>
        <w:t>Concept of Hijab in Islam February 20, 2022 Prof. Farida Khanam · 3m 09s · at 13:36 · https://youtu.be/QrrSDEKy2gc?t=816</w:t>
      </w:r>
    </w:p>
    <w:p>
      <w:r>
        <w:rPr>
          <w:i/>
        </w:rPr>
        <w:t>“Purdah is real, but the word burqa wasn't even used then.”</w:t>
      </w:r>
    </w:p>
    <w:p>
      <w:r>
        <w:rPr>
          <w:sz w:val="20"/>
        </w:rPr>
        <w:t>13:36  matlab parda rayaz hai. burqe ka lafz to woh tha hi nahin. burqa to ek cover hota tha. khaas taur par woh janwaron ko kabhi ghode ke upar face par yahan cover dalte the. kabhi jo hal chalate hain bail bail to unko dalte ki idhar udhar khane peena shuru kar denge. to hal chal nahin chala payenge theek se. to unko jo joote jate hain hal mein to unke upar yeh dal dete the.</w:t>
      </w:r>
      <w:r>
        <w:br/>
      </w:r>
      <w:r>
        <w:rPr>
          <w:sz w:val="20"/>
        </w:rPr>
        <w:t>14:04  to usko burqa kehte the. to woh is kaam ke liye istemal nahin hua hai lekin yeh baad mein jo convert culture tha khaas taur par iran mein, rome mein aur different cultures mein, ancient culture mein, woh chuki tamam log bahut hi bade mass scale par convert hue to woh log apna culture lekar aaye to wahi culture ko islamization us culture ka islamization ho gaya.</w:t>
      </w:r>
      <w:r>
        <w:br/>
      </w:r>
      <w:r>
        <w:rPr>
          <w:sz w:val="20"/>
        </w:rPr>
        <w:t>14:33  jaise india mein bahut zyada burqa rawaj hua aur motakne ka rawaj hua to woh ghunghat ka Islamization tha. ek bahut hi mashhoor scholar the. ab unka intezar ho gaya ajgar ali engineer. unhone is par poora lecture diya tha ki yeh burqa jo hai, yeh jo saamne yeh latkaya jata hai. yeh ghunghat ka Islamization hai.</w:t>
      </w:r>
      <w:r>
        <w:br/>
      </w:r>
      <w:r>
        <w:rPr>
          <w:sz w:val="20"/>
        </w:rPr>
        <w:t>14:55  to har aisi tarah isiliye dekhiye ki har mulk mein, har jagah, har society mein alag alag tarike hain burqe ke. agar ek hi tarika hota aur islam ke commandment ke mutabiq jaise namaz roza hai to sab jagah ek hi hota hai. to yeh jo cultural manifestation hai to yeh culture ke mutabiq usmein changes ho sakte hain.</w:t>
      </w:r>
      <w:r>
        <w:br/>
      </w:r>
      <w:r>
        <w:rPr>
          <w:sz w:val="20"/>
        </w:rPr>
        <w:t>15:22  to yeh hijab to aad ke maane mein jaise ki maine abhi bataya to usmein isse koi talluk nahin hai lekin yeh baad mein jaise unki yahudiyon ki topi hoti hai to yahudi jo orthodox yahudi hote hain bahut bada sa head ki tarah ki topi odha karte the. lekin ab modern yahudi jo hai to woh ek symbolic sense mein woh ek chhoti si topi yahan par rakh lete hain. pin wagera se usko attach kar lete hain.</w:t>
      </w:r>
      <w:r>
        <w:br/>
      </w:r>
      <w:r>
        <w:rPr>
          <w:sz w:val="20"/>
        </w:rPr>
        <w:t>15:52  to woh symbolic value hai uski. to isi tarike se yeh dress jo hai hijab yeh bhi ek symbol ban gaya hai kyunki woh jo poora jo parda hai woh to doosre kism hai usmein poori chadar neeche tak latak gayi aur jaise yeh bilkul dheela dheela gaun bhi hota hai woh bhi chalega. to lekin yeh sirf is hijab jo hai yeh uska woh kipa ki manimd hai.</w:t>
      </w:r>
      <w:r>
        <w:br/>
      </w:r>
      <w:r>
        <w:rPr>
          <w:sz w:val="20"/>
        </w:rPr>
        <w:t>16:19  ek chhota sa unhone ek bana liya woh unki woh identity ban gayi woh. woh puran mein hijab ka lazzi nahin hai. to doosri baat yeh hai ki jo islami dress hai, asal woh cheez hai, woh important hai. to ek allama nasruddin albani, to woh bahut bade aalim the, woh muhaddith the aur twentieth century ke.</w:t>
      </w:r>
      <w:r>
        <w:br/>
      </w:r>
      <w:r>
        <w:rPr>
          <w:sz w:val="20"/>
        </w:rPr>
        <w:t>16:45  to unhone ek kitab likhi hai musalman aurat ka parda. to asal focus jo hai woh uska dress hai ki uska dress kaisa hona chahiye? to number ek us sadr ko chhupana to woh to hai hi. to jo hijab ho, jo bhi parda woh kare usmein woh zeenat wala na ho.</w:t>
      </w:r>
    </w:p>
    <w:p>
      <w:pPr>
        <w:pStyle w:val="Heading2"/>
      </w:pPr>
      <w:r>
        <w:t>Simplicity is the formula for a peaceful, tension-free life</w:t>
      </w:r>
    </w:p>
    <w:p>
      <w:r>
        <w:rPr>
          <w:color w:val="666666"/>
          <w:sz w:val="18"/>
        </w:rPr>
        <w:t>A conversation with Maulana Wahiduddin Khan on Aaj Saware, Doordarshan · 1m 13s · at 37:49 · https://youtu.be/vQkHY1LZz9w?t=2269</w:t>
      </w:r>
    </w:p>
    <w:p>
      <w:r>
        <w:rPr>
          <w:i/>
        </w:rPr>
        <w:t>“Peace and calm live in simplicity, not in greed”</w:t>
      </w:r>
    </w:p>
    <w:p>
      <w:r>
        <w:rPr>
          <w:sz w:val="20"/>
        </w:rPr>
        <w:t>37:49  hai, Maulana ji? apni zindagi mein inka farq samjhein aur kaise layein? dekhiye, mera formula hai, i thinking. peace jo hai, aur chain simplicity mein hota hai. jitna aap greed badhate hain, utni tension aata hai, utni problem aati hai. ji, dekhiye, unhone bataya ki wo,</w:t>
      </w:r>
      <w:r>
        <w:br/>
      </w:r>
      <w:r>
        <w:rPr>
          <w:sz w:val="20"/>
        </w:rPr>
        <w:t>38:07  wo oont, oont bangali family wahan par thi. to uske log bohat healthy thay. yani unke mard bhi thay, auratain theen. bachche ne kaha ki aakhir inki health ka raaz kya hai</w:t>
      </w:r>
      <w:r>
        <w:br/>
      </w:r>
      <w:r>
        <w:rPr>
          <w:sz w:val="20"/>
        </w:rPr>
        <w:t>38:18  ? to unhone kaha ki hamara chulha nahi hota. hum log phal khate hain, sabzi khate hain, doodh peete hain. bas ye hamare tareeqa hai. to main ye nahi kehta ki har aadmi ye kare. lekin ek simple life ka ek formula ye hai. achha, simple life kya karta hai aapko?</w:t>
      </w:r>
      <w:r>
        <w:br/>
      </w:r>
      <w:r>
        <w:rPr>
          <w:sz w:val="20"/>
        </w:rPr>
        <w:t>38:36  simple life aapko destruction se bachata hai. sabse zyada bari cheez jo hai zindagi mein, wo hai ki aap apne ko destruction se bacha sakein.</w:t>
      </w:r>
      <w:r>
        <w:br/>
      </w:r>
      <w:r>
        <w:rPr>
          <w:sz w:val="20"/>
        </w:rPr>
        <w:t>38:47  ab without simple life, you can not save yourself from destruction. tab simple life hogi, to high thinking aayegi. ji. high quality zindagi tarakki karti hoti chali jayegi.</w:t>
      </w:r>
    </w:p>
    <w:p>
      <w:pPr>
        <w:pStyle w:val="Heading2"/>
      </w:pPr>
      <w:r>
        <w:t>Peace as law of nature</w:t>
      </w:r>
    </w:p>
    <w:p>
      <w:r>
        <w:rPr>
          <w:color w:val="666666"/>
          <w:sz w:val="18"/>
        </w:rPr>
        <w:t>Launch of Maulana Wahiduddin Khan Peace Foundation April 2, 2016 · 1m 33s · at 3:28 · https://youtu.be/rzojs7eGG4M?t=208</w:t>
      </w:r>
    </w:p>
    <w:p>
      <w:r>
        <w:rPr>
          <w:i/>
        </w:rPr>
        <w:t>“Any great goal can only succeed with a peaceful environment”</w:t>
      </w:r>
    </w:p>
    <w:p>
      <w:r>
        <w:rPr>
          <w:sz w:val="20"/>
        </w:rPr>
        <w:t>3:28  koi bhi bara maqsad kamyabi ke sath sirf is waqt chal sakta hai jabke is ko peaceful mahol milay.</w:t>
      </w:r>
      <w:r>
        <w:br/>
      </w:r>
      <w:r>
        <w:rPr>
          <w:sz w:val="20"/>
        </w:rPr>
        <w:t>3:43  Main samajhta hoon ke jin logon ne yeh kaha hai ke "Peace is the sound bonum, Peace is the greater good" to sahi kaha hai. East Islam ke liye bhi itna hi important hai jitna secular activities ke liye,</w:t>
      </w:r>
      <w:r>
        <w:br/>
      </w:r>
      <w:r>
        <w:rPr>
          <w:sz w:val="20"/>
        </w:rPr>
        <w:t>4:00  kyunke Peace law of nature pe base karta hai. Itni bari universe hai, aap jante hain ke is mein billions and billions galaxies hain.</w:t>
      </w:r>
      <w:r>
        <w:br/>
      </w:r>
      <w:r>
        <w:rPr>
          <w:sz w:val="20"/>
        </w:rPr>
        <w:t>4:13  sari galaxies, sara solar system constantly in the move hai. kahin dunya mein, kahin bhi itni bari universe mein, kahin bhi thehrav nahin hai.</w:t>
      </w:r>
      <w:r>
        <w:br/>
      </w:r>
      <w:r>
        <w:rPr>
          <w:sz w:val="20"/>
        </w:rPr>
        <w:t>4:27  harkat hai, harkat hai, harkat hai. jahan harkat hai, wahan hamesha yeh dar rehta hai ke takrao na ho jaye.</w:t>
      </w:r>
      <w:r>
        <w:br/>
      </w:r>
      <w:r>
        <w:rPr>
          <w:sz w:val="20"/>
        </w:rPr>
        <w:t>4:38  jahan harkat hai, wahan hamesha yeh dar rehta hai ke takrao na ho jaye. lekin itna zabardast control hai khaliq ka ke kahin takrao nahin hota.</w:t>
      </w:r>
      <w:r>
        <w:br/>
      </w:r>
      <w:r>
        <w:rPr>
          <w:sz w:val="20"/>
        </w:rPr>
        <w:t>4:51  har star, har planet apne apne orbit par move karta hai.</w:t>
      </w:r>
    </w:p>
    <w:p>
      <w:pPr>
        <w:pStyle w:val="Heading2"/>
      </w:pPr>
      <w:r>
        <w:t>forming the Shanti Yatra peace march after Babri demolition</w:t>
      </w:r>
    </w:p>
    <w:p>
      <w:r>
        <w:rPr>
          <w:color w:val="666666"/>
          <w:sz w:val="18"/>
        </w:rPr>
        <w:t>Communal Harmony October 16, 2022 · 2m 53s · at 9:04 · https://youtu.be/Ob4BVozf3KY?t=544</w:t>
      </w:r>
    </w:p>
    <w:p>
      <w:r>
        <w:rPr>
          <w:i/>
        </w:rPr>
        <w:t>“Is pe Maulana ne ek pad yatra ki thi”</w:t>
      </w:r>
    </w:p>
    <w:p>
      <w:r>
        <w:rPr>
          <w:sz w:val="20"/>
        </w:rPr>
        <w:t>9:04  to is pe Maulana ne ek padyatra ki thi, woh us ko jis ko hum shanti yatra kehte hain. to is mein jo hai bohat sare is mein shamil the religious leaders.</w:t>
      </w:r>
      <w:r>
        <w:br/>
      </w:r>
      <w:r>
        <w:rPr>
          <w:sz w:val="20"/>
        </w:rPr>
        <w:t>9:21  to is mein sab se acharya Muni Sushil Kumar jo the, woh sab se bare leader the, unhi ki leadership mein yeh padyatra ki gayi thi.</w:t>
      </w:r>
      <w:r>
        <w:br/>
      </w:r>
      <w:r>
        <w:rPr>
          <w:sz w:val="20"/>
        </w:rPr>
        <w:t>9:33  to un ke sath jo hai unhon ne ek poori team banai thi. is mein Swami Chidanand the. aur yeh Babri Masjid shayad chhe December ko is ka demolition hua tha, to yeh pandrah December se bees December tak yeh shanti yatra ka intezam kiya gaya tha.</w:t>
      </w:r>
      <w:r>
        <w:br/>
      </w:r>
      <w:r>
        <w:rPr>
          <w:sz w:val="20"/>
        </w:rPr>
        <w:t>9:53  to is mein acharya Sushil Kumar ke ashram mein sab se pehle nayi dilli mein kai meetings huin. phir kuch meetings TV</w:t>
      </w:r>
      <w:r>
        <w:br/>
      </w:r>
      <w:r>
        <w:rPr>
          <w:sz w:val="20"/>
        </w:rPr>
        <w:t>10:01  par huin, unhon ne bohat sare religious leaders ko bulaya. to is ke baad unhon ne ek team banai, kyunke bombay mein bohat zyada fasad ho rahe the, bohat zyada log mare ja rahe the.</w:t>
      </w:r>
      <w:r>
        <w:br/>
      </w:r>
      <w:r>
        <w:rPr>
          <w:sz w:val="20"/>
        </w:rPr>
        <w:t>10:12  to is mein jo the Swami Chidanand ji the, Shanti Lal Motha, woh poona ke the, wahan ke bare leader the, Anna Sahab Hazare, Justice Chandrashekhar</w:t>
      </w:r>
      <w:r>
        <w:br/>
      </w:r>
      <w:r>
        <w:rPr>
          <w:sz w:val="20"/>
        </w:rPr>
        <w:t>10:24  . to in logon ki ek poori qafle ki shakal mein unhon ne yeh program banaya. aur wahan par halankeh wahan par itna zyada halaat kharab the ke wahan curfew laga hua tha, aur kahin raat ka curfew, kahin din ka curfew, to kisi ko is taraf bahar nikalne ki itna group mein ijazat hi nahi thi.</w:t>
      </w:r>
      <w:r>
        <w:br/>
      </w:r>
      <w:r>
        <w:rPr>
          <w:sz w:val="20"/>
        </w:rPr>
        <w:t>10:45  lekin Shanti Lal Motha jo hain bare leader the, to unhon ne bat cheet kar ke us ko administration se ijazat li.</w:t>
      </w:r>
      <w:r>
        <w:br/>
      </w:r>
      <w:r>
        <w:rPr>
          <w:sz w:val="20"/>
        </w:rPr>
        <w:t>10:54  to ek bohat bare qafle ki shakal mein yeh nikla. to is mein ek aage aage ek jeep hoti thi, us mein shanti geet chalte the.</w:t>
      </w:r>
      <w:r>
        <w:br/>
      </w:r>
      <w:r>
        <w:rPr>
          <w:sz w:val="20"/>
        </w:rPr>
        <w:t>11:04  to is mein bohat hi achhe aise aise geet hote the, bohat hi inspiring. to is mein chand ashaar Maulana ne likhe hain:</w:t>
      </w:r>
      <w:r>
        <w:br/>
      </w:r>
      <w:r>
        <w:rPr>
          <w:sz w:val="20"/>
        </w:rPr>
        <w:t>11:13  "ashiq ki deepak jalne do, toote hue dil ko judne do, tareekh ke panne likhne do, ganga jamna ko milne do." to is tareeqe se aage aage woh jeep chalti thi, peechhe peechhe qafila chalta tha, aur jis area mein jate the, wahan ke bohat sare log is mein sath ho jate the.</w:t>
      </w:r>
      <w:r>
        <w:br/>
      </w:r>
      <w:r>
        <w:rPr>
          <w:sz w:val="20"/>
        </w:rPr>
        <w:t>11:34  to bohat zyada logon ko dilchaspi hui, kyunke aman qaim karna Maulana likhte hain ke insan ke fitrat mein hi hai, woh parman hi rehna chahta hai.</w:t>
      </w:r>
      <w:r>
        <w:br/>
      </w:r>
      <w:r>
        <w:rPr>
          <w:sz w:val="20"/>
        </w:rPr>
        <w:t>11:44  lekin kabhi kabhi us ki ego bhadak jati hai, phir us ko ghussa aa jata hai, phir woh koi bhi harkat kar baithta hai. lekin agar aap us ki fitrat ko jaga dein to phir aap ko aman hi aman, peace hi peace milega.</w:t>
      </w:r>
    </w:p>
    <w:p>
      <w:pPr>
        <w:pStyle w:val="Heading2"/>
      </w:pPr>
      <w:r>
        <w:t>Lucknow sweet-rice parable about confusing empire with faith</w:t>
      </w:r>
    </w:p>
    <w:p>
      <w:r>
        <w:rPr>
          <w:color w:val="666666"/>
          <w:sz w:val="18"/>
        </w:rPr>
        <w:t>Present Muslims- A Case of Wrong Identity February 13, 2011 · 2m 09s · at 15:26 · https://youtu.be/gDX72gIRL4E?t=926</w:t>
      </w:r>
    </w:p>
    <w:p>
      <w:r>
        <w:rPr>
          <w:i/>
        </w:rPr>
        <w:t>“Lucknow ka ek bahut illustrative qissa hai”</w:t>
      </w:r>
    </w:p>
    <w:p>
      <w:r>
        <w:rPr>
          <w:sz w:val="20"/>
        </w:rPr>
        <w:t>15:26  aik bohat hi, bohat hi illustrative qissa hai lucknow ka ke lucknow mein aik sahib ne bataya, jo khud jinhone dekha tha yeh qissa, unhone mujhse bataya ke wahan par chok par,</w:t>
      </w:r>
      <w:r>
        <w:br/>
      </w:r>
      <w:r>
        <w:rPr>
          <w:sz w:val="20"/>
        </w:rPr>
        <w:t>15:43  na khas chok par, aik boodhi aurat aik plate liye hue khadi thi.</w:t>
      </w:r>
      <w:r>
        <w:br/>
      </w:r>
      <w:r>
        <w:rPr>
          <w:sz w:val="20"/>
        </w:rPr>
        <w:t>15:50  wo kehti thi ke "matanjan khila do".</w:t>
      </w:r>
      <w:r>
        <w:br/>
      </w:r>
      <w:r>
        <w:rPr>
          <w:sz w:val="20"/>
        </w:rPr>
        <w:t>15:55  plate liye khadi thi, awaaz de rahi thi ke "matanjan khila do". yeh qareeb gaye, dekha ke is mein already matanjan, matanjan tha is plate mein.</w:t>
      </w:r>
      <w:r>
        <w:br/>
      </w:r>
      <w:r>
        <w:rPr>
          <w:sz w:val="20"/>
        </w:rPr>
        <w:t>16:04  matanjan kehte hain wohi jisko aap kehte hain meetha chawal.</w:t>
      </w:r>
      <w:r>
        <w:br/>
      </w:r>
      <w:r>
        <w:rPr>
          <w:sz w:val="20"/>
        </w:rPr>
        <w:t>16:11  is mein kuch daalte hain samaan to isi ko matanjan kehte hain, yani meetha chawal. aik hota hai namkeen pulao hota hai aur woh hota hai meetha woh hota hai, isko matanjan kehte hain.</w:t>
      </w:r>
      <w:r>
        <w:br/>
      </w:r>
      <w:r>
        <w:rPr>
          <w:sz w:val="20"/>
        </w:rPr>
        <w:t>16:24  to unhone kaha is se ke "badi bi, tumhare paas matanjan already maujood hai, to kyun, kyun keh rahi ho ke matanjan khila do?"</w:t>
      </w:r>
      <w:r>
        <w:br/>
      </w:r>
      <w:r>
        <w:rPr>
          <w:sz w:val="20"/>
        </w:rPr>
        <w:t>16:33  "to usne bohat hi daant kar kaha unko ke "matanjan kahin balai ke baghair bhi khaya jaata hai?"</w:t>
      </w:r>
      <w:r>
        <w:br/>
      </w:r>
      <w:r>
        <w:rPr>
          <w:sz w:val="20"/>
        </w:rPr>
        <w:t>16:43  "yani matanjan to mere paas hai, koi balai nahi hai. to koi aadmi balai khareed kar dukandaar se mujhe de to tab, tab mein khaungi.</w:t>
      </w:r>
      <w:r>
        <w:br/>
      </w:r>
      <w:r>
        <w:rPr>
          <w:sz w:val="20"/>
        </w:rPr>
        <w:t>16:51  matanjan kahin balai ke baghair khaya jaata hai? wohi musalmanon ka haal hai ke hukoomat kahin empire ke baghair hoti hai. theek wohi nafsiyat.</w:t>
      </w:r>
      <w:r>
        <w:br/>
      </w:r>
      <w:r>
        <w:rPr>
          <w:sz w:val="20"/>
        </w:rPr>
        <w:t>17:04  5 7 countries mein musalmanon ka role hai. 5 7 phir bhi unki taqreerein padhiye, unke akhbaar padhiye, unke magazines padhiye.</w:t>
      </w:r>
      <w:r>
        <w:br/>
      </w:r>
      <w:r>
        <w:rPr>
          <w:sz w:val="20"/>
        </w:rPr>
        <w:t>17:17  har jagah musalman zaleel ho rahe hain, musalman mahkoom hain. yeh sab baatein hoti hain. kyun ke</w:t>
      </w:r>
      <w:r>
        <w:br/>
      </w:r>
      <w:r>
        <w:rPr>
          <w:sz w:val="20"/>
        </w:rPr>
        <w:t>17:23  5 7 muslim countries mein role hai. yeh sab baatein kyun bolte ho? wohi qissa hai ke hukoomat baghair empire ke bhi hoti hai. wohi nafsiyat hai.</w:t>
      </w:r>
    </w:p>
    <w:p>
      <w:pPr>
        <w:pStyle w:val="Heading2"/>
      </w:pPr>
      <w:r>
        <w:t>Result-oriented action avoids harm</w:t>
      </w:r>
    </w:p>
    <w:p>
      <w:r>
        <w:rPr>
          <w:color w:val="666666"/>
          <w:sz w:val="18"/>
        </w:rPr>
        <w:t>Q&amp;A 22 Feb 2009 Maulana Wahiduddin Khan · 3m 04s · at 24:43 · https://youtu.be/5SIhCZTzbKY?t=1483</w:t>
      </w:r>
    </w:p>
    <w:p>
      <w:r>
        <w:rPr>
          <w:i/>
        </w:rPr>
        <w:t>“Jab bhi kisi situation mein aap chhalang lagayen”</w:t>
      </w:r>
    </w:p>
    <w:p>
      <w:r>
        <w:rPr>
          <w:sz w:val="20"/>
        </w:rPr>
        <w:t>24:43  jab bhi kisi situation mein aap chhalang lagayen to aap ko dekhna chahiye ke aap kya wahan kuch kar payenge ke nahi kar payenge. na karo, bas chup chap baithiye. chup chap baithiye.</w:t>
      </w:r>
      <w:r>
        <w:br/>
      </w:r>
      <w:r>
        <w:rPr>
          <w:sz w:val="20"/>
        </w:rPr>
        <w:t>24:59  duniya mein yeh karna hi karna hai. is ka aap koi to option nahi hai aap ke liye. dekhiye, yaad rakhiye, Hazrat Umar R.A. ka qaul hai ke laysa al-'aaqil alladhi ya'rifu al-khair bi-sharr, walakinahu alladhi ya'rifu khairay sharrayn.</w:t>
      </w:r>
      <w:r>
        <w:br/>
      </w:r>
      <w:r>
        <w:rPr>
          <w:sz w:val="20"/>
        </w:rPr>
        <w:t>25:16  wo farmate hain ke, yaani wa'iz aadmi woh nahi hai jo yeh jaane ke yeh right hai ya wrong hai. yeh right hai, yeh wrong hai.</w:t>
      </w:r>
      <w:r>
        <w:br/>
      </w:r>
      <w:r>
        <w:rPr>
          <w:sz w:val="20"/>
        </w:rPr>
        <w:t>25:23  is ko bewakoof samajhte hain Hazrat Umar. wa'iz aadmi woh hai jo yeh jaane ke less reveal kya hai, get reveal kya hai. kitni bari baat hai, itni bari bari baaten hamare maujood hain, hamare yaani Rasool Allah aur khulafa ke haan, aur musalman is ke khilaf chalte hain, phir shikayaten karte hain.</w:t>
      </w:r>
      <w:r>
        <w:br/>
      </w:r>
      <w:r>
        <w:rPr>
          <w:sz w:val="20"/>
        </w:rPr>
        <w:t>25:43  chhalang laga denge, kahenge ji ke aisa hi to aisa ho gaya, woh to waisa ho gaya. yeh bohat hi hamare liye part se bari baat hai yeh ke zindagi mein choice jo hai, yeh, yeh, yeh right aur wrong ke beech mein nahi hai.</w:t>
      </w:r>
      <w:r>
        <w:br/>
      </w:r>
      <w:r>
        <w:rPr>
          <w:sz w:val="20"/>
        </w:rPr>
        <w:t>25:58  yaad rakhiye,</w:t>
      </w:r>
      <w:r>
        <w:br/>
      </w:r>
      <w:r>
        <w:rPr>
          <w:sz w:val="20"/>
        </w:rPr>
        <w:t>26:01  Hazrat Umar ne yeh farmaya, itni bari baat farmayi ke zindagi jo hai, imtehan hai, test hai. yahan tumhare liye right aur wrong ke beech mein choice nahi hai.</w:t>
      </w:r>
      <w:r>
        <w:br/>
      </w:r>
      <w:r>
        <w:rPr>
          <w:sz w:val="20"/>
        </w:rPr>
        <w:t>26:11  less reveal aur get reveal ke beech mein choice hai. mujhe bataiye, koi janta hai is baat ko? bas chhalang lagana jante hain, ladna, ladna jante hain, baat ko bigadna jante hain.</w:t>
      </w:r>
      <w:r>
        <w:br/>
      </w:r>
      <w:r>
        <w:rPr>
          <w:sz w:val="20"/>
        </w:rPr>
        <w:t>26:21  bas</w:t>
      </w:r>
      <w:r>
        <w:br/>
      </w:r>
      <w:r>
        <w:rPr>
          <w:sz w:val="20"/>
        </w:rPr>
        <w:t>26:24  to main yahi kahunga ke is cheez ko discover kijiye, is haqeeqat ko ke duniya mein hum, duniya mein right aur wrong ka choice pehle ke pe nahi hota hai.</w:t>
      </w:r>
      <w:r>
        <w:br/>
      </w:r>
      <w:r>
        <w:rPr>
          <w:sz w:val="20"/>
        </w:rPr>
        <w:t>26:36  rasool Allah ke zamane mein kaba jo hai, woh tod kar ke banaya tha,</w:t>
      </w:r>
      <w:r>
        <w:br/>
      </w:r>
      <w:r>
        <w:rPr>
          <w:sz w:val="20"/>
        </w:rPr>
        <w:t>26:40  woh toota nahi toh gir gaya tha, toh mushrikeen ne banaya tha, aur us ko Hazrat Ibrahim ka jo kaba tha, us se badal diya tha.</w:t>
      </w:r>
      <w:r>
        <w:br/>
      </w:r>
      <w:r>
        <w:rPr>
          <w:sz w:val="20"/>
        </w:rPr>
        <w:t>26:49  unho ne jo, jo hatim aap kehte hain, hatim chhod diya tha. unho ne rasool Allah ne is ko badla nahi. aap ne farmaya ke agar main is ko badlun toh yahan ka hangama khada ho jayega.</w:t>
      </w:r>
      <w:r>
        <w:br/>
      </w:r>
      <w:r>
        <w:rPr>
          <w:sz w:val="20"/>
        </w:rPr>
        <w:t>27:01  toh peghambar ke liye bhi choice nahi hota right aur wrong mein. yaad rakhiye, choice sirf hai less reveal aur get reveal mein. aap jab bhi aap kisi mamle mein aap koi action lein, koi step lein toh janiye ke step lena aap ka mamle ko badhayega ya ghatayega.</w:t>
      </w:r>
      <w:r>
        <w:br/>
      </w:r>
      <w:r>
        <w:rPr>
          <w:sz w:val="20"/>
        </w:rPr>
        <w:t>27:19  yani result oriented action yeh Islam ka tareeqa hai. yaad rakhiye, Islam ka tareeqa hai result oriented action.</w:t>
      </w:r>
      <w:r>
        <w:br/>
      </w:r>
      <w:r>
        <w:rPr>
          <w:sz w:val="20"/>
        </w:rPr>
        <w:t>27:30  aap ka bolna, aap ka amal karna, aap ka chhalaag lagana, is se bahut</w:t>
      </w:r>
      <w:r>
        <w:br/>
      </w:r>
      <w:r>
        <w:rPr>
          <w:sz w:val="20"/>
        </w:rPr>
        <w:t>27:35  zyada sochiye pehle ke is ka nateeja kya nikal niklega. negative result hai, positive result hai. negative result hai toh chup chap baithiye ghar mein.</w:t>
      </w:r>
    </w:p>
    <w:p>
      <w:pPr>
        <w:pStyle w:val="Heading2"/>
      </w:pPr>
      <w:r>
        <w:t>Gandhi's real mission: Hindu-Muslim harmony, not sameness</w:t>
      </w:r>
    </w:p>
    <w:p>
      <w:r>
        <w:rPr>
          <w:color w:val="666666"/>
          <w:sz w:val="18"/>
        </w:rPr>
        <w:t>Multi Religious Society and Islam (English) March 3, 2007 · 2m 12s · at 34:42 · https://youtu.be/13uSBqf_XHg?t=2082</w:t>
      </w:r>
    </w:p>
    <w:p>
      <w:r>
        <w:rPr>
          <w:i/>
        </w:rPr>
        <w:t>“Mahatma Gandhi's real mission for India after independence”</w:t>
      </w:r>
    </w:p>
    <w:p>
      <w:r>
        <w:rPr>
          <w:sz w:val="20"/>
        </w:rPr>
        <w:t>34:42  because he tried to eliminate the course of nature. and, who can change the course of nature?</w:t>
      </w:r>
      <w:r>
        <w:br/>
      </w:r>
      <w:r>
        <w:rPr>
          <w:sz w:val="20"/>
        </w:rPr>
        <w:t>34:55  in india,</w:t>
      </w:r>
      <w:r>
        <w:br/>
      </w:r>
      <w:r>
        <w:rPr>
          <w:sz w:val="20"/>
        </w:rPr>
        <w:t>35:00  in india, the greatest leader of india, mahatma gandhi, wanted to establish a society, a harmonious society in india, after the</w:t>
      </w:r>
      <w:r>
        <w:br/>
      </w:r>
      <w:r>
        <w:rPr>
          <w:sz w:val="20"/>
        </w:rPr>
        <w:t>35:19  freedom.</w:t>
      </w:r>
      <w:r>
        <w:br/>
      </w:r>
      <w:r>
        <w:rPr>
          <w:sz w:val="20"/>
        </w:rPr>
        <w:t>35:21  butt, unfortunately, he was shot dead in 1948.</w:t>
      </w:r>
      <w:r>
        <w:br/>
      </w:r>
      <w:r>
        <w:rPr>
          <w:sz w:val="20"/>
        </w:rPr>
        <w:t>35:30  before his death, he declared that,</w:t>
      </w:r>
      <w:r>
        <w:br/>
      </w:r>
      <w:r>
        <w:rPr>
          <w:sz w:val="20"/>
        </w:rPr>
        <w:t>35:38  he declared what was his mission in post independent India.</w:t>
      </w:r>
      <w:r>
        <w:br/>
      </w:r>
      <w:r>
        <w:rPr>
          <w:sz w:val="20"/>
        </w:rPr>
        <w:t>35:44  he said, "Hindus aur Musalman must learn to living in harmony." harmony.</w:t>
      </w:r>
      <w:r>
        <w:br/>
      </w:r>
      <w:r>
        <w:rPr>
          <w:sz w:val="20"/>
        </w:rPr>
        <w:t>36:01  he never said that they must eliminate all those differences in terms of culture, in terms of religion.</w:t>
      </w:r>
      <w:r>
        <w:br/>
      </w:r>
      <w:r>
        <w:rPr>
          <w:sz w:val="20"/>
        </w:rPr>
        <w:t>36:12  mahatma gandhi never said like this, that you have to eliminate all those differences that are prevalent in India in terms of culture, in terms of language, in terms of religion.</w:t>
      </w:r>
      <w:r>
        <w:br/>
      </w:r>
      <w:r>
        <w:rPr>
          <w:sz w:val="20"/>
        </w:rPr>
        <w:t>36:26  instead, he said that, "Hindus aur Musalmans should learn to living together in peace and harmony.</w:t>
      </w:r>
      <w:r>
        <w:br/>
      </w:r>
      <w:r>
        <w:rPr>
          <w:sz w:val="20"/>
        </w:rPr>
        <w:t>36:38  otherwise, i should die in the attempt." so, this is the best mission for indian leaders and indian thinkers.</w:t>
      </w:r>
    </w:p>
    <w:p>
      <w:pPr>
        <w:pStyle w:val="Heading2"/>
      </w:pPr>
      <w:r>
        <w:t>UNESCO dictum: violence begins from the mind's ideology</w:t>
      </w:r>
    </w:p>
    <w:p>
      <w:r>
        <w:rPr>
          <w:color w:val="666666"/>
          <w:sz w:val="18"/>
        </w:rPr>
        <w:t>Peaceful Activism vs Violent Activism May 23, 2009 · 1m 26s · at 3:03 · https://youtu.be/LlwiET1Kb5w?t=183</w:t>
      </w:r>
    </w:p>
    <w:p>
      <w:r>
        <w:rPr>
          <w:i/>
        </w:rPr>
        <w:t>“I recall a very well-known dictum of UNESCO.”</w:t>
      </w:r>
    </w:p>
    <w:p>
      <w:r>
        <w:rPr>
          <w:sz w:val="20"/>
        </w:rPr>
        <w:t>3:03  recall a very well known dictum of UNESCO.</w:t>
      </w:r>
      <w:r>
        <w:br/>
      </w:r>
      <w:r>
        <w:rPr>
          <w:sz w:val="20"/>
        </w:rPr>
        <w:t>3:09  You know, UNESCO is a special branch of United Nations. The main purpose of UNESCO, that is international organization under UNO.</w:t>
      </w:r>
      <w:r>
        <w:br/>
      </w:r>
      <w:r>
        <w:rPr>
          <w:sz w:val="20"/>
        </w:rPr>
        <w:t>3:24  So, the main purpose of UNESCO is to establish peace and cooperation between different nations.</w:t>
      </w:r>
      <w:r>
        <w:br/>
      </w:r>
      <w:r>
        <w:rPr>
          <w:sz w:val="20"/>
        </w:rPr>
        <w:t>3:35  This is their purpose.</w:t>
      </w:r>
      <w:r>
        <w:br/>
      </w:r>
      <w:r>
        <w:rPr>
          <w:sz w:val="20"/>
        </w:rPr>
        <w:t>3:38  So, they have opted a very well known dictum, that is violence begins from mind.</w:t>
      </w:r>
      <w:r>
        <w:br/>
      </w:r>
      <w:r>
        <w:rPr>
          <w:sz w:val="20"/>
        </w:rPr>
        <w:t>3:51  it means that violence begins from a violent ideology. mind creates ideology.</w:t>
      </w:r>
      <w:r>
        <w:br/>
      </w:r>
      <w:r>
        <w:rPr>
          <w:sz w:val="20"/>
        </w:rPr>
        <w:t>4:03  so, every violent activism is brain child of an ideology.</w:t>
      </w:r>
      <w:r>
        <w:br/>
      </w:r>
      <w:r>
        <w:rPr>
          <w:sz w:val="20"/>
        </w:rPr>
        <w:t>4:14  so, without having a counter ideology, you can not eliminate all these terrorist activities.</w:t>
      </w:r>
      <w:r>
        <w:br/>
      </w:r>
      <w:r>
        <w:rPr>
          <w:sz w:val="20"/>
        </w:rPr>
        <w:t>4:24  this is the problem.</w:t>
      </w:r>
    </w:p>
    <w:p>
      <w:pPr>
        <w:pStyle w:val="Heading2"/>
      </w:pPr>
      <w:r>
        <w:t>Islamic formula follow one respect all</w:t>
      </w:r>
    </w:p>
    <w:p>
      <w:r>
        <w:rPr>
          <w:color w:val="666666"/>
          <w:sz w:val="18"/>
        </w:rPr>
        <w:t>Inter Faith Dialogue IIC 12 Mar 2007 - Maulana Wahiduddin Khan · 2m 58s · at 7:30 · https://youtu.be/VoRqhMN-2Oc?t=450</w:t>
      </w:r>
    </w:p>
    <w:p>
      <w:r>
        <w:rPr>
          <w:i/>
        </w:rPr>
        <w:t>“And this is the Islamic formula”</w:t>
      </w:r>
    </w:p>
    <w:p>
      <w:r>
        <w:rPr>
          <w:sz w:val="20"/>
        </w:rPr>
        <w:t>7:30  And this is the Islamic formula. You know, in the Quran, there is a very relevant verse in these verses.</w:t>
      </w:r>
      <w:r>
        <w:br/>
      </w:r>
      <w:r>
        <w:rPr>
          <w:sz w:val="20"/>
        </w:rPr>
        <w:t>7:46  Lakum dinukum wali adin. These are Quranic verses. Lakum dinukum wali adin. It means that for you, your religion; for me, mine.</w:t>
      </w:r>
      <w:r>
        <w:br/>
      </w:r>
      <w:r>
        <w:rPr>
          <w:sz w:val="20"/>
        </w:rPr>
        <w:t>8:00  For you, your religion; for me, mine. Generally, people speak of two periods of prophetic life. They say that in Mecca, the Prophet was not in power.</w:t>
      </w:r>
      <w:r>
        <w:br/>
      </w:r>
      <w:r>
        <w:rPr>
          <w:sz w:val="20"/>
        </w:rPr>
        <w:t>8:15  There was no political power with the party of the Prophet. But in Madinah, he became a political head. And the things were different from that, which was Mecca.</w:t>
      </w:r>
      <w:r>
        <w:br/>
      </w:r>
      <w:r>
        <w:rPr>
          <w:sz w:val="20"/>
        </w:rPr>
        <w:t>8:29  But this is a fallacy. It is a misunderstanding. Because according to the scriptures, the same formula was applied in Madinah also, when the Prophet was in power.</w:t>
      </w:r>
      <w:r>
        <w:br/>
      </w:r>
      <w:r>
        <w:rPr>
          <w:sz w:val="20"/>
        </w:rPr>
        <w:t>8:46  In Mecca, this verse was revealed to the Prophet that.</w:t>
      </w:r>
      <w:r>
        <w:br/>
      </w:r>
      <w:r>
        <w:rPr>
          <w:sz w:val="20"/>
        </w:rPr>
        <w:t>8:53  Lakum dinukum wali adin. For you, your religion; for me, mine. And when he settled in Madinah, as a political head, he issued a declaration.</w:t>
      </w:r>
      <w:r>
        <w:br/>
      </w:r>
      <w:r>
        <w:rPr>
          <w:sz w:val="20"/>
        </w:rPr>
        <w:t>9:08  This declaration is called</w:t>
      </w:r>
      <w:r>
        <w:br/>
      </w:r>
      <w:r>
        <w:rPr>
          <w:sz w:val="20"/>
        </w:rPr>
        <w:t>9:13  Sahifatul Madinah. In Islamic history, you can read it</w:t>
      </w:r>
      <w:r>
        <w:br/>
      </w:r>
      <w:r>
        <w:rPr>
          <w:sz w:val="20"/>
        </w:rPr>
        <w:t>9:21  . You can find it in these verses. Sahifatul Madinah. Sahifatul Madinah means Madinah Declaration. In this declaration, in Madinah, the Prophet added this provision that at that time, you know,</w:t>
      </w:r>
      <w:r>
        <w:br/>
      </w:r>
      <w:r>
        <w:rPr>
          <w:sz w:val="20"/>
        </w:rPr>
        <w:t>9:45  it was Madinah was a multi-religious society. Multi-religious society. So the Prophet added this provision in that declaration that.</w:t>
      </w:r>
      <w:r>
        <w:br/>
      </w:r>
      <w:r>
        <w:rPr>
          <w:sz w:val="20"/>
        </w:rPr>
        <w:t>9:57  Lil Yahud dinuhum, walil Muslimin dinuhum. For</w:t>
      </w:r>
      <w:r>
        <w:br/>
      </w:r>
      <w:r>
        <w:rPr>
          <w:sz w:val="20"/>
        </w:rPr>
        <w:t>10:03  you, their religion. For Muslims, their religion. The same formula was applied also in Madinah, where the Prophet was in power.</w:t>
      </w:r>
      <w:r>
        <w:br/>
      </w:r>
      <w:r>
        <w:rPr>
          <w:sz w:val="20"/>
        </w:rPr>
        <w:t>10:17  So I can say that the Islamic formula is based on this principle that follow one and respect all.</w:t>
      </w:r>
      <w:r>
        <w:br/>
      </w:r>
      <w:r>
        <w:rPr>
          <w:sz w:val="20"/>
        </w:rPr>
        <w:t>10:25  Follow one and respect all.</w:t>
      </w:r>
    </w:p>
    <w:p>
      <w:pPr>
        <w:pStyle w:val="Heading2"/>
      </w:pPr>
      <w:r>
        <w:t>Terrorists quote verses out of context to justify themselves</w:t>
      </w:r>
    </w:p>
    <w:p>
      <w:r>
        <w:rPr>
          <w:color w:val="666666"/>
          <w:sz w:val="18"/>
        </w:rPr>
        <w:t>On Extremism September 14, 2008 · 1m 26s · at 44:20 · https://youtu.be/qHQEos8tOLg?t=2660</w:t>
      </w:r>
    </w:p>
    <w:p>
      <w:r>
        <w:rPr>
          <w:i/>
        </w:rPr>
        <w:t>“Everyone does this — quoting things out of context”</w:t>
      </w:r>
    </w:p>
    <w:p>
      <w:r>
        <w:rPr>
          <w:sz w:val="20"/>
        </w:rPr>
        <w:t>44:20  why do terrorist cite verses out of context when it is clear that these verses are applicable only for defensive purposes?</w:t>
      </w:r>
      <w:r>
        <w:br/>
      </w:r>
      <w:r>
        <w:rPr>
          <w:sz w:val="20"/>
        </w:rPr>
        <w:t>44:32  dekhen, yeh to sab hi karte hain. out of context pesh kar ke apne ko justify karte rehte hain. jitne criminal hain, sab yahi karte hain.</w:t>
      </w:r>
      <w:r>
        <w:br/>
      </w:r>
      <w:r>
        <w:rPr>
          <w:sz w:val="20"/>
        </w:rPr>
        <w:t>44:43  jitne corrupt log hain, sab yahi karte rehte hain.</w:t>
      </w:r>
      <w:r>
        <w:br/>
      </w:r>
      <w:r>
        <w:rPr>
          <w:sz w:val="20"/>
        </w:rPr>
        <w:t>44:48  to corrupt logon ka jis ko bhi dekhiye, aap woh yahi karte hain ke out of context cheezein pesh karenge. kyun? apne apne aap ko justify karne ke liye.</w:t>
      </w:r>
      <w:r>
        <w:br/>
      </w:r>
      <w:r>
        <w:rPr>
          <w:sz w:val="20"/>
        </w:rPr>
        <w:t>44:59  aur yeh aap ko main yeh bhi bataun ke yeh jitni bhi hoti hain, yeh koi scholar nahin hote. yeh log koi bhi is mein mujhe nahin maloom ke koi sach sahi ma'non mein scholar tha ya hai yani Islam ka gehra knowledge ho, Islam ki study is ne ki ho.</w:t>
      </w:r>
      <w:r>
        <w:br/>
      </w:r>
      <w:r>
        <w:rPr>
          <w:sz w:val="20"/>
        </w:rPr>
        <w:t>45:17  aise hi kuch idhar udhar padha aur in ko josh mein aaya aur lage apna idhar udhar chalane, apna violence chalane lage.</w:t>
      </w:r>
      <w:r>
        <w:br/>
      </w:r>
      <w:r>
        <w:rPr>
          <w:sz w:val="20"/>
        </w:rPr>
        <w:t>45:28  mere ilm mein jitni bhi yeh yeh community hai jo bomb aur gun culture chala rahi hai, is mein ek bhi nahin hai jo sahi ma'non mein Islam ka achha jankar ho.</w:t>
      </w:r>
      <w:r>
        <w:br/>
      </w:r>
      <w:r>
        <w:rPr>
          <w:sz w:val="20"/>
        </w:rPr>
        <w:t>45:39  ek bhi nahin hai. agar kisi ke nazdeek ho to mujhe us ka naam bataiyega. aap das question is from Miss Razia.</w:t>
      </w:r>
    </w:p>
    <w:p>
      <w:pPr>
        <w:pStyle w:val="Heading2"/>
      </w:pPr>
      <w:r>
        <w:t>Islam popularized education to enable democracy</w:t>
      </w:r>
    </w:p>
    <w:p>
      <w:r>
        <w:rPr>
          <w:color w:val="666666"/>
          <w:sz w:val="18"/>
        </w:rPr>
        <w:t>Islam and Democracy January 23, 2011- Maulana Wahiduddin Khan · 1m 58s · at 18:59 · https://youtu.be/MSA29qlrGSo?t=1139</w:t>
      </w:r>
    </w:p>
    <w:p>
      <w:r>
        <w:rPr>
          <w:i/>
        </w:rPr>
        <w:t>“To education ke maamle mein Islam ne aaghaz kiya”</w:t>
      </w:r>
    </w:p>
    <w:p>
      <w:r>
        <w:rPr>
          <w:sz w:val="20"/>
        </w:rPr>
        <w:t>18:59  to education ke mamle mein islam ne wahan bhi islam ne aaghaz kiya. aaghaz is tarah se ke aap dekhiye education ki history.</w:t>
      </w:r>
      <w:r>
        <w:br/>
      </w:r>
      <w:r>
        <w:rPr>
          <w:sz w:val="20"/>
        </w:rPr>
        <w:t>19:11  to islam se pehle kya tha? aam logon mein parhna likhna tha hi nahi. sirf clergy ke log padhte the ya royalty ke log padhte the bas.</w:t>
      </w:r>
      <w:r>
        <w:br/>
      </w:r>
      <w:r>
        <w:rPr>
          <w:sz w:val="20"/>
        </w:rPr>
        <w:t>19:26  royalty ya clergy. baqi aam logon ke liye education thi hi nahi. islam ne pehli baar education ko popularize kiya.</w:t>
      </w:r>
      <w:r>
        <w:br/>
      </w:r>
      <w:r>
        <w:rPr>
          <w:sz w:val="20"/>
        </w:rPr>
        <w:t>19:39  aur khud rasool allah ne madine mein ek jo school banaya tha apni zindagi mein us mein sare teacher mushrik the.</w:t>
      </w:r>
      <w:r>
        <w:br/>
      </w:r>
      <w:r>
        <w:rPr>
          <w:sz w:val="20"/>
        </w:rPr>
        <w:t>19:49  student tab bachche musalman the. aur student aur jo jo teacher the woh sab ke sab mushrik the. to aap ne ek bohat yaani extreme example qaim kiya ke chahe mushrik se parhna pade.</w:t>
      </w:r>
      <w:r>
        <w:br/>
      </w:r>
      <w:r>
        <w:rPr>
          <w:sz w:val="20"/>
        </w:rPr>
        <w:t>20:04  chahe secular logon se parhna pade. education lo.</w:t>
      </w:r>
      <w:r>
        <w:br/>
      </w:r>
      <w:r>
        <w:rPr>
          <w:sz w:val="20"/>
        </w:rPr>
        <w:t>20:10  to rasool allah ne ya islam ke inqalab ne education ko clergy se nikala, royalty se nikala, us ko popularize kiya. is tarah chal pada yeh.</w:t>
      </w:r>
      <w:r>
        <w:br/>
      </w:r>
      <w:r>
        <w:rPr>
          <w:sz w:val="20"/>
        </w:rPr>
        <w:t>20:23  yeh process tha, process. jo madine mein shuru hua, phir damishq pahuncha, damishq se phir woh baghdad pahuncha, cairo pahuncha, cordoba pahuncha, granada pahuncha, yahan tak ke italy aur france pahuncha.</w:t>
      </w:r>
      <w:r>
        <w:br/>
      </w:r>
      <w:r>
        <w:rPr>
          <w:sz w:val="20"/>
        </w:rPr>
        <w:t>20:38  to education jab jab popular ho jaye tabhi democracy chal sakti hai.</w:t>
      </w:r>
      <w:r>
        <w:br/>
      </w:r>
      <w:r>
        <w:rPr>
          <w:sz w:val="20"/>
        </w:rPr>
        <w:t>20:45  jo system islam chahta tha democracy ka is ke liye zarori tha ke society educated ho.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