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230 clips · theme spiritual · full transcripts with timestamps · exported 2026-09-21</w:t>
      </w:r>
    </w:p>
    <w:p>
      <w:pPr>
        <w:pStyle w:val="Heading2"/>
      </w:pPr>
      <w:r>
        <w:t>Goal of creation is paradise for humans</w:t>
      </w:r>
    </w:p>
    <w:p>
      <w:r>
        <w:rPr>
          <w:color w:val="666666"/>
          <w:sz w:val="18"/>
        </w:rPr>
        <w:t>AL RISALA JANUARY 2017 | AUDIO · 1m 30s · at 0:05 · https://youtu.be/_nWm9Mixl-E?t=5</w:t>
      </w:r>
    </w:p>
    <w:p>
      <w:r>
        <w:rPr>
          <w:i/>
        </w:rPr>
        <w:t>“Takhleeq ki manzil kya hai?”</w:t>
      </w:r>
    </w:p>
    <w:p>
      <w:r>
        <w:rPr>
          <w:sz w:val="20"/>
        </w:rPr>
        <w:t>0:05  arsala, jannori 2017.</w:t>
      </w:r>
      <w:r>
        <w:br/>
      </w:r>
      <w:r>
        <w:rPr>
          <w:sz w:val="20"/>
        </w:rPr>
        <w:t>0:10  takhleeq ki manzil, takhleeq ki manzil, ya goal of creation kya hai? yaani, paida karne wale ne kyun</w:t>
      </w:r>
      <w:r>
        <w:br/>
      </w:r>
      <w:r>
        <w:rPr>
          <w:sz w:val="20"/>
        </w:rPr>
        <w:t>0:15  maujooda duniya ko paida kiya? is takhleeqi amal ka maqsad kya hai? aur yeh takhleeqi safar aakhir kar</w:t>
      </w:r>
      <w:r>
        <w:br/>
      </w:r>
      <w:r>
        <w:rPr>
          <w:sz w:val="20"/>
        </w:rPr>
        <w:t>0:20  kahan tak pahunchne wala hai? quran aur insani tareekh ke mutale se is ka jo jawab maloom hota</w:t>
      </w:r>
      <w:r>
        <w:br/>
      </w:r>
      <w:r>
        <w:rPr>
          <w:sz w:val="20"/>
        </w:rPr>
        <w:t>0:25  hai, is ko yahan darj kiya ja raha hai.</w:t>
      </w:r>
      <w:r>
        <w:br/>
      </w:r>
      <w:r>
        <w:rPr>
          <w:sz w:val="20"/>
        </w:rPr>
        <w:t>0:31  is sawal ka jawab mukht</w:t>
      </w:r>
      <w:r>
        <w:br/>
      </w:r>
      <w:r>
        <w:rPr>
          <w:sz w:val="20"/>
        </w:rPr>
        <w:t>0:36  sar tor par yeh hai ke takhleeq ka markazi kirdaar insaan hai, aur takhleeq ki manzil jannat ya</w:t>
      </w:r>
      <w:r>
        <w:br/>
      </w:r>
      <w:r>
        <w:rPr>
          <w:sz w:val="20"/>
        </w:rPr>
        <w:t>0:42  paradise hai, jo ke insaan ke liye mayari duniya ya ideal world hai.</w:t>
      </w:r>
      <w:r>
        <w:br/>
      </w:r>
      <w:r>
        <w:rPr>
          <w:sz w:val="20"/>
        </w:rPr>
        <w:t>0:48  aaghaaz se ikhtitaam tak yeh ek lamba safar hai jo mukhtalif marhal se guzarta hai aur aakhir kar</w:t>
      </w:r>
      <w:r>
        <w:br/>
      </w:r>
      <w:r>
        <w:rPr>
          <w:sz w:val="20"/>
        </w:rPr>
        <w:t>0:54  woh abadi jannat tak pahunchta hai.</w:t>
      </w:r>
      <w:r>
        <w:br/>
      </w:r>
      <w:r>
        <w:rPr>
          <w:sz w:val="20"/>
        </w:rPr>
        <w:t>1:00  aakhri daur ke bare mein quran mein yeh bataya gaya hai: "yom tubaddal al-ard</w:t>
      </w:r>
      <w:r>
        <w:br/>
      </w:r>
      <w:r>
        <w:rPr>
          <w:sz w:val="20"/>
        </w:rPr>
        <w:t>1:06  ghair al-ard was-samawat".</w:t>
      </w:r>
      <w:r>
        <w:br/>
      </w:r>
      <w:r>
        <w:rPr>
          <w:sz w:val="20"/>
        </w:rPr>
        <w:t>1:11  yaani jis din yeh zameen ek aur zameen se badal di jaye gi, aur aasman bhi.</w:t>
      </w:r>
      <w:r>
        <w:br/>
      </w:r>
      <w:r>
        <w:rPr>
          <w:sz w:val="20"/>
        </w:rPr>
        <w:t>1:16  is tabdeel, ya change, ka matlab yeh hai ke maujooda duniya ko badal kar woh duniya banai jaye</w:t>
      </w:r>
      <w:r>
        <w:br/>
      </w:r>
      <w:r>
        <w:rPr>
          <w:sz w:val="20"/>
        </w:rPr>
        <w:t>1:21  gi jis ko quran mein aakhirat ki duniya kaha gaya hai.</w:t>
      </w:r>
      <w:r>
        <w:br/>
      </w:r>
      <w:r>
        <w:rPr>
          <w:sz w:val="20"/>
        </w:rPr>
        <w:t>1:26  yeh doosri duniya ek mayari duniya hogi.</w:t>
      </w:r>
      <w:r>
        <w:br/>
      </w:r>
      <w:r>
        <w:rPr>
          <w:sz w:val="20"/>
        </w:rPr>
        <w:t>1:31  maujooda duniya mein saleh aur ghair saleh, dono mili jali halat mein abad</w:t>
      </w:r>
    </w:p>
    <w:p>
      <w:pPr>
        <w:pStyle w:val="Heading2"/>
      </w:pPr>
      <w:r>
        <w:t>Guaranteed salvation stopped Muslim creative thinking for 1000 years</w:t>
      </w:r>
    </w:p>
    <w:p>
      <w:r>
        <w:rPr>
          <w:color w:val="666666"/>
          <w:sz w:val="18"/>
        </w:rPr>
        <w:t>Material Science and Spiritual Science 20 May 2012 · 1m 46s · at 42:33 · https://youtu.be/4K6CxjThlxQ?t=2553</w:t>
      </w:r>
    </w:p>
    <w:p>
      <w:r>
        <w:rPr>
          <w:i/>
        </w:rPr>
        <w:t>“Musalmanon mein sahaba ke baad bohot jald shafa'at ka aqeeda aa gaya”</w:t>
      </w:r>
    </w:p>
    <w:p>
      <w:r>
        <w:rPr>
          <w:sz w:val="20"/>
        </w:rPr>
        <w:t>42:33  shafaat ke aqide mein phir mein aap ko aik bohat hi zyada aisi sakht baat kehta hoon jis jo sun kar logon ko bohat dhakka lagega woh yeh hai ke musalmanon mein sahaba ke baad bohat jald sahafiat ka aqida aa gaya tamam sahaba yani darte the ke kahin mujhe jahannum mein khoon na jana pade tamam sahaba ke bare mein aata hai</w:t>
      </w:r>
      <w:r>
        <w:br/>
      </w:r>
      <w:r>
        <w:rPr>
          <w:sz w:val="20"/>
        </w:rPr>
        <w:t>43:02  aap padh lein sahaba ke halaat ko tamam sahaba har waqt kanpte the ke kya hone wala tha mujhe jahannum mein daal de kya hoga mera anjam is se un ki brain starting hoti rehti thi lekin is ke baad jab shafaat ka nazariya aa gaya to kya guaranteed salvation ka daur aa gaya nijat pakki ho gayi musalmanon ki to brain storming khatam ho gayi jante hain kya hua</w:t>
      </w:r>
      <w:r>
        <w:br/>
      </w:r>
      <w:r>
        <w:rPr>
          <w:sz w:val="20"/>
        </w:rPr>
        <w:t>43:31  poore hazar saal ki tareekh mein aik bhi mein mujhe ab nahin bata sakte aap koi creative thinker paida hua ho siwa ibn khaldun ke jo secular tha ibn khaldun secular tha hazar saal ki poori tareekh mein aap samajhte hain ke falan bade bade log paida hue koi bade log koi un mein se koi creative writer nahin tha creative thinker nahin tha</w:t>
      </w:r>
      <w:r>
        <w:br/>
      </w:r>
      <w:r>
        <w:rPr>
          <w:sz w:val="20"/>
        </w:rPr>
        <w:t>43:54  yani hazar saal mein musalmanon ne aik bhi creative thinker paida nahin kiya siwaye ibn khaldun ke woh is ka wajah kya hai yeh shafaat ka aqida hai shafaat ke aqide ne brain storming ko rok diya aap aap ko tiqan mein jeena sikhaya hai tiqan mein ke hamari jannat to pakki hai</w:t>
      </w:r>
    </w:p>
    <w:p>
      <w:pPr>
        <w:pStyle w:val="Heading2"/>
      </w:pPr>
      <w:r>
        <w:t>How Muslims' own violence built Islam's bad image</w:t>
      </w:r>
    </w:p>
    <w:p>
      <w:r>
        <w:rPr>
          <w:color w:val="666666"/>
          <w:sz w:val="18"/>
        </w:rPr>
        <w:t>Spirituality in Islam January 1, 2006 Maulana Wahiduddin Khan · 2m 07s · at 2:07 · https://youtu.be/XO4htFBEkV4?t=127</w:t>
      </w:r>
    </w:p>
    <w:p>
      <w:r>
        <w:rPr>
          <w:i/>
        </w:rPr>
        <w:t>“Ye impression jo bana hai, blame khud musalmano par jata hai”</w:t>
      </w:r>
    </w:p>
    <w:p>
      <w:r>
        <w:rPr>
          <w:sz w:val="20"/>
        </w:rPr>
        <w:t>2:07  yeh jo impression bana hai, mein is ka blame doosron ko nahi doonga. Is ka blame khud musalmanon par jata hai.</w:t>
      </w:r>
      <w:r>
        <w:br/>
      </w:r>
      <w:r>
        <w:rPr>
          <w:sz w:val="20"/>
        </w:rPr>
        <w:t>2:19  pichhle 200 saal mein aisa hua hai ke islam ke naam par sab se zyada jo activities ki gayi hain saari hi duniya mein,</w:t>
      </w:r>
      <w:r>
        <w:br/>
      </w:r>
      <w:r>
        <w:rPr>
          <w:sz w:val="20"/>
        </w:rPr>
        <w:t>2:35  wo artist ko le kar ki gayi hain.</w:t>
      </w:r>
      <w:r>
        <w:br/>
      </w:r>
      <w:r>
        <w:rPr>
          <w:sz w:val="20"/>
        </w:rPr>
        <w:t>2:42  political activities ko islamic activities bana diya gaya hai. Aur musalman chuki apni political activities mein kuch gain nahi kar sake to wo phir chale gaye violence tak.</w:t>
      </w:r>
      <w:r>
        <w:br/>
      </w:r>
      <w:r>
        <w:rPr>
          <w:sz w:val="20"/>
        </w:rPr>
        <w:t>3:00  yani pehle political activity shuru hui ek peaceful activity ke taur par, lekin jab peaceful taur par political gain unhein nahi hua kisi bhi country mein to unhon ne violence shuru kar diya, gun aur bomb culture.</w:t>
      </w:r>
      <w:r>
        <w:br/>
      </w:r>
      <w:r>
        <w:rPr>
          <w:sz w:val="20"/>
        </w:rPr>
        <w:t>3:22  to unfortunately yahi 200 saal hain jabke sab se zyada media ko phailaao mila duniya mein.</w:t>
      </w:r>
      <w:r>
        <w:br/>
      </w:r>
      <w:r>
        <w:rPr>
          <w:sz w:val="20"/>
        </w:rPr>
        <w:t>3:34  yani yeh waqea agar aaj se 800 saal pehle hua hota mislan to duniya mein yeh impression na jata.</w:t>
      </w:r>
      <w:r>
        <w:br/>
      </w:r>
      <w:r>
        <w:rPr>
          <w:sz w:val="20"/>
        </w:rPr>
        <w:t>3:45  kyunki media tha nahi us zamane mein jo logon ko bataye.</w:t>
      </w:r>
      <w:r>
        <w:br/>
      </w:r>
      <w:r>
        <w:rPr>
          <w:sz w:val="20"/>
        </w:rPr>
        <w:t>3:52  to ab jab ke media ka zamana aa chuka tha, us zamane mein yeh violent activities jihad ke naam par, islami jihad ke naam par ki gayeen.</w:t>
      </w:r>
      <w:r>
        <w:br/>
      </w:r>
      <w:r>
        <w:rPr>
          <w:sz w:val="20"/>
        </w:rPr>
        <w:t>4:07  to it was but natural ke logon ke saamne islam ki jo tasweer bane wo yahi ho.</w:t>
      </w:r>
    </w:p>
    <w:p>
      <w:pPr>
        <w:pStyle w:val="Heading2"/>
      </w:pPr>
      <w:r>
        <w:t>Escaping environmental influence needs ruthless deconditioning</w:t>
      </w:r>
    </w:p>
    <w:p>
      <w:r>
        <w:rPr>
          <w:color w:val="666666"/>
          <w:sz w:val="18"/>
        </w:rPr>
        <w:t>Spirituality in Simple Living, High Thinking October 27, 2019 Maulana Wahiduddin Khan · 2m 08s · at 46:12 · https://youtu.be/Kr28g15eFr8?t=2772</w:t>
      </w:r>
    </w:p>
    <w:p>
      <w:r>
        <w:rPr>
          <w:i/>
        </w:rPr>
        <w:t>“How can I stop external influences from affecting me?”</w:t>
      </w:r>
    </w:p>
    <w:p>
      <w:r>
        <w:rPr>
          <w:sz w:val="20"/>
        </w:rPr>
        <w:t>46:12  Unhon ne likha hai: "Maulana sahib, I have been trying to live simple life as you have advocated it personally to me number of times, but sometimes due to external influences, I am not able to implement it in complete sense.</w:t>
      </w:r>
      <w:r>
        <w:br/>
      </w:r>
      <w:r>
        <w:rPr>
          <w:sz w:val="20"/>
        </w:rPr>
        <w:t>46:31  Kindly guide how can we save our self from getting influence from the surrounding environment."</w:t>
      </w:r>
      <w:r>
        <w:br/>
      </w:r>
      <w:r>
        <w:rPr>
          <w:sz w:val="20"/>
        </w:rPr>
        <w:t>46:43  Bhai, yeh to pehli condition hai</w:t>
      </w:r>
      <w:r>
        <w:br/>
      </w:r>
      <w:r>
        <w:rPr>
          <w:sz w:val="20"/>
        </w:rPr>
        <w:t>46:49  ke environment ka jo influence hota hai, us ko aap. Us se aap ignore karen, us se aap influence na hon.</w:t>
      </w:r>
      <w:r>
        <w:br/>
      </w:r>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r>
        <w:br/>
      </w:r>
      <w:r>
        <w:rPr>
          <w:sz w:val="20"/>
        </w:rPr>
        <w:t>47:58  mein ne Allah ke fazl se apni merciless de conditioning ki hai,</w:t>
      </w:r>
      <w:r>
        <w:br/>
      </w:r>
      <w:r>
        <w:rPr>
          <w:sz w:val="20"/>
        </w:rPr>
        <w:t>48:08  is ki bohat example mere paas hai. to yeh to yeh to koi excuse chalega nahi.</w:t>
      </w:r>
    </w:p>
    <w:p>
      <w:pPr>
        <w:pStyle w:val="Heading2"/>
      </w:pPr>
      <w:r>
        <w:t>Non-political empire already exists, revive it</w:t>
      </w:r>
    </w:p>
    <w:p>
      <w:r>
        <w:rPr>
          <w:color w:val="666666"/>
          <w:sz w:val="18"/>
        </w:rPr>
        <w:t>Five Pillars of Islam | July 30, 2007 · 2m 02s · at 32:00 · https://youtu.be/f31xU7hWLWI?t=1920</w:t>
      </w:r>
    </w:p>
    <w:p>
      <w:r>
        <w:rPr>
          <w:i/>
        </w:rPr>
        <w:t>“You know in this in our age, all the Muslim leaders”</w:t>
      </w:r>
    </w:p>
    <w:p>
      <w:r>
        <w:rPr>
          <w:sz w:val="20"/>
        </w:rPr>
        <w:t>32:00  Islam.</w:t>
      </w:r>
      <w:r>
        <w:br/>
      </w:r>
      <w:r>
        <w:rPr>
          <w:sz w:val="20"/>
        </w:rPr>
        <w:t>32:06  This is the true empire of Islam that is non-political in nature.</w:t>
      </w:r>
      <w:r>
        <w:br/>
      </w:r>
      <w:r>
        <w:rPr>
          <w:sz w:val="20"/>
        </w:rPr>
        <w:t>32:12  You know in this in our age, all the Muslim leaders, all the Muslim leaders are engaged to</w:t>
      </w:r>
      <w:r>
        <w:br/>
      </w:r>
      <w:r>
        <w:rPr>
          <w:sz w:val="20"/>
        </w:rPr>
        <w:t>32:19  establish a political empire.</w:t>
      </w:r>
      <w:r>
        <w:br/>
      </w:r>
      <w:r>
        <w:rPr>
          <w:sz w:val="20"/>
        </w:rPr>
        <w:t>32:25  But it is</w:t>
      </w:r>
      <w:r>
        <w:br/>
      </w:r>
      <w:r>
        <w:rPr>
          <w:sz w:val="20"/>
        </w:rPr>
        <w:t>32:31  wrong.</w:t>
      </w:r>
      <w:r>
        <w:br/>
      </w:r>
      <w:r>
        <w:rPr>
          <w:sz w:val="20"/>
        </w:rPr>
        <w:t>32:35  We have to—there is, but the Islamic empire is already there.</w:t>
      </w:r>
      <w:r>
        <w:br/>
      </w:r>
      <w:r>
        <w:rPr>
          <w:sz w:val="20"/>
        </w:rPr>
        <w:t>32:40  The non-political empire of Islam is already there.</w:t>
      </w:r>
      <w:r>
        <w:br/>
      </w:r>
      <w:r>
        <w:rPr>
          <w:sz w:val="20"/>
        </w:rPr>
        <w:t>32:44  kaba is intact.</w:t>
      </w:r>
      <w:r>
        <w:br/>
      </w:r>
      <w:r>
        <w:rPr>
          <w:sz w:val="20"/>
        </w:rPr>
        <w:t>32:48  Mosques are intact.</w:t>
      </w:r>
      <w:r>
        <w:br/>
      </w:r>
      <w:r>
        <w:rPr>
          <w:sz w:val="20"/>
        </w:rPr>
        <w:t>32:53  The namaz is intact.</w:t>
      </w:r>
      <w:r>
        <w:br/>
      </w:r>
      <w:r>
        <w:rPr>
          <w:sz w:val="20"/>
        </w:rPr>
        <w:t>32:57  saom is intact. zakat is</w:t>
      </w:r>
      <w:r>
        <w:br/>
      </w:r>
      <w:r>
        <w:rPr>
          <w:sz w:val="20"/>
        </w:rPr>
        <w:t>33:01  intact.</w:t>
      </w:r>
      <w:r>
        <w:br/>
      </w:r>
      <w:r>
        <w:rPr>
          <w:sz w:val="20"/>
        </w:rPr>
        <w:t>33:06  hajj is intact.</w:t>
      </w:r>
      <w:r>
        <w:br/>
      </w:r>
      <w:r>
        <w:rPr>
          <w:sz w:val="20"/>
        </w:rPr>
        <w:t>33:10  So the non-political empire of Islam is already there.</w:t>
      </w:r>
      <w:r>
        <w:br/>
      </w:r>
      <w:r>
        <w:rPr>
          <w:sz w:val="20"/>
        </w:rPr>
        <w:t>33:14  We have only to revive it.</w:t>
      </w:r>
      <w:r>
        <w:br/>
      </w:r>
      <w:r>
        <w:rPr>
          <w:sz w:val="20"/>
        </w:rPr>
        <w:t>33:19  We have only to reactivize it.</w:t>
      </w:r>
      <w:r>
        <w:br/>
      </w:r>
      <w:r>
        <w:rPr>
          <w:sz w:val="20"/>
        </w:rPr>
        <w:t>33:23  The structure is there.</w:t>
      </w:r>
      <w:r>
        <w:br/>
      </w:r>
      <w:r>
        <w:rPr>
          <w:sz w:val="20"/>
        </w:rPr>
        <w:t>33:28  So all the leaders are engaged in establishing</w:t>
      </w:r>
      <w:r>
        <w:br/>
      </w:r>
      <w:r>
        <w:rPr>
          <w:sz w:val="20"/>
        </w:rPr>
        <w:t>33:32  the political empire of Islam.</w:t>
      </w:r>
      <w:r>
        <w:br/>
      </w:r>
      <w:r>
        <w:rPr>
          <w:sz w:val="20"/>
        </w:rPr>
        <w:t>33:37  That is not the target of Islam.</w:t>
      </w:r>
      <w:r>
        <w:br/>
      </w:r>
      <w:r>
        <w:rPr>
          <w:sz w:val="20"/>
        </w:rPr>
        <w:t>33:41  As I have earlier said, that in this hadith, there are five pillars of Islam.</w:t>
      </w:r>
      <w:r>
        <w:br/>
      </w:r>
      <w:r>
        <w:rPr>
          <w:sz w:val="20"/>
        </w:rPr>
        <w:t>33:45  But there is no mention of political rule.</w:t>
      </w:r>
      <w:r>
        <w:br/>
      </w:r>
      <w:r>
        <w:rPr>
          <w:sz w:val="20"/>
        </w:rPr>
        <w:t>33:49  There is no mention of political power.</w:t>
      </w:r>
      <w:r>
        <w:br/>
      </w:r>
      <w:r>
        <w:rPr>
          <w:sz w:val="20"/>
        </w:rPr>
        <w:t>33:54  There is no mention of khilafat.</w:t>
      </w:r>
      <w:r>
        <w:br/>
      </w:r>
      <w:r>
        <w:rPr>
          <w:sz w:val="20"/>
        </w:rPr>
        <w:t>33:58  So the real</w:t>
      </w:r>
    </w:p>
    <w:p>
      <w:pPr>
        <w:pStyle w:val="Heading2"/>
      </w:pPr>
      <w:r>
        <w:t>Avoid problems, avail opportunities for non-political empire</w:t>
      </w:r>
    </w:p>
    <w:p>
      <w:r>
        <w:rPr>
          <w:color w:val="666666"/>
          <w:sz w:val="18"/>
        </w:rPr>
        <w:t>Five Pillars of Islam | July 30, 2007 · 2m 02s · at 54:39 · https://youtu.be/f31xU7hWLWI?t=3279</w:t>
      </w:r>
    </w:p>
    <w:p>
      <w:r>
        <w:rPr>
          <w:i/>
        </w:rPr>
        <w:t>“The Quran says, 'Innamal ausri usra.' It means that every time”</w:t>
      </w:r>
    </w:p>
    <w:p>
      <w:r>
        <w:rPr>
          <w:sz w:val="20"/>
        </w:rPr>
        <w:t>54:39  following this principle.</w:t>
      </w:r>
      <w:r>
        <w:br/>
      </w:r>
      <w:r>
        <w:rPr>
          <w:sz w:val="20"/>
        </w:rPr>
        <w:t>54:47  The Quran says, "Innamal ausri usra." It means that every time the door of opportunity—every time the door</w:t>
      </w:r>
      <w:r>
        <w:br/>
      </w:r>
      <w:r>
        <w:rPr>
          <w:sz w:val="20"/>
        </w:rPr>
        <w:t>54:55  of opportunities are open.</w:t>
      </w:r>
      <w:r>
        <w:br/>
      </w:r>
      <w:r>
        <w:rPr>
          <w:sz w:val="20"/>
        </w:rPr>
        <w:t>55:03  In every situation, in every time, the doors of opportunities are open.</w:t>
      </w:r>
      <w:r>
        <w:br/>
      </w:r>
      <w:r>
        <w:rPr>
          <w:sz w:val="20"/>
        </w:rPr>
        <w:t>55:11  Because according to the law of nature, where there are problems, there are opportunities.</w:t>
      </w:r>
      <w:r>
        <w:br/>
      </w:r>
      <w:r>
        <w:rPr>
          <w:sz w:val="20"/>
        </w:rPr>
        <w:t>55:18  So simply formulized that we have to avoid problems, we have to avail the opportunities.</w:t>
      </w:r>
      <w:r>
        <w:br/>
      </w:r>
      <w:r>
        <w:rPr>
          <w:sz w:val="20"/>
        </w:rPr>
        <w:t>55:26  So this formula means we have to avoid political confrontation.</w:t>
      </w:r>
      <w:r>
        <w:br/>
      </w:r>
      <w:r>
        <w:rPr>
          <w:sz w:val="20"/>
        </w:rPr>
        <w:t>55:33  Then we will be able to establ</w:t>
      </w:r>
      <w:r>
        <w:br/>
      </w:r>
      <w:r>
        <w:rPr>
          <w:sz w:val="20"/>
        </w:rPr>
        <w:t>55:41  ish a non-political empire of Islam.</w:t>
      </w:r>
      <w:r>
        <w:br/>
      </w:r>
      <w:r>
        <w:rPr>
          <w:sz w:val="20"/>
        </w:rPr>
        <w:t>55:47  This is a simple formula.</w:t>
      </w:r>
      <w:r>
        <w:br/>
      </w:r>
      <w:r>
        <w:rPr>
          <w:sz w:val="20"/>
        </w:rPr>
        <w:t>55:53  Very, very simple formula.</w:t>
      </w:r>
      <w:r>
        <w:br/>
      </w:r>
      <w:r>
        <w:rPr>
          <w:sz w:val="20"/>
        </w:rPr>
        <w:t>55:59  Avoid confrontation with those political powers.</w:t>
      </w:r>
      <w:r>
        <w:br/>
      </w:r>
      <w:r>
        <w:rPr>
          <w:sz w:val="20"/>
        </w:rPr>
        <w:t>56:05  Avoid political confrontation and try to build a non-political</w:t>
      </w:r>
      <w:r>
        <w:br/>
      </w:r>
      <w:r>
        <w:rPr>
          <w:sz w:val="20"/>
        </w:rPr>
        <w:t>56:11  empire of Islam.</w:t>
      </w:r>
      <w:r>
        <w:br/>
      </w:r>
      <w:r>
        <w:rPr>
          <w:sz w:val="20"/>
        </w:rPr>
        <w:t>56:17  This is completely possible in every situation.</w:t>
      </w:r>
      <w:r>
        <w:br/>
      </w:r>
      <w:r>
        <w:rPr>
          <w:sz w:val="20"/>
        </w:rPr>
        <w:t>56:23  It is a very beautiful formula and it is the most practicable formula.</w:t>
      </w:r>
      <w:r>
        <w:br/>
      </w:r>
      <w:r>
        <w:rPr>
          <w:sz w:val="20"/>
        </w:rPr>
        <w:t>56:29  So you have to avoid political confrontation.</w:t>
      </w:r>
      <w:r>
        <w:br/>
      </w:r>
      <w:r>
        <w:rPr>
          <w:sz w:val="20"/>
        </w:rPr>
        <w:t>56:35  Then you will be able to establish a non-political empire of Islam.</w:t>
      </w:r>
    </w:p>
    <w:p>
      <w:pPr>
        <w:pStyle w:val="Heading2"/>
      </w:pPr>
      <w:r>
        <w:t>Anti-self-thinking leads to disease increase</w:t>
      </w:r>
    </w:p>
    <w:p>
      <w:r>
        <w:rPr>
          <w:color w:val="666666"/>
          <w:sz w:val="18"/>
        </w:rPr>
        <w:t>Dars-e-Quran, Chapter 2,  Vs 7-19 | July 26,  2015 · 1m 31s · at 17:33 · https://youtu.be/O71wvnrbnXU?t=1053</w:t>
      </w:r>
    </w:p>
    <w:p>
      <w:r>
        <w:rPr>
          <w:i/>
        </w:rPr>
        <w:t>“These are people who do not practice self-thinking.”</w:t>
      </w:r>
    </w:p>
    <w:p>
      <w:r>
        <w:rPr>
          <w:sz w:val="20"/>
        </w:rPr>
        <w:t>17:33  position hai aise aadmi ki jo anti self thinking na kare. fi quloobihim maradun fa zadahum Allahu maradun. un ke dil mein bimari hai to Allah ne un ki bimari ko badha diya. yahan qalb hamari aql hai, dimagh yani un ke zehen mein ek bimari hai to Allah ne is bimari ko badha diya hai. woh bimari kya hai? woh bimari hai nifaq hai. y'a</w:t>
      </w:r>
      <w:r>
        <w:br/>
      </w:r>
      <w:r>
        <w:rPr>
          <w:sz w:val="20"/>
        </w:rPr>
        <w:t>18:03  ni zahir daari is ko keh sakte hain aap.</w:t>
      </w:r>
      <w:r>
        <w:br/>
      </w:r>
      <w:r>
        <w:rPr>
          <w:sz w:val="20"/>
        </w:rPr>
        <w:t>18:08  nifaq ko aaj kal ki zuban mein main samajhta hoon kaha jaye ga zahir daari.</w:t>
      </w:r>
      <w:r>
        <w:br/>
      </w:r>
      <w:r>
        <w:rPr>
          <w:sz w:val="20"/>
        </w:rPr>
        <w:t>18:12  yani waza qata ke aitbaar se apna khoob musalman banaye rakhna.</w:t>
      </w:r>
      <w:r>
        <w:br/>
      </w:r>
      <w:r>
        <w:rPr>
          <w:sz w:val="20"/>
        </w:rPr>
        <w:t>18:16  to in ke andar aik zahir daari ka mizaj hai.</w:t>
      </w:r>
      <w:r>
        <w:br/>
      </w:r>
      <w:r>
        <w:rPr>
          <w:sz w:val="20"/>
        </w:rPr>
        <w:t>18:21  to Allah ne is ko aur barha diya.</w:t>
      </w:r>
      <w:r>
        <w:br/>
      </w:r>
      <w:r>
        <w:rPr>
          <w:sz w:val="20"/>
        </w:rPr>
        <w:t>18:25  to Allah barhanay ke baad nahi ke Allah khud barah e raast barha deta hai.</w:t>
      </w:r>
      <w:r>
        <w:br/>
      </w:r>
      <w:r>
        <w:rPr>
          <w:sz w:val="20"/>
        </w:rPr>
        <w:t>18:30  asal yeh hai ke aadmi mein koi cheez</w:t>
      </w:r>
      <w:r>
        <w:br/>
      </w:r>
      <w:r>
        <w:rPr>
          <w:sz w:val="20"/>
        </w:rPr>
        <w:t>18:34  aik aik haalat mein nahin rehti.</w:t>
      </w:r>
      <w:r>
        <w:br/>
      </w:r>
      <w:r>
        <w:rPr>
          <w:sz w:val="20"/>
        </w:rPr>
        <w:t>18:37  stand still nahin rehti.</w:t>
      </w:r>
      <w:r>
        <w:br/>
      </w:r>
      <w:r>
        <w:rPr>
          <w:sz w:val="20"/>
        </w:rPr>
        <w:t>18:40  ya to khatkega ya badhega.</w:t>
      </w:r>
      <w:r>
        <w:br/>
      </w:r>
      <w:r>
        <w:rPr>
          <w:sz w:val="20"/>
        </w:rPr>
        <w:t>18:42  khatkega ya badhega.</w:t>
      </w:r>
      <w:r>
        <w:br/>
      </w:r>
      <w:r>
        <w:rPr>
          <w:sz w:val="20"/>
        </w:rPr>
        <w:t>18:45  insaan mein kabhi bhi pathar ke tareeqe se aik haalat qaim nahin reh sakti.</w:t>
      </w:r>
      <w:r>
        <w:br/>
      </w:r>
      <w:r>
        <w:rPr>
          <w:sz w:val="20"/>
        </w:rPr>
        <w:t>18:48  to jab aadmi ke andar zahirdari hai woh sirf yeh dekhta hai ke logon ki nazar mein</w:t>
      </w:r>
      <w:r>
        <w:br/>
      </w:r>
      <w:r>
        <w:rPr>
          <w:sz w:val="20"/>
        </w:rPr>
        <w:t>18:51  mein acha bana raha hoon.</w:t>
      </w:r>
      <w:r>
        <w:br/>
      </w:r>
      <w:r>
        <w:rPr>
          <w:sz w:val="20"/>
        </w:rPr>
        <w:t>18:53  andar kassa hoon.</w:t>
      </w:r>
      <w:r>
        <w:br/>
      </w:r>
      <w:r>
        <w:rPr>
          <w:sz w:val="20"/>
        </w:rPr>
        <w:t>18:56  is par dhyan na uska ho.</w:t>
      </w:r>
      <w:r>
        <w:br/>
      </w:r>
      <w:r>
        <w:rPr>
          <w:sz w:val="20"/>
        </w:rPr>
        <w:t>18:59  to use pakhta hota hota chala jayega.</w:t>
      </w:r>
      <w:r>
        <w:br/>
      </w:r>
      <w:r>
        <w:rPr>
          <w:sz w:val="20"/>
        </w:rPr>
        <w:t>19:01  yani aik aisa insaan jo</w:t>
      </w:r>
    </w:p>
    <w:p>
      <w:pPr>
        <w:pStyle w:val="Heading2"/>
      </w:pPr>
      <w:r>
        <w:t>spirituality as the cure for tension and stress</w:t>
      </w:r>
    </w:p>
    <w:p>
      <w:r>
        <w:rPr>
          <w:color w:val="666666"/>
          <w:sz w:val="18"/>
        </w:rPr>
        <w:t>Interview Session with Maulana Wahiduddin Khan January 30, 2008 · 2m 13s · at 7:05 · https://youtu.be/o8Gpe9YMuZc?t=425</w:t>
      </w:r>
    </w:p>
    <w:p>
      <w:r>
        <w:rPr>
          <w:i/>
        </w:rPr>
        <w:t>“Spirituality is the only tool for coping with stress.”</w:t>
      </w:r>
    </w:p>
    <w:p>
      <w:r>
        <w:rPr>
          <w:sz w:val="20"/>
        </w:rPr>
        <w:t>7:05  Maulana, how does spirituality help in coping up with adverse situations?</w:t>
      </w:r>
      <w:r>
        <w:br/>
      </w:r>
      <w:r>
        <w:rPr>
          <w:sz w:val="20"/>
        </w:rPr>
        <w:t>7:14  I think that spirituality is the only, only tool for this purpose.</w:t>
      </w:r>
      <w:r>
        <w:br/>
      </w:r>
      <w:r>
        <w:rPr>
          <w:sz w:val="20"/>
        </w:rPr>
        <w:t>7:23  why? because why we are perturb? why we are living in tension? why are there are so many stress?</w:t>
      </w:r>
      <w:r>
        <w:br/>
      </w:r>
      <w:r>
        <w:rPr>
          <w:sz w:val="20"/>
        </w:rPr>
        <w:t>7:34  all these things are by taking material reason. we are living in material things, in material goods, in material activities.</w:t>
      </w:r>
      <w:r>
        <w:br/>
      </w:r>
      <w:r>
        <w:rPr>
          <w:sz w:val="20"/>
        </w:rPr>
        <w:t>7:47  it is this material activities that creates tension and stress. and spirituality means living beyond materialism.</w:t>
      </w:r>
      <w:r>
        <w:br/>
      </w:r>
      <w:r>
        <w:rPr>
          <w:sz w:val="20"/>
        </w:rPr>
        <w:t>8:00  spirituality means living beyond material world.</w:t>
      </w:r>
      <w:r>
        <w:br/>
      </w:r>
      <w:r>
        <w:rPr>
          <w:sz w:val="20"/>
        </w:rPr>
        <w:t>8:05  so when you have adopt this kind of capacity, then you mean it means that material things have become secondary for you.</w:t>
      </w:r>
      <w:r>
        <w:br/>
      </w:r>
      <w:r>
        <w:rPr>
          <w:sz w:val="20"/>
        </w:rPr>
        <w:t>8:19  so when you adopt this kind of personality, this kind of thinking, that spirituality is for you primary things, and material, material things are secondary.</w:t>
      </w:r>
      <w:r>
        <w:br/>
      </w:r>
      <w:r>
        <w:rPr>
          <w:sz w:val="20"/>
        </w:rPr>
        <w:t>8:36  so this is the best solution, because all those problems, all those tension and stress are result of your involvement in materialism.</w:t>
      </w:r>
      <w:r>
        <w:br/>
      </w:r>
      <w:r>
        <w:rPr>
          <w:sz w:val="20"/>
        </w:rPr>
        <w:t>8:48  and when materialism is secondary, then you have no botheration. this is the best formula of destressing.</w:t>
      </w:r>
      <w:r>
        <w:br/>
      </w:r>
      <w:r>
        <w:rPr>
          <w:sz w:val="20"/>
        </w:rPr>
        <w:t>8:59  alleviate your self from material things, and then you will attain spirituality, and then you will be able to live in tension free life.</w:t>
      </w:r>
    </w:p>
    <w:p>
      <w:pPr>
        <w:pStyle w:val="Heading2"/>
      </w:pPr>
      <w:r>
        <w:t>Prophet spared a traitor to protect Islam's image</w:t>
      </w:r>
    </w:p>
    <w:p>
      <w:r>
        <w:rPr>
          <w:color w:val="666666"/>
          <w:sz w:val="18"/>
        </w:rPr>
        <w:t>Spirituality in Islam January 1, 2006 Maulana Wahiduddin Khan · 2m 39s · at 5:08 · https://youtu.be/XO4htFBEkV4?t=308</w:t>
      </w:r>
    </w:p>
    <w:p>
      <w:r>
        <w:rPr>
          <w:i/>
        </w:rPr>
        <w:t>“Agar aapke kisi step se Islam badnam hota ho...”</w:t>
      </w:r>
    </w:p>
    <w:p>
      <w:r>
        <w:rPr>
          <w:sz w:val="20"/>
        </w:rPr>
        <w:t>5:08  yani result oriented step hona chahiye aap ka. Aur yeh baat khaas taur par dhyan mein rakhne ki hai ke agar aap ke kisi step se islam badnaam hota ho to wo step chahe kitna hi sachha ho, us se aap ko rukna padega.</w:t>
      </w:r>
      <w:r>
        <w:br/>
      </w:r>
      <w:r>
        <w:rPr>
          <w:sz w:val="20"/>
        </w:rPr>
        <w:t>5:29  is ki kai misalein prophet ki zindagi mein hain, rasool Allah salallahu alaihi wasallam ki zindagi mein. Is mein se ek misal yeh hai ke rasool Allah ke zamane mein madine mein ek shakhs tha, uska naam tha Abdullah bin Ubay.</w:t>
      </w:r>
      <w:r>
        <w:br/>
      </w:r>
      <w:r>
        <w:rPr>
          <w:sz w:val="20"/>
        </w:rPr>
        <w:t>5:47  poori early period jo islam ka hai, us mein sabza fitna isi ne barpa kiya, Abdullah bin Ubay mein.</w:t>
      </w:r>
      <w:r>
        <w:br/>
      </w:r>
      <w:r>
        <w:rPr>
          <w:sz w:val="20"/>
        </w:rPr>
        <w:t>5:56  is</w:t>
      </w:r>
      <w:r>
        <w:br/>
      </w:r>
      <w:r>
        <w:rPr>
          <w:sz w:val="20"/>
        </w:rPr>
        <w:t>5:57  waqt rasool Allah ko political power mila hua tha aur saare log kehte the ke is ko qatl kar diya jaye. Hata ke Abdullah Ubay ka beta bhi kehta tha ke is ko qatl kar diya jaye, khud is ka apna beta jis ka bhi naam Abdullah tha.</w:t>
      </w:r>
      <w:r>
        <w:br/>
      </w:r>
      <w:r>
        <w:rPr>
          <w:sz w:val="20"/>
        </w:rPr>
        <w:t>6:18  yani Abdullah bin Abdullah bin Ubay wo bhi kehta tha ke is ko qatl kar dena chahiye. Tab bhi rasool Allah ne is ko qatl nahi karwaya, power rakhte hue.</w:t>
      </w:r>
      <w:r>
        <w:br/>
      </w:r>
      <w:r>
        <w:rPr>
          <w:sz w:val="20"/>
        </w:rPr>
        <w:t>6:34  kyun? Isi liye rasool Allah ne farmaya ke agar main is ko qatl karwaoon to har taraf yeh kaha jayega ke Muhammad logon ko qatl karte hain.</w:t>
      </w:r>
      <w:r>
        <w:br/>
      </w:r>
      <w:r>
        <w:rPr>
          <w:sz w:val="20"/>
        </w:rPr>
        <w:t>6:48  yani islam ki image jo hai yeh banegi ke islam killing mein believe karta hai, violence mein believe karta hai.</w:t>
      </w:r>
      <w:r>
        <w:br/>
      </w:r>
      <w:r>
        <w:rPr>
          <w:sz w:val="20"/>
        </w:rPr>
        <w:t>6:59  to is ko aap chhoday rahein yahan tak ke wo natural death mara aur saara fitna barpa karte hue Hazrat Aisha ke khilaf jo fitna barpa hua tha, itna zabardast wo isi ne barpa kiya tha.</w:t>
      </w:r>
      <w:r>
        <w:br/>
      </w:r>
      <w:r>
        <w:rPr>
          <w:sz w:val="20"/>
        </w:rPr>
        <w:t>7:18  to is se kya principle mila ke aisa koi bhi kaam, koi bol, koi step, koi action aisa nahi liya jayega jis ke nateeje mein islam badnaam hota ho.</w:t>
      </w:r>
      <w:r>
        <w:br/>
      </w:r>
      <w:r>
        <w:rPr>
          <w:sz w:val="20"/>
        </w:rPr>
        <w:t>7:37  kitni bari yeh taleem hai islam ki lekin is 200 saal ke andar musalmanon ne one percent bhi is ka dhyan nahi kiya.</w:t>
      </w:r>
    </w:p>
    <w:p>
      <w:pPr>
        <w:pStyle w:val="Heading2"/>
      </w:pPr>
      <w:r>
        <w:t>Humility as fertile soil for purification</w:t>
      </w:r>
    </w:p>
    <w:p>
      <w:r>
        <w:rPr>
          <w:color w:val="666666"/>
          <w:sz w:val="18"/>
        </w:rPr>
        <w:t>Tazkiya-e-Nafs Book by Maulana Wahiduddin Khan · 2m 25s · at 47:30 · https://youtu.be/LbGPnJWmj1A?t=2850</w:t>
      </w:r>
    </w:p>
    <w:p>
      <w:r>
        <w:rPr>
          <w:i/>
        </w:rPr>
        <w:t>“Fasal ke liye muwafiq zameen darkar hai”</w:t>
      </w:r>
    </w:p>
    <w:p>
      <w:r>
        <w:rPr>
          <w:sz w:val="20"/>
        </w:rPr>
        <w:t>47:30  tazkiya aur tawazu. kitab "tazkiya nafs" Maulana Wahiduddin Khan, safha number 25.</w:t>
      </w:r>
      <w:r>
        <w:br/>
      </w:r>
      <w:r>
        <w:rPr>
          <w:sz w:val="20"/>
        </w:rPr>
        <w:t>47:42  fasal ke liye muafiq zameen darkar hai. fasal hamesha zar khez zameen par ugti hai. banjar zameen par kabhi fasal nahi ugti.</w:t>
      </w:r>
      <w:r>
        <w:br/>
      </w:r>
      <w:r>
        <w:rPr>
          <w:sz w:val="20"/>
        </w:rPr>
        <w:t>47:51  isi tarah tazkiye ke liye bhi muafiq zameen darkar hai. tawazu yani modesty tazkiye ke liye muafiq zameen hai. jis aadmi ke andar tawazu ki sifat hogi, us ke liye tazkiye ka husool aasan ho jayega.</w:t>
      </w:r>
      <w:r>
        <w:br/>
      </w:r>
      <w:r>
        <w:rPr>
          <w:sz w:val="20"/>
        </w:rPr>
        <w:t>48:06  is ke bar aks kibr yani arrogance tazkiye ke liye ek ghair muafiq zameen hai.</w:t>
      </w:r>
      <w:r>
        <w:br/>
      </w:r>
      <w:r>
        <w:rPr>
          <w:sz w:val="20"/>
        </w:rPr>
        <w:t>48:12  jis aadmi ke andar kibr ka mizaj ho, woh kabhi tazkiye ke maqam tak nahi pahunch sakta. is ka sabab yeh hai ke tawazu yani modesty se aadmi ke andar kami ka ehsas paida hota hai.</w:t>
      </w:r>
      <w:r>
        <w:br/>
      </w:r>
      <w:r>
        <w:rPr>
          <w:sz w:val="20"/>
        </w:rPr>
        <w:t>48:25  mutawazu insan ki nafsiyat yeh hoti hai ke mujhe kuch aur pana hai jo mere andar nahi hai. is ehsas ka nateeja yeh hota hai ke us ke samne jab sachai aati hai to woh kisi tahaffuz zehni yani reservation ke baghair</w:t>
      </w:r>
      <w:r>
        <w:br/>
      </w:r>
      <w:r>
        <w:rPr>
          <w:sz w:val="20"/>
        </w:rPr>
        <w:t>48:40  us ki taraf daud padta hai. woh be laag andaz mein is ka jaiza leta hai. woh bohat jald daryaft kar leta hai ke sachai us ke liye us ki kami ki talafi hai.</w:t>
      </w:r>
      <w:r>
        <w:br/>
      </w:r>
      <w:r>
        <w:rPr>
          <w:sz w:val="20"/>
        </w:rPr>
        <w:t>48:50  woh sachai ko khud apni cheez samajh kar us ko qabool kar leta hai. yahi sifat tazkiye ki rooh hai. is ke bar aks mamla mutakbir insan ka hai.</w:t>
      </w:r>
      <w:r>
        <w:br/>
      </w:r>
      <w:r>
        <w:rPr>
          <w:sz w:val="20"/>
        </w:rPr>
        <w:t>49:02  mutakbir insan ki nafsiyat yeh hoti hai ke mere paas pehle hi se sab kuch maujood hai. mujhe kisi se kuch aur lene ki zarorat nahi.</w:t>
      </w:r>
      <w:r>
        <w:br/>
      </w:r>
      <w:r>
        <w:rPr>
          <w:sz w:val="20"/>
        </w:rPr>
        <w:t>49:11  is nafsiyat ki bina par woh bahir ki kisi cheez ko lene ke liye tayyar nahi hota. woh musleh ki baat ko aasani ke sath radd kar deta hai.</w:t>
      </w:r>
      <w:r>
        <w:br/>
      </w:r>
      <w:r>
        <w:rPr>
          <w:sz w:val="20"/>
        </w:rPr>
        <w:t>49:21  us ka yeh mizaj us ke liye tazkiye ke husool mein rukawat ban jata hai. haqeeqat yeh hai ke tazkiya ek musalsal amal hai.</w:t>
      </w:r>
      <w:r>
        <w:br/>
      </w:r>
      <w:r>
        <w:rPr>
          <w:sz w:val="20"/>
        </w:rPr>
        <w:t>49:29  tazkiye ka yeh amal sirf us shakhs ke andar jari hota hai jo tawazu ka mizaj rakhta ho. tawazu ka mizaj aadmi ke andar qabooliyat ka mizaj paida karta hai.</w:t>
      </w:r>
      <w:r>
        <w:br/>
      </w:r>
      <w:r>
        <w:rPr>
          <w:sz w:val="20"/>
        </w:rPr>
        <w:t>49:40  aisa aadmi nafsiyati pecheedgi yani complex se azaad hoga. aur jo aadmi nafsiyati pecheedgi se azaad ho, wahi tazkiye ke darje tak pahunchne mein kamyabi hasil karta hai.</w:t>
      </w:r>
    </w:p>
    <w:p>
      <w:pPr>
        <w:pStyle w:val="Heading2"/>
      </w:pPr>
      <w:r>
        <w:t>The starting point of self purification</w:t>
      </w:r>
    </w:p>
    <w:p>
      <w:r>
        <w:rPr>
          <w:color w:val="666666"/>
          <w:sz w:val="18"/>
        </w:rPr>
        <w:t>Tazkiyah and Self Criticism April 13, 2020 Maulana Wahiduddin Khan · 2m 49s · at 13:10 · https://youtu.be/D4pMJtT4vDg?t=790</w:t>
      </w:r>
    </w:p>
    <w:p>
      <w:r>
        <w:rPr>
          <w:i/>
        </w:rPr>
        <w:t>“Afreed hona chhod dien”</w:t>
      </w:r>
    </w:p>
    <w:p>
      <w:r>
        <w:rPr>
          <w:sz w:val="20"/>
        </w:rPr>
        <w:t>13:10  afraid hona chhod den.</w:t>
      </w:r>
      <w:r>
        <w:br/>
      </w:r>
      <w:r>
        <w:rPr>
          <w:sz w:val="20"/>
        </w:rPr>
        <w:t>13:15  koi kuch bhi kahe, aap afraid na hon. jab afraid na honge aap to doosra jo aap ke andar jazba ya spirit paida hogi,</w:t>
      </w:r>
      <w:r>
        <w:br/>
      </w:r>
      <w:r>
        <w:rPr>
          <w:sz w:val="20"/>
        </w:rPr>
        <w:t>13:28  woh hai self correction.</w:t>
      </w:r>
      <w:r>
        <w:br/>
      </w:r>
      <w:r>
        <w:rPr>
          <w:sz w:val="20"/>
        </w:rPr>
        <w:t>13:39  to yeh yeh darasal tazkiya koi doosra nahi karta aap ka.</w:t>
      </w:r>
      <w:r>
        <w:br/>
      </w:r>
      <w:r>
        <w:rPr>
          <w:sz w:val="20"/>
        </w:rPr>
        <w:t>13:51  tazkiya aap khud apna karte hain.</w:t>
      </w:r>
      <w:r>
        <w:br/>
      </w:r>
      <w:r>
        <w:rPr>
          <w:sz w:val="20"/>
        </w:rPr>
        <w:t>13:59  to agar aap ke andar afraid hone ka jazba hai to phir aap kabhi aap ke andar tazkiya ka jazba paida nahi hoga.</w:t>
      </w:r>
      <w:r>
        <w:br/>
      </w:r>
      <w:r>
        <w:rPr>
          <w:sz w:val="20"/>
        </w:rPr>
        <w:t>14:19  apne ko aap</w:t>
      </w:r>
      <w:r>
        <w:br/>
      </w:r>
      <w:r>
        <w:rPr>
          <w:sz w:val="20"/>
        </w:rPr>
        <w:t>14:24  jab jab apne map par banayenge, tab kaise aap</w:t>
      </w:r>
      <w:r>
        <w:br/>
      </w:r>
      <w:r>
        <w:rPr>
          <w:sz w:val="20"/>
        </w:rPr>
        <w:t>14:41  tazkiya kar sakenge?</w:t>
      </w:r>
      <w:r>
        <w:br/>
      </w:r>
      <w:r>
        <w:rPr>
          <w:sz w:val="20"/>
        </w:rPr>
        <w:t>14:48  to main samajhta hoon ke tazkiya ka jo starting point hai, woh yeh hai ke aap apne andar</w:t>
      </w:r>
      <w:r>
        <w:br/>
      </w:r>
      <w:r>
        <w:rPr>
          <w:sz w:val="20"/>
        </w:rPr>
        <w:t>15:00  bra manna chhod den. is ko kehte hain afraid hona. jab tak aap is ko chhodenge nahi, tab tak aap apna tazkiya nahi kar sakte.</w:t>
      </w:r>
      <w:r>
        <w:br/>
      </w:r>
      <w:r>
        <w:rPr>
          <w:sz w:val="20"/>
        </w:rPr>
        <w:t>15:17  to tazkiya ka starting point hai</w:t>
      </w:r>
      <w:r>
        <w:br/>
      </w:r>
      <w:r>
        <w:rPr>
          <w:sz w:val="20"/>
        </w:rPr>
        <w:t>15:25  afraid na hona.</w:t>
      </w:r>
      <w:r>
        <w:br/>
      </w:r>
      <w:r>
        <w:rPr>
          <w:sz w:val="20"/>
        </w:rPr>
        <w:t>15:29  koi aap ko agar koi</w:t>
      </w:r>
      <w:r>
        <w:br/>
      </w:r>
      <w:r>
        <w:rPr>
          <w:sz w:val="20"/>
        </w:rPr>
        <w:t>15:35  batata hai koi ghalati to aap us ko bra na manen. is ko aap</w:t>
      </w:r>
      <w:r>
        <w:br/>
      </w:r>
      <w:r>
        <w:rPr>
          <w:sz w:val="20"/>
        </w:rPr>
        <w:t>15:47  apni islaah ke ma'ni mein le len. islaah. islaah. self correction.</w:t>
      </w:r>
    </w:p>
    <w:p>
      <w:pPr>
        <w:pStyle w:val="Heading2"/>
      </w:pPr>
      <w:r>
        <w:t>Prophecies about Islam's future</w:t>
      </w:r>
    </w:p>
    <w:p>
      <w:r>
        <w:rPr>
          <w:color w:val="666666"/>
          <w:sz w:val="18"/>
        </w:rPr>
        <w:t>AL RISALA JANUARY 2017 | AUDIO · 1m 30s · at 1:25:34 · https://youtu.be/_nWm9Mixl-E?t=5134</w:t>
      </w:r>
    </w:p>
    <w:p>
      <w:r>
        <w:rPr>
          <w:i/>
        </w:rPr>
        <w:t>“Islam ke mustaqbil ke baare mein aisi peshgoiyan”</w:t>
      </w:r>
    </w:p>
    <w:p>
      <w:r>
        <w:rPr>
          <w:sz w:val="20"/>
        </w:rPr>
        <w:t>1:25:34  ahad islam quran o hadees mein islam ke mustaqbil ke baray mein aisi peshangoiyaan ya predictions maujood hain</w:t>
      </w:r>
      <w:r>
        <w:br/>
      </w:r>
      <w:r>
        <w:rPr>
          <w:sz w:val="20"/>
        </w:rPr>
        <w:t>1:25:40  jo batati hain ke rasool Allah sal Allah alaihi wasallam ke baad jo zamana aanay wala hai woh</w:t>
      </w:r>
      <w:r>
        <w:br/>
      </w:r>
      <w:r>
        <w:rPr>
          <w:sz w:val="20"/>
        </w:rPr>
        <w:t>1:25:46  islam ka zamana hoga mislan ek riwayat yeh hai sahaba kehte hain ke hum ne rasool Allah se</w:t>
      </w:r>
      <w:r>
        <w:br/>
      </w:r>
      <w:r>
        <w:rPr>
          <w:sz w:val="20"/>
        </w:rPr>
        <w:t>1:25:52  shikayat ki is waqt aap kaba ke saaye mein apni chadar ko takiya banaye hue lete thay hum</w:t>
      </w:r>
      <w:r>
        <w:br/>
      </w:r>
      <w:r>
        <w:rPr>
          <w:sz w:val="20"/>
        </w:rPr>
        <w:t>1:25:58  ne kaha ke kya aap hamare liye Allah se mad</w:t>
      </w:r>
      <w:r>
        <w:br/>
      </w:r>
      <w:r>
        <w:rPr>
          <w:sz w:val="20"/>
        </w:rPr>
        <w:t>1:26:04  d nahin mangte kya aap hamare liye Allah se dua nahin karte aap ne farmaya tum se pehle</w:t>
      </w:r>
      <w:r>
        <w:br/>
      </w:r>
      <w:r>
        <w:rPr>
          <w:sz w:val="20"/>
        </w:rPr>
        <w:t>1:26:09  jo log thay un ka haal yeh tha ke aadmi ko pakda jata us ke liye zameen mein</w:t>
      </w:r>
      <w:r>
        <w:br/>
      </w:r>
      <w:r>
        <w:rPr>
          <w:sz w:val="20"/>
        </w:rPr>
        <w:t>1:26:14  gadha khoda jata phir us ko us mein daal diya jata phir aara laya jata tha aur us</w:t>
      </w:r>
      <w:r>
        <w:br/>
      </w:r>
      <w:r>
        <w:rPr>
          <w:sz w:val="20"/>
        </w:rPr>
        <w:t>1:26:19  ke sar par chalaya jata tha aur us ko do tukde kar diya jata tha aur kabhi aisa</w:t>
      </w:r>
      <w:r>
        <w:br/>
      </w:r>
      <w:r>
        <w:rPr>
          <w:sz w:val="20"/>
        </w:rPr>
        <w:t>1:26:24  hota ke kisi aadmi ke jism par lohe ki kanghi ki jati yahan tak ke woh us ke</w:t>
      </w:r>
      <w:r>
        <w:br/>
      </w:r>
      <w:r>
        <w:rPr>
          <w:sz w:val="20"/>
        </w:rPr>
        <w:t>1:26:29  gosht se barh kar us ki haddi</w:t>
      </w:r>
      <w:r>
        <w:br/>
      </w:r>
      <w:r>
        <w:rPr>
          <w:sz w:val="20"/>
        </w:rPr>
        <w:t>1:26:34  tak pahunch jati thi magar yeh cheez us ko us ke deen se rokne wali nahin banti thi</w:t>
      </w:r>
      <w:r>
        <w:br/>
      </w:r>
      <w:r>
        <w:rPr>
          <w:sz w:val="20"/>
        </w:rPr>
        <w:t>1:26:49  phir aap ne farmaya wallah mun la ila illallah yani Khuda ki qasam yeh amr takmeel tak pahunchega yahan</w:t>
      </w:r>
    </w:p>
    <w:p>
      <w:pPr>
        <w:pStyle w:val="Heading2"/>
      </w:pPr>
      <w:r>
        <w:t>Companions discovered Islam; born Muslims must rediscover it</w:t>
      </w:r>
    </w:p>
    <w:p>
      <w:r>
        <w:rPr>
          <w:color w:val="666666"/>
          <w:sz w:val="18"/>
        </w:rPr>
        <w:t>Personality of A Believer February 2, 2014 · 1m 09s · at 1:02:40 · https://youtu.be/EiK_-O-Bjps?t=3760</w:t>
      </w:r>
    </w:p>
    <w:p>
      <w:r>
        <w:rPr>
          <w:i/>
        </w:rPr>
        <w:t>“Sahaba ke liye Islam ek dariyaft tha, rediscovery nahi”</w:t>
      </w:r>
    </w:p>
    <w:p>
      <w:r>
        <w:rPr>
          <w:sz w:val="20"/>
        </w:rPr>
        <w:t>1:02:40  . unhon ne likha hai: "maulana sahab, please tell me, was sahaba iman a re-discovery for them?" nahi, mein aisa kehta hoon ke jo already momin hain, paida hue hain musalman, un ke liye un ki zaroorat hai ke woh islam ko re-discovery banayein.</w:t>
      </w:r>
      <w:r>
        <w:br/>
      </w:r>
      <w:r>
        <w:rPr>
          <w:sz w:val="20"/>
        </w:rPr>
        <w:t>1:03:00  mein paida hone ko kafi na samjhein,</w:t>
      </w:r>
      <w:r>
        <w:br/>
      </w:r>
      <w:r>
        <w:rPr>
          <w:sz w:val="20"/>
        </w:rPr>
        <w:t>1:03:04  yani paida hone se aadmi</w:t>
      </w:r>
      <w:r>
        <w:br/>
      </w:r>
      <w:r>
        <w:rPr>
          <w:sz w:val="20"/>
        </w:rPr>
        <w:t>1:03:09  momin ban gaye, aisa na samjhein, balkeh woh islam ko re-discover karein. yeh yani paidaishi musalmanon ke bare mein aisa mein kehta hoon, lekin sahaba to woh to paida hue the ghair islam mein.</w:t>
      </w:r>
      <w:r>
        <w:br/>
      </w:r>
      <w:r>
        <w:rPr>
          <w:sz w:val="20"/>
        </w:rPr>
        <w:t>1:03:27  unhon ne to islam in ka case discovery ka case hai,</w:t>
      </w:r>
      <w:r>
        <w:br/>
      </w:r>
      <w:r>
        <w:rPr>
          <w:sz w:val="20"/>
        </w:rPr>
        <w:t>1:03:32  in ka case re-discovery case nahi hai. re-discovery case to paidaishi musalmanon ke liye hai. sahaba ke liye islam in ki discovery tha.</w:t>
      </w:r>
      <w:r>
        <w:br/>
      </w:r>
      <w:r>
        <w:rPr>
          <w:sz w:val="20"/>
        </w:rPr>
        <w:t>1:03:43  pehli baar daryaft kiya unhon ne?</w:t>
      </w:r>
    </w:p>
    <w:p>
      <w:pPr>
        <w:pStyle w:val="Heading2"/>
      </w:pPr>
      <w:r>
        <w:t>Gandhi's spiritual mission and its completion</w:t>
      </w:r>
    </w:p>
    <w:p>
      <w:r>
        <w:rPr>
          <w:color w:val="666666"/>
          <w:sz w:val="18"/>
        </w:rPr>
        <w:t>Islam and Peace (In Conversation with Maulana) 23 11 2008 · 2m 44s · at 9:32 · https://youtu.be/CyS3i4AlGfs?t=572</w:t>
      </w:r>
    </w:p>
    <w:p>
      <w:r>
        <w:rPr>
          <w:i/>
        </w:rPr>
        <w:t>“This was Gandhi's spiritual mission.”</w:t>
      </w:r>
    </w:p>
    <w:p>
      <w:r>
        <w:rPr>
          <w:sz w:val="20"/>
        </w:rPr>
        <w:t>9:32  yeh spiritual mission tha mahatma gandhi ka. mein jitna samjha hoon mahatma gandhi ko. mere paas sari books hain unki.</w:t>
      </w:r>
      <w:r>
        <w:br/>
      </w:r>
      <w:r>
        <w:rPr>
          <w:sz w:val="20"/>
        </w:rPr>
        <w:t>9:45  woh spiritual revolution lana chahte thay. spiritual revolution yani insan ke andar jo ek aur faculty hai jisko hum spirituality kehte hain.</w:t>
      </w:r>
      <w:r>
        <w:br/>
      </w:r>
      <w:r>
        <w:rPr>
          <w:sz w:val="20"/>
        </w:rPr>
        <w:t>9:57  isko zinda karna. lekin unka soch yeh thi ke jab tak british rule yahan par hai toh hum woh kaam kar nahi payenge. toh iske liye poora zor diya unhone british rule ko hatane mein.</w:t>
      </w:r>
      <w:r>
        <w:br/>
      </w:r>
      <w:r>
        <w:rPr>
          <w:sz w:val="20"/>
        </w:rPr>
        <w:t>10:10  lekin mein ne kal kaha musharraf siddharth se ke mahatma gandhi ki ek ek woh thi yani unko ek kami thi unke mission ki ke woh team nahi ban saki unke haan.</w:t>
      </w:r>
      <w:r>
        <w:br/>
      </w:r>
      <w:r>
        <w:rPr>
          <w:sz w:val="20"/>
        </w:rPr>
        <w:t>10:24  dekhein jo british rule ko hatane ki wali baat thi unke liye toh logon ko mobilize karna kafi tha. sadkon par bahut zyada bheed ho.</w:t>
      </w:r>
      <w:r>
        <w:br/>
      </w:r>
      <w:r>
        <w:rPr>
          <w:sz w:val="20"/>
        </w:rPr>
        <w:t>10:33  jalson par bahut zyada bheed ho. toh woh kafi tha ke angrez ghabra ke bhage yahan se. toh logon ko mobilize kar ke unhone yeh faida uthaya. logon ko mobilize kar ke unhone british ko yani yahan se nikalne par majboor kiya.</w:t>
      </w:r>
      <w:r>
        <w:br/>
      </w:r>
      <w:r>
        <w:rPr>
          <w:sz w:val="20"/>
        </w:rPr>
        <w:t>10:48  lekin ab jo naya india banana tha. yani quit india toh chal sakta tha is tarah se. lekin jo naya india banana tha.</w:t>
      </w:r>
      <w:r>
        <w:br/>
      </w:r>
      <w:r>
        <w:rPr>
          <w:sz w:val="20"/>
        </w:rPr>
        <w:t>10:59  uske liye hamein chahiye thi ek team. ek team chahiye thi. bahut hi sincere kaam tha. bahut hi constructive kaam tha.</w:t>
      </w:r>
      <w:r>
        <w:br/>
      </w:r>
      <w:r>
        <w:rPr>
          <w:sz w:val="20"/>
        </w:rPr>
        <w:t>11:08  boht hi sochi samjhi planning chahiye thi. ab woh team nahi mili un ko. kyunke khud aap ne parha hoga ke ab meri kon sune ga. to kyun aisa hua?</w:t>
      </w:r>
      <w:r>
        <w:br/>
      </w:r>
      <w:r>
        <w:rPr>
          <w:sz w:val="20"/>
        </w:rPr>
        <w:t>11:18  jitne congress ke log the woh sab chale gaye. government mein minister banne mein governor banne mein lag gaye. har aadmi jo hai us ka political yani political faida uthane laga.</w:t>
      </w:r>
      <w:r>
        <w:br/>
      </w:r>
      <w:r>
        <w:rPr>
          <w:sz w:val="20"/>
        </w:rPr>
        <w:t>11:30  to koi team nahi rahi jo is ko jo gandhi ke mission ko aage barhaye. to main bhi political yani mera jo mission hai woh bhi spiritual revolution hai.</w:t>
      </w:r>
      <w:r>
        <w:br/>
      </w:r>
      <w:r>
        <w:rPr>
          <w:sz w:val="20"/>
        </w:rPr>
        <w:t>11:40  spiritual revolution. basically. to lekin main yeh kar raha hoon ke main team pehle bana raha hoon. main ne un se kaha musharraf siddharth se ke mera tareeqa jo hai fabric society ka model liya hai main ne.</w:t>
      </w:r>
      <w:r>
        <w:br/>
      </w:r>
      <w:r>
        <w:rPr>
          <w:sz w:val="20"/>
        </w:rPr>
        <w:t>11:54  ke pehle team banao aur team phir us ke baad aage kaam kare gi. to basically mahatma gandhi ka mission jo tha spiritual revolution ka mission tha.</w:t>
      </w:r>
      <w:r>
        <w:br/>
      </w:r>
      <w:r>
        <w:rPr>
          <w:sz w:val="20"/>
        </w:rPr>
        <w:t>12:04  lekin woh aadha reh gaya woh. is aadha jo reh gaya us ko main chahta hoon ke us ko poora karoon inshallah. agar allah chahe ga to poora ho kar rahe ga.</w:t>
      </w:r>
    </w:p>
    <w:p>
      <w:pPr>
        <w:pStyle w:val="Heading2"/>
      </w:pPr>
      <w:r>
        <w:t>Natural support system as basis for love</w:t>
      </w:r>
    </w:p>
    <w:p>
      <w:r>
        <w:rPr>
          <w:color w:val="666666"/>
          <w:sz w:val="18"/>
        </w:rPr>
        <w:t>Fragments of Broken Heart | December 01, 2006 | Maulana Wahiduddin Khan · 2m 31s · at 42:32 · https://youtu.be/4uW2kggXMI8?t=2552</w:t>
      </w:r>
    </w:p>
    <w:p>
      <w:r>
        <w:rPr>
          <w:i/>
        </w:rPr>
        <w:t>“Dekhiye ideology of love kya hai”</w:t>
      </w:r>
    </w:p>
    <w:p>
      <w:r>
        <w:rPr>
          <w:sz w:val="20"/>
        </w:rPr>
        <w:t>42:32  ke dekhiye ideology of mohabbat kya hai؟ aik yeh hai ke aap khuda ka jo qudrati support system hai us ko samjhein۔ aap jante hain ke is dunya mein oxygen hai roshni hai sabza hai pani hai waghera waghera۔ yeh hai qudrati support</w:t>
      </w:r>
      <w:r>
        <w:br/>
      </w:r>
      <w:r>
        <w:rPr>
          <w:sz w:val="20"/>
        </w:rPr>
        <w:t>43:02  t system.</w:t>
      </w:r>
      <w:r>
        <w:br/>
      </w:r>
      <w:r>
        <w:rPr>
          <w:sz w:val="20"/>
        </w:rPr>
        <w:t>43:07  agar yeh support system na ho to hum ek minute zinda nahi reh sakte koi kaam nahi kar sakte.</w:t>
      </w:r>
      <w:r>
        <w:br/>
      </w:r>
      <w:r>
        <w:rPr>
          <w:sz w:val="20"/>
        </w:rPr>
        <w:t>43:12  na ghar bana sakte na motor car bana sakte na shehar bana sakte sab kuch nahi hoga.</w:t>
      </w:r>
      <w:r>
        <w:br/>
      </w:r>
      <w:r>
        <w:rPr>
          <w:sz w:val="20"/>
        </w:rPr>
        <w:t>43:17  misal ke tor par zameen mein kashish se qul jo hai agar woh kam ho to hamare yeh yeh</w:t>
      </w:r>
      <w:r>
        <w:br/>
      </w:r>
      <w:r>
        <w:rPr>
          <w:sz w:val="20"/>
        </w:rPr>
        <w:t>43:22  ghar hum hawa mein urenge.</w:t>
      </w:r>
      <w:r>
        <w:br/>
      </w:r>
      <w:r>
        <w:rPr>
          <w:sz w:val="20"/>
        </w:rPr>
        <w:t>43:27  agar oxygen jo supply ho rahi hai musalsal woh do</w:t>
      </w:r>
      <w:r>
        <w:br/>
      </w:r>
      <w:r>
        <w:rPr>
          <w:sz w:val="20"/>
        </w:rPr>
        <w:t>43:32  mint ke liye ruk jaye to sare log mar jayen. suraj ki roshni jo aa rahi hai hamare pas agar wo na aye to har taraf tareeki cha jayegi. hum aap aankh hogi hum kuch dekhenge nahi. to ye hai qudrati support system jo khuda ki taraf se aa raha hai. is par jab aap sochen to aap ko ek dilchasp ehsas hoga. khuda ki barkat ka ek ajib o gharib ehsas hoga ke kitna azim hai wo khuda jisne itni sari barkat ha</w:t>
      </w:r>
      <w:r>
        <w:br/>
      </w:r>
      <w:r>
        <w:rPr>
          <w:sz w:val="20"/>
        </w:rPr>
        <w:t>44:02  mein de di. itni sari barkat. is ki barkat na ho to hum ek second bhi dunya mein reh nahi sakte. to jab aap ke andar qudrati support system ka pura ehsas hoga to aap ko khuda se bepanah mohabbat paida hogi. bepanah aap ko khuda se jhuk jayenge is ke aage aap. ek ye hai. dusra hai jisko mein kehta hoon tehzibi</w:t>
      </w:r>
      <w:r>
        <w:br/>
      </w:r>
      <w:r>
        <w:rPr>
          <w:sz w:val="20"/>
        </w:rPr>
        <w:t>44:32  tahawun. tehzeebi tahawun.</w:t>
      </w:r>
      <w:r>
        <w:br/>
      </w:r>
      <w:r>
        <w:rPr>
          <w:sz w:val="20"/>
        </w:rPr>
        <w:t>44:37  yani insaan ki jo tarqqiyan hain insaan ne jo tehzeeb banayi hai us ke zariye se jo hamein mila hai.</w:t>
      </w:r>
      <w:r>
        <w:br/>
      </w:r>
      <w:r>
        <w:rPr>
          <w:sz w:val="20"/>
        </w:rPr>
        <w:t>44:42  aap jante hain ke jo kuch bhi hai jis ko hum hasil karte hain woh sab isi ke</w:t>
      </w:r>
      <w:r>
        <w:br/>
      </w:r>
      <w:r>
        <w:rPr>
          <w:sz w:val="20"/>
        </w:rPr>
        <w:t>44:48  zariye mila hai.</w:t>
      </w:r>
      <w:r>
        <w:br/>
      </w:r>
      <w:r>
        <w:rPr>
          <w:sz w:val="20"/>
        </w:rPr>
        <w:t>44:53  aap ghor kijiye ke yeh roshni yeh camera yeh imarat yeh kursi sab ke peeche kai kai hazar</w:t>
      </w:r>
      <w:r>
        <w:br/>
      </w:r>
      <w:r>
        <w:rPr>
          <w:sz w:val="20"/>
        </w:rPr>
        <w:t>44:58  saal ka jud o jahad hai.</w:t>
      </w:r>
    </w:p>
    <w:p>
      <w:pPr>
        <w:pStyle w:val="Heading2"/>
      </w:pPr>
      <w:r>
        <w:t>Hate is an acquired trait, not innate human nature</w:t>
      </w:r>
    </w:p>
    <w:p>
      <w:r>
        <w:rPr>
          <w:color w:val="666666"/>
          <w:sz w:val="18"/>
        </w:rPr>
        <w:t>Islam and Sufism (Islam and Spirituality) (English) February 28, 2008 · 1m 56s · at 24:42 · https://youtu.be/6UGAPDfrS2w?t=1482</w:t>
      </w:r>
    </w:p>
    <w:p>
      <w:r>
        <w:rPr>
          <w:i/>
        </w:rPr>
        <w:t>“C.E.M. Joad says man is born with hate”</w:t>
      </w:r>
    </w:p>
    <w:p>
      <w:r>
        <w:rPr>
          <w:sz w:val="20"/>
        </w:rPr>
        <w:t>24:42  you know, there was an author, C.M. Judd. He published book "Modern Witness". "Modern Witness" in this book, C.M. Judd says that man is born with hate, with hate.</w:t>
      </w:r>
      <w:r>
        <w:br/>
      </w:r>
      <w:r>
        <w:rPr>
          <w:sz w:val="20"/>
        </w:rPr>
        <w:t>24:58  everyone is living in hate.</w:t>
      </w:r>
      <w:r>
        <w:br/>
      </w:r>
      <w:r>
        <w:rPr>
          <w:sz w:val="20"/>
        </w:rPr>
        <w:t>25:02  He says that this is the reason why when there are some, some movement that is based in hate, it is soon become popular, because it addresses their nature that is based in hate.</w:t>
      </w:r>
      <w:r>
        <w:br/>
      </w:r>
      <w:r>
        <w:rPr>
          <w:sz w:val="20"/>
        </w:rPr>
        <w:t>25:22  But is wrong. Hate is not inborn in nature.</w:t>
      </w:r>
      <w:r>
        <w:br/>
      </w:r>
      <w:r>
        <w:rPr>
          <w:sz w:val="20"/>
        </w:rPr>
        <w:t>25:28  Hate is an acquired quality. Acquired why? Because this, this we are living in a society where everywhere there are provocations.</w:t>
      </w:r>
      <w:r>
        <w:br/>
      </w:r>
      <w:r>
        <w:rPr>
          <w:sz w:val="20"/>
        </w:rPr>
        <w:t>25:47  God made us free. God gave us freedom for test. So everyone has freedom, total freedom.</w:t>
      </w:r>
      <w:r>
        <w:br/>
      </w:r>
      <w:r>
        <w:rPr>
          <w:sz w:val="20"/>
        </w:rPr>
        <w:t>25:58  So people misuse their freedom. This creates provocation. This creates unwanted situation for us.</w:t>
      </w:r>
      <w:r>
        <w:br/>
      </w:r>
      <w:r>
        <w:rPr>
          <w:sz w:val="20"/>
        </w:rPr>
        <w:t>26:09  So we are living in a society where every time there are some unwanted situation, some provocation. So we react negatively.</w:t>
      </w:r>
      <w:r>
        <w:br/>
      </w:r>
      <w:r>
        <w:rPr>
          <w:sz w:val="20"/>
        </w:rPr>
        <w:t>26:20  It is this negative reaction that inculcate hate in your mind.</w:t>
      </w:r>
      <w:r>
        <w:br/>
      </w:r>
      <w:r>
        <w:rPr>
          <w:sz w:val="20"/>
        </w:rPr>
        <w:t>26:26  So hate is not, not in the nature. Hate is an acquired quality. So here is the test of spirituality.</w:t>
      </w:r>
    </w:p>
    <w:p>
      <w:pPr>
        <w:pStyle w:val="Heading2"/>
      </w:pPr>
      <w:r>
        <w:t>Flywheel teaches instant self-control</w:t>
      </w:r>
    </w:p>
    <w:p>
      <w:r>
        <w:rPr>
          <w:color w:val="666666"/>
          <w:sz w:val="18"/>
        </w:rPr>
        <w:t>Life of the Companions of the Prophet | September 29, 2018 · 2m 32s · at 53:31 · https://youtu.be/pR5eJlLJtKE?t=3211</w:t>
      </w:r>
    </w:p>
    <w:p>
      <w:r>
        <w:rPr>
          <w:i/>
        </w:rPr>
        <w:t>“To Gujarat mein ek mujhe ek mila ek factory owner”</w:t>
      </w:r>
    </w:p>
    <w:p>
      <w:r>
        <w:rPr>
          <w:sz w:val="20"/>
        </w:rPr>
        <w:t>53:31  to gujarat mein ek mujhe ek mila ek ek factory owner woh engineer tha engineer to us ne factory chalai thi us mein kuch bohat acha yani modern standard ki woh mangai thi machine to us ko le gaya apni factory mein dikhane ke liye to us ne</w:t>
      </w:r>
      <w:r>
        <w:br/>
      </w:r>
      <w:r>
        <w:rPr>
          <w:sz w:val="20"/>
        </w:rPr>
        <w:t>54:01  kaha dekhen iss machine mein kya khaas baat hai woh main dikhata hoon aap ko to aap jante</w:t>
      </w:r>
      <w:r>
        <w:br/>
      </w:r>
      <w:r>
        <w:rPr>
          <w:sz w:val="20"/>
        </w:rPr>
        <w:t>54:09  honge ke machineon mein ek woh hota hai woh ka kya kehte hain uss ko flying wheel</w:t>
      </w:r>
      <w:r>
        <w:br/>
      </w:r>
      <w:r>
        <w:rPr>
          <w:sz w:val="20"/>
        </w:rPr>
        <w:t>54:16  flying wheel flying wheel iss ka naam hota hai to uss ne dekha ke dekhen yeh flying wheel</w:t>
      </w:r>
      <w:r>
        <w:br/>
      </w:r>
      <w:r>
        <w:rPr>
          <w:sz w:val="20"/>
        </w:rPr>
        <w:t>54:24  hai yeh poora machine ko chalati hai to ek switch ko dabaya uss ne</w:t>
      </w:r>
      <w:r>
        <w:br/>
      </w:r>
      <w:r>
        <w:rPr>
          <w:sz w:val="20"/>
        </w:rPr>
        <w:t>54:32  touch nahi ki touch nahi ki ab to sir touch kiya jata hai uss waqt dabane ka zamana</w:t>
      </w:r>
      <w:r>
        <w:br/>
      </w:r>
      <w:r>
        <w:rPr>
          <w:sz w:val="20"/>
        </w:rPr>
        <w:t>54:40  tha ek switch ko uss waqt touch kiya to within second woh poori speed se chalne laga</w:t>
      </w:r>
      <w:r>
        <w:br/>
      </w:r>
      <w:r>
        <w:rPr>
          <w:sz w:val="20"/>
        </w:rPr>
        <w:t>54:47  shayad second ke fraction mein chalne laga to uss ne kaha phir dekhen ab do dobara dekhen aap</w:t>
      </w:r>
      <w:r>
        <w:br/>
      </w:r>
      <w:r>
        <w:rPr>
          <w:sz w:val="20"/>
        </w:rPr>
        <w:t>54:55  to ek aur switch dabai uss ne to</w:t>
      </w:r>
      <w:r>
        <w:br/>
      </w:r>
      <w:r>
        <w:rPr>
          <w:sz w:val="20"/>
        </w:rPr>
        <w:t>55:03  dobara aisa hua ke within second woh ek stop ho gayi dead stop ho gayi woh flying</w:t>
      </w:r>
      <w:r>
        <w:br/>
      </w:r>
      <w:r>
        <w:rPr>
          <w:sz w:val="20"/>
        </w:rPr>
        <w:t>55:10  wheel jo hai to aap yaqeen kijiye ke main laga rone uss ko dekh kar ke main ne</w:t>
      </w:r>
      <w:r>
        <w:br/>
      </w:r>
      <w:r>
        <w:rPr>
          <w:sz w:val="20"/>
        </w:rPr>
        <w:t>55:18  kaha ke agar machine ke andar ye taqat hai ke vid in second aap log stress stop kar</w:t>
      </w:r>
      <w:r>
        <w:br/>
      </w:r>
      <w:r>
        <w:rPr>
          <w:sz w:val="20"/>
        </w:rPr>
        <w:t>55:25  de to mere andar kyon nahin ek</w:t>
      </w:r>
      <w:r>
        <w:br/>
      </w:r>
      <w:r>
        <w:rPr>
          <w:sz w:val="20"/>
        </w:rPr>
        <w:t>55:33  engine jis machine ko ek engine chal raha hai mechanical engine agar mechanical engine mein ye taqat hai</w:t>
      </w:r>
      <w:r>
        <w:br/>
      </w:r>
      <w:r>
        <w:rPr>
          <w:sz w:val="20"/>
        </w:rPr>
        <w:t>55:39  ke vid in second wo apne ko stop kar sakta hai to mere andar kyon nahin to yaqin</w:t>
      </w:r>
      <w:r>
        <w:br/>
      </w:r>
      <w:r>
        <w:rPr>
          <w:sz w:val="20"/>
        </w:rPr>
        <w:t>55:45  kijiye iske baad se mera ye haal hoga ke is yaqin kijiye ke main waqeatan vid in</w:t>
      </w:r>
      <w:r>
        <w:br/>
      </w:r>
      <w:r>
        <w:rPr>
          <w:sz w:val="20"/>
        </w:rPr>
        <w:t>55:51  second mein apne ko rok sakta hoon aap ko agar agar tajurba karna ho to mujhe aap kabhi</w:t>
      </w:r>
      <w:r>
        <w:br/>
      </w:r>
      <w:r>
        <w:rPr>
          <w:sz w:val="20"/>
        </w:rPr>
        <w:t>55:57  aa ke ghussa dilai</w:t>
      </w:r>
    </w:p>
    <w:p>
      <w:pPr>
        <w:pStyle w:val="Heading2"/>
      </w:pPr>
      <w:r>
        <w:t>Gandhi's peace amidst fire</w:t>
      </w:r>
    </w:p>
    <w:p>
      <w:r>
        <w:rPr>
          <w:color w:val="666666"/>
          <w:sz w:val="18"/>
        </w:rPr>
        <w:t>Personality Building May 28, 2013 Maulana Wahiduddin Khan · 1m 36s · at 25:39 · https://youtu.be/8vNUoqGILmw?t=1539</w:t>
      </w:r>
    </w:p>
    <w:p>
      <w:r>
        <w:rPr>
          <w:i/>
        </w:rPr>
        <w:t>“Mahatma Gandhi ka ek waqea hai”</w:t>
      </w:r>
    </w:p>
    <w:p>
      <w:r>
        <w:rPr>
          <w:sz w:val="20"/>
        </w:rPr>
        <w:t>25:39  aise hi Mahatma Gandhi ka ek waqia hai. aap jante hain 1946 mein jab Noakhali mein bara fasad ho raha tha to Mahatma Gandhi wahan gaye to Noakhali se unhon ne ek chiṭṭhi likhi thi Gujarati zuban mein apne ek janne wale ko.</w:t>
      </w:r>
      <w:r>
        <w:br/>
      </w:r>
      <w:r>
        <w:rPr>
          <w:sz w:val="20"/>
        </w:rPr>
        <w:t>25:58  is mein yeh sentence tha ke "main jahan hoon wahan charon aur ag lagi hui hai lekin mere man mein shanti hai.</w:t>
      </w:r>
      <w:r>
        <w:br/>
      </w:r>
      <w:r>
        <w:rPr>
          <w:sz w:val="20"/>
        </w:rPr>
        <w:t>26:10  charon aur ag lagi hui hai lekin mere man mein shanti hai." to yeh hai yaani is ko main is tarah is is tarah nahi lunga ke ek insan ki baat hai, har insan ki baat hai.</w:t>
      </w:r>
      <w:r>
        <w:br/>
      </w:r>
      <w:r>
        <w:rPr>
          <w:sz w:val="20"/>
        </w:rPr>
        <w:t>26:23  yaani Mahatma Gandhi ne aisa kar ke bataya ke insan ke potential itne zyada hain ke woh charon taraf ag lagi hui ho tab bhi us ke man mein shanti rahegi.</w:t>
      </w:r>
      <w:r>
        <w:br/>
      </w:r>
      <w:r>
        <w:rPr>
          <w:sz w:val="20"/>
        </w:rPr>
        <w:t>26:35  woh ek insaan ke potential ko bataya unhon ne. aise hi swami vikrant ne insaan ke ek potential ko bataya "he is able to turn his minus to plus".</w:t>
      </w:r>
      <w:r>
        <w:br/>
      </w:r>
      <w:r>
        <w:rPr>
          <w:sz w:val="20"/>
        </w:rPr>
        <w:t>26:48  aise hi mahatma gandhi ne insaan ke potential ko bataya ke is ke andar khuda ne itni itni shakti di, itni shakti ke charon taraf aag lagi hui ho aur wahan khara hai aadmi tab bhi is ke man mein shanti hai.</w:t>
      </w:r>
      <w:r>
        <w:br/>
      </w:r>
      <w:r>
        <w:rPr>
          <w:sz w:val="20"/>
        </w:rPr>
        <w:t>27:02  to yeh hai insaan ka model, yeh hai insaan ka asal potential. main samajhta hoon.</w:t>
      </w:r>
    </w:p>
    <w:p>
      <w:pPr>
        <w:pStyle w:val="Heading2"/>
      </w:pPr>
      <w:r>
        <w:t>Internal and external spirituality</w:t>
      </w:r>
    </w:p>
    <w:p>
      <w:r>
        <w:rPr>
          <w:color w:val="666666"/>
          <w:sz w:val="18"/>
        </w:rPr>
        <w:t>Islam and Sufism, Islam and Spirituality (Group of Gothers) - Maulana Wahiduddin Khan · 1m 12s · at 8:33 · https://youtu.be/yuxUUlOqZLM?t=513</w:t>
      </w:r>
    </w:p>
    <w:p>
      <w:r>
        <w:rPr>
          <w:i/>
        </w:rPr>
        <w:t>“There are two aspects of spirituality: inner spirituality and external spirituality”</w:t>
      </w:r>
    </w:p>
    <w:p>
      <w:r>
        <w:rPr>
          <w:sz w:val="20"/>
        </w:rPr>
        <w:t>8:33  nao i would like to say that there are two aspect of spirituality: inner spirituality and external spirituality.</w:t>
      </w:r>
      <w:r>
        <w:br/>
      </w:r>
      <w:r>
        <w:rPr>
          <w:sz w:val="20"/>
        </w:rPr>
        <w:t>8:49  internal, internal spirituality and external spirituality. you can say that internal spirituality means pure spirituality, and external spirituality means applied spirituality.</w:t>
      </w:r>
      <w:r>
        <w:br/>
      </w:r>
      <w:r>
        <w:rPr>
          <w:sz w:val="20"/>
        </w:rPr>
        <w:t>9:08  or in other words, internal spirituality is individual spirituality, and external spirituality is social spirituality.</w:t>
      </w:r>
      <w:r>
        <w:br/>
      </w:r>
      <w:r>
        <w:rPr>
          <w:sz w:val="20"/>
        </w:rPr>
        <w:t>9:19  when you receive the spiritual light, your, your, your, your personality is enlightened.</w:t>
      </w:r>
      <w:r>
        <w:br/>
      </w:r>
      <w:r>
        <w:rPr>
          <w:sz w:val="20"/>
        </w:rPr>
        <w:t>9:33  that is individual spirituality. then when your spirituality translate into social life, that is external spirituality.</w:t>
      </w:r>
    </w:p>
    <w:p>
      <w:pPr>
        <w:pStyle w:val="Heading2"/>
      </w:pPr>
      <w:r>
        <w:t>Cow culture as model for conversion</w:t>
      </w:r>
    </w:p>
    <w:p>
      <w:r>
        <w:rPr>
          <w:color w:val="666666"/>
          <w:sz w:val="18"/>
        </w:rPr>
        <w:t>Islam and Sufism, Islam and Spirituality (Group of Gothers) - Maulana Wahiduddin Khan · 1m 04s · at 27:13 · https://youtu.be/yuxUUlOqZLM?t=1633</w:t>
      </w:r>
    </w:p>
    <w:p>
      <w:r>
        <w:rPr>
          <w:i/>
        </w:rPr>
        <w:t>“God has created cow. Cow eats grass and returns milk”</w:t>
      </w:r>
    </w:p>
    <w:p>
      <w:r>
        <w:rPr>
          <w:sz w:val="20"/>
        </w:rPr>
        <w:t>27:13  so god has given a demonstration in, in for example, in the, in the form of cow, c, c o w cow.</w:t>
      </w:r>
      <w:r>
        <w:br/>
      </w:r>
      <w:r>
        <w:rPr>
          <w:sz w:val="20"/>
        </w:rPr>
        <w:t>27:24  god has created cow. what is cow? you know, cow eats grass and returns milk.</w:t>
      </w:r>
      <w:r>
        <w:br/>
      </w:r>
      <w:r>
        <w:rPr>
          <w:sz w:val="20"/>
        </w:rPr>
        <w:t>27:36  cow is an, cow is a divine industry. cow is a divine industry. able to convert grass into milk.</w:t>
      </w:r>
      <w:r>
        <w:br/>
      </w:r>
      <w:r>
        <w:rPr>
          <w:sz w:val="20"/>
        </w:rPr>
        <w:t>27:46  in other words, cow is able to convert non milk into milk. this is cow culture. so god has created cow culture.</w:t>
      </w:r>
      <w:r>
        <w:br/>
      </w:r>
      <w:r>
        <w:rPr>
          <w:sz w:val="20"/>
        </w:rPr>
        <w:t>27:57  and we have to imitate cow. this kind, we have to develop this kind of, of sub-consciousness.</w:t>
      </w:r>
      <w:r>
        <w:br/>
      </w:r>
      <w:r>
        <w:rPr>
          <w:sz w:val="20"/>
        </w:rPr>
        <w:t>28:07  how it is possible? it is possible through mind. there is a verse in the quran:</w:t>
      </w:r>
    </w:p>
    <w:p>
      <w:pPr>
        <w:pStyle w:val="Heading2"/>
      </w:pPr>
      <w:r>
        <w:t>Three revolutions: big bang, prophet, knowledge</w:t>
      </w:r>
    </w:p>
    <w:p>
      <w:r>
        <w:rPr>
          <w:color w:val="666666"/>
          <w:sz w:val="18"/>
        </w:rPr>
        <w:t>Discussion on Marefat (Ulama Session- I) Peace Conference April 29-30, 2023 · 1m 49s · at 19:19 · https://youtu.be/c1NFCRXpYBQ?t=1159</w:t>
      </w:r>
    </w:p>
    <w:p>
      <w:r>
        <w:rPr>
          <w:i/>
        </w:rPr>
        <w:t>“Monana ne us chapter ka naam rakha hai teen inqilab, three revolutions.”</w:t>
      </w:r>
    </w:p>
    <w:p>
      <w:r>
        <w:rPr>
          <w:sz w:val="20"/>
        </w:rPr>
        <w:t>19:19  Maulana ne us chapter ka naam rakha hai teen inqilab, three revolutions.us chapter ko khud aap ek revolution keh sakte hain.yani woh chapter likhna khud ek fourth revolution hai.to Maulana ne teen revolution ka us chapter mein zikr kiya.pehla to hum sab jante hain big bang.Maulana kehte hain ke jab mass ke andar ek bada explosion hua aur phir yeh universe ujud mein aayi.</w:t>
      </w:r>
      <w:r>
        <w:br/>
      </w:r>
      <w:r>
        <w:rPr>
          <w:sz w:val="20"/>
        </w:rPr>
        <w:t>19:46  to scientist usko kehte hain yeh ek bahut bada explosion tha kainat mein.jo bahut hi peaceful tha aur constructive bhi.phir uske baad Maulana kehte hain, main doosra inqilab kahunga, doosra revolution advent of Muhammad yani Makke mein Muhammad bin Abdullah ko tamam duniya walon ke liye paighambar banakar aur aakhri paighambar ke taur par bheja jana.</w:t>
      </w:r>
      <w:r>
        <w:br/>
      </w:r>
      <w:r>
        <w:rPr>
          <w:sz w:val="20"/>
        </w:rPr>
        <w:t>20:11  yeh doosra inqilab tha jisne ek saint ek historian ne bahut sahi kaha.Muhammad ke aane ke baad zameen ka jo traditional jo condition thi usko change kiya gaya aur abdi pahad yani qadeem taqaton ko tod kar, jadeed taqaton ko jo hai zameen par mauqa diya gaya aur ek zameen ko jo hai big push diya gaya har mamle mein, har cheez mein.</w:t>
      </w:r>
      <w:r>
        <w:br/>
      </w:r>
      <w:r>
        <w:rPr>
          <w:sz w:val="20"/>
        </w:rPr>
        <w:t>20:39  usi tarah maarifat ke mamle mein bhi ek big push mila.jisko hum keh sakte hain lifetime learning.uske baad Maulana kehte hain teesra jo inqilab hai, woh inqilab hai knowledge explosion.ab hum knowledge explosion ke daur mein dakhil ho chuke hain aur traditional knowledge ke muqable mein ab hamari knowledge bahut hi extraordinary ho chuki hai.jaise main usko ek misal ke zariye samjhane ki koshish karunga.</w:t>
      </w:r>
      <w:r>
        <w:br/>
      </w:r>
      <w:r>
        <w:rPr>
          <w:sz w:val="20"/>
        </w:rPr>
        <w:t>21:08  हज़रत आदम से लेकर इस दौर तक हम ज़मीन से moon setting کرتے تھے.</w:t>
      </w:r>
    </w:p>
    <w:p>
      <w:pPr>
        <w:pStyle w:val="Heading2"/>
      </w:pPr>
      <w:r>
        <w:t>Living in world without materialism</w:t>
      </w:r>
    </w:p>
    <w:p>
      <w:r>
        <w:rPr>
          <w:color w:val="666666"/>
          <w:sz w:val="18"/>
        </w:rPr>
        <w:t>Science and Spirituality | April 25, 2007 | Maulana Wahiduddin Kha · 1m 33s · at 2:44 · https://youtu.be/cStp24Ri3ps?t=164</w:t>
      </w:r>
    </w:p>
    <w:p>
      <w:r>
        <w:rPr>
          <w:i/>
        </w:rPr>
        <w:t>“Spirituality means opposed to worldliness”</w:t>
      </w:r>
    </w:p>
    <w:p>
      <w:r>
        <w:rPr>
          <w:sz w:val="20"/>
        </w:rPr>
        <w:t>2:44  Spirituality means opposed to worldliness, opposed to worldliness, or opposed to material.</w:t>
      </w:r>
      <w:r>
        <w:br/>
      </w:r>
      <w:r>
        <w:rPr>
          <w:sz w:val="20"/>
        </w:rPr>
        <w:t>2:54  This is the definition given by dictionaries.</w:t>
      </w:r>
      <w:r>
        <w:br/>
      </w:r>
      <w:r>
        <w:rPr>
          <w:sz w:val="20"/>
        </w:rPr>
        <w:t>3:04  I would like to say that</w:t>
      </w:r>
      <w:r>
        <w:br/>
      </w:r>
      <w:r>
        <w:rPr>
          <w:sz w:val="20"/>
        </w:rPr>
        <w:t>3:14  I would like to give a very simple definition, a very simple definition, without any mysterious element.</w:t>
      </w:r>
      <w:r>
        <w:br/>
      </w:r>
      <w:r>
        <w:rPr>
          <w:sz w:val="20"/>
        </w:rPr>
        <w:t>3:24  No, first of all, I would like to say that opposed to worldliness does not mean that one</w:t>
      </w:r>
      <w:r>
        <w:br/>
      </w:r>
      <w:r>
        <w:rPr>
          <w:sz w:val="20"/>
        </w:rPr>
        <w:t>3:34  must leave the physical</w:t>
      </w:r>
      <w:r>
        <w:br/>
      </w:r>
      <w:r>
        <w:rPr>
          <w:sz w:val="20"/>
        </w:rPr>
        <w:t>3:44  world.</w:t>
      </w:r>
      <w:r>
        <w:br/>
      </w:r>
      <w:r>
        <w:rPr>
          <w:sz w:val="20"/>
        </w:rPr>
        <w:t>3:55  No, it means that living in the material world without being materialistic, living in the physical world without being materialist.</w:t>
      </w:r>
      <w:r>
        <w:br/>
      </w:r>
      <w:r>
        <w:rPr>
          <w:sz w:val="20"/>
        </w:rPr>
        <w:t>4:06  This is the correct definition of Spirituality.</w:t>
      </w:r>
    </w:p>
    <w:p>
      <w:pPr>
        <w:pStyle w:val="Heading2"/>
      </w:pPr>
      <w:r>
        <w:t>Genuine faith compels you to spread it to everyone</w:t>
      </w:r>
    </w:p>
    <w:p>
      <w:r>
        <w:rPr>
          <w:color w:val="666666"/>
          <w:sz w:val="18"/>
        </w:rPr>
        <w:t>Divine Personality April 2, 2014 Maulana Wahiduddin Khan · 2m 10s · at 11:20 · https://youtu.be/4F-V__KFzpA?t=680</w:t>
      </w:r>
    </w:p>
    <w:p>
      <w:r>
        <w:rPr>
          <w:i/>
        </w:rPr>
        <w:t>“Da'wah is also an expression of Ma'rifat.”</w:t>
      </w:r>
    </w:p>
    <w:p>
      <w:r>
        <w:rPr>
          <w:sz w:val="20"/>
        </w:rPr>
        <w:t>11:20  da'wah is also an expression of Ma'rifat.</w:t>
      </w:r>
      <w:r>
        <w:br/>
      </w:r>
      <w:r>
        <w:rPr>
          <w:sz w:val="20"/>
        </w:rPr>
        <w:t>11:25  When you discover God is Almighty</w:t>
      </w:r>
      <w:r>
        <w:br/>
      </w:r>
      <w:r>
        <w:rPr>
          <w:sz w:val="20"/>
        </w:rPr>
        <w:t>11:29  and you discover the importance of</w:t>
      </w:r>
      <w:r>
        <w:br/>
      </w:r>
      <w:r>
        <w:rPr>
          <w:sz w:val="20"/>
        </w:rPr>
        <w:t>11:33  Deen or Islam,</w:t>
      </w:r>
      <w:r>
        <w:br/>
      </w:r>
      <w:r>
        <w:rPr>
          <w:sz w:val="20"/>
        </w:rPr>
        <w:t>11:36  when you discover that the salvation of man depends upon</w:t>
      </w:r>
      <w:r>
        <w:br/>
      </w:r>
      <w:r>
        <w:rPr>
          <w:sz w:val="20"/>
        </w:rPr>
        <w:t>11:43  this divine guidance</w:t>
      </w:r>
      <w:r>
        <w:br/>
      </w:r>
      <w:r>
        <w:rPr>
          <w:sz w:val="20"/>
        </w:rPr>
        <w:t>11:46  then by nature you try to spread this message to all mankind.</w:t>
      </w:r>
      <w:r>
        <w:br/>
      </w:r>
      <w:r>
        <w:rPr>
          <w:sz w:val="20"/>
        </w:rPr>
        <w:t>11:56  It becomes impossible for you to be contented on your own.</w:t>
      </w:r>
      <w:r>
        <w:br/>
      </w:r>
      <w:r>
        <w:rPr>
          <w:sz w:val="20"/>
        </w:rPr>
        <w:t>12:07  You want to share with other people, with your neighbors. And now you know we are living in an age of technology.</w:t>
      </w:r>
      <w:r>
        <w:br/>
      </w:r>
      <w:r>
        <w:rPr>
          <w:sz w:val="20"/>
        </w:rPr>
        <w:t>12:21  Now the whole world is your</w:t>
      </w:r>
      <w:r>
        <w:br/>
      </w:r>
      <w:r>
        <w:rPr>
          <w:sz w:val="20"/>
        </w:rPr>
        <w:t>12:25  electronic neighbor. Then when you read the Qur'an you find that it is</w:t>
      </w:r>
      <w:r>
        <w:br/>
      </w:r>
      <w:r>
        <w:rPr>
          <w:sz w:val="20"/>
        </w:rPr>
        <w:t>12:37  God Almighty's concern</w:t>
      </w:r>
      <w:r>
        <w:br/>
      </w:r>
      <w:r>
        <w:rPr>
          <w:sz w:val="20"/>
        </w:rPr>
        <w:t>12:41  that every human being,</w:t>
      </w:r>
      <w:r>
        <w:br/>
      </w:r>
      <w:r>
        <w:rPr>
          <w:sz w:val="20"/>
        </w:rPr>
        <w:t>12:45  every human being must know</w:t>
      </w:r>
      <w:r>
        <w:br/>
      </w:r>
      <w:r>
        <w:rPr>
          <w:sz w:val="20"/>
        </w:rPr>
        <w:t>12:47  what is the creation plan of God</w:t>
      </w:r>
      <w:r>
        <w:br/>
      </w:r>
      <w:r>
        <w:rPr>
          <w:sz w:val="20"/>
        </w:rPr>
        <w:t>12:51  and what is the purpose of life,</w:t>
      </w:r>
      <w:r>
        <w:br/>
      </w:r>
      <w:r>
        <w:rPr>
          <w:sz w:val="20"/>
        </w:rPr>
        <w:t>12:55  what is the way of success in this world and also in the hereafter.</w:t>
      </w:r>
      <w:r>
        <w:br/>
      </w:r>
      <w:r>
        <w:rPr>
          <w:sz w:val="20"/>
        </w:rPr>
        <w:t>13:02  So here you want to follow, here you decide not only to follow the divine guidance but also to spread it among all mankind.</w:t>
      </w:r>
      <w:r>
        <w:br/>
      </w:r>
      <w:r>
        <w:rPr>
          <w:sz w:val="20"/>
        </w:rPr>
        <w:t>13:23  Then again I would say that it is not a simple decision</w:t>
      </w:r>
    </w:p>
    <w:p>
      <w:pPr>
        <w:pStyle w:val="Heading2"/>
      </w:pPr>
      <w:r>
        <w:t>True provision for believers is spiritual</w:t>
      </w:r>
    </w:p>
    <w:p>
      <w:r>
        <w:rPr>
          <w:color w:val="666666"/>
          <w:sz w:val="18"/>
        </w:rPr>
        <w:t>Fasting A Source of Spiritual Empowerment 21 Aug, 2011 - Maulana Wahiduddin Khan · 2m 23s · at 7:38 · https://youtu.be/b19V3pD-tbQ?t=458</w:t>
      </w:r>
    </w:p>
    <w:p>
      <w:r>
        <w:rPr>
          <w:i/>
        </w:rPr>
        <w:t>“Lekin yeh bilkul galat hai.”</w:t>
      </w:r>
    </w:p>
    <w:p>
      <w:r>
        <w:rPr>
          <w:sz w:val="20"/>
        </w:rPr>
        <w:t>7:38  to bohat hi barkat ki baat hai yeh. woh is se murad hai. lekin yeh bilkul galat hai. aap ghor kijiye ke jo lafz hai us mein rizq al-khalq nahi hai.</w:t>
      </w:r>
      <w:r>
        <w:br/>
      </w:r>
      <w:r>
        <w:rPr>
          <w:sz w:val="20"/>
        </w:rPr>
        <w:t>7:53  ke logon ka rizq badha diya jata hai. balke hai rizq al-momin. momin ka rizq badha diya jata hai.</w:t>
      </w:r>
      <w:r>
        <w:br/>
      </w:r>
      <w:r>
        <w:rPr>
          <w:sz w:val="20"/>
        </w:rPr>
        <w:t>8:04  to zahir hai ke yahan par rizq ka mafhoom momin ke lehaz se mutayyan kiya jayega. agar mahaz insaan ka lafz hota to insaan ki nisbat se aap is ka matlab mutayyan karte.</w:t>
      </w:r>
      <w:r>
        <w:br/>
      </w:r>
      <w:r>
        <w:rPr>
          <w:sz w:val="20"/>
        </w:rPr>
        <w:t>8:18  lekin jab momin ka lafz hai to momin ki nisbat se aap is ka lafz, is ka matlab</w:t>
      </w:r>
      <w:r>
        <w:br/>
      </w:r>
      <w:r>
        <w:rPr>
          <w:sz w:val="20"/>
        </w:rPr>
        <w:t>8:29  mutayyan karenge. To momin kya hai? Momin woh hai jisko Allah ki discovery hoti hai.</w:t>
      </w:r>
      <w:r>
        <w:br/>
      </w:r>
      <w:r>
        <w:rPr>
          <w:sz w:val="20"/>
        </w:rPr>
        <w:t>8:42  Momin woh hai jo Allah ki marifat mein jeeta hai. Momin woh hai jisko Allah ki qurbat ki talash hoti hai.</w:t>
      </w:r>
      <w:r>
        <w:br/>
      </w:r>
      <w:r>
        <w:rPr>
          <w:sz w:val="20"/>
        </w:rPr>
        <w:t>8:57  Momin woh hai jo har waqt subah shaam yeh sochta hai ke kaise mere andar woh personality bane ke main aakhirat mein jannat mein dakhle ka mustahiq qarar paoon.</w:t>
      </w:r>
      <w:r>
        <w:br/>
      </w:r>
      <w:r>
        <w:rPr>
          <w:sz w:val="20"/>
        </w:rPr>
        <w:t>9:17  Aisa insaan hai momin. To jab momin aisa insaan hai to isi ke lehaz se aap batayenge rizq ka matlab. Rizq ka matlab wahi hai jisko kehte hain angrezi mein hum Provision.</w:t>
      </w:r>
      <w:r>
        <w:br/>
      </w:r>
      <w:r>
        <w:rPr>
          <w:sz w:val="20"/>
        </w:rPr>
        <w:t>9:29  To rizq ka Provision jo hai sirf khane kamane mein nahi hai. Dono ke lafz mein iska yani ek maadi mafhoom hai, ek Spiritual mafhoom bhi shamil hai is mein.</w:t>
      </w:r>
      <w:r>
        <w:br/>
      </w:r>
      <w:r>
        <w:rPr>
          <w:sz w:val="20"/>
        </w:rPr>
        <w:t>9:49  To yahan par jo murad hai woh hai Spiritual Provision, Spiritual Food, Spiritual rizq.</w:t>
      </w:r>
    </w:p>
    <w:p>
      <w:pPr>
        <w:pStyle w:val="Heading2"/>
      </w:pPr>
      <w:r>
        <w:t>Turning minus to plus: Vivekananda</w:t>
      </w:r>
    </w:p>
    <w:p>
      <w:r>
        <w:rPr>
          <w:color w:val="666666"/>
          <w:sz w:val="18"/>
        </w:rPr>
        <w:t>Personality Building May 28, 2013 Maulana Wahiduddin Khan · 2m 15s · at 23:23 · https://youtu.be/8vNUoqGILmw?t=1403</w:t>
      </w:r>
    </w:p>
    <w:p>
      <w:r>
        <w:rPr>
          <w:i/>
        </w:rPr>
        <w:t>“Maine Swami Vivekanand ka ek qissa padha”</w:t>
      </w:r>
    </w:p>
    <w:p>
      <w:r>
        <w:rPr>
          <w:sz w:val="20"/>
        </w:rPr>
        <w:t>23:23  is ke baad maine Swami Vivekanand ka ek qissa parha to main samajhta hoon ke bohat achhi tarah illustrate karta hai is baat ko. woh yaani jo baat kahi thi Adler ne ke "there power to turn a minus into a plus" is ka illustration mujhe mila Swami Vivekanand ka.</w:t>
      </w:r>
      <w:r>
        <w:br/>
      </w:r>
      <w:r>
        <w:rPr>
          <w:sz w:val="20"/>
        </w:rPr>
        <w:t>23:42  un ka ek qissa hai ke un ke friend ne un ko ek martaba invite kiya apne ghar par aur jis room mein un ko bithana tha wahan ek table tha.</w:t>
      </w:r>
      <w:r>
        <w:br/>
      </w:r>
      <w:r>
        <w:rPr>
          <w:sz w:val="20"/>
        </w:rPr>
        <w:t>23:55  is table par dharmik books theen. dharmik books aap jante hain ke aaj kal major religion hain, woh taqreeban 12 hain.</w:t>
      </w:r>
      <w:r>
        <w:br/>
      </w:r>
      <w:r>
        <w:rPr>
          <w:sz w:val="20"/>
        </w:rPr>
        <w:t>24:04  to sab religion ki books theen. lekin is mein is ka is order mein rakha gaya tha ke sab se neeche Gita thi, Hind Gita, aur us ke upar aur doosri kitab hai.</w:t>
      </w:r>
      <w:r>
        <w:br/>
      </w:r>
      <w:r>
        <w:rPr>
          <w:sz w:val="20"/>
        </w:rPr>
        <w:t>24:20  to woh jo un ke jinhon ne bulaya tha, woh samajhte thay ke is ko dekh kar woh ghussa ho jayenge kyun ke yeh "it was obviously it was a provocative situation, provocative scene" ke jis kitab ko woh bohat regard dete thay as a Hindu, woh neeche rakhi hui hai aur sab upar hain.</w:t>
      </w:r>
      <w:r>
        <w:br/>
      </w:r>
      <w:r>
        <w:rPr>
          <w:sz w:val="20"/>
        </w:rPr>
        <w:t>24:40  agarche main Swami Vivekanand ko sirf Hindu nahi manta, un ko ek insan manta hoon. India ke main samajhta hoon ke jo bohat hi kam log jo India mein paida hue honge, un mein se ek thay Swami Vivekanand ka jo hamare liye example hain.</w:t>
      </w:r>
      <w:r>
        <w:br/>
      </w:r>
      <w:r>
        <w:rPr>
          <w:sz w:val="20"/>
        </w:rPr>
        <w:t>24:57  to dekhen, unhon ne kaha jinhon ne bulaya tha ke Swami ji is par kya reward rakha hai aap ka? to woh samajhte thay ghussa honge woh ke tum ne humiliate karne ke liye bulaya mujh ko.</w:t>
      </w:r>
      <w:r>
        <w:br/>
      </w:r>
      <w:r>
        <w:rPr>
          <w:sz w:val="20"/>
        </w:rPr>
        <w:t>25:10  dekhen, Swami ji ne he he simply smile and said "the foundation is really good, the foundation is really good" yaani Gita jo neeche thi, sab kitaben upar theen.</w:t>
      </w:r>
      <w:r>
        <w:br/>
      </w:r>
      <w:r>
        <w:rPr>
          <w:sz w:val="20"/>
        </w:rPr>
        <w:t>25:27  to is ko le kar unhon ne kaha ke "the foundation is really good" to best example hai ke kis tarah unhon ne apne minus ko plus bana diya.</w:t>
      </w:r>
    </w:p>
    <w:p>
      <w:pPr>
        <w:pStyle w:val="Heading2"/>
      </w:pPr>
      <w:r>
        <w:t>American professor impressed by Namaaz</w:t>
      </w:r>
    </w:p>
    <w:p>
      <w:r>
        <w:rPr>
          <w:color w:val="666666"/>
          <w:sz w:val="18"/>
        </w:rPr>
        <w:t>Islamic Prayer (Part 2) (English) | February 27, 2007 | Maulana Wahiduddin Khan · 2m 35s · at 6:23 · https://youtu.be/xoh_XiWwRlI?t=383</w:t>
      </w:r>
    </w:p>
    <w:p>
      <w:r>
        <w:rPr>
          <w:i/>
        </w:rPr>
        <w:t>“This reminds me of an event.”</w:t>
      </w:r>
    </w:p>
    <w:p>
      <w:r>
        <w:rPr>
          <w:sz w:val="20"/>
        </w:rPr>
        <w:t>6:23  This is the reason why these Americans are embracing Islam. It is very important. This reminds me of an event. Once an American professor visited Delhi. He also came to our center. It was Friday.</w:t>
      </w:r>
      <w:r>
        <w:br/>
      </w:r>
      <w:r>
        <w:rPr>
          <w:sz w:val="20"/>
        </w:rPr>
        <w:t>6:56  This American was, he was a research scholar, and his theme was Islam. So I said to him that today it is Friday, if you, if you want, you can visit the nearest mosque and</w:t>
      </w:r>
      <w:r>
        <w:br/>
      </w:r>
      <w:r>
        <w:rPr>
          <w:sz w:val="20"/>
        </w:rPr>
        <w:t>7:26  join us in the Friday prayer, and you can experience Namaaz. I said to him that without being a Muslim, you can experience Namaaz. Without being a Muslim, you can experience Namaaz. So he was ver</w:t>
      </w:r>
      <w:r>
        <w:br/>
      </w:r>
      <w:r>
        <w:rPr>
          <w:sz w:val="20"/>
        </w:rPr>
        <w:t>7:56  y happy, and he visited that mosque with me and joined with us in the Juma prayer. He was very much impressed. He said that this is a true worship. Other worships, other forms of worship are like</w:t>
      </w:r>
      <w:r>
        <w:br/>
      </w:r>
      <w:r>
        <w:rPr>
          <w:sz w:val="20"/>
        </w:rPr>
        <w:t>8:27  club exercises. So he was very much impressed by Namaaz. Then I will narrate a very interesting story. During the second caliphate of Al-Faruk, Muslims entered Iran.</w:t>
      </w:r>
    </w:p>
    <w:p>
      <w:pPr>
        <w:pStyle w:val="Heading2"/>
      </w:pPr>
      <w:r>
        <w:t>Japan's decision to endure and rebuild</w:t>
      </w:r>
    </w:p>
    <w:p>
      <w:r>
        <w:rPr>
          <w:color w:val="666666"/>
          <w:sz w:val="18"/>
        </w:rPr>
        <w:t>Personality Building May 28, 2013 Maulana Wahiduddin Khan · 2m 02s · at 36:36 · https://youtu.be/8vNUoqGILmw?t=2196</w:t>
      </w:r>
    </w:p>
    <w:p>
      <w:r>
        <w:rPr>
          <w:i/>
        </w:rPr>
        <w:t>“Second World War mein Japan haar gaya”</w:t>
      </w:r>
    </w:p>
    <w:p>
      <w:r>
        <w:rPr>
          <w:sz w:val="20"/>
        </w:rPr>
        <w:t>36:36  jaise mein aik misaal doon aap ko, second world war mein japan aap jante hain ke haar gaya, jo bomb giraya gaya hai, atom bomb.</w:t>
      </w:r>
      <w:r>
        <w:br/>
      </w:r>
      <w:r>
        <w:rPr>
          <w:sz w:val="20"/>
        </w:rPr>
        <w:t>36:47  to poori qaum jo hai, bohat hi baphri hui thi. lekin is ka jo badshah tha, us waqt hiro hito, ab to woh mar chuka hai, woh bohat learned aadmi tha.</w:t>
      </w:r>
      <w:r>
        <w:br/>
      </w:r>
      <w:r>
        <w:rPr>
          <w:sz w:val="20"/>
        </w:rPr>
        <w:t>36:59  hiro hito bohat learned aadmi tha. us ne speech di, us waqt TV nahi hua karta tha, radio par aik speech di.</w:t>
      </w:r>
      <w:r>
        <w:br/>
      </w:r>
      <w:r>
        <w:rPr>
          <w:sz w:val="20"/>
        </w:rPr>
        <w:t>37:10  us ne woh speech poori ki poori aik kitaab mein mein ne parhi, jo us kitaab ka naam hai "the story of japan".</w:t>
      </w:r>
      <w:r>
        <w:br/>
      </w:r>
      <w:r>
        <w:rPr>
          <w:sz w:val="20"/>
        </w:rPr>
        <w:t>37:19  is ka jaziya tha ke "we have to suffer dan sufriable". hamein na qabil bardasht ko bardasht karna hai taake hum ek naya future bana sakein, Japan ka naya future.</w:t>
      </w:r>
      <w:r>
        <w:br/>
      </w:r>
      <w:r>
        <w:rPr>
          <w:sz w:val="20"/>
        </w:rPr>
        <w:t>37:35  to unhon ne is ne qom ko sabak diya ke bajaye is ke ke hum revenge lein USA se ya aur kuch is tarah ke pass sochein, hamein apni qom ko scientific education mein aage badhana hai.</w:t>
      </w:r>
      <w:r>
        <w:br/>
      </w:r>
      <w:r>
        <w:rPr>
          <w:sz w:val="20"/>
        </w:rPr>
        <w:t>37:49  to 30 saal ke liye is ne plan banaya scientific education ka Japan mein. aur dekha aap ne kya hua ke Japan mein scientific education ka nateeja kya hua ke industry mein unhon ne ek naam naya naam paida kiya.</w:t>
      </w:r>
      <w:r>
        <w:br/>
      </w:r>
      <w:r>
        <w:rPr>
          <w:sz w:val="20"/>
        </w:rPr>
        <w:t>38:09  he was able, it was able to emerge as a economic superpower. aaj Japan ko economic superpower kaha jata hai kyunke unhon ne ek bohat hi waqt par unhon ne naya decision liya.</w:t>
      </w:r>
      <w:r>
        <w:br/>
      </w:r>
      <w:r>
        <w:rPr>
          <w:sz w:val="20"/>
        </w:rPr>
        <w:t>38:24  to chahe individual ki baat ho, chahe nation ki baat ho, bar bar aise waqt ate hain, aise mauqe ate hain ke hamein phir se sochna padta hai, phir se koi decision lena padta hai.</w:t>
      </w:r>
    </w:p>
    <w:p>
      <w:pPr>
        <w:pStyle w:val="Heading2"/>
      </w:pPr>
      <w:r>
        <w:t>Managing a mob with water instead of force</w:t>
      </w:r>
    </w:p>
    <w:p>
      <w:r>
        <w:rPr>
          <w:color w:val="666666"/>
          <w:sz w:val="18"/>
        </w:rPr>
        <w:t>Spirituality in Daily Life October 4, 2008 · 2m 28s · at 20:39 · https://youtu.be/oeJR6tYqQVw?t=1239</w:t>
      </w:r>
    </w:p>
    <w:p>
      <w:r>
        <w:rPr>
          <w:i/>
        </w:rPr>
        <w:t>“To unhon ne, woh aadmi bahut achhe the, unhon ne react nahi kiya”</w:t>
      </w:r>
    </w:p>
    <w:p>
      <w:r>
        <w:rPr>
          <w:sz w:val="20"/>
        </w:rPr>
        <w:t>20:39  to unhon ne, woh aadmi bohat achhe thay, unhon ne react nahi kiya, aisa koi order nahi diya, apne ek aadmi ko bheja ja ke report lao ke yeh kaun log hain, kya halat un ki hai, sab baat pata kar ke aao.</w:t>
      </w:r>
      <w:r>
        <w:br/>
      </w:r>
      <w:r>
        <w:rPr>
          <w:sz w:val="20"/>
        </w:rPr>
        <w:t>20:54  ek samajhdar aadmi ko</w:t>
      </w:r>
      <w:r>
        <w:br/>
      </w:r>
      <w:r>
        <w:rPr>
          <w:sz w:val="20"/>
        </w:rPr>
        <w:t>20:57  woh gaya to yeh garmai, garmi ka zamana tha, May June ka zamana tha. woh gaya to aa ke report di is ne ke woh log thay, yani jitna gala sookh raha hai un ka ke bol nahi nikal rahi hai, nara laga rahe hain lekin gala sookh raha hai ek bilkul garmi ki wajah se.</w:t>
      </w:r>
      <w:r>
        <w:br/>
      </w:r>
      <w:r>
        <w:rPr>
          <w:sz w:val="20"/>
        </w:rPr>
        <w:t>21:18  to is tarah se paseene paseene ho rahe hain, gala sookh raha hai aur chale aa rahe hain. to kya kiya</w:t>
      </w:r>
      <w:r>
        <w:br/>
      </w:r>
      <w:r>
        <w:rPr>
          <w:sz w:val="20"/>
        </w:rPr>
        <w:t>21:25  unhon ne? unhon ne kaha ke foran order diya ke pani ka intezam karo, thande pani ka. hamare haan ek cheez jis ko kehte hain naad, just like balti ya tub mitti ka hota hai,</w:t>
      </w:r>
      <w:r>
        <w:br/>
      </w:r>
      <w:r>
        <w:rPr>
          <w:sz w:val="20"/>
        </w:rPr>
        <w:t>21:39  us ko hum log naad kehte hain. yeh mitti ka tub samajh lijiye aap. to unhon ne kaha ke bohat sara woh le aao, is mein barf dalo aur pani bhar do.</w:t>
      </w:r>
      <w:r>
        <w:br/>
      </w:r>
      <w:r>
        <w:rPr>
          <w:sz w:val="20"/>
        </w:rPr>
        <w:t>21:49  pani se pani se bhar ke barf dalo, thanda pani,</w:t>
      </w:r>
      <w:r>
        <w:br/>
      </w:r>
      <w:r>
        <w:rPr>
          <w:sz w:val="20"/>
        </w:rPr>
        <w:t>21:53  yani un ki kothi ke bahar sab rakhwa do. sab dhara dhara dhara dhara is ka intezam kiya gaya. ab jab woh log pahunche wahan aur is mein kooda bhi rakh do peene ke liye pani ka, jab dekha ke yahan pe pani ka thande pani ka intezam hai to toot pade pani ke upar, khoob khoob pani piya.</w:t>
      </w:r>
      <w:r>
        <w:br/>
      </w:r>
      <w:r>
        <w:rPr>
          <w:sz w:val="20"/>
        </w:rPr>
        <w:t>22:15  ab yahan par dekhiye, nature ne work kiya. nature,</w:t>
      </w:r>
      <w:r>
        <w:br/>
      </w:r>
      <w:r>
        <w:rPr>
          <w:sz w:val="20"/>
        </w:rPr>
        <w:t>22:20  nature ne work yeh kiya ke thanda pani pi kar woh thande ho gaye, ghussa thanda ho gaya un ka, ghamand shant ho gaya.</w:t>
      </w:r>
      <w:r>
        <w:br/>
      </w:r>
      <w:r>
        <w:rPr>
          <w:sz w:val="20"/>
        </w:rPr>
        <w:t>22:31  to slogan band, pathar pathrao karo, sab band, ghussa khatam. itni si baat par baat khatam ho gayi ke leader sahib jo thay,</w:t>
      </w:r>
      <w:r>
        <w:br/>
      </w:r>
      <w:r>
        <w:rPr>
          <w:sz w:val="20"/>
        </w:rPr>
        <w:t>22:42  ek momentum le kar aaye thay, woh to unhon ne kaha ke hamein permit kar dijiye ke hum aap ko momentum aap ke hath mein pesh kar dein. to zahir hai ke magistrate ne happy li, us ko agree kiya, us se kaha jaiye.</w:t>
      </w:r>
      <w:r>
        <w:br/>
      </w:r>
      <w:r>
        <w:rPr>
          <w:sz w:val="20"/>
        </w:rPr>
        <w:t>22:57  andar gaye, momentum pesh kar diya aur loot gaye. woh yeh hai management, art of management.</w:t>
      </w:r>
    </w:p>
    <w:p>
      <w:pPr>
        <w:pStyle w:val="Heading2"/>
      </w:pPr>
      <w:r>
        <w:t>Wing commander story and tension management</w:t>
      </w:r>
    </w:p>
    <w:p>
      <w:r>
        <w:rPr>
          <w:color w:val="666666"/>
          <w:sz w:val="18"/>
        </w:rPr>
        <w:t>IIC: How to Develop Spiritual Personality · 2m 31s · at 45:02 · https://youtu.be/-XrYpEYwk-Y?t=2702</w:t>
      </w:r>
    </w:p>
    <w:p>
      <w:r>
        <w:rPr>
          <w:i/>
        </w:rPr>
        <w:t>“A wing commander in the air force”</w:t>
      </w:r>
    </w:p>
    <w:p>
      <w:r>
        <w:rPr>
          <w:sz w:val="20"/>
        </w:rPr>
        <w:t>45:02  ek sahib the wing commander, air force mein.</w:t>
      </w:r>
      <w:r>
        <w:br/>
      </w:r>
      <w:r>
        <w:rPr>
          <w:sz w:val="20"/>
        </w:rPr>
        <w:t>45:06  yeh sacha qissa bata raha hun aap ko.</w:t>
      </w:r>
      <w:r>
        <w:br/>
      </w:r>
      <w:r>
        <w:rPr>
          <w:sz w:val="20"/>
        </w:rPr>
        <w:t>45:10  air force mein wing commander the woh.</w:t>
      </w:r>
      <w:r>
        <w:br/>
      </w:r>
      <w:r>
        <w:rPr>
          <w:sz w:val="20"/>
        </w:rPr>
        <w:t>45:14  main aise waqiat jo batata hun is liye ke ek individual case nahin hai woh.</w:t>
      </w:r>
      <w:r>
        <w:br/>
      </w:r>
      <w:r>
        <w:rPr>
          <w:sz w:val="20"/>
        </w:rPr>
        <w:t>45:18  is ko aap generalize kar lijiye, sab ka case wahi hai.</w:t>
      </w:r>
      <w:r>
        <w:br/>
      </w:r>
      <w:r>
        <w:rPr>
          <w:sz w:val="20"/>
        </w:rPr>
        <w:t>45:21  with some differences.</w:t>
      </w:r>
      <w:r>
        <w:br/>
      </w:r>
      <w:r>
        <w:rPr>
          <w:sz w:val="20"/>
        </w:rPr>
        <w:t>45:25  to woh air force mein wing commander the.</w:t>
      </w:r>
      <w:r>
        <w:br/>
      </w:r>
      <w:r>
        <w:rPr>
          <w:sz w:val="20"/>
        </w:rPr>
        <w:t>45:29  to kya hua? Kisi wajah se un ko ground kar diya gaya.</w:t>
      </w:r>
      <w:r>
        <w:br/>
      </w:r>
      <w:r>
        <w:rPr>
          <w:sz w:val="20"/>
        </w:rPr>
        <w:t>45:33  yani hawai jahaz udate the, phir un ko office ka kaam de diya gaya.</w:t>
      </w:r>
      <w:r>
        <w:br/>
      </w:r>
      <w:r>
        <w:rPr>
          <w:sz w:val="20"/>
        </w:rPr>
        <w:t>45:36  unki salary wahi thi.</w:t>
      </w:r>
      <w:r>
        <w:br/>
      </w:r>
      <w:r>
        <w:rPr>
          <w:sz w:val="20"/>
        </w:rPr>
        <w:t>45:40  sare perks wahi the, woh sab kuch, facilities wahi thin.</w:t>
      </w:r>
      <w:r>
        <w:br/>
      </w:r>
      <w:r>
        <w:rPr>
          <w:sz w:val="20"/>
        </w:rPr>
        <w:t>45:43  lekin ground kar diya gaya.</w:t>
      </w:r>
      <w:r>
        <w:br/>
      </w:r>
      <w:r>
        <w:rPr>
          <w:sz w:val="20"/>
        </w:rPr>
        <w:t>45:46  to hawai jahaz udane ke bajaye office ka kaam.</w:t>
      </w:r>
      <w:r>
        <w:br/>
      </w:r>
      <w:r>
        <w:rPr>
          <w:sz w:val="20"/>
        </w:rPr>
        <w:t>45:50  ab bahut ghussa hue woh.</w:t>
      </w:r>
      <w:r>
        <w:br/>
      </w:r>
      <w:r>
        <w:rPr>
          <w:sz w:val="20"/>
        </w:rPr>
        <w:t>45:53  phir baad se unhon ne bahut jhanjhat kiya, yahan tak ke resign kar diya.</w:t>
      </w:r>
      <w:r>
        <w:br/>
      </w:r>
      <w:r>
        <w:rPr>
          <w:sz w:val="20"/>
        </w:rPr>
        <w:t>45:56  resign kar diya.</w:t>
      </w:r>
      <w:r>
        <w:br/>
      </w:r>
      <w:r>
        <w:rPr>
          <w:sz w:val="20"/>
        </w:rPr>
        <w:t>46:00  is ke baad kya hua? Unhon ne ek</w:t>
      </w:r>
      <w:r>
        <w:br/>
      </w:r>
      <w:r>
        <w:rPr>
          <w:sz w:val="20"/>
        </w:rPr>
        <w:t>46:03  business kiya.</w:t>
      </w:r>
      <w:r>
        <w:br/>
      </w:r>
      <w:r>
        <w:rPr>
          <w:sz w:val="20"/>
        </w:rPr>
        <w:t>46:06  woh business fail ho gaya woh.</w:t>
      </w:r>
      <w:r>
        <w:br/>
      </w:r>
      <w:r>
        <w:rPr>
          <w:sz w:val="20"/>
        </w:rPr>
        <w:t>46:09  sara paisa is mein doob gaya.</w:t>
      </w:r>
      <w:r>
        <w:br/>
      </w:r>
      <w:r>
        <w:rPr>
          <w:sz w:val="20"/>
        </w:rPr>
        <w:t>46:12  ab kya hua? super tension in ko ho gaya.</w:t>
      </w:r>
      <w:r>
        <w:br/>
      </w:r>
      <w:r>
        <w:rPr>
          <w:sz w:val="20"/>
        </w:rPr>
        <w:t>46:15  pehle tension tha job chhodne ka, phir tension hua ke jo paisa tha woh bhi chala gaya.</w:t>
      </w:r>
      <w:r>
        <w:br/>
      </w:r>
      <w:r>
        <w:rPr>
          <w:sz w:val="20"/>
        </w:rPr>
        <w:t>46:18  phir ek ke baad ek tension, ek ke baad ek tension.</w:t>
      </w:r>
      <w:r>
        <w:br/>
      </w:r>
      <w:r>
        <w:rPr>
          <w:sz w:val="20"/>
        </w:rPr>
        <w:t>46:21  yahan tak ke jab woh job mein thay, job mein, maine dekha hai in ko, bohat hi</w:t>
      </w:r>
      <w:r>
        <w:br/>
      </w:r>
      <w:r>
        <w:rPr>
          <w:sz w:val="20"/>
        </w:rPr>
        <w:t>46:24  healthy thay, bohat healthy.</w:t>
      </w:r>
      <w:r>
        <w:br/>
      </w:r>
      <w:r>
        <w:rPr>
          <w:sz w:val="20"/>
        </w:rPr>
        <w:t>46:27  baad ko bilkul woh beemar par gaye.</w:t>
      </w:r>
      <w:r>
        <w:br/>
      </w:r>
      <w:r>
        <w:rPr>
          <w:sz w:val="20"/>
        </w:rPr>
        <w:t>46:30  bohat hi in ko, yani aisi</w:t>
      </w:r>
      <w:r>
        <w:br/>
      </w:r>
      <w:r>
        <w:rPr>
          <w:sz w:val="20"/>
        </w:rPr>
        <w:t>46:33  bimari lag gayi jo curable nahi thi wo. yahan tak ke death ho gayi un ki. to main un ke funeral mein gaya tha. un ke funeral mein main shareek tha. jab un ko bury kiya gaya. aap jante hain, bury karne ka matlab underground dalna. zameen khod kar is mein dalte hain. to yaqeen kijiye ke main us waqt rone laga. maine socha ke</w:t>
      </w:r>
      <w:r>
        <w:br/>
      </w:r>
      <w:r>
        <w:rPr>
          <w:sz w:val="20"/>
        </w:rPr>
        <w:t>47:03  agar jis waqt un ko ground kiya gaya tha, agar wo yeh sochte, kabhi to compulsorily mujhe underground kiya jayega. abhi main ground kiye jaane par ghussa ho raha hoon, halanke bohat jald wo din aane wala hai jab ke compulsorily mujhe underground kar diya jayega. yeh tha un ke liye art of de-stressing. aisa sochte wo to isi waqt de-stress kar lete wo apne aap ko</w:t>
      </w:r>
    </w:p>
    <w:p>
      <w:pPr>
        <w:pStyle w:val="Heading2"/>
      </w:pPr>
      <w:r>
        <w:t>Quran verse on reason superseding superstition</w:t>
      </w:r>
    </w:p>
    <w:p>
      <w:r>
        <w:rPr>
          <w:color w:val="666666"/>
          <w:sz w:val="18"/>
        </w:rPr>
        <w:t>Islam and Peace (In Conversation with Maulana) 23 11 2008 · 2m 07s · at 20:14 · https://youtu.be/CyS3i4AlGfs?t=1214</w:t>
      </w:r>
    </w:p>
    <w:p>
      <w:r>
        <w:rPr>
          <w:i/>
        </w:rPr>
        <w:t>“Its translation is not correct.”</w:t>
      </w:r>
    </w:p>
    <w:p>
      <w:r>
        <w:rPr>
          <w:sz w:val="20"/>
        </w:rPr>
        <w:t>20:14  nahi is ka matlab jo hai woh kya hai? is ko samjhiye. is ka translation theek nahi hai. is ka matlab yeh hai ke ke jo woh jo hai yani reason jo hai reason woh sab ke sab sachai ke haq mein ho jaye.</w:t>
      </w:r>
      <w:r>
        <w:br/>
      </w:r>
      <w:r>
        <w:rPr>
          <w:sz w:val="20"/>
        </w:rPr>
        <w:t>20:38  sachai ke haq mein sare reason chale jayein. kisi aur ki taraf woh reason na rahe. yani yahan par yani political is ka koi political matlab nahi hai is is ayat ka.</w:t>
      </w:r>
      <w:r>
        <w:br/>
      </w:r>
      <w:r>
        <w:rPr>
          <w:sz w:val="20"/>
        </w:rPr>
        <w:t>20:49  woh aaj woh hua hai main samajhta hoon. woh hua hai aaj. is se pehle duniya mein aap jante hain ek suppression tha. suppression tha.</w:t>
      </w:r>
      <w:r>
        <w:br/>
      </w:r>
      <w:r>
        <w:rPr>
          <w:sz w:val="20"/>
        </w:rPr>
        <w:t>20:58  phir science aayi. science ne suppression ko khatam kiya. main samajhta hoon ke is se murad scientific age hai. scientific age mein pehli baar aisa hua hai ke duniya jo hai reason reason ko le ke sochne lagi hai.</w:t>
      </w:r>
      <w:r>
        <w:br/>
      </w:r>
      <w:r>
        <w:rPr>
          <w:sz w:val="20"/>
        </w:rPr>
        <w:t>21:14  har cheez ko reason out kiya jata hai. har cheez ko is par facts par judge judge kiya jata hai. aur jab aap facts par judge karein cheezon ko to sachai sabit hogi.</w:t>
      </w:r>
      <w:r>
        <w:br/>
      </w:r>
      <w:r>
        <w:rPr>
          <w:sz w:val="20"/>
        </w:rPr>
        <w:t>21:25  false fit apne aap khatam ho jayega. jaise aap jante hain ke jab suppression ka zamana tha to log geo centric theory ko mante the.</w:t>
      </w:r>
      <w:r>
        <w:br/>
      </w:r>
      <w:r>
        <w:rPr>
          <w:sz w:val="20"/>
        </w:rPr>
        <w:t>21:34  lekin science ke daur mein woh discard ho gayi. ab heliocentric theory ko mana jata hai. to suppression suppression based thinking jo thi woh is ka khatam ho jaye aur reason based thinking duniya mein aa jaye.</w:t>
      </w:r>
      <w:r>
        <w:br/>
      </w:r>
      <w:r>
        <w:rPr>
          <w:sz w:val="20"/>
        </w:rPr>
        <w:t>21:49  yeh matlab hai is ayat ka. woh scientific daur mein ho chuka hai. har mamle mein pehle suppression chalta tha. har mamle mein.</w:t>
      </w:r>
      <w:r>
        <w:br/>
      </w:r>
      <w:r>
        <w:rPr>
          <w:sz w:val="20"/>
        </w:rPr>
        <w:t>21:59  ab bajaye suppression ke har cheez ko reason out kiya jata hai. ab jo cheez reason se prove hoti hai usi ko mana jata hai. yahi matlab hai is ayat ka mentality.</w:t>
      </w:r>
      <w:r>
        <w:br/>
      </w:r>
      <w:r>
        <w:rPr>
          <w:sz w:val="20"/>
        </w:rPr>
        <w:t>22:10  ke woh daur aa jaye jab sachai ko supreme hesiyat mil jaye. suppression ko ya kisi aur cheez ko supreme hesiyat khatam ho jaye.</w:t>
      </w:r>
    </w:p>
    <w:p>
      <w:pPr>
        <w:pStyle w:val="Heading2"/>
      </w:pPr>
      <w:r>
        <w:t>Religion and spirituality are the same essence</w:t>
      </w:r>
    </w:p>
    <w:p>
      <w:r>
        <w:rPr>
          <w:color w:val="666666"/>
          <w:sz w:val="18"/>
        </w:rPr>
        <w:t>Spirituality in Simple Living, High Thinking October 27, 2019 Maulana Wahiduddin Khan · 1m 15s · at 48:29 · https://youtu.be/Kr28g15eFr8?t=2909</w:t>
      </w:r>
    </w:p>
    <w:p>
      <w:r>
        <w:rPr>
          <w:i/>
        </w:rPr>
        <w:t>“Is there any difference between religion and spirituality?”</w:t>
      </w:r>
    </w:p>
    <w:p>
      <w:r>
        <w:rPr>
          <w:sz w:val="20"/>
        </w:rPr>
        <w:t>48:29  maulana, agla sawal Muhammad Abdullah sahib ne bheja hai Kolkata se. unhon ne likha hai: "maulana, through your guidance of simple living, we can save us from lot of distractions to attain spirituality.</w:t>
      </w:r>
      <w:r>
        <w:br/>
      </w:r>
      <w:r>
        <w:rPr>
          <w:sz w:val="20"/>
        </w:rPr>
        <w:t>48:47  my question is, if there is any difference between religion and spirituality?" aap se mein dekhen, yani</w:t>
      </w:r>
      <w:r>
        <w:br/>
      </w:r>
      <w:r>
        <w:rPr>
          <w:sz w:val="20"/>
        </w:rPr>
        <w:t>49:01  ya to mein samajhta hoon ke essence to dono ka ek hai, essence lekin term fareeq farq hai.</w:t>
      </w:r>
      <w:r>
        <w:br/>
      </w:r>
      <w:r>
        <w:rPr>
          <w:sz w:val="20"/>
        </w:rPr>
        <w:t>49:15  religion term agar istemal karein aap to aap religion ka lafz istemal karenge,</w:t>
      </w:r>
      <w:r>
        <w:br/>
      </w:r>
      <w:r>
        <w:rPr>
          <w:sz w:val="20"/>
        </w:rPr>
        <w:t>49:25  aur secular term istemal karein aap to us ke liye aap ko secular term istemal karenge.</w:t>
      </w:r>
      <w:r>
        <w:br/>
      </w:r>
      <w:r>
        <w:rPr>
          <w:sz w:val="20"/>
        </w:rPr>
        <w:t>49:34  aap to essence dono ka ek hai lekin term different hai.</w:t>
      </w:r>
    </w:p>
    <w:p>
      <w:pPr>
        <w:pStyle w:val="Heading2"/>
      </w:pPr>
      <w:r>
        <w:t>Hadith: detachment grows wisdom and discernment of good, evil</w:t>
      </w:r>
    </w:p>
    <w:p>
      <w:r>
        <w:rPr>
          <w:color w:val="666666"/>
          <w:sz w:val="18"/>
        </w:rPr>
        <w:t>Spirituality in Islam January 1, 2006 Maulana Wahiduddin Khan · 1m 54s · at 15:20 · https://youtu.be/XO4htFBEkV4?t=920</w:t>
      </w:r>
    </w:p>
    <w:p>
      <w:r>
        <w:rPr>
          <w:i/>
        </w:rPr>
        <w:t>“Khuda uske andar wisdom grow karta hai”</w:t>
      </w:r>
    </w:p>
    <w:p>
      <w:r>
        <w:rPr>
          <w:sz w:val="20"/>
        </w:rPr>
        <w:t>15:20  woh yeh hai ke Khuda is ke andar yani wisdom grow karta hai.</w:t>
      </w:r>
      <w:r>
        <w:br/>
      </w:r>
      <w:r>
        <w:rPr>
          <w:sz w:val="20"/>
        </w:rPr>
        <w:t>15:30  wisdom is ke andar ugti hai. illa anbat Allah al-hikmat fi qalbihi. hikmat is ke dil mein ugti hai. yani wisdom grow karti hai is ke andar.</w:t>
      </w:r>
      <w:r>
        <w:br/>
      </w:r>
      <w:r>
        <w:rPr>
          <w:sz w:val="20"/>
        </w:rPr>
        <w:t>15:45  ma zahad abd fi fi al-dunya illa anbat Allah al-hikmat fi qalbihi. dunya se detach ho kar jab sochta hai koi aadmi to Allah is ke dil mein wisdom grow karta hai aur intaq lisanihi aur wisdom is ke munh se nikalne lagta hai.</w:t>
      </w:r>
      <w:r>
        <w:br/>
      </w:r>
      <w:r>
        <w:rPr>
          <w:sz w:val="20"/>
        </w:rPr>
        <w:t>16:07  is ki zaban par wisdom jari kar deta hai. is ki boli mein wisdom aa jati hai.</w:t>
      </w:r>
      <w:r>
        <w:br/>
      </w:r>
      <w:r>
        <w:rPr>
          <w:sz w:val="20"/>
        </w:rPr>
        <w:t>16:18  aur kya hota hai?</w:t>
      </w:r>
      <w:r>
        <w:br/>
      </w:r>
      <w:r>
        <w:rPr>
          <w:sz w:val="20"/>
        </w:rPr>
        <w:t>16:23  aur farmaya ke</w:t>
      </w:r>
      <w:r>
        <w:br/>
      </w:r>
      <w:r>
        <w:rPr>
          <w:sz w:val="20"/>
        </w:rPr>
        <w:t>16:27  biserrihi ayb al-dunya wa da'ahu wa dawa'ahu. Khuda is ko dikha deta hai dunya ka good and evil aur is ka ilaj.</w:t>
      </w:r>
      <w:r>
        <w:br/>
      </w:r>
      <w:r>
        <w:rPr>
          <w:sz w:val="20"/>
        </w:rPr>
        <w:t>16:42  kya cheez good hai? kya cheez evil hai? aur kaise is ko theek kiya ja sakta hai?</w:t>
      </w:r>
      <w:r>
        <w:br/>
      </w:r>
      <w:r>
        <w:rPr>
          <w:sz w:val="20"/>
        </w:rPr>
        <w:t>16:51  yani corrective measure sahi taur par kya ho sakte hain? yani kitni bari baat hai ke yahan par spirituality aap ko corrective measure batati hai.</w:t>
      </w:r>
      <w:r>
        <w:br/>
      </w:r>
      <w:r>
        <w:rPr>
          <w:sz w:val="20"/>
        </w:rPr>
        <w:t>17:04  wahan par kya hota hai? ke aap ko is se alag kar deti hai ke aap sochen bhi ke what is the corrective measure in in such a situation?</w:t>
      </w:r>
    </w:p>
    <w:p>
      <w:pPr>
        <w:pStyle w:val="Heading2"/>
      </w:pPr>
      <w:r>
        <w:t>Alfred Adler's minus to plus power</w:t>
      </w:r>
    </w:p>
    <w:p>
      <w:r>
        <w:rPr>
          <w:color w:val="666666"/>
          <w:sz w:val="18"/>
        </w:rPr>
        <w:t>Science And Spirituality-25th April 07 · 2m 19s · at 42:18 · https://youtu.be/v5j9QVMgQq0?t=2538</w:t>
      </w:r>
    </w:p>
    <w:p>
      <w:r>
        <w:rPr>
          <w:i/>
        </w:rPr>
        <w:t>“Their power to turn a minus into a plus.”</w:t>
      </w:r>
    </w:p>
    <w:p>
      <w:r>
        <w:rPr>
          <w:sz w:val="20"/>
        </w:rPr>
        <w:t>42:18  So here, I would like to refer to a psychologist.</w:t>
      </w:r>
      <w:r>
        <w:br/>
      </w:r>
      <w:r>
        <w:rPr>
          <w:sz w:val="20"/>
        </w:rPr>
        <w:t>42:24  His name was Alfred Adler.</w:t>
      </w:r>
      <w:r>
        <w:br/>
      </w:r>
      <w:r>
        <w:rPr>
          <w:sz w:val="20"/>
        </w:rPr>
        <w:t>42:31  He was a German scientist. Alfred Adler.</w:t>
      </w:r>
      <w:r>
        <w:br/>
      </w:r>
      <w:r>
        <w:rPr>
          <w:sz w:val="20"/>
        </w:rPr>
        <w:t>42:38  His last book was "Individual Psychology." Individual Psychology.</w:t>
      </w:r>
      <w:r>
        <w:br/>
      </w:r>
      <w:r>
        <w:rPr>
          <w:sz w:val="20"/>
        </w:rPr>
        <w:t>42:44  He was an authority in psychology.</w:t>
      </w:r>
      <w:r>
        <w:br/>
      </w:r>
      <w:r>
        <w:rPr>
          <w:sz w:val="20"/>
        </w:rPr>
        <w:t>42:51  So he says in this book, he says in the book that, "I have studied man." M-A-N, man</w:t>
      </w:r>
      <w:r>
        <w:br/>
      </w:r>
      <w:r>
        <w:rPr>
          <w:sz w:val="20"/>
        </w:rPr>
        <w:t>42:58  was my subject.</w:t>
      </w:r>
      <w:r>
        <w:br/>
      </w:r>
      <w:r>
        <w:rPr>
          <w:sz w:val="20"/>
        </w:rPr>
        <w:t>43:04  Man was my subject.</w:t>
      </w:r>
      <w:r>
        <w:br/>
      </w:r>
      <w:r>
        <w:rPr>
          <w:sz w:val="20"/>
        </w:rPr>
        <w:t>43:11  I studied man, throughout my life.</w:t>
      </w:r>
      <w:r>
        <w:br/>
      </w:r>
      <w:r>
        <w:rPr>
          <w:sz w:val="20"/>
        </w:rPr>
        <w:t>43:18  The greatest thing I discovered is that man has a great potential.</w:t>
      </w:r>
      <w:r>
        <w:br/>
      </w:r>
      <w:r>
        <w:rPr>
          <w:sz w:val="20"/>
        </w:rPr>
        <w:t>43:25  Great, great potential.</w:t>
      </w:r>
      <w:r>
        <w:br/>
      </w:r>
      <w:r>
        <w:rPr>
          <w:sz w:val="20"/>
        </w:rPr>
        <w:t>43:31  So what was his discovery?</w:t>
      </w:r>
      <w:r>
        <w:br/>
      </w:r>
      <w:r>
        <w:rPr>
          <w:sz w:val="20"/>
        </w:rPr>
        <w:t>43:38  In his own words, their power—it is his words—their power to turn a minus into a plus.</w:t>
      </w:r>
      <w:r>
        <w:br/>
      </w:r>
      <w:r>
        <w:rPr>
          <w:sz w:val="20"/>
        </w:rPr>
        <w:t>43:45  Their power to turn a minus into a plus.</w:t>
      </w:r>
      <w:r>
        <w:br/>
      </w:r>
      <w:r>
        <w:rPr>
          <w:sz w:val="20"/>
        </w:rPr>
        <w:t>43:51  This is the power of spirituality.</w:t>
      </w:r>
      <w:r>
        <w:br/>
      </w:r>
      <w:r>
        <w:rPr>
          <w:sz w:val="20"/>
        </w:rPr>
        <w:t>43:58  You can turn your minus into a plus. But when?</w:t>
      </w:r>
      <w:r>
        <w:br/>
      </w:r>
      <w:r>
        <w:rPr>
          <w:sz w:val="20"/>
        </w:rPr>
        <w:t>44:05  When you are a spiritual person. It is spirituality that enables you to avail this opportunity. Why?</w:t>
      </w:r>
      <w:r>
        <w:br/>
      </w:r>
      <w:r>
        <w:rPr>
          <w:sz w:val="20"/>
        </w:rPr>
        <w:t>44:20  It requires positive thinking. It requires positive thinking. It requires patience. It requires tolerance.</w:t>
      </w:r>
      <w:r>
        <w:br/>
      </w:r>
      <w:r>
        <w:rPr>
          <w:sz w:val="20"/>
        </w:rPr>
        <w:t>44:37  It requires justice.</w:t>
      </w:r>
    </w:p>
    <w:p>
      <w:pPr>
        <w:pStyle w:val="Heading2"/>
      </w:pPr>
      <w:r>
        <w:t>rituals matter but inner spirit is the real part</w:t>
      </w:r>
    </w:p>
    <w:p>
      <w:r>
        <w:rPr>
          <w:color w:val="666666"/>
          <w:sz w:val="18"/>
        </w:rPr>
        <w:t>Interview Session with Maulana Wahiduddin Khan January 30, 2008 · 1m 22s · at 18:54 · https://youtu.be/o8Gpe9YMuZc?t=1134</w:t>
      </w:r>
    </w:p>
    <w:p>
      <w:r>
        <w:rPr>
          <w:i/>
        </w:rPr>
        <w:t>“Ritual is also important — everything needs some form.”</w:t>
      </w:r>
    </w:p>
    <w:p>
      <w:r>
        <w:rPr>
          <w:sz w:val="20"/>
        </w:rPr>
        <w:t>18:54  maulana, what is the importance of rituals? ritual, yes, ritual is also important.</w:t>
      </w:r>
      <w:r>
        <w:br/>
      </w:r>
      <w:r>
        <w:rPr>
          <w:sz w:val="20"/>
        </w:rPr>
        <w:t>19:04  every thing has some, some app, some, some form. for example, man is</w:t>
      </w:r>
      <w:r>
        <w:br/>
      </w:r>
      <w:r>
        <w:rPr>
          <w:sz w:val="20"/>
        </w:rPr>
        <w:t>19:17  basically man is a soul.</w:t>
      </w:r>
      <w:r>
        <w:br/>
      </w:r>
      <w:r>
        <w:rPr>
          <w:sz w:val="20"/>
        </w:rPr>
        <w:t>19:20  it is soul that, that is, that is man. but we have also a body. so every thing need some form.</w:t>
      </w:r>
      <w:r>
        <w:br/>
      </w:r>
      <w:r>
        <w:rPr>
          <w:sz w:val="20"/>
        </w:rPr>
        <w:t>19:36  so our prayer, our spirituality, all these things also require some form.</w:t>
      </w:r>
      <w:r>
        <w:br/>
      </w:r>
      <w:r>
        <w:rPr>
          <w:sz w:val="20"/>
        </w:rPr>
        <w:t>19:44  but form is only relative part of, of, of worship or spirituality.</w:t>
      </w:r>
      <w:r>
        <w:br/>
      </w:r>
      <w:r>
        <w:rPr>
          <w:sz w:val="20"/>
        </w:rPr>
        <w:t>19:54  the real part is inner, inner part. so without, i believe that without inner spirit, form is nothing,</w:t>
      </w:r>
      <w:r>
        <w:br/>
      </w:r>
      <w:r>
        <w:rPr>
          <w:sz w:val="20"/>
        </w:rPr>
        <w:t>20:08  but with spirit, form is very important.</w:t>
      </w:r>
    </w:p>
    <w:p>
      <w:pPr>
        <w:pStyle w:val="Heading2"/>
      </w:pPr>
      <w:r>
        <w:t>Glass example shows love for humanity</w:t>
      </w:r>
    </w:p>
    <w:p>
      <w:r>
        <w:rPr>
          <w:color w:val="666666"/>
          <w:sz w:val="18"/>
        </w:rPr>
        <w:t>IIC: How to Develop Spiritual Personality · 2m 36s · at 11:01 · https://youtu.be/-XrYpEYwk-Y?t=661</w:t>
      </w:r>
    </w:p>
    <w:p>
      <w:r>
        <w:rPr>
          <w:i/>
        </w:rPr>
        <w:t>“I will give an example to illustrate this point”</w:t>
      </w:r>
    </w:p>
    <w:p>
      <w:r>
        <w:rPr>
          <w:sz w:val="20"/>
        </w:rPr>
        <w:t>11:01  jab hum ek ideology pa lein ge, tabhi hum aisa kar sakte hain, hum apne enemy se mohabbat kar sakein. ab main is ko, is ke liye, is ko illustrate karne ke liye, to illustrate this point, i will give an example. dekhiye, yeh glass hai pani ka. yeh pani ka ek glass hai. aam aadmi sochta hai ke maine is ko chand rupay mein glass ja ke pani khareed liya. lekin main jab glass ko dekhta</w:t>
      </w:r>
      <w:r>
        <w:br/>
      </w:r>
      <w:r>
        <w:rPr>
          <w:sz w:val="20"/>
        </w:rPr>
        <w:t>11:31  hoon, yani isprichual eye se, to mujhe yeh glass jo hai, ek encyclopedia dikhai deta hai.</w:t>
      </w:r>
      <w:r>
        <w:br/>
      </w:r>
      <w:r>
        <w:rPr>
          <w:sz w:val="20"/>
        </w:rPr>
        <w:t>11:40  woh kaise? civilization ki ek lambi journey hai, tab ja kar hamein yeh glass mila hai.</w:t>
      </w:r>
      <w:r>
        <w:br/>
      </w:r>
      <w:r>
        <w:rPr>
          <w:sz w:val="20"/>
        </w:rPr>
        <w:t>11:48  aap dekhiye, pehle insan pani kaise peeta tha? bohat pehle.</w:t>
      </w:r>
      <w:r>
        <w:br/>
      </w:r>
      <w:r>
        <w:rPr>
          <w:sz w:val="20"/>
        </w:rPr>
        <w:t>11:57  pehle insan pani peeta tha by joining his</w:t>
      </w:r>
      <w:r>
        <w:br/>
      </w:r>
      <w:r>
        <w:rPr>
          <w:sz w:val="20"/>
        </w:rPr>
        <w:t>12:05  palms. yaani apne hath ko is tarah se kar ke us se pani peeta tha woh. main bachpan mein, yaani 80 saal pehle, jab main gaon mein tha, ab se 80 years pehle, bachpan mein, main ne dekha hai ke log kis tarah se is tarah se hath se pani peete the. phir kya hua? phir insan ne lakri ke banaye</w:t>
      </w:r>
      <w:r>
        <w:br/>
      </w:r>
      <w:r>
        <w:rPr>
          <w:sz w:val="20"/>
        </w:rPr>
        <w:t>12:35  woh pot, lakri ke.</w:t>
      </w:r>
      <w:r>
        <w:br/>
      </w:r>
      <w:r>
        <w:rPr>
          <w:sz w:val="20"/>
        </w:rPr>
        <w:t>12:40  phir insan ne mitti ka pot banaya.</w:t>
      </w:r>
      <w:r>
        <w:br/>
      </w:r>
      <w:r>
        <w:rPr>
          <w:sz w:val="20"/>
        </w:rPr>
        <w:t>12:45  woh bhi mein ne dekha hai apni aankh se.</w:t>
      </w:r>
      <w:r>
        <w:br/>
      </w:r>
      <w:r>
        <w:rPr>
          <w:sz w:val="20"/>
        </w:rPr>
        <w:t>12:49  lakri ka bhi dekha hai, mitti ka bhi dekha hai.</w:t>
      </w:r>
      <w:r>
        <w:br/>
      </w:r>
      <w:r>
        <w:rPr>
          <w:sz w:val="20"/>
        </w:rPr>
        <w:t>12:54  phir kaise kaise tin ke bane, kis lohe ke bane, hote hote stainless steel ke bane, yeh glass bana.</w:t>
      </w:r>
      <w:r>
        <w:br/>
      </w:r>
      <w:r>
        <w:rPr>
          <w:sz w:val="20"/>
        </w:rPr>
        <w:t>12:58  jo itna beautiful hai.</w:t>
      </w:r>
      <w:r>
        <w:br/>
      </w:r>
      <w:r>
        <w:rPr>
          <w:sz w:val="20"/>
        </w:rPr>
        <w:t>13:03  is ke peechay civilization ki ek lambi history hai. yani</w:t>
      </w:r>
      <w:r>
        <w:br/>
      </w:r>
      <w:r>
        <w:rPr>
          <w:sz w:val="20"/>
        </w:rPr>
        <w:t>13:07  hazaron hazar insanon ne apne aap ko dedicate kiya is ko janne ke liye ke kaise pani hum</w:t>
      </w:r>
      <w:r>
        <w:br/>
      </w:r>
      <w:r>
        <w:rPr>
          <w:sz w:val="20"/>
        </w:rPr>
        <w:t>13:12  piyein, is tarah se peene ke bajaye.</w:t>
      </w:r>
      <w:r>
        <w:br/>
      </w:r>
      <w:r>
        <w:rPr>
          <w:sz w:val="20"/>
        </w:rPr>
        <w:t>13:17  is tarah se hamara animal peeta hai.</w:t>
      </w:r>
      <w:r>
        <w:br/>
      </w:r>
      <w:r>
        <w:rPr>
          <w:sz w:val="20"/>
        </w:rPr>
        <w:t>13:22  is tarah se pani peena, yeh, yeh, yeh animal style hai.</w:t>
      </w:r>
      <w:r>
        <w:br/>
      </w:r>
      <w:r>
        <w:rPr>
          <w:sz w:val="20"/>
        </w:rPr>
        <w:t>13:28  to insan kaise pani piye? is ke liye unhon ne bohat dinon tak research ki.</w:t>
      </w:r>
      <w:r>
        <w:br/>
      </w:r>
      <w:r>
        <w:rPr>
          <w:sz w:val="20"/>
        </w:rPr>
        <w:t>13:33  phir mitti ka banaya, aur, aur lakri ka banaya,</w:t>
      </w:r>
    </w:p>
    <w:p>
      <w:pPr>
        <w:pStyle w:val="Heading2"/>
      </w:pPr>
      <w:r>
        <w:t>Role in organizing CPS mission</w:t>
      </w:r>
    </w:p>
    <w:p>
      <w:r>
        <w:rPr>
          <w:color w:val="666666"/>
          <w:sz w:val="18"/>
        </w:rPr>
        <w:t>Experience Sharing Session of CPS Members 24 May 2008 - Maulana Wahiduddin Khan · 1m 31s · at 6:53 · https://youtu.be/alVAkAnKiuM?t=413</w:t>
      </w:r>
    </w:p>
    <w:p>
      <w:r>
        <w:rPr>
          <w:i/>
        </w:rPr>
        <w:t>“आई वुड फर्स्ट लाइक टू स्टार्ट द टॉक”</w:t>
      </w:r>
    </w:p>
    <w:p>
      <w:r>
        <w:rPr>
          <w:sz w:val="20"/>
        </w:rPr>
        <w:t>6:53  i would first like to start the talk. i mean, i would like to pray to god first, that the team, the cps team, which has been that he helps the cps team to fulfill the mission of dawah. he helps all of us in fulfilling the job which we all have undertaken, which is dawah work. i feel that each one of us in the team has some special ability</w:t>
      </w:r>
      <w:r>
        <w:br/>
      </w:r>
      <w:r>
        <w:rPr>
          <w:sz w:val="20"/>
        </w:rPr>
        <w:t>7:22  . this team, if you if you look at if you look at this team as a whole, you will find that each one of us has some special ability, and we have been really handpicked to do our our job in this in this mission.</w:t>
      </w:r>
      <w:r>
        <w:br/>
      </w:r>
      <w:r>
        <w:rPr>
          <w:sz w:val="20"/>
        </w:rPr>
        <w:t>7:38  i feel that i could be useful in organizing things. that that's my forte, and i would be helpful. i mean, i would be very useful in organizing the office, the work in the office, as well as helping each other, helping the team to go forward in this mission.</w:t>
      </w:r>
      <w:r>
        <w:br/>
      </w:r>
      <w:r>
        <w:rPr>
          <w:sz w:val="20"/>
        </w:rPr>
        <w:t>7:58  this is what role this is the role which i feel i have for this mission at the moment. and rest, we should all put in our maximum efforts in fulfilling this mission.</w:t>
      </w:r>
    </w:p>
    <w:p>
      <w:pPr>
        <w:pStyle w:val="Heading2"/>
      </w:pPr>
      <w:r>
        <w:t>Hadith on cautious piety explained</w:t>
      </w:r>
    </w:p>
    <w:p>
      <w:r>
        <w:rPr>
          <w:color w:val="666666"/>
          <w:sz w:val="18"/>
        </w:rPr>
        <w:t>How to Build a Strong Personality June 14, 2008 Maulana Wahiduddin Khan · 3m 00s · at 1:00 · https://youtu.be/bRWn96tpOIM?t=60</w:t>
      </w:r>
    </w:p>
    <w:p>
      <w:r>
        <w:rPr>
          <w:i/>
        </w:rPr>
        <w:t>“I read a hadith with an important point.”</w:t>
      </w:r>
    </w:p>
    <w:p>
      <w:r>
        <w:rPr>
          <w:sz w:val="20"/>
        </w:rPr>
        <w:t>1:00  yeh theme mujhe is tarah, yeh theme is tarah mere mind mein aayi ke maine ek hadith padhi.</w:t>
      </w:r>
      <w:r>
        <w:br/>
      </w:r>
      <w:r>
        <w:rPr>
          <w:sz w:val="20"/>
        </w:rPr>
        <w:t>1:12  ek hadith hai, is mein bohat important baat kahi gayi hai, aur is ka ta'alluq isi theme se hai. woh hadith, yaani peghambar e islam ka</w:t>
      </w:r>
      <w:r>
        <w:br/>
      </w:r>
      <w:r>
        <w:rPr>
          <w:sz w:val="20"/>
        </w:rPr>
        <w:t>1:26  qawl, is tarah hai ke: "la yablugh al-abd an yakoon min al-muttaqeen hattaida malaa baasbah, hadharmaa bah baas".</w:t>
      </w:r>
      <w:r>
        <w:br/>
      </w:r>
      <w:r>
        <w:rPr>
          <w:sz w:val="20"/>
        </w:rPr>
        <w:t>1:43  yaani koi insaan</w:t>
      </w:r>
      <w:r>
        <w:br/>
      </w:r>
      <w:r>
        <w:rPr>
          <w:sz w:val="20"/>
        </w:rPr>
        <w:t>1:50  baais insaan nahi ban sakta,</w:t>
      </w:r>
      <w:r>
        <w:br/>
      </w:r>
      <w:r>
        <w:rPr>
          <w:sz w:val="20"/>
        </w:rPr>
        <w:t>1:55  koi insaan mutqi insaan nahi ban sakta, yahan tak ke is ka yeh haal ho jaye ke woh</w:t>
      </w:r>
      <w:r>
        <w:br/>
      </w:r>
      <w:r>
        <w:rPr>
          <w:sz w:val="20"/>
        </w:rPr>
        <w:t>2:08  aisi cheezon ko bhi chhod de jis mein bazahir koi kharabi nahi hai, is dar se ke shayad is mein koi kharabi ho.</w:t>
      </w:r>
      <w:r>
        <w:br/>
      </w:r>
      <w:r>
        <w:rPr>
          <w:sz w:val="20"/>
        </w:rPr>
        <w:t>2:23  yaani itna kaishs ho, kaishs. to ek insaan woh hota hai jo careless ho, be parwahi ke sath har tarah ka kaam karta rahe,</w:t>
      </w:r>
      <w:r>
        <w:br/>
      </w:r>
      <w:r>
        <w:rPr>
          <w:sz w:val="20"/>
        </w:rPr>
        <w:t>2:42  jhoot bhi bole, sach bhi bole, yeh bhi kare, woh bhi kare. to yeh hai carelessness. doosra insaan woh hai jo bohat kaishs ho.</w:t>
      </w:r>
      <w:r>
        <w:br/>
      </w:r>
      <w:r>
        <w:rPr>
          <w:sz w:val="20"/>
        </w:rPr>
        <w:t>2:55  kaishs ka matlab hota hai muhtat, yaani koi bhi baat bolna ho, koi kaam karna ho to woh bohat zyada soche,</w:t>
      </w:r>
      <w:r>
        <w:br/>
      </w:r>
      <w:r>
        <w:rPr>
          <w:sz w:val="20"/>
        </w:rPr>
        <w:t>3:11  is ka har response well considered response ho.</w:t>
      </w:r>
      <w:r>
        <w:br/>
      </w:r>
      <w:r>
        <w:rPr>
          <w:sz w:val="20"/>
        </w:rPr>
        <w:t>3:19  woh ek responsible aadmi ki tarah behave kare.</w:t>
      </w:r>
      <w:r>
        <w:br/>
      </w:r>
      <w:r>
        <w:rPr>
          <w:sz w:val="20"/>
        </w:rPr>
        <w:t>3:27  to is hadith se maloom hua ke jo log kaishs honge, bohat zyada care karenge cheezon ka, to woh sirf yahi nahi karenge ke khuli khuli buraiyon se bachenge,</w:t>
      </w:r>
      <w:r>
        <w:br/>
      </w:r>
      <w:r>
        <w:rPr>
          <w:sz w:val="20"/>
        </w:rPr>
        <w:t>3:43  balkeh aisi cheezon se bhi bachenge jo dekhne mein bazahir, apparently, buri na dikhai deti hon, lekin phir bhi is mein koi shubah ho.</w:t>
      </w:r>
    </w:p>
    <w:p>
      <w:pPr>
        <w:pStyle w:val="Heading2"/>
      </w:pPr>
      <w:r>
        <w:t>Fear of God transforms character</w:t>
      </w:r>
    </w:p>
    <w:p>
      <w:r>
        <w:rPr>
          <w:color w:val="666666"/>
          <w:sz w:val="18"/>
        </w:rPr>
        <w:t>Spiritual Light Nov 26, 2006 Maulana Wahiduddin Khan · 2m 38s · at 13:04 · https://youtu.be/IhfHxIakZOw?t=784</w:t>
      </w:r>
    </w:p>
    <w:p>
      <w:r>
        <w:rPr>
          <w:i/>
        </w:rPr>
        <w:t>“We were in a village people were talking”</w:t>
      </w:r>
    </w:p>
    <w:p>
      <w:r>
        <w:rPr>
          <w:sz w:val="20"/>
        </w:rPr>
        <w:t>13:04  ek gaon mein hum thay toh log tarah tarah ki baatein kar rahe thay, yeh baat, woh baat, yeh baat, woh baat. har aadmi ke paas goya ek poori dictionary yaad ki hui thi woh.</w:t>
      </w:r>
      <w:r>
        <w:br/>
      </w:r>
      <w:r>
        <w:rPr>
          <w:sz w:val="20"/>
        </w:rPr>
        <w:t>13:19  is ke shabd khatam nahi hotay thay. ek ki baat khatam nahi hoti ke doosra bolna shuru kar deta hai. is ko yani shabdon ka bhandar tha har ek ke paas.</w:t>
      </w:r>
      <w:r>
        <w:br/>
      </w:r>
      <w:r>
        <w:rPr>
          <w:sz w:val="20"/>
        </w:rPr>
        <w:t>13:32  har ek ke paas shabdon ka bhandar tha. lekin kya hua? achaanak ek aadmi ne notice kiya ke yahan toh saanp aa gaya hai. gaon mein aap jante hain ke saanp waghera aa jatay hain.</w:t>
      </w:r>
      <w:r>
        <w:br/>
      </w:r>
      <w:r>
        <w:rPr>
          <w:sz w:val="20"/>
        </w:rPr>
        <w:t>13:46  toh jaise us ne kaha ke saanp, sab ki bol band ho gayi. sab ke sab bhool gaye. yani kisi ko is ki sari memory fail ho gayi.</w:t>
      </w:r>
      <w:r>
        <w:br/>
      </w:r>
      <w:r>
        <w:rPr>
          <w:sz w:val="20"/>
        </w:rPr>
        <w:t>13:59  aisa lagta tha. aur bhage idhar, bhage idhar, bhage idhar, bhage idhar, bhage. waqai woh kala saanp tha woh ek. toh gaon mein aisa hota hai.</w:t>
      </w:r>
      <w:r>
        <w:br/>
      </w:r>
      <w:r>
        <w:rPr>
          <w:sz w:val="20"/>
        </w:rPr>
        <w:t>14:10  toh aap sochiye ke wahi log jo shabdon ka bhandar bane hue thay, aisa lagta tha ke poori dictionary unhon ne memorize kar rakhi hai.</w:t>
      </w:r>
      <w:r>
        <w:br/>
      </w:r>
      <w:r>
        <w:rPr>
          <w:sz w:val="20"/>
        </w:rPr>
        <w:t>14:24  un ke sab gum ho gaye. woh speechless ho gaye. yeh hai fear. fear ka phenomena.</w:t>
      </w:r>
      <w:r>
        <w:br/>
      </w:r>
      <w:r>
        <w:rPr>
          <w:sz w:val="20"/>
        </w:rPr>
        <w:t>14:37  jab tak woh fearless thay, jab tak woh fearless thay toh un ko speech hi speech thi.</w:t>
      </w:r>
      <w:r>
        <w:br/>
      </w:r>
      <w:r>
        <w:rPr>
          <w:sz w:val="20"/>
        </w:rPr>
        <w:t>14:48  un ki kisi ki zuban band nahi hoti thi. kisi ke shabd khatam nahi hotay thay. jab tak fearless thay. aur jab un ke dil mein fear aa gaya toh ek dum badal gaye.</w:t>
      </w:r>
      <w:r>
        <w:br/>
      </w:r>
      <w:r>
        <w:rPr>
          <w:sz w:val="20"/>
        </w:rPr>
        <w:t>15:02  wohi kuch ke kuch ho gaye woh. to mein yeh kehta hoon ke quran kholain aap aur shuru hi mein jab is aayat ko parhain ke hudall mutaqeen ke sachay religion walay to woh hain jin ke andar khuda ka fear ho, khuda ka dar ho.</w:t>
      </w:r>
      <w:r>
        <w:br/>
      </w:r>
      <w:r>
        <w:rPr>
          <w:sz w:val="20"/>
        </w:rPr>
        <w:t>15:23  to kya aap samajhte hain ke saanp ka dar logon ko itna bhonchal ban jata hai aur khuda ka dar jo creator hai sare saanpon ka, sare universe ka,</w:t>
      </w:r>
      <w:r>
        <w:br/>
      </w:r>
      <w:r>
        <w:rPr>
          <w:sz w:val="20"/>
        </w:rPr>
        <w:t>15:36  is ke andar kuch nahi hoga? kuch bhonchal nahi aye ga is ke andar?</w:t>
      </w:r>
    </w:p>
    <w:p>
      <w:pPr>
        <w:pStyle w:val="Heading2"/>
      </w:pPr>
      <w:r>
        <w:t>man is a desire-seeking animal never fulfilled</w:t>
      </w:r>
    </w:p>
    <w:p>
      <w:r>
        <w:rPr>
          <w:color w:val="666666"/>
          <w:sz w:val="18"/>
        </w:rPr>
        <w:t>Discovery of Paradise March 22, 2015 · 2m 58s · at 9:05 · https://youtu.be/2axrfd7sZkE?t=545</w:t>
      </w:r>
    </w:p>
    <w:p>
      <w:r>
        <w:rPr>
          <w:i/>
        </w:rPr>
        <w:t>“Insaan paida hua hai desire ke saath”</w:t>
      </w:r>
    </w:p>
    <w:p>
      <w:r>
        <w:rPr>
          <w:sz w:val="20"/>
        </w:rPr>
        <w:t>9:05  ab mein aap se kuch baatein karna chahta hoon jannat ke baray mein. jannat kya cheez hai? dekhen, insaan paida hua hai</w:t>
      </w:r>
      <w:r>
        <w:br/>
      </w:r>
      <w:r>
        <w:rPr>
          <w:sz w:val="20"/>
        </w:rPr>
        <w:t>9:21  desire ke sath. har insaan ke andar beshumar desire hain. yani kehna sahi hoga ke "man is a desire seeking animal".</w:t>
      </w:r>
      <w:r>
        <w:br/>
      </w:r>
      <w:r>
        <w:rPr>
          <w:sz w:val="20"/>
        </w:rPr>
        <w:t>9:34  har aadmi ke andar desire bhari hui hain. woh chahta hai ke woh desire us ko mile, us ko fulfillment mile.</w:t>
      </w:r>
      <w:r>
        <w:br/>
      </w:r>
      <w:r>
        <w:rPr>
          <w:sz w:val="20"/>
        </w:rPr>
        <w:t>9:46  lekin yeh saari tareekh ka yeh tajurba hai ke is dunya mein kisi ko woh desired world world nahi milta.</w:t>
      </w:r>
      <w:r>
        <w:br/>
      </w:r>
      <w:r>
        <w:rPr>
          <w:sz w:val="20"/>
        </w:rPr>
        <w:t>10:00  nahi milta us ko.</w:t>
      </w:r>
      <w:r>
        <w:br/>
      </w:r>
      <w:r>
        <w:rPr>
          <w:sz w:val="20"/>
        </w:rPr>
        <w:t>10:04  to logon ne yeh nazariya banaya ke isi dunya mein hamein paana hai. aaj kal aam taur par yeh yeh nazariya chala hua hai ke "right here right now".</w:t>
      </w:r>
      <w:r>
        <w:br/>
      </w:r>
      <w:r>
        <w:rPr>
          <w:sz w:val="20"/>
        </w:rPr>
        <w:t>10:21  yehi yehi hamein paana hai, yehi hamein chahiye, isi dunya mein chahiye. to har aadmi aaj ke peeche, yani today ke peeche daud raha hai.</w:t>
      </w:r>
      <w:r>
        <w:br/>
      </w:r>
      <w:r>
        <w:rPr>
          <w:sz w:val="20"/>
        </w:rPr>
        <w:t>10:32  today.</w:t>
      </w:r>
      <w:r>
        <w:br/>
      </w:r>
      <w:r>
        <w:rPr>
          <w:sz w:val="20"/>
        </w:rPr>
        <w:t>10:35  lekin koi paata nahi. masla yeh hai ke today kya milta hai kisi ko? daud raha hai, daud raha hai, daud raha hai, lekin jab milta hai to maloom hota hai ke is se kam tha yeh jo mein mein ne chaha tha.</w:t>
      </w:r>
      <w:r>
        <w:br/>
      </w:r>
      <w:r>
        <w:rPr>
          <w:sz w:val="20"/>
        </w:rPr>
        <w:t>10:54  to "right here right now" ka sab se bara minus point yeh hai ke woh workable nahi hai.</w:t>
      </w:r>
      <w:r>
        <w:br/>
      </w:r>
      <w:r>
        <w:rPr>
          <w:sz w:val="20"/>
        </w:rPr>
        <w:t>11:04  aap paisa kamayein, aap political position hasil karein, aap fame hasil karein, jo jo dunya mein cheezein available hain, woh sab ko hasil karein aap.</w:t>
      </w:r>
      <w:r>
        <w:br/>
      </w:r>
      <w:r>
        <w:rPr>
          <w:sz w:val="20"/>
        </w:rPr>
        <w:t>11:16  lekin hasil karne se pehle to aap ko ek shauq hota hai ke yeh mil jaye to shayad mein fulfillment ho jaon.</w:t>
      </w:r>
      <w:r>
        <w:br/>
      </w:r>
      <w:r>
        <w:rPr>
          <w:sz w:val="20"/>
        </w:rPr>
        <w:t>11:25  to</w:t>
      </w:r>
      <w:r>
        <w:br/>
      </w:r>
      <w:r>
        <w:rPr>
          <w:sz w:val="20"/>
        </w:rPr>
        <w:t>11:27  paane se pehle to ek shauq hota hai, is mein aap jeete hain. ke paane ke baad maloom hota hai ke to woh cheez nahi hai jo mein chahta tha. ke to woh hai hi nahi.</w:t>
      </w:r>
      <w:r>
        <w:br/>
      </w:r>
      <w:r>
        <w:rPr>
          <w:sz w:val="20"/>
        </w:rPr>
        <w:t>11:39  to "right here right now" ka jo formula hai, woh workable hi nahi hai.</w:t>
      </w:r>
      <w:r>
        <w:br/>
      </w:r>
      <w:r>
        <w:rPr>
          <w:sz w:val="20"/>
        </w:rPr>
        <w:t>11:45  agar agar agar sach much dunya mil jaye aadmi ko, sab kuch yehi mil jaye, to tab yeh formula kaha jaye ke workable formula hai.</w:t>
      </w:r>
      <w:r>
        <w:br/>
      </w:r>
      <w:r>
        <w:rPr>
          <w:sz w:val="20"/>
        </w:rPr>
        <w:t>11:57  lekin abhi to yeh workable hi nahi.</w:t>
      </w:r>
    </w:p>
    <w:p>
      <w:pPr>
        <w:pStyle w:val="Heading2"/>
      </w:pPr>
      <w:r>
        <w:t>Refuting intercession on Judgment Day</w:t>
      </w:r>
    </w:p>
    <w:p>
      <w:r>
        <w:rPr>
          <w:color w:val="666666"/>
          <w:sz w:val="18"/>
        </w:rPr>
        <w:t>God and Man (In Conversation with Maulana) 01 04 07 · 2m 12s · at 9:49 · https://youtu.be/2HlIEnmDdPo?t=589</w:t>
      </w:r>
    </w:p>
    <w:p>
      <w:r>
        <w:rPr>
          <w:i/>
        </w:rPr>
        <w:t>“Achha, yeh bilkul baseless baat hai”</w:t>
      </w:r>
    </w:p>
    <w:p>
      <w:r>
        <w:rPr>
          <w:sz w:val="20"/>
        </w:rPr>
        <w:t>9:49  Achha, yeh bilkul baseless baat hai. Yeh baseless mein kahoon ke bilkul jhooti baat hai yeh. Yani is koi surprise ka nahi hai.</w:t>
      </w:r>
      <w:r>
        <w:br/>
      </w:r>
      <w:r>
        <w:rPr>
          <w:sz w:val="20"/>
        </w:rPr>
        <w:t>9:59  Koi surprise nahi hai. Yani aap jo dekhiye ke itni bari baat logon ne garh rakhi hai aur is ko speeches mein batate hain, halanke very first chapter of the Quran is against this kind of notion.</w:t>
      </w:r>
      <w:r>
        <w:br/>
      </w:r>
      <w:r>
        <w:rPr>
          <w:sz w:val="20"/>
        </w:rPr>
        <w:t>10:16  Malik-e-Yumiddin, Khuda akela day of judgment ka malik hai. Lord of the day of jud</w:t>
      </w:r>
      <w:r>
        <w:br/>
      </w:r>
      <w:r>
        <w:rPr>
          <w:sz w:val="20"/>
        </w:rPr>
        <w:t>10:23  gment. Pehle hi pehle hi chapter mein. Pehle hi chapter jo hai Alhamdulillah Rabbil Alameen. Malik-e-Yumiddin.</w:t>
      </w:r>
      <w:r>
        <w:br/>
      </w:r>
      <w:r>
        <w:rPr>
          <w:sz w:val="20"/>
        </w:rPr>
        <w:t>10:34  Pehle hi chapter mein likha hua hai ke Khuda jo hai Lord of the day of judgment hai. Sahi ke yeh sab jo bana rakhe hain logon ne, yeh sab to baseless aqeeday hain aur kisi ko bhi, kisi bhi Prophet ko yeh haq nahi hai ke woh gate par khara ho jaye aur kahe ke chalo jo hamare sath, jis ko chahe andar kare, jis ko aap bahar karein.</w:t>
      </w:r>
      <w:r>
        <w:br/>
      </w:r>
      <w:r>
        <w:rPr>
          <w:sz w:val="20"/>
        </w:rPr>
        <w:t>10:58  Yeh sab bilkul Khuda ko ko ghussa dilana hai. Khuda ko ghussa dilana hai. Jaise ke yeh log jo kehte hain, log kehte hain yeh coo kar liya hai, coo.</w:t>
      </w:r>
      <w:r>
        <w:br/>
      </w:r>
      <w:r>
        <w:rPr>
          <w:sz w:val="20"/>
        </w:rPr>
        <w:t>11:12  Khuda ko dethrone kar ke qabza kar liya hai.</w:t>
      </w:r>
      <w:r>
        <w:br/>
      </w:r>
      <w:r>
        <w:rPr>
          <w:sz w:val="20"/>
        </w:rPr>
        <w:t>11:17  Sahi hai, koi baat hai yeh?</w:t>
      </w:r>
      <w:r>
        <w:br/>
      </w:r>
      <w:r>
        <w:rPr>
          <w:sz w:val="20"/>
        </w:rPr>
        <w:t>11:21  Kuch nahi, sab bilkul nahi. Sari Prophet jo thay, simply woh guide thay, bas guide. Aur kuch nahi. Koi power in ko Khuda ne nahi diya tha.</w:t>
      </w:r>
      <w:r>
        <w:br/>
      </w:r>
      <w:r>
        <w:rPr>
          <w:sz w:val="20"/>
        </w:rPr>
        <w:t>11:32  Power sirf Khuda ke paas hai. Wal amru yawma idhin lillah. Yani day of judgment ke baray mein Quran mein aya hai ke wal amru yawma idhin lillah.</w:t>
      </w:r>
      <w:r>
        <w:br/>
      </w:r>
      <w:r>
        <w:rPr>
          <w:sz w:val="20"/>
        </w:rPr>
        <w:t>11:41  Is din sara amr Khuda ke hath mein hoga. Kis ke hath mein nahi hoga?</w:t>
      </w:r>
      <w:r>
        <w:br/>
      </w:r>
      <w:r>
        <w:rPr>
          <w:sz w:val="20"/>
        </w:rPr>
        <w:t>11:50  Man yashfa'u indahu illa bi idhnih. Yeh sab bilkul jhooti baatein hain. Koi bhi itna powerful nahi ke coo kar ke Khuda ke throat par qabza kar le. Aisa kabhi possible nahi hai.</w:t>
      </w:r>
    </w:p>
    <w:p>
      <w:pPr>
        <w:pStyle w:val="Heading2"/>
      </w:pPr>
      <w:r>
        <w:t>A friend's greed turns a business deal deadly</w:t>
      </w:r>
    </w:p>
    <w:p>
      <w:r>
        <w:rPr>
          <w:color w:val="666666"/>
          <w:sz w:val="18"/>
        </w:rPr>
        <w:t>Spirituality in Simple Living, High Thinking October 27, 2019 Maulana Wahiduddin Khan · 2m 44s · at 2:49 · https://youtu.be/Kr28g15eFr8?t=169</w:t>
      </w:r>
    </w:p>
    <w:p>
      <w:r>
        <w:rPr>
          <w:i/>
        </w:rPr>
        <w:t>“I decided to kill a certain man, he told me”</w:t>
      </w:r>
    </w:p>
    <w:p>
      <w:r>
        <w:rPr>
          <w:sz w:val="20"/>
        </w:rPr>
        <w:t>2:49  to unhon ne kaha ke maine tay kiya ke falan aadmi ko qatl kar daloon.</w:t>
      </w:r>
      <w:r>
        <w:br/>
      </w:r>
      <w:r>
        <w:rPr>
          <w:sz w:val="20"/>
        </w:rPr>
        <w:t>2:56  unhi ke shehar ka ek aadmi tha, balke woh dost bhi tha unka.</w:t>
      </w:r>
      <w:r>
        <w:br/>
      </w:r>
      <w:r>
        <w:rPr>
          <w:sz w:val="20"/>
        </w:rPr>
        <w:t>3:05  to unhon ne kaha ke maine tay kiya ke main is aadmi ko qatl kar daloon. maine poocha kyun?</w:t>
      </w:r>
      <w:r>
        <w:br/>
      </w:r>
      <w:r>
        <w:rPr>
          <w:sz w:val="20"/>
        </w:rPr>
        <w:t>3:18  to unhon ne bataya ke woh mera dost tha,</w:t>
      </w:r>
      <w:r>
        <w:br/>
      </w:r>
      <w:r>
        <w:rPr>
          <w:sz w:val="20"/>
        </w:rPr>
        <w:t>3:23  aur us ke paas paise nahi the, mere paas paise the.</w:t>
      </w:r>
      <w:r>
        <w:br/>
      </w:r>
      <w:r>
        <w:rPr>
          <w:sz w:val="20"/>
        </w:rPr>
        <w:t>3:30  to us ne kaha ke aap mujhe paisa dijiye, aur main ek business karoon ga.</w:t>
      </w:r>
      <w:r>
        <w:br/>
      </w:r>
      <w:r>
        <w:rPr>
          <w:sz w:val="20"/>
        </w:rPr>
        <w:t>3:41  aadha jo nafa hoga, woh aadha aap ka, aadha mera.</w:t>
      </w:r>
      <w:r>
        <w:br/>
      </w:r>
      <w:r>
        <w:rPr>
          <w:sz w:val="20"/>
        </w:rPr>
        <w:t>3:53  yeh bohat pehle ki baat hai, us waqt woh ghaliban 80 hazar rupay ka mamla tha, woh. ab to 80 hazar koi bari baat nahi hai, lekin us waqt jab ke us ne kaha tha to 80 hazar rupay bari baat hua karti thi.</w:t>
      </w:r>
      <w:r>
        <w:br/>
      </w:r>
      <w:r>
        <w:rPr>
          <w:sz w:val="20"/>
        </w:rPr>
        <w:t>4:15  to unhon ne 80 hazar rupay de diye us ko, us ne ek business shuru kiya. aur</w:t>
      </w:r>
      <w:r>
        <w:br/>
      </w:r>
      <w:r>
        <w:rPr>
          <w:sz w:val="20"/>
        </w:rPr>
        <w:t>4:29  khush qismati se</w:t>
      </w:r>
      <w:r>
        <w:br/>
      </w:r>
      <w:r>
        <w:rPr>
          <w:sz w:val="20"/>
        </w:rPr>
        <w:t>4:33  wo business kamyab ho gaya, acha chalega.</w:t>
      </w:r>
      <w:r>
        <w:br/>
      </w:r>
      <w:r>
        <w:rPr>
          <w:sz w:val="20"/>
        </w:rPr>
        <w:t>4:40  to jab ziyada acha business chalega to is dost ki neeyat kuch kharab ho gayi.</w:t>
      </w:r>
      <w:r>
        <w:br/>
      </w:r>
      <w:r>
        <w:rPr>
          <w:sz w:val="20"/>
        </w:rPr>
        <w:t>4:54  us ne kaha ke sari mehnat tabah karta hoon,</w:t>
      </w:r>
      <w:r>
        <w:br/>
      </w:r>
      <w:r>
        <w:rPr>
          <w:sz w:val="20"/>
        </w:rPr>
        <w:t>4:59  sari mehnat ki wajah se paisa aa raha hai, to main kyun aadha doon un ko?</w:t>
      </w:r>
      <w:r>
        <w:br/>
      </w:r>
      <w:r>
        <w:rPr>
          <w:sz w:val="20"/>
        </w:rPr>
        <w:t>5:07  to koi likha parhi nahi thi, dosti thi dono mein, to koi likha parhi nahi thi. to us ne is ke dil mein aaya ke main yeh mamla khatam kar doon, aur main akela malik ban jaoon is business ka.</w:t>
      </w:r>
    </w:p>
    <w:p>
      <w:pPr>
        <w:pStyle w:val="Heading2"/>
      </w:pPr>
      <w:r>
        <w:t>Heart-based Sufism and its rejection</w:t>
      </w:r>
    </w:p>
    <w:p>
      <w:r>
        <w:rPr>
          <w:color w:val="666666"/>
          <w:sz w:val="18"/>
        </w:rPr>
        <w:t>Islam and Sufism, Islam and Spirituality (Group of Gothers) - Maulana Wahiduddin Khan · 2m 09s · at 4:19 · https://youtu.be/yuxUUlOqZLM?t=259</w:t>
      </w:r>
    </w:p>
    <w:p>
      <w:r>
        <w:rPr>
          <w:i/>
        </w:rPr>
        <w:t>“There are two different kinds of Sufism and spirituality”</w:t>
      </w:r>
    </w:p>
    <w:p>
      <w:r>
        <w:rPr>
          <w:sz w:val="20"/>
        </w:rPr>
        <w:t>4:19  it is a daily basis feeding. then according to my study and my experience, there are two different kinds of sufism or spirituality.</w:t>
      </w:r>
      <w:r>
        <w:br/>
      </w:r>
      <w:r>
        <w:rPr>
          <w:sz w:val="20"/>
        </w:rPr>
        <w:t>4:39  one is based on heart, and the other one is based on mind.</w:t>
      </w:r>
      <w:r>
        <w:br/>
      </w:r>
      <w:r>
        <w:rPr>
          <w:sz w:val="20"/>
        </w:rPr>
        <w:t>4:47  traditional sufism or traditional spirituality is based on heart. heart based spirituality believes that in your heart, your heart is a</w:t>
      </w:r>
      <w:r>
        <w:br/>
      </w:r>
      <w:r>
        <w:rPr>
          <w:sz w:val="20"/>
        </w:rPr>
        <w:t>5:04  treasure of spirituality.</w:t>
      </w:r>
      <w:r>
        <w:br/>
      </w:r>
      <w:r>
        <w:rPr>
          <w:sz w:val="20"/>
        </w:rPr>
        <w:t>5:10  your heart is a treasure of spirituality. so you need nothing but to unfold this treasure, this hidden treasure.</w:t>
      </w:r>
      <w:r>
        <w:br/>
      </w:r>
      <w:r>
        <w:rPr>
          <w:sz w:val="20"/>
        </w:rPr>
        <w:t>5:22  so they practice what is called muraqabah or meditation.</w:t>
      </w:r>
      <w:r>
        <w:br/>
      </w:r>
      <w:r>
        <w:rPr>
          <w:sz w:val="20"/>
        </w:rPr>
        <w:t>5:30  muraqabah means dhikr and inner, and inner, inner muraqabah.</w:t>
      </w:r>
      <w:r>
        <w:br/>
      </w:r>
      <w:r>
        <w:rPr>
          <w:sz w:val="20"/>
        </w:rPr>
        <w:t>5:46  for example, the sufi practice like this: la ilaha illallah, la ilaha illallah.</w:t>
      </w:r>
      <w:r>
        <w:br/>
      </w:r>
      <w:r>
        <w:rPr>
          <w:sz w:val="20"/>
        </w:rPr>
        <w:t>5:56  this is an example. they by this practices, they invoke the inner ability, and they believe that by invoking this inner treasure or ability,</w:t>
      </w:r>
      <w:r>
        <w:br/>
      </w:r>
      <w:r>
        <w:rPr>
          <w:sz w:val="20"/>
        </w:rPr>
        <w:t>6:17  they will find spiritual, spirituality. but i don't believe this kind of spirituality.</w:t>
      </w:r>
    </w:p>
    <w:p>
      <w:pPr>
        <w:pStyle w:val="Heading2"/>
      </w:pPr>
      <w:r>
        <w:t>A guiding dream as a leaked exam paper</w:t>
      </w:r>
    </w:p>
    <w:p>
      <w:r>
        <w:rPr>
          <w:color w:val="666666"/>
          <w:sz w:val="18"/>
        </w:rPr>
        <w:t>Tazkiya-e-Nafs Book by Maulana Wahiduddin Khan · 2m 36s · at 1:36:48 · https://youtu.be/LbGPnJWmj1A?t=5808</w:t>
      </w:r>
    </w:p>
    <w:p>
      <w:r>
        <w:rPr>
          <w:i/>
        </w:rPr>
        <w:t>“Tazkiya ke sachche talib ke liye khuda khwab dikhata hai”</w:t>
      </w:r>
    </w:p>
    <w:p>
      <w:r>
        <w:rPr>
          <w:sz w:val="20"/>
        </w:rPr>
        <w:t>1:36:48  parcha out. kitaab "tazkiya-e-nafs" Maulana Wahiduddin Khan, safha number 50.</w:t>
      </w:r>
      <w:r>
        <w:br/>
      </w:r>
      <w:r>
        <w:rPr>
          <w:sz w:val="20"/>
        </w:rPr>
        <w:t>1:37:01  tazkiya ke sachche talib ke liye aksar aisa hota hai ke is ko Khuda ki taraf se khwab dikhaya jata hai.</w:t>
      </w:r>
      <w:r>
        <w:br/>
      </w:r>
      <w:r>
        <w:rPr>
          <w:sz w:val="20"/>
        </w:rPr>
        <w:t>1:37:07  is khwab mein is ko wazeh rehnumai di jati hai ke is ko aage mazeed kya karna chahiye. is tarah talib ko yaqeen ke sath apna choice lene ka mauqa mil jata hai.</w:t>
      </w:r>
      <w:r>
        <w:br/>
      </w:r>
      <w:r>
        <w:rPr>
          <w:sz w:val="20"/>
        </w:rPr>
        <w:t>1:37:18  tazkiya ke ek talib ke liye is tarah ka khwab aana isi tarah ki ek khaas meharbani hai jaise kisi student ke liye is ke imtehan ka parcha peshgi taur par out kar diya jaye.</w:t>
      </w:r>
      <w:r>
        <w:br/>
      </w:r>
      <w:r>
        <w:rPr>
          <w:sz w:val="20"/>
        </w:rPr>
        <w:t>1:37:30  jo shakhs tazkiya ka talib ho is ke samne kai baar mukhtalif qism ke sawalat aate hain. is ko do mein se ek ka faisla lena hota hai.</w:t>
      </w:r>
      <w:r>
        <w:br/>
      </w:r>
      <w:r>
        <w:rPr>
          <w:sz w:val="20"/>
        </w:rPr>
        <w:t>1:37:39  talib agar is tarah ke mauqe par Khuda se dua kare to aain mumkin hai ke Khuda is ki dua ko qabool karte hue is ko ek aisa khwab dikha de jis mein is ke liye rehnumai maujood ho jo is ko shubah aur taraddud se nikal kar yaqeen ki taraf le jaane wala ho.</w:t>
      </w:r>
      <w:r>
        <w:br/>
      </w:r>
      <w:r>
        <w:rPr>
          <w:sz w:val="20"/>
        </w:rPr>
        <w:t>1:37:57  is qism ka khwab bilashuba khuda ki aik khasi rehmat hai lekin agar koi shakhs khwab dekhne ke bawajood is se rahnumai hasil na kare</w:t>
      </w:r>
      <w:r>
        <w:br/>
      </w:r>
      <w:r>
        <w:rPr>
          <w:sz w:val="20"/>
        </w:rPr>
        <w:t>1:38:07  to is ka mamla us talib ilm jaisa ho jayega jis ka percha out kar diya jaye is ke bawajood wo imtehan mein nakaam rahe.</w:t>
      </w:r>
      <w:r>
        <w:br/>
      </w:r>
      <w:r>
        <w:rPr>
          <w:sz w:val="20"/>
        </w:rPr>
        <w:t>1:38:17  tazkiya pachas feesad bande ka mamla hai aur pachas feesad khuda ka mamla. tazkiya ke talib ko chahiye ke wo musalsal khuda se dua kare.</w:t>
      </w:r>
      <w:r>
        <w:br/>
      </w:r>
      <w:r>
        <w:rPr>
          <w:sz w:val="20"/>
        </w:rPr>
        <w:t>1:38:27  yeh dua is ke liye khuda se jodne ka zariya banegi. wo apne mamlaat mein khuda se istikhara kare.</w:t>
      </w:r>
      <w:r>
        <w:br/>
      </w:r>
      <w:r>
        <w:rPr>
          <w:sz w:val="20"/>
        </w:rPr>
        <w:t>1:38:35  istikhara goya ke apne mamlaat mein khuda ke sath counseling karna hai aur khuda ke sath counseling karne wala kabhi be rah nahi hota.</w:t>
      </w:r>
      <w:r>
        <w:br/>
      </w:r>
      <w:r>
        <w:rPr>
          <w:sz w:val="20"/>
        </w:rPr>
        <w:t>1:38:46  khuda agar is ko is ke mamle mein koi khwab dikha de to is ko samajhna chahiye ke khuda ne is ke perche ko is ke liye out kar diya hai. ab is ke liye koi doosra choice baqi nahi raha hai.</w:t>
      </w:r>
      <w:r>
        <w:br/>
      </w:r>
      <w:r>
        <w:rPr>
          <w:sz w:val="20"/>
        </w:rPr>
        <w:t>1:38:58  jis shakhs ko khuda is had tak rahnumai de de aur phir bhi wo is rahnumai ko qabool na kare to yeh is ke liye itna bara jurm hoga jo kisi bhi haal mein qabil e maafi nahi.</w:t>
      </w:r>
      <w:r>
        <w:br/>
      </w:r>
      <w:r>
        <w:rPr>
          <w:sz w:val="20"/>
        </w:rPr>
        <w:t>1:39:10  khuda aise insan se koi uzr yani excuse qabool nahi karega. wo is ko hamesha ke liye apni qurbat se mahroom kar dega.</w:t>
      </w:r>
    </w:p>
    <w:p>
      <w:pPr>
        <w:pStyle w:val="Heading2"/>
      </w:pPr>
      <w:r>
        <w:t>billionaire who has everything still seeks spirituality</w:t>
      </w:r>
    </w:p>
    <w:p>
      <w:r>
        <w:rPr>
          <w:color w:val="666666"/>
          <w:sz w:val="18"/>
        </w:rPr>
        <w:t>Discovery of Paradise March 22, 2015 · 1m 41s · at 17:25 · https://youtu.be/2axrfd7sZkE?t=1045</w:t>
      </w:r>
    </w:p>
    <w:p>
      <w:r>
        <w:rPr>
          <w:i/>
        </w:rPr>
        <w:t>“Kal meri mulaqat ek business tycoon se hui”</w:t>
      </w:r>
    </w:p>
    <w:p>
      <w:r>
        <w:rPr>
          <w:sz w:val="20"/>
        </w:rPr>
        <w:t>17:25  kal meri mulaqat ek sahib se hui, kal hi ki baat hai ke india ke ek tycoon hain, bohat hi paisa wale, bohat ziyada bara business in ka hai aur dunya bhar mein in ka business hai.</w:t>
      </w:r>
      <w:r>
        <w:br/>
      </w:r>
      <w:r>
        <w:rPr>
          <w:sz w:val="20"/>
        </w:rPr>
        <w:t>17:37  har jagah in ke ghar hain. to unhon ne bataya ke taqreeban do ghanta un se meri baat hui.</w:t>
      </w:r>
      <w:r>
        <w:br/>
      </w:r>
      <w:r>
        <w:rPr>
          <w:sz w:val="20"/>
        </w:rPr>
        <w:t>17:49  to aakhri kya in ke? unhon ne bataya ke aakhri kya in ka yani plan hai? aakhri ka aakhri baat kya woh chahte hain?</w:t>
      </w:r>
      <w:r>
        <w:br/>
      </w:r>
      <w:r>
        <w:rPr>
          <w:sz w:val="20"/>
        </w:rPr>
        <w:t>17:58  spirituality. ab koi spirituality wala kaam chahte hain jaise spiritual un ko yani un ki spirituality, un ki jo spiritual personality hai, us ko kuch mile, kuch taskeen mile.</w:t>
      </w:r>
      <w:r>
        <w:br/>
      </w:r>
      <w:r>
        <w:rPr>
          <w:sz w:val="20"/>
        </w:rPr>
        <w:t>18:14  yani daulat ka anbaar in ke paas hai,</w:t>
      </w:r>
      <w:r>
        <w:br/>
      </w:r>
      <w:r>
        <w:rPr>
          <w:sz w:val="20"/>
        </w:rPr>
        <w:t>18:16  ab woh talash kar rahe hain spirituality. yeh kal ki baat hai.</w:t>
      </w:r>
      <w:r>
        <w:br/>
      </w:r>
      <w:r>
        <w:rPr>
          <w:sz w:val="20"/>
        </w:rPr>
        <w:t>18:24  to rasool Allah sal Allah alaihi wasallam ne jo baat kahi ke "Allah aisha ila ila aisha akhrh",</w:t>
      </w:r>
      <w:r>
        <w:br/>
      </w:r>
      <w:r>
        <w:rPr>
          <w:sz w:val="20"/>
        </w:rPr>
        <w:t>18:34  yeh bohat bari wisdom is ke andar hai. wisdom</w:t>
      </w:r>
      <w:r>
        <w:br/>
      </w:r>
      <w:r>
        <w:rPr>
          <w:sz w:val="20"/>
        </w:rPr>
        <w:t>18:40  ke jis cheez ko tum chahte ho dunya mein, jo jo apni pasand ki zindagi, apni fulfillment wali zindagi, us ka raaz kya hai?</w:t>
      </w:r>
      <w:r>
        <w:br/>
      </w:r>
      <w:r>
        <w:rPr>
          <w:sz w:val="20"/>
        </w:rPr>
        <w:t>18:54  maghfirat wala kaam karo aur phir jannat mein inaam ke taur par akhirat mein tum ko jannat inaam ki shakal mein milega. yeh bohat bohat hi anokhi baat hai.</w:t>
      </w:r>
    </w:p>
    <w:p>
      <w:pPr>
        <w:pStyle w:val="Heading2"/>
      </w:pPr>
      <w:r>
        <w:t>Hypocrites cause corruption in Medina</w:t>
      </w:r>
    </w:p>
    <w:p>
      <w:r>
        <w:rPr>
          <w:color w:val="666666"/>
          <w:sz w:val="18"/>
        </w:rPr>
        <w:t>Dars-e-Quran, Chapter 2,  Vs 7-19 | July 26,  2015 · 1m 31s · at 24:08 · https://youtu.be/O71wvnrbnXU?t=1448</w:t>
      </w:r>
    </w:p>
    <w:p>
      <w:r>
        <w:rPr>
          <w:i/>
        </w:rPr>
        <w:t>“They are not what they appear.”</w:t>
      </w:r>
    </w:p>
    <w:p>
      <w:r>
        <w:rPr>
          <w:sz w:val="20"/>
        </w:rPr>
        <w:t>24:08  woh nahin hain woh zahir kar rahe hain apne aap ko.</w:t>
      </w:r>
      <w:r>
        <w:br/>
      </w:r>
      <w:r>
        <w:rPr>
          <w:sz w:val="20"/>
        </w:rPr>
        <w:t>24:12  to bohat hi risky position hai aise logon ki.</w:t>
      </w:r>
      <w:r>
        <w:br/>
      </w:r>
      <w:r>
        <w:rPr>
          <w:sz w:val="20"/>
        </w:rPr>
        <w:t>24:15  aur wa idha qeela lahum la tufsidū fil arḍ.</w:t>
      </w:r>
      <w:r>
        <w:br/>
      </w:r>
      <w:r>
        <w:rPr>
          <w:sz w:val="20"/>
        </w:rPr>
        <w:t>24:19  aur jab un se kaha jata hai ke zameen mein fasad na karo to woh kehte hain qālū</w:t>
      </w:r>
      <w:r>
        <w:br/>
      </w:r>
      <w:r>
        <w:rPr>
          <w:sz w:val="20"/>
        </w:rPr>
        <w:t>24:23  innamā naḥnu musliḥūn.</w:t>
      </w:r>
      <w:r>
        <w:br/>
      </w:r>
      <w:r>
        <w:rPr>
          <w:sz w:val="20"/>
        </w:rPr>
        <w:t>24:27  to woh kehte hain ke hum to islah islah karne wale log hain.</w:t>
      </w:r>
      <w:r>
        <w:br/>
      </w:r>
      <w:r>
        <w:rPr>
          <w:sz w:val="20"/>
        </w:rPr>
        <w:t>24:30  yeh ayat bohat zyada bohat zyada important ayat hai.</w:t>
      </w:r>
      <w:r>
        <w:br/>
      </w:r>
      <w:r>
        <w:rPr>
          <w:sz w:val="20"/>
        </w:rPr>
        <w:t>24:34  yeh jo fe'l woh kar rah</w:t>
      </w:r>
      <w:r>
        <w:br/>
      </w:r>
      <w:r>
        <w:rPr>
          <w:sz w:val="20"/>
        </w:rPr>
        <w:t>24:38  e the yaani madine ke munafiqeen is ko kaha gaya ke tum fasad kar rahe ho.</w:t>
      </w:r>
      <w:r>
        <w:br/>
      </w:r>
      <w:r>
        <w:rPr>
          <w:sz w:val="20"/>
        </w:rPr>
        <w:t>24:43  yani kisi door door ki baat kar rahe hain.</w:t>
      </w:r>
      <w:r>
        <w:br/>
      </w:r>
      <w:r>
        <w:rPr>
          <w:sz w:val="20"/>
        </w:rPr>
        <w:t>24:48  agar hum daryaft kar lein ke madine mein jo munafiq thay woh kya kar rahe thay to is</w:t>
      </w:r>
      <w:r>
        <w:br/>
      </w:r>
      <w:r>
        <w:rPr>
          <w:sz w:val="20"/>
        </w:rPr>
        <w:t>24:53  ko hum apply kar ke samajh sakte hain ke baad ke zamanay mein munafiqeen ka kya haal hoga.</w:t>
      </w:r>
      <w:r>
        <w:br/>
      </w:r>
      <w:r>
        <w:rPr>
          <w:sz w:val="20"/>
        </w:rPr>
        <w:t>24:58  ek ek ek wahan ek namoona set ho gaya hai jis ko hum har zamanay mein apply kar</w:t>
      </w:r>
      <w:r>
        <w:br/>
      </w:r>
      <w:r>
        <w:rPr>
          <w:sz w:val="20"/>
        </w:rPr>
        <w:t>25:04  ke samajh sakte hain.</w:t>
      </w:r>
      <w:r>
        <w:br/>
      </w:r>
      <w:r>
        <w:rPr>
          <w:sz w:val="20"/>
        </w:rPr>
        <w:t>25:09  to yeh madine ka jo samaj tha is mein ek koi feal aisa kar rahe thay jis ko</w:t>
      </w:r>
      <w:r>
        <w:br/>
      </w:r>
      <w:r>
        <w:rPr>
          <w:sz w:val="20"/>
        </w:rPr>
        <w:t>25:13  quran mein kaha ke yeh fasaad kar rahe hain.</w:t>
      </w:r>
      <w:r>
        <w:br/>
      </w:r>
      <w:r>
        <w:rPr>
          <w:sz w:val="20"/>
        </w:rPr>
        <w:t>25:17  fasaad kar rahe hain.</w:t>
      </w:r>
      <w:r>
        <w:br/>
      </w:r>
      <w:r>
        <w:rPr>
          <w:sz w:val="20"/>
        </w:rPr>
        <w:t>25:22  woh kya feal tha? ab dekhein jaise makkah walon ne ladaai ki maara peeta woh to nahi kar rahe thay.</w:t>
      </w:r>
      <w:r>
        <w:br/>
      </w:r>
      <w:r>
        <w:rPr>
          <w:sz w:val="20"/>
        </w:rPr>
        <w:t>25:26  woh makkah se nikalne par majboor kiya.</w:t>
      </w:r>
      <w:r>
        <w:br/>
      </w:r>
      <w:r>
        <w:rPr>
          <w:sz w:val="20"/>
        </w:rPr>
        <w:t>25:31  hajj umrah se roka yeh sab to nahi kar rahe thay woh.</w:t>
      </w:r>
      <w:r>
        <w:br/>
      </w:r>
      <w:r>
        <w:rPr>
          <w:sz w:val="20"/>
        </w:rPr>
        <w:t>25:35  to jo woh kar rahe thay wohi fasaad fi al arz hai.</w:t>
      </w:r>
    </w:p>
    <w:p>
      <w:pPr>
        <w:pStyle w:val="Heading2"/>
      </w:pPr>
      <w:r>
        <w:t>Direct closeness to God needs no mediator</w:t>
      </w:r>
    </w:p>
    <w:p>
      <w:r>
        <w:rPr>
          <w:color w:val="666666"/>
          <w:sz w:val="18"/>
        </w:rPr>
        <w:t>Tazkiya-e-Nafs Book by Maulana Wahiduddin Khan · 2m 56s · at 38:50 · https://youtu.be/LbGPnJWmj1A?t=2330</w:t>
      </w:r>
    </w:p>
    <w:p>
      <w:r>
        <w:rPr>
          <w:i/>
        </w:rPr>
        <w:t>“Log samajhte hain tazkiye ke liye paraasrar waseela darkar hai”</w:t>
      </w:r>
    </w:p>
    <w:p>
      <w:r>
        <w:rPr>
          <w:sz w:val="20"/>
        </w:rPr>
        <w:t>38:50  wasitay ke baghair. kitab 'tazkiyah nafs' Maulana Wahiduddin Khan, safha number 20.</w:t>
      </w:r>
      <w:r>
        <w:br/>
      </w:r>
      <w:r>
        <w:rPr>
          <w:sz w:val="20"/>
        </w:rPr>
        <w:t>39:02  shaoori ya ghair shaoori taur par logon ka yeh khayal hai ke tazkiyah ke liye aik purasrar wasitah ya wasilah darkar hai. aslaf ka wasitah, akabir ka wasitah, shaikh ka wasitah, buzurgon ka wasitah, ahl-e-Allah ka wasitah waghaireh.</w:t>
      </w:r>
      <w:r>
        <w:br/>
      </w:r>
      <w:r>
        <w:rPr>
          <w:sz w:val="20"/>
        </w:rPr>
        <w:t>39:19  wasitay ke is purasrar tasawwur mein shaikh bizat khud matloob ban jata hai, jabkay rehnuma ke tasawwur mein asal maqsood Khuda hota hai aur rehnuma ki hesiyat sirf zariye ki.</w:t>
      </w:r>
      <w:r>
        <w:br/>
      </w:r>
      <w:r>
        <w:rPr>
          <w:sz w:val="20"/>
        </w:rPr>
        <w:t>39:31  wasitay ka yeh tasawwur yaqeeni taur par be-bunyad hai. tazkiyah bila wasitah Allah se ta'alluq ke zariye hasil hota hai. koi wasitah is mamlay mein hargiz karamad nahi.</w:t>
      </w:r>
      <w:r>
        <w:br/>
      </w:r>
      <w:r>
        <w:rPr>
          <w:sz w:val="20"/>
        </w:rPr>
        <w:t>39:45  haqeeqi tazkiyah hamesha Allah ki tofeeq se hota hai.</w:t>
      </w:r>
      <w:r>
        <w:br/>
      </w:r>
      <w:r>
        <w:rPr>
          <w:sz w:val="20"/>
        </w:rPr>
        <w:t>39:48  Allah ki tofeeq ke liye kisi wasitay ki zarurat nahi. Allah ki tofeeq har bande tak barah-e-raast pohnchti hai. is ki shart sirf aik hai, aur woh hai haqeeqi maanon mein tazkiyah ka talib ban jana.</w:t>
      </w:r>
      <w:r>
        <w:br/>
      </w:r>
      <w:r>
        <w:rPr>
          <w:sz w:val="20"/>
        </w:rPr>
        <w:t>40:03  Quran ki surah Al-Baqarah mein irshad hua hai: 'Wa idha sa'alaka 'ibadi 'anni fa'inni qareeb. Ujeebu da'wat-ad-da'i idha da'ani, fal yastajeebu li wal yu'minu bi la'allahum yarshadoon.'</w:t>
      </w:r>
      <w:r>
        <w:br/>
      </w:r>
      <w:r>
        <w:rPr>
          <w:sz w:val="20"/>
        </w:rPr>
        <w:t>40:18  surah number 2 ayat 186. yaani jab meray banday tum se meray baabat daryaft karen to keh do ke mein qareeb hoon, pukarney walay ki pukar ka jawab deta hoon, jabkay woh mujhe pukarta hai.</w:t>
      </w:r>
      <w:r>
        <w:br/>
      </w:r>
      <w:r>
        <w:rPr>
          <w:sz w:val="20"/>
        </w:rPr>
        <w:t>40:33  to chahiye ke meray banday mera hukum manen aur mujh par yaqeen rakhen taakeh woh rah-e-yab hon. Quran ki is ayat mein 'qareeb' ka lafz istemal hua hai.</w:t>
      </w:r>
      <w:r>
        <w:br/>
      </w:r>
      <w:r>
        <w:rPr>
          <w:sz w:val="20"/>
        </w:rPr>
        <w:t>40:45  is se maloom hua ke tazkiyah ka zariya husool-e-qurbat hai, na ke husool-e-waseelah. jo aadmi apna tazkiyah chahta ho, us ko chahiye ke woh apnay zehn ko bedar kar ke ziyadah se ziyadah Khuda ke qareeb honay ki koshish karay.</w:t>
      </w:r>
      <w:r>
        <w:br/>
      </w:r>
      <w:r>
        <w:rPr>
          <w:sz w:val="20"/>
        </w:rPr>
        <w:t>41:03  is maqsad ke husool ke liye koi bhi wasilah hargiz madadgar nahi ho sakta. tazkiyah ya to barah-e-raast ta'alluq billah ke zariye milta hai ya woh saray se nahi milta.</w:t>
      </w:r>
      <w:r>
        <w:br/>
      </w:r>
      <w:r>
        <w:rPr>
          <w:sz w:val="20"/>
        </w:rPr>
        <w:t>41:16  haqeeqat yeh hai ke wasitay ka tasawwur tazkiyah ke rastay mein rukawat hai. Khuda jab insaan se 'habl al-warid' surah number 50 ayat 16 se bhi ziyadah qareeb hai to us se qareeb honay ke liye kisi wasitay ki kya zarurat?</w:t>
      </w:r>
      <w:r>
        <w:br/>
      </w:r>
      <w:r>
        <w:rPr>
          <w:sz w:val="20"/>
        </w:rPr>
        <w:t>41:32  wasitah ya wasilay ka tasawwur purasrar nisbat ke aqeeday par qaim hai, jabkay rehnuma ya murshid ka tasawwur shaoori ta'alluq ki bunyad par qaim hota hai.</w:t>
      </w:r>
    </w:p>
    <w:p>
      <w:pPr>
        <w:pStyle w:val="Heading2"/>
      </w:pPr>
      <w:r>
        <w:t>Where young people's obsession with fashion really comes from</w:t>
      </w:r>
    </w:p>
    <w:p>
      <w:r>
        <w:rPr>
          <w:color w:val="666666"/>
          <w:sz w:val="18"/>
        </w:rPr>
        <w:t>Spirituality in Islam January 1, 2006 Maulana Wahiduddin Khan · 1m 45s · at 20:07 · https://youtu.be/XO4htFBEkV4?t=1207</w:t>
      </w:r>
    </w:p>
    <w:p>
      <w:r>
        <w:rPr>
          <w:i/>
        </w:rPr>
        <w:t>“Aaj kal kisi bhi naujawan ko lijiye, kya hoga?”</w:t>
      </w:r>
    </w:p>
    <w:p>
      <w:r>
        <w:rPr>
          <w:sz w:val="20"/>
        </w:rPr>
        <w:t>20:07  to wahin kahin conditioning hoti hai. jaise misaal ke taur par aaj kal aap kisi bhi naujawan ko lijiye, koi bhi naujawan, ladki ya ladka, to kya hoga?</w:t>
      </w:r>
      <w:r>
        <w:br/>
      </w:r>
      <w:r>
        <w:rPr>
          <w:sz w:val="20"/>
        </w:rPr>
        <w:t>20:19  aap dekhen ke har aadmi fashion ki baatein kar raha hai, har aadmi shopping ki baatein kar raha hai, har aadmi outing ki baatein kar raha hai, har aadmi jo hai entertainment ki baatein kar raha hai.</w:t>
      </w:r>
      <w:r>
        <w:br/>
      </w:r>
      <w:r>
        <w:rPr>
          <w:sz w:val="20"/>
        </w:rPr>
        <w:t>20:32  kyun? koi bhi aadmi in cheezon ko pet se le kar nahi paida hua. kisi bhi ladki ya ladke ki maa ne jab us ko jina, us waqt woh ladki ya ladka is cheezon se bilkul hi,</w:t>
      </w:r>
      <w:r>
        <w:br/>
      </w:r>
      <w:r>
        <w:rPr>
          <w:sz w:val="20"/>
        </w:rPr>
        <w:t>20:49  yaani unaware the, bilkul unaware the ke kya hai fashion, kya hai shopping, kya hai entertainment, kya hai pleasure, kya hai outing.</w:t>
      </w:r>
      <w:r>
        <w:br/>
      </w:r>
      <w:r>
        <w:rPr>
          <w:sz w:val="20"/>
        </w:rPr>
        <w:t>21:06  woh bachcha jo nikla tha maa ke pet se, us ki dictionary mein yeh sab word nahi thay. to kahan se aaye?</w:t>
      </w:r>
      <w:r>
        <w:br/>
      </w:r>
      <w:r>
        <w:rPr>
          <w:sz w:val="20"/>
        </w:rPr>
        <w:t>21:16  yeh aaye society se. jis society mein woh jee raha tha, us society ne us ko yeh sab word diye, woh yeh soch di.</w:t>
      </w:r>
      <w:r>
        <w:br/>
      </w:r>
      <w:r>
        <w:rPr>
          <w:sz w:val="20"/>
        </w:rPr>
        <w:t>21:27  ab spirituality agar aa jaye kisi ke andar, yaani detach thinking aa jaye, to woh society se alag ho kar sochega. zamane ke mein kya ho raha hai, us se alag ho kar sochega.</w:t>
      </w:r>
      <w:r>
        <w:br/>
      </w:r>
      <w:r>
        <w:rPr>
          <w:sz w:val="20"/>
        </w:rPr>
        <w:t>21:41  to is ke maani kya hue? is is spirituality jo hai, ek aisi, ek aisa discipline hai jis mein deconditioning ka process sath sath chalta rehta hai.</w:t>
      </w:r>
    </w:p>
    <w:p>
      <w:pPr>
        <w:pStyle w:val="Heading2"/>
      </w:pPr>
      <w:r>
        <w:t>Islamic spirituality means detached thinking, not detached living</w:t>
      </w:r>
    </w:p>
    <w:p>
      <w:r>
        <w:rPr>
          <w:color w:val="666666"/>
          <w:sz w:val="18"/>
        </w:rPr>
        <w:t>Spirituality in Islam January 1, 2006 Maulana Wahiduddin Khan · 1m 36s · at 11:30 · https://youtu.be/XO4htFBEkV4?t=690</w:t>
      </w:r>
    </w:p>
    <w:p>
      <w:r>
        <w:rPr>
          <w:i/>
        </w:rPr>
        <w:t>“Islam ki spirituality ye nahi hai”</w:t>
      </w:r>
    </w:p>
    <w:p>
      <w:r>
        <w:rPr>
          <w:sz w:val="20"/>
        </w:rPr>
        <w:t>11:30  islam ki spirituality yeh nahi hai.</w:t>
      </w:r>
      <w:r>
        <w:br/>
      </w:r>
      <w:r>
        <w:rPr>
          <w:sz w:val="20"/>
        </w:rPr>
        <w:t>11:37  yani main agar aik lafz mein kahun to yeh kahunga ke doosri spirituality jo hai woh base karti hai detach living par aur islam ki spirituality base karti hai detach thinking par.</w:t>
      </w:r>
      <w:r>
        <w:br/>
      </w:r>
      <w:r>
        <w:rPr>
          <w:sz w:val="20"/>
        </w:rPr>
        <w:t>11:54  detach living aur detach thinking yeh do word mein poori story chupi hui hai.</w:t>
      </w:r>
      <w:r>
        <w:br/>
      </w:r>
      <w:r>
        <w:rPr>
          <w:sz w:val="20"/>
        </w:rPr>
        <w:t>12:04  yani society jo hai, society kaisi hai? society mein kya beet raha hai? kya ho raha hai? apne kuch se alag kar ke aap kisi jungle mein, kisi pahaar par, kisi khanqah mein, kisi ashram mein le jate hain.</w:t>
      </w:r>
      <w:r>
        <w:br/>
      </w:r>
      <w:r>
        <w:rPr>
          <w:sz w:val="20"/>
        </w:rPr>
        <w:t>12:20  isi ko main kehta hoon detach living, alag kar ke rehna.</w:t>
      </w:r>
      <w:r>
        <w:br/>
      </w:r>
      <w:r>
        <w:rPr>
          <w:sz w:val="20"/>
        </w:rPr>
        <w:t>12:27  to is mein applied spirituality ki kya jagah hai? aap ne agar koi ecstasy ka maqam attain kar liya to to is society ko kya mila?</w:t>
      </w:r>
      <w:r>
        <w:br/>
      </w:r>
      <w:r>
        <w:rPr>
          <w:sz w:val="20"/>
        </w:rPr>
        <w:t>12:41  society to wahin ki wahin rahi hai. to yeh detach living jo hai woh is mein applied spirituality ki koi jagah nahi hai.</w:t>
      </w:r>
      <w:r>
        <w:br/>
      </w:r>
      <w:r>
        <w:rPr>
          <w:sz w:val="20"/>
        </w:rPr>
        <w:t>12:55  is ke muqable mein islam ki spirituality kya hai? that is based on detach thinking.</w:t>
      </w:r>
    </w:p>
    <w:p>
      <w:pPr>
        <w:pStyle w:val="Heading2"/>
      </w:pPr>
      <w:r>
        <w:t>Hiring a Quran reader vs personal involvement</w:t>
      </w:r>
    </w:p>
    <w:p>
      <w:r>
        <w:rPr>
          <w:color w:val="666666"/>
          <w:sz w:val="18"/>
        </w:rPr>
        <w:t>Fasting A Source of Spiritual Empowerment 21 Aug, 2011 - Maulana Wahiduddin Khan · 2m 53s · at 25:46 · https://youtu.be/b19V3pD-tbQ?t=1546</w:t>
      </w:r>
    </w:p>
    <w:p>
      <w:r>
        <w:rPr>
          <w:i/>
        </w:rPr>
        <w:t>“Ek baar main Gorakhpur gaya.”</w:t>
      </w:r>
    </w:p>
    <w:p>
      <w:r>
        <w:rPr>
          <w:sz w:val="20"/>
        </w:rPr>
        <w:t>25:46  ek bar main Gorakhpur gaya. ye azadi se pehle ki baat hai. British Period ki baat hai ye.</w:t>
      </w:r>
      <w:r>
        <w:br/>
      </w:r>
      <w:r>
        <w:rPr>
          <w:sz w:val="20"/>
        </w:rPr>
        <w:t>25:58  to wahan par ek sahib the jo bohat bare afsar the jin ko kaha jata tha DTS. is waqt un ka title hua karta tha DTS.</w:t>
      </w:r>
      <w:r>
        <w:br/>
      </w:r>
      <w:r>
        <w:rPr>
          <w:sz w:val="20"/>
        </w:rPr>
        <w:t>26:08  ab pata nahi kya title hoga. BNWR ke bare afsar the wo. bohat bara bangla tha un ka.</w:t>
      </w:r>
      <w:r>
        <w:br/>
      </w:r>
      <w:r>
        <w:rPr>
          <w:sz w:val="20"/>
        </w:rPr>
        <w:t>26:21  to wahan main chand din raha. ye ramzan ka mahina tha wo bhi. to main ne dekha ke subah ko nahi, sham ko.</w:t>
      </w:r>
      <w:r>
        <w:br/>
      </w:r>
      <w:r>
        <w:rPr>
          <w:sz w:val="20"/>
        </w:rPr>
        <w:t>26:34  sham ko ek sahib ate hain. aur wo rozana wahan baith kar ke kuch parhte hain aur chale ate hain.</w:t>
      </w:r>
      <w:r>
        <w:br/>
      </w:r>
      <w:r>
        <w:rPr>
          <w:sz w:val="20"/>
        </w:rPr>
        <w:t>26:44  to main wo sahib jo the jo bare afsar jo the, un se main ne poocha ke ye kaun sahib ate hain sham ko?</w:t>
      </w:r>
      <w:r>
        <w:br/>
      </w:r>
      <w:r>
        <w:rPr>
          <w:sz w:val="20"/>
        </w:rPr>
        <w:t>26:53  kya maqsad hota hai? to unhone kaha ke wo Hafiz sahib hain. hum to roza rakh nahi sakte.</w:t>
      </w:r>
      <w:r>
        <w:br/>
      </w:r>
      <w:r>
        <w:rPr>
          <w:sz w:val="20"/>
        </w:rPr>
        <w:t>27:04  hum roza nahi rakh sakte. to Hafiz sahib se keh diya ke wo sham ko aa kar parh ke chale ate hain Quran Majeed. aur phir un ko hum ramzan ka mahina khatam hoga to kuch paise de denge.</w:t>
      </w:r>
      <w:r>
        <w:br/>
      </w:r>
      <w:r>
        <w:rPr>
          <w:sz w:val="20"/>
        </w:rPr>
        <w:t>27:20  is tajrube se mujhe ek ajib ehsas hua. abhi tak main sochta hoon yeh waqea ho gaya bahut pehle ka. yani azadi se pehle ki baat hai yeh.</w:t>
      </w:r>
      <w:r>
        <w:br/>
      </w:r>
      <w:r>
        <w:rPr>
          <w:sz w:val="20"/>
        </w:rPr>
        <w:t>27:31  shayad satar baras ka waqea hoga yeh. aaj main yeh soch raha tha is waqey ko le kar. to maine socha ke woh afsar sahab jo the agar yeh karte</w:t>
      </w:r>
      <w:r>
        <w:br/>
      </w:r>
      <w:r>
        <w:rPr>
          <w:sz w:val="20"/>
        </w:rPr>
        <w:t>27:47  ke khudaaya main din bhar bhooka to nahin reh sakta. main teri kitab padh raha hoon. isi kitab ke padhne ko to meri taraf se qubool kar le.</w:t>
      </w:r>
      <w:r>
        <w:br/>
      </w:r>
      <w:r>
        <w:rPr>
          <w:sz w:val="20"/>
        </w:rPr>
        <w:t>28:05  yani Fasting ki bajaye tilawat e quran ko meri taraf se qubool kar le. to shayad Allah ki rehmat josh karti. Allah taala qubool farmata.</w:t>
      </w:r>
      <w:r>
        <w:br/>
      </w:r>
      <w:r>
        <w:rPr>
          <w:sz w:val="20"/>
        </w:rPr>
        <w:t>28:18  lekin yeh to bilkul aisa ke kisi ko kiraye de kar ke aap kahein ke tumhein yeh kaam kar do.</w:t>
      </w:r>
      <w:r>
        <w:br/>
      </w:r>
      <w:r>
        <w:rPr>
          <w:sz w:val="20"/>
        </w:rPr>
        <w:t>28:26  dekhein Ramzan ka matlab hai apne aap ko Involve karna. yeh nahin ke kiraye de kar kisi se aap roza rakhwa dein.</w:t>
      </w:r>
    </w:p>
    <w:p>
      <w:pPr>
        <w:pStyle w:val="Heading2"/>
      </w:pPr>
      <w:r>
        <w:t>Conditioning prevents understanding truth</w:t>
      </w:r>
    </w:p>
    <w:p>
      <w:r>
        <w:rPr>
          <w:color w:val="666666"/>
          <w:sz w:val="18"/>
        </w:rPr>
        <w:t>Dars-e-Quran, Chapter 2,  Vs 7-19 | July 26,  2015 · 1m 32s · at 4:24 · https://youtu.be/O71wvnrbnXU?t=264</w:t>
      </w:r>
    </w:p>
    <w:p>
      <w:r>
        <w:rPr>
          <w:i/>
        </w:rPr>
        <w:t>“They do not understand with their hearts, nor hear with their ears.”</w:t>
      </w:r>
    </w:p>
    <w:p>
      <w:r>
        <w:rPr>
          <w:sz w:val="20"/>
        </w:rPr>
        <w:t>4:24  un ka un ka wo dilon se samajhte nahi, wo kaan se sunte nahi, aankh se dekhte nahi,</w:t>
      </w:r>
      <w:r>
        <w:br/>
      </w:r>
      <w:r>
        <w:rPr>
          <w:sz w:val="20"/>
        </w:rPr>
        <w:t>4:30  yeh kya hai? bazoher teen lafz hain lekin haqeeqat aik hi hai.</w:t>
      </w:r>
      <w:r>
        <w:br/>
      </w:r>
      <w:r>
        <w:rPr>
          <w:sz w:val="20"/>
        </w:rPr>
        <w:t>4:36  woh hai conditioning.</w:t>
      </w:r>
      <w:r>
        <w:br/>
      </w:r>
      <w:r>
        <w:rPr>
          <w:sz w:val="20"/>
        </w:rPr>
        <w:t>4:43  کنڈیشننگ کیا ہے؟ جب آدمی ایک راستہ اختیار کرے اور اس پر وہ محاسبہ نہ کرے، introspection نہ</w:t>
      </w:r>
      <w:r>
        <w:br/>
      </w:r>
      <w:r>
        <w:rPr>
          <w:sz w:val="20"/>
        </w:rPr>
        <w:t>4:49  kare to dheere dheere woh pakhta ho jata hai.</w:t>
      </w:r>
      <w:r>
        <w:br/>
      </w:r>
      <w:r>
        <w:rPr>
          <w:sz w:val="20"/>
        </w:rPr>
        <w:t>4:56  محاسبہ یا introspection جو ہے اس سے آپ کے اندر self-correction کا پراسیس چلتا رہتا ہے۔ Self-correction.</w:t>
      </w:r>
      <w:r>
        <w:br/>
      </w:r>
      <w:r>
        <w:rPr>
          <w:sz w:val="20"/>
        </w:rPr>
        <w:t>5:06  لیکن جب آپ کے اندر محاسبہ نہ ہو، introspection نہ ہو تو self-correction کا process ختم ہو جاتا ہے۔</w:t>
      </w:r>
      <w:r>
        <w:br/>
      </w:r>
      <w:r>
        <w:rPr>
          <w:sz w:val="20"/>
        </w:rPr>
        <w:t>5:16  to phir kya hota hai? aadmi apne jis haal mein woh hai usi haal par woh kondi</w:t>
      </w:r>
      <w:r>
        <w:br/>
      </w:r>
      <w:r>
        <w:rPr>
          <w:sz w:val="20"/>
        </w:rPr>
        <w:t>5:26  conditioning hone lagti hai uski.</w:t>
      </w:r>
      <w:r>
        <w:br/>
      </w:r>
      <w:r>
        <w:rPr>
          <w:sz w:val="20"/>
        </w:rPr>
        <w:t>5:30  aur dheere dheere itna pakhta hota hai ke usi ko theek samajhta hai woh.</w:t>
      </w:r>
      <w:r>
        <w:br/>
      </w:r>
      <w:r>
        <w:rPr>
          <w:sz w:val="20"/>
        </w:rPr>
        <w:t>5:35  to koi baat kahi jaye to na us ke kaan sunenge, na us ki aqal sochegi,</w:t>
      </w:r>
      <w:r>
        <w:br/>
      </w:r>
      <w:r>
        <w:rPr>
          <w:sz w:val="20"/>
        </w:rPr>
        <w:t>5:39  na us ki aankh dekhegi.</w:t>
      </w:r>
      <w:r>
        <w:br/>
      </w:r>
      <w:r>
        <w:rPr>
          <w:sz w:val="20"/>
        </w:rPr>
        <w:t>5:43  to yeh hota hai haal.</w:t>
      </w:r>
      <w:r>
        <w:br/>
      </w:r>
      <w:r>
        <w:rPr>
          <w:sz w:val="20"/>
        </w:rPr>
        <w:t>5:47  kisi bhi shakhs ka yeh haal ho sakta hai jo apna muhasba na karta ho.</w:t>
      </w:r>
      <w:r>
        <w:br/>
      </w:r>
      <w:r>
        <w:rPr>
          <w:sz w:val="20"/>
        </w:rPr>
        <w:t>5:52  to munafiq koi anokhi makhlooq ka naam nahi</w:t>
      </w:r>
    </w:p>
    <w:p>
      <w:pPr>
        <w:pStyle w:val="Heading2"/>
      </w:pPr>
      <w:r>
        <w:t>Dawah work only mission without frustration</w:t>
      </w:r>
    </w:p>
    <w:p>
      <w:r>
        <w:rPr>
          <w:color w:val="666666"/>
          <w:sz w:val="18"/>
        </w:rPr>
        <w:t>Message on Eid Al-Adha October 27, 2012 · 2m 05s · at 45:49 · https://youtu.be/eGzAlyVEafc?t=2749</w:t>
      </w:r>
    </w:p>
    <w:p>
      <w:r>
        <w:rPr>
          <w:i/>
        </w:rPr>
        <w:t>“Hamara jo mission hai woh insaan ki bekhbari ko todna hai”</w:t>
      </w:r>
    </w:p>
    <w:p>
      <w:r>
        <w:rPr>
          <w:sz w:val="20"/>
        </w:rPr>
        <w:t>45:49  to hamara jo mission hai, woh insaan ki bekhabari ko todna hai. yaad rakhiye, insaan ko badalna nahi hai. kal mein kisi se keh raha tha ke ek hi mission hai jis mein aap ke liye kahin frustration nahi aata, kahin tension nahi aata.</w:t>
      </w:r>
      <w:r>
        <w:br/>
      </w:r>
      <w:r>
        <w:rPr>
          <w:sz w:val="20"/>
        </w:rPr>
        <w:t>46:11  doosre jitne hain mission, sab mein tension aata hai. kahin ke</w:t>
      </w:r>
      <w:r>
        <w:br/>
      </w:r>
      <w:r>
        <w:rPr>
          <w:sz w:val="20"/>
        </w:rPr>
        <w:t>46:17  ein jaise mere paas ek telephone aaya, london se ek sahab ka, unhon ne bataya ke mein social work karta hoon aur community work karta hoon, yaani musalmanon mein milli work.</w:t>
      </w:r>
      <w:r>
        <w:br/>
      </w:r>
      <w:r>
        <w:rPr>
          <w:sz w:val="20"/>
        </w:rPr>
        <w:t>46:30  lekin in ko bari shikayatein theen, bohat tension mein thay woh ke social work karein, tab bhi aap ko kuch na kuch problem doosre ki taraf se paish aate hain.</w:t>
      </w:r>
      <w:r>
        <w:br/>
      </w:r>
      <w:r>
        <w:rPr>
          <w:sz w:val="20"/>
        </w:rPr>
        <w:t>46:43  milli work karein, tab bhi kuch na kuch paish aate hain kyunke doosre se aap kuch expectation karte hain aur woh aap se kuch expect karta hai.</w:t>
      </w:r>
      <w:r>
        <w:br/>
      </w:r>
      <w:r>
        <w:rPr>
          <w:sz w:val="20"/>
        </w:rPr>
        <w:t>46:54  to kahin na kahin dono mein takrao ho jata hai. lekin yeh jo dawah work hai, dawah work to bilkul alag dhang ka kaam hai, yaani Allah ki ek duty hai jo aap anjaam de rahe hain, is umeed mein ke Allah is ka hum ko reward de ga.</w:t>
      </w:r>
      <w:r>
        <w:br/>
      </w:r>
      <w:r>
        <w:rPr>
          <w:sz w:val="20"/>
        </w:rPr>
        <w:t>47:11  insaan se koi lena dena nahi.</w:t>
      </w:r>
      <w:r>
        <w:br/>
      </w:r>
      <w:r>
        <w:rPr>
          <w:sz w:val="20"/>
        </w:rPr>
        <w:t>47:14  social work mein aur milli work mein, political work mein, har ek mein aap insaan se kuch expectations hoti hain, aap ki woh na poori hon to aap tension mein pad jaate hain.</w:t>
      </w:r>
      <w:r>
        <w:br/>
      </w:r>
      <w:r>
        <w:rPr>
          <w:sz w:val="20"/>
        </w:rPr>
        <w:t>47:26  lekin dawah work mein aisa nahi. dawah work mein aap ki saari umeedain juri hui hain Allah taala se. to duniya mein aap Allah ki duty poori kar rahe hain aur umeed yeh rakhte hain ke akhirat mein Allah taala hamein is ka ajr de ga.</w:t>
      </w:r>
      <w:r>
        <w:br/>
      </w:r>
      <w:r>
        <w:rPr>
          <w:sz w:val="20"/>
        </w:rPr>
        <w:t>47:43  to dawah work wahid ek aisa kaam hai jis mein tension nahi, jis mein koi complaint nahi, koi negativity nahi.</w:t>
      </w:r>
    </w:p>
    <w:p>
      <w:pPr>
        <w:pStyle w:val="Heading2"/>
      </w:pPr>
      <w:r>
        <w:t>Nature's silence as a model</w:t>
      </w:r>
    </w:p>
    <w:p>
      <w:r>
        <w:rPr>
          <w:color w:val="666666"/>
          <w:sz w:val="18"/>
        </w:rPr>
        <w:t>Nature as a Role Mode May 21, 2006 · 2m 25s · at 23:38 · https://youtu.be/ppaB1Z2zXL8?t=1418</w:t>
      </w:r>
    </w:p>
    <w:p>
      <w:r>
        <w:rPr>
          <w:i/>
        </w:rPr>
        <w:t>“Fitra mein aap baithein, kabhi jungle mein parhiye, dariya kinare baithein.”</w:t>
      </w:r>
    </w:p>
    <w:p>
      <w:r>
        <w:rPr>
          <w:sz w:val="20"/>
        </w:rPr>
        <w:t>23:38  dekhiye! fitrat mein aap baithiye, kabhi jangl mein parhiye, darya kinare baithiye.</w:t>
      </w:r>
      <w:r>
        <w:br/>
      </w:r>
      <w:r>
        <w:rPr>
          <w:sz w:val="20"/>
        </w:rPr>
        <w:t>23:46  aap ko shor sunai nahi dega. aap ko dhuan nahi kahin milega. yaani poori kainat jo hai aaloodgi se pak kainat hai.</w:t>
      </w:r>
      <w:r>
        <w:br/>
      </w:r>
      <w:r>
        <w:rPr>
          <w:sz w:val="20"/>
        </w:rPr>
        <w:t>23:55  yahan koi shor aaloodgi nahi hai. aur insani basti mein aap aa jaiye to wahan shor aaloodgi hai.</w:t>
      </w:r>
      <w:r>
        <w:br/>
      </w:r>
      <w:r>
        <w:rPr>
          <w:sz w:val="20"/>
        </w:rPr>
        <w:t>24:06  wahan hawa aaloodgi hai.</w:t>
      </w:r>
      <w:r>
        <w:br/>
      </w:r>
      <w:r>
        <w:rPr>
          <w:sz w:val="20"/>
        </w:rPr>
        <w:t>24:09  fitrat yahan bhi sabak de rahi hai. ke jis tarah se kainat jee rahi hai,</w:t>
      </w:r>
      <w:r>
        <w:br/>
      </w:r>
      <w:r>
        <w:rPr>
          <w:sz w:val="20"/>
        </w:rPr>
        <w:t>24:19  ek aisi zindagi jee rahi hai jahan dhuan nahi, jahan aaloodgi nahi, jahan shor nahi. tum bhi isi tarah jeena seekho. tum bhi isi qism ka tamaddun banao.</w:t>
      </w:r>
      <w:r>
        <w:br/>
      </w:r>
      <w:r>
        <w:rPr>
          <w:sz w:val="20"/>
        </w:rPr>
        <w:t>24:28  tum bhi isi qism ka saqafat banao.</w:t>
      </w:r>
      <w:r>
        <w:br/>
      </w:r>
      <w:r>
        <w:rPr>
          <w:sz w:val="20"/>
        </w:rPr>
        <w:t>24:34  yaani fitrat jo hai hamare liye role model hai. role model hai. aap dekhiye ke kainat mein beshumar jism hain.</w:t>
      </w:r>
      <w:r>
        <w:br/>
      </w:r>
      <w:r>
        <w:rPr>
          <w:sz w:val="20"/>
        </w:rPr>
        <w:t>24:50  beshumar.</w:t>
      </w:r>
      <w:r>
        <w:br/>
      </w:r>
      <w:r>
        <w:rPr>
          <w:sz w:val="20"/>
        </w:rPr>
        <w:t>24:54  ek scientist ne kaha ke sare sahra mein aur sare samundaron ke kinare jitne zarre hain, utne hi jism hain kainat mein.</w:t>
      </w:r>
      <w:r>
        <w:br/>
      </w:r>
      <w:r>
        <w:rPr>
          <w:sz w:val="20"/>
        </w:rPr>
        <w:t>25:05  khala, space mein.</w:t>
      </w:r>
      <w:r>
        <w:br/>
      </w:r>
      <w:r>
        <w:rPr>
          <w:sz w:val="20"/>
        </w:rPr>
        <w:t>25:08  suraj, chand, sayare, sitare beshumar tadad mein phailay hue hain is space ke andar. aur is mein se koi thehra hua nahi hai.</w:t>
      </w:r>
      <w:r>
        <w:br/>
      </w:r>
      <w:r>
        <w:rPr>
          <w:sz w:val="20"/>
        </w:rPr>
        <w:t>25:19  har ek daur laga raha hai. hamari zameen bhi thehri hui nahi hai.</w:t>
      </w:r>
      <w:r>
        <w:br/>
      </w:r>
      <w:r>
        <w:rPr>
          <w:sz w:val="20"/>
        </w:rPr>
        <w:t>25:25  aam taur par jo raftaar hoti hai hawai jahaz ki, us se zyada tez raftaar hai zameen ki. yaani ek hazar mile fi ghanta. ek ghante mein ek hazar mile ki raftaar se zameen daud rahi hai.</w:t>
      </w:r>
      <w:r>
        <w:br/>
      </w:r>
      <w:r>
        <w:rPr>
          <w:sz w:val="20"/>
        </w:rPr>
        <w:t>25:37  lekin koi shor nahi. aap dekhiye. koi shor nahi. hum shehron mein rehte hain. har waqt carain daudti hain shor karti hui.</w:t>
      </w:r>
      <w:r>
        <w:br/>
      </w:r>
      <w:r>
        <w:rPr>
          <w:sz w:val="20"/>
        </w:rPr>
        <w:t>25:49  chalne ka shor aur is mein music laga rakhi hai, is ka shor. horn ka shor. is kainat mein itne sare jism jo daud rahe hain, daud rahe hain, daud rahe hain.</w:t>
      </w:r>
    </w:p>
    <w:p>
      <w:pPr>
        <w:pStyle w:val="Heading2"/>
      </w:pPr>
      <w:r>
        <w:t>Why interest-based economies cause real economic loss</w:t>
      </w:r>
    </w:p>
    <w:p>
      <w:r>
        <w:rPr>
          <w:color w:val="666666"/>
          <w:sz w:val="18"/>
        </w:rPr>
        <w:t>America A Case of Spiritual Starvaltion July 7, 2011 · 1m 32s · at 11:06 · https://youtu.be/N8JYD2P3QYE?t=666</w:t>
      </w:r>
    </w:p>
    <w:p>
      <w:r>
        <w:rPr>
          <w:i/>
        </w:rPr>
        <w:t>“Every book says riba destroys the economy”</w:t>
      </w:r>
    </w:p>
    <w:p>
      <w:r>
        <w:rPr>
          <w:sz w:val="20"/>
        </w:rPr>
        <w:t>11:06  to sari tafseeron mein jo likha rehta hai, woh sirf likha rehta hai, woh yani is mein economic term mein to matlab economy flush nahi kare gi, economy tabah ho jaye gi,</w:t>
      </w:r>
      <w:r>
        <w:br/>
      </w:r>
      <w:r>
        <w:rPr>
          <w:sz w:val="20"/>
        </w:rPr>
        <w:t>11:19  yeh likha rehta hai. to jab mein logon se baat karta tha to koi is ko mannay ko tayyar nahi hota tha. aaj ka insan</w:t>
      </w:r>
      <w:r>
        <w:br/>
      </w:r>
      <w:r>
        <w:rPr>
          <w:sz w:val="20"/>
        </w:rPr>
        <w:t>11:28  woh kehta tha ke aap kehtay hain ke riba jo hai, is mein nuqsan hai, is mein eqtissadiyat ghatati hain, is mein maashi, maashi zindagi tabah hoti hai.</w:t>
      </w:r>
      <w:r>
        <w:br/>
      </w:r>
      <w:r>
        <w:rPr>
          <w:sz w:val="20"/>
        </w:rPr>
        <w:t>11:39  to aisa ho kahan raha hai? hum dekhiye, khoob taraqqi kar rahay hain, hamari cities ko dekhiye, hamaray sharon ko dekhiye, hamara infrastructure dekhiye, sab bankon par chalta hai,</w:t>
      </w:r>
      <w:r>
        <w:br/>
      </w:r>
      <w:r>
        <w:rPr>
          <w:sz w:val="20"/>
        </w:rPr>
        <w:t>11:54  bankon par chalta hai.</w:t>
      </w:r>
      <w:r>
        <w:br/>
      </w:r>
      <w:r>
        <w:rPr>
          <w:sz w:val="20"/>
        </w:rPr>
        <w:t>11:56  agar bank na ho to yeh, yeh, yeh taraqqi hi na ho, kyunke in taraqqiyon ke liye bohat bara investment chahiye.</w:t>
      </w:r>
      <w:r>
        <w:br/>
      </w:r>
      <w:r>
        <w:rPr>
          <w:sz w:val="20"/>
        </w:rPr>
        <w:t>12:09  car ki factory ya aviation ki factory, aap apnay ghar ke paisay nahi chala saktay, is ke liye aap bohat phir amount chahiye. to woh, woh bank deta hai aap ko, woh, woh riba par deta hai, interest par.</w:t>
      </w:r>
      <w:r>
        <w:br/>
      </w:r>
      <w:r>
        <w:rPr>
          <w:sz w:val="20"/>
        </w:rPr>
        <w:t>12:22  to khair, yeh baat kisi ke samajh mein nahi aati thi ke riba ka jo nizam hai, woh yeh eqtissadi aitbar se is mein nuqsan hai.</w:t>
      </w:r>
    </w:p>
    <w:p>
      <w:pPr>
        <w:pStyle w:val="Heading2"/>
      </w:pPr>
      <w:r>
        <w:t>Spirituality as universal love and heart change</w:t>
      </w:r>
    </w:p>
    <w:p>
      <w:r>
        <w:rPr>
          <w:color w:val="666666"/>
          <w:sz w:val="18"/>
        </w:rPr>
        <w:t>Islam and Peace (In Conversation with Maulana) 23 11 2008 · 2m 27s · at 15:08 · https://youtu.be/CyS3i4AlGfs?t=908</w:t>
      </w:r>
    </w:p>
    <w:p>
      <w:r>
        <w:rPr>
          <w:i/>
        </w:rPr>
        <w:t>“In spirituality, you have to rise above everything.”</w:t>
      </w:r>
    </w:p>
    <w:p>
      <w:r>
        <w:rPr>
          <w:sz w:val="20"/>
        </w:rPr>
        <w:t>15:08  my community right or wrong. aise log kya jaane dawat ko kya jaane spirituality ko. spirituality woh hai. spirituality mein aap ko sab cheez se oopar uthna parta hai.</w:t>
      </w:r>
      <w:r>
        <w:br/>
      </w:r>
      <w:r>
        <w:rPr>
          <w:sz w:val="20"/>
        </w:rPr>
        <w:t>15:22  jo apni community mein jeeta ho woh spirituality ka naam leta hai to galat naam leta hai. insan mein jeena parta hai. spirituality ka matlab hota hai insan mein jeena parta hai.</w:t>
      </w:r>
      <w:r>
        <w:br/>
      </w:r>
      <w:r>
        <w:rPr>
          <w:sz w:val="20"/>
        </w:rPr>
        <w:t>15:32  jab insan ko apna concern banayen aap. sare insan aap ke liye ek ho jayen. best jo hai spirituality ka jo principle woh hai love your enemy.</w:t>
      </w:r>
      <w:r>
        <w:br/>
      </w:r>
      <w:r>
        <w:rPr>
          <w:sz w:val="20"/>
        </w:rPr>
        <w:t>15:44  yani lo all including your enemy. main samajhta hoon ke best formula spirituality ka yeh hai. Mahatma Gandhi is ko bohat ziyada mante thay is cheez ko.</w:t>
      </w:r>
      <w:r>
        <w:br/>
      </w:r>
      <w:r>
        <w:rPr>
          <w:sz w:val="20"/>
        </w:rPr>
        <w:t>15:54  bohat ziyada mante thay. to main samajhta hoon ke spirituality jo hai is ka expression love ki shakal mein hota hai. saare insanon se mohabbat. main keh sakta hoon jo mere saath rehte hain woh gawahi gawahi denge ke mere dil mein har ek ke liye pyar hai.</w:t>
      </w:r>
      <w:r>
        <w:br/>
      </w:r>
      <w:r>
        <w:rPr>
          <w:sz w:val="20"/>
        </w:rPr>
        <w:t>16:09  har ek ke liye mohabbat hai. yeh nahi ke meri community ke liye to hai aur doosron ke liye nahi hai. main sab ko ek sa manta hoon. aur yahi main samajhta hoon spirituality ka jo hai essence hai essence.</w:t>
      </w:r>
      <w:r>
        <w:br/>
      </w:r>
      <w:r>
        <w:rPr>
          <w:sz w:val="20"/>
        </w:rPr>
        <w:t>16:22  ke aap ko aap ke dil mein sab ke liye pyar aa jaye. kisi ke liye hate na ho. kisi ke liye vice na ho. to isi India ko aap banana chahte hain.</w:t>
      </w:r>
      <w:r>
        <w:br/>
      </w:r>
      <w:r>
        <w:rPr>
          <w:sz w:val="20"/>
        </w:rPr>
        <w:t>16:32  isi India ko. hamara matlab matlab yeh nahi ke log apna culture badlein apna mazhab badlein. nahi. apna dil badlein. yeh main saaf kar dena chahta hoon ke mera mission kisi ke culture ko badalna nahi hai.</w:t>
      </w:r>
      <w:r>
        <w:br/>
      </w:r>
      <w:r>
        <w:rPr>
          <w:sz w:val="20"/>
        </w:rPr>
        <w:t>16:44  kisi ka naam ko badalna nahi hai. kisi ke mission ko badalna nahi hai. kisi ke mazhab ko badalna nahi hai. yeh mera mission hai hi nahi. main kabhi kisi se nahi kehta ke tum apna mazhab badlo.</w:t>
      </w:r>
      <w:r>
        <w:br/>
      </w:r>
      <w:r>
        <w:rPr>
          <w:sz w:val="20"/>
        </w:rPr>
        <w:t>16:54  ya naam badlo. koi nahi keh sakta is duniya mein ke maine is se aisa kaha ho. main dil badalne ki baat karta hoon. dil badalna kya hai?</w:t>
      </w:r>
      <w:r>
        <w:br/>
      </w:r>
      <w:r>
        <w:rPr>
          <w:sz w:val="20"/>
        </w:rPr>
        <w:t>17:04  wohi love your enemy. saare insanon ko ek samajhna. saare insanon se pyar karna. saare insanon ke liye dil mein yani positive thought aa jana.</w:t>
      </w:r>
      <w:r>
        <w:br/>
      </w:r>
      <w:r>
        <w:rPr>
          <w:sz w:val="20"/>
        </w:rPr>
        <w:t>17:14  yeh mera mission hai. mera mission hargiz yeh nahi hai ke koi mazhab badle koi naam badle koi culture badle. kuch mere mujhe mujhe is se koi lena dena nahi hai.</w:t>
      </w:r>
      <w:r>
        <w:br/>
      </w:r>
      <w:r>
        <w:rPr>
          <w:sz w:val="20"/>
        </w:rPr>
        <w:t>17:25  mera ek hi mission hai ke logon ke dil badal jayein. logon ki main aap ko bataoon ke mujhe main gaya tha is se pehle to Zurich ke airport pe ek Hindu lady mili.</w:t>
      </w:r>
    </w:p>
    <w:p>
      <w:pPr>
        <w:pStyle w:val="Heading2"/>
      </w:pPr>
      <w:r>
        <w:t>What Ma'rifat really means: discovering ultimate truth</w:t>
      </w:r>
    </w:p>
    <w:p>
      <w:r>
        <w:rPr>
          <w:color w:val="666666"/>
          <w:sz w:val="18"/>
        </w:rPr>
        <w:t>Divine Personality April 2, 2014 Maulana Wahiduddin Khan · 2m 21s · at 6:19 · https://youtu.be/4F-V__KFzpA?t=379</w:t>
      </w:r>
    </w:p>
    <w:p>
      <w:r>
        <w:rPr>
          <w:i/>
        </w:rPr>
        <w:t>“When you develop the spirit of inquiry, you want to know what is truth.”</w:t>
      </w:r>
    </w:p>
    <w:p>
      <w:r>
        <w:rPr>
          <w:sz w:val="20"/>
        </w:rPr>
        <w:t>6:19  When</w:t>
      </w:r>
      <w:r>
        <w:br/>
      </w:r>
      <w:r>
        <w:rPr>
          <w:sz w:val="20"/>
        </w:rPr>
        <w:t>6:24  you develop the spirit of inquiry you want to know what is truth with a capital T.</w:t>
      </w:r>
      <w:r>
        <w:br/>
      </w:r>
      <w:r>
        <w:rPr>
          <w:sz w:val="20"/>
        </w:rPr>
        <w:t>6:38  What is the purpose of life? What is the scheme of the Creator</w:t>
      </w:r>
      <w:r>
        <w:br/>
      </w:r>
      <w:r>
        <w:rPr>
          <w:sz w:val="20"/>
        </w:rPr>
        <w:t>6:50  ? What is pre-death? What is post-death? So these are basic questions.</w:t>
      </w:r>
      <w:r>
        <w:br/>
      </w:r>
      <w:r>
        <w:rPr>
          <w:sz w:val="20"/>
        </w:rPr>
        <w:t>6:59  When you try to find the answer to these questions and you discover it that is Ma'rifat. Ma'rifat literally means realization or discovery.</w:t>
      </w:r>
      <w:r>
        <w:br/>
      </w:r>
      <w:r>
        <w:rPr>
          <w:sz w:val="20"/>
        </w:rPr>
        <w:t>7:19  This word you can find in the Qur'an in chapter Al-Ma'idah.</w:t>
      </w:r>
      <w:r>
        <w:br/>
      </w:r>
      <w:r>
        <w:rPr>
          <w:sz w:val="20"/>
        </w:rPr>
        <w:t>7:37  Here you can see that Ma'rifat is the beginning of Islam.</w:t>
      </w:r>
      <w:r>
        <w:br/>
      </w:r>
      <w:r>
        <w:rPr>
          <w:sz w:val="20"/>
        </w:rPr>
        <w:t>7:47  When you discover Islam, when you realize God is Almighty then you are an Arif.</w:t>
      </w:r>
      <w:r>
        <w:br/>
      </w:r>
      <w:r>
        <w:rPr>
          <w:sz w:val="20"/>
        </w:rPr>
        <w:t>7:58  Then you attain Ma'rifat. So here is the beginning. Now Ma'rifat is not simply to utter some words.</w:t>
      </w:r>
      <w:r>
        <w:br/>
      </w:r>
      <w:r>
        <w:rPr>
          <w:sz w:val="20"/>
        </w:rPr>
        <w:t>8:11  Ma'rifat is the greatest finding.</w:t>
      </w:r>
      <w:r>
        <w:br/>
      </w:r>
      <w:r>
        <w:rPr>
          <w:sz w:val="20"/>
        </w:rPr>
        <w:t>8:16  Ma'rifat is like brainstorming. When you discover the truth, when you discover the truth of Islam then it is like an earthquake.</w:t>
      </w:r>
    </w:p>
    <w:p>
      <w:pPr>
        <w:pStyle w:val="Heading2"/>
      </w:pPr>
      <w:r>
        <w:t>distraction as the only real obstacle to spiritual growth</w:t>
      </w:r>
    </w:p>
    <w:p>
      <w:r>
        <w:rPr>
          <w:color w:val="666666"/>
          <w:sz w:val="18"/>
        </w:rPr>
        <w:t>Interview Session with Maulana Wahiduddin Khan January 30, 2008 · 1m 41s · at 23:13 · https://youtu.be/o8Gpe9YMuZc?t=1393</w:t>
      </w:r>
    </w:p>
    <w:p>
      <w:r>
        <w:rPr>
          <w:i/>
        </w:rPr>
        <w:t>“There is only one obstacle: distraction.”</w:t>
      </w:r>
    </w:p>
    <w:p>
      <w:r>
        <w:rPr>
          <w:sz w:val="20"/>
        </w:rPr>
        <w:t>23:13  What do you think are the obstacles which one faces in his or her spiritual growth, and how can they be avoided?</w:t>
      </w:r>
      <w:r>
        <w:br/>
      </w:r>
      <w:r>
        <w:rPr>
          <w:sz w:val="20"/>
        </w:rPr>
        <w:t>23:24  I think that only one obstacle, no two or three, that is distraction.</w:t>
      </w:r>
      <w:r>
        <w:br/>
      </w:r>
      <w:r>
        <w:rPr>
          <w:sz w:val="20"/>
        </w:rPr>
        <w:t>23:36  Distraction is the only optic obstacle in this way. And what is distraction?</w:t>
      </w:r>
      <w:r>
        <w:br/>
      </w:r>
      <w:r>
        <w:rPr>
          <w:sz w:val="20"/>
        </w:rPr>
        <w:t>23:46  distraction means living with things that are superficial, that are result less, that are simply entertainment, that is simply enjoy.</w:t>
      </w:r>
      <w:r>
        <w:br/>
      </w:r>
      <w:r>
        <w:rPr>
          <w:sz w:val="20"/>
        </w:rPr>
        <w:t>24:01  people are engaged in those things that are distractions. If you are true, if you are secure into sense of the world, then you have no time to watch movies, to go to outing and shopping.</w:t>
      </w:r>
      <w:r>
        <w:br/>
      </w:r>
      <w:r>
        <w:rPr>
          <w:sz w:val="20"/>
        </w:rPr>
        <w:t>24:23  al diz thingz ar distrekhsn.</w:t>
      </w:r>
      <w:r>
        <w:br/>
      </w:r>
      <w:r>
        <w:rPr>
          <w:sz w:val="20"/>
        </w:rPr>
        <w:t>24:27  So I think that the only thing which is an obstacle in this, in this spiritual path, is distraction.</w:t>
      </w:r>
      <w:r>
        <w:br/>
      </w:r>
      <w:r>
        <w:rPr>
          <w:sz w:val="20"/>
        </w:rPr>
        <w:t>24:38  save yourself from distractions, and you will attain the goal of spirituality. Maulana, more in a personal front, what was the toughest thing that you faced in your spiritual quest?</w:t>
      </w:r>
    </w:p>
    <w:p>
      <w:pPr>
        <w:pStyle w:val="Heading2"/>
      </w:pPr>
      <w:r>
        <w:t>Simple weddings funded his entire life mission</w:t>
      </w:r>
    </w:p>
    <w:p>
      <w:r>
        <w:rPr>
          <w:color w:val="666666"/>
          <w:sz w:val="18"/>
        </w:rPr>
        <w:t>Spirituality in Simple Living, High Thinking October 27, 2019 Maulana Wahiduddin Khan · 2m 39s · at 19:10 · https://youtu.be/Kr28g15eFr8?t=1150</w:t>
      </w:r>
    </w:p>
    <w:p>
      <w:r>
        <w:rPr>
          <w:i/>
        </w:rPr>
        <w:t>“A neighbor came asking, so when is the wedding?”</w:t>
      </w:r>
    </w:p>
    <w:p>
      <w:r>
        <w:rPr>
          <w:sz w:val="20"/>
        </w:rPr>
        <w:t>19:10  ek bete ki shadi ka qissa batata hoon aap ko ke hamare pados mein ek sahab rehte the, parmoth kumar batra, hamare pados mein the woh.</w:t>
      </w:r>
      <w:r>
        <w:br/>
      </w:r>
      <w:r>
        <w:rPr>
          <w:sz w:val="20"/>
        </w:rPr>
        <w:t>19:25  ab un ka death ho gayi</w:t>
      </w:r>
      <w:r>
        <w:br/>
      </w:r>
      <w:r>
        <w:rPr>
          <w:sz w:val="20"/>
        </w:rPr>
        <w:t>19:29  to kis tareeqe se un ko maloom ho gaya ke hamare bete ki shadi hai?</w:t>
      </w:r>
      <w:r>
        <w:br/>
      </w:r>
      <w:r>
        <w:rPr>
          <w:sz w:val="20"/>
        </w:rPr>
        <w:t>19:40  to koi invite nahi kiya tha hum ne kisi ko, kisi ko bhi nahi. to un ko pata chal gaya tha, to woh padosi ke nate woh aa gaye hamare paas.</w:t>
      </w:r>
      <w:r>
        <w:br/>
      </w:r>
      <w:r>
        <w:rPr>
          <w:sz w:val="20"/>
        </w:rPr>
        <w:t>19:56  to baithe hue the, baithe hue the, baithe hue the. to kuch der ke baad kehte hain ke bhai nikah kab hoga?</w:t>
      </w:r>
      <w:r>
        <w:br/>
      </w:r>
      <w:r>
        <w:rPr>
          <w:sz w:val="20"/>
        </w:rPr>
        <w:t>20:07  maine kaha woh to ho gaya, woh to ho gaya, kyunke saada tareeqe se maine nikah padha diya.</w:t>
      </w:r>
      <w:r>
        <w:br/>
      </w:r>
      <w:r>
        <w:rPr>
          <w:sz w:val="20"/>
        </w:rPr>
        <w:t>20:18  koi khane peene ki dhoom nahi, koi kisi ki kisi ki rasam nahi, kuch bhi nahi.</w:t>
      </w:r>
      <w:r>
        <w:br/>
      </w:r>
      <w:r>
        <w:rPr>
          <w:sz w:val="20"/>
        </w:rPr>
        <w:t>20:30  to un ko taajjub hua ke yeh kaisi shadi thi?</w:t>
      </w:r>
      <w:r>
        <w:br/>
      </w:r>
      <w:r>
        <w:rPr>
          <w:sz w:val="20"/>
        </w:rPr>
        <w:t>20:37  to jante hain is ka faida kya mujhe mujhe mila?</w:t>
      </w:r>
      <w:r>
        <w:br/>
      </w:r>
      <w:r>
        <w:rPr>
          <w:sz w:val="20"/>
        </w:rPr>
        <w:t>20:46  yani panch saada shadiyon ka faida kya mila</w:t>
      </w:r>
      <w:r>
        <w:br/>
      </w:r>
      <w:r>
        <w:rPr>
          <w:sz w:val="20"/>
        </w:rPr>
        <w:t>20:54  ke main ek mission chala saka, yeh mission jo aap jante hain aaj CPS.</w:t>
      </w:r>
      <w:r>
        <w:br/>
      </w:r>
      <w:r>
        <w:rPr>
          <w:sz w:val="20"/>
        </w:rPr>
        <w:t>21:06  to meri sara attention, mera sara paisa, jo kuch bhi mere paas tha, sab kuch main laga saka mission mein.</w:t>
      </w:r>
      <w:r>
        <w:br/>
      </w:r>
      <w:r>
        <w:rPr>
          <w:sz w:val="20"/>
        </w:rPr>
        <w:t>21:23  koi doosra kharche hi nahi, koi doosra mera focus hi nahi, koi doosra mera concern hi nahi.</w:t>
      </w:r>
      <w:r>
        <w:br/>
      </w:r>
      <w:r>
        <w:rPr>
          <w:sz w:val="20"/>
        </w:rPr>
        <w:t>21:39  to poora apna aap ko main jhonk diya mission mein.</w:t>
      </w:r>
    </w:p>
    <w:p>
      <w:pPr>
        <w:pStyle w:val="Heading2"/>
      </w:pPr>
      <w:r>
        <w:t>Science corrects heart-based spirituality</w:t>
      </w:r>
    </w:p>
    <w:p>
      <w:r>
        <w:rPr>
          <w:color w:val="666666"/>
          <w:sz w:val="18"/>
        </w:rPr>
        <w:t>Science And Spirituality-25th April 07 · 2m 46s · at 17:13 · https://youtu.be/v5j9QVMgQq0?t=1033</w:t>
      </w:r>
    </w:p>
    <w:p>
      <w:r>
        <w:rPr>
          <w:i/>
        </w:rPr>
        <w:t>“Science proved the heart is just a blood pump.”</w:t>
      </w:r>
    </w:p>
    <w:p>
      <w:r>
        <w:rPr>
          <w:sz w:val="20"/>
        </w:rPr>
        <w:t>17:13  You know, for centuries and centuries, man was believing that spirituality is based on the heart, heart-based spirituality. You know, spirituality is a very old discipline. It is a new discipline in different names, although the names were different.</w:t>
      </w:r>
      <w:r>
        <w:br/>
      </w:r>
      <w:r>
        <w:rPr>
          <w:sz w:val="20"/>
        </w:rPr>
        <w:t>17:41  But spirituality is an old discipline. And people were generally believing that the heart is the reservoir of spirituality and everything is in the heart.</w:t>
      </w:r>
      <w:r>
        <w:br/>
      </w:r>
      <w:r>
        <w:rPr>
          <w:sz w:val="20"/>
        </w:rPr>
        <w:t>18:03  So we have to unfold spirituality from the heart by adopting some practices like muraqabah, like meditation, like tasavvuf.</w:t>
      </w:r>
      <w:r>
        <w:br/>
      </w:r>
      <w:r>
        <w:rPr>
          <w:sz w:val="20"/>
        </w:rPr>
        <w:t>18:28  So people were engaged in some practices with this belief that the heart is the center of all</w:t>
      </w:r>
      <w:r>
        <w:br/>
      </w:r>
      <w:r>
        <w:rPr>
          <w:sz w:val="20"/>
        </w:rPr>
        <w:t>18:38  kinds of spiritual thought and we can unfold spirituality from the heart by adopting these kinds of practices.</w:t>
      </w:r>
      <w:r>
        <w:br/>
      </w:r>
      <w:r>
        <w:rPr>
          <w:sz w:val="20"/>
        </w:rPr>
        <w:t>18:48  For example, there was a practice in tasavvuf that, like this, "La ilaha illallah, La ilaha illallah." It</w:t>
      </w:r>
      <w:r>
        <w:br/>
      </w:r>
      <w:r>
        <w:rPr>
          <w:sz w:val="20"/>
        </w:rPr>
        <w:t>18:58  is called zarb, meaning beat.</w:t>
      </w:r>
      <w:r>
        <w:br/>
      </w:r>
      <w:r>
        <w:rPr>
          <w:sz w:val="20"/>
        </w:rPr>
        <w:t>19:08  So from this practice, by adopting this practice, they were believing that we can unfold all those treasures</w:t>
      </w:r>
      <w:r>
        <w:br/>
      </w:r>
      <w:r>
        <w:rPr>
          <w:sz w:val="20"/>
        </w:rPr>
        <w:t>19:18  from the heart or those spiritual treasures from our heart.</w:t>
      </w:r>
      <w:r>
        <w:br/>
      </w:r>
      <w:r>
        <w:rPr>
          <w:sz w:val="20"/>
        </w:rPr>
        <w:t>19:29  But science, the modern science, modern science has proved that the heart is nothing but a tool of circulation of blood. There is no other function of the heart. There is no function of the heart other than circulation of blood. There is no thinking capacity in the heart. There is no spiritual capacity in the heart.</w:t>
      </w:r>
      <w:r>
        <w:br/>
      </w:r>
      <w:r>
        <w:rPr>
          <w:sz w:val="20"/>
        </w:rPr>
        <w:t>19:59  There is no spiritual reservoir in the heart. The only function of the heart is to circulate the blood. That's all. So this is the corrective role of science in this regard. This is the corrective—this was the corrective role of science in this regard. Now, what is needed?</w:t>
      </w:r>
    </w:p>
    <w:p>
      <w:pPr>
        <w:pStyle w:val="Heading2"/>
      </w:pPr>
      <w:r>
        <w:t>Story of brilliant cousin wasted in politics</w:t>
      </w:r>
    </w:p>
    <w:p>
      <w:r>
        <w:rPr>
          <w:color w:val="666666"/>
          <w:sz w:val="18"/>
        </w:rPr>
        <w:t>Fragments of Broken Heart | December 01, 2006 | Maulana Wahiduddin Khan · 3m 01s · at 30:19 · https://youtu.be/4uW2kggXMI8?t=1819</w:t>
      </w:r>
    </w:p>
    <w:p>
      <w:r>
        <w:rPr>
          <w:i/>
        </w:rPr>
        <w:t>“Apni family ka ek waqea yaad aata hai yahan par”</w:t>
      </w:r>
    </w:p>
    <w:p>
      <w:r>
        <w:rPr>
          <w:sz w:val="20"/>
        </w:rPr>
        <w:t>30:19  apni family ka aik waqia yaad aata hai yahan par.</w:t>
      </w:r>
      <w:r>
        <w:br/>
      </w:r>
      <w:r>
        <w:rPr>
          <w:sz w:val="20"/>
        </w:rPr>
        <w:t>30:24  mere chacha zaad bhai thay iqbal ahmad sohail.</w:t>
      </w:r>
      <w:r>
        <w:br/>
      </w:r>
      <w:r>
        <w:rPr>
          <w:sz w:val="20"/>
        </w:rPr>
        <w:t>30:29  to boht hi zaheen aadmi thay.</w:t>
      </w:r>
      <w:r>
        <w:br/>
      </w:r>
      <w:r>
        <w:rPr>
          <w:sz w:val="20"/>
        </w:rPr>
        <w:t>30:34  ali garh se unhon ne M.A. LL.B kiya tha.</w:t>
      </w:r>
      <w:r>
        <w:br/>
      </w:r>
      <w:r>
        <w:rPr>
          <w:sz w:val="20"/>
        </w:rPr>
        <w:t>30:39  ali garh university mein jab pehla M.A. ka batch aaya tha to us pehle batch mein yeh shamil thay.</w:t>
      </w:r>
      <w:r>
        <w:br/>
      </w:r>
      <w:r>
        <w:rPr>
          <w:sz w:val="20"/>
        </w:rPr>
        <w:t>30:44  aur itnay zaheen thay ke aik baar</w:t>
      </w:r>
      <w:r>
        <w:br/>
      </w:r>
      <w:r>
        <w:rPr>
          <w:sz w:val="20"/>
        </w:rPr>
        <w:t>30:49  aisa hua ke unhon ne jab percha kiya to un ka jo professor tha us ne un ki</w:t>
      </w:r>
      <w:r>
        <w:br/>
      </w:r>
      <w:r>
        <w:rPr>
          <w:sz w:val="20"/>
        </w:rPr>
        <w:t>30:55  copy par likh diya kuch kuch kuch aur karne ki bajaye ke "the examinee is better than the examiner".</w:t>
      </w:r>
      <w:r>
        <w:br/>
      </w:r>
      <w:r>
        <w:rPr>
          <w:sz w:val="20"/>
        </w:rPr>
        <w:t>31:02  aap sochiye zara kaisa aadmi tha woh.</w:t>
      </w:r>
      <w:r>
        <w:br/>
      </w:r>
      <w:r>
        <w:rPr>
          <w:sz w:val="20"/>
        </w:rPr>
        <w:t>31:08  "the examinee is better than the examiner".</w:t>
      </w:r>
      <w:r>
        <w:br/>
      </w:r>
      <w:r>
        <w:rPr>
          <w:sz w:val="20"/>
        </w:rPr>
        <w:t>31:14  to 1919 mein yani mein ali garh mein aaye thay.</w:t>
      </w:r>
      <w:r>
        <w:br/>
      </w:r>
      <w:r>
        <w:rPr>
          <w:sz w:val="20"/>
        </w:rPr>
        <w:t>31:20  un ka naam khwaja kamaluddin۔ bohat qabil aur bohat taleem yafta aadmi the woh۔ rehte the britain mein۔ to un ka state hall mein un ka lecture tha۔ to wahan par iqbal ahmed sohail us waqt talib ilm the۔ logon ne un ko bhi khara kar diya۔ yeh qissa likha hai woh rasheed ahmed siddiqui ne apni kitab jis ka naam hai "mazameen rasheed"۔ is mein yeh 19</w:t>
      </w:r>
      <w:r>
        <w:br/>
      </w:r>
      <w:r>
        <w:rPr>
          <w:sz w:val="20"/>
        </w:rPr>
        <w:t>31:50  19 ki baat hai.</w:t>
      </w:r>
      <w:r>
        <w:br/>
      </w:r>
      <w:r>
        <w:rPr>
          <w:sz w:val="20"/>
        </w:rPr>
        <w:t>31:55  to jis mozu par khawaja kamaluddin ne taqreer ki thi woh tha arabi umm ul-lisana hai.</w:t>
      </w:r>
      <w:r>
        <w:br/>
      </w:r>
      <w:r>
        <w:rPr>
          <w:sz w:val="20"/>
        </w:rPr>
        <w:t>32:00  yani "arabi is the mother of all languages".</w:t>
      </w:r>
      <w:r>
        <w:br/>
      </w:r>
      <w:r>
        <w:rPr>
          <w:sz w:val="20"/>
        </w:rPr>
        <w:t>32:05  saari zabaanon ki maan hai.</w:t>
      </w:r>
      <w:r>
        <w:br/>
      </w:r>
      <w:r>
        <w:rPr>
          <w:sz w:val="20"/>
        </w:rPr>
        <w:t>32:10  aik aik ajeeb sa mauzu tha.</w:t>
      </w:r>
      <w:r>
        <w:br/>
      </w:r>
      <w:r>
        <w:rPr>
          <w:sz w:val="20"/>
        </w:rPr>
        <w:t>32:15  lekin is par jab taqreer ki unhon ne is par jab bolay Iqbal Ahmed</w:t>
      </w:r>
      <w:r>
        <w:br/>
      </w:r>
      <w:r>
        <w:rPr>
          <w:sz w:val="20"/>
        </w:rPr>
        <w:t>32:20  sohail to sara sannata chha gaya۔ aur jab unhon ne khatam ki apni taqreer to khwaja kamaluddin uthe۔ unhon ne un ko gale lagaya aur kaha ke agar tumhare jaisa zehn mujhe mil jaye kaam karne ke liye to mein europe ki sab se oonchi choti par ab islam ka jhanda lehra doon۔ yeh waqea hai 1919 ka aur is ko tafseel ke sath likha hai rasheed ahmed siddiqui ne۔ koi bhi is ko "mazameen rasheed</w:t>
      </w:r>
      <w:r>
        <w:br/>
      </w:r>
      <w:r>
        <w:rPr>
          <w:sz w:val="20"/>
        </w:rPr>
        <w:t>32:50  " main parh sakta hai.</w:t>
      </w:r>
      <w:r>
        <w:br/>
      </w:r>
      <w:r>
        <w:rPr>
          <w:sz w:val="20"/>
        </w:rPr>
        <w:t>32:55  to aisay aisay zehn paida hue aur sab hamare Iqbal Ahmed Sohail ki saari zindagi jo hai yaani</w:t>
      </w:r>
      <w:r>
        <w:br/>
      </w:r>
      <w:r>
        <w:rPr>
          <w:sz w:val="20"/>
        </w:rPr>
        <w:t>33:00  political shairi mein beeti. Political shairi.</w:t>
      </w:r>
      <w:r>
        <w:br/>
      </w:r>
      <w:r>
        <w:rPr>
          <w:sz w:val="20"/>
        </w:rPr>
        <w:t>33:05  nagrizon ke khilaaf shairi karte thay woh.</w:t>
      </w:r>
      <w:r>
        <w:br/>
      </w:r>
      <w:r>
        <w:rPr>
          <w:sz w:val="20"/>
        </w:rPr>
        <w:t>33:11  un ka jitna bhi kalam hai us ko main kehta hoon siyasi taghazul. Siyasi taghazul.</w:t>
      </w:r>
      <w:r>
        <w:br/>
      </w:r>
      <w:r>
        <w:rPr>
          <w:sz w:val="20"/>
        </w:rPr>
        <w:t>33:16  yaani ghazal ki zabaan mein</w:t>
      </w:r>
    </w:p>
    <w:p>
      <w:pPr>
        <w:pStyle w:val="Heading2"/>
      </w:pPr>
      <w:r>
        <w:t>Personal dilemma and finding true Islam</w:t>
      </w:r>
    </w:p>
    <w:p>
      <w:r>
        <w:rPr>
          <w:color w:val="666666"/>
          <w:sz w:val="18"/>
        </w:rPr>
        <w:t>Interaction with German Delegation January 4, 2020 · 1m 09s · at 6:21 · https://youtu.be/eWcszNLZK1U?t=381</w:t>
      </w:r>
    </w:p>
    <w:p>
      <w:r>
        <w:rPr>
          <w:i/>
        </w:rPr>
        <w:t>“Was I a proponent of a religion which was sanctioning violence?”</w:t>
      </w:r>
    </w:p>
    <w:p>
      <w:r>
        <w:rPr>
          <w:sz w:val="20"/>
        </w:rPr>
        <w:t>6:21  And that led me to study, and which is when I stumbled upon Maulana Waiduddin Khan's writings. And you'reright that we often refer back to the classical scriptures of Islam, which is the Quran and Hadith.</w:t>
      </w:r>
      <w:r>
        <w:br/>
      </w:r>
      <w:r>
        <w:rPr>
          <w:sz w:val="20"/>
        </w:rPr>
        <w:t>6:38  And there is a very important thing that Maulana says. He says that we must differentiate between Islam and Muslims. And that is really where I got my answer because I could also see Muslims around doing completely different things which I never thought was Islam.</w:t>
      </w:r>
      <w:r>
        <w:br/>
      </w:r>
      <w:r>
        <w:rPr>
          <w:sz w:val="20"/>
        </w:rPr>
        <w:t>6:55  And here, when you read Islam, you realize that, no, it is completely different. So the only answer that and I'm sharing what I found was that Muslims do not understand Islam.</w:t>
      </w:r>
      <w:r>
        <w:br/>
      </w:r>
      <w:r>
        <w:rPr>
          <w:sz w:val="20"/>
        </w:rPr>
        <w:t>7:07  So today, the Muslim population that we have, by and large, they do not have the idea of what Islam means. And that is largely either stemming out of their own lack of study, lack of misinterpretation.</w:t>
      </w:r>
      <w:r>
        <w:br/>
      </w:r>
      <w:r>
        <w:rPr>
          <w:sz w:val="20"/>
        </w:rPr>
        <w:t>7:18  There can be several factors attributed to it. But that's what I would like to concisely say, and maybe Ampa and Mariya can add on to that. I'll go point-wise because you made a number of</w:t>
      </w:r>
    </w:p>
    <w:p>
      <w:pPr>
        <w:pStyle w:val="Heading2"/>
      </w:pPr>
      <w:r>
        <w:t>Critiquing politicized Islam; true Islam is peace and spirituality</w:t>
      </w:r>
    </w:p>
    <w:p>
      <w:r>
        <w:rPr>
          <w:color w:val="666666"/>
          <w:sz w:val="18"/>
        </w:rPr>
        <w:t>Islam and Sufism (Islam and Spirituality) (English) February 28, 2008 · 2m 23s · at 45:57 · https://youtu.be/6UGAPDfrS2w?t=2757</w:t>
      </w:r>
    </w:p>
    <w:p>
      <w:r>
        <w:rPr>
          <w:i/>
        </w:rPr>
        <w:t>“So many people speak in the name of Islam”</w:t>
      </w:r>
    </w:p>
    <w:p>
      <w:r>
        <w:rPr>
          <w:sz w:val="20"/>
        </w:rPr>
        <w:t>45:57  this is the mind based spirituality. here, i would like to add one more point. nowadays, there are so many people who are speaking in the name of islam.</w:t>
      </w:r>
      <w:r>
        <w:br/>
      </w:r>
      <w:r>
        <w:rPr>
          <w:sz w:val="20"/>
        </w:rPr>
        <w:t>46:18  if you read their books, if you speak their</w:t>
      </w:r>
      <w:r>
        <w:br/>
      </w:r>
      <w:r>
        <w:rPr>
          <w:sz w:val="20"/>
        </w:rPr>
        <w:t>46:24  sermons, if you hear their speeches, you will find that they are speaking in terms of politics, in terms of jihad, in terms of, in terms of violence.</w:t>
      </w:r>
      <w:r>
        <w:br/>
      </w:r>
      <w:r>
        <w:rPr>
          <w:sz w:val="20"/>
        </w:rPr>
        <w:t>46:39  in the daily time, there is published from london, there was an article about islam</w:t>
      </w:r>
      <w:r>
        <w:br/>
      </w:r>
      <w:r>
        <w:rPr>
          <w:sz w:val="20"/>
        </w:rPr>
        <w:t>46:47  . the title was "a religion that sanctions violence, a religion that sanctions violence." so there are so many people who</w:t>
      </w:r>
      <w:r>
        <w:br/>
      </w:r>
      <w:r>
        <w:rPr>
          <w:sz w:val="20"/>
        </w:rPr>
        <w:t>47:03  speak like this, but i believe, i know, i have studied islam from original sources, from scriptures, from arabic sources.</w:t>
      </w:r>
      <w:r>
        <w:br/>
      </w:r>
      <w:r>
        <w:rPr>
          <w:sz w:val="20"/>
        </w:rPr>
        <w:t>47:16  i can see with conviction that the gist of islam is spirituality. in islam, peace is the sum bonum.</w:t>
      </w:r>
      <w:r>
        <w:br/>
      </w:r>
      <w:r>
        <w:rPr>
          <w:sz w:val="20"/>
        </w:rPr>
        <w:t>47:29  so there are two most important aspects of Islam: peace and spirituality. Peace and spirituality,</w:t>
      </w:r>
      <w:r>
        <w:br/>
      </w:r>
      <w:r>
        <w:rPr>
          <w:sz w:val="20"/>
        </w:rPr>
        <w:t>47:40  peace is required for social goodness, and spirituality is required for your internal enlightenment.</w:t>
      </w:r>
      <w:r>
        <w:br/>
      </w:r>
      <w:r>
        <w:rPr>
          <w:sz w:val="20"/>
        </w:rPr>
        <w:t>47:53  when you, when you, when you develop your mind in terms of spirituality, then you are an enlightened person.</w:t>
      </w:r>
      <w:r>
        <w:br/>
      </w:r>
      <w:r>
        <w:rPr>
          <w:sz w:val="20"/>
        </w:rPr>
        <w:t>48:06  that is spirituality,</w:t>
      </w:r>
      <w:r>
        <w:br/>
      </w:r>
      <w:r>
        <w:rPr>
          <w:sz w:val="20"/>
        </w:rPr>
        <w:t>48:09  and when you translate this enlightenment in society, that is peace. So peace is some boon in Islam.</w:t>
      </w:r>
    </w:p>
    <w:p>
      <w:pPr>
        <w:pStyle w:val="Heading2"/>
      </w:pPr>
      <w:r>
        <w:t>The loan-trapped young man and his new car</w:t>
      </w:r>
    </w:p>
    <w:p>
      <w:r>
        <w:rPr>
          <w:color w:val="666666"/>
          <w:sz w:val="18"/>
        </w:rPr>
        <w:t>America A Case of Spiritual Starvaltion July 7, 2011 · 2m 35s · at 14:54 · https://youtu.be/N8JYD2P3QYE?t=894</w:t>
      </w:r>
    </w:p>
    <w:p>
      <w:r>
        <w:rPr>
          <w:i/>
        </w:rPr>
        <w:t>“A young man picked me up in a brand-new car”</w:t>
      </w:r>
    </w:p>
    <w:p>
      <w:r>
        <w:rPr>
          <w:sz w:val="20"/>
        </w:rPr>
        <w:t>14:54  misalan ek naujawan mujhe aaya tha, mujhe side seeing ke liye,</w:t>
      </w:r>
      <w:r>
        <w:br/>
      </w:r>
      <w:r>
        <w:rPr>
          <w:sz w:val="20"/>
        </w:rPr>
        <w:t>15:00  bohat bari nai car pe baith kar aaya tha woh. to</w:t>
      </w:r>
      <w:r>
        <w:br/>
      </w:r>
      <w:r>
        <w:rPr>
          <w:sz w:val="20"/>
        </w:rPr>
        <w:t>15:08  ke aap ko mein le chala hoon side seeing ke liye. to baat baad mein pata chala ke yeh car jo hai, loan par hai. phir pata chala ke is ke paas jo ghar hai, woh bhi loan par, har cheez loan par hai.</w:t>
      </w:r>
      <w:r>
        <w:br/>
      </w:r>
      <w:r>
        <w:rPr>
          <w:sz w:val="20"/>
        </w:rPr>
        <w:t>15:22  to maine unhein kaha ke bhai, yeh kaisi zindagi hai ke aap loan mein phansay hue hain? to us ne reticulate kiya meri baat ko</w:t>
      </w:r>
      <w:r>
        <w:br/>
      </w:r>
      <w:r>
        <w:rPr>
          <w:sz w:val="20"/>
        </w:rPr>
        <w:t>15:30  ke aap puranay zamanay ke aadmi hain, aap ko samajh baat nahi aati hai. yahan par jo banking ka nizam hai, woh to hamaray liye ek bohat bari blessing hai, kyunke aaj hum ne job shuru kiya,</w:t>
      </w:r>
      <w:r>
        <w:br/>
      </w:r>
      <w:r>
        <w:rPr>
          <w:sz w:val="20"/>
        </w:rPr>
        <w:t>15:44  aaj hum is portion, is portion mein nahi hain ke hamaray paas ghar bhi ho, acha furniture bhi ho, car bhi ho, har che</w:t>
      </w:r>
      <w:r>
        <w:br/>
      </w:r>
      <w:r>
        <w:rPr>
          <w:sz w:val="20"/>
        </w:rPr>
        <w:t>15:52  ez ho. to hum kya karte hain ke job milte hi bank yeh hum ko offer karta hai ke aap loan par sab cheez le lain.</w:t>
      </w:r>
      <w:r>
        <w:br/>
      </w:r>
      <w:r>
        <w:rPr>
          <w:sz w:val="20"/>
        </w:rPr>
        <w:t>16:03  to foran hamaray paas sab cheez ho jati hai aur phir hum is ko installment mein is ko detay rehtay hain, is ko. aur india waghera mein kya hota hai ke zindagi ke oopar kamao, boorha hotay hotay itna paisa aap ke paas aye ga ke aap acha ghar bana saken.</w:t>
      </w:r>
      <w:r>
        <w:br/>
      </w:r>
      <w:r>
        <w:rPr>
          <w:sz w:val="20"/>
        </w:rPr>
        <w:t>16:21  to</w:t>
      </w:r>
      <w:r>
        <w:br/>
      </w:r>
      <w:r>
        <w:rPr>
          <w:sz w:val="20"/>
        </w:rPr>
        <w:t>16:23  goya ke aap apni kamai ko khud aap is se enjoy nahi kar patay, aap ke betay enjoy karte hain. yahan yeh hai ke ab hum kamain aur sath sath hum enjoy bhi karain.</w:t>
      </w:r>
      <w:r>
        <w:br/>
      </w:r>
      <w:r>
        <w:rPr>
          <w:sz w:val="20"/>
        </w:rPr>
        <w:t>16:35  to ghraz hai ke meri baat kisi samajh mein nahi aati thi. to us waqt mein is ka jawab nahi de paya tha. 1980 mein is baar kya hua ke is baar mein bohat se gharon mein gaya,</w:t>
      </w:r>
      <w:r>
        <w:br/>
      </w:r>
      <w:r>
        <w:rPr>
          <w:sz w:val="20"/>
        </w:rPr>
        <w:t>16:48  bohat qareeb se dekha.</w:t>
      </w:r>
      <w:r>
        <w:br/>
      </w:r>
      <w:r>
        <w:rPr>
          <w:sz w:val="20"/>
        </w:rPr>
        <w:t>16:50  to maloom kya hua ke log jo hain, bank se loan le letay hain aur phir raat din kamatay hain installment denay ke liye.</w:t>
      </w:r>
      <w:r>
        <w:br/>
      </w:r>
      <w:r>
        <w:rPr>
          <w:sz w:val="20"/>
        </w:rPr>
        <w:t>17:02  koi ek shift karta hai, koi do shift karta hai, koi teen shift karta hai, koi business mein hota hai, involve rehta hai, kyunke is ke sar pe yeh sawal hai ke mujhe loan ada karna hai.</w:t>
      </w:r>
      <w:r>
        <w:br/>
      </w:r>
      <w:r>
        <w:rPr>
          <w:sz w:val="20"/>
        </w:rPr>
        <w:t>17:14  to aadmi ka koi doosra kaam hi nahi hai ke woh loan par paisa le, phir ghar, car, har cheez banaye aur zindagi bhar kama kar is ka loan is deta rahay.</w:t>
      </w:r>
    </w:p>
    <w:p>
      <w:pPr>
        <w:pStyle w:val="Heading2"/>
      </w:pPr>
      <w:r>
        <w:t>Balance is not real; choose one concern</w:t>
      </w:r>
    </w:p>
    <w:p>
      <w:r>
        <w:rPr>
          <w:color w:val="666666"/>
          <w:sz w:val="18"/>
        </w:rPr>
        <w:t>Spirituality in Daily Life 13 Aug 2016 - Maulana Wahiduddin Khan · 2m 49s · at 25:48 · https://youtu.be/SB0AF0Q9aTE?t=1548</w:t>
      </w:r>
    </w:p>
    <w:p>
      <w:r>
        <w:rPr>
          <w:i/>
        </w:rPr>
        <w:t>“Mai balance ko nahi manta.”</w:t>
      </w:r>
    </w:p>
    <w:p>
      <w:r>
        <w:rPr>
          <w:sz w:val="20"/>
        </w:rPr>
        <w:t>25:47  dekh</w:t>
      </w:r>
      <w:r>
        <w:br/>
      </w:r>
      <w:r>
        <w:rPr>
          <w:sz w:val="20"/>
        </w:rPr>
        <w:t>25:48  ie, main balance ko nahi manta. aaj tak wahi samajh mein nahi aaya ke balance kya cheez hai. balance dekhiye, aap ye tarazu par tolen gehun aur chawal ko, to wahan aap balance kar sakte hain.</w:t>
      </w:r>
      <w:r>
        <w:br/>
      </w:r>
      <w:r>
        <w:rPr>
          <w:sz w:val="20"/>
        </w:rPr>
        <w:t>26:05  lekin insani behavior mein balance koi cheez nahi hai. aap ya to isko concern banayenge ya usko concern banayenge. ye balance meri samajh mein nahi aata. abhi tak main samjha nahi is cheez ko.</w:t>
      </w:r>
      <w:r>
        <w:br/>
      </w:r>
      <w:r>
        <w:rPr>
          <w:sz w:val="20"/>
        </w:rPr>
        <w:t>26:26  aadmi ka concern koi ek hi cheez ho sakta hai. yaad rakhiye, ya to materialism banega ya spirituality banegi. ek hi cheez ho sakta hai. to ek hadith hai, yahan apply hoti hai. wo</w:t>
      </w:r>
      <w:r>
        <w:br/>
      </w:r>
      <w:r>
        <w:rPr>
          <w:sz w:val="20"/>
        </w:rPr>
        <w:t>26:45  wo ye hai ke "man ahba dunyah, adhar rabb akhirati. man ahba akhiratuhu, adhar dunyah ho." yaani jo</w:t>
      </w:r>
      <w:r>
        <w:br/>
      </w:r>
      <w:r>
        <w:rPr>
          <w:sz w:val="20"/>
        </w:rPr>
        <w:t>27:02  dunya ki se mohabbat karega, to wo akhirat ka nuksan karega, nuksan uthayega. aur jo akhirat se mohabbat karega, to wo dunya ka nuksan uthayega. to balance, balance koi, balance koi cheez nahi hai.</w:t>
      </w:r>
      <w:r>
        <w:br/>
      </w:r>
      <w:r>
        <w:rPr>
          <w:sz w:val="20"/>
        </w:rPr>
        <w:t>27:21  ya to ye concern banega ya wo concern banega. ab ye aadmi ki himmat hai ke wo kisko apna concern banaye. main jahan tak janta hoon, is mamle mein balance nahi chalta. aadmi haqeeqat mein jhuk jata hai kisi ek taraf,</w:t>
      </w:r>
      <w:r>
        <w:br/>
      </w:r>
      <w:r>
        <w:rPr>
          <w:sz w:val="20"/>
        </w:rPr>
        <w:t>27:39  aur usko, yaani cover up, cover up karne ke liye batata hai ke maine balance banakar rakh diya. halanki wo ek taraf jhuk chuka hota hai. to ek cheez hoti hai, wo to lip service.</w:t>
      </w:r>
      <w:r>
        <w:br/>
      </w:r>
      <w:r>
        <w:rPr>
          <w:sz w:val="20"/>
        </w:rPr>
        <w:t>27:57  ek cheez ko to jhuk gaya, wo to uska concern ban gaya. ab jo cheez concern nahi bani hai, to lip, to usko wo lip service karke zahir karta hai ke wo bhi main usko bhi follow kar raha hoon, aur main dono beech mein balance ka kaam karta hoon. to main balance ke theory ko nahi manta.</w:t>
      </w:r>
      <w:r>
        <w:br/>
      </w:r>
      <w:r>
        <w:rPr>
          <w:sz w:val="20"/>
        </w:rPr>
        <w:t>28:24  maulana, lot of people today say that i am spiritual, but i am not religious. so the question is, what role does religion play in spirituality?</w:t>
      </w:r>
    </w:p>
    <w:p>
      <w:pPr>
        <w:pStyle w:val="Heading2"/>
      </w:pPr>
      <w:r>
        <w:t>Revenge creates an endless chain reaction of violence</w:t>
      </w:r>
    </w:p>
    <w:p>
      <w:r>
        <w:rPr>
          <w:color w:val="666666"/>
          <w:sz w:val="18"/>
        </w:rPr>
        <w:t>Spirituality in Simple Living, High Thinking October 27, 2019 Maulana Wahiduddin Khan · 1m 52s · at 7:18 · https://youtu.be/Kr28g15eFr8?t=438</w:t>
      </w:r>
    </w:p>
    <w:p>
      <w:r>
        <w:rPr>
          <w:i/>
        </w:rPr>
        <w:t>“There are no angels left once you take revenge”</w:t>
      </w:r>
    </w:p>
    <w:p>
      <w:r>
        <w:rPr>
          <w:sz w:val="20"/>
        </w:rPr>
        <w:t>7:18  to main ne kaha ke dekhiye, intiqam mein koi farishta ab nahi hota.</w:t>
      </w:r>
      <w:r>
        <w:br/>
      </w:r>
      <w:r>
        <w:rPr>
          <w:sz w:val="20"/>
        </w:rPr>
        <w:t>7:30  jab aap intiqam lene ke liye marenge kisi ko to us ke bete, us ke bhai intiqam mein aap ko marenge, chup se baithenge nahi woh.</w:t>
      </w:r>
      <w:r>
        <w:br/>
      </w:r>
      <w:r>
        <w:rPr>
          <w:sz w:val="20"/>
        </w:rPr>
        <w:t>7:48  to aap intiqam lenge, phir woh intiqam lega, phir jo us ke baad jo log honge woh intiqam lenge.</w:t>
      </w:r>
      <w:r>
        <w:br/>
      </w:r>
      <w:r>
        <w:rPr>
          <w:sz w:val="20"/>
        </w:rPr>
        <w:t>8:00  is tarah se ek chain reaction ban jayega. chain reaction.</w:t>
      </w:r>
      <w:r>
        <w:br/>
      </w:r>
      <w:r>
        <w:rPr>
          <w:sz w:val="20"/>
        </w:rPr>
        <w:t>8:11  intiqam kya hai? reaction ka naam hai intiqam.</w:t>
      </w:r>
      <w:r>
        <w:br/>
      </w:r>
      <w:r>
        <w:rPr>
          <w:sz w:val="20"/>
        </w:rPr>
        <w:t>8:24  to aap ka is aadmi ko marna ek chain reaction create karega.</w:t>
      </w:r>
      <w:r>
        <w:br/>
      </w:r>
      <w:r>
        <w:rPr>
          <w:sz w:val="20"/>
        </w:rPr>
        <w:t>8:36  aur chain reaction main ne kaha ke main ne dekha hai apne khud apne jahan mein rehta tha UP mein ke 25 saal tak chalta raha woh maar kaat intiqam.</w:t>
      </w:r>
      <w:r>
        <w:br/>
      </w:r>
      <w:r>
        <w:rPr>
          <w:sz w:val="20"/>
        </w:rPr>
        <w:t>8:54  yahan tak ke ghar ke zevar bik gaye,</w:t>
      </w:r>
      <w:r>
        <w:br/>
      </w:r>
      <w:r>
        <w:rPr>
          <w:sz w:val="20"/>
        </w:rPr>
        <w:t>9:01  naujawan mare gaye, tab woh thak haar kar khatm ho gaye.</w:t>
      </w:r>
    </w:p>
    <w:p>
      <w:pPr>
        <w:pStyle w:val="Heading2"/>
      </w:pPr>
      <w:r>
        <w:t>New research: thinking about death is psychologically beneficial</w:t>
      </w:r>
    </w:p>
    <w:p>
      <w:r>
        <w:rPr>
          <w:color w:val="666666"/>
          <w:sz w:val="18"/>
        </w:rPr>
        <w:t>Material Science and Spiritual Science 20 May 2012 · 3m 00s · at 38:05 · https://youtu.be/4K6CxjThlxQ?t=2285</w:t>
      </w:r>
    </w:p>
    <w:p>
      <w:r>
        <w:rPr>
          <w:i/>
        </w:rPr>
        <w:t>“Pehle zamane mein samjha jata tha ke maut ke baare mein sochna pasti paida karta hai”</w:t>
      </w:r>
    </w:p>
    <w:p>
      <w:r>
        <w:rPr>
          <w:sz w:val="20"/>
        </w:rPr>
        <w:t>38:05  pehle zamane mein samjha jata tha ke maut ke bare mein sochna bohat hi aadmi ke andar pasti paida karta hai be-amli paida karta hai aur achhi baat nahin ke aap maut ko sochein</w:t>
      </w:r>
      <w:r>
        <w:br/>
      </w:r>
      <w:r>
        <w:rPr>
          <w:sz w:val="20"/>
        </w:rPr>
        <w:t>38:20  lekin aaj abhi research aik hal mein aai hai mere pas maujood hai is ka woh aap dekh sakte hain mere office mein aakar ke ke death jo hai us ka bohat bara positive contribution hai death yani maut ki yaad ka maut ki yaad ka bohat bara positive contribution hai kyun kyun ke jab aap sochte hain maut ke bare mein jaise mein kal soch raha tha ke maut kya hai</w:t>
      </w:r>
      <w:r>
        <w:br/>
      </w:r>
      <w:r>
        <w:rPr>
          <w:sz w:val="20"/>
        </w:rPr>
        <w:t>38:47  maut mere liye compulsory evacuation hai idhar udhar se woh compulsory evacuation hai idhar se woh hamesha ke liye yani wapas hone ka darwaza band hai maut ke do aspect hain idhar se woh compulsory evacuation hai jabri inkhla idhar se compulsory evacuation idhar se wapsi ka darwaza hamesha ke liye band hai yeh kaisi ajib cheez hai</w:t>
      </w:r>
      <w:r>
        <w:br/>
      </w:r>
      <w:r>
        <w:rPr>
          <w:sz w:val="20"/>
        </w:rPr>
        <w:t>39:16  to is research mein bataya gaya ke jo log maut ko sochte hain woh suspense mein jeene the suspense mein</w:t>
      </w:r>
      <w:r>
        <w:br/>
      </w:r>
      <w:r>
        <w:rPr>
          <w:sz w:val="20"/>
        </w:rPr>
        <w:t>39:24  aur phir un ke un ke mind mein brain starting hoti hai jitna zyada aadmi sochta hai maut ko utne zyada us ke andar brain starting hoti hai jismani aitbar se bhi aur aur aqli aitbar se bhi is mein nayi zindagi aati rehti hai barabar us ko lekar mein ne socha ke shafaat kya hai</w:t>
      </w:r>
      <w:r>
        <w:br/>
      </w:r>
      <w:r>
        <w:rPr>
          <w:sz w:val="20"/>
        </w:rPr>
        <w:t>39:47  shafaat jo hai guaranteed salvation ka naam hai guaranteed salvation yani meri meri nijat bilkul pakki hai guaranteed salvation bilkul pakka hai ke mera to jannat meri mujhe milni hi milni hai yani kya matlab hua jab aap jiyen guaranteed salvation ke nazariye mein ke meri nijat pakki hai to jante hain kya hoga</w:t>
      </w:r>
      <w:r>
        <w:br/>
      </w:r>
      <w:r>
        <w:rPr>
          <w:sz w:val="20"/>
        </w:rPr>
        <w:t>40:15  aap kehte hain suspension nikal jayega iztirab nikal jayega</w:t>
      </w:r>
      <w:r>
        <w:br/>
      </w:r>
      <w:r>
        <w:rPr>
          <w:sz w:val="20"/>
        </w:rPr>
        <w:t>40:24  aik tiqan aajayega aur phir kya hoga qasabat aayegi behissi aayegi khauf khuda khatam ho jayega</w:t>
      </w:r>
      <w:r>
        <w:br/>
      </w:r>
      <w:r>
        <w:rPr>
          <w:sz w:val="20"/>
        </w:rPr>
        <w:t>40:34  zehni irtaqa ruk jayega kyunke nafsiyat ka mutalia batata hai ke zehni irtaqa jo hai wo jura</w:t>
      </w:r>
      <w:r>
        <w:br/>
      </w:r>
      <w:r>
        <w:rPr>
          <w:sz w:val="20"/>
        </w:rPr>
        <w:t>40:40  hua hai brain storming se</w:t>
      </w:r>
      <w:r>
        <w:br/>
      </w:r>
      <w:r>
        <w:rPr>
          <w:sz w:val="20"/>
        </w:rPr>
        <w:t>40:44  brain storming se jitna zyada brain storming utna zyada zehni irtaqa</w:t>
      </w:r>
      <w:r>
        <w:br/>
      </w:r>
      <w:r>
        <w:rPr>
          <w:sz w:val="20"/>
        </w:rPr>
        <w:t>40:49  zehni irtaqa ka matlab hai intellectual</w:t>
      </w:r>
      <w:r>
        <w:br/>
      </w:r>
      <w:r>
        <w:rPr>
          <w:sz w:val="20"/>
        </w:rPr>
        <w:t>40:53  intellectual development jitna zyada brain storming utni zyada intellectual development dono ek dusre se jure hue hain</w:t>
      </w:r>
    </w:p>
    <w:p>
      <w:pPr>
        <w:pStyle w:val="Heading2"/>
      </w:pPr>
      <w:r>
        <w:t>Sincerity is condition for true faith</w:t>
      </w:r>
    </w:p>
    <w:p>
      <w:r>
        <w:rPr>
          <w:color w:val="666666"/>
          <w:sz w:val="18"/>
        </w:rPr>
        <w:t>Dars-e-Quran, Chapter 2,  Vs 7-19 | July 26,  2015 · 1m 30s · at 8:57 · https://youtu.be/O71wvnrbnXU?t=537</w:t>
      </w:r>
    </w:p>
    <w:p>
      <w:r>
        <w:rPr>
          <w:i/>
        </w:rPr>
        <w:t>“They say they believe but are not believers.”</w:t>
      </w:r>
    </w:p>
    <w:p>
      <w:r>
        <w:rPr>
          <w:sz w:val="20"/>
        </w:rPr>
        <w:t>8:57  aur akhirat par iman laya. lekin woh momin nahi hain. bohat ajeeb ayat hai yeh. yeh bohat ajeeb ayat hai. logon mein aisay insaan hain jo kehte hain ke hum allah par iman laye aur akhirat par iman laye lekin woh momin nahi hain. to yeh unhi ki baat baray mein kaha gaya hai ke momin woh hai jo ikhlas ke saath jis ne iman ikhtiyar kiya ho. jis ke</w:t>
      </w:r>
      <w:r>
        <w:br/>
      </w:r>
      <w:r>
        <w:rPr>
          <w:sz w:val="20"/>
        </w:rPr>
        <w:t>9:27  andar ikhlas nahi hai to Allah ke nazdeek woh momin bhi nahi hai.</w:t>
      </w:r>
      <w:r>
        <w:br/>
      </w:r>
      <w:r>
        <w:rPr>
          <w:sz w:val="20"/>
        </w:rPr>
        <w:t>9:31  woh woh azab se apne ko bacha hua is ko nahi samajhna chahiye.</w:t>
      </w:r>
      <w:r>
        <w:br/>
      </w:r>
      <w:r>
        <w:rPr>
          <w:sz w:val="20"/>
        </w:rPr>
        <w:t>9:35  yeh bohat hi sakht ayat hai.</w:t>
      </w:r>
      <w:r>
        <w:br/>
      </w:r>
      <w:r>
        <w:rPr>
          <w:sz w:val="20"/>
        </w:rPr>
        <w:t>9:39  yani yeh ayat un logon ke bare mein hai jo bazahir roza karte thay.</w:t>
      </w:r>
      <w:r>
        <w:br/>
      </w:r>
      <w:r>
        <w:rPr>
          <w:sz w:val="20"/>
        </w:rPr>
        <w:t>9:42  bazahir woh duaein rakhte thay.</w:t>
      </w:r>
      <w:r>
        <w:br/>
      </w:r>
      <w:r>
        <w:rPr>
          <w:sz w:val="20"/>
        </w:rPr>
        <w:t>9:46  bazahir woh Islam par thay.</w:t>
      </w:r>
      <w:r>
        <w:br/>
      </w:r>
      <w:r>
        <w:rPr>
          <w:sz w:val="20"/>
        </w:rPr>
        <w:t>9:50  woh musalman ke samaj mein thay.</w:t>
      </w:r>
      <w:r>
        <w:br/>
      </w:r>
      <w:r>
        <w:rPr>
          <w:sz w:val="20"/>
        </w:rPr>
        <w:t>9:54  woh lekin kaha gaya ke un ka azab azeem se woh bache hue nahi hain. Ki</w:t>
      </w:r>
      <w:r>
        <w:br/>
      </w:r>
      <w:r>
        <w:rPr>
          <w:sz w:val="20"/>
        </w:rPr>
        <w:t>9:57  un? Allah ki rehmat is in logon ke liye hai jo ikhlas ke sath iman ikhtiyar karein.</w:t>
      </w:r>
      <w:r>
        <w:br/>
      </w:r>
      <w:r>
        <w:rPr>
          <w:sz w:val="20"/>
        </w:rPr>
        <w:t>10:05  ikhlas ke sath sare yani Allah ke jo ahkam hain us pe ikhlas ke sath amal karein.</w:t>
      </w:r>
      <w:r>
        <w:br/>
      </w:r>
      <w:r>
        <w:rPr>
          <w:sz w:val="20"/>
        </w:rPr>
        <w:t>10:13  ikhlas shart hai.</w:t>
      </w:r>
      <w:r>
        <w:br/>
      </w:r>
      <w:r>
        <w:rPr>
          <w:sz w:val="20"/>
        </w:rPr>
        <w:t>10:20  ikhlas ke baghair koi iman ya Islam Allah ka mo'tabar nahi.</w:t>
      </w:r>
    </w:p>
    <w:p>
      <w:pPr>
        <w:pStyle w:val="Heading2"/>
      </w:pPr>
      <w:r>
        <w:t>Universe's praise and human's self-discovery</w:t>
      </w:r>
    </w:p>
    <w:p>
      <w:r>
        <w:rPr>
          <w:color w:val="666666"/>
          <w:sz w:val="18"/>
        </w:rPr>
        <w:t>The Importance of Education, Feb. 15, 2014 - Maulana Wahiduddin Khan · 2m 29s · at 4:01 · https://youtu.be/Ln1FQfOWyzo?t=241</w:t>
      </w:r>
    </w:p>
    <w:p>
      <w:r>
        <w:rPr>
          <w:i/>
        </w:rPr>
        <w:t>“دیکھیں، آپ قرآن کو پڑھیں تو آپ اس میں دیکھیں گے”</w:t>
      </w:r>
    </w:p>
    <w:p>
      <w:r>
        <w:rPr>
          <w:sz w:val="20"/>
        </w:rPr>
        <w:t>4:01  Allah ki hamd karti hai. goya ke sari kainat ka mamla yahi hai ke is ne Allah ko discover kar rakha hai aur is ke mukammal tor par hamd culture mein jee raha hai poora universe.</w:t>
      </w:r>
      <w:r>
        <w:br/>
      </w:r>
      <w:r>
        <w:rPr>
          <w:sz w:val="20"/>
        </w:rPr>
        <w:t>4:18  phir insan ka mamla kya hai? insan jo kehta hai ke Alhamdulillah Rabb al-Alameen, wahi to wo bhi keh rahe hain. poori universe keh rahi hai Alhamdulillah Rabb al-Alameen.</w:t>
      </w:r>
      <w:r>
        <w:br/>
      </w:r>
      <w:r>
        <w:rPr>
          <w:sz w:val="20"/>
        </w:rPr>
        <w:t>4:39  phir insan ka mamla kya hai? ye ek bohat bari cheez hai is ko samajhna chahiye ke jo rest of the universe hai, wo is ki jo marifat hai,</w:t>
      </w:r>
      <w:r>
        <w:br/>
      </w:r>
      <w:r>
        <w:rPr>
          <w:sz w:val="20"/>
        </w:rPr>
        <w:t>4:52  wo</w:t>
      </w:r>
      <w:r>
        <w:br/>
      </w:r>
      <w:r>
        <w:rPr>
          <w:sz w:val="20"/>
        </w:rPr>
        <w:t>5:09  directed marifat hai. directed realization. yani un ko jo direct kiya gaya hai, jo bataya gaya hai, us par chal rahe hain wo.</w:t>
      </w:r>
      <w:r>
        <w:br/>
      </w:r>
      <w:r>
        <w:rPr>
          <w:sz w:val="20"/>
        </w:rPr>
        <w:t>5:12  insan ka mamla bilkul mukhtalif hai. insan ko self-discovered marifat par khara hona hai.</w:t>
      </w:r>
      <w:r>
        <w:br/>
      </w:r>
      <w:r>
        <w:rPr>
          <w:sz w:val="20"/>
        </w:rPr>
        <w:t>5:27  yani jo baqi dunya hai, us ko sab kuch bata diya gaya hai. farishtay batate hain un ko. farishtay har waqt farishtay un ko control kar rahe hain.</w:t>
      </w:r>
      <w:r>
        <w:br/>
      </w:r>
      <w:r>
        <w:rPr>
          <w:sz w:val="20"/>
        </w:rPr>
        <w:t>5:40  to isi ko main keh raha hoon directed marifat ya directed realization. insan ka ek ajeeb, ek unique position hai.</w:t>
      </w:r>
      <w:r>
        <w:br/>
      </w:r>
      <w:r>
        <w:rPr>
          <w:sz w:val="20"/>
        </w:rPr>
        <w:t>5:53  to usi ko main keh raha hoon directed marifat ya directed realization. insan ka ek ajib, ek unique position hai.</w:t>
      </w:r>
      <w:r>
        <w:br/>
      </w:r>
      <w:r>
        <w:rPr>
          <w:sz w:val="20"/>
        </w:rPr>
        <w:t>6:06  is ko Allah ne mind diya jo kisi aur ko nahi diya. yeh jo mind hai, anokhi sifat is ke andar hai.</w:t>
      </w:r>
      <w:r>
        <w:br/>
      </w:r>
      <w:r>
        <w:rPr>
          <w:sz w:val="20"/>
        </w:rPr>
        <w:t>6:17  to insan hi is qabil tha ke woh apne mind se khud discover kare. to insan ka mayar yeh qarar paya hai ke woh self-discored marifat par khara ho.</w:t>
      </w:r>
    </w:p>
    <w:p>
      <w:pPr>
        <w:pStyle w:val="Heading2"/>
      </w:pPr>
      <w:r>
        <w:t>Spiritual response to material hardships with example</w:t>
      </w:r>
    </w:p>
    <w:p>
      <w:r>
        <w:rPr>
          <w:color w:val="666666"/>
          <w:sz w:val="18"/>
        </w:rPr>
        <w:t>The Importance of Education, Feb. 15, 2014 - Maulana Wahiduddin Khan · 2m 07s · at 10:34 · https://youtu.be/Ln1FQfOWyzo?t=634</w:t>
      </w:r>
    </w:p>
    <w:p>
      <w:r>
        <w:rPr>
          <w:i/>
        </w:rPr>
        <w:t>“ایک سچا مومن جو ہوتا ہے، اس پر جب مصیبتیں پڑتی ہیں”</w:t>
      </w:r>
    </w:p>
    <w:p>
      <w:r>
        <w:rPr>
          <w:sz w:val="20"/>
        </w:rPr>
        <w:t>10:34  yeh hargiz yeh matlab is ka nahi hai. dekhen, ek bohat hi nuqte ki baat mein arz karta hoon aap ko. ek sacha momin jo hota hai, us par jab museebatein padti hain,</w:t>
      </w:r>
      <w:r>
        <w:br/>
      </w:r>
      <w:r>
        <w:rPr>
          <w:sz w:val="20"/>
        </w:rPr>
        <w:t>10:51  yani madi problem us ko aate hain to kis liye aate hain? yani bhook padti hai to is liye ke woh Allah se khana maange?</w:t>
      </w:r>
      <w:r>
        <w:br/>
      </w:r>
      <w:r>
        <w:rPr>
          <w:sz w:val="20"/>
        </w:rPr>
        <w:t>11:02  aisa nahi hai.</w:t>
      </w:r>
      <w:r>
        <w:br/>
      </w:r>
      <w:r>
        <w:rPr>
          <w:sz w:val="20"/>
        </w:rPr>
        <w:t>11:06  sacha momin woh hai jo jis par, yani material, madi qism ke masail aayen lekin uska response bhi spiritual response ho.</w:t>
      </w:r>
      <w:r>
        <w:br/>
      </w:r>
      <w:r>
        <w:rPr>
          <w:sz w:val="20"/>
        </w:rPr>
        <w:t>11:26  spiritual response, yani us ki spiritual duaen nikalti hain. us ki misaal yeh hai ke Rasool Allah jab Taif gaye the, wahi halat un ki wahan bhi thi.</w:t>
      </w:r>
      <w:r>
        <w:br/>
      </w:r>
      <w:r>
        <w:rPr>
          <w:sz w:val="20"/>
        </w:rPr>
        <w:t>11:39  be sar o saman. to Allah taala ne farishte ko bheja aur yeh peshkash ki ke un ke liye pahaad ko sona bana diya jaye.</w:t>
      </w:r>
      <w:r>
        <w:br/>
      </w:r>
      <w:r>
        <w:rPr>
          <w:sz w:val="20"/>
        </w:rPr>
        <w:t>11:51  to aap ne farmaya ke la yarb, bil aza joat tadarat.</w:t>
      </w:r>
      <w:r>
        <w:br/>
      </w:r>
      <w:r>
        <w:rPr>
          <w:sz w:val="20"/>
        </w:rPr>
        <w:t>12:04  balke main yeh chahta hoon ke mujhe bhook lage aur main tazru karoon. yaani bhook lage to khana maangoon ya nahi?</w:t>
      </w:r>
      <w:r>
        <w:br/>
      </w:r>
      <w:r>
        <w:rPr>
          <w:sz w:val="20"/>
        </w:rPr>
        <w:t>12:13  bhook lage to tazru ka response doon. tazru ka matlab hai Allah ki taraf, Allah ki taraf mutawajjah hona, Allah ko yaad karna.</w:t>
      </w:r>
      <w:r>
        <w:br/>
      </w:r>
      <w:r>
        <w:rPr>
          <w:sz w:val="20"/>
        </w:rPr>
        <w:t>12:29  to bhook ki haalat mein bhi paighambar khana nahi maangta. bhook ki haalat mein woh tazru ka response deta hai.</w:t>
      </w:r>
    </w:p>
    <w:p>
      <w:pPr>
        <w:pStyle w:val="Heading2"/>
      </w:pPr>
      <w:r>
        <w:t>Moses' staff-to-serpent miracle as a universal demonstration</w:t>
      </w:r>
    </w:p>
    <w:p>
      <w:r>
        <w:rPr>
          <w:color w:val="666666"/>
          <w:sz w:val="18"/>
        </w:rPr>
        <w:t>Islam and Sufism (Islam and Spirituality) (English) February 28, 2008 · 1m 25s · at 9:42 · https://youtu.be/6UGAPDfrS2w?t=582</w:t>
      </w:r>
    </w:p>
    <w:p>
      <w:r>
        <w:rPr>
          <w:i/>
        </w:rPr>
        <w:t>“Moses threw his staff and it became a serpent”</w:t>
      </w:r>
    </w:p>
    <w:p>
      <w:r>
        <w:rPr>
          <w:sz w:val="20"/>
        </w:rPr>
        <w:t>9:42  . i will give some examples. let us take the first kind of spirituality. i will give an example. you know, moses was a prophet of god.</w:t>
      </w:r>
      <w:r>
        <w:br/>
      </w:r>
      <w:r>
        <w:rPr>
          <w:sz w:val="20"/>
        </w:rPr>
        <w:t>9:55  he was born in ancient egypt. he performed a miracle before the king of, before the egyptian king pharaoh.</w:t>
      </w:r>
      <w:r>
        <w:br/>
      </w:r>
      <w:r>
        <w:rPr>
          <w:sz w:val="20"/>
        </w:rPr>
        <w:t>10:10  what was the miracle</w:t>
      </w:r>
      <w:r>
        <w:br/>
      </w:r>
      <w:r>
        <w:rPr>
          <w:sz w:val="20"/>
        </w:rPr>
        <w:t>10:13  ? he threw his staff, and suddenly that staff he converted into a serpent.</w:t>
      </w:r>
      <w:r>
        <w:br/>
      </w:r>
      <w:r>
        <w:rPr>
          <w:sz w:val="20"/>
        </w:rPr>
        <w:t>10:22  this was a miracle. but i would like to say that this was not a single miracle. moreover, it was a demonstration, a universal demonstration.</w:t>
      </w:r>
      <w:r>
        <w:br/>
      </w:r>
      <w:r>
        <w:rPr>
          <w:sz w:val="20"/>
        </w:rPr>
        <w:t>10:36  prophet moses show that the whole world is a miracle of conversion. here you can see that a wood, a part of, here you see that</w:t>
      </w:r>
      <w:r>
        <w:br/>
      </w:r>
      <w:r>
        <w:rPr>
          <w:sz w:val="20"/>
        </w:rPr>
        <w:t>10:54  a wood was converted into serpent. so is the case of whole universe. in this universe, everything is a, is an act of, act of conversion.</w:t>
      </w:r>
    </w:p>
    <w:p>
      <w:pPr>
        <w:pStyle w:val="Heading2"/>
      </w:pPr>
      <w:r>
        <w:t>Love enemy as positivity and superachievement</w:t>
      </w:r>
    </w:p>
    <w:p>
      <w:r>
        <w:rPr>
          <w:color w:val="666666"/>
          <w:sz w:val="18"/>
        </w:rPr>
        <w:t>Science and Spirituality | April 25, 2007 | Maulana Wahiduddin Kha · 2m 31s · at 55:25 · https://youtu.be/cStp24Ri3ps?t=3325</w:t>
      </w:r>
    </w:p>
    <w:p>
      <w:r>
        <w:rPr>
          <w:i/>
        </w:rPr>
        <w:t>“When Jesus Christ said love your enemy it means live without hate”</w:t>
      </w:r>
    </w:p>
    <w:p>
      <w:r>
        <w:rPr>
          <w:sz w:val="20"/>
        </w:rPr>
        <w:t>55:25  When Jesus Christ said, "Love your enemy," it means that live without negativity, live without hate, live without</w:t>
      </w:r>
      <w:r>
        <w:br/>
      </w:r>
      <w:r>
        <w:rPr>
          <w:sz w:val="20"/>
        </w:rPr>
        <w:t>55:41  complaint, live without protest. This is</w:t>
      </w:r>
      <w:r>
        <w:br/>
      </w:r>
      <w:r>
        <w:rPr>
          <w:sz w:val="20"/>
        </w:rPr>
        <w:t>55:56  "Love your enemy." It is a culture, a culture of positivity.</w:t>
      </w:r>
      <w:r>
        <w:br/>
      </w:r>
      <w:r>
        <w:rPr>
          <w:sz w:val="20"/>
        </w:rPr>
        <w:t>56:06  The prophets of Islam and the prophet Jesus both tell us this secret of life, that if you</w:t>
      </w:r>
      <w:r>
        <w:br/>
      </w:r>
      <w:r>
        <w:rPr>
          <w:sz w:val="20"/>
        </w:rPr>
        <w:t>56:16  are able to live in positivity, then you are able to turn your minus into a plus. Otherwise, no.</w:t>
      </w:r>
      <w:r>
        <w:br/>
      </w:r>
      <w:r>
        <w:rPr>
          <w:sz w:val="20"/>
        </w:rPr>
        <w:t>56:26  Otherwise, no.</w:t>
      </w:r>
      <w:r>
        <w:br/>
      </w:r>
      <w:r>
        <w:rPr>
          <w:sz w:val="20"/>
        </w:rPr>
        <w:t>56:32  This is the secret of life.</w:t>
      </w:r>
      <w:r>
        <w:br/>
      </w:r>
      <w:r>
        <w:rPr>
          <w:sz w:val="20"/>
        </w:rPr>
        <w:t>56:38  And only a spiritual person can avail this opportunity.</w:t>
      </w:r>
      <w:r>
        <w:br/>
      </w:r>
      <w:r>
        <w:rPr>
          <w:sz w:val="20"/>
        </w:rPr>
        <w:t>56:44  This is the formula of superachievement.</w:t>
      </w:r>
      <w:r>
        <w:br/>
      </w:r>
      <w:r>
        <w:rPr>
          <w:sz w:val="20"/>
        </w:rPr>
        <w:t>56:50  What is Spiritual</w:t>
      </w:r>
      <w:r>
        <w:br/>
      </w:r>
      <w:r>
        <w:rPr>
          <w:sz w:val="20"/>
        </w:rPr>
        <w:t>56:56  ity?</w:t>
      </w:r>
      <w:r>
        <w:br/>
      </w:r>
      <w:r>
        <w:rPr>
          <w:sz w:val="20"/>
        </w:rPr>
        <w:t>57:01  Spirituality gives you the formula of superachievement.</w:t>
      </w:r>
      <w:r>
        <w:br/>
      </w:r>
      <w:r>
        <w:rPr>
          <w:sz w:val="20"/>
        </w:rPr>
        <w:t>57:07  Here is the formula of superachievement.</w:t>
      </w:r>
      <w:r>
        <w:br/>
      </w:r>
      <w:r>
        <w:rPr>
          <w:sz w:val="20"/>
        </w:rPr>
        <w:t>57:12  All those formulas are false.</w:t>
      </w:r>
      <w:r>
        <w:br/>
      </w:r>
      <w:r>
        <w:rPr>
          <w:sz w:val="20"/>
        </w:rPr>
        <w:t>57:17  I think that only Spirituality gives you the formula of superachievement.</w:t>
      </w:r>
      <w:r>
        <w:br/>
      </w:r>
      <w:r>
        <w:rPr>
          <w:sz w:val="20"/>
        </w:rPr>
        <w:t>57:22  If you follow this formula, you will become a superachiever, super</w:t>
      </w:r>
      <w:r>
        <w:br/>
      </w:r>
      <w:r>
        <w:rPr>
          <w:sz w:val="20"/>
        </w:rPr>
        <w:t>57:27  achiever.</w:t>
      </w:r>
      <w:r>
        <w:br/>
      </w:r>
      <w:r>
        <w:rPr>
          <w:sz w:val="20"/>
        </w:rPr>
        <w:t>57:34  Because it is Spirituality that enables you.</w:t>
      </w:r>
      <w:r>
        <w:br/>
      </w:r>
      <w:r>
        <w:rPr>
          <w:sz w:val="20"/>
        </w:rPr>
        <w:t>57:42  It is Spirituality that enables you to turn your minus into a plus.</w:t>
      </w:r>
      <w:r>
        <w:br/>
      </w:r>
      <w:r>
        <w:rPr>
          <w:sz w:val="20"/>
        </w:rPr>
        <w:t>57:50  And this is the highest—this is the highest form of humanity.</w:t>
      </w:r>
    </w:p>
    <w:p>
      <w:pPr>
        <w:pStyle w:val="Heading2"/>
      </w:pPr>
      <w:r>
        <w:t>Personal diary method for self criticism</w:t>
      </w:r>
    </w:p>
    <w:p>
      <w:r>
        <w:rPr>
          <w:color w:val="666666"/>
          <w:sz w:val="18"/>
        </w:rPr>
        <w:t>Tazkiyah and Self Criticism April 13, 2020 Maulana Wahiduddin Khan · 2m 32s · at 21:11 · https://youtu.be/D4pMJtT4vDg?t=1271</w:t>
      </w:r>
    </w:p>
    <w:p>
      <w:r>
        <w:rPr>
          <w:i/>
        </w:rPr>
        <w:t>“Maine naujani ki umar se ek diary banai”</w:t>
      </w:r>
    </w:p>
    <w:p>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Personal journey from tasawwuf to Maulana's marifat</w:t>
      </w:r>
    </w:p>
    <w:p>
      <w:r>
        <w:rPr>
          <w:color w:val="666666"/>
          <w:sz w:val="18"/>
        </w:rPr>
        <w:t>Discussion on Marefat (Ulama Session- I) Peace Conference April 29-30, 2023 · 2m 39s · at 23:33 · https://youtu.be/c1NFCRXpYBQ?t=1413</w:t>
      </w:r>
    </w:p>
    <w:p>
      <w:r>
        <w:rPr>
          <w:i/>
        </w:rPr>
        <w:t>“I spent about fifteen years in tasawwuf in Gujarat.”</w:t>
      </w:r>
    </w:p>
    <w:p>
      <w:r>
        <w:rPr>
          <w:sz w:val="20"/>
        </w:rPr>
        <w:t>23:33  Gujarat maine tasawwuf ke raste mein lagbhag pandrah solah saal karsha tay kiya tha aur tasawwuf ki jitni jinhe umhaad ek khutub kaha jata hai, maine apni hesiyat ke mutabiq unka mutala bhi kiya tha.</w:t>
      </w:r>
      <w:r>
        <w:br/>
      </w:r>
      <w:r>
        <w:rPr>
          <w:sz w:val="20"/>
        </w:rPr>
        <w:t>23:57  main samajhta hoon ke aap mein bhi bahut sare aise hazrat honge jinko tasawwuf se shubuf raha hai aur tasawwuf ka mutala kya hai?to maine bhi is raste mein bahut tabeel safaltai kiya tha aur tasawwuf ke prasmurivaj ke mutabiq jo ibadat ke tareeqe hain, wazaif hain, tamam cheezon ko maine bhi kiya.</w:t>
      </w:r>
      <w:r>
        <w:br/>
      </w:r>
      <w:r>
        <w:rPr>
          <w:sz w:val="20"/>
        </w:rPr>
        <w:t>24:22  lekin jab usi dauran puran ka bhi sanjidgi se mutala karna shuru kiya, woh ek jhatka sa laga aur mehsoos hua ke kasoof ek alag duniya hai aur puran ek alag duniya hai. lekin iske bawajood kasoof ka safar gari raha.</w:t>
      </w:r>
      <w:r>
        <w:br/>
      </w:r>
      <w:r>
        <w:rPr>
          <w:sz w:val="20"/>
        </w:rPr>
        <w:t>24:41  lekin dil mein kalish hoti thi aur bahut sare sawalat bar bar samne aakar khade ho jate the</w:t>
      </w:r>
      <w:r>
        <w:br/>
      </w:r>
      <w:r>
        <w:rPr>
          <w:sz w:val="20"/>
        </w:rPr>
        <w:t>24:47  aur koi literature mere samne aisa nahi tha jo mere sawalat ka hal pesh karta ho aur musalsal</w:t>
      </w:r>
      <w:r>
        <w:br/>
      </w:r>
      <w:r>
        <w:rPr>
          <w:sz w:val="20"/>
        </w:rPr>
        <w:t>24:53  main talash karta tha aur sajde mein gir ke allah se dua karta tha ki meri jo yeh</w:t>
      </w:r>
      <w:r>
        <w:br/>
      </w:r>
      <w:r>
        <w:rPr>
          <w:sz w:val="20"/>
        </w:rPr>
        <w:t>24:59  confusion hai isko yeh allah door kar de aur usi ke sath har aitbar se main tasawwuf ki</w:t>
      </w:r>
      <w:r>
        <w:br/>
      </w:r>
      <w:r>
        <w:rPr>
          <w:sz w:val="20"/>
        </w:rPr>
        <w:t>25:05  kitabon ka jaiza leta tha, dhoondhta tha, padhta tha, lekin kahin mere liye tasalli bakhsh jawab jo hai</w:t>
      </w:r>
      <w:r>
        <w:br/>
      </w:r>
      <w:r>
        <w:rPr>
          <w:sz w:val="20"/>
        </w:rPr>
        <w:t>25:11  woh hasil nahi hua tha.</w:t>
      </w:r>
      <w:r>
        <w:br/>
      </w:r>
      <w:r>
        <w:rPr>
          <w:sz w:val="20"/>
        </w:rPr>
        <w:t>25:17  usmein sabse bada masla jo hai woh wahdat-e-wujood aur wahdat-e-shuhood ka masla tha. jo nihayat confusion ka masla tha. na sirf mere liye balki main samajhta hoon jitne bhi log tasawwuf se jude hue hain, unke liye ek bahut bada masla hai aur nakabile hal masla hai. aur jab main do hazar panch chhe ke baad phir se Maulana ki literature wagera ko padhna maine shuru kiya.</w:t>
      </w:r>
      <w:r>
        <w:br/>
      </w:r>
      <w:r>
        <w:rPr>
          <w:sz w:val="20"/>
        </w:rPr>
        <w:t>25:43  mere walid mohtaram marhoom, Noor Muhammad sahib, Arshala ke khari the. uske baad hamare yahan Arshala ka aana munqate ho gaya tha, jiski wajah se main bhi mahroom raha. uske baad jab Arshala se main juda aur Maulana ki kitabein padhne laga, to mere jitne sawalat the, sawalat ki ek bahut lambi fehrist thi tasawwuf ko lekar. to ek ek sawal hal hota chala gaya.</w:t>
      </w:r>
      <w:r>
        <w:br/>
      </w:r>
      <w:r>
        <w:rPr>
          <w:sz w:val="20"/>
        </w:rPr>
        <w:t>26:12  ismein main bataunga ki Maulana ki jo kitab, kitabein Maarifat hai, woh hamein padhna chahiye aur Maulana ne is kitab ko jo hai ek tasawwuf ke counter ke taur par likha hai. main kahunga ki tasawwuf se jo jo sawalat paida ho sakte hain, un tamam sawalat ka usmein bahut saleeqe se andaaz mein hal pesh kiya gaya.</w:t>
      </w:r>
    </w:p>
    <w:p>
      <w:pPr>
        <w:pStyle w:val="Heading2"/>
      </w:pPr>
      <w:r>
        <w:t>Partition of India called history's biggest blunder</w:t>
      </w:r>
    </w:p>
    <w:p>
      <w:r>
        <w:rPr>
          <w:color w:val="666666"/>
          <w:sz w:val="18"/>
        </w:rPr>
        <w:t>Material Science and Spiritual Science 20 May 2012 · 1m 27s · at 49:09 · https://youtu.be/4K6CxjThlxQ?t=2949</w:t>
      </w:r>
    </w:p>
    <w:p>
      <w:r>
        <w:rPr>
          <w:i/>
        </w:rPr>
        <w:t>“Pura India hamara tha aur hum ek tukda le ke baith gaye”</w:t>
      </w:r>
    </w:p>
    <w:p>
      <w:r>
        <w:rPr>
          <w:sz w:val="20"/>
        </w:rPr>
        <w:t>49:09  misal ke taur par india mein jo pakistan bana yani be aqali ka pahaad tha woh yani kya matlab tha pakistan banne ka</w:t>
      </w:r>
      <w:r>
        <w:br/>
      </w:r>
      <w:r>
        <w:rPr>
          <w:sz w:val="20"/>
        </w:rPr>
        <w:t>49:16  pura india hamara tha pura india hamara tha aur hum ek tukra le ke baith gaye wahan aapas mein lad rahe hain yani koi aqal is ke pesha nahi koi wisdom nahi main kehta hoon tareekh ka sab se bara blunder tha partition lekin kyun musalmanon ko aqal nahi sochne ki bhai sara india mera hai</w:t>
      </w:r>
      <w:r>
        <w:br/>
      </w:r>
      <w:r>
        <w:rPr>
          <w:sz w:val="20"/>
        </w:rPr>
        <w:t>49:42  us waqt mein hoon jaise india mein misal ke taur par pakistan banne ke baad bhi main sare india ko apna samajhta hoon jahan jaon wahan woh mera watan hai jahan jaon meri jagah hai main to yeh bhi nahi mujhe bardasht nahi hai ke koi mujhe minority kahe yeh jo constitution mein likha hua hai minority main is ko bilkul galat samajhta hoon main indian indian hoon indian minority ka member nahi hoon</w:t>
      </w:r>
      <w:r>
        <w:br/>
      </w:r>
      <w:r>
        <w:rPr>
          <w:sz w:val="20"/>
        </w:rPr>
        <w:t>50:08  kuch muslim leaderon ne bohat bara kar nama yeh kiya hai ke constitution of india mein unhon ne minority aur majority ka concept la diya main is ko bilkul yani sakht khilaf is ke hoon hum sab indian hain hum koi minority nahi</w:t>
      </w:r>
      <w:r>
        <w:br/>
      </w:r>
      <w:r>
        <w:rPr>
          <w:sz w:val="20"/>
        </w:rPr>
        <w:t>50:30  yeh jo to main jo baat keh raha hoon woh yeh hai ke guaranteed salvation ke nazariye ne</w:t>
      </w:r>
    </w:p>
    <w:p>
      <w:pPr>
        <w:pStyle w:val="Heading2"/>
      </w:pPr>
      <w:r>
        <w:t>Human's special role and prayer for divine role</w:t>
      </w:r>
    </w:p>
    <w:p>
      <w:r>
        <w:rPr>
          <w:color w:val="666666"/>
          <w:sz w:val="18"/>
        </w:rPr>
        <w:t>The Importance of Education, Feb. 15, 2014 - Maulana Wahiduddin Khan · 1m 40s · at 14:05 · https://youtu.be/Ln1FQfOWyzo?t=845</w:t>
      </w:r>
    </w:p>
    <w:p>
      <w:r>
        <w:rPr>
          <w:i/>
        </w:rPr>
        <w:t>“اب یہاں پر ایک اور بات ہے بہت اہم”</w:t>
      </w:r>
    </w:p>
    <w:p>
      <w:r>
        <w:rPr>
          <w:sz w:val="20"/>
        </w:rPr>
        <w:t>14:05  ab yahan par ek aur baat hai bohat ahem ke Allah ne insaan ko paida kiya hai ek bilkul different creature ke taur par.</w:t>
      </w:r>
      <w:r>
        <w:br/>
      </w:r>
      <w:r>
        <w:rPr>
          <w:sz w:val="20"/>
        </w:rPr>
        <w:t>14:17  yaani insaan different hai sitar se, planet se, sun aur moon se, pahaad aur samandar se, haathi aur sher se.</w:t>
      </w:r>
      <w:r>
        <w:br/>
      </w:r>
      <w:r>
        <w:rPr>
          <w:sz w:val="20"/>
        </w:rPr>
        <w:t>14:29  yeh bilkul ek different makhlooq hai. bohat hi high quality is ko di gayi hai. mind, aankh, kaan, naak,</w:t>
      </w:r>
      <w:r>
        <w:br/>
      </w:r>
      <w:r>
        <w:rPr>
          <w:sz w:val="20"/>
        </w:rPr>
        <w:t>14:41  sochna. yeh kis liye? is ka matlab hai ke insaan se koi special role matloob hai.</w:t>
      </w:r>
      <w:r>
        <w:br/>
      </w:r>
      <w:r>
        <w:rPr>
          <w:sz w:val="20"/>
        </w:rPr>
        <w:t>14:52  woh role jo pahaadon se matloob nahi, woh role jo samandaron se matloob nahi, woh role jo sitaron, sayaron se matloob nahi.</w:t>
      </w:r>
      <w:r>
        <w:br/>
      </w:r>
      <w:r>
        <w:rPr>
          <w:sz w:val="20"/>
        </w:rPr>
        <w:t>15:03  to insaan se koi special role matloob hai.</w:t>
      </w:r>
      <w:r>
        <w:br/>
      </w:r>
      <w:r>
        <w:rPr>
          <w:sz w:val="20"/>
        </w:rPr>
        <w:t>15:09  to Hazrat Musa ne jo dua ki thi is ka matlab kya tha? is ka matlab yahi tha ke</w:t>
      </w:r>
      <w:r>
        <w:br/>
      </w:r>
      <w:r>
        <w:rPr>
          <w:sz w:val="20"/>
        </w:rPr>
        <w:t>15:18  khudaya! mujh se jo role matloob hai, jo role mujh se tu chahta hai, is role ke liye mujhe muntakhib kar le. is ke liye mujh se wasail de.</w:t>
      </w:r>
      <w:r>
        <w:br/>
      </w:r>
      <w:r>
        <w:rPr>
          <w:sz w:val="20"/>
        </w:rPr>
        <w:t>15:27  is ke liye mujhe halaat faraham kar.</w:t>
      </w:r>
      <w:r>
        <w:br/>
      </w:r>
      <w:r>
        <w:rPr>
          <w:sz w:val="20"/>
        </w:rPr>
        <w:t>15:34  to Allah, Allah ne jo role de rakha hai kisi insaan ko, us role ke ke liye dua karna.</w:t>
      </w:r>
    </w:p>
    <w:p>
      <w:pPr>
        <w:pStyle w:val="Heading2"/>
      </w:pPr>
      <w:r>
        <w:t>Brainstorming as a natural blessing</w:t>
      </w:r>
    </w:p>
    <w:p>
      <w:r>
        <w:rPr>
          <w:color w:val="666666"/>
          <w:sz w:val="18"/>
        </w:rPr>
        <w:t>Science And Spirituality-25th April 07 · 3m 08s · at 30:59 · https://youtu.be/v5j9QVMgQq0?t=1859</w:t>
      </w:r>
    </w:p>
    <w:p>
      <w:r>
        <w:rPr>
          <w:i/>
        </w:rPr>
        <w:t>“Brainstorming activates your mind, it is a blessing.”</w:t>
      </w:r>
    </w:p>
    <w:p>
      <w:r>
        <w:rPr>
          <w:sz w:val="20"/>
        </w:rPr>
        <w:t>30:59  Science has discovered that when man faces some challenges, there is a brainstorm in his mind. When we face challenges, when we face some big problems, then there is a brainstorm in our mind. And what is this brainstorm?</w:t>
      </w:r>
      <w:r>
        <w:br/>
      </w:r>
      <w:r>
        <w:rPr>
          <w:sz w:val="20"/>
        </w:rPr>
        <w:t>31:28  According to scientific discoveries, I am explaining the scientific spirituality. This is scientific spirituality. So according to scientific discovery, when there is brainstorming, it is a blessing in disguise for you. Why? Because brainstorming activates your mind.</w:t>
      </w:r>
      <w:r>
        <w:br/>
      </w:r>
      <w:r>
        <w:rPr>
          <w:sz w:val="20"/>
        </w:rPr>
        <w:t>31:58  It activates all those particles, living particles. So without brainstorming, your mind cannot be activated. It lives in a dormant position.</w:t>
      </w:r>
      <w:r>
        <w:br/>
      </w:r>
      <w:r>
        <w:rPr>
          <w:sz w:val="20"/>
        </w:rPr>
        <w:t>32:22  So it is the law of nature. It is a natural method to activate your mind. This kind of brainstorming is a method of nature only to activate your mind.</w:t>
      </w:r>
      <w:r>
        <w:br/>
      </w:r>
      <w:r>
        <w:rPr>
          <w:sz w:val="20"/>
        </w:rPr>
        <w:t>32:45  And when your mind is activated, then it means that you are able to think, you are able</w:t>
      </w:r>
      <w:r>
        <w:br/>
      </w:r>
      <w:r>
        <w:rPr>
          <w:sz w:val="20"/>
        </w:rPr>
        <w:t>32:55  to understand, you are able to explain.</w:t>
      </w:r>
      <w:r>
        <w:br/>
      </w:r>
      <w:r>
        <w:rPr>
          <w:sz w:val="20"/>
        </w:rPr>
        <w:t>33:05  Here, I would like to add one point: that there are millions, billions of people who are engaged in spirituality.</w:t>
      </w:r>
      <w:r>
        <w:br/>
      </w:r>
      <w:r>
        <w:rPr>
          <w:sz w:val="20"/>
        </w:rPr>
        <w:t>33:15  But no spiritual person was able to produce a masterpiece, a masterpiece, a book that is able to</w:t>
      </w:r>
      <w:r>
        <w:br/>
      </w:r>
      <w:r>
        <w:rPr>
          <w:sz w:val="20"/>
        </w:rPr>
        <w:t>33:26  be awarded a Nobel Prize.</w:t>
      </w:r>
      <w:r>
        <w:br/>
      </w:r>
      <w:r>
        <w:rPr>
          <w:sz w:val="20"/>
        </w:rPr>
        <w:t>33:36  No one was awarded a Nobel Prize in this.</w:t>
      </w:r>
      <w:r>
        <w:br/>
      </w:r>
      <w:r>
        <w:rPr>
          <w:sz w:val="20"/>
        </w:rPr>
        <w:t>33:46  No one was able to write a book on spirituality on a scientific level and on such a</w:t>
      </w:r>
      <w:r>
        <w:br/>
      </w:r>
      <w:r>
        <w:rPr>
          <w:sz w:val="20"/>
        </w:rPr>
        <w:t>33:56  great scale that he was able to be awarded a Nobel Prize. Why?</w:t>
      </w:r>
      <w:r>
        <w:br/>
      </w:r>
      <w:r>
        <w:rPr>
          <w:sz w:val="20"/>
        </w:rPr>
        <w:t>34:07  Why all these spiritual persons are living in traditional spirituality? They are living in ecstasy. There is no function of mind. It is the mind that writes a book. Ecstasy cannot write a book. When you are living in ecstasy, how can you write a book? How can you write an encyclopedia?</w:t>
      </w:r>
    </w:p>
    <w:p>
      <w:pPr>
        <w:pStyle w:val="Heading2"/>
      </w:pPr>
      <w:r>
        <w:t>Khushuu and success in Salat</w:t>
      </w:r>
    </w:p>
    <w:p>
      <w:r>
        <w:rPr>
          <w:color w:val="666666"/>
          <w:sz w:val="18"/>
        </w:rPr>
        <w:t>Islamic Prayer (Part 2) (English) | February 27, 2007 | Maulana Wahiduddin Khan · 2m 33s · at 22:18 · https://youtu.be/xoh_XiWwRlI?t=1338</w:t>
      </w:r>
    </w:p>
    <w:p>
      <w:r>
        <w:rPr>
          <w:i/>
        </w:rPr>
        <w:t>“Then there is a verse in the Quran”</w:t>
      </w:r>
    </w:p>
    <w:p>
      <w:r>
        <w:rPr>
          <w:sz w:val="20"/>
        </w:rPr>
        <w:t>22:18  integral part to each other. Then there is a verse in the Quran, "qad aflaha almu'minun alladhina hum fi salatihim khashi'un" it means that successful are those who</w:t>
      </w:r>
      <w:r>
        <w:br/>
      </w:r>
      <w:r>
        <w:rPr>
          <w:sz w:val="20"/>
        </w:rPr>
        <w:t>22:50  observe khushuu in their Salat. Here you can see that khushuu, or God-fearing, is a very important part of Salat. Salat, khushuu is the inner spirit of Salat.</w:t>
      </w:r>
      <w:r>
        <w:br/>
      </w:r>
      <w:r>
        <w:rPr>
          <w:sz w:val="20"/>
        </w:rPr>
        <w:t>23:20  Khushuu means fear of God. So fear of God is the inner spirit of Namaaz, or Islamic prayer. So one who keeps fear of God in his Salat, he is a successful person.</w:t>
      </w:r>
      <w:r>
        <w:br/>
      </w:r>
      <w:r>
        <w:rPr>
          <w:sz w:val="20"/>
        </w:rPr>
        <w:t>23:51  Without khushuu, there is no true Salat. And without true Salat, there is no success. According to the Quran, Namaaz is the key to, to the paradise. "qalu lam nakum minal</w:t>
      </w:r>
      <w:r>
        <w:br/>
      </w:r>
      <w:r>
        <w:rPr>
          <w:sz w:val="20"/>
        </w:rPr>
        <w:t>24:21  musallin" it means that only those people will find entry into paradise who were performing their Salat in this world. But what kind of Salat?</w:t>
      </w:r>
    </w:p>
    <w:p>
      <w:pPr>
        <w:pStyle w:val="Heading2"/>
      </w:pPr>
      <w:r>
        <w:t>Ideology of love comes from thinking, not meditation</w:t>
      </w:r>
    </w:p>
    <w:p>
      <w:r>
        <w:rPr>
          <w:color w:val="666666"/>
          <w:sz w:val="18"/>
        </w:rPr>
        <w:t>Material Science and Spiritual Science 20 May 2012 · 1m 26s · at 25:44 · https://youtu.be/4K6CxjThlxQ?t=1544</w:t>
      </w:r>
    </w:p>
    <w:p>
      <w:r>
        <w:rPr>
          <w:i/>
        </w:rPr>
        <w:t>“Yeh ideology of love sochne se milti hai, tadabbur se milti hai”</w:t>
      </w:r>
    </w:p>
    <w:p>
      <w:r>
        <w:rPr>
          <w:sz w:val="20"/>
        </w:rPr>
        <w:t>25:44  yeh ideology of love is ka naam hai. to ideology of love jo hai woh sochne se milti hai.</w:t>
      </w:r>
      <w:r>
        <w:br/>
      </w:r>
      <w:r>
        <w:rPr>
          <w:sz w:val="20"/>
        </w:rPr>
        <w:t>25:52  tadabbur se milti hai. tafakkur se milti hai. ta'aqqul se milti hai.</w:t>
      </w:r>
      <w:r>
        <w:br/>
      </w:r>
      <w:r>
        <w:rPr>
          <w:sz w:val="20"/>
        </w:rPr>
        <w:t>25:59  to yeh jo usool hai love your enemy ya duniya se mohabbat karo.</w:t>
      </w:r>
      <w:r>
        <w:br/>
      </w:r>
      <w:r>
        <w:rPr>
          <w:sz w:val="20"/>
        </w:rPr>
        <w:t>26:08  to yeh maujood hai muddaton se lekin logon ko dekhen aap mein jahan bhi jata hoon har ek ke dil mein nafrat har ek ke dil mein nafrat</w:t>
      </w:r>
      <w:r>
        <w:br/>
      </w:r>
      <w:r>
        <w:rPr>
          <w:sz w:val="20"/>
        </w:rPr>
        <w:t>26:18  main ne kisi ko paya nahi is hamare is mission mein to Allah ke fazl se logon ke andar nafrat nahi hai lekin jahan mein jata hoon har ek nafrat ki boli bolta hai.</w:t>
      </w:r>
      <w:r>
        <w:br/>
      </w:r>
      <w:r>
        <w:rPr>
          <w:sz w:val="20"/>
        </w:rPr>
        <w:t>26:29  kyun unhon ne ideology daryaft nahi ki unhein pata nahi ke jis woh jis jo jis jis sahaba ne hayat ke darmiyan jeete hain jin sawariyon par chalte hain jis furniture par baithte hain jo ghar woh banate hain is ke peeche insani qurbaniyan hain</w:t>
      </w:r>
      <w:r>
        <w:br/>
      </w:r>
      <w:r>
        <w:rPr>
          <w:sz w:val="20"/>
        </w:rPr>
        <w:t>26:48  insan ne hazaron saal tehqeeq kiya hazaron saal apni umrein sirf kar dein logon ne tab yeh tamaddun bana tab yeh city planning aayi tab yeh architecture bana tab yeh masheenain banin tab yeh camera bana tab yeh bijli bani</w:t>
      </w:r>
    </w:p>
    <w:p>
      <w:pPr>
        <w:pStyle w:val="Heading2"/>
      </w:pPr>
      <w:r>
        <w:t>Three types of nature exploitation</w:t>
      </w:r>
    </w:p>
    <w:p>
      <w:r>
        <w:rPr>
          <w:color w:val="666666"/>
          <w:sz w:val="18"/>
        </w:rPr>
        <w:t>Nature as a Role Mode May 21, 2006 · 3m 09s · at 2:55 · https://youtu.be/ppaB1Z2zXL8?t=175</w:t>
      </w:r>
    </w:p>
    <w:p>
      <w:r>
        <w:rPr>
          <w:i/>
        </w:rPr>
        <w:t>“Pehla istemal jo insan ne nikala, jis ko main kahunga secular exploitation.”</w:t>
      </w:r>
    </w:p>
    <w:p>
      <w:r>
        <w:rPr>
          <w:sz w:val="20"/>
        </w:rPr>
        <w:t>2:55  to pehla istemaal jo insaan ne nikala,</w:t>
      </w:r>
      <w:r>
        <w:br/>
      </w:r>
      <w:r>
        <w:rPr>
          <w:sz w:val="20"/>
        </w:rPr>
        <w:t>3:00  jis ko main kahunga ke secular exploitation. secular exploitation. yaani apni dunyavi zarooraton ke liye nature ko istemaal karna.</w:t>
      </w:r>
      <w:r>
        <w:br/>
      </w:r>
      <w:r>
        <w:rPr>
          <w:sz w:val="20"/>
        </w:rPr>
        <w:t>3:14  is ke do phase hain. secular exploitation ke do phase hain.</w:t>
      </w:r>
      <w:r>
        <w:br/>
      </w:r>
      <w:r>
        <w:rPr>
          <w:sz w:val="20"/>
        </w:rPr>
        <w:t>3:22  pehlay phase mein insaan ne yeh kiya ke jo kuch nature mein pehle se maujood tha, usi ko is ke raw form mein istemaal kiya is ne.</w:t>
      </w:r>
      <w:r>
        <w:br/>
      </w:r>
      <w:r>
        <w:rPr>
          <w:sz w:val="20"/>
        </w:rPr>
        <w:t>3:37  is ka ek misaal ghoda hai. insaan ko sawari chahiye to insaan ne dekha ke jangalon mein ghore hain.</w:t>
      </w:r>
      <w:r>
        <w:br/>
      </w:r>
      <w:r>
        <w:rPr>
          <w:sz w:val="20"/>
        </w:rPr>
        <w:t>3:50  is ne samjha ke ghore is ke liye behtareen sawari hain. to hazaron saal tak insaan ghore ko sawari ke liye istemaal karte raha.</w:t>
      </w:r>
      <w:r>
        <w:br/>
      </w:r>
      <w:r>
        <w:rPr>
          <w:sz w:val="20"/>
        </w:rPr>
        <w:t>4:06  is ko main kahunga conventional exploitation of nature. conventional exploitation of nature. ghoda is ki ek goya alamat thi.</w:t>
      </w:r>
      <w:r>
        <w:br/>
      </w:r>
      <w:r>
        <w:rPr>
          <w:sz w:val="20"/>
        </w:rPr>
        <w:t>4:19  isi tarah se bohat sari cheezein. ghore ko main yahan alamat ke taur par zikr kar raha hoon ke woh cheez jis ko main keh raha hoon conventional exploitation of nature.</w:t>
      </w:r>
      <w:r>
        <w:br/>
      </w:r>
      <w:r>
        <w:rPr>
          <w:sz w:val="20"/>
        </w:rPr>
        <w:t>4:29  to ghoda is ki alamat tha. phir zamana aage barha. insaan ne tehqeeq ki. insaan ne bohat si nayi nayi baatein daryaft keen.</w:t>
      </w:r>
      <w:r>
        <w:br/>
      </w:r>
      <w:r>
        <w:rPr>
          <w:sz w:val="20"/>
        </w:rPr>
        <w:t>4:43  to science ka zamana aaya.</w:t>
      </w:r>
      <w:r>
        <w:br/>
      </w:r>
      <w:r>
        <w:rPr>
          <w:sz w:val="20"/>
        </w:rPr>
        <w:t>4:46  ab insaan ne scientific exploitation daryaft kiya. scientific exploitation of nature jis ko main keh raha hoon, is ki ek alamat motor car hai.</w:t>
      </w:r>
      <w:r>
        <w:br/>
      </w:r>
      <w:r>
        <w:rPr>
          <w:sz w:val="20"/>
        </w:rPr>
        <w:t>5:02  pehlay insaan ghore par sawari karta tha, ab insaan car par sawari karta hai.</w:t>
      </w:r>
      <w:r>
        <w:br/>
      </w:r>
      <w:r>
        <w:rPr>
          <w:sz w:val="20"/>
        </w:rPr>
        <w:t>5:08  to goya ke ghoda jo hai, woh conventional exploitation of nature ki alamat tha aur car scientific exploitation of nature ki alamat hai.</w:t>
      </w:r>
      <w:r>
        <w:br/>
      </w:r>
      <w:r>
        <w:rPr>
          <w:sz w:val="20"/>
        </w:rPr>
        <w:t>5:19  yeh tha nature ka secular istemaal. lekin main yeh kahunga ke nature mein Khuda ne rohaniyat ka khazana bhi rakh diya tha.</w:t>
      </w:r>
      <w:r>
        <w:br/>
      </w:r>
      <w:r>
        <w:rPr>
          <w:sz w:val="20"/>
        </w:rPr>
        <w:t>5:32  is ko main kahunga rohani exploitation of nature. lekin bad qismati se yeh bohat kam istemaal ho saka.</w:t>
      </w:r>
      <w:r>
        <w:br/>
      </w:r>
      <w:r>
        <w:rPr>
          <w:sz w:val="20"/>
        </w:rPr>
        <w:t>5:43  yaani pehla dono jo istemaal hai ke conventional exploitation aur scientific exploitation, woh to insaan ne khoob khoob kiya.</w:t>
      </w:r>
      <w:r>
        <w:br/>
      </w:r>
      <w:r>
        <w:rPr>
          <w:sz w:val="20"/>
        </w:rPr>
        <w:t>5:52  lekin rohani exploitation of nature jo hai, main samajhta hoon ke poori tareekh mein bohat kam ho saka.</w:t>
      </w:r>
    </w:p>
    <w:p>
      <w:pPr>
        <w:pStyle w:val="Heading2"/>
      </w:pPr>
      <w:r>
        <w:t>Hadith on rust of the heart and its cure</w:t>
      </w:r>
    </w:p>
    <w:p>
      <w:r>
        <w:rPr>
          <w:color w:val="666666"/>
          <w:sz w:val="18"/>
        </w:rPr>
        <w:t>Tazkiya-e-Nafs Book by Maulana Wahiduddin Khan · 2m 32s · at 16:31 · https://youtu.be/LbGPnJWmj1A?t=991</w:t>
      </w:r>
    </w:p>
    <w:p>
      <w:r>
        <w:rPr>
          <w:i/>
        </w:rPr>
        <w:t>“Tazkiya aik musalsal amal hai, har subah o sham jari rehta hai”</w:t>
      </w:r>
    </w:p>
    <w:p>
      <w:r>
        <w:rPr>
          <w:sz w:val="20"/>
        </w:rPr>
        <w:t>16:31  deconditioning ka amal. kitaab "tazkiya e nafs" Maulana Wahiduddin Khan, safha number 9.</w:t>
      </w:r>
      <w:r>
        <w:br/>
      </w:r>
      <w:r>
        <w:rPr>
          <w:sz w:val="20"/>
        </w:rPr>
        <w:t>16:43  tazkiya ek musalsal amal hai, woh har subah o shaam jaari rehta hai. is maamle ko hadith mein ek misaal ke zariye is tarah bataya gaya hai: "innal qulooba kama yusaddu al hadeeda al ma" qeela: "ya Rasool Allah!</w:t>
      </w:r>
      <w:r>
        <w:br/>
      </w:r>
      <w:r>
        <w:rPr>
          <w:sz w:val="20"/>
        </w:rPr>
        <w:t>17:00  wa ma jalaa'uha?" qaala: "kasrat zikr al maut wa tilawat al quran" al bayhaqi bi hawala mishkat al masabeeh raqam al hadith</w:t>
      </w:r>
      <w:r>
        <w:br/>
      </w:r>
      <w:r>
        <w:rPr>
          <w:sz w:val="20"/>
        </w:rPr>
        <w:t>17:10  2168 yaani dilon mein zaang lagta hai jaise ke lohe mein zaang lagta hai jab ke is par paani pad jaye.</w:t>
      </w:r>
      <w:r>
        <w:br/>
      </w:r>
      <w:r>
        <w:rPr>
          <w:sz w:val="20"/>
        </w:rPr>
        <w:t>17:20  poochha gaya ke: "ae Khuda ke Rasool! is ko saaf karne ka tareeqa kya hai?" aap ne farmaya ke: "maut ko bohat zyada yaad karna aur Quran ka mutala karna." is hadith rasool mein tamseel ke zariye ek nafsiyati haqeeqat ko bataya gaya hai,</w:t>
      </w:r>
      <w:r>
        <w:br/>
      </w:r>
      <w:r>
        <w:rPr>
          <w:sz w:val="20"/>
        </w:rPr>
        <w:t>17:36  woh yeh ke samaaj ke andar rehte hue insaan baar baar aise</w:t>
      </w:r>
      <w:r>
        <w:br/>
      </w:r>
      <w:r>
        <w:rPr>
          <w:sz w:val="20"/>
        </w:rPr>
        <w:t>17:40  haalaat se guzarta hai jo is ke andar manfi jazbaat paida karte hain, maslan ghussa, nafrat, tashaddud, intiqam waghera.</w:t>
      </w:r>
      <w:r>
        <w:br/>
      </w:r>
      <w:r>
        <w:rPr>
          <w:sz w:val="20"/>
        </w:rPr>
        <w:t>17:51  aadmi ko chahiye ke woh in jazbaat ko foran khatam kare. agar aisa na kiya jaye to yeh manfi jazbaat insani zehn ka mustaqil hissa ban jayenge, yahan tak ke un ko door karna amalan namumkin ho jayega.</w:t>
      </w:r>
      <w:r>
        <w:br/>
      </w:r>
      <w:r>
        <w:rPr>
          <w:sz w:val="20"/>
        </w:rPr>
        <w:t>18:05  insani dimagh ke do barhe hisse hain: shaoor yaani conscious mind aur la-shaoor yaani unconscious mind. fitri nizaam ke tehat koi manfi ehsaas pehle zehn ke shaoori hisse mein dakhil hota hai.</w:t>
      </w:r>
      <w:r>
        <w:br/>
      </w:r>
      <w:r>
        <w:rPr>
          <w:sz w:val="20"/>
        </w:rPr>
        <w:t>18:20  agar is ko foran zehn se nikala na jaye to woh dheere dheere zehn ke la-shaoori hisse mein pahunch jata hai, jahan se is ko nikalna sakht mushkil ho jata hai.</w:t>
      </w:r>
      <w:r>
        <w:br/>
      </w:r>
      <w:r>
        <w:rPr>
          <w:sz w:val="20"/>
        </w:rPr>
        <w:t>18:31  insaan ko chahiye ke woh har lamha apna nigran bana rahe.</w:t>
      </w:r>
      <w:r>
        <w:br/>
      </w:r>
      <w:r>
        <w:rPr>
          <w:sz w:val="20"/>
        </w:rPr>
        <w:t>18:35  woh har lamha apne manfi ehsaas ko process kar ke musbat ehsaas mein tabdeel karta rahe, yaani woh apne conditioned mind ki deconditioning kare.</w:t>
      </w:r>
      <w:r>
        <w:br/>
      </w:r>
      <w:r>
        <w:rPr>
          <w:sz w:val="20"/>
        </w:rPr>
        <w:t>18:45  woh apne zehn ki tatheer kar ke is ki aloodgi ko khatam karta rahe. is tatheer ya deconditioning ka zariya hai apni maut ko baar baar yaad karna aur Quran ki roshni mein zindagi ke anjaam par ghor o fikr karte rehna.</w:t>
      </w:r>
    </w:p>
    <w:p>
      <w:pPr>
        <w:pStyle w:val="Heading2"/>
      </w:pPr>
      <w:r>
        <w:t>why society needs spirituality to avoid anarchy</w:t>
      </w:r>
    </w:p>
    <w:p>
      <w:r>
        <w:rPr>
          <w:color w:val="666666"/>
          <w:sz w:val="18"/>
        </w:rPr>
        <w:t>Interview Session with Maulana Wahiduddin Khan January 30, 2008 · 2m 00s · at 34:25 · https://youtu.be/o8Gpe9YMuZc?t=2065</w:t>
      </w:r>
    </w:p>
    <w:p>
      <w:r>
        <w:rPr>
          <w:i/>
        </w:rPr>
        <w:t>“Spirituality is greatly needed for a better society.”</w:t>
      </w:r>
    </w:p>
    <w:p>
      <w:r>
        <w:rPr>
          <w:sz w:val="20"/>
        </w:rPr>
        <w:t>34:25  in this sense, training is necessary. molana, how important is spirituality for the society</w:t>
      </w:r>
      <w:r>
        <w:br/>
      </w:r>
      <w:r>
        <w:rPr>
          <w:sz w:val="20"/>
        </w:rPr>
        <w:t>34:34  ? would absence of spirituality make any difference to our life? yes, spirituality is greatly needed for better society.</w:t>
      </w:r>
      <w:r>
        <w:br/>
      </w:r>
      <w:r>
        <w:rPr>
          <w:sz w:val="20"/>
        </w:rPr>
        <w:t>34:48  without spirituality, society be reduced to like a jungle, like animal world.</w:t>
      </w:r>
      <w:r>
        <w:br/>
      </w:r>
      <w:r>
        <w:rPr>
          <w:sz w:val="20"/>
        </w:rPr>
        <w:t>34:59  spirituality makes the</w:t>
      </w:r>
      <w:r>
        <w:br/>
      </w:r>
      <w:r>
        <w:rPr>
          <w:sz w:val="20"/>
        </w:rPr>
        <w:t>35:04  members of society responsible person, duty conscious person.</w:t>
      </w:r>
      <w:r>
        <w:br/>
      </w:r>
      <w:r>
        <w:rPr>
          <w:sz w:val="20"/>
        </w:rPr>
        <w:t>35:13  spirituality is the essence of society.</w:t>
      </w:r>
      <w:r>
        <w:br/>
      </w:r>
      <w:r>
        <w:rPr>
          <w:sz w:val="20"/>
        </w:rPr>
        <w:t>35:18  without spirituality, society becomes an anarchy.</w:t>
      </w:r>
      <w:r>
        <w:br/>
      </w:r>
      <w:r>
        <w:rPr>
          <w:sz w:val="20"/>
        </w:rPr>
        <w:t>35:27  it is spirituality that checks the amoral practices. it is spirituality that controls the unwanted desires</w:t>
      </w:r>
      <w:r>
        <w:br/>
      </w:r>
      <w:r>
        <w:rPr>
          <w:sz w:val="20"/>
        </w:rPr>
        <w:t>35:43  . it is spirituality that, that, that makes people</w:t>
      </w:r>
      <w:r>
        <w:br/>
      </w:r>
      <w:r>
        <w:rPr>
          <w:sz w:val="20"/>
        </w:rPr>
        <w:t>35:53  to,</w:t>
      </w:r>
      <w:r>
        <w:br/>
      </w:r>
      <w:r>
        <w:rPr>
          <w:sz w:val="20"/>
        </w:rPr>
        <w:t>35:57  to save their self from misusing the freedom. so all those goods can be achieved only in the spiritual atmosphere</w:t>
      </w:r>
      <w:r>
        <w:br/>
      </w:r>
      <w:r>
        <w:rPr>
          <w:sz w:val="20"/>
        </w:rPr>
        <w:t>36:11  . so i think that a better society, i think that, that spirituality is an integral part of a better society.</w:t>
      </w:r>
    </w:p>
    <w:p>
      <w:pPr>
        <w:pStyle w:val="Heading2"/>
      </w:pPr>
      <w:r>
        <w:t>Remembrance as contemplation for peace of mind</w:t>
      </w:r>
    </w:p>
    <w:p>
      <w:r>
        <w:rPr>
          <w:color w:val="666666"/>
          <w:sz w:val="18"/>
        </w:rPr>
        <w:t>Companions of The Prophet (3) 18 July, 2021 - Prof. Farida Khanam and Dr. Saniyasnain Khan · 1m 10s · at 0:55 · https://youtu.be/Kntz4s5FhlU?t=55</w:t>
      </w:r>
    </w:p>
    <w:p>
      <w:r>
        <w:rPr>
          <w:i/>
        </w:rPr>
        <w:t>“Remembrance does not mean verbal reputation of God's name.”</w:t>
      </w:r>
    </w:p>
    <w:p>
      <w:r>
        <w:rPr>
          <w:sz w:val="20"/>
        </w:rPr>
        <w:t>0:55  before i request doctor sani asan sahib to release this book, i would like to say that remembrance does not mean verbal repetition of gods name. remembrance means contemplation on gods creation and to achieve higher level of god realization.</w:t>
      </w:r>
      <w:r>
        <w:br/>
      </w:r>
      <w:r>
        <w:rPr>
          <w:sz w:val="20"/>
        </w:rPr>
        <w:t>1:15  now, you would all agree that today peace of mind is something that everybody wants. everybody is looking for peace of mind, but it eludes everyone. we can say that it is probably one of the greatest problem of human world, but quran gives a solution to this problem in unequivocal terms. it says in chapter 13</w:t>
      </w:r>
      <w:r>
        <w:br/>
      </w:r>
      <w:r>
        <w:rPr>
          <w:sz w:val="20"/>
        </w:rPr>
        <w:t>1:38  that sure in the remembrance of god, hearts can find comfort. so in this book, you will find great intellectual insights into various spiritual aspects of remembrance of god and how one must go about it. so with this, i will request doctor sani asan sahib to release this book "remembrance of god".</w:t>
      </w:r>
    </w:p>
    <w:p>
      <w:pPr>
        <w:pStyle w:val="Heading2"/>
      </w:pPr>
      <w:r>
        <w:t>Convert your mistakes into self development</w:t>
      </w:r>
    </w:p>
    <w:p>
      <w:r>
        <w:rPr>
          <w:color w:val="666666"/>
          <w:sz w:val="18"/>
        </w:rPr>
        <w:t>Tazkiyah and Self Criticism April 13, 2020 Maulana Wahiduddin Khan · 2m 00s · at 5:25 · https://youtu.be/D4pMJtT4vDg?t=325</w:t>
      </w:r>
    </w:p>
    <w:p>
      <w:r>
        <w:rPr>
          <w:i/>
        </w:rPr>
        <w:t>“Allah ne insaan ko mauka diya hai”</w:t>
      </w:r>
    </w:p>
    <w:p>
      <w:r>
        <w:rPr>
          <w:sz w:val="20"/>
        </w:rPr>
        <w:t>5:25  Allah rab ul aalameen ne insaan ko mauqa diya hai ke woh agar koi ghalti kar jaye to us ghalti ko apne liye</w:t>
      </w:r>
      <w:r>
        <w:br/>
      </w:r>
      <w:r>
        <w:rPr>
          <w:sz w:val="20"/>
        </w:rPr>
        <w:t>5:46  convert karne ka zariya bana le.</w:t>
      </w:r>
      <w:r>
        <w:br/>
      </w:r>
      <w:r>
        <w:rPr>
          <w:sz w:val="20"/>
        </w:rPr>
        <w:t>5:51  yaani apne negative ko positive banane mein woh istemaal kar sake.</w:t>
      </w:r>
      <w:r>
        <w:br/>
      </w:r>
      <w:r>
        <w:rPr>
          <w:sz w:val="20"/>
        </w:rPr>
        <w:t>6:00  tab se mujhe yeh humri abhi aadat ban gayi. aadat. woh ke agar main kisi se koi sakht baat keh doon, kisi ko koi sakht baat keh doon,</w:t>
      </w:r>
      <w:r>
        <w:br/>
      </w:r>
      <w:r>
        <w:rPr>
          <w:sz w:val="20"/>
        </w:rPr>
        <w:t>6:17  to us ke baad mere andar bohat jald</w:t>
      </w:r>
      <w:r>
        <w:br/>
      </w:r>
      <w:r>
        <w:rPr>
          <w:sz w:val="20"/>
        </w:rPr>
        <w:t>6:24  yeh repentance aata hai. repentance. repentance.</w:t>
      </w:r>
      <w:r>
        <w:br/>
      </w:r>
      <w:r>
        <w:rPr>
          <w:sz w:val="20"/>
        </w:rPr>
        <w:t>6:33  yaani apni ko...</w:t>
      </w:r>
      <w:r>
        <w:br/>
      </w:r>
      <w:r>
        <w:rPr>
          <w:sz w:val="20"/>
        </w:rPr>
        <w:t>6:42  yaani self humri.</w:t>
      </w:r>
      <w:r>
        <w:br/>
      </w:r>
      <w:r>
        <w:rPr>
          <w:sz w:val="20"/>
        </w:rPr>
        <w:t>6:50  to Hazrat Abu Darda ka qissa jab maine parha to us waqt se mere baray mein barh gaya ke Allah ki rehmat jo hai, rehmat ke agar insaan se koi ghalti ho jaye to Allah us ko mauqa deta hai, mauqa</w:t>
      </w:r>
      <w:r>
        <w:br/>
      </w:r>
      <w:r>
        <w:rPr>
          <w:sz w:val="20"/>
        </w:rPr>
        <w:t>7:10  ke woh apni ghalti ko karwat kar ke achhai bana bana le. yeh bohat ajeeb o ghareeb rehmat hai Allah taala ki.</w:t>
      </w:r>
    </w:p>
    <w:p>
      <w:pPr>
        <w:pStyle w:val="Heading2"/>
      </w:pPr>
      <w:r>
        <w:t>Seminar on Spiritual Light and couplet</w:t>
      </w:r>
    </w:p>
    <w:p>
      <w:r>
        <w:rPr>
          <w:color w:val="666666"/>
          <w:sz w:val="18"/>
        </w:rPr>
        <w:t>Fragments of Broken Heart | December 01, 2006 | Maulana Wahiduddin Khan · 2m 36s · at 1:44 · https://youtu.be/4uW2kggXMI8?t=104</w:t>
      </w:r>
    </w:p>
    <w:p>
      <w:r>
        <w:rPr>
          <w:i/>
        </w:rPr>
        <w:t>“Ek seminar tha”</w:t>
      </w:r>
    </w:p>
    <w:p>
      <w:r>
        <w:rPr>
          <w:sz w:val="20"/>
        </w:rPr>
        <w:t>1:44  ek seminar tha.</w:t>
      </w:r>
      <w:r>
        <w:br/>
      </w:r>
      <w:r>
        <w:rPr>
          <w:sz w:val="20"/>
        </w:rPr>
        <w:t>1:55  is seminar mein top intellectuals bulaye gaye the har religion ke.</w:t>
      </w:r>
      <w:r>
        <w:br/>
      </w:r>
      <w:r>
        <w:rPr>
          <w:sz w:val="20"/>
        </w:rPr>
        <w:t>2:05  har religion ke aspect se un ko ek topic par bolna tha. woh tha</w:t>
      </w:r>
      <w:r>
        <w:br/>
      </w:r>
      <w:r>
        <w:rPr>
          <w:sz w:val="20"/>
        </w:rPr>
        <w:t>2:16  "Spiritual Light".</w:t>
      </w:r>
      <w:r>
        <w:br/>
      </w:r>
      <w:r>
        <w:rPr>
          <w:sz w:val="20"/>
        </w:rPr>
        <w:t>2:23  yeh bohat ajeeb baat hai ke kisi ne bhi koi clear cut baat nahi kahi.</w:t>
      </w:r>
      <w:r>
        <w:br/>
      </w:r>
      <w:r>
        <w:rPr>
          <w:sz w:val="20"/>
        </w:rPr>
        <w:t>2:31  lagta tha ke har ek confusion mein pada hua hai.</w:t>
      </w:r>
      <w:r>
        <w:br/>
      </w:r>
      <w:r>
        <w:rPr>
          <w:sz w:val="20"/>
        </w:rPr>
        <w:t>2:38  kisi ke paas koi bohat hi soch samjhi baat kehne ke liye nahi hai. to jab</w:t>
      </w:r>
      <w:r>
        <w:br/>
      </w:r>
      <w:r>
        <w:rPr>
          <w:sz w:val="20"/>
        </w:rPr>
        <w:t>2:46  aakhir mein jo sahib chair kar rahe the is seminar ko to un se kaha gaya concluding remarks</w:t>
      </w:r>
      <w:r>
        <w:br/>
      </w:r>
      <w:r>
        <w:rPr>
          <w:sz w:val="20"/>
        </w:rPr>
        <w:t>2:56  ke liye to unhon ne koi zyada lambi baat nahi ki.</w:t>
      </w:r>
      <w:r>
        <w:br/>
      </w:r>
      <w:r>
        <w:rPr>
          <w:sz w:val="20"/>
        </w:rPr>
        <w:t>3:07  yeh keh kar apni baat ko khatm kar diya ke UP mein</w:t>
      </w:r>
      <w:r>
        <w:br/>
      </w:r>
      <w:r>
        <w:rPr>
          <w:sz w:val="20"/>
        </w:rPr>
        <w:t>3:17  bahraich ek zila hai to wahan par ek shayar the nabina, un ka naam tha Kashfi.</w:t>
      </w:r>
      <w:r>
        <w:br/>
      </w:r>
      <w:r>
        <w:rPr>
          <w:sz w:val="20"/>
        </w:rPr>
        <w:t>3:25  to unhon ne ek shair kaha tha.</w:t>
      </w:r>
      <w:r>
        <w:br/>
      </w:r>
      <w:r>
        <w:rPr>
          <w:sz w:val="20"/>
        </w:rPr>
        <w:t>3:33  isi shair ko parh kar unhon ne jalse ke end ka elan kar diya.</w:t>
      </w:r>
      <w:r>
        <w:br/>
      </w:r>
      <w:r>
        <w:rPr>
          <w:sz w:val="20"/>
        </w:rPr>
        <w:t>3:40  woh shair yeh tha: "hamara zikr hi kya</w:t>
      </w:r>
      <w:r>
        <w:br/>
      </w:r>
      <w:r>
        <w:rPr>
          <w:sz w:val="20"/>
        </w:rPr>
        <w:t>3:48  ", hum to nabeena hain aye kashfi." "hamara zikr hi kya, hum to nabeena hain aye kashfi." "nazar</w:t>
      </w:r>
      <w:r>
        <w:br/>
      </w:r>
      <w:r>
        <w:rPr>
          <w:sz w:val="20"/>
        </w:rPr>
        <w:t>4:04  walon mein bhi hum ne baseerat ki kami paai." "nazar walon mein bhi hum ne baseerat ki kami paai."</w:t>
      </w:r>
    </w:p>
    <w:p>
      <w:pPr>
        <w:pStyle w:val="Heading2"/>
      </w:pPr>
      <w:r>
        <w:t>Spiritual growth depends on your own receptivity, not proximity</w:t>
      </w:r>
    </w:p>
    <w:p>
      <w:r>
        <w:rPr>
          <w:color w:val="666666"/>
          <w:sz w:val="18"/>
        </w:rPr>
        <w:t>Personality of A Believer February 2, 2014 · 1m 27s · at 58:55 · https://youtu.be/EiK_-O-Bjps?t=3535</w:t>
      </w:r>
    </w:p>
    <w:p>
      <w:r>
        <w:rPr>
          <w:i/>
        </w:rPr>
        <w:t>“Munafiq Rasool Allah ke pass baithte the, phir bhi munafiq rahe”</w:t>
      </w:r>
    </w:p>
    <w:p>
      <w:r>
        <w:rPr>
          <w:sz w:val="20"/>
        </w:rPr>
        <w:t>58:55  maulana, agla sawal raichur se hai zaheeruddin sahib ka. unhon ne likha hai: "tazkiya ke liye jo sohbat darkar hai, woh kya online bhi hasil ho sakti hai ya personally hi hasil hogi?"</w:t>
      </w:r>
      <w:r>
        <w:br/>
      </w:r>
      <w:r>
        <w:rPr>
          <w:sz w:val="20"/>
        </w:rPr>
        <w:t>59:13  dekhiye janab, personally hasil hoti hai, na kisi aur tareeqe se. rasool Allah ke zamane mein madine mein kai log the, rasool Allah ke paas baithte the, lekin munafiq reh gaye.</w:t>
      </w:r>
      <w:r>
        <w:br/>
      </w:r>
      <w:r>
        <w:rPr>
          <w:sz w:val="20"/>
        </w:rPr>
        <w:t>59:22  woh</w:t>
      </w:r>
      <w:r>
        <w:br/>
      </w:r>
      <w:r>
        <w:rPr>
          <w:sz w:val="20"/>
        </w:rPr>
        <w:t>59:26  yeh to sab log jante hain ke munafiq kyun baithte the rasool Allah ke paas, lekin phir bhi munafiq hi rahe. woh to sara mamla jo hai, aap ki apni receptivity ka hai,</w:t>
      </w:r>
      <w:r>
        <w:br/>
      </w:r>
      <w:r>
        <w:rPr>
          <w:sz w:val="20"/>
        </w:rPr>
        <w:t>59:40  apni akhaziyat ka hai,</w:t>
      </w:r>
      <w:r>
        <w:br/>
      </w:r>
      <w:r>
        <w:rPr>
          <w:sz w:val="20"/>
        </w:rPr>
        <w:t>59:43  khud apne andar kitna shaoori development aap ne kiya hai, us ka hai. agar aadmi ka zehan bohat zyada developed ho, us ke andar bohat zyada receptivity receptivity ho, to har cheez us ke liye sohbat ka faida degi.</w:t>
      </w:r>
      <w:r>
        <w:br/>
      </w:r>
      <w:r>
        <w:rPr>
          <w:sz w:val="20"/>
        </w:rPr>
        <w:t>1:00:01  har cheez, yani us ko koi us ka form nahi hai, form nahi hai.</w:t>
      </w:r>
      <w:r>
        <w:br/>
      </w:r>
      <w:r>
        <w:rPr>
          <w:sz w:val="20"/>
        </w:rPr>
        <w:t>1:00:12  har cheez hai. sara mamla depend karta hai is par ke intellectual development kisi ka kitna hua hai aur kitna receptive bana hai aadmi.</w:t>
      </w:r>
    </w:p>
    <w:p>
      <w:pPr>
        <w:pStyle w:val="Heading2"/>
      </w:pPr>
      <w:r>
        <w:t>Persian poet's grave verse sparks self-reflection</w:t>
      </w:r>
    </w:p>
    <w:p>
      <w:r>
        <w:rPr>
          <w:color w:val="666666"/>
          <w:sz w:val="18"/>
        </w:rPr>
        <w:t>Tazkiya-e-Nafs Book by Maulana Wahiduddin Khan · 2m 37s · at 24:34 · https://youtu.be/LbGPnJWmj1A?t=1474</w:t>
      </w:r>
    </w:p>
    <w:p>
      <w:r>
        <w:rPr>
          <w:i/>
        </w:rPr>
        <w:t>“Aik farsi shayar ka sher hai keh mujh ghareeb ki qabr par”</w:t>
      </w:r>
    </w:p>
    <w:p>
      <w:r>
        <w:rPr>
          <w:sz w:val="20"/>
        </w:rPr>
        <w:t>24:34  tazkiya har waqt. kitab "tazkiya-e-nafs" Maulana Wahiduddin Khan, safha number 13.</w:t>
      </w:r>
      <w:r>
        <w:br/>
      </w:r>
      <w:r>
        <w:rPr>
          <w:sz w:val="20"/>
        </w:rPr>
        <w:t>24:47  aam taur par yeh samjha jata hai ke tazkiya ka ek waqti course hai ya kuch azkar o awrad hain jin ko mutayyan auqaat mein padh liya jaye,</w:t>
      </w:r>
      <w:r>
        <w:br/>
      </w:r>
      <w:r>
        <w:rPr>
          <w:sz w:val="20"/>
        </w:rPr>
        <w:t>24:57  magar yeh tazkiya ka rasmi ya ghair-fitri tareeqa hai aur koi bhi cheez is tarah ke waqti tareeqon ke zariye haasil nahi hoti.</w:t>
      </w:r>
      <w:r>
        <w:br/>
      </w:r>
      <w:r>
        <w:rPr>
          <w:sz w:val="20"/>
        </w:rPr>
        <w:t>25:07  haqeeqat yeh hai ke jis tarah aadmi har waqt saans leta hai, saans lene ka koi waqti tareeqa nahi, usi tarah tazkiya bhi ek musalsal amal hai.</w:t>
      </w:r>
      <w:r>
        <w:br/>
      </w:r>
      <w:r>
        <w:rPr>
          <w:sz w:val="20"/>
        </w:rPr>
        <w:t>25:17  haqeeqi tazkiya sirf wohi hai jo har waqt jaari rahe.</w:t>
      </w:r>
      <w:r>
        <w:br/>
      </w:r>
      <w:r>
        <w:rPr>
          <w:sz w:val="20"/>
        </w:rPr>
        <w:t>25:21  misal ke taur par ek farsi shayar ka sher hai ke: "mujh ghareeb ki qabr par na koi charagh hai aur na koi phool, is liye meri qabr par na parwana raqs karta aur na kisi bulbul ke chehakne ki awaaz aati." bar mazar-e-ma ghareeban, nay chiraghe, nay gale, nay par parwana raqsada, nay sada-e-bulbul.</w:t>
      </w:r>
      <w:r>
        <w:br/>
      </w:r>
      <w:r>
        <w:rPr>
          <w:sz w:val="20"/>
        </w:rPr>
        <w:t>25:49  yeh sher aap ko yaad aaya to aap sochne lage ke shayar kitni zyada badi bhool mein mubtala hai. woh samajhta hai ke us ke marne ke baad us ki qabr par koi charagh aur koi phool nahi,</w:t>
      </w:r>
      <w:r>
        <w:br/>
      </w:r>
      <w:r>
        <w:rPr>
          <w:sz w:val="20"/>
        </w:rPr>
        <w:t>26:02  is liye wahan na koi parwana aata aur na koi bulbul. halankeh asal masla yeh hai ke marne ke baad aadmi ek aur duniya mein pahunch gaya, jahan ke taqaze maujooda duniya se mukhtalif hain,</w:t>
      </w:r>
      <w:r>
        <w:br/>
      </w:r>
      <w:r>
        <w:rPr>
          <w:sz w:val="20"/>
        </w:rPr>
        <w:t>26:16  jahan kamyabi ke liye us se mukhtalif ek aur ahliyat, ability darkar hai jo maujooda duniya mein us ke kaam aa rahi thi. mazeed yeh ke agli duniya mein dobara tayyari ka mauqa nahi, agli duniya mein sirf aaj ke amal ka anjam pana hai, na ke dobara koi amal karna.</w:t>
      </w:r>
      <w:r>
        <w:br/>
      </w:r>
      <w:r>
        <w:rPr>
          <w:sz w:val="20"/>
        </w:rPr>
        <w:t>26:37  is soch ka nateeja yeh hoga ke jo shair sirf mushaire ka aik item tha, woh aadmi ki zindagi ke liye aik bhonchal ban jaye ga.</w:t>
      </w:r>
      <w:r>
        <w:br/>
      </w:r>
      <w:r>
        <w:rPr>
          <w:sz w:val="20"/>
        </w:rPr>
        <w:t>26:46  woh is tayyari mein lag jaye ga ke woh apne andar aik aisi shakhsiyat ki taameer kare jo maut ke baad aanay walay marhala hayat mein is ke kaam aaye, jo aakhirat ki duniya mein is ko kamyabi dilanay wali ho.</w:t>
      </w:r>
      <w:r>
        <w:br/>
      </w:r>
      <w:r>
        <w:rPr>
          <w:sz w:val="20"/>
        </w:rPr>
        <w:t>27:00  yeh soch kar woh khud apne aap par guzarnay walay ahwal ke baray mein sochne lage ga, na ke qabar par guzarnay walay ahwal ke baray mein.</w:t>
      </w:r>
    </w:p>
    <w:p>
      <w:pPr>
        <w:pStyle w:val="Heading2"/>
      </w:pPr>
      <w:r>
        <w:t>Conscious realization of existence and accountability</w:t>
      </w:r>
    </w:p>
    <w:p>
      <w:r>
        <w:rPr>
          <w:color w:val="666666"/>
          <w:sz w:val="18"/>
        </w:rPr>
        <w:t>Experience Sharing Session of CPS Members 24 May 2008 - Maulana Wahiduddin Khan · 1m 58s · at 14:56 · https://youtu.be/alVAkAnKiuM?t=896</w:t>
      </w:r>
    </w:p>
    <w:p>
      <w:r>
        <w:rPr>
          <w:i/>
        </w:rPr>
        <w:t>“सो, दैट वाज़ द ड्रीम। बट व्हाट आई वांट टू से”</w:t>
      </w:r>
    </w:p>
    <w:p>
      <w:r>
        <w:rPr>
          <w:sz w:val="20"/>
        </w:rPr>
        <w:t>14:56  so, that was the dream. but what i want to say is that after coming to cps, i have realized existence of myself consciously. because earlier, i was, i don't know where i was. and i am really amazed that how i was living my life, wasting my time, like sadia said.</w:t>
      </w:r>
      <w:r>
        <w:br/>
      </w:r>
      <w:r>
        <w:rPr>
          <w:sz w:val="20"/>
        </w:rPr>
        <w:t>15:21  but now, i realize that my conscious is awake. and i have realized god. and each and every action, i i think, at least once, i think, like, what am i doing?</w:t>
      </w:r>
      <w:r>
        <w:br/>
      </w:r>
      <w:r>
        <w:rPr>
          <w:sz w:val="20"/>
        </w:rPr>
        <w:t>15:36  so, my conscious is awake now. and i am, i feel i am in communion with god. like, i am responsible and accountable for every a</w:t>
      </w:r>
      <w:r>
        <w:br/>
      </w:r>
      <w:r>
        <w:rPr>
          <w:sz w:val="20"/>
        </w:rPr>
        <w:t>15:46  ction. so, the i think it has become a part of, like, it is said in the corporate world, it is like become a part of the dna. dawa work has become a part of a dna. and we have to do our responsibility and we are accountable for it. and we have to do it</w:t>
      </w:r>
      <w:r>
        <w:br/>
      </w:r>
      <w:r>
        <w:rPr>
          <w:sz w:val="20"/>
        </w:rPr>
        <w:t>16:09  . and this is what freaks every cps member's mind now, if we are not able to do, because it has become a part of the consciousness. and earlier, i use to think that i am the most, the people i love the most are my parents.</w:t>
      </w:r>
      <w:r>
        <w:br/>
      </w:r>
      <w:r>
        <w:rPr>
          <w:sz w:val="20"/>
        </w:rPr>
        <w:t>16:27  but now, after coming to cps, i think that cps team members and maulana have become the the only concern, and they are behind it. so, this has been a change over in my life. jazaqullah.</w:t>
      </w:r>
    </w:p>
    <w:p>
      <w:pPr>
        <w:pStyle w:val="Heading2"/>
      </w:pPr>
      <w:r>
        <w:t>Geocentric to heliocentric correction</w:t>
      </w:r>
    </w:p>
    <w:p>
      <w:r>
        <w:rPr>
          <w:color w:val="666666"/>
          <w:sz w:val="18"/>
        </w:rPr>
        <w:t>Science and Spirituality | April 25, 2007 | Maulana Wahiduddin Kha · 2m 31s · at 16:33 · https://youtu.be/cStp24Ri3ps?t=993</w:t>
      </w:r>
    </w:p>
    <w:p>
      <w:r>
        <w:rPr>
          <w:i/>
        </w:rPr>
        <w:t>“For two thousand years man believed the Earth is the center”</w:t>
      </w:r>
    </w:p>
    <w:p>
      <w:r>
        <w:rPr>
          <w:sz w:val="20"/>
        </w:rPr>
        <w:t>16:33  s, man was believing that the Earth is the center of the solar system.</w:t>
      </w:r>
      <w:r>
        <w:br/>
      </w:r>
      <w:r>
        <w:rPr>
          <w:sz w:val="20"/>
        </w:rPr>
        <w:t>16:41  Some people were believing that the Earth is the center of the whole cosmos.</w:t>
      </w:r>
      <w:r>
        <w:br/>
      </w:r>
      <w:r>
        <w:rPr>
          <w:sz w:val="20"/>
        </w:rPr>
        <w:t>16:49  So it was this thinking, according to this, that developed the geocentric theory.</w:t>
      </w:r>
      <w:r>
        <w:br/>
      </w:r>
      <w:r>
        <w:rPr>
          <w:sz w:val="20"/>
        </w:rPr>
        <w:t>16:56  Aristotle was believing in this the</w:t>
      </w:r>
      <w:r>
        <w:br/>
      </w:r>
      <w:r>
        <w:rPr>
          <w:sz w:val="20"/>
        </w:rPr>
        <w:t>17:04  ory, geocentric theory, that the Earth is in the center and the sun and all the other planets</w:t>
      </w:r>
      <w:r>
        <w:br/>
      </w:r>
      <w:r>
        <w:rPr>
          <w:sz w:val="20"/>
        </w:rPr>
        <w:t>17:10  are revolving around the Earth.</w:t>
      </w:r>
      <w:r>
        <w:br/>
      </w:r>
      <w:r>
        <w:rPr>
          <w:sz w:val="20"/>
        </w:rPr>
        <w:t>17:16  This was the geocentric theory.</w:t>
      </w:r>
      <w:r>
        <w:br/>
      </w:r>
      <w:r>
        <w:rPr>
          <w:sz w:val="20"/>
        </w:rPr>
        <w:t>17:22  It was completely wrong.</w:t>
      </w:r>
      <w:r>
        <w:br/>
      </w:r>
      <w:r>
        <w:rPr>
          <w:sz w:val="20"/>
        </w:rPr>
        <w:t>17:28  Then science discovered that</w:t>
      </w:r>
      <w:r>
        <w:br/>
      </w:r>
      <w:r>
        <w:rPr>
          <w:sz w:val="20"/>
        </w:rPr>
        <w:t>17:34  this is not correct.</w:t>
      </w:r>
      <w:r>
        <w:br/>
      </w:r>
      <w:r>
        <w:rPr>
          <w:sz w:val="20"/>
        </w:rPr>
        <w:t>17:39  The Earth is a satellite.</w:t>
      </w:r>
      <w:r>
        <w:br/>
      </w:r>
      <w:r>
        <w:rPr>
          <w:sz w:val="20"/>
        </w:rPr>
        <w:t>17:43  It is the central body.</w:t>
      </w:r>
      <w:r>
        <w:br/>
      </w:r>
      <w:r>
        <w:rPr>
          <w:sz w:val="20"/>
        </w:rPr>
        <w:t>17:47  In the solar system, the sun is the center.</w:t>
      </w:r>
      <w:r>
        <w:br/>
      </w:r>
      <w:r>
        <w:rPr>
          <w:sz w:val="20"/>
        </w:rPr>
        <w:t>17:52  The sun is in the center.</w:t>
      </w:r>
      <w:r>
        <w:br/>
      </w:r>
      <w:r>
        <w:rPr>
          <w:sz w:val="20"/>
        </w:rPr>
        <w:t>17:56  So all these planets revolve around this sun.</w:t>
      </w:r>
      <w:r>
        <w:br/>
      </w:r>
      <w:r>
        <w:rPr>
          <w:sz w:val="20"/>
        </w:rPr>
        <w:t>18:01  So it was science that proved</w:t>
      </w:r>
      <w:r>
        <w:br/>
      </w:r>
      <w:r>
        <w:rPr>
          <w:sz w:val="20"/>
        </w:rPr>
        <w:t>18:05  after long, long research that the Earth-centered theory of the solar system was wrong.</w:t>
      </w:r>
      <w:r>
        <w:br/>
      </w:r>
      <w:r>
        <w:rPr>
          <w:sz w:val="20"/>
        </w:rPr>
        <w:t>18:20  And science established that the sun-centered, sun-oriented system of the sun-oriented solar system or sun-centered sol</w:t>
      </w:r>
      <w:r>
        <w:br/>
      </w:r>
      <w:r>
        <w:rPr>
          <w:sz w:val="20"/>
        </w:rPr>
        <w:t>18:35  ar system isright.</w:t>
      </w:r>
      <w:r>
        <w:br/>
      </w:r>
      <w:r>
        <w:rPr>
          <w:sz w:val="20"/>
        </w:rPr>
        <w:t>18:40  That is the heliocentric theory.</w:t>
      </w:r>
      <w:r>
        <w:br/>
      </w:r>
      <w:r>
        <w:rPr>
          <w:sz w:val="20"/>
        </w:rPr>
        <w:t>18:45  So this was the corrective role of science.</w:t>
      </w:r>
      <w:r>
        <w:br/>
      </w:r>
      <w:r>
        <w:rPr>
          <w:sz w:val="20"/>
        </w:rPr>
        <w:t>18:50  The corrective role of science.</w:t>
      </w:r>
      <w:r>
        <w:br/>
      </w:r>
      <w:r>
        <w:rPr>
          <w:sz w:val="20"/>
        </w:rPr>
        <w:t>18:55  There are thousands and thousands of such examples.</w:t>
      </w:r>
      <w:r>
        <w:br/>
      </w:r>
      <w:r>
        <w:rPr>
          <w:sz w:val="20"/>
        </w:rPr>
        <w:t>19:00  And I think that in Spirituality also, there is</w:t>
      </w:r>
    </w:p>
    <w:p>
      <w:pPr>
        <w:pStyle w:val="Heading2"/>
      </w:pPr>
      <w:r>
        <w:t>Turning revenge into opportunity</w:t>
      </w:r>
    </w:p>
    <w:p>
      <w:r>
        <w:rPr>
          <w:color w:val="666666"/>
          <w:sz w:val="18"/>
        </w:rPr>
        <w:t>Personality Building May 28, 2013 Maulana Wahiduddin Khan · 2m 26s · at 33:43 · https://youtu.be/8vNUoqGILmw?t=2023</w:t>
      </w:r>
    </w:p>
    <w:p>
      <w:r>
        <w:rPr>
          <w:i/>
        </w:rPr>
        <w:t>“Ek sahib mere paas aaye”</w:t>
      </w:r>
    </w:p>
    <w:p>
      <w:r>
        <w:rPr>
          <w:sz w:val="20"/>
        </w:rPr>
        <w:t>33:43  kisi negative thought mein phans jata hai aur phir soch nahi pata. woh koi bari baat hai. jaise dekhein, aik sahib mere paas aaye, woh basti ke rehne wale the,</w:t>
      </w:r>
      <w:r>
        <w:br/>
      </w:r>
      <w:r>
        <w:rPr>
          <w:sz w:val="20"/>
        </w:rPr>
        <w:t>33:59  woh bohat ghusse mein the. unhon ne kaha ke "mein falan aadmi ne mujhe bohat nuqsan pohanchaya hai, mein us ko maroonga, us ko qatal karonga."</w:t>
      </w:r>
      <w:r>
        <w:br/>
      </w:r>
      <w:r>
        <w:rPr>
          <w:sz w:val="20"/>
        </w:rPr>
        <w:t>34:13  to</w:t>
      </w:r>
      <w:r>
        <w:br/>
      </w:r>
      <w:r>
        <w:rPr>
          <w:sz w:val="20"/>
        </w:rPr>
        <w:t>34:16  mein sunta raha, sunta raha un ki baat. koi dealing hui thi, us dealing mein us ne in ko kuch loss pohanchaya tha, kuch paisa gadbad kar diya tha, us se woh bigad gaye the.</w:t>
      </w:r>
      <w:r>
        <w:br/>
      </w:r>
      <w:r>
        <w:rPr>
          <w:sz w:val="20"/>
        </w:rPr>
        <w:t>34:29  mein us ko maroonga. to sunta raha, sunta raha. is ke baad maine kaha ke "dekhein, aap ke andar jo inteqam bhadka hua hai, revenge, kya yahi nahi bhadkayega in in in ke in bachon mein jis ko ke aap yateem kar denge?" to maine un ki diary pe likha ke "inteqam lene se pehle soch lo ke inteqam ka bhi inteqam liya jayega."</w:t>
      </w:r>
      <w:r>
        <w:br/>
      </w:r>
      <w:r>
        <w:rPr>
          <w:sz w:val="20"/>
        </w:rPr>
        <w:t>34:57  inteqam lene se pehle soch lo ke inteqam ka bhi inteqam liya jayega." matlab, tum un ko maar rahe ho ge, un ke bachche tum ko maar rahe hain.</w:t>
      </w:r>
      <w:r>
        <w:br/>
      </w:r>
      <w:r>
        <w:rPr>
          <w:sz w:val="20"/>
        </w:rPr>
        <w:t>35:07  to woh thoda soch mein pad gaye. unhon ne kaha, "phir ab mein kya karoon?" maine kaha, "yeh bataiye ke ab aap ke paas kuch paisa hai ke nahi hai?" to unhon ne bataya ke "abhi bhi mere paas itne paise hain." to maine kaha, "us ko bhula dijiye, us ko bhula dijiye.</w:t>
      </w:r>
      <w:r>
        <w:br/>
      </w:r>
      <w:r>
        <w:rPr>
          <w:sz w:val="20"/>
        </w:rPr>
        <w:t>35:25  jo paise aap paas abhi bache hain, abhi us se business shuru kar dijiye."</w:t>
      </w:r>
      <w:r>
        <w:br/>
      </w:r>
      <w:r>
        <w:rPr>
          <w:sz w:val="20"/>
        </w:rPr>
        <w:t>35:32  to beharhal, us ko maan liya unhon ne aur us ke baad us se shuru kiya aur business se us paise se. aur kuch saalon ke baad meri mulaqat un se hui to bohat khush the.</w:t>
      </w:r>
      <w:r>
        <w:br/>
      </w:r>
      <w:r>
        <w:rPr>
          <w:sz w:val="20"/>
        </w:rPr>
        <w:t>35:44  unhon ne kaha, "aaj mein pehle se zyada achi position mein hoon, bohat bohat behtar position mein hoon." to asal mein jab aik bohat hi zindagi mein bar bar aisa hota hai ke hamein naya decision lena padta hai, bar bar aisa hota hai.</w:t>
      </w:r>
      <w:r>
        <w:br/>
      </w:r>
      <w:r>
        <w:rPr>
          <w:sz w:val="20"/>
        </w:rPr>
        <w:t>36:01  to us waqt agar hum sahi right decision le sakein to bas zindagi mein kamyabi hi kamyabi hai, success hi success hai.</w:t>
      </w:r>
    </w:p>
    <w:p>
      <w:pPr>
        <w:pStyle w:val="Heading2"/>
      </w:pPr>
      <w:r>
        <w:t>Preparing for akhirat like preparing for a career</w:t>
      </w:r>
    </w:p>
    <w:p>
      <w:r>
        <w:rPr>
          <w:color w:val="666666"/>
          <w:sz w:val="18"/>
        </w:rPr>
        <w:t>Tazkiya-e-Nafs Book by Maulana Wahiduddin Khan · 2m 47s · at 1:44:47 · https://youtu.be/LbGPnJWmj1A?t=6287</w:t>
      </w:r>
    </w:p>
    <w:p>
      <w:r>
        <w:rPr>
          <w:i/>
        </w:rPr>
        <w:t>“Maujooda maadi duniya mein har aadmi ko rozgar ki zaroorat hoti hai”</w:t>
      </w:r>
    </w:p>
    <w:p>
      <w:r>
        <w:rPr>
          <w:sz w:val="20"/>
        </w:rPr>
        <w:t>1:44:47  tazkiya tayyari ka amal. kitab "tazkiya-e-nafs" Maulana Wahiduddin Khan, safha number 54.</w:t>
      </w:r>
      <w:r>
        <w:br/>
      </w:r>
      <w:r>
        <w:rPr>
          <w:sz w:val="20"/>
        </w:rPr>
        <w:t>1:45:02  maujooda madi duniya mein har aadmi ko rozgar ki zaroorat hoti hai jis ko job kaha jata hai. har aadmi chahta hai ke is ko ek achha job milay.</w:t>
      </w:r>
      <w:r>
        <w:br/>
      </w:r>
      <w:r>
        <w:rPr>
          <w:sz w:val="20"/>
        </w:rPr>
        <w:t>1:45:13  is ke liye har aadmi apne aap ko job market ke taqaze ke mutabiq ek tayyar insan yaani professionally prepared person banata hai.</w:t>
      </w:r>
      <w:r>
        <w:br/>
      </w:r>
      <w:r>
        <w:rPr>
          <w:sz w:val="20"/>
        </w:rPr>
        <w:t>1:45:22  jo aadmi is aitbar se apne aap ko tayyar na kar sake woh sari umar ke liye ek nakaam insan ban kar reh jata hai. yahi muamla shadeed tar andaaz mein aakhirat ki duniya ka hai.</w:t>
      </w:r>
      <w:r>
        <w:br/>
      </w:r>
      <w:r>
        <w:rPr>
          <w:sz w:val="20"/>
        </w:rPr>
        <w:t>1:45:36  aakhirat ki duniya nihayat aala qism ki rabbani sargarmiyon ki duniya hai.</w:t>
      </w:r>
      <w:r>
        <w:br/>
      </w:r>
      <w:r>
        <w:rPr>
          <w:sz w:val="20"/>
        </w:rPr>
        <w:t>1:45:42  aakhirat ki duniya mein wahi shakhs kamyab hoga jo maujooda duniya mein is ke mutabiq tayyari kare. jo maujooda duniya mein apne aap ko rohani aitbar se ek tayyar insan yaani spiritually prepared person banaye.</w:t>
      </w:r>
      <w:r>
        <w:br/>
      </w:r>
      <w:r>
        <w:rPr>
          <w:sz w:val="20"/>
        </w:rPr>
        <w:t>1:45:58  jo aadmi maujooda duniya mein apne aap ko is pehlu se tayyar na kar sake woh aakhirat mein ek nakaam insan ban kar reh jayega.</w:t>
      </w:r>
      <w:r>
        <w:br/>
      </w:r>
      <w:r>
        <w:rPr>
          <w:sz w:val="20"/>
        </w:rPr>
        <w:t>1:46:08  yeh sara muamla لیاقت yaani competence ka muamla hai. ek qism ki لیاقت duniya mein kaam aati hai aur doosri qism ki لیاقت aakhirat mein kaam aayegi.</w:t>
      </w:r>
      <w:r>
        <w:br/>
      </w:r>
      <w:r>
        <w:rPr>
          <w:sz w:val="20"/>
        </w:rPr>
        <w:t>1:46:20  duniya mein bazahir shirk kaam aata hai, aakhirat mein tauheed kaam aayegi. duniya mein apne aap ko consern banana kaam aata hai, aakhirat mein Khuda ko consern banana kaam aayega.</w:t>
      </w:r>
      <w:r>
        <w:br/>
      </w:r>
      <w:r>
        <w:rPr>
          <w:sz w:val="20"/>
        </w:rPr>
        <w:t>1:46:33  duniya mein cheezon ko madi angle yaani material angle se dekhna kaam aata hai, aakhirat mein cheezon ko spiritual angle se dekhna kaam aayega.</w:t>
      </w:r>
      <w:r>
        <w:br/>
      </w:r>
      <w:r>
        <w:rPr>
          <w:sz w:val="20"/>
        </w:rPr>
        <w:t>1:46:44  duniya mein mafad parasti kaam aati hai, aakhirat mein woh shakhs kamyab hoga jo apne aap ko ek usool pasand insan sabit kare. duniya mein bazahir bad-diyanti yaani dishonesty kaam aati hai,</w:t>
      </w:r>
      <w:r>
        <w:br/>
      </w:r>
      <w:r>
        <w:rPr>
          <w:sz w:val="20"/>
        </w:rPr>
        <w:t>1:46:59  aakhirat mein diyanatdari yaani honesty kaam aayegi.</w:t>
      </w:r>
      <w:r>
        <w:br/>
      </w:r>
      <w:r>
        <w:rPr>
          <w:sz w:val="20"/>
        </w:rPr>
        <w:t>1:47:04  duniya mein hub-e-ajila yaani immediate interest ka mizaj kaam aata hai, aakhirat mein woh shakhs kamyab hoga jis ne hub-e-aakhirat ki buniyad par apni zindagi ki taameer ki ho.</w:t>
      </w:r>
      <w:r>
        <w:br/>
      </w:r>
      <w:r>
        <w:rPr>
          <w:sz w:val="20"/>
        </w:rPr>
        <w:t>1:47:17  tazkiya ka matlab apne aap ko aakhirat ke aitbar se tayyar karna hai yaani apne andar woh awsaf paida karna jo maut ke baad aanay wali duniya mein aadmi ke kaam ayen.</w:t>
      </w:r>
    </w:p>
    <w:p>
      <w:pPr>
        <w:pStyle w:val="Heading2"/>
      </w:pPr>
      <w:r>
        <w:t>the difference between culture and true religion</w:t>
      </w:r>
    </w:p>
    <w:p>
      <w:r>
        <w:rPr>
          <w:color w:val="666666"/>
          <w:sz w:val="18"/>
        </w:rPr>
        <w:t>Discovery of Paradise March 22, 2015 · 2m 20s · at 39:13 · https://youtu.be/2axrfd7sZkE?t=2353</w:t>
      </w:r>
    </w:p>
    <w:p>
      <w:r>
        <w:rPr>
          <w:i/>
        </w:rPr>
        <w:t>“Wo cultur ko mazhab samajh raha hai, aur usko reject kar raha hai”</w:t>
      </w:r>
    </w:p>
    <w:p>
      <w:r>
        <w:rPr>
          <w:sz w:val="20"/>
        </w:rPr>
        <w:t>39:13  aaj jo maine aap ko zikr kiya, interview ka jo akhbar mein aya hai, aaj to is mein kuch cheezen is ne jo di hain, jis se woh Khuda ko nahi manta ke woh kaisa Khuda hai jo yeh bataye ke hum kya khayen, kya na khayen.</w:t>
      </w:r>
      <w:r>
        <w:br/>
      </w:r>
      <w:r>
        <w:rPr>
          <w:sz w:val="20"/>
        </w:rPr>
        <w:t>39:28  woh kaisa khuda hai jo jo bataye ke hum kya dress hamara ho, kya na ho. to mein samajhta hoon ke is ko ek confusion hai ke woh culture ko culture aur mazhab dono ko ek samajh raha hai.</w:t>
      </w:r>
      <w:r>
        <w:br/>
      </w:r>
      <w:r>
        <w:rPr>
          <w:sz w:val="20"/>
        </w:rPr>
        <w:t>39:43  yeh to culture ki baat hai, asal mazhab nahi hai. yeh</w:t>
      </w:r>
      <w:r>
        <w:br/>
      </w:r>
      <w:r>
        <w:rPr>
          <w:sz w:val="20"/>
        </w:rPr>
        <w:t>39:51  yani divine religion hai. divine religion jo hai, woh is ko is woh culture ka naam nahi hai. woh khuda ka inkar kar raha hai, yeh keh kar ke khuda bas yeh batane ke liye hai ke mein kya kapra pehnoon, kya khana khaoon.</w:t>
      </w:r>
      <w:r>
        <w:br/>
      </w:r>
      <w:r>
        <w:rPr>
          <w:sz w:val="20"/>
        </w:rPr>
        <w:t>40:11  to woh is ne yani divine religion ka ek reduce form is ke zehn mein hai, woh hai culture.</w:t>
      </w:r>
      <w:r>
        <w:br/>
      </w:r>
      <w:r>
        <w:rPr>
          <w:sz w:val="20"/>
        </w:rPr>
        <w:t>40:22  dekhein, har mazhab mein ek culture ban jata hai kuch dinon ke baad, aur khud Islam mein bhi bana. to aaj jo musalman hain, woh culture par hain, woh deen Islam par nahi hain.</w:t>
      </w:r>
      <w:r>
        <w:br/>
      </w:r>
      <w:r>
        <w:rPr>
          <w:sz w:val="20"/>
        </w:rPr>
        <w:t>40:36  khas tarah ka dress, khas tarah ka ek jis ko kehte hain waza qata, is ka naam samajh lijiye ga ke dindari, dindari, dindari samajh liya hai is ko.</w:t>
      </w:r>
      <w:r>
        <w:br/>
      </w:r>
      <w:r>
        <w:rPr>
          <w:sz w:val="20"/>
        </w:rPr>
        <w:t>40:52  to dindari zamane mein waza qata ka naam ban gayi hai, culture ka naam ban gayi hai, magar woh Islam nahi hai. Islam to ek ideology hai, ek ideology ko daryaft karna,</w:t>
      </w:r>
      <w:r>
        <w:br/>
      </w:r>
      <w:r>
        <w:rPr>
          <w:sz w:val="20"/>
        </w:rPr>
        <w:t>41:09  aur phir is ideology ke mutabiq apni zindagi ko</w:t>
      </w:r>
      <w:r>
        <w:br/>
      </w:r>
      <w:r>
        <w:rPr>
          <w:sz w:val="20"/>
        </w:rPr>
        <w:t>41:16  sanwarna, woh culture se buland cheez ek hai,</w:t>
      </w:r>
      <w:r>
        <w:br/>
      </w:r>
      <w:r>
        <w:rPr>
          <w:sz w:val="20"/>
        </w:rPr>
        <w:t>41:22  culture se buland hai. to Islam naam hai tauheed, yani ideology of tauheed ka, na ke culture ka.</w:t>
      </w:r>
    </w:p>
    <w:p>
      <w:pPr>
        <w:pStyle w:val="Heading2"/>
      </w:pPr>
      <w:r>
        <w:t>Understanding Islam for first time through mission</w:t>
      </w:r>
    </w:p>
    <w:p>
      <w:r>
        <w:rPr>
          <w:color w:val="666666"/>
          <w:sz w:val="18"/>
        </w:rPr>
        <w:t>Experience Sharing Session of CPS Members 24 May 2008 - Maulana Wahiduddin Khan · 1m 16s · at 3:52 · https://youtu.be/alVAkAnKiuM?t=232</w:t>
      </w:r>
    </w:p>
    <w:p>
      <w:r>
        <w:rPr>
          <w:i/>
        </w:rPr>
        <w:t>“प्रीति सर। आफ्टर कमिंग टू दिस मिशन”</w:t>
      </w:r>
    </w:p>
    <w:p>
      <w:r>
        <w:rPr>
          <w:sz w:val="20"/>
        </w:rPr>
        <w:t>3:52  preest? hum. preeti sir. after coming to this mission, i feel i have understood islam for the first time</w:t>
      </w:r>
      <w:r>
        <w:br/>
      </w:r>
      <w:r>
        <w:rPr>
          <w:sz w:val="20"/>
        </w:rPr>
        <w:t>4:06  . although i felt i knew islam before, but only after coming here have i really understood it. and daily i am trying to get a deeper understanding of it. but the one thing that is clear is that through this mission, i have found a purpose of life and a direction in which i can lead my life till i die.</w:t>
      </w:r>
      <w:r>
        <w:br/>
      </w:r>
      <w:r>
        <w:rPr>
          <w:sz w:val="20"/>
        </w:rPr>
        <w:t>4:33  and i just thank god that he helped us to become part of this mission.</w:t>
      </w:r>
      <w:r>
        <w:br/>
      </w:r>
      <w:r>
        <w:rPr>
          <w:sz w:val="20"/>
        </w:rPr>
        <w:t>4:44  and hope we can fulfill our responsibilities. inshallah.</w:t>
      </w:r>
    </w:p>
    <w:p>
      <w:pPr>
        <w:pStyle w:val="Heading2"/>
      </w:pPr>
      <w:r>
        <w:t>Turning anger into self-accountability and reform</w:t>
      </w:r>
    </w:p>
    <w:p>
      <w:r>
        <w:rPr>
          <w:color w:val="666666"/>
          <w:sz w:val="18"/>
        </w:rPr>
        <w:t>Tazkiya-e-Nafs Book by Maulana Wahiduddin Khan · 2m 30s · at 27:12 · https://youtu.be/LbGPnJWmj1A?t=1632</w:t>
      </w:r>
    </w:p>
    <w:p>
      <w:r>
        <w:rPr>
          <w:i/>
        </w:rPr>
        <w:t>“Tazkiya ka aik bara zariya muhasaba yani introspection hai”</w:t>
      </w:r>
    </w:p>
    <w:p>
      <w:r>
        <w:rPr>
          <w:sz w:val="20"/>
        </w:rPr>
        <w:t>27:12  ghalti ke baad muhasiba. kitaab "tazkiya-e-nafs" Maulana Wahiduddin Khan, safha number 14.</w:t>
      </w:r>
      <w:r>
        <w:br/>
      </w:r>
      <w:r>
        <w:rPr>
          <w:sz w:val="20"/>
        </w:rPr>
        <w:t>27:25  tazkiya ka aik bohat bara zariya muhasiba yaani introspection hai. muhasibe ke zariye aadmi ka zehn bedar hota hai, us ki shakhsiyat mein hulchal paida hoti hai, us ke andar apni islaah ka daaiya yaani incentive jaagta hai.</w:t>
      </w:r>
      <w:r>
        <w:br/>
      </w:r>
      <w:r>
        <w:rPr>
          <w:sz w:val="20"/>
        </w:rPr>
        <w:t>27:43  is tarah muhasiba aadmi ko zehn-o-rohani taraqqi ki taraf le jata hai. misaal ke taur par aik shakhs ne aap ke baray mein koi aisi baat keh di jo aap ko nagawar hui,</w:t>
      </w:r>
      <w:r>
        <w:br/>
      </w:r>
      <w:r>
        <w:rPr>
          <w:sz w:val="20"/>
        </w:rPr>
        <w:t>27:55  aap ke jazbat bhark uthay, aap ne manfi radd-e-amal ke andaaz mein is ka jawab diya, baat ko aap ke andar nadamat yaani repentance paida hui, aap ne apni rawish par nazar saani ki, aap ne socha ke is tarah mein apne andar aik manfi shakhsiyat bana raha hoon, aisi manfi shakhsiyat maut ke baad ki zindagi mein mere liye sakht tabah kun sabit hogi,</w:t>
      </w:r>
      <w:r>
        <w:br/>
      </w:r>
      <w:r>
        <w:rPr>
          <w:sz w:val="20"/>
        </w:rPr>
        <w:t>28:20  aisi manfi shakhsiyat mujh ko jannat mein dakhlay ke liye na-ahel bana de gi. aap ne socha ke quran ke mutabiq jannat walon ka culture aman culture hoga, wahan aisay log abad kiye jayen ge jo bahami zindagi mein aman aur mohabbat ke sath rehne ki salahiyat rakhte hain.</w:t>
      </w:r>
      <w:r>
        <w:br/>
      </w:r>
      <w:r>
        <w:rPr>
          <w:sz w:val="20"/>
        </w:rPr>
        <w:t>28:40  E</w:t>
      </w:r>
      <w:r>
        <w:br/>
      </w:r>
      <w:r>
        <w:rPr>
          <w:sz w:val="20"/>
        </w:rPr>
        <w:t>28:41  si halat mein agar maine apne andar aisi shakhsiyat banai jis ke andar tolerance na ho, jo mushtael ho janay wali ho, jis ke andar dostana rawish yaani friendly behaviour ki salahiyat na pai jati ho,</w:t>
      </w:r>
      <w:r>
        <w:br/>
      </w:r>
      <w:r>
        <w:rPr>
          <w:sz w:val="20"/>
        </w:rPr>
        <w:t>28:55  aisa shakhs jannat mein dakhlay ke liye na-ahel qarar paye ga. woh abadi taur par masarrat aur kamyabi se mahroom rahe ga.</w:t>
      </w:r>
      <w:r>
        <w:br/>
      </w:r>
      <w:r>
        <w:rPr>
          <w:sz w:val="20"/>
        </w:rPr>
        <w:t>29:04  yeh soch aap ke liye aik taameeri dhamaka sabit hogi.</w:t>
      </w:r>
      <w:r>
        <w:br/>
      </w:r>
      <w:r>
        <w:rPr>
          <w:sz w:val="20"/>
        </w:rPr>
        <w:t>29:09  aap khud apne nigran ban jayen gay. aap ke andar apni islaah ka shadeed jazba paida ho jaye ga. khud ihtisabi ka yahi mizaj tazkiye ka sab se bara zariya hai.</w:t>
      </w:r>
      <w:r>
        <w:br/>
      </w:r>
      <w:r>
        <w:rPr>
          <w:sz w:val="20"/>
        </w:rPr>
        <w:t>29:21  tazkiya hamesha dakhli soch ke zariye hasil hota hai, na ke kharji noiyat ki kisi karwai ke zariye. tazkiya woh amal hai jis mein aadmi khud apna mazka hota hai,</w:t>
      </w:r>
      <w:r>
        <w:br/>
      </w:r>
      <w:r>
        <w:rPr>
          <w:sz w:val="20"/>
        </w:rPr>
        <w:t>29:34  woh khud hi talib-e-ilm hota hai aur khud hi apna ustaad bhi.</w:t>
      </w:r>
    </w:p>
    <w:p>
      <w:pPr>
        <w:pStyle w:val="Heading2"/>
      </w:pPr>
      <w:r>
        <w:t>Self-centered vs social-centered</w:t>
      </w:r>
    </w:p>
    <w:p>
      <w:r>
        <w:rPr>
          <w:color w:val="666666"/>
          <w:sz w:val="18"/>
        </w:rPr>
        <w:t>Personality Building May 28, 2013 Maulana Wahiduddin Khan · 1m 50s · at 10:50 · https://youtu.be/8vNUoqGILmw?t=650</w:t>
      </w:r>
    </w:p>
    <w:p>
      <w:r>
        <w:rPr>
          <w:i/>
        </w:rPr>
        <w:t>“Insan ek self-centered person hai”</w:t>
      </w:r>
    </w:p>
    <w:p>
      <w:r>
        <w:rPr>
          <w:sz w:val="20"/>
        </w:rPr>
        <w:t>10:50  ke insaan ek self centered person hai, bohat ziyada self centered. har aadmi ka problem yeh hai ke woh ek self centered person ke taur par janam leta hai.</w:t>
      </w:r>
      <w:r>
        <w:br/>
      </w:r>
      <w:r>
        <w:rPr>
          <w:sz w:val="20"/>
        </w:rPr>
        <w:t>11:03  lekin jahan rehna hai us ko, woh social centered environment hai. jo samaj hai jis mein hamein rehna hai, woh social centered environment hai.</w:t>
      </w:r>
      <w:r>
        <w:br/>
      </w:r>
      <w:r>
        <w:rPr>
          <w:sz w:val="20"/>
        </w:rPr>
        <w:t>11:19  to insaan hai self centered, rehna hai ek aisi duniya mein jahan sab kuch social centered hai.</w:t>
      </w:r>
      <w:r>
        <w:br/>
      </w:r>
      <w:r>
        <w:rPr>
          <w:sz w:val="20"/>
        </w:rPr>
        <w:t>11:29  yeh ek contradiction hai. yeh contradiction kyun hai? yeh koi evil nahi hai, yeh mere aur aap ke development ke liye hai.</w:t>
      </w:r>
      <w:r>
        <w:br/>
      </w:r>
      <w:r>
        <w:rPr>
          <w:sz w:val="20"/>
        </w:rPr>
        <w:t>11:43  is se sangarsh aata hai, is se challenge aata hai. woh challenge hum ko aage badhata hai, that leads to intellectual development, spiritual development.</w:t>
      </w:r>
      <w:r>
        <w:br/>
      </w:r>
      <w:r>
        <w:rPr>
          <w:sz w:val="20"/>
        </w:rPr>
        <w:t>11:58  to yeh jo contradiction hai, isi ke saath saath aap dekhein ke insaan ke andar bohat ziyada potential hai contradiction ko over, overcome karne ka.</w:t>
      </w:r>
      <w:r>
        <w:br/>
      </w:r>
      <w:r>
        <w:rPr>
          <w:sz w:val="20"/>
        </w:rPr>
        <w:t>12:14  aap har lamha difference bhi jeete hain, difference mein, aur difference ko manage karte hain. aap wohi to hai zindagi ka raaz. ek British philosopher ne kaha ke "I am large enough to contain all these contradictions." "I am large enough to contain all these contradictions." to mere andar jo potential hai, mere andar mind, jo mind hai, jo jo quality hai, woh kis din ke liye hai?</w:t>
      </w:r>
    </w:p>
    <w:p>
      <w:pPr>
        <w:pStyle w:val="Heading2"/>
      </w:pPr>
      <w:r>
        <w:t>Outdated jurisprudence and historical tolerance</w:t>
      </w:r>
    </w:p>
    <w:p>
      <w:r>
        <w:rPr>
          <w:color w:val="666666"/>
          <w:sz w:val="18"/>
        </w:rPr>
        <w:t>Interaction with German Delegation January 4, 2020 · 1m 28s · at 9:37 · https://youtu.be/eWcszNLZK1U?t=577</w:t>
      </w:r>
    </w:p>
    <w:p>
      <w:r>
        <w:rPr>
          <w:i/>
        </w:rPr>
        <w:t>“And it developed in a period when Muslims were politically dominant.”</w:t>
      </w:r>
    </w:p>
    <w:p>
      <w:r>
        <w:rPr>
          <w:sz w:val="20"/>
        </w:rPr>
        <w:t>9:37  . And it developed in a period when Muslims were politically dominant. So many things in that jurisprudence are actually not according to Islam.</w:t>
      </w:r>
      <w:r>
        <w:br/>
      </w:r>
      <w:r>
        <w:rPr>
          <w:sz w:val="20"/>
        </w:rPr>
        <w:t>9:47  For example, I mentioned that the world is divided between Darul Islam and Darul Haq. But that principle is no longer valid because even in a Western country, you have all the freedom to propagate and to live by Islam.</w:t>
      </w:r>
      <w:r>
        <w:br/>
      </w:r>
      <w:r>
        <w:rPr>
          <w:sz w:val="20"/>
        </w:rPr>
        <w:t>10:01  So we have to abandon those principles of Muslim jurisprudence.</w:t>
      </w:r>
      <w:r>
        <w:br/>
      </w:r>
      <w:r>
        <w:rPr>
          <w:sz w:val="20"/>
        </w:rPr>
        <w:t>10:06  Secondly, you said there's no peaceful coexistence between Muslims and other communities. But maybe this is a recent phenomena due to the political interpretation of Islam</w:t>
      </w:r>
      <w:r>
        <w:br/>
      </w:r>
      <w:r>
        <w:rPr>
          <w:sz w:val="20"/>
        </w:rPr>
        <w:t>10:15  . If you go back in history, in Islamic history, when the Muslims moved forward from Arabia where it started and they went into Syria, Egypt, Iraq, Iran, the subject populations were allowed to retain their culture, their tradition, their religion.</w:t>
      </w:r>
      <w:r>
        <w:br/>
      </w:r>
      <w:r>
        <w:rPr>
          <w:sz w:val="20"/>
        </w:rPr>
        <w:t>10:30  They were not asked to convert en masse, and they were not coerced or forced into the Islamic religion. So we have a very good example of Muslims being rulers, being the majority,</w:t>
      </w:r>
      <w:r>
        <w:br/>
      </w:r>
      <w:r>
        <w:rPr>
          <w:sz w:val="20"/>
        </w:rPr>
        <w:t>10:44  being the being the emperors, allowing the subject populations or minority, as you said, to continue in their religion, to continue in their beliefs and their fa</w:t>
      </w:r>
      <w:r>
        <w:br/>
      </w:r>
      <w:r>
        <w:rPr>
          <w:sz w:val="20"/>
        </w:rPr>
        <w:t>10:54  ith. So I think it's very important to educate not only others but Muslims about Islam. I myself, as Razia was saying, that she didn't know so many things about Islam.</w:t>
      </w:r>
    </w:p>
    <w:p>
      <w:pPr>
        <w:pStyle w:val="Heading2"/>
      </w:pPr>
      <w:r>
        <w:t>America's GPS as a marvel of infrastructure</w:t>
      </w:r>
    </w:p>
    <w:p>
      <w:r>
        <w:rPr>
          <w:color w:val="666666"/>
          <w:sz w:val="18"/>
        </w:rPr>
        <w:t>America A Case of Spiritual Starvaltion July 7, 2011 · 1m 42s · at 42:27 · https://youtu.be/N8JYD2P3QYE?t=2547</w:t>
      </w:r>
    </w:p>
    <w:p>
      <w:r>
        <w:rPr>
          <w:i/>
        </w:rPr>
        <w:t>“In America they have this device called GPS”</w:t>
      </w:r>
    </w:p>
    <w:p>
      <w:r>
        <w:rPr>
          <w:sz w:val="20"/>
        </w:rPr>
        <w:t>42:27  unhon ne ek aur cheez, bohat ajeeb cheez daryaft ki, yaani technological advancement jo un ka hai, us ko bata raha hoon main aap ko, jis ko kehte hain GPS, global positioning system.</w:t>
      </w:r>
      <w:r>
        <w:br/>
      </w:r>
      <w:r>
        <w:rPr>
          <w:sz w:val="20"/>
        </w:rPr>
        <w:t>42:43  to gaari mein ek itni bade se ek device rahe gi, us ko aadmi rakh lega engine ke paas, aur wo bataya jata hai, bataya jata hai,</w:t>
      </w:r>
      <w:r>
        <w:br/>
      </w:r>
      <w:r>
        <w:rPr>
          <w:sz w:val="20"/>
        </w:rPr>
        <w:t>42:55  yaani saare America, America jo India ke lihaaz se teen guna hai, teen guna bada hai India ke muqable mein. Aur saare jitni sarkein hain, saare jo ghar hain, saare cities hain, sab is mein bhara hua hai,</w:t>
      </w:r>
      <w:r>
        <w:br/>
      </w:r>
      <w:r>
        <w:rPr>
          <w:sz w:val="20"/>
        </w:rPr>
        <w:t>43:10  is ka connection hai satellite se. Upar jo satellite hai, us se connection hai. Ab aap gaari chala rahe hain to India mein hum chalte hain, kahin to poochna padta hai.</w:t>
      </w:r>
      <w:r>
        <w:br/>
      </w:r>
      <w:r>
        <w:rPr>
          <w:sz w:val="20"/>
        </w:rPr>
        <w:t>43:24  jab main kahin jata hoon to baar baar poochna padta hai, ab yeh road kidhar ja rahi hai, wo road kidhar ja rahi hai. Wahan wahi bolta rehta hai, wo wo device: "keep right, keep left, you are wrong".</w:t>
      </w:r>
      <w:r>
        <w:br/>
      </w:r>
      <w:r>
        <w:rPr>
          <w:sz w:val="20"/>
        </w:rPr>
        <w:t>43:37  agar agar aap galat bard hain, phone bole ga: "you are wrong".</w:t>
      </w:r>
      <w:r>
        <w:br/>
      </w:r>
      <w:r>
        <w:rPr>
          <w:sz w:val="20"/>
        </w:rPr>
        <w:t>43:43  jab aap, yaani wahan par aadmi chalta hai, das ghanta, bees ghanta chalta hai, wahan par car bohat zyada riwaj hai. Chalte chalte aap pahunchein ge maqam par apne, to bole ga: "you have reached your destination".</w:t>
      </w:r>
      <w:r>
        <w:br/>
      </w:r>
      <w:r>
        <w:rPr>
          <w:sz w:val="20"/>
        </w:rPr>
        <w:t>43:58  aisi wo ghareeb cheez hai, wo GPS, global positioning system. To itni taraqqi di, itni taraqqi di unhon ne.</w:t>
      </w:r>
    </w:p>
    <w:p>
      <w:pPr>
        <w:pStyle w:val="Heading2"/>
      </w:pPr>
      <w:r>
        <w:t>Love your enemy from Jesus and Quran</w:t>
      </w:r>
    </w:p>
    <w:p>
      <w:r>
        <w:rPr>
          <w:color w:val="666666"/>
          <w:sz w:val="18"/>
        </w:rPr>
        <w:t>Science And Spirituality-25th April 07 · 2m 14s · at 38:03 · https://youtu.be/v5j9QVMgQq0?t=2283</w:t>
      </w:r>
    </w:p>
    <w:p>
      <w:r>
        <w:rPr>
          <w:i/>
        </w:rPr>
        <w:t>“Love your enemy means manage enmity, not hate.”</w:t>
      </w:r>
    </w:p>
    <w:p>
      <w:r>
        <w:rPr>
          <w:sz w:val="20"/>
        </w:rPr>
        <w:t>38:03  Superstition. Simply superstition. Then I think that Jesus Christ, he was a prophet. We don't believe that he was the Son of God. He was a prophet of God.</w:t>
      </w:r>
      <w:r>
        <w:br/>
      </w:r>
      <w:r>
        <w:rPr>
          <w:sz w:val="20"/>
        </w:rPr>
        <w:t>38:27  And he gave us a very beautiful formula of spirituality. That is, "Love your enemy. Love your enemy." It means you have to learn the art of enmity management.</w:t>
      </w:r>
      <w:r>
        <w:br/>
      </w:r>
      <w:r>
        <w:rPr>
          <w:sz w:val="20"/>
        </w:rPr>
        <w:t>38:54  Don't hate the enemy.</w:t>
      </w:r>
      <w:r>
        <w:br/>
      </w:r>
      <w:r>
        <w:rPr>
          <w:sz w:val="20"/>
        </w:rPr>
        <w:t>39:01  Don't try to eliminate the enemy.</w:t>
      </w:r>
      <w:r>
        <w:br/>
      </w:r>
      <w:r>
        <w:rPr>
          <w:sz w:val="20"/>
        </w:rPr>
        <w:t>39:09  Don't be negative against the enemy. No.</w:t>
      </w:r>
      <w:r>
        <w:br/>
      </w:r>
      <w:r>
        <w:rPr>
          <w:sz w:val="20"/>
        </w:rPr>
        <w:t>39:16  "Love your enemy" means try to manage the enmity.</w:t>
      </w:r>
      <w:r>
        <w:br/>
      </w:r>
      <w:r>
        <w:rPr>
          <w:sz w:val="20"/>
        </w:rPr>
        <w:t>39:24  And this is also mentioned in the Quran in these words: It means that do good deeds in</w:t>
      </w:r>
      <w:r>
        <w:br/>
      </w:r>
      <w:r>
        <w:rPr>
          <w:sz w:val="20"/>
        </w:rPr>
        <w:t>39:31  return for bad deeds.</w:t>
      </w:r>
      <w:r>
        <w:br/>
      </w:r>
      <w:r>
        <w:rPr>
          <w:sz w:val="20"/>
        </w:rPr>
        <w:t>39:39  And you will find that your enemy has become your dearest friend.</w:t>
      </w:r>
      <w:r>
        <w:br/>
      </w:r>
      <w:r>
        <w:rPr>
          <w:sz w:val="20"/>
        </w:rPr>
        <w:t>39:47  It means that according to the prophetic vision, Jesus Christ was a prophet, Muhammad was a prophet. So both the prophets tell us that you have to see the enemy as your friend. So according to this Quranic verse, our enemy is our potential friend.</w:t>
      </w:r>
      <w:r>
        <w:br/>
      </w:r>
      <w:r>
        <w:rPr>
          <w:sz w:val="20"/>
        </w:rPr>
        <w:t>40:17  So turn this potential into actual. So turn this potential into actual. And what a thrilling idea!</w:t>
      </w:r>
    </w:p>
    <w:p>
      <w:pPr>
        <w:pStyle w:val="Heading2"/>
      </w:pPr>
      <w:r>
        <w:t>Rousseau and Marx incited class war through hate</w:t>
      </w:r>
    </w:p>
    <w:p>
      <w:r>
        <w:rPr>
          <w:color w:val="666666"/>
          <w:sz w:val="18"/>
        </w:rPr>
        <w:t>From the Spiritual Tree August 31, 2008 · 2m 42s · at 22:20 · https://youtu.be/yqFdYWdODM0?t=1340</w:t>
      </w:r>
    </w:p>
    <w:p>
      <w:r>
        <w:rPr>
          <w:i/>
        </w:rPr>
        <w:t>“Look at secular thinkers, Rousseau and Marx.”</w:t>
      </w:r>
    </w:p>
    <w:p>
      <w:r>
        <w:rPr>
          <w:sz w:val="20"/>
        </w:rPr>
        <w:t>22:20  yani jo secular log hain, jo religious log hain, sab ke sab. main aap ko chand naam arz karta hoon. secular thinker mein dekhiye, russo aur.</w:t>
      </w:r>
      <w:r>
        <w:br/>
      </w:r>
      <w:r>
        <w:rPr>
          <w:sz w:val="20"/>
        </w:rPr>
        <w:t>22:31  aur marx. bohat ziyada in ko popularity mili. secular thinkers mein. russo aur marx. in ka kya kya kaam kiya unhon ne sab se bara?</w:t>
      </w:r>
      <w:r>
        <w:br/>
      </w:r>
      <w:r>
        <w:rPr>
          <w:sz w:val="20"/>
        </w:rPr>
        <w:t>22:44  insan insan ko larwana. yani russo ne political</w:t>
      </w:r>
      <w:r>
        <w:br/>
      </w:r>
      <w:r>
        <w:rPr>
          <w:sz w:val="20"/>
        </w:rPr>
        <w:t>22:53  reference mein, political hawale se ruler aur ruled ko larwaya. is ne jo kaha tha ke "my by bond free".</w:t>
      </w:r>
      <w:r>
        <w:br/>
      </w:r>
      <w:r>
        <w:rPr>
          <w:sz w:val="20"/>
        </w:rPr>
        <w:t>23:03  "but i see him in chains". yeh kya hai? yani insan ko banta is ne. kuch woh log jo zanjeeron mein bandhe hue hain, halankeh koi zanjeeron mein bandha kabhi tha na aaj hai, us ko is ne exaggerated way mein bena.</w:t>
      </w:r>
      <w:r>
        <w:br/>
      </w:r>
      <w:r>
        <w:rPr>
          <w:sz w:val="20"/>
        </w:rPr>
        <w:t>23:20  aur kuch unhon ne baandh rakha hai. kuch baandhne wale hain, kuch bandhe hue hain. dono ko larwa diya is ne. aaj tak larai chal rahi hai. har democracy mein larai chal rahi hai aapas mein.</w:t>
      </w:r>
      <w:r>
        <w:br/>
      </w:r>
      <w:r>
        <w:rPr>
          <w:sz w:val="20"/>
        </w:rPr>
        <w:t>23:33  different ways mein. larai ki pehchan kya hai? hate. jahan hate ho, wahan larai ho rahi hai. chahe hathyar na chal rahe hon, tab bhi.</w:t>
      </w:r>
      <w:r>
        <w:br/>
      </w:r>
      <w:r>
        <w:rPr>
          <w:sz w:val="20"/>
        </w:rPr>
        <w:t>23:43  yaad rakhiye is ko. jis society mein hate ho, jis samaj mein hate ho, samajh lijiye ke wahan already larai chal rahi hai.</w:t>
      </w:r>
      <w:r>
        <w:br/>
      </w:r>
      <w:r>
        <w:rPr>
          <w:sz w:val="20"/>
        </w:rPr>
        <w:t>23:57  chahe aap wahan bandookon ki awaaz na aa rahi ho, bomon ke phatne ki awaaz na aa rahi ho. kyunke hate to sab se bara bomb hai.</w:t>
      </w:r>
      <w:r>
        <w:br/>
      </w:r>
      <w:r>
        <w:rPr>
          <w:sz w:val="20"/>
        </w:rPr>
        <w:t>24:09  sab se bara bomb jo hai, woh hate hai. to is waqt kya hai? shayad duniya mein hate hi hate to chal raha hai. to russo ne jis tarah se explain kiya history ko, is mein kya hua?</w:t>
      </w:r>
      <w:r>
        <w:br/>
      </w:r>
      <w:r>
        <w:rPr>
          <w:sz w:val="20"/>
        </w:rPr>
        <w:t>24:23  is mein yeh hua ke kuch logon ko is ne bataya ke political exploiters hain. kuch logon ka jo exploit kiye ja rahe hain. ab dono ko is ne do class bana diya.</w:t>
      </w:r>
      <w:r>
        <w:br/>
      </w:r>
      <w:r>
        <w:rPr>
          <w:sz w:val="20"/>
        </w:rPr>
        <w:t>24:34  do class. aur aapas mein lad rahe hain woh. ek ruling party hai, ek opposition party hai.</w:t>
      </w:r>
      <w:r>
        <w:br/>
      </w:r>
      <w:r>
        <w:rPr>
          <w:sz w:val="20"/>
        </w:rPr>
        <w:t>24:45  aur hate se hate ka jangla har taraf uga hua hai. yahi kaam marx ne kiya. karl marx.</w:t>
      </w:r>
      <w:r>
        <w:br/>
      </w:r>
      <w:r>
        <w:rPr>
          <w:sz w:val="20"/>
        </w:rPr>
        <w:t>24:55  is ne economic buniyad par logon ko do class banaye. yani class war jo chalai marx ne, woh kya thi?</w:t>
      </w:r>
    </w:p>
    <w:p>
      <w:pPr>
        <w:pStyle w:val="Heading2"/>
      </w:pPr>
      <w:r>
        <w:t>Sabr integral to Salat concentration</w:t>
      </w:r>
    </w:p>
    <w:p>
      <w:r>
        <w:rPr>
          <w:color w:val="666666"/>
          <w:sz w:val="18"/>
        </w:rPr>
        <w:t>Islamic Prayer (Part 2) (English) | February 27, 2007 | Maulana Wahiduddin Khan · 2m 01s · at 17:12 · https://youtu.be/xoh_XiWwRlI?t=1032</w:t>
      </w:r>
    </w:p>
    <w:p>
      <w:r>
        <w:rPr>
          <w:i/>
        </w:rPr>
        <w:t>“Then there is a verse in the Quran”</w:t>
      </w:r>
    </w:p>
    <w:p>
      <w:r>
        <w:rPr>
          <w:sz w:val="20"/>
        </w:rPr>
        <w:t>17:12  "asta'inu bis-sabri was-salat" "asta'inu bis-sabri was-salat" seek help of God by Salat and Sabr, prayer and patience. This Quranic verse tells us that Sabr is also a part of</w:t>
      </w:r>
      <w:r>
        <w:br/>
      </w:r>
      <w:r>
        <w:rPr>
          <w:sz w:val="20"/>
        </w:rPr>
        <w:t>17:42  namaz. Sabr is also a part of namaz, or Islamic prayer. Why? Namaz, or Islamic prayer, requires great concentration. Great, great concentration. And without Sabr or patience,</w:t>
      </w:r>
      <w:r>
        <w:br/>
      </w:r>
      <w:r>
        <w:rPr>
          <w:sz w:val="20"/>
        </w:rPr>
        <w:t>18:13  you cannot attain this kind of concentration. You know, in this life, every time, in this life, every time there are distractions, distractions, distractions. Every time. So you have to save yourself from these</w:t>
      </w:r>
      <w:r>
        <w:br/>
      </w:r>
      <w:r>
        <w:rPr>
          <w:sz w:val="20"/>
        </w:rPr>
        <w:t>18:43  distractions. And it is Sabr or patience that gives you the strength by which you can restrain yourself from being a victim of those distractions. So</w:t>
      </w:r>
    </w:p>
    <w:p>
      <w:pPr>
        <w:pStyle w:val="Heading2"/>
      </w:pPr>
      <w:r>
        <w:t>Faraday's discovery vs spiritual light</w:t>
      </w:r>
    </w:p>
    <w:p>
      <w:r>
        <w:rPr>
          <w:color w:val="666666"/>
          <w:sz w:val="18"/>
        </w:rPr>
        <w:t>Fragments of Broken Heart | December 01, 2006 | Maulana Wahiduddin Khan · 2m 34s · at 4:20 · https://youtu.be/4uW2kggXMI8?t=260</w:t>
      </w:r>
    </w:p>
    <w:p>
      <w:r>
        <w:rPr>
          <w:i/>
        </w:rPr>
        <w:t>“Dekhiye aaj main ek subject ko lekar kuchh dil shikasta andaaz mein bolna chahta hoon”</w:t>
      </w:r>
    </w:p>
    <w:p>
      <w:r>
        <w:rPr>
          <w:sz w:val="20"/>
        </w:rPr>
        <w:t>4:20  dekhiye aaj mein aik subject ko le kar kuch dil shikasta andaaz mein bolna chahta hoon.</w:t>
      </w:r>
      <w:r>
        <w:br/>
      </w:r>
      <w:r>
        <w:rPr>
          <w:sz w:val="20"/>
        </w:rPr>
        <w:t>4:30  woh subject yeh hai ke pichhle kuch barson mein, pichhle chand so barson mein science of matter ko</w:t>
      </w:r>
      <w:r>
        <w:br/>
      </w:r>
      <w:r>
        <w:rPr>
          <w:sz w:val="20"/>
        </w:rPr>
        <w:t>4:41  bohat taraqqi hui</w:t>
      </w:r>
      <w:r>
        <w:br/>
      </w:r>
      <w:r>
        <w:rPr>
          <w:sz w:val="20"/>
        </w:rPr>
        <w:t>4:51  lekin science of mind ko koi taraqqi na ho saki.</w:t>
      </w:r>
      <w:r>
        <w:br/>
      </w:r>
      <w:r>
        <w:rPr>
          <w:sz w:val="20"/>
        </w:rPr>
        <w:t>5:01  mein aik misaal doon aap ko ke do so saal pehle paida hua Faraday.</w:t>
      </w:r>
      <w:r>
        <w:br/>
      </w:r>
      <w:r>
        <w:rPr>
          <w:sz w:val="20"/>
        </w:rPr>
        <w:t>5:11  Faraday ne, woh aik ghareeb aadmi tha lekin us ne study ki, kaafi jud-o-jihad ki yahan tak ke us ne</w:t>
      </w:r>
      <w:r>
        <w:br/>
      </w:r>
      <w:r>
        <w:rPr>
          <w:sz w:val="20"/>
        </w:rPr>
        <w:t>5:22  bijli ka qanoon daryaft kiya.</w:t>
      </w:r>
      <w:r>
        <w:br/>
      </w:r>
      <w:r>
        <w:rPr>
          <w:sz w:val="20"/>
        </w:rPr>
        <w:t>5:28  us ne yeh maloom kiya ke nature mein aik phenomena hai jis se hum apne gharon ko roshan</w:t>
      </w:r>
      <w:r>
        <w:br/>
      </w:r>
      <w:r>
        <w:rPr>
          <w:sz w:val="20"/>
        </w:rPr>
        <w:t>5:34  kar sakte hain.</w:t>
      </w:r>
      <w:r>
        <w:br/>
      </w:r>
      <w:r>
        <w:rPr>
          <w:sz w:val="20"/>
        </w:rPr>
        <w:t>5:40  woh kya? woh yeh ke agar aap magnetic field ko aur motion ko aik jagah ikhatta karein to</w:t>
      </w:r>
      <w:r>
        <w:br/>
      </w:r>
      <w:r>
        <w:rPr>
          <w:sz w:val="20"/>
        </w:rPr>
        <w:t>5:46  wahan par kya ho</w:t>
      </w:r>
      <w:r>
        <w:br/>
      </w:r>
      <w:r>
        <w:rPr>
          <w:sz w:val="20"/>
        </w:rPr>
        <w:t>5:52  ga? electron flow karne lagen ge.</w:t>
      </w:r>
      <w:r>
        <w:br/>
      </w:r>
      <w:r>
        <w:rPr>
          <w:sz w:val="20"/>
        </w:rPr>
        <w:t>5:58  magnetic field ko aur motion ko aap ikhatta karein to wahan par electron flow karne lagen ge.</w:t>
      </w:r>
      <w:r>
        <w:br/>
      </w:r>
      <w:r>
        <w:rPr>
          <w:sz w:val="20"/>
        </w:rPr>
        <w:t>6:05  aur isi ka naam bijli hai.</w:t>
      </w:r>
      <w:r>
        <w:br/>
      </w:r>
      <w:r>
        <w:rPr>
          <w:sz w:val="20"/>
        </w:rPr>
        <w:t>6:12  isi liye kaha jata hai ke electricity means flow of electron.</w:t>
      </w:r>
      <w:r>
        <w:br/>
      </w:r>
      <w:r>
        <w:rPr>
          <w:sz w:val="20"/>
        </w:rPr>
        <w:t>6:18  to material light ko insaan ne</w:t>
      </w:r>
      <w:r>
        <w:br/>
      </w:r>
      <w:r>
        <w:rPr>
          <w:sz w:val="20"/>
        </w:rPr>
        <w:t>6:25  daryaft kiya aur aaj aap jante hain ke saari duniya mein har ghar mein, har daftar mein, har</w:t>
      </w:r>
      <w:r>
        <w:br/>
      </w:r>
      <w:r>
        <w:rPr>
          <w:sz w:val="20"/>
        </w:rPr>
        <w:t>6:35  road par electricity roshni de rahi hai.</w:t>
      </w:r>
      <w:r>
        <w:br/>
      </w:r>
      <w:r>
        <w:rPr>
          <w:sz w:val="20"/>
        </w:rPr>
        <w:t>6:45  lekin is spiritual light ke muamle mein insaan aaj bhi itna hi peechhe hai jitna ke is</w:t>
      </w:r>
    </w:p>
    <w:p>
      <w:pPr>
        <w:pStyle w:val="Heading2"/>
      </w:pPr>
      <w:r>
        <w:t>Why love-your-enemy never took root in Christianity or Islam</w:t>
      </w:r>
    </w:p>
    <w:p>
      <w:r>
        <w:rPr>
          <w:color w:val="666666"/>
          <w:sz w:val="18"/>
        </w:rPr>
        <w:t>Material Science and Spiritual Science 20 May 2012 · 2m 53s · at 13:19 · https://youtu.be/4K6CxjThlxQ?t=799</w:t>
      </w:r>
    </w:p>
    <w:p>
      <w:r>
        <w:rPr>
          <w:i/>
        </w:rPr>
        <w:t>“Bunyadi formula wahi hai jo Hasan Basri ne kaha tha: love your enemy”</w:t>
      </w:r>
    </w:p>
    <w:p>
      <w:r>
        <w:rPr>
          <w:sz w:val="20"/>
        </w:rPr>
        <w:t>13:19  yeh hai raaz. ab mein aap ko ek misaal deta hoon. dekhen rohaniyat ka</w:t>
      </w:r>
      <w:r>
        <w:br/>
      </w:r>
      <w:r>
        <w:rPr>
          <w:sz w:val="20"/>
        </w:rPr>
        <w:t>13:28  buniyadi formula kya hai? buniyadi formula wahi hai jo hazrat basri ne kaha tha: "love your enemy".</w:t>
      </w:r>
      <w:r>
        <w:br/>
      </w:r>
      <w:r>
        <w:rPr>
          <w:sz w:val="20"/>
        </w:rPr>
        <w:t>13:39  apne dushman se mohabbat karo. yahi baat khud quran mein hai chapter 41 mein: "haamim as</w:t>
      </w:r>
      <w:r>
        <w:br/>
      </w:r>
      <w:r>
        <w:rPr>
          <w:sz w:val="20"/>
        </w:rPr>
        <w:t>13:48  jidda". dushman ko dushman na samjho balke dushman ko dost samjho. to kitab mein yahi usool bataya jayega.</w:t>
      </w:r>
      <w:r>
        <w:br/>
      </w:r>
      <w:r>
        <w:rPr>
          <w:sz w:val="20"/>
        </w:rPr>
        <w:t>13:57  baqi cheezen insan ko develop karna hai. yaad rakhen kabhi bhi sari tafseel kitab mein nahi rahegi. to bible mein hai ke "love your enemy".</w:t>
      </w:r>
      <w:r>
        <w:br/>
      </w:r>
      <w:r>
        <w:rPr>
          <w:sz w:val="20"/>
        </w:rPr>
        <w:t>14:10  quran mein hai ke dushman ko dushman na rakho, na samjho balke dost samjho.</w:t>
      </w:r>
      <w:r>
        <w:br/>
      </w:r>
      <w:r>
        <w:rPr>
          <w:sz w:val="20"/>
        </w:rPr>
        <w:t>14:17  to is ko lekin aap ghor kijiyay.</w:t>
      </w:r>
      <w:r>
        <w:br/>
      </w:r>
      <w:r>
        <w:rPr>
          <w:sz w:val="20"/>
        </w:rPr>
        <w:t>14:25  low culture na to christian mein hai na musalmanon mein hai. low culture na christian mein hai na musalmanon mein hai.</w:t>
      </w:r>
      <w:r>
        <w:br/>
      </w:r>
      <w:r>
        <w:rPr>
          <w:sz w:val="20"/>
        </w:rPr>
        <w:t>14:35  aap dekhen pehli jang-e-azeem jo thi woh sab christian ne lari thi aapas mein. doosri jang-e-azeem jo thi woh bhi christian ne lari thi aapas mein.</w:t>
      </w:r>
      <w:r>
        <w:br/>
      </w:r>
      <w:r>
        <w:rPr>
          <w:sz w:val="20"/>
        </w:rPr>
        <w:t>14:47  ab bohat nuqsan hua.</w:t>
      </w:r>
      <w:r>
        <w:br/>
      </w:r>
      <w:r>
        <w:rPr>
          <w:sz w:val="20"/>
        </w:rPr>
        <w:t>14:51  to kahan tha woh formula of love? aisay musalmanon ko dekhen. jahan dekhen har musalman jahan mauqa hai musalman gun culture chalaye hue hain.</w:t>
      </w:r>
      <w:r>
        <w:br/>
      </w:r>
      <w:r>
        <w:rPr>
          <w:sz w:val="20"/>
        </w:rPr>
        <w:t>15:02  bomb culture chalaye hue hain. rozana akhbaron mein aap parhte honge khudkushi bombing. har jagah musalman khudkushi bombing kar ke khud marte hain doosron ko marte hain.</w:t>
      </w:r>
      <w:r>
        <w:br/>
      </w:r>
      <w:r>
        <w:rPr>
          <w:sz w:val="20"/>
        </w:rPr>
        <w:t>15:14  rozana khabar ban gayi hai. har din.</w:t>
      </w:r>
      <w:r>
        <w:br/>
      </w:r>
      <w:r>
        <w:rPr>
          <w:sz w:val="20"/>
        </w:rPr>
        <w:t>15:20  to love culture ka development na to christian mein hua na musalmanon mein hua. kyun?</w:t>
      </w:r>
      <w:r>
        <w:br/>
      </w:r>
      <w:r>
        <w:rPr>
          <w:sz w:val="20"/>
        </w:rPr>
        <w:t>15:28  is ki koi is ke liye jo ideology darkar thi woh na christian mein develop hui na musalmanon ne is ko develop kiya.</w:t>
      </w:r>
      <w:r>
        <w:br/>
      </w:r>
      <w:r>
        <w:rPr>
          <w:sz w:val="20"/>
        </w:rPr>
        <w:t>15:40  kyun? kyunke woh dil mein dhoondhte rahe. dil mein kuch bhi nahi milega. yeh cheez woh thi jo aql ka istemal kar ke hasil hoti hai. to</w:t>
      </w:r>
      <w:r>
        <w:br/>
      </w:r>
      <w:r>
        <w:rPr>
          <w:sz w:val="20"/>
        </w:rPr>
        <w:t>15:51  beh-haal maine Allah ke fazl se mera jo meri jo roohaniyat hai woh mind based hai. woh heart based nahi hai. main bhi roohaniyat ko manta hoon.</w:t>
      </w:r>
      <w:r>
        <w:br/>
      </w:r>
      <w:r>
        <w:rPr>
          <w:sz w:val="20"/>
        </w:rPr>
        <w:t>16:04  balkeh hamara mission jo hai woh roohaniyat hi ka mission hai. lekin hamari woh roohaniyat jo hai woh mind based hai.</w:t>
      </w:r>
    </w:p>
    <w:p>
      <w:pPr>
        <w:pStyle w:val="Heading2"/>
      </w:pPr>
      <w:r>
        <w:t>Muslim intellectuals blame authority not self</w:t>
      </w:r>
    </w:p>
    <w:p>
      <w:r>
        <w:rPr>
          <w:color w:val="666666"/>
          <w:sz w:val="18"/>
        </w:rPr>
        <w:t>The Case of Present Muslim Generation September 28, 2008 · 1m 15s · at 3:38 · https://youtu.be/yjSy2b7JPTw?t=218</w:t>
      </w:r>
    </w:p>
    <w:p>
      <w:r>
        <w:rPr>
          <w:i/>
        </w:rPr>
        <w:t>“Sabse bada blame jaata hai un intellectuals ko”</w:t>
      </w:r>
    </w:p>
    <w:p>
      <w:r>
        <w:rPr>
          <w:sz w:val="20"/>
        </w:rPr>
        <w:t>3:38  ab keh rahe hain ke ban laga to simi jo hai radical ban gayi. main samajhta hoon ke sab se bara blame jata hai in intellectuals ko jo kisi bhi tarah musilimano ke andar introspection ka process chalne nahi detey.</w:t>
      </w:r>
      <w:r>
        <w:br/>
      </w:r>
      <w:r>
        <w:rPr>
          <w:sz w:val="20"/>
        </w:rPr>
        <w:t>3:58  justify karte rehtey hain. kuch bhi kahiye, kuch bhi kahiye. encounter agar pakra jaye to kahain ge sahib woh to fake encounter tha.</w:t>
      </w:r>
      <w:r>
        <w:br/>
      </w:r>
      <w:r>
        <w:rPr>
          <w:sz w:val="20"/>
        </w:rPr>
        <w:t>4:10  kahin kahin agar hathiyar pakre jayein to kahain ge police ne hathiyar rakh diya wahan.</w:t>
      </w:r>
      <w:r>
        <w:br/>
      </w:r>
      <w:r>
        <w:rPr>
          <w:sz w:val="20"/>
        </w:rPr>
        <w:t>4:17  quran mein aap parhiye to aap payein ge ke quran mein blame others ka concept nahi hai. lomo anfusakum ka concept hai.</w:t>
      </w:r>
      <w:r>
        <w:br/>
      </w:r>
      <w:r>
        <w:rPr>
          <w:sz w:val="20"/>
        </w:rPr>
        <w:t>4:28  apne aap ko blame do. blame the as self.</w:t>
      </w:r>
      <w:r>
        <w:br/>
      </w:r>
      <w:r>
        <w:rPr>
          <w:sz w:val="20"/>
        </w:rPr>
        <w:t>4:34  blame others ka concept nahi hai quran mein.</w:t>
      </w:r>
      <w:r>
        <w:br/>
      </w:r>
      <w:r>
        <w:rPr>
          <w:sz w:val="20"/>
        </w:rPr>
        <w:t>4:42  phir yeh kab se shuru hua? yeh mars ke zamanay se ek naya trend duniya bhar mein aya hai. woh authority ko blame dena.</w:t>
      </w:r>
    </w:p>
    <w:p>
      <w:pPr>
        <w:pStyle w:val="Heading2"/>
      </w:pPr>
      <w:r>
        <w:t>Novel reader argues instead of admitting</w:t>
      </w:r>
    </w:p>
    <w:p>
      <w:r>
        <w:rPr>
          <w:color w:val="666666"/>
          <w:sz w:val="18"/>
        </w:rPr>
        <w:t>How to Build a Strong Personality June 14, 2008 Maulana Wahiduddin Khan · 2m 50s · at 11:04 · https://youtu.be/bRWn96tpOIM?t=664</w:t>
      </w:r>
    </w:p>
    <w:p>
      <w:r>
        <w:rPr>
          <w:i/>
        </w:rPr>
        <w:t>“You read so many novels, tell me one wisdom.”</w:t>
      </w:r>
    </w:p>
    <w:p>
      <w:r>
        <w:rPr>
          <w:sz w:val="20"/>
        </w:rPr>
        <w:t>11:04  to main ne kaha ke itne saare novel padhe hain aap ne, to kam az kam ek wisdom ki baat ab mujhe bataiye. sirf ek wisdom ki baat, koi meaningful baat, koi aisi baat jis mein lesson ho,</w:t>
      </w:r>
      <w:r>
        <w:br/>
      </w:r>
      <w:r>
        <w:rPr>
          <w:sz w:val="20"/>
        </w:rPr>
        <w:t>11:23  koi aisi baat jis mein meri bhi learning ho. to unhone kaha ke bahut baatein hain, bahut baatein.</w:t>
      </w:r>
      <w:r>
        <w:br/>
      </w:r>
      <w:r>
        <w:rPr>
          <w:sz w:val="20"/>
        </w:rPr>
        <w:t>11:33  main ne kaha ke dekhiye, main bahut baat aap se nahi pooch raha hoon, main yeh kar raha hoon ke sirf ek wisdom ki baat aap mujhe bataiye.</w:t>
      </w:r>
      <w:r>
        <w:br/>
      </w:r>
      <w:r>
        <w:rPr>
          <w:sz w:val="20"/>
        </w:rPr>
        <w:t>11:45  to taqreeban ghanta bhar un se baat hoti rahi, lekin unhone ek wisdom ki baat nahi batai, specific taur par.</w:t>
      </w:r>
      <w:r>
        <w:br/>
      </w:r>
      <w:r>
        <w:rPr>
          <w:sz w:val="20"/>
        </w:rPr>
        <w:t>11:58  bas baatein idhar udhar hi karte rahe woh. to main ne kaha, phir main ne kaha ke dekhiye, meri baat suniye, aap ek ghalti karte rahe hain, is ghalti ko maaniye aap.</w:t>
      </w:r>
      <w:r>
        <w:br/>
      </w:r>
      <w:r>
        <w:rPr>
          <w:sz w:val="20"/>
        </w:rPr>
        <w:t>12:11  main ne kaha ke aap padhte the entertainment ke liye, entertainment ke liye, wisdom seekhne ke liye nahi,</w:t>
      </w:r>
      <w:r>
        <w:br/>
      </w:r>
      <w:r>
        <w:rPr>
          <w:sz w:val="20"/>
        </w:rPr>
        <w:t>12:24  yaani tafreeh ke liye, intellectual entertainment ke liye. to main ne kaha, chunaanche aap ka padhne ka jo maqsad tha, woh intellectual entertainment tha, to aap padhte the aur time pass karte the, padhte the aur tafreeh lete the.</w:t>
      </w:r>
      <w:r>
        <w:br/>
      </w:r>
      <w:r>
        <w:rPr>
          <w:sz w:val="20"/>
        </w:rPr>
        <w:t>12:44  bas woh ho gaya. aap ka yeh maqsad hi nahi tha ke aap is mein se koi wisdom ki baat nikalen, to aap nikal bhi nahi sake.</w:t>
      </w:r>
      <w:r>
        <w:br/>
      </w:r>
      <w:r>
        <w:rPr>
          <w:sz w:val="20"/>
        </w:rPr>
        <w:t>13:00  kaha nahi, nahi, aisi baat nahi hai, main entertainment ke liye nahi padhta, main tafreeh ke liye nahi padhta. to maine bahut kaafi unse kaha ke dekhiye, aap jab ek bhi wisdom ki baat na bata sakein, to matlab to yahi hua ke aap padhte the tafreeh ke liye, entertainment ke liye.</w:t>
      </w:r>
      <w:r>
        <w:br/>
      </w:r>
      <w:r>
        <w:rPr>
          <w:sz w:val="20"/>
        </w:rPr>
        <w:t>13:21  gharz ye ke unhone maana nahi. aakhir mein main chup ho gaya. is misaal se aap samajh sakte hain ke weak personality kya hoti hai.</w:t>
      </w:r>
      <w:r>
        <w:br/>
      </w:r>
      <w:r>
        <w:rPr>
          <w:sz w:val="20"/>
        </w:rPr>
        <w:t>13:33  ke aap ko aap ek ghalti mein pade hue the, kisi ne point out kiya, kisi ne bataya ke ye ghalti hai jis mein aap pade hue hain, magar aap maane nahi,</w:t>
      </w:r>
      <w:r>
        <w:br/>
      </w:r>
      <w:r>
        <w:rPr>
          <w:sz w:val="20"/>
        </w:rPr>
        <w:t>13:47  behas karte rahe, tata aloji karte rahe.</w:t>
      </w:r>
    </w:p>
    <w:p>
      <w:pPr>
        <w:pStyle w:val="Heading2"/>
      </w:pPr>
      <w:r>
        <w:t>Milton's Paradise Lost and Paradise Regained explained</w:t>
      </w:r>
    </w:p>
    <w:p>
      <w:r>
        <w:rPr>
          <w:color w:val="666666"/>
          <w:sz w:val="18"/>
        </w:rPr>
        <w:t>Discovery of Paradise March 22, 2015 · 1m 51s · at 4:38 · https://youtu.be/2axrfd7sZkE?t=278</w:t>
      </w:r>
    </w:p>
    <w:p>
      <w:r>
        <w:rPr>
          <w:i/>
        </w:rPr>
        <w:t>“Allah ne Adam aur Hawwa ko banaya, jannat mein rakha”</w:t>
      </w:r>
    </w:p>
    <w:p>
      <w:r>
        <w:rPr>
          <w:sz w:val="20"/>
        </w:rPr>
        <w:t>4:38  dekhen, hum sab ka case kya hai? Allah ne paida kiya hamare jo jo insatr the, Adam aur Hawa, un ko Allah ne paida kar ke jannat mein rakha.</w:t>
      </w:r>
      <w:r>
        <w:br/>
      </w:r>
      <w:r>
        <w:rPr>
          <w:sz w:val="20"/>
        </w:rPr>
        <w:t>4:56  yeh aap jante hain. phir kisi wajah se un ko jannat se nikal diya gaya.</w:t>
      </w:r>
      <w:r>
        <w:br/>
      </w:r>
      <w:r>
        <w:rPr>
          <w:sz w:val="20"/>
        </w:rPr>
        <w:t>5:03  ab masla yeh hai jannat mein lotne ka. jannat mein lotne ka. jis jannat se nikal diya gaya tha, us mein phir lotne ka.</w:t>
      </w:r>
      <w:r>
        <w:br/>
      </w:r>
      <w:r>
        <w:rPr>
          <w:sz w:val="20"/>
        </w:rPr>
        <w:t>5:15  isi ko le kar ke English poet Milton ne do bohat bari kitab likhi jo bohat mashhoor hai.</w:t>
      </w:r>
      <w:r>
        <w:br/>
      </w:r>
      <w:r>
        <w:rPr>
          <w:sz w:val="20"/>
        </w:rPr>
        <w:t>5:33  pehlay is ki kitab chhapi thi, is ka naam tha "Paradise Lost" yani "Gumshuda Paradise".</w:t>
      </w:r>
      <w:r>
        <w:br/>
      </w:r>
      <w:r>
        <w:rPr>
          <w:sz w:val="20"/>
        </w:rPr>
        <w:t>5:42  firdous gumgashta.</w:t>
      </w:r>
      <w:r>
        <w:br/>
      </w:r>
      <w:r>
        <w:rPr>
          <w:sz w:val="20"/>
        </w:rPr>
        <w:t>5:46  is mein wahi kahani hai ke Adam kis tarah se paida kar ke jannat mein rakhe gaye, phir jannat is se khoi gayi.</w:t>
      </w:r>
      <w:r>
        <w:br/>
      </w:r>
      <w:r>
        <w:rPr>
          <w:sz w:val="20"/>
        </w:rPr>
        <w:t>5:57  to hum sab ka case wahi hai jannat ke hum ne jannat kho rakhi hai.</w:t>
      </w:r>
      <w:r>
        <w:br/>
      </w:r>
      <w:r>
        <w:rPr>
          <w:sz w:val="20"/>
        </w:rPr>
        <w:t>6:05  to phir is ne kitab likhi doosri baat ko "Paradise Regained". jannat yani jannat ki bazyaft.</w:t>
      </w:r>
      <w:r>
        <w:br/>
      </w:r>
      <w:r>
        <w:rPr>
          <w:sz w:val="20"/>
        </w:rPr>
        <w:t>6:18  "Paradise Regained" ke khoi hui jannat phir insan ko mil gayi. to woh to shayari hai, koi haqeeqat nahi hai.</w:t>
      </w:r>
    </w:p>
    <w:p>
      <w:pPr>
        <w:pStyle w:val="Heading2"/>
      </w:pPr>
      <w:r>
        <w:t>American convert's 11-year research on Muslims</w:t>
      </w:r>
    </w:p>
    <w:p>
      <w:r>
        <w:rPr>
          <w:color w:val="666666"/>
          <w:sz w:val="18"/>
        </w:rPr>
        <w:t>The Case of Present Muslim Generation September 28, 2008 · 2m 58s · at 12:10 · https://youtu.be/yjSy2b7JPTw?t=730</w:t>
      </w:r>
    </w:p>
    <w:p>
      <w:r>
        <w:rPr>
          <w:i/>
        </w:rPr>
        <w:t>“Ek American neo-Muslim the mere paas kai baar aate the”</w:t>
      </w:r>
    </w:p>
    <w:p>
      <w:r>
        <w:rPr>
          <w:sz w:val="20"/>
        </w:rPr>
        <w:t>12:10  tab ki baat hai. ek american no muslim the mere paas kai bar aate the woh. idhar jab se main yahan aaya hoon tab se un se mulaqat nahi hui.</w:t>
      </w:r>
      <w:r>
        <w:br/>
      </w:r>
      <w:r>
        <w:rPr>
          <w:sz w:val="20"/>
        </w:rPr>
        <w:t>12:22  to un ka naam tha steve scolar. woh america ke achi parhe hue the woh. steve scolar.</w:t>
      </w:r>
      <w:r>
        <w:br/>
      </w:r>
      <w:r>
        <w:rPr>
          <w:sz w:val="20"/>
        </w:rPr>
        <w:t>12:35  unhon ne islam qabool kiya aur apna naam rakha unhon ne mustafa. mustafa. to unhon ne woh mere paas aaye to woh fluently arabic bolte the.</w:t>
      </w:r>
      <w:r>
        <w:br/>
      </w:r>
      <w:r>
        <w:rPr>
          <w:sz w:val="20"/>
        </w:rPr>
        <w:t>12:52  woh american aadmi. unhon ne poocha ke bhai aap mein arabic kaise aa gayi hai aap ko? unhon ne kaha ke islam qabool karne ke baad woh bohat hi sincere aadmi tha.</w:t>
      </w:r>
      <w:r>
        <w:br/>
      </w:r>
      <w:r>
        <w:rPr>
          <w:sz w:val="20"/>
        </w:rPr>
        <w:t>13:02  bohat ziyada sincere aadmi. waisa sincere aadmi main yaqeen kijiye ke abhi tak main ne ek bhi nahi dekha koi. apni zindagi mein sab se ziyada sincere aadmi jo maine paya hai kisi ko.</w:t>
      </w:r>
      <w:r>
        <w:br/>
      </w:r>
      <w:r>
        <w:rPr>
          <w:sz w:val="20"/>
        </w:rPr>
        <w:t>13:13  sincere, honest, bohat hi sanjeeda. jab mere paas aate the to kabhi kuch khate nahi the woh. har baat kehte the ke main to roze se hoon.</w:t>
      </w:r>
      <w:r>
        <w:br/>
      </w:r>
      <w:r>
        <w:rPr>
          <w:sz w:val="20"/>
        </w:rPr>
        <w:t>13:24  bar bar aaye woh mere paas. kabhi kuch nahi khaya unhon ne. na chai, na biscuit, na khana kuch nahi. hamesha kehte the main roze se hoon.</w:t>
      </w:r>
      <w:r>
        <w:br/>
      </w:r>
      <w:r>
        <w:rPr>
          <w:sz w:val="20"/>
        </w:rPr>
        <w:t>13:33  waisa sincere aadmi main ne apni zindagi mein doosra nahi dekha. ab suniye. unhon ne quran parha. quran parh kar unhon ne islam qabool kar liya.</w:t>
      </w:r>
      <w:r>
        <w:br/>
      </w:r>
      <w:r>
        <w:rPr>
          <w:sz w:val="20"/>
        </w:rPr>
        <w:t>13:45  translation parha. phir un ko shauq hua ke main arabic zaban seekhoon. to woh muslim countries mein chale gaye.</w:t>
      </w:r>
      <w:r>
        <w:br/>
      </w:r>
      <w:r>
        <w:rPr>
          <w:sz w:val="20"/>
        </w:rPr>
        <w:t>13:54  unhon ne bataya ke main gyarah saal tak muslim countries mein ghuma hoon. gyarah saal tak. arab countries mein. sare arab mulkon mein ja ja kar ke woh dekha unhon ne.</w:t>
      </w:r>
      <w:r>
        <w:br/>
      </w:r>
      <w:r>
        <w:rPr>
          <w:sz w:val="20"/>
        </w:rPr>
        <w:t>14:07  aur isi beech mein unhon ne arabi zaban seekh li. arabi zaban itni achhi seekhi to unhon ne bilkul fluently baat karte the arabi zaban mein.</w:t>
      </w:r>
      <w:r>
        <w:br/>
      </w:r>
      <w:r>
        <w:rPr>
          <w:sz w:val="20"/>
        </w:rPr>
        <w:t>14:18  aur english to zahir hai ke american lehje mein bolte the. main un se baat karta tha to kai baar kabhi english mein kabhi arabi mein. to english bolte the to bilkul wahi american lehje mein.</w:t>
      </w:r>
      <w:r>
        <w:br/>
      </w:r>
      <w:r>
        <w:rPr>
          <w:sz w:val="20"/>
        </w:rPr>
        <w:t>14:32  aur arabi bolte the to arabi bhi taqreeban arab lehje mein. itna keen tha woh aadmi, itna keen tha har baat ko janne ke liye islam ki.</w:t>
      </w:r>
      <w:r>
        <w:br/>
      </w:r>
      <w:r>
        <w:rPr>
          <w:sz w:val="20"/>
        </w:rPr>
        <w:t>14:41  to gyarah saal bitaye arab mein. arabi zaban seekhi aur kitabein padhein. yani direct source se kitabein padhi hui hain islam ki.</w:t>
      </w:r>
      <w:r>
        <w:br/>
      </w:r>
      <w:r>
        <w:rPr>
          <w:sz w:val="20"/>
        </w:rPr>
        <w:t>14:52  to unhon ne apni aakhri mulaqat mein yeh kaha tha ke itni sari research ke baad maine yeh jana hai ke ke aaj ki jo muslim generation hai is ka case hai paranoia ka case.</w:t>
      </w:r>
    </w:p>
    <w:p>
      <w:pPr>
        <w:pStyle w:val="Heading2"/>
      </w:pPr>
      <w:r>
        <w:t>Maulana describes his contemplative nature</w:t>
      </w:r>
    </w:p>
    <w:p>
      <w:r>
        <w:rPr>
          <w:color w:val="666666"/>
          <w:sz w:val="18"/>
        </w:rPr>
        <w:t>Message on Eid Al-Adha October 27, 2012 · 1m 36s · at 5:31 · https://youtu.be/eGzAlyVEafc?t=331</w:t>
      </w:r>
    </w:p>
    <w:p>
      <w:r>
        <w:rPr>
          <w:i/>
        </w:rPr>
        <w:t>“Mera mind bachpan se Newton type tha”</w:t>
      </w:r>
    </w:p>
    <w:p>
      <w:r>
        <w:rPr>
          <w:sz w:val="20"/>
        </w:rPr>
        <w:t>5:31  main apne bare mein arz karoon ke main bachpan se mera jo mind tha wo newton type ka tha.</w:t>
      </w:r>
      <w:r>
        <w:br/>
      </w:r>
      <w:r>
        <w:rPr>
          <w:sz w:val="20"/>
        </w:rPr>
        <w:t>5:43  newton ke bare mein kaha jata hai ke wo us ko wool gatherer kaha jata hai. wool gatherer ka matlab hota hai absent mind,</w:t>
      </w:r>
      <w:r>
        <w:br/>
      </w:r>
      <w:r>
        <w:rPr>
          <w:sz w:val="20"/>
        </w:rPr>
        <w:t>5:57  yani khoya khoya aadmi jo hote hain, khoye khoye, un ko kehte hain wool gatherer ya absent mind. to main aisa hi tha, chup chap sochta rehta tha,</w:t>
      </w:r>
      <w:r>
        <w:br/>
      </w:r>
      <w:r>
        <w:rPr>
          <w:sz w:val="20"/>
        </w:rPr>
        <w:t>6:10  bolta kam tha. ek baar main arab gaya to wahan par ek shakhs se baat karte hue unhone kaha ke aap bahut chup rehte hain, kya baat hai?</w:t>
      </w:r>
      <w:r>
        <w:br/>
      </w:r>
      <w:r>
        <w:rPr>
          <w:sz w:val="20"/>
        </w:rPr>
        <w:t>6:24  kyunke conference waghera mein bhi bohat kam bolta hoon mein. to maine kaha ana rajulun uhibbu al-uzla mein ek tanhai pasand aadmi hoon.</w:t>
      </w:r>
      <w:r>
        <w:br/>
      </w:r>
      <w:r>
        <w:rPr>
          <w:sz w:val="20"/>
        </w:rPr>
        <w:t>6:39  ek martaba ek conference mein mein chup tha to kisi ne kaha ke aap bolte nahin. to maine kaha i am trying to be a good listener to us type ka aadmi mein hoon,</w:t>
      </w:r>
      <w:r>
        <w:br/>
      </w:r>
      <w:r>
        <w:rPr>
          <w:sz w:val="20"/>
        </w:rPr>
        <w:t>6:52  bolna kam, sochna zyada. to isi apne mizaj ke tehat mein is ayat ke bare mein sochta raha aur apne mind mein, mera mind isko process karta raha.</w:t>
      </w:r>
    </w:p>
    <w:p>
      <w:pPr>
        <w:pStyle w:val="Heading2"/>
      </w:pPr>
      <w:r>
        <w:t>Two ways to spread Islam: handing out texts or real discussion</w:t>
      </w:r>
    </w:p>
    <w:p>
      <w:r>
        <w:rPr>
          <w:color w:val="666666"/>
          <w:sz w:val="18"/>
        </w:rPr>
        <w:t>Divine Personality April 2, 2014 Maulana Wahiduddin Khan · 2m 24s · at 26:59 · https://youtu.be/4F-V__KFzpA?t=1619</w:t>
      </w:r>
    </w:p>
    <w:p>
      <w:r>
        <w:rPr>
          <w:i/>
        </w:rPr>
        <w:t>“There are two levels of da'wah.”</w:t>
      </w:r>
    </w:p>
    <w:p>
      <w:r>
        <w:rPr>
          <w:sz w:val="20"/>
        </w:rPr>
        <w:t>26:59  Then I would like to say that there are two levels of da'wah. There are two levels of da'wah.</w:t>
      </w:r>
      <w:r>
        <w:br/>
      </w:r>
      <w:r>
        <w:rPr>
          <w:sz w:val="20"/>
        </w:rPr>
        <w:t>27:10  The easiest way, the easiest method of da'wah is that we are living in the age of printing press.</w:t>
      </w:r>
      <w:r>
        <w:br/>
      </w:r>
      <w:r>
        <w:rPr>
          <w:sz w:val="20"/>
        </w:rPr>
        <w:t>27:20  There are</w:t>
      </w:r>
      <w:r>
        <w:br/>
      </w:r>
      <w:r>
        <w:rPr>
          <w:sz w:val="20"/>
        </w:rPr>
        <w:t>27:25  translations of the Qur'an in printed form. There are books on Islam. There are Islamic teach</w:t>
      </w:r>
      <w:r>
        <w:br/>
      </w:r>
      <w:r>
        <w:rPr>
          <w:sz w:val="20"/>
        </w:rPr>
        <w:t>27:34  ers. So you have to keep all these things in your pocket, in your bag. And every time you meet someone you can present him as a spiritual gift.</w:t>
      </w:r>
      <w:r>
        <w:br/>
      </w:r>
      <w:r>
        <w:rPr>
          <w:sz w:val="20"/>
        </w:rPr>
        <w:t>27:50  So this is the easiest way of da'wah. And you have to keep these teachers in your pocket, in your bag and present it to other people when you meet them.</w:t>
      </w:r>
      <w:r>
        <w:br/>
      </w:r>
      <w:r>
        <w:rPr>
          <w:sz w:val="20"/>
        </w:rPr>
        <w:t>28:14  So this is the easiest way of da'wah. But there is the other level of da'wah in which you involve yourself in da'wah work.</w:t>
      </w:r>
      <w:r>
        <w:br/>
      </w:r>
      <w:r>
        <w:rPr>
          <w:sz w:val="20"/>
        </w:rPr>
        <w:t>28:29  You discuss, you</w:t>
      </w:r>
      <w:r>
        <w:br/>
      </w:r>
      <w:r>
        <w:rPr>
          <w:sz w:val="20"/>
        </w:rPr>
        <w:t>28:35  interact and during this discussion and interaction there are so many new questions. There are new aspects of new areas of knowledge.</w:t>
      </w:r>
      <w:r>
        <w:br/>
      </w:r>
      <w:r>
        <w:rPr>
          <w:sz w:val="20"/>
        </w:rPr>
        <w:t>28:51  So if you are sincere that will boost your</w:t>
      </w:r>
      <w:r>
        <w:br/>
      </w:r>
      <w:r>
        <w:rPr>
          <w:sz w:val="20"/>
        </w:rPr>
        <w:t>29:02  spirit of</w:t>
      </w:r>
      <w:r>
        <w:br/>
      </w:r>
      <w:r>
        <w:rPr>
          <w:sz w:val="20"/>
        </w:rPr>
        <w:t>29:09  learning. So every day you can develop your mind by this way.</w:t>
      </w:r>
      <w:r>
        <w:br/>
      </w:r>
      <w:r>
        <w:rPr>
          <w:sz w:val="20"/>
        </w:rPr>
        <w:t>29:19  So I would say that</w:t>
      </w:r>
    </w:p>
    <w:p>
      <w:pPr>
        <w:pStyle w:val="Heading2"/>
      </w:pPr>
      <w:r>
        <w:t>Developing mind to extract spiritual lessons from nature</w:t>
      </w:r>
    </w:p>
    <w:p>
      <w:r>
        <w:rPr>
          <w:color w:val="666666"/>
          <w:sz w:val="18"/>
        </w:rPr>
        <w:t>Spirituality in Daily Life 13 Aug 2016 - Maulana Wahiduddin Khan · 2m 05s · at 13:01 · https://youtu.be/SB0AF0Q9aTE?t=781</w:t>
      </w:r>
    </w:p>
    <w:p>
      <w:r>
        <w:rPr>
          <w:i/>
        </w:rPr>
        <w:t>“Mai bataun ki pehla kaam hai mind ko develop karna.”</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Escaping a complaining mentality through self-focus</w:t>
      </w:r>
    </w:p>
    <w:p>
      <w:r>
        <w:rPr>
          <w:color w:val="666666"/>
          <w:sz w:val="18"/>
        </w:rPr>
        <w:t>Material Science and Spiritual Science 20 May 2012 · 1m 08s · at 1:11:35 · https://youtu.be/4K6CxjThlxQ?t=4295</w:t>
      </w:r>
    </w:p>
    <w:p>
      <w:r>
        <w:rPr>
          <w:i/>
        </w:rPr>
        <w:t>“Roz marra ki zindagi mein hamare andar dusron ke liye shikayat paida hoti rehti hai”</w:t>
      </w:r>
    </w:p>
    <w:p>
      <w:r>
        <w:rPr>
          <w:sz w:val="20"/>
        </w:rPr>
        <w:t>1:11:35  is shikayati mentality se kaise bachein is ke bare mein batayein mera formula abhi kal parson ek khatoon aayi thi hamare haan jo kai baras se un ke chehre phansi nahi kisi ne dekhi thi unhi sab baton se to main ne ek formula un ko bataya ke save your self and let let everything else go</w:t>
      </w:r>
      <w:r>
        <w:br/>
      </w:r>
      <w:r>
        <w:rPr>
          <w:sz w:val="20"/>
        </w:rPr>
        <w:t>1:12:03  to part apne aap ko bachao sab ko part mein dalo to hansne lagi wo</w:t>
      </w:r>
      <w:r>
        <w:br/>
      </w:r>
      <w:r>
        <w:rPr>
          <w:sz w:val="20"/>
        </w:rPr>
        <w:t>1:12:12  ye formula aur koi doosra formula nahi hai aur ye har formula hadees mein hai alayh nafsak hatta</w:t>
      </w:r>
      <w:r>
        <w:br/>
      </w:r>
      <w:r>
        <w:rPr>
          <w:sz w:val="20"/>
        </w:rPr>
        <w:t>1:12:33  fatah nafsak to us waqt jo bigad aaya hai duniya mein usi ke liye ye hadees hai ke alayh nafsak apne aap ko bachao apne aap ko bachao apne aap ko bachao</w:t>
      </w:r>
    </w:p>
    <w:p>
      <w:pPr>
        <w:pStyle w:val="Heading2"/>
      </w:pPr>
      <w:r>
        <w:t>Two moral layers: haram and weak</w:t>
      </w:r>
    </w:p>
    <w:p>
      <w:r>
        <w:rPr>
          <w:color w:val="666666"/>
          <w:sz w:val="18"/>
        </w:rPr>
        <w:t>How to Build a Strong Personality June 14, 2008 Maulana Wahiduddin Khan · 2m 35s · at 4:08 · https://youtu.be/bRWn96tpOIM?t=248</w:t>
      </w:r>
    </w:p>
    <w:p>
      <w:r>
        <w:rPr>
          <w:i/>
        </w:rPr>
        <w:t>“There are two moral layers in life.”</w:t>
      </w:r>
    </w:p>
    <w:p>
      <w:r>
        <w:rPr>
          <w:sz w:val="20"/>
        </w:rPr>
        <w:t>4:08  yeh bohat hi important baat hai, kyunke dekhiye, zindagi mein do moral layers hain, yaani hamara character, hamara behaviour jo hota hai,</w:t>
      </w:r>
      <w:r>
        <w:br/>
      </w:r>
      <w:r>
        <w:rPr>
          <w:sz w:val="20"/>
        </w:rPr>
        <w:t>4:24  is ke do layers hain, do satahain hain. ek hai haram aur halaal ki satah, yaani well known cheezein, jaise ke sab log jante hain ke Islam mein sharab haram hai,</w:t>
      </w:r>
      <w:r>
        <w:br/>
      </w:r>
      <w:r>
        <w:rPr>
          <w:sz w:val="20"/>
        </w:rPr>
        <w:t>4:44  sab log jante hain ke Islam mein khanzir khana haram hai. to aadmi is se bache, woh sharab na piye, woh khanzir na khaye,</w:t>
      </w:r>
      <w:r>
        <w:br/>
      </w:r>
      <w:r>
        <w:rPr>
          <w:sz w:val="20"/>
        </w:rPr>
        <w:t>5:00  to woh ek darje ka hua. is ke bar aks agar woh sharab piye, khanzir khaye, to jo aisa kare to is ke andar haram personality banegi.</w:t>
      </w:r>
      <w:r>
        <w:br/>
      </w:r>
      <w:r>
        <w:rPr>
          <w:sz w:val="20"/>
        </w:rPr>
        <w:t>5:14  yaani jo khuli khuli haram cheezein hain, sab jante hain ke Islam mein sharab haram hai, Islam mein khanzir khana haram hai. to jo aadmi jante boojhte in cheezon ko kare,</w:t>
      </w:r>
      <w:r>
        <w:br/>
      </w:r>
      <w:r>
        <w:rPr>
          <w:sz w:val="20"/>
        </w:rPr>
        <w:t>5:27  to is ke andar kya hoga?</w:t>
      </w:r>
      <w:r>
        <w:br/>
      </w:r>
      <w:r>
        <w:rPr>
          <w:sz w:val="20"/>
        </w:rPr>
        <w:t>5:32  haram personality banegi. yeh bohat hi buri personality hai. lekin yahi ek satah nahi hai, yahi ek level nahi hai.</w:t>
      </w:r>
      <w:r>
        <w:br/>
      </w:r>
      <w:r>
        <w:rPr>
          <w:sz w:val="20"/>
        </w:rPr>
        <w:t>5:47  is ke sawab bhi ek level hain, aur wahi hai jo hadith mein bataya gaya hai. is ko main apne shabdon mein kahunga ke weak personality, yaani apne aap ko is se bachana ke apne andar weak personality develop kare.</w:t>
      </w:r>
      <w:r>
        <w:br/>
      </w:r>
      <w:r>
        <w:rPr>
          <w:sz w:val="20"/>
        </w:rPr>
        <w:t>6:09  to jahan tak main dekhta hoon, log aise to bohat milenge, bohat milenge jo haram cheezon se bachen, yaani haram personality apne andar na banayein.</w:t>
      </w:r>
      <w:r>
        <w:br/>
      </w:r>
      <w:r>
        <w:rPr>
          <w:sz w:val="20"/>
        </w:rPr>
        <w:t>6:24  to aise to bohat milenge, lekin aise log bohat hi kam, bohat hi kam, yaani rarest among the rare hain jo apne aap ko weak personality ki burai ko jante hon aur apne aap ko is se bachate hon.</w:t>
      </w:r>
    </w:p>
    <w:p>
      <w:pPr>
        <w:pStyle w:val="Heading2"/>
      </w:pPr>
      <w:r>
        <w:t>introspection as essential daily self-revision</w:t>
      </w:r>
    </w:p>
    <w:p>
      <w:r>
        <w:rPr>
          <w:color w:val="666666"/>
          <w:sz w:val="18"/>
        </w:rPr>
        <w:t>Interview Session with Maulana Wahiduddin Khan January 30, 2008 · 1m 27s · at 2:44 · https://youtu.be/o8Gpe9YMuZc?t=164</w:t>
      </w:r>
    </w:p>
    <w:p>
      <w:r>
        <w:rPr>
          <w:i/>
        </w:rPr>
        <w:t>“Introspection is a must for spiritual development.”</w:t>
      </w:r>
    </w:p>
    <w:p>
      <w:r>
        <w:rPr>
          <w:sz w:val="20"/>
        </w:rPr>
        <w:t>2:44  " what would you say on the importance of introspection, and how should one practice spirituality? introspection is must for spiritual development.</w:t>
      </w:r>
      <w:r>
        <w:br/>
      </w:r>
      <w:r>
        <w:rPr>
          <w:sz w:val="20"/>
        </w:rPr>
        <w:t>2:58  there is no other way. but introspection is not something mysterious. no,</w:t>
      </w:r>
      <w:r>
        <w:br/>
      </w:r>
      <w:r>
        <w:rPr>
          <w:sz w:val="20"/>
        </w:rPr>
        <w:t>3:09  introspection is linked with your intellectual process. so introspection means that you revise yourself.</w:t>
      </w:r>
      <w:r>
        <w:br/>
      </w:r>
      <w:r>
        <w:rPr>
          <w:sz w:val="20"/>
        </w:rPr>
        <w:t>3:22  every day, you reassess yourself. for example, here we are put in test. so this is our testing period.</w:t>
      </w:r>
      <w:r>
        <w:br/>
      </w:r>
      <w:r>
        <w:rPr>
          <w:sz w:val="20"/>
        </w:rPr>
        <w:t>3:34  due to this, we commit mistakes, we go wrong side.</w:t>
      </w:r>
      <w:r>
        <w:br/>
      </w:r>
      <w:r>
        <w:rPr>
          <w:sz w:val="20"/>
        </w:rPr>
        <w:t>3:44  so all these things need to revise. that is introspection. so through introspection, you correct your spiritual journey.</w:t>
      </w:r>
      <w:r>
        <w:br/>
      </w:r>
      <w:r>
        <w:rPr>
          <w:sz w:val="20"/>
        </w:rPr>
        <w:t>4:02  without introspection, it is not possible to attain the spiritual development.</w:t>
      </w:r>
    </w:p>
    <w:p>
      <w:pPr>
        <w:pStyle w:val="Heading2"/>
      </w:pPr>
      <w:r>
        <w:t>Engineer's cell-biology talk leads Hindu man to the Qur'an</w:t>
      </w:r>
    </w:p>
    <w:p>
      <w:r>
        <w:rPr>
          <w:color w:val="666666"/>
          <w:sz w:val="18"/>
        </w:rPr>
        <w:t>Personality of A Believer February 2, 2014 · 2m 41s · at 28:08 · https://youtu.be/EiK_-O-Bjps?t=1688</w:t>
      </w:r>
    </w:p>
    <w:p>
      <w:r>
        <w:rPr>
          <w:i/>
        </w:rPr>
        <w:t>“Har cell jism mein ek mukammal factory hai”</w:t>
      </w:r>
    </w:p>
    <w:p>
      <w:r>
        <w:rPr>
          <w:sz w:val="20"/>
        </w:rPr>
        <w:t>28:08  Abhi ka ek waqia mujhe ek sahib ne bataya, mein is ko arz karna chahta hoon. Hamare ek saathi hain, un ka naam hai Sajid Anwar, woh engineer hain.</w:t>
      </w:r>
      <w:r>
        <w:br/>
      </w:r>
      <w:r>
        <w:rPr>
          <w:sz w:val="20"/>
        </w:rPr>
        <w:t>28:22  To unhone bataya ke woh ek safar mein thay, to safar mein un ki mulaqat hui ek South Indian Hindu se.</w:t>
      </w:r>
      <w:r>
        <w:br/>
      </w:r>
      <w:r>
        <w:rPr>
          <w:sz w:val="20"/>
        </w:rPr>
        <w:t>28:32  woh germany mein rehte hain, ab yani south india mein paida hue, ab rehte hain germany mein. ab woh unka subject hai biology.</w:t>
      </w:r>
      <w:r>
        <w:br/>
      </w:r>
      <w:r>
        <w:rPr>
          <w:sz w:val="20"/>
        </w:rPr>
        <w:t>28:43  biology</w:t>
      </w:r>
      <w:r>
        <w:br/>
      </w:r>
      <w:r>
        <w:rPr>
          <w:sz w:val="20"/>
        </w:rPr>
        <w:t>28:46  toh guftagu ke douran unhon ne kaha ke cell jo insan ke body mein hote hain, cell jo billion trillion hote hain, bohat zyada hote hain, woh itne chote hote hain ke aankh se dekh nahi sakte aap.</w:t>
      </w:r>
      <w:r>
        <w:br/>
      </w:r>
      <w:r>
        <w:rPr>
          <w:sz w:val="20"/>
        </w:rPr>
        <w:t>29:02  toh unhon ne cell ka zikr kiya, jis ko kehte hain living cell.</w:t>
      </w:r>
      <w:r>
        <w:br/>
      </w:r>
      <w:r>
        <w:rPr>
          <w:sz w:val="20"/>
        </w:rPr>
        <w:t>29:09  unhon ne kaha ke cell mein jo</w:t>
      </w:r>
      <w:r>
        <w:br/>
      </w:r>
      <w:r>
        <w:rPr>
          <w:sz w:val="20"/>
        </w:rPr>
        <w:t>29:13  ek har har cell ek poori industry hota hai, har cell ek poori factory hota hai, aur bohat woh sari activities us ke andar hoti hain jo kisi factory mein aap dekhte hain.</w:t>
      </w:r>
      <w:r>
        <w:br/>
      </w:r>
      <w:r>
        <w:rPr>
          <w:sz w:val="20"/>
        </w:rPr>
        <w:t>29:28  aur bohat hi complex qism ki, yani har cell jo bohat hi chota hota hai, lekin woh ek mukammal factory hai.</w:t>
      </w:r>
      <w:r>
        <w:br/>
      </w:r>
      <w:r>
        <w:rPr>
          <w:sz w:val="20"/>
        </w:rPr>
        <w:t>29:41  toh unke paas quran tha, unhon ne quran nikala, aur woh ayat us ko hum ne de de di. english translation tha quran majeed ka,</w:t>
      </w:r>
      <w:r>
        <w:br/>
      </w:r>
      <w:r>
        <w:rPr>
          <w:sz w:val="20"/>
        </w:rPr>
        <w:t>29:49  woh ayat diya ke is ko parho, jis mein hai ke agar saare darakht qalam bana diye jayein, sara samandar ink bana diya jaye, aur Allah ke nishaniyan, Allah ke signs, Allah ke wonders likhe jayein toh siyahi khushk ho jayegi,</w:t>
      </w:r>
      <w:r>
        <w:br/>
      </w:r>
      <w:r>
        <w:rPr>
          <w:sz w:val="20"/>
        </w:rPr>
        <w:t>30:12  qalam khatam ho jayein ge, aur Allah ke wonders khatam nahi honge.</w:t>
      </w:r>
      <w:r>
        <w:br/>
      </w:r>
      <w:r>
        <w:rPr>
          <w:sz w:val="20"/>
        </w:rPr>
        <w:t>30:18  toh is ne kaha, acha hai, quran mein aisa likha hua hai, toh lao mujhe do quran. toh unke bag mein quran tha, unhon ne us ko de diya,</w:t>
      </w:r>
      <w:r>
        <w:br/>
      </w:r>
      <w:r>
        <w:rPr>
          <w:sz w:val="20"/>
        </w:rPr>
        <w:t>30:31  toh bohat khush hua. woh yeh kya hai? is mein ek aap ko ek ek namuna milta hai ke dawat ka kaam ek process hai, ek mutual process hai, yani daai wa maduwo dono ke darmiyan ek process hai.</w:t>
      </w:r>
    </w:p>
    <w:p>
      <w:pPr>
        <w:pStyle w:val="Heading2"/>
      </w:pPr>
      <w:r>
        <w:t>Critiquing ecstasy as spirituality's ultimate goal</w:t>
      </w:r>
    </w:p>
    <w:p>
      <w:r>
        <w:rPr>
          <w:color w:val="666666"/>
          <w:sz w:val="18"/>
        </w:rPr>
        <w:t>Spirituality in Islam January 1, 2006 Maulana Wahiduddin Khan · 2m 03s · at 9:26 · https://youtu.be/XO4htFBEkV4?t=566</w:t>
      </w:r>
    </w:p>
    <w:p>
      <w:r>
        <w:rPr>
          <w:i/>
        </w:rPr>
        <w:t>“Spirituality ke har school ka goal ecstasy hota hai”</w:t>
      </w:r>
    </w:p>
    <w:p>
      <w:r>
        <w:rPr>
          <w:sz w:val="20"/>
        </w:rPr>
        <w:t>9:26  spirituality ke jitne bhi schools hain, aap un ko parhiye to sab mein aap painge ke un ka jo goal hai woh kya hai?</w:t>
      </w:r>
      <w:r>
        <w:br/>
      </w:r>
      <w:r>
        <w:rPr>
          <w:sz w:val="20"/>
        </w:rPr>
        <w:t>9:38  ecstasy, wajd ya ecstasy.</w:t>
      </w:r>
      <w:r>
        <w:br/>
      </w:r>
      <w:r>
        <w:rPr>
          <w:sz w:val="20"/>
        </w:rPr>
        <w:t>9:44  jahan tak main janta hoon, spirituality ke har school ka yahi hai mamla ke un ke haan ecstasy jo hai yeh aakhri goal hai.</w:t>
      </w:r>
      <w:r>
        <w:br/>
      </w:r>
      <w:r>
        <w:rPr>
          <w:sz w:val="20"/>
        </w:rPr>
        <w:t>10:00  ecstasy kya hai? apne aap ko aik aisi state mein le jana jahan aap tension free hon, jahan koi stress na ho, jahan koi aap ko gham na ho.</w:t>
      </w:r>
      <w:r>
        <w:br/>
      </w:r>
      <w:r>
        <w:rPr>
          <w:sz w:val="20"/>
        </w:rPr>
        <w:t>10:14  yani yeh hai is ka matlab. main main aap se arz karta hoon ke aisi spirituality kis kaam ki?</w:t>
      </w:r>
      <w:r>
        <w:br/>
      </w:r>
      <w:r>
        <w:rPr>
          <w:sz w:val="20"/>
        </w:rPr>
        <w:t>10:24  aisi spirituality se society ko kya mila? insaniyat ko kya mila?</w:t>
      </w:r>
      <w:r>
        <w:br/>
      </w:r>
      <w:r>
        <w:rPr>
          <w:sz w:val="20"/>
        </w:rPr>
        <w:t>10:33  kuch bhi nahi mila. isi liye is spirituality mein applied spirituality ki koi jagah nahi hai.</w:t>
      </w:r>
      <w:r>
        <w:br/>
      </w:r>
      <w:r>
        <w:rPr>
          <w:sz w:val="20"/>
        </w:rPr>
        <w:t>10:43  yani logically applied spirituality has no room in this kind of spirituality, which is prevalent among other people.</w:t>
      </w:r>
      <w:r>
        <w:br/>
      </w:r>
      <w:r>
        <w:rPr>
          <w:sz w:val="20"/>
        </w:rPr>
        <w:t>10:55  kyun? yeh spirituality jo hai society se apne ko detach kar ke hasil ki jati hai.</w:t>
      </w:r>
      <w:r>
        <w:br/>
      </w:r>
      <w:r>
        <w:rPr>
          <w:sz w:val="20"/>
        </w:rPr>
        <w:t>11:06  society se apne ko detach kar ke, society mein kya ho raha hai is se alag kar ke, apne ko aik individual level par tension free mind banana.</w:t>
      </w:r>
      <w:r>
        <w:br/>
      </w:r>
      <w:r>
        <w:rPr>
          <w:sz w:val="20"/>
        </w:rPr>
        <w:t>11:21  tension free apne ko banaya jata hai, jis ko ecstasy kehte hain.</w:t>
      </w:r>
    </w:p>
    <w:p>
      <w:pPr>
        <w:pStyle w:val="Heading2"/>
      </w:pPr>
      <w:r>
        <w:t>Heart-based superstition and love your enemy</w:t>
      </w:r>
    </w:p>
    <w:p>
      <w:r>
        <w:rPr>
          <w:color w:val="666666"/>
          <w:sz w:val="18"/>
        </w:rPr>
        <w:t>Science and Spirituality | April 25, 2007 | Maulana Wahiduddin Kha · 2m 02s · at 46:41 · https://youtu.be/cStp24Ri3ps?t=2801</w:t>
      </w:r>
    </w:p>
    <w:p>
      <w:r>
        <w:rPr>
          <w:i/>
        </w:rPr>
        <w:t>“Heart-based spirituality is a remnant of superstition”</w:t>
      </w:r>
    </w:p>
    <w:p>
      <w:r>
        <w:rPr>
          <w:sz w:val="20"/>
        </w:rPr>
        <w:t>46:41  And as far as the heart-based Spirituality is concerned, I think that is a remnant of superstition, superstition, simply superstition.</w:t>
      </w:r>
      <w:r>
        <w:br/>
      </w:r>
      <w:r>
        <w:rPr>
          <w:sz w:val="20"/>
        </w:rPr>
        <w:t>46:51  Then I think that Jesus Christ, He was a prophet.</w:t>
      </w:r>
      <w:r>
        <w:br/>
      </w:r>
      <w:r>
        <w:rPr>
          <w:sz w:val="20"/>
        </w:rPr>
        <w:t>47:01  We do not believe that He</w:t>
      </w:r>
      <w:r>
        <w:br/>
      </w:r>
      <w:r>
        <w:rPr>
          <w:sz w:val="20"/>
        </w:rPr>
        <w:t>47:11  was the Son of God.</w:t>
      </w:r>
      <w:r>
        <w:br/>
      </w:r>
      <w:r>
        <w:rPr>
          <w:sz w:val="20"/>
        </w:rPr>
        <w:t>47:19  He was the prophet of God.</w:t>
      </w:r>
      <w:r>
        <w:br/>
      </w:r>
      <w:r>
        <w:rPr>
          <w:sz w:val="20"/>
        </w:rPr>
        <w:t>47:26  And He gave us a very beautiful formula of Spirituality, that is, "Love your enemy." Love your enemy.</w:t>
      </w:r>
      <w:r>
        <w:br/>
      </w:r>
      <w:r>
        <w:rPr>
          <w:sz w:val="20"/>
        </w:rPr>
        <w:t>47:34  It means you have to learn the art of</w:t>
      </w:r>
      <w:r>
        <w:br/>
      </w:r>
      <w:r>
        <w:rPr>
          <w:sz w:val="20"/>
        </w:rPr>
        <w:t>47:41  enmity management.</w:t>
      </w:r>
      <w:r>
        <w:br/>
      </w:r>
      <w:r>
        <w:rPr>
          <w:sz w:val="20"/>
        </w:rPr>
        <w:t>47:47  Do not hate the enemy.</w:t>
      </w:r>
      <w:r>
        <w:br/>
      </w:r>
      <w:r>
        <w:rPr>
          <w:sz w:val="20"/>
        </w:rPr>
        <w:t>47:52  Do not try to eliminate the enemy.</w:t>
      </w:r>
      <w:r>
        <w:br/>
      </w:r>
      <w:r>
        <w:rPr>
          <w:sz w:val="20"/>
        </w:rPr>
        <w:t>47:57  Do not be negative against the enemy. No.</w:t>
      </w:r>
      <w:r>
        <w:br/>
      </w:r>
      <w:r>
        <w:rPr>
          <w:sz w:val="20"/>
        </w:rPr>
        <w:t>48:03  "Love your enemy" means try to manage the enmity.</w:t>
      </w:r>
      <w:r>
        <w:br/>
      </w:r>
      <w:r>
        <w:rPr>
          <w:sz w:val="20"/>
        </w:rPr>
        <w:t>48:08  And this is also mentioned in the Quran in these words</w:t>
      </w:r>
      <w:r>
        <w:br/>
      </w:r>
      <w:r>
        <w:rPr>
          <w:sz w:val="20"/>
        </w:rPr>
        <w:t>48:13  that it means that do good deeds in return for bad deeds, and you will find that your enemy has become your dearest friend. It means that</w:t>
      </w:r>
    </w:p>
    <w:p>
      <w:pPr>
        <w:pStyle w:val="Heading2"/>
      </w:pPr>
      <w:r>
        <w:t>Adopting cow and rose culture to convert hate into love</w:t>
      </w:r>
    </w:p>
    <w:p>
      <w:r>
        <w:rPr>
          <w:color w:val="666666"/>
          <w:sz w:val="18"/>
        </w:rPr>
        <w:t>Islam and Sufism (Islam and Spirituality) (English) February 28, 2008 · 2m 13s · at 30:31 · https://youtu.be/6UGAPDfrS2w?t=1831</w:t>
      </w:r>
    </w:p>
    <w:p>
      <w:r>
        <w:rPr>
          <w:i/>
        </w:rPr>
        <w:t>“You have to adopt the culture of the cow”</w:t>
      </w:r>
    </w:p>
    <w:p>
      <w:r>
        <w:rPr>
          <w:sz w:val="20"/>
        </w:rPr>
        <w:t>30:31  here is the test: you have to perform the same culture, which is already perform by cow. you have to adopt the cow culture.</w:t>
      </w:r>
      <w:r>
        <w:br/>
      </w:r>
      <w:r>
        <w:rPr>
          <w:sz w:val="20"/>
        </w:rPr>
        <w:t>30:42  that is, you have to ability to turn non milk into milk. you have evolve, you have develop that kind of ability to convert negativity into positivity,</w:t>
      </w:r>
      <w:r>
        <w:br/>
      </w:r>
      <w:r>
        <w:rPr>
          <w:sz w:val="20"/>
        </w:rPr>
        <w:t>30:57  to convert hate into love. this is the test. only those people can stand in this test who have the quality of spirituality.</w:t>
      </w:r>
      <w:r>
        <w:br/>
      </w:r>
      <w:r>
        <w:rPr>
          <w:sz w:val="20"/>
        </w:rPr>
        <w:t>31:13  otherwise, it is not possible. god has given demonstration of all this things in this nature.</w:t>
      </w:r>
      <w:r>
        <w:br/>
      </w:r>
      <w:r>
        <w:rPr>
          <w:sz w:val="20"/>
        </w:rPr>
        <w:t>31:23  you see, there is a rose plant</w:t>
      </w:r>
      <w:r>
        <w:br/>
      </w:r>
      <w:r>
        <w:rPr>
          <w:sz w:val="20"/>
        </w:rPr>
        <w:t>31:26  what is rose plant? in every branch of rose plant, you see a beautiful flower. at the same time, there are thorns.</w:t>
      </w:r>
      <w:r>
        <w:br/>
      </w:r>
      <w:r>
        <w:rPr>
          <w:sz w:val="20"/>
        </w:rPr>
        <w:t>31:39  at the same time, there are thoughts. it means that rose plant is able to live.</w:t>
      </w:r>
      <w:r>
        <w:br/>
      </w:r>
      <w:r>
        <w:rPr>
          <w:sz w:val="20"/>
        </w:rPr>
        <w:t>31:47  rose plant, although has beautiful flowers, but it has the ability to live with thoughts.</w:t>
      </w:r>
      <w:r>
        <w:br/>
      </w:r>
      <w:r>
        <w:rPr>
          <w:sz w:val="20"/>
        </w:rPr>
        <w:t>31:55  so we have to prove this kind of culture, this kind of capacity, this kind of ability. if you are like a flower, if you are beautiful, you are very good in character, then you are a flower.</w:t>
      </w:r>
      <w:r>
        <w:br/>
      </w:r>
      <w:r>
        <w:rPr>
          <w:sz w:val="20"/>
        </w:rPr>
        <w:t>32:12  but you have to live with thoughts. you are not allowed to react. don't go to reaction.</w:t>
      </w:r>
      <w:r>
        <w:br/>
      </w:r>
      <w:r>
        <w:rPr>
          <w:sz w:val="20"/>
        </w:rPr>
        <w:t>32:22  so adopt the culture of rose plant. try to live with thoughts, even you are a flower.</w:t>
      </w:r>
      <w:r>
        <w:br/>
      </w:r>
      <w:r>
        <w:rPr>
          <w:sz w:val="20"/>
        </w:rPr>
        <w:t>32:35  so this is the social spirituality. this is the social spirituality or applied spirituality.</w:t>
      </w:r>
    </w:p>
    <w:p>
      <w:pPr>
        <w:pStyle w:val="Heading2"/>
      </w:pPr>
      <w:r>
        <w:t>Why God chose tree as parable</w:t>
      </w:r>
    </w:p>
    <w:p>
      <w:r>
        <w:rPr>
          <w:color w:val="666666"/>
          <w:sz w:val="18"/>
        </w:rPr>
        <w:t>Momin is like a tree | April 11, 2007 · 2m 32s · at 2:12 · https://youtu.be/buv324nJoBk?t=132</w:t>
      </w:r>
    </w:p>
    <w:p>
      <w:r>
        <w:rPr>
          <w:i/>
        </w:rPr>
        <w:t>“First of all, we must know why God chose tree as a parable”</w:t>
      </w:r>
    </w:p>
    <w:p>
      <w:r>
        <w:rPr>
          <w:sz w:val="20"/>
        </w:rPr>
        <w:t>2:12  This is a parable for those who try to reflect. First of all, we must know why God chose tree as a parable</w:t>
      </w:r>
      <w:r>
        <w:br/>
      </w:r>
      <w:r>
        <w:rPr>
          <w:sz w:val="20"/>
        </w:rPr>
        <w:t>2:42  or as an example. You know, in the universe, in this vast universe, there are numerous creatures, numerous items, like sun, moon, planets, stars, mountain, ocean. So many, so many, so many, more than billion and trillion items.</w:t>
      </w:r>
      <w:r>
        <w:br/>
      </w:r>
      <w:r>
        <w:rPr>
          <w:sz w:val="20"/>
        </w:rPr>
        <w:t>3:13  But God selected only tree, because tree is a very unique type of creature. Tree is a very unique creation of God. Tree is, tree has the capacity to grow</w:t>
      </w:r>
      <w:r>
        <w:br/>
      </w:r>
      <w:r>
        <w:rPr>
          <w:sz w:val="20"/>
        </w:rPr>
        <w:t>3:45  , capacity to grow. Tree begins its life from seed, a small seed. Then it grows, grows, grows, grows, until it reaches a full tree, until it becomes a full tree, with stems, with branches, with leaves, with</w:t>
      </w:r>
      <w:r>
        <w:br/>
      </w:r>
      <w:r>
        <w:rPr>
          <w:sz w:val="20"/>
        </w:rPr>
        <w:t>4:15  flowers, with fruits, with shadow, with greenery. So this kind of phenomena is unique in this universe. Because of this, God chose a tree to tell us that this is example for</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Satan diverts man vs Satan to man vs man</w:t>
      </w:r>
    </w:p>
    <w:p>
      <w:r>
        <w:rPr>
          <w:color w:val="666666"/>
          <w:sz w:val="18"/>
        </w:rPr>
        <w:t>From the Spiritual Tree August 31, 2008 · 1m 48s · at 15:31 · https://youtu.be/yqFdYWdODM0?t=931</w:t>
      </w:r>
    </w:p>
    <w:p>
      <w:r>
        <w:rPr>
          <w:i/>
        </w:rPr>
        <w:t>“What will Satan do in the world?”</w:t>
      </w:r>
    </w:p>
    <w:p>
      <w:r>
        <w:rPr>
          <w:sz w:val="20"/>
        </w:rPr>
        <w:t>15:31  kya karega duniya mein? insan ke sath duniya mein kya karega woh? woh yeh karega ke woh jo insan ke andar jo enmity hai satan ke liye, us ko divert kar dega.</w:t>
      </w:r>
      <w:r>
        <w:br/>
      </w:r>
      <w:r>
        <w:rPr>
          <w:sz w:val="20"/>
        </w:rPr>
        <w:t>15:50  us ko bohat samjhiye aap. bohat samajhne ki baat hai. insan ke andar khuda ne rakha tha ke woh satan ko apna dushman samjhe.</w:t>
      </w:r>
      <w:r>
        <w:br/>
      </w:r>
      <w:r>
        <w:rPr>
          <w:sz w:val="20"/>
        </w:rPr>
        <w:t>16:02  kyun ke wohi behkayega, wohi mislead karega. to satan ke liye insan ke andar pehle din se dushmani thi, enmity thi.</w:t>
      </w:r>
      <w:r>
        <w:br/>
      </w:r>
      <w:r>
        <w:rPr>
          <w:sz w:val="20"/>
        </w:rPr>
        <w:t>16:17  lekin satan kya karega? yeh kya kar raha hai? us ko woh divert kar raha hai insan ki taraf. yani man versus satan jo cheez thi, us ko woh man versus man bana raha hai.</w:t>
      </w:r>
      <w:r>
        <w:br/>
      </w:r>
      <w:r>
        <w:rPr>
          <w:sz w:val="20"/>
        </w:rPr>
        <w:t>16:32  yeh poori history mein zoroastrianism ne jo kaha tha ke "the world is a perpetual background".</w:t>
      </w:r>
      <w:r>
        <w:br/>
      </w:r>
      <w:r>
        <w:rPr>
          <w:sz w:val="20"/>
        </w:rPr>
        <w:t>16:41  battlefield. "the world is a perpetual battlefield between good and evil forces". to woh is silsile mein sahi hai. to jo insan ke andar jo jazba rakha gaya tha satan ke against mein,</w:t>
      </w:r>
      <w:r>
        <w:br/>
      </w:r>
      <w:r>
        <w:rPr>
          <w:sz w:val="20"/>
        </w:rPr>
        <w:t>16:56  to satan ne kya kar diya? us ko insan ke against mein bana diya.</w:t>
      </w:r>
      <w:r>
        <w:br/>
      </w:r>
      <w:r>
        <w:rPr>
          <w:sz w:val="20"/>
        </w:rPr>
        <w:t>17:02  yani man versus satan tha.</w:t>
      </w:r>
      <w:r>
        <w:br/>
      </w:r>
      <w:r>
        <w:rPr>
          <w:sz w:val="20"/>
        </w:rPr>
        <w:t>17:08  aur is ko shaitan ne kar diya man versus man bana diya. bohat hi successful tareeqay se bana diya. yahan tak ke habel qabil se le kar ab tak saare insaan lad rahe hain aapas mein.</w:t>
      </w:r>
    </w:p>
    <w:p>
      <w:pPr>
        <w:pStyle w:val="Heading2"/>
      </w:pPr>
      <w:r>
        <w:t>Dream of paradise gate - hatred blocks entry</w:t>
      </w:r>
    </w:p>
    <w:p>
      <w:r>
        <w:rPr>
          <w:color w:val="666666"/>
          <w:sz w:val="18"/>
        </w:rPr>
        <w:t>From the Spiritual Tree August 31, 2008 · 2m 35s · at 40:38 · https://youtu.be/yqFdYWdODM0?t=2438</w:t>
      </w:r>
    </w:p>
    <w:p>
      <w:r>
        <w:rPr>
          <w:i/>
        </w:rPr>
        <w:t>“A man had a dream, he told me the dream.”</w:t>
      </w:r>
    </w:p>
    <w:p>
      <w:r>
        <w:rPr>
          <w:sz w:val="20"/>
        </w:rPr>
        <w:t>40:38  ek sahab ne khwab dekha, mujhe bataya unhon ne khwab. ek sahab jo religious aadmi the, to unhon ne khwab dekha.</w:t>
      </w:r>
      <w:r>
        <w:br/>
      </w:r>
      <w:r>
        <w:rPr>
          <w:sz w:val="20"/>
        </w:rPr>
        <w:t>40:51  khwab dekha ke qayamat aa gayi hai aur kuch log hell mein bheje ja rahe hain, kuch paradise ki taraf chale ja rahe hain.</w:t>
      </w:r>
      <w:r>
        <w:br/>
      </w:r>
      <w:r>
        <w:rPr>
          <w:sz w:val="20"/>
        </w:rPr>
        <w:t>41:01  to yeh paradise wale group mein lag gaye. jaise gate tha paradise ka, idhar jaane lage. to jab woh gate ke paas pahunche to aur logon ko to angel ne gate se paar kar diya, unhein rok diya ke tum idhar jao.</w:t>
      </w:r>
      <w:r>
        <w:br/>
      </w:r>
      <w:r>
        <w:rPr>
          <w:sz w:val="20"/>
        </w:rPr>
        <w:t>41:23  yeh sacha khwab bata raha hoon aap ko, abhi shayad ek aadh saal ka khwab hai yeh. unhon ne dekha ke qayamat aayi hui hai aur saare insaan ekhatta hue hain aur sab ki grouping ho rahi hai.</w:t>
      </w:r>
      <w:r>
        <w:br/>
      </w:r>
      <w:r>
        <w:rPr>
          <w:sz w:val="20"/>
        </w:rPr>
        <w:t>41:35  kuch hell wale hain, kuch paradise wale hain. hell wale idhar chale ja rahe hain, paradise wale idhar ja rahe hain. wahan bohat bara gate hai. yeh jab pahunchte hain gate par to aur log jo the,</w:t>
      </w:r>
      <w:r>
        <w:br/>
      </w:r>
      <w:r>
        <w:rPr>
          <w:sz w:val="20"/>
        </w:rPr>
        <w:t>41:50  angels ne un ko paar kar diya, un ko rok diya aur kuch aur bhi logon ko rok diya tha. to yeh bohat pareshan hue ke mujhe to gate mein entry nahi mili.</w:t>
      </w:r>
      <w:r>
        <w:br/>
      </w:r>
      <w:r>
        <w:rPr>
          <w:sz w:val="20"/>
        </w:rPr>
        <w:t>42:04  aur phir un ki aankh khul gayi. phir mujh se unhon ne kaha to main ne kaha ke dekhiye, ab apne andar tatoliye, aap is ka reason daryaft kijiye.</w:t>
      </w:r>
      <w:r>
        <w:br/>
      </w:r>
      <w:r>
        <w:rPr>
          <w:sz w:val="20"/>
        </w:rPr>
        <w:t>42:16  to mein ne scrutiny ki isi aitbaar se ke kya un ke dil kisi ke liye hate hai? to maloom hua ke woh hate liye hue hain.</w:t>
      </w:r>
      <w:r>
        <w:br/>
      </w:r>
      <w:r>
        <w:rPr>
          <w:sz w:val="20"/>
        </w:rPr>
        <w:t>42:27  kisi ke liye hate un ke dil mein tha. to mein ne kaha ke aap ki ibadat, aap ka faith aur aap ki religious baatein, woh sab kaam nahi aayen aap ko.</w:t>
      </w:r>
      <w:r>
        <w:br/>
      </w:r>
      <w:r>
        <w:rPr>
          <w:sz w:val="20"/>
        </w:rPr>
        <w:t>42:42  kyun ke hate jab tha aap ka to wahan to nikaal diya jaye ga aap ko. hate free baniye, tab aap ko entry mile gi paradise mein, nahi to nahi.</w:t>
      </w:r>
      <w:r>
        <w:br/>
      </w:r>
      <w:r>
        <w:rPr>
          <w:sz w:val="20"/>
        </w:rPr>
        <w:t>42:53  is khwab ke zariye aap ko bataya gaya hai ke agar tum chahte ho paradise mein jana to apne andar se hate jo hai, ek ek particle hate ko nikaal daalo.</w:t>
      </w:r>
      <w:r>
        <w:br/>
      </w:r>
      <w:r>
        <w:rPr>
          <w:sz w:val="20"/>
        </w:rPr>
        <w:t>43:04  apne ko hate free banao, nahi to gate ke paas pahunch kar bhi tum ko lauta diya jaye ga.</w:t>
      </w:r>
    </w:p>
    <w:p>
      <w:pPr>
        <w:pStyle w:val="Heading2"/>
      </w:pPr>
      <w:r>
        <w:t>Japan's success avoiding confrontation</w:t>
      </w:r>
    </w:p>
    <w:p>
      <w:r>
        <w:rPr>
          <w:color w:val="666666"/>
          <w:sz w:val="18"/>
        </w:rPr>
        <w:t>IIC: How to Develop Spiritual Personality · 1m 30s · at 33:56 · https://youtu.be/-XrYpEYwk-Y?t=2036</w:t>
      </w:r>
    </w:p>
    <w:p>
      <w:r>
        <w:rPr>
          <w:i/>
        </w:rPr>
        <w:t>“Japan after WWII had no space science”</w:t>
      </w:r>
    </w:p>
    <w:p>
      <w:r>
        <w:rPr>
          <w:sz w:val="20"/>
        </w:rPr>
        <w:t>33:56  jabke Japan jo hai, second world war ke waqt, yani 95 mein, 1945 mein jab atom bomb giraya</w:t>
      </w:r>
      <w:r>
        <w:br/>
      </w:r>
      <w:r>
        <w:rPr>
          <w:sz w:val="20"/>
        </w:rPr>
        <w:t>34:02  gaya tha, to wahan space technology thi hi nahi is tarah se.</w:t>
      </w:r>
      <w:r>
        <w:br/>
      </w:r>
      <w:r>
        <w:rPr>
          <w:sz w:val="20"/>
        </w:rPr>
        <w:t>34:08  space science thi hi nahi Japan mein.</w:t>
      </w:r>
      <w:r>
        <w:br/>
      </w:r>
      <w:r>
        <w:rPr>
          <w:sz w:val="20"/>
        </w:rPr>
        <w:t>34:14  ab wahi Japan, dekhiye, jo policy li unhone, jis ko mein kehta hoon ke accept the status</w:t>
      </w:r>
      <w:r>
        <w:br/>
      </w:r>
      <w:r>
        <w:rPr>
          <w:sz w:val="20"/>
        </w:rPr>
        <w:t>34:20  quo, is ka matlab hai ke jahan takrao hai, wahan se hat jao. Aur jah</w:t>
      </w:r>
      <w:r>
        <w:br/>
      </w:r>
      <w:r>
        <w:rPr>
          <w:sz w:val="20"/>
        </w:rPr>
        <w:t>34:26  an opportunity hai, us ko avail karo.</w:t>
      </w:r>
      <w:r>
        <w:br/>
      </w:r>
      <w:r>
        <w:rPr>
          <w:sz w:val="20"/>
        </w:rPr>
        <w:t>34:30  yani avoid confrontation.</w:t>
      </w:r>
      <w:r>
        <w:br/>
      </w:r>
      <w:r>
        <w:rPr>
          <w:sz w:val="20"/>
        </w:rPr>
        <w:t>34:34  Japan ka formula kya tha? avoid confrontation and avail the opportunities.</w:t>
      </w:r>
      <w:r>
        <w:br/>
      </w:r>
      <w:r>
        <w:rPr>
          <w:sz w:val="20"/>
        </w:rPr>
        <w:t>34:38  to apne ko tension free kar liya unhone.</w:t>
      </w:r>
      <w:r>
        <w:br/>
      </w:r>
      <w:r>
        <w:rPr>
          <w:sz w:val="20"/>
        </w:rPr>
        <w:t>34:41  yani super tension mein par sakti thi sari Japanese.</w:t>
      </w:r>
      <w:r>
        <w:br/>
      </w:r>
      <w:r>
        <w:rPr>
          <w:sz w:val="20"/>
        </w:rPr>
        <w:t>34:45  kyunke un par atom bomb giraya gaya tha.</w:t>
      </w:r>
      <w:r>
        <w:br/>
      </w:r>
      <w:r>
        <w:rPr>
          <w:sz w:val="20"/>
        </w:rPr>
        <w:t>34:49  to un ko to, woh to super tension mein agar hote to justified thay woh.</w:t>
      </w:r>
      <w:r>
        <w:br/>
      </w:r>
      <w:r>
        <w:rPr>
          <w:sz w:val="20"/>
        </w:rPr>
        <w:t>34:53  justified thay woh. Lekin woh</w:t>
      </w:r>
      <w:r>
        <w:br/>
      </w:r>
      <w:r>
        <w:rPr>
          <w:sz w:val="20"/>
        </w:rPr>
        <w:t>34:56  is tension se apne ko bahar nikaal liya unhon ne. unhon ne kaha keh hum science, scientific education lenge. ab wohi japan jo hai, is position mein aa gaya hai keh woh america se bhi aage ja raha hai. to mein aik, mein jo baat kar raha tha, woh yeh keh raha tha keh jin cheezon ko le kar log tension mein par jatay hain, wahan par mamla hota hai is ko manage karne ka. you have to learn that, yani art of tension management. yani b</w:t>
      </w:r>
    </w:p>
    <w:p>
      <w:pPr>
        <w:pStyle w:val="Heading2"/>
      </w:pPr>
      <w:r>
        <w:t>why self-doubt is actually a good sign</w:t>
      </w:r>
    </w:p>
    <w:p>
      <w:r>
        <w:rPr>
          <w:color w:val="666666"/>
          <w:sz w:val="18"/>
        </w:rPr>
        <w:t>Discovery of Paradise March 22, 2015 · 1m 55s · at 56:10 · https://youtu.be/2axrfd7sZkE?t=3370</w:t>
      </w:r>
    </w:p>
    <w:p>
      <w:r>
        <w:rPr>
          <w:i/>
        </w:rPr>
        <w:t>“Sawal: self-doubt intellectual development mein rukawat hai, kaise nikalen?”</w:t>
      </w:r>
    </w:p>
    <w:p>
      <w:r>
        <w:rPr>
          <w:sz w:val="20"/>
        </w:rPr>
        <w:t>56:10  "dekhein, self doubt ka jo term use kiya hai unhon ne, woh mujhe bohat clear nahi lagta. shayad unka matlab yeh ho ke confidence ki kami.</w:t>
      </w:r>
      <w:r>
        <w:br/>
      </w:r>
      <w:r>
        <w:rPr>
          <w:sz w:val="20"/>
        </w:rPr>
        <w:t>56:23  shayad to dekhein, confidence ki kami jo hai, woh to aap ke liye bohat achi cheez hai ke aur ziyada aap ke andar seekhne ki spirit paida hoti hai.</w:t>
      </w:r>
      <w:r>
        <w:br/>
      </w:r>
      <w:r>
        <w:rPr>
          <w:sz w:val="20"/>
        </w:rPr>
        <w:t>56:36  agar hamare andar chunache dekhein, jo log arrogant hote hain, un mein seekhne ki spirit nahi hoti. jo arrogant hote hain, woh samajhte hain hum ne to pa liya, hum ko kya paana hai?</w:t>
      </w:r>
      <w:r>
        <w:br/>
      </w:r>
      <w:r>
        <w:rPr>
          <w:sz w:val="20"/>
        </w:rPr>
        <w:t>56:48  lekin jinke andar modesty hoti hai, ya jis ko yeh keh rahe hain self doubt, to un ke andar ek seekhne ki spirit paida hot</w:t>
      </w:r>
      <w:r>
        <w:br/>
      </w:r>
      <w:r>
        <w:rPr>
          <w:sz w:val="20"/>
        </w:rPr>
        <w:t>56:58  i hai. mujhe aur jaanna hai, jo mein abhi jaana nahi hai. maine to mein to samajhta hoon ke yeh positive sign hai. yeh theek kiya khayal hai aap ka?</w:t>
      </w:r>
      <w:r>
        <w:br/>
      </w:r>
      <w:r>
        <w:rPr>
          <w:sz w:val="20"/>
        </w:rPr>
        <w:t>57:08  ji maulana, ji sahi hai. maulana, positive sign hai. ji</w:t>
      </w:r>
      <w:r>
        <w:br/>
      </w:r>
      <w:r>
        <w:rPr>
          <w:sz w:val="20"/>
        </w:rPr>
        <w:t>57:15  chalein, self doubt se aap ke andar self thinking aur badhegi, ghategi nahi, ghategi nahi.</w:t>
      </w:r>
      <w:r>
        <w:br/>
      </w:r>
      <w:r>
        <w:rPr>
          <w:sz w:val="20"/>
        </w:rPr>
        <w:t>57:25  jaise maine apna qissa bataya tha aap ko is se pehle ke mein bohat pehle jab mein ek seeker ke roop mein tha, to ek din achanak mere zuban se yeh nikla ke khuda wand to kab aayega?</w:t>
      </w:r>
      <w:r>
        <w:br/>
      </w:r>
      <w:r>
        <w:rPr>
          <w:sz w:val="20"/>
        </w:rPr>
        <w:t>57:42  mein kab tak tere aane ka intezar karoon? yeh cheez meri seekhne ki spirit ko badhane wali ban gayi.</w:t>
      </w:r>
      <w:r>
        <w:br/>
      </w:r>
      <w:r>
        <w:rPr>
          <w:sz w:val="20"/>
        </w:rPr>
        <w:t>57:50  to jis cheez ko woh self doubt keh rahe hain, mein samajhta hoon ke woh goods, woh acha sign hai, woh aur woh seekhne ki spirit ko badhane wala hai. bashart ke aadmi sincere ho.</w:t>
      </w:r>
    </w:p>
    <w:p>
      <w:pPr>
        <w:pStyle w:val="Heading2"/>
      </w:pPr>
      <w:r>
        <w:t>Hypocrite's lack of self-awareness</w:t>
      </w:r>
    </w:p>
    <w:p>
      <w:r>
        <w:rPr>
          <w:color w:val="666666"/>
          <w:sz w:val="18"/>
        </w:rPr>
        <w:t>Dars-e-Quran, Chapter 2,  Vs 7-19 | July 26,  2015 · 1m 31s · at 12:59 · https://youtu.be/O71wvnrbnXU?t=779</w:t>
      </w:r>
    </w:p>
    <w:p>
      <w:r>
        <w:rPr>
          <w:i/>
        </w:rPr>
        <w:t>“A person in hypocrisy has no awareness of it.”</w:t>
      </w:r>
    </w:p>
    <w:p>
      <w:r>
        <w:rPr>
          <w:sz w:val="20"/>
        </w:rPr>
        <w:t>12:59  or karte hue meri samaj mein ek baat aati hai ke jo aadmi nifaq ki halat mein ho us ko apne nifaq ka sho'oor nahin hota. sho'oor nahin hota. is barabar is mein woh isi par qaim rehta hai. woh is se tauba nahin karta.</w:t>
      </w:r>
      <w:r>
        <w:br/>
      </w:r>
      <w:r>
        <w:rPr>
          <w:sz w:val="20"/>
        </w:rPr>
        <w:t>13:29  to shaoor kyon nahin hota? dekhen shaoor ek aisi cheez hai jo jo yaani qasdan aap is par</w:t>
      </w:r>
      <w:r>
        <w:br/>
      </w:r>
      <w:r>
        <w:rPr>
          <w:sz w:val="20"/>
        </w:rPr>
        <w:t>13:37  sochhen, qasdan apne aap ko check karen, qasdan aap ki apni galtiyon ko daryaft karne ki koshish karen,</w:t>
      </w:r>
      <w:r>
        <w:br/>
      </w:r>
      <w:r>
        <w:rPr>
          <w:sz w:val="20"/>
        </w:rPr>
        <w:t>13:45  tab aap janenge apne aap ko.</w:t>
      </w:r>
      <w:r>
        <w:br/>
      </w:r>
      <w:r>
        <w:rPr>
          <w:sz w:val="20"/>
        </w:rPr>
        <w:t>13:52  agar aisa nahin hai, is qism ka process aap ke andar jaari nahin hai</w:t>
      </w:r>
      <w:r>
        <w:br/>
      </w:r>
      <w:r>
        <w:rPr>
          <w:sz w:val="20"/>
        </w:rPr>
        <w:t>14:00  to aap apni galtiyon ke liye be be khabar ho jayenge.</w:t>
      </w:r>
      <w:r>
        <w:br/>
      </w:r>
      <w:r>
        <w:rPr>
          <w:sz w:val="20"/>
        </w:rPr>
        <w:t>14:04  main samjhen ke main to theek hoon.</w:t>
      </w:r>
      <w:r>
        <w:br/>
      </w:r>
      <w:r>
        <w:rPr>
          <w:sz w:val="20"/>
        </w:rPr>
        <w:t>14:09  main to theek hoon.</w:t>
      </w:r>
      <w:r>
        <w:br/>
      </w:r>
      <w:r>
        <w:rPr>
          <w:sz w:val="20"/>
        </w:rPr>
        <w:t>14:13  misalan aap dress mein aur identity mein apne ko khoob theek theek theek thaak banaye hue hon aur</w:t>
      </w:r>
      <w:r>
        <w:br/>
      </w:r>
      <w:r>
        <w:rPr>
          <w:sz w:val="20"/>
        </w:rPr>
        <w:t>14:17  log aap ko samajhte hain ke yeh to bade achhe log hain.</w:t>
      </w:r>
      <w:r>
        <w:br/>
      </w:r>
      <w:r>
        <w:rPr>
          <w:sz w:val="20"/>
        </w:rPr>
        <w:t>14:22  to is se aap to is se aadmi jo hai ek tarah ki be shaoori mein mubtala ho jata hai.</w:t>
      </w:r>
      <w:r>
        <w:br/>
      </w:r>
      <w:r>
        <w:rPr>
          <w:sz w:val="20"/>
        </w:rPr>
        <w:t>14:26  yaani haqeeqat mein to kuch aur hai aur samajhne lagta hai kuch aur.</w:t>
      </w:r>
    </w:p>
    <w:p>
      <w:pPr>
        <w:pStyle w:val="Heading2"/>
      </w:pPr>
      <w:r>
        <w:t>Acceptance of reality and status quoism</w:t>
      </w:r>
    </w:p>
    <w:p>
      <w:r>
        <w:rPr>
          <w:color w:val="666666"/>
          <w:sz w:val="18"/>
        </w:rPr>
        <w:t>IIC: How to Develop Spiritual Personality · 1m 31s · at 28:22 · https://youtu.be/-XrYpEYwk-Y?t=1702</w:t>
      </w:r>
    </w:p>
    <w:p>
      <w:r>
        <w:rPr>
          <w:i/>
        </w:rPr>
        <w:t>“It is a matter of acceptance of reality”</w:t>
      </w:r>
    </w:p>
    <w:p>
      <w:r>
        <w:rPr>
          <w:sz w:val="20"/>
        </w:rPr>
        <w:t>28:22  kar denge. to dekhiye, jin cheezon ko le kar ke log tension mein rehte hain aur pareshan rehte hain, woh darasal adjustment ka ka ka maamla hota hai. yaani is ko main kahunga ke acceptance of reality ka maamla hota hai. main aksar kaha karta hoon ke dunya mein sab se best formula, yaani peaceful</w:t>
      </w:r>
      <w:r>
        <w:br/>
      </w:r>
      <w:r>
        <w:rPr>
          <w:sz w:val="20"/>
        </w:rPr>
        <w:t>28:52  living ka hai, status quoism. jo status quo hai, us ko maan lijiye. aur us par peace hi peace hai. jab aap status quo badalna chahte hain, tab wahan se problem shuru hota hai. log ek mujh se poochte hain ke status quo agar hum maan lein to is ka matlab hai ke phir hum karein kya phir? phir kuch karna nahi hai. ek hi bahut badi bhool hai. status quo ho</w:t>
      </w:r>
      <w:r>
        <w:br/>
      </w:r>
      <w:r>
        <w:rPr>
          <w:sz w:val="20"/>
        </w:rPr>
        <w:t>29:22  a hai mannay ka muamla kisi aik cheez mein, jaisay politics kay muamlay mein.</w:t>
      </w:r>
      <w:r>
        <w:br/>
      </w:r>
      <w:r>
        <w:rPr>
          <w:sz w:val="20"/>
        </w:rPr>
        <w:t>29:27  side life kay muamlay mein nahi hota hai.</w:t>
      </w:r>
      <w:r>
        <w:br/>
      </w:r>
      <w:r>
        <w:rPr>
          <w:sz w:val="20"/>
        </w:rPr>
        <w:t>29:31  suppose aik party ki rule rail kar rahi hai, aik party mein rule nahi kar raha hoon.</w:t>
      </w:r>
      <w:r>
        <w:br/>
      </w:r>
      <w:r>
        <w:rPr>
          <w:sz w:val="20"/>
        </w:rPr>
        <w:t>29:36  to is political status ko maan lijiye.</w:t>
      </w:r>
      <w:r>
        <w:br/>
      </w:r>
      <w:r>
        <w:rPr>
          <w:sz w:val="20"/>
        </w:rPr>
        <w:t>29:40  isi kay sath bohat say doosray kaam dunya mein karnay kay liye hain aap kay paas.</w:t>
      </w:r>
      <w:r>
        <w:br/>
      </w:r>
      <w:r>
        <w:rPr>
          <w:sz w:val="20"/>
        </w:rPr>
        <w:t>29:45  woh kijiye aap.</w:t>
      </w:r>
      <w:r>
        <w:br/>
      </w:r>
      <w:r>
        <w:rPr>
          <w:sz w:val="20"/>
        </w:rPr>
        <w:t>29:49  jaisay Saddam Hussain ki misaal lijiye aap, kay Saddam Hussain say jo</w:t>
      </w:r>
    </w:p>
    <w:p>
      <w:pPr>
        <w:pStyle w:val="Heading2"/>
      </w:pPr>
      <w:r>
        <w:t>Face mites as hidden blessings of God</w:t>
      </w:r>
    </w:p>
    <w:p>
      <w:r>
        <w:rPr>
          <w:color w:val="666666"/>
          <w:sz w:val="18"/>
        </w:rPr>
        <w:t>Discussion on Marefat (Ulama Session- I) Peace Conference April 29-30, 2023 · 1m 25s · at 31:20 · https://youtu.be/c1NFCRXpYBQ?t=1880</w:t>
      </w:r>
    </w:p>
    <w:p>
      <w:r>
        <w:rPr>
          <w:i/>
        </w:rPr>
        <w:t>“Jo insan ke pores mein rehte hain.”</w:t>
      </w:r>
    </w:p>
    <w:p>
      <w:r>
        <w:rPr>
          <w:sz w:val="20"/>
        </w:rPr>
        <w:t>31:20  jo insan ke pores mein rehte hain. insan ke jo surakh hain skin mein uske andar woh rehte hain. unke bare mein scientist yeh kehte hain ki yeh jo face mite jo hain, insan ke dead cell ko har waqt clean karte rehte hain. goya ke yeh aapke twenty four hours face cleaner ya skin cleaners hain.</w:t>
      </w:r>
      <w:r>
        <w:br/>
      </w:r>
      <w:r>
        <w:rPr>
          <w:sz w:val="20"/>
        </w:rPr>
        <w:t>31:38  wo musalsal yeh kaam karte hain jab nishal ke taur par scientist yeh kehte hain ki jab insan raat mein sota hai, to yeh mites jo hai face mites skin ke upar zahir hote hain aur dead cell ko yeh kar lete hain, consume kar lete hain aur phir woh unhi poren ke andar, unhi surakhon ke andar jo hai apni generation bhi woh continue karte rehte hain.</w:t>
      </w:r>
      <w:r>
        <w:br/>
      </w:r>
      <w:r>
        <w:rPr>
          <w:sz w:val="20"/>
        </w:rPr>
        <w:t>32:00  to is tarah jo hai insan paida hone se lekar marne tak musalsal uski body par ek cleaning</w:t>
      </w:r>
      <w:r>
        <w:br/>
      </w:r>
      <w:r>
        <w:rPr>
          <w:sz w:val="20"/>
        </w:rPr>
        <w:t>32:11  ka ek process chal raha hai lekin qadeem insan ne isko dekha nahi tha, jaana nahi tha ki</w:t>
      </w:r>
      <w:r>
        <w:br/>
      </w:r>
      <w:r>
        <w:rPr>
          <w:sz w:val="20"/>
        </w:rPr>
        <w:t>32:22  meri body par khuda ne jo hai aise civi purse aur aise cleaners rakh diye hain jo musalsal</w:t>
      </w:r>
      <w:r>
        <w:br/>
      </w:r>
      <w:r>
        <w:rPr>
          <w:sz w:val="20"/>
        </w:rPr>
        <w:t>32:33  meri khidmat kar rahe hain.</w:t>
      </w:r>
      <w:r>
        <w:br/>
      </w:r>
      <w:r>
        <w:rPr>
          <w:sz w:val="20"/>
        </w:rPr>
        <w:t>32:45  agar unko paighambar ki sohbat mili thi ashaab-e-Rasool ko, to hamein jo hai creation of god, Khuda ki makhluqat ki jo hai gehri observation mili hui hai. to main samajhta hoon ki jo hai yeh hamare liye bahut hi oonchi baat hai. hum is date se faida uthayein aur Maarifat ke naye naye windows hum jo hai open karte chale jayein taki jo hai Khuda ki khubrat hamein zyada se zyada milti rahe. Mashallah.</w:t>
      </w:r>
    </w:p>
    <w:p>
      <w:pPr>
        <w:pStyle w:val="Heading2"/>
      </w:pPr>
      <w:r>
        <w:t>Why America's global leadership goal was doomed to opposition</w:t>
      </w:r>
    </w:p>
    <w:p>
      <w:r>
        <w:rPr>
          <w:color w:val="666666"/>
          <w:sz w:val="18"/>
        </w:rPr>
        <w:t>America A Case of Spiritual Starvaltion July 7, 2011 · 2m 10s · at 2:28 · https://youtu.be/N8JYD2P3QYE?t=148</w:t>
      </w:r>
    </w:p>
    <w:p>
      <w:r>
        <w:rPr>
          <w:i/>
        </w:rPr>
        <w:t>“Business of America is business — then it changed”</w:t>
      </w:r>
    </w:p>
    <w:p>
      <w:r>
        <w:rPr>
          <w:sz w:val="20"/>
        </w:rPr>
        <w:t>2:28  dekhiye, first world war aur second world war ke beech mein america ki policy thi: "the business of america is business".</w:t>
      </w:r>
      <w:r>
        <w:br/>
      </w:r>
      <w:r>
        <w:rPr>
          <w:sz w:val="20"/>
        </w:rPr>
        <w:t>2:41  lekin second world war ke baad unhon ne aik aur target rakha apna: "the business of america is global leadership".</w:t>
      </w:r>
      <w:r>
        <w:br/>
      </w:r>
      <w:r>
        <w:rPr>
          <w:sz w:val="20"/>
        </w:rPr>
        <w:t>2:55  main samajhta hoon ke yeh koi wisdom ki baat nahin thi, kyunke dekhiye, main aksar kaha karta hoon ke "politics is art of the possible".</w:t>
      </w:r>
      <w:r>
        <w:br/>
      </w:r>
      <w:r>
        <w:rPr>
          <w:sz w:val="20"/>
        </w:rPr>
        <w:t>3:10  is duniya mein koi bhi cheez, chahe politics ho ya non political, jo affairs hain, un ka mamla ho,</w:t>
      </w:r>
      <w:r>
        <w:br/>
      </w:r>
      <w:r>
        <w:rPr>
          <w:sz w:val="20"/>
        </w:rPr>
        <w:t>3:22  aap ko sab se pehle yeh dekhna parta hai ke practically what is possible and what is not possible.</w:t>
      </w:r>
      <w:r>
        <w:br/>
      </w:r>
      <w:r>
        <w:rPr>
          <w:sz w:val="20"/>
        </w:rPr>
        <w:t>3:33  jo yeh na dekha hai, isi ko mein kehta hoon ke woh wisdom se khaali hai. to dekhiye, business of America is business, yeh poori tarah possible tha.</w:t>
      </w:r>
      <w:r>
        <w:br/>
      </w:r>
      <w:r>
        <w:rPr>
          <w:sz w:val="20"/>
        </w:rPr>
        <w:t>3:46  kyun possible ka matlab yeh hai? is mein aap ka kisi se takrao nahi hota,</w:t>
      </w:r>
      <w:r>
        <w:br/>
      </w:r>
      <w:r>
        <w:rPr>
          <w:sz w:val="20"/>
        </w:rPr>
        <w:t>3:55  yeh give and take ka maamla hota hai. yaani aap duniya ko ek cheez de rahe hain, duniya se ek cheez le rahe hain, khareedna aur bechna, to woh is mein koi sawaal nahi hai impossible hone ka.</w:t>
      </w:r>
      <w:r>
        <w:br/>
      </w:r>
      <w:r>
        <w:rPr>
          <w:sz w:val="20"/>
        </w:rPr>
        <w:t>4:13  to khoob successful tha America,</w:t>
      </w:r>
      <w:r>
        <w:br/>
      </w:r>
      <w:r>
        <w:rPr>
          <w:sz w:val="20"/>
        </w:rPr>
        <w:t>4:16  jaise Japan successful hai. lekin world leadership, yeh yeh chalne wali cheez nahi hai, kyunke dekhiye, world leadership hamesha kya karti hai?</w:t>
      </w:r>
      <w:r>
        <w:br/>
      </w:r>
      <w:r>
        <w:rPr>
          <w:sz w:val="20"/>
        </w:rPr>
        <w:t>4:28  opposition paida karti hai. hamesha world leadership ka jo concept hai, is mein implicit hai opposition.</w:t>
      </w:r>
    </w:p>
    <w:p>
      <w:pPr>
        <w:pStyle w:val="Heading2"/>
      </w:pPr>
      <w:r>
        <w:t>Prophetic form of Salat preserved</w:t>
      </w:r>
    </w:p>
    <w:p>
      <w:r>
        <w:rPr>
          <w:color w:val="666666"/>
          <w:sz w:val="18"/>
        </w:rPr>
        <w:t>Islamic Prayer (Part 2) (English) | February 27, 2007 | Maulana Wahiduddin Khan · 2m 07s · at 26:55 · https://youtu.be/xoh_XiWwRlI?t=1615</w:t>
      </w:r>
    </w:p>
    <w:p>
      <w:r>
        <w:rPr>
          <w:i/>
        </w:rPr>
        <w:t>“There are numerous hadith and ayat”</w:t>
      </w:r>
    </w:p>
    <w:p>
      <w:r>
        <w:rPr>
          <w:sz w:val="20"/>
        </w:rPr>
        <w:t>26:55  us hadith and ayat, or Quranic verses, which tell us the detail of Salat. The Prophet of Islam has said, "usallu kama raaytumuni usalli" you perform Salat</w:t>
      </w:r>
      <w:r>
        <w:br/>
      </w:r>
      <w:r>
        <w:rPr>
          <w:sz w:val="20"/>
        </w:rPr>
        <w:t>27:27  as you see myself performing Salat. So the present form of Salat is prophetic form. The companions of the Prophet saw Prophet's Salat and they followed it. Then</w:t>
      </w:r>
      <w:r>
        <w:br/>
      </w:r>
      <w:r>
        <w:rPr>
          <w:sz w:val="20"/>
        </w:rPr>
        <w:t>27:58  the companions of the companion saw the Salat of the companion and they followed it. Then after, then generation after generation, people used to follow this form. So the form we now follow is the form of Prophet without any</w:t>
      </w:r>
      <w:r>
        <w:br/>
      </w:r>
      <w:r>
        <w:rPr>
          <w:sz w:val="20"/>
        </w:rPr>
        <w:t>28:29  perversion, without any slightest perversion. So the form is preserved in its, in its originality. And then the spirit of Salat you can see in Quran and hadith.</w:t>
      </w:r>
    </w:p>
    <w:p>
      <w:pPr>
        <w:pStyle w:val="Heading2"/>
      </w:pPr>
      <w:r>
        <w:t>Real Islam versus the cultures of ritual and violence</w:t>
      </w:r>
    </w:p>
    <w:p>
      <w:r>
        <w:rPr>
          <w:color w:val="666666"/>
          <w:sz w:val="18"/>
        </w:rPr>
        <w:t>Divine Personality April 2, 2014 Maulana Wahiduddin Khan · 2m 22s · at 2:39 · https://youtu.be/4F-V__KFzpA?t=159</w:t>
      </w:r>
    </w:p>
    <w:p>
      <w:r>
        <w:rPr>
          <w:i/>
        </w:rPr>
        <w:t>“If you see the modern situation of Muslim countries...”</w:t>
      </w:r>
    </w:p>
    <w:p>
      <w:r>
        <w:rPr>
          <w:sz w:val="20"/>
        </w:rPr>
        <w:t>2:39  Then if you see the modern situation of Muslim countries you will find that every day in the media there are some</w:t>
      </w:r>
      <w:r>
        <w:br/>
      </w:r>
      <w:r>
        <w:rPr>
          <w:sz w:val="20"/>
        </w:rPr>
        <w:t>2:58  hard news in the Muslim countries.</w:t>
      </w:r>
      <w:r>
        <w:br/>
      </w:r>
      <w:r>
        <w:rPr>
          <w:sz w:val="20"/>
        </w:rPr>
        <w:t>3:04  Every day they are killing in the name of Islam, in the name of jihad.</w:t>
      </w:r>
      <w:r>
        <w:br/>
      </w:r>
      <w:r>
        <w:rPr>
          <w:sz w:val="20"/>
        </w:rPr>
        <w:t>3:14  So if you analyze you will find that</w:t>
      </w:r>
      <w:r>
        <w:br/>
      </w:r>
      <w:r>
        <w:rPr>
          <w:sz w:val="20"/>
        </w:rPr>
        <w:t>3:23  these are the two basic forms of Islam</w:t>
      </w:r>
      <w:r>
        <w:br/>
      </w:r>
      <w:r>
        <w:rPr>
          <w:sz w:val="20"/>
        </w:rPr>
        <w:t>3:30  . There may be dozens of sects among Muslims. Maybe there are 73 sects.</w:t>
      </w:r>
      <w:r>
        <w:br/>
      </w:r>
      <w:r>
        <w:rPr>
          <w:sz w:val="20"/>
        </w:rPr>
        <w:t>3:43  But if you categorize these sects you can sum up these sects in two sects.</w:t>
      </w:r>
      <w:r>
        <w:br/>
      </w:r>
      <w:r>
        <w:rPr>
          <w:sz w:val="20"/>
        </w:rPr>
        <w:t>3:57  That is culture of rituals, culture of rituals.</w:t>
      </w:r>
      <w:r>
        <w:br/>
      </w:r>
      <w:r>
        <w:rPr>
          <w:sz w:val="20"/>
        </w:rPr>
        <w:t>4:06  Then culture of violence.</w:t>
      </w:r>
      <w:r>
        <w:br/>
      </w:r>
      <w:r>
        <w:rPr>
          <w:sz w:val="20"/>
        </w:rPr>
        <w:t>4:10  Some people are engaged in violence in the name of Islam. They believe that they are doing the greatest ibadah.</w:t>
      </w:r>
      <w:r>
        <w:br/>
      </w:r>
      <w:r>
        <w:rPr>
          <w:sz w:val="20"/>
        </w:rPr>
        <w:t>4:28  Then the other group has based its concept on f</w:t>
      </w:r>
      <w:r>
        <w:br/>
      </w:r>
      <w:r>
        <w:rPr>
          <w:sz w:val="20"/>
        </w:rPr>
        <w:t>4:34  azail. According to them Islam is a set of rituals and these rituals are very absurd.</w:t>
      </w:r>
      <w:r>
        <w:br/>
      </w:r>
      <w:r>
        <w:rPr>
          <w:sz w:val="20"/>
        </w:rPr>
        <w:t>4:46  And if you perform these rituals you will surely find entry into paradise. But both the groups are living in false paradise.</w:t>
      </w:r>
    </w:p>
    <w:p>
      <w:pPr>
        <w:pStyle w:val="Heading2"/>
      </w:pPr>
      <w:r>
        <w:t>Believer's seed is kalima</w:t>
      </w:r>
    </w:p>
    <w:p>
      <w:r>
        <w:rPr>
          <w:color w:val="666666"/>
          <w:sz w:val="18"/>
        </w:rPr>
        <w:t>Momin is like a tree | April 11, 2007 · 2m 05s · at 4:45 · https://youtu.be/buv324nJoBk?t=285</w:t>
      </w:r>
    </w:p>
    <w:p>
      <w:r>
        <w:rPr>
          <w:i/>
        </w:rPr>
        <w:t>“God has demonstrated a momin in the form of a tree”</w:t>
      </w:r>
    </w:p>
    <w:p>
      <w:r>
        <w:rPr>
          <w:sz w:val="20"/>
        </w:rPr>
        <w:t>4:45  you. I can say that God has demonstrated a momin or ایمان in the form of a tree. Momin or believer, or true believer, begins from a small seed, that is kalma.</w:t>
      </w:r>
      <w:r>
        <w:br/>
      </w:r>
      <w:r>
        <w:rPr>
          <w:sz w:val="20"/>
        </w:rPr>
        <w:t>5:20  Kalma, kalma is the starting point of momin. Now, kalma is not simply a recitation, kalma is not simply a kind of lip service. Kalma means realization, kalma means معرفہ, realization, kalma means discovery. When one discovers the truth, with capital T</w:t>
      </w:r>
      <w:r>
        <w:br/>
      </w:r>
      <w:r>
        <w:rPr>
          <w:sz w:val="20"/>
        </w:rPr>
        <w:t>5:50  he discovers God as supreme truth. When he discovers Muhammad as a supreme guide for mankind. When one discovers Quran as a word of God, and then he say, then he sees la</w:t>
      </w:r>
      <w:r>
        <w:br/>
      </w:r>
      <w:r>
        <w:rPr>
          <w:sz w:val="20"/>
        </w:rPr>
        <w:t>6:20  ilah ila Allah Muhammad Rasul Allah. This kalma. So معرفہ or realization or ایمان is like a seed, like a seed. So the personality of a momin begins from this seed, then it grows, grows, grows, like a tree, until it reaches</w:t>
      </w:r>
    </w:p>
    <w:p>
      <w:pPr>
        <w:pStyle w:val="Heading2"/>
      </w:pPr>
      <w:r>
        <w:t>Qur'anic tree parable for the believer's growing faith</w:t>
      </w:r>
    </w:p>
    <w:p>
      <w:r>
        <w:rPr>
          <w:color w:val="666666"/>
          <w:sz w:val="18"/>
        </w:rPr>
        <w:t>Personality of A Believer February 2, 2014 · 2m 46s · at 2:00 · https://youtu.be/EiK_-O-Bjps?t=120</w:t>
      </w:r>
    </w:p>
    <w:p>
      <w:r>
        <w:rPr>
          <w:i/>
        </w:rPr>
        <w:t>“Kalima tayyiba ki misal ek podhay jaisi hai”</w:t>
      </w:r>
    </w:p>
    <w:p>
      <w:r>
        <w:rPr>
          <w:sz w:val="20"/>
        </w:rPr>
        <w:t>2:00  to is ke baad kya hota hai?</w:t>
      </w:r>
      <w:r>
        <w:br/>
      </w:r>
      <w:r>
        <w:rPr>
          <w:sz w:val="20"/>
        </w:rPr>
        <w:t>2:04  to farmaya ke</w:t>
      </w:r>
      <w:r>
        <w:br/>
      </w:r>
      <w:r>
        <w:rPr>
          <w:sz w:val="20"/>
        </w:rPr>
        <w:t>2:08  kalma tayyaba ki misaal ek pauda jaisi hai, plant jaisi hai</w:t>
      </w:r>
      <w:r>
        <w:br/>
      </w:r>
      <w:r>
        <w:rPr>
          <w:sz w:val="20"/>
        </w:rPr>
        <w:t>2:17  ke woh jab boya jata hai zameen mein to ugna shuru hota hai, ugna shuru hota hai yahan tak ke woh oopar fiza mein buland ho jata hai.</w:t>
      </w:r>
      <w:r>
        <w:br/>
      </w:r>
      <w:r>
        <w:rPr>
          <w:sz w:val="20"/>
        </w:rPr>
        <w:t>2:30  "asalha sabit wa faruha fis samaa" . yaani shuru hota hai zameen se, pahunchta hai aasman tak.</w:t>
      </w:r>
      <w:r>
        <w:br/>
      </w:r>
      <w:r>
        <w:rPr>
          <w:sz w:val="20"/>
        </w:rPr>
        <w:t>2:40  phir isi tamseel ko doosri jagah is tarah bataya gaya hai ke</w:t>
      </w:r>
      <w:r>
        <w:br/>
      </w:r>
      <w:r>
        <w:rPr>
          <w:sz w:val="20"/>
        </w:rPr>
        <w:t>2:49  "wa mathaluhum fil injeel kadreen, akhraja sat'ahu, fa'aththara, fastaghraz, fastawa suqahu, yujibu dhzara'u ghazbahul kuffar" .</w:t>
      </w:r>
      <w:r>
        <w:br/>
      </w:r>
      <w:r>
        <w:rPr>
          <w:sz w:val="20"/>
        </w:rPr>
        <w:t>3:03  wahan bhi drakht ki misaal di gayi hai ke ahle imaan ki misaal drakht ki aisi hai ke woh ukwa nikla, phir tana nikla, phir shakhain nikli, pattay niklay,</w:t>
      </w:r>
      <w:r>
        <w:br/>
      </w:r>
      <w:r>
        <w:rPr>
          <w:sz w:val="20"/>
        </w:rPr>
        <w:t>3:17  yahan tak ke poora ek drakht ki shakal mein zameen mein ek cheez khadi ho gayi.</w:t>
      </w:r>
      <w:r>
        <w:br/>
      </w:r>
      <w:r>
        <w:rPr>
          <w:sz w:val="20"/>
        </w:rPr>
        <w:t>3:26  yeh tamseel bohat zyada ba'mani hai.</w:t>
      </w:r>
      <w:r>
        <w:br/>
      </w:r>
      <w:r>
        <w:rPr>
          <w:sz w:val="20"/>
        </w:rPr>
        <w:t>3:32  dekhiye, is dunya mein sirf drakht hi ek aisi cheez hai jis mein grow karne ki salahiyat hai. aap ek pathar rakh lein, chahe kitne hi khoobsurat pathar hon, ek diamond rakh lein aap to grow nahi karega.</w:t>
      </w:r>
      <w:r>
        <w:br/>
      </w:r>
      <w:r>
        <w:rPr>
          <w:sz w:val="20"/>
        </w:rPr>
        <w:t>3:46  woh</w:t>
      </w:r>
      <w:r>
        <w:br/>
      </w:r>
      <w:r>
        <w:rPr>
          <w:sz w:val="20"/>
        </w:rPr>
        <w:t>3:48  diamond jaisa aaj hai, waise hi kal bhi rahega, parson bhi rahega. aap sona rakh lein, kuch bhi rakh lein to woh grow nahi karega.</w:t>
      </w:r>
      <w:r>
        <w:br/>
      </w:r>
      <w:r>
        <w:rPr>
          <w:sz w:val="20"/>
        </w:rPr>
        <w:t>3:59  poori universe mein drakht hi ek aisi cheez hai jo grow karta hai, grow karta hai, grow karta hai. to yeh jo imaan hai, imaan se jo shakhsiyat banti hai,</w:t>
      </w:r>
      <w:r>
        <w:br/>
      </w:r>
      <w:r>
        <w:rPr>
          <w:sz w:val="20"/>
        </w:rPr>
        <w:t>4:14  woh is ka misaal aisi hai</w:t>
      </w:r>
      <w:r>
        <w:br/>
      </w:r>
      <w:r>
        <w:rPr>
          <w:sz w:val="20"/>
        </w:rPr>
        <w:t>4:17  jo grow karne wali cheez hai. jab aap ne kaha ke "ashhadu an la ilaha illallah, wa ashhadu anna Muhammadan abduhu wa rasuluh" .</w:t>
      </w:r>
      <w:r>
        <w:br/>
      </w:r>
      <w:r>
        <w:rPr>
          <w:sz w:val="20"/>
        </w:rPr>
        <w:t>4:27  to aap ek ek aise, aap ka yeh qabool imaan us waqt sacha hoga jab ke aap ka imaan grow karne lagega, grow karne lagega, barhne lagega, barhne lagega, barhne lagega.</w:t>
      </w:r>
    </w:p>
    <w:p>
      <w:pPr>
        <w:pStyle w:val="Heading2"/>
      </w:pPr>
      <w:r>
        <w:t>Two schools of spirituality and mind-based approach</w:t>
      </w:r>
    </w:p>
    <w:p>
      <w:r>
        <w:rPr>
          <w:color w:val="666666"/>
          <w:sz w:val="18"/>
        </w:rPr>
        <w:t>Spirituality in Daily Life 13 Aug 2016 - Maulana Wahiduddin Khan · 2m 01s · at 1:21 · https://youtu.be/SB0AF0Q9aTE?t=81</w:t>
      </w:r>
    </w:p>
    <w:p>
      <w:r>
        <w:rPr>
          <w:i/>
        </w:rPr>
        <w:t>“Spirituality ke do school hain.”</w:t>
      </w:r>
    </w:p>
    <w:p>
      <w:r>
        <w:rPr>
          <w:sz w:val="20"/>
        </w:rPr>
        <w:t>1:21  dekhiye, spirituality ke do school hain. zyada bada school to woh hai jo heart based spirituality ko manta hai.</w:t>
      </w:r>
      <w:r>
        <w:br/>
      </w:r>
      <w:r>
        <w:rPr>
          <w:sz w:val="20"/>
        </w:rPr>
        <w:t>1:39  ye sab kuch dil mein hai. spirituality, spirituality ka jo treasure house hai, woh dil hai. to dil mein dhyan lagaiye aur mysteriously aap</w:t>
      </w:r>
      <w:r>
        <w:br/>
      </w:r>
      <w:r>
        <w:rPr>
          <w:sz w:val="20"/>
        </w:rPr>
        <w:t>1:55  spirituality ke ko achieve kar lenge. lekin is spirituality mein jahan tak maine samjha hai, jo cheez milti hai, woh ecstasy hoti hai. spirituality ko,</w:t>
      </w:r>
      <w:r>
        <w:br/>
      </w:r>
      <w:r>
        <w:rPr>
          <w:sz w:val="20"/>
        </w:rPr>
        <w:t>2:14  woh ecstasy ko spiritually samajhte hain. ecstasy ko woh spirituality samajhte hain. lekin main isko nahi, woh mind based hai. mind based spirituality.</w:t>
      </w:r>
      <w:r>
        <w:br/>
      </w:r>
      <w:r>
        <w:rPr>
          <w:sz w:val="20"/>
        </w:rPr>
        <w:t>2:32  to mind based spirituality ka matlab yeh hai ki thinking se spirituality ko achieve karna. to jis tarah se heart based spirituality mein aakhri cheez ecstasy hoti hai,</w:t>
      </w:r>
      <w:r>
        <w:br/>
      </w:r>
      <w:r>
        <w:rPr>
          <w:sz w:val="20"/>
        </w:rPr>
        <w:t>2:49  aise hi mind based spirituality mein jo aakhri cheez hoti hai, woh intellectual development hai. intellectual development. to main jis spirituality ko manta hoon,</w:t>
      </w:r>
      <w:r>
        <w:br/>
      </w:r>
      <w:r>
        <w:rPr>
          <w:sz w:val="20"/>
        </w:rPr>
        <w:t>3:05  woh yahi hai jisme</w:t>
      </w:r>
      <w:r>
        <w:br/>
      </w:r>
      <w:r>
        <w:rPr>
          <w:sz w:val="20"/>
        </w:rPr>
        <w:t>3:11  mind ko active kiya jata hai. high thinking lai jati hai.</w:t>
      </w:r>
    </w:p>
    <w:p>
      <w:pPr>
        <w:pStyle w:val="Heading2"/>
      </w:pPr>
      <w:r>
        <w:t>answering a scholar who denies God's existence</w:t>
      </w:r>
    </w:p>
    <w:p>
      <w:r>
        <w:rPr>
          <w:color w:val="666666"/>
          <w:sz w:val="18"/>
        </w:rPr>
        <w:t>Discovery of Paradise March 22, 2015 · 2m 40s · at 29:30 · https://youtu.be/2axrfd7sZkE?t=1770</w:t>
      </w:r>
    </w:p>
    <w:p>
      <w:r>
        <w:rPr>
          <w:i/>
        </w:rPr>
        <w:t>“Aaj ke akhbar mein ek scholar ne kaha 'I don't believe in God'”</w:t>
      </w:r>
    </w:p>
    <w:p>
      <w:r>
        <w:rPr>
          <w:sz w:val="20"/>
        </w:rPr>
        <w:t>29:30  aaj main subah soch raha tha kyunke aaj ke akhbar mein, aaj ka jo akhbar hai, us mein ek ek interview hai ek western scholar ka, shayad novelist hai, woh</w:t>
      </w:r>
      <w:r>
        <w:br/>
      </w:r>
      <w:r>
        <w:rPr>
          <w:sz w:val="20"/>
        </w:rPr>
        <w:t>29:47  aaj hi ke akhbar mein. Us ne kaha ke "I don't believe in God".</w:t>
      </w:r>
      <w:r>
        <w:br/>
      </w:r>
      <w:r>
        <w:rPr>
          <w:sz w:val="20"/>
        </w:rPr>
        <w:t>29:54  "I don't believe in God".</w:t>
      </w:r>
      <w:r>
        <w:br/>
      </w:r>
      <w:r>
        <w:rPr>
          <w:sz w:val="20"/>
        </w:rPr>
        <w:t>29:59  to main ne socha ke yeh kyun hai? Aadmi kehta hai ke "I don't believe God". Kya yeh kahega ke main apne apne upar believe nahi karta ke main hoon?</w:t>
      </w:r>
      <w:r>
        <w:br/>
      </w:r>
      <w:r>
        <w:rPr>
          <w:sz w:val="20"/>
        </w:rPr>
        <w:t>30:08  aisa keh sakta hai woh? mein aik aik aisa insaan hoon jo bol raha hai, jo dekh raha hai, jo interview de raha hai. aisa kahega woh apne bare mein nahi kahega?</w:t>
      </w:r>
      <w:r>
        <w:br/>
      </w:r>
      <w:r>
        <w:rPr>
          <w:sz w:val="20"/>
        </w:rPr>
        <w:t>30:19  woh toh kaise woh keh raha hai ke "i don't believe in god"?</w:t>
      </w:r>
      <w:r>
        <w:br/>
      </w:r>
      <w:r>
        <w:rPr>
          <w:sz w:val="20"/>
        </w:rPr>
        <w:t>30:28  toh phir maine socha ke god ne apne aap ko akhirat tak evident bana diya. sirf yeh ke physically woh hamare samne nahi hai.</w:t>
      </w:r>
      <w:r>
        <w:br/>
      </w:r>
      <w:r>
        <w:rPr>
          <w:sz w:val="20"/>
        </w:rPr>
        <w:t>30:41  khuda physically hamare samne nahi hai, lekin uska creation, uska act, uske marvels hamare samne hain.</w:t>
      </w:r>
      <w:r>
        <w:br/>
      </w:r>
      <w:r>
        <w:rPr>
          <w:sz w:val="20"/>
        </w:rPr>
        <w:t>30:54  yeh galaxy, yeh solar system, yeh planet earth, yeh sari duniya itni badi jo hai, woh kya hai?</w:t>
      </w:r>
      <w:r>
        <w:br/>
      </w:r>
      <w:r>
        <w:rPr>
          <w:sz w:val="20"/>
        </w:rPr>
        <w:t>31:04  woh khuda ka manifestation hai. hum ko yaad dilati hai ke yahan koi creator hai.</w:t>
      </w:r>
      <w:r>
        <w:br/>
      </w:r>
      <w:r>
        <w:rPr>
          <w:sz w:val="20"/>
        </w:rPr>
        <w:t>31:11  toh khuda agarche unseen hai bazahir, lekin uske jo uske jo uski jo signs hain, uski takhleeq ke jo signs hain, woh toh hamare samne hain.</w:t>
      </w:r>
      <w:r>
        <w:br/>
      </w:r>
      <w:r>
        <w:rPr>
          <w:sz w:val="20"/>
        </w:rPr>
        <w:t>31:27  toh agar aadmi yeh kehna, aadmi yeh nahi keh sakta ke mein apne bare mein, mein ne yaqeen nahi karta ke mein hoon apne bare mein,</w:t>
      </w:r>
      <w:r>
        <w:br/>
      </w:r>
      <w:r>
        <w:rPr>
          <w:sz w:val="20"/>
        </w:rPr>
        <w:t>31:38  toh yeh bhi nahi keh sakta ke mujhe yaqeen nahi ke khuda hai. agar mein hoon toh usi se yeh baat bhi nikalti hai ke mera creator hai, mein hoon toh mera creator hai.</w:t>
      </w:r>
      <w:r>
        <w:br/>
      </w:r>
      <w:r>
        <w:rPr>
          <w:sz w:val="20"/>
        </w:rPr>
        <w:t>31:51  kaise mumkin hai ke mein hoon aur creator na ho? toh aaj ke akhbar mein jab maine yeh parha, usne kaha ke "i don't believe in god".</w:t>
      </w:r>
      <w:r>
        <w:br/>
      </w:r>
      <w:r>
        <w:rPr>
          <w:sz w:val="20"/>
        </w:rPr>
        <w:t>32:02  toh mein, mein, mein ne kaha ke log sochte nahi, log sochte nahi.</w:t>
      </w:r>
    </w:p>
    <w:p>
      <w:pPr>
        <w:pStyle w:val="Heading2"/>
      </w:pPr>
      <w:r>
        <w:t>Repayment of debts and divine justice</w:t>
      </w:r>
    </w:p>
    <w:p>
      <w:r>
        <w:rPr>
          <w:color w:val="666666"/>
          <w:sz w:val="18"/>
        </w:rPr>
        <w:t>Material Science Vs Spiritual Science 20th May 12 SLOW · 1m 37s · at 1:06:06 · https://youtu.be/qYwFExG7cyM?t=3966</w:t>
      </w:r>
    </w:p>
    <w:p>
      <w:r>
        <w:rPr>
          <w:i/>
        </w:rPr>
        <w:t>“O Allah, let me repay my debts before I die.”</w:t>
      </w:r>
    </w:p>
    <w:p>
      <w:r>
        <w:rPr>
          <w:sz w:val="20"/>
        </w:rPr>
        <w:t>1:06:06  is dunya mein mere halaat is tarah bana de aur mujhe tofeeq de ke main logon ka qarz ada karoon. Aur agar main qarz ki adaiygi se pehle mar gaya to ae Allah!</w:t>
      </w:r>
      <w:r>
        <w:br/>
      </w:r>
      <w:r>
        <w:rPr>
          <w:sz w:val="20"/>
        </w:rPr>
        <w:t>1:06:20  to meri taraf se meri talafi kar dena." sawal yeh hai ke kya allah taala ek bande ki</w:t>
      </w:r>
      <w:r>
        <w:br/>
      </w:r>
      <w:r>
        <w:rPr>
          <w:sz w:val="20"/>
        </w:rPr>
        <w:t>1:06:25  taraf se us ke qarz ki talafi kar dega? nahi, yeh sahih baat nahi hai.</w:t>
      </w:r>
      <w:r>
        <w:br/>
      </w:r>
      <w:r>
        <w:rPr>
          <w:sz w:val="20"/>
        </w:rPr>
        <w:t>1:06:30  is qarz ki talafi sirf wohi aadmi kar sakta hai jis se aap ne qarz liya hai.</w:t>
      </w:r>
      <w:r>
        <w:br/>
      </w:r>
      <w:r>
        <w:rPr>
          <w:sz w:val="20"/>
        </w:rPr>
        <w:t>1:06:35  jo log, jis aadmi ne kisi se qarz liya hai, ya to woh qarz ada kare ya us</w:t>
      </w:r>
      <w:r>
        <w:br/>
      </w:r>
      <w:r>
        <w:rPr>
          <w:sz w:val="20"/>
        </w:rPr>
        <w:t>1:06:40  ko insaan ja ke kahe ke bhai maaf kar do.</w:t>
      </w:r>
      <w:r>
        <w:br/>
      </w:r>
      <w:r>
        <w:rPr>
          <w:sz w:val="20"/>
        </w:rPr>
        <w:t>1:06:45  agar insaan, is insaan ne maaf kar diya to maaf ho jayega.</w:t>
      </w:r>
      <w:r>
        <w:br/>
      </w:r>
      <w:r>
        <w:rPr>
          <w:sz w:val="20"/>
        </w:rPr>
        <w:t>1:06:51  baqi is tarah ki dua jo hai, yeh sahih tareeqa nahi hai.</w:t>
      </w:r>
      <w:r>
        <w:br/>
      </w:r>
      <w:r>
        <w:rPr>
          <w:sz w:val="20"/>
        </w:rPr>
        <w:t>1:06:56  yeh sahih tareeqa nahi hai.</w:t>
      </w:r>
      <w:r>
        <w:br/>
      </w:r>
      <w:r>
        <w:rPr>
          <w:sz w:val="20"/>
        </w:rPr>
        <w:t>1:07:01  qarz ke muamle mein dekhiye, yeh hai shariyat ka masla ke qarz maaf nahi hota.</w:t>
      </w:r>
      <w:r>
        <w:br/>
      </w:r>
      <w:r>
        <w:rPr>
          <w:sz w:val="20"/>
        </w:rPr>
        <w:t>1:07:06  ya to aap qarz ada karen ya isi insaan se ja kar kahain ke bhai mein mein is</w:t>
      </w:r>
      <w:r>
        <w:br/>
      </w:r>
      <w:r>
        <w:rPr>
          <w:sz w:val="20"/>
        </w:rPr>
        <w:t>1:07:11  haal mein nahi hoon ke tum ko de sakoon qarz, to mujhe maaf kar do.</w:t>
      </w:r>
      <w:r>
        <w:br/>
      </w:r>
      <w:r>
        <w:rPr>
          <w:sz w:val="20"/>
        </w:rPr>
        <w:t>1:07:17  dua se yeh masla khatm nahi ho sakta hai.</w:t>
      </w:r>
      <w:r>
        <w:br/>
      </w:r>
      <w:r>
        <w:rPr>
          <w:sz w:val="20"/>
        </w:rPr>
        <w:t>1:07:22  is insaan se miliye, is insaan se kahiye, agar woh insaan maaf kar de to maaf ho jayega.</w:t>
      </w:r>
      <w:r>
        <w:br/>
      </w:r>
      <w:r>
        <w:rPr>
          <w:sz w:val="20"/>
        </w:rPr>
        <w:t>1:07:27  maulana, agla sawal hai mister ashish tiwari ka.</w:t>
      </w:r>
      <w:r>
        <w:br/>
      </w:r>
      <w:r>
        <w:rPr>
          <w:sz w:val="20"/>
        </w:rPr>
        <w:t>1:07:32  unho ne kanpur se likha hai.</w:t>
      </w:r>
      <w:r>
        <w:br/>
      </w:r>
      <w:r>
        <w:rPr>
          <w:sz w:val="20"/>
        </w:rPr>
        <w:t>1:07:37  unho ne sawal mein yeh likha hai: "maulana!</w:t>
      </w:r>
      <w:r>
        <w:br/>
      </w:r>
      <w:r>
        <w:rPr>
          <w:sz w:val="20"/>
        </w:rPr>
        <w:t>1:07:43  کہ man is a spiritual being undergoing a brief material experience.</w:t>
      </w:r>
    </w:p>
    <w:p>
      <w:pPr>
        <w:pStyle w:val="Heading2"/>
      </w:pPr>
      <w:r>
        <w:t>Tree's purification mirrors believer's positivity</w:t>
      </w:r>
    </w:p>
    <w:p>
      <w:r>
        <w:rPr>
          <w:color w:val="666666"/>
          <w:sz w:val="18"/>
        </w:rPr>
        <w:t>Momin is like a tree | April 11, 2007 · 3m 05s · at 11:27 · https://youtu.be/buv324nJoBk?t=687</w:t>
      </w:r>
    </w:p>
    <w:p>
      <w:r>
        <w:rPr>
          <w:i/>
        </w:rPr>
        <w:t>“Tree has a very important function: it purifies the atmosphere”</w:t>
      </w:r>
    </w:p>
    <w:p>
      <w:r>
        <w:rPr>
          <w:sz w:val="20"/>
        </w:rPr>
        <w:t>11:27  , that is tree and also all plants. So plants purify that atmosphere by observing carbon dioxide and releasing oxygen. A unique</w:t>
      </w:r>
      <w:r>
        <w:br/>
      </w:r>
      <w:r>
        <w:rPr>
          <w:sz w:val="20"/>
        </w:rPr>
        <w:t>11:57  phenomena. Plants purify that atmosphere by observing carbon dioxide and releasing oxygen. This is a very unique phenomena. And this phenomena, and and momin has also this quality.</w:t>
      </w:r>
      <w:r>
        <w:br/>
      </w:r>
      <w:r>
        <w:rPr>
          <w:sz w:val="20"/>
        </w:rPr>
        <w:t>12:29  Momin always try to live like a tree. You know, in our world, in this present world, that is testing ground, and everyone has freedom. So in such such situation, every time there are negative experiences, there are provocation. Every time</w:t>
      </w:r>
      <w:r>
        <w:br/>
      </w:r>
      <w:r>
        <w:rPr>
          <w:sz w:val="20"/>
        </w:rPr>
        <w:t>13:00  there are such experiences, like, like anger, like greed, like malice, like intolerance, like revenge, like greed, like injustice. So all these are negative kind of habits</w:t>
      </w:r>
      <w:r>
        <w:br/>
      </w:r>
      <w:r>
        <w:rPr>
          <w:sz w:val="20"/>
        </w:rPr>
        <w:t>13:30  . And every time momin faces these kind of negative experiences. But he adopts the culture of tree, that is momin takes negative experiences, and then momin releases it in the form of positive,</w:t>
      </w:r>
      <w:r>
        <w:br/>
      </w:r>
      <w:r>
        <w:rPr>
          <w:sz w:val="20"/>
        </w:rPr>
        <w:t>14:00  in the form of positivity. For example, if there is provocation, and he becomes angry, then in response, he will not return it into, into anger or revenge. No, he turns the anger into forgiveness.</w:t>
      </w:r>
    </w:p>
    <w:p>
      <w:pPr>
        <w:pStyle w:val="Heading2"/>
      </w:pPr>
      <w:r>
        <w:t>Introspection over celebration on Prophet's birthday</w:t>
      </w:r>
    </w:p>
    <w:p>
      <w:r>
        <w:rPr>
          <w:color w:val="666666"/>
          <w:sz w:val="18"/>
        </w:rPr>
        <w:t>God and Man (In Conversation with Maulana) 01 04 07 · 1m 49s · at 5:48 · https://youtu.be/2HlIEnmDdPo?t=348</w:t>
      </w:r>
    </w:p>
    <w:p>
      <w:r>
        <w:rPr>
          <w:i/>
        </w:rPr>
        <w:t>“Generally kya hota hai aaj ke din”</w:t>
      </w:r>
    </w:p>
    <w:p>
      <w:r>
        <w:rPr>
          <w:sz w:val="20"/>
        </w:rPr>
        <w:t>5:48  generally kya hota hai aaj ke din ki Prophet ka charcha karte hain log, usmein naatein padhte hain, fazail bayan karte hain, aur sarwar-e-kaenat, fakhr-e-maujudat,</w:t>
      </w:r>
      <w:r>
        <w:br/>
      </w:r>
      <w:r>
        <w:rPr>
          <w:sz w:val="20"/>
        </w:rPr>
        <w:t>6:02  aur saare alam ka yani nizam ka Rasool Allah chala rahe hain. ab isko keh kar ke aap pride lete hain, pride, to yeh sab mein dekhein, bilkul baseless hai.</w:t>
      </w:r>
      <w:r>
        <w:br/>
      </w:r>
      <w:r>
        <w:rPr>
          <w:sz w:val="20"/>
        </w:rPr>
        <w:t>6:15  ekdam hi baseless hai. koi Quran mein, na hadith mein, na is par koi reward milne wala hai. kuch bhi nahi. cheez yeh hai ki Rasool Allah ko bataya gaya Quran mein uswa.</w:t>
      </w:r>
      <w:r>
        <w:br/>
      </w:r>
      <w:r>
        <w:rPr>
          <w:sz w:val="20"/>
        </w:rPr>
        <w:t>6:26  Laqad kana lakum fi Rasool Allah uswatun hasanah yani model. model. to main samajhta hoon ki aaj sabse zyada zaroori yeh hai ki hum compare karein apne aaj ki zindagi ko Rasool Allah ki zindagi se.</w:t>
      </w:r>
      <w:r>
        <w:br/>
      </w:r>
      <w:r>
        <w:rPr>
          <w:sz w:val="20"/>
        </w:rPr>
        <w:t>6:43  yeh sabse bada kaam hai. matlab isko main kahunga ki aaj ka din hai introspection ka din hai. aaj ka din hai reassessment ka din hai.</w:t>
      </w:r>
      <w:r>
        <w:br/>
      </w:r>
      <w:r>
        <w:rPr>
          <w:sz w:val="20"/>
        </w:rPr>
        <w:t>6:52  aaj ka din hai reexamination ka din hai. ki what was wrong with us?</w:t>
      </w:r>
      <w:r>
        <w:br/>
      </w:r>
      <w:r>
        <w:rPr>
          <w:sz w:val="20"/>
        </w:rPr>
        <w:t>6:59  kyun aisa hai ki Rasool Allah ke uswa ko pakad kar ke aur log jo the pehle, unhein kamyabi mili aur aaj hum duniya mein zaleel-o-khawar ho rahe hain?</w:t>
      </w:r>
      <w:r>
        <w:br/>
      </w:r>
      <w:r>
        <w:rPr>
          <w:sz w:val="20"/>
        </w:rPr>
        <w:t>7:08  to bajaye iske ki aap naatein padh kar ke aur Rasool Allah ke yani fazail bayan kar ke aur qisse kahaniyan, baseless kahaniyan bayan kar ke khush hon, yeh sab bilkul bekar hai.</w:t>
      </w:r>
      <w:r>
        <w:br/>
      </w:r>
      <w:r>
        <w:rPr>
          <w:sz w:val="20"/>
        </w:rPr>
        <w:t>7:22  aap baithiye reassess karne ke liye. aur reassessment yahi hai ki apni zindagi ko aap compare kar ke dekhiye Rasool Allah ki zindagi se ki kya zindagi unki thi, kya zindagi hamari hai.</w:t>
      </w:r>
    </w:p>
    <w:p>
      <w:pPr>
        <w:pStyle w:val="Heading2"/>
      </w:pPr>
      <w:r>
        <w:t>How true realization transforms your whole personality</w:t>
      </w:r>
    </w:p>
    <w:p>
      <w:r>
        <w:rPr>
          <w:color w:val="666666"/>
          <w:sz w:val="18"/>
        </w:rPr>
        <w:t>Divine Personality April 2, 2014 Maulana Wahiduddin Khan · 2m 06s · at 7:58 · https://youtu.be/4F-V__KFzpA?t=478</w:t>
      </w:r>
    </w:p>
    <w:p>
      <w:r>
        <w:rPr>
          <w:i/>
        </w:rPr>
        <w:t>“Ma'rifat is not simply to utter some words.”</w:t>
      </w:r>
    </w:p>
    <w:p>
      <w:r>
        <w:rPr>
          <w:sz w:val="20"/>
        </w:rPr>
        <w:t>7:58  Then you attain Ma'rifat. So here is the beginning. Now Ma'rifat is not simply to utter some words.</w:t>
      </w:r>
      <w:r>
        <w:br/>
      </w:r>
      <w:r>
        <w:rPr>
          <w:sz w:val="20"/>
        </w:rPr>
        <w:t>8:11  Ma'rifat is the greatest finding.</w:t>
      </w:r>
      <w:r>
        <w:br/>
      </w:r>
      <w:r>
        <w:rPr>
          <w:sz w:val="20"/>
        </w:rPr>
        <w:t>8:16  Ma'rifat is like brainstorming. When you discover the truth, when you discover the truth of Islam then it is like an earthquake.</w:t>
      </w:r>
      <w:r>
        <w:br/>
      </w:r>
      <w:r>
        <w:rPr>
          <w:sz w:val="20"/>
        </w:rPr>
        <w:t>8:40  Then you try to understand everything in the light of divine guidance.</w:t>
      </w:r>
      <w:r>
        <w:br/>
      </w:r>
      <w:r>
        <w:rPr>
          <w:sz w:val="20"/>
        </w:rPr>
        <w:t>8:54  This realization or discovery makes your personality a new personality, a new mind</w:t>
      </w:r>
      <w:r>
        <w:br/>
      </w:r>
      <w:r>
        <w:rPr>
          <w:sz w:val="20"/>
        </w:rPr>
        <w:t>9:06  . Then this Ma'rifat is not simply a mysterious rohaniyat.</w:t>
      </w:r>
      <w:r>
        <w:br/>
      </w:r>
      <w:r>
        <w:rPr>
          <w:sz w:val="20"/>
        </w:rPr>
        <w:t>9:17  No. It is a storm. Ma'rifat changes your way of thinking.</w:t>
      </w:r>
      <w:r>
        <w:br/>
      </w:r>
      <w:r>
        <w:rPr>
          <w:sz w:val="20"/>
        </w:rPr>
        <w:t>9:27  Ma'rifat changes your way of speaking. Ma'rifat changes your method of dealing.</w:t>
      </w:r>
      <w:r>
        <w:br/>
      </w:r>
      <w:r>
        <w:rPr>
          <w:sz w:val="20"/>
        </w:rPr>
        <w:t>9:38  Ma'rifat changes all the aspects of your life.</w:t>
      </w:r>
      <w:r>
        <w:br/>
      </w:r>
      <w:r>
        <w:rPr>
          <w:sz w:val="20"/>
        </w:rPr>
        <w:t>9:43  You become a new man. That is a believer. That is Arif.</w:t>
      </w:r>
      <w:r>
        <w:br/>
      </w:r>
      <w:r>
        <w:rPr>
          <w:sz w:val="20"/>
        </w:rPr>
        <w:t>9:55  So this kind of realization is bound to find expression in the occidental world.</w:t>
      </w:r>
    </w:p>
    <w:p>
      <w:pPr>
        <w:pStyle w:val="Heading2"/>
      </w:pPr>
      <w:r>
        <w:t>Dream of green park and CPS team calm</w:t>
      </w:r>
    </w:p>
    <w:p>
      <w:r>
        <w:rPr>
          <w:color w:val="666666"/>
          <w:sz w:val="18"/>
        </w:rPr>
        <w:t>Experience Sharing Session of CPS Members 24 May 2008 - Maulana Wahiduddin Khan · 1m 40s · at 13:40 · https://youtu.be/alVAkAnKiuM?t=820</w:t>
      </w:r>
    </w:p>
    <w:p>
      <w:r>
        <w:rPr>
          <w:i/>
        </w:rPr>
        <w:t>“आई हैड अ ड्रीम दैट वी आर सिटिंग इन अ बिग लश ग्रीन पार्क”</w:t>
      </w:r>
    </w:p>
    <w:p>
      <w:r>
        <w:rPr>
          <w:sz w:val="20"/>
        </w:rPr>
        <w:t>13:40  i had a dream that we are sitting in a big lush green park. and its all greenery all over. and its a very big huge park. and there is a cps team sitting very cooly and calmly. and maulana is giving his lecture.</w:t>
      </w:r>
      <w:r>
        <w:br/>
      </w:r>
      <w:r>
        <w:rPr>
          <w:sz w:val="20"/>
        </w:rPr>
        <w:t>14:05  and around cps team, there are people who are running, who are running here and there, going he wire, just just running for no rhyme reason. there is absolute state of confusion. but only cps members, the team is sitting calmly, quietly, without being concerned about what is happening around. and maulana is giving a lecture. and we are coolly and calmly listening to it.</w:t>
      </w:r>
      <w:r>
        <w:br/>
      </w:r>
      <w:r>
        <w:rPr>
          <w:sz w:val="20"/>
        </w:rPr>
        <w:t>14:34  and the coincidence is that khalid bhai and me had a dream today only. so, that was, i think, godson dream that cps team, if is with the mission,</w:t>
      </w:r>
      <w:r>
        <w:br/>
      </w:r>
      <w:r>
        <w:rPr>
          <w:sz w:val="20"/>
        </w:rPr>
        <w:t>14:49  will be cool and quiet and calm, but will be accountable and responsible as well.</w:t>
      </w:r>
      <w:r>
        <w:br/>
      </w:r>
      <w:r>
        <w:rPr>
          <w:sz w:val="20"/>
        </w:rPr>
        <w:t>14:56  so, that was the dream. but what i want to say is that after coming to cps, i have realized existence of myself consciously. because earlier, i was, i don't know where i was. and i am really amazed that how i was living my life, wasting my time, like sadia said.</w:t>
      </w:r>
    </w:p>
    <w:p>
      <w:pPr>
        <w:pStyle w:val="Heading2"/>
      </w:pPr>
      <w:r>
        <w:t>The absurd rumor that America would nuke Mecca-Medina</w:t>
      </w:r>
    </w:p>
    <w:p>
      <w:r>
        <w:rPr>
          <w:color w:val="666666"/>
          <w:sz w:val="18"/>
        </w:rPr>
        <w:t>Material Science and Spiritual Science 20 May 2012 · 2m 52s · at 52:18 · https://youtu.be/4K6CxjThlxQ?t=3138</w:t>
      </w:r>
    </w:p>
    <w:p>
      <w:r>
        <w:rPr>
          <w:i/>
        </w:rPr>
        <w:t>“Ek khabar udi hai ke America Mecca Medina par atom bomb girayega”</w:t>
      </w:r>
    </w:p>
    <w:p>
      <w:r>
        <w:rPr>
          <w:sz w:val="20"/>
        </w:rPr>
        <w:t>52:18  abhi aj kal akhbaron mein ap parha hoga ap ne ke ke ek ek ek ek pata nahi kahan se ek khabar uri hai ke america jo hai chahta tha ke makkah madinah pe atom bomb bana de gira de ye khabar ap ne parhi hogi ke america mein ek training ho rahi thi ke jis tarah se hiroshima aur nagasaki par atom bomb giraya gaya waise hi ja kar makkah madinah pe atom bomb girate hain ab sare musalman is kharab ihtijaj kar rahe hain</w:t>
      </w:r>
      <w:r>
        <w:br/>
      </w:r>
      <w:r>
        <w:rPr>
          <w:sz w:val="20"/>
        </w:rPr>
        <w:t>52:47  yani bilkul ahmaqana khabar hai ye ap ko sunte hi kehna chahiye tha ke oraimah fishi it stands rejected yani agar ap par aqal hoti in musalmanon ko aqal hoti agar ye jo musalman hain hamare in ko aqal hoti to kehte hain ke ye to bidati nahi galat hai bidati nahi galat ye khabar prime of fishi it stands rejected</w:t>
      </w:r>
      <w:r>
        <w:br/>
      </w:r>
      <w:r>
        <w:rPr>
          <w:sz w:val="20"/>
        </w:rPr>
        <w:t>53:14  yani bilkul ahmaqana baat hai ke america jo hai ja kar makkah madinah pe atom bomb girayega kabhi nahi ho sakta aisa aise hi kahin kisi ne khabar banai aur kahin aa gayi leak ho kar ke aur wo muslim aqwam chhapp gayi ab sab dekho bhai america tabah dushman hai ke to makkah madinah ke upar atom bomb girana chahta hai</w:t>
      </w:r>
      <w:r>
        <w:br/>
      </w:r>
      <w:r>
        <w:rPr>
          <w:sz w:val="20"/>
        </w:rPr>
        <w:t>53:34  ye to be aqli ka shahkar hai ye yani koi bhi least chance nahi hai ke america atom bomb giraye makkah madinah par musalman ye bhi nahi jante ke atom bomb sirf ek bar giraya giraya jata hai ye bhi musalman nahi jante apni be aqli ki wajah se</w:t>
      </w:r>
      <w:r>
        <w:br/>
      </w:r>
      <w:r>
        <w:rPr>
          <w:sz w:val="20"/>
        </w:rPr>
        <w:t>53:53  yaad rakhiye insani zindagi mein ek ek usool yeh hai koi bhayanak waqea sirf ek bar hota hai</w:t>
      </w:r>
      <w:r>
        <w:br/>
      </w:r>
      <w:r>
        <w:rPr>
          <w:sz w:val="20"/>
        </w:rPr>
        <w:t>54:01  koi bhayanak waqea sirf ek bar hota hai mislan ek bhai agar farz kiya apne sage bhai ko</w:t>
      </w:r>
      <w:r>
        <w:br/>
      </w:r>
      <w:r>
        <w:rPr>
          <w:sz w:val="20"/>
        </w:rPr>
        <w:t>54:05  qatal kar de dobara kabhi nahi qatal karega kisi aur bhai ko</w:t>
      </w:r>
      <w:r>
        <w:br/>
      </w:r>
      <w:r>
        <w:rPr>
          <w:sz w:val="20"/>
        </w:rPr>
        <w:t>54:09  ek ek aadmī ke chaar bhāī farz kiye hain ek bhāī pe ghusse ho gaya us ko maar</w:t>
      </w:r>
      <w:r>
        <w:br/>
      </w:r>
      <w:r>
        <w:rPr>
          <w:sz w:val="20"/>
        </w:rPr>
        <w:t>54:14  ḍālā us ne to kabhi aisa nahīñ hogā ke baqīya bhāī ko maar ḍāle gā kyūñki bhīyānak vāqi'a</w:t>
      </w:r>
      <w:r>
        <w:br/>
      </w:r>
      <w:r>
        <w:rPr>
          <w:sz w:val="20"/>
        </w:rPr>
        <w:t>54:20  zindagī meñ sirf ek bār hotā hai</w:t>
      </w:r>
      <w:r>
        <w:br/>
      </w:r>
      <w:r>
        <w:rPr>
          <w:sz w:val="20"/>
        </w:rPr>
        <w:t>54:23  to jo atom bomb giraya gaya makkah madinah wahan hiroshima aur nagasaki mein wo pehla bhi tha aur aakhri bhi tha kyunke dekhiye america ko haar manni pari vietnam mein kya wahan atom bomb giraya use atom bomb america ko lotna pada iraq se afghanistan se kahan wahan use atom bomb giraya kitni ahmaqana baat ye hai</w:t>
      </w:r>
      <w:r>
        <w:br/>
      </w:r>
      <w:r>
        <w:rPr>
          <w:sz w:val="20"/>
        </w:rPr>
        <w:t>54:49  to ye jo aqeedah hai guaranteed salvation ka is ne musalmanon se kya chheen liya aqal chheen li dawat chheen li insani khair khwahi chheen li jannat ka shauq chheen liya allah ka khauf chheen liya jannat ka shauq aur allah ka khauf wo bhi chheen liya</w:t>
      </w:r>
    </w:p>
    <w:p>
      <w:pPr>
        <w:pStyle w:val="Heading2"/>
      </w:pPr>
      <w:r>
        <w:t>Muslims follow high-profile leaders</w:t>
      </w:r>
    </w:p>
    <w:p>
      <w:r>
        <w:rPr>
          <w:color w:val="666666"/>
          <w:sz w:val="18"/>
        </w:rPr>
        <w:t>The Case of Present Muslim Generation September 28, 2008 · 2m 31s · at 46:11 · https://youtu.be/yjSy2b7JPTw?t=2771</w:t>
      </w:r>
    </w:p>
    <w:p>
      <w:r>
        <w:rPr>
          <w:i/>
        </w:rPr>
        <w:t>“Isliye aap dekhen ke jo woh aadmi bahut jald leader ban jaata hai”</w:t>
      </w:r>
    </w:p>
    <w:p>
      <w:r>
        <w:rPr>
          <w:sz w:val="20"/>
        </w:rPr>
        <w:t>46:11  isi liye aap dekhen ke jo woh aadmi bohat jald leader ban jata hai jo bari bari baatein kare. bari bari baatein karne wale log.</w:t>
      </w:r>
      <w:r>
        <w:br/>
      </w:r>
      <w:r>
        <w:rPr>
          <w:sz w:val="20"/>
        </w:rPr>
        <w:t>46:23  jitne leader bane hain is zamane mein so dedh sau saal ke andar woh kaun log the? wohi log the jo bari bari baatein karte the.</w:t>
      </w:r>
      <w:r>
        <w:br/>
      </w:r>
      <w:r>
        <w:rPr>
          <w:sz w:val="20"/>
        </w:rPr>
        <w:t>46:36  sab se zyada jo popularity mili hai India mein jante hain kis ko mili hai? Maulana Muhammad Ali Jauhar ko mili hai.</w:t>
      </w:r>
      <w:r>
        <w:br/>
      </w:r>
      <w:r>
        <w:rPr>
          <w:sz w:val="20"/>
        </w:rPr>
        <w:t>46:48  ek zamane mein yeh haal tha ke pure pura mulk un ke is mein tha. Maulana Muhammad Ali Jauhar ke is mein.</w:t>
      </w:r>
      <w:r>
        <w:br/>
      </w:r>
      <w:r>
        <w:rPr>
          <w:sz w:val="20"/>
        </w:rPr>
        <w:t>46:59  jab unhon ne Khilafat Tehreek chalai thi. Khilafat Tehreek. first world war ke baad.</w:t>
      </w:r>
      <w:r>
        <w:br/>
      </w:r>
      <w:r>
        <w:rPr>
          <w:sz w:val="20"/>
        </w:rPr>
        <w:t>47:09  Khilafat Tehreek kya thi? jis Khilafat ko das saal pehle khatma ho chuka tha Turkey mein us ki Tehreek chala rahe the woh India mein.</w:t>
      </w:r>
      <w:r>
        <w:br/>
      </w:r>
      <w:r>
        <w:rPr>
          <w:sz w:val="20"/>
        </w:rPr>
        <w:t>47:20  aap dekh lijiyay tareekh mein, history mein dekh lijiyay aap. khilafat constitution turkey mein khatm ho chuka tha. ittehad party ne khatm kar diya tha.</w:t>
      </w:r>
      <w:r>
        <w:br/>
      </w:r>
      <w:r>
        <w:rPr>
          <w:sz w:val="20"/>
        </w:rPr>
        <w:t>47:33  mustafa kamal pasha in ke leader tha in ka. anwar pasha, mustafa kamal pasha waghera. to un ki party ne wahan ke khalifa ko mozoool kar diya tha.</w:t>
      </w:r>
      <w:r>
        <w:br/>
      </w:r>
      <w:r>
        <w:rPr>
          <w:sz w:val="20"/>
        </w:rPr>
        <w:t>47:43  jo das saal pehle yeh waqia ho chuka tha ke khud turkey mein khilafat creation khatm ho chuka tha. saare arab countries mein nationalism aa gaya tha.</w:t>
      </w:r>
      <w:r>
        <w:br/>
      </w:r>
      <w:r>
        <w:rPr>
          <w:sz w:val="20"/>
        </w:rPr>
        <w:t>47:53  nationalism yani national government chahte thay woh. to simit kar ke reh gayi thi woh istanbul mein aur ankara mein. aur dilli mein woh india mein woh tehreek chala rahe thay khilafat, khilafat, khilafat, khilafat.</w:t>
      </w:r>
      <w:r>
        <w:br/>
      </w:r>
      <w:r>
        <w:rPr>
          <w:sz w:val="20"/>
        </w:rPr>
        <w:t>48:07  is zamanay mein yeh haal tha ke ek gaana chalta tha bohat ziyada. boli amma Muhammad Ali ki jaan beta khilafat pe de do.</w:t>
      </w:r>
      <w:r>
        <w:br/>
      </w:r>
      <w:r>
        <w:rPr>
          <w:sz w:val="20"/>
        </w:rPr>
        <w:t>48:19  yani khilafat hai hi nahin kahin. na bannay wali hai.</w:t>
      </w:r>
      <w:r>
        <w:br/>
      </w:r>
      <w:r>
        <w:rPr>
          <w:sz w:val="20"/>
        </w:rPr>
        <w:t>48:25  aur yeh gaana ho raha tha har jagah. saare india ke musalman bilkul ek josh mein bhare hue thay. ke khilafat phir se zinda ho rahi hai.</w:t>
      </w:r>
      <w:r>
        <w:br/>
      </w:r>
      <w:r>
        <w:rPr>
          <w:sz w:val="20"/>
        </w:rPr>
        <w:t>48:34  saari duniya mein hum ruler banenge. empire, hamara empire qaim hoga. yeh kyun maqbooliyat un ki kyun hui?</w:t>
      </w:r>
    </w:p>
    <w:p>
      <w:pPr>
        <w:pStyle w:val="Heading2"/>
      </w:pPr>
      <w:r>
        <w:t>Democracy as norm of the age</w:t>
      </w:r>
    </w:p>
    <w:p>
      <w:r>
        <w:rPr>
          <w:color w:val="666666"/>
          <w:sz w:val="18"/>
        </w:rPr>
        <w:t>Life of the Companions of the Prophet | September 29, 2018 · 2m 35s · at 48:53 · https://youtu.be/pR5eJlLJtKE?t=2933</w:t>
      </w:r>
    </w:p>
    <w:p>
      <w:r>
        <w:rPr>
          <w:i/>
        </w:rPr>
        <w:t>“Ab jaise dekhen aaj ki baat mein karta hoon”</w:t>
      </w:r>
    </w:p>
    <w:p>
      <w:r>
        <w:rPr>
          <w:sz w:val="20"/>
        </w:rPr>
        <w:t>48:53  ab jaise dekhen aaj ki baat mein karta hoon aaj koi musalman se baat hui usne kaha</w:t>
      </w:r>
      <w:r>
        <w:br/>
      </w:r>
      <w:r>
        <w:rPr>
          <w:sz w:val="20"/>
        </w:rPr>
        <w:t>49:03  ke ab woh zamana aa raha hai ke miracle regime jo hai dobara jeetegi phir kya haal</w:t>
      </w:r>
      <w:r>
        <w:br/>
      </w:r>
      <w:r>
        <w:rPr>
          <w:sz w:val="20"/>
        </w:rPr>
        <w:t>49:13  haal hoga musalmanon ka to maine yeh kaha ke yahudi is zamane mein musalman the firoun unke khilaf</w:t>
      </w:r>
      <w:r>
        <w:br/>
      </w:r>
      <w:r>
        <w:rPr>
          <w:sz w:val="20"/>
        </w:rPr>
        <w:t>49:23  ho gaya tha to firoun ke zamane mein despotic woh is despotic king tha woh bilkul uska</w:t>
      </w:r>
      <w:r>
        <w:br/>
      </w:r>
      <w:r>
        <w:rPr>
          <w:sz w:val="20"/>
        </w:rPr>
        <w:t>49:30  hukm qanoon tha uska hukm qanoon tha is hukum diya gaya ke jitne bete paida hon is</w:t>
      </w:r>
      <w:r>
        <w:br/>
      </w:r>
      <w:r>
        <w:rPr>
          <w:sz w:val="20"/>
        </w:rPr>
        <w:t>49:38  ko zabah kar do betiyon ko chhoro wohi hone laga misr mein aaj koi yeh nahi kar sakta</w:t>
      </w:r>
      <w:r>
        <w:br/>
      </w:r>
      <w:r>
        <w:rPr>
          <w:sz w:val="20"/>
        </w:rPr>
        <w:t>49:46  daur badal gaya</w:t>
      </w:r>
      <w:r>
        <w:br/>
      </w:r>
      <w:r>
        <w:rPr>
          <w:sz w:val="20"/>
        </w:rPr>
        <w:t>49:53  to maine kaha ke ab jis daur mein aap hain is daur mein chahe koi bhi hukm</w:t>
      </w:r>
      <w:r>
        <w:br/>
      </w:r>
      <w:r>
        <w:rPr>
          <w:sz w:val="20"/>
        </w:rPr>
        <w:t>50:01  jeet gaya ho democracy is ka woh hoga yaani lagaam hogi lagaam bohat acha lafz hai jo bhi</w:t>
      </w:r>
      <w:r>
        <w:br/>
      </w:r>
      <w:r>
        <w:rPr>
          <w:sz w:val="20"/>
        </w:rPr>
        <w:t>50:09  aayega uska is is ke munh mein democracy ki lagaam hogi constitution ki lagaam hogi age</w:t>
      </w:r>
      <w:r>
        <w:br/>
      </w:r>
      <w:r>
        <w:rPr>
          <w:sz w:val="20"/>
        </w:rPr>
        <w:t>50:17  age ki lagaam hogi ab do woh daur thori hai woh</w:t>
      </w:r>
      <w:r>
        <w:br/>
      </w:r>
      <w:r>
        <w:rPr>
          <w:sz w:val="20"/>
        </w:rPr>
        <w:t>50:24  lekin is aadmi ne phir bhi socha nahi aise log hain na to khud padhte na bataya to</w:t>
      </w:r>
      <w:r>
        <w:br/>
      </w:r>
      <w:r>
        <w:rPr>
          <w:sz w:val="20"/>
        </w:rPr>
        <w:t>50:35  sochte sochte bhi nahi to sach much yeh to hamara mission jo hai is ka ek plway ke</w:t>
      </w:r>
      <w:r>
        <w:br/>
      </w:r>
      <w:r>
        <w:rPr>
          <w:sz w:val="20"/>
        </w:rPr>
        <w:t>50:46  log zyada padhen zyada padhen ab parh kar bolne wale banen parh kar bolne wale banen</w:t>
      </w:r>
      <w:r>
        <w:br/>
      </w:r>
      <w:r>
        <w:rPr>
          <w:sz w:val="20"/>
        </w:rPr>
        <w:t>50:57  maine adi kuch nahi chahe so saal tak bjp hukumat rahe kuch nahi hone wala</w:t>
      </w:r>
      <w:r>
        <w:br/>
      </w:r>
      <w:r>
        <w:rPr>
          <w:sz w:val="20"/>
        </w:rPr>
        <w:t>51:05  hai kyunke hamare desh mein constitution hai yahan par democracy hai yahan par ek naye age mein hum</w:t>
      </w:r>
      <w:r>
        <w:br/>
      </w:r>
      <w:r>
        <w:rPr>
          <w:sz w:val="20"/>
        </w:rPr>
        <w:t>51:13  ji rahe hain woh age khatm ho gaya koi bhi chahe donald trump ho ya koi ho yaad</w:t>
      </w:r>
      <w:r>
        <w:br/>
      </w:r>
      <w:r>
        <w:rPr>
          <w:sz w:val="20"/>
        </w:rPr>
        <w:t>51:21  rakhiye sab se bari pakad age ki hoti hai</w:t>
      </w:r>
    </w:p>
    <w:p>
      <w:pPr>
        <w:pStyle w:val="Heading2"/>
      </w:pPr>
      <w:r>
        <w:t>History of eyeglasses and gratitude for free treatment</w:t>
      </w:r>
    </w:p>
    <w:p>
      <w:r>
        <w:rPr>
          <w:color w:val="666666"/>
          <w:sz w:val="18"/>
        </w:rPr>
        <w:t>Material Science and Spiritual Science 20 May 2012 · 1m 16s · at 24:22 · https://youtu.be/4K6CxjThlxQ?t=1462</w:t>
      </w:r>
    </w:p>
    <w:p>
      <w:r>
        <w:rPr>
          <w:i/>
        </w:rPr>
        <w:t>“Pehle to andhe ho jate the log”</w:t>
      </w:r>
    </w:p>
    <w:p>
      <w:r>
        <w:rPr>
          <w:sz w:val="20"/>
        </w:rPr>
        <w:t>24:22  pehle to andhe ho jate the log. hum kitabon mein parhte hain falan sahib andhe ho gaye. falan sahib andhe ho gaye. falan sahib andhe ho gaye. lekin insaan ne itna zyada tehqeeq ki.</w:t>
      </w:r>
      <w:r>
        <w:br/>
      </w:r>
      <w:r>
        <w:rPr>
          <w:sz w:val="20"/>
        </w:rPr>
        <w:t>24:34  ek doctor ne mujhe bataya ke aankh ke andar char sciences hain. yeh choti si aankh mein char sciences hain.</w:t>
      </w:r>
      <w:r>
        <w:br/>
      </w:r>
      <w:r>
        <w:rPr>
          <w:sz w:val="20"/>
        </w:rPr>
        <w:t>24:42  lekin is char sciences tak pahunchne ke liye hazaron saal lag gaye.</w:t>
      </w:r>
      <w:r>
        <w:br/>
      </w:r>
      <w:r>
        <w:rPr>
          <w:sz w:val="20"/>
        </w:rPr>
        <w:t>24:51  to aankh ka ilaaj daryaft hua. aainak daryaft hui. aur hum andhe hone se bach gaye. maine khud apni aankhon se dekha bachpan mein aise log jab aainak jab science itna zyada aankh ka ilaaj nahi aaya duniya mein to meri aankhon ke samne aise log andhe ho gaye.</w:t>
      </w:r>
      <w:r>
        <w:br/>
      </w:r>
      <w:r>
        <w:rPr>
          <w:sz w:val="20"/>
        </w:rPr>
        <w:t>25:12  ab jo hai meri aankh mein bohat sare problem hain. Nada mein ek doctor chaudhry hai mera ilaaj muft karte hain.</w:t>
      </w:r>
      <w:r>
        <w:br/>
      </w:r>
      <w:r>
        <w:rPr>
          <w:sz w:val="20"/>
        </w:rPr>
        <w:t>25:21  dawa bhi muft dete hain.</w:t>
      </w:r>
      <w:r>
        <w:br/>
      </w:r>
      <w:r>
        <w:rPr>
          <w:sz w:val="20"/>
        </w:rPr>
        <w:t>25:25  yani ilaaj bhi muft karte hain. fees bhi nahi lete aur dawa bhi muft dete hain. ab woh yahan tak kehte hain ke aap khud na aaiye hum aap ke ghar mein aa ke dekh len ge. to ghor kijiye ke main nafrat karta kar sakta hoon insaan se.</w:t>
      </w:r>
    </w:p>
    <w:p>
      <w:pPr>
        <w:pStyle w:val="Heading2"/>
      </w:pPr>
      <w:r>
        <w:t>Question about spirituality and infinite means</w:t>
      </w:r>
    </w:p>
    <w:p>
      <w:r>
        <w:rPr>
          <w:color w:val="666666"/>
          <w:sz w:val="18"/>
        </w:rPr>
        <w:t>The Way of Spirituality July 7, 2019 Maulana Wahiduddin Khan · 1m 39s · at 0:40 · https://youtu.be/N_ejXO_o-Oo?t=40</w:t>
      </w:r>
    </w:p>
    <w:p>
      <w:r>
        <w:rPr>
          <w:i/>
        </w:rPr>
        <w:t>“A person asked this question”</w:t>
      </w:r>
    </w:p>
    <w:p>
      <w:r>
        <w:rPr>
          <w:sz w:val="20"/>
        </w:rPr>
        <w:t>0:40  ek sahab ne yeh sawal kiya</w:t>
      </w:r>
      <w:r>
        <w:br/>
      </w:r>
      <w:r>
        <w:rPr>
          <w:sz w:val="20"/>
        </w:rPr>
        <w:t>0:45  ke spirituality ko attend karne ke kitne tareeqe hain?</w:t>
      </w:r>
      <w:r>
        <w:br/>
      </w:r>
      <w:r>
        <w:rPr>
          <w:sz w:val="20"/>
        </w:rPr>
        <w:t>0:56  spirituality ko attend karne ke kitne tareeqe hain?</w:t>
      </w:r>
      <w:r>
        <w:br/>
      </w:r>
      <w:r>
        <w:rPr>
          <w:sz w:val="20"/>
        </w:rPr>
        <w:t>1:08  to main kahunga ke</w:t>
      </w:r>
      <w:r>
        <w:br/>
      </w:r>
      <w:r>
        <w:rPr>
          <w:sz w:val="20"/>
        </w:rPr>
        <w:t>1:15  is sawal ka matlab yeh hai ke aap spirituality ko understand kar rahe hain.</w:t>
      </w:r>
      <w:r>
        <w:br/>
      </w:r>
      <w:r>
        <w:rPr>
          <w:sz w:val="20"/>
        </w:rPr>
        <w:t>1:27  spirituality ko understand kar rahe hain. Kya koi ek do tareeqa hoga is mein? Spirituality mile aap ko?</w:t>
      </w:r>
      <w:r>
        <w:br/>
      </w:r>
      <w:r>
        <w:rPr>
          <w:sz w:val="20"/>
        </w:rPr>
        <w:t>1:39  Spirituality to naam hai Allah Rabbul Alameen ki marifat ka. To kya jo cheez Allah Rabbul Alameen ki marifat ka zariya ho, woh koi ek do ho sakta hai?</w:t>
      </w:r>
      <w:r>
        <w:br/>
      </w:r>
      <w:r>
        <w:rPr>
          <w:sz w:val="20"/>
        </w:rPr>
        <w:t>1:59  jo sari kainat hogi, har har lamha hoga,</w:t>
      </w:r>
      <w:r>
        <w:br/>
      </w:r>
      <w:r>
        <w:rPr>
          <w:sz w:val="20"/>
        </w:rPr>
        <w:t>2:08  har waqt aap ko koi na koi dhoondh milega, koi koi khurak milegi.</w:t>
      </w:r>
    </w:p>
    <w:p>
      <w:pPr>
        <w:pStyle w:val="Heading2"/>
      </w:pPr>
      <w:r>
        <w:t>Science-based argument against heart-based traditional Sufi practice</w:t>
      </w:r>
    </w:p>
    <w:p>
      <w:r>
        <w:rPr>
          <w:color w:val="666666"/>
          <w:sz w:val="18"/>
        </w:rPr>
        <w:t>Islam and Sufism (Islam and Spirituality) (English) February 28, 2008 · 2m 08s · at 6:17 · https://youtu.be/6UGAPDfrS2w?t=377</w:t>
      </w:r>
    </w:p>
    <w:p>
      <w:r>
        <w:rPr>
          <w:i/>
        </w:rPr>
        <w:t>“I don't believe in heart-based spirituality — here's why”</w:t>
      </w:r>
    </w:p>
    <w:p>
      <w:r>
        <w:rPr>
          <w:sz w:val="20"/>
        </w:rPr>
        <w:t>6:17  bat I don't believe this kind of spirituality. why? you know, in our modern age, science has corrected so many notions.</w:t>
      </w:r>
      <w:r>
        <w:br/>
      </w:r>
      <w:r>
        <w:rPr>
          <w:sz w:val="20"/>
        </w:rPr>
        <w:t>6:31  for example, in previous centuries, people were believing in geocentric theory.</w:t>
      </w:r>
      <w:r>
        <w:br/>
      </w:r>
      <w:r>
        <w:rPr>
          <w:sz w:val="20"/>
        </w:rPr>
        <w:t>6:40  now, it is discarded. now, we believe in heliocentric theory.</w:t>
      </w:r>
      <w:r>
        <w:br/>
      </w:r>
      <w:r>
        <w:rPr>
          <w:sz w:val="20"/>
        </w:rPr>
        <w:t>6:46  So is the case of spirituality. You know, scientific studies show that heart is nothing but a center of circulation of blood.</w:t>
      </w:r>
      <w:r>
        <w:br/>
      </w:r>
      <w:r>
        <w:rPr>
          <w:sz w:val="20"/>
        </w:rPr>
        <w:t>7:00  thats all. there is no thinking in heart. the center of thinking is our mind.</w:t>
      </w:r>
      <w:r>
        <w:br/>
      </w:r>
      <w:r>
        <w:rPr>
          <w:sz w:val="20"/>
        </w:rPr>
        <w:t>7:10  so i believe that the true spirituality is mind based spirituality. now, if you practice heart based spirituality,</w:t>
      </w:r>
      <w:r>
        <w:br/>
      </w:r>
      <w:r>
        <w:rPr>
          <w:sz w:val="20"/>
        </w:rPr>
        <w:t>7:24  the end is ecstasy or wajd.</w:t>
      </w:r>
      <w:r>
        <w:br/>
      </w:r>
      <w:r>
        <w:rPr>
          <w:sz w:val="20"/>
        </w:rPr>
        <w:t>7:30  through this kind of practices, you reach to a state that is called wajd or is ecstasy.</w:t>
      </w:r>
      <w:r>
        <w:br/>
      </w:r>
      <w:r>
        <w:rPr>
          <w:sz w:val="20"/>
        </w:rPr>
        <w:t>7:41  what is ecstasy? what is ecstasy? ecstasy is going into the state of unconsciousness</w:t>
      </w:r>
      <w:r>
        <w:br/>
      </w:r>
      <w:r>
        <w:rPr>
          <w:sz w:val="20"/>
        </w:rPr>
        <w:t>7:56  . it is like. like every animal lives in this kind of ecstasy. so i dont think that this is this is the true spirituality.</w:t>
      </w:r>
      <w:r>
        <w:br/>
      </w:r>
      <w:r>
        <w:rPr>
          <w:sz w:val="20"/>
        </w:rPr>
        <w:t>8:09  this is</w:t>
      </w:r>
      <w:r>
        <w:br/>
      </w:r>
      <w:r>
        <w:rPr>
          <w:sz w:val="20"/>
        </w:rPr>
        <w:t>8:13  reduced form of spirituality. so i believe in in that kind of spirituality, there is based in mind. mind based spirituality.</w:t>
      </w:r>
    </w:p>
    <w:p>
      <w:pPr>
        <w:pStyle w:val="Heading2"/>
      </w:pPr>
      <w:r>
        <w:t>Spirituality is not mysterious, it's a known discipline</w:t>
      </w:r>
    </w:p>
    <w:p>
      <w:r>
        <w:rPr>
          <w:color w:val="666666"/>
          <w:sz w:val="18"/>
        </w:rPr>
        <w:t>Spirituality in Simple Living, High Thinking October 27, 2019 Maulana Wahiduddin Khan · 1m 53s · at 12:15 · https://youtu.be/Kr28g15eFr8?t=735</w:t>
      </w:r>
    </w:p>
    <w:p>
      <w:r>
        <w:rPr>
          <w:i/>
        </w:rPr>
        <w:t>“Spirituality is not the name of some mysterious thing”</w:t>
      </w:r>
    </w:p>
    <w:p>
      <w:r>
        <w:rPr>
          <w:sz w:val="20"/>
        </w:rPr>
        <w:t>12:15  mere nazdeek spirituality isi ka naam hai. spirituality log sochte hain ke koi koi woh</w:t>
      </w:r>
      <w:r>
        <w:br/>
      </w:r>
      <w:r>
        <w:rPr>
          <w:sz w:val="20"/>
        </w:rPr>
        <w:t>12:28  mysterious cheez ka naam nahi hai, mysterious cheez ka naam hai.</w:t>
      </w:r>
      <w:r>
        <w:br/>
      </w:r>
      <w:r>
        <w:rPr>
          <w:sz w:val="20"/>
        </w:rPr>
        <w:t>12:35  mere nazdeek spirituality kisi mysterious cheez ka naam nahi hai,</w:t>
      </w:r>
      <w:r>
        <w:br/>
      </w:r>
      <w:r>
        <w:rPr>
          <w:sz w:val="20"/>
        </w:rPr>
        <w:t>12:42  woh aik well known discipline hai.</w:t>
      </w:r>
      <w:r>
        <w:br/>
      </w:r>
      <w:r>
        <w:rPr>
          <w:sz w:val="20"/>
        </w:rPr>
        <w:t>12:54  spirituality ko mein ne convert kiya doosre alfaaz mein to spirituality mujhe laga ke spirituality to naam hai simple living high technique ka,</w:t>
      </w:r>
      <w:r>
        <w:br/>
      </w:r>
      <w:r>
        <w:rPr>
          <w:sz w:val="20"/>
        </w:rPr>
        <w:t>13:09  yahi spirituality hai.</w:t>
      </w:r>
      <w:r>
        <w:br/>
      </w:r>
      <w:r>
        <w:rPr>
          <w:sz w:val="20"/>
        </w:rPr>
        <w:t>13:12  chounke spirituality</w:t>
      </w:r>
      <w:r>
        <w:br/>
      </w:r>
      <w:r>
        <w:rPr>
          <w:sz w:val="20"/>
        </w:rPr>
        <w:t>13:17  result result ko nateeje ko batata hai, method ko, technique ko nahi, is liye samajh nahi paate log.</w:t>
      </w:r>
      <w:r>
        <w:br/>
      </w:r>
      <w:r>
        <w:rPr>
          <w:sz w:val="20"/>
        </w:rPr>
        <w:t>13:29  jab log bolte hain lafz spirituality to pehla un ka mind chahta hai jaanna ke what is the technique of spirituality,</w:t>
      </w:r>
      <w:r>
        <w:br/>
      </w:r>
      <w:r>
        <w:rPr>
          <w:sz w:val="20"/>
        </w:rPr>
        <w:t>13:40  how to attain spirituality. to technique jaanna chahte hain woh,</w:t>
      </w:r>
      <w:r>
        <w:br/>
      </w:r>
      <w:r>
        <w:rPr>
          <w:sz w:val="20"/>
        </w:rPr>
        <w:t>13:54  is waja se samajh nahi paate in ko. aur chuki poori history se chala raha hai, chala raha hai ke spirituality</w:t>
      </w:r>
    </w:p>
    <w:p>
      <w:pPr>
        <w:pStyle w:val="Heading2"/>
      </w:pPr>
      <w:r>
        <w:t>Story of Awf bin Malik and excuse of children</w:t>
      </w:r>
    </w:p>
    <w:p>
      <w:r>
        <w:rPr>
          <w:color w:val="666666"/>
          <w:sz w:val="18"/>
        </w:rPr>
        <w:t>Fragments of Broken Heart | December 01, 2006 | Maulana Wahiduddin Khan · 2m 34s · at 50:38 · https://youtu.be/4uW2kggXMI8?t=3038</w:t>
      </w:r>
    </w:p>
    <w:p>
      <w:r>
        <w:rPr>
          <w:i/>
        </w:rPr>
        <w:t>“Awf bin Malik Ashja'i, yeh Madinay mein the”</w:t>
      </w:r>
    </w:p>
    <w:p>
      <w:r>
        <w:rPr>
          <w:sz w:val="20"/>
        </w:rPr>
        <w:t>50:38  bin ashja. nahi. oaf bin malik ashja. oaf bin malik ashja. ye madine mein the. to un ke chhote bachche the. rasool allah ke sath un ko ek meham mein jana tha. ek dawat meham mein. to dusre log ja rahe the. ye jane lage to un ke bachche rone lage. bachche rone</w:t>
      </w:r>
      <w:r>
        <w:br/>
      </w:r>
      <w:r>
        <w:rPr>
          <w:sz w:val="20"/>
        </w:rPr>
        <w:t>51:08  lage. unhone kaha ke hum ko kis ke upar chhod ke ja rahe hain aap? ye waqea aap parh sakte hain tafsiron mein surah taghabun ke tehat ke bachchon ne ro kar kaha ke hum ko kis ke upar chhod ke ja rahe hain? to unhone chaha ke wo bachchon ki khatir na jayen. to quran mein ayat utri ke ye bachche tumhare dushman hain. adu lakum. faazurohum. un se bacho. un jin bachchon ko l</w:t>
      </w:r>
      <w:r>
        <w:br/>
      </w:r>
      <w:r>
        <w:rPr>
          <w:sz w:val="20"/>
        </w:rPr>
        <w:t>51:38  le kar ke tum bahana bana rahe ho ke Rasool Allah ke sath dawat muhim mein na jao</w:t>
      </w:r>
      <w:r>
        <w:br/>
      </w:r>
      <w:r>
        <w:rPr>
          <w:sz w:val="20"/>
        </w:rPr>
        <w:t>51:43  woh to tumhare dushman hain.</w:t>
      </w:r>
      <w:r>
        <w:br/>
      </w:r>
      <w:r>
        <w:rPr>
          <w:sz w:val="20"/>
        </w:rPr>
        <w:t>51:48  إن من أزواجكم وأولادكم عدو لكم فاعذروہم aaj kal mein dekhta hoon ke mein itni dinon se kaam</w:t>
      </w:r>
      <w:r>
        <w:br/>
      </w:r>
      <w:r>
        <w:rPr>
          <w:sz w:val="20"/>
        </w:rPr>
        <w:t>51:53  kar raha hoon sab se bara bahana jo lete hain log biwi bachay ka.</w:t>
      </w:r>
      <w:r>
        <w:br/>
      </w:r>
      <w:r>
        <w:rPr>
          <w:sz w:val="20"/>
        </w:rPr>
        <w:t>51:59  bas us ko Qur'an dushman keh raha hai.</w:t>
      </w:r>
      <w:r>
        <w:br/>
      </w:r>
      <w:r>
        <w:rPr>
          <w:sz w:val="20"/>
        </w:rPr>
        <w:t>52:04  dushman keh raha hai un ko.</w:t>
      </w:r>
      <w:r>
        <w:br/>
      </w:r>
      <w:r>
        <w:rPr>
          <w:sz w:val="20"/>
        </w:rPr>
        <w:t>52:09  yaani aap ghor kijiye ke yeh bachay the chote bachay the aur sach much un ke paas kuch</w:t>
      </w:r>
      <w:r>
        <w:br/>
      </w:r>
      <w:r>
        <w:rPr>
          <w:sz w:val="20"/>
        </w:rPr>
        <w:t>52:13  saman nahi tha kaise jiyenge woh? aaj to har aadmi abad hai.</w:t>
      </w:r>
      <w:r>
        <w:br/>
      </w:r>
      <w:r>
        <w:rPr>
          <w:sz w:val="20"/>
        </w:rPr>
        <w:t>52:16  har aadmi gharon mein us ke paas ghar hai us ke paas car hai us ke paas naukri hai.</w:t>
      </w:r>
      <w:r>
        <w:br/>
      </w:r>
      <w:r>
        <w:rPr>
          <w:sz w:val="20"/>
        </w:rPr>
        <w:t>52:20  phir bhi maa baap isi ke peeche daud rahe hain.</w:t>
      </w:r>
      <w:r>
        <w:br/>
      </w:r>
      <w:r>
        <w:rPr>
          <w:sz w:val="20"/>
        </w:rPr>
        <w:t>52:24  aap ghhor kijiye.</w:t>
      </w:r>
      <w:r>
        <w:br/>
      </w:r>
      <w:r>
        <w:rPr>
          <w:sz w:val="20"/>
        </w:rPr>
        <w:t>52:28  aaj ke bachche to aabaad hain.</w:t>
      </w:r>
      <w:r>
        <w:br/>
      </w:r>
      <w:r>
        <w:rPr>
          <w:sz w:val="20"/>
        </w:rPr>
        <w:t>52:31  un ke paas naukri hai un ke paas car hai.</w:t>
      </w:r>
      <w:r>
        <w:br/>
      </w:r>
      <w:r>
        <w:rPr>
          <w:sz w:val="20"/>
        </w:rPr>
        <w:t>52:35  aur phir bhi maa baap ko dekhen to usi ke peeche daud rahe hain.</w:t>
      </w:r>
      <w:r>
        <w:br/>
      </w:r>
      <w:r>
        <w:rPr>
          <w:sz w:val="20"/>
        </w:rPr>
        <w:t>52:39  kehte hain ke sahib woh</w:t>
      </w:r>
      <w:r>
        <w:br/>
      </w:r>
      <w:r>
        <w:rPr>
          <w:sz w:val="20"/>
        </w:rPr>
        <w:t>52:43  ye bahana bilashuba lena allah taala ko qabul nahi hoga. is qism ka bahana. koi bhi bahana. sab se bada kaam jo is waqt karna hai aap ko wo ye hai ke aap apni tarjeehhat ko reset karen. aap par farz hai ke aap apni tarjeehhat ko reset karen. reset karen apni tarjeehhat ko. koi aap ke pas choice dusra nahi hai. agar aap aisa nahi karte hain to ye khatra leejye</w:t>
      </w:r>
    </w:p>
    <w:p>
      <w:pPr>
        <w:pStyle w:val="Heading2"/>
      </w:pPr>
      <w:r>
        <w:t>Quranic verse on turning enemies into friends</w:t>
      </w:r>
    </w:p>
    <w:p>
      <w:r>
        <w:rPr>
          <w:color w:val="666666"/>
          <w:sz w:val="18"/>
        </w:rPr>
        <w:t>From the Spiritual Tree August 31, 2008 · 2m 58s · at 33:54 · https://youtu.be/yqFdYWdODM0?t=2034</w:t>
      </w:r>
    </w:p>
    <w:p>
      <w:r>
        <w:rPr>
          <w:i/>
        </w:rPr>
        <w:t>“Its explanation is found in the Quran.”</w:t>
      </w:r>
    </w:p>
    <w:p>
      <w:r>
        <w:rPr>
          <w:sz w:val="20"/>
        </w:rPr>
        <w:t>33:54  lekin is ka explanation milta hai aap ko quran mein. woh kaise? quran mein yeh ayat hai:</w:t>
      </w:r>
      <w:r>
        <w:br/>
      </w:r>
      <w:r>
        <w:rPr>
          <w:sz w:val="20"/>
        </w:rPr>
        <w:t>34:04  "la tastabdil hasanatu was sayyi'atu, bifallati hiya ahsan, fa idhal ladhi bainaka wa bainahu 'adawatun, ka annahu waliyyun hamim".</w:t>
      </w:r>
      <w:r>
        <w:br/>
      </w:r>
      <w:r>
        <w:rPr>
          <w:sz w:val="20"/>
        </w:rPr>
        <w:t>34:17  is ayat ka matlab hai, yeh quran mein ki ek ayat hai jo main ne parhi aap ke samne ke agar tum ko koi dikhai de dushman insanon mein se, dushman ka matlab yeh hai ke woh tum se kar raha hai bura sulook.</w:t>
      </w:r>
      <w:r>
        <w:br/>
      </w:r>
      <w:r>
        <w:rPr>
          <w:sz w:val="20"/>
        </w:rPr>
        <w:t>34:34  yani evil behavior. insanon mein se agar koi tum ko dikhai pad raha hai ke tumhare sath bura sulook kar raha hai, to tumhare sath dushmani wala mamla kar raha hai, to tum us ke sath dosti wala mamla karo.</w:t>
      </w:r>
      <w:r>
        <w:br/>
      </w:r>
      <w:r>
        <w:rPr>
          <w:sz w:val="20"/>
        </w:rPr>
        <w:t>34:51  yani woh kar raha hai burai wala mamla, tum karo achhai wala mamla. to kya hoga? "fa idhal ladhi bainaka wa bainahu 'adawatun, ka annahu waliyyun hamim".</w:t>
      </w:r>
      <w:r>
        <w:br/>
      </w:r>
      <w:r>
        <w:rPr>
          <w:sz w:val="20"/>
        </w:rPr>
        <w:t>35:07  to kya hoga is ke baad? tum dekho ge ke woh jo tum ko dushman dikhai padta tha, woh tumhara dost ban gaya.</w:t>
      </w:r>
      <w:r>
        <w:br/>
      </w:r>
      <w:r>
        <w:rPr>
          <w:sz w:val="20"/>
        </w:rPr>
        <w:t>35:18  yani jab tum aisa karoge ke us ke bure sulook ke badle tum apne taraf se positive reaction dikhao ge, negative nahi, to tum pao ge ke woh jo aadmi dikhai padta tha tum ko dushman, woh tumhara dost ban gaya, qareebi dost ban gaya.</w:t>
      </w:r>
      <w:r>
        <w:br/>
      </w:r>
      <w:r>
        <w:rPr>
          <w:sz w:val="20"/>
        </w:rPr>
        <w:t>35:40  it means that every enemy is potentially your friend.</w:t>
      </w:r>
      <w:r>
        <w:br/>
      </w:r>
      <w:r>
        <w:rPr>
          <w:sz w:val="20"/>
        </w:rPr>
        <w:t>35:47  no no enemy is enemy in absolute sense.</w:t>
      </w:r>
      <w:r>
        <w:br/>
      </w:r>
      <w:r>
        <w:rPr>
          <w:sz w:val="20"/>
        </w:rPr>
        <w:t>35:56  koi enemy mutlaq taur par aap ka enemy nahi hai. every enemy is potential, every enemy is your potential friend.</w:t>
      </w:r>
      <w:r>
        <w:br/>
      </w:r>
      <w:r>
        <w:rPr>
          <w:sz w:val="20"/>
        </w:rPr>
        <w:t>36:08  so turn this potential into actual. yani is is, yani yun hum kahen ge ke har har dushman bal, yani har dushman imkani taur par tumhara dost hai.</w:t>
      </w:r>
      <w:r>
        <w:br/>
      </w:r>
      <w:r>
        <w:rPr>
          <w:sz w:val="20"/>
        </w:rPr>
        <w:t>36:29  is ko kehte hain bilquwwa aur bilfi'l. is ko kaha jata hai urdu mein aur arabi mein bilquwwa aur bilfi'l.</w:t>
      </w:r>
      <w:r>
        <w:br/>
      </w:r>
      <w:r>
        <w:rPr>
          <w:sz w:val="20"/>
        </w:rPr>
        <w:t>36:39  yani har dushman bilquwwa taur par tumhara dost hai. to is ko bilfi'l banao. yani every enemy is your potential friend.</w:t>
      </w:r>
    </w:p>
    <w:p>
      <w:pPr>
        <w:pStyle w:val="Heading2"/>
      </w:pPr>
      <w:r>
        <w:t>Quranic term for spirituality</w:t>
      </w:r>
    </w:p>
    <w:p>
      <w:r>
        <w:rPr>
          <w:color w:val="666666"/>
          <w:sz w:val="18"/>
        </w:rPr>
        <w:t>Science and Spirituality | April 25, 2007 | Maulana Wahiduddin Kha · 2m 02s · at 5:18 · https://youtu.be/cStp24Ri3ps?t=318</w:t>
      </w:r>
    </w:p>
    <w:p>
      <w:r>
        <w:rPr>
          <w:i/>
        </w:rPr>
        <w:t>“Say that although there is no such word in the Quran”</w:t>
      </w:r>
    </w:p>
    <w:p>
      <w:r>
        <w:rPr>
          <w:sz w:val="20"/>
        </w:rPr>
        <w:t>5:18  say that although there is no such word in the Quran, Spirituality or Ruhaniyat, such words are not mentioned in the Quran. This kind of vocabulary is not found in the Quran. But there is a very relevant word, I think this is the Quranic</w:t>
      </w:r>
      <w:r>
        <w:br/>
      </w:r>
      <w:r>
        <w:rPr>
          <w:sz w:val="20"/>
        </w:rPr>
        <w:t>5:48  Spirituality.</w:t>
      </w:r>
      <w:r>
        <w:br/>
      </w:r>
      <w:r>
        <w:rPr>
          <w:sz w:val="20"/>
        </w:rPr>
        <w:t>5:55  This word or this term you will find in the chapter number 89.</w:t>
      </w:r>
      <w:r>
        <w:br/>
      </w:r>
      <w:r>
        <w:rPr>
          <w:sz w:val="20"/>
        </w:rPr>
        <w:t>6:03  Chapter number 89, there is Al-Fajr.</w:t>
      </w:r>
      <w:r>
        <w:br/>
      </w:r>
      <w:r>
        <w:rPr>
          <w:sz w:val="20"/>
        </w:rPr>
        <w:t>6:11  In this chapter, we read this verse,</w:t>
      </w:r>
      <w:r>
        <w:br/>
      </w:r>
      <w:r>
        <w:rPr>
          <w:sz w:val="20"/>
        </w:rPr>
        <w:t>6:19  "Ya ayyatuhannafsul mutmainna, irjai ila rabbik raziatam marziyya, fathuli fi abadi wathuli jannati." So in this word, in</w:t>
      </w:r>
      <w:r>
        <w:br/>
      </w:r>
      <w:r>
        <w:rPr>
          <w:sz w:val="20"/>
        </w:rPr>
        <w:t>6:29  this verse, in this verse we find annafsul mutmainna.</w:t>
      </w:r>
      <w:r>
        <w:br/>
      </w:r>
      <w:r>
        <w:rPr>
          <w:sz w:val="20"/>
        </w:rPr>
        <w:t>6:40  And I think that annafsul mutmainna means a spiritual person</w:t>
      </w:r>
      <w:r>
        <w:br/>
      </w:r>
      <w:r>
        <w:rPr>
          <w:sz w:val="20"/>
        </w:rPr>
        <w:t>6:50  .</w:t>
      </w:r>
      <w:r>
        <w:br/>
      </w:r>
      <w:r>
        <w:rPr>
          <w:sz w:val="20"/>
        </w:rPr>
        <w:t>6:56  A spiritual person, according to the Quranic term, a spiritual person is annafsul mutmainna.</w:t>
      </w:r>
      <w:r>
        <w:br/>
      </w:r>
      <w:r>
        <w:rPr>
          <w:sz w:val="20"/>
        </w:rPr>
        <w:t>7:02  Annafsul mutmainna means a complex free soul.</w:t>
      </w:r>
      <w:r>
        <w:br/>
      </w:r>
      <w:r>
        <w:rPr>
          <w:sz w:val="20"/>
        </w:rPr>
        <w:t>7:08  Complex free soul.</w:t>
      </w:r>
      <w:r>
        <w:br/>
      </w:r>
      <w:r>
        <w:rPr>
          <w:sz w:val="20"/>
        </w:rPr>
        <w:t>7:14  So according to the Quranic definition, ya according to the Quran</w:t>
      </w:r>
    </w:p>
    <w:p>
      <w:pPr>
        <w:pStyle w:val="Heading2"/>
      </w:pPr>
      <w:r>
        <w:t>The soul's food is reflection on creation</w:t>
      </w:r>
    </w:p>
    <w:p>
      <w:r>
        <w:rPr>
          <w:color w:val="666666"/>
          <w:sz w:val="18"/>
        </w:rPr>
        <w:t>Tazkiya-e-Nafs Book by Maulana Wahiduddin Khan · 2m 12s · at 19:16 · https://youtu.be/LbGPnJWmj1A?t=1156</w:t>
      </w:r>
    </w:p>
    <w:p>
      <w:r>
        <w:rPr>
          <w:i/>
        </w:rPr>
        <w:t>“Jism ki aik khuraak hai, isi tarah rooh ki bhi khuraak hai”</w:t>
      </w:r>
    </w:p>
    <w:p>
      <w:r>
        <w:rPr>
          <w:sz w:val="20"/>
        </w:rPr>
        <w:t>19:16  jism ki ek khurak hai. yeh khurak jism ko pahunchai jaye to jism sehat mand ho jayega. isi tarah rooh ki ek khurak hai.</w:t>
      </w:r>
      <w:r>
        <w:br/>
      </w:r>
      <w:r>
        <w:rPr>
          <w:sz w:val="20"/>
        </w:rPr>
        <w:t>19:26  yeh khurak jab rooh ko pahunchai jati hai to rooh sehat mand ho jati hai.</w:t>
      </w:r>
      <w:r>
        <w:br/>
      </w:r>
      <w:r>
        <w:rPr>
          <w:sz w:val="20"/>
        </w:rPr>
        <w:t>19:31  isi amal ka naam tazkiya e nafs hai aur isi sehat mand rooh ko musaffa aur muzakka rooh kaha jata hai. Quran ke mutabiq rooh ki yeh khurak tafakkur surah number teen ayat 191 hai.</w:t>
      </w:r>
      <w:r>
        <w:br/>
      </w:r>
      <w:r>
        <w:rPr>
          <w:sz w:val="20"/>
        </w:rPr>
        <w:t>19:47  aadmi ke ird gird har waqt kuch waqeaat paish aa rahe hain: samajee, tareekhi, kainaati, har satah par aur har un waqeaat ka zahoor hota rehta hai.</w:t>
      </w:r>
      <w:r>
        <w:br/>
      </w:r>
      <w:r>
        <w:rPr>
          <w:sz w:val="20"/>
        </w:rPr>
        <w:t>19:58  un waqeaat ko le kar sochna aur un se ibret aur naseehat lena yahi rooh ki khurak hai. jo shakhs apne shaoor ko itna taraqqi de ke is ke gird o paish ke waqeaat mein Khudaai karishme dikhai dein jo is ke liye Khuda ko yaad dilane ka zariya ban jayen, to aise shakhs ne goya apni rooh ke liye rizq e rabbani ka ek dasterkhwan hasil kar liya.</w:t>
      </w:r>
      <w:r>
        <w:br/>
      </w:r>
      <w:r>
        <w:rPr>
          <w:sz w:val="20"/>
        </w:rPr>
        <w:t>20:22  is ki rooh is dasterkhwan se apni sehat mandi ki khurak hasil karti rahegi, yahan tak ke woh apne Rabb se ja mile.</w:t>
      </w:r>
      <w:r>
        <w:br/>
      </w:r>
      <w:r>
        <w:rPr>
          <w:sz w:val="20"/>
        </w:rPr>
        <w:t>20:31  tazkiya ka aham tareen zariya yeh hai ke apne andar ibret paziri ke mizaj ko jagaya jaye. ibret paziri goya tazkiya ki zameen hai.</w:t>
      </w:r>
      <w:r>
        <w:br/>
      </w:r>
      <w:r>
        <w:rPr>
          <w:sz w:val="20"/>
        </w:rPr>
        <w:t>20:41  yahi woh zameen hai jis par tazkiya ki fasal ugti hai. kisi aur jagah is ko ugna aisa hi hai jaise pathar ki chattan par ek kharab hara darakht ugane ki koshish karna.</w:t>
      </w:r>
      <w:r>
        <w:br/>
      </w:r>
      <w:r>
        <w:rPr>
          <w:sz w:val="20"/>
        </w:rPr>
        <w:t>20:52  tazkiya ka zariya rizq e Rabb hai, na ke rizq e Sheikh.</w:t>
      </w:r>
      <w:r>
        <w:br/>
      </w:r>
      <w:r>
        <w:rPr>
          <w:sz w:val="20"/>
        </w:rPr>
        <w:t>20:56  tazkiya is amal ka nateeja hai jo bande aur khuda ke darmiyan nafasiyati taluq ke zariye barah-e-rast qaim hota hai. tazkiya kisi waseeta ke zariye nahi milta.</w:t>
      </w:r>
      <w:r>
        <w:br/>
      </w:r>
      <w:r>
        <w:rPr>
          <w:sz w:val="20"/>
        </w:rPr>
        <w:t>21:07  tazkiya apni haqeeqat ke aitbar se ek khudai atiya hai, na ke ek insani atiya. tazkiya woh nemat hai jo kisi insaan ko barah-e-rast khuda se milti hai.</w:t>
      </w:r>
      <w:r>
        <w:br/>
      </w:r>
      <w:r>
        <w:rPr>
          <w:sz w:val="20"/>
        </w:rPr>
        <w:t>21:18  kisi insaan ke waseeta se jo tazkiya mile, woh kuch aur ho sakta hai, lekin woh tazkiya nahi ho sakta.</w:t>
      </w:r>
    </w:p>
    <w:p>
      <w:pPr>
        <w:pStyle w:val="Heading2"/>
      </w:pPr>
      <w:r>
        <w:t>Dream of chaotic crowd and Maulana's team</w:t>
      </w:r>
    </w:p>
    <w:p>
      <w:r>
        <w:rPr>
          <w:color w:val="666666"/>
          <w:sz w:val="18"/>
        </w:rPr>
        <w:t>Experience Sharing Session of CPS Members 24 May 2008 - Maulana Wahiduddin Khan · 2m 16s · at 0:13 · https://youtu.be/alVAkAnKiuM?t=13</w:t>
      </w:r>
    </w:p>
    <w:p>
      <w:r>
        <w:rPr>
          <w:i/>
        </w:rPr>
        <w:t>“ड्रीम लास्ट नाईट, व्हेयर आई सॉ दैट देयर वाज़ अ ह्यूज फील्ड”</w:t>
      </w:r>
    </w:p>
    <w:p>
      <w:r>
        <w:rPr>
          <w:sz w:val="20"/>
        </w:rPr>
        <w:t>0:13  dream last night, where i saw that there was a huge field, field with hundreds and thousands of people. there were men, women, children, people from all age groups. but their condition was very, very chaotic.</w:t>
      </w:r>
      <w:r>
        <w:br/>
      </w:r>
      <w:r>
        <w:rPr>
          <w:sz w:val="20"/>
        </w:rPr>
        <w:t>0:40  they were running helter skelter, one place to another. and</w:t>
      </w:r>
      <w:r>
        <w:br/>
      </w:r>
      <w:r>
        <w:rPr>
          <w:sz w:val="20"/>
        </w:rPr>
        <w:t>0:48  i was there, and i was trying to figure out what exactly is going on.</w:t>
      </w:r>
      <w:r>
        <w:br/>
      </w:r>
      <w:r>
        <w:rPr>
          <w:sz w:val="20"/>
        </w:rPr>
        <w:t>0:58  then i saw Maulana with his team, and then i realized that i was a part of that team. and the rest of the crowd, which was in a chaotic condition, was on the other side. and this scene continued for at least 15-20 minutes.</w:t>
      </w:r>
      <w:r>
        <w:br/>
      </w:r>
      <w:r>
        <w:rPr>
          <w:sz w:val="20"/>
        </w:rPr>
        <w:t>1:18  and my understanding about the whole activity was there, that there is going to be something really either disturbing, could be an earthquake. or these people are in a major problematic situation, but they are not finding out a way</w:t>
      </w:r>
      <w:r>
        <w:br/>
      </w:r>
      <w:r>
        <w:rPr>
          <w:sz w:val="20"/>
        </w:rPr>
        <w:t>1:40  and all of a sudden, i see one of our team members, priya malik,</w:t>
      </w:r>
      <w:r>
        <w:br/>
      </w:r>
      <w:r>
        <w:rPr>
          <w:sz w:val="20"/>
        </w:rPr>
        <w:t>1:48  between that group and our team, maulana's team.</w:t>
      </w:r>
      <w:r>
        <w:br/>
      </w:r>
      <w:r>
        <w:rPr>
          <w:sz w:val="20"/>
        </w:rPr>
        <w:t>1:53  maulana pointed out towards that group and tell priya that matlab,</w:t>
      </w:r>
      <w:r>
        <w:br/>
      </w:r>
      <w:r>
        <w:rPr>
          <w:sz w:val="20"/>
        </w:rPr>
        <w:t>2:00  he doesn't tell anything, he points out towards that group.</w:t>
      </w:r>
      <w:r>
        <w:br/>
      </w:r>
      <w:r>
        <w:rPr>
          <w:sz w:val="20"/>
        </w:rPr>
        <w:t>2:03  and it is understood that he was telling this thing to priya, that you need to address these</w:t>
      </w:r>
      <w:r>
        <w:br/>
      </w:r>
      <w:r>
        <w:rPr>
          <w:sz w:val="20"/>
        </w:rPr>
        <w:t>2:09  people.</w:t>
      </w:r>
      <w:r>
        <w:br/>
      </w:r>
      <w:r>
        <w:rPr>
          <w:sz w:val="20"/>
        </w:rPr>
        <w:t>2:10  so she takes a few steps towards that crowd, tries to say something to them, but she is not able to do that. she feels helpless. Maulana looked at her, and she looked at Maulana, and then the scene ends over there.</w:t>
      </w:r>
    </w:p>
    <w:p>
      <w:pPr>
        <w:pStyle w:val="Heading2"/>
      </w:pPr>
      <w:r>
        <w:t>A sparrow's flight teaches self-examination</w:t>
      </w:r>
    </w:p>
    <w:p>
      <w:r>
        <w:rPr>
          <w:color w:val="666666"/>
          <w:sz w:val="18"/>
        </w:rPr>
        <w:t>Tazkiya-e-Nafs Book by Maulana Wahiduddin Khan · 2m 18s · at 1:03:13 · https://youtu.be/LbGPnJWmj1A?t=3793</w:t>
      </w:r>
    </w:p>
    <w:p>
      <w:r>
        <w:rPr>
          <w:i/>
        </w:rPr>
        <w:t>“Hazrat Abu Dharr kehte hain rasool Allah chirya ko dekhte”</w:t>
      </w:r>
    </w:p>
    <w:p>
      <w:r>
        <w:rPr>
          <w:sz w:val="20"/>
        </w:rPr>
        <w:t>1:03:13  tazkiya ka zyada mu'assir tareeqa. kitaab "tazkiya-e-nafs" Maulana Wahiduddin Khan, safha number 33.</w:t>
      </w:r>
      <w:r>
        <w:br/>
      </w:r>
      <w:r>
        <w:rPr>
          <w:sz w:val="20"/>
        </w:rPr>
        <w:t>1:03:27  tazkiya ka ek tareeqa yeh hai ke mujarrad, abstract taur par is ke kuch usool muqarrar kar diye jayen aur is ko likh kar logon ko parhne ke liye de diya jaye.</w:t>
      </w:r>
      <w:r>
        <w:br/>
      </w:r>
      <w:r>
        <w:rPr>
          <w:sz w:val="20"/>
        </w:rPr>
        <w:t>1:03:37  yeh</w:t>
      </w:r>
      <w:r>
        <w:br/>
      </w:r>
      <w:r>
        <w:rPr>
          <w:sz w:val="20"/>
        </w:rPr>
        <w:t>1:03:38  bhi tazkiya ka ek tareeqa ho sakta hai. lekin tazkiya ka zyada mu'assir tareeqa yeh hai ke is ko kisi pesh aamda soorat-e-haal se wabasta yaani relate kar ke bataya jaye.</w:t>
      </w:r>
      <w:r>
        <w:br/>
      </w:r>
      <w:r>
        <w:rPr>
          <w:sz w:val="20"/>
        </w:rPr>
        <w:t>1:03:50  is doosre tareeqe ki ek soorat yeh hai ke is ke liye ek zinda murabbi ya muzakki maujood ho. doosra tareeqa yeh hai ke aadmi khud apne shu'oor ko itna zyada taraqqi yafta banaye ke woh khud hi har tajruba aur har mushahide mein tazkiya ka pehlu daryaft kare aur us ko apne zehen ka juz bana le.</w:t>
      </w:r>
      <w:r>
        <w:br/>
      </w:r>
      <w:r>
        <w:rPr>
          <w:sz w:val="20"/>
        </w:rPr>
        <w:t>1:04:12  hazrat Abu Dharr ek sahabi hain. woh kehte hain ke Rasool Allah Sallallahu Alaihi Wasallam agar ek chidiya ko hawa mein apne paron se udate hue dekhte to us se aap humein koi ma'rifat ki yaad-dehani karate.</w:t>
      </w:r>
      <w:r>
        <w:br/>
      </w:r>
      <w:r>
        <w:rPr>
          <w:sz w:val="20"/>
        </w:rPr>
        <w:t>1:04:26  wa ma yaqallibu tairan bi jinaahihi fil jawwi illa dhakara lana minhu ilman. Al-Tabaqat Al-Kubra li Ibn Sa'd, hadith number 2354.</w:t>
      </w:r>
      <w:r>
        <w:br/>
      </w:r>
      <w:r>
        <w:rPr>
          <w:sz w:val="20"/>
        </w:rPr>
        <w:t>1:04:38  yeh pesh aamda soorat-e-haal ke hawalay se tazkiya ki</w:t>
      </w:r>
      <w:r>
        <w:br/>
      </w:r>
      <w:r>
        <w:rPr>
          <w:sz w:val="20"/>
        </w:rPr>
        <w:t>1:04:42  taleem dene ki ek misaal hai. tazkiya ka koi mujarrad tareeqa nahi. haqeeqat yeh hai ke koi mujarrad tareeqa tazkiya ka mu'assir zariya nahi ban sakta.</w:t>
      </w:r>
      <w:r>
        <w:br/>
      </w:r>
      <w:r>
        <w:rPr>
          <w:sz w:val="20"/>
        </w:rPr>
        <w:t>1:04:54  tazkiya ka mu'assir tareeqa yeh hai ke aadmi apne aap ko itna zyada ba-sha'oor banaye ke us ke andar tawassum, Surah Number 15 Ayat 75 ki sifat paida ho jaye.</w:t>
      </w:r>
      <w:r>
        <w:br/>
      </w:r>
      <w:r>
        <w:rPr>
          <w:sz w:val="20"/>
        </w:rPr>
        <w:t>1:05:05  woh pesh aamda waqeaat ko tazkiya se wabasta yaani relate kar ke us se rabbani sabaq le sake.</w:t>
      </w:r>
      <w:r>
        <w:br/>
      </w:r>
      <w:r>
        <w:rPr>
          <w:sz w:val="20"/>
        </w:rPr>
        <w:t>1:05:12  tazkiya ka mawad rozmarra ke tajrubaat mein hota hai. rozmarra ke tajrubaat ko tazkiya ki nazar se dekhna seekh lijiye.</w:t>
      </w:r>
      <w:r>
        <w:br/>
      </w:r>
      <w:r>
        <w:rPr>
          <w:sz w:val="20"/>
        </w:rPr>
        <w:t>1:05:22  is ke baad har tajruba aur har mushahida aap ke liye tazkiya ka zariya ban jayega.</w:t>
      </w:r>
    </w:p>
    <w:p>
      <w:pPr>
        <w:pStyle w:val="Heading2"/>
      </w:pPr>
      <w:r>
        <w:t>Fig and olive symbolize planet Earth</w:t>
      </w:r>
    </w:p>
    <w:p>
      <w:r>
        <w:rPr>
          <w:color w:val="666666"/>
          <w:sz w:val="18"/>
        </w:rPr>
        <w:t>Message on Eid Al-Adha October 27, 2012 · 2m 31s · at 8:24 · https://youtu.be/eGzAlyVEafc?t=504</w:t>
      </w:r>
    </w:p>
    <w:p>
      <w:r>
        <w:rPr>
          <w:i/>
        </w:rPr>
        <w:t>“Pehli baat to yeh hai ke yeh teen aur zaitoon symbolic hain”</w:t>
      </w:r>
    </w:p>
    <w:p>
      <w:r>
        <w:rPr>
          <w:sz w:val="20"/>
        </w:rPr>
        <w:t>8:24  symbolic sense mein isi duniya ke bare mein hai. yeh yeh earth, yeh yeh planet earth, yeh duniya, yaani Allah taala ne is planet earth ki gawahi ke taur par pesh kiya.</w:t>
      </w:r>
      <w:r>
        <w:br/>
      </w:r>
      <w:r>
        <w:rPr>
          <w:sz w:val="20"/>
        </w:rPr>
        <w:t>8:38  asal mein baat yeh hai, woh is tareeqe se hai ke insaan ko Allah taala ne bohat hi ek unique</w:t>
      </w:r>
      <w:r>
        <w:br/>
      </w:r>
      <w:r>
        <w:rPr>
          <w:sz w:val="20"/>
        </w:rPr>
        <w:t>8:50  ek hasti diya hai aur phir ek bohat unique duniya mein isko rakha hai.</w:t>
      </w:r>
      <w:r>
        <w:br/>
      </w:r>
      <w:r>
        <w:rPr>
          <w:sz w:val="20"/>
        </w:rPr>
        <w:t>9:00  astronomers kehte hain ke pure universe mein inginat sitare hain, sayare hain, planetary systems hain, lekin zameen jaisa kurra, jaisi zameen jaisa planet, aaj tak kahin discover nahin hua.</w:t>
      </w:r>
      <w:r>
        <w:br/>
      </w:r>
      <w:r>
        <w:rPr>
          <w:sz w:val="20"/>
        </w:rPr>
        <w:t>9:20  kyunke zameen jo hai, is mein bohat hi zyada har cheez right proportion mein hai.</w:t>
      </w:r>
      <w:r>
        <w:br/>
      </w:r>
      <w:r>
        <w:rPr>
          <w:sz w:val="20"/>
        </w:rPr>
        <w:t>9:27  pani hai yahan par, plant hai yahan par, yahan pe oxygen ka intezam yahan par hai, suraj se light aa rahi hai, har cheez hai lekin bohat hi zyada right proportion mein jo ke insaan ke rehne ke qabil ho.</w:t>
      </w:r>
      <w:r>
        <w:br/>
      </w:r>
      <w:r>
        <w:rPr>
          <w:sz w:val="20"/>
        </w:rPr>
        <w:t>9:45  to Allah taala ne asal mein yeh bataya ke insaan ko paida kiya Allah ne ek behtareen makhlooq ke taur par, phir rakh diya isko zameen mein.</w:t>
      </w:r>
      <w:r>
        <w:br/>
      </w:r>
      <w:r>
        <w:rPr>
          <w:sz w:val="20"/>
        </w:rPr>
        <w:t>10:00  zameen ko kaha gaya hai asghar safreen. yeh kyun? meri samajh mein aaya ke iska matlab hai ke insaan ko paida kiya ek idealist ke taur par aur zameen aisi cheez hai ke sab kuch hote hue bhi woh less than ideal hai.</w:t>
      </w:r>
      <w:r>
        <w:br/>
      </w:r>
      <w:r>
        <w:rPr>
          <w:sz w:val="20"/>
        </w:rPr>
        <w:t>10:19  zameen mein agar sab kuch hai, phir bhi woh less than ideal hai. is liye insaan kabhi bhi mutmaeen nahin hota. insaan ko kuch bhi mil jaye,</w:t>
      </w:r>
      <w:r>
        <w:br/>
      </w:r>
      <w:r>
        <w:rPr>
          <w:sz w:val="20"/>
        </w:rPr>
        <w:t>10:29  aap jante hain, koi mutmaeen nahin hota. jo king the, jo babay waldi log the, koi bhi badi badi poshish wale log kabhi bhi andar se mutmaeen nahin hote.</w:t>
      </w:r>
      <w:r>
        <w:br/>
      </w:r>
      <w:r>
        <w:rPr>
          <w:sz w:val="20"/>
        </w:rPr>
        <w:t>10:44  kyun? woh khud to hain idealist, lekin jis duniya mein unko rehna pad raha hai, woh hai less than ideal.</w:t>
      </w:r>
      <w:r>
        <w:br/>
      </w:r>
      <w:r>
        <w:rPr>
          <w:sz w:val="20"/>
        </w:rPr>
        <w:t>10:53  to unko fulfillment nahin milta.</w:t>
      </w:r>
    </w:p>
    <w:p>
      <w:pPr>
        <w:pStyle w:val="Heading2"/>
      </w:pPr>
      <w:r>
        <w:t>New dichotomy friend and supporter</w:t>
      </w:r>
    </w:p>
    <w:p>
      <w:r>
        <w:rPr>
          <w:color w:val="666666"/>
          <w:sz w:val="18"/>
        </w:rPr>
        <w:t>AL RISALA JANUARY 2017 | AUDIO · 1m 30s · at 1:02:56 · https://youtu.be/_nWm9Mixl-E?t=3776</w:t>
      </w:r>
    </w:p>
    <w:p>
      <w:r>
        <w:rPr>
          <w:i/>
        </w:rPr>
        <w:t>“Aaj ki duniya mein koi kisi ka dushman nahi”</w:t>
      </w:r>
    </w:p>
    <w:p>
      <w:r>
        <w:rPr>
          <w:sz w:val="20"/>
        </w:rPr>
        <w:t>1:02:56  jis masawat ka ghalba hai woh dost aur mu'eed ya supporter ka hai aaj ki dunya mein koi kisi ka dushman nahi aaj ki dunya mein koi shakhs ya to aap ka dost hoga aur agar dost na ho to woh aap ka mu'eed hoga goya jis daur ki peshangoi hadees mein ki gayi thi woh ab waqia ban chuki hai in riwayat mein mustaqbil ke jis waqie ko deen ki nisbat se bayan kiya</w:t>
      </w:r>
      <w:r>
        <w:br/>
      </w:r>
      <w:r>
        <w:rPr>
          <w:sz w:val="20"/>
        </w:rPr>
        <w:t>1:03:26  gaya hai woh haqeeqatan sari insaniyat ki nisbat se hai yani mustaqbil mein aik aisa zamana aayega jabke dushmani ka daur usooli taur par khatam ho jaye ga daur ke taqaze ki bina par log aik doosre ke dost honge aur agar dost na honge to woh imkani taur par aik doosre ke mu'eed ban jayenge islam se pehle hazaron saal se dunya mein jo culture raaij</w:t>
      </w:r>
      <w:r>
        <w:br/>
      </w:r>
      <w:r>
        <w:rPr>
          <w:sz w:val="20"/>
        </w:rPr>
        <w:t>1:03:56  tha woh yeh tha ke jo mera dost nahi woh mera dushman hai qadeem zamana zarat ya</w:t>
      </w:r>
      <w:r>
        <w:br/>
      </w:r>
      <w:r>
        <w:rPr>
          <w:sz w:val="20"/>
        </w:rPr>
        <w:t>1:04:04  agriculture aur kingship ka zamana tha is zamane mein har ek ka interest alag hota tha goya</w:t>
      </w:r>
      <w:r>
        <w:br/>
      </w:r>
      <w:r>
        <w:rPr>
          <w:sz w:val="20"/>
        </w:rPr>
        <w:t>1:04:11  ke woh zamana age of differing interest ka zamana tha is zamane mein bahami taalluqat ka culture wajood</w:t>
      </w:r>
      <w:r>
        <w:br/>
      </w:r>
      <w:r>
        <w:rPr>
          <w:sz w:val="20"/>
        </w:rPr>
        <w:t>1:04:19  mein nahi aaya tha log ya to apne apne zati daire mein rehte the ya</w:t>
      </w:r>
    </w:p>
    <w:p>
      <w:pPr>
        <w:pStyle w:val="Heading2"/>
      </w:pPr>
      <w:r>
        <w:t>Hand over control to partner to resolve conflict</w:t>
      </w:r>
    </w:p>
    <w:p>
      <w:r>
        <w:rPr>
          <w:color w:val="666666"/>
          <w:sz w:val="18"/>
        </w:rPr>
        <w:t>Spirituality in Daily Life October 4, 2008 · 2m 52s · at 36:41 · https://youtu.be/oeJR6tYqQVw?t=2201</w:t>
      </w:r>
    </w:p>
    <w:p>
      <w:r>
        <w:rPr>
          <w:i/>
        </w:rPr>
        <w:t>“To unhon ne kaha ke main to samajhta hun”</w:t>
      </w:r>
    </w:p>
    <w:p>
      <w:r>
        <w:rPr>
          <w:sz w:val="20"/>
        </w:rPr>
        <w:t>36:41  to unhon ne kaha ke main to samajhta hoon ke partnership ko khatam kar dein. main ne kaha kuch nahi, main ne ek baat logon se poochta</w:t>
      </w:r>
      <w:r>
        <w:br/>
      </w:r>
      <w:r>
        <w:rPr>
          <w:sz w:val="20"/>
        </w:rPr>
        <w:t>36:52  hoon, main ek baat yeh batayein ke woh honest hai ke nahi? woh aadmi matlab ek hai ke aadmi gussa karta ho, they are not a problem, anger is not a problem, because you can manage the anger.</w:t>
      </w:r>
      <w:r>
        <w:br/>
      </w:r>
      <w:r>
        <w:rPr>
          <w:sz w:val="20"/>
        </w:rPr>
        <w:t>37:07  jo manageable ho, woh problem nahi. yaad rakhiye, mera ek formula yeh bhi hai jo main ne apne samjhaye, apne is se, apne yaani tajurbe se, apne experience se.</w:t>
      </w:r>
      <w:r>
        <w:br/>
      </w:r>
      <w:r>
        <w:rPr>
          <w:sz w:val="20"/>
        </w:rPr>
        <w:t>37:22  date two kind of problems, psychological and physical. psychological and physical, jaise farz ki jiye ke ek aadmi ko chot lag gayi, ab bleeding ho rahi hai, bleeding to it is a physical problem.</w:t>
      </w:r>
      <w:r>
        <w:br/>
      </w:r>
      <w:r>
        <w:rPr>
          <w:sz w:val="20"/>
        </w:rPr>
        <w:t>37:40  that is a physical problem, to aap ko doctor ke paas jana parega, first aid leni paregi. lekin psychological problem to kuch problem hi nahi hai,</w:t>
      </w:r>
      <w:r>
        <w:br/>
      </w:r>
      <w:r>
        <w:rPr>
          <w:sz w:val="20"/>
        </w:rPr>
        <w:t>37:51  yani ghusse mein aa kar ek aadmi ne aap ko pagal keh diya to yeh psychological problem hai. aap ghussa, aap, aap, aap bhi kyun ghussa hon?</w:t>
      </w:r>
      <w:r>
        <w:br/>
      </w:r>
      <w:r>
        <w:rPr>
          <w:sz w:val="20"/>
        </w:rPr>
        <w:t>38:01  main, main aksar sochta hoon, mujhe kehte hain aisa log to main kehta hoon ke un ke kehne se mera saath ban nahi gaya, ban nahi gaya. main jo hoon, woh waise hi rahoon ga phir bhi.</w:t>
      </w:r>
      <w:r>
        <w:br/>
      </w:r>
      <w:r>
        <w:rPr>
          <w:sz w:val="20"/>
        </w:rPr>
        <w:t>38:15  to un se main ne poocha ek hi baat, yeh bataiye ke woh aadmi ghussa karta hai? haan, jhagda karta hai? haan. main ne poocha ke yeh bataiye ke honest hai ke nahi?</w:t>
      </w:r>
      <w:r>
        <w:br/>
      </w:r>
      <w:r>
        <w:rPr>
          <w:sz w:val="20"/>
        </w:rPr>
        <w:t>38:25  kahin bhai, honest to hai woh. main ne kaha ab phir koi problem nahi hai, aap jaiye, us se kahiye ke aaj se</w:t>
      </w:r>
      <w:r>
        <w:br/>
      </w:r>
      <w:r>
        <w:rPr>
          <w:sz w:val="20"/>
        </w:rPr>
        <w:t>38:35  mere aap ke darmiyan ek baat main tay ho jani chahiye, woh yeh hai ke sara mamla main aap ke hawale karta hoon</w:t>
      </w:r>
      <w:r>
        <w:br/>
      </w:r>
      <w:r>
        <w:rPr>
          <w:sz w:val="20"/>
        </w:rPr>
        <w:t>38:44  , mera koi hissa nahi hoga, aise waise koi mere hisse nahi hogi. jo aap kahenge, wahi main karna hai, woh jo aap kahenge, wahi mujhe karna hai.</w:t>
      </w:r>
      <w:r>
        <w:br/>
      </w:r>
      <w:r>
        <w:rPr>
          <w:sz w:val="20"/>
        </w:rPr>
        <w:t>38:56  to woh aadmi sochne laga, ek aisa aadmi hai, abhi tak to yeh jhagad jhagadta tha, aaj keh raha hai ke meri koi hissa nahi hai. achha, us ne kaha ke mujhe do din sochne do.</w:t>
      </w:r>
      <w:r>
        <w:br/>
      </w:r>
      <w:r>
        <w:rPr>
          <w:sz w:val="20"/>
        </w:rPr>
        <w:t>39:07  do din sochne ke baad us ne kaha ke bhai, aap se acha to mujhe koi partner nahi milega,</w:t>
      </w:r>
      <w:r>
        <w:br/>
      </w:r>
      <w:r>
        <w:rPr>
          <w:sz w:val="20"/>
        </w:rPr>
        <w:t>39:14  ab aap se mera bhi jhagda khatam, aap se ab main aap hi ke, aap hi ko follow karoon ga. aur kai barson ho chuke hain is baat ko, ab un ki, un ka jo partnership hai, bohat achhe tarike se chal rahi hai, kyunke dono lad jhagad jaate the,</w:t>
      </w:r>
    </w:p>
    <w:p>
      <w:pPr>
        <w:pStyle w:val="Heading2"/>
      </w:pPr>
      <w:r>
        <w:t>Purification is continuous, not a training course</w:t>
      </w:r>
    </w:p>
    <w:p>
      <w:r>
        <w:rPr>
          <w:color w:val="666666"/>
          <w:sz w:val="18"/>
        </w:rPr>
        <w:t>Tazkiya-e-Nafs Book by Maulana Wahiduddin Khan · 2m 25s · at 14:06 · https://youtu.be/LbGPnJWmj1A?t=846</w:t>
      </w:r>
    </w:p>
    <w:p>
      <w:r>
        <w:rPr>
          <w:i/>
        </w:rPr>
        <w:t>“Is riwayat se tazkiya ka masnoon tareeqa maloom hota hai”</w:t>
      </w:r>
    </w:p>
    <w:p>
      <w:r>
        <w:rPr>
          <w:sz w:val="20"/>
        </w:rPr>
        <w:t>14:06  tazkiya ek musalsal amal. kitaab "tazkiya nafs" Maulana Wahiduddin Khan, safha number 8.</w:t>
      </w:r>
      <w:r>
        <w:br/>
      </w:r>
      <w:r>
        <w:rPr>
          <w:sz w:val="20"/>
        </w:rPr>
        <w:t>14:18  paighambr Islam Sal Allahu Alaihi Wasallam ki ahliya Hazrat Aisha rasool Allah Sal Allahu Alaihi Wasallam ke baray mein kehti hain: "kan rasool Allah Sal Allahu Alaihi Wasallam yadhkur Allah ala kulli ahyaanihi" sahih al-bukhari kitaab al-janaiz yaani rasool Allah Sal Allahu Alaihi Wasallam har mauqa yaani occasion par Allah ko yaad karte thay.</w:t>
      </w:r>
      <w:r>
        <w:br/>
      </w:r>
      <w:r>
        <w:rPr>
          <w:sz w:val="20"/>
        </w:rPr>
        <w:t>14:43  is riwayat se tazkiya ka masnoon tareeqa maloom hota hai. mamooli lafzi farq ke sath is riwayat ka matlab yeh hai: "kan rasool Allah Sal Allahu Alaihi Wasallam yuzakki nafsihi ala kulli ahyaanihi" yaani rasool Allah har mauqa par apna tazkiya karte thay.</w:t>
      </w:r>
      <w:r>
        <w:br/>
      </w:r>
      <w:r>
        <w:rPr>
          <w:sz w:val="20"/>
        </w:rPr>
        <w:t>15:02  is se maloom hua ke tazkiya kisi waqti tarteebi course ka naam nahi, tazkiya ek musalsal amal ka naam hai.</w:t>
      </w:r>
      <w:r>
        <w:br/>
      </w:r>
      <w:r>
        <w:rPr>
          <w:sz w:val="20"/>
        </w:rPr>
        <w:t>15:11  jab ek momin sachai ko daryaft karta hai to shaoori bedari ki bina par us ka haal yeh ho jata hai ke har waqea aur tajruba us ke liye tazkiya ka point of reference ban jata hai.</w:t>
      </w:r>
      <w:r>
        <w:br/>
      </w:r>
      <w:r>
        <w:rPr>
          <w:sz w:val="20"/>
        </w:rPr>
        <w:t>15:23  is tarah woh har lamha aur har subah o shaam tazkiya ki khorak hasil karta rehta hai. tazkiya ka yeh amal ta dam marg jari rehta</w:t>
      </w:r>
      <w:r>
        <w:br/>
      </w:r>
      <w:r>
        <w:rPr>
          <w:sz w:val="20"/>
        </w:rPr>
        <w:t>15:33  hai. jis tarah jismani tawanaai musalsal taghziyay ke zariye hasil hoti hai, usi tarah tazkiya ek musalsal amal ke zariye hasil hota hai.</w:t>
      </w:r>
      <w:r>
        <w:br/>
      </w:r>
      <w:r>
        <w:rPr>
          <w:sz w:val="20"/>
        </w:rPr>
        <w:t>15:43  aam taur par yeh samjha jata hai ke waqti noiyat ka tarteebi course yaani training course tazkiya ka zariya hai. yaani jis tarah madrase mein ek mutayyan aur mahdood course ke zariye deeni taleem hasil ki jati hai,</w:t>
      </w:r>
      <w:r>
        <w:br/>
      </w:r>
      <w:r>
        <w:rPr>
          <w:sz w:val="20"/>
        </w:rPr>
        <w:t>15:56  usi tarah tazkiya bhi ek mahdood muddat mein ek mutayyan course ke zariye hasil hota hai. magar haqeeqat yeh hai ke yeh tazkiya ki tasgheer yaani underestimation hai.</w:t>
      </w:r>
      <w:r>
        <w:br/>
      </w:r>
      <w:r>
        <w:rPr>
          <w:sz w:val="20"/>
        </w:rPr>
        <w:t>16:08  tazkiya ek musalsal zehni amal ke zariye hasil hota hai, na ke kisi qism ke waqti course ke zariye. tazkiya ke liye ek bedar zehn awakened mind darkar hai.</w:t>
      </w:r>
      <w:r>
        <w:br/>
      </w:r>
      <w:r>
        <w:rPr>
          <w:sz w:val="20"/>
        </w:rPr>
        <w:t>16:21  tazkiya ek izafa pazeer amal hai, woh kisi jamid qism ki mashq yaani exercise ka nateeja nahi.</w:t>
      </w:r>
    </w:p>
    <w:p>
      <w:pPr>
        <w:pStyle w:val="Heading2"/>
      </w:pPr>
      <w:r>
        <w:t>Spiritual tree analogy for human condition</w:t>
      </w:r>
    </w:p>
    <w:p>
      <w:r>
        <w:rPr>
          <w:color w:val="666666"/>
          <w:sz w:val="18"/>
        </w:rPr>
        <w:t>From the Spiritual Tree August 31, 2008 · 2m 29s · at 0:37 · https://youtu.be/yqFdYWdODM0?t=37</w:t>
      </w:r>
    </w:p>
    <w:p>
      <w:r>
        <w:rPr>
          <w:i/>
        </w:rPr>
        <w:t>“Today's talk title is 'From the Spiritual Tree'.”</w:t>
      </w:r>
    </w:p>
    <w:p>
      <w:r>
        <w:rPr>
          <w:sz w:val="20"/>
        </w:rPr>
        <w:t>0:37  aaj ki baat ka title hai "from the spiritual tree".</w:t>
      </w:r>
      <w:r>
        <w:br/>
      </w:r>
      <w:r>
        <w:rPr>
          <w:sz w:val="20"/>
        </w:rPr>
        <w:t>0:48  aap jante hain ke hamare ghar ke paas ek peed hai, us ko hum spiritual tree kehte hain.</w:t>
      </w:r>
      <w:r>
        <w:br/>
      </w:r>
      <w:r>
        <w:rPr>
          <w:sz w:val="20"/>
        </w:rPr>
        <w:t>1:00  bahut dinon se maine us ka reference nahi diya tha.</w:t>
      </w:r>
      <w:r>
        <w:br/>
      </w:r>
      <w:r>
        <w:rPr>
          <w:sz w:val="20"/>
        </w:rPr>
        <w:t>1:07  kyun? is liye ke woh kai mahinon se sookh gaya tha. yaani jis ko kehte hain Hindi mein thand, aur English mein kehte hain stump,</w:t>
      </w:r>
      <w:r>
        <w:br/>
      </w:r>
      <w:r>
        <w:rPr>
          <w:sz w:val="20"/>
        </w:rPr>
        <w:t>1:23  stum p. ek to woh thand ya stump ho gaya tha. sokhi lakri ke tareeqe se woh khada hua tha.</w:t>
      </w:r>
      <w:r>
        <w:br/>
      </w:r>
      <w:r>
        <w:rPr>
          <w:sz w:val="20"/>
        </w:rPr>
        <w:t>1:34  us mein hariyali nahi thi, patiyan nahi thin, kuch bhi nahi tha.</w:t>
      </w:r>
      <w:r>
        <w:br/>
      </w:r>
      <w:r>
        <w:rPr>
          <w:sz w:val="20"/>
        </w:rPr>
        <w:t>1:42  maine samjha ke yeh hamara jo spiritual tree hai, shayad us ki umr poori ho gayi, woh dead ho gaya.</w:t>
      </w:r>
      <w:r>
        <w:br/>
      </w:r>
      <w:r>
        <w:rPr>
          <w:sz w:val="20"/>
        </w:rPr>
        <w:t>1:53  ab woh khatam ho gaya. lekin abhi jo barsaat hui, to barsaat ke baad maine dekha ke phir us ke andar patiyan, hari patiyan nikal rahi hain.</w:t>
      </w:r>
      <w:r>
        <w:br/>
      </w:r>
      <w:r>
        <w:rPr>
          <w:sz w:val="20"/>
        </w:rPr>
        <w:t>2:11  nikalte nikalte phir woh waise hi ho gaya. aaj subah main apne spiritual tree ke neeche baitha to waise hi woh hara bhara tha, waise hi shadab tha.</w:t>
      </w:r>
      <w:r>
        <w:br/>
      </w:r>
      <w:r>
        <w:rPr>
          <w:sz w:val="20"/>
        </w:rPr>
        <w:t>2:26  mein der tak is ke neeche baitha raha aur jaisa ke aap jante hain, inspiration leta raha. isi liye aaj ki talk ka maine jo</w:t>
      </w:r>
      <w:r>
        <w:br/>
      </w:r>
      <w:r>
        <w:rPr>
          <w:sz w:val="20"/>
        </w:rPr>
        <w:t>2:41  jo bataya hai unwan woh hai "from the spiritual tree".</w:t>
      </w:r>
      <w:r>
        <w:br/>
      </w:r>
      <w:r>
        <w:rPr>
          <w:sz w:val="20"/>
        </w:rPr>
        <w:t>2:49  mein soch raha tha ke insaan bhi isi tarah se thand ho jate hain, stamp ho jate hain. balkeh aaj ke saare hi insaan thand ho chuke hain.</w:t>
      </w:r>
      <w:r>
        <w:br/>
      </w:r>
      <w:r>
        <w:rPr>
          <w:sz w:val="20"/>
        </w:rPr>
        <w:t>3:02  magar woh phir hare nahin hote.</w:t>
      </w:r>
    </w:p>
    <w:p>
      <w:pPr>
        <w:pStyle w:val="Heading2"/>
      </w:pPr>
      <w:r>
        <w:t>Curiosity and discontent, the trait of Nobel laureates</w:t>
      </w:r>
    </w:p>
    <w:p>
      <w:r>
        <w:rPr>
          <w:color w:val="666666"/>
          <w:sz w:val="18"/>
        </w:rPr>
        <w:t>Spirituality in Simple Living, High Thinking October 27, 2019 Maulana Wahiduddin Khan · 2m 06s · at 38:31 · https://youtu.be/Kr28g15eFr8?t=2311</w:t>
      </w:r>
    </w:p>
    <w:p>
      <w:r>
        <w:rPr>
          <w:i/>
        </w:rPr>
        <w:t>“Why do I feel dejected even though I keep working?”</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p>
    <w:p>
      <w:pPr>
        <w:pStyle w:val="Heading2"/>
      </w:pPr>
      <w:r>
        <w:t>Prophet's teaching on modesty as spiritual sign</w:t>
      </w:r>
    </w:p>
    <w:p>
      <w:r>
        <w:rPr>
          <w:color w:val="666666"/>
          <w:sz w:val="18"/>
        </w:rPr>
        <w:t>Spirituality in Daily Life 13 Aug 2016 - Maulana Wahiduddin Khan · 2m 36s · at 19:45 · https://youtu.be/SB0AF0Q9aTE?t=1185</w:t>
      </w:r>
    </w:p>
    <w:p>
      <w:r>
        <w:rPr>
          <w:i/>
        </w:rPr>
        <w:t>“Rasoolallah ek waqt kisi raste par chal rahe the.”</w:t>
      </w:r>
    </w:p>
    <w:p>
      <w:r>
        <w:rPr>
          <w:sz w:val="20"/>
        </w:rPr>
        <w:t>19:45  jaise dekhiye, rasoolullah ek waqt kisi rastay par chal rahe thay aur aap ke sath kuch sahaba bhi thay. to koi podha zameen mein uga hua tha. chotay chotay podhay jo hotay hain,</w:t>
      </w:r>
      <w:r>
        <w:br/>
      </w:r>
      <w:r>
        <w:rPr>
          <w:sz w:val="20"/>
        </w:rPr>
        <w:t>20:03  aap ke rastay mein dikhai paray. to hawa chal rahi thi. to hawa mein kya hota tha? hawa chalti thi, to parda jhuk jata tha. idhar jhonka aaya, udhar jhuk gaya, udhar gaya, udhar jhuk gaya.</w:t>
      </w:r>
      <w:r>
        <w:br/>
      </w:r>
      <w:r>
        <w:rPr>
          <w:sz w:val="20"/>
        </w:rPr>
        <w:t>20:22  to aap ne kaha ke momin ki misaal aisi hai. momin aise hi hota hai ke idhar ka jhonka aaya, idhar jhuk gaya. idhar jhuk aaya, to idhar jhuk gaya. iska matlab kya hua?</w:t>
      </w:r>
      <w:r>
        <w:br/>
      </w:r>
      <w:r>
        <w:rPr>
          <w:sz w:val="20"/>
        </w:rPr>
        <w:t>20:39  iska matlab yeh hua ke level uska ooncha hota hai. usko akad nahi hoti, uske andar larne ka buzdar nahi hota. uske andar pride,</w:t>
      </w:r>
      <w:r>
        <w:br/>
      </w:r>
      <w:r>
        <w:rPr>
          <w:sz w:val="20"/>
        </w:rPr>
        <w:t>20:55  arrogance,</w:t>
      </w:r>
      <w:r>
        <w:br/>
      </w:r>
      <w:r>
        <w:rPr>
          <w:sz w:val="20"/>
        </w:rPr>
        <w:t>20:57  yeh sab nahi hota. kyunke podhay mein sab cheezain nahi hoti. to jiske andar spirituality aati hai, spirituality, to uske paas pehchan yeh hai ke uska andar modest ho. ek lafz mein agar main kahoon ke spirituality ki pehchan kya hai,</w:t>
      </w:r>
      <w:r>
        <w:br/>
      </w:r>
      <w:r>
        <w:rPr>
          <w:sz w:val="20"/>
        </w:rPr>
        <w:t>21:17  to main kahunga ke modesty. Modest ko kehte hain tawazu. Tawazu ya modesty pehchan hai spirituality ki.</w:t>
      </w:r>
      <w:r>
        <w:br/>
      </w:r>
      <w:r>
        <w:rPr>
          <w:sz w:val="20"/>
        </w:rPr>
        <w:t>21:30  jiske andar aap sachi modesty ho, to zaroor uske andar spirituality hogi. Spirituality aur modesty dono hum ek doosre se juray hue hotay hain. woh ek doosre se alag nahi hotay.</w:t>
      </w:r>
      <w:r>
        <w:br/>
      </w:r>
      <w:r>
        <w:rPr>
          <w:sz w:val="20"/>
        </w:rPr>
        <w:t>21:50  to aadmi agar ko judge karna hai ke uske andar spirituality aayi ya nahi aayi, to yeh dekhen ke uske andar modesty aayi ya nahi aayi. woh mind controlled bana ya nahi bana.</w:t>
      </w:r>
      <w:r>
        <w:br/>
      </w:r>
      <w:r>
        <w:rPr>
          <w:sz w:val="20"/>
        </w:rPr>
        <w:t>22:06  Maulana sahib, we received a question from Multan, Pakistan, from Mr Ali Darvesh sahib, and he wants to know from you that are there any upper or lower grades of spirituality.</w:t>
      </w:r>
    </w:p>
    <w:p>
      <w:pPr>
        <w:pStyle w:val="Heading2"/>
      </w:pPr>
      <w:r>
        <w:t>Spiritual light requires positive thinking</w:t>
      </w:r>
    </w:p>
    <w:p>
      <w:r>
        <w:rPr>
          <w:color w:val="666666"/>
          <w:sz w:val="18"/>
        </w:rPr>
        <w:t>Spiritual Light Nov 26, 2006 Maulana Wahiduddin Khan · 2m 52s · at 22:17 · https://youtu.be/IhfHxIakZOw?t=1337</w:t>
      </w:r>
    </w:p>
    <w:p>
      <w:r>
        <w:rPr>
          <w:i/>
        </w:rPr>
        <w:t>“I said electricity illustrates this well”</w:t>
      </w:r>
    </w:p>
    <w:p>
      <w:r>
        <w:rPr>
          <w:sz w:val="20"/>
        </w:rPr>
        <w:t>22:17  to maine kaha ke yeh jo electricity hamari hai woh bohat achhi tarah illustrate karti hai is mamle ko ke yeh yeh jo give and take ka mamla hota hai khuda aur bande ke beech mein woh kaise hota hai?</w:t>
      </w:r>
      <w:r>
        <w:br/>
      </w:r>
      <w:r>
        <w:rPr>
          <w:sz w:val="20"/>
        </w:rPr>
        <w:t>22:38  to electricity is ka ek demonstration hai. kyunke aap jante hain ke electricity aati hai power house se. power house hamare ghar se door hai.</w:t>
      </w:r>
      <w:r>
        <w:br/>
      </w:r>
      <w:r>
        <w:rPr>
          <w:sz w:val="20"/>
        </w:rPr>
        <w:t>22:50  wahan se wiring hoti hai jo hamare ghar tak pohnchti hai. to wire ke through electricity jo hai hamare ghar pohnchti hai.</w:t>
      </w:r>
      <w:r>
        <w:br/>
      </w:r>
      <w:r>
        <w:rPr>
          <w:sz w:val="20"/>
        </w:rPr>
        <w:t>23:00  lekin power house ka jo jo taar hai aur hamare ghar ka jo taar hai to jahan woh connect hota hai, jo connecting point hai wahan meri taraf good conductor hona chahiye.</w:t>
      </w:r>
      <w:r>
        <w:br/>
      </w:r>
      <w:r>
        <w:rPr>
          <w:sz w:val="20"/>
        </w:rPr>
        <w:t>23:19  agar maine apne taar ko bad conductor ko bana rakha hai, matlab lakri ka taar ho, wahan lakri fit kar rakhi ho maine, yani connecting point jo hai dono ke beech mein, wahan par meri taraf bad conductor ho to electricity aayegi lekin woh mere ghar mein nahi dakhil hogi.</w:t>
      </w:r>
      <w:r>
        <w:br/>
      </w:r>
      <w:r>
        <w:rPr>
          <w:sz w:val="20"/>
        </w:rPr>
        <w:t>23:47  mere bulb ko roshan nahi karegi.</w:t>
      </w:r>
      <w:r>
        <w:br/>
      </w:r>
      <w:r>
        <w:rPr>
          <w:sz w:val="20"/>
        </w:rPr>
        <w:t>23:52  jab tak hum, yeh tabhi hoga jab ke hum good conductor lagayen. yani connecting point par hamari taraf good conductor hona chahiye.</w:t>
      </w:r>
      <w:r>
        <w:br/>
      </w:r>
      <w:r>
        <w:rPr>
          <w:sz w:val="20"/>
        </w:rPr>
        <w:t>24:04  tab electricity pass hogi. yahi mamla hai khuda aur bande ka. ke mujhe good conductor hona chahiye.</w:t>
      </w:r>
      <w:r>
        <w:br/>
      </w:r>
      <w:r>
        <w:rPr>
          <w:sz w:val="20"/>
        </w:rPr>
        <w:t>24:16  tab khuda ki taraf se aanay wali jo spiritual light hai woh mujh tak pohnchegi. meri personality ko roshan karegi. mere soul ko roshan karegi.</w:t>
      </w:r>
      <w:r>
        <w:br/>
      </w:r>
      <w:r>
        <w:rPr>
          <w:sz w:val="20"/>
        </w:rPr>
        <w:t>24:29  to good conductor, good yani insaan ka good conductor hona kya hai? woh yeh hai ke maine wahan yeh baat kahi ke mere andar positivity ho,</w:t>
      </w:r>
      <w:r>
        <w:br/>
      </w:r>
      <w:r>
        <w:rPr>
          <w:sz w:val="20"/>
        </w:rPr>
        <w:t>24:45  negativity na ho. yani agar mera mind negative thinking ho mere mind mein to main bad conductor ban gaya.</w:t>
      </w:r>
      <w:r>
        <w:br/>
      </w:r>
      <w:r>
        <w:rPr>
          <w:sz w:val="20"/>
        </w:rPr>
        <w:t>24:59  aur mere mind mein positive thinking ho to main good conductor ban gaya. yeh hai raaz.</w:t>
      </w:r>
    </w:p>
    <w:p>
      <w:pPr>
        <w:pStyle w:val="Heading2"/>
      </w:pPr>
      <w:r>
        <w:t>Mocking a shallow passport-and-visa view of Islam</w:t>
      </w:r>
    </w:p>
    <w:p>
      <w:r>
        <w:rPr>
          <w:color w:val="666666"/>
          <w:sz w:val="18"/>
        </w:rPr>
        <w:t>Divine Personality April 2, 2014 Maulana Wahiduddin Khan · 2m 46s · at 0:11 · https://youtu.be/4F-V__KFzpA?t=11</w:t>
      </w:r>
    </w:p>
    <w:p>
      <w:r>
        <w:rPr>
          <w:i/>
        </w:rPr>
        <w:t>“Today I would like to say a few words about the teachings of Islam.”</w:t>
      </w:r>
    </w:p>
    <w:p>
      <w:r>
        <w:rPr>
          <w:sz w:val="20"/>
        </w:rPr>
        <w:t>0:11  Today I would like to say a few words about the teachings of Islam.</w:t>
      </w:r>
      <w:r>
        <w:br/>
      </w:r>
      <w:r>
        <w:rPr>
          <w:sz w:val="20"/>
        </w:rPr>
        <w:t>0:21  Yesterday I was listening to a talk given by a popular Muslim speak</w:t>
      </w:r>
      <w:r>
        <w:br/>
      </w:r>
      <w:r>
        <w:rPr>
          <w:sz w:val="20"/>
        </w:rPr>
        <w:t>0:37  er. During his speech he said that he used an analogy, an analogy of passport and visa.</w:t>
      </w:r>
      <w:r>
        <w:br/>
      </w:r>
      <w:r>
        <w:rPr>
          <w:sz w:val="20"/>
        </w:rPr>
        <w:t>0:55  He said that</w:t>
      </w:r>
      <w:r>
        <w:br/>
      </w:r>
      <w:r>
        <w:rPr>
          <w:sz w:val="20"/>
        </w:rPr>
        <w:t>0:59  there is a passport of Islam, also there is a visa of Islam.</w:t>
      </w:r>
      <w:r>
        <w:br/>
      </w:r>
      <w:r>
        <w:rPr>
          <w:sz w:val="20"/>
        </w:rPr>
        <w:t>1:04  So he said that La ilaha illallah is the passport of Islam and Muhammadur Rasulullah is its visa.</w:t>
      </w:r>
      <w:r>
        <w:br/>
      </w:r>
      <w:r>
        <w:rPr>
          <w:sz w:val="20"/>
        </w:rPr>
        <w:t>1:20  Then he said that every Muslim always has the passport.</w:t>
      </w:r>
      <w:r>
        <w:br/>
      </w:r>
      <w:r>
        <w:rPr>
          <w:sz w:val="20"/>
        </w:rPr>
        <w:t>1:29  Every Muslim when he is born he is</w:t>
      </w:r>
      <w:r>
        <w:br/>
      </w:r>
      <w:r>
        <w:rPr>
          <w:sz w:val="20"/>
        </w:rPr>
        <w:t>1:39  recited the Kalima, La ilaha illallah.</w:t>
      </w:r>
      <w:r>
        <w:br/>
      </w:r>
      <w:r>
        <w:rPr>
          <w:sz w:val="20"/>
        </w:rPr>
        <w:t>1:45  So already he has obtained the passport of Islam. Now the only thing that he must stamp the visa of Islam, that is following the Muhammad (صلى الله عليه وسلم).</w:t>
      </w:r>
      <w:r>
        <w:br/>
      </w:r>
      <w:r>
        <w:rPr>
          <w:sz w:val="20"/>
        </w:rPr>
        <w:t>2:10  This kind of presentation of Islam is like a joke.</w:t>
      </w:r>
      <w:r>
        <w:br/>
      </w:r>
      <w:r>
        <w:rPr>
          <w:sz w:val="20"/>
        </w:rPr>
        <w:t>2:16  I don't think that this kind of presentation has any impact upon the listeners. It is a kind of entertainment.</w:t>
      </w:r>
      <w:r>
        <w:br/>
      </w:r>
      <w:r>
        <w:rPr>
          <w:sz w:val="20"/>
        </w:rPr>
        <w:t>2:32  It is not a da'wah.</w:t>
      </w:r>
      <w:r>
        <w:br/>
      </w:r>
      <w:r>
        <w:rPr>
          <w:sz w:val="20"/>
        </w:rPr>
        <w:t>2:39  Then if you see the modern situation of Muslim countries you will find that every day in the media there are some</w:t>
      </w:r>
    </w:p>
    <w:p>
      <w:pPr>
        <w:pStyle w:val="Heading2"/>
      </w:pPr>
      <w:r>
        <w:t>Thinking freely and avoiding imitation</w:t>
      </w:r>
    </w:p>
    <w:p>
      <w:r>
        <w:rPr>
          <w:color w:val="666666"/>
          <w:sz w:val="18"/>
        </w:rPr>
        <w:t>Message of The Quran March 29, 2015 · 9m 49s · at 49:48 · https://youtu.be/u57TpiO8A7Y?t=2988</w:t>
      </w:r>
    </w:p>
    <w:p>
      <w:r>
        <w:rPr>
          <w:i/>
        </w:rPr>
        <w:t>“Many ulemas don't let us think or question”</w:t>
      </w:r>
    </w:p>
    <w:p>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r>
        <w:br/>
      </w:r>
      <w:r>
        <w:rPr>
          <w:sz w:val="20"/>
        </w:rPr>
        <w:t>52:23  molana agla sawal kia hai mumbai se shakeel sahab ne aur unhon ne likha hai</w:t>
      </w:r>
      <w:r>
        <w:br/>
      </w:r>
      <w:r>
        <w:rPr>
          <w:sz w:val="20"/>
        </w:rPr>
        <w:t>52:31  molana believe in god is also a need of every human being just like any other thing if</w:t>
      </w:r>
      <w:r>
        <w:br/>
      </w:r>
      <w:r>
        <w:rPr>
          <w:sz w:val="20"/>
        </w:rPr>
        <w:t>52:39  people do not believe in god then their life becomes purposeless</w:t>
      </w:r>
      <w:r>
        <w:br/>
      </w:r>
      <w:r>
        <w:rPr>
          <w:sz w:val="20"/>
        </w:rPr>
        <w:t>52:44  how do we make others realize this thing please guide us dekhiye quran mein ek ayat hai</w:t>
      </w:r>
      <w:r>
        <w:br/>
      </w:r>
      <w:r>
        <w:rPr>
          <w:sz w:val="20"/>
        </w:rPr>
        <w:t>52:58  yani apne aap par ghor kar ke aap Allah ko daryaft kar sakte hain</w:t>
      </w:r>
      <w:r>
        <w:br/>
      </w:r>
      <w:r>
        <w:rPr>
          <w:sz w:val="20"/>
        </w:rPr>
        <w:t>53:03  isi liye bukhari mein ye riwayat hai ke</w:t>
      </w:r>
      <w:r>
        <w:br/>
      </w:r>
      <w:r>
        <w:rPr>
          <w:sz w:val="20"/>
        </w:rPr>
        <w:t>53:08  Allah ne insan ko apni surat par paida kiya</w:t>
      </w:r>
      <w:r>
        <w:br/>
      </w:r>
      <w:r>
        <w:rPr>
          <w:sz w:val="20"/>
        </w:rPr>
        <w:t>53:12  apni surat par apni surat mani nahi ke wo aisi jaise hamare hath paon waise Allah ke hath</w:t>
      </w:r>
      <w:r>
        <w:br/>
      </w:r>
      <w:r>
        <w:rPr>
          <w:sz w:val="20"/>
        </w:rPr>
        <w:t>53:18  paon naoozubillah nahi Allah ne insan ko is tarah banaya hai ke agar aap ghor karen apne</w:t>
      </w:r>
      <w:r>
        <w:br/>
      </w:r>
      <w:r>
        <w:rPr>
          <w:sz w:val="20"/>
        </w:rPr>
        <w:t>53:24  bare mein to aap apne khalq ko daryaft kar sakte hain aap ek makhlooq hain is makhlooq ko</w:t>
      </w:r>
      <w:r>
        <w:br/>
      </w:r>
      <w:r>
        <w:rPr>
          <w:sz w:val="20"/>
        </w:rPr>
        <w:t>53:32  daryaft karen aap to</w:t>
      </w:r>
      <w:r>
        <w:br/>
      </w:r>
      <w:r>
        <w:rPr>
          <w:sz w:val="20"/>
        </w:rPr>
        <w:t>53:34  aap yaqeeni taur par khalq ko daryaft kar sakte hain ye matlab hai is ka</w:t>
      </w:r>
      <w:r>
        <w:br/>
      </w:r>
      <w:r>
        <w:rPr>
          <w:sz w:val="20"/>
        </w:rPr>
        <w:t>53:39  to har insan apne aap mein ek Khuda ki dalil hai har insan apne aap mein Khuda ki</w:t>
      </w:r>
      <w:r>
        <w:br/>
      </w:r>
      <w:r>
        <w:rPr>
          <w:sz w:val="20"/>
        </w:rPr>
        <w:t>53:47  ma'rifat ka saman rakhta hai sirf zaroorat hai ghor o fikr ki</w:t>
      </w:r>
      <w:r>
        <w:br/>
      </w:r>
      <w:r>
        <w:rPr>
          <w:sz w:val="20"/>
        </w:rPr>
        <w:t>53:56  molana agla sawal lene se pehle ek comment parhna chahenge jo molana abdul basit umri ne bheji hai</w:t>
      </w:r>
      <w:r>
        <w:br/>
      </w:r>
      <w:r>
        <w:rPr>
          <w:sz w:val="20"/>
        </w:rPr>
        <w:t>54:03  doha qatar se aur unhon ne likha hai</w:t>
      </w:r>
      <w:r>
        <w:br/>
      </w:r>
      <w:r>
        <w:rPr>
          <w:sz w:val="20"/>
        </w:rPr>
        <w:t>54:07  molana aaj pehli bar mujhe clearly ye wazeh hua ke quran ka maqsad mere zehan ko kholna hai</w:t>
      </w:r>
      <w:r>
        <w:br/>
      </w:r>
      <w:r>
        <w:rPr>
          <w:sz w:val="20"/>
        </w:rPr>
        <w:t>54:15  mujhe creative insan banana hai ye mere liye bohat zyada thrilling wali baat hai Allah aap ko lambi</w:t>
      </w:r>
      <w:r>
        <w:br/>
      </w:r>
      <w:r>
        <w:rPr>
          <w:sz w:val="20"/>
        </w:rPr>
        <w:t>54:23  umar de taake aap se zyada se zyada istifada kar saken</w:t>
      </w:r>
      <w:r>
        <w:br/>
      </w:r>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r>
        <w:br/>
      </w:r>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Debunking mystics and the myth of the heart</w:t>
      </w:r>
    </w:p>
    <w:p>
      <w:r>
        <w:rPr>
          <w:color w:val="666666"/>
          <w:sz w:val="18"/>
        </w:rPr>
        <w:t>Spirituality in Simple Living, High Thinking October 27, 2019 Maulana Wahiduddin Khan · 1m 44s · at 14:09 · https://youtu.be/Kr28g15eFr8?t=849</w:t>
      </w:r>
    </w:p>
    <w:p>
      <w:r>
        <w:rPr>
          <w:i/>
        </w:rPr>
        <w:t>“Mystics were wrongly declared masters of spirituality”</w:t>
      </w:r>
    </w:p>
    <w:p>
      <w:r>
        <w:rPr>
          <w:sz w:val="20"/>
        </w:rPr>
        <w:t>14:09  ke master woh log ban maan liye gaye the jo</w:t>
      </w:r>
      <w:r>
        <w:br/>
      </w:r>
      <w:r>
        <w:rPr>
          <w:sz w:val="20"/>
        </w:rPr>
        <w:t>14:19  mysticism wale log the. mysticism,</w:t>
      </w:r>
      <w:r>
        <w:br/>
      </w:r>
      <w:r>
        <w:rPr>
          <w:sz w:val="20"/>
        </w:rPr>
        <w:t>14:26  mein samajhta hoon ke mysticism ka naam spirituality nahi hai,</w:t>
      </w:r>
      <w:r>
        <w:br/>
      </w:r>
      <w:r>
        <w:rPr>
          <w:sz w:val="20"/>
        </w:rPr>
        <w:t>14:35  aur mysticism ki waja se unhone samajh liya ke</w:t>
      </w:r>
      <w:r>
        <w:br/>
      </w:r>
      <w:r>
        <w:rPr>
          <w:sz w:val="20"/>
        </w:rPr>
        <w:t>14:48  spirituality koi heart based subject hai, yani dil se taluq hai is ka.</w:t>
      </w:r>
      <w:r>
        <w:br/>
      </w:r>
      <w:r>
        <w:rPr>
          <w:sz w:val="20"/>
        </w:rPr>
        <w:t>14:58  to kuch mysterious qism ki exercise le kar de dein.</w:t>
      </w:r>
      <w:r>
        <w:br/>
      </w:r>
      <w:r>
        <w:rPr>
          <w:sz w:val="20"/>
        </w:rPr>
        <w:t>15:07  mein samajhta hoon ke</w:t>
      </w:r>
      <w:r>
        <w:br/>
      </w:r>
      <w:r>
        <w:rPr>
          <w:sz w:val="20"/>
        </w:rPr>
        <w:t>15:13  scientific age mein is ka koi justification nahi hai, kyunke ab sabit ho chuka hai 2004 ki taraf se ke heart jo hai is ka sirf ek function hai body mein,</w:t>
      </w:r>
      <w:r>
        <w:br/>
      </w:r>
      <w:r>
        <w:rPr>
          <w:sz w:val="20"/>
        </w:rPr>
        <w:t>15:32  aur woh hai blood circulation.</w:t>
      </w:r>
      <w:r>
        <w:br/>
      </w:r>
      <w:r>
        <w:rPr>
          <w:sz w:val="20"/>
        </w:rPr>
        <w:t>15:38  bas</w:t>
      </w:r>
      <w:r>
        <w:br/>
      </w:r>
      <w:r>
        <w:rPr>
          <w:sz w:val="20"/>
        </w:rPr>
        <w:t>15:41  woh koi thinking</w:t>
      </w:r>
      <w:r>
        <w:br/>
      </w:r>
      <w:r>
        <w:rPr>
          <w:sz w:val="20"/>
        </w:rPr>
        <w:t>15:48  organ nahi hai.</w:t>
      </w:r>
    </w:p>
    <w:p>
      <w:pPr>
        <w:pStyle w:val="Heading2"/>
      </w:pPr>
      <w:r>
        <w:t>Personal story value of food and gratitude</w:t>
      </w:r>
    </w:p>
    <w:p>
      <w:r>
        <w:rPr>
          <w:color w:val="666666"/>
          <w:sz w:val="18"/>
        </w:rPr>
        <w:t>Fasting A Source of Spiritual Empowerment 21 Aug, 2011 - Maulana Wahiduddin Khan · 2m 56s · at 18:52 · https://youtu.be/b19V3pD-tbQ?t=1132</w:t>
      </w:r>
    </w:p>
    <w:p>
      <w:r>
        <w:rPr>
          <w:i/>
        </w:rPr>
        <w:t>“Ek baar aisa hua jab main UP mein tha.”</w:t>
      </w:r>
    </w:p>
    <w:p>
      <w:r>
        <w:rPr>
          <w:sz w:val="20"/>
        </w:rPr>
        <w:t>18:52  ek baar aisa hua jab mein UP mein tha. to subah ko neend nahi khuli.</w:t>
      </w:r>
      <w:r>
        <w:br/>
      </w:r>
      <w:r>
        <w:rPr>
          <w:sz w:val="20"/>
        </w:rPr>
        <w:t>19:02  yaani subah ko dawn se pehle neend khulna chahiye. tab aap kha bhi sakte hain.</w:t>
      </w:r>
      <w:r>
        <w:br/>
      </w:r>
      <w:r>
        <w:rPr>
          <w:sz w:val="20"/>
        </w:rPr>
        <w:t>19:11  dawn ke baad agar neend khulegi to nahi kha sakte aap. to meri neend nahi khuli. to mein sehri nahi kha saka. is din mujhe sehri ke baghair roza rakhna pada.</w:t>
      </w:r>
      <w:r>
        <w:br/>
      </w:r>
      <w:r>
        <w:rPr>
          <w:sz w:val="20"/>
        </w:rPr>
        <w:t>19:26  kyun ke sehri na khana yeh aadmi ka excuse nahi hai. agar aap sehri na kha sake to aisa nahi ke ab excuse mil gaya aap ko. aap sehri roza na rakhein aap.</w:t>
      </w:r>
      <w:r>
        <w:br/>
      </w:r>
      <w:r>
        <w:rPr>
          <w:sz w:val="20"/>
        </w:rPr>
        <w:t>19:37  to roza rakhna pada mujhe. ab is din jo hai laga ke ek din ka khana jo chhoota hai mujh se, sirf ek din ka.</w:t>
      </w:r>
      <w:r>
        <w:br/>
      </w:r>
      <w:r>
        <w:rPr>
          <w:sz w:val="20"/>
        </w:rPr>
        <w:t>19:50  to kitna sakht hai woh. to maine socha ke agar umar bhar ke khana chhoot jaye,</w:t>
      </w:r>
      <w:r>
        <w:br/>
      </w:r>
      <w:r>
        <w:rPr>
          <w:sz w:val="20"/>
        </w:rPr>
        <w:t>20:00  hamesha ke liye chhoot jaye khana, yaani maut ke baad Khuda agar hum ko ek aisi chattan par chhod de, farishta maut ke baad le aap ko aur le aa kar ke ek chattan par daal de jahan khana pani na ho,</w:t>
      </w:r>
      <w:r>
        <w:br/>
      </w:r>
      <w:r>
        <w:rPr>
          <w:sz w:val="20"/>
        </w:rPr>
        <w:t>20:17  to kahe ke bas pade raho yahin aa jao. koi takleef, doosri neend nahi de aayegi tum ko. koi tum ko maarne nahi aayega. tum ko jalane nahi aayega.</w:t>
      </w:r>
      <w:r>
        <w:br/>
      </w:r>
      <w:r>
        <w:rPr>
          <w:sz w:val="20"/>
        </w:rPr>
        <w:t>20:28  kuch bhi karne nahi aayega tum ko. bas khali yeh hai ke khana peena nahi milega.</w:t>
      </w:r>
      <w:r>
        <w:br/>
      </w:r>
      <w:r>
        <w:rPr>
          <w:sz w:val="20"/>
        </w:rPr>
        <w:t>20:36  to kya aalam hoga? hatta ke phir maine socha ke farz kiye ke mujh ko dunya ka sab se achha mahal mil jaye. lekin is mein khana peena na ho.</w:t>
      </w:r>
      <w:r>
        <w:br/>
      </w:r>
      <w:r>
        <w:rPr>
          <w:sz w:val="20"/>
        </w:rPr>
        <w:t>20:49  sab se achha palace,</w:t>
      </w:r>
      <w:r>
        <w:br/>
      </w:r>
      <w:r>
        <w:rPr>
          <w:sz w:val="20"/>
        </w:rPr>
        <w:t>20:55  jaise emperor ke palace hua karte the, sab se achha palace mil jaye to bilkul tumhare disposal par hai yeh palace. lekin wahan khana peena nahi hai.</w:t>
      </w:r>
      <w:r>
        <w:br/>
      </w:r>
      <w:r>
        <w:rPr>
          <w:sz w:val="20"/>
        </w:rPr>
        <w:t>21:07  to ek din ka jo mujhe khana chhoota to sab cheez bekar lagne lagi. palace bhi bekar.</w:t>
      </w:r>
      <w:r>
        <w:br/>
      </w:r>
      <w:r>
        <w:rPr>
          <w:sz w:val="20"/>
        </w:rPr>
        <w:t>21:20  sab kuch bekar.</w:t>
      </w:r>
      <w:r>
        <w:br/>
      </w:r>
      <w:r>
        <w:rPr>
          <w:sz w:val="20"/>
        </w:rPr>
        <w:t>21:25  to qadar o qeemat maloom hui khane ki ke Allah taala ne</w:t>
      </w:r>
      <w:r>
        <w:br/>
      </w:r>
      <w:r>
        <w:rPr>
          <w:sz w:val="20"/>
        </w:rPr>
        <w:t>21:32  insan ko paida kiya to kaisi ajeeb baat hai ke hum ne Allah taala se dua nahi ki thi ke hamein khana bhi de de.</w:t>
      </w:r>
      <w:r>
        <w:br/>
      </w:r>
      <w:r>
        <w:rPr>
          <w:sz w:val="20"/>
        </w:rPr>
        <w:t>21:43  baghair dua ke khana yahan maujood kar gaya.</w:t>
      </w:r>
    </w:p>
    <w:p>
      <w:pPr>
        <w:pStyle w:val="Heading2"/>
      </w:pPr>
      <w:r>
        <w:t>Dream and hadith on forgiveness</w:t>
      </w:r>
    </w:p>
    <w:p>
      <w:r>
        <w:rPr>
          <w:color w:val="666666"/>
          <w:sz w:val="18"/>
        </w:rPr>
        <w:t>The Case of Present Muslim Generation September 28, 2008 · 2m 31s · at 24:24 · https://youtu.be/yjSy2b7JPTw?t=1464</w:t>
      </w:r>
    </w:p>
    <w:p>
      <w:r>
        <w:rPr>
          <w:i/>
        </w:rPr>
        <w:t>“Chabis September ki raat ko kya hua?”</w:t>
      </w:r>
    </w:p>
    <w:p>
      <w:r>
        <w:rPr>
          <w:sz w:val="20"/>
        </w:rPr>
        <w:t>24:24  abhi mein aik waqia arz karoon. Hamari team ki aik senior member hain, Naghma. Aap sab log jante hain in ko.</w:t>
      </w:r>
      <w:r>
        <w:br/>
      </w:r>
      <w:r>
        <w:rPr>
          <w:sz w:val="20"/>
        </w:rPr>
        <w:t>24:36  to chhabees September ki raat ko kya hua?</w:t>
      </w:r>
      <w:r>
        <w:br/>
      </w:r>
      <w:r>
        <w:rPr>
          <w:sz w:val="20"/>
        </w:rPr>
        <w:t>24:44  maine aik khwab dekha. Unhon ne nahi, maine aik khwab dekha in ke baray mein.</w:t>
      </w:r>
      <w:r>
        <w:br/>
      </w:r>
      <w:r>
        <w:rPr>
          <w:sz w:val="20"/>
        </w:rPr>
        <w:t>24:51  chhabees September ki raat jo Ramzan ki pachis tareekh thi woh. To maine dekha ke Naghma baithi hui hain, un ke paas kuch log hain.</w:t>
      </w:r>
      <w:r>
        <w:br/>
      </w:r>
      <w:r>
        <w:rPr>
          <w:sz w:val="20"/>
        </w:rPr>
        <w:t>25:02  aur Naghma un se keh rahi hain ke maine unilateral tor par sab ko maaf kar diya. Maine unilateral tor par sab ko forgive kar diya.</w:t>
      </w:r>
      <w:r>
        <w:br/>
      </w:r>
      <w:r>
        <w:rPr>
          <w:sz w:val="20"/>
        </w:rPr>
        <w:t>25:16  yeh raat ko barah bajay aik khwab dekh kar woh utha mein. Khwab dekhta hai aadmi to neend khul jati hai. To us waqt raat ke barah bajay thay.</w:t>
      </w:r>
      <w:r>
        <w:br/>
      </w:r>
      <w:r>
        <w:rPr>
          <w:sz w:val="20"/>
        </w:rPr>
        <w:t>25:27  aadha ghantay ke andar mein telephone ghanti baji. Yani saaray barah bajay raat ko telephone ghanti baji. Saaray barah bajay ya aik bajay aisa kuch qareeb ka hota hai.</w:t>
      </w:r>
      <w:r>
        <w:br/>
      </w:r>
      <w:r>
        <w:rPr>
          <w:sz w:val="20"/>
        </w:rPr>
        <w:t>25:38  yani unusual tor par us waqt ghantiyan bajnay ka koi matlab hi nahi hai. To awaz aai ke mein Pakistan se bol raha hoon. Mera naam Adil hai.</w:t>
      </w:r>
      <w:r>
        <w:br/>
      </w:r>
      <w:r>
        <w:rPr>
          <w:sz w:val="20"/>
        </w:rPr>
        <w:t>25:48  aur mein aap ka magazine parhta hoon. To aaj pachis tareekh hai. Ho sakta hai ke aaj Shab-e-Qadr ho. To kya karna chahiye?</w:t>
      </w:r>
      <w:r>
        <w:br/>
      </w:r>
      <w:r>
        <w:rPr>
          <w:sz w:val="20"/>
        </w:rPr>
        <w:t>26:00  to maine un ko kaha ke aik hadith mein aata hai ke Aisha ne Rasool Allah se poocha ke agar mein Shab-e-Qadr ko paoon to kya karoon mein?</w:t>
      </w:r>
      <w:r>
        <w:br/>
      </w:r>
      <w:r>
        <w:rPr>
          <w:sz w:val="20"/>
        </w:rPr>
        <w:t>26:11  to aap ne farmaya ke yeh kaho: "Allahumma anta afuwwun tuhibbul afwa faghfir li" . Aye Kh</w:t>
      </w:r>
      <w:r>
        <w:br/>
      </w:r>
      <w:r>
        <w:rPr>
          <w:sz w:val="20"/>
        </w:rPr>
        <w:t>26:19  uda! To maaf karne wala hai. To mafi ko pasand karta hai. To mujhe maaf farma. Isi din yeh hadith meri samajh mein aai ke to mafi ko pasand karta hai kya matlab hui hai?</w:t>
      </w:r>
      <w:r>
        <w:br/>
      </w:r>
      <w:r>
        <w:rPr>
          <w:sz w:val="20"/>
        </w:rPr>
        <w:t>26:36  yani aisay logon ko pasand karta hai jo maaf kar dain. Jaise ke hamare saathi ne maine khwab mein jo dekha ke woh keh rahi hain logon se ke maine unilateral tor par sab ko maaf kar diya.</w:t>
      </w:r>
      <w:r>
        <w:br/>
      </w:r>
      <w:r>
        <w:rPr>
          <w:sz w:val="20"/>
        </w:rPr>
        <w:t>26:50  yeh hai jo Khuda ko pasand hai.</w:t>
      </w:r>
    </w:p>
    <w:p>
      <w:pPr>
        <w:pStyle w:val="Heading2"/>
      </w:pPr>
      <w:r>
        <w:t>History of drinking water, from cupped hands to glass</w:t>
      </w:r>
    </w:p>
    <w:p>
      <w:r>
        <w:rPr>
          <w:color w:val="666666"/>
          <w:sz w:val="18"/>
        </w:rPr>
        <w:t>Material Science and Spiritual Science 20 May 2012 · 1m 22s · at 19:05 · https://youtu.be/4K6CxjThlxQ?t=1145</w:t>
      </w:r>
    </w:p>
    <w:p>
      <w:r>
        <w:rPr>
          <w:i/>
        </w:rPr>
        <w:t>“Maine apne bachpan mein woh zamana dekha hai khud maine”</w:t>
      </w:r>
    </w:p>
    <w:p>
      <w:r>
        <w:rPr>
          <w:sz w:val="20"/>
        </w:rPr>
        <w:t>19:05  ab mein yeh dekhen yeh glass hai. yaani yeh glass mein pani hai. mein ne apne bachpan mein woh zamana dekha hai khud mein ne.</w:t>
      </w:r>
      <w:r>
        <w:br/>
      </w:r>
      <w:r>
        <w:rPr>
          <w:sz w:val="20"/>
        </w:rPr>
        <w:t>19:19  ke pani peene ke liye log kya karte the? aise pani peete the. to us ko kehte hain chalo.</w:t>
      </w:r>
      <w:r>
        <w:br/>
      </w:r>
      <w:r>
        <w:rPr>
          <w:sz w:val="20"/>
        </w:rPr>
        <w:t>19:29  aise pani peete the.</w:t>
      </w:r>
      <w:r>
        <w:br/>
      </w:r>
      <w:r>
        <w:rPr>
          <w:sz w:val="20"/>
        </w:rPr>
        <w:t>19:31  phir mein ne dekha hai ke dhak ke patte ko aisa banate the. is mein pani le kar peete the. yeh sab meri aankhon ke samne ki baaten hain.</w:t>
      </w:r>
      <w:r>
        <w:br/>
      </w:r>
      <w:r>
        <w:rPr>
          <w:sz w:val="20"/>
        </w:rPr>
        <w:t>19:43  phir mein ne dekha ke mitti ke kude, lakri ke bartan, pattan ke, aluminium ke is tarah bohat dinon ke baad yeh mumkin hua ke aisa shishe shishe glass bane.</w:t>
      </w:r>
      <w:r>
        <w:br/>
      </w:r>
      <w:r>
        <w:rPr>
          <w:sz w:val="20"/>
        </w:rPr>
        <w:t>19:56  aur is mein aadmi pani piye.</w:t>
      </w:r>
      <w:r>
        <w:br/>
      </w:r>
      <w:r>
        <w:rPr>
          <w:sz w:val="20"/>
        </w:rPr>
        <w:t>20:01  to jab mein pani peeta hoon to poori tareekh mujhe yaad aa jati hai. ke mere liye ke mujhe aise glass mein pani peene ko mile.</w:t>
      </w:r>
      <w:r>
        <w:br/>
      </w:r>
      <w:r>
        <w:rPr>
          <w:sz w:val="20"/>
        </w:rPr>
        <w:t>20:13  hazaron saal se insan mehnat kar raha tha.</w:t>
      </w:r>
      <w:r>
        <w:br/>
      </w:r>
      <w:r>
        <w:rPr>
          <w:sz w:val="20"/>
        </w:rPr>
        <w:t>20:18  to mere dil mein insan ke liye mohabbat ka khair khwahi ka aik samandar rawan ho jata hai.</w:t>
      </w:r>
    </w:p>
    <w:p>
      <w:pPr>
        <w:pStyle w:val="Heading2"/>
      </w:pPr>
      <w:r>
        <w:t>No concept of war on non-Muslims</w:t>
      </w:r>
    </w:p>
    <w:p>
      <w:r>
        <w:rPr>
          <w:color w:val="666666"/>
          <w:sz w:val="18"/>
        </w:rPr>
        <w:t>Interaction with German Delegation January 4, 2020 · 2m 15s · at 0:39 · https://youtu.be/eWcszNLZK1U?t=39</w:t>
      </w:r>
    </w:p>
    <w:p>
      <w:r>
        <w:rPr>
          <w:i/>
        </w:rPr>
        <w:t>“Can you say something about that position in the Islam?”</w:t>
      </w:r>
    </w:p>
    <w:p>
      <w:r>
        <w:rPr>
          <w:sz w:val="20"/>
        </w:rPr>
        <w:t>0:39  can you say something about that position in the islam? The question is that there is some concept in islam that muslims should wage war on the unfaithful.</w:t>
      </w:r>
      <w:r>
        <w:br/>
      </w:r>
      <w:r>
        <w:rPr>
          <w:sz w:val="20"/>
        </w:rPr>
        <w:t>0:51  first of all, i must say that there is no such concept in islam. There is no such idea in islam that muslims it is muslims' religious duty to wage war on non-muslims.</w:t>
      </w:r>
      <w:r>
        <w:br/>
      </w:r>
      <w:r>
        <w:rPr>
          <w:sz w:val="20"/>
        </w:rPr>
        <w:t>1:06  as razia has explained very well, war can be done in only one circumstance, and that is when a muslim state experiences aggression from another state.</w:t>
      </w:r>
      <w:r>
        <w:br/>
      </w:r>
      <w:r>
        <w:rPr>
          <w:sz w:val="20"/>
        </w:rPr>
        <w:t>1:19  muslims are not allowed to even go and do aggressive</w:t>
      </w:r>
      <w:r>
        <w:br/>
      </w:r>
      <w:r>
        <w:rPr>
          <w:sz w:val="20"/>
        </w:rPr>
        <w:t>1:22  war. So there is no concept of holy war in islam. It's very important to understand. There is no such holy jihad which they have to do for the sake of religion.</w:t>
      </w:r>
      <w:r>
        <w:br/>
      </w:r>
      <w:r>
        <w:rPr>
          <w:sz w:val="20"/>
        </w:rPr>
        <w:t>1:32  and it must be i think i must also emphasize that muslims think that muslims often think that islam is in danger and they should wage war to protect and preserve islam</w:t>
      </w:r>
      <w:r>
        <w:br/>
      </w:r>
      <w:r>
        <w:rPr>
          <w:sz w:val="20"/>
        </w:rPr>
        <w:t>1:43  . But our founder has often said that islam does not need any protection from muslims. Islam is an ideology, and that ideology exists in the quran and in the sayings of the prophet.</w:t>
      </w:r>
      <w:r>
        <w:br/>
      </w:r>
      <w:r>
        <w:rPr>
          <w:sz w:val="20"/>
        </w:rPr>
        <w:t>1:54  anybody can go and read. So clearly, there is no such concept of waging war on non-muslims just because they are non-muslims.</w:t>
      </w:r>
      <w:r>
        <w:br/>
      </w:r>
      <w:r>
        <w:rPr>
          <w:sz w:val="20"/>
        </w:rPr>
        <w:t>2:03  there is no such concept. Rather, if you read the quran, you will see that the quran considers all people as humanity.</w:t>
      </w:r>
      <w:r>
        <w:br/>
      </w:r>
      <w:r>
        <w:rPr>
          <w:sz w:val="20"/>
        </w:rPr>
        <w:t>2:11  when the prophet started his mission, he addressed people as an-nas, which means "o people." He did not say, "o non-muslims," "o kafir," "o deniers," "o disbelievers." And one more point i want to say about war is that war can happen war, a prophet was forced to do war, the prophet of islam, because he came in a tribal age.</w:t>
      </w:r>
      <w:r>
        <w:br/>
      </w:r>
      <w:r>
        <w:rPr>
          <w:sz w:val="20"/>
        </w:rPr>
        <w:t>2:34  tribal age is a culture of war, culture of yielding swords. But we are not in a tribal age anymore. There is peace all around</w:t>
      </w:r>
      <w:r>
        <w:br/>
      </w:r>
      <w:r>
        <w:rPr>
          <w:sz w:val="20"/>
        </w:rPr>
        <w:t>2:43  . And therefore, the commandment for war should be considered suspended in this age. This is a very important principle which everybody needs to understand, most importantly muslims.</w:t>
      </w:r>
    </w:p>
    <w:p>
      <w:pPr>
        <w:pStyle w:val="Heading2"/>
      </w:pPr>
      <w:r>
        <w:t>World as global village and removal of barriers</w:t>
      </w:r>
    </w:p>
    <w:p>
      <w:r>
        <w:rPr>
          <w:color w:val="666666"/>
          <w:sz w:val="18"/>
        </w:rPr>
        <w:t>AL RISALA JANUARY 2017 | AUDIO · 1m 31s · at 1:16:30 · https://youtu.be/_nWm9Mixl-E?t=4590</w:t>
      </w:r>
    </w:p>
    <w:p>
      <w:r>
        <w:rPr>
          <w:i/>
        </w:rPr>
        <w:t>“Aaj duniya ek global village ban chuki hai”</w:t>
      </w:r>
    </w:p>
    <w:p>
      <w:r>
        <w:rPr>
          <w:sz w:val="20"/>
        </w:rPr>
        <w:t>1:16:30  ya relationship based on rivalry ke bajaye mueedana taaluqat ya relationship based on support par qaim</w:t>
      </w:r>
      <w:r>
        <w:br/>
      </w:r>
      <w:r>
        <w:rPr>
          <w:sz w:val="20"/>
        </w:rPr>
        <w:t>1:16:38  ho jaye dunya se mazhabi istibdad khatm ho jaye aaj dunya ek global village ban chuki hai tez</w:t>
      </w:r>
      <w:r>
        <w:br/>
      </w:r>
      <w:r>
        <w:rPr>
          <w:sz w:val="20"/>
        </w:rPr>
        <w:t>1:16:45  raftaar communication ne tamam rukawatein door kar di hain ek mulk ke doosre mulk se mafaadaat wabasta ho</w:t>
      </w:r>
      <w:r>
        <w:br/>
      </w:r>
      <w:r>
        <w:rPr>
          <w:sz w:val="20"/>
        </w:rPr>
        <w:t>1:16:53  gaye hain kisi mulk mein koi cheez dastiyab hai kisi mulk mein koi</w:t>
      </w:r>
      <w:r>
        <w:br/>
      </w:r>
      <w:r>
        <w:rPr>
          <w:sz w:val="20"/>
        </w:rPr>
        <w:t>1:17:00  doosri cheez dastiyab hai is tarah aapsi len den bohat zyada badh gaya hai import export bohat bade</w:t>
      </w:r>
      <w:r>
        <w:br/>
      </w:r>
      <w:r>
        <w:rPr>
          <w:sz w:val="20"/>
        </w:rPr>
        <w:t>1:17:06  peymane par ho raha hai aisa pehle kabhi tareekh mein nahi tha is naye scenario mein tamam rivalries</w:t>
      </w:r>
      <w:r>
        <w:br/>
      </w:r>
      <w:r>
        <w:rPr>
          <w:sz w:val="20"/>
        </w:rPr>
        <w:t>1:17:12  khatm ho chuki hain ab sirf dost aur dost ka equation hai dost aur dushman ka equation khatm</w:t>
      </w:r>
      <w:r>
        <w:br/>
      </w:r>
      <w:r>
        <w:rPr>
          <w:sz w:val="20"/>
        </w:rPr>
        <w:t>1:17:18  ho chuka hai.</w:t>
      </w:r>
      <w:r>
        <w:br/>
      </w:r>
      <w:r>
        <w:rPr>
          <w:sz w:val="20"/>
        </w:rPr>
        <w:t>1:17:25  is global village ki ek alamat</w:t>
      </w:r>
      <w:r>
        <w:br/>
      </w:r>
      <w:r>
        <w:rPr>
          <w:sz w:val="20"/>
        </w:rPr>
        <w:t>1:17:31  maujooda zamane mein hawai safar ya air travel hai qadeem bahri aur bari safar ke bar aks hawai jahaz</w:t>
      </w:r>
      <w:r>
        <w:br/>
      </w:r>
      <w:r>
        <w:rPr>
          <w:sz w:val="20"/>
        </w:rPr>
        <w:t>1:17:38  tamam mulkon ke oopar parwaz karta hai khwah woh apna mulk ho ya ghair ka mulk ho is</w:t>
      </w:r>
      <w:r>
        <w:br/>
      </w:r>
      <w:r>
        <w:rPr>
          <w:sz w:val="20"/>
        </w:rPr>
        <w:t>1:17:46  ke nateeje mein insanon ki banai hui tamam sarhadein apne aap toot gayin ab amalan har insaan tamam</w:t>
      </w:r>
      <w:r>
        <w:br/>
      </w:r>
      <w:r>
        <w:rPr>
          <w:sz w:val="20"/>
        </w:rPr>
        <w:t>1:17:53  dunya ka shehri hai jabke qadeem zamane mein</w:t>
      </w:r>
    </w:p>
    <w:p>
      <w:pPr>
        <w:pStyle w:val="Heading2"/>
      </w:pPr>
      <w:r>
        <w:t>Tree symbolizes consolidation</w:t>
      </w:r>
    </w:p>
    <w:p>
      <w:r>
        <w:rPr>
          <w:color w:val="666666"/>
          <w:sz w:val="18"/>
        </w:rPr>
        <w:t>Momin is like a tree | April 11, 2007 · 2m 03s · at 6:51 · https://youtu.be/buv324nJoBk?t=411</w:t>
      </w:r>
    </w:p>
    <w:p>
      <w:r>
        <w:rPr>
          <w:i/>
        </w:rPr>
        <w:t>“Its root is firm in the earth, its branches in heaven”</w:t>
      </w:r>
    </w:p>
    <w:p>
      <w:r>
        <w:rPr>
          <w:sz w:val="20"/>
        </w:rPr>
        <w:t>6:51  its complete height. So the first aspect of this, so one aspect of this is given in the Quran in these verses. Its root is firm in the earth, and its branches are in heaven. It is said that tree</w:t>
      </w:r>
      <w:r>
        <w:br/>
      </w:r>
      <w:r>
        <w:rPr>
          <w:sz w:val="20"/>
        </w:rPr>
        <w:t>7:23  is as much downward as it is upward. Tree is a unique phenomena. Tree is as much downward as it is upward.</w:t>
      </w:r>
      <w:r>
        <w:br/>
      </w:r>
      <w:r>
        <w:rPr>
          <w:sz w:val="20"/>
        </w:rPr>
        <w:t>7:54  It means that tree always try to consolidate itself. It is symbol of consolidation. This kind of firm roots, it means that it is completely, it has completely consolidated its existence. No man can r</w:t>
      </w:r>
      <w:r>
        <w:br/>
      </w:r>
      <w:r>
        <w:rPr>
          <w:sz w:val="20"/>
        </w:rPr>
        <w:t>8:24  emove it. So is the case of a believer. Believer also moves and act, but first of all, he tries to consolidate itself in the earth, in its ground. Without consolidation, jumping here and there</w:t>
      </w:r>
    </w:p>
    <w:p>
      <w:pPr>
        <w:pStyle w:val="Heading2"/>
      </w:pPr>
      <w:r>
        <w:t>Nature as a source of marifat</w:t>
      </w:r>
    </w:p>
    <w:p>
      <w:r>
        <w:rPr>
          <w:color w:val="666666"/>
          <w:sz w:val="18"/>
        </w:rPr>
        <w:t>Discussion on Marefat (Ulama Session- I) Peace Conference April 29-30, 2023 · 2m 11s · at 33:38 · https://youtu.be/c1NFCRXpYBQ?t=2018</w:t>
      </w:r>
    </w:p>
    <w:p>
      <w:r>
        <w:rPr>
          <w:i/>
        </w:rPr>
        <w:t>“Kainath marifat ka azeem daftar hai.”</w:t>
      </w:r>
    </w:p>
    <w:p>
      <w:r>
        <w:rPr>
          <w:sz w:val="20"/>
        </w:rPr>
        <w:t>33:38  to main misal ke taur par is program ke aakhri aakhri program ke aakhri baat ke taur par. kitabein Maarifat safa number 73 ka ek unwan hai Maarifat ki Tamseelat. yeh paragraph padhkar main apni baat ko khatm karta hoon. Maulana likhte hain Maarifat ki Tamseelat.</w:t>
      </w:r>
      <w:r>
        <w:br/>
      </w:r>
      <w:r>
        <w:rPr>
          <w:sz w:val="20"/>
        </w:rPr>
        <w:t>34:08  kaynat Maarifat ka ek azeem daftar hai. kaynat ke har cheez Maarifat ki ek dastan hai. kaynat ke har cheez Maarifat ko mujassam kiye hue hai. baqi kaynat mein jo cheez fitrat ke qanoon ke tehat zahir hui hai, wahi insan ki satah par shurua Maarifat ki surat mein zahir hoti hai.</w:t>
      </w:r>
      <w:r>
        <w:br/>
      </w:r>
      <w:r>
        <w:rPr>
          <w:sz w:val="20"/>
        </w:rPr>
        <w:t>34:31  insan agar war kare to kaynat ki har cheez usko Maarifat ka sabak deti hui nazar aayegi. suraj kamseel ki zaban mein bata raha hai ki Maarifat wahi hai, wahi Maarifat hai jo insan ke wajood ko andar se bahar tak roshan kar de.</w:t>
      </w:r>
      <w:r>
        <w:br/>
      </w:r>
      <w:r>
        <w:rPr>
          <w:sz w:val="20"/>
        </w:rPr>
        <w:t>34:52  baitha hua darya insan ko bata raha hai ki Maarifat ko is tarah hasil karo ki woh tumhari rooh mein chashma bankar jari ho jaye. dard ki hari bhari shaakhein, jab hawa isse hilati hain to insan ko yeh paigham deti hain ki Maarifat ko is tarah hasil karo ki woh tumhare liye ek pura itihas, tajaruba, thrilling experience ban jaye.</w:t>
      </w:r>
      <w:r>
        <w:br/>
      </w:r>
      <w:r>
        <w:rPr>
          <w:sz w:val="20"/>
        </w:rPr>
        <w:t>35:22  chidiya jab cheh chahti hain to woh insan se kehti hain ki Khuda ke kamalat is tarah dariaft karo ki tumhari zaban par hamde KhudaWandi ka naghma jari ho jaye. pahad ki bulandi khamosh zaban mein paigham de rahi hai ki Khuda ko iski aala azmaton ke sath dariaft karo wagera. yahi hal poori kaynat ka hai.</w:t>
      </w:r>
      <w:r>
        <w:br/>
      </w:r>
      <w:r>
        <w:rPr>
          <w:sz w:val="20"/>
        </w:rPr>
        <w:t>35:49  kaynat ki har cheez pitrat ki zubaan mein marifat ka paigham de rahi hai. goya ke kaynat marifat ki ek qazeem library hai. jis tarah ek scholar library mein dakhil hokar kitabon ke zariye maloomat akht karta hai. isi tarah ek saccha insaan kainat ki khudai library se marifat ki fikri giza intellectual food hasil karta hai. kainat ki library insaan ke liye marifat ka ek lah mahdood khazana hai.</w:t>
      </w:r>
    </w:p>
    <w:p>
      <w:pPr>
        <w:pStyle w:val="Heading2"/>
      </w:pPr>
      <w:r>
        <w:t>The belief of intercession explained and refuted by Quran</w:t>
      </w:r>
    </w:p>
    <w:p>
      <w:r>
        <w:rPr>
          <w:color w:val="666666"/>
          <w:sz w:val="18"/>
        </w:rPr>
        <w:t>Material Science and Spiritual Science 20 May 2012 · 1m 23s · at 36:29 · https://youtu.be/4K6CxjThlxQ?t=2189</w:t>
      </w:r>
    </w:p>
    <w:p>
      <w:r>
        <w:rPr>
          <w:i/>
        </w:rPr>
        <w:t>“Musalmanon mein ek aqeeda hai jo bohot phaila hua, shafa'at”</w:t>
      </w:r>
    </w:p>
    <w:p>
      <w:r>
        <w:rPr>
          <w:sz w:val="20"/>
        </w:rPr>
        <w:t>36:29  jo bari bari haqiqaten hain bekhabar hain ab mein aik aur misal deta hoon aap ko musalmanon mein aik aqida hai jo bohat phaila hua us ko kehte hain shafaat sare musalman alam ghair alam mante hain ke bas rasool Allah qayamat mein aayenge aur gate par khare ho jayenge kahenge ke meri ummat ke logon ko dakhil karo un ko</w:t>
      </w:r>
      <w:r>
        <w:br/>
      </w:r>
      <w:r>
        <w:rPr>
          <w:sz w:val="20"/>
        </w:rPr>
        <w:t>36:52  to farishte gate chhod denge aur rasool Allah sari ummat ke logon ko dakhil kar denge aur jab tak dakhil ummat dakhil nahin hogi tab tak kisi ko dakhila nahin milega sab jhooti baaten hain kyunke quran mein nahin hai yaad rakhiye ke jab tak yeh quran mein na ho to mein is ko mein jhoot kahunga kahan quran mein hai ke shafaat se sab log jannat dakhil ho jayenge laisa lilinsani illa ma</w:t>
      </w:r>
      <w:r>
        <w:br/>
      </w:r>
      <w:r>
        <w:rPr>
          <w:sz w:val="20"/>
        </w:rPr>
        <w:t>37:22  zalk jaza muntazka</w:t>
      </w:r>
      <w:r>
        <w:br/>
      </w:r>
      <w:r>
        <w:rPr>
          <w:sz w:val="20"/>
        </w:rPr>
        <w:t>37:24  kitni ayaten quran majeed mein hain ke jis mein bataya gaya hai ke juzam bima kan yaani insan</w:t>
      </w:r>
      <w:r>
        <w:br/>
      </w:r>
      <w:r>
        <w:rPr>
          <w:sz w:val="20"/>
        </w:rPr>
        <w:t>37:31  ka jo zaati amal hai wo us ko jannat mein le jayega recommendation nahi</w:t>
      </w:r>
      <w:r>
        <w:br/>
      </w:r>
      <w:r>
        <w:rPr>
          <w:sz w:val="20"/>
        </w:rPr>
        <w:t>37:37  shahwat ka matlab hai recommendation recommendation jannat milna hai chalta tha is quran mein ajnabi hai alien hai</w:t>
      </w:r>
      <w:r>
        <w:br/>
      </w:r>
      <w:r>
        <w:rPr>
          <w:sz w:val="20"/>
        </w:rPr>
        <w:t>37:46  is ka nuqsan jante hain kya hua</w:t>
      </w:r>
      <w:r>
        <w:br/>
      </w:r>
      <w:r>
        <w:rPr>
          <w:sz w:val="20"/>
        </w:rPr>
        <w:t>37:49  bohat hi bara nuqsan</w:t>
      </w:r>
    </w:p>
    <w:p>
      <w:pPr>
        <w:pStyle w:val="Heading2"/>
      </w:pPr>
      <w:r>
        <w:t>Why Islam gets left out of spirituality's global fad</w:t>
      </w:r>
    </w:p>
    <w:p>
      <w:r>
        <w:rPr>
          <w:color w:val="666666"/>
          <w:sz w:val="18"/>
        </w:rPr>
        <w:t>Spirituality in Islam January 1, 2006 Maulana Wahiduddin Khan · 1m 03s · at 1:04 · https://youtu.be/XO4htFBEkV4?t=64</w:t>
      </w:r>
    </w:p>
    <w:p>
      <w:r>
        <w:rPr>
          <w:i/>
        </w:rPr>
        <w:t>“Spirituality aaj ki duniya mein bahut popular subject hai”</w:t>
      </w:r>
    </w:p>
    <w:p>
      <w:r>
        <w:rPr>
          <w:sz w:val="20"/>
        </w:rPr>
        <w:t>1:04  aap jante hain ke spirituality aaj ki dunya mein</w:t>
      </w:r>
      <w:r>
        <w:br/>
      </w:r>
      <w:r>
        <w:rPr>
          <w:sz w:val="20"/>
        </w:rPr>
        <w:t>1:11  bahut zyada popular subject hai. us ko angrezi mein kehte hain fad, fad.</w:t>
      </w:r>
      <w:r>
        <w:br/>
      </w:r>
      <w:r>
        <w:rPr>
          <w:sz w:val="20"/>
        </w:rPr>
        <w:t>1:23  yeh subject jo hai fad bana hua hai sari dunya mein.</w:t>
      </w:r>
      <w:r>
        <w:br/>
      </w:r>
      <w:r>
        <w:rPr>
          <w:sz w:val="20"/>
        </w:rPr>
        <w:t>1:31  lekin yeh anokhi baat hai ke jab spirituality ka charcha hota hai to us mein islam ka naam nahi aata.</w:t>
      </w:r>
      <w:r>
        <w:br/>
      </w:r>
      <w:r>
        <w:rPr>
          <w:sz w:val="20"/>
        </w:rPr>
        <w:t>1:46  log samajhte hain ke islam</w:t>
      </w:r>
      <w:r>
        <w:br/>
      </w:r>
      <w:r>
        <w:rPr>
          <w:sz w:val="20"/>
        </w:rPr>
        <w:t>1:50  mein spirituality nahi hai. spirituality doosre religion mein hai magar islam mein nahi hai.</w:t>
      </w:r>
      <w:r>
        <w:br/>
      </w:r>
      <w:r>
        <w:rPr>
          <w:sz w:val="20"/>
        </w:rPr>
        <w:t>2:00  islam to religion of sword hai.</w:t>
      </w:r>
    </w:p>
    <w:p>
      <w:pPr>
        <w:pStyle w:val="Heading2"/>
      </w:pPr>
      <w:r>
        <w:t>Ataturk's shocking remark about Quran</w:t>
      </w:r>
    </w:p>
    <w:p>
      <w:r>
        <w:rPr>
          <w:color w:val="666666"/>
          <w:sz w:val="18"/>
        </w:rPr>
        <w:t>Message on Eid Al-Adha October 27, 2012 · 1m 25s · at 2:02 · https://youtu.be/eGzAlyVEafc?t=122</w:t>
      </w:r>
    </w:p>
    <w:p>
      <w:r>
        <w:rPr>
          <w:i/>
        </w:rPr>
        <w:t>“Phir abhi haal mein jab maine Turkey ka safar kiya”</w:t>
      </w:r>
    </w:p>
    <w:p>
      <w:r>
        <w:rPr>
          <w:sz w:val="20"/>
        </w:rPr>
        <w:t>2:02  phir abhi haal mein jab maine turki ka safar kiya to turki ke safar mein jo cheezein maine padhin, un mein se ek yeh thi ke kamal ata turk,</w:t>
      </w:r>
      <w:r>
        <w:br/>
      </w:r>
      <w:r>
        <w:rPr>
          <w:sz w:val="20"/>
        </w:rPr>
        <w:t>2:19  jo wahan kuch dino ke liye dictator ban gaye the,</w:t>
      </w:r>
      <w:r>
        <w:br/>
      </w:r>
      <w:r>
        <w:rPr>
          <w:sz w:val="20"/>
        </w:rPr>
        <w:t>2:25  unhone ek bahut hi</w:t>
      </w:r>
      <w:r>
        <w:br/>
      </w:r>
      <w:r>
        <w:rPr>
          <w:sz w:val="20"/>
        </w:rPr>
        <w:t>2:30  ghalat remark diya tha quran ke bare mein.</w:t>
      </w:r>
      <w:r>
        <w:br/>
      </w:r>
      <w:r>
        <w:rPr>
          <w:sz w:val="20"/>
        </w:rPr>
        <w:t>2:35  kamal ata turk ki death hui hai 1938 mein.</w:t>
      </w:r>
      <w:r>
        <w:br/>
      </w:r>
      <w:r>
        <w:rPr>
          <w:sz w:val="20"/>
        </w:rPr>
        <w:t>2:44  wo turki mein ek bahut hi dictator jaise ruler ban gaye the, aur 18 saal tak unhone rule kiya.</w:t>
      </w:r>
      <w:r>
        <w:br/>
      </w:r>
      <w:r>
        <w:rPr>
          <w:sz w:val="20"/>
        </w:rPr>
        <w:t>2:59  to</w:t>
      </w:r>
      <w:r>
        <w:br/>
      </w:r>
      <w:r>
        <w:rPr>
          <w:sz w:val="20"/>
        </w:rPr>
        <w:t>3:00  unhone parliament mein ek baar taqreer karte hue kaha tha quran ke bare mein ke 20th century mein hum ko aisi kitab ki zaroorat nahi hai jis mein teen aur zaitoon ki baatein hon,</w:t>
      </w:r>
      <w:r>
        <w:br/>
      </w:r>
      <w:r>
        <w:rPr>
          <w:sz w:val="20"/>
        </w:rPr>
        <w:t>3:21  yani fig aur olive ki baatein hon.</w:t>
      </w:r>
    </w:p>
    <w:p>
      <w:pPr>
        <w:pStyle w:val="Heading2"/>
      </w:pPr>
      <w:r>
        <w:t>Quranic concept of complex free soul</w:t>
      </w:r>
    </w:p>
    <w:p>
      <w:r>
        <w:rPr>
          <w:color w:val="666666"/>
          <w:sz w:val="18"/>
        </w:rPr>
        <w:t>Science And Spirituality-25th April 07 · 1m 30s · at 5:37 · https://youtu.be/v5j9QVMgQq0?t=337</w:t>
      </w:r>
    </w:p>
    <w:p>
      <w:r>
        <w:rPr>
          <w:i/>
        </w:rPr>
        <w:t>“A spiritual person is a complex free soul.”</w:t>
      </w:r>
    </w:p>
    <w:p>
      <w:r>
        <w:rPr>
          <w:sz w:val="20"/>
        </w:rPr>
        <w:t>5:37  And I think that Nafsul Mutma'innah means a spiritual person. A spiritual person, according to the Quranic term, a spiritual person is Nafsul Mutma'innah.</w:t>
      </w:r>
      <w:r>
        <w:br/>
      </w:r>
      <w:r>
        <w:rPr>
          <w:sz w:val="20"/>
        </w:rPr>
        <w:t>5:57  Nafsul Mutma'innah means a complex free soul, a complex free soul. So according to the Quranic definition, or according to the Quranic term, a spiritual person is one who is a complex free soul, not complex.</w:t>
      </w:r>
      <w:r>
        <w:br/>
      </w:r>
      <w:r>
        <w:rPr>
          <w:sz w:val="20"/>
        </w:rPr>
        <w:t>6:21  Here, complex means negative thought, reactionary thinking like revenge and intolerance and hate, and all those negative thoughts are complex.</w:t>
      </w:r>
      <w:r>
        <w:br/>
      </w:r>
      <w:r>
        <w:rPr>
          <w:sz w:val="20"/>
        </w:rPr>
        <w:t>6:42  So one who is free of these complexes, he is a complex free soul. And a spiritual person is one who is a complex free soul. Then also, there is a detailed definition.</w:t>
      </w:r>
      <w:r>
        <w:br/>
      </w:r>
      <w:r>
        <w:rPr>
          <w:sz w:val="20"/>
        </w:rPr>
        <w:t>7:07  Also, we find a detailed definition of Spirituality.</w:t>
      </w:r>
    </w:p>
    <w:p>
      <w:pPr>
        <w:pStyle w:val="Heading2"/>
      </w:pPr>
      <w:r>
        <w:t>Sincerity in dua and acting accordingly</w:t>
      </w:r>
    </w:p>
    <w:p>
      <w:r>
        <w:rPr>
          <w:color w:val="666666"/>
          <w:sz w:val="18"/>
        </w:rPr>
        <w:t>Material Science Vs Spiritual Science 20th May 12 SLOW · 1m 12s · at 1:22:38 · https://youtu.be/qYwFExG7cyM?t=4958</w:t>
      </w:r>
    </w:p>
    <w:p>
      <w:r>
        <w:rPr>
          <w:i/>
        </w:rPr>
        <w:t>“Your sincerity in dua is shown by your actions.”</w:t>
      </w:r>
    </w:p>
    <w:p>
      <w:r>
        <w:rPr>
          <w:sz w:val="20"/>
        </w:rPr>
        <w:t>1:22:38  fatawakkal, pehle oont ko bandho, phir tawakkul karo." to dua bilashubah bahut hi important hai, lekin dua karne</w:t>
      </w:r>
      <w:r>
        <w:br/>
      </w:r>
      <w:r>
        <w:rPr>
          <w:sz w:val="20"/>
        </w:rPr>
        <w:t>1:22:43  wala sincere hai ke nahi, is ki sincerity is se rush hoti hai is baat se ke is</w:t>
      </w:r>
      <w:r>
        <w:br/>
      </w:r>
      <w:r>
        <w:rPr>
          <w:sz w:val="20"/>
        </w:rPr>
        <w:t>1:22:49  ke muwafiq amal kar raha hai ke nahi kar raha.</w:t>
      </w:r>
      <w:r>
        <w:br/>
      </w:r>
      <w:r>
        <w:rPr>
          <w:sz w:val="20"/>
        </w:rPr>
        <w:t>1:22:54  misalan aap rizq ki dua kar rahe hain, rizq hasan ki, aur subah sham bistar par pade hue</w:t>
      </w:r>
      <w:r>
        <w:br/>
      </w:r>
      <w:r>
        <w:rPr>
          <w:sz w:val="20"/>
        </w:rPr>
        <w:t>1:23:00  hain aur koi kaam nahi karte to woh dua be-mani hai.</w:t>
      </w:r>
      <w:r>
        <w:br/>
      </w:r>
      <w:r>
        <w:rPr>
          <w:sz w:val="20"/>
        </w:rPr>
        <w:t>1:23:05  woh dua be-mani hai, yani dua ki dua karne mein aap sincere hain, dua karne mein aap honest hain.</w:t>
      </w:r>
      <w:r>
        <w:br/>
      </w:r>
      <w:r>
        <w:rPr>
          <w:sz w:val="20"/>
        </w:rPr>
        <w:t>1:23:11  yeh establish hota hai is baat se ke aap khud apni taqat ko laga rahi hain isi raste mein.</w:t>
      </w:r>
      <w:r>
        <w:br/>
      </w:r>
      <w:r>
        <w:rPr>
          <w:sz w:val="20"/>
        </w:rPr>
        <w:t>1:23:16  to jab allah taala yeh dekhte hain ke aap sach much sincere hain is mamle mein to is</w:t>
      </w:r>
      <w:r>
        <w:br/>
      </w:r>
      <w:r>
        <w:rPr>
          <w:sz w:val="20"/>
        </w:rPr>
        <w:t>1:23:22  waqt allah ki rah mutabiq aap ki taraf aati hai.</w:t>
      </w:r>
      <w:r>
        <w:br/>
      </w:r>
      <w:r>
        <w:rPr>
          <w:sz w:val="20"/>
        </w:rPr>
        <w:t>1:23:27  yani khud to aap sincere na hon aur allah se dua karen, yeh kabhi nahi ho sakta.</w:t>
      </w:r>
      <w:r>
        <w:br/>
      </w:r>
      <w:r>
        <w:rPr>
          <w:sz w:val="20"/>
        </w:rPr>
        <w:t>1:23:33  aisi dua kabhi qabul nahi hogi.</w:t>
      </w:r>
      <w:r>
        <w:br/>
      </w:r>
      <w:r>
        <w:rPr>
          <w:sz w:val="20"/>
        </w:rPr>
        <w:t>1:23:38  maulana, agla sawal kanpur se hai mister ashish tiwari sahib ka.</w:t>
      </w:r>
      <w:r>
        <w:br/>
      </w:r>
      <w:r>
        <w:rPr>
          <w:sz w:val="20"/>
        </w:rPr>
        <w:t>1:23:44  unhon ne likha hai: "maulana sahib!</w:t>
      </w:r>
      <w:r>
        <w:br/>
      </w:r>
      <w:r>
        <w:rPr>
          <w:sz w:val="20"/>
        </w:rPr>
        <w:t>1:23:50  Thank you for your reply to my earlier question.</w:t>
      </w:r>
    </w:p>
    <w:p>
      <w:pPr>
        <w:pStyle w:val="Heading2"/>
      </w:pPr>
      <w:r>
        <w:t>Do young Muslim-Americans truly love America?</w:t>
      </w:r>
    </w:p>
    <w:p>
      <w:r>
        <w:rPr>
          <w:color w:val="666666"/>
          <w:sz w:val="18"/>
        </w:rPr>
        <w:t>America A Case of Spiritual Starvaltion July 7, 2011 · 1m 51s · at 55:43 · https://youtu.be/N8JYD2P3QYE?t=3343</w:t>
      </w:r>
    </w:p>
    <w:p>
      <w:r>
        <w:rPr>
          <w:i/>
        </w:rPr>
        <w:t>“Do you love America? I asked the young man”</w:t>
      </w:r>
    </w:p>
    <w:p>
      <w:r>
        <w:rPr>
          <w:sz w:val="20"/>
        </w:rPr>
        <w:t>55:43  to yeh maine to unhone kaha ke yeh purane logon mein yeh baat hai, lekin naye logon mein nahi, nayi nasal mein. to maine kaha acha laiye. to ek ek naujawan jo hai milaya gaya mujhse, jo wahin paida hua hai, american accent mein bolta hai.</w:t>
      </w:r>
      <w:r>
        <w:br/>
      </w:r>
      <w:r>
        <w:rPr>
          <w:sz w:val="20"/>
        </w:rPr>
        <w:t>55:58  wo</w:t>
      </w:r>
      <w:r>
        <w:br/>
      </w:r>
      <w:r>
        <w:rPr>
          <w:sz w:val="20"/>
        </w:rPr>
        <w:t>56:01  to mein ne is se poocha ke "do you love america?" to kaha "yes".</w:t>
      </w:r>
      <w:r>
        <w:br/>
      </w:r>
      <w:r>
        <w:rPr>
          <w:sz w:val="20"/>
        </w:rPr>
        <w:t>56:11  phir mein ne poocha ke aap bataiye ke love ka matlab kya hai? to us ne kaha ke "feeling". mein ne kaha ke "no, love ka matlab hai strong affection".</w:t>
      </w:r>
      <w:r>
        <w:br/>
      </w:r>
      <w:r>
        <w:rPr>
          <w:sz w:val="20"/>
        </w:rPr>
        <w:t>56:22  to mein ne poocha ke kya strong affection ke sense mein aap love karte hain america se? to woh laga sochne.</w:t>
      </w:r>
      <w:r>
        <w:br/>
      </w:r>
      <w:r>
        <w:rPr>
          <w:sz w:val="20"/>
        </w:rPr>
        <w:t>56:29  phir kehta hai "yes, but with some reservation". with some reservation. to mein ne kaha kya hai bhai woh? to bhai ke america jo hai, woh kyun woh intervene karta hai muslim countries mein?</w:t>
      </w:r>
      <w:r>
        <w:br/>
      </w:r>
      <w:r>
        <w:rPr>
          <w:sz w:val="20"/>
        </w:rPr>
        <w:t>56:44  woh kyun favor karta hai israel ko? kyun woh embarrassment karta hai iraq mein waghera? to mein ne kaha phir phir phir patriot to kaha hai,</w:t>
      </w:r>
      <w:r>
        <w:br/>
      </w:r>
      <w:r>
        <w:rPr>
          <w:sz w:val="20"/>
        </w:rPr>
        <w:t>56:54  patriotism naam hai unconditional taluq ka, conditional ka taluq ka aur patriotism naam nahi hai.</w:t>
      </w:r>
      <w:r>
        <w:br/>
      </w:r>
      <w:r>
        <w:rPr>
          <w:sz w:val="20"/>
        </w:rPr>
        <w:t>57:05  to yeh kyun hai? kyunke amriki muslim job ke liye jata hai, office mein parhne ke liye jata hai, college mein, lekin is ke taluqat sab rehte hain apni family ke sath.</w:t>
      </w:r>
      <w:r>
        <w:br/>
      </w:r>
      <w:r>
        <w:rPr>
          <w:sz w:val="20"/>
        </w:rPr>
        <w:t>57:22  mein ne wahan kisi ko nahi paya jis ke taluqat american society se hon. wohi aap aap aapas mein uthein baithein ge, aapas mein hua karein ge, aapas mein telephone par baatein hoti hain.</w:t>
      </w:r>
    </w:p>
    <w:p>
      <w:pPr>
        <w:pStyle w:val="Heading2"/>
      </w:pPr>
      <w:r>
        <w:t>Reading hadith as sitting with the Prophet</w:t>
      </w:r>
    </w:p>
    <w:p>
      <w:r>
        <w:rPr>
          <w:color w:val="666666"/>
          <w:sz w:val="18"/>
        </w:rPr>
        <w:t>Tazkiya-e-Nafs Book by Maulana Wahiduddin Khan · 2m 24s · at 11:41 · https://youtu.be/LbGPnJWmj1A?t=701</w:t>
      </w:r>
    </w:p>
    <w:p>
      <w:r>
        <w:rPr>
          <w:i/>
        </w:rPr>
        <w:t>“Aik aalim ne kaha jis ke ghar mein hadith ka majmua ho”</w:t>
      </w:r>
    </w:p>
    <w:p>
      <w:r>
        <w:rPr>
          <w:sz w:val="20"/>
        </w:rPr>
        <w:t>11:41  hadees tazkiya ka zariya kitaab "tazkiya nafs" Maulana Wahiduddin Khan, safha number 6.</w:t>
      </w:r>
      <w:r>
        <w:br/>
      </w:r>
      <w:r>
        <w:rPr>
          <w:sz w:val="20"/>
        </w:rPr>
        <w:t>11:54  ek aalim ne kaha hai: "man kan fi baytihi majmoo'ah min al-ahadeeth fakama fihi nabiyun yatakallam" jis aadmi ke ghar mein hadees rasool ka ek majmoo'ah ho, goya ke us ke ghar mein khud paighambr kalam karta hua maujood hai.</w:t>
      </w:r>
      <w:r>
        <w:br/>
      </w:r>
      <w:r>
        <w:rPr>
          <w:sz w:val="20"/>
        </w:rPr>
        <w:t>12:11  muzkarah aalim ne jo baat kahi woh sirf kalam rasool ke baray mein nahi hai, balkeh toseeh aitbaar se woh goya sohbat rasool ke mani mein bhi hai.</w:t>
      </w:r>
      <w:r>
        <w:br/>
      </w:r>
      <w:r>
        <w:rPr>
          <w:sz w:val="20"/>
        </w:rPr>
        <w:t>12:22  rasool Allah Sal Allahu Alaihi Wasallam ke jo aqwal hadees ki kitabon mein aaye hain, woh mujarrad aqwal nahi hain, balkeh har qaul ka ek pas manzar yaani background hai.</w:t>
      </w:r>
      <w:r>
        <w:br/>
      </w:r>
      <w:r>
        <w:rPr>
          <w:sz w:val="20"/>
        </w:rPr>
        <w:t>12:33  yaani rasool Allah kisi maqam par thay, wahan ek soorat-e-haal paida hui, us soorat-e-haal ke taqazay ke taur par aap ne logon ko naseehat karte hue kalam kiya.</w:t>
      </w:r>
      <w:r>
        <w:br/>
      </w:r>
      <w:r>
        <w:rPr>
          <w:sz w:val="20"/>
        </w:rPr>
        <w:t>12:45  is tarah aap ka har qaul kisi na kisi pas manzar se juda hua hai.</w:t>
      </w:r>
      <w:r>
        <w:br/>
      </w:r>
      <w:r>
        <w:rPr>
          <w:sz w:val="20"/>
        </w:rPr>
        <w:t>12:50  aap ka har qaul kisi na kisi soorat-e-haal ko batata hai. agar aadmi apne shaoor hadees ko itna zyada bedaar kare ke woh hadees ke sath us ke background ko apne tasawwur mein la sake to yeh waqea us ke liye goya sohbat rasool mein pohnchne ke hum maani ban jaye ga.</w:t>
      </w:r>
      <w:r>
        <w:br/>
      </w:r>
      <w:r>
        <w:rPr>
          <w:sz w:val="20"/>
        </w:rPr>
        <w:t>13:10  woh mehsoos karega ke main na sirf kalam rasool ko kitaab mein parh raha hoon, balkeh kalam ke bain-us-satoor yaani between the lines mein us ke background ko bhi apne zehan mein taaza kar raha hoon.</w:t>
      </w:r>
      <w:r>
        <w:br/>
      </w:r>
      <w:r>
        <w:rPr>
          <w:sz w:val="20"/>
        </w:rPr>
        <w:t>13:23  yeh ehsas agar aadmi ke andar shiddat ke sath ubhar aaye to mutala'ah hadees us ke liye sohbat rasool mein baithne ke maanind ho jaye ga.</w:t>
      </w:r>
      <w:r>
        <w:br/>
      </w:r>
      <w:r>
        <w:rPr>
          <w:sz w:val="20"/>
        </w:rPr>
        <w:t>13:33  is tarah hadees ke baray mein us ka ta'assur hazaar guna zyada barh jaye ga.</w:t>
      </w:r>
      <w:r>
        <w:br/>
      </w:r>
      <w:r>
        <w:rPr>
          <w:sz w:val="20"/>
        </w:rPr>
        <w:t>13:38  is pehlu se ghaur kijiye to maloom hoga ke hadees ko parhne wala sirf hadees ko parhne wala nahi hai, balkeh woh goya sahaba ke sath rasool Allah Sal Allahu Alaihi Wasallam ki sohbat mein baithne wala hai.</w:t>
      </w:r>
      <w:r>
        <w:br/>
      </w:r>
      <w:r>
        <w:rPr>
          <w:sz w:val="20"/>
        </w:rPr>
        <w:t>13:52  hadees ke mutala'ah ka yeh ek takhleeqi creative usloob hai aur takhleeqi usloob mein hadees rasool ka mutala'ah bilashubah tazkiya ka sab se bara zariya hai.</w:t>
      </w:r>
    </w:p>
    <w:p>
      <w:pPr>
        <w:pStyle w:val="Heading2"/>
      </w:pPr>
      <w:r>
        <w:t>Islam is mind-based, others heart-based</w:t>
      </w:r>
    </w:p>
    <w:p>
      <w:r>
        <w:rPr>
          <w:color w:val="666666"/>
          <w:sz w:val="18"/>
        </w:rPr>
        <w:t>Discussion on Marefat (Ulama Session- I) Peace Conference April 29-30, 2023 · 1m 49s · at 11:35 · https://youtu.be/c1NFCRXpYBQ?t=695</w:t>
      </w:r>
    </w:p>
    <w:p>
      <w:r>
        <w:rPr>
          <w:i/>
        </w:rPr>
        <w:t>“In the last times, only Islam will remain.”</w:t>
      </w:r>
    </w:p>
    <w:p>
      <w:r>
        <w:rPr>
          <w:sz w:val="20"/>
        </w:rPr>
        <w:t>11:35  Aqala</w:t>
      </w:r>
      <w:r>
        <w:br/>
      </w:r>
      <w:r>
        <w:rPr>
          <w:sz w:val="20"/>
        </w:rPr>
        <w:t>11:43  yeh is silsile mein ek hadith hai aakhiri zamane se mutalliq usmein rasool ullah sallallahu ne farmaya ki</w:t>
      </w:r>
      <w:r>
        <w:br/>
      </w:r>
      <w:r>
        <w:rPr>
          <w:sz w:val="20"/>
        </w:rPr>
        <w:t>11:52  wahi ullahu ki zamani hi almil alqullah alal al islam ki aakhiri zamane mein aisa hoga ki duniya</w:t>
      </w:r>
      <w:r>
        <w:br/>
      </w:r>
      <w:r>
        <w:rPr>
          <w:sz w:val="20"/>
        </w:rPr>
        <w:t>12:01  mein jitni millatein hain woh saari kamzor ho jayengi siwaye islam ke.</w:t>
      </w:r>
      <w:r>
        <w:br/>
      </w:r>
      <w:r>
        <w:rPr>
          <w:sz w:val="20"/>
        </w:rPr>
        <w:t>12:10  Ab sawal yeh hai ke kyun aisa waqia hoga ke sari millatein kamzor ho jayengi aur Islam apni position par baqi rahega? Iski wajah yeh hai ke doosre jitne mazahib hain woh heart based hain. Yaani heart based ka matlab yeh hai ke aadmi ko bas mazhab ko aik qasaddusat ka mauzu banakar usko maan lena hai.</w:t>
      </w:r>
      <w:r>
        <w:br/>
      </w:r>
      <w:r>
        <w:rPr>
          <w:sz w:val="20"/>
        </w:rPr>
        <w:t>12:37  us par use sawalat nahi karna hai. Lekin mind based ka matlab yeh hai ke aap sawal kar sakte hain, sawal utha sakte hain, baaton ko samajh sakte hain, baaton ko samjha ja sakta hai. Iska matlab yeh hai ke jo zamana aakhri zamana hoga, woh mukammal mano mein rational argument ka zamana hoga.</w:t>
      </w:r>
      <w:r>
        <w:br/>
      </w:r>
      <w:r>
        <w:rPr>
          <w:sz w:val="20"/>
        </w:rPr>
        <w:t>13:03  us zamane mein jo log heart based ki baatein karenge woh mukammal tarike se filap ho jayenge. sirf us zamane mein wahi position par rahega jo akal based baatein karenge.dekhiye hum jante hain ke insaan jab is duniya mein aaya tha aap zara to saboor karen.</w:t>
      </w:r>
      <w:r>
        <w:br/>
      </w:r>
      <w:r>
        <w:rPr>
          <w:sz w:val="20"/>
        </w:rPr>
        <w:t>13:24  aaj hum jo is roz zameen par itna bada development dekh rahe hain, tarah ki yaad dekh rahe hain ke insaan ne behtareen sawariyan bana li hain, behtareen technology aaj insaan ke paas hai.yeh sab kuch kiski din hai?yeh yeh jo moajiza ho gaya hai zameen par ke jab insaan aaya tha to uske paas rehne ke liye chhat ka ghar bhi nahi tha.woh khud usko banana padta tha.</w:t>
      </w:r>
    </w:p>
    <w:p>
      <w:pPr>
        <w:pStyle w:val="Heading2"/>
      </w:pPr>
      <w:r>
        <w:t>Islam's spirituality centers on God, not an inner treasure</w:t>
      </w:r>
    </w:p>
    <w:p>
      <w:r>
        <w:rPr>
          <w:color w:val="666666"/>
          <w:sz w:val="18"/>
        </w:rPr>
        <w:t>Islam and Sufism (Islam and Spirituality) (English) February 28, 2008 · 1m 42s · at 38:00 · https://youtu.be/6UGAPDfrS2w?t=2280</w:t>
      </w:r>
    </w:p>
    <w:p>
      <w:r>
        <w:rPr>
          <w:i/>
        </w:rPr>
        <w:t>“The greatest concern of Islam is Allah Himself”</w:t>
      </w:r>
    </w:p>
    <w:p>
      <w:r>
        <w:rPr>
          <w:sz w:val="20"/>
        </w:rPr>
        <w:t>38:00  so islamic spirituality is based in rabb, in god. one american author has rightly said that the greatest concern of islam is allah.</w:t>
      </w:r>
      <w:r>
        <w:br/>
      </w:r>
      <w:r>
        <w:rPr>
          <w:sz w:val="20"/>
        </w:rPr>
        <w:t>38:16  one american author studied islam in detail, then he says that after my detailed study, i found that the greatest concern of islam is allah.</w:t>
      </w:r>
      <w:r>
        <w:br/>
      </w:r>
      <w:r>
        <w:rPr>
          <w:sz w:val="20"/>
        </w:rPr>
        <w:t>38:35  in urdu words, the islamic spirituality is based on the concept of Allah. God based spirituality, or Rab based spirituality.</w:t>
      </w:r>
      <w:r>
        <w:br/>
      </w:r>
      <w:r>
        <w:rPr>
          <w:sz w:val="20"/>
        </w:rPr>
        <w:t>38:44  this is islamic spiritual</w:t>
      </w:r>
      <w:r>
        <w:br/>
      </w:r>
      <w:r>
        <w:rPr>
          <w:sz w:val="20"/>
        </w:rPr>
        <w:t>38:46  ity. why Islam gives so much importance in the concept of God? God is the oldest source of inspiration.</w:t>
      </w:r>
      <w:r>
        <w:br/>
      </w:r>
      <w:r>
        <w:rPr>
          <w:sz w:val="20"/>
        </w:rPr>
        <w:t>38:56  according to Islamic concept, there is no, there is no treasure here in our heart.</w:t>
      </w:r>
      <w:r>
        <w:br/>
      </w:r>
      <w:r>
        <w:rPr>
          <w:sz w:val="20"/>
        </w:rPr>
        <w:t>39:06  treasure is in the, in with God. God is the treasure, not our heart.</w:t>
      </w:r>
      <w:r>
        <w:br/>
      </w:r>
      <w:r>
        <w:rPr>
          <w:sz w:val="20"/>
        </w:rPr>
        <w:t>39:15  we are simply recipient. God is the give, God is the giver, we are the receiver.</w:t>
      </w:r>
      <w:r>
        <w:br/>
      </w:r>
      <w:r>
        <w:rPr>
          <w:sz w:val="20"/>
        </w:rPr>
        <w:t>39:26  we have no treasure. I don't believe that we have hidden treasure here in this heart. No such treasure.</w:t>
      </w:r>
      <w:r>
        <w:br/>
      </w:r>
      <w:r>
        <w:rPr>
          <w:sz w:val="20"/>
        </w:rPr>
        <w:t>39:38  God is giver, and we are receiver.</w:t>
      </w:r>
    </w:p>
    <w:p>
      <w:pPr>
        <w:pStyle w:val="Heading2"/>
      </w:pPr>
      <w:r>
        <w:t>Analogy of fire and light of truth</w:t>
      </w:r>
    </w:p>
    <w:p>
      <w:r>
        <w:rPr>
          <w:color w:val="666666"/>
          <w:sz w:val="18"/>
        </w:rPr>
        <w:t>Dars-e-Quran, Chapter 2,  Vs 7-19 | July 26,  2015 · 1m 30s · at 39:49 · https://youtu.be/O71wvnrbnXU?t=2389</w:t>
      </w:r>
    </w:p>
    <w:p>
      <w:r>
        <w:rPr>
          <w:i/>
        </w:rPr>
        <w:t>“Example of a person who lit a fire, when it illuminated...”</w:t>
      </w:r>
    </w:p>
    <w:p>
      <w:r>
        <w:rPr>
          <w:sz w:val="20"/>
        </w:rPr>
        <w:t>39:49  misal aisay shakhs ki hai ke us ne aag jalai falamma adha'at ma hawlah jab khoob roshan ho gaya mahol dhahab Allah binoorihim to Allah ne un ki roshni cheen li wa tarakahum fi dhulumaat Allah un ko chor diya tareeki mein unhein kuch dikhai nahi deta dekhen yeh tamseel ki zaban mein yeh kaha gaya hai ke madinay mein Allah ne aik roshni phailai thi toheed ki roshni peghambar ke zariye se aur sahaba</w:t>
      </w:r>
      <w:r>
        <w:br/>
      </w:r>
      <w:r>
        <w:rPr>
          <w:sz w:val="20"/>
        </w:rPr>
        <w:t>40:19  ke zariye se to mahaul roshan ho gaya lekin aaenda waqt un ki Allah taala ne un ki</w:t>
      </w:r>
      <w:r>
        <w:br/>
      </w:r>
      <w:r>
        <w:rPr>
          <w:sz w:val="20"/>
        </w:rPr>
        <w:t>40:27  aankhein chheen leen chheen ne ka mani yeh nahi ke woh andhe ho gaye yeh matlab nahi hai balke</w:t>
      </w:r>
      <w:r>
        <w:br/>
      </w:r>
      <w:r>
        <w:rPr>
          <w:sz w:val="20"/>
        </w:rPr>
        <w:t>40:34  shaitan ne un ko galat rukh par un ke zehan ko daal diya yani sahi rukh par daal ne</w:t>
      </w:r>
      <w:r>
        <w:br/>
      </w:r>
      <w:r>
        <w:rPr>
          <w:sz w:val="20"/>
        </w:rPr>
        <w:t>40:42  ki bajaye galat rukh par daal diya mislan yeh ke yeh to leadery hai yeh to siyasat hai yeh to</w:t>
      </w:r>
      <w:r>
        <w:br/>
      </w:r>
      <w:r>
        <w:rPr>
          <w:sz w:val="20"/>
        </w:rPr>
        <w:t>40:49  apnay apnay ko numayan karna hai is qism ki baat daal di shaitan ne to roshni ke bawajood hum nay kuch dikhai nahi diya jab sachai ki tehreek chalay to woh aik goya aik aik roshni samnay ati hai jis se log sachai ko dekhen aur payen yani ayen isi waqt shaitan active ho jata hai aur isi wajah is logon ke zehn mein</w:t>
      </w:r>
    </w:p>
    <w:p>
      <w:pPr>
        <w:pStyle w:val="Heading2"/>
      </w:pPr>
      <w:r>
        <w:t>Islamic contemplative spirituality explained</w:t>
      </w:r>
    </w:p>
    <w:p>
      <w:r>
        <w:rPr>
          <w:color w:val="666666"/>
          <w:sz w:val="18"/>
        </w:rPr>
        <w:t>Interaction with German Delegation January 4, 2020 · 2m 17s · at 12:43 · https://youtu.be/eWcszNLZK1U?t=763</w:t>
      </w:r>
    </w:p>
    <w:p>
      <w:r>
        <w:rPr>
          <w:i/>
        </w:rPr>
        <w:t>“And we did not dwell a lot on spirituality.”</w:t>
      </w:r>
    </w:p>
    <w:p>
      <w:r>
        <w:rPr>
          <w:sz w:val="20"/>
        </w:rPr>
        <w:t>12:43  So Islam does not believe that you should go into seclusion in an insider room, do certain special practices, and then feel that you are in some way connected to</w:t>
      </w:r>
      <w:r>
        <w:br/>
      </w:r>
      <w:r>
        <w:rPr>
          <w:sz w:val="20"/>
        </w:rPr>
        <w:t>12:54  God. So Islam believes that you should live in the world, in the midst of people, and develop your spirituality through that.</w:t>
      </w:r>
      <w:r>
        <w:br/>
      </w:r>
      <w:r>
        <w:rPr>
          <w:sz w:val="20"/>
        </w:rPr>
        <w:t>13:03  So for example, the tree, the Quran gives the example of a tree, and it says that the tree is very much like a true believer.</w:t>
      </w:r>
      <w:r>
        <w:br/>
      </w:r>
      <w:r>
        <w:rPr>
          <w:sz w:val="20"/>
        </w:rPr>
        <w:t>13:13  And what does the tree really do? A tree takes so many things from the outside world. It takes</w:t>
      </w:r>
      <w:r>
        <w:br/>
      </w:r>
      <w:r>
        <w:rPr>
          <w:sz w:val="20"/>
        </w:rPr>
        <w:t>13:20  sunlight. It takes water. It takes minerals. It takes carbon dioxide, something which is considered a pollutant. And it gives out oxygen.</w:t>
      </w:r>
      <w:r>
        <w:br/>
      </w:r>
      <w:r>
        <w:rPr>
          <w:sz w:val="20"/>
        </w:rPr>
        <w:t>13:29  It gives out greenery. It gives out shade. It gives out so much. So that is what a true believer has to be. That is what is Islamic spirituality.</w:t>
      </w:r>
      <w:r>
        <w:br/>
      </w:r>
      <w:r>
        <w:rPr>
          <w:sz w:val="20"/>
        </w:rPr>
        <w:t>13:40  The tree represents Islamic spirituality. That is, you live in the world.</w:t>
      </w:r>
      <w:r>
        <w:br/>
      </w:r>
      <w:r>
        <w:rPr>
          <w:sz w:val="20"/>
        </w:rPr>
        <w:t>13:44  You face unwanted experiences. You face unpleasant situations. But you convert them into positive experiences. And you give out positivity and well-wishing to people.</w:t>
      </w:r>
      <w:r>
        <w:br/>
      </w:r>
      <w:r>
        <w:rPr>
          <w:sz w:val="20"/>
        </w:rPr>
        <w:t>13:54  And also, Islamic spirituality, as I said, also focuses a lot on discovering God.</w:t>
      </w:r>
      <w:r>
        <w:br/>
      </w:r>
      <w:r>
        <w:rPr>
          <w:sz w:val="20"/>
        </w:rPr>
        <w:t>14:01  And in Islam, the word that is used for discovering God is called marifat. It means developing a close relationship with God through your contemplation in the universe.</w:t>
      </w:r>
      <w:r>
        <w:br/>
      </w:r>
      <w:r>
        <w:rPr>
          <w:sz w:val="20"/>
        </w:rPr>
        <w:t>14:13  You see the vastness of the universe and discover God's majesty, see the intelligent design in the universe, discover God's w</w:t>
      </w:r>
      <w:r>
        <w:br/>
      </w:r>
      <w:r>
        <w:rPr>
          <w:sz w:val="20"/>
        </w:rPr>
        <w:t>14:20  isdom, and even in your own lives, reflect on the blessings that God has bestowed on you. So all this develops a deep love for God in you.</w:t>
      </w:r>
      <w:r>
        <w:br/>
      </w:r>
      <w:r>
        <w:rPr>
          <w:sz w:val="20"/>
        </w:rPr>
        <w:t>14:29  And this is what Islamic spirituality gives a lot of focus on. And this is what I feel is special about Islam. And I think if I am following Islam today, it's because of Islamic spirituality.</w:t>
      </w:r>
      <w:r>
        <w:br/>
      </w:r>
      <w:r>
        <w:rPr>
          <w:sz w:val="20"/>
        </w:rPr>
        <w:t>14:42  I have got nothing to do with politics. I don't care if Islam gives a political if Islam has a political interpretation or not</w:t>
      </w:r>
      <w:r>
        <w:br/>
      </w:r>
      <w:r>
        <w:rPr>
          <w:sz w:val="20"/>
        </w:rPr>
        <w:t>14:49  . For me, what is most important is that my spiritual side should be addressed. And Islam addresses that spiritual side. And that is why today I am following Islam.</w:t>
      </w:r>
    </w:p>
    <w:p>
      <w:pPr>
        <w:pStyle w:val="Heading2"/>
      </w:pPr>
      <w:r>
        <w:t>True shukr through intellectual base</w:t>
      </w:r>
    </w:p>
    <w:p>
      <w:r>
        <w:rPr>
          <w:color w:val="666666"/>
          <w:sz w:val="18"/>
        </w:rPr>
        <w:t>God and Man (In Conversation with Maulana) 01 04 07 · 1m 31s · at 0:29 · https://youtu.be/2HlIEnmDdPo?t=29</w:t>
      </w:r>
    </w:p>
    <w:p>
      <w:r>
        <w:rPr>
          <w:i/>
        </w:rPr>
        <w:t>“Shukr jo hai, ek to yeh hai”</w:t>
      </w:r>
    </w:p>
    <w:p>
      <w:r>
        <w:rPr>
          <w:sz w:val="20"/>
        </w:rPr>
        <w:t>0:29  Shukr jo hai, ek to yeh hai ke log munh se bolte rehte hain, "Alhamdulillah, Alhamdulillah, Alhamdulillah." to main sochta hoon ke yeh bhi Shukr hai, lekin yeh lip service hai. bada Shukr nahi hai.</w:t>
      </w:r>
      <w:r>
        <w:br/>
      </w:r>
      <w:r>
        <w:rPr>
          <w:sz w:val="20"/>
        </w:rPr>
        <w:t>0:45  Shukr ke liye dekhye, ek baat yeh arz karoon ke woh hadith mein hai, "Man lam yashkur al-nas lam yashkur Allah."</w:t>
      </w:r>
      <w:r>
        <w:br/>
      </w:r>
      <w:r>
        <w:rPr>
          <w:sz w:val="20"/>
        </w:rPr>
        <w:t>0:55  jo aadmi insaan ko acknowledge nahi karega, woh Khuda ko bhi acknowledge nahi karega. to Shukr karna</w:t>
      </w:r>
      <w:r>
        <w:br/>
      </w:r>
      <w:r>
        <w:rPr>
          <w:sz w:val="20"/>
        </w:rPr>
        <w:t>1:03  kya hai? Acknowledge karna hai. jitna bada aap ko badi aap ko blessing hai, utni hi badi aap ko acknowledge karna chahiye. Blessing to bahut badi ho, aap kahein, "Alhamdulillah," to yeh kya hua?</w:t>
      </w:r>
      <w:r>
        <w:br/>
      </w:r>
      <w:r>
        <w:rPr>
          <w:sz w:val="20"/>
        </w:rPr>
        <w:t>1:24  to zyada tar main samjhaoon ke us ke liye aap ko intellectual base apne andar banani padegi. tab bada Shukr niklega.</w:t>
      </w:r>
      <w:r>
        <w:br/>
      </w:r>
      <w:r>
        <w:rPr>
          <w:sz w:val="20"/>
        </w:rPr>
        <w:t>1:34  baghair intellectual base banaye hue, sirf "Alhamdulillah" yaad kar lein aap, to is se Shukr bada nahi nikal sakta. woh intellectual base kya hai?</w:t>
      </w:r>
      <w:r>
        <w:br/>
      </w:r>
      <w:r>
        <w:rPr>
          <w:sz w:val="20"/>
        </w:rPr>
        <w:t>1:48  ek taraf to aap yeh sochein ke Khuda ka jo life support system hai, Khuda ne jo banaya hai duniya mein, life support system jo kaha jata hai, woh kitna bada hai.</w:t>
      </w:r>
    </w:p>
    <w:p>
      <w:pPr>
        <w:pStyle w:val="Heading2"/>
      </w:pPr>
      <w:r>
        <w:t>Personal anger-management story rooted in a Quranic verse</w:t>
      </w:r>
    </w:p>
    <w:p>
      <w:r>
        <w:rPr>
          <w:color w:val="666666"/>
          <w:sz w:val="18"/>
        </w:rPr>
        <w:t>Islam and Sufism (Islam and Spirituality) (English) February 28, 2008 · 2m 09s · at 57:39 · https://youtu.be/6UGAPDfrS2w?t=3459</w:t>
      </w:r>
    </w:p>
    <w:p>
      <w:r>
        <w:rPr>
          <w:i/>
        </w:rPr>
        <w:t>“When someone provokes me and I am angry”</w:t>
      </w:r>
    </w:p>
    <w:p>
      <w:r>
        <w:rPr>
          <w:sz w:val="20"/>
        </w:rPr>
        <w:t>57:39  Why? For example, when someone provokes me and I am angry, then I remember a verse of the Quran:</w:t>
      </w:r>
      <w:r>
        <w:br/>
      </w:r>
      <w:r>
        <w:rPr>
          <w:sz w:val="20"/>
        </w:rPr>
        <w:t>57:54  Innama yuzaffaruna ujrahum bighayri hisab.</w:t>
      </w:r>
      <w:r>
        <w:br/>
      </w:r>
      <w:r>
        <w:rPr>
          <w:sz w:val="20"/>
        </w:rPr>
        <w:t>57:58  It means that those who keep patience, they will reward the greatest reward. So I believe, I remember according to this verse that forgiveness is the greatest worship</w:t>
      </w:r>
      <w:r>
        <w:br/>
      </w:r>
      <w:r>
        <w:rPr>
          <w:sz w:val="20"/>
        </w:rPr>
        <w:t>58:17  . If I avoid, if I tolerate, if I ignore this nuisance, then and keep patience, then I will be rewarded, greatest reward.</w:t>
      </w:r>
      <w:r>
        <w:br/>
      </w:r>
      <w:r>
        <w:rPr>
          <w:sz w:val="20"/>
        </w:rPr>
        <w:t>58:30  So I believe, I remember according to this verse that forgiveness is the greatest worship.</w:t>
      </w:r>
      <w:r>
        <w:br/>
      </w:r>
      <w:r>
        <w:rPr>
          <w:sz w:val="20"/>
        </w:rPr>
        <w:t>58:41  If I avoid, if I tolerate, if I ignore this nuisance, then and keep patience, then I will be rewarded, greatest reward.</w:t>
      </w:r>
      <w:r>
        <w:br/>
      </w:r>
      <w:r>
        <w:rPr>
          <w:sz w:val="20"/>
        </w:rPr>
        <w:t>58:55  So I'm happy that this person gave me this opportunity. By awakening my mind, I always think that this person is not my enemy.</w:t>
      </w:r>
      <w:r>
        <w:br/>
      </w:r>
      <w:r>
        <w:rPr>
          <w:sz w:val="20"/>
        </w:rPr>
        <w:t>59:10  He gave me an opportunity to worship God in such a way that gives me a greatest reward.</w:t>
      </w:r>
      <w:r>
        <w:br/>
      </w:r>
      <w:r>
        <w:rPr>
          <w:sz w:val="20"/>
        </w:rPr>
        <w:t>59:22  So it is, it is, it is the art of thought management. Develop in yourself the art of thought management, and you will be a superman.</w:t>
      </w:r>
      <w:r>
        <w:br/>
      </w:r>
      <w:r>
        <w:rPr>
          <w:sz w:val="20"/>
        </w:rPr>
        <w:t>59:37  Thought management, by adopting the art of thought management, a mind becomes a superman.</w:t>
      </w:r>
    </w:p>
    <w:p>
      <w:pPr>
        <w:pStyle w:val="Heading2"/>
      </w:pPr>
      <w:r>
        <w:t>Believer's choice vs tree's compulsion</w:t>
      </w:r>
    </w:p>
    <w:p>
      <w:r>
        <w:rPr>
          <w:color w:val="666666"/>
          <w:sz w:val="18"/>
        </w:rPr>
        <w:t>Momin is like a tree | April 11, 2007 · 2m 05s · at 19:37 · https://youtu.be/buv324nJoBk?t=1177</w:t>
      </w:r>
    </w:p>
    <w:p>
      <w:r>
        <w:rPr>
          <w:i/>
        </w:rPr>
        <w:t>“Tree has no mind, all its behaviors are compulsory”</w:t>
      </w:r>
    </w:p>
    <w:p>
      <w:r>
        <w:rPr>
          <w:sz w:val="20"/>
        </w:rPr>
        <w:t>19:37  thinking tree has no mind. So tree, all these behaviors which we see in tree is a compulsive behavior. Tree is under the law of nature. So tree has no option. Tree has no option. Tree has no freedom. So what tree?</w:t>
      </w:r>
      <w:r>
        <w:br/>
      </w:r>
      <w:r>
        <w:rPr>
          <w:sz w:val="20"/>
        </w:rPr>
        <w:t>20:11  So tree's behavior is compulsive behavior, but momin's behavior is an by choice. What tree has adopted? What, what tree has adopted under compulsion? Momin adopts the same behavior, but as a choice. This is the</w:t>
      </w:r>
      <w:r>
        <w:br/>
      </w:r>
      <w:r>
        <w:rPr>
          <w:sz w:val="20"/>
        </w:rPr>
        <w:t>20:41  uniqueness of a momin. So momin activates his mind, and he control, he controls his behavior by his mind, by his thinking. So momin is. So tree is under the law of nature, and momin is under, under his own mind, under, under his own thinking</w:t>
      </w:r>
      <w:r>
        <w:br/>
      </w:r>
      <w:r>
        <w:rPr>
          <w:sz w:val="20"/>
        </w:rPr>
        <w:t>21:11  , under, under his own free will. Because of this paradise is only for momin, not for trees. So this is the tree culture, which you can see every time in momin life. So</w:t>
      </w:r>
    </w:p>
    <w:p>
      <w:pPr>
        <w:pStyle w:val="Heading2"/>
      </w:pPr>
      <w:r>
        <w:t>Hadith of Death slaughtered between Paradise and Hell</w:t>
      </w:r>
    </w:p>
    <w:p>
      <w:r>
        <w:rPr>
          <w:color w:val="666666"/>
          <w:sz w:val="18"/>
        </w:rPr>
        <w:t>Tazkiya-e-Nafs Book by Maulana Wahiduddin Khan · 2m 02s · at 5:49 · https://youtu.be/LbGPnJWmj1A?t=349</w:t>
      </w:r>
    </w:p>
    <w:p>
      <w:r>
        <w:rPr>
          <w:i/>
        </w:rPr>
        <w:t>“Ek riwayat sahih Muslim mein aayi hai”</w:t>
      </w:r>
    </w:p>
    <w:p>
      <w:r>
        <w:rPr>
          <w:sz w:val="20"/>
        </w:rPr>
        <w:t>5:49  ek riwayat hadith ki mukhtalif kitabon mein</w:t>
      </w:r>
      <w:r>
        <w:br/>
      </w:r>
      <w:r>
        <w:rPr>
          <w:sz w:val="20"/>
        </w:rPr>
        <w:t>5:52  aai hai, sahih muslim ke alfaaz yeh hain: "jab ahl-e-jannat jannat mein dakhil honge aur ahl-e-jahannum jahannum mein</w:t>
      </w:r>
      <w:r>
        <w:br/>
      </w:r>
      <w:r>
        <w:rPr>
          <w:sz w:val="20"/>
        </w:rPr>
        <w:t>6:01  aur maut ko laaya jayega qayamat ke din, goya ke woh ek meda rang ka mendha hoga. Phir usay jannat aur jahannum ke darmiyan khada kiya jayega aur kaha jayega, ae ahl-e-jannat, kya tum jaante ho</w:t>
      </w:r>
      <w:r>
        <w:br/>
      </w:r>
      <w:r>
        <w:rPr>
          <w:sz w:val="20"/>
        </w:rPr>
        <w:t>6:13  aur woh khushi se dekhenge aur kahenge, haan, maut.</w:t>
      </w:r>
      <w:r>
        <w:br/>
      </w:r>
      <w:r>
        <w:rPr>
          <w:sz w:val="20"/>
        </w:rPr>
        <w:t>6:18  Phir kaha jayega, ae ahl-e-jahannum, kya tum jaante ho</w:t>
      </w:r>
      <w:r>
        <w:br/>
      </w:r>
      <w:r>
        <w:rPr>
          <w:sz w:val="20"/>
        </w:rPr>
        <w:t>6:23  aur woh khushi se dekhenge aur kahenge, haan, maut. Phir usay guzara jayega aur zabah kar diya jayega. Phir kaha jayega, ae ahl-e-jannat, hamesha rehne ke liye ho, maut nahi. Aur ae</w:t>
      </w:r>
      <w:r>
        <w:br/>
      </w:r>
      <w:r>
        <w:rPr>
          <w:sz w:val="20"/>
        </w:rPr>
        <w:t>6:36  ahl-e-jahannum</w:t>
      </w:r>
      <w:r>
        <w:br/>
      </w:r>
      <w:r>
        <w:rPr>
          <w:sz w:val="20"/>
        </w:rPr>
        <w:t>6:37  hamesha ke liye ho, ab maut nahi. Sahih Muslim, hadith number 2849. Yani qayamat mein jab jannat wale jannat mein dakhil ho jayenge aur jahannum wale jahannum mein dakhil ho jayenge to wahan maut ko laya jayega,</w:t>
      </w:r>
      <w:r>
        <w:br/>
      </w:r>
      <w:r>
        <w:rPr>
          <w:sz w:val="20"/>
        </w:rPr>
        <w:t>6:57  woh ek safed mendhe ki surat mein hogi, usko jannat aur jahannum ke darmiyan khada kiya jayega, phir kaha jayega ke ae jannat walon!</w:t>
      </w:r>
      <w:r>
        <w:br/>
      </w:r>
      <w:r>
        <w:rPr>
          <w:sz w:val="20"/>
        </w:rPr>
        <w:t>7:07  kya tum log isko pehante ho? Phir woh isko gardan utha kar dekhenge aur kahenge ke haan, yeh maut hai.</w:t>
      </w:r>
      <w:r>
        <w:br/>
      </w:r>
      <w:r>
        <w:rPr>
          <w:sz w:val="20"/>
        </w:rPr>
        <w:t>7:16  aap ne farmaya ke iske baad jahannum walon se kaha jayega ke ae jahannum walon! Kya tum log isko pehante ho? Phir woh sar utha kar isko dekhenge aur kahenge ke haan, yeh maut hai.</w:t>
      </w:r>
      <w:r>
        <w:br/>
      </w:r>
      <w:r>
        <w:rPr>
          <w:sz w:val="20"/>
        </w:rPr>
        <w:t>7:29  aap ne farmaya ke iske baad hukum diya jayega aur maut ko zabah kar diya jayega, phir kaha jayega ke ae jannat walon!</w:t>
      </w:r>
      <w:r>
        <w:br/>
      </w:r>
      <w:r>
        <w:rPr>
          <w:sz w:val="20"/>
        </w:rPr>
        <w:t>7:39  ab tumhare liye hamesha hai, ab tumhare liye maut nahi</w:t>
      </w:r>
      <w:r>
        <w:br/>
      </w:r>
      <w:r>
        <w:rPr>
          <w:sz w:val="20"/>
        </w:rPr>
        <w:t>7:43  . Ae jahannum walon! Ab tumhare liye hamesha hai, ab tumhare liye maut nahi. Tazkiya kya hai?</w:t>
      </w:r>
    </w:p>
    <w:p>
      <w:pPr>
        <w:pStyle w:val="Heading2"/>
      </w:pPr>
      <w:r>
        <w:t>Personalizing humanity's struggle to invent your clothes</w:t>
      </w:r>
    </w:p>
    <w:p>
      <w:r>
        <w:rPr>
          <w:color w:val="666666"/>
          <w:sz w:val="18"/>
        </w:rPr>
        <w:t>Material Science and Spiritual Science 20 May 2012 · 2m 23s · at 16:42 · https://youtu.be/4K6CxjThlxQ?t=1002</w:t>
      </w:r>
    </w:p>
    <w:p>
      <w:r>
        <w:rPr>
          <w:i/>
        </w:rPr>
        <w:t>“Yeh kapra Adam nahi le kar aaye the”</w:t>
      </w:r>
    </w:p>
    <w:p>
      <w:r>
        <w:rPr>
          <w:sz w:val="20"/>
        </w:rPr>
        <w:t>16:42  woh kaise? aap jo kuch dunya mein aap dunya mein aap yeh rahen, aap aap ek ghar banate hain, ek kapra pehente hain, aap camera istemal karte hain.</w:t>
      </w:r>
      <w:r>
        <w:br/>
      </w:r>
      <w:r>
        <w:rPr>
          <w:sz w:val="20"/>
        </w:rPr>
        <w:t>16:53  yani hazaron hazar item rozana aap istemal karte hain. woh kaise mila aap ko? woh poori poori insaniyat ne kaam kiya tab mila.</w:t>
      </w:r>
      <w:r>
        <w:br/>
      </w:r>
      <w:r>
        <w:rPr>
          <w:sz w:val="20"/>
        </w:rPr>
        <w:t>17:04  poori poori insaniyat lagi hui thi ke aap ko yeh cheezen milen.</w:t>
      </w:r>
      <w:r>
        <w:br/>
      </w:r>
      <w:r>
        <w:rPr>
          <w:sz w:val="20"/>
        </w:rPr>
        <w:t>17:10  misal ke taur par yeh kapra Adam nahi le ke aaye the. insaan ne hazaron saal mein is kapre ko is ka daryaft kiya hai.</w:t>
      </w:r>
      <w:r>
        <w:br/>
      </w:r>
      <w:r>
        <w:rPr>
          <w:sz w:val="20"/>
        </w:rPr>
        <w:t>17:21  parhe kya karta hota tha ke woh Quran mein hai ke</w:t>
      </w:r>
      <w:r>
        <w:br/>
      </w:r>
      <w:r>
        <w:rPr>
          <w:sz w:val="20"/>
        </w:rPr>
        <w:t>17:29  ke Adam drakht ke paton se apne woh dhanpne lagay. dua ke drakht ke pate libas ka kaam karte the.</w:t>
      </w:r>
      <w:r>
        <w:br/>
      </w:r>
      <w:r>
        <w:rPr>
          <w:sz w:val="20"/>
        </w:rPr>
        <w:t>17:39  phir khal ya chamre se aadmi badan dhanpne laga. bohat dinon ke baad yeh mumkin hua ke aadmi yani cloth mill banaye aur is tarah kapre tayyar hon.</w:t>
      </w:r>
      <w:r>
        <w:br/>
      </w:r>
      <w:r>
        <w:rPr>
          <w:sz w:val="20"/>
        </w:rPr>
        <w:t>17:52  to jab aap yeh kapra orhen to aap yaad karen ke hazaron saal se insaan jo hai mashaqqat kar raha tha, daryaft kar raha tha, qurbaniyan de raha tha.</w:t>
      </w:r>
      <w:r>
        <w:br/>
      </w:r>
      <w:r>
        <w:rPr>
          <w:sz w:val="20"/>
        </w:rPr>
        <w:t>18:03  taake mere liye aisa kapra wajood mein aaye.</w:t>
      </w:r>
      <w:r>
        <w:br/>
      </w:r>
      <w:r>
        <w:rPr>
          <w:sz w:val="20"/>
        </w:rPr>
        <w:t>18:07  is ko personalize kijiye. insani daryafton ko personalize kijiye. ke sare insaan mil kar ke ek ek jud-o-jihad mein lage hue the.</w:t>
      </w:r>
      <w:r>
        <w:br/>
      </w:r>
      <w:r>
        <w:rPr>
          <w:sz w:val="20"/>
        </w:rPr>
        <w:t>18:19  ke mujh ko aisa kapra mile.</w:t>
      </w:r>
      <w:r>
        <w:br/>
      </w:r>
      <w:r>
        <w:rPr>
          <w:sz w:val="20"/>
        </w:rPr>
        <w:t>18:23  to kitna zyada aap ke dil mein aik be panah jazba lo ka aaye ga. sari insaniyat ke liye. kyunke aap jante hain ke atiya ki buniyad par</w:t>
      </w:r>
      <w:r>
        <w:br/>
      </w:r>
      <w:r>
        <w:rPr>
          <w:sz w:val="20"/>
        </w:rPr>
        <w:t>18:36  lo paida hoti hai. jab aap se aap ko kisi se kuch milta hai to us ke liye aap ke liye us ke response se mohabbat paida hoti hai. yaani jitna atiya utna hi lo.</w:t>
      </w:r>
      <w:r>
        <w:br/>
      </w:r>
      <w:r>
        <w:rPr>
          <w:sz w:val="20"/>
        </w:rPr>
        <w:t>18:48  jitna kisi se jis se aap milta hai aap ko utna hi zyada aap ke andar mohabbat ke jazbat ubharte hain. yeh hai. to aap daryaft kijiye.</w:t>
      </w:r>
      <w:r>
        <w:br/>
      </w:r>
      <w:r>
        <w:rPr>
          <w:sz w:val="20"/>
        </w:rPr>
        <w:t>19:01  yaani isi ko mein kehta hoon ideology of lo.</w:t>
      </w:r>
    </w:p>
    <w:p>
      <w:pPr>
        <w:pStyle w:val="Heading2"/>
      </w:pPr>
      <w:r>
        <w:t>Inner struggle defines true believer</w:t>
      </w:r>
    </w:p>
    <w:p>
      <w:r>
        <w:rPr>
          <w:color w:val="666666"/>
          <w:sz w:val="18"/>
        </w:rPr>
        <w:t>Life of the Companions of the Prophet | September 29, 2018 · 2m 38s · at 4:48 · https://youtu.be/pR5eJlLJtKE?t=288</w:t>
      </w:r>
    </w:p>
    <w:p>
      <w:r>
        <w:rPr>
          <w:i/>
        </w:rPr>
        <w:t>“Sahaba ka matlab kya hai?”</w:t>
      </w:r>
    </w:p>
    <w:p>
      <w:r>
        <w:rPr>
          <w:sz w:val="20"/>
        </w:rPr>
        <w:t>4:48  ke sahaba ka matlab kya hai? achha momin, achha momin. to achha momin woh hai jiske andar ek perpetual struggle jaari hota hai. ek lafz yaad rakhiye: perpetual struggle, an inner struggle.</w:t>
      </w:r>
      <w:r>
        <w:br/>
      </w:r>
      <w:r>
        <w:rPr>
          <w:sz w:val="20"/>
        </w:rPr>
        <w:t>5:18  yani is ke andar mustaqil taur par ek daakhili kashaa-kash jaari hoti hai.</w:t>
      </w:r>
      <w:r>
        <w:br/>
      </w:r>
      <w:r>
        <w:rPr>
          <w:sz w:val="20"/>
        </w:rPr>
        <w:t>5:35  woh kya? kabhi woh sochta hai Allah ko le kar, to is ko Allah ki rehmaten yaad aati hain.</w:t>
      </w:r>
      <w:r>
        <w:br/>
      </w:r>
      <w:r>
        <w:rPr>
          <w:sz w:val="20"/>
        </w:rPr>
        <w:t>5:52  aur rehmaten ke ma'ni yeh hain ke Allah ne aap ko paani diya, ghalla diya, phal paida kiya,</w:t>
      </w:r>
      <w:r>
        <w:br/>
      </w:r>
      <w:r>
        <w:rPr>
          <w:sz w:val="20"/>
        </w:rPr>
        <w:t>5:58  phir paani ka zariya machhli paida ki.</w:t>
      </w:r>
      <w:r>
        <w:br/>
      </w:r>
      <w:r>
        <w:rPr>
          <w:sz w:val="20"/>
        </w:rPr>
        <w:t>6:05  aap ke liye ek life support system dunya banaai.</w:t>
      </w:r>
      <w:r>
        <w:br/>
      </w:r>
      <w:r>
        <w:rPr>
          <w:sz w:val="20"/>
        </w:rPr>
        <w:t>6:11  Life support system کا ورڈ بڑا اچھا ہے، یہ میں جب انگلش پڑھی میں نے تب مجھے یہ لفظ ملا۔</w:t>
      </w:r>
      <w:r>
        <w:br/>
      </w:r>
      <w:r>
        <w:rPr>
          <w:sz w:val="20"/>
        </w:rPr>
        <w:t>6:17  pehlay mere paas yeh lafz nahi hua karta tha.</w:t>
      </w:r>
      <w:r>
        <w:br/>
      </w:r>
      <w:r>
        <w:rPr>
          <w:sz w:val="20"/>
        </w:rPr>
        <w:t>6:24  to jab mein dunya mein paida hua to mujhe ek life support system, aisi dunya mili jahan life</w:t>
      </w:r>
      <w:r>
        <w:br/>
      </w:r>
      <w:r>
        <w:rPr>
          <w:sz w:val="20"/>
        </w:rPr>
        <w:t>6:30  support system tha.</w:t>
      </w:r>
      <w:r>
        <w:br/>
      </w:r>
      <w:r>
        <w:rPr>
          <w:sz w:val="20"/>
        </w:rPr>
        <w:t>6:36  اور اپنے کا جب میں سوچتا ہوں تو آپ جانتے ہیں کہ twelve is human.</w:t>
      </w:r>
      <w:r>
        <w:br/>
      </w:r>
      <w:r>
        <w:rPr>
          <w:sz w:val="20"/>
        </w:rPr>
        <w:t>6:43  insan se ghalti hoti hai, insan se ghalti hoti hai.</w:t>
      </w:r>
      <w:r>
        <w:br/>
      </w:r>
      <w:r>
        <w:rPr>
          <w:sz w:val="20"/>
        </w:rPr>
        <w:t>6:49  koi insan ghalti se bachta nahin.</w:t>
      </w:r>
      <w:r>
        <w:br/>
      </w:r>
      <w:r>
        <w:rPr>
          <w:sz w:val="20"/>
        </w:rPr>
        <w:t>6:55  to apne ko le kar introspection, apni ghaltiyon ke yaad karna, aur Allah ko le kar sochna, to</w:t>
      </w:r>
      <w:r>
        <w:br/>
      </w:r>
      <w:r>
        <w:rPr>
          <w:sz w:val="20"/>
        </w:rPr>
        <w:t>7:01  Allah to har ghalti se upar hai.</w:t>
      </w:r>
      <w:r>
        <w:br/>
      </w:r>
      <w:r>
        <w:rPr>
          <w:sz w:val="20"/>
        </w:rPr>
        <w:t>7:08  to us ki rehmat yaad aati hai.</w:t>
      </w:r>
      <w:r>
        <w:br/>
      </w:r>
      <w:r>
        <w:rPr>
          <w:sz w:val="20"/>
        </w:rPr>
        <w:t>7:14  to Allah ko le kar sochne se aap hopeful hotay hain, hopeful.</w:t>
      </w:r>
      <w:r>
        <w:br/>
      </w:r>
      <w:r>
        <w:rPr>
          <w:sz w:val="20"/>
        </w:rPr>
        <w:t>7:20  aur apne aap ko le kar sochne se aap ke andar introspection jaagta hai.</w:t>
      </w:r>
    </w:p>
    <w:p>
      <w:pPr>
        <w:pStyle w:val="Heading2"/>
      </w:pPr>
      <w:r>
        <w:t>Question about fear of expenses and Maulana's response</w:t>
      </w:r>
    </w:p>
    <w:p>
      <w:r>
        <w:rPr>
          <w:color w:val="666666"/>
          <w:sz w:val="18"/>
        </w:rPr>
        <w:t>Peace of Mind April 19, 2015 Maulana Wahiduddin Khan · 8m 39s · at 42:56 · https://youtu.be/bGLY0ALNtjw?t=2576</w:t>
      </w:r>
    </w:p>
    <w:p>
      <w:r>
        <w:rPr>
          <w:i/>
        </w:rPr>
        <w:t>“Mera toh tajurba yeh nahi hai”</w:t>
      </w:r>
    </w:p>
    <w:p>
      <w:r>
        <w:rPr>
          <w:sz w:val="20"/>
        </w:rPr>
        <w:t>42:56  Please mention your location clearly when you send your questions.</w:t>
      </w:r>
      <w:r>
        <w:br/>
      </w:r>
      <w:r>
        <w:rPr>
          <w:sz w:val="20"/>
        </w:rPr>
        <w:t>43:02  Maulana yeh sawal aaya hai Assam se, aur Faheem sahib ne kiya hai yeh sawal.</w:t>
      </w:r>
      <w:r>
        <w:br/>
      </w:r>
      <w:r>
        <w:rPr>
          <w:sz w:val="20"/>
        </w:rPr>
        <w:t>43:08  Unhon ne likha hai:</w:t>
      </w:r>
      <w:r>
        <w:br/>
      </w:r>
      <w:r>
        <w:rPr>
          <w:sz w:val="20"/>
        </w:rPr>
        <w:t>43:11  Maulana a great source of unrest is that every person lives in the fear of facing poverty, and</w:t>
      </w:r>
      <w:r>
        <w:br/>
      </w:r>
      <w:r>
        <w:rPr>
          <w:sz w:val="20"/>
        </w:rPr>
        <w:t>43:19  so he gets into the rat race of the world, and gradually becomes an earning animal.</w:t>
      </w:r>
      <w:r>
        <w:br/>
      </w:r>
      <w:r>
        <w:rPr>
          <w:sz w:val="20"/>
        </w:rPr>
        <w:t>43:27  Maulana how to address such fe</w:t>
      </w:r>
      <w:r>
        <w:br/>
      </w:r>
      <w:r>
        <w:rPr>
          <w:sz w:val="20"/>
        </w:rPr>
        <w:t>43:29  ars, as these days from medicines to food to everything is very expensive, and if you don't</w:t>
      </w:r>
      <w:r>
        <w:br/>
      </w:r>
      <w:r>
        <w:rPr>
          <w:sz w:val="20"/>
        </w:rPr>
        <w:t>43:36  have money then one can get into serious trouble?</w:t>
      </w:r>
      <w:r>
        <w:br/>
      </w:r>
      <w:r>
        <w:rPr>
          <w:sz w:val="20"/>
        </w:rPr>
        <w:t>43:41  Bhai mera to tajurba yeh nahi hai.</w:t>
      </w:r>
      <w:r>
        <w:br/>
      </w:r>
      <w:r>
        <w:rPr>
          <w:sz w:val="20"/>
        </w:rPr>
        <w:t>43:44  Mera experience yeh hai ke</w:t>
      </w:r>
      <w:r>
        <w:br/>
      </w:r>
      <w:r>
        <w:rPr>
          <w:sz w:val="20"/>
        </w:rPr>
        <w:t>43:48  asal masla yeh hai ke log apni income se apna kharch barhaye rehte hain.</w:t>
      </w:r>
      <w:r>
        <w:br/>
      </w:r>
      <w:r>
        <w:rPr>
          <w:sz w:val="20"/>
        </w:rPr>
        <w:t>43:54  Income ke hisab se kharch nahi karte.</w:t>
      </w:r>
      <w:r>
        <w:br/>
      </w:r>
      <w:r>
        <w:rPr>
          <w:sz w:val="20"/>
        </w:rPr>
        <w:t>43:59  Poverty mere nazdeek ek relative term hai.</w:t>
      </w:r>
      <w:r>
        <w:br/>
      </w:r>
      <w:r>
        <w:rPr>
          <w:sz w:val="20"/>
        </w:rPr>
        <w:t>44:02  Relative term bhi yeh hai.</w:t>
      </w:r>
      <w:r>
        <w:br/>
      </w:r>
      <w:r>
        <w:rPr>
          <w:sz w:val="20"/>
        </w:rPr>
        <w:t>44:07  Agar aap apne kharch ko</w:t>
      </w:r>
      <w:r>
        <w:br/>
      </w:r>
      <w:r>
        <w:rPr>
          <w:sz w:val="20"/>
        </w:rPr>
        <w:t>44:10  hote hi rakhen itna ke</w:t>
      </w:r>
      <w:r>
        <w:br/>
      </w:r>
      <w:r>
        <w:rPr>
          <w:sz w:val="20"/>
        </w:rPr>
        <w:t>44:13  aap ne, aap ki earning ho rahi hai, to koi masla nahi paida hoga.</w:t>
      </w:r>
      <w:r>
        <w:br/>
      </w:r>
      <w:r>
        <w:rPr>
          <w:sz w:val="20"/>
        </w:rPr>
        <w:t>44:21  Main ek qissa batata hoon.</w:t>
      </w:r>
      <w:r>
        <w:br/>
      </w:r>
      <w:r>
        <w:rPr>
          <w:sz w:val="20"/>
        </w:rPr>
        <w:t>44:22  Main jab Wadi e Gun mein tha</w:t>
      </w:r>
      <w:r>
        <w:br/>
      </w:r>
      <w:r>
        <w:rPr>
          <w:sz w:val="20"/>
        </w:rPr>
        <w:t>44:25  to ek sahib</w:t>
      </w:r>
      <w:r>
        <w:br/>
      </w:r>
      <w:r>
        <w:rPr>
          <w:sz w:val="20"/>
        </w:rPr>
        <w:t>44:29  mujh se milte the, to un ko ek job mila.</w:t>
      </w:r>
      <w:r>
        <w:br/>
      </w:r>
      <w:r>
        <w:rPr>
          <w:sz w:val="20"/>
        </w:rPr>
        <w:t>44:34  yeh bohat pehle ki baat hai.</w:t>
      </w:r>
      <w:r>
        <w:br/>
      </w:r>
      <w:r>
        <w:rPr>
          <w:sz w:val="20"/>
        </w:rPr>
        <w:t>44:35  is waqt in ke job mein in ko 300 per month paisa milta tha.</w:t>
      </w:r>
      <w:r>
        <w:br/>
      </w:r>
      <w:r>
        <w:rPr>
          <w:sz w:val="20"/>
        </w:rPr>
        <w:t>44:40  300 per month.</w:t>
      </w:r>
      <w:r>
        <w:br/>
      </w:r>
      <w:r>
        <w:rPr>
          <w:sz w:val="20"/>
        </w:rPr>
        <w:t>44:43  to maine in ko mashwara diya ke aap apni aab bandi ko aadha samjhein.</w:t>
      </w:r>
      <w:r>
        <w:br/>
      </w:r>
      <w:r>
        <w:rPr>
          <w:sz w:val="20"/>
        </w:rPr>
        <w:t>44:48  aap samjhein ke aap ko derh so rupay mil raha hai.</w:t>
      </w:r>
      <w:r>
        <w:br/>
      </w:r>
      <w:r>
        <w:rPr>
          <w:sz w:val="20"/>
        </w:rPr>
        <w:t>44:51  isi mein apna kharch chalayein.</w:t>
      </w:r>
      <w:r>
        <w:br/>
      </w:r>
      <w:r>
        <w:rPr>
          <w:sz w:val="20"/>
        </w:rPr>
        <w:t>44:52  aur derh so rupay aap saving mein rakhein.</w:t>
      </w:r>
      <w:r>
        <w:br/>
      </w:r>
      <w:r>
        <w:rPr>
          <w:sz w:val="20"/>
        </w:rPr>
        <w:t>44:56  to baat ko, to is par amal kiya unhone.</w:t>
      </w:r>
      <w:r>
        <w:br/>
      </w:r>
      <w:r>
        <w:rPr>
          <w:sz w:val="20"/>
        </w:rPr>
        <w:t>45:01  to yeh bohat pehle ki baat hai.</w:t>
      </w:r>
      <w:r>
        <w:br/>
      </w:r>
      <w:r>
        <w:rPr>
          <w:sz w:val="20"/>
        </w:rPr>
        <w:t>45:03  is waqt 300 bhi bari raqam hoti thi.</w:t>
      </w:r>
      <w:r>
        <w:br/>
      </w:r>
      <w:r>
        <w:rPr>
          <w:sz w:val="20"/>
        </w:rPr>
        <w:t>45:08  to itna saving kar liya ke unhone ek acha business shuru kiya is ke baad.</w:t>
      </w:r>
      <w:r>
        <w:br/>
      </w:r>
      <w:r>
        <w:rPr>
          <w:sz w:val="20"/>
        </w:rPr>
        <w:t>45:13  aur kafi kamai ki unhone.</w:t>
      </w:r>
      <w:r>
        <w:br/>
      </w:r>
      <w:r>
        <w:rPr>
          <w:sz w:val="20"/>
        </w:rPr>
        <w:t>45:16  to log apne kharch ko barhaye rehte hain.</w:t>
      </w:r>
      <w:r>
        <w:br/>
      </w:r>
      <w:r>
        <w:rPr>
          <w:sz w:val="20"/>
        </w:rPr>
        <w:t>45:22  aab bandi ke hisab se kharch nahi karte.</w:t>
      </w:r>
      <w:r>
        <w:br/>
      </w:r>
      <w:r>
        <w:rPr>
          <w:sz w:val="20"/>
        </w:rPr>
        <w:t>45:24  is ke baad kehte hain ke hum, hum, hamein problem hai.</w:t>
      </w:r>
      <w:r>
        <w:br/>
      </w:r>
      <w:r>
        <w:rPr>
          <w:sz w:val="20"/>
        </w:rPr>
        <w:t>45:29  dekhein har problem jo hai kisi apni,</w:t>
      </w:r>
      <w:r>
        <w:br/>
      </w:r>
      <w:r>
        <w:rPr>
          <w:sz w:val="20"/>
        </w:rPr>
        <w:t>45:36  kisi apni kami, apni kami ki wajah se hota hai.</w:t>
      </w:r>
      <w:r>
        <w:br/>
      </w:r>
      <w:r>
        <w:rPr>
          <w:sz w:val="20"/>
        </w:rPr>
        <w:t>45:40  mera tajurba to yahi hai.</w:t>
      </w:r>
      <w:r>
        <w:br/>
      </w:r>
      <w:r>
        <w:rPr>
          <w:sz w:val="20"/>
        </w:rPr>
        <w:t>45:42  main bhi isi dunya mein</w:t>
      </w:r>
      <w:r>
        <w:br/>
      </w:r>
      <w:r>
        <w:rPr>
          <w:sz w:val="20"/>
        </w:rPr>
        <w:t>45:45  jeeta hoon. isi dunya mein mujhe bhi tarah tarah ke halaat pesh aaye hain.</w:t>
      </w:r>
      <w:r>
        <w:br/>
      </w:r>
      <w:r>
        <w:rPr>
          <w:sz w:val="20"/>
        </w:rPr>
        <w:t>45:51  to hamesha maine yahi paya hai ke meri kami hai jo problem barh jati hai.</w:t>
      </w:r>
      <w:r>
        <w:br/>
      </w:r>
      <w:r>
        <w:rPr>
          <w:sz w:val="20"/>
        </w:rPr>
        <w:t>45:57  meri apni ghalti hai jo problem barh jati hai.</w:t>
      </w:r>
      <w:r>
        <w:br/>
      </w:r>
      <w:r>
        <w:rPr>
          <w:sz w:val="20"/>
        </w:rPr>
        <w:t>46:00  agar main apne, apne aap ko manage karna seekh loon to koi problem, problem nahi.</w:t>
      </w:r>
      <w:r>
        <w:br/>
      </w:r>
      <w:r>
        <w:rPr>
          <w:sz w:val="20"/>
        </w:rPr>
        <w:t>46:08  aur doosri baat yeh hai ke poverty koi, koi eternal halat nahi hai.</w:t>
      </w:r>
      <w:r>
        <w:br/>
      </w:r>
      <w:r>
        <w:rPr>
          <w:sz w:val="20"/>
        </w:rPr>
        <w:t>46:15  eternal halat nahi, poverty hai.</w:t>
      </w:r>
      <w:r>
        <w:br/>
      </w:r>
      <w:r>
        <w:rPr>
          <w:sz w:val="20"/>
        </w:rPr>
        <w:t>46:17  aaj aadmi ghareeb hai, kaamyaab hai, badalta rehta hai.</w:t>
      </w:r>
      <w:r>
        <w:br/>
      </w:r>
      <w:r>
        <w:rPr>
          <w:sz w:val="20"/>
        </w:rPr>
        <w:t>46:20  jaise hamare office mein ek saahab kaam karte the,</w:t>
      </w:r>
      <w:r>
        <w:br/>
      </w:r>
      <w:r>
        <w:rPr>
          <w:sz w:val="20"/>
        </w:rPr>
        <w:t>46:25  kuch saal pehle ki baat hai.</w:t>
      </w:r>
      <w:r>
        <w:br/>
      </w:r>
      <w:r>
        <w:rPr>
          <w:sz w:val="20"/>
        </w:rPr>
        <w:t>46:28  to woh oopar se chhat mein se gir pade, aur woh itne sakht choot aayi ke mar gaye</w:t>
      </w:r>
      <w:r>
        <w:br/>
      </w:r>
      <w:r>
        <w:rPr>
          <w:sz w:val="20"/>
        </w:rPr>
        <w:t>46:37  woh. un ke bachche the.</w:t>
      </w:r>
      <w:r>
        <w:br/>
      </w:r>
      <w:r>
        <w:rPr>
          <w:sz w:val="20"/>
        </w:rPr>
        <w:t>46:40  to hum sab log bohat pareshan the ke bachche chhod kar un ka death ho gayi, kya hoga?</w:t>
      </w:r>
      <w:r>
        <w:br/>
      </w:r>
      <w:r>
        <w:rPr>
          <w:sz w:val="20"/>
        </w:rPr>
        <w:t>46:46  aaj un ke bachche jo hain hero bane hue hain.</w:t>
      </w:r>
      <w:r>
        <w:br/>
      </w:r>
      <w:r>
        <w:rPr>
          <w:sz w:val="20"/>
        </w:rPr>
        <w:t>46:49  yaani is baap ki death se un ke andar ek incentive aaya, incentive ke humein karna hai, humein</w:t>
      </w:r>
      <w:r>
        <w:br/>
      </w:r>
      <w:r>
        <w:rPr>
          <w:sz w:val="20"/>
        </w:rPr>
        <w:t>46:56  karna hai, humein karna hai.</w:t>
      </w:r>
      <w:r>
        <w:br/>
      </w:r>
      <w:r>
        <w:rPr>
          <w:sz w:val="20"/>
        </w:rPr>
        <w:t>46:59  baap ke zamane mein woh ek chhote se rented ghar mein rehte the.</w:t>
      </w:r>
      <w:r>
        <w:br/>
      </w:r>
      <w:r>
        <w:rPr>
          <w:sz w:val="20"/>
        </w:rPr>
        <w:t>47:05  aaj woh apna ghar khareed liya unhon ne.</w:t>
      </w:r>
      <w:r>
        <w:br/>
      </w:r>
      <w:r>
        <w:rPr>
          <w:sz w:val="20"/>
        </w:rPr>
        <w:t>47:08  aur sab kama rahe hain aur sab aaraam kar rahe hain.</w:t>
      </w:r>
      <w:r>
        <w:br/>
      </w:r>
      <w:r>
        <w:rPr>
          <w:sz w:val="20"/>
        </w:rPr>
        <w:t>47:11  to yeh poverty koi, koi aisi cheez hai jo eternally baaqi rahe.</w:t>
      </w:r>
      <w:r>
        <w:br/>
      </w:r>
      <w:r>
        <w:rPr>
          <w:sz w:val="20"/>
        </w:rPr>
        <w:t>47:17  aaj aisi haalat hai, kal doosri haalat hai.</w:t>
      </w:r>
      <w:r>
        <w:br/>
      </w:r>
      <w:r>
        <w:rPr>
          <w:sz w:val="20"/>
        </w:rPr>
        <w:t>47:21  to poverty ko main leta hoon incentive ke maamle mein.</w:t>
      </w:r>
      <w:r>
        <w:br/>
      </w:r>
      <w:r>
        <w:rPr>
          <w:sz w:val="20"/>
        </w:rPr>
        <w:t>47:25  lekin log, log jo poverty ko bas ek burai ke roop mein batate hain logon ko, wahi sab</w:t>
      </w:r>
      <w:r>
        <w:br/>
      </w:r>
      <w:r>
        <w:rPr>
          <w:sz w:val="20"/>
        </w:rPr>
        <w:t>47:30  سے بڑا، یعنی responsible ہیں اس کے۔</w:t>
      </w:r>
      <w:r>
        <w:br/>
      </w:r>
      <w:r>
        <w:rPr>
          <w:sz w:val="20"/>
        </w:rPr>
        <w:t>47:35  aap un ko incentive badhaiye, un ke andar, un ke kahiye ke tum mehnat karo, padho.</w:t>
      </w:r>
      <w:r>
        <w:br/>
      </w:r>
      <w:r>
        <w:rPr>
          <w:sz w:val="20"/>
        </w:rPr>
        <w:t>47:41  to apni zindagi mein bohat mein ne dekha logon ko ke kal woh ghareeb the, aaj ameer ho</w:t>
      </w:r>
      <w:r>
        <w:br/>
      </w:r>
      <w:r>
        <w:rPr>
          <w:sz w:val="20"/>
        </w:rPr>
        <w:t>47:48  gaye. kal ko un ke paas kuch nahi tha, aaj un ke paas sab kuch hai.</w:t>
      </w:r>
      <w:r>
        <w:br/>
      </w:r>
      <w:r>
        <w:rPr>
          <w:sz w:val="20"/>
        </w:rPr>
        <w:t>47:51  to poverty koi eternal haalat nahi hai.</w:t>
      </w:r>
      <w:r>
        <w:br/>
      </w:r>
      <w:r>
        <w:rPr>
          <w:sz w:val="20"/>
        </w:rPr>
        <w:t>47:53  ke jo poverty mein paida hua to bas zindagi mein is ke muqaddar hai ke poverty mein rahe.</w:t>
      </w:r>
      <w:r>
        <w:br/>
      </w:r>
      <w:r>
        <w:rPr>
          <w:sz w:val="20"/>
        </w:rPr>
        <w:t>47:59  yeh is, is theory se main agree nahi karta.</w:t>
      </w:r>
      <w:r>
        <w:br/>
      </w:r>
      <w:r>
        <w:rPr>
          <w:sz w:val="20"/>
        </w:rPr>
        <w:t>48:06  maulana, maulana agla sawaal Chennai se hai.</w:t>
      </w:r>
      <w:r>
        <w:br/>
      </w:r>
      <w:r>
        <w:rPr>
          <w:sz w:val="20"/>
        </w:rPr>
        <w:t>48:10  aur maulana Iqbal Umri ne kiya hai.</w:t>
      </w:r>
      <w:r>
        <w:br/>
      </w:r>
      <w:r>
        <w:rPr>
          <w:sz w:val="20"/>
        </w:rPr>
        <w:t>48:12  انہوں نے لکھا ہے: جب بھی آپ Western development کا positive response دیتے ہیں، اور اس کو دعوت</w:t>
      </w:r>
      <w:r>
        <w:br/>
      </w:r>
      <w:r>
        <w:rPr>
          <w:sz w:val="20"/>
        </w:rPr>
        <w:t>48:20  aur marifat se relate karte hain, to kyun ulama yeh kehte hain ke agar ulama aur madaris na</w:t>
      </w:r>
      <w:r>
        <w:br/>
      </w:r>
      <w:r>
        <w:rPr>
          <w:sz w:val="20"/>
        </w:rPr>
        <w:t>48:27  rehte to na islam rehta, na dawat rehti.</w:t>
      </w:r>
      <w:r>
        <w:br/>
      </w:r>
      <w:r>
        <w:rPr>
          <w:sz w:val="20"/>
        </w:rPr>
        <w:t>48:32  maazi mein islam sar buland tha, ab kahan hai?</w:t>
      </w:r>
      <w:r>
        <w:br/>
      </w:r>
      <w:r>
        <w:rPr>
          <w:sz w:val="20"/>
        </w:rPr>
        <w:t>48:38  yeh to kehne ki baat hai.</w:t>
      </w:r>
      <w:r>
        <w:br/>
      </w:r>
      <w:r>
        <w:rPr>
          <w:sz w:val="20"/>
        </w:rPr>
        <w:t>48:41  yeh to kehne ki baat hai.</w:t>
      </w:r>
      <w:r>
        <w:br/>
      </w:r>
      <w:r>
        <w:rPr>
          <w:sz w:val="20"/>
        </w:rPr>
        <w:t>48:43  agar madaris se sara kaam ho raha hai to yahi, yahi ulma shikayat kyun karte hain? inhi ulma</w:t>
      </w:r>
      <w:r>
        <w:br/>
      </w:r>
      <w:r>
        <w:rPr>
          <w:sz w:val="20"/>
        </w:rPr>
        <w:t>48:49  ki taqreerein suniye aap.</w:t>
      </w:r>
      <w:r>
        <w:br/>
      </w:r>
      <w:r>
        <w:rPr>
          <w:sz w:val="20"/>
        </w:rPr>
        <w:t>48:51  yeh to musalmanon ka bura haal batayenge, zulm batayenge logon ka, tarah tarah ke masle bayan</w:t>
      </w:r>
      <w:r>
        <w:br/>
      </w:r>
      <w:r>
        <w:rPr>
          <w:sz w:val="20"/>
        </w:rPr>
        <w:t>48:58  karenge. to madaris se agar sare masle hal ho rahe hain to yahi ulma aisi taqreerein kyun</w:t>
      </w:r>
      <w:r>
        <w:br/>
      </w:r>
      <w:r>
        <w:rPr>
          <w:sz w:val="20"/>
        </w:rPr>
        <w:t>49:03  karte hain? mislan sare ulma yeh taqreerein karte hain ke musalmanon mein ittehad nahi hai.</w:t>
      </w:r>
      <w:r>
        <w:br/>
      </w:r>
      <w:r>
        <w:rPr>
          <w:sz w:val="20"/>
        </w:rPr>
        <w:t>49:08  sare ulma, sare ulma karte hain ke musalman aapas mein lad rahe hain.</w:t>
      </w:r>
      <w:r>
        <w:br/>
      </w:r>
      <w:r>
        <w:rPr>
          <w:sz w:val="20"/>
        </w:rPr>
        <w:t>49:12  to yeh sab kyun hai?</w:t>
      </w:r>
      <w:r>
        <w:br/>
      </w:r>
      <w:r>
        <w:rPr>
          <w:sz w:val="20"/>
        </w:rPr>
        <w:t>49:15  yahi ulma ittehad conference karte hain aur is mein shikayatein karte hain ke musalmanon mein ittehad nahi hai.</w:t>
      </w:r>
      <w:r>
        <w:br/>
      </w:r>
      <w:r>
        <w:rPr>
          <w:sz w:val="20"/>
        </w:rPr>
        <w:t>49:22  to kyun, kyun yeh hai? agar madarse se sab kuch ho raha hai to aisa kyun hai?</w:t>
      </w:r>
      <w:r>
        <w:br/>
      </w:r>
      <w:r>
        <w:rPr>
          <w:sz w:val="20"/>
        </w:rPr>
        <w:t>49:28  to yeh mein samajhta hoon ke, yani deep thinking na hone ka nateeja hai.</w:t>
      </w:r>
      <w:r>
        <w:br/>
      </w:r>
      <w:r>
        <w:rPr>
          <w:sz w:val="20"/>
        </w:rPr>
        <w:t>49:38  maulana unka ek aur sawal hai.</w:t>
      </w:r>
      <w:r>
        <w:br/>
      </w:r>
      <w:r>
        <w:rPr>
          <w:sz w:val="20"/>
        </w:rPr>
        <w:t>49:40  unhon ne aap se poocha hai ke aalami conversion matloob hai ya aalami taur par khuda ke word</w:t>
      </w:r>
      <w:r>
        <w:br/>
      </w:r>
      <w:r>
        <w:rPr>
          <w:sz w:val="20"/>
        </w:rPr>
        <w:t>49:47  ko convey karna? is ko wazeh karen.</w:t>
      </w:r>
      <w:r>
        <w:br/>
      </w:r>
      <w:r>
        <w:rPr>
          <w:sz w:val="20"/>
        </w:rPr>
        <w:t>49:52  conversion hai hi nahi.</w:t>
      </w:r>
      <w:r>
        <w:br/>
      </w:r>
      <w:r>
        <w:rPr>
          <w:sz w:val="20"/>
        </w:rPr>
        <w:t>49:54  conversion ka tasawwur hi nahi hai</w:t>
      </w:r>
      <w:r>
        <w:br/>
      </w:r>
      <w:r>
        <w:rPr>
          <w:sz w:val="20"/>
        </w:rPr>
        <w:t>49:58  mere nazdeek. kyunke mazhab mere nazdeek, jo maine samjha hai, woh personal choice ka naam hai.</w:t>
      </w:r>
      <w:r>
        <w:br/>
      </w:r>
      <w:r>
        <w:rPr>
          <w:sz w:val="20"/>
        </w:rPr>
        <w:t>50:05  conversion to ek koi doosra hai jo aap ko convert karta hai.</w:t>
      </w:r>
      <w:r>
        <w:br/>
      </w:r>
      <w:r>
        <w:rPr>
          <w:sz w:val="20"/>
        </w:rPr>
        <w:t>50:09  woh hai hi nahi.</w:t>
      </w:r>
      <w:r>
        <w:br/>
      </w:r>
      <w:r>
        <w:rPr>
          <w:sz w:val="20"/>
        </w:rPr>
        <w:t>50:11  yeh aap ka personal choice hai.</w:t>
      </w:r>
      <w:r>
        <w:br/>
      </w:r>
      <w:r>
        <w:rPr>
          <w:sz w:val="20"/>
        </w:rPr>
        <w:t>50:13  aap study karen, aap mutala karen, aur jis cheez ko aap sachai samjhen us ko maan len.</w:t>
      </w:r>
      <w:r>
        <w:br/>
      </w:r>
      <w:r>
        <w:rPr>
          <w:sz w:val="20"/>
        </w:rPr>
        <w:t>50:22  to yeh personal choice ka naam hai.</w:t>
      </w:r>
      <w:r>
        <w:br/>
      </w:r>
      <w:r>
        <w:rPr>
          <w:sz w:val="20"/>
        </w:rPr>
        <w:t>50:25  aur jahan tak dawat hai, mere nazdeek dawat naam hai pounchanay ka, pounchanay ka, pounchanay ka.</w:t>
      </w:r>
      <w:r>
        <w:br/>
      </w:r>
      <w:r>
        <w:rPr>
          <w:sz w:val="20"/>
        </w:rPr>
        <w:t>50:30  yeh logon ka apna kaam hai ke woh</w:t>
      </w:r>
      <w:r>
        <w:br/>
      </w:r>
      <w:r>
        <w:rPr>
          <w:sz w:val="20"/>
        </w:rPr>
        <w:t>50:34  apne liye kis cheez ka</w:t>
      </w:r>
      <w:r>
        <w:br/>
      </w:r>
      <w:r>
        <w:rPr>
          <w:sz w:val="20"/>
        </w:rPr>
        <w:t>50:37  intekhab karte hain.</w:t>
      </w:r>
      <w:r>
        <w:br/>
      </w:r>
      <w:r>
        <w:rPr>
          <w:sz w:val="20"/>
        </w:rPr>
        <w:t>50:41  maulana agla sawal lene se pehle ek comment parhna chahenge jo miss shabana ne bheja hai rai</w:t>
      </w:r>
      <w:r>
        <w:br/>
      </w:r>
      <w:r>
        <w:rPr>
          <w:sz w:val="20"/>
        </w:rPr>
        <w:t>50:47  پور سے۔ اور انہوں نے لکھا ہے کہ مولانا صاحب، I always get peace of mind after listening</w:t>
      </w:r>
      <w:r>
        <w:br/>
      </w:r>
      <w:r>
        <w:rPr>
          <w:sz w:val="20"/>
        </w:rPr>
        <w:t>50:54  to your program every sunday.</w:t>
      </w:r>
      <w:r>
        <w:br/>
      </w:r>
      <w:r>
        <w:rPr>
          <w:sz w:val="20"/>
        </w:rPr>
        <w:t>50:57  jazak Allah. Maulana agla sawal dilli se aya hai, naam nahi likha hai question karne wale ne.</w:t>
      </w:r>
      <w:r>
        <w:br/>
      </w:r>
      <w:r>
        <w:rPr>
          <w:sz w:val="20"/>
        </w:rPr>
        <w:t>51:06  unka sawal yeh hai:</w:t>
      </w:r>
      <w:r>
        <w:br/>
      </w:r>
      <w:r>
        <w:rPr>
          <w:sz w:val="20"/>
        </w:rPr>
        <w:t>51:08  مولانا صاحب، you say that human rights activists take a negative approach by criticizing or protesting against human</w:t>
      </w:r>
      <w:r>
        <w:br/>
      </w:r>
      <w:r>
        <w:rPr>
          <w:sz w:val="20"/>
        </w:rPr>
        <w:t>51:17  rights violation. I have a question in this regard: If innocent people are killed, does it mean that one</w:t>
      </w:r>
      <w:r>
        <w:br/>
      </w:r>
      <w:r>
        <w:rPr>
          <w:sz w:val="20"/>
        </w:rPr>
        <w:t>51:27  should remain silent and not demand justice, that the perpetrators of the crime be brought to justice?</w:t>
      </w:r>
      <w:r>
        <w:br/>
      </w:r>
      <w:r>
        <w:rPr>
          <w:sz w:val="20"/>
        </w:rPr>
        <w:t>51:35  Secondly, it can also be argued that if one keeps silent on such persecution, it would only further legitimize operation and embolden people to violate other rights. What is your view on this?"</w:t>
      </w:r>
    </w:p>
    <w:p>
      <w:pPr>
        <w:pStyle w:val="Heading2"/>
      </w:pPr>
      <w:r>
        <w:t>From self-glory to hatred to bombings</w:t>
      </w:r>
    </w:p>
    <w:p>
      <w:r>
        <w:rPr>
          <w:color w:val="666666"/>
          <w:sz w:val="18"/>
        </w:rPr>
        <w:t>The Case of Present Muslim Generation September 28, 2008 · 2m 45s · at 18:34 · https://youtu.be/yjSy2b7JPTw?t=1114</w:t>
      </w:r>
    </w:p>
    <w:p>
      <w:r>
        <w:rPr>
          <w:i/>
        </w:rPr>
        <w:t>“Paranoid character koi ban jaaye to kya hota hai?”</w:t>
      </w:r>
    </w:p>
    <w:p>
      <w:r>
        <w:rPr>
          <w:sz w:val="20"/>
        </w:rPr>
        <w:t>18:34  paranoid character koi ban jaye to kya hota hai? woh dekhta hai ke log mujhe maan nahin rahe. meri glory, meri greatness koi maan nahin raha hai koi.</w:t>
      </w:r>
      <w:r>
        <w:br/>
      </w:r>
      <w:r>
        <w:rPr>
          <w:sz w:val="20"/>
        </w:rPr>
        <w:t>18:46  to woh samajhta hai ke sare log mere dushman hain. yeh self glory mein jeene wala aadmi jo hai bilkul it is but natural ke woh doosron se mutannafir ho jata hai.</w:t>
      </w:r>
      <w:r>
        <w:br/>
      </w:r>
      <w:r>
        <w:rPr>
          <w:sz w:val="20"/>
        </w:rPr>
        <w:t>18:58  hate aa jati hai is ke andar. aap dekhein sare musalman duniya bhar mein sab ke sab hate mein jeete hain. one to all without any exception.</w:t>
      </w:r>
      <w:r>
        <w:br/>
      </w:r>
      <w:r>
        <w:rPr>
          <w:sz w:val="20"/>
        </w:rPr>
        <w:t>19:07  sirf hamari yeh team jo hai yeh exception hai. aur koi exception nahin. yeh ek haqeeqat hai.</w:t>
      </w:r>
      <w:r>
        <w:br/>
      </w:r>
      <w:r>
        <w:rPr>
          <w:sz w:val="20"/>
        </w:rPr>
        <w:t>19:17  to jab aap pyranoid character ban jayen to pehla kya hoga? dunya se nafrat. kyun ke aap chahen ge ke main mera woh darja diya jaye jo emperor ka tha.</w:t>
      </w:r>
      <w:r>
        <w:br/>
      </w:r>
      <w:r>
        <w:rPr>
          <w:sz w:val="20"/>
        </w:rPr>
        <w:t>19:32  mere baap dada emperor thay to un ka darja jo tha woh mujhe milay. to aap dunya to yeh deti nahin. dunya to bohat hi be reham hai.</w:t>
      </w:r>
      <w:r>
        <w:br/>
      </w:r>
      <w:r>
        <w:rPr>
          <w:sz w:val="20"/>
        </w:rPr>
        <w:t>19:42  dunya mein to reality ka raaj hai, reality ka. kisi settlement ka dunya mein koi jagah nahin hai. to dunya bhar ko samajhta hai ke yeh meri accept nahin karte meri badai ko.</w:t>
      </w:r>
      <w:r>
        <w:br/>
      </w:r>
      <w:r>
        <w:rPr>
          <w:sz w:val="20"/>
        </w:rPr>
        <w:t>19:57  to yeh sab ke sab qabil e nafrat hain. sab ke sab mere sath conspiracy kar rahe hain. to sab se pehle nafrat aati hai. is ke baad nafrat ruki nahin.</w:t>
      </w:r>
      <w:r>
        <w:br/>
      </w:r>
      <w:r>
        <w:rPr>
          <w:sz w:val="20"/>
        </w:rPr>
        <w:t>20:09  yaad rakhiye nafrat aik jagah ruk nahin sakti. pani mein aap jis tarah se dalen aik boond gandagi ka to ruka nahin rahe ga.</w:t>
      </w:r>
      <w:r>
        <w:br/>
      </w:r>
      <w:r>
        <w:rPr>
          <w:sz w:val="20"/>
        </w:rPr>
        <w:t>20:19  phele ga, phele ga, phele ga. to nafrat barh kar kya banti hai phir?</w:t>
      </w:r>
      <w:r>
        <w:br/>
      </w:r>
      <w:r>
        <w:rPr>
          <w:sz w:val="20"/>
        </w:rPr>
        <w:t>20:29  yani pehle nafrat aai. phir kya aaya? violence aaya. ke yeh nahin mante to in se maro in ko.</w:t>
      </w:r>
      <w:r>
        <w:br/>
      </w:r>
      <w:r>
        <w:rPr>
          <w:sz w:val="20"/>
        </w:rPr>
        <w:t>20:41  to marne ki taqat nahin. ke woh apne pas army nahin, apne pas fauj nahin. to is zamane mein logon ko bohat acha moqa mil gaya hai ke bomb yahan rakh do, wahan rakh do, log maren ge.</w:t>
      </w:r>
      <w:r>
        <w:br/>
      </w:r>
      <w:r>
        <w:rPr>
          <w:sz w:val="20"/>
        </w:rPr>
        <w:t>20:52  ab wahan hum ja kar qaaqaa lagayen ge apne kamre mein ke dekho. to yeh society bombing jo hai paranoia ka extremist case hai.</w:t>
      </w:r>
      <w:r>
        <w:br/>
      </w:r>
      <w:r>
        <w:rPr>
          <w:sz w:val="20"/>
        </w:rPr>
        <w:t>21:03  pehlay paranoia aaya, self glory ka mizaj aaya. phir logon se nafrat karne lage aap. logon ko samjhe ke sab conspirator hain. ab maro in ko.</w:t>
      </w:r>
      <w:r>
        <w:br/>
      </w:r>
      <w:r>
        <w:rPr>
          <w:sz w:val="20"/>
        </w:rPr>
        <w:t>21:13  ab mar nahin paye to society bombing kar ke unhein halak karo.</w:t>
      </w:r>
    </w:p>
    <w:p>
      <w:pPr>
        <w:pStyle w:val="Heading2"/>
      </w:pPr>
      <w:r>
        <w:t>Political rule not a pillar of Islam</w:t>
      </w:r>
    </w:p>
    <w:p>
      <w:r>
        <w:rPr>
          <w:color w:val="666666"/>
          <w:sz w:val="18"/>
        </w:rPr>
        <w:t>Five Pillars of Islam | July 30, 2007 · 2m 04s · at 2:43 · https://youtu.be/f31xU7hWLWI?t=163</w:t>
      </w:r>
    </w:p>
    <w:p>
      <w:r>
        <w:rPr>
          <w:i/>
        </w:rPr>
        <w:t>“The first aspect I would like to mention that there is no reference”</w:t>
      </w:r>
    </w:p>
    <w:p>
      <w:r>
        <w:rPr>
          <w:sz w:val="20"/>
        </w:rPr>
        <w:t>2:43  th of Ramadan.</w:t>
      </w:r>
      <w:r>
        <w:br/>
      </w:r>
      <w:r>
        <w:rPr>
          <w:sz w:val="20"/>
        </w:rPr>
        <w:t>2:51  These are five pillars.</w:t>
      </w:r>
      <w:r>
        <w:br/>
      </w:r>
      <w:r>
        <w:rPr>
          <w:sz w:val="20"/>
        </w:rPr>
        <w:t>2:58  The first aspect I would like to mention that there is no reference of political rule or Khilafah.</w:t>
      </w:r>
      <w:r>
        <w:br/>
      </w:r>
      <w:r>
        <w:rPr>
          <w:sz w:val="20"/>
        </w:rPr>
        <w:t>3:06  It means that Khilafah</w:t>
      </w:r>
      <w:r>
        <w:br/>
      </w:r>
      <w:r>
        <w:rPr>
          <w:sz w:val="20"/>
        </w:rPr>
        <w:t>3:14  ya political rule is not a pillar in Islam. The edifice of Islam is mentioned here, but the Prophet says that there are five pillars. In these five, there is no sixth pillar that is Khilafah or hukumat or political rule. So it is very clear that political r</w:t>
      </w:r>
      <w:r>
        <w:br/>
      </w:r>
      <w:r>
        <w:rPr>
          <w:sz w:val="20"/>
        </w:rPr>
        <w:t>3:44  ule is not a pillar of Islam.</w:t>
      </w:r>
      <w:r>
        <w:br/>
      </w:r>
      <w:r>
        <w:rPr>
          <w:sz w:val="20"/>
        </w:rPr>
        <w:t>3:52  In another part of the Quran, there is a verse about political rule that: "wa ukhra tuhibbunaha nasrun min</w:t>
      </w:r>
      <w:r>
        <w:br/>
      </w:r>
      <w:r>
        <w:rPr>
          <w:sz w:val="20"/>
        </w:rPr>
        <w:t>4:00  allahi wa fathun qarib." It means that political rule is a secondary thing in Islam.</w:t>
      </w:r>
      <w:r>
        <w:br/>
      </w:r>
      <w:r>
        <w:rPr>
          <w:sz w:val="20"/>
        </w:rPr>
        <w:t>4:09  ukhra means secondary.</w:t>
      </w:r>
      <w:r>
        <w:br/>
      </w:r>
      <w:r>
        <w:rPr>
          <w:sz w:val="20"/>
        </w:rPr>
        <w:t>4:17  So primary tenets of Islam are only five, and Khilafah or hukumat or political rule is only a secondary thing.</w:t>
      </w:r>
      <w:r>
        <w:br/>
      </w:r>
      <w:r>
        <w:rPr>
          <w:sz w:val="20"/>
        </w:rPr>
        <w:t>4:27  It is very important to understand this point.</w:t>
      </w:r>
      <w:r>
        <w:br/>
      </w:r>
      <w:r>
        <w:rPr>
          <w:sz w:val="20"/>
        </w:rPr>
        <w:t>4:37  Then I would like to say that the target of Islam is not to establish a political empire.</w:t>
      </w:r>
    </w:p>
    <w:p>
      <w:pPr>
        <w:pStyle w:val="Heading2"/>
      </w:pPr>
      <w:r>
        <w:t>The temple of reason tames humans like tigers</w:t>
      </w:r>
    </w:p>
    <w:p>
      <w:r>
        <w:rPr>
          <w:color w:val="666666"/>
          <w:sz w:val="18"/>
        </w:rPr>
        <w:t>Spirituality in Daily Life October 4, 2008 · 1m 49s · at 40:13 · https://youtu.be/oeJR6tYqQVw?t=2413</w:t>
      </w:r>
    </w:p>
    <w:p>
      <w:r>
        <w:rPr>
          <w:i/>
        </w:rPr>
        <w:t>“Ek baat main aksar logon se kehta hun”</w:t>
      </w:r>
    </w:p>
    <w:p>
      <w:r>
        <w:rPr>
          <w:sz w:val="20"/>
        </w:rPr>
        <w:t>40:13  yeh main ne khud is ko apni aankh se dekha hai. Russia jab main gaya tha to wahan par main ne dekha ek ek aadmi tigers ko tape kiye hue tha, taqreeban yani ek ek dozen tiger the, woh tape kiye hue the.</w:t>
      </w:r>
      <w:r>
        <w:br/>
      </w:r>
      <w:r>
        <w:rPr>
          <w:sz w:val="20"/>
        </w:rPr>
        <w:t>40:28  main jaise woh kehta tha, wahi chalte the, woh sab. to main ne us ko research karna shuru</w:t>
      </w:r>
      <w:r>
        <w:br/>
      </w:r>
      <w:r>
        <w:rPr>
          <w:sz w:val="20"/>
        </w:rPr>
        <w:t>40:34  kiya ke yeh baat kya hai, kaise ek insan jo hai, us ke paas koi hathiyar nahi hai, ek ek enclosure mein tha, woh aadmi aur us mein sher sab the, woh us mein un ko jaise kehta tha, waise sher chalte the,</w:t>
      </w:r>
      <w:r>
        <w:br/>
      </w:r>
      <w:r>
        <w:rPr>
          <w:sz w:val="20"/>
        </w:rPr>
        <w:t>40:49  woh bilkul tape kiye hue the. un ko woh is par main ne research ki to pata chala ke nature ne ek bohat bara, bari cheez rakhi hai, beast mein, bea, bea, us ne beast animals,</w:t>
      </w:r>
      <w:r>
        <w:br/>
      </w:r>
      <w:r>
        <w:rPr>
          <w:sz w:val="20"/>
        </w:rPr>
        <w:t>41:03  woh kya hai? jo kunti hoti hai, us ko angrezi mein kehte hain temple, english mein temple kehte hain kunti.</w:t>
      </w:r>
      <w:r>
        <w:br/>
      </w:r>
      <w:r>
        <w:rPr>
          <w:sz w:val="20"/>
        </w:rPr>
        <w:t>41:14  to beast ki kunti bohat hi sensitive hoti hai, jaise dog hai, wolf hai, tiger hai, to un ki kunti bohat sensitive hoti hai.</w:t>
      </w:r>
      <w:r>
        <w:br/>
      </w:r>
      <w:r>
        <w:rPr>
          <w:sz w:val="20"/>
        </w:rPr>
        <w:t>41:26  kisi tarike se aap manage kar saken, kunti ko pakad lein, aap dekhen ke within second woh tape ho gaya,</w:t>
      </w:r>
      <w:r>
        <w:br/>
      </w:r>
      <w:r>
        <w:rPr>
          <w:sz w:val="20"/>
        </w:rPr>
        <w:t>41:36  yani us ki temple ya kunti ko jaise hi aap ne pakda, agar manage kar payen aap to bilkul tape ho jayega, aap ke bas mein ho jayega woh. to mera manna yeh hai, aur balkeh mera yeh experience hai,</w:t>
      </w:r>
      <w:r>
        <w:br/>
      </w:r>
      <w:r>
        <w:rPr>
          <w:sz w:val="20"/>
        </w:rPr>
        <w:t>41:51  insan ke andar bhi isi qism ka ek temple hai, woh kya hai? reason. aadmi reason ke aage bilkul surrender kar deta hai,</w:t>
      </w:r>
    </w:p>
    <w:p>
      <w:pPr>
        <w:pStyle w:val="Heading2"/>
      </w:pPr>
      <w:r>
        <w:t>Man is unpredictable nature is beautiful</w:t>
      </w:r>
    </w:p>
    <w:p>
      <w:r>
        <w:rPr>
          <w:color w:val="666666"/>
          <w:sz w:val="18"/>
        </w:rPr>
        <w:t>Nature as a Role Mode May 21, 2006 · 2m 16s · at 33:24 · https://youtu.be/ppaB1Z2zXL8?t=2004</w:t>
      </w:r>
    </w:p>
    <w:p>
      <w:r>
        <w:rPr>
          <w:i/>
        </w:rPr>
        <w:t>“Har cheez is duniya mein khoobsurat hai.”</w:t>
      </w:r>
    </w:p>
    <w:p>
      <w:r>
        <w:rPr>
          <w:sz w:val="20"/>
        </w:rPr>
        <w:t>33:24  jaisa ke maine hadith sunai ke aap ne farmaya ke woh insaan momin hi nahin hai jo logon ke liye masla paida kare.</w:t>
      </w:r>
      <w:r>
        <w:br/>
      </w:r>
      <w:r>
        <w:rPr>
          <w:sz w:val="20"/>
        </w:rPr>
        <w:t>33:36  to yeh baatein bohat zyada sochne ki hain. ek ek philosopher ne kaha</w:t>
      </w:r>
      <w:r>
        <w:br/>
      </w:r>
      <w:r>
        <w:rPr>
          <w:sz w:val="20"/>
        </w:rPr>
        <w:t>33:45  ke "har cheez is dunya mein kh</w:t>
      </w:r>
      <w:r>
        <w:br/>
      </w:r>
      <w:r>
        <w:rPr>
          <w:sz w:val="20"/>
        </w:rPr>
        <w:t>33:54  ubsoorat hai, sirf insaan hai jo khoobsurat nahin hai." yeh qaul mein bohat dinon se janta tha lekin is ka matlab abhi kal mujhe samajh mein aaya.</w:t>
      </w:r>
      <w:r>
        <w:br/>
      </w:r>
      <w:r>
        <w:rPr>
          <w:sz w:val="20"/>
        </w:rPr>
        <w:t>34:06  ke kyun is ne aisa kaha. ke sari cheezein khoobsurat hain aur insaan khoobsurat nahin hai. kyun aisa kaha is ne.</w:t>
      </w:r>
      <w:r>
        <w:br/>
      </w:r>
      <w:r>
        <w:rPr>
          <w:sz w:val="20"/>
        </w:rPr>
        <w:t>34:18  maine is se samjha yeh, is par ghhor karte hue.</w:t>
      </w:r>
      <w:r>
        <w:br/>
      </w:r>
      <w:r>
        <w:rPr>
          <w:sz w:val="20"/>
        </w:rPr>
        <w:t>34:23  ke poori yeh fitrat jo hai poora ka poora yeh hai peshgoi karne wala kirdaar rakhta hai. peshgoi karne wala kirdaar.</w:t>
      </w:r>
      <w:r>
        <w:br/>
      </w:r>
      <w:r>
        <w:rPr>
          <w:sz w:val="20"/>
        </w:rPr>
        <w:t>34:33  sirf insaan hai jis ke andar peshgoi karne wala kirdaar nahin.</w:t>
      </w:r>
      <w:r>
        <w:br/>
      </w:r>
      <w:r>
        <w:rPr>
          <w:sz w:val="20"/>
        </w:rPr>
        <w:t>34:39  jaise maine misaal di ke main kal baat kar raha tha kuch logon se rohaniyat par. to drakht ya hawa ya zameen ya aasman wahi kar rahe the jo hum un se umeed rakhte the.</w:t>
      </w:r>
      <w:r>
        <w:br/>
      </w:r>
      <w:r>
        <w:rPr>
          <w:sz w:val="20"/>
        </w:rPr>
        <w:t>34:55  ke woh khalal nahin karenge hamari baat ko. lekin is ke baad jo carain aaein jo insaan daura raha tha, jin ko insaan daura raha tha. to kya hua?</w:t>
      </w:r>
      <w:r>
        <w:br/>
      </w:r>
      <w:r>
        <w:rPr>
          <w:sz w:val="20"/>
        </w:rPr>
        <w:t>35:05  saara khalal</w:t>
      </w:r>
      <w:r>
        <w:br/>
      </w:r>
      <w:r>
        <w:rPr>
          <w:sz w:val="20"/>
        </w:rPr>
        <w:t>35:06  daal diya is ne. to kaha ke fitrat to peshgoi karne wali thi. insaan peshgoi karne wala nahin tha. ke woh naazi car na dauraye, woh tez tez horn na bajaye, moseeqi na bajaye.</w:t>
      </w:r>
      <w:r>
        <w:br/>
      </w:r>
      <w:r>
        <w:rPr>
          <w:sz w:val="20"/>
        </w:rPr>
        <w:t>35:18  yeh hum is se umeed rakh rahe thay. lekin is umeed par insan poora nahi utra. aap ko rozana subah shaam yeh tajurba hota hoga.</w:t>
      </w:r>
      <w:r>
        <w:br/>
      </w:r>
      <w:r>
        <w:rPr>
          <w:sz w:val="20"/>
        </w:rPr>
        <w:t>35:27  koi nai baat nahi hai.</w:t>
      </w:r>
      <w:r>
        <w:br/>
      </w:r>
      <w:r>
        <w:rPr>
          <w:sz w:val="20"/>
        </w:rPr>
        <w:t>35:29  to beharhaal is ne yeh jo kaha ke is dunya mein har cheez khoobsurat hai, sirf insan hai jo khoobsurat nahi. to is ka matlab mein yeh samajh paya hoon.</w:t>
      </w:r>
    </w:p>
    <w:p>
      <w:pPr>
        <w:pStyle w:val="Heading2"/>
      </w:pPr>
      <w:r>
        <w:t>Rustam's impression of Muslim prayer discipline</w:t>
      </w:r>
    </w:p>
    <w:p>
      <w:r>
        <w:rPr>
          <w:color w:val="666666"/>
          <w:sz w:val="18"/>
        </w:rPr>
        <w:t>Islamic Prayer (Part 2) (English) | February 27, 2007 | Maulana Wahiduddin Khan · 3m 04s · at 8:27 · https://youtu.be/xoh_XiWwRlI?t=507</w:t>
      </w:r>
    </w:p>
    <w:p>
      <w:r>
        <w:rPr>
          <w:i/>
        </w:rPr>
        <w:t>“Then I will narrate a very interesting story.”</w:t>
      </w:r>
    </w:p>
    <w:p>
      <w:r>
        <w:rPr>
          <w:sz w:val="20"/>
        </w:rPr>
        <w:t>8:27  club exercises. So he was very much impressed by Namaaz. Then I will narrate a very interesting story. During the second caliphate of Al-Faruk, Muslims entered Iran.</w:t>
      </w:r>
      <w:r>
        <w:br/>
      </w:r>
      <w:r>
        <w:rPr>
          <w:sz w:val="20"/>
        </w:rPr>
        <w:t>8:59  So at that time, there were no mosques in Iran. These, these Muslims used to perform their namaz in open field, in open field. That is congregate, congregational prayer.</w:t>
      </w:r>
      <w:r>
        <w:br/>
      </w:r>
      <w:r>
        <w:rPr>
          <w:sz w:val="20"/>
        </w:rPr>
        <w:t>9:29  So the general, the Iranian General Rustam saw this scene several times. After seeing this congregational prayer, he said, "aqla'a 'umr kabidi ya lahaul kilab al-a'da'" this event is</w:t>
      </w:r>
      <w:r>
        <w:br/>
      </w:r>
      <w:r>
        <w:rPr>
          <w:sz w:val="20"/>
        </w:rPr>
        <w:t>9:59  , this event you can find in the Muqaddama Ibn Khaldun. So Rustam said, "aqla'a 'umr kabidi ya lahaul kilab al-a'da'" it means, "Omar is a headache for me. Omar is a great headache for me. Omar creates a headache</w:t>
      </w:r>
      <w:r>
        <w:br/>
      </w:r>
      <w:r>
        <w:rPr>
          <w:sz w:val="20"/>
        </w:rPr>
        <w:t>10:29  for me." He teaches discipline to his men. This was the impression of Rustam, the commander of the Iranian army. So namaz, I mean congregational prayer, is a very impressive scene for anyon</w:t>
      </w:r>
      <w:r>
        <w:br/>
      </w:r>
      <w:r>
        <w:rPr>
          <w:sz w:val="20"/>
        </w:rPr>
        <w:t>10:59  e. I think that is very unique. In every religion, there is no such kind of prayer. Then, although there is a discipline, you see, they call, there is adhan,</w:t>
      </w:r>
    </w:p>
    <w:p>
      <w:pPr>
        <w:pStyle w:val="Heading2"/>
      </w:pPr>
      <w:r>
        <w:t>Moses' prayer misinterpreted as asking for food</w:t>
      </w:r>
    </w:p>
    <w:p>
      <w:r>
        <w:rPr>
          <w:color w:val="666666"/>
          <w:sz w:val="18"/>
        </w:rPr>
        <w:t>The Importance of Education, Feb. 15, 2014 - Maulana Wahiduddin Khan · 2m 05s · at 8:28 · https://youtu.be/Ln1FQfOWyzo?t=508</w:t>
      </w:r>
    </w:p>
    <w:p>
      <w:r>
        <w:rPr>
          <w:i/>
        </w:rPr>
        <w:t>“حضرت موسیٰ کو، حضرت موسیٰ پیدا ہوئے تھے ایجپٹ میں”</w:t>
      </w:r>
    </w:p>
    <w:p>
      <w:r>
        <w:rPr>
          <w:sz w:val="20"/>
        </w:rPr>
        <w:t>8:28  Hazrat Musa ko, Hazrat Musa paida hue the Egypt mein, Misr mein. wahan aise halaat paida hue ke un ko Misr chhod kar ke jana pada, Madyan.</w:t>
      </w:r>
      <w:r>
        <w:br/>
      </w:r>
      <w:r>
        <w:rPr>
          <w:sz w:val="20"/>
        </w:rPr>
        <w:t>8:42  to Madyan mein jab woh pahunche hain to us zamane mein ka safar aaj jaisa nahi tha.</w:t>
      </w:r>
      <w:r>
        <w:br/>
      </w:r>
      <w:r>
        <w:rPr>
          <w:sz w:val="20"/>
        </w:rPr>
        <w:t>8:52  to shaam ka waqt tha. ek darakht ke neeche woh baith gaye. akele the us waqt woh. us waqt, ab aap ghor kijiye ke Misr se paidal chal kar Madyan gaye.</w:t>
      </w:r>
      <w:r>
        <w:br/>
      </w:r>
      <w:r>
        <w:rPr>
          <w:sz w:val="20"/>
        </w:rPr>
        <w:t>9:10  pahadon, jangalon ke teh teh kya hoga unhone. thake hue, bhooke. khana bhi nahi tha. riwayat mein aata hai ke saat din se woh bhooke the.</w:t>
      </w:r>
      <w:r>
        <w:br/>
      </w:r>
      <w:r>
        <w:rPr>
          <w:sz w:val="20"/>
        </w:rPr>
        <w:t>9:23  jab baithe the peet peed ke neeche to saat din se woh bhooke the. to aage unhein koi nahi, peechhe unhein koi saman na koi kuch.</w:t>
      </w:r>
      <w:r>
        <w:br/>
      </w:r>
      <w:r>
        <w:rPr>
          <w:sz w:val="20"/>
        </w:rPr>
        <w:t>9:34  to us waqt un ki zuban se nikla tha, 'Rabbi inni lima anzalta ilayya min khairin faqeer'.</w:t>
      </w:r>
      <w:r>
        <w:br/>
      </w:r>
      <w:r>
        <w:rPr>
          <w:sz w:val="20"/>
        </w:rPr>
        <w:t>9:47  Ae mere Rab! mein is khair ke liye tera mohtaj hoon jo tu ne mere upar utari.</w:t>
      </w:r>
      <w:r>
        <w:br/>
      </w:r>
      <w:r>
        <w:rPr>
          <w:sz w:val="20"/>
        </w:rPr>
        <w:t>10:02  to tafsir mein aap dekhen to is ka koi ma'nawiyat nahi nazar aati. tamam tafsiron mein kya likha hua hai ke Hazrat Musa saat din se bhooke the to unhone goya ta'am ke liye dua ki.</w:t>
      </w:r>
      <w:r>
        <w:br/>
      </w:r>
      <w:r>
        <w:rPr>
          <w:sz w:val="20"/>
        </w:rPr>
        <w:t>10:20  yani khana Allah ki taraf se mil jaye aur woh bhook mita saken. yeh bilkul hi baseless baat hai.</w:t>
      </w:r>
    </w:p>
    <w:p>
      <w:pPr>
        <w:pStyle w:val="Heading2"/>
      </w:pPr>
      <w:r>
        <w:t>Gandhi's dream and claim of reincarnation</w:t>
      </w:r>
    </w:p>
    <w:p>
      <w:r>
        <w:rPr>
          <w:color w:val="666666"/>
          <w:sz w:val="18"/>
        </w:rPr>
        <w:t>Islam and Peace (In Conversation with Maulana) 23 11 2008 · 2m 07s · at 0:45 · https://youtu.be/CyS3i4AlGfs?t=45</w:t>
      </w:r>
    </w:p>
    <w:p>
      <w:r>
        <w:rPr>
          <w:i/>
        </w:rPr>
        <w:t>“I have seen Mahatma Gandhi in dreams many times.”</w:t>
      </w:r>
    </w:p>
    <w:p>
      <w:r>
        <w:rPr>
          <w:sz w:val="20"/>
        </w:rPr>
        <w:t>0:45  Main ne kai baar Mahatma Gandhi ko dream mein dekha.</w:t>
      </w:r>
      <w:r>
        <w:br/>
      </w:r>
      <w:r>
        <w:rPr>
          <w:sz w:val="20"/>
        </w:rPr>
        <w:t>0:52  Main ne ek baar dekha ke main ek road hai, us par walk kar raha hoon, paidal. Phir ek darakht hai, ek peed.</w:t>
      </w:r>
      <w:r>
        <w:br/>
      </w:r>
      <w:r>
        <w:rPr>
          <w:sz w:val="20"/>
        </w:rPr>
        <w:t>1:04  Us ke neeche Mahatma Gandhi akele baithe hue hain. Ek dum wahi haliya hai jo un ka hota tha. Bohat hi sad.</w:t>
      </w:r>
      <w:r>
        <w:br/>
      </w:r>
      <w:r>
        <w:rPr>
          <w:sz w:val="20"/>
        </w:rPr>
        <w:t>1:15  To main un ke paas jata hoon. To mujh ko ek pin dete hain. Mahatma Gandhi ek pin dete hain.</w:t>
      </w:r>
      <w:r>
        <w:br/>
      </w:r>
      <w:r>
        <w:rPr>
          <w:sz w:val="20"/>
        </w:rPr>
        <w:t>1:25  Aur kehte hain ke Maulana sahib, aap jo kar rahe hain us ko karte rahiye.</w:t>
      </w:r>
      <w:r>
        <w:br/>
      </w:r>
      <w:r>
        <w:rPr>
          <w:sz w:val="20"/>
        </w:rPr>
        <w:t>1:36  bas itna hi bolay woh ke maulana sahib, aap jo kar rahay hain us ko kartay rahay. aur pin diya unhon nay. to bas mein samajhta hoon ke mein mahatma gandhi ka reincarnation hoon.</w:t>
      </w:r>
      <w:r>
        <w:br/>
      </w:r>
      <w:r>
        <w:rPr>
          <w:sz w:val="20"/>
        </w:rPr>
        <w:t>1:49  ya kam az kam yeh keh sakta hoon ke mahatma gandhi ke ideas jo hain un ka mein embodiment hoon. aap yeh na dainkhay ke mera term of reference kya hota hai.</w:t>
      </w:r>
      <w:r>
        <w:br/>
      </w:r>
      <w:r>
        <w:rPr>
          <w:sz w:val="20"/>
        </w:rPr>
        <w:t>1:59  matlab mahatma gandhi ka term of reference geeta hota tha. agar mera term of reference quran hai to us mein bharkiyay nahin aap. kaha mahatma gandhi khud kehtay thay ke ram rahim aik hai.</w:t>
      </w:r>
      <w:r>
        <w:br/>
      </w:r>
      <w:r>
        <w:rPr>
          <w:sz w:val="20"/>
        </w:rPr>
        <w:t>2:12  mahatma gandhi ke haan gaaya jaata tha gaana, baqayda. daily. ram rahim aik hai. to jo cheez unhein jo boltay thay woh geeta ke reference mein, usi ko agar boloon quran ke reference mein to baat aik hi hui, do nahin hui.</w:t>
      </w:r>
      <w:r>
        <w:br/>
      </w:r>
      <w:r>
        <w:rPr>
          <w:sz w:val="20"/>
        </w:rPr>
        <w:t>2:31  to mein to baharhal yeh samajhta hoon ke mein mahatma gandhi ke ideas ka embodiment hoon. aur waqia hai ke is waqt india mein agar koi mahatma gandhi ko represent kar raha hai to mein akela hoon.</w:t>
      </w:r>
      <w:r>
        <w:br/>
      </w:r>
      <w:r>
        <w:rPr>
          <w:sz w:val="20"/>
        </w:rPr>
        <w:t>2:44  koi doosra aadmi nahin hai. dainkhay mahatma gandhi ke jo saathi thay woh un ke successor nahin ban sakay.</w:t>
      </w:r>
    </w:p>
    <w:p>
      <w:pPr>
        <w:pStyle w:val="Heading2"/>
      </w:pPr>
      <w:r>
        <w:t>Anti-self-thinking is how you defeat your own ego</w:t>
      </w:r>
    </w:p>
    <w:p>
      <w:r>
        <w:rPr>
          <w:color w:val="666666"/>
          <w:sz w:val="18"/>
        </w:rPr>
        <w:t>Spirituality in Simple Living, High Thinking October 27, 2019 Maulana Wahiduddin Khan · 1m 09s · at 44:57 · https://youtu.be/Kr28g15eFr8?t=2697</w:t>
      </w:r>
    </w:p>
    <w:p>
      <w:r>
        <w:rPr>
          <w:i/>
        </w:rPr>
        <w:t>“What exactly is anti-self thinking, Maulana?”</w:t>
      </w:r>
    </w:p>
    <w:p>
      <w:r>
        <w:rPr>
          <w:sz w:val="20"/>
        </w:rPr>
        <w:t>44:57  is ka koi bana banaya formula nahin ho sakta. Maulana Israr Khatib sahab ne Chennai se sawal bheja hai.</w:t>
      </w:r>
      <w:r>
        <w:br/>
      </w:r>
      <w:r>
        <w:rPr>
          <w:sz w:val="20"/>
        </w:rPr>
        <w:t>45:05  Unhon ne likha hai: "Maulana, yesterday you told us that you like anti-self thinking and not self thinking.</w:t>
      </w:r>
      <w:r>
        <w:br/>
      </w:r>
      <w:r>
        <w:rPr>
          <w:sz w:val="20"/>
        </w:rPr>
        <w:t>45:15  Maulana, could you please elaborate what is anti-self thinking?</w:t>
      </w:r>
      <w:r>
        <w:br/>
      </w:r>
      <w:r>
        <w:rPr>
          <w:sz w:val="20"/>
        </w:rPr>
        <w:t>45:20  " Asal mein insaan ke andar jo ego hai, ego us ki kaat ke liye anti-self thinking chahiye.</w:t>
      </w:r>
      <w:r>
        <w:br/>
      </w:r>
      <w:r>
        <w:rPr>
          <w:sz w:val="20"/>
        </w:rPr>
        <w:t>45:33  Ego, is ko aap ego ke reference mein padh samajh lijiye. Koi doosra aap ki ego ko khatam nahin kar sakta, aap khud kar sakte hain.</w:t>
      </w:r>
      <w:r>
        <w:br/>
      </w:r>
      <w:r>
        <w:rPr>
          <w:sz w:val="20"/>
        </w:rPr>
        <w:t>45:51  Aur woh jab jabhi khatam hogi jab ke aap ke andar anti-self thinking aa jaye, warna khatam hi nahin hogi.</w:t>
      </w:r>
    </w:p>
    <w:p>
      <w:pPr>
        <w:pStyle w:val="Heading2"/>
      </w:pPr>
      <w:r>
        <w:t>Confusion about Jesus as light</w:t>
      </w:r>
    </w:p>
    <w:p>
      <w:r>
        <w:rPr>
          <w:color w:val="666666"/>
          <w:sz w:val="18"/>
        </w:rPr>
        <w:t>Spiritual Light Nov 26, 2006 Maulana Wahiduddin Khan · 2m 54s · at 17:16 · https://youtu.be/IhfHxIakZOw?t=1036</w:t>
      </w:r>
    </w:p>
    <w:p>
      <w:r>
        <w:rPr>
          <w:i/>
        </w:rPr>
        <w:t>“Now look there came a gentleman”</w:t>
      </w:r>
    </w:p>
    <w:p>
      <w:r>
        <w:rPr>
          <w:sz w:val="20"/>
        </w:rPr>
        <w:t>17:16  ab dekhiye wahan par mein arz karoon, aik sahib aye, woh bohat yani achi english jante thay, doctorate tak un ki parhai hui thi.</w:t>
      </w:r>
      <w:r>
        <w:br/>
      </w:r>
      <w:r>
        <w:rPr>
          <w:sz w:val="20"/>
        </w:rPr>
        <w:t>17:30  woh christian thay.</w:t>
      </w:r>
      <w:r>
        <w:br/>
      </w:r>
      <w:r>
        <w:rPr>
          <w:sz w:val="20"/>
        </w:rPr>
        <w:t>17:35  unhon ne kya kaha? aap jante hain ke wahan par. light ka woh tha jo topic tha speechual light.</w:t>
      </w:r>
      <w:r>
        <w:br/>
      </w:r>
      <w:r>
        <w:rPr>
          <w:sz w:val="20"/>
        </w:rPr>
        <w:t>17:48  to unhon ne kaha ke jesus christ hum self was a light. jesus christ hum self was a light.</w:t>
      </w:r>
      <w:r>
        <w:br/>
      </w:r>
      <w:r>
        <w:rPr>
          <w:sz w:val="20"/>
        </w:rPr>
        <w:t>17:59  phir isi mein doosra kehte hain ke jesus christ was a reflection of divine light. ab dekhen dono mein kitna contradiction hai. yani aik aitbar se jesus christ goya suraj thay jis ki apni roshni hoti hai.</w:t>
      </w:r>
      <w:r>
        <w:br/>
      </w:r>
      <w:r>
        <w:rPr>
          <w:sz w:val="20"/>
        </w:rPr>
        <w:t>18:14  doosray aitbar se jesus christ chand thay jis ki apni roshni nahi hoti. doosray ki roshni se woh chamakta hai. to aik taraf keh rahe hain ke jesus christ hum self was a light.</w:t>
      </w:r>
      <w:r>
        <w:br/>
      </w:r>
      <w:r>
        <w:rPr>
          <w:sz w:val="20"/>
        </w:rPr>
        <w:t>18:27  aur doosra keh rahe hain ke jesus christ was a reflection of divine light. kitna bara confusion hai yeh. to wahan jo sab cheer kar rahe thay, us seminar ko jo sab cheer kar rahe thay,</w:t>
      </w:r>
      <w:r>
        <w:br/>
      </w:r>
      <w:r>
        <w:rPr>
          <w:sz w:val="20"/>
        </w:rPr>
        <w:t>18:41  aakhir mein jab un ko kaha gaya bolne ke liye, concluding remark ke liye, to woh khud bhi itna shayad puzzled thay ke kuch ziyada bol nahi sakay.</w:t>
      </w:r>
      <w:r>
        <w:br/>
      </w:r>
      <w:r>
        <w:rPr>
          <w:sz w:val="20"/>
        </w:rPr>
        <w:t>18:54  sirf meri taqreer ka kuch unhon ne reference diya. baqi is ko khatam kar diya yeh keh kar ke ke bahraich mein, woh bahraich ke thay woh, ke bahraich mein, bahraich aik aik city hai wahan uttar pradesh mein.</w:t>
      </w:r>
      <w:r>
        <w:br/>
      </w:r>
      <w:r>
        <w:rPr>
          <w:sz w:val="20"/>
        </w:rPr>
        <w:t>19:13  jab bahraich mein aik aik sahib thay jo shayari karte thay, poet, to woh poori tarah blind thay, dono ankhon se blind thay.</w:t>
      </w:r>
      <w:r>
        <w:br/>
      </w:r>
      <w:r>
        <w:rPr>
          <w:sz w:val="20"/>
        </w:rPr>
        <w:t>19:25  dekh nahi sakte thay woh. lekin shair thay. to un ki aik line sunai unhon ne jis ko goya unhon ne apply kiya us hamare us discussion par.</w:t>
      </w:r>
      <w:r>
        <w:br/>
      </w:r>
      <w:r>
        <w:rPr>
          <w:sz w:val="20"/>
        </w:rPr>
        <w:t>19:42  to un ka naam tha kashfi. woh blind poet jo thay un ka naam tha kashfi. to unhon ne kaha</w:t>
      </w:r>
      <w:r>
        <w:br/>
      </w:r>
      <w:r>
        <w:rPr>
          <w:sz w:val="20"/>
        </w:rPr>
        <w:t>19:53  hamara zikr hi kiya, hum to nabina hain kashfi. hamara zikr hi kiya, hum to nabina hain kashfi.</w:t>
      </w:r>
    </w:p>
    <w:p>
      <w:pPr>
        <w:pStyle w:val="Heading2"/>
      </w:pPr>
      <w:r>
        <w:t>One phone call saves a sister's failing marriage</w:t>
      </w:r>
    </w:p>
    <w:p>
      <w:r>
        <w:rPr>
          <w:color w:val="666666"/>
          <w:sz w:val="18"/>
        </w:rPr>
        <w:t>Spirituality in Simple Living, High Thinking October 27, 2019 Maulana Wahiduddin Khan · 1m 45s · at 59:10 · https://youtu.be/Kr28g15eFr8?t=3550</w:t>
      </w:r>
    </w:p>
    <w:p>
      <w:r>
        <w:rPr>
          <w:i/>
        </w:rPr>
        <w:t>“A woman called saying her sister's divorce was today”</w:t>
      </w:r>
    </w:p>
    <w:p>
      <w:r>
        <w:rPr>
          <w:sz w:val="20"/>
        </w:rPr>
        <w:t>59:10  ke ek ek khatoon ka mere paas telephone aaya ke meri behan ka aaj separation hone wala hai, talaq.</w:t>
      </w:r>
      <w:r>
        <w:br/>
      </w:r>
      <w:r>
        <w:rPr>
          <w:sz w:val="20"/>
        </w:rPr>
        <w:t>59:23  to jante hain, ek telephone kiya aaya tha?</w:t>
      </w:r>
      <w:r>
        <w:br/>
      </w:r>
      <w:r>
        <w:rPr>
          <w:sz w:val="20"/>
        </w:rPr>
        <w:t>59:28  aaya tha</w:t>
      </w:r>
      <w:r>
        <w:br/>
      </w:r>
      <w:r>
        <w:rPr>
          <w:sz w:val="20"/>
        </w:rPr>
        <w:t>59:32  dua ke liye ke dua kijiye ke separation ke baad, talaq ke baad meri behan ki zindagi achhi guzaray.</w:t>
      </w:r>
      <w:r>
        <w:br/>
      </w:r>
      <w:r>
        <w:rPr>
          <w:sz w:val="20"/>
        </w:rPr>
        <w:t>59:41  us ke liye telephone aaya tha.</w:t>
      </w:r>
      <w:r>
        <w:br/>
      </w:r>
      <w:r>
        <w:rPr>
          <w:sz w:val="20"/>
        </w:rPr>
        <w:t>59:46  to mein ne un se baat nahin ki, behan se baat nahin ki. mein ne kaha aap ne un se khatoon se baat kijiye, karwaiye. khatoon se baat karwai.</w:t>
      </w:r>
      <w:r>
        <w:br/>
      </w:r>
      <w:r>
        <w:rPr>
          <w:sz w:val="20"/>
        </w:rPr>
        <w:t>59:57  to khatoon ne kaha jab telephone aaya to mein ne kaha ke aap abhi jaiye apne shohar ke paas, abhi aur ja ke kahiye: "mein maafi mangta hoon, mein mangti hoon, abhi jaiye aur kahiye ke mein aaj ke baad tum ko boss manungi, boss b o dorist boss."</w:t>
      </w:r>
      <w:r>
        <w:br/>
      </w:r>
      <w:r>
        <w:rPr>
          <w:sz w:val="20"/>
        </w:rPr>
        <w:t>1:00:24  to sahib, woh zindagi, woh dono zinda hain, abhi itni achi zindagi guzarti hai, guzri hai un ki ke exemplary jo shak kare, mein us ko telephone number doon ga, woh pooch le.</w:t>
      </w:r>
      <w:r>
        <w:br/>
      </w:r>
      <w:r>
        <w:rPr>
          <w:sz w:val="20"/>
        </w:rPr>
        <w:t>1:00:43  yeh bekar, sab bekar baatein hain, jhoote excuse mein jeete hain log, saare log jhoote excuse mein jeete hain.</w:t>
      </w:r>
    </w:p>
    <w:p>
      <w:pPr>
        <w:pStyle w:val="Heading2"/>
      </w:pPr>
      <w:r>
        <w:t>turning suffering into a lesson through contentment</w:t>
      </w:r>
    </w:p>
    <w:p>
      <w:r>
        <w:rPr>
          <w:color w:val="666666"/>
          <w:sz w:val="18"/>
        </w:rPr>
        <w:t>Interview Session with Maulana Wahiduddin Khan January 30, 2008 · 1m 55s · at 46:47 · https://youtu.be/o8Gpe9YMuZc?t=2807</w:t>
      </w:r>
    </w:p>
    <w:p>
      <w:r>
        <w:rPr>
          <w:i/>
        </w:rPr>
        <w:t>“Adverse situations are part of our life — no exception.”</w:t>
      </w:r>
    </w:p>
    <w:p>
      <w:r>
        <w:rPr>
          <w:sz w:val="20"/>
        </w:rPr>
        <w:t>46:47  how does spirituality help in coping up with adverse situations? you see, adverse situation is part of our life.</w:t>
      </w:r>
      <w:r>
        <w:br/>
      </w:r>
      <w:r>
        <w:rPr>
          <w:sz w:val="20"/>
        </w:rPr>
        <w:t>46:58  there is no exception. everyone faces such kind of situation.</w:t>
      </w:r>
      <w:r>
        <w:br/>
      </w:r>
      <w:r>
        <w:rPr>
          <w:sz w:val="20"/>
        </w:rPr>
        <w:t>47:11  in everyone's life, there are some moments like this. but what is required?</w:t>
      </w:r>
      <w:r>
        <w:br/>
      </w:r>
      <w:r>
        <w:rPr>
          <w:sz w:val="20"/>
        </w:rPr>
        <w:t>47:20  that is spiritual thinking, spiritual mind. and what is spiritual mind</w:t>
      </w:r>
      <w:r>
        <w:br/>
      </w:r>
      <w:r>
        <w:rPr>
          <w:sz w:val="20"/>
        </w:rPr>
        <w:t>47:27  that is contentment. in Arabic is qanaat. without contentment, there is no other way</w:t>
      </w:r>
      <w:r>
        <w:br/>
      </w:r>
      <w:r>
        <w:rPr>
          <w:sz w:val="20"/>
        </w:rPr>
        <w:t>47:41  because you are destined to live in problems, in difficulties, in losses.</w:t>
      </w:r>
      <w:r>
        <w:br/>
      </w:r>
      <w:r>
        <w:rPr>
          <w:sz w:val="20"/>
        </w:rPr>
        <w:t>47:52  so you have to be patient. you have to keep</w:t>
      </w:r>
      <w:r>
        <w:br/>
      </w:r>
      <w:r>
        <w:rPr>
          <w:sz w:val="20"/>
        </w:rPr>
        <w:t>47:56  patience. you have to keep contentment. otherwise, you will go to tension and stress.</w:t>
      </w:r>
      <w:r>
        <w:br/>
      </w:r>
      <w:r>
        <w:rPr>
          <w:sz w:val="20"/>
        </w:rPr>
        <w:t>48:10  everyone suffers. suffering is a part of life. so you have to take sufferings as a lesson.</w:t>
      </w:r>
      <w:r>
        <w:br/>
      </w:r>
      <w:r>
        <w:rPr>
          <w:sz w:val="20"/>
        </w:rPr>
        <w:t>48:22  and in every suffering, there are lessons.</w:t>
      </w:r>
      <w:r>
        <w:br/>
      </w:r>
      <w:r>
        <w:rPr>
          <w:sz w:val="20"/>
        </w:rPr>
        <w:t>48:26  so if you, if you extract lessons from suffering, then suffering is not evil, but suffering becomes a good experience.</w:t>
      </w:r>
    </w:p>
    <w:p>
      <w:pPr>
        <w:pStyle w:val="Heading2"/>
      </w:pPr>
      <w:r>
        <w:t>Two definitions of spirituality</w:t>
      </w:r>
    </w:p>
    <w:p>
      <w:r>
        <w:rPr>
          <w:color w:val="666666"/>
          <w:sz w:val="18"/>
        </w:rPr>
        <w:t>God and Man (In Conversation with Maulana) 01 04 07 · 2m 30s · at 12:12 · https://youtu.be/2HlIEnmDdPo?t=732</w:t>
      </w:r>
    </w:p>
    <w:p>
      <w:r>
        <w:rPr>
          <w:i/>
        </w:rPr>
        <w:t>“Haan, yeh achha question hai”</w:t>
      </w:r>
    </w:p>
    <w:p>
      <w:r>
        <w:rPr>
          <w:sz w:val="20"/>
        </w:rPr>
        <w:t>12:12  Haan, yeh achha question hai. Azm spirituality ka jo definition hai, wahi ek nahi hai.</w:t>
      </w:r>
      <w:r>
        <w:br/>
      </w:r>
      <w:r>
        <w:rPr>
          <w:sz w:val="20"/>
        </w:rPr>
        <w:t>12:23  Jab tak aap spirituality ko define na kar lein, is question ko samajh nahi sakte hain.</w:t>
      </w:r>
      <w:r>
        <w:br/>
      </w:r>
      <w:r>
        <w:rPr>
          <w:sz w:val="20"/>
        </w:rPr>
        <w:t>12:34  To jahan tak mein samajhta hoon, there are two definitions of spirituality.</w:t>
      </w:r>
      <w:r>
        <w:br/>
      </w:r>
      <w:r>
        <w:rPr>
          <w:sz w:val="20"/>
        </w:rPr>
        <w:t>12:46  Ek yeh hai ke</w:t>
      </w:r>
      <w:r>
        <w:br/>
      </w:r>
      <w:r>
        <w:rPr>
          <w:sz w:val="20"/>
        </w:rPr>
        <w:t>12:50  Woh cheez jis ko hum kehte hain ecstasy ya wajd, woh woh cheez mil jaye. Aadmi ko yani sarmasti, wajd, ecstasy.</w:t>
      </w:r>
      <w:r>
        <w:br/>
      </w:r>
      <w:r>
        <w:rPr>
          <w:sz w:val="20"/>
        </w:rPr>
        <w:t>13:03  aik spirituality ka yeh hai. yeh Islamic spirituality nahi hai. na Rasool Allah ki spirituality yeh thi. Rasool Allah ki jo spirituality thi, that is based on mind.</w:t>
      </w:r>
      <w:r>
        <w:br/>
      </w:r>
      <w:r>
        <w:rPr>
          <w:sz w:val="20"/>
        </w:rPr>
        <w:t>13:18  Intellectual spirituality thi woh. Intellectual spirituality. to is ka jo aik hi, main jahan tak maine samjha hai, is ka aik hi formula tha.</w:t>
      </w:r>
      <w:r>
        <w:br/>
      </w:r>
      <w:r>
        <w:rPr>
          <w:sz w:val="20"/>
        </w:rPr>
        <w:t>13:33  woh tha distractions apnay ko bachana. bas. koi bhi cheez jo aap ke concentration mein rukawat daale.</w:t>
      </w:r>
      <w:r>
        <w:br/>
      </w:r>
      <w:r>
        <w:rPr>
          <w:sz w:val="20"/>
        </w:rPr>
        <w:t>13:43  Concentration kis baat ka?</w:t>
      </w:r>
      <w:r>
        <w:br/>
      </w:r>
      <w:r>
        <w:rPr>
          <w:sz w:val="20"/>
        </w:rPr>
        <w:t>13:45  yani truth ka, Khuda ka, paradise ka. isi mein soch mein laga rahe aadmi. koi bhi jo usay distract kare, to isi wahi wahi spirituality wahan bug hoti hai.</w:t>
      </w:r>
      <w:r>
        <w:br/>
      </w:r>
      <w:r>
        <w:rPr>
          <w:sz w:val="20"/>
        </w:rPr>
        <w:t>14:01  to main jahan tak samajh paya hoon Rasool Allah ki spirituality ka mamla, woh yeh hai ke aadmi ke andar spirituality ka bhandar hai, apnay aap.</w:t>
      </w:r>
      <w:r>
        <w:br/>
      </w:r>
      <w:r>
        <w:rPr>
          <w:sz w:val="20"/>
        </w:rPr>
        <w:t>14:10  bhandar is sense mein ke be-panah solace bhari hui hai is ke andar. solace.</w:t>
      </w:r>
      <w:r>
        <w:br/>
      </w:r>
      <w:r>
        <w:rPr>
          <w:sz w:val="20"/>
        </w:rPr>
        <w:t>14:22  aur woh us ko unfold karna hai aap ko. bas. to main samajhta hoon ke poori life aap ki jo hai woh unfolding process mein chalna chahiye.</w:t>
      </w:r>
      <w:r>
        <w:br/>
      </w:r>
      <w:r>
        <w:rPr>
          <w:sz w:val="20"/>
        </w:rPr>
        <w:t>14:32  Without any slightest distraction.</w:t>
      </w:r>
      <w:r>
        <w:br/>
      </w:r>
      <w:r>
        <w:rPr>
          <w:sz w:val="20"/>
        </w:rPr>
        <w:t>14:38  jaise main aik misaal deta hoon aap ko</w:t>
      </w:r>
    </w:p>
    <w:p>
      <w:pPr>
        <w:pStyle w:val="Heading2"/>
      </w:pPr>
      <w:r>
        <w:t>Right perspective on human rights activism</w:t>
      </w:r>
    </w:p>
    <w:p>
      <w:r>
        <w:rPr>
          <w:color w:val="666666"/>
          <w:sz w:val="18"/>
        </w:rPr>
        <w:t>Peace of Mind April 19, 2015 Maulana Wahiduddin Khan · 1m 52s · at 51:53 · https://youtu.be/bGLY0ALNtjw?t=3113</w:t>
      </w:r>
    </w:p>
    <w:p>
      <w:r>
        <w:rPr>
          <w:i/>
        </w:rPr>
        <w:t>“Sahi angle se yeh sochni hai ke human rights ka concept chal raha hai”</w:t>
      </w:r>
    </w:p>
    <w:p>
      <w:r>
        <w:rPr>
          <w:sz w:val="20"/>
        </w:rPr>
        <w:t>51:53  dekhiye, yeh sahi angle se sochna nahi hai.</w:t>
      </w:r>
      <w:r>
        <w:br/>
      </w:r>
      <w:r>
        <w:rPr>
          <w:sz w:val="20"/>
        </w:rPr>
        <w:t>51:57  sahi angle se yeh sochani hai ke human right</w:t>
      </w:r>
      <w:r>
        <w:br/>
      </w:r>
      <w:r>
        <w:rPr>
          <w:sz w:val="20"/>
        </w:rPr>
        <w:t>52:02  ka concept chal raha hai so baras se, aur yeh saare ab bhi protest hi kiye chale ja</w:t>
      </w:r>
      <w:r>
        <w:br/>
      </w:r>
      <w:r>
        <w:rPr>
          <w:sz w:val="20"/>
        </w:rPr>
        <w:t>52:08  رہے ہیں۔ یعنی human rights activism جو ہے، اس سے اگر حالات سدھرتے ہیں تو ابھی کیوں جاری</w:t>
      </w:r>
      <w:r>
        <w:br/>
      </w:r>
      <w:r>
        <w:rPr>
          <w:sz w:val="20"/>
        </w:rPr>
        <w:t>52:14  ہے وہ؟ مجھے کوئی ایک بھی نہیں معلوم ہے human rights activist جو so-called، جو یہ کہے</w:t>
      </w:r>
      <w:r>
        <w:br/>
      </w:r>
      <w:r>
        <w:rPr>
          <w:sz w:val="20"/>
        </w:rPr>
        <w:t>52:22  کہ اب ہم سو سال کے بعد ہم نے human rights کو حاصل کر لیا۔</w:t>
      </w:r>
      <w:r>
        <w:br/>
      </w:r>
      <w:r>
        <w:rPr>
          <w:sz w:val="20"/>
        </w:rPr>
        <w:t>52:28  is liye main is ko in natural samajhta hoon.</w:t>
      </w:r>
      <w:r>
        <w:br/>
      </w:r>
      <w:r>
        <w:rPr>
          <w:sz w:val="20"/>
        </w:rPr>
        <w:t>52:30  sahi hai human duties ka concept.</w:t>
      </w:r>
      <w:r>
        <w:br/>
      </w:r>
      <w:r>
        <w:rPr>
          <w:sz w:val="20"/>
        </w:rPr>
        <w:t>52:33  aap logon ko kehte hain human duties ka concept laiye, to is ke baad sab tarqqiyan hongi.</w:t>
      </w:r>
      <w:r>
        <w:br/>
      </w:r>
      <w:r>
        <w:rPr>
          <w:sz w:val="20"/>
        </w:rPr>
        <w:t>52:40  jaise aap dekhiye ke singapore mein koi human right activism nahi hai wahan, kuch bhi nahi hai.</w:t>
      </w:r>
      <w:r>
        <w:br/>
      </w:r>
      <w:r>
        <w:rPr>
          <w:sz w:val="20"/>
        </w:rPr>
        <w:t>52:46  lekin duty ka concept wahan bohat zyada hai.</w:t>
      </w:r>
      <w:r>
        <w:br/>
      </w:r>
      <w:r>
        <w:rPr>
          <w:sz w:val="20"/>
        </w:rPr>
        <w:t>52:50  to wahan bohat taraqqi ho rahi hai.</w:t>
      </w:r>
      <w:r>
        <w:br/>
      </w:r>
      <w:r>
        <w:rPr>
          <w:sz w:val="20"/>
        </w:rPr>
        <w:t>52:53  human right duties se tarqqiyan hoti hain.</w:t>
      </w:r>
      <w:r>
        <w:br/>
      </w:r>
      <w:r>
        <w:rPr>
          <w:sz w:val="20"/>
        </w:rPr>
        <w:t>52:55  human right ke ka wailes ho raha hai, is pe aap shor karte rahiye, kuch hone wala nahi.</w:t>
      </w:r>
      <w:r>
        <w:br/>
      </w:r>
      <w:r>
        <w:rPr>
          <w:sz w:val="20"/>
        </w:rPr>
        <w:t>53:01  jaise ab tak nahi hua.</w:t>
      </w:r>
      <w:r>
        <w:br/>
      </w:r>
      <w:r>
        <w:rPr>
          <w:sz w:val="20"/>
        </w:rPr>
        <w:t>53:03  main singapore ke model ko bohat sahi model samajhta hoon.</w:t>
      </w:r>
      <w:r>
        <w:br/>
      </w:r>
      <w:r>
        <w:rPr>
          <w:sz w:val="20"/>
        </w:rPr>
        <w:t>53:07  aap singapore ka mutalia kijiye.</w:t>
      </w:r>
      <w:r>
        <w:br/>
      </w:r>
      <w:r>
        <w:rPr>
          <w:sz w:val="20"/>
        </w:rPr>
        <w:t>53:10  wahan par sara focus duty par diya gaya, right par focus nahi diya gaya.</w:t>
      </w:r>
      <w:r>
        <w:br/>
      </w:r>
      <w:r>
        <w:rPr>
          <w:sz w:val="20"/>
        </w:rPr>
        <w:t>53:15  to woh ek developed country ban gaya woh.</w:t>
      </w:r>
      <w:r>
        <w:br/>
      </w:r>
      <w:r>
        <w:rPr>
          <w:sz w:val="20"/>
        </w:rPr>
        <w:t>53:20  maulana agla sawal UK se kiya hai doctor hina khan ne.</w:t>
      </w:r>
      <w:r>
        <w:br/>
      </w:r>
      <w:r>
        <w:rPr>
          <w:sz w:val="20"/>
        </w:rPr>
        <w:t>53:25  aur unhon ne likha hai:</w:t>
      </w:r>
      <w:r>
        <w:br/>
      </w:r>
      <w:r>
        <w:rPr>
          <w:sz w:val="20"/>
        </w:rPr>
        <w:t>53:28  There will always be good and evil, injustice will always be there until Day of Judgment, when complete</w:t>
      </w:r>
      <w:r>
        <w:br/>
      </w:r>
      <w:r>
        <w:rPr>
          <w:sz w:val="20"/>
        </w:rPr>
        <w:t>53:36  justice will be given by god himself.</w:t>
      </w:r>
      <w:r>
        <w:br/>
      </w:r>
      <w:r>
        <w:rPr>
          <w:sz w:val="20"/>
        </w:rPr>
        <w:t>53:39  who will hold the heavens in his right hand, and the earth will be held in his hand.</w:t>
      </w:r>
      <w:r>
        <w:br/>
      </w:r>
      <w:r>
        <w:rPr>
          <w:sz w:val="20"/>
        </w:rPr>
        <w:t>53:45  The Prophet also said that help zalim and mazloom both, and the help of zalim is to stop him from zulm.</w:t>
      </w:r>
    </w:p>
    <w:p>
      <w:pPr>
        <w:pStyle w:val="Heading2"/>
      </w:pPr>
      <w:r>
        <w:t>Self blame instead of blaming others</w:t>
      </w:r>
    </w:p>
    <w:p>
      <w:r>
        <w:rPr>
          <w:color w:val="666666"/>
          <w:sz w:val="18"/>
        </w:rPr>
        <w:t>Tazkiyah and Self Criticism April 13, 2020 Maulana Wahiduddin Khan · 1m 47s · at 25:18 · https://youtu.be/D4pMJtT4vDg?t=1518</w:t>
      </w:r>
    </w:p>
    <w:p>
      <w:r>
        <w:rPr>
          <w:i/>
        </w:rPr>
        <w:t>“Ghalti ke chances bahut zyada hain”</w:t>
      </w:r>
    </w:p>
    <w:p>
      <w:r>
        <w:rPr>
          <w:sz w:val="20"/>
        </w:rPr>
        <w:t>25:18  " Ghalti ke chances bohat zyada hain. Bohat zyada. Kyun ke aadmi ki yeh kamzori hai ke wo apne ko justify karta hai.</w:t>
      </w:r>
      <w:r>
        <w:br/>
      </w:r>
      <w:r>
        <w:rPr>
          <w:sz w:val="20"/>
        </w:rPr>
        <w:t>25:28  Doosron ko blame dena. Yaad rakhiye ke bohat aam yeh mizaj hai</w:t>
      </w:r>
      <w:r>
        <w:br/>
      </w:r>
      <w:r>
        <w:rPr>
          <w:sz w:val="20"/>
        </w:rPr>
        <w:t>25:35  insaan ke andar.</w:t>
      </w:r>
      <w:r>
        <w:br/>
      </w:r>
      <w:r>
        <w:rPr>
          <w:sz w:val="20"/>
        </w:rPr>
        <w:t>25:39  Bohat aam hai. Apne ko justify karna aur doosron ko blame dena.</w:t>
      </w:r>
      <w:r>
        <w:br/>
      </w:r>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r>
        <w:br/>
      </w:r>
      <w:r>
        <w:rPr>
          <w:sz w:val="20"/>
        </w:rPr>
        <w:t>26:26  Misal ke taur par dekhiye, meri zindagi mein bohat se aise waqiyat hain ke kisi ne mujh ko, kisi ne mujh ko</w:t>
      </w:r>
      <w:r>
        <w:br/>
      </w:r>
      <w:r>
        <w:rPr>
          <w:sz w:val="20"/>
        </w:rPr>
        <w:t>26:38  dukh pahunchaya. To sochte sochte main yeh nikalta hoon ke meri kaun si ghalti ki thi ke us ko mauqa mila.</w:t>
      </w:r>
      <w:r>
        <w:br/>
      </w:r>
      <w:r>
        <w:rPr>
          <w:sz w:val="20"/>
        </w:rPr>
        <w:t>26:53  Meri kaun si ghalti ki thi ke us ko mauqa mile ke</w:t>
      </w:r>
      <w:r>
        <w:br/>
      </w:r>
      <w:r>
        <w:rPr>
          <w:sz w:val="20"/>
        </w:rPr>
        <w:t>26:57  wo mujhe dukh pahunchaye. To ghalti karta hai wo aur main dhoondta hoon apne andar is ka.</w:t>
      </w:r>
    </w:p>
    <w:p>
      <w:pPr>
        <w:pStyle w:val="Heading2"/>
      </w:pPr>
      <w:r>
        <w:t>Heart vs mind based spirituality</w:t>
      </w:r>
    </w:p>
    <w:p>
      <w:r>
        <w:rPr>
          <w:color w:val="666666"/>
          <w:sz w:val="18"/>
        </w:rPr>
        <w:t>IIC: How to Develop Spiritual Personality · 2m 32s · at 6:56 · https://youtu.be/-XrYpEYwk-Y?t=416</w:t>
      </w:r>
    </w:p>
    <w:p>
      <w:r>
        <w:rPr>
          <w:i/>
        </w:rPr>
        <w:t>“Spirituality school says heart contains everything”</w:t>
      </w:r>
    </w:p>
    <w:p>
      <w:r>
        <w:rPr>
          <w:sz w:val="20"/>
        </w:rPr>
        <w:t>6:56  ritualty ka jo school hai, is ke nazdeek insan ka jo dil hai, jo heart jo hai, isi</w:t>
      </w:r>
      <w:r>
        <w:br/>
      </w:r>
      <w:r>
        <w:rPr>
          <w:sz w:val="20"/>
        </w:rPr>
        <w:t>7:02  mein sab kuch hai.</w:t>
      </w:r>
      <w:r>
        <w:br/>
      </w:r>
      <w:r>
        <w:rPr>
          <w:sz w:val="20"/>
        </w:rPr>
        <w:t>7:08  is mein penetrate karo, is ko discover karo, is ko unfold karo, to tum sachai ko pa lo ge.</w:t>
      </w:r>
      <w:r>
        <w:br/>
      </w:r>
      <w:r>
        <w:rPr>
          <w:sz w:val="20"/>
        </w:rPr>
        <w:t>7:15  lekin main samajhta hoon ke scientific age mein yeh concept discard ho gaya hai.</w:t>
      </w:r>
      <w:r>
        <w:br/>
      </w:r>
      <w:r>
        <w:rPr>
          <w:sz w:val="20"/>
        </w:rPr>
        <w:t>7:21  jaise geo centric theory discard ho gayi, ab hum helio centric theory ko mante hain.</w:t>
      </w:r>
      <w:r>
        <w:br/>
      </w:r>
      <w:r>
        <w:rPr>
          <w:sz w:val="20"/>
        </w:rPr>
        <w:t>7:27  is liye ke dekhiye, medical science jo hai, is ne yeh establish kar diya hai ke hamara jo</w:t>
      </w:r>
      <w:r>
        <w:br/>
      </w:r>
      <w:r>
        <w:rPr>
          <w:sz w:val="20"/>
        </w:rPr>
        <w:t>7:32  dil hai, woh sirf circulation of blood ka source hai, bas.</w:t>
      </w:r>
      <w:r>
        <w:br/>
      </w:r>
      <w:r>
        <w:rPr>
          <w:sz w:val="20"/>
        </w:rPr>
        <w:t>7:37  dil mein kuch bhi nahi hai.</w:t>
      </w:r>
      <w:r>
        <w:br/>
      </w:r>
      <w:r>
        <w:rPr>
          <w:sz w:val="20"/>
        </w:rPr>
        <w:t>7:42  dil mein na koi feeling hai, na koi thinking hai, na koi is mein mind hai.</w:t>
      </w:r>
      <w:r>
        <w:br/>
      </w:r>
      <w:r>
        <w:rPr>
          <w:sz w:val="20"/>
        </w:rPr>
        <w:t>7:47  woh sirf blood ko pump karta hai.</w:t>
      </w:r>
      <w:r>
        <w:br/>
      </w:r>
      <w:r>
        <w:rPr>
          <w:sz w:val="20"/>
        </w:rPr>
        <w:t>7:52  to ab kahan wahan sachai mile gi aap ko? sachai is mein</w:t>
      </w:r>
      <w:r>
        <w:br/>
      </w:r>
      <w:r>
        <w:rPr>
          <w:sz w:val="20"/>
        </w:rPr>
        <w:t>7:57  hone ka jo soch thi pehle, ab woh superstition prove ho gayi hai.</w:t>
      </w:r>
      <w:r>
        <w:br/>
      </w:r>
      <w:r>
        <w:rPr>
          <w:sz w:val="20"/>
        </w:rPr>
        <w:t>8:03  woh superstition hai.</w:t>
      </w:r>
      <w:r>
        <w:br/>
      </w:r>
      <w:r>
        <w:rPr>
          <w:sz w:val="20"/>
        </w:rPr>
        <w:t>8:10  to main samajhta hoon ke is aspect se ab spirituality ka koi function nahi reh gaya hai ke</w:t>
      </w:r>
      <w:r>
        <w:br/>
      </w:r>
      <w:r>
        <w:rPr>
          <w:sz w:val="20"/>
        </w:rPr>
        <w:t>8:16  sachai ko discover karein hum apne dil mein penetrate kar ke, is mein murakba kar ke, ya meditate kar ke.</w:t>
      </w:r>
      <w:r>
        <w:br/>
      </w:r>
      <w:r>
        <w:rPr>
          <w:sz w:val="20"/>
        </w:rPr>
        <w:t>8:22  to is aitbar se spirituality itni</w:t>
      </w:r>
      <w:r>
        <w:br/>
      </w:r>
      <w:r>
        <w:rPr>
          <w:sz w:val="20"/>
        </w:rPr>
        <w:t>8:28  woh ho gayi, yaani discard ho chuki hai, isi tarah se jis tarah se geo centric theory discard</w:t>
      </w:r>
      <w:r>
        <w:br/>
      </w:r>
      <w:r>
        <w:rPr>
          <w:sz w:val="20"/>
        </w:rPr>
        <w:t>8:33  ho chuki hai.</w:t>
      </w:r>
      <w:r>
        <w:br/>
      </w:r>
      <w:r>
        <w:rPr>
          <w:sz w:val="20"/>
        </w:rPr>
        <w:t>8:38  is liye main is ko nahi manta.</w:t>
      </w:r>
      <w:r>
        <w:br/>
      </w:r>
      <w:r>
        <w:rPr>
          <w:sz w:val="20"/>
        </w:rPr>
        <w:t>8:43  main jis spirituality ko manta hoon, there is mind-based spirituality.</w:t>
      </w:r>
      <w:r>
        <w:br/>
      </w:r>
      <w:r>
        <w:rPr>
          <w:sz w:val="20"/>
        </w:rPr>
        <w:t>8:49  mind based spirituality.</w:t>
      </w:r>
      <w:r>
        <w:br/>
      </w:r>
      <w:r>
        <w:rPr>
          <w:sz w:val="20"/>
        </w:rPr>
        <w:t>8:54  yaani intellectual activities se hum woh cheez paate hain jis ko hum kehte hain spiritual item, spiritual content.</w:t>
      </w:r>
      <w:r>
        <w:br/>
      </w:r>
      <w:r>
        <w:rPr>
          <w:sz w:val="20"/>
        </w:rPr>
        <w:t>8:59  to mind par, yaani dimagh par ya zehan par base kar ke hum is spirituality ko paate hain. to main mind based spirituality ko manta hoon. isi sense mein main apne aap ko spiritual person samajhta hoon. ab dekhiye ke yeh kya cheez hai? yaani mind based spirituality kya cheez hai? main samajhta hoon ke bohat hi clear formula diya hai Jesus Christ ne. l</w:t>
      </w:r>
    </w:p>
    <w:p>
      <w:pPr>
        <w:pStyle w:val="Heading2"/>
      </w:pPr>
      <w:r>
        <w:t>Becoming a true seeker by breaking your conditioning</w:t>
      </w:r>
    </w:p>
    <w:p>
      <w:r>
        <w:rPr>
          <w:color w:val="666666"/>
          <w:sz w:val="18"/>
        </w:rPr>
        <w:t>Material Science and Spiritual Science 20 May 2012 · 1m 41s · at 1:16:10 · https://youtu.be/4K6CxjThlxQ?t=4570</w:t>
      </w:r>
    </w:p>
    <w:p>
      <w:r>
        <w:rPr>
          <w:i/>
        </w:rPr>
        <w:t>“True seeker ban jaiye, sacha talashi”</w:t>
      </w:r>
    </w:p>
    <w:p>
      <w:r>
        <w:rPr>
          <w:sz w:val="20"/>
        </w:rPr>
        <w:t>1:16:10  true seeker ban jaiye true seeker sacha mutalashi aur sab se mushkil kaam hai true seeker banna log chunke conditioning mein jeete hain tarah tarah ki conditioning mein to true seeker nahi ban paate</w:t>
      </w:r>
      <w:r>
        <w:br/>
      </w:r>
      <w:r>
        <w:rPr>
          <w:sz w:val="20"/>
        </w:rPr>
        <w:t>1:16:29  to man jaddah wajadah jo aadmi sacha seeker ban jaye zaroor us ko sachai milegi agar nahi mili hai to samjhiye ke aap abhi tak true seeker nahi bane</w:t>
      </w:r>
      <w:r>
        <w:br/>
      </w:r>
      <w:r>
        <w:rPr>
          <w:sz w:val="20"/>
        </w:rPr>
        <w:t>1:16:45  aur sachai mil gayi insaan ko aap ka dil khud gawahi deta hai ke mujhe sachai mil gayi</w:t>
      </w:r>
      <w:r>
        <w:br/>
      </w:r>
      <w:r>
        <w:rPr>
          <w:sz w:val="20"/>
        </w:rPr>
        <w:t>1:16:54  jaise main jo bolta hoon agar mujhe sachai na mili to main is tarah</w:t>
      </w:r>
      <w:r>
        <w:br/>
      </w:r>
      <w:r>
        <w:rPr>
          <w:sz w:val="20"/>
        </w:rPr>
        <w:t>1:16:58  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r>
        <w:br/>
      </w:r>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p>
    <w:p>
      <w:pPr>
        <w:pStyle w:val="Heading2"/>
      </w:pPr>
      <w:r>
        <w:t>Full physical-vs-spiritual food analogy defining Islamic spirituality</w:t>
      </w:r>
    </w:p>
    <w:p>
      <w:r>
        <w:rPr>
          <w:color w:val="666666"/>
          <w:sz w:val="18"/>
        </w:rPr>
        <w:t>Islam and Sufism (Islam and Spirituality) (English) February 28, 2008 · 1m 31s · at 2:47 · https://youtu.be/6UGAPDfrS2w?t=167</w:t>
      </w:r>
    </w:p>
    <w:p>
      <w:r>
        <w:rPr>
          <w:i/>
        </w:rPr>
        <w:t>“In physical terms, we need food every day”</w:t>
      </w:r>
    </w:p>
    <w:p>
      <w:r>
        <w:rPr>
          <w:sz w:val="20"/>
        </w:rPr>
        <w:t>2:47  what is sufism, or what is spirituality?</w:t>
      </w:r>
      <w:r>
        <w:br/>
      </w:r>
      <w:r>
        <w:rPr>
          <w:sz w:val="20"/>
        </w:rPr>
        <w:t>2:53  i would like to say that man has two different aspects: physical aspect and spiritual aspect.</w:t>
      </w:r>
      <w:r>
        <w:br/>
      </w:r>
      <w:r>
        <w:rPr>
          <w:sz w:val="20"/>
        </w:rPr>
        <w:t>3:06  in physical terms, we need food every day to maintain our physical health.</w:t>
      </w:r>
      <w:r>
        <w:br/>
      </w:r>
      <w:r>
        <w:rPr>
          <w:sz w:val="20"/>
        </w:rPr>
        <w:t>3:16  we need physical food.</w:t>
      </w:r>
      <w:r>
        <w:br/>
      </w:r>
      <w:r>
        <w:rPr>
          <w:sz w:val="20"/>
        </w:rPr>
        <w:t>3:22  so is the case of our inner personality, that is soul. we need spiritual food to maintain the health of spiritual being.</w:t>
      </w:r>
      <w:r>
        <w:br/>
      </w:r>
      <w:r>
        <w:rPr>
          <w:sz w:val="20"/>
        </w:rPr>
        <w:t>3:41  so this is the definition of spirituality according to islam.</w:t>
      </w:r>
      <w:r>
        <w:br/>
      </w:r>
      <w:r>
        <w:rPr>
          <w:sz w:val="20"/>
        </w:rPr>
        <w:t>3:49  and this kind of nourishment is needed every day. you need every day some physical food to maintain your physical health.</w:t>
      </w:r>
      <w:r>
        <w:br/>
      </w:r>
      <w:r>
        <w:rPr>
          <w:sz w:val="20"/>
        </w:rPr>
        <w:t>4:02  so is the case of spirituality. every day you need spiritual food to maintain your.</w:t>
      </w:r>
      <w:r>
        <w:br/>
      </w:r>
      <w:r>
        <w:rPr>
          <w:sz w:val="20"/>
        </w:rPr>
        <w:t>4:12  to maintain the health of our soul.</w:t>
      </w:r>
    </w:p>
    <w:p>
      <w:pPr>
        <w:pStyle w:val="Heading2"/>
      </w:pPr>
      <w:r>
        <w:t>Merit versus nepotism: why incentive builds nations</w:t>
      </w:r>
    </w:p>
    <w:p>
      <w:r>
        <w:rPr>
          <w:color w:val="666666"/>
          <w:sz w:val="18"/>
        </w:rPr>
        <w:t>America A Case of Spiritual Starvaltion July 7, 2011 · 2m 39s · at 21:35 · https://youtu.be/N8JYD2P3QYE?t=1295</w:t>
      </w:r>
    </w:p>
    <w:p>
      <w:r>
        <w:rPr>
          <w:i/>
        </w:rPr>
        <w:t>“Why couldn't you develop your own country's economy?”</w:t>
      </w:r>
    </w:p>
    <w:p>
      <w:r>
        <w:rPr>
          <w:sz w:val="20"/>
        </w:rPr>
        <w:t>21:35  aap ke apne desh mein incentive nahi tha, kyun ke wahan corruption hai, nepotism hai. wahan aap ko yeh yaqeen nahi hota ke main agar mehnat karun to mujhe merit ki bunyaad par liya jayega.</w:t>
      </w:r>
      <w:r>
        <w:br/>
      </w:r>
      <w:r>
        <w:rPr>
          <w:sz w:val="20"/>
        </w:rPr>
        <w:t>21:51  ab wahan par itna sakht hai maamla ke sirf merit chalta hai, bas. to har aadmi ke andar aik incentive jaga hua hai ke main mehnat karunga to mujhe is ka result milega.</w:t>
      </w:r>
      <w:r>
        <w:br/>
      </w:r>
      <w:r>
        <w:rPr>
          <w:sz w:val="20"/>
        </w:rPr>
        <w:t>22:07  isi liye dekhen, wahan aik black jo hai, woh president ban gaya, aik black president ban gaya. kyun?</w:t>
      </w:r>
      <w:r>
        <w:br/>
      </w:r>
      <w:r>
        <w:rPr>
          <w:sz w:val="20"/>
        </w:rPr>
        <w:t>22:16  us ne competence dikhaya.</w:t>
      </w:r>
      <w:r>
        <w:br/>
      </w:r>
      <w:r>
        <w:rPr>
          <w:sz w:val="20"/>
        </w:rPr>
        <w:t>22:20  to jin mulkon se yeh log gaye hain, un mulkon mein haal kya hai ke wahan par merit jo hai, woh is ki koi hesiyat hi nahi. aap ka source ho, aap kisi ke bete damad hon, kuch aap rishwat dena jante hon to aap ko taraqqi hogi, nahi to nahi hogi.</w:t>
      </w:r>
      <w:r>
        <w:br/>
      </w:r>
      <w:r>
        <w:rPr>
          <w:sz w:val="20"/>
        </w:rPr>
        <w:t>22:37  america mein sab kuch bhi nahi, sirf merit, sirf merit, sirf merit. to jab bahir ke log wahan aaye to un ko bas bohat incentive mila</w:t>
      </w:r>
      <w:r>
        <w:br/>
      </w:r>
      <w:r>
        <w:rPr>
          <w:sz w:val="20"/>
        </w:rPr>
        <w:t>22:48  ۔ arey bhai, yahan to hum agar mehnat karen to hum sab kuch pa sakte hain. to main ne kaha ke dekhiye, mister immigrant ne taraqqi nahi di hai america ko, mister incentive ne taraqqi di hai.</w:t>
      </w:r>
      <w:r>
        <w:br/>
      </w:r>
      <w:r>
        <w:rPr>
          <w:sz w:val="20"/>
        </w:rPr>
        <w:t>23:04  ab dekhen, yeh ke is tareeqe se alag kar ke dekhna, woh log jante nahin thay. mujhe to koi aadmi mila nahin jo is tarah alag kar ke jaane, sab isi fakhr mein jee rahe hain ke immigrant logon ne taraqqi diya hai.</w:t>
      </w:r>
      <w:r>
        <w:br/>
      </w:r>
      <w:r>
        <w:rPr>
          <w:sz w:val="20"/>
        </w:rPr>
        <w:t>23:18  immigrant logon ne taraqqi nahin diya, unhon ne jo system banaye hain, jo incentive based hai, usay log hero bana.</w:t>
      </w:r>
      <w:r>
        <w:br/>
      </w:r>
      <w:r>
        <w:rPr>
          <w:sz w:val="20"/>
        </w:rPr>
        <w:t>23:26  yahan pe India mein logon ko aisa kar diya, abhi hero hero ban jayenge log. India mein koi koi koi value nahin hai merit ki.</w:t>
      </w:r>
      <w:r>
        <w:br/>
      </w:r>
      <w:r>
        <w:rPr>
          <w:sz w:val="20"/>
        </w:rPr>
        <w:t>23:36  yahan to bas yeh hai ke aap kisi minister sahab ke bete hon, kisi ke damad hon, koi safari sahab ke paas ho ya rishwat dene ke paise hon, to bas sab kuch mil jayega aap ko, warna kuch nahin milega.</w:t>
      </w:r>
      <w:r>
        <w:br/>
      </w:r>
      <w:r>
        <w:rPr>
          <w:sz w:val="20"/>
        </w:rPr>
        <w:t>23:51  agar India mein yeh ho jaye ke koi rishwat nahin, koi corruption nahin, koi nepotism nahin, kisi ka kuch nahin suna jayega, prime minister bhi safari sahab nahin suna jayega, kuch nahin suna jayega,</w:t>
      </w:r>
      <w:r>
        <w:br/>
      </w:r>
      <w:r>
        <w:rPr>
          <w:sz w:val="20"/>
        </w:rPr>
        <w:t>24:05  merit suni jayegi, bas. to aap dekhen ke India jo hai, ek giant ban jaye.</w:t>
      </w:r>
    </w:p>
    <w:p>
      <w:pPr>
        <w:pStyle w:val="Heading2"/>
      </w:pPr>
      <w:r>
        <w:t>why we take blessings for granted, chase what's missing</w:t>
      </w:r>
    </w:p>
    <w:p>
      <w:r>
        <w:rPr>
          <w:color w:val="666666"/>
          <w:sz w:val="18"/>
        </w:rPr>
        <w:t>Discovery of Paradise March 22, 2015 · 2m 00s · at 49:17 · https://youtu.be/2axrfd7sZkE?t=2957</w:t>
      </w:r>
    </w:p>
    <w:p>
      <w:r>
        <w:rPr>
          <w:i/>
        </w:rPr>
        <w:t>“Sawal: jab hume kuch nahi milta, hum frustration mein chale jate hain”</w:t>
      </w:r>
    </w:p>
    <w:p>
      <w:r>
        <w:rPr>
          <w:sz w:val="20"/>
        </w:rPr>
        <w:t>49:17  to is mein koi sawal hai nahi? ji, yeh comment hai Maulana in ka. theek hai, baat hai. Maulana, agla sawal Dilli se hai Miss Naghma Siddiqui ka, aur unhon ne likha hai:</w:t>
      </w:r>
      <w:r>
        <w:br/>
      </w:r>
      <w:r>
        <w:rPr>
          <w:sz w:val="20"/>
        </w:rPr>
        <w:t>49:32  wen we do not get something in this world, we often fall into frustration in spite of knowing the creation plan of God.</w:t>
      </w:r>
      <w:r>
        <w:br/>
      </w:r>
      <w:r>
        <w:rPr>
          <w:sz w:val="20"/>
        </w:rPr>
        <w:t>49:43  please give guidance for this.</w:t>
      </w:r>
      <w:r>
        <w:br/>
      </w:r>
      <w:r>
        <w:rPr>
          <w:sz w:val="20"/>
        </w:rPr>
        <w:t>49:46  mera jo tajurba hai, wo to yeh hai ke insaan ki ek kamzori hai ke uska dhyan jab jo cheez mil chuki hai, us ka us par dhyan nahi rehta.</w:t>
      </w:r>
      <w:r>
        <w:br/>
      </w:r>
      <w:r>
        <w:rPr>
          <w:sz w:val="20"/>
        </w:rPr>
        <w:t>49:59  is ka jo nahi mili hai, usi pe dhyan rehta hai. yaani mili hui cheez ko for granted le lena aur na mili hui cheez ko apna goal samajhna,</w:t>
      </w:r>
      <w:r>
        <w:br/>
      </w:r>
      <w:r>
        <w:rPr>
          <w:sz w:val="20"/>
        </w:rPr>
        <w:t>50:12  isi ka phenomena hai. yeh yeh aam baat hai ke har aadmi mili hui cheez ko for granted leta hai. misaal ke taur par, mein subah baitha tha, ab suraj nikla to ajeeb ehsaas hua ke suraj nikla mere liye,</w:t>
      </w:r>
      <w:r>
        <w:br/>
      </w:r>
      <w:r>
        <w:rPr>
          <w:sz w:val="20"/>
        </w:rPr>
        <w:t>50:31  mujh se nau yaani nau crore 30 lakh meel door hai suraj, aur wahan se itni achhi roshni bhi bhej raha hai. to kaun sochta hai</w:t>
      </w:r>
      <w:r>
        <w:br/>
      </w:r>
      <w:r>
        <w:rPr>
          <w:sz w:val="20"/>
        </w:rPr>
        <w:t>50:41  suraj ke nikalne ko log for granted lete hain? mujhe aisa laga ke aaj hi suraj mere liye banaya gaya hai, aaj hi suraj mere liye roshan kiya gaya. to logon ka mizaj yeh ban gaya hai ke mili hui cheezon ko for greater khane mein daal dena aur na mili hui cheezon ko usi par dhyan lagana.</w:t>
      </w:r>
      <w:r>
        <w:br/>
      </w:r>
      <w:r>
        <w:rPr>
          <w:sz w:val="20"/>
        </w:rPr>
        <w:t>51:02  lagana to apne is mizaj ka hamein durust karna padega, is mizaj ko correction karna padega, tab ja kar ke wo baat hasil hogi.</w:t>
      </w:r>
    </w:p>
    <w:p>
      <w:pPr>
        <w:pStyle w:val="Heading2"/>
      </w:pPr>
      <w:r>
        <w:t>Preaching Islam teaches the preacher as much as the listener</w:t>
      </w:r>
    </w:p>
    <w:p>
      <w:r>
        <w:rPr>
          <w:color w:val="666666"/>
          <w:sz w:val="18"/>
        </w:rPr>
        <w:t>Divine Personality April 2, 2014 Maulana Wahiduddin Khan · 1m 59s · at 21:07 · https://youtu.be/4F-V__KFzpA?t=1267</w:t>
      </w:r>
    </w:p>
    <w:p>
      <w:r>
        <w:rPr>
          <w:i/>
        </w:rPr>
        <w:t>“When you involve yourself in da'wah, every day you feel some experience.”</w:t>
      </w:r>
    </w:p>
    <w:p>
      <w:r>
        <w:rPr>
          <w:sz w:val="20"/>
        </w:rPr>
        <w:t>21:07  Then when you involve yourself in da'wah you every day you feel some experience when you interact with your Madhu,</w:t>
      </w:r>
      <w:r>
        <w:br/>
      </w:r>
      <w:r>
        <w:rPr>
          <w:sz w:val="20"/>
        </w:rPr>
        <w:t>21:25  when you discuss with your Madhu, when you</w:t>
      </w:r>
      <w:r>
        <w:br/>
      </w:r>
      <w:r>
        <w:rPr>
          <w:sz w:val="20"/>
        </w:rPr>
        <w:t>21:34  try to convince your mother then you feel that there are so many question</w:t>
      </w:r>
      <w:r>
        <w:br/>
      </w:r>
      <w:r>
        <w:rPr>
          <w:sz w:val="20"/>
        </w:rPr>
        <w:t>21:40  s. My guru gives you a new way of thinking, a new item of thinking. Then if you are sincere, if you want to convince your guru,</w:t>
      </w:r>
      <w:r>
        <w:br/>
      </w:r>
      <w:r>
        <w:rPr>
          <w:sz w:val="20"/>
        </w:rPr>
        <w:t>21:57  if you want to address the mind of Madhu then you will prepare yourself so that you may address the mind of Madhu.</w:t>
      </w:r>
      <w:r>
        <w:br/>
      </w:r>
      <w:r>
        <w:rPr>
          <w:sz w:val="20"/>
        </w:rPr>
        <w:t>22:09  In this sense I can say that da'wah is a bilateral process. Da'wah is not unilateral announcement.</w:t>
      </w:r>
      <w:r>
        <w:br/>
      </w:r>
      <w:r>
        <w:rPr>
          <w:sz w:val="20"/>
        </w:rPr>
        <w:t>22:22  Da'wah is a bilateral process. It is a mutual learning. It is giving at the same time taking.</w:t>
      </w:r>
      <w:r>
        <w:br/>
      </w:r>
      <w:r>
        <w:rPr>
          <w:sz w:val="20"/>
        </w:rPr>
        <w:t>22:33  Madhu, they give something to Madhu. A Madhu takes something from you.</w:t>
      </w:r>
      <w:r>
        <w:br/>
      </w:r>
      <w:r>
        <w:rPr>
          <w:sz w:val="20"/>
        </w:rPr>
        <w:t>22:44  So it is a give-and-take process</w:t>
      </w:r>
      <w:r>
        <w:br/>
      </w:r>
      <w:r>
        <w:rPr>
          <w:sz w:val="20"/>
        </w:rPr>
        <w:t>22:49  . So if they is sincere, if they is a prepared mind then da'wah becomes for him a way of intellectual development, spiritual development, personality development.</w:t>
      </w:r>
    </w:p>
    <w:p>
      <w:pPr>
        <w:pStyle w:val="Heading2"/>
      </w:pPr>
      <w:r>
        <w:t>Story of Gaurav Patel suicide</w:t>
      </w:r>
    </w:p>
    <w:p>
      <w:r>
        <w:rPr>
          <w:color w:val="666666"/>
          <w:sz w:val="18"/>
        </w:rPr>
        <w:t>Message on Eid Al-Adha October 27, 2012 · 1m 42s · at 38:40 · https://youtu.be/eGzAlyVEafc?t=2320</w:t>
      </w:r>
    </w:p>
    <w:p>
      <w:r>
        <w:rPr>
          <w:i/>
        </w:rPr>
        <w:t>“Abhi ek waqea aaya tha media mein”</w:t>
      </w:r>
    </w:p>
    <w:p>
      <w:r>
        <w:rPr>
          <w:sz w:val="20"/>
        </w:rPr>
        <w:t>38:40  ke abhi ek waqia aaya tha media mein, aap jante honge isi mahine yani october mein ke ek naujawan jis ki umar thi 24 saal, dilli mein woh job karta tha,</w:t>
      </w:r>
      <w:r>
        <w:br/>
      </w:r>
      <w:r>
        <w:rPr>
          <w:sz w:val="20"/>
        </w:rPr>
        <w:t>38:56  woh MBA tha aur aur MBBS bhi kiya tha us ne, woh yahan job kar raha tha dilli mein. us ne apne office ki athveen manzil se chhalang laga kar suicide kar liya.</w:t>
      </w:r>
      <w:r>
        <w:br/>
      </w:r>
      <w:r>
        <w:rPr>
          <w:sz w:val="20"/>
        </w:rPr>
        <w:t>39:10  us ka naam tha gaurav patel, woh nasik ka rehne wala tha. gaurav patel to us jo suicide note use chhora, woh internet pe aap dekh sakte hain, main ne bhi internet pe dekha hai.</w:t>
      </w:r>
      <w:r>
        <w:br/>
      </w:r>
      <w:r>
        <w:rPr>
          <w:sz w:val="20"/>
        </w:rPr>
        <w:t>39:26  do pages ka ek note use chhora, is mein woh likhta hai ke mujhe sachai ki talash thi aur main frasi ki kitabein parhta raha sachai ko janne ke liye.</w:t>
      </w:r>
      <w:r>
        <w:br/>
      </w:r>
      <w:r>
        <w:rPr>
          <w:sz w:val="20"/>
        </w:rPr>
        <w:t>39:43  us ka jo room mate tha, woh ek ek kamre mein rehta tha, do naujawan. to room mate ne bhi yahi baat batai ke woh frasi ki kitabein parhta rehta tha.</w:t>
      </w:r>
      <w:r>
        <w:br/>
      </w:r>
      <w:r>
        <w:rPr>
          <w:sz w:val="20"/>
        </w:rPr>
        <w:t>39:55  to</w:t>
      </w:r>
      <w:r>
        <w:br/>
      </w:r>
      <w:r>
        <w:rPr>
          <w:sz w:val="20"/>
        </w:rPr>
        <w:t>39:56  suicide note mein use likha tha ke frasi ki kitabon se mujhe sachai nahi mili, ab main doosri duniya mein ja raha hoon, yani yani death ke baad jo doosri duniya hai, wahan ja raha hoon taake mujhe pata chal jaye ke sachai hai kiya.</w:t>
      </w:r>
      <w:r>
        <w:br/>
      </w:r>
      <w:r>
        <w:rPr>
          <w:sz w:val="20"/>
        </w:rPr>
        <w:t>40:15  us ko jab main ne parha to mujhe ek bohat bari baat samajh mein aayi,</w:t>
      </w:r>
    </w:p>
    <w:p>
      <w:pPr>
        <w:pStyle w:val="Heading2"/>
      </w:pPr>
      <w:r>
        <w:t>Prophet as messenger and Hadith secondary</w:t>
      </w:r>
    </w:p>
    <w:p>
      <w:r>
        <w:rPr>
          <w:color w:val="666666"/>
          <w:sz w:val="18"/>
        </w:rPr>
        <w:t>Islam and Peace (In Conversation with Maulana) 23 11 2008 · 1m 51s · at 7:32 · https://youtu.be/CyS3i4AlGfs?t=452</w:t>
      </w:r>
    </w:p>
    <w:p>
      <w:r>
        <w:rPr>
          <w:i/>
        </w:rPr>
        <w:t>“The Prophet was a messenger, not a divine being.”</w:t>
      </w:r>
    </w:p>
    <w:p>
      <w:r>
        <w:rPr>
          <w:sz w:val="20"/>
        </w:rPr>
        <w:t>7:32  yeh aap ne bilkul sahi kaha ke prophet messenger thay. messenger of god. woh divine being nahi thay. bilkul nahi.</w:t>
      </w:r>
      <w:r>
        <w:br/>
      </w:r>
      <w:r>
        <w:rPr>
          <w:sz w:val="20"/>
        </w:rPr>
        <w:t>7:42  koi agar manta ho toh galat manta hai woh. woh insan thay. hal kuntu illa basharun rasoolan. insan thay aur messenger thay bas.</w:t>
      </w:r>
      <w:r>
        <w:br/>
      </w:r>
      <w:r>
        <w:rPr>
          <w:sz w:val="20"/>
        </w:rPr>
        <w:t>7:53  toh is wajah se</w:t>
      </w:r>
      <w:r>
        <w:br/>
      </w:r>
      <w:r>
        <w:rPr>
          <w:sz w:val="20"/>
        </w:rPr>
        <w:t>7:56  mein samajhta hoon ke jo scholars hain woh yeh nahi mante hain ke dono ka darja ek hai. isko secondary batate hain.</w:t>
      </w:r>
      <w:r>
        <w:br/>
      </w:r>
      <w:r>
        <w:rPr>
          <w:sz w:val="20"/>
        </w:rPr>
        <w:t>8:06  yani quran ko primary batate hain aur isko secondary batate hain. yani jo cheez quran se na nikle aur hadith se nikle toh usko nahi mana jayega. usko nahi mana jayega.</w:t>
      </w:r>
      <w:r>
        <w:br/>
      </w:r>
      <w:r>
        <w:rPr>
          <w:sz w:val="20"/>
        </w:rPr>
        <w:t>8:17  jise mein ek misaal ek example deta hoon aap ko. ke kuch log ek hadith sunate hain. mein ne dekhi woh fabricated hai.</w:t>
      </w:r>
      <w:r>
        <w:br/>
      </w:r>
      <w:r>
        <w:rPr>
          <w:sz w:val="20"/>
        </w:rPr>
        <w:t>8:27  ke as-salihu lil-lahu wat-talu hu li.</w:t>
      </w:r>
      <w:r>
        <w:br/>
      </w:r>
      <w:r>
        <w:rPr>
          <w:sz w:val="20"/>
        </w:rPr>
        <w:t>8:34  yani bure log jo hain unka ab mein salvation ka zimmedar hoon. achhe log jo hain unko khuda salvation dega. bilkul ek bilkul hi absurd baat hai yeh.</w:t>
      </w:r>
      <w:r>
        <w:br/>
      </w:r>
      <w:r>
        <w:rPr>
          <w:sz w:val="20"/>
        </w:rPr>
        <w:t>8:44  iska na hadith se koi taluq hai na na quran se koi taluq hai. toh hum mein yeh kahunga ke jo achhe scholars hain woh yeh mante hain ke hamesha judge kiya jayega quran se.</w:t>
      </w:r>
      <w:r>
        <w:br/>
      </w:r>
      <w:r>
        <w:rPr>
          <w:sz w:val="20"/>
        </w:rPr>
        <w:t>8:58  dono ko ekal darja nahi diya jayega. quran se judge kiya jayega. agar quran par poora utrega tabhi hum manenge ke yeh yeh sahi hai.</w:t>
      </w:r>
      <w:r>
        <w:br/>
      </w:r>
      <w:r>
        <w:rPr>
          <w:sz w:val="20"/>
        </w:rPr>
        <w:t>9:09  nahi toh usko discard kar denge. toh aap ka question jo hai mein samajhta hoon ke koi theek question hai aap ka. aur mein isko sirf mein ne isko thoda sa explain kiya hai aap ke question ko.</w:t>
      </w:r>
    </w:p>
    <w:p>
      <w:pPr>
        <w:pStyle w:val="Heading2"/>
      </w:pPr>
      <w:r>
        <w:t>Science removes superstition</w:t>
      </w:r>
    </w:p>
    <w:p>
      <w:r>
        <w:rPr>
          <w:color w:val="666666"/>
          <w:sz w:val="18"/>
        </w:rPr>
        <w:t>Science and Spirituality | April 25, 2007 | Maulana Wahiduddin Kha · 2m 35s · at 10:25 · https://youtu.be/cStp24Ri3ps?t=625</w:t>
      </w:r>
    </w:p>
    <w:p>
      <w:r>
        <w:rPr>
          <w:i/>
        </w:rPr>
        <w:t>“Quranic concept of spirituality now what is the scientific role”</w:t>
      </w:r>
    </w:p>
    <w:p>
      <w:r>
        <w:rPr>
          <w:sz w:val="20"/>
        </w:rPr>
        <w:t>10:25  Quranic concept of Spirituality.</w:t>
      </w:r>
      <w:r>
        <w:br/>
      </w:r>
      <w:r>
        <w:rPr>
          <w:sz w:val="20"/>
        </w:rPr>
        <w:t>10:35  Now, what is the scientific role in this regard?</w:t>
      </w:r>
      <w:r>
        <w:br/>
      </w:r>
      <w:r>
        <w:rPr>
          <w:sz w:val="20"/>
        </w:rPr>
        <w:t>10:45  You know, the history is divided into two periods: pre-scientific period</w:t>
      </w:r>
      <w:r>
        <w:br/>
      </w:r>
      <w:r>
        <w:rPr>
          <w:sz w:val="20"/>
        </w:rPr>
        <w:t>10:55  and post-scientific period.</w:t>
      </w:r>
      <w:r>
        <w:br/>
      </w:r>
      <w:r>
        <w:rPr>
          <w:sz w:val="20"/>
        </w:rPr>
        <w:t>11:06  During the pre-scientific period, man was obsessed with superstitious ideas.</w:t>
      </w:r>
      <w:r>
        <w:br/>
      </w:r>
      <w:r>
        <w:rPr>
          <w:sz w:val="20"/>
        </w:rPr>
        <w:t>11:17  Everywhere in the world, in every nation, in every country, life was</w:t>
      </w:r>
      <w:r>
        <w:br/>
      </w:r>
      <w:r>
        <w:rPr>
          <w:sz w:val="20"/>
        </w:rPr>
        <w:t>11:28  superstitious.</w:t>
      </w:r>
      <w:r>
        <w:br/>
      </w:r>
      <w:r>
        <w:rPr>
          <w:sz w:val="20"/>
        </w:rPr>
        <w:t>11:36  In every aspect of life, superstition was dominated.</w:t>
      </w:r>
      <w:r>
        <w:br/>
      </w:r>
      <w:r>
        <w:rPr>
          <w:sz w:val="20"/>
        </w:rPr>
        <w:t>11:43  Superstition was a dominating factor in every aspect of life, everywhere in the world.</w:t>
      </w:r>
      <w:r>
        <w:br/>
      </w:r>
      <w:r>
        <w:rPr>
          <w:sz w:val="20"/>
        </w:rPr>
        <w:t>11:51  Now, science, the advent of science was against</w:t>
      </w:r>
      <w:r>
        <w:br/>
      </w:r>
      <w:r>
        <w:rPr>
          <w:sz w:val="20"/>
        </w:rPr>
        <w:t>11:58  this superstition.</w:t>
      </w:r>
      <w:r>
        <w:br/>
      </w:r>
      <w:r>
        <w:rPr>
          <w:sz w:val="20"/>
        </w:rPr>
        <w:t>12:03  For the first time in history, science was able to remove all these superstitions.</w:t>
      </w:r>
      <w:r>
        <w:br/>
      </w:r>
      <w:r>
        <w:rPr>
          <w:sz w:val="20"/>
        </w:rPr>
        <w:t>12:08  Now, what is science?</w:t>
      </w:r>
      <w:r>
        <w:br/>
      </w:r>
      <w:r>
        <w:rPr>
          <w:sz w:val="20"/>
        </w:rPr>
        <w:t>12:13  Science is divine knowledge.</w:t>
      </w:r>
      <w:r>
        <w:br/>
      </w:r>
      <w:r>
        <w:rPr>
          <w:sz w:val="20"/>
        </w:rPr>
        <w:t>12:18  Science is nothing but divine knowledge, divine laws.</w:t>
      </w:r>
      <w:r>
        <w:br/>
      </w:r>
      <w:r>
        <w:rPr>
          <w:sz w:val="20"/>
        </w:rPr>
        <w:t>12:23  When you discover</w:t>
      </w:r>
      <w:r>
        <w:br/>
      </w:r>
      <w:r>
        <w:rPr>
          <w:sz w:val="20"/>
        </w:rPr>
        <w:t>12:28  those universal laws, those who rule the universe, then you call it science.</w:t>
      </w:r>
      <w:r>
        <w:br/>
      </w:r>
      <w:r>
        <w:rPr>
          <w:sz w:val="20"/>
        </w:rPr>
        <w:t>12:39  Science means those spiritual, science means those universal laws set by the Creator in our world.</w:t>
      </w:r>
      <w:r>
        <w:br/>
      </w:r>
      <w:r>
        <w:rPr>
          <w:sz w:val="20"/>
        </w:rPr>
        <w:t>12:49  So when man was able to discover</w:t>
      </w:r>
    </w:p>
    <w:p>
      <w:pPr>
        <w:pStyle w:val="Heading2"/>
      </w:pPr>
      <w:r>
        <w:t>Thirst experience at Hindu conference</w:t>
      </w:r>
    </w:p>
    <w:p>
      <w:r>
        <w:rPr>
          <w:color w:val="666666"/>
          <w:sz w:val="18"/>
        </w:rPr>
        <w:t>Fasting A Source of Spiritual Empowerment 21 Aug, 2011 - Maulana Wahiduddin Khan · 2m 17s · at 23:22 · https://youtu.be/b19V3pD-tbQ?t=1402</w:t>
      </w:r>
    </w:p>
    <w:p>
      <w:r>
        <w:rPr>
          <w:i/>
        </w:rPr>
        <w:t>“Aise hi ek baar Dilli mein jab main aaya.”</w:t>
      </w:r>
    </w:p>
    <w:p>
      <w:r>
        <w:rPr>
          <w:sz w:val="20"/>
        </w:rPr>
        <w:t>23:22  aise hi ek bar dilli mein jab main aya to dilli mein ek bar ramzan ke mahine mein hindu logon ki ek conference thi.</w:t>
      </w:r>
      <w:r>
        <w:br/>
      </w:r>
      <w:r>
        <w:rPr>
          <w:sz w:val="20"/>
        </w:rPr>
        <w:t>23:34  hindu logon ki conference thi isi dilli mein. mujhe bulaya gaya. ab wo thi ramzan ke mahine mein sham ke waqt.</w:t>
      </w:r>
      <w:r>
        <w:br/>
      </w:r>
      <w:r>
        <w:rPr>
          <w:sz w:val="20"/>
        </w:rPr>
        <w:t>23:45  wahan main chala gaya.</w:t>
      </w:r>
      <w:r>
        <w:br/>
      </w:r>
      <w:r>
        <w:rPr>
          <w:sz w:val="20"/>
        </w:rPr>
        <w:t>23:51  to wahan par sab hindu log the. un ko pata hi nahi tha ke iftar chahiye musalman ko. to beharhal main shareek hua is mein.</w:t>
      </w:r>
      <w:r>
        <w:br/>
      </w:r>
      <w:r>
        <w:rPr>
          <w:sz w:val="20"/>
        </w:rPr>
        <w:t>24:04  aur sham ka waqt aya to wahan kuch khana peena nahi. ab mujhe iftar to karna tha. sirf pani wahan tha, sirf pani.</w:t>
      </w:r>
      <w:r>
        <w:br/>
      </w:r>
      <w:r>
        <w:rPr>
          <w:sz w:val="20"/>
        </w:rPr>
        <w:t>24:17  yahi Asafri Road ka waqia ye hai. to sahib sham ko, acha wo garmi May June ka mahina tha.</w:t>
      </w:r>
      <w:r>
        <w:br/>
      </w:r>
      <w:r>
        <w:rPr>
          <w:sz w:val="20"/>
        </w:rPr>
        <w:t>24:27  aur sham ko bohat pyas lag rahi thi mujhe. to khana to kuch tha nahi. pani tha. to main ne pani piya. ek glass, do glass, teen glass, char glass, pata nahi shayad das glass pi gaya main.</w:t>
      </w:r>
      <w:r>
        <w:br/>
      </w:r>
      <w:r>
        <w:rPr>
          <w:sz w:val="20"/>
        </w:rPr>
        <w:t>24:42  kyun ke bhook ki jagah pe shayad mujhe pani peena tha.</w:t>
      </w:r>
      <w:r>
        <w:br/>
      </w:r>
      <w:r>
        <w:rPr>
          <w:sz w:val="20"/>
        </w:rPr>
        <w:t>24:48  pani peeta hi gaya main. is waqt andaza hua ke ye pani kya cheez hai. abhi to aap ke pas pani har waqt maujood rehta hai.</w:t>
      </w:r>
      <w:r>
        <w:br/>
      </w:r>
      <w:r>
        <w:rPr>
          <w:sz w:val="20"/>
        </w:rPr>
        <w:t>25:00  jab chahen pi lijiyey.</w:t>
      </w:r>
      <w:r>
        <w:br/>
      </w:r>
      <w:r>
        <w:rPr>
          <w:sz w:val="20"/>
        </w:rPr>
        <w:t>25:05  jab din bhar pani nahi mila to pyas ka bura hal tha. bura hal tha pyas ka. to pani peeta chala gaya main.</w:t>
      </w:r>
      <w:r>
        <w:br/>
      </w:r>
      <w:r>
        <w:rPr>
          <w:sz w:val="20"/>
        </w:rPr>
        <w:t>25:18  to dekhiye ramzan ka mahina ye sab tajrube karvata hai. ye sab tajrube karvata hai. ramzan ka mahina Full of Experiences yani Month of Experiences hai.</w:t>
      </w:r>
      <w:r>
        <w:br/>
      </w:r>
      <w:r>
        <w:rPr>
          <w:sz w:val="20"/>
        </w:rPr>
        <w:t>25:35  Event Full Month hai.</w:t>
      </w:r>
    </w:p>
    <w:p>
      <w:pPr>
        <w:pStyle w:val="Heading2"/>
      </w:pPr>
      <w:r>
        <w:t>Book release opening and peace of mind concept</w:t>
      </w:r>
    </w:p>
    <w:p>
      <w:r>
        <w:rPr>
          <w:color w:val="666666"/>
          <w:sz w:val="18"/>
        </w:rPr>
        <w:t>Companions of The Prophet (3) 18 July, 2021 - Prof. Farida Khanam and Dr. Saniyasnain Khan · 2m 02s · at 0:12 · https://youtu.be/Kntz4s5FhlU?t=12</w:t>
      </w:r>
    </w:p>
    <w:p>
      <w:r>
        <w:rPr>
          <w:i/>
        </w:rPr>
        <w:t>“Assalamu alaikum everyone, before we start the today session.”</w:t>
      </w:r>
    </w:p>
    <w:p>
      <w:r>
        <w:rPr>
          <w:sz w:val="20"/>
        </w:rPr>
        <w:t>0:12  assalam walekum everyone. before we start the today session, we are very happy to announce that today we will be releasing four new books of Maulana Wahiduddin Khan sahib. the first book that we will be releasing is with the title "remembrance of god". this book is an english translation of</w:t>
      </w:r>
      <w:r>
        <w:br/>
      </w:r>
      <w:r>
        <w:rPr>
          <w:sz w:val="20"/>
        </w:rPr>
        <w:t>0:35  Maulana Wahiduddin Khan sahib book "kitabe marefat". one of the chapter has been translated into this new title. the book has been translated by professor farida khanam and has been edited by doctor nagma siddiqui and doctor mariya khan.</w:t>
      </w:r>
      <w:r>
        <w:br/>
      </w:r>
      <w:r>
        <w:rPr>
          <w:sz w:val="20"/>
        </w:rPr>
        <w:t>0:55  before i request doctor sani asan sahib to release this book, i would like to say that remembrance does not mean verbal repetition of gods name. remembrance means contemplation on gods creation and to achieve higher level of god realization.</w:t>
      </w:r>
      <w:r>
        <w:br/>
      </w:r>
      <w:r>
        <w:rPr>
          <w:sz w:val="20"/>
        </w:rPr>
        <w:t>1:15  now, you would all agree that today peace of mind is something that everybody wants. everybody is looking for peace of mind, but it eludes everyone. we can say that it is probably one of the greatest problem of human world, but quran gives a solution to this problem in unequivocal terms. it says in chapter 13</w:t>
      </w:r>
      <w:r>
        <w:br/>
      </w:r>
      <w:r>
        <w:rPr>
          <w:sz w:val="20"/>
        </w:rPr>
        <w:t>1:38  that sure in the remembrance of god, hearts can find comfort. so in this book, you will find great intellectual insights into various spiritual aspects of remembrance of god and how one must go about it. so with this, i will request doctor sani asan sahib to release this book "remembrance of god".</w:t>
      </w:r>
      <w:r>
        <w:br/>
      </w:r>
      <w:r>
        <w:rPr>
          <w:sz w:val="20"/>
        </w:rPr>
        <w:t>2:05  thank you.</w:t>
      </w:r>
    </w:p>
    <w:p>
      <w:pPr>
        <w:pStyle w:val="Heading2"/>
      </w:pPr>
      <w:r>
        <w:t>Two heavy prices of weak personality</w:t>
      </w:r>
    </w:p>
    <w:p>
      <w:r>
        <w:rPr>
          <w:color w:val="666666"/>
          <w:sz w:val="18"/>
        </w:rPr>
        <w:t>How to Build a Strong Personality June 14, 2008 Maulana Wahiduddin Khan · 2m 50s · at 17:08 · https://youtu.be/bRWn96tpOIM?t=1028</w:t>
      </w:r>
    </w:p>
    <w:p>
      <w:r>
        <w:rPr>
          <w:i/>
        </w:rPr>
        <w:t>“Weak personality has two heavy prices.”</w:t>
      </w:r>
    </w:p>
    <w:p>
      <w:r>
        <w:rPr>
          <w:sz w:val="20"/>
        </w:rPr>
        <w:t>17:08  bas ghuma phira kar ke dikhayenge ke main to sahi tha pehle bhi, ab bhi sahi hoon. yahi hai weak personality. dekhiye, weak personality ka do bara,</w:t>
      </w:r>
      <w:r>
        <w:br/>
      </w:r>
      <w:r>
        <w:rPr>
          <w:sz w:val="20"/>
        </w:rPr>
        <w:t>17:24  yani price deni padti hai aadmi ko. jo shakhs apne andar weak personality paida kare, us ko do bhaari price deni padti hai, ek is duniya mein, ek aakhirat mein.</w:t>
      </w:r>
      <w:r>
        <w:br/>
      </w:r>
      <w:r>
        <w:rPr>
          <w:sz w:val="20"/>
        </w:rPr>
        <w:t>17:39  is duniya mein kya price hai? wo ye hai ke insaan ka jo nature hai, jo true nature hai, jo consciousness hai,</w:t>
      </w:r>
      <w:r>
        <w:br/>
      </w:r>
      <w:r>
        <w:rPr>
          <w:sz w:val="20"/>
        </w:rPr>
        <w:t>17:53  jo natural wisdom hai, us ke andar parakh hoti hai. parakh bahut jald wo samajh leta hai aadmi ka idhar jo nature hai,</w:t>
      </w:r>
      <w:r>
        <w:br/>
      </w:r>
      <w:r>
        <w:rPr>
          <w:sz w:val="20"/>
        </w:rPr>
        <w:t>18:10  wo samajh leta hai. to agar lekin aap aap inkar kar rahe hain, aap maante nahi, to kaha ke aap ka apna inner nature address nahi hua.</w:t>
      </w:r>
      <w:r>
        <w:br/>
      </w:r>
      <w:r>
        <w:rPr>
          <w:sz w:val="20"/>
        </w:rPr>
        <w:t>18:22  aap ke consciousness ne jaana ke ye to ghalti thi, aap ke inner nature ne jaana ke ye to ghalti thi, lekin aap nahi maan rahe hain is ko.</w:t>
      </w:r>
      <w:r>
        <w:br/>
      </w:r>
      <w:r>
        <w:rPr>
          <w:sz w:val="20"/>
        </w:rPr>
        <w:t>18:33  to is ka matlab hai ke aap ka apna nature address nahi hua. to yahi sari tension.</w:t>
      </w:r>
      <w:r>
        <w:br/>
      </w:r>
      <w:r>
        <w:rPr>
          <w:sz w:val="20"/>
        </w:rPr>
        <w:t>18:41  to har aadmi ko chahiye ke wo self correction ke liye har waqt tayyar rahe. is ko main keh sakta hoon ke ye hai inner engineering.</w:t>
      </w:r>
      <w:r>
        <w:br/>
      </w:r>
      <w:r>
        <w:rPr>
          <w:sz w:val="20"/>
        </w:rPr>
        <w:t>18:53  ek sab mein agar yeh batana ho to mein keh sakta hoon ke yeh hai inner engineering. apne andar jo hai, us ko engineer karna, us ko durust karna, aap ko ko theek karna, us ko banana,</w:t>
      </w:r>
      <w:r>
        <w:br/>
      </w:r>
      <w:r>
        <w:rPr>
          <w:sz w:val="20"/>
        </w:rPr>
        <w:t>19:09  apne andar wali personality ko build karna.</w:t>
      </w:r>
      <w:r>
        <w:br/>
      </w:r>
      <w:r>
        <w:rPr>
          <w:sz w:val="20"/>
        </w:rPr>
        <w:t>19:15  to dunya mein yeh prize deni parti hai ke aap tension mein jeete hain. kyunke jab aap ka inner nature address na ho raha ho, to isi ka naam to tension hai.</w:t>
      </w:r>
      <w:r>
        <w:br/>
      </w:r>
      <w:r>
        <w:rPr>
          <w:sz w:val="20"/>
        </w:rPr>
        <w:t>19:31  dusra jo dusri prize jo deni parti hai, woh akhirat mein hai. aise log jannat mein, paradise mein entry nahi payenge.</w:t>
      </w:r>
      <w:r>
        <w:br/>
      </w:r>
      <w:r>
        <w:rPr>
          <w:sz w:val="20"/>
        </w:rPr>
        <w:t>19:44  aise log paradise mein entry nahi payenge. paradise to aap dekhiye, khuda ke neighborhood ka naam hai paradise.</w:t>
      </w:r>
    </w:p>
    <w:p>
      <w:pPr>
        <w:pStyle w:val="Heading2"/>
      </w:pPr>
      <w:r>
        <w:t>Positive mindset turns life experience into spiritual growth</w:t>
      </w:r>
    </w:p>
    <w:p>
      <w:r>
        <w:rPr>
          <w:color w:val="666666"/>
          <w:sz w:val="18"/>
        </w:rPr>
        <w:t>Personality of A Believer February 2, 2014 · 1m 26s · at 16:22 · https://youtu.be/EiK_-O-Bjps?t=982</w:t>
      </w:r>
    </w:p>
    <w:p>
      <w:r>
        <w:rPr>
          <w:i/>
        </w:rPr>
        <w:t>“Momin negative experience ko bhi positive food banata hai”</w:t>
      </w:r>
    </w:p>
    <w:p>
      <w:r>
        <w:rPr>
          <w:sz w:val="20"/>
        </w:rPr>
        <w:t>16:22  to sab se zaroori cheez hai ke aap ke andar wo shaoor develop kare, wo mind bane, wo soch aap ke andar tayyar ho ke aap cheezon ko hamesha positive way mein lein.</w:t>
      </w:r>
      <w:r>
        <w:br/>
      </w:r>
      <w:r>
        <w:rPr>
          <w:sz w:val="20"/>
        </w:rPr>
        <w:t>16:39  positive jab positive way mein aap lenge cheezon ko to ek bohat bara aap ko ek bohat bari opportunity mil jayegi ke cheezon ko apni shakhsiyat ke irtaqa ke liye aap food banayein.</w:t>
      </w:r>
      <w:r>
        <w:br/>
      </w:r>
      <w:r>
        <w:rPr>
          <w:sz w:val="20"/>
        </w:rPr>
        <w:t>16:59  yahan tak, yahan tak ke ek beej jo tha imaan ka, wo ek bohat bara darakht ban jaye.</w:t>
      </w:r>
      <w:r>
        <w:br/>
      </w:r>
      <w:r>
        <w:rPr>
          <w:sz w:val="20"/>
        </w:rPr>
        <w:t>17:08  yeh hai raaz imaan ki shakhsiyat banane ka. dekhein, imaan ki jo shakhsiyat hai, wo aise nahi banti ke aap ne zuban se kalma padh diya,</w:t>
      </w:r>
      <w:r>
        <w:br/>
      </w:r>
      <w:r>
        <w:rPr>
          <w:sz w:val="20"/>
        </w:rPr>
        <w:t>17:23  koi tasbeeh se le kar Allah Allah kar liya.</w:t>
      </w:r>
      <w:r>
        <w:br/>
      </w:r>
      <w:r>
        <w:rPr>
          <w:sz w:val="20"/>
        </w:rPr>
        <w:t>17:27  is se wo shakhsiyat, wo personality nahi banti. wo personality ke liye food chahiye, spiritual food, imani food, rabbani food, wo chahiye.</w:t>
      </w:r>
      <w:r>
        <w:br/>
      </w:r>
      <w:r>
        <w:rPr>
          <w:sz w:val="20"/>
        </w:rPr>
        <w:t>17:40  tab ja kar shakhsiyat banegi, nahi to nahi banegi.</w:t>
      </w:r>
    </w:p>
    <w:p>
      <w:pPr>
        <w:pStyle w:val="Heading2"/>
      </w:pPr>
      <w:r>
        <w:t>Manage even when father dies</w:t>
      </w:r>
    </w:p>
    <w:p>
      <w:r>
        <w:rPr>
          <w:color w:val="666666"/>
          <w:sz w:val="18"/>
        </w:rPr>
        <w:t>Spirituality in Daily Life October 4, 2008 · 2m 49s · at 27:49 · https://youtu.be/oeJR6tYqQVw?t=1669</w:t>
      </w:r>
    </w:p>
    <w:p>
      <w:r>
        <w:rPr>
          <w:i/>
        </w:rPr>
        <w:t>“To mere paas woh aaya karte the.”</w:t>
      </w:r>
    </w:p>
    <w:p>
      <w:r>
        <w:rPr>
          <w:sz w:val="20"/>
        </w:rPr>
        <w:t>27:49  to mere paas woh aaya karte the. ek din aaye to bahut hi gham mein the aur bahut hi chehra unka murjhaya hua tha, bahut hi afsos mein lagte the woh</w:t>
      </w:r>
      <w:r>
        <w:br/>
      </w:r>
      <w:r>
        <w:rPr>
          <w:sz w:val="20"/>
        </w:rPr>
        <w:t>28:00  ۔ to maine kaha, bhai kya hua? aaj kuch aap badle hue dikhai pad rahe hain. to unhone kaha ke mein ghar ja raha hoon, padhai padhai chhod kar ke.</w:t>
      </w:r>
      <w:r>
        <w:br/>
      </w:r>
      <w:r>
        <w:rPr>
          <w:sz w:val="20"/>
        </w:rPr>
        <w:t>28:12  mein ne kaha, kya baat hai? to kaha, mere baap mar gaye hain, ghar par koi doosra hai nahi sambhalne wala. wahan unka agriculture tha, kuch kheti baadi.</w:t>
      </w:r>
      <w:r>
        <w:br/>
      </w:r>
      <w:r>
        <w:rPr>
          <w:sz w:val="20"/>
        </w:rPr>
        <w:t>28:25  to ja raha hoon, ab wohin rahoon ga gaon mein, kya karoon ga?</w:t>
      </w:r>
      <w:r>
        <w:br/>
      </w:r>
      <w:r>
        <w:rPr>
          <w:sz w:val="20"/>
        </w:rPr>
        <w:t>28:29  to unhon ne kaha ke baap mar gaye hain, to ab is liye mujhe jaana hai. instantly mere munh se nikla, aap bhi mar jayen to. jaise unhon ne kaha ke mere baap mar gaye hain, ab mujhe jaana hai,</w:t>
      </w:r>
      <w:r>
        <w:br/>
      </w:r>
      <w:r>
        <w:rPr>
          <w:sz w:val="20"/>
        </w:rPr>
        <w:t>28:42  to instantly mere munh se nikla, aap bhi mar jayen to.</w:t>
      </w:r>
      <w:r>
        <w:br/>
      </w:r>
      <w:r>
        <w:rPr>
          <w:sz w:val="20"/>
        </w:rPr>
        <w:t>28:50  ab ghar kaun dekhe ga?</w:t>
      </w:r>
      <w:r>
        <w:br/>
      </w:r>
      <w:r>
        <w:rPr>
          <w:sz w:val="20"/>
        </w:rPr>
        <w:t>28:54  khair, maine un ko samjhaya, woh maan gaye aur woh nahi gaye. maine kaha, ek ek letter likh diya, ek chithi likh di hai, bas koi jaana mana nahi hai.</w:t>
      </w:r>
      <w:r>
        <w:br/>
      </w:r>
      <w:r>
        <w:rPr>
          <w:sz w:val="20"/>
        </w:rPr>
        <w:t>29:06  ab woh bahar rehte hain, ek bahar ki country mein, unhon ne parha wahan, phir woh arab gaye, wahan parha unhon ne. to unhon ne achhi education li,</w:t>
      </w:r>
      <w:r>
        <w:br/>
      </w:r>
      <w:r>
        <w:rPr>
          <w:sz w:val="20"/>
        </w:rPr>
        <w:t>29:17  ab woh bohat achhi hesiyat mein bahar rehte hain. aur ek baar is ke baad meri mulaqat un se hui hai, yahan delhi mein, woh aaye thay.</w:t>
      </w:r>
      <w:r>
        <w:br/>
      </w:r>
      <w:r>
        <w:rPr>
          <w:sz w:val="20"/>
        </w:rPr>
        <w:t>29:29  to unhon ne kaha ke aap ke is sentence ne meri zindagi badal di, balkeh main bhool chuka tha is qisse ko. unhon ne bataya ke aap ne kaha tha, aap bhi mar jayen to.</w:t>
      </w:r>
      <w:r>
        <w:br/>
      </w:r>
      <w:r>
        <w:rPr>
          <w:sz w:val="20"/>
        </w:rPr>
        <w:t>29:41  unhon ne kaha ke jab maine kaha ke mere baap mar gaye hain, main ghar ja raha hoon, to aap kaha ke aap bhi mar jayen to.</w:t>
      </w:r>
      <w:r>
        <w:br/>
      </w:r>
      <w:r>
        <w:rPr>
          <w:sz w:val="20"/>
        </w:rPr>
        <w:t>29:49  to unhon ne kaha ke is sentence ne meri zindagi badal di. main bahar gaya, bahar maine kafi paisa kamaya, kafi paisa kamaya.</w:t>
      </w:r>
      <w:r>
        <w:br/>
      </w:r>
      <w:r>
        <w:rPr>
          <w:sz w:val="20"/>
        </w:rPr>
        <w:t>30:02  aur phir kya hua? maine ghar banwaya, pakka ghar, kacha ghar tha. mere baap jab maray thay, kacha ghar tha.</w:t>
      </w:r>
      <w:r>
        <w:br/>
      </w:r>
      <w:r>
        <w:rPr>
          <w:sz w:val="20"/>
        </w:rPr>
        <w:t>30:11  maine pakka ghar banwaya, bhai bhaiyon ko parhwaya, behnon ki shadi ki.</w:t>
      </w:r>
      <w:r>
        <w:br/>
      </w:r>
      <w:r>
        <w:rPr>
          <w:sz w:val="20"/>
        </w:rPr>
        <w:t>30:19  agar dekhen, rishtedaron ko bhi maine faida pohanchaya. agar main chala gaya hota to kuch bhi nahi kar sakta tha. yeh hai management, yani ek bohat hi sad news milti hai aap ko, mera baap mar gaya, tab bhi aap manage kijiye.</w:t>
      </w:r>
    </w:p>
    <w:p>
      <w:pPr>
        <w:pStyle w:val="Heading2"/>
      </w:pPr>
      <w:r>
        <w:t>Ibrahim's message about changing the threshold</w:t>
      </w:r>
    </w:p>
    <w:p>
      <w:r>
        <w:rPr>
          <w:color w:val="666666"/>
          <w:sz w:val="18"/>
        </w:rPr>
        <w:t>Tazkiya-e-Nafs Book by Maulana Wahiduddin Khan · 2m 39s · at 1:28:37 · https://youtu.be/LbGPnJWmj1A?t=5317</w:t>
      </w:r>
    </w:p>
    <w:p>
      <w:r>
        <w:rPr>
          <w:i/>
        </w:rPr>
        <w:t>“Char hazar saal pehle Hazrat Ibrahim ne apni biwi Hajra ko basaya”</w:t>
      </w:r>
    </w:p>
    <w:p>
      <w:r>
        <w:rPr>
          <w:sz w:val="20"/>
        </w:rPr>
        <w:t>1:28:37  char hazar saal pehle Hazrat Ibrahim ne apni biwi Hajra aur apne bete Ismail ko Arab ke sehra mein basa diya aur khud Sham wapas chale gaye.</w:t>
      </w:r>
      <w:r>
        <w:br/>
      </w:r>
      <w:r>
        <w:rPr>
          <w:sz w:val="20"/>
        </w:rPr>
        <w:t>1:28:48  baad ko Ismail bare hue to unhone qabile Jarham ki ek khatoon se nikah kar liya. kuch arsa baad Hazrat Ibrahim dobara wahan aaye.</w:t>
      </w:r>
      <w:r>
        <w:br/>
      </w:r>
      <w:r>
        <w:rPr>
          <w:sz w:val="20"/>
        </w:rPr>
        <w:t>1:28:58  is waqt unki mulaqat Ismail ki biwi se hui. unhone sakht halaat ki shikayat ki.</w:t>
      </w:r>
      <w:r>
        <w:br/>
      </w:r>
      <w:r>
        <w:rPr>
          <w:sz w:val="20"/>
        </w:rPr>
        <w:t>1:29:05  Hazrat Ibrahim un se yeh keh kar chale gaye ke jab Ismail wapas aayen to un ko mera yeh paigham dena: "ghair atbat babak" yaani apne ghar ki chokhat ko badal do.</w:t>
      </w:r>
      <w:r>
        <w:br/>
      </w:r>
      <w:r>
        <w:rPr>
          <w:sz w:val="20"/>
        </w:rPr>
        <w:t>1:29:19  is ke baad Ismail ne apni biwi ko talak de diya aur ek doosri khatoon se nikah kar liya. kuch arsa baad Hazrat Ibrahim dobara phir wahan aaye.</w:t>
      </w:r>
      <w:r>
        <w:br/>
      </w:r>
      <w:r>
        <w:rPr>
          <w:sz w:val="20"/>
        </w:rPr>
        <w:t>1:29:30  doosri khatoon se mulaqat hui to unhone koi shikayat nahi ki balke halaat par shukr ka izhaar kiya. yeh sun kar Hazrat Ibrahim ne kaha ke Ismail aayen to un ko mera yeh paigham de dena: "sibt atbat babak" yaani apne ghar ki chokhat ko baqi rakho.</w:t>
      </w:r>
      <w:r>
        <w:br/>
      </w:r>
      <w:r>
        <w:rPr>
          <w:sz w:val="20"/>
        </w:rPr>
        <w:t>1:29:50  sahih al Bukhari, kitab ahadees al anbiya. Hazrat Ibrahim ne apni aulad ko sehra mein basa diya tha.</w:t>
      </w:r>
      <w:r>
        <w:br/>
      </w:r>
      <w:r>
        <w:rPr>
          <w:sz w:val="20"/>
        </w:rPr>
        <w:t>1:29:59  is ka maqsad yeh tha ke fitrat ke sada mahaul mein ek nayi nasal paida ho jo tauheed ke mission ko le kar uthe aur is ko duniya mein phailaye.</w:t>
      </w:r>
      <w:r>
        <w:br/>
      </w:r>
      <w:r>
        <w:rPr>
          <w:sz w:val="20"/>
        </w:rPr>
        <w:t>1:30:10  Hazrat Ibrahim ke mazkoora waqe se maloom hota hai ke is aala kaam ke liye jo afraad matloob hain un ke andar sab se zyada yeh sifat hona chahiye ke woh musbat nafsiyat mein jeene wale hon.</w:t>
      </w:r>
      <w:r>
        <w:br/>
      </w:r>
      <w:r>
        <w:rPr>
          <w:sz w:val="20"/>
        </w:rPr>
        <w:t>1:30:25  woh shikayaton ki nafsiyat se mukammal taur par khali hon. is se maloom hota hai ke tazkiya ke amal mein sab se zyada ahmiyat kis baat ki hai.</w:t>
      </w:r>
      <w:r>
        <w:br/>
      </w:r>
      <w:r>
        <w:rPr>
          <w:sz w:val="20"/>
        </w:rPr>
        <w:t>1:30:35  woh yeh ke aadmi mukammal taur par apne aap ko be shikayat bana le.</w:t>
      </w:r>
      <w:r>
        <w:br/>
      </w:r>
      <w:r>
        <w:rPr>
          <w:sz w:val="20"/>
        </w:rPr>
        <w:t>1:30:40  shikayat ke asbab hote hue woh poori tarah musbat soch wala insan ban jaye. manfi soch tazkiya ki qatil hai jabke musbat soch tazkiya ke liye sab se zaroori shart ki hesiyat rakhti hai.</w:t>
      </w:r>
      <w:r>
        <w:br/>
      </w:r>
      <w:r>
        <w:rPr>
          <w:sz w:val="20"/>
        </w:rPr>
        <w:t>1:30:55  manfi soch wala aadmi shaitan ka mamool yaani subject ban jata hai.</w:t>
      </w:r>
      <w:r>
        <w:br/>
      </w:r>
      <w:r>
        <w:rPr>
          <w:sz w:val="20"/>
        </w:rPr>
        <w:t>1:31:00  is ke bar aks musbat soch wala aadmi farishton ki sohbat mein jeene lagta hai. aur yeh ek haqeeqat hai ke tazkiya ka husool farishton ki madad ke baghair mumkin nahi.</w:t>
      </w:r>
    </w:p>
    <w:p>
      <w:pPr>
        <w:pStyle w:val="Heading2"/>
      </w:pPr>
      <w:r>
        <w:t>Why people who have everything live in most tension</w:t>
      </w:r>
    </w:p>
    <w:p>
      <w:r>
        <w:rPr>
          <w:color w:val="666666"/>
          <w:sz w:val="18"/>
        </w:rPr>
        <w:t>Material Science and Spiritual Science 20 May 2012 · 2m 17s · at 1:06:49 · https://youtu.be/4K6CxjThlxQ?t=4009</w:t>
      </w:r>
    </w:p>
    <w:p>
      <w:r>
        <w:rPr>
          <w:i/>
        </w:rPr>
        <w:t>“Tajruba yeh batata hai ke jin logon ke pass sab kuch hai wo sabse zyada tension mein jeete hain”</w:t>
      </w:r>
    </w:p>
    <w:p>
      <w:r>
        <w:rPr>
          <w:sz w:val="20"/>
        </w:rPr>
        <w:t>1:06:49  unhon ne likha hai ke tajurba ye batata hai ke jin logon ke pas sab kuch hai wo sab se zyada tension mein zindagi guzarte hain kya insan is liye paida kiya gaya hai ke wo sari zindagi tension mein guzare aur phir mayoosi ki halat mein mar jaye Maulana sahab aaj ke insan ko is mohlik marz se nijat kis tarah dilai jaye is ke bare mein batayen</w:t>
      </w:r>
      <w:r>
        <w:br/>
      </w:r>
      <w:r>
        <w:rPr>
          <w:sz w:val="20"/>
        </w:rPr>
        <w:t>1:07:19  is ka formula sirf ye hai ke aap logon ko batayen ke qana'at ka tareeqa ikhtiyar karo hadith mein aata hai ke qad aflaha man aslama wa roze ka kafaafa wa kana Allah bima ata ye yahi yahi philosophy qana'at contentment kyunke aadmi ke andar unlimited khwahish hain</w:t>
      </w:r>
      <w:r>
        <w:br/>
      </w:r>
      <w:r>
        <w:rPr>
          <w:sz w:val="20"/>
        </w:rPr>
        <w:t>1:07:47  ke teh zyada mile phir aap ke liye kam rahega jab kam rahega to phir phir</w:t>
      </w:r>
      <w:r>
        <w:br/>
      </w:r>
      <w:r>
        <w:rPr>
          <w:sz w:val="20"/>
        </w:rPr>
        <w:t>1:07:53  bhi tension paida ho jayega</w:t>
      </w:r>
      <w:r>
        <w:br/>
      </w:r>
      <w:r>
        <w:rPr>
          <w:sz w:val="20"/>
        </w:rPr>
        <w:t>1:07:55  sab kuchh pa len aap tab bhi aap ko kam dikhai deta hai to sirf qanaat se</w:t>
      </w:r>
      <w:r>
        <w:br/>
      </w:r>
      <w:r>
        <w:rPr>
          <w:sz w:val="20"/>
        </w:rPr>
        <w:t>1:08:01  itminan hota hai aur kisi cheez se nahi</w:t>
      </w:r>
      <w:r>
        <w:br/>
      </w:r>
      <w:r>
        <w:rPr>
          <w:sz w:val="20"/>
        </w:rPr>
        <w:t>1:08:06  to logon ko yeh bataiye ke aur yani more and more takathur ki nafsiyat jo hai dekhen ek</w:t>
      </w:r>
      <w:r>
        <w:br/>
      </w:r>
      <w:r>
        <w:rPr>
          <w:sz w:val="20"/>
        </w:rPr>
        <w:t>1:08:13  hai takathur ki nafsiyat ek hai qanaat ki nafsiyat</w:t>
      </w:r>
      <w:r>
        <w:br/>
      </w:r>
      <w:r>
        <w:rPr>
          <w:sz w:val="20"/>
        </w:rPr>
        <w:t>1:08:19  takathur aur qana'at takathur ka matlab hai aur zyada aur zyada aur zyada to takathur ki nafsiyat mein log jeete hain to us waqt is ka is mein lazman tension un ko rahe ga to logon ko takathur se yani takathur culture se nikal kar qana'at culture parhaiye bas tab wo is burai se bach jayenge</w:t>
      </w:r>
      <w:r>
        <w:br/>
      </w:r>
      <w:r>
        <w:rPr>
          <w:sz w:val="20"/>
        </w:rPr>
        <w:t>1:08:46  Maulana agla sawal Tamil Nadu se hai Maulana Iqbal Ahmed Umri sahab ka unhon ne aap se poocha hai ke aaj ummat kis ke upar aaj aaj ummat kis ko apna khair khwah samajhta hai is ke bare mein batayen jo sabza badkhwah is ka ho aaj ki ummat Muslima is ko apna khair khwah samajhti</w:t>
      </w:r>
    </w:p>
    <w:p>
      <w:pPr>
        <w:pStyle w:val="Heading2"/>
      </w:pPr>
      <w:r>
        <w:t>Religion reduced to rituals spirit missing</w:t>
      </w:r>
    </w:p>
    <w:p>
      <w:r>
        <w:rPr>
          <w:color w:val="666666"/>
          <w:sz w:val="18"/>
        </w:rPr>
        <w:t>IIC: How to Develop Spiritual Personality · 2m 01s · at 1:02:50 · https://youtu.be/-XrYpEYwk-Y?t=3770</w:t>
      </w:r>
    </w:p>
    <w:p>
      <w:r>
        <w:rPr>
          <w:i/>
        </w:rPr>
        <w:t>“What do people think religion is? A set of rituals”</w:t>
      </w:r>
    </w:p>
    <w:p>
      <w:r>
        <w:rPr>
          <w:sz w:val="20"/>
        </w:rPr>
        <w:t>1:02:50  mein parh pa raha hoon.</w:t>
      </w:r>
      <w:r>
        <w:br/>
      </w:r>
      <w:r>
        <w:rPr>
          <w:sz w:val="20"/>
        </w:rPr>
        <w:t>1:02:54  یہ لوگ جو ہیں ریلیجن کو کیا سمجھتے ہیں؟ set of rituals.</w:t>
      </w:r>
      <w:r>
        <w:br/>
      </w:r>
      <w:r>
        <w:rPr>
          <w:sz w:val="20"/>
        </w:rPr>
        <w:t>1:02:58  aaj jo religion hai woh set of rituals bana hua hai.</w:t>
      </w:r>
      <w:r>
        <w:br/>
      </w:r>
      <w:r>
        <w:rPr>
          <w:sz w:val="20"/>
        </w:rPr>
        <w:t>1:03:03  kisi ne bahut sahi kaha hai ke religion begins from, from an ideology.</w:t>
      </w:r>
      <w:r>
        <w:br/>
      </w:r>
      <w:r>
        <w:rPr>
          <w:sz w:val="20"/>
        </w:rPr>
        <w:t>1:03:07  Then it reduces to set of rituals. Rituals, custom.</w:t>
      </w:r>
      <w:r>
        <w:br/>
      </w:r>
      <w:r>
        <w:rPr>
          <w:sz w:val="20"/>
        </w:rPr>
        <w:t>1:03:12  yeh aaj sar har mazhab ka haal hai. including Islam.</w:t>
      </w:r>
      <w:r>
        <w:br/>
      </w:r>
      <w:r>
        <w:rPr>
          <w:sz w:val="20"/>
        </w:rPr>
        <w:t>1:03:16  abhi jo existing Islam hai</w:t>
      </w:r>
      <w:r>
        <w:br/>
      </w:r>
      <w:r>
        <w:rPr>
          <w:sz w:val="20"/>
        </w:rPr>
        <w:t>1:03:20  woh bas rituals aur custom ka naam hai. spirit ghayab hai. poori Muslim duniya mein spirit ghayab hai. abhi aap dekhenge Ramadan aa raha hai, bohat shor machega masjidon mein. haalanke Ramadan hai, silence ka mahina hai. khamoshi, chup rehna. aur yahan dekhenge aap kitna shor machega loudspeaker ka. to without the spirit of Ramadan. to har mazhab mein, chahe, chahe koi bhi maz</w:t>
      </w:r>
      <w:r>
        <w:br/>
      </w:r>
      <w:r>
        <w:rPr>
          <w:sz w:val="20"/>
        </w:rPr>
        <w:t>1:03:50  hub ho, har mazhab mein is waqt yeh haal hai ke spirit ghayab hai.</w:t>
      </w:r>
      <w:r>
        <w:br/>
      </w:r>
      <w:r>
        <w:rPr>
          <w:sz w:val="20"/>
        </w:rPr>
        <w:t>1:03:53  aur rituals hain, customs hain.</w:t>
      </w:r>
      <w:r>
        <w:br/>
      </w:r>
      <w:r>
        <w:rPr>
          <w:sz w:val="20"/>
        </w:rPr>
        <w:t>1:03:56  isi ko log mazhab samajh rahe hain.</w:t>
      </w:r>
      <w:r>
        <w:br/>
      </w:r>
      <w:r>
        <w:rPr>
          <w:sz w:val="20"/>
        </w:rPr>
        <w:t>1:03:59  log samajhte hain ke bhai aise mazhab ki humein zaroorat kya hai? woh mazhab toh mazhab hi nahi hai.</w:t>
      </w:r>
      <w:r>
        <w:br/>
      </w:r>
      <w:r>
        <w:rPr>
          <w:sz w:val="20"/>
        </w:rPr>
        <w:t>1:04:02  mazhab jo true sense mein mazhab hai woh spirit par base karta hai.</w:t>
      </w:r>
      <w:r>
        <w:br/>
      </w:r>
      <w:r>
        <w:rPr>
          <w:sz w:val="20"/>
        </w:rPr>
        <w:t>1:04:05  اسی کو میں نے spirituality کہا ہے میں نے۔</w:t>
      </w:r>
      <w:r>
        <w:br/>
      </w:r>
      <w:r>
        <w:rPr>
          <w:sz w:val="20"/>
        </w:rPr>
        <w:t>1:04:08  real mazhab jo hai woh spirit par base karta hai.</w:t>
      </w:r>
      <w:r>
        <w:br/>
      </w:r>
      <w:r>
        <w:rPr>
          <w:sz w:val="20"/>
        </w:rPr>
        <w:t>1:04:11  spirituality par base karta hai.</w:t>
      </w:r>
      <w:r>
        <w:br/>
      </w:r>
      <w:r>
        <w:rPr>
          <w:sz w:val="20"/>
        </w:rPr>
        <w:t>1:04:14  toh woh toh insaan ke liye blessing hai.</w:t>
      </w:r>
      <w:r>
        <w:br/>
      </w:r>
      <w:r>
        <w:rPr>
          <w:sz w:val="20"/>
        </w:rPr>
        <w:t>1:04:17  iske baghair</w:t>
      </w:r>
      <w:r>
        <w:br/>
      </w:r>
      <w:r>
        <w:rPr>
          <w:sz w:val="20"/>
        </w:rPr>
        <w:t>1:04:20  toh, yani zindagi jo hai aisi ho jayegi jaise pani ke baghair hamara planet.</w:t>
      </w:r>
      <w:r>
        <w:br/>
      </w:r>
      <w:r>
        <w:rPr>
          <w:sz w:val="20"/>
        </w:rPr>
        <w:t>1:04:25  toh aap rituals ko le kar ke ya customs ko le kar ke mat samjhiye ke yeh mazhab hai.</w:t>
      </w:r>
      <w:r>
        <w:br/>
      </w:r>
      <w:r>
        <w:rPr>
          <w:sz w:val="20"/>
        </w:rPr>
        <w:t>1:04:30  woh toh, woh toh reduced form hai mazhab ka.</w:t>
      </w:r>
      <w:r>
        <w:br/>
      </w:r>
      <w:r>
        <w:rPr>
          <w:sz w:val="20"/>
        </w:rPr>
        <w:t>1:04:36  mazhab ka reduced form hai.</w:t>
      </w:r>
      <w:r>
        <w:br/>
      </w:r>
      <w:r>
        <w:rPr>
          <w:sz w:val="20"/>
        </w:rPr>
        <w:t>1:04:41  sacha mazhab jo hai woh spirit par base karta hai.</w:t>
      </w:r>
      <w:r>
        <w:br/>
      </w:r>
      <w:r>
        <w:rPr>
          <w:sz w:val="20"/>
        </w:rPr>
        <w:t>1:04:46  jaise mein aap ko ek qissa arz karoon.</w:t>
      </w:r>
    </w:p>
    <w:p>
      <w:pPr>
        <w:pStyle w:val="Heading2"/>
      </w:pPr>
      <w:r>
        <w:t>Reason as the temple to convince atheists</w:t>
      </w:r>
    </w:p>
    <w:p>
      <w:r>
        <w:rPr>
          <w:color w:val="666666"/>
          <w:sz w:val="18"/>
        </w:rPr>
        <w:t>Spirituality in Daily Life October 4, 2008 · 2m 04s · at 43:50 · https://youtu.be/oeJR6tYqQVw?t=2630</w:t>
      </w:r>
    </w:p>
    <w:p>
      <w:r>
        <w:rPr>
          <w:i/>
        </w:rPr>
        <w:t>“Reason aaya to is tarah se temple ko pakarte hi”</w:t>
      </w:r>
    </w:p>
    <w:p>
      <w:r>
        <w:rPr>
          <w:sz w:val="20"/>
        </w:rPr>
        <w:t>43:50  reason aaya to is tarah se temple ko pakadte hi animal theher jata hai, aise hi insaan theher jayega. main aap ko ek example deta hoon apna, bahut sare, chuki main Khuda ke fazl se bahut hi, mere andar bias one percent bhi nahi hai, main jab bhi koi deta hoon to pure bilkul reason deta hoon.</w:t>
      </w:r>
      <w:r>
        <w:br/>
      </w:r>
      <w:r>
        <w:rPr>
          <w:sz w:val="20"/>
        </w:rPr>
        <w:t>44:11  reason</w:t>
      </w:r>
      <w:r>
        <w:br/>
      </w:r>
      <w:r>
        <w:rPr>
          <w:sz w:val="20"/>
        </w:rPr>
        <w:t>44:13  ek baar to aap yeh baat hai, Lucknow mein main tha, ek sahab jo atheist the, woh bahut padhe likhe the, woh afarsi mein unhone MA kiya tha aur bottle research kiya tha, unhone to woh Khuda ko nahi mante the,</w:t>
      </w:r>
      <w:r>
        <w:br/>
      </w:r>
      <w:r>
        <w:rPr>
          <w:sz w:val="20"/>
        </w:rPr>
        <w:t>44:35  to bahut hi intelligent aadmi the. to mujh se baat ho rahi thi Khuda ke bare mein,</w:t>
      </w:r>
      <w:r>
        <w:br/>
      </w:r>
      <w:r>
        <w:rPr>
          <w:sz w:val="20"/>
        </w:rPr>
        <w:t>44:43  to unhone ek question kiya mujh se ek sentence mein:</w:t>
      </w:r>
      <w:r>
        <w:br/>
      </w:r>
      <w:r>
        <w:rPr>
          <w:sz w:val="20"/>
        </w:rPr>
        <w:t>44:51  "what criterion do you have to prove the existence of God?"</w:t>
      </w:r>
      <w:r>
        <w:br/>
      </w:r>
      <w:r>
        <w:rPr>
          <w:sz w:val="20"/>
        </w:rPr>
        <w:t>45:00  Khuda ko saabit karne ke liye aap ke paas criterion kya hai?</w:t>
      </w:r>
      <w:r>
        <w:br/>
      </w:r>
      <w:r>
        <w:rPr>
          <w:sz w:val="20"/>
        </w:rPr>
        <w:t>45:07  main ne ek second socha aur meri munh se nikla: "the same criterion which you have to prove anything else." aap yaqeen kijiye ke is ke baad woh bilkul chup ho gaya, woh kyunke main ne us ki temple ko pakad liya tha, us ke reason ko main ne touch kar diya tha.</w:t>
      </w:r>
      <w:r>
        <w:br/>
      </w:r>
      <w:r>
        <w:rPr>
          <w:sz w:val="20"/>
        </w:rPr>
        <w:t>45:27  jo log jante hain philosophy ko aur is mamle ko, woh samajh rahe honge ke main, mera matlab kya tha.</w:t>
      </w:r>
      <w:r>
        <w:br/>
      </w:r>
      <w:r>
        <w:rPr>
          <w:sz w:val="20"/>
        </w:rPr>
        <w:t>45:36  us waqt main is ki detail mein, detail mein nahi jaunga, sirf yeh kahunga ke mera ek sentence jo hai, chuki un ka reason address ho gaya, ek dum woh chup ho gaya, bilkul jaise kehta hai: "dher pade!" yaani ek hi sentence: "the the same criterion which you have to prove anything else."</w:t>
      </w:r>
    </w:p>
    <w:p>
      <w:pPr>
        <w:pStyle w:val="Heading2"/>
      </w:pPr>
      <w:r>
        <w:t>Story of distraction from unnecessary concerns</w:t>
      </w:r>
    </w:p>
    <w:p>
      <w:r>
        <w:rPr>
          <w:color w:val="666666"/>
          <w:sz w:val="18"/>
        </w:rPr>
        <w:t>God and Man (In Conversation with Maulana) 01 04 07 · 1m 51s · at 27:36 · https://youtu.be/2HlIEnmDdPo?t=1656</w:t>
      </w:r>
    </w:p>
    <w:p>
      <w:r>
        <w:rPr>
          <w:i/>
        </w:rPr>
        <w:t>“Ab dekhiye, mere saath ek sahib, ek maulana”</w:t>
      </w:r>
    </w:p>
    <w:p>
      <w:r>
        <w:rPr>
          <w:sz w:val="20"/>
        </w:rPr>
        <w:t>27:36  Concern. Ab dekhiye, mere sath ek sahib, ek molana sahib the. Baqayda madrasay ke parhe hue. To hum do ek safar mein hum dono the sath.</w:t>
      </w:r>
      <w:r>
        <w:br/>
      </w:r>
      <w:r>
        <w:rPr>
          <w:sz w:val="20"/>
        </w:rPr>
        <w:t>27:48  Aksar wo un ki wajah se program late ho jata tha. Aksar. Hum gaye the kehi. Kai deshon mein gaye the.</w:t>
      </w:r>
      <w:r>
        <w:br/>
      </w:r>
      <w:r>
        <w:rPr>
          <w:sz w:val="20"/>
        </w:rPr>
        <w:t>27:58  To kisi hotel mein theharte the. To kisi kisi ne is ko sponsor kiya tha. To gaye the. To baharhal, wo mere hote hain helper ke taur par gaye the wo.</w:t>
      </w:r>
      <w:r>
        <w:br/>
      </w:r>
      <w:r>
        <w:rPr>
          <w:sz w:val="20"/>
        </w:rPr>
        <w:t>28:09  To kya hota hai, ab hotel mein hum hain. Ab to hum tayyar ho gaye. Ab tayyar kiya, hamein to koi tayyar kiya, uthe rawana ho gaye chalne ke liye. Ab kya, ab wait kar rahe hain in ko bhi.</w:t>
      </w:r>
      <w:r>
        <w:br/>
      </w:r>
      <w:r>
        <w:rPr>
          <w:sz w:val="20"/>
        </w:rPr>
        <w:t>28:18  Chaliye, ab wo bethe hue hain. Kya hua bhai?</w:t>
      </w:r>
      <w:r>
        <w:br/>
      </w:r>
      <w:r>
        <w:rPr>
          <w:sz w:val="20"/>
        </w:rPr>
        <w:t>28:22  Wo is ke diya tha wo, kya kehte hain is ko, dry cleaning ke liye. Wo kapra abhi nahi aaya hai. Aur jab abhi press nahi hua hai.</w:t>
      </w:r>
      <w:r>
        <w:br/>
      </w:r>
      <w:r>
        <w:rPr>
          <w:sz w:val="20"/>
        </w:rPr>
        <w:t>28:34  Isi kapre ka chakar rehta hai to un ka. Dhoya nahi gaya hai, press nahi hua hai. Aur isi mein hamesha late ho dete hain. To in ko spirituality kahan se aye gi in ke andar?</w:t>
      </w:r>
      <w:r>
        <w:br/>
      </w:r>
      <w:r>
        <w:rPr>
          <w:sz w:val="20"/>
        </w:rPr>
        <w:t>28:45  Tumhare peeche rawana kar diya in ko, wapas kar diya ke bhai aap dekhein, hamare sath aap ka nahi chal sakta.</w:t>
      </w:r>
      <w:r>
        <w:br/>
      </w:r>
      <w:r>
        <w:rPr>
          <w:sz w:val="20"/>
        </w:rPr>
        <w:t>28:53  Hamein kuch bhi nahi, uthe chale gaye, matlab uthe chale gaye. Jo hai wahi kha liya.</w:t>
      </w:r>
      <w:r>
        <w:br/>
      </w:r>
      <w:r>
        <w:rPr>
          <w:sz w:val="20"/>
        </w:rPr>
        <w:t>29:02  To yeh sab hai distraction. Log jo hain apna concern lagaye hue hain kahin, kahin, kahin, kahin lagaye hue hain.</w:t>
      </w:r>
      <w:r>
        <w:br/>
      </w:r>
      <w:r>
        <w:rPr>
          <w:sz w:val="20"/>
        </w:rPr>
        <w:t>29:12  Har waqt distraction jeeta hai insan aaj ka.</w:t>
      </w:r>
      <w:r>
        <w:br/>
      </w:r>
      <w:r>
        <w:rPr>
          <w:sz w:val="20"/>
        </w:rPr>
        <w:t>29:17  I don't know any exception. Sab ka hal yahi hai, koi koi distraction. Unnecessary burden ek liya hua hai apne mind par.</w:t>
      </w:r>
    </w:p>
    <w:p>
      <w:pPr>
        <w:pStyle w:val="Heading2"/>
      </w:pPr>
      <w:r>
        <w:t>Simple living and high thinking are inseparable</w:t>
      </w:r>
    </w:p>
    <w:p>
      <w:r>
        <w:rPr>
          <w:color w:val="666666"/>
          <w:sz w:val="18"/>
        </w:rPr>
        <w:t>Spirituality in Simple Living, High Thinking October 27, 2019 Maulana Wahiduddin Khan · 2m 01s · at 16:27 · https://youtu.be/Kr28g15eFr8?t=987</w:t>
      </w:r>
    </w:p>
    <w:p>
      <w:r>
        <w:rPr>
          <w:i/>
        </w:rPr>
        <w:t>“Simple living, high thinking — two interlinked basics”</w:t>
      </w:r>
    </w:p>
    <w:p>
      <w:r>
        <w:rPr>
          <w:sz w:val="20"/>
        </w:rPr>
        <w:t>16:27  aur is ke do basic formula hain, woh hai simple living, high thinking.</w:t>
      </w:r>
      <w:r>
        <w:br/>
      </w:r>
      <w:r>
        <w:rPr>
          <w:sz w:val="20"/>
        </w:rPr>
        <w:t>16:38  dono ek doosre se interlinked hain. jab aap high thinking par aayenge to aap ko simple living par aana padega, aur jab simple living ko pakdeinge to aap ko high thinking par aana padega.</w:t>
      </w:r>
      <w:r>
        <w:br/>
      </w:r>
      <w:r>
        <w:rPr>
          <w:sz w:val="20"/>
        </w:rPr>
        <w:t>17:02  to internal sense mein spirituality naam hai high thinking ka, external sense mein spirituality naam hai</w:t>
      </w:r>
      <w:r>
        <w:br/>
      </w:r>
      <w:r>
        <w:rPr>
          <w:sz w:val="20"/>
        </w:rPr>
        <w:t>17:19  simple living ka.</w:t>
      </w:r>
      <w:r>
        <w:br/>
      </w:r>
      <w:r>
        <w:rPr>
          <w:sz w:val="20"/>
        </w:rPr>
        <w:t>17:24  kyunke agar aap simple lein, simple living ko na ikhtiyar karein to aap manage nahi kar paayenge high thinking ko.</w:t>
      </w:r>
      <w:r>
        <w:br/>
      </w:r>
      <w:r>
        <w:rPr>
          <w:sz w:val="20"/>
        </w:rPr>
        <w:t>17:38  bar bar aap disappointment hoga,</w:t>
      </w:r>
      <w:r>
        <w:br/>
      </w:r>
      <w:r>
        <w:rPr>
          <w:sz w:val="20"/>
        </w:rPr>
        <w:t>17:44  kharcha badhayenge, har cheez mein aap paisa zyada kharch karenge.</w:t>
      </w:r>
      <w:r>
        <w:br/>
      </w:r>
      <w:r>
        <w:rPr>
          <w:sz w:val="20"/>
        </w:rPr>
        <w:t>17:54  to jahan se believing chali gayi, saada zindagi chali gayi, to sab kuch chala gaya.</w:t>
      </w:r>
      <w:r>
        <w:br/>
      </w:r>
      <w:r>
        <w:rPr>
          <w:sz w:val="20"/>
        </w:rPr>
        <w:t>18:04  aap ka jeeb khali hua to sab kuch chala gaya aap se. to simple living, yani kam kharch mein zindagi guzarna,</w:t>
      </w:r>
      <w:r>
        <w:br/>
      </w:r>
      <w:r>
        <w:rPr>
          <w:sz w:val="20"/>
        </w:rPr>
        <w:t>18:19  bohat hi kam kharch mein.</w:t>
      </w:r>
    </w:p>
    <w:p>
      <w:pPr>
        <w:pStyle w:val="Heading2"/>
      </w:pPr>
      <w:r>
        <w:t>Simplicity and contentment for spirituality</w:t>
      </w:r>
    </w:p>
    <w:p>
      <w:r>
        <w:rPr>
          <w:color w:val="666666"/>
          <w:sz w:val="18"/>
        </w:rPr>
        <w:t>God and Man (In Conversation with Maulana) 01 04 07 · 2m 41s · at 24:03 · https://youtu.be/2HlIEnmDdPo?t=1443</w:t>
      </w:r>
    </w:p>
    <w:p>
      <w:r>
        <w:rPr>
          <w:i/>
        </w:rPr>
        <w:t>“Poverty ka word main nahi use karunga”</w:t>
      </w:r>
    </w:p>
    <w:p>
      <w:r>
        <w:rPr>
          <w:sz w:val="20"/>
        </w:rPr>
        <w:t>24:03  poverty ka word mein nahi use karunga. simplicity ka word use karunga mein ke apne aap ko simple life par rakhna, chahe sab kuch ho aap ke paas tab bhi.</w:t>
      </w:r>
      <w:r>
        <w:br/>
      </w:r>
      <w:r>
        <w:rPr>
          <w:sz w:val="20"/>
        </w:rPr>
        <w:t>24:15  poverty ka to negative word hai woh. simplicity. simplicity direct taur par juri hui hai spirituality se. direct taur par.</w:t>
      </w:r>
      <w:r>
        <w:br/>
      </w:r>
      <w:r>
        <w:rPr>
          <w:sz w:val="20"/>
        </w:rPr>
        <w:t>24:26  simplicity jo hai woh direct taur par juri hui hai is se. yaani spirituality se. to jab tak aap ko yeh na ho ke apne aap ko need par aap aa jayen.</w:t>
      </w:r>
      <w:r>
        <w:br/>
      </w:r>
      <w:r>
        <w:rPr>
          <w:sz w:val="20"/>
        </w:rPr>
        <w:t>24:44  basic. is ko kehte hain basic need. basic need par jab tak na aa jayen. aap dekhiye, mein aap ko ek hadith sunata hoon, yeh bhi spirituality to hai yeh.</w:t>
      </w:r>
      <w:r>
        <w:br/>
      </w:r>
      <w:r>
        <w:rPr>
          <w:sz w:val="20"/>
        </w:rPr>
        <w:t>24:53  wahan par likha nahi rahega spirituality. lekin woh spirituality ka super formula hai yeh. hadith mein aata hai ke woh</w:t>
      </w:r>
      <w:r>
        <w:br/>
      </w:r>
      <w:r>
        <w:rPr>
          <w:sz w:val="20"/>
        </w:rPr>
        <w:t>25:12  man kan lahu bait yaskunahu wa khadim yakhdimuhu wa jalf al-khubz wa al-ma' fakanama hu'iyat 'izzat ad-dunya bihi wa fi raha.</w:t>
      </w:r>
      <w:r>
        <w:br/>
      </w:r>
      <w:r>
        <w:rPr>
          <w:sz w:val="20"/>
        </w:rPr>
        <w:t>25:26  super formula hai yeh spirituality ka, lekin wahan likha nahi rahega spirituality ka. is ka translation yeh hai ke jis aadmi ke paas ek ghar ho jis mein reh sake.</w:t>
      </w:r>
      <w:r>
        <w:br/>
      </w:r>
      <w:r>
        <w:rPr>
          <w:sz w:val="20"/>
        </w:rPr>
        <w:t>25:40  zahiri hai ke ek chhota sa ghar, simple sa. jis aadmi ke paas ek ghar ho jis mein reh sake, bas rehne ke qabil ghar. without any comfort, without any luxury.</w:t>
      </w:r>
      <w:r>
        <w:br/>
      </w:r>
      <w:r>
        <w:rPr>
          <w:sz w:val="20"/>
        </w:rPr>
        <w:t>25:52  rehne ke qabil. jis ko urdu mein kehte hain sar chhipane ki jagah. to aap ne farmaya ke jis aadmi ke paas ek ghar ho jis mein woh reh sake.</w:t>
      </w:r>
      <w:r>
        <w:br/>
      </w:r>
      <w:r>
        <w:rPr>
          <w:sz w:val="20"/>
        </w:rPr>
        <w:t>26:04  aur ek servant ho jis se woh kuch kaam karwa sake. aur roti ka ek tukda aur ek glass pani.</w:t>
      </w:r>
      <w:r>
        <w:br/>
      </w:r>
      <w:r>
        <w:rPr>
          <w:sz w:val="20"/>
        </w:rPr>
        <w:t>26:21  to goya ke us ko sari duniya mil gayi. yeh hai contentment. without contentment there is no spirituality at all.</w:t>
      </w:r>
      <w:r>
        <w:br/>
      </w:r>
      <w:r>
        <w:rPr>
          <w:sz w:val="20"/>
        </w:rPr>
        <w:t>26:35  aap ko apne aap ko contentment par lana padega. poverty aur yeh sab irrelevant shabd hain.</w:t>
      </w:r>
    </w:p>
    <w:p>
      <w:pPr>
        <w:pStyle w:val="Heading2"/>
      </w:pPr>
      <w:r>
        <w:t>Confusion from not separating religion and ritual</w:t>
      </w:r>
    </w:p>
    <w:p>
      <w:r>
        <w:rPr>
          <w:color w:val="666666"/>
          <w:sz w:val="18"/>
        </w:rPr>
        <w:t>Spiritual Light Nov 26, 2006 Maulana Wahiduddin Khan · 2m 55s · at 6:23 · https://youtu.be/IhfHxIakZOw?t=383</w:t>
      </w:r>
    </w:p>
    <w:p>
      <w:r>
        <w:rPr>
          <w:i/>
        </w:rPr>
        <w:t>“There is a very deep reason what is it”</w:t>
      </w:r>
    </w:p>
    <w:p>
      <w:r>
        <w:rPr>
          <w:sz w:val="20"/>
        </w:rPr>
        <w:t>6:23  is ka bohat bohat hi, yani aik bohat hi deep reason hai. woh kya?</w:t>
      </w:r>
      <w:r>
        <w:br/>
      </w:r>
      <w:r>
        <w:rPr>
          <w:sz w:val="20"/>
        </w:rPr>
        <w:t>6:35  people</w:t>
      </w:r>
      <w:r>
        <w:br/>
      </w:r>
      <w:r>
        <w:rPr>
          <w:sz w:val="20"/>
        </w:rPr>
        <w:t>6:39  fail to differentiate between religion and ritual. woh dekhtay hain ke aaj kal ke ibadat khano mein kuch rituals kiye jatay hain jin ka life se koi talluq nahi.</w:t>
      </w:r>
      <w:r>
        <w:br/>
      </w:r>
      <w:r>
        <w:rPr>
          <w:sz w:val="20"/>
        </w:rPr>
        <w:t>6:55  aadmi independently apni zindagi bata raha hai, apni family mein, apni society mein, apni business mein. independently. yahan aa kar kuch rituals dikhata hai.</w:t>
      </w:r>
      <w:r>
        <w:br/>
      </w:r>
      <w:r>
        <w:rPr>
          <w:sz w:val="20"/>
        </w:rPr>
        <w:t>7:08  to aik educated insaan sochta hai ke bhai aisay, yeh samajhta hai ke religion ka koi talluq nahi hai hamari morality se,</w:t>
      </w:r>
      <w:r>
        <w:br/>
      </w:r>
      <w:r>
        <w:rPr>
          <w:sz w:val="20"/>
        </w:rPr>
        <w:t>7:22  hamari real life se. to jis mazhab ko woh dekhta hai apnay zamanay mein ibadat khano mein, us mein kisi ibadat khane ka exception nahi hai.</w:t>
      </w:r>
      <w:r>
        <w:br/>
      </w:r>
      <w:r>
        <w:rPr>
          <w:sz w:val="20"/>
        </w:rPr>
        <w:t>7:39  har jagah. to wahan woh dekhta hai ke religion jo hai kya hai, aik set of rituals hai, bas. to yahi kahay ga, yani yeh jo dekh raha hai woh.</w:t>
      </w:r>
      <w:r>
        <w:br/>
      </w:r>
      <w:r>
        <w:rPr>
          <w:sz w:val="20"/>
        </w:rPr>
        <w:t>7:56  to is ke baad woh yahi kahay ga ke religion aur morality mein koi talluq nahi hai. woh aik alag cheez hai, woh aik alag cheez hai.</w:t>
      </w:r>
      <w:r>
        <w:br/>
      </w:r>
      <w:r>
        <w:rPr>
          <w:sz w:val="20"/>
        </w:rPr>
        <w:t>8:10  to is ke maani kya huay? ke yeh jo confusion hai, is confusion ka, yani reason kya hua?</w:t>
      </w:r>
      <w:r>
        <w:br/>
      </w:r>
      <w:r>
        <w:rPr>
          <w:sz w:val="20"/>
        </w:rPr>
        <w:t>8:23  principle of differentiation ko na janna. aik cheez aur doosri cheez ko alag kar ke na dekhna. agar karte woh to kya paate?</w:t>
      </w:r>
      <w:r>
        <w:br/>
      </w:r>
      <w:r>
        <w:rPr>
          <w:sz w:val="20"/>
        </w:rPr>
        <w:t>8:36  ke jo cheez unhein dikhai par rahi hai pooja gharon mein, woh logon ka apna self style religion hai, apna garha hua religion hai.</w:t>
      </w:r>
      <w:r>
        <w:br/>
      </w:r>
      <w:r>
        <w:rPr>
          <w:sz w:val="20"/>
        </w:rPr>
        <w:t>8:50  woh woh religion nahi hai jo Khuda ne diya tha. to aik hai woh religion jo Khuda ki taraf se aaya, aur aik hai woh religion jo logon ne apnay taur par bana liya.</w:t>
      </w:r>
      <w:r>
        <w:br/>
      </w:r>
      <w:r>
        <w:rPr>
          <w:sz w:val="20"/>
        </w:rPr>
        <w:t>9:09  to dono mein farq na karne ki wajah se kya hua? ke dono ko kuch samajh liya unhon ne ke ji yeh hai, wahi, woh hai.</w:t>
      </w:r>
    </w:p>
    <w:p>
      <w:pPr>
        <w:pStyle w:val="Heading2"/>
      </w:pPr>
      <w:r>
        <w:t>Man's purpose is realization and self-made</w:t>
      </w:r>
    </w:p>
    <w:p>
      <w:r>
        <w:rPr>
          <w:color w:val="666666"/>
          <w:sz w:val="18"/>
        </w:rPr>
        <w:t>AL RISALA JANUARY 2017 | AUDIO · 1m 30s · at 8:07 · https://youtu.be/_nWm9Mixl-E?t=487</w:t>
      </w:r>
    </w:p>
    <w:p>
      <w:r>
        <w:rPr>
          <w:i/>
        </w:rPr>
        <w:t>“Mojooda duniya mein insaan ko aabaad karne ka asal maqsad”</w:t>
      </w:r>
    </w:p>
    <w:p>
      <w:r>
        <w:rPr>
          <w:sz w:val="20"/>
        </w:rPr>
        <w:t>8:07  ko daryaft kiya hai, woh deen-e-khudawandi ki haqaniyat ki tasdeeq karne wali hain. maujooda dunya mein insaan ko abad karne ka asal maqsad yeh hai ke woh marifat, ya realization, ka safar kare. woh apni shakhsiyat ko aala irtqa ke darjay tak pohnchaye. is tehzeeb ne insaan ke liye ghaur-o-fikr ka ek naya framework diya. is ne ghaur-o-fikr ke liye insaan</w:t>
      </w:r>
      <w:r>
        <w:br/>
      </w:r>
      <w:r>
        <w:rPr>
          <w:sz w:val="20"/>
        </w:rPr>
        <w:t>8:37  ko nayi maloomat, ya data, diya.</w:t>
      </w:r>
      <w:r>
        <w:br/>
      </w:r>
      <w:r>
        <w:rPr>
          <w:sz w:val="20"/>
        </w:rPr>
        <w:t>8:43  is ne insan ko naye wasail, ya resources diye.</w:t>
      </w:r>
      <w:r>
        <w:br/>
      </w:r>
      <w:r>
        <w:rPr>
          <w:sz w:val="20"/>
        </w:rPr>
        <w:t>8:49  yeh tamam cheezein is liye hain ke insan apne safar-e-ma'rifat ko zyada kamyabi ke sath jari rakh</w:t>
      </w:r>
      <w:r>
        <w:br/>
      </w:r>
      <w:r>
        <w:rPr>
          <w:sz w:val="20"/>
        </w:rPr>
        <w:t>8:55  sake, aur apne aap ko ek self-made man ki hesiyat se develop kare.</w:t>
      </w:r>
      <w:r>
        <w:br/>
      </w:r>
      <w:r>
        <w:rPr>
          <w:sz w:val="20"/>
        </w:rPr>
        <w:t>9:01  makhlooq-e-kamil: insan ko ek mukammal makhlooq ki hesiyat se paida kiya gaya hai. In</w:t>
      </w:r>
      <w:r>
        <w:br/>
      </w:r>
      <w:r>
        <w:rPr>
          <w:sz w:val="20"/>
        </w:rPr>
        <w:t>9:07  san ko beshumar salahiyatein di gayi hain, magar yeh salahiyatein us ko bil-quwwa, ya potential, ki surat</w:t>
      </w:r>
      <w:r>
        <w:br/>
      </w:r>
      <w:r>
        <w:rPr>
          <w:sz w:val="20"/>
        </w:rPr>
        <w:t>9:12  mein di gayi hain.</w:t>
      </w:r>
      <w:r>
        <w:br/>
      </w:r>
      <w:r>
        <w:rPr>
          <w:sz w:val="20"/>
        </w:rPr>
        <w:t>9:18  in bil-quwwa salahiyaton ko bil-fi'l, ya actual mein, baro-e-kar lana insan ka apna kaam hai.</w:t>
      </w:r>
      <w:r>
        <w:br/>
      </w:r>
      <w:r>
        <w:rPr>
          <w:sz w:val="20"/>
        </w:rPr>
        <w:t>9:23  insan se yeh matloob hai ke wo apne aap ko khud ta'meer kardah insan, ya self-made man</w:t>
      </w:r>
      <w:r>
        <w:br/>
      </w:r>
      <w:r>
        <w:rPr>
          <w:sz w:val="20"/>
        </w:rPr>
        <w:t>9:28  ki surat mein develop kare.</w:t>
      </w:r>
      <w:r>
        <w:br/>
      </w:r>
      <w:r>
        <w:rPr>
          <w:sz w:val="20"/>
        </w:rPr>
        <w:t>9:33  self development ke is amal, ya process mein, insan</w:t>
      </w:r>
    </w:p>
    <w:p>
      <w:pPr>
        <w:pStyle w:val="Heading2"/>
      </w:pPr>
      <w:r>
        <w:t>From life support to anger control</w:t>
      </w:r>
    </w:p>
    <w:p>
      <w:r>
        <w:rPr>
          <w:color w:val="666666"/>
          <w:sz w:val="18"/>
        </w:rPr>
        <w:t>Life of the Companions of the Prophet | September 29, 2018 · 2m 30s · at 17:40 · https://youtu.be/pR5eJlLJtKE?t=1060</w:t>
      </w:r>
    </w:p>
    <w:p>
      <w:r>
        <w:rPr>
          <w:i/>
        </w:rPr>
        <w:t>“Duniya jo hai yeh life support system wahan hai”</w:t>
      </w:r>
    </w:p>
    <w:p>
      <w:r>
        <w:rPr>
          <w:sz w:val="20"/>
        </w:rPr>
        <w:t>17:40  ke duniya jo hai yeh life support system wahan hai mein janta nahi tha is baat ko bohat dinon tak sochte sochte yeh daryaft hui ke duniya life support system par bani hai to aap sochein ke is ke baad mera spiritual level bohat barh gaya mera spiritual level bohat barh gaya mis</w:t>
      </w:r>
      <w:r>
        <w:br/>
      </w:r>
      <w:r>
        <w:rPr>
          <w:sz w:val="20"/>
        </w:rPr>
        <w:t>18:10  la ek baat mein arz karunga ke is se pehle mujhe bohat ghussa aata tha bohat ziyada</w:t>
      </w:r>
      <w:r>
        <w:br/>
      </w:r>
      <w:r>
        <w:rPr>
          <w:sz w:val="20"/>
        </w:rPr>
        <w:t>18:17  ghussa aata tha mujhe ab ghussa khatm hogaya aaj bhi ek waqea aisa hua ke mujhe ghussa aa</w:t>
      </w:r>
      <w:r>
        <w:br/>
      </w:r>
      <w:r>
        <w:rPr>
          <w:sz w:val="20"/>
        </w:rPr>
        <w:t>18:25  sakta tha lekin nahi aaya bilkul mein thanda rehta hoon ek dam thanda rehta hoon to is ka</w:t>
      </w:r>
      <w:r>
        <w:br/>
      </w:r>
      <w:r>
        <w:rPr>
          <w:sz w:val="20"/>
        </w:rPr>
        <w:t>18:32  faida kya hua ghussa hone ki wajah se mera int</w:t>
      </w:r>
      <w:r>
        <w:br/>
      </w:r>
      <w:r>
        <w:rPr>
          <w:sz w:val="20"/>
        </w:rPr>
        <w:t>18:40  lectual development tez nahi hota tha ab to non stop chalta rehta hai non stop to is ka</w:t>
      </w:r>
      <w:r>
        <w:br/>
      </w:r>
      <w:r>
        <w:rPr>
          <w:sz w:val="20"/>
        </w:rPr>
        <w:t>18:55  faida dunya mein bhi hai akhirat mein bhi ab mujhe woh hadith samajh aayi pehle nahi samajh aayi thi pehle</w:t>
      </w:r>
      <w:r>
        <w:br/>
      </w:r>
      <w:r>
        <w:rPr>
          <w:sz w:val="20"/>
        </w:rPr>
        <w:t>19:10  ke rasool Allah se kisi ne poocha ke mujhe koi master formula bataiye Allah master formula ka lafz</w:t>
      </w:r>
      <w:r>
        <w:br/>
      </w:r>
      <w:r>
        <w:rPr>
          <w:sz w:val="20"/>
        </w:rPr>
        <w:t>19:18  nahi bola tha woh is ka matlab yahi tha ke mujhe koi master formula bataiye to aap ne</w:t>
      </w:r>
      <w:r>
        <w:br/>
      </w:r>
      <w:r>
        <w:rPr>
          <w:sz w:val="20"/>
        </w:rPr>
        <w:t>19:26  kaha ke la taghzab ghussa na karo ab mein yeh samajh mein pehle nahi samajhta tha mein is</w:t>
      </w:r>
      <w:r>
        <w:br/>
      </w:r>
      <w:r>
        <w:rPr>
          <w:sz w:val="20"/>
        </w:rPr>
        <w:t>19:33  hadith ko ke jab mein ne ghussa chhora tab samajh mein aaya ghussa chhorne ke baad</w:t>
      </w:r>
      <w:r>
        <w:br/>
      </w:r>
      <w:r>
        <w:rPr>
          <w:sz w:val="20"/>
        </w:rPr>
        <w:t>19:41  itna ziyada woh jo hai ek jaise explosion hoga explosion hoga meri personality mein to maine samjha</w:t>
      </w:r>
      <w:r>
        <w:br/>
      </w:r>
      <w:r>
        <w:rPr>
          <w:sz w:val="20"/>
        </w:rPr>
        <w:t>19:51  ke sab se bari jo rukawat hai woh ghussa hi to hai killer hi yani killer habit hai</w:t>
      </w:r>
      <w:r>
        <w:br/>
      </w:r>
      <w:r>
        <w:rPr>
          <w:sz w:val="20"/>
        </w:rPr>
        <w:t>20:01  yeh yeh sab is dunya mein hua mol</w:t>
      </w:r>
    </w:p>
    <w:p>
      <w:pPr>
        <w:pStyle w:val="Heading2"/>
      </w:pPr>
      <w:r>
        <w:t>Clarifying that jihad means peaceful struggle, not war</w:t>
      </w:r>
    </w:p>
    <w:p>
      <w:r>
        <w:rPr>
          <w:color w:val="666666"/>
          <w:sz w:val="18"/>
        </w:rPr>
        <w:t>Islam and Sufism (Islam and Spirituality) (English) February 28, 2008 · 2m 38s · at 1:10:23 · https://youtu.be/6UGAPDfrS2w?t=4223</w:t>
      </w:r>
    </w:p>
    <w:p>
      <w:r>
        <w:rPr>
          <w:i/>
        </w:rPr>
        <w:t>“Sometimes the mass media misuses the word jihad”</w:t>
      </w:r>
    </w:p>
    <w:p>
      <w:r>
        <w:rPr>
          <w:sz w:val="20"/>
        </w:rPr>
        <w:t>1:10:23  Had the opportunity of spending about eight years in the Sudan. And when you mentioned jihad, I understood like what is given to me.</w:t>
      </w:r>
      <w:r>
        <w:br/>
      </w:r>
      <w:r>
        <w:rPr>
          <w:sz w:val="20"/>
        </w:rPr>
        <w:t>1:10:34  It is something that you fight the evil in you, in yourself. And you also explain how you change your negative into positive thoughts.</w:t>
      </w:r>
      <w:r>
        <w:br/>
      </w:r>
      <w:r>
        <w:rPr>
          <w:sz w:val="20"/>
        </w:rPr>
        <w:t>1:10:45  Now, sometimes when the mass media misuses the word jihad, is that a distorted meaning of jihad?</w:t>
      </w:r>
      <w:r>
        <w:br/>
      </w:r>
      <w:r>
        <w:rPr>
          <w:sz w:val="20"/>
        </w:rPr>
        <w:t>1:10:56  Just like the clarification. Because my understanding, which I find it very good and I use it, is jihad is to fight the evil in you and not an external thing.</w:t>
      </w:r>
      <w:r>
        <w:br/>
      </w:r>
      <w:r>
        <w:rPr>
          <w:sz w:val="20"/>
        </w:rPr>
        <w:t>1:11:07  You are correct. I would like to add something more. You are completely correct.</w:t>
      </w:r>
      <w:r>
        <w:br/>
      </w:r>
      <w:r>
        <w:rPr>
          <w:sz w:val="20"/>
        </w:rPr>
        <w:t>1:11:14  Literally, jihad means a struggle, to struggle, to strive. It has nothing to do with war.</w:t>
      </w:r>
      <w:r>
        <w:br/>
      </w:r>
      <w:r>
        <w:rPr>
          <w:sz w:val="20"/>
        </w:rPr>
        <w:t>1:11:24  Jihad doesn't mean war. It is simply a struggle. That is a peaceful struggle. There is a verse in the Quran, "Wajahid hum behijih jahadan kabira." This is the Quranic verse,</w:t>
      </w:r>
      <w:r>
        <w:br/>
      </w:r>
      <w:r>
        <w:rPr>
          <w:sz w:val="20"/>
        </w:rPr>
        <w:t>1:11:40  "Wajahid hum behijih jahadan kabira."</w:t>
      </w:r>
      <w:r>
        <w:br/>
      </w:r>
      <w:r>
        <w:rPr>
          <w:sz w:val="20"/>
        </w:rPr>
        <w:t>1:11:43  Do great jihad with the help of the Quran. You mean, you know, Quran is not a sword. It's not a gun.</w:t>
      </w:r>
      <w:r>
        <w:br/>
      </w:r>
      <w:r>
        <w:rPr>
          <w:sz w:val="20"/>
        </w:rPr>
        <w:t>1:11:51  Quran is not a bomb. So how can you do jihad with the help of the Quran? It means that jihad means a ideological campaign, a ideological effort in a peaceful manner.</w:t>
      </w:r>
      <w:r>
        <w:br/>
      </w:r>
      <w:r>
        <w:rPr>
          <w:sz w:val="20"/>
        </w:rPr>
        <w:t>1:12:05  So jihad means a peaceful struggle. It's very evident in the Quran and Hadith.</w:t>
      </w:r>
      <w:r>
        <w:br/>
      </w:r>
      <w:r>
        <w:rPr>
          <w:sz w:val="20"/>
        </w:rPr>
        <w:t>1:12:13  Those people who use the word jihad for their militancy, they are misusing this word. It is, I can say that it is a grave misuse of this word.</w:t>
      </w:r>
      <w:r>
        <w:br/>
      </w:r>
      <w:r>
        <w:rPr>
          <w:sz w:val="20"/>
        </w:rPr>
        <w:t>1:12:31  Jihad means a peaceful struggle. That's all.</w:t>
      </w:r>
    </w:p>
    <w:p>
      <w:pPr>
        <w:pStyle w:val="Heading2"/>
      </w:pPr>
      <w:r>
        <w:t>Paradise earned only by building your own character</w:t>
      </w:r>
    </w:p>
    <w:p>
      <w:r>
        <w:rPr>
          <w:color w:val="666666"/>
          <w:sz w:val="18"/>
        </w:rPr>
        <w:t>Personality of A Believer February 2, 2014 · 2m 38s · at 25:06 · https://youtu.be/EiK_-O-Bjps?t=1506</w:t>
      </w:r>
    </w:p>
    <w:p>
      <w:r>
        <w:rPr>
          <w:i/>
        </w:rPr>
        <w:t>“Jannat na shafaat se, na Muslim ghar paida hone se milegi”</w:t>
      </w:r>
    </w:p>
    <w:p>
      <w:r>
        <w:rPr>
          <w:sz w:val="20"/>
        </w:rPr>
        <w:t>25:06  Hum mein se har shakhs chahta hai ke is ko jannat mein dakhla milay.</w:t>
      </w:r>
      <w:r>
        <w:br/>
      </w:r>
      <w:r>
        <w:rPr>
          <w:sz w:val="20"/>
        </w:rPr>
        <w:t>25:11  To yeh bohat hi zyada bari misunderstanding mein, yani grave misunderstanding hai ke hum yeh samjhein ke shahwat se jannat mil jaye gi, musalman ghar mein paida hoga, jannat mil jaye gi.</w:t>
      </w:r>
      <w:r>
        <w:br/>
      </w:r>
      <w:r>
        <w:rPr>
          <w:sz w:val="20"/>
        </w:rPr>
        <w:t>25:25  Yeh kar diya to sath tasbeeh parh liya to jannat mil jaye gi. Yeh sab bilashuba amani hai, amani.</w:t>
      </w:r>
      <w:r>
        <w:br/>
      </w:r>
      <w:r>
        <w:rPr>
          <w:sz w:val="20"/>
        </w:rPr>
        <w:t>25:35  Jannat na to shafa'at se milne wali hai, na musalman ghar mein paida hone se milne wali hai, na sath tasbeeh parhne se milne wali hai, na kisi buzurg ke paas ja ke milen, is se dua len, is se milne wali hai.</w:t>
      </w:r>
      <w:r>
        <w:br/>
      </w:r>
      <w:r>
        <w:rPr>
          <w:sz w:val="20"/>
        </w:rPr>
        <w:t>25:48  Kuch bhi nahi. Jannat mile gi aap ko khud apni shakhsiyat, aap ne kaisi banai hai?</w:t>
      </w:r>
      <w:r>
        <w:br/>
      </w:r>
      <w:r>
        <w:rPr>
          <w:sz w:val="20"/>
        </w:rPr>
        <w:t>26:03  Apni shakhsiyat kaisi banai hai?</w:t>
      </w:r>
      <w:r>
        <w:br/>
      </w:r>
      <w:r>
        <w:rPr>
          <w:sz w:val="20"/>
        </w:rPr>
        <w:t>26:11  Yaani ek jannati shakhsiyat jannat mein jaye gi, koi aur cheez kisi ko jannat mein le jane wali nahi hai.</w:t>
      </w:r>
      <w:r>
        <w:br/>
      </w:r>
      <w:r>
        <w:rPr>
          <w:sz w:val="20"/>
        </w:rPr>
        <w:t>26:23  Is ko achi tarah yaad rakhti hai ke jannat mein jannati shakhsiyat jaye gi, koi aur cheez nahi.</w:t>
      </w:r>
      <w:r>
        <w:br/>
      </w:r>
      <w:r>
        <w:rPr>
          <w:sz w:val="20"/>
        </w:rPr>
        <w:t>26:30  Jaisay aap farz kijiye ke aap ek shakhs doctor banna chahta hai, to is ko degree doctor banaye gi, koi recommendation doctor nahi banaye ga.</w:t>
      </w:r>
      <w:r>
        <w:br/>
      </w:r>
      <w:r>
        <w:rPr>
          <w:sz w:val="20"/>
        </w:rPr>
        <w:t>26:48  Agar aap chahte hain ke aap doctor banen to kisi recommendation se aap doctor nahi ban sakte, kisi wishful thinking se aap doctor nahi ban sakte.</w:t>
      </w:r>
      <w:r>
        <w:br/>
      </w:r>
      <w:r>
        <w:rPr>
          <w:sz w:val="20"/>
        </w:rPr>
        <w:t>27:01  Doctor banen ge is tareeqay se ke aap degree hasil karen, yaani medical science parhen, tab aisa hoga.</w:t>
      </w:r>
      <w:r>
        <w:br/>
      </w:r>
      <w:r>
        <w:rPr>
          <w:sz w:val="20"/>
        </w:rPr>
        <w:t>27:12  Dekhen, yahi muamla dawat ka bhi hai. Dawat ke liye bhi aap ko apne ko prepare karna parhe ga.</w:t>
      </w:r>
      <w:r>
        <w:br/>
      </w:r>
      <w:r>
        <w:rPr>
          <w:sz w:val="20"/>
        </w:rPr>
        <w:t>27:19  Dawat bhi koi announcement ki baat nahi hai ke loudspeaker par announce kar den, aap dawat to aap daai ban gaye.</w:t>
      </w:r>
      <w:r>
        <w:br/>
      </w:r>
      <w:r>
        <w:rPr>
          <w:sz w:val="20"/>
        </w:rPr>
        <w:t>27:28  Loudspeaker par announce kar den to ise daai nahi ban jayen ge. Aap</w:t>
      </w:r>
      <w:r>
        <w:br/>
      </w:r>
      <w:r>
        <w:rPr>
          <w:sz w:val="20"/>
        </w:rPr>
        <w:t>27:35  Woh bhi ek ek ek ek process hai, ek amal hai.</w:t>
      </w:r>
      <w:r>
        <w:br/>
      </w:r>
      <w:r>
        <w:rPr>
          <w:sz w:val="20"/>
        </w:rPr>
        <w:t>27:45  Aur dawat ka kaam bhi, sach poochiye to taameer shakhsiyat ka kaam hai.</w:t>
      </w:r>
    </w:p>
    <w:p>
      <w:pPr>
        <w:pStyle w:val="Heading2"/>
      </w:pPr>
      <w:r>
        <w:t>Mind as precious asset with billions</w:t>
      </w:r>
    </w:p>
    <w:p>
      <w:r>
        <w:rPr>
          <w:color w:val="666666"/>
          <w:sz w:val="18"/>
        </w:rPr>
        <w:t>Science and Spirituality | April 25, 2007 | Maulana Wahiduddin Kha · 2m 34s · at 26:43 · https://youtu.be/cStp24Ri3ps?t=1603</w:t>
      </w:r>
    </w:p>
    <w:p>
      <w:r>
        <w:rPr>
          <w:i/>
        </w:rPr>
        <w:t>“Modern science tells us our mind is a very precious asset”</w:t>
      </w:r>
    </w:p>
    <w:p>
      <w:r>
        <w:rPr>
          <w:sz w:val="20"/>
        </w:rPr>
        <w:t>26:43  animal enjoys this kind of Spirituality.</w:t>
      </w:r>
      <w:r>
        <w:br/>
      </w:r>
      <w:r>
        <w:rPr>
          <w:sz w:val="20"/>
        </w:rPr>
        <w:t>26:49  Every animal is living in ecstasy.</w:t>
      </w:r>
      <w:r>
        <w:br/>
      </w:r>
      <w:r>
        <w:rPr>
          <w:sz w:val="20"/>
        </w:rPr>
        <w:t>26:55  So it is animalization of Spirituality.</w:t>
      </w:r>
      <w:r>
        <w:br/>
      </w:r>
      <w:r>
        <w:rPr>
          <w:sz w:val="20"/>
        </w:rPr>
        <w:t>27:02  It is a reduced form of Spirituality.</w:t>
      </w:r>
      <w:r>
        <w:br/>
      </w:r>
      <w:r>
        <w:rPr>
          <w:sz w:val="20"/>
        </w:rPr>
        <w:t>27:08  Now science has also proved a very important thing, very, very important thing.</w:t>
      </w:r>
      <w:r>
        <w:br/>
      </w:r>
      <w:r>
        <w:rPr>
          <w:sz w:val="20"/>
        </w:rPr>
        <w:t>27:14  Modern science tells us that our mind is a very, very precious asset of our personality. According to the scientific research, every individual mind, every individual mind has billion,</w:t>
      </w:r>
      <w:r>
        <w:br/>
      </w:r>
      <w:r>
        <w:rPr>
          <w:sz w:val="20"/>
        </w:rPr>
        <w:t>27:44  billion, billion particles.</w:t>
      </w:r>
      <w:r>
        <w:br/>
      </w:r>
      <w:r>
        <w:rPr>
          <w:sz w:val="20"/>
        </w:rPr>
        <w:t>27:49  Every individual mind, billion, billion, billion particles.</w:t>
      </w:r>
      <w:r>
        <w:br/>
      </w:r>
      <w:r>
        <w:rPr>
          <w:sz w:val="20"/>
        </w:rPr>
        <w:t>27:54  And what are these particles?</w:t>
      </w:r>
      <w:r>
        <w:br/>
      </w:r>
      <w:r>
        <w:rPr>
          <w:sz w:val="20"/>
        </w:rPr>
        <w:t>27:59  They are not simply a sign. No.</w:t>
      </w:r>
      <w:r>
        <w:br/>
      </w:r>
      <w:r>
        <w:rPr>
          <w:sz w:val="20"/>
        </w:rPr>
        <w:t>28:04  Mind is not a desert.</w:t>
      </w:r>
      <w:r>
        <w:br/>
      </w:r>
      <w:r>
        <w:rPr>
          <w:sz w:val="20"/>
        </w:rPr>
        <w:t>28:09  Mind is a mind, a living personality. So</w:t>
      </w:r>
      <w:r>
        <w:br/>
      </w:r>
      <w:r>
        <w:rPr>
          <w:sz w:val="20"/>
        </w:rPr>
        <w:t>28:14  these particles are living personal particles.</w:t>
      </w:r>
      <w:r>
        <w:br/>
      </w:r>
      <w:r>
        <w:rPr>
          <w:sz w:val="20"/>
        </w:rPr>
        <w:t>28:25  These particles are particles of information, particles of wisdom, particles of Gyana.</w:t>
      </w:r>
      <w:r>
        <w:br/>
      </w:r>
      <w:r>
        <w:rPr>
          <w:sz w:val="20"/>
        </w:rPr>
        <w:t>28:36  You can understand by this discovery that every human being has enormous capacity, unlimited capacity, unlimited capacity.</w:t>
      </w:r>
      <w:r>
        <w:br/>
      </w:r>
      <w:r>
        <w:rPr>
          <w:sz w:val="20"/>
        </w:rPr>
        <w:t>28:47  So you have, you have to, you have to avail this opportunity.</w:t>
      </w:r>
      <w:r>
        <w:br/>
      </w:r>
      <w:r>
        <w:rPr>
          <w:sz w:val="20"/>
        </w:rPr>
        <w:t>28:54  It is a, it is an opportunity.</w:t>
      </w:r>
      <w:r>
        <w:br/>
      </w:r>
      <w:r>
        <w:rPr>
          <w:sz w:val="20"/>
        </w:rPr>
        <w:t>29:00  You have to avail this opportunity.</w:t>
      </w:r>
      <w:r>
        <w:br/>
      </w:r>
      <w:r>
        <w:rPr>
          <w:sz w:val="20"/>
        </w:rPr>
        <w:t>29:06  You have to develop your mind.</w:t>
      </w:r>
      <w:r>
        <w:br/>
      </w:r>
      <w:r>
        <w:rPr>
          <w:sz w:val="20"/>
        </w:rPr>
        <w:t>29:12  But the traditional Spirituality says that stop the thinking process</w:t>
      </w:r>
    </w:p>
    <w:p>
      <w:pPr>
        <w:pStyle w:val="Heading2"/>
      </w:pPr>
      <w:r>
        <w:t>spiritual food, intellectual growth through reading and study</w:t>
      </w:r>
    </w:p>
    <w:p>
      <w:r>
        <w:rPr>
          <w:color w:val="666666"/>
          <w:sz w:val="18"/>
        </w:rPr>
        <w:t>Interview Session with Maulana Wahiduddin Khan January 30, 2008 · 1m 59s · at 0:40 · https://youtu.be/o8Gpe9YMuZc?t=40</w:t>
      </w:r>
    </w:p>
    <w:p>
      <w:r>
        <w:rPr>
          <w:i/>
        </w:rPr>
        <w:t>“Spirituality is inner discipline.”</w:t>
      </w:r>
    </w:p>
    <w:p>
      <w:r>
        <w:rPr>
          <w:sz w:val="20"/>
        </w:rPr>
        <w:t>0:40  spirituality is inner discipline.</w:t>
      </w:r>
      <w:r>
        <w:br/>
      </w:r>
      <w:r>
        <w:rPr>
          <w:sz w:val="20"/>
        </w:rPr>
        <w:t>0:50  for physical health, you need physical food, and for inner health, you need spiritual food.</w:t>
      </w:r>
      <w:r>
        <w:br/>
      </w:r>
      <w:r>
        <w:rPr>
          <w:sz w:val="20"/>
        </w:rPr>
        <w:t>1:01  both are equally required.</w:t>
      </w:r>
      <w:r>
        <w:br/>
      </w:r>
      <w:r>
        <w:rPr>
          <w:sz w:val="20"/>
        </w:rPr>
        <w:t>1:05  those people who are engaged to physical food, they are less like animal.</w:t>
      </w:r>
      <w:r>
        <w:br/>
      </w:r>
      <w:r>
        <w:rPr>
          <w:sz w:val="20"/>
        </w:rPr>
        <w:t>1:19  here, man and animal both are common. animals also want physical food.</w:t>
      </w:r>
      <w:r>
        <w:br/>
      </w:r>
      <w:r>
        <w:rPr>
          <w:sz w:val="20"/>
        </w:rPr>
        <w:t>1:27  so if you, if you confine yourself to physical food, that means that you have reduced yourself to the level of animal.</w:t>
      </w:r>
      <w:r>
        <w:br/>
      </w:r>
      <w:r>
        <w:rPr>
          <w:sz w:val="20"/>
        </w:rPr>
        <w:t>1:41  so you have to know this fact: you have to evolve the inner spirit.</w:t>
      </w:r>
      <w:r>
        <w:br/>
      </w:r>
      <w:r>
        <w:rPr>
          <w:sz w:val="20"/>
        </w:rPr>
        <w:t>1:50  you have to try to develop your mind</w:t>
      </w:r>
      <w:r>
        <w:br/>
      </w:r>
      <w:r>
        <w:rPr>
          <w:sz w:val="20"/>
        </w:rPr>
        <w:t>1:57  . so spiritual development, so spiritual development means intellectual development.</w:t>
      </w:r>
      <w:r>
        <w:br/>
      </w:r>
      <w:r>
        <w:rPr>
          <w:sz w:val="20"/>
        </w:rPr>
        <w:t>2:05  both are interlinked. according to my experience, spiritual development is based on intellectual development.</w:t>
      </w:r>
      <w:r>
        <w:br/>
      </w:r>
      <w:r>
        <w:rPr>
          <w:sz w:val="20"/>
        </w:rPr>
        <w:t>2:17  so you have to read, you have to study, you have to contemplate. all these things are helpful to intellectual development.</w:t>
      </w:r>
      <w:r>
        <w:br/>
      </w:r>
      <w:r>
        <w:rPr>
          <w:sz w:val="20"/>
        </w:rPr>
        <w:t>2:29  so through these devices, you can develop your spirituality. this is must for every human being.</w:t>
      </w:r>
    </w:p>
    <w:p>
      <w:pPr>
        <w:pStyle w:val="Heading2"/>
      </w:pPr>
      <w:r>
        <w:t>True criterion of purification: preferring humility</w:t>
      </w:r>
    </w:p>
    <w:p>
      <w:r>
        <w:rPr>
          <w:color w:val="666666"/>
          <w:sz w:val="18"/>
        </w:rPr>
        <w:t>Tazkiya-e-Nafs Book by Maulana Wahiduddin Khan · 2m 47s · at 2:01:17 · https://youtu.be/LbGPnJWmj1A?t=7277</w:t>
      </w:r>
    </w:p>
    <w:p>
      <w:r>
        <w:rPr>
          <w:i/>
        </w:rPr>
        <w:t>“Tazkiye ka meyar yeh hai ke aadmi ko islami tarz-e-fikr se”</w:t>
      </w:r>
    </w:p>
    <w:p>
      <w:r>
        <w:rPr>
          <w:sz w:val="20"/>
        </w:rPr>
        <w:t>2:01:17  tazkiya ka meyar. kitab "tazkiya-e-nafs" Maulana Wahiduddin Khan safha number 62.</w:t>
      </w:r>
      <w:r>
        <w:br/>
      </w:r>
      <w:r>
        <w:rPr>
          <w:sz w:val="20"/>
        </w:rPr>
        <w:t>2:01:30  tazkiya ka meyar yaani criterion kya hai? tazkiya ka meyar yeh hai ke aadmi ko islami tarz-e-fikr aur islami tarz-e-amal se itni ziyada munasebat paida ho jaye ke woh us ko apne dil ki awaz mehsoos karne lage.</w:t>
      </w:r>
      <w:r>
        <w:br/>
      </w:r>
      <w:r>
        <w:rPr>
          <w:sz w:val="20"/>
        </w:rPr>
        <w:t>2:01:47  woh kisi girani ke baghair us ko foran qubool kar le khwah woh us ke muwafiq ho ya us ke khilaf. tazkiya ka asal maqsad taluq billah bataya gaya hai.</w:t>
      </w:r>
      <w:r>
        <w:br/>
      </w:r>
      <w:r>
        <w:rPr>
          <w:sz w:val="20"/>
        </w:rPr>
        <w:t>2:01:57  yeh bilkul durust hai. is ko doosre lafzon mein is tarah kaha ja sakta hai ke tazkiya ki pehchan yeh hai ke bande ka sole consent sirf aik hasti ban jaye aur woh Khuda ki hasti hai.</w:t>
      </w:r>
      <w:r>
        <w:br/>
      </w:r>
      <w:r>
        <w:rPr>
          <w:sz w:val="20"/>
        </w:rPr>
        <w:t>2:02:11  isi ka istilahi naam tauheed hai</w:t>
      </w:r>
      <w:r>
        <w:br/>
      </w:r>
      <w:r>
        <w:rPr>
          <w:sz w:val="20"/>
        </w:rPr>
        <w:t>2:02:14  yaani shirk se mukammal taur par pak hona aur Allah ko mukammal taur par apna markaz tawajjuh bana lena. Khuda ko apna sole consent banana koi saada baat nahi.</w:t>
      </w:r>
      <w:r>
        <w:br/>
      </w:r>
      <w:r>
        <w:rPr>
          <w:sz w:val="20"/>
        </w:rPr>
        <w:t>2:02:27  yeh aadmi ki zaat mein kamil inqalab ke hum ma'ni hai. aise insaan ka haal yeh hota hai ke woh poore ma'non mein Khuda ko dene wala yaani giver samajhne lagta hai aur apne aap ko poore ma'non mein paane wala yaani taker.</w:t>
      </w:r>
      <w:r>
        <w:br/>
      </w:r>
      <w:r>
        <w:rPr>
          <w:sz w:val="20"/>
        </w:rPr>
        <w:t>2:02:44  is ki soch Khuda rukhi soch ban jati hai. is ke jazbat ka markaz Khuda ban jata hai. is ki baat aur is ke kirdaar mein Khuda ka rang dikhai dene lagta hai.</w:t>
      </w:r>
      <w:r>
        <w:br/>
      </w:r>
      <w:r>
        <w:rPr>
          <w:sz w:val="20"/>
        </w:rPr>
        <w:t>2:02:56  is ke andar kamil ma'non mein tawazu yaani modesty paida ho jati hai. woh aik cut to size insaan yaani man cut to size ban jata hai.</w:t>
      </w:r>
      <w:r>
        <w:br/>
      </w:r>
      <w:r>
        <w:rPr>
          <w:sz w:val="20"/>
        </w:rPr>
        <w:t>2:03:06  doosron ke liye is ke dil mein nafrat ke bajaye khair khwahi paida ho jati hai.</w:t>
      </w:r>
      <w:r>
        <w:br/>
      </w:r>
      <w:r>
        <w:rPr>
          <w:sz w:val="20"/>
        </w:rPr>
        <w:t>2:03:12  is se logon ko akarr ke bajaye etiraf ka tajruba hone lagta hai. woh har maamle mein apni ghalti dhoondhne lagta hai. bajaye is ke ke woh doosron ko ghalt sabit karne ki koshish kare, woh bolne se ziyada khamoshi ko pasand karne lagta hai.</w:t>
      </w:r>
      <w:r>
        <w:br/>
      </w:r>
      <w:r>
        <w:rPr>
          <w:sz w:val="20"/>
        </w:rPr>
        <w:t>2:03:29  age ki seat hasil karne ke bajaye peechay ki seat is ke liye mehboob ban jati hai.</w:t>
      </w:r>
      <w:r>
        <w:br/>
      </w:r>
      <w:r>
        <w:rPr>
          <w:sz w:val="20"/>
        </w:rPr>
        <w:t>2:03:35  woh bolne se pehle yeh sochta hai ke meri baat Khuda ke yahan qabil-e-qubool hogi ya woh Khuda ke yahan radd kar di jayegi. woh tanhai mein bhi isi tarah muhtat ho jata hai jis tarah koi shakhs majme ke darmiyan muhtat hota hai.</w:t>
      </w:r>
    </w:p>
    <w:p>
      <w:pPr>
        <w:pStyle w:val="Heading2"/>
      </w:pPr>
      <w:r>
        <w:t>meditation gives ecstasy, not real spiritual truth</w:t>
      </w:r>
    </w:p>
    <w:p>
      <w:r>
        <w:rPr>
          <w:color w:val="666666"/>
          <w:sz w:val="18"/>
        </w:rPr>
        <w:t>Discovery of Paradise March 22, 2015 · 2m 09s · at 32:51 · https://youtu.be/2axrfd7sZkE?t=1971</w:t>
      </w:r>
    </w:p>
    <w:p>
      <w:r>
        <w:rPr>
          <w:i/>
        </w:rPr>
        <w:t>“Hazaron saal se log dil mein spirituality dhoondh rahe hain”</w:t>
      </w:r>
    </w:p>
    <w:p>
      <w:r>
        <w:rPr>
          <w:sz w:val="20"/>
        </w:rPr>
        <w:t>32:51  kal maine aik article likha hai is par, yani spirituality par ke hazaron saal se logon ko concept bani hui spirituality, lekin spirituality ko kahan dhoondte hain?</w:t>
      </w:r>
      <w:r>
        <w:br/>
      </w:r>
      <w:r>
        <w:rPr>
          <w:sz w:val="20"/>
        </w:rPr>
        <w:t>33:07  woh dil mein, yani heart based spirituality logon ka nishana hai. heart mein toh kuch hai nahi.</w:t>
      </w:r>
      <w:r>
        <w:br/>
      </w:r>
      <w:r>
        <w:rPr>
          <w:sz w:val="20"/>
        </w:rPr>
        <w:t>33:18  hazaron saal se insaan jo hai, meditation kar ke heart mein dhoond raha tha spirituality, meditation, lekin usko kuch mila nahi siwaye ecstasy ke, jis ko hum kehte hain wajd.</w:t>
      </w:r>
      <w:r>
        <w:br/>
      </w:r>
      <w:r>
        <w:rPr>
          <w:sz w:val="20"/>
        </w:rPr>
        <w:t>33:34  ecstasy ke siwa kuch aur nahi paya us ne, kyunke heart mein toh kuch tha hi nahi. woh toh circulation blood ka zariya hai bas.</w:t>
      </w:r>
      <w:r>
        <w:br/>
      </w:r>
      <w:r>
        <w:rPr>
          <w:sz w:val="20"/>
        </w:rPr>
        <w:t>33:44  toh maine kaha ke sahi spirituality woh hai jo mind based spirituality ho, yani thinking ke zariye aap pahunchna, aap ka chahein, aap spirituality tak.</w:t>
      </w:r>
      <w:r>
        <w:br/>
      </w:r>
      <w:r>
        <w:rPr>
          <w:sz w:val="20"/>
        </w:rPr>
        <w:t>33:58  toh meditation nahi, balkeh contemplation ke zariye aap aa sakte hain spirituality ko.</w:t>
      </w:r>
      <w:r>
        <w:br/>
      </w:r>
      <w:r>
        <w:rPr>
          <w:sz w:val="20"/>
        </w:rPr>
        <w:t>34:07  meditation se aap pahunchenge bohat se, bohat, bohat se, bohat ecstasy tak, lekin contemplation ke zariye aap ka mind bedaar hoga, aap ke andar thinking aayegi,</w:t>
      </w:r>
      <w:r>
        <w:br/>
      </w:r>
      <w:r>
        <w:rPr>
          <w:sz w:val="20"/>
        </w:rPr>
        <w:t>34:24  aap cheezon ko face value par na le kar, yani deeper sense mein lenge. yeh sab hoga.</w:t>
      </w:r>
      <w:r>
        <w:br/>
      </w:r>
      <w:r>
        <w:rPr>
          <w:sz w:val="20"/>
        </w:rPr>
        <w:t>34:36  toh meri yeh bhi aik discovery hai ke spirituality heart based discipline nahi hai, woh mind based discipline hai.</w:t>
      </w:r>
      <w:r>
        <w:br/>
      </w:r>
      <w:r>
        <w:rPr>
          <w:sz w:val="20"/>
        </w:rPr>
        <w:t>34:48  spiritualty ka zariya meditation nahi hai, is ka zariya hai contemplation.</w:t>
      </w:r>
    </w:p>
    <w:p>
      <w:pPr>
        <w:pStyle w:val="Heading2"/>
      </w:pPr>
      <w:r>
        <w:t>Spiritual lesson from Dhak tree</w:t>
      </w:r>
    </w:p>
    <w:p>
      <w:r>
        <w:rPr>
          <w:color w:val="666666"/>
          <w:sz w:val="18"/>
        </w:rPr>
        <w:t>Nature as a Role Mode May 21, 2006 · 3m 12s · at 6:32 · https://youtu.be/ppaB1Z2zXL8?t=392</w:t>
      </w:r>
    </w:p>
    <w:p>
      <w:r>
        <w:rPr>
          <w:i/>
        </w:rPr>
        <w:t>“Ek baar main safar kar raha tha junubi ki taraf.”</w:t>
      </w:r>
    </w:p>
    <w:p>
      <w:r>
        <w:rPr>
          <w:sz w:val="20"/>
        </w:rPr>
        <w:t>6:32  jaise misaal ke taur par ek baar mein safar kar raha tha janoobi taraf</w:t>
      </w:r>
      <w:r>
        <w:br/>
      </w:r>
      <w:r>
        <w:rPr>
          <w:sz w:val="20"/>
        </w:rPr>
        <w:t>6:43  train ke zariye. bohat pehle ki baat hai, hamari train ek janglat se guzri. is janglat mein maine dekha ke dono taraf dhak ke darakht thay.</w:t>
      </w:r>
      <w:r>
        <w:br/>
      </w:r>
      <w:r>
        <w:rPr>
          <w:sz w:val="20"/>
        </w:rPr>
        <w:t>6:59  aap mein se kai logon ne shayad dhak na dekha ho. dhak ek ajeeb o ghareeb darakht hota hai.</w:t>
      </w:r>
      <w:r>
        <w:br/>
      </w:r>
      <w:r>
        <w:rPr>
          <w:sz w:val="20"/>
        </w:rPr>
        <w:t>7:08  yani is ki ek lakri ki tarah se zameen par khara hota hai woh, jaise ek lakri. aur is lakri mein patiyan nikalti hain.</w:t>
      </w:r>
      <w:r>
        <w:br/>
      </w:r>
      <w:r>
        <w:rPr>
          <w:sz w:val="20"/>
        </w:rPr>
        <w:t>7:19  yeh jo peir aap jante hain ke jaise aam ka peir hai, aisa nahi hota woh.</w:t>
      </w:r>
      <w:r>
        <w:br/>
      </w:r>
      <w:r>
        <w:rPr>
          <w:sz w:val="20"/>
        </w:rPr>
        <w:t>7:25  to woh lakri ki manind hota hai woh, jis ko urdu mein kehte hain thand. to is mein patiyan nikalti hain. to pehle hari patiyan nikalti hain.</w:t>
      </w:r>
      <w:r>
        <w:br/>
      </w:r>
      <w:r>
        <w:rPr>
          <w:sz w:val="20"/>
        </w:rPr>
        <w:t>7:37  phir hari patiyan jhad jati hain. phir is thand mein bohat hi khoobsurat phool nikalte hain.</w:t>
      </w:r>
      <w:r>
        <w:br/>
      </w:r>
      <w:r>
        <w:rPr>
          <w:sz w:val="20"/>
        </w:rPr>
        <w:t>7:45  bohat hi baray baray lal rang ke phool.</w:t>
      </w:r>
      <w:r>
        <w:br/>
      </w:r>
      <w:r>
        <w:rPr>
          <w:sz w:val="20"/>
        </w:rPr>
        <w:t>7:49  to woh zamana wohi tha jab hamari train guzri wahan se. to sarak ke bahir dono taraf yani thand ki manind dhak ke darakht kharay hue thay.</w:t>
      </w:r>
      <w:r>
        <w:br/>
      </w:r>
      <w:r>
        <w:rPr>
          <w:sz w:val="20"/>
        </w:rPr>
        <w:t>8:03  aur is mein nihayat hi khoobsurat lal rang ke phool lage hue thay. is ko maine dekha to mujhe be ikhtiyar mein rone laga.</w:t>
      </w:r>
      <w:r>
        <w:br/>
      </w:r>
      <w:r>
        <w:rPr>
          <w:sz w:val="20"/>
        </w:rPr>
        <w:t>8:15  maine kaha ke khuda ya!</w:t>
      </w:r>
      <w:r>
        <w:br/>
      </w:r>
      <w:r>
        <w:rPr>
          <w:sz w:val="20"/>
        </w:rPr>
        <w:t>8:18  to ne is thand mein itnay khoobsurat phool ugaye hain. mein bhi ek thand hoon. mein bhi ek thand hoon.</w:t>
      </w:r>
      <w:r>
        <w:br/>
      </w:r>
      <w:r>
        <w:rPr>
          <w:sz w:val="20"/>
        </w:rPr>
        <w:t>8:30  to meri zindagi mein bhi isi tarah phool uga de. der tak train dhak ke darmiyan chalti rahi aur mein barabar yeh dua karta raha.</w:t>
      </w:r>
      <w:r>
        <w:br/>
      </w:r>
      <w:r>
        <w:rPr>
          <w:sz w:val="20"/>
        </w:rPr>
        <w:t>8:42  yeh hai rohani exploitation of nature ki ek misaal. ke nature mein ek mazhar maine dekha ke thand lakri mein khoobsurat phool.</w:t>
      </w:r>
      <w:r>
        <w:br/>
      </w:r>
      <w:r>
        <w:rPr>
          <w:sz w:val="20"/>
        </w:rPr>
        <w:t>8:54  is se maine ek tehreek liya. aur yeh dua meri zuban se nikalne lagi. bohat hi dard ke sath aur karb ke sath.</w:t>
      </w:r>
      <w:r>
        <w:br/>
      </w:r>
      <w:r>
        <w:rPr>
          <w:sz w:val="20"/>
        </w:rPr>
        <w:t>9:05  ke khuda ya! teri qudrat itni zyada hai ke tu thand mein khoobsurat phool uga sakta hai.</w:t>
      </w:r>
      <w:r>
        <w:br/>
      </w:r>
      <w:r>
        <w:rPr>
          <w:sz w:val="20"/>
        </w:rPr>
        <w:t>9:17  teri is qudrat ka karishma mein apni zindagi mein dekhna chahta hoon.</w:t>
      </w:r>
      <w:r>
        <w:br/>
      </w:r>
      <w:r>
        <w:rPr>
          <w:sz w:val="20"/>
        </w:rPr>
        <w:t>9:23  to mere thand wajood mein bhi aisay hi phool uga de.</w:t>
      </w:r>
      <w:r>
        <w:br/>
      </w:r>
      <w:r>
        <w:rPr>
          <w:sz w:val="20"/>
        </w:rPr>
        <w:t>9:30  yeh hai ek misaal is cheez ki jis ko mein kehta hoon rohani exploitation of nature.</w:t>
      </w:r>
    </w:p>
    <w:p>
      <w:pPr>
        <w:pStyle w:val="Heading2"/>
      </w:pPr>
      <w:r>
        <w:t>Moses' miracle as universal conversion</w:t>
      </w:r>
    </w:p>
    <w:p>
      <w:r>
        <w:rPr>
          <w:color w:val="666666"/>
          <w:sz w:val="18"/>
        </w:rPr>
        <w:t>Islam and Sufism, Islam and Spirituality (Group of Gothers) - Maulana Wahiduddin Khan · 1m 26s · at 10:05 · https://youtu.be/yuxUUlOqZLM?t=605</w:t>
      </w:r>
    </w:p>
    <w:p>
      <w:r>
        <w:rPr>
          <w:i/>
        </w:rPr>
        <w:t>“Prophet Moses performed a miracle, but it was a universal demonstration”</w:t>
      </w:r>
    </w:p>
    <w:p>
      <w:r>
        <w:rPr>
          <w:sz w:val="20"/>
        </w:rPr>
        <w:t>10:05  you know, moses was a prophet of god. he was born in ancient egypt. he performed a miracle before the king of, before the egyptian king pharaoh.</w:t>
      </w:r>
      <w:r>
        <w:br/>
      </w:r>
      <w:r>
        <w:rPr>
          <w:sz w:val="20"/>
        </w:rPr>
        <w:t>10:24  what was the miracle? he threw his staff and suddenly that staff he converted into a serpent.</w:t>
      </w:r>
      <w:r>
        <w:br/>
      </w:r>
      <w:r>
        <w:rPr>
          <w:sz w:val="20"/>
        </w:rPr>
        <w:t>10:36  this was a miracle. but i would like to say that this was not a single miracle. moreover, it was a demonstration, a universal demonstration.</w:t>
      </w:r>
      <w:r>
        <w:br/>
      </w:r>
      <w:r>
        <w:rPr>
          <w:sz w:val="20"/>
        </w:rPr>
        <w:t>10:50  prophet moses show that the whole world is a miracle of conversion. here you can see that a wood, a part of, here, here you see that</w:t>
      </w:r>
      <w:r>
        <w:br/>
      </w:r>
      <w:r>
        <w:rPr>
          <w:sz w:val="20"/>
        </w:rPr>
        <w:t>11:08  a wood was converted into serpent. so is the case of whole universe. in this universe, everything is, is a, is an act of, act of conversion.</w:t>
      </w:r>
      <w:r>
        <w:br/>
      </w:r>
      <w:r>
        <w:rPr>
          <w:sz w:val="20"/>
        </w:rPr>
        <w:t>11:21  conversion. why? you see the whole world was build by, by atom.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