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wisdom · full transcripts with timestamps · exported 2026-09-22</w:t>
      </w:r>
    </w:p>
    <w:p>
      <w:pPr>
        <w:pStyle w:val="Heading2"/>
      </w:pPr>
      <w:r>
        <w:t>Always highlighting others' faults is disguised ego</w:t>
      </w:r>
    </w:p>
    <w:p>
      <w:r>
        <w:rPr>
          <w:color w:val="666666"/>
          <w:sz w:val="18"/>
        </w:rPr>
        <w:t>The Problem of Misunderstanding January 1, 2008 Maulana Wahiduddin Khan · 2m 23s · at 8:50 · https://youtu.be/LdzzoBvyaD0?t=530</w:t>
      </w:r>
    </w:p>
    <w:p>
      <w:r>
        <w:rPr>
          <w:i/>
        </w:rPr>
        <w:t>“People always mention someone's negative side, never the good”</w:t>
      </w:r>
    </w:p>
    <w:p>
      <w:r>
        <w:rPr>
          <w:sz w:val="20"/>
        </w:rPr>
        <w:t>8:50  jaisay kay aap dekhiye, samaj mein aik aam riwaj hai kay jab kisi ka log zikr karein gay to hamesha us kay koi negative aspect nikaal kar kahein gay.</w:t>
      </w:r>
      <w:r>
        <w:br/>
      </w:r>
      <w:r>
        <w:rPr>
          <w:sz w:val="20"/>
        </w:rPr>
        <w:t>9:00  boht</w:t>
      </w:r>
      <w:r>
        <w:br/>
      </w:r>
      <w:r>
        <w:rPr>
          <w:sz w:val="20"/>
        </w:rPr>
        <w:t>9:01  hi kam log aisay hain, shayad so mein aik say bhi kam, jo doosron ka charcha karein to us kay positive aspect ko bayan karein.</w:t>
      </w:r>
      <w:r>
        <w:br/>
      </w:r>
      <w:r>
        <w:rPr>
          <w:sz w:val="20"/>
        </w:rPr>
        <w:t>9:10  hamesha negative aspect ko bayan karein gay. yeh aam habit bani hui hai. aap kahin bhi dekhein, yahan say lay kar aap europe america tak chalay jaiye, sab log yahi karein gay kay doosray ka charcha karein gay to us kay aik negative aspect ko lay kar kay.</w:t>
      </w:r>
      <w:r>
        <w:br/>
      </w:r>
      <w:r>
        <w:rPr>
          <w:sz w:val="20"/>
        </w:rPr>
        <w:t>9:28  mein sochta tha kay aakhir insan aisa kyun karta hai? kyun negative aspect dhoondta hai? yani 99 achhay aspect hon, tab bhi woh aik aspect agar hai to usi ko lay kar lay kar woh bayan karega.</w:t>
      </w:r>
      <w:r>
        <w:br/>
      </w:r>
      <w:r>
        <w:rPr>
          <w:sz w:val="20"/>
        </w:rPr>
        <w:t>9:43  aam yeh riwaj hai.</w:t>
      </w:r>
      <w:r>
        <w:br/>
      </w:r>
      <w:r>
        <w:rPr>
          <w:sz w:val="20"/>
        </w:rPr>
        <w:t>9:49  to mujhe samajh mein aaya kay yeh bhi darasal egoism hai.</w:t>
      </w:r>
      <w:r>
        <w:br/>
      </w:r>
      <w:r>
        <w:rPr>
          <w:sz w:val="20"/>
        </w:rPr>
        <w:t>9:55  yani apni superiority ko bayan karnay kay liye aik shakal yeh hai kay shaitan ki boli bolen aap, ana khairun minhu, mein is say superior hoon, mein is say acha hoon.</w:t>
      </w:r>
      <w:r>
        <w:br/>
      </w:r>
      <w:r>
        <w:rPr>
          <w:sz w:val="20"/>
        </w:rPr>
        <w:t>10:09  to aik shakal yeh hai kay seedhay seedhay aap bolen kay mein bara hoon, mein acha hoon, mein superior hoon. to is satan nay aisa kaha tha.</w:t>
      </w:r>
      <w:r>
        <w:br/>
      </w:r>
      <w:r>
        <w:rPr>
          <w:sz w:val="20"/>
        </w:rPr>
        <w:t>10:20  doosri shakal jo hai woh woh indirect way mein kehna. kay jab aap doosray ki burai bayan karte hain to kya hai?</w:t>
      </w:r>
      <w:r>
        <w:br/>
      </w:r>
      <w:r>
        <w:rPr>
          <w:sz w:val="20"/>
        </w:rPr>
        <w:t>10:31  indirect way mein aap yeh establish kar rahay hotay hain kay mein is say acha hoon, mein is say superior hoon, mein is say better hoon. indirect way mein.</w:t>
      </w:r>
      <w:r>
        <w:br/>
      </w:r>
      <w:r>
        <w:rPr>
          <w:sz w:val="20"/>
        </w:rPr>
        <w:t>10:41  mein samajhta hoon kay dono mein boht ziyada farq nahi hai. khulay taur par yeh kehna kay mein superior hoon,</w:t>
      </w:r>
      <w:r>
        <w:br/>
      </w:r>
      <w:r>
        <w:rPr>
          <w:sz w:val="20"/>
        </w:rPr>
        <w:t>10:50  yeh agar direct way mein kehna hai to doosray ki buraiyan dhoondna, doosray ki buraiyan bayan karna, yeh indirect way mein kehna hai kay woh kam hai, mein ziyada hoon.</w:t>
      </w:r>
      <w:r>
        <w:br/>
      </w:r>
      <w:r>
        <w:rPr>
          <w:sz w:val="20"/>
        </w:rPr>
        <w:t>11:04  woh inferior hai, mein superior hoon. woh bura hai, mein acha hoon. mein samajhta hoon kay yeh burai boht phaili hui hai hamaray samaj mein.</w:t>
      </w:r>
    </w:p>
    <w:p>
      <w:pPr>
        <w:pStyle w:val="Heading2"/>
      </w:pPr>
      <w:r>
        <w:t>Responsibility leads to silent inspiration</w:t>
      </w:r>
    </w:p>
    <w:p>
      <w:r>
        <w:rPr>
          <w:color w:val="666666"/>
          <w:sz w:val="18"/>
        </w:rPr>
        <w:t>The Value of Silence | April 21, 2018 · 2m 32s · at 8:24 · https://youtu.be/eVOJ7dheeB8?t=504</w:t>
      </w:r>
    </w:p>
    <w:p>
      <w:r>
        <w:rPr>
          <w:i/>
        </w:rPr>
        <w:t>“تو میں سمجھتا ہوں کہ اگر ہمارے اندر ریسپانسبلٹی کا احساس ہو”</w:t>
      </w:r>
    </w:p>
    <w:p>
      <w:r>
        <w:rPr>
          <w:sz w:val="20"/>
        </w:rPr>
        <w:t>8:24  allah ko yaad kar rahe the.</w:t>
      </w:r>
      <w:r>
        <w:br/>
      </w:r>
      <w:r>
        <w:rPr>
          <w:sz w:val="20"/>
        </w:rPr>
        <w:t>8:32  yani chup ho kar bhi wo badi badi baaten un ke mind mein aa rahi thin, un ke</w:t>
      </w:r>
      <w:r>
        <w:br/>
      </w:r>
      <w:r>
        <w:rPr>
          <w:sz w:val="20"/>
        </w:rPr>
        <w:t>8:39  liye wo inspiration ka time tha.</w:t>
      </w:r>
      <w:r>
        <w:br/>
      </w:r>
      <w:r>
        <w:rPr>
          <w:sz w:val="20"/>
        </w:rPr>
        <w:t>8:47  to main samajhta hoon ke agar hamare andar responsab</w:t>
      </w:r>
      <w:r>
        <w:br/>
      </w:r>
      <w:r>
        <w:rPr>
          <w:sz w:val="20"/>
        </w:rPr>
        <w:t>8:54  ility ka ehsas ho to hamara chup rehna bhi bolna ho jayega, hamara chup rehna bhi allah</w:t>
      </w:r>
      <w:r>
        <w:br/>
      </w:r>
      <w:r>
        <w:rPr>
          <w:sz w:val="20"/>
        </w:rPr>
        <w:t>9:02  ko yaad karna ban jayega, hamara chup rehna bhi badi badi baaton ko allah se receive karne</w:t>
      </w:r>
      <w:r>
        <w:br/>
      </w:r>
      <w:r>
        <w:rPr>
          <w:sz w:val="20"/>
        </w:rPr>
        <w:t>9:09  ka time ban jayega.</w:t>
      </w:r>
      <w:r>
        <w:br/>
      </w:r>
      <w:r>
        <w:rPr>
          <w:sz w:val="20"/>
        </w:rPr>
        <w:t>9:17  shayad isi liye ek hadith</w:t>
      </w:r>
      <w:r>
        <w:br/>
      </w:r>
      <w:r>
        <w:rPr>
          <w:sz w:val="20"/>
        </w:rPr>
        <w:t>9:24  hai ke "man samt naja, man samt naja". Jo chup raha wo kamyab hua, jo chup raha wo kamyab hua. Yani chup rehta hai jab aadmi Allah ke, yani jo aadmi</w:t>
      </w:r>
      <w:r>
        <w:br/>
      </w:r>
      <w:r>
        <w:rPr>
          <w:sz w:val="20"/>
        </w:rPr>
        <w:t>9:54  hai ke banda pehle Allah ko apna karobar banaye, Allah se uska rishta qaim ho jaye, phir wo chup ho.</w:t>
      </w:r>
      <w:r>
        <w:br/>
      </w:r>
      <w:r>
        <w:rPr>
          <w:sz w:val="20"/>
        </w:rPr>
        <w:t>10:05  to aisa aadmi ka chup hona sirf chup hona nahi hota, jab chup hota hai to uska</w:t>
      </w:r>
      <w:r>
        <w:br/>
      </w:r>
      <w:r>
        <w:rPr>
          <w:sz w:val="20"/>
        </w:rPr>
        <w:t>10:15  contract allah rab ul alameen se qaim ho jata hai.</w:t>
      </w:r>
      <w:r>
        <w:br/>
      </w:r>
      <w:r>
        <w:rPr>
          <w:sz w:val="20"/>
        </w:rPr>
        <w:t>10:26  bahut hi ooncha lamha wo hota hai, moment jis mein wo jo jo kehte hain, angraaz angraaz ho jata hai.</w:t>
      </w:r>
      <w:r>
        <w:br/>
      </w:r>
      <w:r>
        <w:rPr>
          <w:sz w:val="20"/>
        </w:rPr>
        <w:t>10:41  wo main samajhta hoon ke hum logon ko</w:t>
      </w:r>
    </w:p>
    <w:p>
      <w:pPr>
        <w:pStyle w:val="Heading2"/>
      </w:pPr>
      <w:r>
        <w:t>Half is better than nothing: Palestine lesson</w:t>
      </w:r>
    </w:p>
    <w:p>
      <w:r>
        <w:rPr>
          <w:color w:val="666666"/>
          <w:sz w:val="18"/>
        </w:rPr>
        <w:t>Lessons from The History of Kings June 12, 2008 Maulana Wahiduddin Khan · 1m 55s · at 52:45 · https://youtu.be/H7gPHFpkXe0?t=3165</w:t>
      </w:r>
    </w:p>
    <w:p>
      <w:r>
        <w:rPr>
          <w:i/>
        </w:rPr>
        <w:t>“Ek dehati misal hai: adhi chhod ke sajhi dhaave.”</w:t>
      </w:r>
    </w:p>
    <w:p>
      <w:r>
        <w:rPr>
          <w:sz w:val="20"/>
        </w:rPr>
        <w:t>52:45  To poore ke liye aap lad paray. Nateeja woh ke woh mila na woh mila. Is zamanay mein iska bohat hi anokha example hai Palestine.</w:t>
      </w:r>
      <w:r>
        <w:br/>
      </w:r>
      <w:r>
        <w:rPr>
          <w:sz w:val="20"/>
        </w:rPr>
        <w:t>52:57  Palestine mein 1948 mein Balfour declaration ke tehat arbon ko Palestine ke area ka more than half mila tha</w:t>
      </w:r>
      <w:r>
        <w:br/>
      </w:r>
      <w:r>
        <w:rPr>
          <w:sz w:val="20"/>
        </w:rPr>
        <w:t>53:13  aur Israel ko less than half. Yani 1948 mein arbon ko Palestine ka more than half area mila tha, including Jerusalem.</w:t>
      </w:r>
      <w:r>
        <w:br/>
      </w:r>
      <w:r>
        <w:rPr>
          <w:sz w:val="20"/>
        </w:rPr>
        <w:t>53:31  To is par woh usko accept nahi kiya. Unhon ne unhon ne kaha ke hum to Israel ko samandar mein dhakeln gay</w:t>
      </w:r>
      <w:r>
        <w:br/>
      </w:r>
      <w:r>
        <w:rPr>
          <w:sz w:val="20"/>
        </w:rPr>
        <w:t>53:39  sinuhum fil bahr. To kya hua? 1967 mein jang hui, wahan par ek full-fledged war hui.</w:t>
      </w:r>
      <w:r>
        <w:br/>
      </w:r>
      <w:r>
        <w:rPr>
          <w:sz w:val="20"/>
        </w:rPr>
        <w:t>53:50  1967 mein is mein Israel ne apna area five times barha liya, five times.</w:t>
      </w:r>
      <w:r>
        <w:br/>
      </w:r>
      <w:r>
        <w:rPr>
          <w:sz w:val="20"/>
        </w:rPr>
        <w:t>54:01  Aur ab arbon ke paas bohat thori si jagah reh gayi, ek qita patti aur Jericho patti. Bas</w:t>
      </w:r>
      <w:r>
        <w:br/>
      </w:r>
      <w:r>
        <w:rPr>
          <w:sz w:val="20"/>
        </w:rPr>
        <w:t>54:11  to wahi hai dehati misal, adhi chhod ke adhi chhod ke saji dhaave, adhi mile na saji paave</w:t>
      </w:r>
      <w:r>
        <w:br/>
      </w:r>
      <w:r>
        <w:rPr>
          <w:sz w:val="20"/>
        </w:rPr>
        <w:t>54:22  ke adha mil raha tha, us par aadmi raazi nahi hua aur chaha ke sab saara us ke hisse mein aa jaaye, sab ka sab lad pada.</w:t>
      </w:r>
      <w:r>
        <w:br/>
      </w:r>
      <w:r>
        <w:rPr>
          <w:sz w:val="20"/>
        </w:rPr>
        <w:t>54:33  to kya hua? na adha mila, na poora mila.</w:t>
      </w:r>
    </w:p>
    <w:p>
      <w:pPr>
        <w:pStyle w:val="Heading2"/>
      </w:pPr>
      <w:r>
        <w:t>Hadith about best and worst places</w:t>
      </w:r>
    </w:p>
    <w:p>
      <w:r>
        <w:rPr>
          <w:color w:val="666666"/>
          <w:sz w:val="18"/>
        </w:rPr>
        <w:t>Age of Consumerism January 6, 2013 · 2m 22s · at 10:11 · https://youtu.be/zJRZ1OKUhgA?t=611</w:t>
      </w:r>
    </w:p>
    <w:p>
      <w:r>
        <w:rPr>
          <w:i/>
        </w:rPr>
        <w:t>“A man asked the Prophet about the best and worst places.”</w:t>
      </w:r>
    </w:p>
    <w:p>
      <w:r>
        <w:rPr>
          <w:sz w:val="20"/>
        </w:rPr>
        <w:t>10:11  is mein yeh hai ke ek shakhs ne rasool Allah sallallahu alayhi wa sallam se jab ke aap madina mein thay, aap se ek sawal kiya. aur sawal yeh tha ke zameen par sab se bura spot konsa hai, sab se acha spot konsa hai?</w:t>
      </w:r>
      <w:r>
        <w:br/>
      </w:r>
      <w:r>
        <w:rPr>
          <w:sz w:val="20"/>
        </w:rPr>
        <w:t>10:30  sab se achi jagah konsi hai, sab se buri jagah konsi hai?</w:t>
      </w:r>
      <w:r>
        <w:br/>
      </w:r>
      <w:r>
        <w:rPr>
          <w:sz w:val="20"/>
        </w:rPr>
        <w:t>10:36  to rasool Allah sallallahu alayhi wa sallam ne farmaya ke yeh mujhe nahi maloom. to aap ne farmaya ke jab jibril aayenge to mein un se pooch ke bataunga.</w:t>
      </w:r>
      <w:r>
        <w:br/>
      </w:r>
      <w:r>
        <w:rPr>
          <w:sz w:val="20"/>
        </w:rPr>
        <w:t>10:48  to jibril farishta aap ke pas aya, us se aap ne poocha is sawal ke baray mein.</w:t>
      </w:r>
      <w:r>
        <w:br/>
      </w:r>
      <w:r>
        <w:rPr>
          <w:sz w:val="20"/>
        </w:rPr>
        <w:t>10:58  to jibril ne kaha ke mujhe bhi is ke baray mein nahi maloom.</w:t>
      </w:r>
      <w:r>
        <w:br/>
      </w:r>
      <w:r>
        <w:rPr>
          <w:sz w:val="20"/>
        </w:rPr>
        <w:t>11:07  to unhon ne kaha ke mein Allah rab al-alameen se poochta hoon, phir bataunga aap ko.</w:t>
      </w:r>
      <w:r>
        <w:br/>
      </w:r>
      <w:r>
        <w:rPr>
          <w:sz w:val="20"/>
        </w:rPr>
        <w:t>11:17  to</w:t>
      </w:r>
      <w:r>
        <w:br/>
      </w:r>
      <w:r>
        <w:rPr>
          <w:sz w:val="20"/>
        </w:rPr>
        <w:t>11:18  hadith mein hai ke hazrat jibril</w:t>
      </w:r>
      <w:r>
        <w:br/>
      </w:r>
      <w:r>
        <w:rPr>
          <w:sz w:val="20"/>
        </w:rPr>
        <w:t>11:23  ne parwaz kiya aur Allah ke qareeb pohanchay aur poocha.</w:t>
      </w:r>
      <w:r>
        <w:br/>
      </w:r>
      <w:r>
        <w:rPr>
          <w:sz w:val="20"/>
        </w:rPr>
        <w:t>11:34  to woh batatay hain ke main itna itna ziyada qareeb hua ke mere aur Allah ke darmiyan 70 hazar noori parde waqe thay.</w:t>
      </w:r>
      <w:r>
        <w:br/>
      </w:r>
      <w:r>
        <w:rPr>
          <w:sz w:val="20"/>
        </w:rPr>
        <w:t>11:43  yani aaj kal ki zaban mein aap keh sakte hain ke 70 hazar light years.</w:t>
      </w:r>
      <w:r>
        <w:br/>
      </w:r>
      <w:r>
        <w:rPr>
          <w:sz w:val="20"/>
        </w:rPr>
        <w:t>11:57  to hazrat jibril ko jo jawab mila Allah taala ki taraf se, woh aa kar unhon ne rasool Allah ko bataya.</w:t>
      </w:r>
      <w:r>
        <w:br/>
      </w:r>
      <w:r>
        <w:rPr>
          <w:sz w:val="20"/>
        </w:rPr>
        <w:t>12:05  to Allah taala ne farmaya ke "shar maqam aswaqah,</w:t>
      </w:r>
      <w:r>
        <w:br/>
      </w:r>
      <w:r>
        <w:rPr>
          <w:sz w:val="20"/>
        </w:rPr>
        <w:t>12:14  wa khair maqam masajidah"</w:t>
      </w:r>
      <w:r>
        <w:br/>
      </w:r>
      <w:r>
        <w:rPr>
          <w:sz w:val="20"/>
        </w:rPr>
        <w:t>12:19  ke zameen ka sab se bura spot jo hai woh is ke bazaar hain. Zameen ka sab se acha spot jo hai woh is ke masjidain hain.</w:t>
      </w:r>
    </w:p>
    <w:p>
      <w:pPr>
        <w:pStyle w:val="Heading2"/>
      </w:pPr>
      <w:r>
        <w:t>The crucial first thirty seconds of controlling anger</w:t>
      </w:r>
    </w:p>
    <w:p>
      <w:r>
        <w:rPr>
          <w:color w:val="666666"/>
          <w:sz w:val="18"/>
        </w:rPr>
        <w:t>The Problem of Misunderstanding January 1, 2008 · 2m 01s · at 1:01:00 · https://youtu.be/CTmUoJ714fg?t=3660</w:t>
      </w:r>
    </w:p>
    <w:p>
      <w:r>
        <w:rPr>
          <w:i/>
        </w:rPr>
        <w:t>“The first thirty seconds are very crucial in controlling anger”</w:t>
      </w:r>
    </w:p>
    <w:p>
      <w:r>
        <w:rPr>
          <w:sz w:val="20"/>
        </w:rPr>
        <w:t>1:01:00  this question is from mr. ramesh from delhi. maulana, once you had said that in controlling our anger, first thirty seconds are very crucial.</w:t>
      </w:r>
      <w:r>
        <w:br/>
      </w:r>
      <w:r>
        <w:rPr>
          <w:sz w:val="20"/>
        </w:rPr>
        <w:t>1:01:12  kindly explain this.</w:t>
      </w:r>
      <w:r>
        <w:br/>
      </w:r>
      <w:r>
        <w:rPr>
          <w:sz w:val="20"/>
        </w:rPr>
        <w:t>1:01:17  it is a psychological process, psychological process.</w:t>
      </w:r>
      <w:r>
        <w:br/>
      </w:r>
      <w:r>
        <w:rPr>
          <w:sz w:val="20"/>
        </w:rPr>
        <w:t>1:01:26  according to psychological research, if you, if you, if you are in anger, if you are angry, and you,</w:t>
      </w:r>
      <w:r>
        <w:br/>
      </w:r>
      <w:r>
        <w:rPr>
          <w:sz w:val="20"/>
        </w:rPr>
        <w:t>1:01:42  you start thinking against your anger.</w:t>
      </w:r>
      <w:r>
        <w:br/>
      </w:r>
      <w:r>
        <w:rPr>
          <w:sz w:val="20"/>
        </w:rPr>
        <w:t>1:01:46  if you try to think in terms of forgiveness, that suddenly the, there, there, there be a change in mind.</w:t>
      </w:r>
      <w:r>
        <w:br/>
      </w:r>
      <w:r>
        <w:rPr>
          <w:sz w:val="20"/>
        </w:rPr>
        <w:t>1:02:02  and if there is a provocation and you feel angry, then, then they, they feeling goes like this, like this</w:t>
      </w:r>
      <w:r>
        <w:br/>
      </w:r>
      <w:r>
        <w:rPr>
          <w:sz w:val="20"/>
        </w:rPr>
        <w:t>1:02:12  . but if you try to think in terms of forgiveness, then the, the suddenly change this side.</w:t>
      </w:r>
      <w:r>
        <w:br/>
      </w:r>
      <w:r>
        <w:rPr>
          <w:sz w:val="20"/>
        </w:rPr>
        <w:t>1:02:26  so this happens only in thirty second, three zero second. so it required an active mind.</w:t>
      </w:r>
      <w:r>
        <w:br/>
      </w:r>
      <w:r>
        <w:rPr>
          <w:sz w:val="20"/>
        </w:rPr>
        <w:t>1:02:36  it required wisdom</w:t>
      </w:r>
      <w:r>
        <w:br/>
      </w:r>
      <w:r>
        <w:rPr>
          <w:sz w:val="20"/>
        </w:rPr>
        <w:t>1:02:41  . you can change your mind with second. but if you are alert, if you are wise person, and if you can think against your negative feelings, then it is quite possible.</w:t>
      </w:r>
    </w:p>
    <w:p>
      <w:pPr>
        <w:pStyle w:val="Heading2"/>
      </w:pPr>
      <w:r>
        <w:t>Dawah compassion vs debate pride</w:t>
      </w:r>
    </w:p>
    <w:p>
      <w:r>
        <w:rPr>
          <w:color w:val="666666"/>
          <w:sz w:val="18"/>
        </w:rPr>
        <w:t>Q&amp;A 01 July 2012 · 1m 42s · at 13:32 · https://youtu.be/zLZZD-MvKQU?t=812</w:t>
      </w:r>
    </w:p>
    <w:p>
      <w:r>
        <w:rPr>
          <w:i/>
        </w:rPr>
        <w:t>“Dekhiye, dawat jo hai, us ka usool hai naas banana”</w:t>
      </w:r>
    </w:p>
    <w:p>
      <w:r>
        <w:rPr>
          <w:sz w:val="20"/>
        </w:rPr>
        <w:t>13:32  dekhiye, dawat jo hai, uska usool hai naas banna, innas yaani khairkhwaah banna. to dawat hoti hai isliye ki aap doosre ke khairkhwaah ke jazbe se us par kaam karte hain ki wah jahannum se bach jaye, usko jannat naseeb ho, allah usse razi ho.</w:t>
      </w:r>
      <w:r>
        <w:br/>
      </w:r>
      <w:r>
        <w:rPr>
          <w:sz w:val="20"/>
        </w:rPr>
        <w:t>13:53  to dawat jo hai, out of yaani compassion, out of khairkhwaah aati hai. jazbe khairkhwaah se aap kisi ko dawat dene ke liye uth uth khade hote hain. lekin debate to yeh hai ki apni superiority ko establish karna ki mera mazhab superior hai, mera</w:t>
      </w:r>
      <w:r>
        <w:br/>
      </w:r>
      <w:r>
        <w:rPr>
          <w:sz w:val="20"/>
        </w:rPr>
        <w:t>14:16  mera deen sabse ooncha hai, mera quran sabse ooncha hai. to apne pride ko establish karna, wo bilkul doosre dhang ki cheez hai, wo ek qaumi cheez hai. dawat ek khalis deeni cheez hai aur yeh jo debate hai, wo ek qaumi cheez hai. yaani qaum ko</w:t>
      </w:r>
      <w:r>
        <w:br/>
      </w:r>
      <w:r>
        <w:rPr>
          <w:sz w:val="20"/>
        </w:rPr>
        <w:t>14:32  ki qaum qaumi jan ke log chahte hain ki unka unka pride establish ho, unki superiority establish ho. to debater usko feed karta hai, debater unko mutmain karta hai ki haan, tumhara deen sabse ooncha hai. to uska bahut usko fakhr milta hai usse. dono bilkul do alag alag cheez hain. debate qaumi cheez hai aur dawat khalis deeni cheez hai.</w:t>
      </w:r>
      <w:r>
        <w:br/>
      </w:r>
      <w:r>
        <w:rPr>
          <w:sz w:val="20"/>
        </w:rPr>
        <w:t>15:01  maulana, agla sawal bangalore se hai, maulana farad ahmad sahab ka. unhone likha hai, "madhu ko sirf akhirat ka benefit ke liye bulana chahiye ya duniya ke liye bhi?</w:t>
      </w:r>
    </w:p>
    <w:p>
      <w:pPr>
        <w:pStyle w:val="Heading2"/>
      </w:pPr>
      <w:r>
        <w:t>Woman's break in history concept</w:t>
      </w:r>
    </w:p>
    <w:p>
      <w:r>
        <w:rPr>
          <w:color w:val="666666"/>
          <w:sz w:val="18"/>
        </w:rPr>
        <w:t>Place of Women in Islam | March 5, 2006 | Maulana Wahiduddin Khan · 2m 31s · at 7:39 · https://youtu.be/1Ti4skvf7UA?t=459</w:t>
      </w:r>
    </w:p>
    <w:p>
      <w:r>
        <w:rPr>
          <w:i/>
        </w:rPr>
        <w:t>“Is mein aap dekhiye ke jisko main kehta hoon break in history.”</w:t>
      </w:r>
    </w:p>
    <w:p>
      <w:r>
        <w:rPr>
          <w:sz w:val="20"/>
        </w:rPr>
        <w:t>7:39  hua? kya bachchon mein jee rahi hai woh? "My kids are my... my kids are everything for me. Everything is determined by their needs". ab is mein aap dekhiye ke jis ko mein kehta hoon break in history. aap jante hain ke ek term bola jata hai government services mein, break in service</w:t>
      </w:r>
      <w:r>
        <w:br/>
      </w:r>
      <w:r>
        <w:rPr>
          <w:sz w:val="20"/>
        </w:rPr>
        <w:t>8:09  . agar aap ki service... aap kisi service mein hain aur bila chhutti liye hue aap ek din, do din baith jayein ghar par, to aap break in service ho jata hai. yaani pichhla jo record hai khatm. ab naye sarr se aap ki service shuru hogi. to aap ka promotion wagera jo hai, woh ab se shuru hoga. pichhle se pichhla gina nahi jayega.</w:t>
      </w:r>
      <w:r>
        <w:br/>
      </w:r>
      <w:r>
        <w:rPr>
          <w:sz w:val="20"/>
        </w:rPr>
        <w:t>8:39  to aurat ki zindagi mein do baar break in history hota hai. yaani pehli baar us waqt jab ke us ki shadi hui. jab shadi hui to woh history jo banai thi us ne, body display wali, woh khatm. kyunke ab bachcha hua. ab woh nayi history shuru hui ke bachche mein jeene lagi woh. lekin woh bhi is mein break ho jata hai. kyun? jin bachchon ko yeh auratein poochti hain, un ke bhi to bachche honge aage</w:t>
      </w:r>
      <w:r>
        <w:br/>
      </w:r>
      <w:r>
        <w:rPr>
          <w:sz w:val="20"/>
        </w:rPr>
        <w:t>9:09  . to woh apne bachchon ko poochhein ge. woh kyun poochhte rahenge Madhuri Dixit ko? woh kyun poochhte rahenge apne maa baap ko? to jin bachchon ko poochhte poochhte woh... jin bachchon ko woh pooj rahi hoti hai, jin ko apna everything bana rahi hoti hai, jab un bachchon ki shadi hoti hai, un bachchon ko... to woh bhi apne bachchon ko everything bana lete hain. to do baar break</w:t>
      </w:r>
      <w:r>
        <w:br/>
      </w:r>
      <w:r>
        <w:rPr>
          <w:sz w:val="20"/>
        </w:rPr>
        <w:t>9:39  in history hota hai aurat ki zindagi mein. aur aap jante hain ke badi taraqqi hoti hai sustainable effort ke zariye se. jo effort sustainable na ho, woh kabhi bhi kisi bade result tak nahi pahunch sakti. to sustainable effort darkar hoti hai zindagi mein koi bada kaam karne ke liye. aur aurat jo hai, baar baar</w:t>
      </w:r>
    </w:p>
    <w:p>
      <w:pPr>
        <w:pStyle w:val="Heading2"/>
      </w:pPr>
      <w:r>
        <w:t>Maulana Maududi's guns-that-don't-fire story</w:t>
      </w:r>
    </w:p>
    <w:p>
      <w:r>
        <w:rPr>
          <w:color w:val="666666"/>
          <w:sz w:val="18"/>
        </w:rPr>
        <w:t>Missionary Ethics May 4, 2006 Maulana Wahiduddin Khan · 2m 38s · at 3:47 · https://youtu.be/W4yIZa45gDw?t=227</w:t>
      </w:r>
    </w:p>
    <w:p>
      <w:r>
        <w:rPr>
          <w:i/>
        </w:rPr>
        <w:t>“دیکھیے، ایک صاحب تھے، ان کا نام ہے مولانا ابو الاعلیٰ مودودی۔”</w:t>
      </w:r>
    </w:p>
    <w:p>
      <w:r>
        <w:rPr>
          <w:sz w:val="20"/>
        </w:rPr>
        <w:t>3:47  dekhiye, ek sahab the, un ka naam hai Maulana Abu Al-A'la Maududi.</w:t>
      </w:r>
      <w:r>
        <w:br/>
      </w:r>
      <w:r>
        <w:rPr>
          <w:sz w:val="20"/>
        </w:rPr>
        <w:t>3:57  unhon ne 1941 mein ek jamaat banai, jis ka naam hai Jamaat-e-Islami.</w:t>
      </w:r>
      <w:r>
        <w:br/>
      </w:r>
      <w:r>
        <w:rPr>
          <w:sz w:val="20"/>
        </w:rPr>
        <w:t>4:07  to</w:t>
      </w:r>
      <w:r>
        <w:br/>
      </w:r>
      <w:r>
        <w:rPr>
          <w:sz w:val="20"/>
        </w:rPr>
        <w:t>4:11  taqreeban ek saal ke baad un ka ek, jis ko woh kehte hain ijtima, yani meeting hui party ki. to un ki chhapi hui, jis ko kehte hain rawdad, yani report maujood hai, us ko aap dekh sakte hain.</w:t>
      </w:r>
      <w:r>
        <w:br/>
      </w:r>
      <w:r>
        <w:rPr>
          <w:sz w:val="20"/>
        </w:rPr>
        <w:t>4:27  to pehle hi baar ki report mein unhon ne kaha, batate hue ke aap logon ko jo kaam diya jata hai to aap log kar nahi paate.</w:t>
      </w:r>
      <w:r>
        <w:br/>
      </w:r>
      <w:r>
        <w:rPr>
          <w:sz w:val="20"/>
        </w:rPr>
        <w:t>4:40  tawaqqo'at jo hain party ki hain, woh aap poora nahi kar paate.</w:t>
      </w:r>
      <w:r>
        <w:br/>
      </w:r>
      <w:r>
        <w:rPr>
          <w:sz w:val="20"/>
        </w:rPr>
        <w:t>4:47  to us ko batate hue unhon ne kaha tha ke main jab yeh dekhta hoon ke aap logon ko hum hidayat dete hain, koi program dete hain, lekin aap chust chala nahi paate,</w:t>
      </w:r>
      <w:r>
        <w:br/>
      </w:r>
      <w:r>
        <w:rPr>
          <w:sz w:val="20"/>
        </w:rPr>
        <w:t>5:03  to aise kaise jamaat ka kaam hoga?</w:t>
      </w:r>
      <w:r>
        <w:br/>
      </w:r>
      <w:r>
        <w:rPr>
          <w:sz w:val="20"/>
        </w:rPr>
        <w:t>5:06  is par unhon ne kaha tha ke jab main aisa dekhta hoon to mujhe aisa lagta hai jaise main aisi banduqon se kaam le raha hoon jo lub-lubi dabane par bhi fire nahi karti.</w:t>
      </w:r>
      <w:r>
        <w:br/>
      </w:r>
      <w:r>
        <w:rPr>
          <w:sz w:val="20"/>
        </w:rPr>
        <w:t>5:21  yani is ka matlab yeh hai ke I am using such guns that fail to fire even after</w:t>
      </w:r>
      <w:r>
        <w:br/>
      </w:r>
      <w:r>
        <w:rPr>
          <w:sz w:val="20"/>
        </w:rPr>
        <w:t>5:37  triggering them.</w:t>
      </w:r>
      <w:r>
        <w:br/>
      </w:r>
      <w:r>
        <w:rPr>
          <w:sz w:val="20"/>
        </w:rPr>
        <w:t>5:43  yeh hai woh insaan jis ke andar missionary spirit nahi hoti.</w:t>
      </w:r>
      <w:r>
        <w:br/>
      </w:r>
      <w:r>
        <w:rPr>
          <w:sz w:val="20"/>
        </w:rPr>
        <w:t>5:48  woh aisi dummy gun ki tarah hota hai ke aap us ki trigger ko dabate rahiye aur fire nahi hoga. kyunke andar gehra incentive nahi hai, andar gehra dedication nahi hai.</w:t>
      </w:r>
      <w:r>
        <w:br/>
      </w:r>
      <w:r>
        <w:rPr>
          <w:sz w:val="20"/>
        </w:rPr>
        <w:t>6:05  woh yeh woh log hote hain jo ittefaq se aa jaate hain mission mein, lekin haqeeqat mein hote hain woh interest par chalne wale log.</w:t>
      </w:r>
      <w:r>
        <w:br/>
      </w:r>
      <w:r>
        <w:rPr>
          <w:sz w:val="20"/>
        </w:rPr>
        <w:t>6:13  jin ka sole concern, interest ho, woh kabhi bhi mission mein aage badh nahi sakte.</w:t>
      </w:r>
    </w:p>
    <w:p>
      <w:pPr>
        <w:pStyle w:val="Heading2"/>
      </w:pPr>
      <w:r>
        <w:t>Quran's truth keeps getting reestablished by research</w:t>
      </w:r>
    </w:p>
    <w:p>
      <w:r>
        <w:rPr>
          <w:color w:val="666666"/>
          <w:sz w:val="18"/>
        </w:rPr>
        <w:t>Untold Story of Islam January 28, 2007 · 2m 00s · at 37:25 · https://youtu.be/SoBrn4U1jyw?t=2245</w:t>
      </w:r>
    </w:p>
    <w:p>
      <w:r>
        <w:rPr>
          <w:i/>
        </w:rPr>
        <w:t>“Aaj Quran ki sachai phir se reestablish ho gayi”</w:t>
      </w:r>
    </w:p>
    <w:p>
      <w:r>
        <w:rPr>
          <w:sz w:val="20"/>
        </w:rPr>
        <w:t>37:25  lekin kya hua? aaj reestablish ho gaya quran ka. quran ki veracity reestablish ho gayi.</w:t>
      </w:r>
      <w:r>
        <w:br/>
      </w:r>
      <w:r>
        <w:rPr>
          <w:sz w:val="20"/>
        </w:rPr>
        <w:t>37:36  to is ka matlab yeh hai ke jo jo sach, jo haqeeqat, jo jo researches aati hain bar bar, woh is ko reestablish karti chali ja rahi hain.</w:t>
      </w:r>
      <w:r>
        <w:br/>
      </w:r>
      <w:r>
        <w:rPr>
          <w:sz w:val="20"/>
        </w:rPr>
        <w:t>37:46  to goya ke quran ek aisi book ka izafa hai mazhabi library mein, jis ki sachai kabhi refute na ho sake. jo eternal tor par sach, sachi book bani hui ho.</w:t>
      </w:r>
      <w:r>
        <w:br/>
      </w:r>
      <w:r>
        <w:rPr>
          <w:sz w:val="20"/>
        </w:rPr>
        <w:t>37:59  to hum keh sakte hain ke aisi book ka izafa kiya,</w:t>
      </w:r>
      <w:r>
        <w:br/>
      </w:r>
      <w:r>
        <w:rPr>
          <w:sz w:val="20"/>
        </w:rPr>
        <w:t>38:02  aisi book ko add kiya islam ne mazhabi library mein. yeh hai hamara woh. yeh nayi baat hai jo hum ne is mazhab mein pesh ki hai.</w:t>
      </w:r>
      <w:r>
        <w:br/>
      </w:r>
      <w:r>
        <w:rPr>
          <w:sz w:val="20"/>
        </w:rPr>
        <w:t>38:14  ab kitni bari baat hai yeh. ke woh challenge kar rahe hain ke koi nayi baat batao jo muhammad ne pesh ki ho. to hum kehte hain ke nayi baat yahi hai. aisi kitab unhon ne pesh ki jo eternally, jis ki sachai sabit hui chali ja rahi hai.</w:t>
      </w:r>
      <w:r>
        <w:br/>
      </w:r>
      <w:r>
        <w:rPr>
          <w:sz w:val="20"/>
        </w:rPr>
        <w:t>38:28  jo refute nahi ho pa rahi hai.</w:t>
      </w:r>
      <w:r>
        <w:br/>
      </w:r>
      <w:r>
        <w:rPr>
          <w:sz w:val="20"/>
        </w:rPr>
        <w:t>38:32  is se bari baat kya ho sakti hai? is ki veracity jo hai, eternally prove hui chali ja rahi hai. lekin chunke hum ne negative reaction dikhaya,</w:t>
      </w:r>
      <w:r>
        <w:br/>
      </w:r>
      <w:r>
        <w:rPr>
          <w:sz w:val="20"/>
        </w:rPr>
        <w:t>38:45  hum ne protest mein lag gaye. to creative thinking nahi aayi hamare andar. aur hum koi baat pesh nahi kar sake.</w:t>
      </w:r>
      <w:r>
        <w:br/>
      </w:r>
      <w:r>
        <w:rPr>
          <w:sz w:val="20"/>
        </w:rPr>
        <w:t>38:55  jabke maujood thi hamare paas</w:t>
      </w:r>
      <w:r>
        <w:br/>
      </w:r>
      <w:r>
        <w:rPr>
          <w:sz w:val="20"/>
        </w:rPr>
        <w:t>38:57  . yani aise hi hai jaise ek aadmi ke paas gun ho. aur us ke samne bhediya aa jaye jangl mein. aur gun woh istemal na kare, ek kankri phenke.</w:t>
      </w:r>
      <w:r>
        <w:br/>
      </w:r>
      <w:r>
        <w:rPr>
          <w:sz w:val="20"/>
        </w:rPr>
        <w:t>39:08  to kankri to bhediya koi bedne wala nahi hai. to hamare paas gun hai, hum kankri phenk rahe hain. hamare paas ek rational proof hai.</w:t>
      </w:r>
      <w:r>
        <w:br/>
      </w:r>
      <w:r>
        <w:rPr>
          <w:sz w:val="20"/>
        </w:rPr>
        <w:t>39:18  aur hum kya kar rahe hain? emotional outputs dikha rahe hain. yeh kyun? isi ka naam hai in creativity.</w:t>
      </w:r>
    </w:p>
    <w:p>
      <w:pPr>
        <w:pStyle w:val="Heading2"/>
      </w:pPr>
      <w:r>
        <w:t>Quran no doubt vs other religions doubt</w:t>
      </w:r>
    </w:p>
    <w:p>
      <w:r>
        <w:rPr>
          <w:color w:val="666666"/>
          <w:sz w:val="18"/>
        </w:rPr>
        <w:t>Islam:  A Historical Religion | July 23, 2008 · 2m 32s · at 19:38 · https://youtu.be/2EmX8Ubz6G8?t=1178</w:t>
      </w:r>
    </w:p>
    <w:p>
      <w:r>
        <w:rPr>
          <w:i/>
        </w:rPr>
        <w:t>“That is the book, no doubt in it.”</w:t>
      </w:r>
    </w:p>
    <w:p>
      <w:r>
        <w:rPr>
          <w:sz w:val="20"/>
        </w:rPr>
        <w:t>19:38  آپ کو آپ کے لیے source of conviction ہے۔</w:t>
      </w:r>
      <w:r>
        <w:br/>
      </w:r>
      <w:r>
        <w:rPr>
          <w:sz w:val="20"/>
        </w:rPr>
        <w:t>19:46  ab dekhiye, jab Quran ko kholein aap to shuru hi mein aap yeh ayat parhte hain, "Zalikal kitabu la raiba feeh".</w:t>
      </w:r>
      <w:r>
        <w:br/>
      </w:r>
      <w:r>
        <w:rPr>
          <w:sz w:val="20"/>
        </w:rPr>
        <w:t>19:53  yeh jo Quran hai, is mein koi shakk nahi.</w:t>
      </w:r>
      <w:r>
        <w:br/>
      </w:r>
      <w:r>
        <w:rPr>
          <w:sz w:val="20"/>
        </w:rPr>
        <w:t>20:01  is mein koi shakk nahi. yaani Quran</w:t>
      </w:r>
      <w:r>
        <w:br/>
      </w:r>
      <w:r>
        <w:rPr>
          <w:sz w:val="20"/>
        </w:rPr>
        <w:t>20:09  ek guide book hai, is mein koi shaq nahi. is mein koi shaq nahi ka matlab kya hai? is ka ek matlab yahi hai. yani historically it is it is it is beyond doubt. that is the book of god. ab dekhiye ke hazrat masih hamare aqeedey ke mutabiq paighambar</w:t>
      </w:r>
      <w:r>
        <w:br/>
      </w:r>
      <w:r>
        <w:rPr>
          <w:sz w:val="20"/>
        </w:rPr>
        <w:t>20:39  the.</w:t>
      </w:r>
      <w:r>
        <w:br/>
      </w:r>
      <w:r>
        <w:rPr>
          <w:sz w:val="20"/>
        </w:rPr>
        <w:t>20:45  لیکن حضرت مسیح کے بارے میں میں نے ایک کتاب پڑھی، "Historical Jesus"۔</w:t>
      </w:r>
      <w:r>
        <w:br/>
      </w:r>
      <w:r>
        <w:rPr>
          <w:sz w:val="20"/>
        </w:rPr>
        <w:t>20:51  اس کتاب میں لکھا تھا، وہ بھی کرسچن کی لکھی ہوئی تھی کہ حضرت مسیح کے واقعات history</w:t>
      </w:r>
      <w:r>
        <w:br/>
      </w:r>
      <w:r>
        <w:rPr>
          <w:sz w:val="20"/>
        </w:rPr>
        <w:t>20:57  mein itne kam hain ke un ko historical property kaha jata.</w:t>
      </w:r>
      <w:r>
        <w:br/>
      </w:r>
      <w:r>
        <w:rPr>
          <w:sz w:val="20"/>
        </w:rPr>
        <w:t>21:03  butt rasl ne kaha ke</w:t>
      </w:r>
      <w:r>
        <w:br/>
      </w:r>
      <w:r>
        <w:rPr>
          <w:sz w:val="20"/>
        </w:rPr>
        <w:t>21:09  historically it is quite doubtful whether christ ever existed at all. toh ab yeh hai situation mazhab ki. is waqt quran utarta hai, is mein yeh ayat aati hai ke "dhlikal kitab larayba feeh". ke quran jo hai, historically ek aisi kitaab hai jis par aap shaq nahi kar sakte.</w:t>
      </w:r>
      <w:r>
        <w:br/>
      </w:r>
      <w:r>
        <w:rPr>
          <w:sz w:val="20"/>
        </w:rPr>
        <w:t>21:39  jis ko aap yaqeen ke sath le sakte hain.</w:t>
      </w:r>
      <w:r>
        <w:br/>
      </w:r>
      <w:r>
        <w:rPr>
          <w:sz w:val="20"/>
        </w:rPr>
        <w:t>21:47  yeh hai islam ki asal hesiyat.</w:t>
      </w:r>
      <w:r>
        <w:br/>
      </w:r>
      <w:r>
        <w:rPr>
          <w:sz w:val="20"/>
        </w:rPr>
        <w:t>21:55  to ab aap jab quran ko parhein, hadith ko parhein, aur is se aap guide guide hasil karein,</w:t>
      </w:r>
      <w:r>
        <w:br/>
      </w:r>
      <w:r>
        <w:rPr>
          <w:sz w:val="20"/>
        </w:rPr>
        <w:t>22:03  is se guidance hasil karein, zindagi guidance hasil karein aap is se,</w:t>
      </w:r>
    </w:p>
    <w:p>
      <w:pPr>
        <w:pStyle w:val="Heading2"/>
      </w:pPr>
      <w:r>
        <w:t>Hudaybiya replanning requires no reaction</w:t>
      </w:r>
    </w:p>
    <w:p>
      <w:r>
        <w:rPr>
          <w:color w:val="666666"/>
          <w:sz w:val="18"/>
        </w:rPr>
        <w:t>The Quran: A Book of Wisdom, Dec 25, 2016 · 2m 34s · at 30:28 · https://youtu.be/lv8Lg31Z-QM?t=1828</w:t>
      </w:r>
    </w:p>
    <w:p>
      <w:r>
        <w:rPr>
          <w:i/>
        </w:rPr>
        <w:t>“Hudaybiya was replanning condition no reaction”</w:t>
      </w:r>
    </w:p>
    <w:p>
      <w:r>
        <w:rPr>
          <w:sz w:val="20"/>
        </w:rPr>
        <w:t>30:28  aap ki re planning jo hai Hudaibiya was re planning jab re planning ka faisla kiya rasool Allah sallallahu alaihi wasallam ne to yeh bhi faisla kiya hamein react nahi karna hai agar aap reaction se na bachein then there is no re planning to rasool Allah sallallahu alaihi wasallam ne is ke ilawa ek aur waqia hua tha ke Hudaibiya ke</w:t>
      </w:r>
      <w:r>
        <w:br/>
      </w:r>
      <w:r>
        <w:rPr>
          <w:sz w:val="20"/>
        </w:rPr>
        <w:t>30:58  15 din tak baat cheet chalti rahi 15 din tak do hafte tak to ek martaba rasool Allah sallallahu alaihi wasallam jamaat ke sath namaz padh rahe the wahan bhi attack kar diya in logon ne aa kar ke namaz ki halat mein is ke ilawa aur bhi bohat si pareshan karne ki baatein hui thi maslan lafz rasool Allah ko bitwaya unhone kaghaz kaghaz par se to is tarah ke</w:t>
      </w:r>
      <w:r>
        <w:br/>
      </w:r>
      <w:r>
        <w:rPr>
          <w:sz w:val="20"/>
        </w:rPr>
        <w:t>31:28  kayi baatein aisi hui thi in 15 dinon ke darmiyan to rasool Allah ko rasool Allah ne aisa nahi kaha ke react agar rasool Allah react karte reaction ka tareeqa to aap kehte chhod do in se in se surah nahi karna in se ladai karna hai yeh sultanate of Oudh ne kaha to hum to hum ko ladna hai mashhoor hai ke unhone kaha tha jab angrez fauj wahan pahunch gayi to unhone kaha</w:t>
      </w:r>
      <w:r>
        <w:br/>
      </w:r>
      <w:r>
        <w:rPr>
          <w:sz w:val="20"/>
        </w:rPr>
        <w:t>31:58  tha ke zinda baad sher ki ek din ki zindagi zinda baad zinda baad gidar ki hazar saal zindagi se behtar hai is ka matlab yeh hai ke chahe hum lad ke mar jayein lekin hamein to ladna hai bahar haal to rasool Allah ne aisa nahi kiya aap ne avoid kiya aap ne sabr kiya is ko nazar andaaz kiya kyunke aap ko re planning karni thi</w:t>
      </w:r>
      <w:r>
        <w:br/>
      </w:r>
      <w:r>
        <w:rPr>
          <w:sz w:val="20"/>
        </w:rPr>
        <w:t>32:32  to musalmanon ko kya karna hai sari warnt activities ko foran khatam kar dena hai foran haram samajh kar ke phir re assess karna hai situation ko phir re plan karna hai aur re planning ki yeh lazmi shart hai ke aap react na karein kuch bhi idhar se ho misaal ke taur par</w:t>
      </w:r>
    </w:p>
    <w:p>
      <w:pPr>
        <w:pStyle w:val="Heading2"/>
      </w:pPr>
      <w:r>
        <w:t>Nature's lesson: flower among thorns</w:t>
      </w:r>
    </w:p>
    <w:p>
      <w:r>
        <w:rPr>
          <w:color w:val="666666"/>
          <w:sz w:val="18"/>
        </w:rPr>
        <w:t>Positive Thinking July 8, 2017 Maulana Wahiduddin Khan · 1m 12s · at 10:13 · https://youtu.be/6Q1DKj8srt4?t=613</w:t>
      </w:r>
    </w:p>
    <w:p>
      <w:r>
        <w:rPr>
          <w:i/>
        </w:rPr>
        <w:t>“Woh humein ek lesson de raha hai.”</w:t>
      </w:r>
    </w:p>
    <w:p>
      <w:r>
        <w:rPr>
          <w:sz w:val="20"/>
        </w:rPr>
        <w:t>10:13  ke aye insan, yani allah ka ke ek zaban hai allah ta'ala ki, yani ek to hai quran, doosra nature. nature bhi allah ta'ala ki zaban hai, yani allah ta'ala, yani rab al-alameen, kainat ka jo khaliq hai,</w:t>
      </w:r>
      <w:r>
        <w:br/>
      </w:r>
      <w:r>
        <w:rPr>
          <w:sz w:val="20"/>
        </w:rPr>
        <w:t>10:29  wo hamein ek lesson de raha hai. lesson: aye insan, tujh ko is tarah rehna hai duniya mein ke kaanton ke darmiyan phool ban kar, kaanton ke darmiyan tum ko phool ban kar rehna hai.</w:t>
      </w:r>
      <w:r>
        <w:br/>
      </w:r>
      <w:r>
        <w:rPr>
          <w:sz w:val="20"/>
        </w:rPr>
        <w:t>10:47  kaisi ajeeb baat hai! bara</w:t>
      </w:r>
      <w:r>
        <w:br/>
      </w:r>
      <w:r>
        <w:rPr>
          <w:sz w:val="20"/>
        </w:rPr>
        <w:t>10:51  kya hai? wo yahi hai ke tum ko kaanton ke darmiyan phool ban kar rehna hai.</w:t>
      </w:r>
      <w:r>
        <w:br/>
      </w:r>
      <w:r>
        <w:rPr>
          <w:sz w:val="20"/>
        </w:rPr>
        <w:t>11:01  ab aisa kis liye hai? ke is liye hai ke isi se to aap ka development hota hai. aap ka development jo hai, isi se hota hai.</w:t>
      </w:r>
      <w:r>
        <w:br/>
      </w:r>
      <w:r>
        <w:rPr>
          <w:sz w:val="20"/>
        </w:rPr>
        <w:t>11:14  aap ka mind isi se khulta hai. aap ka mind jo hai, us ka potential tabhi jaagte hain.</w:t>
      </w:r>
    </w:p>
    <w:p>
      <w:pPr>
        <w:pStyle w:val="Heading2"/>
      </w:pPr>
      <w:r>
        <w:t>Famous actress Meena Kumari died young</w:t>
      </w:r>
    </w:p>
    <w:p>
      <w:r>
        <w:rPr>
          <w:color w:val="666666"/>
          <w:sz w:val="18"/>
        </w:rPr>
        <w:t>Replanning | April 01, 2017 · 1m 01s · at 0:45 · https://youtu.be/pQx9iopKnEY?t=45</w:t>
      </w:r>
    </w:p>
    <w:p>
      <w:r>
        <w:rPr>
          <w:i/>
        </w:rPr>
        <w:t>“There was a famous film actress, Meena Kumari.”</w:t>
      </w:r>
    </w:p>
    <w:p>
      <w:r>
        <w:rPr>
          <w:sz w:val="20"/>
        </w:rPr>
        <w:t>0:45  jo mashhoor film actress hai, meena kanwari.</w:t>
      </w:r>
      <w:r>
        <w:br/>
      </w:r>
      <w:r>
        <w:rPr>
          <w:sz w:val="20"/>
        </w:rPr>
        <w:t>0:53  to unhon ne bataya ke meena kanwari bohat hi top ki actress thi, har aitbar se bohat hi</w:t>
      </w:r>
      <w:r>
        <w:br/>
      </w:r>
      <w:r>
        <w:rPr>
          <w:sz w:val="20"/>
        </w:rPr>
        <w:t>1:00  zabardast personality thi us ki.</w:t>
      </w:r>
      <w:r>
        <w:br/>
      </w:r>
      <w:r>
        <w:rPr>
          <w:sz w:val="20"/>
        </w:rPr>
        <w:t>1:08  aur apni pasand ka us ko career bhi mila film mein. lekin</w:t>
      </w:r>
      <w:r>
        <w:br/>
      </w:r>
      <w:r>
        <w:rPr>
          <w:sz w:val="20"/>
        </w:rPr>
        <w:t>1:16  woh sirf 1933 mein paida hui thi, lekin sirf 49 saal mein mar gayi, yaani pachas saal se kam.</w:t>
      </w:r>
      <w:r>
        <w:br/>
      </w:r>
      <w:r>
        <w:rPr>
          <w:sz w:val="20"/>
        </w:rPr>
        <w:t>1:23  saal se kam.</w:t>
      </w:r>
      <w:r>
        <w:br/>
      </w:r>
      <w:r>
        <w:rPr>
          <w:sz w:val="20"/>
        </w:rPr>
        <w:t>1:31  toh mein sochne laga ke is mein kya sabak hai hamare liye.</w:t>
      </w:r>
      <w:r>
        <w:br/>
      </w:r>
      <w:r>
        <w:rPr>
          <w:sz w:val="20"/>
        </w:rPr>
        <w:t>1:39  toh mujhe ek baat yaad aayi jo hum kitabon mein padhte the, ke sahaba ka yeh tareeqa tha</w:t>
      </w:r>
    </w:p>
    <w:p>
      <w:pPr>
        <w:pStyle w:val="Heading2"/>
      </w:pPr>
      <w:r>
        <w:t>Freedom and consequences in God's world</w:t>
      </w:r>
    </w:p>
    <w:p>
      <w:r>
        <w:rPr>
          <w:color w:val="666666"/>
          <w:sz w:val="18"/>
        </w:rPr>
        <w:t>Gujrat Riots | May 23, 2009 - Maulana Wahiduddin Khan · 1m 01s · at 40:57 · https://youtu.be/QO70zMFtXGY?t=2457</w:t>
      </w:r>
    </w:p>
    <w:p>
      <w:r>
        <w:rPr>
          <w:i/>
        </w:rPr>
        <w:t>“This world is created by God and He gives freedom to all.”</w:t>
      </w:r>
    </w:p>
    <w:p>
      <w:r>
        <w:rPr>
          <w:sz w:val="20"/>
        </w:rPr>
        <w:t>40:56  Yeah.</w:t>
      </w:r>
      <w:r>
        <w:br/>
      </w:r>
      <w:r>
        <w:rPr>
          <w:sz w:val="20"/>
        </w:rPr>
        <w:t>40:57  It is not, it is not philosophy. It is, it is reality. It is reality. I will, I will repeat again that this world is created by God and he is given freedom to all, total freedom. So everyone is free. So you have to keep in your mind that that, that person is free to do anything, even to misuse his freedom. So you have to, you have to be wise. You,</w:t>
      </w:r>
      <w:r>
        <w:br/>
      </w:r>
      <w:r>
        <w:rPr>
          <w:sz w:val="20"/>
        </w:rPr>
        <w:t>41:28  stupid actions, if, if you commit some stupid actions, you have to pay the price. It is, it is against the common sense. I will give an example. In every riot, all the Muslims or non-Muslims both blame police. The police was not just, I, I don't subscribe with this, with this,</w:t>
      </w:r>
    </w:p>
    <w:p>
      <w:pPr>
        <w:pStyle w:val="Heading2"/>
      </w:pPr>
      <w:r>
        <w:t>WWII revealed power of replanning</w:t>
      </w:r>
    </w:p>
    <w:p>
      <w:r>
        <w:rPr>
          <w:color w:val="666666"/>
          <w:sz w:val="18"/>
        </w:rPr>
        <w:t>Replanning in the Changed Age January 13, 2019 · 2m 54s · at 9:27 · https://youtu.be/pDniYg5aJlg?t=567</w:t>
      </w:r>
    </w:p>
    <w:p>
      <w:r>
        <w:rPr>
          <w:i/>
        </w:rPr>
        <w:t>“Second World War logon ne ladi thi”</w:t>
      </w:r>
    </w:p>
    <w:p>
      <w:r>
        <w:rPr>
          <w:sz w:val="20"/>
        </w:rPr>
        <w:t>9:27  yeh toh mein ne individual, individual ke aitbar se baat ki. zyada baray power par sochiye. second world war logon ne lari thi, yeh samajhtay thay ke hathiyaron se woh sab kuch hasil kar len gay.</w:t>
      </w:r>
      <w:r>
        <w:br/>
      </w:r>
      <w:r>
        <w:rPr>
          <w:sz w:val="20"/>
        </w:rPr>
        <w:t>9:47  hitler aur mussolini aur stalin yeh samajhtay thay ke hum hathiyar ke zariye sab kuch hasil kar len gay. america, woh is yeh yeh tha continuation is zamanay ka jo chal raha tha hazaron saal se.</w:t>
      </w:r>
      <w:r>
        <w:br/>
      </w:r>
      <w:r>
        <w:rPr>
          <w:sz w:val="20"/>
        </w:rPr>
        <w:t>10:09  insan jab paida hua, janglon mein rehta tha, tab woh samajhta tha ke taqat hathiyar mein hai.</w:t>
      </w:r>
      <w:r>
        <w:br/>
      </w:r>
      <w:r>
        <w:rPr>
          <w:sz w:val="20"/>
        </w:rPr>
        <w:t>10:19  chunancha adam ke jo do bhai thay, habel, qabil, toh ghussa aapas mein paida hua. toh unhon ne pathar mar kar khud halak kar diya.</w:t>
      </w:r>
      <w:r>
        <w:br/>
      </w:r>
      <w:r>
        <w:rPr>
          <w:sz w:val="20"/>
        </w:rPr>
        <w:t>10:31  toh samajhtay thay ke pathar mein taqat hai, goli mein taqat hai, bomb mein taqat hai. woh daur tha, woh chalta raha, chalta raha, chalta raha. toh second world war ke zamanay mein jo nations involve theen larai mein,</w:t>
      </w:r>
      <w:r>
        <w:br/>
      </w:r>
      <w:r>
        <w:rPr>
          <w:sz w:val="20"/>
        </w:rPr>
        <w:t>10:48  toh unhon ne bana liya atom bomb. kyunke ab toh hamare paas super taqat hai, super power hai, ab toh jo chahe kar dalo.</w:t>
      </w:r>
      <w:r>
        <w:br/>
      </w:r>
      <w:r>
        <w:rPr>
          <w:sz w:val="20"/>
        </w:rPr>
        <w:t>10:58  toh chunancha do bomb unhon ne gira diya.</w:t>
      </w:r>
      <w:r>
        <w:br/>
      </w:r>
      <w:r>
        <w:rPr>
          <w:sz w:val="20"/>
        </w:rPr>
        <w:t>11:04  second world war ke zamanay mein aap jantay hain ke do bomb gira diya toh toh samajhtay thay ke hum</w:t>
      </w:r>
      <w:r>
        <w:br/>
      </w:r>
      <w:r>
        <w:rPr>
          <w:sz w:val="20"/>
        </w:rPr>
        <w:t>11:19  hum jeetnay walay ban gaye, ab jang hamari hai. jang lekin kya hua? aap jantay hain ke atom bomb gira kar ke bhi kuch kuch kuch hua nahi.</w:t>
      </w:r>
      <w:r>
        <w:br/>
      </w:r>
      <w:r>
        <w:rPr>
          <w:sz w:val="20"/>
        </w:rPr>
        <w:t>11:39  kyunke jin logon ko haraya tha, unhon ne mislan japan ko haraya, jab germany ko haraya, germany ke do tukray kar diye.</w:t>
      </w:r>
      <w:r>
        <w:br/>
      </w:r>
      <w:r>
        <w:rPr>
          <w:sz w:val="20"/>
        </w:rPr>
        <w:t>11:49  toh aap jantay hain ke germany aaj zyada taqatwar hai,</w:t>
      </w:r>
      <w:r>
        <w:br/>
      </w:r>
      <w:r>
        <w:rPr>
          <w:sz w:val="20"/>
        </w:rPr>
        <w:t>11:56  zyada taqatwar hai. yani second world war ke zamanay mein germany jo tha, us ko do hissay kar diye.</w:t>
      </w:r>
      <w:r>
        <w:br/>
      </w:r>
      <w:r>
        <w:rPr>
          <w:sz w:val="20"/>
        </w:rPr>
        <w:t>12:07  lekin aaj wohi same germany zyada taqatwar hai. kyun? ek naya raaz khula second world war ke baad, replanning.</w:t>
      </w:r>
    </w:p>
    <w:p>
      <w:pPr>
        <w:pStyle w:val="Heading2"/>
      </w:pPr>
      <w:r>
        <w:t>reassess your plan: the story of the blocked hand pump</w:t>
      </w:r>
    </w:p>
    <w:p>
      <w:r>
        <w:rPr>
          <w:color w:val="666666"/>
          <w:sz w:val="18"/>
        </w:rPr>
        <w:t>Wisdom September 20, 2015 · 2m 51s · at 1:06:22 · https://youtu.be/Xgk_3YvTkSQ?t=3982</w:t>
      </w:r>
    </w:p>
    <w:p>
      <w:r>
        <w:rPr>
          <w:i/>
        </w:rPr>
        <w:t>“نوجوانی کے عمر میں ایک بار میں لاہور گیا، سخت پیاس لگی تھی”</w:t>
      </w:r>
    </w:p>
    <w:p>
      <w:r>
        <w:rPr>
          <w:sz w:val="20"/>
        </w:rPr>
        <w:t>1:06:22  jaise waqia kaisa batata hun aap ko: nojwanai ke umar mein aik baar mein chala gaya Lahore, jab Pakistan nahi bana tha, tab ki baat hai, shayad yeh 1942 ki baat hogi.</w:t>
      </w:r>
      <w:r>
        <w:br/>
      </w:r>
      <w:r>
        <w:rPr>
          <w:sz w:val="20"/>
        </w:rPr>
        <w:t>1:06:37  to wahan bilkul aisay hi, yaani nojwan aadmi jaisa hota hai, waisay hi aik aik road pe chalta raha, chal raha tha. mein chalte chalte aik jagah pahuncha to wahan likha hua tha aik ghar ke samne jo takhti lagate hain na, name plate hain: "Allama Iqbal".</w:t>
      </w:r>
      <w:r>
        <w:br/>
      </w:r>
      <w:r>
        <w:rPr>
          <w:sz w:val="20"/>
        </w:rPr>
        <w:t>1:06:57  to Allama Iqbal ke lafz aik theher gaya wahan par ke Iqbal yahan rehte thay. acha, us waqt piyas lagi hui thi, bohat piyas.</w:t>
      </w:r>
      <w:r>
        <w:br/>
      </w:r>
      <w:r>
        <w:rPr>
          <w:sz w:val="20"/>
        </w:rPr>
        <w:t>1:07:08  to un ke ghar se mila hua aik choti si masjid thi. us masjid mein hand pump tha, woh zamana tha hand pump ka zamana. to piyas lagi hui thi.</w:t>
      </w:r>
      <w:r>
        <w:br/>
      </w:r>
      <w:r>
        <w:rPr>
          <w:sz w:val="20"/>
        </w:rPr>
        <w:t>1:07:20  mein mein chah ke hand pump pani karoon, piyoon. to mein chala raha tha aur pani nikalta nahi tha. chala raha hun, chala raha hun, pani nikalti nahi.</w:t>
      </w:r>
      <w:r>
        <w:br/>
      </w:r>
      <w:r>
        <w:rPr>
          <w:sz w:val="20"/>
        </w:rPr>
        <w:t>1:07:31  lekin mein apni piyas mein tha, kuch soch nahi paya.</w:t>
      </w:r>
      <w:r>
        <w:br/>
      </w:r>
      <w:r>
        <w:rPr>
          <w:sz w:val="20"/>
        </w:rPr>
        <w:t>1:07:36  to aik aadmi aaya, us ne kaha ke aap chala rahe hain to pani is liye nahi aa raha ke is ka doosra sira aik house mein jata hai, aag ka pani house mein gir raha hai, bahar aata nahi.</w:t>
      </w:r>
      <w:r>
        <w:br/>
      </w:r>
      <w:r>
        <w:rPr>
          <w:sz w:val="20"/>
        </w:rPr>
        <w:t>1:07:48  aur is mein do tap thay, aik tap meri taraf tha, aik house ki taraf tha. house ki taraf khula hua tha woh. to mein chalata tha, pani to aata tha woh, lekin girta tha house mein, mujh ko nahi milta</w:t>
      </w:r>
      <w:r>
        <w:br/>
      </w:r>
      <w:r>
        <w:rPr>
          <w:sz w:val="20"/>
        </w:rPr>
        <w:t>1:08:01  tha. to us ne house ki taraf tap band kar diya. to aanay laga: "that is re-assessment". jab aap ko result na mil raha ho, then you have to revise all your your planning ke kahin na kahin ghalati hai.</w:t>
      </w:r>
      <w:r>
        <w:br/>
      </w:r>
      <w:r>
        <w:rPr>
          <w:sz w:val="20"/>
        </w:rPr>
        <w:t>1:08:20  apne jo aap kar rahe thay, us ko phir se re-plan karna parega. aap ko re-plan</w:t>
      </w:r>
      <w:r>
        <w:br/>
      </w:r>
      <w:r>
        <w:rPr>
          <w:sz w:val="20"/>
        </w:rPr>
        <w:t>1:08:27  yesay musalman aaj kal lad rahe hain, lad rahe hain, ladte hain, kuch nahi. to re-plan karna hai musalmanon ke liye, saari duniya ke musalmanon ke liye. waqt aaya hai ke woh re-assess karein, revise karein taake woh re-plan karein.</w:t>
      </w:r>
      <w:r>
        <w:br/>
      </w:r>
      <w:r>
        <w:rPr>
          <w:sz w:val="20"/>
        </w:rPr>
        <w:t>1:08:41  to phir kamyabi ho jayegi. zindagi mein hamesha aadmi ko apne amal ki revise karni parti hai.</w:t>
      </w:r>
      <w:r>
        <w:br/>
      </w:r>
      <w:r>
        <w:rPr>
          <w:sz w:val="20"/>
        </w:rPr>
        <w:t>1:08:53  kaisa sahib, kya khayal hai aap ka? bilkul sahi</w:t>
      </w:r>
      <w:r>
        <w:br/>
      </w:r>
      <w:r>
        <w:rPr>
          <w:sz w:val="20"/>
        </w:rPr>
        <w:t>1:08:56  hain, bilkul sahi hai. haan, rigid nahi hona chahiye. natija na nikalna. dekhiye, jab natija na nikal raha ho to kis baat ka woh saboot hai ke planning mein kahin na kahin kharabi hai?</w:t>
      </w:r>
    </w:p>
    <w:p>
      <w:pPr>
        <w:pStyle w:val="Heading2"/>
      </w:pPr>
      <w:r>
        <w:t>Babri Masjid verdict and missed opportunity</w:t>
      </w:r>
    </w:p>
    <w:p>
      <w:r>
        <w:rPr>
          <w:color w:val="666666"/>
          <w:sz w:val="18"/>
        </w:rPr>
        <w:t>Don't Be In A Hurry 09 Nov 2019 - Maulana Wahiduddin Khan · 2m 16s · at 12:25 · https://youtu.be/PzAaMFBJLL8?t=745</w:t>
      </w:r>
    </w:p>
    <w:p>
      <w:r>
        <w:rPr>
          <w:i/>
        </w:rPr>
        <w:t>“Misal ke taur par dekhiye, aaj jo verdict aaya hai”</w:t>
      </w:r>
    </w:p>
    <w:p>
      <w:r>
        <w:rPr>
          <w:sz w:val="20"/>
        </w:rPr>
        <w:t>12:25  misalan dekhiye, aaj jo verdict aaya hai</w:t>
      </w:r>
      <w:r>
        <w:br/>
      </w:r>
      <w:r>
        <w:rPr>
          <w:sz w:val="20"/>
        </w:rPr>
        <w:t>12:31  toh</w:t>
      </w:r>
      <w:r>
        <w:br/>
      </w:r>
      <w:r>
        <w:rPr>
          <w:sz w:val="20"/>
        </w:rPr>
        <w:t>12:34  yeh woh opportunity khuli thi, bohat pehle, bohat pehle.</w:t>
      </w:r>
      <w:r>
        <w:br/>
      </w:r>
      <w:r>
        <w:rPr>
          <w:sz w:val="20"/>
        </w:rPr>
        <w:t>12:44  yani 1920 ke zamane mein. us waqt mein ne kaha tha, sab chupa hua hai.</w:t>
      </w:r>
      <w:r>
        <w:br/>
      </w:r>
      <w:r>
        <w:rPr>
          <w:sz w:val="20"/>
        </w:rPr>
        <w:t>12:57  Musalman jo controversial masjid hai, us ko relocate karne par raazi ho jao.</w:t>
      </w:r>
      <w:r>
        <w:br/>
      </w:r>
      <w:r>
        <w:rPr>
          <w:sz w:val="20"/>
        </w:rPr>
        <w:t>13:09  yeh chupa hua maujood hai, relocation par raazi ho jao.</w:t>
      </w:r>
      <w:r>
        <w:br/>
      </w:r>
      <w:r>
        <w:rPr>
          <w:sz w:val="20"/>
        </w:rPr>
        <w:t>13:17  aur mein ne bara safar, India ka safar kiya, bare bare log mile aur majority raazi ho gayi is par.</w:t>
      </w:r>
      <w:r>
        <w:br/>
      </w:r>
      <w:r>
        <w:rPr>
          <w:sz w:val="20"/>
        </w:rPr>
        <w:t>13:27  lekin Musalman jo jazbati qaum hai, Musalmanon ki jazbatiyat record ban gayi kyunke relocation un ke nazdeek jaiz hi nahi tha.</w:t>
      </w:r>
      <w:r>
        <w:br/>
      </w:r>
      <w:r>
        <w:rPr>
          <w:sz w:val="20"/>
        </w:rPr>
        <w:t>13:46  yani Islam mein yeh usool hai ke fatwa mein tahseel karo, tahseel fatwa, taaseer na karo,</w:t>
      </w:r>
      <w:r>
        <w:br/>
      </w:r>
      <w:r>
        <w:rPr>
          <w:sz w:val="20"/>
        </w:rPr>
        <w:t>14:01  taaseer fatwa nahi. yani mushkil se fatwa na do, aasan fatwa do. aur Rasool Allah Sallallahu Alaihi Wasallam ka yeh tareeqa tha.</w:t>
      </w:r>
      <w:r>
        <w:br/>
      </w:r>
      <w:r>
        <w:rPr>
          <w:sz w:val="20"/>
        </w:rPr>
        <w:t>14:12  hamesha aap taaseer ki taraf jatay thay, taaseer ki taraf nahi jatay thay.</w:t>
      </w:r>
      <w:r>
        <w:br/>
      </w:r>
      <w:r>
        <w:rPr>
          <w:sz w:val="20"/>
        </w:rPr>
        <w:t>14:21  lekin Musalmanon ne kiya kiya? masjid wahin banao, masjid wahin banao, masjid wahin banao.</w:t>
      </w:r>
      <w:r>
        <w:br/>
      </w:r>
      <w:r>
        <w:rPr>
          <w:sz w:val="20"/>
        </w:rPr>
        <w:t>14:32  tarteeb yeh hai ke aaj toh nahi bani aur mujhe abhi shakk hai ke kuch hoga ya nahi hoga.</w:t>
      </w:r>
    </w:p>
    <w:p>
      <w:pPr>
        <w:pStyle w:val="Heading2"/>
      </w:pPr>
      <w:r>
        <w:t>Prophet Muhammad's cave story setup</w:t>
      </w:r>
    </w:p>
    <w:p>
      <w:r>
        <w:rPr>
          <w:color w:val="666666"/>
          <w:sz w:val="18"/>
        </w:rPr>
        <w:t>The Ideology of Truth July 15, 2007 · 2m 20s · at 51:59 · https://youtu.be/w3OkX5xvqTI?t=3119</w:t>
      </w:r>
    </w:p>
    <w:p>
      <w:r>
        <w:rPr>
          <w:i/>
        </w:rPr>
        <w:t>“Aap jaante hain ke Prophet Muhammad jo hain”</w:t>
      </w:r>
    </w:p>
    <w:p>
      <w:r>
        <w:rPr>
          <w:sz w:val="20"/>
        </w:rPr>
        <w:t>51:59  yaani winds of truth ka maamla. ab main aap ko ek aur qissa arz karoon.</w:t>
      </w:r>
      <w:r>
        <w:br/>
      </w:r>
      <w:r>
        <w:rPr>
          <w:sz w:val="20"/>
        </w:rPr>
        <w:t>52:05  aap jante hain ke prophet Muhammad jo hain, woh</w:t>
      </w:r>
      <w:r>
        <w:br/>
      </w:r>
      <w:r>
        <w:rPr>
          <w:sz w:val="20"/>
        </w:rPr>
        <w:t>52:12  woh makkah mein paida hue 570 AD mein, aur wahin par aap ko khuda ne prophet banaya 610 AD mein.</w:t>
      </w:r>
      <w:r>
        <w:br/>
      </w:r>
      <w:r>
        <w:rPr>
          <w:sz w:val="20"/>
        </w:rPr>
        <w:t>52:23  woh aap ka watan tha, lekin woh log the sab ke sab buton ko poojne wale,</w:t>
      </w:r>
      <w:r>
        <w:br/>
      </w:r>
      <w:r>
        <w:rPr>
          <w:sz w:val="20"/>
        </w:rPr>
        <w:t>52:31  idol worshippers. aap winds of god ki baat karte the, yaani aap toheed ki baat karte the, aur woh log shirk par the.</w:t>
      </w:r>
      <w:r>
        <w:br/>
      </w:r>
      <w:r>
        <w:rPr>
          <w:sz w:val="20"/>
        </w:rPr>
        <w:t>52:40  woh log to in logon ko laga ke yeh hamare hamare mazhab ko yeh yeh dewalsh karna chahte hain, hamare mazhab ko destroy karna chahte hain.</w:t>
      </w:r>
      <w:r>
        <w:br/>
      </w:r>
      <w:r>
        <w:rPr>
          <w:sz w:val="20"/>
        </w:rPr>
        <w:t>52:53  to woh log aap ke dushman ban gaye, aap ko bohat sataya,</w:t>
      </w:r>
      <w:r>
        <w:br/>
      </w:r>
      <w:r>
        <w:rPr>
          <w:sz w:val="20"/>
        </w:rPr>
        <w:t>53:00  yahan tak ke aap ko maarne ka unhon ne faisla le liya. is waqt aap ne yeh faisla kiya ke main makka chhod kar ke madina chala jaon,</w:t>
      </w:r>
      <w:r>
        <w:br/>
      </w:r>
      <w:r>
        <w:rPr>
          <w:sz w:val="20"/>
        </w:rPr>
        <w:t>53:18  taake kyunke madine mein aap ka assessment yeh tha ke madine mein zyada scope hai mere mission ke liye.</w:t>
      </w:r>
      <w:r>
        <w:br/>
      </w:r>
      <w:r>
        <w:rPr>
          <w:sz w:val="20"/>
        </w:rPr>
        <w:t>53:27  to jab aap nikle makka se, raat ke waqt nikle, aur seedhe madina nahi gaye, balkeh raat ko chal kar ke woh aap ek ek mountain tha, thaur,</w:t>
      </w:r>
      <w:r>
        <w:br/>
      </w:r>
      <w:r>
        <w:rPr>
          <w:sz w:val="20"/>
        </w:rPr>
        <w:t>53:43  is ke cave mein aap chhup gaye, kyunke aap ko pata tha ke woh log niklenge aap ko aap ki search ke liye, key</w:t>
      </w:r>
      <w:r>
        <w:br/>
      </w:r>
      <w:r>
        <w:rPr>
          <w:sz w:val="20"/>
        </w:rPr>
        <w:t>53:54  yunke woh chahte the ke yeh agar kahin kahin bhi aage settle ho jayenge to phir wahan phir wahan pe humein problem create karenge, wahan par hamare liye. to un ka un ka yeh decision tha ke aap ko maar dalen, to raaste mein marenge.</w:t>
      </w:r>
      <w:r>
        <w:br/>
      </w:r>
      <w:r>
        <w:rPr>
          <w:sz w:val="20"/>
        </w:rPr>
        <w:t>54:07  woh makke mein nahi maar sake, to phir raaste mein aa kar marenge. to aap aur aap ke saathi abubakar do aadmi the, cave mein aap chhupe hue the.</w:t>
      </w:r>
    </w:p>
    <w:p>
      <w:pPr>
        <w:pStyle w:val="Heading2"/>
      </w:pPr>
      <w:r>
        <w:t>Correct diagnosis is key to solving problems</w:t>
      </w:r>
    </w:p>
    <w:p>
      <w:r>
        <w:rPr>
          <w:color w:val="666666"/>
          <w:sz w:val="18"/>
        </w:rPr>
        <w:t>A Believer’s Journey February 5, 2014 Maulana Wahiduddin Khan · 2m 14s · at 15:46 · https://youtu.be/QzHEA7XunSg?t=946</w:t>
      </w:r>
    </w:p>
    <w:p>
      <w:r>
        <w:rPr>
          <w:i/>
        </w:rPr>
        <w:t>“So this is the matter: Most people misdiagnose.”</w:t>
      </w:r>
    </w:p>
    <w:p>
      <w:r>
        <w:rPr>
          <w:sz w:val="20"/>
        </w:rPr>
        <w:t>15:46  to yeh hai muamla. aksar log yeh karte hain ke nishad hi galat karte hain. yaani ghalati kahin hai aur kisi aur cheez ko le kar ghalati bata rahe hain.</w:t>
      </w:r>
      <w:r>
        <w:br/>
      </w:r>
      <w:r>
        <w:rPr>
          <w:sz w:val="20"/>
        </w:rPr>
        <w:t>16:03  ghalati kahin aur hoti hai to kisi aur cheez ko ghalat ghalat batate hain. nateeja kya hota hai? ke lambi koshish ke baad jab woh ghalati khatam ho jati hai, tab bhi wahi soorat-e-haal baqi rehti hai.</w:t>
      </w:r>
      <w:r>
        <w:br/>
      </w:r>
      <w:r>
        <w:rPr>
          <w:sz w:val="20"/>
        </w:rPr>
        <w:t>16:18  misalan jo angrez india mein thay ya faransisi arab mulkon mein thay, to saare muslehien jo thay, unhi ke peeche lag gaye ke faransisiyon ki maujoodgi arab dunya mein.</w:t>
      </w:r>
      <w:r>
        <w:br/>
      </w:r>
      <w:r>
        <w:rPr>
          <w:sz w:val="20"/>
        </w:rPr>
        <w:t>16:33  woh samajhte thay ke yeh sab bara bara masla hai. ya angrezon ki maujoodgi india mein sab se bara masla hai. bas isi ko nikalne ke liye unhon ne bari bari qurbaniyan kin ke bas yeh yeh nikle do, sab masla theek hai.</w:t>
      </w:r>
      <w:r>
        <w:br/>
      </w:r>
      <w:r>
        <w:rPr>
          <w:sz w:val="20"/>
        </w:rPr>
        <w:t>16:47  kyunke aap jante hain ke farans jo hai, arab dunya se nikal gaya. britania jo hai, indian sub continent se nikal gaya. lekin haalat wahi ka wahi hai.</w:t>
      </w:r>
      <w:r>
        <w:br/>
      </w:r>
      <w:r>
        <w:rPr>
          <w:sz w:val="20"/>
        </w:rPr>
        <w:t>16:58  phir bhi wahi. ab bhi log shikayat ki boli bolte hain. ab bhi woh protest ki boli bolte hain. ab bhi log manfi stage mein pade hue hain.</w:t>
      </w:r>
      <w:r>
        <w:br/>
      </w:r>
      <w:r>
        <w:rPr>
          <w:sz w:val="20"/>
        </w:rPr>
        <w:t>17:13  to kisi bhi muamle mein yaad rakhiye, sab se pehle hoti hai sahi tashkhees. phir hoti hai sahi tajweez. yaani pehle hota hai sahi diagnosis.</w:t>
      </w:r>
      <w:r>
        <w:br/>
      </w:r>
      <w:r>
        <w:rPr>
          <w:sz w:val="20"/>
        </w:rPr>
        <w:t>17:30  diagnosis. phir hota hai sahi prescription.</w:t>
      </w:r>
      <w:r>
        <w:br/>
      </w:r>
      <w:r>
        <w:rPr>
          <w:sz w:val="20"/>
        </w:rPr>
        <w:t>17:42  to main samajhta hoon ke is hadees mein bohat hi sahi rehnumai di gayi hai ke in baseer bazmani. is ka matlab is mein yeh cheez understood hai ke tumhare rawaiti idare tum ko baseer haal banate honge.</w:t>
      </w:r>
    </w:p>
    <w:p>
      <w:pPr>
        <w:pStyle w:val="Heading2"/>
      </w:pPr>
      <w:r>
        <w:t>Adam's repentance and second chance</w:t>
      </w:r>
    </w:p>
    <w:p>
      <w:r>
        <w:rPr>
          <w:color w:val="666666"/>
          <w:sz w:val="18"/>
        </w:rPr>
        <w:t>Replanning | February 26, 2017 · 2m 00s · at 24:24 · https://youtu.be/E120hwMH9x8?t=1464</w:t>
      </w:r>
    </w:p>
    <w:p>
      <w:r>
        <w:rPr>
          <w:i/>
        </w:rPr>
        <w:t>“Adam awwal insaan the, Allah ne unhen paida kiya.”</w:t>
      </w:r>
    </w:p>
    <w:p>
      <w:r>
        <w:rPr>
          <w:sz w:val="20"/>
        </w:rPr>
        <w:t>24:24  is duniya mein achievement un ke liye muqaddar hai jo replan karen jaise Adam pehle insan the Adam pehle insan the Allah ne un ko paida kiya paida kar ke un ko paradise mein kaha ke raho yahan lekin wahan par ek forbidden tree tha us ko unhon ne kha liya aur phir jannat</w:t>
      </w:r>
      <w:r>
        <w:br/>
      </w:r>
      <w:r>
        <w:rPr>
          <w:sz w:val="20"/>
        </w:rPr>
        <w:t>24:54  t khoi gayi un se jis se ke military ne theme banai paradise lost lekin us ke baad</w:t>
      </w:r>
      <w:r>
        <w:br/>
      </w:r>
      <w:r>
        <w:rPr>
          <w:sz w:val="20"/>
        </w:rPr>
        <w:t>25:04  unhone toba kiya giriya o zaari ki Allah se maafi mangi goya ke re planning ke liye</w:t>
      </w:r>
      <w:r>
        <w:br/>
      </w:r>
      <w:r>
        <w:rPr>
          <w:sz w:val="20"/>
        </w:rPr>
        <w:t>25:14  apne aap ko tayyar kiya to phir dobara un ko jannat mein dakhla mila to Adam</w:t>
      </w:r>
      <w:r>
        <w:br/>
      </w:r>
      <w:r>
        <w:rPr>
          <w:sz w:val="20"/>
        </w:rPr>
        <w:t>25:24  ka case yeh hai ke agar tumhara pehla plan fail ho jaye to mayoos mat ho re planning</w:t>
      </w:r>
      <w:r>
        <w:br/>
      </w:r>
      <w:r>
        <w:rPr>
          <w:sz w:val="20"/>
        </w:rPr>
        <w:t>25:32  karo re planning karo to ab insaniyat re planning ke daur mein hai lekin yeh ek hi baar</w:t>
      </w:r>
      <w:r>
        <w:br/>
      </w:r>
      <w:r>
        <w:rPr>
          <w:sz w:val="20"/>
        </w:rPr>
        <w:t>25:39  nahi hoga baar baar hoga baar baar yeh process dohraya jata rahega dekhiye agar aap sirf apne</w:t>
      </w:r>
      <w:r>
        <w:br/>
      </w:r>
      <w:r>
        <w:rPr>
          <w:sz w:val="20"/>
        </w:rPr>
        <w:t>25:47  aapas mein jeete hain apne aapas mein</w:t>
      </w:r>
      <w:r>
        <w:br/>
      </w:r>
      <w:r>
        <w:rPr>
          <w:sz w:val="20"/>
        </w:rPr>
        <w:t>25:54  apne mind mein jeete hain apne mindset mein jeete hain to is duniya mein aap ke liye</w:t>
      </w:r>
      <w:r>
        <w:br/>
      </w:r>
      <w:r>
        <w:rPr>
          <w:sz w:val="20"/>
        </w:rPr>
        <w:t>26:02  koi badi achievement nahi hai aap ko law of nature ko janna padega aap ko history ko</w:t>
      </w:r>
      <w:r>
        <w:br/>
      </w:r>
      <w:r>
        <w:rPr>
          <w:sz w:val="20"/>
        </w:rPr>
        <w:t>26:09  janna padega aap ko creator ki theory ko janna padega Adam ki story mein kya lesson</w:t>
      </w:r>
      <w:r>
        <w:br/>
      </w:r>
      <w:r>
        <w:rPr>
          <w:sz w:val="20"/>
        </w:rPr>
        <w:t>26:17  hai us ko janna padega tab aap ke liye is</w:t>
      </w:r>
    </w:p>
    <w:p>
      <w:pPr>
        <w:pStyle w:val="Heading2"/>
      </w:pPr>
      <w:r>
        <w:t>Birth in a remote village and nature-immersed childhood</w:t>
      </w:r>
    </w:p>
    <w:p>
      <w:r>
        <w:rPr>
          <w:color w:val="666666"/>
          <w:sz w:val="18"/>
        </w:rPr>
        <w:t>Glimpses from My Life January 4, 2009 · 3m 01s · at 1:51 · https://youtu.be/qLpcIX-hlC0?t=111</w:t>
      </w:r>
    </w:p>
    <w:p>
      <w:r>
        <w:rPr>
          <w:i/>
        </w:rPr>
        <w:t>“Meri paidaish ki sahi tareekh passport wali nahi hai”</w:t>
      </w:r>
    </w:p>
    <w:p>
      <w:r>
        <w:rPr>
          <w:sz w:val="20"/>
        </w:rPr>
        <w:t>1:51  dekhiye, meri paidaish jo passport par likhi hui hai, woh to hai 1 January 1925, lekin mein samajhta hoon ke yeh sahi tareekh nahi hai.</w:t>
      </w:r>
      <w:r>
        <w:br/>
      </w:r>
      <w:r>
        <w:rPr>
          <w:sz w:val="20"/>
        </w:rPr>
        <w:t>2:05  ghaliban sahi tareekh jo hai, woh hai September 1923. Ghaliban. To yahan se mein paida hua, Aligarh ke ek gaon mein,</w:t>
      </w:r>
      <w:r>
        <w:br/>
      </w:r>
      <w:r>
        <w:rPr>
          <w:sz w:val="20"/>
        </w:rPr>
        <w:t>2:19  bohat hi remote village mein, jis ka naam tha Badhriya.</w:t>
      </w:r>
      <w:r>
        <w:br/>
      </w:r>
      <w:r>
        <w:rPr>
          <w:sz w:val="20"/>
        </w:rPr>
        <w:t>2:26  to meri maan batati theen ke jab mein paida hua, to subah ko paida hua mein, aur usi raat ko unhon ne khwab dekha tha ke ek bohat bada hathi aaya,</w:t>
      </w:r>
      <w:r>
        <w:br/>
      </w:r>
      <w:r>
        <w:rPr>
          <w:sz w:val="20"/>
        </w:rPr>
        <w:t>2:40  boht bara hathi. is ne apni soot se mujh ko uthaya aur apni peeth par rakh liya, aur is ke baad chala gaya.</w:t>
      </w:r>
      <w:r>
        <w:br/>
      </w:r>
      <w:r>
        <w:rPr>
          <w:sz w:val="20"/>
        </w:rPr>
        <w:t>2:52  meri maan kehti hain ke is waqt, yaani khwab mein, wo bol rahi theen bar bar ke itna acha bacha tha, is ko hathi utha le gaya.</w:t>
      </w:r>
      <w:r>
        <w:br/>
      </w:r>
      <w:r>
        <w:rPr>
          <w:sz w:val="20"/>
        </w:rPr>
        <w:t>3:04  yeh mein samajhta hoon ke aik boht hi important khwab tha. hathi kya hai?</w:t>
      </w:r>
      <w:r>
        <w:br/>
      </w:r>
      <w:r>
        <w:rPr>
          <w:sz w:val="20"/>
        </w:rPr>
        <w:t>3:12  hathi ya doosre animal, wo natural habitat mein rehte hain. yaani nature ke andar rehte</w:t>
      </w:r>
      <w:r>
        <w:br/>
      </w:r>
      <w:r>
        <w:rPr>
          <w:sz w:val="20"/>
        </w:rPr>
        <w:t>3:20  hain. insan rehta hai, yaani cities mein, jahan culture hai, civilization hai.</w:t>
      </w:r>
      <w:r>
        <w:br/>
      </w:r>
      <w:r>
        <w:rPr>
          <w:sz w:val="20"/>
        </w:rPr>
        <w:t>3:31  to mein samajhta hoon ke yeh aik symbol tha is baat ka ke meri ibtidai parwarish nature ke mahol mein hogi.</w:t>
      </w:r>
      <w:r>
        <w:br/>
      </w:r>
      <w:r>
        <w:rPr>
          <w:sz w:val="20"/>
        </w:rPr>
        <w:t>3:45  aur waqatan aisa hi hua.</w:t>
      </w:r>
      <w:r>
        <w:br/>
      </w:r>
      <w:r>
        <w:rPr>
          <w:sz w:val="20"/>
        </w:rPr>
        <w:t>3:50  is waqt hamara gaon door ka aik gaon tha, jahan koi bhi facility maujood nahi thi, kuch bhi nahi. to goya ke yeh isi tarah se aik desert tha, jaise rasool Allah sal Allah alaih wasalam ko desert mein bhej diya gaya tha,</w:t>
      </w:r>
      <w:r>
        <w:br/>
      </w:r>
      <w:r>
        <w:rPr>
          <w:sz w:val="20"/>
        </w:rPr>
        <w:t>4:06  halima sadia ke pas. to wo aik deserted village tha. kisi qism ki koi modern cheez wahan maujood na thi.</w:t>
      </w:r>
      <w:r>
        <w:br/>
      </w:r>
      <w:r>
        <w:rPr>
          <w:sz w:val="20"/>
        </w:rPr>
        <w:t>4:16  to</w:t>
      </w:r>
      <w:r>
        <w:br/>
      </w:r>
      <w:r>
        <w:rPr>
          <w:sz w:val="20"/>
        </w:rPr>
        <w:t>4:17  mein nature mein rehta tha, khetoun mein, baghoun mein, naddi ke kinare, suraj nikalna, sunrise ko dekhna, sunset ko dekhna.</w:t>
      </w:r>
      <w:r>
        <w:br/>
      </w:r>
      <w:r>
        <w:rPr>
          <w:sz w:val="20"/>
        </w:rPr>
        <w:t>4:28  raat ke waqt mein khule aangan mein sota tha, aur der tak mein sitaron ko dekhta rehta tha. chounke wahan par pollution bilkul nahi tha, to jagmag jagmag sitare dikhai dete the.</w:t>
      </w:r>
      <w:r>
        <w:br/>
      </w:r>
      <w:r>
        <w:rPr>
          <w:sz w:val="20"/>
        </w:rPr>
        <w:t>4:45  is tarah ke mahol mein meri ibtidai parwarish hui.</w:t>
      </w:r>
    </w:p>
    <w:p>
      <w:pPr>
        <w:pStyle w:val="Heading2"/>
      </w:pPr>
      <w:r>
        <w:t>Turning minus into plus</w:t>
      </w:r>
    </w:p>
    <w:p>
      <w:r>
        <w:rPr>
          <w:color w:val="666666"/>
          <w:sz w:val="18"/>
        </w:rPr>
        <w:t>Intellectual Poverty of Intellectuals December 31, 2006 · 2m 27s · at 8:32 · https://youtu.be/xz00TfFlXkI?t=512</w:t>
      </w:r>
    </w:p>
    <w:p>
      <w:r>
        <w:rPr>
          <w:i/>
        </w:rPr>
        <w:t>“Insaan ki yeh ability ke woh manfi ko musbat mein badal sake”</w:t>
      </w:r>
    </w:p>
    <w:p>
      <w:r>
        <w:rPr>
          <w:sz w:val="20"/>
        </w:rPr>
        <w:t>8:32  adler german tha woh, to us ki kitaab hai "the individual psychology".</w:t>
      </w:r>
      <w:r>
        <w:br/>
      </w:r>
      <w:r>
        <w:rPr>
          <w:sz w:val="20"/>
        </w:rPr>
        <w:t>8:42  is kitaab mein woh kehta hai ke main ne saari zindagi insaan, m.a.n., man, insaan ki study ki.</w:t>
      </w:r>
      <w:r>
        <w:br/>
      </w:r>
      <w:r>
        <w:rPr>
          <w:sz w:val="20"/>
        </w:rPr>
        <w:t>8:54  jo sab se anokhi cheez main ne paayi woh yeh, woh yeh thi ke insaan ki yeh ability ke woh negative ko positive mein badal sake,</w:t>
      </w:r>
      <w:r>
        <w:br/>
      </w:r>
      <w:r>
        <w:rPr>
          <w:sz w:val="20"/>
        </w:rPr>
        <w:t>9:11  "the power to turn a minus into a plus".</w:t>
      </w:r>
      <w:r>
        <w:br/>
      </w:r>
      <w:r>
        <w:rPr>
          <w:sz w:val="20"/>
        </w:rPr>
        <w:t>9:22  "the power to turn a minus into a plus" . is mein kya nikla? is mein yeh nikla ke khuda ne jis dhang par dunya ko banaya to woh tha based on test.</w:t>
      </w:r>
      <w:r>
        <w:br/>
      </w:r>
      <w:r>
        <w:rPr>
          <w:sz w:val="20"/>
        </w:rPr>
        <w:t>9:43  khuda ne test ke liye banaya dunya ko, test le kar select karna aise logon ko jin ko khuda paradise mein jagah de sake.</w:t>
      </w:r>
      <w:r>
        <w:br/>
      </w:r>
      <w:r>
        <w:rPr>
          <w:sz w:val="20"/>
        </w:rPr>
        <w:t>9:54  to test ke liye freedom dena zaroori tha. to freedom jab diya gaya to log misuse karne lage is ko.</w:t>
      </w:r>
      <w:r>
        <w:br/>
      </w:r>
      <w:r>
        <w:rPr>
          <w:sz w:val="20"/>
        </w:rPr>
        <w:t>10:03  freedom ko misuse karne hi ka result hai ke hate, revenge, negative thought, yeh sab cheezein society mein hamesha rehti hain.</w:t>
      </w:r>
      <w:r>
        <w:br/>
      </w:r>
      <w:r>
        <w:rPr>
          <w:sz w:val="20"/>
        </w:rPr>
        <w:t>10:15  to lekin khuda ne ek taraf yeh kiya ke logon ko freedom di, logon ko yeh azaadi di ke woh freedom ko misuse kar saken.</w:t>
      </w:r>
      <w:r>
        <w:br/>
      </w:r>
      <w:r>
        <w:rPr>
          <w:sz w:val="20"/>
        </w:rPr>
        <w:t>10:32  to provocative situation society mein rahe hamesha. saath saath khuda ne yeh anokhi quality insaan ko de di ke woh negative ko positive mein convert kar sakta hai,</w:t>
      </w:r>
      <w:r>
        <w:br/>
      </w:r>
      <w:r>
        <w:rPr>
          <w:sz w:val="20"/>
        </w:rPr>
        <w:t>10:50  woh apne minus ko plus bana sakta hai. to yeh humein karna hai, yeh humein karna hai.</w:t>
      </w:r>
    </w:p>
    <w:p>
      <w:pPr>
        <w:pStyle w:val="Heading2"/>
      </w:pPr>
      <w:r>
        <w:t>Uthman's silent leadership lesson</w:t>
      </w:r>
    </w:p>
    <w:p>
      <w:r>
        <w:rPr>
          <w:color w:val="666666"/>
          <w:sz w:val="18"/>
        </w:rPr>
        <w:t>The Value of Silence | April 21, 2018 · 2m 33s · at 0:13 · https://youtu.be/eVOJ7dheeB8?t=13</w:t>
      </w:r>
    </w:p>
    <w:p>
      <w:r>
        <w:rPr>
          <w:i/>
        </w:rPr>
        <w:t>“بسم اللہ الرحمن الرحیم، 21 اپریل 2018۔ مجھے ایک قصہ یاد آیا”</w:t>
      </w:r>
    </w:p>
    <w:p>
      <w:r>
        <w:rPr>
          <w:sz w:val="20"/>
        </w:rPr>
        <w:t>0:13  bismillah rahman rahim, 21 april 2018.</w:t>
      </w:r>
      <w:r>
        <w:br/>
      </w:r>
      <w:r>
        <w:rPr>
          <w:sz w:val="20"/>
        </w:rPr>
        <w:t>0:23  mujhe ek qissa yaad aaya, yeh hazrat usman ka qissa hai jo teesray khalifa thay.</w:t>
      </w:r>
      <w:r>
        <w:br/>
      </w:r>
      <w:r>
        <w:rPr>
          <w:sz w:val="20"/>
        </w:rPr>
        <w:t>0:34  rasool allah ke baad</w:t>
      </w:r>
      <w:r>
        <w:br/>
      </w:r>
      <w:r>
        <w:rPr>
          <w:sz w:val="20"/>
        </w:rPr>
        <w:t>0:44  hazrat abubakar khalifa banay, phir umar, aur is ke baad usman.</w:t>
      </w:r>
      <w:r>
        <w:br/>
      </w:r>
      <w:r>
        <w:rPr>
          <w:sz w:val="20"/>
        </w:rPr>
        <w:t>1:00  to kaha jata hai ke jab hazrat usman khalifa banay to wahan mimbar hota tha, mimbar aa kar baithe,</w:t>
      </w:r>
      <w:r>
        <w:br/>
      </w:r>
      <w:r>
        <w:rPr>
          <w:sz w:val="20"/>
        </w:rPr>
        <w:t>1:16  mimbar par kharay hue, mimbar par kharay hue aur sirf aik sentence bolay aur baith gaye. woh sunnay walay bataiye. antum ala imam fa'al ahwaj minakum ila imam qawwal. tum ko karnay walay leader ki ziyada zarorat hai in leaderon se jo bolnay walay hon. is ke baad woh baith</w:t>
      </w:r>
      <w:r>
        <w:br/>
      </w:r>
      <w:r>
        <w:rPr>
          <w:sz w:val="20"/>
        </w:rPr>
        <w:t>1:46  h gaye, aur aata hai ke woh baithe rahe, baithe rahe, baithe rahe, aur tamam jo audience tha</w:t>
      </w:r>
      <w:r>
        <w:br/>
      </w:r>
      <w:r>
        <w:rPr>
          <w:sz w:val="20"/>
        </w:rPr>
        <w:t>1:56  wohi baitha raha, aur chup chap.</w:t>
      </w:r>
      <w:r>
        <w:br/>
      </w:r>
      <w:r>
        <w:rPr>
          <w:sz w:val="20"/>
        </w:rPr>
        <w:t>2:06  tamam audience chup chap baitha raha, woh bhi chup chap. is saail</w:t>
      </w:r>
      <w:r>
        <w:br/>
      </w:r>
      <w:r>
        <w:rPr>
          <w:sz w:val="20"/>
        </w:rPr>
        <w:t>2:16  nas ko toda muazzin ki azan ne, yani jab agla waqt aa gaya, asar ka waqt, kyunke shuru</w:t>
      </w:r>
      <w:r>
        <w:br/>
      </w:r>
      <w:r>
        <w:rPr>
          <w:sz w:val="20"/>
        </w:rPr>
        <w:t>2:26  hua tha juma ke baad se, tab woh log uthay.</w:t>
      </w:r>
      <w:r>
        <w:br/>
      </w:r>
      <w:r>
        <w:rPr>
          <w:sz w:val="20"/>
        </w:rPr>
        <w:t>2:36  to mein sochta tha ke aakhir kyun khalifa bhi chup rahe,</w:t>
      </w:r>
    </w:p>
    <w:p>
      <w:pPr>
        <w:pStyle w:val="Heading2"/>
      </w:pPr>
      <w:r>
        <w:t>Correcting the misused concept of wala and bara</w:t>
      </w:r>
    </w:p>
    <w:p>
      <w:r>
        <w:rPr>
          <w:color w:val="666666"/>
          <w:sz w:val="18"/>
        </w:rPr>
        <w:t>Building A Creative Personality | 20 Nov 2011 · 3m 01s · at 1:41:29 · https://youtu.be/jdfhpwfEvKg?t=6089</w:t>
      </w:r>
    </w:p>
    <w:p>
      <w:r>
        <w:rPr>
          <w:i/>
        </w:rPr>
        <w:t>“Some books claim wala is for Muslims, bara for non-Muslims.”</w:t>
      </w:r>
    </w:p>
    <w:p>
      <w:r>
        <w:rPr>
          <w:sz w:val="20"/>
        </w:rPr>
        <w:t>1:41:29  umri ka bangalore se. unhon ne likha hai ke wala aur bara ke masle ki haqeeqat kya hai? dekhiye, aaj kal kuch aisi kitabein likhi gayi hain arbon, arab duniya mein. is mein woh kehte hain ke wala musalmanon ke liye hai aur bara ghair musalmanon</w:t>
      </w:r>
      <w:r>
        <w:br/>
      </w:r>
      <w:r>
        <w:rPr>
          <w:sz w:val="20"/>
        </w:rPr>
        <w:t>1:41:59  ke liye hai.</w:t>
      </w:r>
      <w:r>
        <w:br/>
      </w:r>
      <w:r>
        <w:rPr>
          <w:sz w:val="20"/>
        </w:rPr>
        <w:t>1:42:04  kyun ke quran mein aisa aya hai, aaye hain references ke tum ko musalmanon se wala maani, yani gehra</w:t>
      </w:r>
      <w:r>
        <w:br/>
      </w:r>
      <w:r>
        <w:rPr>
          <w:sz w:val="20"/>
        </w:rPr>
        <w:t>1:42:09  ta'alluq, mohabbat ka ta'alluq, aur bara maani un se judai, alheydgi.</w:t>
      </w:r>
      <w:r>
        <w:br/>
      </w:r>
      <w:r>
        <w:rPr>
          <w:sz w:val="20"/>
        </w:rPr>
        <w:t>1:42:14  to kaha ghair muslimon se hamein judai, distance banana chahiye, juda hona chahiye, aur sirf musalmanon se hamein</w:t>
      </w:r>
      <w:r>
        <w:br/>
      </w:r>
      <w:r>
        <w:rPr>
          <w:sz w:val="20"/>
        </w:rPr>
        <w:t>1:42:19  ta'alluq rakhna chahiye.</w:t>
      </w:r>
      <w:r>
        <w:br/>
      </w:r>
      <w:r>
        <w:rPr>
          <w:sz w:val="20"/>
        </w:rPr>
        <w:t>1:42:24  to yeh aisi kitabein likhi gayi hain ke mein</w:t>
      </w:r>
      <w:r>
        <w:br/>
      </w:r>
      <w:r>
        <w:rPr>
          <w:sz w:val="20"/>
        </w:rPr>
        <w:t>1:42:29  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r>
        <w:br/>
      </w:r>
      <w:r>
        <w:rPr>
          <w:sz w:val="20"/>
        </w:rPr>
        <w:t>1:42:59  razdari bartni parti hai, raaz muntaqil ho jate hain, to hum ko distance maintain karna parega.</w:t>
      </w:r>
      <w:r>
        <w:br/>
      </w:r>
      <w:r>
        <w:rPr>
          <w:sz w:val="20"/>
        </w:rPr>
        <w:t>1:43:04  to woh halat jang ke liye is ko, is ko generalize kar diya unhon ne, aur sari duniya</w:t>
      </w:r>
      <w:r>
        <w:br/>
      </w:r>
      <w:r>
        <w:rPr>
          <w:sz w:val="20"/>
        </w:rPr>
        <w:t>1:43:09  ke jo ghair muslim hain, un se dori banao.</w:t>
      </w:r>
      <w:r>
        <w:br/>
      </w:r>
      <w:r>
        <w:rPr>
          <w:sz w:val="20"/>
        </w:rPr>
        <w:t>1:43:14  yeh bilkul galat thi, yeh islam se koi talluq is ka nahi hai.</w:t>
      </w:r>
      <w:r>
        <w:br/>
      </w:r>
      <w:r>
        <w:rPr>
          <w:sz w:val="20"/>
        </w:rPr>
        <w:t>1:43:19  arbon ka muamla dekhen, ek baat bataon mein aap ko ke sare arbon ka muamla yeh hai ke</w:t>
      </w:r>
      <w:r>
        <w:br/>
      </w:r>
      <w:r>
        <w:rPr>
          <w:sz w:val="20"/>
        </w:rPr>
        <w:t>1:43:24  woh in ka jo islam hai, woh sara ka sara falasteen se bana hai, israel se bana hai, saaf</w:t>
      </w:r>
      <w:r>
        <w:br/>
      </w:r>
      <w:r>
        <w:rPr>
          <w:sz w:val="20"/>
        </w:rPr>
        <w:t>1:43:29  isi se le kar ke in ka mind banaya hai.</w:t>
      </w:r>
      <w:r>
        <w:br/>
      </w:r>
      <w:r>
        <w:rPr>
          <w:sz w:val="20"/>
        </w:rPr>
        <w:t>1:43:35  chunki unhein nafrat hai yahudiyon se, is wajah se woh sare islam ko isi waqt explain karte hain.</w:t>
      </w:r>
      <w:r>
        <w:br/>
      </w:r>
      <w:r>
        <w:rPr>
          <w:sz w:val="20"/>
        </w:rPr>
        <w:t>1:43:40  woh sare arab jo hain, gehrai ke sath yahudi nafrat mein mubtala hain, bas yeh israel se nafrat</w:t>
      </w:r>
      <w:r>
        <w:br/>
      </w:r>
      <w:r>
        <w:rPr>
          <w:sz w:val="20"/>
        </w:rPr>
        <w:t>1:43:45  mein mubtala hain, bohat hi gehrai ke sath.</w:t>
      </w:r>
      <w:r>
        <w:br/>
      </w:r>
      <w:r>
        <w:rPr>
          <w:sz w:val="20"/>
        </w:rPr>
        <w:t>1:43:50  wohi refer karta hai in ke taqreeron mein, in ke mazmoonon mein, in ki kitabon mein.</w:t>
      </w:r>
      <w:r>
        <w:br/>
      </w:r>
      <w:r>
        <w:rPr>
          <w:sz w:val="20"/>
        </w:rPr>
        <w:t>1:43:55  toh arbon ki kitabon ko ka aap zariya na banayen.</w:t>
      </w:r>
      <w:r>
        <w:br/>
      </w:r>
      <w:r>
        <w:rPr>
          <w:sz w:val="20"/>
        </w:rPr>
        <w:t>1:44:01  aap quran o hadith ko direct parhen toh aap islam samajh mein ayega.</w:t>
      </w:r>
      <w:r>
        <w:br/>
      </w:r>
      <w:r>
        <w:rPr>
          <w:sz w:val="20"/>
        </w:rPr>
        <w:t>1:44:06  maulana, agla sawal pennsylvania se aya hai.</w:t>
      </w:r>
      <w:r>
        <w:br/>
      </w:r>
      <w:r>
        <w:rPr>
          <w:sz w:val="20"/>
        </w:rPr>
        <w:t>1:44:11  mister khawaja kaleemuddin ka.</w:t>
      </w:r>
      <w:r>
        <w:br/>
      </w:r>
      <w:r>
        <w:rPr>
          <w:sz w:val="20"/>
        </w:rPr>
        <w:t>1:44:16  unhon ne likha hai: "maulana sahib, people mix up between ijtihad and taqwa.</w:t>
      </w:r>
      <w:r>
        <w:br/>
      </w:r>
      <w:r>
        <w:rPr>
          <w:sz w:val="20"/>
        </w:rPr>
        <w:t>1:44:21  The way we refrain from doubtful things, we should also refrain from doing ijtihad due</w:t>
      </w:r>
      <w:r>
        <w:br/>
      </w:r>
      <w:r>
        <w:rPr>
          <w:sz w:val="20"/>
        </w:rPr>
        <w:t>1:44:26  to the fear of going wrong.</w:t>
      </w:r>
    </w:p>
    <w:p>
      <w:pPr>
        <w:pStyle w:val="Heading2"/>
      </w:pPr>
      <w:r>
        <w:t>Newton and Galileo avoided distraction</w:t>
      </w:r>
    </w:p>
    <w:p>
      <w:r>
        <w:rPr>
          <w:color w:val="666666"/>
          <w:sz w:val="18"/>
        </w:rPr>
        <w:t>Distraction is the Source of Destruction August 5, 2007 · 1m 01s · at 16:00 · https://youtu.be/E5Xo0_emjIs?t=960</w:t>
      </w:r>
    </w:p>
    <w:p>
      <w:r>
        <w:rPr>
          <w:i/>
        </w:rPr>
        <w:t>“Newton, Galileo, Copernicus succeeded without distraction”</w:t>
      </w:r>
    </w:p>
    <w:p>
      <w:r>
        <w:rPr>
          <w:sz w:val="20"/>
        </w:rPr>
        <w:t>16:00  ab is ki teesri misaal mein deta hoon aap ko. Newton ki, Galileo ki aur Copernicus ki. unhone dunya ko bohat bari cheez di.</w:t>
      </w:r>
      <w:r>
        <w:br/>
      </w:r>
      <w:r>
        <w:rPr>
          <w:sz w:val="20"/>
        </w:rPr>
        <w:t>16:13  Newton ne aur Galileo ne aur Copernicus ne dunya ko bohat bari cheez di. yani jadeed falakiyat di un ko.</w:t>
      </w:r>
      <w:r>
        <w:br/>
      </w:r>
      <w:r>
        <w:rPr>
          <w:sz w:val="20"/>
        </w:rPr>
        <w:t>16:24  falakiyat se nikal kar yani insani tareekh ko unhone falakiyat se nikala aur jadeed falakiyat tak pohanchaya. yeh kitna bara in ka deen hai, kitna bara contribution hai.</w:t>
      </w:r>
      <w:r>
        <w:br/>
      </w:r>
      <w:r>
        <w:rPr>
          <w:sz w:val="20"/>
        </w:rPr>
        <w:t>16:36  to mein samajhta hoon ke Newton ne aur Galileo ne aur aur yeh Copernicus ne, in ka case destruction case nahi hai.</w:t>
      </w:r>
      <w:r>
        <w:br/>
      </w:r>
      <w:r>
        <w:rPr>
          <w:sz w:val="20"/>
        </w:rPr>
        <w:t>16:50  ek hasil karne wali line pakri unhone. aur is mein woh kamyab hue. aur dunya ko bohat bari cheez de kar gaye jab gaye to.</w:t>
      </w:r>
    </w:p>
    <w:p>
      <w:pPr>
        <w:pStyle w:val="Heading2"/>
      </w:pPr>
      <w:r>
        <w:t>Alexander the Great's failure due to idealism</w:t>
      </w:r>
    </w:p>
    <w:p>
      <w:r>
        <w:rPr>
          <w:color w:val="666666"/>
          <w:sz w:val="18"/>
        </w:rPr>
        <w:t>Idealism vs Practical Wisdom 13 Nov 2011 - Maulana Wahiduddin Khan · 2m 43s · at 7:41 · https://youtu.be/_aRRsKhGoWo?t=461</w:t>
      </w:r>
    </w:p>
    <w:p>
      <w:r>
        <w:rPr>
          <w:i/>
        </w:rPr>
        <w:t>“Is zamane mein wahan ka jo badshah tha”</w:t>
      </w:r>
    </w:p>
    <w:p>
      <w:r>
        <w:rPr>
          <w:sz w:val="20"/>
        </w:rPr>
        <w:t>7:41  is zamane mein wahan ka jo badshah tha, to us ka aik jo shehzada tha, jo crown prince bhi tha, to crown prince jo tha, us ka naam tha Alexander.</w:t>
      </w:r>
      <w:r>
        <w:br/>
      </w:r>
      <w:r>
        <w:rPr>
          <w:sz w:val="20"/>
        </w:rPr>
        <w:t>7:55  us ka woh ustaad ban gaya, tutor ban gaya, us ka ustaad ban gaya. to Aristotle ne yeh theory develop ki thi ke zindagi mein idealism hona chahiye.</w:t>
      </w:r>
      <w:r>
        <w:br/>
      </w:r>
      <w:r>
        <w:rPr>
          <w:sz w:val="20"/>
        </w:rPr>
        <w:t>8:11  ideal government, ideal society, ideal state, yeh tha us ka khwab. to is ka nazariya yeh tha ke agar ruler jo hai, woh philosopher ho to bas sab kuch ideal ho jayega.</w:t>
      </w:r>
      <w:r>
        <w:br/>
      </w:r>
      <w:r>
        <w:rPr>
          <w:sz w:val="20"/>
        </w:rPr>
        <w:t>8:28  woh philosophy ko queen of art manta tha.</w:t>
      </w:r>
      <w:r>
        <w:br/>
      </w:r>
      <w:r>
        <w:rPr>
          <w:sz w:val="20"/>
        </w:rPr>
        <w:t>8:34  to us ko mauqa mil gaya ke jo crown prince tha, us ka woh tutor ban jaye. aur ban gaya woh.</w:t>
      </w:r>
      <w:r>
        <w:br/>
      </w:r>
      <w:r>
        <w:rPr>
          <w:sz w:val="20"/>
        </w:rPr>
        <w:t>8:44  aur us ko khoob tayyar kiya. is ne is ka naam baad ko mashhoor hua, Alexander the Great, Sikandar Azam.</w:t>
      </w:r>
      <w:r>
        <w:br/>
      </w:r>
      <w:r>
        <w:rPr>
          <w:sz w:val="20"/>
        </w:rPr>
        <w:t>8:57  lekin aap dekhiye kya nateeja nikla? baap ke marne ke baad jab Alexander the Great is jab baitha takht par to is ka sara concern yeh ho gaya ke apne hukoomat ka expansion,</w:t>
      </w:r>
      <w:r>
        <w:br/>
      </w:r>
      <w:r>
        <w:rPr>
          <w:sz w:val="20"/>
        </w:rPr>
        <w:t>9:16  yani Greece mein to us ki quwwat thi, expansion. ab is ne army banai. ab Greece se chal kar ke woh fateh karta hua Punjab tak pohanch gaya.</w:t>
      </w:r>
      <w:r>
        <w:br/>
      </w:r>
      <w:r>
        <w:rPr>
          <w:sz w:val="20"/>
        </w:rPr>
        <w:t>9:31  India ka Punjab jo hai, darya-e-Sindh tak. itna bara area fateh kiya is ne. lekin jo is ki jo army thi, Punjab pohanch kar woh thak chuki thi.</w:t>
      </w:r>
      <w:r>
        <w:br/>
      </w:r>
      <w:r>
        <w:rPr>
          <w:sz w:val="20"/>
        </w:rPr>
        <w:t>9:47  thak chuki thi. is ne mosoof Panjabiyan fateh kiya, Egypt fateh kiya. wahan apne naam ke sath Alexandria shehar qaim kiya, jo aap bhi ab bhi maujood hai.</w:t>
      </w:r>
      <w:r>
        <w:br/>
      </w:r>
      <w:r>
        <w:rPr>
          <w:sz w:val="20"/>
        </w:rPr>
        <w:t>10:01  lekin Punjab tak pohanch kar is ka army thak gayi. is ne inkar kar diya ke hum aage nahi barh sakte. to kya hua? frustration, bohat frustration hua Alexander the Great ko.</w:t>
      </w:r>
      <w:r>
        <w:br/>
      </w:r>
      <w:r>
        <w:rPr>
          <w:sz w:val="20"/>
        </w:rPr>
        <w:t>10:13  frustration mein mar gaya woh. aur jab mara to is ki umar kitni thi? sirf 33 years, sirf 33 saal.</w:t>
      </w:r>
    </w:p>
    <w:p>
      <w:pPr>
        <w:pStyle w:val="Heading2"/>
      </w:pPr>
      <w:r>
        <w:t>Prophet's reassessment after Uhud</w:t>
      </w:r>
    </w:p>
    <w:p>
      <w:r>
        <w:rPr>
          <w:color w:val="666666"/>
          <w:sz w:val="18"/>
        </w:rPr>
        <w:t>The Problem of Conditioning 22 April 2012 - Maulana Wahiduddin Khan · 2m 28s · at 38:02 · https://youtu.be/v4QLXjeTK9s?t=2282</w:t>
      </w:r>
    </w:p>
    <w:p>
      <w:r>
        <w:rPr>
          <w:i/>
        </w:rPr>
        <w:t>“Rasool Allah ne Uhud ke mauqa par”</w:t>
      </w:r>
    </w:p>
    <w:p>
      <w:r>
        <w:rPr>
          <w:sz w:val="20"/>
        </w:rPr>
        <w:t>38:02  dekhiye mein yahan par ek misaal dena chahta hoon. ijtimai zindagi mein muhasbe ki misaal. rasool Allah sal Allah alaihi wasallam ne</w:t>
      </w:r>
      <w:r>
        <w:br/>
      </w:r>
      <w:r>
        <w:rPr>
          <w:sz w:val="20"/>
        </w:rPr>
        <w:t>38:17  uhud ke mauqe par, uhud ke mauqe par khabar mili ke makka ke sardar ek badi fauj le kar ke aa rahe hain madine par hamla karne ke liye.</w:t>
      </w:r>
      <w:r>
        <w:br/>
      </w:r>
      <w:r>
        <w:rPr>
          <w:sz w:val="20"/>
        </w:rPr>
        <w:t>38:34  to aap ne</w:t>
      </w:r>
      <w:r>
        <w:br/>
      </w:r>
      <w:r>
        <w:rPr>
          <w:sz w:val="20"/>
        </w:rPr>
        <w:t>38:37  faisla kiya ke bahir nikal kar muqabla karein. uhud pahad ke pas aap gaye sahaba ko le kar.</w:t>
      </w:r>
      <w:r>
        <w:br/>
      </w:r>
      <w:r>
        <w:rPr>
          <w:sz w:val="20"/>
        </w:rPr>
        <w:t>38:47  to wahan par kuch log the, woh kehte the ke madine ki tareekh yeh batati hai ke yahan par jab hum madine mein reh kar muqabla karte hain</w:t>
      </w:r>
      <w:r>
        <w:br/>
      </w:r>
      <w:r>
        <w:rPr>
          <w:sz w:val="20"/>
        </w:rPr>
        <w:t>38:57  to hum dushman par kamyab hote hain. aur bahir niklte hain to hum nakam hote hain. lekin naujawan sahaba ka zor tha ke nahi, hum bahir nikal kar ladeinge.</w:t>
      </w:r>
      <w:r>
        <w:br/>
      </w:r>
      <w:r>
        <w:rPr>
          <w:sz w:val="20"/>
        </w:rPr>
        <w:t>39:09  chunanche rasool Allah sal Allah alaihi wasallam uhud ke</w:t>
      </w:r>
      <w:r>
        <w:br/>
      </w:r>
      <w:r>
        <w:rPr>
          <w:sz w:val="20"/>
        </w:rPr>
        <w:t>39:14  mauqe par shehar se bahir nikal kar ke wahan pahunche jahan uhud pahad hai. aur wahan par ladai hui.</w:t>
      </w:r>
      <w:r>
        <w:br/>
      </w:r>
      <w:r>
        <w:rPr>
          <w:sz w:val="20"/>
        </w:rPr>
        <w:t>39:23  aap jante hain uhud ke mamle mein zabardast shikast hui.</w:t>
      </w:r>
      <w:r>
        <w:br/>
      </w:r>
      <w:r>
        <w:rPr>
          <w:sz w:val="20"/>
        </w:rPr>
        <w:t>39:30  bohat se sahaba</w:t>
      </w:r>
      <w:r>
        <w:br/>
      </w:r>
      <w:r>
        <w:rPr>
          <w:sz w:val="20"/>
        </w:rPr>
        <w:t>39:31  is mein halak ho gaye. is ka matlab yeh hai ke yeh strategy jo thi ke madine se bahir ja kar ke muqabla kiya jaye, yeh strategy qabil nazar sani ho gayi.</w:t>
      </w:r>
      <w:r>
        <w:br/>
      </w:r>
      <w:r>
        <w:rPr>
          <w:sz w:val="20"/>
        </w:rPr>
        <w:t>39:44  chunanche is ke baad jab agla mauqa aaya ke yeh khabar mili ke</w:t>
      </w:r>
      <w:r>
        <w:br/>
      </w:r>
      <w:r>
        <w:rPr>
          <w:sz w:val="20"/>
        </w:rPr>
        <w:t>39:50  wo dobara aa rahe hain hamla karne ke liye, yani ghazwa-e-khandaq ke mauqe par. to aap ne dekhiye is ko nahi dohraya ke madine se bahir ja kar muqabla karein.</w:t>
      </w:r>
      <w:r>
        <w:br/>
      </w:r>
      <w:r>
        <w:rPr>
          <w:sz w:val="20"/>
        </w:rPr>
        <w:t>40:01  yani khabar mil chuki thi ke woh log aa rahe hain barah hazar ka lashkar le kar ke, magar aap madine se nikal ke bahir nahi gaye.</w:t>
      </w:r>
      <w:r>
        <w:br/>
      </w:r>
      <w:r>
        <w:rPr>
          <w:sz w:val="20"/>
        </w:rPr>
        <w:t>40:10  madine mein reh kar ke aap ne khandaq khodi. ke agar woh log aayenge, madine mein ghusenge to yahin hum muqabla kareinge, yahin ladeinge un se.</w:t>
      </w:r>
      <w:r>
        <w:br/>
      </w:r>
      <w:r>
        <w:rPr>
          <w:sz w:val="20"/>
        </w:rPr>
        <w:t>40:21  chunanche is mein jeet hui. ghazwa-e-khandaq mein jeet hui. to yeh hai revise karna, re assess karna, nazar sani karna.</w:t>
      </w:r>
    </w:p>
    <w:p>
      <w:pPr>
        <w:pStyle w:val="Heading2"/>
      </w:pPr>
      <w:r>
        <w:t>Tatfif and solution through full story</w:t>
      </w:r>
    </w:p>
    <w:p>
      <w:r>
        <w:rPr>
          <w:color w:val="666666"/>
          <w:sz w:val="18"/>
        </w:rPr>
        <w:t>Gujrat Riots | May 23, 2009 - Maulana Wahiduddin Khan · 2m 31s · at 14:33 · https://youtu.be/QO70zMFtXGY?t=873</w:t>
      </w:r>
    </w:p>
    <w:p>
      <w:r>
        <w:rPr>
          <w:i/>
        </w:rPr>
        <w:t>“They reported Gujarat by act of tatfif.”</w:t>
      </w:r>
    </w:p>
    <w:p>
      <w:r>
        <w:rPr>
          <w:sz w:val="20"/>
        </w:rPr>
        <w:t>14:33  leaders, all these reporters, all these people gave, committed this kind of crime. They reported Gujarat by act of tatfif. They gave the half, half of the story and they, and they, and they,</w:t>
      </w:r>
      <w:r>
        <w:br/>
      </w:r>
      <w:r>
        <w:rPr>
          <w:sz w:val="20"/>
        </w:rPr>
        <w:t>15:04  they avoided the half of the story. So I, I cannot afford this kind of tatfif. So I, I'm telling the full story before you. Now, what is the solution? Even today, although on the surface there is, there seems to be no problem, but underground there is</w:t>
      </w:r>
      <w:r>
        <w:br/>
      </w:r>
      <w:r>
        <w:rPr>
          <w:sz w:val="20"/>
        </w:rPr>
        <w:t>15:34  problem. Both the communities are living in suspicion in, in, in some kind hate, some kind of hate, both the communities. So if we want to normalize the situation in real sense of the word, so we have to, you have to narrate the full story, full stor</w:t>
      </w:r>
      <w:r>
        <w:br/>
      </w:r>
      <w:r>
        <w:rPr>
          <w:sz w:val="20"/>
        </w:rPr>
        <w:t>16:04  y. Without telling the full, full story, you cannot normalize the situation. We have some, there are some, um, members of our mission, these, these people have no such negative thought in Gujarat. There are, there are hundreds of people who are member of our mission</w:t>
      </w:r>
      <w:r>
        <w:br/>
      </w:r>
      <w:r>
        <w:rPr>
          <w:sz w:val="20"/>
        </w:rPr>
        <w:t>16:34  . Recently I visited Gujarat third time, so I found there, there, there are many readers of our, of our writings, our magazine. So they are completely free of that kind of hate because they know they, they have developed the objective thinking, logical thinking, scientific thinking, Islamic thinking. So</w:t>
      </w:r>
    </w:p>
    <w:p>
      <w:pPr>
        <w:pStyle w:val="Heading2"/>
      </w:pPr>
      <w:r>
        <w:t>Prophet's prediction of following Jews</w:t>
      </w:r>
    </w:p>
    <w:p>
      <w:r>
        <w:rPr>
          <w:color w:val="666666"/>
          <w:sz w:val="18"/>
        </w:rPr>
        <w:t>Dars-e-Quran, Chapter 2, Verses 67-73, May 6, 2018 · 1m 24s · at 6:35 · https://youtu.be/JAsg4SpiVDU?t=395</w:t>
      </w:r>
    </w:p>
    <w:p>
      <w:r>
        <w:rPr>
          <w:i/>
        </w:rPr>
        <w:t>“A hadith says: You will follow the ways of those before you”</w:t>
      </w:r>
    </w:p>
    <w:p>
      <w:r>
        <w:rPr>
          <w:sz w:val="20"/>
        </w:rPr>
        <w:t>6:35  bahut bahut pooch guchh ke baad raazi hue hue, lekin sab se zyada important baat is silsile mein jo hai, woh doosri hai. Dekhiye, ek hadith kitabon aksar kitabon mein aayi hai, ek riwayat hadith ki aksar kitabon mein aayi hai,</w:t>
      </w:r>
      <w:r>
        <w:br/>
      </w:r>
      <w:r>
        <w:rPr>
          <w:sz w:val="20"/>
        </w:rPr>
        <w:t>6:56  woh yeh ke: "latatba'unanna sunana man kana qablakum shibran bishibrin, dhira'an bidhira'in, hatta wa la dakhloo thababan ladakhaltumhu".</w:t>
      </w:r>
      <w:r>
        <w:br/>
      </w:r>
      <w:r>
        <w:rPr>
          <w:sz w:val="20"/>
        </w:rPr>
        <w:t>7:14  bilkul yeh dekhiye, yeh hadith jo hai, woh sahih hadith hai. Is mein Rasool Allah ne farmaya</w:t>
      </w:r>
      <w:r>
        <w:br/>
      </w:r>
      <w:r>
        <w:rPr>
          <w:sz w:val="20"/>
        </w:rPr>
        <w:t>7:23  taakeed ki zabaan mein ke tum zaroor</w:t>
      </w:r>
      <w:r>
        <w:br/>
      </w:r>
      <w:r>
        <w:rPr>
          <w:sz w:val="20"/>
        </w:rPr>
        <w:t>7:30  follow karoge, tum zaroor follow karoge Yahood ke tareeqe ko. Jo jo Yahood ne kiya, woh woh sab tum zaroor karoge.</w:t>
      </w:r>
      <w:r>
        <w:br/>
      </w:r>
      <w:r>
        <w:rPr>
          <w:sz w:val="20"/>
        </w:rPr>
        <w:t>7:48  toh zahir hai ke Rasool Allah ki yeh baat ek peshangoi hai, woh peshangoi zaroor sahih honi chahiye, kyunke double taakeed hai.</w:t>
      </w:r>
    </w:p>
    <w:p>
      <w:pPr>
        <w:pStyle w:val="Heading2"/>
      </w:pPr>
      <w:r>
        <w:t>Adam, angels, and Iblis: first lesson on power</w:t>
      </w:r>
    </w:p>
    <w:p>
      <w:r>
        <w:rPr>
          <w:color w:val="666666"/>
          <w:sz w:val="18"/>
        </w:rPr>
        <w:t>Between Possible and Impossible December 9, 2012 · 2m 56s · at 7:27 · https://youtu.be/Q0tC7obKbT8?t=447</w:t>
      </w:r>
    </w:p>
    <w:p>
      <w:r>
        <w:rPr>
          <w:i/>
        </w:rPr>
        <w:t>“اللہ تعالیٰ نے پیدا کیا تھا پہلے آدم کو”</w:t>
      </w:r>
    </w:p>
    <w:p>
      <w:r>
        <w:rPr>
          <w:sz w:val="20"/>
        </w:rPr>
        <w:t>7:27  dekhiye, Allah taala ne paida kiya tha pehle Adam ko jo first man thay. to us waqt Adam, insaan ke ilawa do aur log thay, aik jin aur doosre angels, yani jinat aur farishtay.</w:t>
      </w:r>
      <w:r>
        <w:br/>
      </w:r>
      <w:r>
        <w:rPr>
          <w:sz w:val="20"/>
        </w:rPr>
        <w:t>7:47  to quran mein bataya gaya hai ke Allah taala ne jab insaan ko paida kiya to jin aur malaika dono se kaha ke tum is ke aagay jhuk jao.</w:t>
      </w:r>
      <w:r>
        <w:br/>
      </w:r>
      <w:r>
        <w:rPr>
          <w:sz w:val="20"/>
        </w:rPr>
        <w:t>7:58  jhukne ka matlab kya tha? jhukna jo hai, Allah taala ka jo creational plan hai, us ko batana tha. kyun ke Adam ko Allah ne degree ka declare kiya tha ke yeh khalifa, yani khaleefa ho gaya zameen par.</w:t>
      </w:r>
      <w:r>
        <w:br/>
      </w:r>
      <w:r>
        <w:rPr>
          <w:sz w:val="20"/>
        </w:rPr>
        <w:t>8:14  khilafat di un ko. khilafat ka matlab kya hai? political power. khilafat koi holy institution nahi hai.</w:t>
      </w:r>
      <w:r>
        <w:br/>
      </w:r>
      <w:r>
        <w:rPr>
          <w:sz w:val="20"/>
        </w:rPr>
        <w:t>8:24  aik temporary period ke liye political power. yahi hai khilafat. to</w:t>
      </w:r>
      <w:r>
        <w:br/>
      </w:r>
      <w:r>
        <w:rPr>
          <w:sz w:val="20"/>
        </w:rPr>
        <w:t>8:33  firishton ne doubt kiya aur jin ka jo iblis, jo jin jinon ka jo sardar tha, iblis, us ne is ko challenge kiya.</w:t>
      </w:r>
      <w:r>
        <w:br/>
      </w:r>
      <w:r>
        <w:rPr>
          <w:sz w:val="20"/>
        </w:rPr>
        <w:t>8:46  yani yeh us ne dikhaya ke Adam se zyada mein is ka, mera right hai, mein, mein zyada haqdar hoon is ka.</w:t>
      </w:r>
      <w:r>
        <w:br/>
      </w:r>
      <w:r>
        <w:rPr>
          <w:sz w:val="20"/>
        </w:rPr>
        <w:t>8:57  ab aap dekhiye ke kya hua ke firishton ne to rethink kiya. rethink kar ke unhon ne apnay ko adjust kar liya.</w:t>
      </w:r>
      <w:r>
        <w:br/>
      </w:r>
      <w:r>
        <w:rPr>
          <w:sz w:val="20"/>
        </w:rPr>
        <w:t>9:09  lekin jo iblis tha, us ne rethink nahi kiya. woh apnay, yani us ne apnay tareeqay par woh qaim raha.</w:t>
      </w:r>
      <w:r>
        <w:br/>
      </w:r>
      <w:r>
        <w:rPr>
          <w:sz w:val="20"/>
        </w:rPr>
        <w:t>9:21  yahan tak ke nateeja kya hua ke Khuda ne Iblees ko aur us ki poori jo community thi, us ko apni blessing se mahroom kar diya.</w:t>
      </w:r>
      <w:r>
        <w:br/>
      </w:r>
      <w:r>
        <w:rPr>
          <w:sz w:val="20"/>
        </w:rPr>
        <w:t>9:35  Quran mein ek lanat kiya, lanat ka matlab hai blessing se mahroom karna. To abadi tor par jinnat jo hai aur Iblees jo hai, Allah ki blessing se mahroom ho gaye.</w:t>
      </w:r>
      <w:r>
        <w:br/>
      </w:r>
      <w:r>
        <w:rPr>
          <w:sz w:val="20"/>
        </w:rPr>
        <w:t>9:49  yeh kya hai</w:t>
      </w:r>
      <w:r>
        <w:br/>
      </w:r>
      <w:r>
        <w:rPr>
          <w:sz w:val="20"/>
        </w:rPr>
        <w:t>9:51  ? Yeh bilkul, yaani jab zindagi shuru hui, jab insaan ka aaghaz hua, usi waqt Allah ne bata diya hai ke zindagi ka kamyab zindagi ka raaz kya hoga.</w:t>
      </w:r>
      <w:r>
        <w:br/>
      </w:r>
      <w:r>
        <w:rPr>
          <w:sz w:val="20"/>
        </w:rPr>
        <w:t>10:04  woh yeh hai ke yahan par ek hai Allah ka creation plan, ek hai Khuda ki scheme of things. To tum ko is se mutabiqat karni hogi.</w:t>
      </w:r>
      <w:r>
        <w:br/>
      </w:r>
      <w:r>
        <w:rPr>
          <w:sz w:val="20"/>
        </w:rPr>
        <w:t>10:14  agar tum se mutabiqat nahi karoge to tum khud is ko, yaani is ki price tum ko khud deni padegi.</w:t>
      </w:r>
    </w:p>
    <w:p>
      <w:pPr>
        <w:pStyle w:val="Heading2"/>
      </w:pPr>
      <w:r>
        <w:t>Principles of da'wah: trust and focus</w:t>
      </w:r>
    </w:p>
    <w:p>
      <w:r>
        <w:rPr>
          <w:color w:val="666666"/>
          <w:sz w:val="18"/>
        </w:rPr>
        <w:t>Spirit of the Age Nov 6, 2016 · 9m 22s · at 46:07 · https://youtu.be/QAW9LP53xQk?t=2767</w:t>
      </w:r>
    </w:p>
    <w:p>
      <w:r>
        <w:rPr>
          <w:i/>
        </w:rPr>
        <w:t>“What should be the starting point?”</w:t>
      </w:r>
    </w:p>
    <w:p>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r>
        <w:br/>
      </w:r>
      <w:r>
        <w:rPr>
          <w:sz w:val="20"/>
        </w:rPr>
        <w:t>48:30  Maulana, agla sawal Ahmedabad se Kabir Khan sahib ne kiya hai, aur unhone likha hai: Maulana</w:t>
      </w:r>
      <w:r>
        <w:br/>
      </w:r>
      <w:r>
        <w:rPr>
          <w:sz w:val="20"/>
        </w:rPr>
        <w:t>48:36  sahib, I agree with you that Muslims should understand the spirit of age, but it is also a</w:t>
      </w:r>
      <w:r>
        <w:br/>
      </w:r>
      <w:r>
        <w:rPr>
          <w:sz w:val="20"/>
        </w:rPr>
        <w:t>48:42  reality that there are true incidents which show that they have happened against the Muslims, and the perpetrators</w:t>
      </w:r>
      <w:r>
        <w:br/>
      </w:r>
      <w:r>
        <w:rPr>
          <w:sz w:val="20"/>
        </w:rPr>
        <w:t>48:48  have also openly claimed their anti-Islam stand.</w:t>
      </w:r>
      <w:r>
        <w:br/>
      </w:r>
      <w:r>
        <w:rPr>
          <w:sz w:val="20"/>
        </w:rPr>
        <w:t>48:54  Why is it that you don't speak against such atrocities?</w:t>
      </w:r>
      <w:r>
        <w:br/>
      </w:r>
      <w:r>
        <w:rPr>
          <w:sz w:val="20"/>
        </w:rPr>
        <w:t>48:59  Is ka jawab bhi wahi doon ga mein ke rajaz mein phanse hue hain.</w:t>
      </w:r>
      <w:r>
        <w:br/>
      </w:r>
      <w:r>
        <w:rPr>
          <w:sz w:val="20"/>
        </w:rPr>
        <w:t>49:04  Quran ki surah jo hai Al-Mudathir, us ko parhiye aap.</w:t>
      </w:r>
      <w:r>
        <w:br/>
      </w:r>
      <w:r>
        <w:rPr>
          <w:sz w:val="20"/>
        </w:rPr>
        <w:t>49:09  Rasool Allah se kaha gaya ke dawat ka kaam karo aur rajaz ko chodo.</w:t>
      </w:r>
      <w:r>
        <w:br/>
      </w:r>
      <w:r>
        <w:rPr>
          <w:sz w:val="20"/>
        </w:rPr>
        <w:t>49:14  Yaani peghambar bhi dawat ka positive kaam sirf is waqt kar sakta tha jab ke rajaz ko chhod</w:t>
      </w:r>
      <w:r>
        <w:br/>
      </w:r>
      <w:r>
        <w:rPr>
          <w:sz w:val="20"/>
        </w:rPr>
        <w:t>49:19  de woh, kyun ke rajaz jo hai, rajaz jo hai, kisi ki conspiracy se nahi aata.</w:t>
      </w:r>
      <w:r>
        <w:br/>
      </w:r>
      <w:r>
        <w:rPr>
          <w:sz w:val="20"/>
        </w:rPr>
        <w:t>49:24  Rizq, rajaz jo hai, kisi conspiracy se, yaani dushmani se nahi aata.</w:t>
      </w:r>
      <w:r>
        <w:br/>
      </w:r>
      <w:r>
        <w:rPr>
          <w:sz w:val="20"/>
        </w:rPr>
        <w:t>49:29  Woh aata hai is is law of nature se ke Allah ne ya creator ne har insan ko</w:t>
      </w:r>
      <w:r>
        <w:br/>
      </w:r>
      <w:r>
        <w:rPr>
          <w:sz w:val="20"/>
        </w:rPr>
        <w:t>49:34  azadi de di, azadi, total freedom.</w:t>
      </w:r>
      <w:r>
        <w:br/>
      </w:r>
      <w:r>
        <w:rPr>
          <w:sz w:val="20"/>
        </w:rPr>
        <w:t>49:39  To apni freedom ko apne hisab se istemal karne ka.</w:t>
      </w:r>
      <w:r>
        <w:br/>
      </w:r>
      <w:r>
        <w:rPr>
          <w:sz w:val="20"/>
        </w:rPr>
        <w:t>49:44  Aap ko lagta hai ke yeh aap ke khilaf hai to us ko ignore kijiye, us ko mitane</w:t>
      </w:r>
      <w:r>
        <w:br/>
      </w:r>
      <w:r>
        <w:rPr>
          <w:sz w:val="20"/>
        </w:rPr>
        <w:t>49:49  ki koshish mat kijiye, ignore kijiye.</w:t>
      </w:r>
      <w:r>
        <w:br/>
      </w:r>
      <w:r>
        <w:rPr>
          <w:sz w:val="20"/>
        </w:rPr>
        <w:t>49:54  Aap ko jo azadi mili hai, us ko istemal kijiye.</w:t>
      </w:r>
      <w:r>
        <w:br/>
      </w:r>
      <w:r>
        <w:rPr>
          <w:sz w:val="20"/>
        </w:rPr>
        <w:t>49:59  isi wisdom ko lack kar rahe hain log, is wajah se problem hai.</w:t>
      </w:r>
      <w:r>
        <w:br/>
      </w:r>
      <w:r>
        <w:rPr>
          <w:sz w:val="20"/>
        </w:rPr>
        <w:t>50:04  It is problem created by lack of wisdom۔</w:t>
      </w:r>
      <w:r>
        <w:br/>
      </w:r>
      <w:r>
        <w:rPr>
          <w:sz w:val="20"/>
        </w:rPr>
        <w:t>50:09  ji, maulana sahib, agla sawal bheja hai lucknow se nadeem sahib ne, aur unhon ne likha hai: maulana</w:t>
      </w:r>
      <w:r>
        <w:br/>
      </w:r>
      <w:r>
        <w:rPr>
          <w:sz w:val="20"/>
        </w:rPr>
        <w:t>50:15  sahib, sometimes raising noise aur peaceful protest helps in highlighting issues to the authorities so they can check</w:t>
      </w:r>
      <w:r>
        <w:br/>
      </w:r>
      <w:r>
        <w:rPr>
          <w:sz w:val="20"/>
        </w:rPr>
        <w:t>50:20  the nuisance makers۔</w:t>
      </w:r>
      <w:r>
        <w:br/>
      </w:r>
      <w:r>
        <w:rPr>
          <w:sz w:val="20"/>
        </w:rPr>
        <w:t>50:25  Many social issues have got addressed as a result of such noisy campaigns in the public domain۔</w:t>
      </w:r>
      <w:r>
        <w:br/>
      </w:r>
      <w:r>
        <w:rPr>
          <w:sz w:val="20"/>
        </w:rPr>
        <w:t>50:30  Don't you think therefore that staging of protests like these sometimes is justified؟ dekhiye, justification dekhna kafi nahi</w:t>
      </w:r>
      <w:r>
        <w:br/>
      </w:r>
      <w:r>
        <w:rPr>
          <w:sz w:val="20"/>
        </w:rPr>
        <w:t>50:35  hai, result ko dekhen۔</w:t>
      </w:r>
      <w:r>
        <w:br/>
      </w:r>
      <w:r>
        <w:rPr>
          <w:sz w:val="20"/>
        </w:rPr>
        <w:t>50:40  Result ko jo shor o ghoul karte hain, main to aaj tak kabhi is ka koi positive result dekha nahi۔</w:t>
      </w:r>
      <w:r>
        <w:br/>
      </w:r>
      <w:r>
        <w:rPr>
          <w:sz w:val="20"/>
        </w:rPr>
        <w:t>50:45  sadkon par muzahire hote hain, result kuch nahi۔</w:t>
      </w:r>
      <w:r>
        <w:br/>
      </w:r>
      <w:r>
        <w:rPr>
          <w:sz w:val="20"/>
        </w:rPr>
        <w:t>50:50  to sirf yeh dekhna kafi nahi hai ke aap ka shor o ghoul jo hai, justified shor o</w:t>
      </w:r>
      <w:r>
        <w:br/>
      </w:r>
      <w:r>
        <w:rPr>
          <w:sz w:val="20"/>
        </w:rPr>
        <w:t>50:55  ghoul hai, yeh sirf kafi nahi hai۔</w:t>
      </w:r>
      <w:r>
        <w:br/>
      </w:r>
      <w:r>
        <w:rPr>
          <w:sz w:val="20"/>
        </w:rPr>
        <w:t>51:00  dekhna chahiye ke is se result kya nikla۔</w:t>
      </w:r>
      <w:r>
        <w:br/>
      </w:r>
      <w:r>
        <w:rPr>
          <w:sz w:val="20"/>
        </w:rPr>
        <w:t>51:05  hadith mein aata hai ke bin hasan ne kitab mein mure, turka malaa yani hai۔</w:t>
      </w:r>
      <w:r>
        <w:br/>
      </w:r>
      <w:r>
        <w:rPr>
          <w:sz w:val="20"/>
        </w:rPr>
        <w:t>51:10  jis cheez mein result na ho, us ko chhoden۔</w:t>
      </w:r>
      <w:r>
        <w:br/>
      </w:r>
      <w:r>
        <w:rPr>
          <w:sz w:val="20"/>
        </w:rPr>
        <w:t>51:15  sirf yeh mat dekhen ke hum hum haq par hain۔</w:t>
      </w:r>
      <w:r>
        <w:br/>
      </w:r>
      <w:r>
        <w:rPr>
          <w:sz w:val="20"/>
        </w:rPr>
        <w:t>51:20  yeh yeh mat dekhen, sirf yeh dekhen ke jo tum karne ja rahe ho, is ka koi result</w:t>
      </w:r>
      <w:r>
        <w:br/>
      </w:r>
      <w:r>
        <w:rPr>
          <w:sz w:val="20"/>
        </w:rPr>
        <w:t>51:25  nikalta hai, positive result nahi to chhoden us ko۔</w:t>
      </w:r>
      <w:r>
        <w:br/>
      </w:r>
      <w:r>
        <w:rPr>
          <w:sz w:val="20"/>
        </w:rPr>
        <w:t>51:30  yani chhoden ke mani hain ke koi doosri planning karo۔</w:t>
      </w:r>
      <w:r>
        <w:br/>
      </w:r>
      <w:r>
        <w:rPr>
          <w:sz w:val="20"/>
        </w:rPr>
        <w:t>51:36  jaise india mein suwar chander bose ki planning hui thi, woh wires par thi۔</w:t>
      </w:r>
      <w:r>
        <w:br/>
      </w:r>
      <w:r>
        <w:rPr>
          <w:sz w:val="20"/>
        </w:rPr>
        <w:t>51:41  to result nahi nikla۔</w:t>
      </w:r>
      <w:r>
        <w:br/>
      </w:r>
      <w:r>
        <w:rPr>
          <w:sz w:val="20"/>
        </w:rPr>
        <w:t>51:46  to gandhi ne chhoda us ko, chhod kar ke peaceful planning ki۔</w:t>
      </w:r>
      <w:r>
        <w:br/>
      </w:r>
      <w:r>
        <w:rPr>
          <w:sz w:val="20"/>
        </w:rPr>
        <w:t>51:51  to jahan hum dekh chuke hain ke shor o ghoul ki parties jo hain, jis ko kisi ne</w:t>
      </w:r>
      <w:r>
        <w:br/>
      </w:r>
      <w:r>
        <w:rPr>
          <w:sz w:val="20"/>
        </w:rPr>
        <w:t>51:56  kaha ke ghoghai politics, to ghoghai parties be-nateja hain, resultless hain۔</w:t>
      </w:r>
      <w:r>
        <w:br/>
      </w:r>
      <w:r>
        <w:rPr>
          <w:sz w:val="20"/>
        </w:rPr>
        <w:t>52:01  koi positive is ka anjam nahi۔</w:t>
      </w:r>
      <w:r>
        <w:br/>
      </w:r>
      <w:r>
        <w:rPr>
          <w:sz w:val="20"/>
        </w:rPr>
        <w:t>52:06  to us ko chhoriye, doosri planning kijiye.</w:t>
      </w:r>
      <w:r>
        <w:br/>
      </w:r>
      <w:r>
        <w:rPr>
          <w:sz w:val="20"/>
        </w:rPr>
        <w:t>52:11  yani planning ko badliye apni.</w:t>
      </w:r>
      <w:r>
        <w:br/>
      </w:r>
      <w:r>
        <w:rPr>
          <w:sz w:val="20"/>
        </w:rPr>
        <w:t>52:16  yeh main keh raha hoon.</w:t>
      </w:r>
      <w:r>
        <w:br/>
      </w:r>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r>
        <w:br/>
      </w:r>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p>
    <w:p>
      <w:pPr>
        <w:pStyle w:val="Heading2"/>
      </w:pPr>
      <w:r>
        <w:t>Wasting food and water is a grave sin</w:t>
      </w:r>
    </w:p>
    <w:p>
      <w:r>
        <w:rPr>
          <w:color w:val="666666"/>
          <w:sz w:val="18"/>
        </w:rPr>
        <w:t>Between Possible and Impossible December 9, 2012 · 2m 41s · at 1:21:57 · https://youtu.be/Q0tC7obKbT8?t=4917</w:t>
      </w:r>
    </w:p>
    <w:p>
      <w:r>
        <w:rPr>
          <w:i/>
        </w:rPr>
        <w:t>“جس چیز کو ہم پیدا نہیں کر سکتے”</w:t>
      </w:r>
    </w:p>
    <w:p>
      <w:r>
        <w:rPr>
          <w:sz w:val="20"/>
        </w:rPr>
        <w:t>1:21:57  toh is par Maulana hum aap se poochna chahte the ke aap kya kehna chahenge? Dekhiye jis cheez ko hum paida nahi kar sakte, us ko hum west karne ki variety hum ko nahi hai.</w:t>
      </w:r>
      <w:r>
        <w:br/>
      </w:r>
      <w:r>
        <w:rPr>
          <w:sz w:val="20"/>
        </w:rPr>
        <w:t>1:22:12  h</w:t>
      </w:r>
      <w:r>
        <w:br/>
      </w:r>
      <w:r>
        <w:rPr>
          <w:sz w:val="20"/>
        </w:rPr>
        <w:t>1:22:13  m pani ko paida nahi kar sakte, toh hum pani ki ek ek ek ek boond bhi hum west nahi kar sakte. Hum chawal ko paida nahi kar sakte, chawal ka ek dana bhi hum west nahi kar sakte.</w:t>
      </w:r>
      <w:r>
        <w:br/>
      </w:r>
      <w:r>
        <w:rPr>
          <w:sz w:val="20"/>
        </w:rPr>
        <w:t>1:22:26  yeh haram se ziyada buri cheez hai. Dunya mein aadmi pakda pakda nahi ja raha, lekin akhirat mein toh pakda jayega, kyunke akhirat mein yeh hai ke wa la tus'alunna yawma'in 'an an-na'im</w:t>
      </w:r>
      <w:r>
        <w:br/>
      </w:r>
      <w:r>
        <w:rPr>
          <w:sz w:val="20"/>
        </w:rPr>
        <w:t>1:22:40  yani maut ke baad jo dunya aane wali hai, jahan saare log Allah ke saamne khade kiye jayenge, to wahan par hai ke wala tas'alan yawm ainin an-na'im tum se poocha jayega nematon ke baray mein.</w:t>
      </w:r>
      <w:r>
        <w:br/>
      </w:r>
      <w:r>
        <w:rPr>
          <w:sz w:val="20"/>
        </w:rPr>
        <w:t>1:22:53  kya poocha jayega ke nematon ka theek se istemal kiya ya is ko waste kiya, is ko barbaad kiya?</w:t>
      </w:r>
      <w:r>
        <w:br/>
      </w:r>
      <w:r>
        <w:rPr>
          <w:sz w:val="20"/>
        </w:rPr>
        <w:t>1:23:01  to yaqeen kijiye ke pani ka ek qatra phenkna, chawal ka ek dana phenkna ya chhodna, jab khate hain log chhod dete hain, yeh chhodna jo hai saada baat nahi hai.</w:t>
      </w:r>
      <w:r>
        <w:br/>
      </w:r>
      <w:r>
        <w:rPr>
          <w:sz w:val="20"/>
        </w:rPr>
        <w:t>1:23:16  is ke liye bohat zabardast punishment bhugtna padega. bohat zabardast flogging ho gayi aadmi ki. jis aadmi ne pani ko chhodna, jis aadmi ne khane ko chhodna, woh samajhta hai ke b</w:t>
      </w:r>
      <w:r>
        <w:br/>
      </w:r>
      <w:r>
        <w:rPr>
          <w:sz w:val="20"/>
        </w:rPr>
        <w:t>1:23:30  sa chhod diya, kyunke hum ne paisa kharch kiya tha to hum ne chhod diya. nahi, aisa nahi hai. woh creator ka tohfa tha, creator gift tha.</w:t>
      </w:r>
      <w:r>
        <w:br/>
      </w:r>
      <w:r>
        <w:rPr>
          <w:sz w:val="20"/>
        </w:rPr>
        <w:t>1:23:39  to jab aap creator ke saamne pesh honge to us ki bohat zabardast punishment is par hoga ke tum ko kya haq tha pani ko waste karne ka, is ko tum ne paida nahi kiya tha.</w:t>
      </w:r>
      <w:r>
        <w:br/>
      </w:r>
      <w:r>
        <w:rPr>
          <w:sz w:val="20"/>
        </w:rPr>
        <w:t>1:23:51  jo paida karne wala hai, woh malik hai, jo khareedar is ne, woh malik nahi hai.</w:t>
      </w:r>
      <w:r>
        <w:br/>
      </w:r>
      <w:r>
        <w:rPr>
          <w:sz w:val="20"/>
        </w:rPr>
        <w:t>1:23:57  shopping center se aap kharidte hain to aap malik nahi ho gaye. malik woh jis ne create kiya hai, us ko</w:t>
      </w:r>
      <w:r>
        <w:br/>
      </w:r>
      <w:r>
        <w:rPr>
          <w:sz w:val="20"/>
        </w:rPr>
        <w:t>1:24:06  chand paisa de kar aap ne shopping center se kharid liya to aap malik nahi ho gaye. jo asal jo creator hai, us ka ownership usi ki hai.</w:t>
      </w:r>
      <w:r>
        <w:br/>
      </w:r>
      <w:r>
        <w:rPr>
          <w:sz w:val="20"/>
        </w:rPr>
        <w:t>1:24:18  to woh poochega ke kyun tum ne pani ko waste kiya, kyun tum ne khane ko waste kiya.</w:t>
      </w:r>
      <w:r>
        <w:br/>
      </w:r>
      <w:r>
        <w:rPr>
          <w:sz w:val="20"/>
        </w:rPr>
        <w:t>1:24:23  ab bohat ziyada punishment is ke liye hai maut ke baad jo dunya aane wali hai. logon ko bohat darna chahiye, bohat darna chahiye ke woh pani ko waste karein ya khane ko waste karein.</w:t>
      </w:r>
    </w:p>
    <w:p>
      <w:pPr>
        <w:pStyle w:val="Heading2"/>
      </w:pPr>
      <w:r>
        <w:t>Success of common ground approach</w:t>
      </w:r>
    </w:p>
    <w:p>
      <w:r>
        <w:rPr>
          <w:color w:val="666666"/>
          <w:sz w:val="18"/>
        </w:rPr>
        <w:t>Principle of Talif al-Qalb (English) May 2, 2009 Maulana Wahiduddin Khan · 2m 59s · at 4:32 · https://youtu.be/rDs0yh-Nsig?t=272</w:t>
      </w:r>
    </w:p>
    <w:p>
      <w:r>
        <w:rPr>
          <w:i/>
        </w:rPr>
        <w:t>“In the first part, I delivered my speech.”</w:t>
      </w:r>
    </w:p>
    <w:p>
      <w:r>
        <w:rPr>
          <w:sz w:val="20"/>
        </w:rPr>
        <w:t>4:32  so in the first part, i delivered my speech by following the common ground, not going to the detail or direct daawa.</w:t>
      </w:r>
      <w:r>
        <w:br/>
      </w:r>
      <w:r>
        <w:rPr>
          <w:sz w:val="20"/>
        </w:rPr>
        <w:t>4:49  and people were very impressed</w:t>
      </w:r>
      <w:r>
        <w:br/>
      </w:r>
      <w:r>
        <w:rPr>
          <w:sz w:val="20"/>
        </w:rPr>
        <w:t>4:52  deen</w:t>
      </w:r>
      <w:r>
        <w:br/>
      </w:r>
      <w:r>
        <w:rPr>
          <w:sz w:val="20"/>
        </w:rPr>
        <w:t>4:56  aur colleagues distributed the</w:t>
      </w:r>
      <w:r>
        <w:br/>
      </w:r>
      <w:r>
        <w:rPr>
          <w:sz w:val="20"/>
        </w:rPr>
        <w:t>5:02  literature. and they by first, my speech have created already great interest in Islam.</w:t>
      </w:r>
      <w:r>
        <w:br/>
      </w:r>
      <w:r>
        <w:rPr>
          <w:sz w:val="20"/>
        </w:rPr>
        <w:t>5:18  so they took the literature with great interest.</w:t>
      </w:r>
      <w:r>
        <w:br/>
      </w:r>
      <w:r>
        <w:rPr>
          <w:sz w:val="20"/>
        </w:rPr>
        <w:t>5:24  so it was very successful. it was a discovery for me. if you read books or commentary of the Quran, of Surah Taubah, there is a verse in the Surah Taubah,</w:t>
      </w:r>
      <w:r>
        <w:br/>
      </w:r>
      <w:r>
        <w:rPr>
          <w:sz w:val="20"/>
        </w:rPr>
        <w:t>5:41  lilmu'allafati qulubuhum. so this verse refers to the prophetic period e</w:t>
      </w:r>
      <w:r>
        <w:br/>
      </w:r>
      <w:r>
        <w:rPr>
          <w:sz w:val="20"/>
        </w:rPr>
        <w:t>5:51  t the time prophet of Islam gave some money or some sheep and goats to those people who were new convert or</w:t>
      </w:r>
      <w:r>
        <w:br/>
      </w:r>
      <w:r>
        <w:rPr>
          <w:sz w:val="20"/>
        </w:rPr>
        <w:t>6:08  they were not very</w:t>
      </w:r>
      <w:r>
        <w:br/>
      </w:r>
      <w:r>
        <w:rPr>
          <w:sz w:val="20"/>
        </w:rPr>
        <w:t>6:16  indecisive about Islam</w:t>
      </w:r>
      <w:r>
        <w:br/>
      </w:r>
      <w:r>
        <w:rPr>
          <w:sz w:val="20"/>
        </w:rPr>
        <w:t>6:18  . so prophet wanted to soften their heart. so people no only this kind of talib qalb, that is giving gift in material term,</w:t>
      </w:r>
      <w:r>
        <w:br/>
      </w:r>
      <w:r>
        <w:rPr>
          <w:sz w:val="20"/>
        </w:rPr>
        <w:t>6:33  in term of giving gift in term of some material goods. but here i used this in psychological term.</w:t>
      </w:r>
      <w:r>
        <w:br/>
      </w:r>
      <w:r>
        <w:rPr>
          <w:sz w:val="20"/>
        </w:rPr>
        <w:t>6:45  it was a kind of psychological talif.</w:t>
      </w:r>
      <w:r>
        <w:br/>
      </w:r>
      <w:r>
        <w:rPr>
          <w:sz w:val="20"/>
        </w:rPr>
        <w:t>6:49  that talif was material talif. but now i discovered that there is another vast scope in psychological talif.</w:t>
      </w:r>
      <w:r>
        <w:br/>
      </w:r>
      <w:r>
        <w:rPr>
          <w:sz w:val="20"/>
        </w:rPr>
        <w:t>7:04  and you give a speech and try to give them a dose of talif</w:t>
      </w:r>
      <w:r>
        <w:br/>
      </w:r>
      <w:r>
        <w:rPr>
          <w:sz w:val="20"/>
        </w:rPr>
        <w:t>7:18  by following the kalimah sawa, there is common ground. then after softening the heart, you can give them literature in which Islamic teachings are discussed in details.</w:t>
      </w:r>
    </w:p>
    <w:p>
      <w:pPr>
        <w:pStyle w:val="Heading2"/>
      </w:pPr>
      <w:r>
        <w:t>Business tension comes from greed, cured by contentment</w:t>
      </w:r>
    </w:p>
    <w:p>
      <w:r>
        <w:rPr>
          <w:color w:val="666666"/>
          <w:sz w:val="18"/>
        </w:rPr>
        <w:t>Building A Creative Personality | 20 Nov 2011 · 2m 31s · at 1:12:43 · https://youtu.be/jdfhpwfEvKg?t=4363</w:t>
      </w:r>
    </w:p>
    <w:p>
      <w:r>
        <w:rPr>
          <w:i/>
        </w:rPr>
        <w:t>“I'm a shopkeeper — why do business problems give me tension?”</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p>
    <w:p>
      <w:pPr>
        <w:pStyle w:val="Heading2"/>
      </w:pPr>
      <w:r>
        <w:t>Two phases of life and end of world</w:t>
      </w:r>
    </w:p>
    <w:p>
      <w:r>
        <w:rPr>
          <w:color w:val="666666"/>
          <w:sz w:val="18"/>
        </w:rPr>
        <w:t>Global Warming May 13, 2008 · 1m 46s · at 22:17 · https://youtu.be/AmgbF0n3lz4?t=1337</w:t>
      </w:r>
    </w:p>
    <w:p>
      <w:r>
        <w:rPr>
          <w:i/>
        </w:rPr>
        <w:t>“There are two phases of human life pre and post death”</w:t>
      </w:r>
    </w:p>
    <w:p>
      <w:r>
        <w:rPr>
          <w:sz w:val="20"/>
        </w:rPr>
        <w:t>22:17  lekin khuda ke yani khuda ne jo ek period tha khuda ke mind mein ke itne din tak dunya chalegi is ke baad nahi chalegi is ke baad is ko khatam kar diya gaya phir doosra phase life ka shuru hoga yani there are two phases of human life pre death period aur post death period</w:t>
      </w:r>
      <w:r>
        <w:br/>
      </w:r>
      <w:r>
        <w:rPr>
          <w:sz w:val="20"/>
        </w:rPr>
        <w:t>22:45  ya to period of life pre death period aur post death period to hamara jo yeh jo period</w:t>
      </w:r>
      <w:r>
        <w:br/>
      </w:r>
      <w:r>
        <w:rPr>
          <w:sz w:val="20"/>
        </w:rPr>
        <w:t>22:53  tha ab woh end par aa gaya hai yeh sign hai ke khuda jo hai</w:t>
      </w:r>
      <w:r>
        <w:br/>
      </w:r>
      <w:r>
        <w:rPr>
          <w:sz w:val="20"/>
        </w:rPr>
        <w:t>23:01  is se pehle jo check and balance ka system dunya mein qaim kiye hue tha us ko khuda</w:t>
      </w:r>
      <w:r>
        <w:br/>
      </w:r>
      <w:r>
        <w:rPr>
          <w:sz w:val="20"/>
        </w:rPr>
        <w:t>23:07  ne woh kar diya</w:t>
      </w:r>
      <w:r>
        <w:br/>
      </w:r>
      <w:r>
        <w:rPr>
          <w:sz w:val="20"/>
        </w:rPr>
        <w:t>23:12  rok diya suspend kar diya</w:t>
      </w:r>
      <w:r>
        <w:br/>
      </w:r>
      <w:r>
        <w:rPr>
          <w:sz w:val="20"/>
        </w:rPr>
        <w:t>23:15  yeh ek sign hai</w:t>
      </w:r>
      <w:r>
        <w:br/>
      </w:r>
      <w:r>
        <w:rPr>
          <w:sz w:val="20"/>
        </w:rPr>
        <w:t>23:18  is se pehle insan pollute karta tha is se pehle insan dunya mein bohat zyada gadbad karta tha</w:t>
      </w:r>
      <w:r>
        <w:br/>
      </w:r>
      <w:r>
        <w:rPr>
          <w:sz w:val="20"/>
        </w:rPr>
        <w:t>23:24  lekin check and balance ka jo system hai us ko in khuda is se bachata rehta tha bachata</w:t>
      </w:r>
      <w:r>
        <w:br/>
      </w:r>
      <w:r>
        <w:rPr>
          <w:sz w:val="20"/>
        </w:rPr>
        <w:t>23:30  rehta tha ab woh suspend kar diya gaya woh system yeh is baat ka sign hai ke insan</w:t>
      </w:r>
      <w:r>
        <w:br/>
      </w:r>
      <w:r>
        <w:rPr>
          <w:sz w:val="20"/>
        </w:rPr>
        <w:t>23:37  اب you human history is reaching to its end</w:t>
      </w:r>
      <w:r>
        <w:br/>
      </w:r>
      <w:r>
        <w:rPr>
          <w:sz w:val="20"/>
        </w:rPr>
        <w:t>23:43  yeh sign hai</w:t>
      </w:r>
      <w:r>
        <w:br/>
      </w:r>
      <w:r>
        <w:rPr>
          <w:sz w:val="20"/>
        </w:rPr>
        <w:t>23:46  to global warming ko explain karne ke liye yahi ek hi formula hai scientific community warning to de</w:t>
      </w:r>
      <w:r>
        <w:br/>
      </w:r>
      <w:r>
        <w:rPr>
          <w:sz w:val="20"/>
        </w:rPr>
        <w:t>23:55  rahi hai lekin scientific community ke paas is ko explain karne ke liye koi cheez nahi hai</w:t>
      </w:r>
    </w:p>
    <w:p>
      <w:pPr>
        <w:pStyle w:val="Heading2"/>
      </w:pPr>
      <w:r>
        <w:t>Rajat Gupta's rise and fall from insider trading</w:t>
      </w:r>
    </w:p>
    <w:p>
      <w:r>
        <w:rPr>
          <w:color w:val="666666"/>
          <w:sz w:val="18"/>
        </w:rPr>
        <w:t>The Importance of Wisdom November 4, 2012 · 2m 16s · at 3:00 · https://youtu.be/7e6FvqRSHic?t=180</w:t>
      </w:r>
    </w:p>
    <w:p>
      <w:r>
        <w:rPr>
          <w:i/>
        </w:rPr>
        <w:t>“ایک صاحب ہیں رجت گپتا، بنگال میں 1948 میں پیدا ہوئے۔”</w:t>
      </w:r>
    </w:p>
    <w:p>
      <w:r>
        <w:rPr>
          <w:sz w:val="20"/>
        </w:rPr>
        <w:t>3:00  ek sahib jinka naam hai rajat gupta, mister rajat gupta.</w:t>
      </w:r>
      <w:r>
        <w:br/>
      </w:r>
      <w:r>
        <w:rPr>
          <w:sz w:val="20"/>
        </w:rPr>
        <w:t>3:09  woh bengal mein 1948 mein paida hue. abhi woh teen age mein the ke un ke baap ka inteqal ho gaya.</w:t>
      </w:r>
      <w:r>
        <w:br/>
      </w:r>
      <w:r>
        <w:rPr>
          <w:sz w:val="20"/>
        </w:rPr>
        <w:t>3:23  to kya woh yateem ho gaye?</w:t>
      </w:r>
      <w:r>
        <w:br/>
      </w:r>
      <w:r>
        <w:rPr>
          <w:sz w:val="20"/>
        </w:rPr>
        <w:t>3:28  yateemi un ke liye ek challenge ban gayi. is challenge ne un ke andar naya motivation paida kiya. un ki brain storming hui aur bohat zyada mehnat ki unhon ne parhai mein.</w:t>
      </w:r>
      <w:r>
        <w:br/>
      </w:r>
      <w:r>
        <w:rPr>
          <w:sz w:val="20"/>
        </w:rPr>
        <w:t>3:44  to pehle un ki parhai india mein hui phir woh USA chale gaye aur wahan par unhon ne aala degree li.</w:t>
      </w:r>
      <w:r>
        <w:br/>
      </w:r>
      <w:r>
        <w:rPr>
          <w:sz w:val="20"/>
        </w:rPr>
        <w:t>3:55  phir taraqqi karte karte woh wahan ki USA ki ek bohat bari multinational company ke chairman ban gaye.</w:t>
      </w:r>
      <w:r>
        <w:br/>
      </w:r>
      <w:r>
        <w:rPr>
          <w:sz w:val="20"/>
        </w:rPr>
        <w:t>4:08  ek bohat bara uhda un ko mil gaya. lekin kya hua kuch arse ke baad unhon ne ek ek bohat hi bari ghalti kar dali.</w:t>
      </w:r>
      <w:r>
        <w:br/>
      </w:r>
      <w:r>
        <w:rPr>
          <w:sz w:val="20"/>
        </w:rPr>
        <w:t>4:23  yani company ka ek confidential secret unhon ne farokht kar diya ek aur company ke naam.</w:t>
      </w:r>
      <w:r>
        <w:br/>
      </w:r>
      <w:r>
        <w:rPr>
          <w:sz w:val="20"/>
        </w:rPr>
        <w:t>4:36  dealing kar li unhon ne khufiya tor par. yeh baat pakar mein aa gayi un pe case chala. aur us waqt woh jail mein hain.</w:t>
      </w:r>
      <w:r>
        <w:br/>
      </w:r>
      <w:r>
        <w:rPr>
          <w:sz w:val="20"/>
        </w:rPr>
        <w:t>4:48  to un ka career khatam ho gaya.</w:t>
      </w:r>
      <w:r>
        <w:br/>
      </w:r>
      <w:r>
        <w:rPr>
          <w:sz w:val="20"/>
        </w:rPr>
        <w:t>4:53  ek zabardast jo un ko reputation mila tha woh sab khatam ho gaya.</w:t>
      </w:r>
      <w:r>
        <w:br/>
      </w:r>
      <w:r>
        <w:rPr>
          <w:sz w:val="20"/>
        </w:rPr>
        <w:t>5:01  isko is par mein ne mazmoon likha hai "times of india" ke aaj ke parche mein. is ka unwaan hai "a case of break in history".</w:t>
      </w:r>
    </w:p>
    <w:p>
      <w:pPr>
        <w:pStyle w:val="Heading2"/>
      </w:pPr>
      <w:r>
        <w:t>shopkeeper who shut for prayer and lost every customer</w:t>
      </w:r>
    </w:p>
    <w:p>
      <w:r>
        <w:rPr>
          <w:color w:val="666666"/>
          <w:sz w:val="18"/>
        </w:rPr>
        <w:t>The Secret of Success June 26, 2008 Maulana Wahiduddin Khan · 2m 33s · at 32:49 · https://youtu.be/_vqfB9XcpPs?t=1969</w:t>
      </w:r>
    </w:p>
    <w:p>
      <w:r>
        <w:rPr>
          <w:i/>
        </w:rPr>
        <w:t>“ہمارے ایک صاحب تھے، دکان کا نام رکھا منیچر اسٹور”</w:t>
      </w:r>
    </w:p>
    <w:p>
      <w:r>
        <w:rPr>
          <w:sz w:val="20"/>
        </w:rPr>
        <w:t>32:49  wo cheez chahiye jo society mein acceptable ho. akele akele aap nahin ja sakte. hamare adab barh bhai ek sahab the, unhon ne ek shop kholi,</w:t>
      </w:r>
      <w:r>
        <w:br/>
      </w:r>
      <w:r>
        <w:rPr>
          <w:sz w:val="20"/>
        </w:rPr>
        <w:t>33:02  ek dukaan. general store yaani is ka naam rakha unhon ne miniature store.</w:t>
      </w:r>
      <w:r>
        <w:br/>
      </w:r>
      <w:r>
        <w:rPr>
          <w:sz w:val="20"/>
        </w:rPr>
        <w:t>33:14  is ka naam rakha unhon ne miniature store.</w:t>
      </w:r>
      <w:r>
        <w:br/>
      </w:r>
      <w:r>
        <w:rPr>
          <w:sz w:val="20"/>
        </w:rPr>
        <w:t>33:20  to bohat zyada woh yaani namaz ke paband the. panchoun waqt dukaan band kar ke masjid mein aate the woh.</w:t>
      </w:r>
      <w:r>
        <w:br/>
      </w:r>
      <w:r>
        <w:rPr>
          <w:sz w:val="20"/>
        </w:rPr>
        <w:t>33:31  to main ne poocha ke aap dukaan band kar dete hain, gahaak aayega to woh loot jayega. aur gahaak jab ek baar loot jaye to phir aata nahin hai woh.</w:t>
      </w:r>
      <w:r>
        <w:br/>
      </w:r>
      <w:r>
        <w:rPr>
          <w:sz w:val="20"/>
        </w:rPr>
        <w:t>33:42  yaani gahaak aaya aur woh dekha ke us ne ke wahan par tala laga hua hai, loot gaya.</w:t>
      </w:r>
      <w:r>
        <w:br/>
      </w:r>
      <w:r>
        <w:rPr>
          <w:sz w:val="20"/>
        </w:rPr>
        <w:t>33:48  zahir hai ke woh doosri dukaan mein jaayega. phir dobara laut kar nahi aayega aap ke haan. phir isi se lene lage samaan woh. to maine un se kaha ke aap aisa jo karte hain to to to gaahak to laut ta laut jaayega aap ka.</w:t>
      </w:r>
      <w:r>
        <w:br/>
      </w:r>
      <w:r>
        <w:rPr>
          <w:sz w:val="20"/>
        </w:rPr>
        <w:t>34:04  to unhon ne kaha kya kaha? nahi nahi main jaanta hoon ke gaahak aane ka time kya hai. yeh gaahak aane ka time kya hai?</w:t>
      </w:r>
      <w:r>
        <w:br/>
      </w:r>
      <w:r>
        <w:rPr>
          <w:sz w:val="20"/>
        </w:rPr>
        <w:t>34:14  to woh un ke nazdeek woh time nahi tha</w:t>
      </w:r>
      <w:r>
        <w:br/>
      </w:r>
      <w:r>
        <w:rPr>
          <w:sz w:val="20"/>
        </w:rPr>
        <w:t>34:16  , is liye woh taala band kar dete thay. lekin zahir hai ke yeh koi baat nahi hai.</w:t>
      </w:r>
      <w:r>
        <w:br/>
      </w:r>
      <w:r>
        <w:rPr>
          <w:sz w:val="20"/>
        </w:rPr>
        <w:t>34:26  kisi ne sahi kaha hai ke gaahak ki aur maut ki koi time nahi hota. customer ka aur death ka koi time nahi hota.</w:t>
      </w:r>
      <w:r>
        <w:br/>
      </w:r>
      <w:r>
        <w:rPr>
          <w:sz w:val="20"/>
        </w:rPr>
        <w:t>34:36  kab customer aa jaaye kuch pata nahi. kab death aa jaaye kuch pata nahi.</w:t>
      </w:r>
      <w:r>
        <w:br/>
      </w:r>
      <w:r>
        <w:rPr>
          <w:sz w:val="20"/>
        </w:rPr>
        <w:t>34:43  to kisi ne kaha ke do cheezon ka koi time nahi hota.</w:t>
      </w:r>
      <w:r>
        <w:br/>
      </w:r>
      <w:r>
        <w:rPr>
          <w:sz w:val="20"/>
        </w:rPr>
        <w:t>34:46  customer ka aur death ka. to yeh hua wahan par.</w:t>
      </w:r>
      <w:r>
        <w:br/>
      </w:r>
      <w:r>
        <w:rPr>
          <w:sz w:val="20"/>
        </w:rPr>
        <w:t>34:54  kuch din tak gaahak aaya, loot gaye. yahan tak ke gaahak aana band ho gaye aur un ki dukaan khatam ho gayi. miniature store jo hoti hai un ki waqai miniature saabit hui.</w:t>
      </w:r>
      <w:r>
        <w:br/>
      </w:r>
      <w:r>
        <w:rPr>
          <w:sz w:val="20"/>
        </w:rPr>
        <w:t>35:07  chal nahi paayi woh.</w:t>
      </w:r>
      <w:r>
        <w:br/>
      </w:r>
      <w:r>
        <w:rPr>
          <w:sz w:val="20"/>
        </w:rPr>
        <w:t>35:12  to aap society ko neglect kar ke, doosron ko ignore kar ke kaise aap society ke andar kaam kar sakte hain?</w:t>
      </w:r>
    </w:p>
    <w:p>
      <w:pPr>
        <w:pStyle w:val="Heading2"/>
      </w:pPr>
      <w:r>
        <w:t>Wisdom is planning according to creation plan</w:t>
      </w:r>
    </w:p>
    <w:p>
      <w:r>
        <w:rPr>
          <w:color w:val="666666"/>
          <w:sz w:val="18"/>
        </w:rPr>
        <w:t>Quranic Wisdom | September 10, 2016 · 1m 31s · at 42:58 · https://youtu.be/hNTKraIhmeQ?t=2578</w:t>
      </w:r>
    </w:p>
    <w:p>
      <w:r>
        <w:rPr>
          <w:i/>
        </w:rPr>
        <w:t>“Dekhiye, is context mein wisdom kya hai? Woh hai creation plan of God ke mutabiq planning karna.”</w:t>
      </w:r>
    </w:p>
    <w:p>
      <w:r>
        <w:rPr>
          <w:sz w:val="20"/>
        </w:rPr>
        <w:t>42:58  dekhiye, is context mein wisdom kya hai? woh hai creation plan of God ke mutabiq planning karna. is context mein wisdom ka matlab yahi hai ke jo, jo creator ka jo creation plan hai, creator ka, us ki jo history of things hai, us ko jaan kar ke us ke mutabiqat mein aap planning karein.</w:t>
      </w:r>
      <w:r>
        <w:br/>
      </w:r>
      <w:r>
        <w:rPr>
          <w:sz w:val="20"/>
        </w:rPr>
        <w:t>43:29  to aap ki planning jo hai, realistic planning hogi. aur woh work karegi. to is, is, is sense mein hum ko bohat zaroori hai ke hum jaanein ke Quran mein wisdom ka concept kya hai. kyunke woh jo wisdom ka concept milega hum ko, woh poora jo history of things hai creator ki, us ke mutabiq hoga. phir hum chal payenge. nahi to nahi chal payenge.</w:t>
      </w:r>
      <w:r>
        <w:br/>
      </w:r>
      <w:r>
        <w:rPr>
          <w:sz w:val="20"/>
        </w:rPr>
        <w:t>44:00  chalne ka matlab yeh hai ke woh hamara koi bhi planning jo, jo creator ki planning ke mutabiq na ho, woh work hi nahi karega. to kya karenge aap? work nahi karega woh. is wajah se bohat zaroori hai ke hum Quran ki study karein ke Quran ne wisdom ka concept kya diya hai.</w:t>
      </w:r>
    </w:p>
    <w:p>
      <w:pPr>
        <w:pStyle w:val="Heading2"/>
      </w:pPr>
      <w:r>
        <w:t>Track time with a log book</w:t>
      </w:r>
    </w:p>
    <w:p>
      <w:r>
        <w:rPr>
          <w:color w:val="666666"/>
          <w:sz w:val="18"/>
        </w:rPr>
        <w:t>Waqt ki Qadr · 1m 30s · at 13:34 · https://youtu.be/F1ILfxjCiCo?t=814</w:t>
      </w:r>
    </w:p>
    <w:p>
      <w:r>
        <w:rPr>
          <w:i/>
        </w:rPr>
        <w:t>“ہمیں اس بات کو سمجھنے کے لیے ایک ایکسپیریمنٹ کیجئے”</w:t>
      </w:r>
    </w:p>
    <w:p>
      <w:r>
        <w:rPr>
          <w:sz w:val="20"/>
        </w:rPr>
        <w:t>13:34  hamein is baat ko samajhne ke liye ek experiment kijiye. ek hafte ke liye aap ek log book maintain kijiye.</w:t>
      </w:r>
      <w:r>
        <w:br/>
      </w:r>
      <w:r>
        <w:rPr>
          <w:sz w:val="20"/>
        </w:rPr>
        <w:t>13:44  main abhi screen pe dikha rahi hoon, kuch aisa hona chahiye. is ko ya aap to paper par rakhein, laptop mein ya mobile phone par bhi kar sakte hain.</w:t>
      </w:r>
      <w:r>
        <w:br/>
      </w:r>
      <w:r>
        <w:rPr>
          <w:sz w:val="20"/>
        </w:rPr>
        <w:t>13:56  dekhiye, is mein maine kuch sample ki baatein likh di hain. aap apni zindagi ko saamne rakhte hue time slots bana kar, aap apne activities aur baazu wale column mein, aap</w:t>
      </w:r>
      <w:r>
        <w:br/>
      </w:r>
      <w:r>
        <w:rPr>
          <w:sz w:val="20"/>
        </w:rPr>
        <w:t>14:13  is time slot mein jo karte hain kaam, sachai ke saath us ko record karna hai aap ko.</w:t>
      </w:r>
      <w:r>
        <w:br/>
      </w:r>
      <w:r>
        <w:rPr>
          <w:sz w:val="20"/>
        </w:rPr>
        <w:t>14:24  jaise misaal ke taur pe do ghante, kisi bhi slot ke do ghante, aap ne kuch phone calls ya social media</w:t>
      </w:r>
      <w:r>
        <w:br/>
      </w:r>
      <w:r>
        <w:rPr>
          <w:sz w:val="20"/>
        </w:rPr>
        <w:t>14:33  ka istemaal hua to us ko likhna hai. is se kya hota hai? ab hamein yeh ek hafte tak karne se hamein pata chalega ke hum kaun si activity mein kitna waqt laga rahe hain.</w:t>
      </w:r>
      <w:r>
        <w:br/>
      </w:r>
      <w:r>
        <w:rPr>
          <w:sz w:val="20"/>
        </w:rPr>
        <w:t>14:51  ab yeh dekhne se hamein hamari galtiyon ka pata chalega. phir jab galti samajh mein aati hai tabhi to us ki correction samajh mein aayegi.</w:t>
      </w:r>
    </w:p>
    <w:p>
      <w:pPr>
        <w:pStyle w:val="Heading2"/>
      </w:pPr>
      <w:r>
        <w:t>Condition for receiving divine wisdom</w:t>
      </w:r>
    </w:p>
    <w:p>
      <w:r>
        <w:rPr>
          <w:color w:val="666666"/>
          <w:sz w:val="18"/>
        </w:rPr>
        <w:t>The Secret of Divine Wisdom I September 2,. 2012 Maulana Wahiduddin Khan · 2m 13s · at 6:30 · https://youtu.be/Y-UdfIX33As?t=390</w:t>
      </w:r>
    </w:p>
    <w:p>
      <w:r>
        <w:rPr>
          <w:i/>
        </w:rPr>
        <w:t>“Wisdom Allah ki taraf se aati hai lekin uski ek condition hai”</w:t>
      </w:r>
    </w:p>
    <w:p>
      <w:r>
        <w:rPr>
          <w:sz w:val="20"/>
        </w:rPr>
        <w:t>6:30  is mein kya nikla is se? Ke yeh ek haqeeqat hai ke wisdom Allah ki taraf se aati hai. Hadith mein aaya hai ke "tum tum mein se har shakhs be ilm hai ilahi ka is ko Allah ilm de".</w:t>
      </w:r>
      <w:r>
        <w:br/>
      </w:r>
      <w:r>
        <w:rPr>
          <w:sz w:val="20"/>
        </w:rPr>
        <w:t>6:52  to wisdom ya ilm ya marifat yeh aati hai Allah ki taraf se. Har cheez Allah ki taraf se aati hai.</w:t>
      </w:r>
      <w:r>
        <w:br/>
      </w:r>
      <w:r>
        <w:rPr>
          <w:sz w:val="20"/>
        </w:rPr>
        <w:t>7:02  roshni, oxygen, ghiza, pani jo kuch bhi hamein milta hai is dunya mein</w:t>
      </w:r>
      <w:r>
        <w:br/>
      </w:r>
      <w:r>
        <w:rPr>
          <w:sz w:val="20"/>
        </w:rPr>
        <w:t>7:10  woh sab Allah ki taraf se aata hai. Warna insan to kuch bhi nahin. Insan to khud se kuch bhi nahin kar sakta.</w:t>
      </w:r>
      <w:r>
        <w:br/>
      </w:r>
      <w:r>
        <w:rPr>
          <w:sz w:val="20"/>
        </w:rPr>
        <w:t>7:21  isi tarah se wisdom bhi Allah ki taraf se aati hai. Lekin dekhiye har cheez ki ek condition hoti hai.</w:t>
      </w:r>
      <w:r>
        <w:br/>
      </w:r>
      <w:r>
        <w:rPr>
          <w:sz w:val="20"/>
        </w:rPr>
        <w:t>7:31  masalan Allah taala nau karod tees lakh meel door se suraj ki roshni hamein bhej raha hai. Hamare aur suraj ke beech mein jo faasla hai woh nau karod tees lakh meel door ka hai.</w:t>
      </w:r>
      <w:r>
        <w:br/>
      </w:r>
      <w:r>
        <w:rPr>
          <w:sz w:val="20"/>
        </w:rPr>
        <w:t>7:46  to wahan se hamein roshni bhej i ja rahi hai.</w:t>
      </w:r>
      <w:r>
        <w:br/>
      </w:r>
      <w:r>
        <w:rPr>
          <w:sz w:val="20"/>
        </w:rPr>
        <w:t>7:48  lekin agar mein apni aankh band kar loon to kya hoga? Roshni aegi phir bhi mein andha bana rahoonga. Andha.</w:t>
      </w:r>
      <w:r>
        <w:br/>
      </w:r>
      <w:r>
        <w:rPr>
          <w:sz w:val="20"/>
        </w:rPr>
        <w:t>8:00  blind. To ek condition hoti hai</w:t>
      </w:r>
      <w:r>
        <w:br/>
      </w:r>
      <w:r>
        <w:rPr>
          <w:sz w:val="20"/>
        </w:rPr>
        <w:t>8:04  har cheez ki.</w:t>
      </w:r>
      <w:r>
        <w:br/>
      </w:r>
      <w:r>
        <w:rPr>
          <w:sz w:val="20"/>
        </w:rPr>
        <w:t>8:08  isi tarah kaise wisdom jo hai Allah ki taraf se aati hai woh lekin is ki bhi ek condition hai, ek shart hai is ki. Woh shart is hadith mein batai gayi hai.</w:t>
      </w:r>
      <w:r>
        <w:br/>
      </w:r>
      <w:r>
        <w:rPr>
          <w:sz w:val="20"/>
        </w:rPr>
        <w:t>8:21  ke aap peaceful hon. Aap fighting culture apna andar na chalaen.</w:t>
      </w:r>
      <w:r>
        <w:br/>
      </w:r>
      <w:r>
        <w:rPr>
          <w:sz w:val="20"/>
        </w:rPr>
        <w:t>8:28  aap ke andar negativity na aae. Ghussa aur nafrat aur inteqaam is qism ki psychology se aap paak hon.</w:t>
      </w:r>
      <w:r>
        <w:br/>
      </w:r>
      <w:r>
        <w:rPr>
          <w:sz w:val="20"/>
        </w:rPr>
        <w:t>8:38  tab wisdom milegi nahi to nahi milegi.</w:t>
      </w:r>
    </w:p>
    <w:p>
      <w:pPr>
        <w:pStyle w:val="Heading2"/>
      </w:pPr>
      <w:r>
        <w:t>Hikmah Means Creativity and Open Mind</w:t>
      </w:r>
    </w:p>
    <w:p>
      <w:r>
        <w:rPr>
          <w:color w:val="666666"/>
          <w:sz w:val="18"/>
        </w:rPr>
        <w:t>Studying The Quran with Open Mind October 20, 2019 Maulana Wahiduddin Khan · 1m 26s · at 23:16 · https://youtu.be/OPyJO5TP_wI?t=1396</w:t>
      </w:r>
    </w:p>
    <w:p>
      <w:r>
        <w:rPr>
          <w:i/>
        </w:rPr>
        <w:t>“Quran and Hikmah mean open mind and creativity”</w:t>
      </w:r>
    </w:p>
    <w:p>
      <w:r>
        <w:rPr>
          <w:sz w:val="20"/>
        </w:rPr>
        <w:t>23:16  aur jo quran mein hai ke peghambar ne tum ko do cheezen di hain, kitab aur hikmat.</w:t>
      </w:r>
      <w:r>
        <w:br/>
      </w:r>
      <w:r>
        <w:rPr>
          <w:sz w:val="20"/>
        </w:rPr>
        <w:t>23:27  kitab aur hikmat. peghambar se aap ko do cheezen mili hain, kitab aur hikmat. ab aap tamam tafseelat dekhte jaariye.</w:t>
      </w:r>
      <w:r>
        <w:br/>
      </w:r>
      <w:r>
        <w:rPr>
          <w:sz w:val="20"/>
        </w:rPr>
        <w:t>23:37  kuch milta nahin ke hikmat se kya murad hai.</w:t>
      </w:r>
      <w:r>
        <w:br/>
      </w:r>
      <w:r>
        <w:rPr>
          <w:sz w:val="20"/>
        </w:rPr>
        <w:t>23:42  kitab to milti hai ke kitab se murad quran hai. hikmat se kya murad hai? to hikmat se murad koi fiqhi masail nahin hain.</w:t>
      </w:r>
      <w:r>
        <w:br/>
      </w:r>
      <w:r>
        <w:rPr>
          <w:sz w:val="20"/>
        </w:rPr>
        <w:t>23:55  hikmat se murad yeh hai ke aap ka mind khule, aap ke mind ki creativity barhe, aap cheezon mein rethink karne aur jaanen phir se.</w:t>
      </w:r>
      <w:r>
        <w:br/>
      </w:r>
      <w:r>
        <w:rPr>
          <w:sz w:val="20"/>
        </w:rPr>
        <w:t>24:09  na likhe hue ko jaanen. likha hua to bohat kam hota hai hamesha.</w:t>
      </w:r>
      <w:r>
        <w:br/>
      </w:r>
      <w:r>
        <w:rPr>
          <w:sz w:val="20"/>
        </w:rPr>
        <w:t>24:18  jaisa main ne aap ko kai is se pehle hi misaal di thi ke aap makkah mein paida hue to makkah mein aap ne dekha ke saare mulk ke jo but hain, woh sab rakhe hue hain ka'bah mein.</w:t>
      </w:r>
    </w:p>
    <w:p>
      <w:pPr>
        <w:pStyle w:val="Heading2"/>
      </w:pPr>
      <w:r>
        <w:t>Silence after father's death</w:t>
      </w:r>
    </w:p>
    <w:p>
      <w:r>
        <w:rPr>
          <w:color w:val="666666"/>
          <w:sz w:val="18"/>
        </w:rPr>
        <w:t>The Value of Silence | April 21, 2018 · 2m 04s · at 12:03 · https://youtu.be/eVOJ7dheeB8?t=723</w:t>
      </w:r>
    </w:p>
    <w:p>
      <w:r>
        <w:rPr>
          <w:i/>
        </w:rPr>
        <w:t>“آپ جانتے ہیں کہ نیوٹن جو مشہور سائنٹسٹ تھا”</w:t>
      </w:r>
    </w:p>
    <w:p>
      <w:r>
        <w:rPr>
          <w:sz w:val="20"/>
        </w:rPr>
        <w:t>12:03  aap jantay hain ke newton jo mashhoor scientist tha, woh ziyada tar chup rehta tha, bolta kam tha</w:t>
      </w:r>
      <w:r>
        <w:br/>
      </w:r>
      <w:r>
        <w:rPr>
          <w:sz w:val="20"/>
        </w:rPr>
        <w:t>12:13  kyunke woh sochta tha.</w:t>
      </w:r>
      <w:r>
        <w:br/>
      </w:r>
      <w:r>
        <w:rPr>
          <w:sz w:val="20"/>
        </w:rPr>
        <w:t>12:23  mere sath aisa hua ke main jab main chhota tha, shayad paanch saal ka ya chhay saal ka, to</w:t>
      </w:r>
      <w:r>
        <w:br/>
      </w:r>
      <w:r>
        <w:rPr>
          <w:sz w:val="20"/>
        </w:rPr>
        <w:t>12:33  mere baap ki death ho gayi.</w:t>
      </w:r>
      <w:r>
        <w:br/>
      </w:r>
      <w:r>
        <w:rPr>
          <w:sz w:val="20"/>
        </w:rPr>
        <w:t>12:39  to baap se bohat ziyada main favourite tha, bohat ziyada, aur aur kisi se nahi tha, sirf sirf</w:t>
      </w:r>
      <w:r>
        <w:br/>
      </w:r>
      <w:r>
        <w:rPr>
          <w:sz w:val="20"/>
        </w:rPr>
        <w:t>12:45  baap se tha.</w:t>
      </w:r>
      <w:r>
        <w:br/>
      </w:r>
      <w:r>
        <w:rPr>
          <w:sz w:val="20"/>
        </w:rPr>
        <w:t>12:51  to un ke un ki un ki death ke baad aisa hoga ke main duniya mein akela ho</w:t>
      </w:r>
      <w:r>
        <w:br/>
      </w:r>
      <w:r>
        <w:rPr>
          <w:sz w:val="20"/>
        </w:rPr>
        <w:t>12:57  gaya hoon, halankay meri maan thi, mere aur log thay, lekin</w:t>
      </w:r>
      <w:r>
        <w:br/>
      </w:r>
      <w:r>
        <w:rPr>
          <w:sz w:val="20"/>
        </w:rPr>
        <w:t>13:03  itna ziyada main apne baap se close ho gaya tha, close ke jab woh nahi rahay to meri</w:t>
      </w:r>
      <w:r>
        <w:br/>
      </w:r>
      <w:r>
        <w:rPr>
          <w:sz w:val="20"/>
        </w:rPr>
        <w:t>13:11  maan batati thi ke yeh din un ki death hui hai, isi din se main chup ho gaya</w:t>
      </w:r>
      <w:r>
        <w:br/>
      </w:r>
      <w:r>
        <w:rPr>
          <w:sz w:val="20"/>
        </w:rPr>
        <w:t>13:18  ke ab duniya mein mere koi raah nahi.</w:t>
      </w:r>
      <w:r>
        <w:br/>
      </w:r>
      <w:r>
        <w:rPr>
          <w:sz w:val="20"/>
        </w:rPr>
        <w:t>13:26  lekin phir kuch aur waqiaat huay aur mera sochna,</w:t>
      </w:r>
      <w:r>
        <w:br/>
      </w:r>
      <w:r>
        <w:rPr>
          <w:sz w:val="20"/>
        </w:rPr>
        <w:t>13:34  main chup rehna sochna ban gaya, main chup rehna sochna ban gaya.</w:t>
      </w:r>
      <w:r>
        <w:br/>
      </w:r>
      <w:r>
        <w:rPr>
          <w:sz w:val="20"/>
        </w:rPr>
        <w:t>13:51  islam mein to chup ka roza nahi hai, lekin is se pehlay shariaton mein chup ka roza hua karta tha.</w:t>
      </w:r>
    </w:p>
    <w:p>
      <w:pPr>
        <w:pStyle w:val="Heading2"/>
      </w:pPr>
      <w:r>
        <w:t>Tata's regret over unfinished agenda</w:t>
      </w:r>
    </w:p>
    <w:p>
      <w:r>
        <w:rPr>
          <w:color w:val="666666"/>
          <w:sz w:val="18"/>
        </w:rPr>
        <w:t>Lessons from Kabah October 6, 2019 - Maulana Wahiduddin Khan · 1m 15s · at 26:40 · https://youtu.be/pDZ22V5Tk0g?t=1600</w:t>
      </w:r>
    </w:p>
    <w:p>
      <w:r>
        <w:rPr>
          <w:i/>
        </w:rPr>
        <w:t>“Ek qissa maine parha tha”</w:t>
      </w:r>
    </w:p>
    <w:p>
      <w:r>
        <w:rPr>
          <w:sz w:val="20"/>
        </w:rPr>
        <w:t>26:40  ek qissa maine padha tha, nahin padha nahin, balkeh tata ke ek ek legal advisor the, jo retired judge the, woh to ek safar mein meri mulaqat ho gayi un ki,</w:t>
      </w:r>
      <w:r>
        <w:br/>
      </w:r>
      <w:r>
        <w:rPr>
          <w:sz w:val="20"/>
        </w:rPr>
        <w:t>26:59  to unhon ne kaha ke mere pas tata kabhi kabhi aate the kuch qanooni masla poochhne ke liye, jo tata india ka sab se bara businessman bana.</w:t>
      </w:r>
      <w:r>
        <w:br/>
      </w:r>
      <w:r>
        <w:rPr>
          <w:sz w:val="20"/>
        </w:rPr>
        <w:t>27:16  to tata ne kaha tha un se ek bar baat cheet mein ke bol to kha chuka hoon, ab byaj par jee raha hoon.</w:t>
      </w:r>
      <w:r>
        <w:br/>
      </w:r>
      <w:r>
        <w:rPr>
          <w:sz w:val="20"/>
        </w:rPr>
        <w:t>27:27  is mein woh bhi hasrat thi us ko ke abhi agar bol baki rehta, meri taqat baki rehti, to main aur yeh karta, woh karta, woh karta, woh karta.</w:t>
      </w:r>
      <w:r>
        <w:br/>
      </w:r>
      <w:r>
        <w:rPr>
          <w:sz w:val="20"/>
        </w:rPr>
        <w:t>27:37  to tata bhi unfinished agenda ke gham mein pada raha aur dunya se chala gaya. har ek ka yahi haal hai, chahe woh fard ho, chahe woh koi group ho, chahe koi</w:t>
      </w:r>
    </w:p>
    <w:p>
      <w:pPr>
        <w:pStyle w:val="Heading2"/>
      </w:pPr>
      <w:r>
        <w:t>Lecture opening with America and fitna discussion</w:t>
      </w:r>
    </w:p>
    <w:p>
      <w:r>
        <w:rPr>
          <w:color w:val="666666"/>
          <w:sz w:val="18"/>
        </w:rPr>
        <w:t>War and Peace August 28, 2016 Maulana Wahiduddin Khan · 56m 17s · at 0:14 · https://youtu.be/8ViacW5xI3w?t=14</w:t>
      </w:r>
    </w:p>
    <w:p>
      <w:r>
        <w:rPr>
          <w:i/>
        </w:rPr>
        <w:t>“Bismillah hir Rahman nir Raheem”</w:t>
      </w:r>
    </w:p>
    <w:p>
      <w:r>
        <w:rPr>
          <w:sz w:val="20"/>
        </w:rPr>
        <w:t>0:14  Bismillah-hir-rehman-nir-rahim.</w:t>
      </w:r>
      <w:r>
        <w:br/>
      </w:r>
      <w:r>
        <w:rPr>
          <w:sz w:val="20"/>
        </w:rPr>
        <w:t>0:20  Wasallallahu ala nabiyyil karim.</w:t>
      </w:r>
      <w:r>
        <w:br/>
      </w:r>
      <w:r>
        <w:rPr>
          <w:sz w:val="20"/>
        </w:rPr>
        <w:t>0:27  Rab ishrah li sadri, wa yassir li amri, wah-lul uqdatan min lisani, yafqahu qawli.</w:t>
      </w:r>
      <w:r>
        <w:br/>
      </w:r>
      <w:r>
        <w:rPr>
          <w:sz w:val="20"/>
        </w:rPr>
        <w:t>0:34  28 agast 2016.</w:t>
      </w:r>
      <w:r>
        <w:br/>
      </w:r>
      <w:r>
        <w:rPr>
          <w:sz w:val="20"/>
        </w:rPr>
        <w:t>0:41  Aaj Quran ki aik ayat kay baray mein mujhe kuch kehna hai.</w:t>
      </w:r>
      <w:r>
        <w:br/>
      </w:r>
      <w:r>
        <w:rPr>
          <w:sz w:val="20"/>
        </w:rPr>
        <w:t>0:47  Quran ki ayat do suraton mein aayi hai.</w:t>
      </w:r>
      <w:r>
        <w:br/>
      </w:r>
      <w:r>
        <w:rPr>
          <w:sz w:val="20"/>
        </w:rPr>
        <w:t>0:54  Woh ayat yeh hai: wa qatiluhum hatta la taqulu fitnatun wa yakunad-dinu kullulillah.</w:t>
      </w:r>
      <w:r>
        <w:br/>
      </w:r>
      <w:r>
        <w:rPr>
          <w:sz w:val="20"/>
        </w:rPr>
        <w:t>1:01  In say larro yahan tak keh fitna baqi na rahay aur deen sab Allah kay liye ho jaye.</w:t>
      </w:r>
      <w:r>
        <w:br/>
      </w:r>
      <w:r>
        <w:rPr>
          <w:sz w:val="20"/>
        </w:rPr>
        <w:t>1:08  Yaani fitna ko khatam karnay kay liye larnay ka hukum diya gaya yahan do ayaton mein.</w:t>
      </w:r>
      <w:r>
        <w:br/>
      </w:r>
      <w:r>
        <w:rPr>
          <w:sz w:val="20"/>
        </w:rPr>
        <w:t>1:14  Ab sawal yeh hai keh fitna ka matlab kya hai? Tafseeron mein is baray mein jo kuch likha</w:t>
      </w:r>
      <w:r>
        <w:br/>
      </w:r>
      <w:r>
        <w:rPr>
          <w:sz w:val="20"/>
        </w:rPr>
        <w:t>1:21  gaya hai us say teen baatein samnay aati hain.</w:t>
      </w:r>
      <w:r>
        <w:br/>
      </w:r>
      <w:r>
        <w:rPr>
          <w:sz w:val="20"/>
        </w:rPr>
        <w:t>1:28  Yaani kufr khatam ho jaye, shirk khatam ho jaye, zulm khatam ho jaye.</w:t>
      </w:r>
      <w:r>
        <w:br/>
      </w:r>
      <w:r>
        <w:rPr>
          <w:sz w:val="20"/>
        </w:rPr>
        <w:t>1:35  دیکھیں یہ جو تفسیر ہے تو انگلش میں کہا جاتا ہے کہ paraphrase: it stands rejected.</w:t>
      </w:r>
      <w:r>
        <w:br/>
      </w:r>
      <w:r>
        <w:rPr>
          <w:sz w:val="20"/>
        </w:rPr>
        <w:t>1:41  Yaani badihi taur par qabil-e-radd hai.</w:t>
      </w:r>
      <w:r>
        <w:br/>
      </w:r>
      <w:r>
        <w:rPr>
          <w:sz w:val="20"/>
        </w:rPr>
        <w:t>1:48  Is liye keh jang ka maqsad jo bataya gaya hai Quran mein woh hai fitna ko khatam karna.</w:t>
      </w:r>
      <w:r>
        <w:br/>
      </w:r>
      <w:r>
        <w:rPr>
          <w:sz w:val="20"/>
        </w:rPr>
        <w:t>1:55  To aap jantay hain keh taqreeban deid hazar saal beet gaye to yeh teeno cheezein khatam kahan hui?</w:t>
      </w:r>
      <w:r>
        <w:br/>
      </w:r>
      <w:r>
        <w:rPr>
          <w:sz w:val="20"/>
        </w:rPr>
        <w:t>2:02  Kufr khatam kahan hua? Zulm khatam kahan hua? Shirk khatam kahan hua? Koi yeh nahin keh sakta keh</w:t>
      </w:r>
      <w:r>
        <w:br/>
      </w:r>
      <w:r>
        <w:rPr>
          <w:sz w:val="20"/>
        </w:rPr>
        <w:t>2:08  yeh teenon cheezen khatm ho gayeen dunya se.</w:t>
      </w:r>
      <w:r>
        <w:br/>
      </w:r>
      <w:r>
        <w:rPr>
          <w:sz w:val="20"/>
        </w:rPr>
        <w:t>2:15  to yahan aap fitna se murad yeh nahin le sakte.</w:t>
      </w:r>
      <w:r>
        <w:br/>
      </w:r>
      <w:r>
        <w:rPr>
          <w:sz w:val="20"/>
        </w:rPr>
        <w:t>2:22  yeh hukum Allah taala ka hai jo qadir mutlaq hai.</w:t>
      </w:r>
      <w:r>
        <w:br/>
      </w:r>
      <w:r>
        <w:rPr>
          <w:sz w:val="20"/>
        </w:rPr>
        <w:t>2:29  تو اللہ ایسا حکم نہیں دے سکتا جو سرے سے workable ہی نہ ہو۔</w:t>
      </w:r>
      <w:r>
        <w:br/>
      </w:r>
      <w:r>
        <w:rPr>
          <w:sz w:val="20"/>
        </w:rPr>
        <w:t>2:35  yani hukum diya jayega ke zulm ko, phir shirk ko, kufr ko khatm karo aur woh kabhi</w:t>
      </w:r>
      <w:r>
        <w:br/>
      </w:r>
      <w:r>
        <w:rPr>
          <w:sz w:val="20"/>
        </w:rPr>
        <w:t>2:42  khatm hi na ho.</w:t>
      </w:r>
      <w:r>
        <w:br/>
      </w:r>
      <w:r>
        <w:rPr>
          <w:sz w:val="20"/>
        </w:rPr>
        <w:t>2:49  aap ghor kijiye rasool Allah ke zamanay gaya, sahaba ke zamanay gaya, tabeen ke zamanay gaya, tabe tabeen</w:t>
      </w:r>
      <w:r>
        <w:br/>
      </w:r>
      <w:r>
        <w:rPr>
          <w:sz w:val="20"/>
        </w:rPr>
        <w:t>2:56  ke zamanay gaya, muhaddiseen ke zamanay gaya, fuqaha ke zamanay gaya, ulama ke zamanay gaya aur taqreeban dedh</w:t>
      </w:r>
      <w:r>
        <w:br/>
      </w:r>
      <w:r>
        <w:rPr>
          <w:sz w:val="20"/>
        </w:rPr>
        <w:t>3:02  hazaar saal beet gaye.</w:t>
      </w:r>
      <w:r>
        <w:br/>
      </w:r>
      <w:r>
        <w:rPr>
          <w:sz w:val="20"/>
        </w:rPr>
        <w:t>3:09  aaj tak kahin bhi aisa nahin hua ke zameen se yeh teen cheezen khatm ho jayen.</w:t>
      </w:r>
      <w:r>
        <w:br/>
      </w:r>
      <w:r>
        <w:rPr>
          <w:sz w:val="20"/>
        </w:rPr>
        <w:t>3:16  اس لیے میں کہتا ہوں کہ Paraphrase: it stands rejected.</w:t>
      </w:r>
      <w:r>
        <w:br/>
      </w:r>
      <w:r>
        <w:rPr>
          <w:sz w:val="20"/>
        </w:rPr>
        <w:t>3:23  Kyunke khuda aisa hukm nahin de sakta jo work na kare.</w:t>
      </w:r>
      <w:r>
        <w:br/>
      </w:r>
      <w:r>
        <w:rPr>
          <w:sz w:val="20"/>
        </w:rPr>
        <w:t>3:29  kaise aisa ho sakta hai? to yahan aap ko aisa matlab lena padega jo waqatan khatm hua ho.</w:t>
      </w:r>
      <w:r>
        <w:br/>
      </w:r>
      <w:r>
        <w:rPr>
          <w:sz w:val="20"/>
        </w:rPr>
        <w:t>3:36  aisa lena padega.</w:t>
      </w:r>
      <w:r>
        <w:br/>
      </w:r>
      <w:r>
        <w:rPr>
          <w:sz w:val="20"/>
        </w:rPr>
        <w:t>3:43  nahi to yeh ayat hai, yeh aik puzzle jaisi bani rahe gi.</w:t>
      </w:r>
      <w:r>
        <w:br/>
      </w:r>
      <w:r>
        <w:rPr>
          <w:sz w:val="20"/>
        </w:rPr>
        <w:t>3:50  is par maine bohat socha to meri samajh mein aaya ke musalmanon ko kyun aisa khabar nahin</w:t>
      </w:r>
      <w:r>
        <w:br/>
      </w:r>
      <w:r>
        <w:rPr>
          <w:sz w:val="20"/>
        </w:rPr>
        <w:t>3:56  hui ke fitna se murad kya hai.</w:t>
      </w:r>
      <w:r>
        <w:br/>
      </w:r>
      <w:r>
        <w:rPr>
          <w:sz w:val="20"/>
        </w:rPr>
        <w:t>4:03  اس لیے کہ فتنہ کو ختم کرنے میں law of nature کے مطابق آدھا آدھا نے مسلم سے</w:t>
      </w:r>
      <w:r>
        <w:br/>
      </w:r>
      <w:r>
        <w:rPr>
          <w:sz w:val="20"/>
        </w:rPr>
        <w:t>4:10  bhi kaam kiya.</w:t>
      </w:r>
      <w:r>
        <w:br/>
      </w:r>
      <w:r>
        <w:rPr>
          <w:sz w:val="20"/>
        </w:rPr>
        <w:t>4:17  jaisa ke hadith mein aata hai ke in Allah layadu ad-deen bi qawmin laysu bi ahlihi.</w:t>
      </w:r>
      <w:r>
        <w:br/>
      </w:r>
      <w:r>
        <w:rPr>
          <w:sz w:val="20"/>
        </w:rPr>
        <w:t>4:23  yani musalmanon ke siwa doosre log bhi kaam karenge to musalman chunchke doosron ka iqrar hi nahin</w:t>
      </w:r>
      <w:r>
        <w:br/>
      </w:r>
      <w:r>
        <w:rPr>
          <w:sz w:val="20"/>
        </w:rPr>
        <w:t>4:30  karte, woh hum hi karne wale hain to khud to kar nahin paye.</w:t>
      </w:r>
      <w:r>
        <w:br/>
      </w:r>
      <w:r>
        <w:rPr>
          <w:sz w:val="20"/>
        </w:rPr>
        <w:t>4:37  to hadith hai ke aik ayat ko yani aisa bana diya ke woh puzzle ban kar reh gayi.</w:t>
      </w:r>
      <w:r>
        <w:br/>
      </w:r>
      <w:r>
        <w:rPr>
          <w:sz w:val="20"/>
        </w:rPr>
        <w:t>4:44  dekhen maine is par ghor kiya to meri samajh mein aaya ke fitna se murad aik aisa</w:t>
      </w:r>
      <w:r>
        <w:br/>
      </w:r>
      <w:r>
        <w:rPr>
          <w:sz w:val="20"/>
        </w:rPr>
        <w:t>4:50  waqea jo waqatan hua, sach much ho gaya ho poori tarah se.</w:t>
      </w:r>
      <w:r>
        <w:br/>
      </w:r>
      <w:r>
        <w:rPr>
          <w:sz w:val="20"/>
        </w:rPr>
        <w:t>4:57  ab woh hai Freedom of Expression.</w:t>
      </w:r>
      <w:r>
        <w:br/>
      </w:r>
      <w:r>
        <w:rPr>
          <w:sz w:val="20"/>
        </w:rPr>
        <w:t>5:04  aap jante hain ke is se pehle dunya mein censorship hua karti thi.</w:t>
      </w:r>
      <w:r>
        <w:br/>
      </w:r>
      <w:r>
        <w:rPr>
          <w:sz w:val="20"/>
        </w:rPr>
        <w:t>5:11  yani bolne ka haq sirf king tha.</w:t>
      </w:r>
      <w:r>
        <w:br/>
      </w:r>
      <w:r>
        <w:rPr>
          <w:sz w:val="20"/>
        </w:rPr>
        <w:t>5:17  baqi log jo hain wohi bolte the jo king ka hai.</w:t>
      </w:r>
      <w:r>
        <w:br/>
      </w:r>
      <w:r>
        <w:rPr>
          <w:sz w:val="20"/>
        </w:rPr>
        <w:t>5:24  jo mashhoor misaal hai ke tum din ko kaho raat to hum raat kahenge.</w:t>
      </w:r>
      <w:r>
        <w:br/>
      </w:r>
      <w:r>
        <w:rPr>
          <w:sz w:val="20"/>
        </w:rPr>
        <w:t>5:31  farsi mein hai ke agar badshah kahe ke yeh raat hai, din ke waqt kahe to tum bhi</w:t>
      </w:r>
      <w:r>
        <w:br/>
      </w:r>
      <w:r>
        <w:rPr>
          <w:sz w:val="20"/>
        </w:rPr>
        <w:t>5:38  kaho ke raat hai.</w:t>
      </w:r>
      <w:r>
        <w:br/>
      </w:r>
      <w:r>
        <w:rPr>
          <w:sz w:val="20"/>
        </w:rPr>
        <w:t>5:44  woh kaho ge to sitare nikle hue hain.</w:t>
      </w:r>
      <w:r>
        <w:br/>
      </w:r>
      <w:r>
        <w:rPr>
          <w:sz w:val="20"/>
        </w:rPr>
        <w:t>5:51  to pehle zamane mein duniya bhar mein censorship tha.</w:t>
      </w:r>
      <w:r>
        <w:br/>
      </w:r>
      <w:r>
        <w:rPr>
          <w:sz w:val="20"/>
        </w:rPr>
        <w:t>5:58  saari duniya mein yaani azaadi raaye ki azaadi nahi thi.</w:t>
      </w:r>
      <w:r>
        <w:br/>
      </w:r>
      <w:r>
        <w:rPr>
          <w:sz w:val="20"/>
        </w:rPr>
        <w:t>6:05  Freedom of Expression nahi tha.</w:t>
      </w:r>
      <w:r>
        <w:br/>
      </w:r>
      <w:r>
        <w:rPr>
          <w:sz w:val="20"/>
        </w:rPr>
        <w:t>6:11  aap azaad andaaz mein bol sakte the jo kehte hain censorship.</w:t>
      </w:r>
      <w:r>
        <w:br/>
      </w:r>
      <w:r>
        <w:rPr>
          <w:sz w:val="20"/>
        </w:rPr>
        <w:t>6:18  to censorship khatm ho gaya.</w:t>
      </w:r>
      <w:r>
        <w:br/>
      </w:r>
      <w:r>
        <w:rPr>
          <w:sz w:val="20"/>
        </w:rPr>
        <w:t>6:25  kufr aur shirk aur zulm khatm nahi hua aur na khatm hone ka Allah ne hukum diya.</w:t>
      </w:r>
      <w:r>
        <w:br/>
      </w:r>
      <w:r>
        <w:rPr>
          <w:sz w:val="20"/>
        </w:rPr>
        <w:t>6:32  woh to rahega, qayamat tak rahega.</w:t>
      </w:r>
      <w:r>
        <w:br/>
      </w:r>
      <w:r>
        <w:rPr>
          <w:sz w:val="20"/>
        </w:rPr>
        <w:t>6:38  kufr aur shirk ka zulm jis ko hum kehte hain woh qayamat tak rahega.</w:t>
      </w:r>
      <w:r>
        <w:br/>
      </w:r>
      <w:r>
        <w:rPr>
          <w:sz w:val="20"/>
        </w:rPr>
        <w:t>6:45  is liye ke is ka talluq hai insaan ki azaadi se.</w:t>
      </w:r>
      <w:r>
        <w:br/>
      </w:r>
      <w:r>
        <w:rPr>
          <w:sz w:val="20"/>
        </w:rPr>
        <w:t>6:52  Human Freedom se.</w:t>
      </w:r>
      <w:r>
        <w:br/>
      </w:r>
      <w:r>
        <w:rPr>
          <w:sz w:val="20"/>
        </w:rPr>
        <w:t>6:59  Human Freedom jo hai woh kabhi abalish ho nahi sakti qayamat tak.</w:t>
      </w:r>
      <w:r>
        <w:br/>
      </w:r>
      <w:r>
        <w:rPr>
          <w:sz w:val="20"/>
        </w:rPr>
        <w:t>7:05  to yeh sab bhi rahega.</w:t>
      </w:r>
      <w:r>
        <w:br/>
      </w:r>
      <w:r>
        <w:rPr>
          <w:sz w:val="20"/>
        </w:rPr>
        <w:t>7:12  lekin censorship ko Allah taala ne khatm karna chaha.</w:t>
      </w:r>
      <w:r>
        <w:br/>
      </w:r>
      <w:r>
        <w:rPr>
          <w:sz w:val="20"/>
        </w:rPr>
        <w:t>7:19  to censorship dekhiye, woh ek din nahi khatm ho sakta tha.</w:t>
      </w:r>
      <w:r>
        <w:br/>
      </w:r>
      <w:r>
        <w:rPr>
          <w:sz w:val="20"/>
        </w:rPr>
        <w:t>7:26  woh ek process ke roop mein khatm ho sakta tha.</w:t>
      </w:r>
      <w:r>
        <w:br/>
      </w:r>
      <w:r>
        <w:rPr>
          <w:sz w:val="20"/>
        </w:rPr>
        <w:t>7:32  tareekh mein aisa koi tabdeeli, koi adalati tabdeeli aisa nahi hua karta ke achaanak ho jaye.</w:t>
      </w:r>
      <w:r>
        <w:br/>
      </w:r>
      <w:r>
        <w:rPr>
          <w:sz w:val="20"/>
        </w:rPr>
        <w:t>7:39  to Rasool Allah ke zamane mein shuru hua, phir chalta raha, chalta raha, chalta raha yahan tak ke</w:t>
      </w:r>
      <w:r>
        <w:br/>
      </w:r>
      <w:r>
        <w:rPr>
          <w:sz w:val="20"/>
        </w:rPr>
        <w:t>7:46  maghrib mein ja kar mukammal hua.</w:t>
      </w:r>
      <w:r>
        <w:br/>
      </w:r>
      <w:r>
        <w:rPr>
          <w:sz w:val="20"/>
        </w:rPr>
        <w:t>7:53  woh Rasool Allah ne dekhiye, jab Madine mein aap aaye hijrat kar ke to wahan par ek nizam</w:t>
      </w:r>
      <w:r>
        <w:br/>
      </w:r>
      <w:r>
        <w:rPr>
          <w:sz w:val="20"/>
        </w:rPr>
        <w:t>7:59  qaim hua, us ko kehte hain city state.</w:t>
      </w:r>
      <w:r>
        <w:br/>
      </w:r>
      <w:r>
        <w:rPr>
          <w:sz w:val="20"/>
        </w:rPr>
        <w:t>8:06  yaani Madine mein ek city state ban gaya.</w:t>
      </w:r>
      <w:r>
        <w:br/>
      </w:r>
      <w:r>
        <w:rPr>
          <w:sz w:val="20"/>
        </w:rPr>
        <w:t>8:13  aap ne ek jaari kiya, ek declaration is mein likha ke lil yahood din wa lil muslimeen din.</w:t>
      </w:r>
      <w:r>
        <w:br/>
      </w:r>
      <w:r>
        <w:rPr>
          <w:sz w:val="20"/>
        </w:rPr>
        <w:t>8:20  musalman ke liye musalman ka din aur yahood ke liye yahood ka din.</w:t>
      </w:r>
      <w:r>
        <w:br/>
      </w:r>
      <w:r>
        <w:rPr>
          <w:sz w:val="20"/>
        </w:rPr>
        <w:t>8:26  yahan din ka lafz zyada greater sense mein lijiye, sirf namaz roza nahin.</w:t>
      </w:r>
      <w:r>
        <w:br/>
      </w:r>
      <w:r>
        <w:rPr>
          <w:sz w:val="20"/>
        </w:rPr>
        <w:t>8:33  to is ka matlab yeh hoga ke Muslims must follow their own way of thinking and let others</w:t>
      </w:r>
      <w:r>
        <w:br/>
      </w:r>
      <w:r>
        <w:rPr>
          <w:sz w:val="20"/>
        </w:rPr>
        <w:t>8:40  follow their way of thinking, including religion.</w:t>
      </w:r>
      <w:r>
        <w:br/>
      </w:r>
      <w:r>
        <w:rPr>
          <w:sz w:val="20"/>
        </w:rPr>
        <w:t>8:47  yeh matlab hai.</w:t>
      </w:r>
      <w:r>
        <w:br/>
      </w:r>
      <w:r>
        <w:rPr>
          <w:sz w:val="20"/>
        </w:rPr>
        <w:t>8:53  to yeh Rasool Allah ne ailaan kiya.</w:t>
      </w:r>
      <w:r>
        <w:br/>
      </w:r>
      <w:r>
        <w:rPr>
          <w:sz w:val="20"/>
        </w:rPr>
        <w:t>9:00  yeh censorship ko khatam karne ka yeh aaghaz tha.</w:t>
      </w:r>
      <w:r>
        <w:br/>
      </w:r>
      <w:r>
        <w:rPr>
          <w:sz w:val="20"/>
        </w:rPr>
        <w:t>9:07  is ke baad ek process jaari hua.</w:t>
      </w:r>
      <w:r>
        <w:br/>
      </w:r>
      <w:r>
        <w:rPr>
          <w:sz w:val="20"/>
        </w:rPr>
        <w:t>9:14  aur dekhiye, Muslim period mein agarchay ideal hukoomat to qaaim nahin hui, khilafat thi pehle, phir dynasty aa gayi,</w:t>
      </w:r>
      <w:r>
        <w:br/>
      </w:r>
      <w:r>
        <w:rPr>
          <w:sz w:val="20"/>
        </w:rPr>
        <w:t>9:20  phir sultan aa gaya.</w:t>
      </w:r>
      <w:r>
        <w:br/>
      </w:r>
      <w:r>
        <w:rPr>
          <w:sz w:val="20"/>
        </w:rPr>
        <w:t>9:27  lekin yeh cheez jo hai hamesha jaari rahi.</w:t>
      </w:r>
      <w:r>
        <w:br/>
      </w:r>
      <w:r>
        <w:rPr>
          <w:sz w:val="20"/>
        </w:rPr>
        <w:t>9:34  har badshah ke zamanay mein log apne khayal ko azaadi ke sath bol sakte thay.</w:t>
      </w:r>
      <w:r>
        <w:br/>
      </w:r>
      <w:r>
        <w:rPr>
          <w:sz w:val="20"/>
        </w:rPr>
        <w:t>9:41  main ne is ki bohat se waqiat likhe hain.</w:t>
      </w:r>
      <w:r>
        <w:br/>
      </w:r>
      <w:r>
        <w:rPr>
          <w:sz w:val="20"/>
        </w:rPr>
        <w:t>9:47  meri ek kitaab hai "Huryat-e-Fikr", is ko aap parhiye.</w:t>
      </w:r>
      <w:r>
        <w:br/>
      </w:r>
      <w:r>
        <w:rPr>
          <w:sz w:val="20"/>
        </w:rPr>
        <w:t>9:54  is mein main ne likha hai ke yani Madine mein, Damascus mein, Baghdad mein, Qurtuba mein, Granada mein,</w:t>
      </w:r>
      <w:r>
        <w:br/>
      </w:r>
      <w:r>
        <w:rPr>
          <w:sz w:val="20"/>
        </w:rPr>
        <w:t>10:01  har jagah jahan pe musalmanon ka rule raha, har jagah rai ki azaadi baqi rahi.</w:t>
      </w:r>
      <w:r>
        <w:br/>
      </w:r>
      <w:r>
        <w:rPr>
          <w:sz w:val="20"/>
        </w:rPr>
        <w:t>10:08  yani sultan ke samnay aadmi keh sakta tha saaf tareeqay se.</w:t>
      </w:r>
      <w:r>
        <w:br/>
      </w:r>
      <w:r>
        <w:rPr>
          <w:sz w:val="20"/>
        </w:rPr>
        <w:t>10:14  main ne waqiat likhe hain, aap chahain to parh li jiye.</w:t>
      </w:r>
      <w:r>
        <w:br/>
      </w:r>
      <w:r>
        <w:rPr>
          <w:sz w:val="20"/>
        </w:rPr>
        <w:t>10:21  main to yeh cheez zyada yani mukammal hui ya zyada poori tareeqay se woh hui Europe mein ja kar ke.</w:t>
      </w:r>
      <w:r>
        <w:br/>
      </w:r>
      <w:r>
        <w:rPr>
          <w:sz w:val="20"/>
        </w:rPr>
        <w:t>10:28  is ne jo ailaan kiya tha Russion ne ke "Man was born free but I see him in</w:t>
      </w:r>
      <w:r>
        <w:br/>
      </w:r>
      <w:r>
        <w:rPr>
          <w:sz w:val="20"/>
        </w:rPr>
        <w:t>10:35  chains." yeh isi ka agla marhala tha jo Hazrat Umar ne kaha tha apne zamanay mein.</w:t>
      </w:r>
      <w:r>
        <w:br/>
      </w:r>
      <w:r>
        <w:rPr>
          <w:sz w:val="20"/>
        </w:rPr>
        <w:t>10:41  ek ek sahib ko kora marwaya tha jo top ke thay, woh ek mamooli ek Qibti ke zariye</w:t>
      </w:r>
      <w:r>
        <w:br/>
      </w:r>
      <w:r>
        <w:rPr>
          <w:sz w:val="20"/>
        </w:rPr>
        <w:t>10:48  se aur kaha tha ke "Mata-stabdum al-nas wa qad waldathum ummahatuhum ahrara?" tum ne kab logon ko ghulam</w:t>
      </w:r>
      <w:r>
        <w:br/>
      </w:r>
      <w:r>
        <w:rPr>
          <w:sz w:val="20"/>
        </w:rPr>
        <w:t>10:55  bana liya jab ke un ke maon ne un ko azaad dena tha? kyun ke azaadi jo hai har</w:t>
      </w:r>
      <w:r>
        <w:br/>
      </w:r>
      <w:r>
        <w:rPr>
          <w:sz w:val="20"/>
        </w:rPr>
        <w:t>11:02  aik ka haq hai, chahe aam ho ya khaas.</w:t>
      </w:r>
      <w:r>
        <w:br/>
      </w:r>
      <w:r>
        <w:rPr>
          <w:sz w:val="20"/>
        </w:rPr>
        <w:t>11:08  aazadi har aik ka haq hai.</w:t>
      </w:r>
      <w:r>
        <w:br/>
      </w:r>
      <w:r>
        <w:rPr>
          <w:sz w:val="20"/>
        </w:rPr>
        <w:t>11:15  is ke liye is zamane mein jang hui.</w:t>
      </w:r>
      <w:r>
        <w:br/>
      </w:r>
      <w:r>
        <w:rPr>
          <w:sz w:val="20"/>
        </w:rPr>
        <w:t>11:22  unhon ne se pehle tribal jo wahan par nizam tha, us se hui.</w:t>
      </w:r>
      <w:r>
        <w:br/>
      </w:r>
      <w:r>
        <w:rPr>
          <w:sz w:val="20"/>
        </w:rPr>
        <w:t>11:29  phir sasani empire aur roman empire se larai hui.</w:t>
      </w:r>
      <w:r>
        <w:br/>
      </w:r>
      <w:r>
        <w:rPr>
          <w:sz w:val="20"/>
        </w:rPr>
        <w:t>11:35  is ke baad is ki jar kat gayi.</w:t>
      </w:r>
      <w:r>
        <w:br/>
      </w:r>
      <w:r>
        <w:rPr>
          <w:sz w:val="20"/>
        </w:rPr>
        <w:t>11:42  yani jo censorship dunya mein qaim thi ke aam logon ko haq nahi bolne ka, sirf badshah bole</w:t>
      </w:r>
      <w:r>
        <w:br/>
      </w:r>
      <w:r>
        <w:rPr>
          <w:sz w:val="20"/>
        </w:rPr>
        <w:t>11:49  to bole, woh khatam ho gaya.</w:t>
      </w:r>
      <w:r>
        <w:br/>
      </w:r>
      <w:r>
        <w:rPr>
          <w:sz w:val="20"/>
        </w:rPr>
        <w:t>11:56  har aik ko haq ho gaya.</w:t>
      </w:r>
      <w:r>
        <w:br/>
      </w:r>
      <w:r>
        <w:rPr>
          <w:sz w:val="20"/>
        </w:rPr>
        <w:t>12:02  aap ko agar waqiat dekhna ho to meri kitab aap dekh lijiye "Huryat-e-Fikr" ke Islam ke daur</w:t>
      </w:r>
      <w:r>
        <w:br/>
      </w:r>
      <w:r>
        <w:rPr>
          <w:sz w:val="20"/>
        </w:rPr>
        <w:t>12:09  mein agarche aise log paida hue jinka laqab tha sultan, unka laqab tha amir-ul-momineen, unka laqab tha.</w:t>
      </w:r>
      <w:r>
        <w:br/>
      </w:r>
      <w:r>
        <w:rPr>
          <w:sz w:val="20"/>
        </w:rPr>
        <w:t>12:16  dynasty ko qaim kar rakhi thi unhon ne, lekin kabhi bhi aisa nahi hua ke censorship dobara tareekh</w:t>
      </w:r>
      <w:r>
        <w:br/>
      </w:r>
      <w:r>
        <w:rPr>
          <w:sz w:val="20"/>
        </w:rPr>
        <w:t>12:23  mein loot aaye.</w:t>
      </w:r>
      <w:r>
        <w:br/>
      </w:r>
      <w:r>
        <w:rPr>
          <w:sz w:val="20"/>
        </w:rPr>
        <w:t>12:29  nahi loti, lekin process ke roop mein woh chalti rahi aur is ki takmeel hui hai woh 1948 mein.</w:t>
      </w:r>
      <w:r>
        <w:br/>
      </w:r>
      <w:r>
        <w:rPr>
          <w:sz w:val="20"/>
        </w:rPr>
        <w:t>12:36  aap jante hain ke 1948 mein United Nations ki taraf se aik aik bohat bara conference hui jis</w:t>
      </w:r>
      <w:r>
        <w:br/>
      </w:r>
      <w:r>
        <w:rPr>
          <w:sz w:val="20"/>
        </w:rPr>
        <w:t>12:43  mein dunya bhar ke tamam mulk shamil hue jo 194 tha.</w:t>
      </w:r>
      <w:r>
        <w:br/>
      </w:r>
      <w:r>
        <w:rPr>
          <w:sz w:val="20"/>
        </w:rPr>
        <w:t>12:50  us waqt sare mulk to har mulk ke jo zimmedar log the, unke dastakhat se aik</w:t>
      </w:r>
      <w:r>
        <w:br/>
      </w:r>
      <w:r>
        <w:rPr>
          <w:sz w:val="20"/>
        </w:rPr>
        <w:t>12:56  aik manshoor jari hua jo ke aaya tha "Universal Declaration of Human Rights".</w:t>
      </w:r>
      <w:r>
        <w:br/>
      </w:r>
      <w:r>
        <w:rPr>
          <w:sz w:val="20"/>
        </w:rPr>
        <w:t>13:03  is mein sari dunya ke jo jo log power mein the, unke sign se yeh likha gaya</w:t>
      </w:r>
      <w:r>
        <w:br/>
      </w:r>
      <w:r>
        <w:rPr>
          <w:sz w:val="20"/>
        </w:rPr>
        <w:t>13:10  ke "Human freedom" har insan ka aik absolute right hai, undeniable right hai.</w:t>
      </w:r>
      <w:r>
        <w:br/>
      </w:r>
      <w:r>
        <w:rPr>
          <w:sz w:val="20"/>
        </w:rPr>
        <w:t>13:17  sirf aik hi cheez hai ke is ka haq nahi hai: tashaddud.</w:t>
      </w:r>
      <w:r>
        <w:br/>
      </w:r>
      <w:r>
        <w:rPr>
          <w:sz w:val="20"/>
        </w:rPr>
        <w:t>13:23  insan agar tashaddud na kare to aazadi, freedom of expression, har insan ka undeniable right hai.</w:t>
      </w:r>
      <w:r>
        <w:br/>
      </w:r>
      <w:r>
        <w:rPr>
          <w:sz w:val="20"/>
        </w:rPr>
        <w:t>13:30  to Rasool Allah ke zamane mein jo process shuru hua tha, us ki takmeel hui 1948 mein to</w:t>
      </w:r>
      <w:r>
        <w:br/>
      </w:r>
      <w:r>
        <w:rPr>
          <w:sz w:val="20"/>
        </w:rPr>
        <w:t>13:37  pure maano mein fitna khatam ho gaya.</w:t>
      </w:r>
      <w:r>
        <w:br/>
      </w:r>
      <w:r>
        <w:rPr>
          <w:sz w:val="20"/>
        </w:rPr>
        <w:t>13:44  fitna khatam ho gaya.</w:t>
      </w:r>
      <w:r>
        <w:br/>
      </w:r>
      <w:r>
        <w:rPr>
          <w:sz w:val="20"/>
        </w:rPr>
        <w:t>13:50  ab ab kya hai surat? ab dunya mein koi bhi shakhs, chahe musalman ho ya doosre log hon,</w:t>
      </w:r>
      <w:r>
        <w:br/>
      </w:r>
      <w:r>
        <w:rPr>
          <w:sz w:val="20"/>
        </w:rPr>
        <w:t>13:57  kisi ka mazhab, mazhabi mission ho ya kisi ka solar mission ho, sab ko poori poori azadi hai,</w:t>
      </w:r>
      <w:r>
        <w:br/>
      </w:r>
      <w:r>
        <w:rPr>
          <w:sz w:val="20"/>
        </w:rPr>
        <w:t>14:04  poori azadi hai ke woh sirf ek cheez se bache: violence.</w:t>
      </w:r>
      <w:r>
        <w:br/>
      </w:r>
      <w:r>
        <w:rPr>
          <w:sz w:val="20"/>
        </w:rPr>
        <w:t>14:11  to sab kuch kar sakta hai woh, jis mazhab ko chahe maane, jis mazhab ko chahe is par</w:t>
      </w:r>
      <w:r>
        <w:br/>
      </w:r>
      <w:r>
        <w:rPr>
          <w:sz w:val="20"/>
        </w:rPr>
        <w:t>14:17  institution banaye, jis mazhab ko chahe propagate kare, kuch bhi kare.</w:t>
      </w:r>
      <w:r>
        <w:br/>
      </w:r>
      <w:r>
        <w:rPr>
          <w:sz w:val="20"/>
        </w:rPr>
        <w:t>14:24  azadi mukammal azadi hai.</w:t>
      </w:r>
      <w:r>
        <w:br/>
      </w:r>
      <w:r>
        <w:rPr>
          <w:sz w:val="20"/>
        </w:rPr>
        <w:t>14:31  to is ayat mein asal mein yahi cheez maqsood thi.</w:t>
      </w:r>
      <w:r>
        <w:br/>
      </w:r>
      <w:r>
        <w:rPr>
          <w:sz w:val="20"/>
        </w:rPr>
        <w:t>14:38  lekin dekhiye, yeh sirf mazhab ka aalim nahi tha, yeh yeh bohat hi comprehensive sense mein tha.</w:t>
      </w:r>
      <w:r>
        <w:br/>
      </w:r>
      <w:r>
        <w:rPr>
          <w:sz w:val="20"/>
        </w:rPr>
        <w:t>14:44  fitna ka lafz, yeh censorship ko khatam karna aur azadi ko lana dunya mein, yeh sirf mazhab ke</w:t>
      </w:r>
      <w:r>
        <w:br/>
      </w:r>
      <w:r>
        <w:rPr>
          <w:sz w:val="20"/>
        </w:rPr>
        <w:t>14:51  liye nahi matloob tha, ek aur cheez ke liye matloob tha, woh hai nature ko explore karna.</w:t>
      </w:r>
      <w:r>
        <w:br/>
      </w:r>
      <w:r>
        <w:rPr>
          <w:sz w:val="20"/>
        </w:rPr>
        <w:t>14:58  quran se maloom hota hai ke Allah taala ne insaan ke liye jo cheezein paida ki hain, to</w:t>
      </w:r>
      <w:r>
        <w:br/>
      </w:r>
      <w:r>
        <w:rPr>
          <w:sz w:val="20"/>
        </w:rPr>
        <w:t>15:05  do tareeqe se paida ki hain.</w:t>
      </w:r>
      <w:r>
        <w:br/>
      </w:r>
      <w:r>
        <w:rPr>
          <w:sz w:val="20"/>
        </w:rPr>
        <w:t>15:11  ek yeh hai ke yaani by nature hi sab kuch de diya, jaise ghoda aap ko mile ghoday</w:t>
      </w:r>
      <w:r>
        <w:br/>
      </w:r>
      <w:r>
        <w:rPr>
          <w:sz w:val="20"/>
        </w:rPr>
        <w:t>15:18  ki shakal mein.</w:t>
      </w:r>
      <w:r>
        <w:br/>
      </w:r>
      <w:r>
        <w:rPr>
          <w:sz w:val="20"/>
        </w:rPr>
        <w:t>15:25  yaani ghoda bana bana ek sawar hai, woh aap ko mil gaya pehle din se.</w:t>
      </w:r>
      <w:r>
        <w:br/>
      </w:r>
      <w:r>
        <w:rPr>
          <w:sz w:val="20"/>
        </w:rPr>
        <w:t>15:32  soil pehle din se mil gayi, is mein aap ghalla boiye, is mein ghalla paida hoga.</w:t>
      </w:r>
      <w:r>
        <w:br/>
      </w:r>
      <w:r>
        <w:rPr>
          <w:sz w:val="20"/>
        </w:rPr>
        <w:t>15:38  to jo ek cheez hai ke aaj is qism ki jo nature hi se aap ko de di</w:t>
      </w:r>
      <w:r>
        <w:br/>
      </w:r>
      <w:r>
        <w:rPr>
          <w:sz w:val="20"/>
        </w:rPr>
        <w:t>15:45  gayi hai, awwal din hi se.</w:t>
      </w:r>
      <w:r>
        <w:br/>
      </w:r>
      <w:r>
        <w:rPr>
          <w:sz w:val="20"/>
        </w:rPr>
        <w:t>15:52  doosri cheez hai jo bashar ki technology hai, di gayi technology.</w:t>
      </w:r>
      <w:r>
        <w:br/>
      </w:r>
      <w:r>
        <w:rPr>
          <w:sz w:val="20"/>
        </w:rPr>
        <w:t>15:59  to technology jo hai, goya hidden form mein thi aur woh thi potential ke taur par ke dunya</w:t>
      </w:r>
      <w:r>
        <w:br/>
      </w:r>
      <w:r>
        <w:rPr>
          <w:sz w:val="20"/>
        </w:rPr>
        <w:t>16:05  mein yeh jo nature jis ko hum kehte hain, nature ka lafz aaj kal science mein bohat hi</w:t>
      </w:r>
      <w:r>
        <w:br/>
      </w:r>
      <w:r>
        <w:rPr>
          <w:sz w:val="20"/>
        </w:rPr>
        <w:t>16:12  wasee maani mein bola jata hai.</w:t>
      </w:r>
      <w:r>
        <w:br/>
      </w:r>
      <w:r>
        <w:rPr>
          <w:sz w:val="20"/>
        </w:rPr>
        <w:t>16:19  yeh sab kuch jo hai, material world, is ko nature kehte hain.</w:t>
      </w:r>
      <w:r>
        <w:br/>
      </w:r>
      <w:r>
        <w:rPr>
          <w:sz w:val="20"/>
        </w:rPr>
        <w:t>16:26  to sab kuch is mein hidden form mein tha, potential ke taur par tha, chahe woh steam ship</w:t>
      </w:r>
      <w:r>
        <w:br/>
      </w:r>
      <w:r>
        <w:rPr>
          <w:sz w:val="20"/>
        </w:rPr>
        <w:t>16:32  ho ya car ho ya hawa jahaz ho ya communication ho, computer ho.</w:t>
      </w:r>
      <w:r>
        <w:br/>
      </w:r>
      <w:r>
        <w:rPr>
          <w:sz w:val="20"/>
        </w:rPr>
        <w:t>16:39  jo cheezen hum sari industry, poori poori industry jo hai, nature mein maujood thi, hidden form mein, to</w:t>
      </w:r>
      <w:r>
        <w:br/>
      </w:r>
      <w:r>
        <w:rPr>
          <w:sz w:val="20"/>
        </w:rPr>
        <w:t>16:46  is ko is ko explore karna tha, is ko istemal mein, istemal ke qabil banana tha.</w:t>
      </w:r>
      <w:r>
        <w:br/>
      </w:r>
      <w:r>
        <w:rPr>
          <w:sz w:val="20"/>
        </w:rPr>
        <w:t>16:53  lekin jo censorship tha, us ki wajah se explore nahi ho raha tha kyunke qadeem zamane mein badshahat</w:t>
      </w:r>
      <w:r>
        <w:br/>
      </w:r>
      <w:r>
        <w:rPr>
          <w:sz w:val="20"/>
        </w:rPr>
        <w:t>16:59  ka daur hua karta tha.</w:t>
      </w:r>
      <w:r>
        <w:br/>
      </w:r>
      <w:r>
        <w:rPr>
          <w:sz w:val="20"/>
        </w:rPr>
        <w:t>17:06  badshah log chahte the ke un ki saltanat mein koi nai cheez na paida ho kyunke woh samajhte</w:t>
      </w:r>
      <w:r>
        <w:br/>
      </w:r>
      <w:r>
        <w:rPr>
          <w:sz w:val="20"/>
        </w:rPr>
        <w:t>17:13  the ke baghavat hogi, revolt ho jayega.</w:t>
      </w:r>
      <w:r>
        <w:br/>
      </w:r>
      <w:r>
        <w:rPr>
          <w:sz w:val="20"/>
        </w:rPr>
        <w:t>17:20  to unhon ne unhon ne insan ki sochne par pabandi laga di thi.</w:t>
      </w:r>
      <w:r>
        <w:br/>
      </w:r>
      <w:r>
        <w:rPr>
          <w:sz w:val="20"/>
        </w:rPr>
        <w:t>17:26  misalan ek waqia mujhe yaad aata hai ke roomi faujen dakhil huin jab younan mein, greece mein, to</w:t>
      </w:r>
      <w:r>
        <w:br/>
      </w:r>
      <w:r>
        <w:rPr>
          <w:sz w:val="20"/>
        </w:rPr>
        <w:t>17:33  wahan athens ke bahar ek ek falsafi baitha hua tha maidan mein aur maidan mein baith kar ke</w:t>
      </w:r>
      <w:r>
        <w:br/>
      </w:r>
      <w:r>
        <w:rPr>
          <w:sz w:val="20"/>
        </w:rPr>
        <w:t>17:40  wo kuch zameen par kuch likh raha tha, nishan kar raha tha.</w:t>
      </w:r>
      <w:r>
        <w:br/>
      </w:r>
      <w:r>
        <w:rPr>
          <w:sz w:val="20"/>
        </w:rPr>
        <w:t>17:47  to roman faujon ne us ko us ko talwar se gardan maar di.</w:t>
      </w:r>
      <w:r>
        <w:br/>
      </w:r>
      <w:r>
        <w:rPr>
          <w:sz w:val="20"/>
        </w:rPr>
        <w:t>17:53  uski unhon ne samjha ke yeh koi nai cheez paida kar raha hai.</w:t>
      </w:r>
      <w:r>
        <w:br/>
      </w:r>
      <w:r>
        <w:rPr>
          <w:sz w:val="20"/>
        </w:rPr>
        <w:t>18:00  to badshah log jadat ke dushman the kyunke har jadat ko woh samajhte the ke hamare khilaf koi</w:t>
      </w:r>
      <w:r>
        <w:br/>
      </w:r>
      <w:r>
        <w:rPr>
          <w:sz w:val="20"/>
        </w:rPr>
        <w:t>18:07  na ho jaye, hamare khilaf koi na ho jaye, baghavat na ho jaye, revolt na ho jaye.</w:t>
      </w:r>
      <w:r>
        <w:br/>
      </w:r>
      <w:r>
        <w:rPr>
          <w:sz w:val="20"/>
        </w:rPr>
        <w:t>18:14  to hazaron saal tak is ki wajah se soch par pabandi lagi hui thi aur spiritual inquiry jo</w:t>
      </w:r>
      <w:r>
        <w:br/>
      </w:r>
      <w:r>
        <w:rPr>
          <w:sz w:val="20"/>
        </w:rPr>
        <w:t>18:20  hai, dead padi hui thi.</w:t>
      </w:r>
      <w:r>
        <w:br/>
      </w:r>
      <w:r>
        <w:rPr>
          <w:sz w:val="20"/>
        </w:rPr>
        <w:t>18:27  Spiritual inquiry jo hai, woh jaan hai scientific daryaft ki gayi aur spiritual inquiry ke dushman hote the badshah log.</w:t>
      </w:r>
      <w:r>
        <w:br/>
      </w:r>
      <w:r>
        <w:rPr>
          <w:sz w:val="20"/>
        </w:rPr>
        <w:t>18:34  badshah log samajhte the ke chup chap aadmi khaye kamaye bas.</w:t>
      </w:r>
      <w:r>
        <w:br/>
      </w:r>
      <w:r>
        <w:rPr>
          <w:sz w:val="20"/>
        </w:rPr>
        <w:t>18:41  to spiritual inquiry ke dushman the badshah log aur isi par unhon ne apni badshahat qaim kar rakhi</w:t>
      </w:r>
      <w:r>
        <w:br/>
      </w:r>
      <w:r>
        <w:rPr>
          <w:sz w:val="20"/>
        </w:rPr>
        <w:t>18:47  thi ke koi aadmi azadi ke sath na soche.</w:t>
      </w:r>
      <w:r>
        <w:br/>
      </w:r>
      <w:r>
        <w:rPr>
          <w:sz w:val="20"/>
        </w:rPr>
        <w:t>18:54  yani freedom expression jo tha, un ko bilkul pasand nahi karte the woh.</w:t>
      </w:r>
      <w:r>
        <w:br/>
      </w:r>
      <w:r>
        <w:rPr>
          <w:sz w:val="20"/>
        </w:rPr>
        <w:t>19:01  to fitna se murad yahi hai, is mein mazhab bhi shamil hai.</w:t>
      </w:r>
      <w:r>
        <w:br/>
      </w:r>
      <w:r>
        <w:rPr>
          <w:sz w:val="20"/>
        </w:rPr>
        <w:t>19:08  fitna se murad yeh hai censorship, yani yani intellectual ban, soch par pabandi.</w:t>
      </w:r>
      <w:r>
        <w:br/>
      </w:r>
      <w:r>
        <w:rPr>
          <w:sz w:val="20"/>
        </w:rPr>
        <w:t>19:14  is ko khatam karo taake insan azad ho jaye, mazhab ke mani mein azad ho jaye aur har</w:t>
      </w:r>
      <w:r>
        <w:br/>
      </w:r>
      <w:r>
        <w:rPr>
          <w:sz w:val="20"/>
        </w:rPr>
        <w:t>19:21  mamle mein azad ho jaye.</w:t>
      </w:r>
      <w:r>
        <w:br/>
      </w:r>
      <w:r>
        <w:rPr>
          <w:sz w:val="20"/>
        </w:rPr>
        <w:t>19:28  mazhab ke mani mein azaad ho jaye, mazhab ki jo activities hain, woh jari houn.</w:t>
      </w:r>
      <w:r>
        <w:br/>
      </w:r>
      <w:r>
        <w:rPr>
          <w:sz w:val="20"/>
        </w:rPr>
        <w:t>19:35  yani violence ko chhod kar ke jo activities hain, yani dawat ka kaam ho, tabligh ka kaam ho,</w:t>
      </w:r>
      <w:r>
        <w:br/>
      </w:r>
      <w:r>
        <w:rPr>
          <w:sz w:val="20"/>
        </w:rPr>
        <w:t>19:41  taleem ka kaam ho, azaadi ke sath discussion ho, azaadi ke sath.</w:t>
      </w:r>
      <w:r>
        <w:br/>
      </w:r>
      <w:r>
        <w:rPr>
          <w:sz w:val="20"/>
        </w:rPr>
        <w:t>19:48  to mazhab ke daira mein poori azaadi insan ko hasil ho jaye.</w:t>
      </w:r>
      <w:r>
        <w:br/>
      </w:r>
      <w:r>
        <w:rPr>
          <w:sz w:val="20"/>
        </w:rPr>
        <w:t>19:55  aur doosri cheez woh main ne kahi ke sochne ki azaadi, jis se insan nature ko discover kare</w:t>
      </w:r>
      <w:r>
        <w:br/>
      </w:r>
      <w:r>
        <w:rPr>
          <w:sz w:val="20"/>
        </w:rPr>
        <w:t>20:02  kyunke wahan par cheezein hidden form mein theen.</w:t>
      </w:r>
      <w:r>
        <w:br/>
      </w:r>
      <w:r>
        <w:rPr>
          <w:sz w:val="20"/>
        </w:rPr>
        <w:t>20:08  to baghair soche hue, discuss kiye hue, experiment kiye hue kuch nahi ho sakta tha.</w:t>
      </w:r>
      <w:r>
        <w:br/>
      </w:r>
      <w:r>
        <w:rPr>
          <w:sz w:val="20"/>
        </w:rPr>
        <w:t>20:15  jaise main ek misaal deta hoon ke hamesha se insan yeh dekhta tha ke hardy mein kuch pakata hai woh.</w:t>
      </w:r>
      <w:r>
        <w:br/>
      </w:r>
      <w:r>
        <w:rPr>
          <w:sz w:val="20"/>
        </w:rPr>
        <w:t>20:22  to jab woh zyada, yani zyada temperature, zyada so degrees zyada ho jata hai to hardy ke oopar</w:t>
      </w:r>
      <w:r>
        <w:br/>
      </w:r>
      <w:r>
        <w:rPr>
          <w:sz w:val="20"/>
        </w:rPr>
        <w:t>20:29  jo dhakan hai, uth jata hai woh bhap ke zor se.</w:t>
      </w:r>
      <w:r>
        <w:br/>
      </w:r>
      <w:r>
        <w:rPr>
          <w:sz w:val="20"/>
        </w:rPr>
        <w:t>20:35  hamesha dekhta tha aadmi lekin pichhle zamane mein soch ki jab azaadi nahi thi to kisi ne socha</w:t>
      </w:r>
      <w:r>
        <w:br/>
      </w:r>
      <w:r>
        <w:rPr>
          <w:sz w:val="20"/>
        </w:rPr>
        <w:t>20:42  hi nahi ke is par woh spiritual inquiry wahan jaagi nahi.</w:t>
      </w:r>
      <w:r>
        <w:br/>
      </w:r>
      <w:r>
        <w:rPr>
          <w:sz w:val="20"/>
        </w:rPr>
        <w:t>20:49  log dekhte rahe bas.</w:t>
      </w:r>
      <w:r>
        <w:br/>
      </w:r>
      <w:r>
        <w:rPr>
          <w:sz w:val="20"/>
        </w:rPr>
        <w:t>20:56  Europe mein jab jab mazhab aur aur political power alag kar diye gaye, tab wahan azaadi aayi.</w:t>
      </w:r>
      <w:r>
        <w:br/>
      </w:r>
      <w:r>
        <w:rPr>
          <w:sz w:val="20"/>
        </w:rPr>
        <w:t>21:02  to ek shakhs ne dekha, ek scientist hai ke woh jis ko hardy kehte hain ya patili kehte</w:t>
      </w:r>
      <w:r>
        <w:br/>
      </w:r>
      <w:r>
        <w:rPr>
          <w:sz w:val="20"/>
        </w:rPr>
        <w:t>21:09  hain, kuch pakai ja rahi thi.</w:t>
      </w:r>
      <w:r>
        <w:br/>
      </w:r>
      <w:r>
        <w:rPr>
          <w:sz w:val="20"/>
        </w:rPr>
        <w:t>21:16  to pani jo hai, jab woh zyada garam hua, yani hundred degree se zyada, to patili ka dhakan uth gaya.</w:t>
      </w:r>
      <w:r>
        <w:br/>
      </w:r>
      <w:r>
        <w:rPr>
          <w:sz w:val="20"/>
        </w:rPr>
        <w:t>21:23  us ne kaha ke yeh kya raaz hai? to us par se us se us ke andar spiritual</w:t>
      </w:r>
      <w:r>
        <w:br/>
      </w:r>
      <w:r>
        <w:rPr>
          <w:sz w:val="20"/>
        </w:rPr>
        <w:t>21:29  inquiry jaagi, sochna shuru kiya, sochna shuru kiya.</w:t>
      </w:r>
      <w:r>
        <w:br/>
      </w:r>
      <w:r>
        <w:rPr>
          <w:sz w:val="20"/>
        </w:rPr>
        <w:t>21:36  sochte sochte woh us pahuncha ke pani kya hai? pani jo hai, H2O ka formula hai, yani hydrogen</w:t>
      </w:r>
      <w:r>
        <w:br/>
      </w:r>
      <w:r>
        <w:rPr>
          <w:sz w:val="20"/>
        </w:rPr>
        <w:t>21:43  gas ke do atom aur aur oxygen ke ek atom.</w:t>
      </w:r>
      <w:r>
        <w:br/>
      </w:r>
      <w:r>
        <w:rPr>
          <w:sz w:val="20"/>
        </w:rPr>
        <w:t>21:50  to us se daryaft hui ke ke atom jo hai, woh bohat sare atom mil kar ke molecule banta hai.</w:t>
      </w:r>
      <w:r>
        <w:br/>
      </w:r>
      <w:r>
        <w:rPr>
          <w:sz w:val="20"/>
        </w:rPr>
        <w:t>21:57  agar molecule toote to atom daudna shuru kar denge charon taraf.</w:t>
      </w:r>
      <w:r>
        <w:br/>
      </w:r>
      <w:r>
        <w:rPr>
          <w:sz w:val="20"/>
        </w:rPr>
        <w:t>22:03  isi se bhap banti hai, yani bhap naam hai molecule ke tootne ka jo garmi se tootta hai.</w:t>
      </w:r>
      <w:r>
        <w:br/>
      </w:r>
      <w:r>
        <w:rPr>
          <w:sz w:val="20"/>
        </w:rPr>
        <w:t>22:10  تو پھر اس نے سوچتے سوچتے اس جو molecular disintegration جو تھا، اس کو اس کو اس نے</w:t>
      </w:r>
      <w:r>
        <w:br/>
      </w:r>
      <w:r>
        <w:rPr>
          <w:sz w:val="20"/>
        </w:rPr>
        <w:t>22:17  steam power mein convert kiya, steam power mein.</w:t>
      </w:r>
      <w:r>
        <w:br/>
      </w:r>
      <w:r>
        <w:rPr>
          <w:sz w:val="20"/>
        </w:rPr>
        <w:t>22:24  aur phir sab se pehle steam ship bana.</w:t>
      </w:r>
      <w:r>
        <w:br/>
      </w:r>
      <w:r>
        <w:rPr>
          <w:sz w:val="20"/>
        </w:rPr>
        <w:t>22:30  Steam ship yeh tha nature ko uncover karne ka pehla waqea, pehla numaya waqea ke pani ke andar</w:t>
      </w:r>
      <w:r>
        <w:br/>
      </w:r>
      <w:r>
        <w:rPr>
          <w:sz w:val="20"/>
        </w:rPr>
        <w:t>22:37  steam power maujood tha lekin woh khule taur par nahi tha, daryaft karne par maloom hota tha woh.</w:t>
      </w:r>
      <w:r>
        <w:br/>
      </w:r>
      <w:r>
        <w:rPr>
          <w:sz w:val="20"/>
        </w:rPr>
        <w:t>22:44  Toh pani ke andar steam power hai, pehli baar jab us ko daryaft kiya insaan ne toh phir</w:t>
      </w:r>
      <w:r>
        <w:br/>
      </w:r>
      <w:r>
        <w:rPr>
          <w:sz w:val="20"/>
        </w:rPr>
        <w:t>22:51  steam ship bane aur steam engine bane.</w:t>
      </w:r>
      <w:r>
        <w:br/>
      </w:r>
      <w:r>
        <w:rPr>
          <w:sz w:val="20"/>
        </w:rPr>
        <w:t>22:57  Isi tareeqe se spiritual inquiry aam hoti chali gayi aur badi badi cheezein daryaft huin.</w:t>
      </w:r>
      <w:r>
        <w:br/>
      </w:r>
      <w:r>
        <w:rPr>
          <w:sz w:val="20"/>
        </w:rPr>
        <w:t>23:04  Steam ship bana, phir car bani jo petrol chalta tha, phir hawai jahaz bana aur million item bane.</w:t>
      </w:r>
      <w:r>
        <w:br/>
      </w:r>
      <w:r>
        <w:rPr>
          <w:sz w:val="20"/>
        </w:rPr>
        <w:t>23:11  Yeh kab hua? Jab jab is censorship khatam hua aur freedom of expression aaya, yaani sochne ki azaadi,</w:t>
      </w:r>
      <w:r>
        <w:br/>
      </w:r>
      <w:r>
        <w:rPr>
          <w:sz w:val="20"/>
        </w:rPr>
        <w:t>23:18  bolne ki azaadi, likhne ki azaadi, tab yeh shuru hua.</w:t>
      </w:r>
      <w:r>
        <w:br/>
      </w:r>
      <w:r>
        <w:rPr>
          <w:sz w:val="20"/>
        </w:rPr>
        <w:t>23:24  Toh Allah taala ko matlab tha ke ek taraf toh yeh hai ke mazhab ke daire mein mukammal</w:t>
      </w:r>
      <w:r>
        <w:br/>
      </w:r>
      <w:r>
        <w:rPr>
          <w:sz w:val="20"/>
        </w:rPr>
        <w:t>23:31  azaadi ho jaye, dawat ki, tablegh ki mukammal azaadi ho jaye, taleem ki koi rok na rahe.</w:t>
      </w:r>
      <w:r>
        <w:br/>
      </w:r>
      <w:r>
        <w:rPr>
          <w:sz w:val="20"/>
        </w:rPr>
        <w:t>23:38  Jab jo ke pehle record padi hui thi.</w:t>
      </w:r>
      <w:r>
        <w:br/>
      </w:r>
      <w:r>
        <w:rPr>
          <w:sz w:val="20"/>
        </w:rPr>
        <w:t>23:45  Aur doosri taraf yeh hai ke nature mein jo khazana hai, woh daryaft ho aur woh cheez maujood</w:t>
      </w:r>
      <w:r>
        <w:br/>
      </w:r>
      <w:r>
        <w:rPr>
          <w:sz w:val="20"/>
        </w:rPr>
        <w:t>23:51  mein aaye jis ko hum aaj kehte hain western civilization.</w:t>
      </w:r>
      <w:r>
        <w:br/>
      </w:r>
      <w:r>
        <w:rPr>
          <w:sz w:val="20"/>
        </w:rPr>
        <w:t>23:58  Modern civilization کیا کیا چیز ہے؟ Modern civilization نام ہے technology کو discover کر کے اس کو utilize</w:t>
      </w:r>
      <w:r>
        <w:br/>
      </w:r>
      <w:r>
        <w:rPr>
          <w:sz w:val="20"/>
        </w:rPr>
        <w:t>24:05  karne ka naam hai.</w:t>
      </w:r>
      <w:r>
        <w:br/>
      </w:r>
      <w:r>
        <w:rPr>
          <w:sz w:val="20"/>
        </w:rPr>
        <w:t>24:12  Modern civilization نام ہے اس بات کا کہ hidden technology کو آپ نے discover کیا اور اس کو</w:t>
      </w:r>
      <w:r>
        <w:br/>
      </w:r>
      <w:r>
        <w:rPr>
          <w:sz w:val="20"/>
        </w:rPr>
        <w:t>24:18  Aap ne utilize kiya, tarah tarah ki cheezein banai aap ne.</w:t>
      </w:r>
      <w:r>
        <w:br/>
      </w:r>
      <w:r>
        <w:rPr>
          <w:sz w:val="20"/>
        </w:rPr>
        <w:t>24:25  Toh yeh dono cheezein Allah taala ko matlab thin.</w:t>
      </w:r>
      <w:r>
        <w:br/>
      </w:r>
      <w:r>
        <w:rPr>
          <w:sz w:val="20"/>
        </w:rPr>
        <w:t>24:32  Is raaz ko jahan tak maine padha hai, sirf ek shakhs samjha hai, ek ek shakhs, woh</w:t>
      </w:r>
      <w:r>
        <w:br/>
      </w:r>
      <w:r>
        <w:rPr>
          <w:sz w:val="20"/>
        </w:rPr>
        <w:t>24:39  France ka Henri Perrin.</w:t>
      </w:r>
      <w:r>
        <w:br/>
      </w:r>
      <w:r>
        <w:rPr>
          <w:sz w:val="20"/>
        </w:rPr>
        <w:t>24:45  Kisi aur shakal mein toh sabhi logon ne samjha hai, jo bade bade scholar the, lekin bahut hi</w:t>
      </w:r>
      <w:r>
        <w:br/>
      </w:r>
      <w:r>
        <w:rPr>
          <w:sz w:val="20"/>
        </w:rPr>
        <w:t>24:52  mutayyan taur par jis ne samjha hai is raaz ko, woh Henri Perrin hai.</w:t>
      </w:r>
      <w:r>
        <w:br/>
      </w:r>
      <w:r>
        <w:rPr>
          <w:sz w:val="20"/>
        </w:rPr>
        <w:t>24:59  Us ne apni kitaab mein, us ki do kitaabein khaas taur par Islam par hain, woh padhne qabil hain.</w:t>
      </w:r>
      <w:r>
        <w:br/>
      </w:r>
      <w:r>
        <w:rPr>
          <w:sz w:val="20"/>
        </w:rPr>
        <w:t>25:06  Toh woh French zabaan mein hai, uska tarjuma English mein hua hai.</w:t>
      </w:r>
      <w:r>
        <w:br/>
      </w:r>
      <w:r>
        <w:rPr>
          <w:sz w:val="20"/>
        </w:rPr>
        <w:t>25:12  Toh us ne yeh likha hai ke Islam changed the face of the globe, the traditional order of</w:t>
      </w:r>
      <w:r>
        <w:br/>
      </w:r>
      <w:r>
        <w:rPr>
          <w:sz w:val="20"/>
        </w:rPr>
        <w:t>25:19  history was overthrown.</w:t>
      </w:r>
      <w:r>
        <w:br/>
      </w:r>
      <w:r>
        <w:rPr>
          <w:sz w:val="20"/>
        </w:rPr>
        <w:t>25:26  Toh yeh sab kaise hua? Wahi jab duniya mein censorship khatam hua, jab duniya mein freedom of expression</w:t>
      </w:r>
      <w:r>
        <w:br/>
      </w:r>
      <w:r>
        <w:rPr>
          <w:sz w:val="20"/>
        </w:rPr>
        <w:t>25:33  aaya, insaan azaad ho gaya kuch bhi karne ke liye.</w:t>
      </w:r>
      <w:r>
        <w:br/>
      </w:r>
      <w:r>
        <w:rPr>
          <w:sz w:val="20"/>
        </w:rPr>
        <w:t>25:39  lekin azaadi aap ko total deni pare gi.</w:t>
      </w:r>
      <w:r>
        <w:br/>
      </w:r>
      <w:r>
        <w:rPr>
          <w:sz w:val="20"/>
        </w:rPr>
        <w:t>25:46  اس لیے آزادی اس لیے نہیں ہے کہ وہ دوسرے انسانوں کو harm پہنچاتے ہیں۔</w:t>
      </w:r>
      <w:r>
        <w:br/>
      </w:r>
      <w:r>
        <w:rPr>
          <w:sz w:val="20"/>
        </w:rPr>
        <w:t>25:53  aap apne oopar jo chahe kijiye, aap is ke liye azaad hain.</w:t>
      </w:r>
      <w:r>
        <w:br/>
      </w:r>
      <w:r>
        <w:rPr>
          <w:sz w:val="20"/>
        </w:rPr>
        <w:t>26:00  آپ لیکن دوسروں کو harm پہنچانے کے لیے آزاد نہیں ہیں۔</w:t>
      </w:r>
      <w:r>
        <w:br/>
      </w:r>
      <w:r>
        <w:rPr>
          <w:sz w:val="20"/>
        </w:rPr>
        <w:t>26:06  jaise kaha tha, woh america ka mashhoor qissa hai ke "You are free, but your freedom ends where</w:t>
      </w:r>
      <w:r>
        <w:br/>
      </w:r>
      <w:r>
        <w:rPr>
          <w:sz w:val="20"/>
        </w:rPr>
        <w:t>26:13  one's beginnings." Jahan dusre ki dor shuru hui, wahan aap ki freedom khatam ho gai.</w:t>
      </w:r>
      <w:r>
        <w:br/>
      </w:r>
      <w:r>
        <w:rPr>
          <w:sz w:val="20"/>
        </w:rPr>
        <w:t>26:20  to "wa qataluhum hatta la takunu fitnatun wa yakunu deenun lillahi" ek bohat bara is ke andar Allah taala</w:t>
      </w:r>
      <w:r>
        <w:br/>
      </w:r>
      <w:r>
        <w:rPr>
          <w:sz w:val="20"/>
        </w:rPr>
        <w:t>26:27  ka plan tha, bohat hi bara plan.</w:t>
      </w:r>
      <w:r>
        <w:br/>
      </w:r>
      <w:r>
        <w:rPr>
          <w:sz w:val="20"/>
        </w:rPr>
        <w:t>26:33  lekin yahan mein ek ek baat kahoon ga ke musalmanon ne wahi kiya jo yahood ne kiya tha.</w:t>
      </w:r>
      <w:r>
        <w:br/>
      </w:r>
      <w:r>
        <w:rPr>
          <w:sz w:val="20"/>
        </w:rPr>
        <w:t>26:40  quran majeed mein ek ayat hai jo Allah taala ne kitaab di thi yahood ko Hazrat Musa ke</w:t>
      </w:r>
      <w:r>
        <w:br/>
      </w:r>
      <w:r>
        <w:rPr>
          <w:sz w:val="20"/>
        </w:rPr>
        <w:t>26:47  zariye se, is ke bare mein ke "is ko tumhein bayan karna hai, is ko chupana nahi hai."</w:t>
      </w:r>
      <w:r>
        <w:br/>
      </w:r>
      <w:r>
        <w:rPr>
          <w:sz w:val="20"/>
        </w:rPr>
        <w:t>26:54  tumhein is kitaab ko bayan karna hoga aur tum is ko chupao ge nahi.</w:t>
      </w:r>
      <w:r>
        <w:br/>
      </w:r>
      <w:r>
        <w:rPr>
          <w:sz w:val="20"/>
        </w:rPr>
        <w:t>27:00  phir chupane ka matlab kya hai? chupane ka mani hai ke lapait ke rakh do ge.</w:t>
      </w:r>
      <w:r>
        <w:br/>
      </w:r>
      <w:r>
        <w:rPr>
          <w:sz w:val="20"/>
        </w:rPr>
        <w:t>27:07  yeh matlab nahi hai, chupane ka mani yahi hai.</w:t>
      </w:r>
      <w:r>
        <w:br/>
      </w:r>
      <w:r>
        <w:rPr>
          <w:sz w:val="20"/>
        </w:rPr>
        <w:t>27:14  is ke andar jo insaan ke liye jo blessing hai, insaan ke liye jo hai jo nematein hain,</w:t>
      </w:r>
      <w:r>
        <w:br/>
      </w:r>
      <w:r>
        <w:rPr>
          <w:sz w:val="20"/>
        </w:rPr>
        <w:t>27:21  na khud daryaft karo ge, na doosron ko batao ge.</w:t>
      </w:r>
      <w:r>
        <w:br/>
      </w:r>
      <w:r>
        <w:rPr>
          <w:sz w:val="20"/>
        </w:rPr>
        <w:t>27:27  yani Allah ki kitaab jo utri thi Musa ke oopar, is mein jo wisdom hai, is mein jo</w:t>
      </w:r>
      <w:r>
        <w:br/>
      </w:r>
      <w:r>
        <w:rPr>
          <w:sz w:val="20"/>
        </w:rPr>
        <w:t>27:34  blessing hai, is mein jo nematein hain, is ko fikri aitbaar se bari bari baatein hain, is ko</w:t>
      </w:r>
      <w:r>
        <w:br/>
      </w:r>
      <w:r>
        <w:rPr>
          <w:sz w:val="20"/>
        </w:rPr>
        <w:t>27:41  na to tu khud daryaft karo ge, na doosron ko batao ge.</w:t>
      </w:r>
      <w:r>
        <w:br/>
      </w:r>
      <w:r>
        <w:rPr>
          <w:sz w:val="20"/>
        </w:rPr>
        <w:t>27:48  theek hai, yeh musalmanon ne kiya hai ke quran mein jo wisdom hai, na to khud jante aur</w:t>
      </w:r>
      <w:r>
        <w:br/>
      </w:r>
      <w:r>
        <w:rPr>
          <w:sz w:val="20"/>
        </w:rPr>
        <w:t>27:54  na doosron ko batate.</w:t>
      </w:r>
      <w:r>
        <w:br/>
      </w:r>
      <w:r>
        <w:rPr>
          <w:sz w:val="20"/>
        </w:rPr>
        <w:t>28:01  is ki ek misaal mein arz karta hoon: hajj ko lijiye, aap fiqh ki kitabon mein parhein to</w:t>
      </w:r>
      <w:r>
        <w:br/>
      </w:r>
      <w:r>
        <w:rPr>
          <w:sz w:val="20"/>
        </w:rPr>
        <w:t>28:08  hajj par bare lambe lambe abwab hain, abwab al-hajj bohat, lekin sab masail, sab masail ajeeb ghareeb qism ke masail.</w:t>
      </w:r>
      <w:r>
        <w:br/>
      </w:r>
      <w:r>
        <w:rPr>
          <w:sz w:val="20"/>
        </w:rPr>
        <w:t>28:15  asal baat jo hai, asal baat woh woh woh ghayab hai, kisi bhi kitaab mein maujood nahi.</w:t>
      </w:r>
      <w:r>
        <w:br/>
      </w:r>
      <w:r>
        <w:rPr>
          <w:sz w:val="20"/>
        </w:rPr>
        <w:t>28:21  woh kya hai? Allah taala ko matloob tha ke kaaba aur hajj ke zariye se ek center qaim</w:t>
      </w:r>
      <w:r>
        <w:br/>
      </w:r>
      <w:r>
        <w:rPr>
          <w:sz w:val="20"/>
        </w:rPr>
        <w:t>28:28  ho jo tauheed ka jo mission hai, is ke international center ka kaam kare.</w:t>
      </w:r>
      <w:r>
        <w:br/>
      </w:r>
      <w:r>
        <w:rPr>
          <w:sz w:val="20"/>
        </w:rPr>
        <w:t>28:35  yeh kaaba aur hajj ka jo nizam tha, yeh tauheed ke mission ka international center tha.</w:t>
      </w:r>
      <w:r>
        <w:br/>
      </w:r>
      <w:r>
        <w:rPr>
          <w:sz w:val="20"/>
        </w:rPr>
        <w:t>28:42  woh ab kya ban gaya hai? bas misaal ka majmooa.</w:t>
      </w:r>
      <w:r>
        <w:br/>
      </w:r>
      <w:r>
        <w:rPr>
          <w:sz w:val="20"/>
        </w:rPr>
        <w:t>28:48  haji jo hai, sirf misaal ko jaanta hai, woh latak jaata hai wahan par, aur fiqh ki kitabon</w:t>
      </w:r>
      <w:r>
        <w:br/>
      </w:r>
      <w:r>
        <w:rPr>
          <w:sz w:val="20"/>
        </w:rPr>
        <w:t>28:55  mein sirf misaal bayan kiye gaye hain.</w:t>
      </w:r>
      <w:r>
        <w:br/>
      </w:r>
      <w:r>
        <w:rPr>
          <w:sz w:val="20"/>
        </w:rPr>
        <w:t>29:02  kisi bhi fiqh ki kitab mein, main jaanta hoon, yeh baat nahi batai gayi hai ke haj ka</w:t>
      </w:r>
      <w:r>
        <w:br/>
      </w:r>
      <w:r>
        <w:rPr>
          <w:sz w:val="20"/>
        </w:rPr>
        <w:t>29:09  nizam is liye banaya gaya tha ke tauheed ka aik aalami markaz banay, tauheed ke mission ka, tauheed</w:t>
      </w:r>
      <w:r>
        <w:br/>
      </w:r>
      <w:r>
        <w:rPr>
          <w:sz w:val="20"/>
        </w:rPr>
        <w:t>29:15  ke mission ka international center banay, aur international level par tauheed ka paigham pohanchaya jaye.</w:t>
      </w:r>
      <w:r>
        <w:br/>
      </w:r>
      <w:r>
        <w:rPr>
          <w:sz w:val="20"/>
        </w:rPr>
        <w:t>29:22  yeh kisi kitab mein maujood nahi hai.</w:t>
      </w:r>
      <w:r>
        <w:br/>
      </w:r>
      <w:r>
        <w:rPr>
          <w:sz w:val="20"/>
        </w:rPr>
        <w:t>29:29  isi tareeqay se yahan pe hua ke Allah taala ne is ayat ke zariye se aik bohat bara</w:t>
      </w:r>
      <w:r>
        <w:br/>
      </w:r>
      <w:r>
        <w:rPr>
          <w:sz w:val="20"/>
        </w:rPr>
        <w:t>29:36  plan tha, Allah taala ka bohat bara plan ke mazhab ke baray mein azadi ho, mawaqe khulain, aur</w:t>
      </w:r>
      <w:r>
        <w:br/>
      </w:r>
      <w:r>
        <w:rPr>
          <w:sz w:val="20"/>
        </w:rPr>
        <w:t>29:42  Islam ki dawat sari dunya tak pohanchai jaye, aur Islam ki jo wisdom hai, jo Quran mein jo</w:t>
      </w:r>
      <w:r>
        <w:br/>
      </w:r>
      <w:r>
        <w:rPr>
          <w:sz w:val="20"/>
        </w:rPr>
        <w:t>29:49  wisdom hai, usay khola jaye.</w:t>
      </w:r>
      <w:r>
        <w:br/>
      </w:r>
      <w:r>
        <w:rPr>
          <w:sz w:val="20"/>
        </w:rPr>
        <w:t>29:56  aur doosri cheez yeh thi ke nature ko, nature ke andar jo Allah taala ne jo insaan ke</w:t>
      </w:r>
      <w:r>
        <w:br/>
      </w:r>
      <w:r>
        <w:rPr>
          <w:sz w:val="20"/>
        </w:rPr>
        <w:t>30:03  liye nematein rakhi hain, us ko daryaft kiya jaye, aur us ko insaan ke liye available kiya jaye.</w:t>
      </w:r>
      <w:r>
        <w:br/>
      </w:r>
      <w:r>
        <w:rPr>
          <w:sz w:val="20"/>
        </w:rPr>
        <w:t>30:09  to yeh kaam hua, aur lekin us ko kya anjam diya? zyada tar aal-e-maghrib ne.</w:t>
      </w:r>
      <w:r>
        <w:br/>
      </w:r>
      <w:r>
        <w:rPr>
          <w:sz w:val="20"/>
        </w:rPr>
        <w:t>30:16  aal-e-maghrib ne to musalman chounkay sab kuch apna samajhtay hain ke hum jo jo karein ge, hum</w:t>
      </w:r>
      <w:r>
        <w:br/>
      </w:r>
      <w:r>
        <w:rPr>
          <w:sz w:val="20"/>
        </w:rPr>
        <w:t>30:23  karein ge, to aal-e-maghrib ko unhon ne bana diya dushman-e-Islam.</w:t>
      </w:r>
      <w:r>
        <w:br/>
      </w:r>
      <w:r>
        <w:rPr>
          <w:sz w:val="20"/>
        </w:rPr>
        <w:t>30:30  to un ka jo role tha, us se bekhabar ho gaye.</w:t>
      </w:r>
      <w:r>
        <w:br/>
      </w:r>
      <w:r>
        <w:rPr>
          <w:sz w:val="20"/>
        </w:rPr>
        <w:t>30:36  kitni bari jo hai, isi ko isi ko kutman kahoon ga main.</w:t>
      </w:r>
      <w:r>
        <w:br/>
      </w:r>
      <w:r>
        <w:rPr>
          <w:sz w:val="20"/>
        </w:rPr>
        <w:t>30:43  Quran ko chupana, jo kehtay hain na, na khud khurd, na ba-qasd deta, na khud khata, na kisi ko deta.</w:t>
      </w:r>
      <w:r>
        <w:br/>
      </w:r>
      <w:r>
        <w:rPr>
          <w:sz w:val="20"/>
        </w:rPr>
        <w:t>30:50  to yahi kutman hai ke Quran mein Allah taala ne ailan kiya tha ke aik bohat hi bara</w:t>
      </w:r>
      <w:r>
        <w:br/>
      </w:r>
      <w:r>
        <w:rPr>
          <w:sz w:val="20"/>
        </w:rPr>
        <w:t>30:57  plan Allah taala ka tha, jo Rasool Allah Sal Allahu Alaihi Wasallam ke zariye shuru kiya gaya, aur</w:t>
      </w:r>
      <w:r>
        <w:br/>
      </w:r>
      <w:r>
        <w:rPr>
          <w:sz w:val="20"/>
        </w:rPr>
        <w:t>31:03  Europe mein ja kar khatam hua, aur us ko hadith mein taeed kaha gaya tha.</w:t>
      </w:r>
      <w:r>
        <w:br/>
      </w:r>
      <w:r>
        <w:rPr>
          <w:sz w:val="20"/>
        </w:rPr>
        <w:t>31:10  kyunkay is mani yeh kya hua hai ke Allah ki nazar mein jo musalmanon ka tareeqa hai ke</w:t>
      </w:r>
      <w:r>
        <w:br/>
      </w:r>
      <w:r>
        <w:rPr>
          <w:sz w:val="20"/>
        </w:rPr>
        <w:t>31:17  dushman do do do do category bantay hue hain, saaray insaan ya to dushman hain ya dost hain,</w:t>
      </w:r>
      <w:r>
        <w:br/>
      </w:r>
      <w:r>
        <w:rPr>
          <w:sz w:val="20"/>
        </w:rPr>
        <w:t>31:24  ya dushman hain ya dost hain.</w:t>
      </w:r>
      <w:r>
        <w:br/>
      </w:r>
      <w:r>
        <w:rPr>
          <w:sz w:val="20"/>
        </w:rPr>
        <w:t>31:30  allah ki nazar mein ek third category hai, yeh musalmanon ki apni hai.</w:t>
      </w:r>
      <w:r>
        <w:br/>
      </w:r>
      <w:r>
        <w:rPr>
          <w:sz w:val="20"/>
        </w:rPr>
        <w:t>31:37  yeh ek manna ke yeh do hi category hain insanon ki, dushman dost, dushman dost, is ka naam</w:t>
      </w:r>
      <w:r>
        <w:br/>
      </w:r>
      <w:r>
        <w:rPr>
          <w:sz w:val="20"/>
        </w:rPr>
        <w:t>31:44  hai dichotomous thinking.</w:t>
      </w:r>
      <w:r>
        <w:br/>
      </w:r>
      <w:r>
        <w:rPr>
          <w:sz w:val="20"/>
        </w:rPr>
        <w:t>31:51  to dichotomous thinking allah taala ki nahi hai, is ka ek third position bhi hai, woh hai taeed,</w:t>
      </w:r>
      <w:r>
        <w:br/>
      </w:r>
      <w:r>
        <w:rPr>
          <w:sz w:val="20"/>
        </w:rPr>
        <w:t>31:57  support, jo hadith mein aaya hai.</w:t>
      </w:r>
      <w:r>
        <w:br/>
      </w:r>
      <w:r>
        <w:rPr>
          <w:sz w:val="20"/>
        </w:rPr>
        <w:t>32:04  quran mein isharatan hai, hadith mein sarahatan hai, in allah la be to musalmanon ne kuch kaam kiya.</w:t>
      </w:r>
      <w:r>
        <w:br/>
      </w:r>
      <w:r>
        <w:rPr>
          <w:sz w:val="20"/>
        </w:rPr>
        <w:t>32:11  musalmanon ka bhi ek role hai is daur ko lane mein, lekin sirf beginning ka role hai, beginning</w:t>
      </w:r>
      <w:r>
        <w:br/>
      </w:r>
      <w:r>
        <w:rPr>
          <w:sz w:val="20"/>
        </w:rPr>
        <w:t>32:18  ka, is ko takmeel tak pahunchane ka role jo hai, woh ada kiya hai.</w:t>
      </w:r>
      <w:r>
        <w:br/>
      </w:r>
      <w:r>
        <w:rPr>
          <w:sz w:val="20"/>
        </w:rPr>
        <w:t>32:24  europe mein aur america ne to aaj kal arab log kya kehte hain? america adu al islam raqam wahid,</w:t>
      </w:r>
      <w:r>
        <w:br/>
      </w:r>
      <w:r>
        <w:rPr>
          <w:sz w:val="20"/>
        </w:rPr>
        <w:t>32:31  sirf is liye ke america israel ki ka side leta hai, america falasteen mein israel ki side leta</w:t>
      </w:r>
      <w:r>
        <w:br/>
      </w:r>
      <w:r>
        <w:rPr>
          <w:sz w:val="20"/>
        </w:rPr>
        <w:t>32:38  hai, yeh sab bara bana rakha hai.</w:t>
      </w:r>
      <w:r>
        <w:br/>
      </w:r>
      <w:r>
        <w:rPr>
          <w:sz w:val="20"/>
        </w:rPr>
        <w:t>32:45  allah ki nazar mein yeh kuch bhi nahi hai, allah ki nazar mein kuch bhi nahi hai.</w:t>
      </w:r>
      <w:r>
        <w:br/>
      </w:r>
      <w:r>
        <w:rPr>
          <w:sz w:val="20"/>
        </w:rPr>
        <w:t>32:51  bari cheez allah taala ne ki hai ke nature mein jo jo khazana chupa hua hai, us ko</w:t>
      </w:r>
      <w:r>
        <w:br/>
      </w:r>
      <w:r>
        <w:rPr>
          <w:sz w:val="20"/>
        </w:rPr>
        <w:t>32:58  daryaft kar ke insan par available karna, us ko woh woh europe ne kiya.</w:t>
      </w:r>
      <w:r>
        <w:br/>
      </w:r>
      <w:r>
        <w:rPr>
          <w:sz w:val="20"/>
        </w:rPr>
        <w:t>33:05  to yeh jo arab kehte hain ke america adu al islam raqam wahid, agar un ko khabar ho jaye</w:t>
      </w:r>
      <w:r>
        <w:br/>
      </w:r>
      <w:r>
        <w:rPr>
          <w:sz w:val="20"/>
        </w:rPr>
        <w:t>33:12  to woh toba karein is jumle se aur kahein ke america mahib al islam raqam wahid.</w:t>
      </w:r>
      <w:r>
        <w:br/>
      </w:r>
      <w:r>
        <w:rPr>
          <w:sz w:val="20"/>
        </w:rPr>
        <w:t>33:18  yani arab ailan karein, agar yeh jaan lein is baat ko ke "We were wrong, we were wrong,</w:t>
      </w:r>
      <w:r>
        <w:br/>
      </w:r>
      <w:r>
        <w:rPr>
          <w:sz w:val="20"/>
        </w:rPr>
        <w:t>33:25  we committed a blunder" kyunke america to adu al islam raqam wahid nahi hai, america mahib al islam raqam wahid</w:t>
      </w:r>
      <w:r>
        <w:br/>
      </w:r>
      <w:r>
        <w:rPr>
          <w:sz w:val="20"/>
        </w:rPr>
        <w:t>33:32  hai, yani friend of islam number one.</w:t>
      </w:r>
      <w:r>
        <w:br/>
      </w:r>
      <w:r>
        <w:rPr>
          <w:sz w:val="20"/>
        </w:rPr>
        <w:t>33:39  to yahi sab hai kutman, chhipana.</w:t>
      </w:r>
      <w:r>
        <w:br/>
      </w:r>
      <w:r>
        <w:rPr>
          <w:sz w:val="20"/>
        </w:rPr>
        <w:t>33:45  to quran ko agar aap tadabbur na karein, is ke mani ko na kholein, is ki gehraiyon tak</w:t>
      </w:r>
      <w:r>
        <w:br/>
      </w:r>
      <w:r>
        <w:rPr>
          <w:sz w:val="20"/>
        </w:rPr>
        <w:t>33:52  na pahunchein to allah ke nazdeek yeh chhipana ho jayega, kutman ho jayega.</w:t>
      </w:r>
      <w:r>
        <w:br/>
      </w:r>
      <w:r>
        <w:rPr>
          <w:sz w:val="20"/>
        </w:rPr>
        <w:t>33:59  yeh kya tha yahud ne is zamane mein? aaj ke yahud mukhtalif hain, aaj ke yahud waisay nahi</w:t>
      </w:r>
      <w:r>
        <w:br/>
      </w:r>
      <w:r>
        <w:rPr>
          <w:sz w:val="20"/>
        </w:rPr>
        <w:t>34:06  hain, lekin is zamane mein yahud ne jo kiya tha, woh yahi kiya tha ke ke apne in</w:t>
      </w:r>
      <w:r>
        <w:br/>
      </w:r>
      <w:r>
        <w:rPr>
          <w:sz w:val="20"/>
        </w:rPr>
        <w:t>34:12  ke paas jo kitab allah thi, us mein wisdom jo ko daryaft nahi kiya unhon ne aur insanon</w:t>
      </w:r>
      <w:r>
        <w:br/>
      </w:r>
      <w:r>
        <w:rPr>
          <w:sz w:val="20"/>
        </w:rPr>
        <w:t>34:19  ko pohanchaya nahi.</w:t>
      </w:r>
      <w:r>
        <w:br/>
      </w:r>
      <w:r>
        <w:rPr>
          <w:sz w:val="20"/>
        </w:rPr>
        <w:t>34:26  to is ko Allah ne is ko kitman kaha, kitman ka mani chupana.</w:t>
      </w:r>
      <w:r>
        <w:br/>
      </w:r>
      <w:r>
        <w:rPr>
          <w:sz w:val="20"/>
        </w:rPr>
        <w:t>34:33  yahi musalman kar rahe hain ke jo bari bari batein hain quran mein, is ko daryaft nahi kiya</w:t>
      </w:r>
      <w:r>
        <w:br/>
      </w:r>
      <w:r>
        <w:rPr>
          <w:sz w:val="20"/>
        </w:rPr>
        <w:t>34:39  unhon ne, is ki wisdom se be khabar rahe.</w:t>
      </w:r>
      <w:r>
        <w:br/>
      </w:r>
      <w:r>
        <w:rPr>
          <w:sz w:val="20"/>
        </w:rPr>
        <w:t>34:46  to is ko Allah ke nazdeek yeh chupana hai.</w:t>
      </w:r>
      <w:r>
        <w:br/>
      </w:r>
      <w:r>
        <w:rPr>
          <w:sz w:val="20"/>
        </w:rPr>
        <w:t>34:53  jo hadith mein aata hai ke ek zamana aaye ga jab ke jab ke logon ki aqlein chhan</w:t>
      </w:r>
      <w:r>
        <w:br/>
      </w:r>
      <w:r>
        <w:rPr>
          <w:sz w:val="20"/>
        </w:rPr>
        <w:t>35:00  jayengi, yahi to hai chhan jana, yani aqal ko apply karne ke qabil na rehna, yahi chhan jana hai.</w:t>
      </w:r>
      <w:r>
        <w:br/>
      </w:r>
      <w:r>
        <w:rPr>
          <w:sz w:val="20"/>
        </w:rPr>
        <w:t>35:06  to mein samajhta hoon ke musalman sirf fakhar kar jate hain, fakhar un ko quran par fakhar hai,</w:t>
      </w:r>
      <w:r>
        <w:br/>
      </w:r>
      <w:r>
        <w:rPr>
          <w:sz w:val="20"/>
        </w:rPr>
        <w:t>35:13  un ko rasool par fakhar hai, islam par fakhar hai, kaba par fakhar hai.</w:t>
      </w:r>
      <w:r>
        <w:br/>
      </w:r>
      <w:r>
        <w:rPr>
          <w:sz w:val="20"/>
        </w:rPr>
        <w:t>35:20  is fakhar ko mein kahoon ga yeh false pride hai, yeh false pride sahi hai ke woh is</w:t>
      </w:r>
      <w:r>
        <w:br/>
      </w:r>
      <w:r>
        <w:rPr>
          <w:sz w:val="20"/>
        </w:rPr>
        <w:t>35:27  ki wisdom ko daryaft karein, quran ki wisdom ko daryaft karein, sunnat ki wisdom ko daryaft karein aur</w:t>
      </w:r>
      <w:r>
        <w:br/>
      </w:r>
      <w:r>
        <w:rPr>
          <w:sz w:val="20"/>
        </w:rPr>
        <w:t>35:33  is ko dunya tak pohanchayein.</w:t>
      </w:r>
      <w:r>
        <w:br/>
      </w:r>
      <w:r>
        <w:rPr>
          <w:sz w:val="20"/>
        </w:rPr>
        <w:t>35:40  agar yeh ho jaye musalmanon mein, yeh yeh soch aa jaye to woh chala kar kahengay jin</w:t>
      </w:r>
      <w:r>
        <w:br/>
      </w:r>
      <w:r>
        <w:rPr>
          <w:sz w:val="20"/>
        </w:rPr>
        <w:t>35:47  ko hum ne dushman samjha tha, woh to sab bare dost hamare hain.</w:t>
      </w:r>
      <w:r>
        <w:br/>
      </w:r>
      <w:r>
        <w:rPr>
          <w:sz w:val="20"/>
        </w:rPr>
        <w:t>35:54  kiyunke misaal ke taur par unhon ne communication daryaft kiya, unhon ne sara communication unhon ne discover kiya</w:t>
      </w:r>
      <w:r>
        <w:br/>
      </w:r>
      <w:r>
        <w:rPr>
          <w:sz w:val="20"/>
        </w:rPr>
        <w:t>36:00  hai aur communication ki wajah se pehli bar history mein possible hua hai ke Allah ki baat ko</w:t>
      </w:r>
      <w:r>
        <w:br/>
      </w:r>
      <w:r>
        <w:rPr>
          <w:sz w:val="20"/>
        </w:rPr>
        <w:t>36:07  sare alam mein pohanchaya jaye.</w:t>
      </w:r>
      <w:r>
        <w:br/>
      </w:r>
      <w:r>
        <w:rPr>
          <w:sz w:val="20"/>
        </w:rPr>
        <w:t>36:14  sare alam mein is mein musalmanon ka yani mushkil se kuch ibtidai hissa hoga, baqi sara kaam doosron</w:t>
      </w:r>
      <w:r>
        <w:br/>
      </w:r>
      <w:r>
        <w:rPr>
          <w:sz w:val="20"/>
        </w:rPr>
        <w:t>36:21  ne kiya hai.</w:t>
      </w:r>
      <w:r>
        <w:br/>
      </w:r>
      <w:r>
        <w:rPr>
          <w:sz w:val="20"/>
        </w:rPr>
        <w:t>36:27  to shayad dunya ko is kahein ke yeh to hamare benefactor hain, hamare muhsin hain, hamare moojid hain,</w:t>
      </w:r>
      <w:r>
        <w:br/>
      </w:r>
      <w:r>
        <w:rPr>
          <w:sz w:val="20"/>
        </w:rPr>
        <w:t>36:34  yeh dushman nahi hain hamare.</w:t>
      </w:r>
      <w:r>
        <w:br/>
      </w:r>
      <w:r>
        <w:rPr>
          <w:sz w:val="20"/>
        </w:rPr>
        <w:t>36:41  to quran ki is ayat ko ya to kisi ne kuch gehre mani mein liya hi nahi, liya</w:t>
      </w:r>
      <w:r>
        <w:br/>
      </w:r>
      <w:r>
        <w:rPr>
          <w:sz w:val="20"/>
        </w:rPr>
        <w:t>36:48  to wahi zulm o kufr aur shirk ke mani mein liya aur ek abadi rai chhed di.</w:t>
      </w:r>
      <w:r>
        <w:br/>
      </w:r>
      <w:r>
        <w:rPr>
          <w:sz w:val="20"/>
        </w:rPr>
        <w:t>36:54  yani kuch jamaatein hain jo jinhon ne political interpretation diya aur unhon ne yeh nishana banaya ke ab</w:t>
      </w:r>
      <w:r>
        <w:br/>
      </w:r>
      <w:r>
        <w:rPr>
          <w:sz w:val="20"/>
        </w:rPr>
        <w:t>37:01  dunya mein adl ka jhanda gadenge, sari dunya se kufr o shirk ko khatma karenge, sari</w:t>
      </w:r>
      <w:r>
        <w:br/>
      </w:r>
      <w:r>
        <w:rPr>
          <w:sz w:val="20"/>
        </w:rPr>
        <w:t>37:08  dunya se zulm ko mitayen ge aur woh so baras لڑ rahe hain, hawa kuch bhi nahin kyunke</w:t>
      </w:r>
      <w:r>
        <w:br/>
      </w:r>
      <w:r>
        <w:rPr>
          <w:sz w:val="20"/>
        </w:rPr>
        <w:t>37:15  woh Allah ka mansooba hi nahin hai.</w:t>
      </w:r>
      <w:r>
        <w:br/>
      </w:r>
      <w:r>
        <w:rPr>
          <w:sz w:val="20"/>
        </w:rPr>
        <w:t>37:21  jo Allah ka mansooba na ho, jo Allah ki planning na ho, woh is ke liye aap لڑیں</w:t>
      </w:r>
      <w:r>
        <w:br/>
      </w:r>
      <w:r>
        <w:rPr>
          <w:sz w:val="20"/>
        </w:rPr>
        <w:t>37:28  aur jaan den to kuch bhi kiye, suicide mangon kyun kiye, hone wala kuch bhi nahin hai.</w:t>
      </w:r>
      <w:r>
        <w:br/>
      </w:r>
      <w:r>
        <w:rPr>
          <w:sz w:val="20"/>
        </w:rPr>
        <w:t>37:35  yeh aisa hi hai jaise ke misaal ke taur par hum aap ek aisi jagah hain jo covered</w:t>
      </w:r>
      <w:r>
        <w:br/>
      </w:r>
      <w:r>
        <w:rPr>
          <w:sz w:val="20"/>
        </w:rPr>
        <w:t>37:42  hai, chhat is ke upar chhat hai, ab hum chahte hain ke yahan hamein pani mil jaye to</w:t>
      </w:r>
      <w:r>
        <w:br/>
      </w:r>
      <w:r>
        <w:rPr>
          <w:sz w:val="20"/>
        </w:rPr>
        <w:t>37:48  so baras tak yahan aap kuch bhi karte rahiye, barish andar nahin aa jaye gi, barish to upar</w:t>
      </w:r>
      <w:r>
        <w:br/>
      </w:r>
      <w:r>
        <w:rPr>
          <w:sz w:val="20"/>
        </w:rPr>
        <w:t>37:55  beh jaye gi kyunke chhat hai.</w:t>
      </w:r>
      <w:r>
        <w:br/>
      </w:r>
      <w:r>
        <w:rPr>
          <w:sz w:val="20"/>
        </w:rPr>
        <w:t>38:02  to is dunya mein koi cheez aap ko mile gi to Allah ke Allah ka jo law of</w:t>
      </w:r>
      <w:r>
        <w:br/>
      </w:r>
      <w:r>
        <w:rPr>
          <w:sz w:val="20"/>
        </w:rPr>
        <w:t>38:09  nature hai, is ko follow kar ke mile ga.</w:t>
      </w:r>
      <w:r>
        <w:br/>
      </w:r>
      <w:r>
        <w:rPr>
          <w:sz w:val="20"/>
        </w:rPr>
        <w:t>38:15  is kamre mein aap chahen ke yahan ghoṛe gaaen, ghoṛe gaaen, yahan aam ke peṛ lagaen to nahin</w:t>
      </w:r>
      <w:r>
        <w:br/>
      </w:r>
      <w:r>
        <w:rPr>
          <w:sz w:val="20"/>
        </w:rPr>
        <w:t>38:22  lagne wala hai, woh is ke liye soil chahiye.</w:t>
      </w:r>
      <w:r>
        <w:br/>
      </w:r>
      <w:r>
        <w:rPr>
          <w:sz w:val="20"/>
        </w:rPr>
        <w:t>38:29  to Allah taala ne jo rakha tha khazana, chunke soch nahin musalmanon mein bani, woh soch nahin bani,</w:t>
      </w:r>
      <w:r>
        <w:br/>
      </w:r>
      <w:r>
        <w:rPr>
          <w:sz w:val="20"/>
        </w:rPr>
        <w:t>38:36  woh wisdom nahin aayi un ke andar, to is ko daryaft nahin kiya unhon ne.</w:t>
      </w:r>
      <w:r>
        <w:br/>
      </w:r>
      <w:r>
        <w:rPr>
          <w:sz w:val="20"/>
        </w:rPr>
        <w:t>38:42  to hamara mission yeh hai ke isi ko mein kaha karta hoon ke hamara mission yeh hai ke</w:t>
      </w:r>
      <w:r>
        <w:br/>
      </w:r>
      <w:r>
        <w:rPr>
          <w:sz w:val="20"/>
        </w:rPr>
        <w:t>38:49  ghair muslimon ke liye Islam ko un ki discovery banana aur musalmanon ke liye Islam ko un ki</w:t>
      </w:r>
      <w:r>
        <w:br/>
      </w:r>
      <w:r>
        <w:rPr>
          <w:sz w:val="20"/>
        </w:rPr>
        <w:t>38:56  rediscovery banana, yeh hamara mission hai.</w:t>
      </w:r>
      <w:r>
        <w:br/>
      </w:r>
      <w:r>
        <w:rPr>
          <w:sz w:val="20"/>
        </w:rPr>
        <w:t>39:03  musalmanon ko phir se zinda karna chahte hain, musalmanon ko phir se revive karna chahte hain taake yeh</w:t>
      </w:r>
      <w:r>
        <w:br/>
      </w:r>
      <w:r>
        <w:rPr>
          <w:sz w:val="20"/>
        </w:rPr>
        <w:t>39:09  jo chupa hua wisdom Quran mein hai, is ko jann aur jan kar is par dunya ko batayen,</w:t>
      </w:r>
      <w:r>
        <w:br/>
      </w:r>
      <w:r>
        <w:rPr>
          <w:sz w:val="20"/>
        </w:rPr>
        <w:t>39:16  jis ko kehte hain ahya-e-millat, yahi to hai, woh ahya-e-millat yahi hai, yani revival of ummah,</w:t>
      </w:r>
      <w:r>
        <w:br/>
      </w:r>
      <w:r>
        <w:rPr>
          <w:sz w:val="20"/>
        </w:rPr>
        <w:t>39:23  yahi to hai.</w:t>
      </w:r>
      <w:r>
        <w:br/>
      </w:r>
      <w:r>
        <w:rPr>
          <w:sz w:val="20"/>
        </w:rPr>
        <w:t>39:30  mein samajhta hoon ek lafz mein revival ummah yeh hai ke musalman dobara Quran ki wisdom ko daryaft karen.</w:t>
      </w:r>
      <w:r>
        <w:br/>
      </w:r>
      <w:r>
        <w:rPr>
          <w:sz w:val="20"/>
        </w:rPr>
        <w:t>39:36  abhi woh qashr ko jante hain, qashr yani chhilka, jo maghz hai, us se bekhabar hain.</w:t>
      </w:r>
      <w:r>
        <w:br/>
      </w:r>
      <w:r>
        <w:rPr>
          <w:sz w:val="20"/>
        </w:rPr>
        <w:t>39:43  to muslim ummah ka revival yeh hai ke muslim ummah ijtihadi taqat se kaam le aur wisdom ko daryaft kare.</w:t>
      </w:r>
      <w:r>
        <w:br/>
      </w:r>
      <w:r>
        <w:rPr>
          <w:sz w:val="20"/>
        </w:rPr>
        <w:t>39:50  mein samajhta hoon ke musalmanon ne ijtihad ko istemal hi nahin kiya.</w:t>
      </w:r>
      <w:r>
        <w:br/>
      </w:r>
      <w:r>
        <w:rPr>
          <w:sz w:val="20"/>
        </w:rPr>
        <w:t>39:57  aaj mein soch raha tha subah keh kaha jata hai keh fuqaha ka jo daur hai, us ke</w:t>
      </w:r>
      <w:r>
        <w:br/>
      </w:r>
      <w:r>
        <w:rPr>
          <w:sz w:val="20"/>
        </w:rPr>
        <w:t>40:03  baad ijtihad ka darwaza band ho gaya.</w:t>
      </w:r>
      <w:r>
        <w:br/>
      </w:r>
      <w:r>
        <w:rPr>
          <w:sz w:val="20"/>
        </w:rPr>
        <w:t>40:10  fuqaha ka jo daur hai, us ke baad ijtihad ka darwaza band ho gaya.</w:t>
      </w:r>
      <w:r>
        <w:br/>
      </w:r>
      <w:r>
        <w:rPr>
          <w:sz w:val="20"/>
        </w:rPr>
        <w:t>40:17  mein to kahunga keh ijtihad ka darwaza kabhi khula hi nahin.</w:t>
      </w:r>
      <w:r>
        <w:br/>
      </w:r>
      <w:r>
        <w:rPr>
          <w:sz w:val="20"/>
        </w:rPr>
        <w:t>40:24  baad ke daur mein ijtihad ka darwaza kabhi khula hi nahin, is liye keh fuqaha ne jo ijtihad</w:t>
      </w:r>
      <w:r>
        <w:br/>
      </w:r>
      <w:r>
        <w:rPr>
          <w:sz w:val="20"/>
        </w:rPr>
        <w:t>40:30  kiya, woh choti choti cheezon mein kiya, choti cheezon mein, choti cheezon mein.</w:t>
      </w:r>
      <w:r>
        <w:br/>
      </w:r>
      <w:r>
        <w:rPr>
          <w:sz w:val="20"/>
        </w:rPr>
        <w:t>40:37  jaise mein jo yeh moza pehne hue hoon, kapre ka moza, to aap jante hain keh jarab par</w:t>
      </w:r>
      <w:r>
        <w:br/>
      </w:r>
      <w:r>
        <w:rPr>
          <w:sz w:val="20"/>
        </w:rPr>
        <w:t>40:44  masah karna se yeh hota hai keh aap thande mausam mein agar wuzu kar ke paaon mein jarab</w:t>
      </w:r>
      <w:r>
        <w:br/>
      </w:r>
      <w:r>
        <w:rPr>
          <w:sz w:val="20"/>
        </w:rPr>
        <w:t>40:51  daal lein to aap teen din tak masah kar ke namaz parh sakte hain, paaon mein masah kar ke.</w:t>
      </w:r>
      <w:r>
        <w:br/>
      </w:r>
      <w:r>
        <w:rPr>
          <w:sz w:val="20"/>
        </w:rPr>
        <w:t>40:57  yeh hai is ke mas alal khuffain, kehte hain is ko mas alal khuffain.</w:t>
      </w:r>
      <w:r>
        <w:br/>
      </w:r>
      <w:r>
        <w:rPr>
          <w:sz w:val="20"/>
        </w:rPr>
        <w:t>41:04  to ab jab daur mein aaya keh moze bante lage, dhage ke, kapre ke, aur woh masnooi dhage</w:t>
      </w:r>
      <w:r>
        <w:br/>
      </w:r>
      <w:r>
        <w:rPr>
          <w:sz w:val="20"/>
        </w:rPr>
        <w:t>41:11  ke, is zamane mein bante the chamre ke, to ijtihad kar ke logon ne bataya keh chamre ke</w:t>
      </w:r>
      <w:r>
        <w:br/>
      </w:r>
      <w:r>
        <w:rPr>
          <w:sz w:val="20"/>
        </w:rPr>
        <w:t>41:18  moze par jis tarah masah karna jaiz tha, us tarah is par bhi jaiz hai.</w:t>
      </w:r>
      <w:r>
        <w:br/>
      </w:r>
      <w:r>
        <w:rPr>
          <w:sz w:val="20"/>
        </w:rPr>
        <w:t>41:24  yeh yeh kiya is ka ijtihad hai? yeh common sense ki baat hai.</w:t>
      </w:r>
      <w:r>
        <w:br/>
      </w:r>
      <w:r>
        <w:rPr>
          <w:sz w:val="20"/>
        </w:rPr>
        <w:t>41:31  jo cheez common sense ki hai, us ko ijtihad ka masla bana diya.</w:t>
      </w:r>
      <w:r>
        <w:br/>
      </w:r>
      <w:r>
        <w:rPr>
          <w:sz w:val="20"/>
        </w:rPr>
        <w:t>41:38  woh jo hadith hai keh istafti qalb ka, apne dil se fatwa pooch lo, is ka matlab hai</w:t>
      </w:r>
      <w:r>
        <w:br/>
      </w:r>
      <w:r>
        <w:rPr>
          <w:sz w:val="20"/>
        </w:rPr>
        <w:t>41:45  keh bohat cheezein aisi hoti hain jo common sense ka subject hoti hain.</w:t>
      </w:r>
      <w:r>
        <w:br/>
      </w:r>
      <w:r>
        <w:rPr>
          <w:sz w:val="20"/>
        </w:rPr>
        <w:t>41:51  fatwa kiya poochhna hai? common sense jo kahe, woh kar lo.</w:t>
      </w:r>
      <w:r>
        <w:br/>
      </w:r>
      <w:r>
        <w:rPr>
          <w:sz w:val="20"/>
        </w:rPr>
        <w:t>41:58  to jin cheezon par itna logon ne kai so saal tak bahsien keen, bahsien keen, bahsien keen, woh</w:t>
      </w:r>
      <w:r>
        <w:br/>
      </w:r>
      <w:r>
        <w:rPr>
          <w:sz w:val="20"/>
        </w:rPr>
        <w:t>42:05  sab common sense ka mauzu tha, woh ijtihad ka mauzu hi nahin tha.</w:t>
      </w:r>
      <w:r>
        <w:br/>
      </w:r>
      <w:r>
        <w:rPr>
          <w:sz w:val="20"/>
        </w:rPr>
        <w:t>42:12  ijtihad ka mauzu dekhein, yeh hai keh keh west ne hamari hukumaton ko khatam kiya, mughal Empire ko</w:t>
      </w:r>
      <w:r>
        <w:br/>
      </w:r>
      <w:r>
        <w:rPr>
          <w:sz w:val="20"/>
        </w:rPr>
        <w:t>42:18  khatam kiya, Turkish Empire ko khatam kiya, to musalman ghusa ho gaye.</w:t>
      </w:r>
      <w:r>
        <w:br/>
      </w:r>
      <w:r>
        <w:rPr>
          <w:sz w:val="20"/>
        </w:rPr>
        <w:t>42:25  yahan ijtihad karna tha keh is par kiya ghusa karna? yeh dekho keh unhon ne bohat bara kaam</w:t>
      </w:r>
      <w:r>
        <w:br/>
      </w:r>
      <w:r>
        <w:rPr>
          <w:sz w:val="20"/>
        </w:rPr>
        <w:t>42:32  kiya hai keh nature ko unfold kiya, unhon ne hum ko communication diya, hamein hum ko political press</w:t>
      </w:r>
      <w:r>
        <w:br/>
      </w:r>
      <w:r>
        <w:rPr>
          <w:sz w:val="20"/>
        </w:rPr>
        <w:t>42:39  diya, hamein freedom dilaye, woh yeh dekho, woh sab ki koi ahmiyat nahin hai.</w:t>
      </w:r>
      <w:r>
        <w:br/>
      </w:r>
      <w:r>
        <w:rPr>
          <w:sz w:val="20"/>
        </w:rPr>
        <w:t>42:45  yeh tha ijtihad ka masla, yeh tha ijtihad ka masla.</w:t>
      </w:r>
      <w:r>
        <w:br/>
      </w:r>
      <w:r>
        <w:rPr>
          <w:sz w:val="20"/>
        </w:rPr>
        <w:t>42:52  to mein nahi, mein kahunga ke ijtihad ka darwaza band nahi hua, balkeh ijtihad ka darwaza khula hi nahi.</w:t>
      </w:r>
      <w:r>
        <w:br/>
      </w:r>
      <w:r>
        <w:rPr>
          <w:sz w:val="20"/>
        </w:rPr>
        <w:t>42:59  muslim period mein, behal mein dua karta hoon ke Allah taala hum ko, aap ko samajh de, hum</w:t>
      </w:r>
      <w:r>
        <w:br/>
      </w:r>
      <w:r>
        <w:rPr>
          <w:sz w:val="20"/>
        </w:rPr>
        <w:t>43:06  islam ki ko gehrai ke sath samjhein aur khud is par amal karein aur doosron ko amal karne</w:t>
      </w:r>
      <w:r>
        <w:br/>
      </w:r>
      <w:r>
        <w:rPr>
          <w:sz w:val="20"/>
        </w:rPr>
        <w:t>43:12  ki targhib dein.</w:t>
      </w:r>
      <w:r>
        <w:br/>
      </w:r>
      <w:r>
        <w:rPr>
          <w:sz w:val="20"/>
        </w:rPr>
        <w:t>43:19  isi yeh meri dua hai apne liye aur aap sab logon ke liye.</w:t>
      </w:r>
      <w:r>
        <w:br/>
      </w:r>
      <w:r>
        <w:rPr>
          <w:sz w:val="20"/>
        </w:rPr>
        <w:t>43:26  assalam o alaikum warahmatullah.</w:t>
      </w:r>
      <w:r>
        <w:br/>
      </w:r>
      <w:r>
        <w:rPr>
          <w:sz w:val="20"/>
        </w:rPr>
        <w:t>43:33  Okay, we will be starting with the question answer session now.</w:t>
      </w:r>
      <w:r>
        <w:br/>
      </w:r>
      <w:r>
        <w:rPr>
          <w:sz w:val="20"/>
        </w:rPr>
        <w:t>43:40  We request the online viewers to send their questions on info@cpsglobal.org.</w:t>
      </w:r>
      <w:r>
        <w:br/>
      </w:r>
      <w:r>
        <w:rPr>
          <w:sz w:val="20"/>
        </w:rPr>
        <w:t>43:46  Facebook viewers can send their questions in the comment section.</w:t>
      </w:r>
      <w:r>
        <w:br/>
      </w:r>
      <w:r>
        <w:rPr>
          <w:sz w:val="20"/>
        </w:rPr>
        <w:t>43:52  Maulana sahib, yeh sawal aaya hai Pakistan se Inkesar Ali sahib ka aur unhon ne aap se poocha</w:t>
      </w:r>
      <w:r>
        <w:br/>
      </w:r>
      <w:r>
        <w:rPr>
          <w:sz w:val="20"/>
        </w:rPr>
        <w:t>43:58  ہے کہ how do you differentiate between jihad and terrorism? دیکھیں، جہاد، terrorism تو اور جہاد سے کوئی</w:t>
      </w:r>
      <w:r>
        <w:br/>
      </w:r>
      <w:r>
        <w:rPr>
          <w:sz w:val="20"/>
        </w:rPr>
        <w:t>44:05  matlab nahi hai.</w:t>
      </w:r>
      <w:r>
        <w:br/>
      </w:r>
      <w:r>
        <w:rPr>
          <w:sz w:val="20"/>
        </w:rPr>
        <w:t>44:11  jihad peaceful struggle ka naam hai, yaad rakhiye, jihad mein violence hai hi nahi, shamil hi nahi hai.</w:t>
      </w:r>
      <w:r>
        <w:br/>
      </w:r>
      <w:r>
        <w:rPr>
          <w:sz w:val="20"/>
        </w:rPr>
        <w:t>44:17  is par mein kai likha hai, mein ne apni kitabon mein ke jihad means peaceful struggle aur terrorism</w:t>
      </w:r>
      <w:r>
        <w:br/>
      </w:r>
      <w:r>
        <w:rPr>
          <w:sz w:val="20"/>
        </w:rPr>
        <w:t>44:24  to marna kaatne ka naam hai, koi is ka taluq hi nahi hai.</w:t>
      </w:r>
      <w:r>
        <w:br/>
      </w:r>
      <w:r>
        <w:rPr>
          <w:sz w:val="20"/>
        </w:rPr>
        <w:t>44:30  jo jo terrorism ko jihad kahe, woh mere nazdeek woh andha beh raha hai, andha, is ko quran</w:t>
      </w:r>
      <w:r>
        <w:br/>
      </w:r>
      <w:r>
        <w:rPr>
          <w:sz w:val="20"/>
        </w:rPr>
        <w:t>44:36  o hadith ki koi khabar nahi.</w:t>
      </w:r>
      <w:r>
        <w:br/>
      </w:r>
      <w:r>
        <w:rPr>
          <w:sz w:val="20"/>
        </w:rPr>
        <w:t>44:43  ya to misuse kar raha hai, woh islam ko ke term ko misuse kar raha hai ya andha</w:t>
      </w:r>
      <w:r>
        <w:br/>
      </w:r>
      <w:r>
        <w:rPr>
          <w:sz w:val="20"/>
        </w:rPr>
        <w:t>44:49  beh raha hai.</w:t>
      </w:r>
      <w:r>
        <w:br/>
      </w:r>
      <w:r>
        <w:rPr>
          <w:sz w:val="20"/>
        </w:rPr>
        <w:t>44:55  quran ki ayat padhiye aap ke wajاهدhum behi jahadan kabira.</w:t>
      </w:r>
      <w:r>
        <w:br/>
      </w:r>
      <w:r>
        <w:rPr>
          <w:sz w:val="20"/>
        </w:rPr>
        <w:t>45:02  yahan bataya ke quran ke zariye jihad karo to quran ke zariye jihad kaise hoga? Aap tablegh karein</w:t>
      </w:r>
      <w:r>
        <w:br/>
      </w:r>
      <w:r>
        <w:rPr>
          <w:sz w:val="20"/>
        </w:rPr>
        <w:t>45:08  ge, dawat dein ge to yeh jihad hoga.</w:t>
      </w:r>
      <w:r>
        <w:br/>
      </w:r>
      <w:r>
        <w:rPr>
          <w:sz w:val="20"/>
        </w:rPr>
        <w:t>45:14  to jihad ka matlab hai peaceful struggle.</w:t>
      </w:r>
      <w:r>
        <w:br/>
      </w:r>
      <w:r>
        <w:rPr>
          <w:sz w:val="20"/>
        </w:rPr>
        <w:t>45:20  jihad mein koi, jihad ka koi taluq mar kaat se nahi hai aur terrorism to mar kaat hi</w:t>
      </w:r>
      <w:r>
        <w:br/>
      </w:r>
      <w:r>
        <w:rPr>
          <w:sz w:val="20"/>
        </w:rPr>
        <w:t>45:27  par qaim hai.</w:t>
      </w:r>
      <w:r>
        <w:br/>
      </w:r>
      <w:r>
        <w:rPr>
          <w:sz w:val="20"/>
        </w:rPr>
        <w:t>45:33  is par maine kafi likha hai, aap meri kitabon mein parh sakte hain.</w:t>
      </w:r>
      <w:r>
        <w:br/>
      </w:r>
      <w:r>
        <w:rPr>
          <w:sz w:val="20"/>
        </w:rPr>
        <w:t>45:39  Maulana, Maulana, agla sawal dene se pehle ek comment parhna chahenge jo Muhammad Ayub sahab ne bheja</w:t>
      </w:r>
      <w:r>
        <w:br/>
      </w:r>
      <w:r>
        <w:rPr>
          <w:sz w:val="20"/>
        </w:rPr>
        <w:t>45:46  hai Kanpur UP se.</w:t>
      </w:r>
      <w:r>
        <w:br/>
      </w:r>
      <w:r>
        <w:rPr>
          <w:sz w:val="20"/>
        </w:rPr>
        <w:t>45:52  unhon ne likha hai: "Freedom of speech leads to intellectual development because in a free society people can</w:t>
      </w:r>
      <w:r>
        <w:br/>
      </w:r>
      <w:r>
        <w:rPr>
          <w:sz w:val="20"/>
        </w:rPr>
        <w:t>45:58  criticize without fear and as a result our mind gets triggered to think on different directions and we</w:t>
      </w:r>
      <w:r>
        <w:br/>
      </w:r>
      <w:r>
        <w:rPr>
          <w:sz w:val="20"/>
        </w:rPr>
        <w:t>46:05  may be able to discover the new ideas." Maulana, agla sawal Delhi se Ajay Dwivedi sahab ne kiya</w:t>
      </w:r>
      <w:r>
        <w:br/>
      </w:r>
      <w:r>
        <w:rPr>
          <w:sz w:val="20"/>
        </w:rPr>
        <w:t>46:11  hai, unhon ne likha hai: "Maulana sahab, Muslims say that we cannot consider America as our friend number</w:t>
      </w:r>
      <w:r>
        <w:br/>
      </w:r>
      <w:r>
        <w:rPr>
          <w:sz w:val="20"/>
        </w:rPr>
        <w:t>46:17  one because they have killed so many people across the globe in the name of establishing peace.</w:t>
      </w:r>
      <w:r>
        <w:br/>
      </w:r>
      <w:r>
        <w:rPr>
          <w:sz w:val="20"/>
        </w:rPr>
        <w:t>46:24  Secondly, it was America which used atomic bomb against Japan. It seems America is the biggest enemy of mankind. What is your opinion on these claims?</w:t>
      </w:r>
      <w:r>
        <w:br/>
      </w:r>
      <w:r>
        <w:rPr>
          <w:sz w:val="20"/>
        </w:rPr>
        <w:t>46:36  "dekhen, yeh sab jhoote references hain, yeh log baaton ko detailed study karte nahin.</w:t>
      </w:r>
      <w:r>
        <w:br/>
      </w:r>
      <w:r>
        <w:rPr>
          <w:sz w:val="20"/>
        </w:rPr>
        <w:t>46:42  America kya hai, kisi bhi shakhs ne is ki detailed study ki, maine is ki bohat gehrai</w:t>
      </w:r>
      <w:r>
        <w:br/>
      </w:r>
      <w:r>
        <w:rPr>
          <w:sz w:val="20"/>
        </w:rPr>
        <w:t>46:48  ke sath study ki hai.</w:t>
      </w:r>
      <w:r>
        <w:br/>
      </w:r>
      <w:r>
        <w:rPr>
          <w:sz w:val="20"/>
        </w:rPr>
        <w:t>46:54  to aur is par maine likha hai, kafi aap meri kitab "Idara Deen" parhiye, yeh sab jo</w:t>
      </w:r>
      <w:r>
        <w:br/>
      </w:r>
      <w:r>
        <w:rPr>
          <w:sz w:val="20"/>
        </w:rPr>
        <w:t>47:00  references hain, woh de rahe hain, sab jhoote references hain.</w:t>
      </w:r>
      <w:r>
        <w:br/>
      </w:r>
      <w:r>
        <w:rPr>
          <w:sz w:val="20"/>
        </w:rPr>
        <w:t>47:06  pehley aap meri kitab parh lijiye "Idara Deen", is ke baad sawal kijiye.</w:t>
      </w:r>
      <w:r>
        <w:br/>
      </w:r>
      <w:r>
        <w:rPr>
          <w:sz w:val="20"/>
        </w:rPr>
        <w:t>47:12  Maulana, agla sawal lene se pehle ek comment parhna chahenge jo Ajmer se Dr. Safeena Tabassum ne</w:t>
      </w:r>
      <w:r>
        <w:br/>
      </w:r>
      <w:r>
        <w:rPr>
          <w:sz w:val="20"/>
        </w:rPr>
        <w:t>47:18  bheja hai, unhon ne likha hai: "Maulana sahab, you have derived most logical lessons from Quran and Hadith.</w:t>
      </w:r>
      <w:r>
        <w:br/>
      </w:r>
      <w:r>
        <w:rPr>
          <w:sz w:val="20"/>
        </w:rPr>
        <w:t>47:25  It can eliminate all the hatred present today. This is the answer to all the problems of Muslims." Maulana, agla sawal Dilli se kiya hai Miss Naghma Siddiqui ne, unhon ne likha hai: "Today I learned for the first time that fitnah means censorship.</w:t>
      </w:r>
      <w:r>
        <w:br/>
      </w:r>
      <w:r>
        <w:rPr>
          <w:sz w:val="20"/>
        </w:rPr>
        <w:t>47:49  My question is, why Muslims translated or understood it in the wrong sense of shirk, zulm and kufr?"</w:t>
      </w:r>
      <w:r>
        <w:br/>
      </w:r>
      <w:r>
        <w:rPr>
          <w:sz w:val="20"/>
        </w:rPr>
        <w:t>47:55  dekhen, fitna ka lafzi matlab na zulm hai na kufr hai na shirk hai, lafzi maani nahin hai is ke.</w:t>
      </w:r>
      <w:r>
        <w:br/>
      </w:r>
      <w:r>
        <w:rPr>
          <w:sz w:val="20"/>
        </w:rPr>
        <w:t>48:01  phir fitna ke lafzi maani hain jaanchana, jaise sonar jo hai sone ko jaanchne ke liye tapata hai,</w:t>
      </w:r>
      <w:r>
        <w:br/>
      </w:r>
      <w:r>
        <w:rPr>
          <w:sz w:val="20"/>
        </w:rPr>
        <w:t>48:07  to baad mein bataya ke is mein milawat hai ke sona khalis hai.</w:t>
      </w:r>
      <w:r>
        <w:br/>
      </w:r>
      <w:r>
        <w:rPr>
          <w:sz w:val="20"/>
        </w:rPr>
        <w:t>48:14  to is tapane ko fitna kehte hain.</w:t>
      </w:r>
      <w:r>
        <w:br/>
      </w:r>
      <w:r>
        <w:rPr>
          <w:sz w:val="20"/>
        </w:rPr>
        <w:t>48:20  jo log is ko zulm aur shirk aur zulm batate hain, woh is ka literal meaning ke aitbar</w:t>
      </w:r>
      <w:r>
        <w:br/>
      </w:r>
      <w:r>
        <w:rPr>
          <w:sz w:val="20"/>
        </w:rPr>
        <w:t>48:26  se nahin batate, woh influential meaning ke aitbar se batate hain.</w:t>
      </w:r>
      <w:r>
        <w:br/>
      </w:r>
      <w:r>
        <w:rPr>
          <w:sz w:val="20"/>
        </w:rPr>
        <w:t>48:33  to mera jo influence hai, woh woh is ko mein zyada sahi samajhta hoon.</w:t>
      </w:r>
      <w:r>
        <w:br/>
      </w:r>
      <w:r>
        <w:rPr>
          <w:sz w:val="20"/>
        </w:rPr>
        <w:t>48:39  aur jo logon ne is ko nikala hai, is ko kehte hain istemali bahana, yani zulm o kufr o shirk.</w:t>
      </w:r>
      <w:r>
        <w:br/>
      </w:r>
      <w:r>
        <w:rPr>
          <w:sz w:val="20"/>
        </w:rPr>
        <w:t>48:45  is ko main sahi nahi samajhta ke jis ko maine aap ko bataya ke aisa hukum kaise</w:t>
      </w:r>
      <w:r>
        <w:br/>
      </w:r>
      <w:r>
        <w:rPr>
          <w:sz w:val="20"/>
        </w:rPr>
        <w:t>48:51  allah ta'ala dega jo kabhi hua hi nahi ho.</w:t>
      </w:r>
      <w:r>
        <w:br/>
      </w:r>
      <w:r>
        <w:rPr>
          <w:sz w:val="20"/>
        </w:rPr>
        <w:t>48:58  un ke tashreeh ke mutabiq allah ne aisa hukum diya jo kabhi waqea nahi bana.</w:t>
      </w:r>
      <w:r>
        <w:br/>
      </w:r>
      <w:r>
        <w:rPr>
          <w:sz w:val="20"/>
        </w:rPr>
        <w:t>49:04  ab main jo kehta hoon, waqea bana hai, wo is liye main kahunga ke mera jo influence</w:t>
      </w:r>
      <w:r>
        <w:br/>
      </w:r>
      <w:r>
        <w:rPr>
          <w:sz w:val="20"/>
        </w:rPr>
        <w:t>49:10  hai, wo sahi hai, un ka influence galat hai.</w:t>
      </w:r>
      <w:r>
        <w:br/>
      </w:r>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r>
        <w:br/>
      </w:r>
      <w:r>
        <w:rPr>
          <w:sz w:val="20"/>
        </w:rPr>
        <w:t>50:38  unhone ek aur sawal kiya hai, maulana, unhone aap se poocha hai ke semitic aur non-semitic</w:t>
      </w:r>
      <w:r>
        <w:br/>
      </w:r>
      <w:r>
        <w:rPr>
          <w:sz w:val="20"/>
        </w:rPr>
        <w:t>50:45  religion ka conflict aaj tak kyun jari hai? mazhab ko kyun reason of violence samjha jata hai? is</w:t>
      </w:r>
      <w:r>
        <w:br/>
      </w:r>
      <w:r>
        <w:rPr>
          <w:sz w:val="20"/>
        </w:rPr>
        <w:t>50:51  ke bare mein batayen.</w:t>
      </w:r>
      <w:r>
        <w:br/>
      </w:r>
      <w:r>
        <w:rPr>
          <w:sz w:val="20"/>
        </w:rPr>
        <w:t>50:57  bhai, kaun sa conflict jo hai aaj jari na hua ab tak? yeh to kabhi khatm nahi hua.</w:t>
      </w:r>
      <w:r>
        <w:br/>
      </w:r>
      <w:r>
        <w:rPr>
          <w:sz w:val="20"/>
        </w:rPr>
        <w:t>51:03  wo conflict jo shuru hua tha habil qabil ke, wo bhi aaj tak jari hai.</w:t>
      </w:r>
      <w:r>
        <w:br/>
      </w:r>
      <w:r>
        <w:rPr>
          <w:sz w:val="20"/>
        </w:rPr>
        <w:t>51:10  to koi conflict duniya mein khatm nahi hota qayamat se pehle.</w:t>
      </w:r>
      <w:r>
        <w:br/>
      </w:r>
      <w:r>
        <w:rPr>
          <w:sz w:val="20"/>
        </w:rPr>
        <w:t>51:16  yeh to ho hi nahi sakta ke kafir free duniya ban jaye, wo to ho nahi sakta, wo</w:t>
      </w:r>
      <w:r>
        <w:br/>
      </w:r>
      <w:r>
        <w:rPr>
          <w:sz w:val="20"/>
        </w:rPr>
        <w:t>51:22  to law of nature ke khilaaf hai.</w:t>
      </w:r>
      <w:r>
        <w:br/>
      </w:r>
      <w:r>
        <w:rPr>
          <w:sz w:val="20"/>
        </w:rPr>
        <w:t>51:29  Maulana, agla sawal kya hai Yoginder Singh ji ne Bangalore se, aur unhone likha hai: "Maulana sahib,</w:t>
      </w:r>
      <w:r>
        <w:br/>
      </w:r>
      <w:r>
        <w:rPr>
          <w:sz w:val="20"/>
        </w:rPr>
        <w:t>51:35  there are many physical actions and utterances during performing namaz.</w:t>
      </w:r>
      <w:r>
        <w:br/>
      </w:r>
      <w:r>
        <w:rPr>
          <w:sz w:val="20"/>
        </w:rPr>
        <w:t>51:41  What is the meaning and significance of the various aspects of namaz? Kindly enlighten me in this regard."</w:t>
      </w:r>
      <w:r>
        <w:br/>
      </w:r>
      <w:r>
        <w:rPr>
          <w:sz w:val="20"/>
        </w:rPr>
        <w:t>51:47  Haan, yeh bohat bohat hi relevant question hai.</w:t>
      </w:r>
      <w:r>
        <w:br/>
      </w:r>
      <w:r>
        <w:rPr>
          <w:sz w:val="20"/>
        </w:rPr>
        <w:t>51:54  Dekhein, namaz ka ek form hai, form, aur ek hai uski spirit.</w:t>
      </w:r>
      <w:r>
        <w:br/>
      </w:r>
      <w:r>
        <w:rPr>
          <w:sz w:val="20"/>
        </w:rPr>
        <w:t>52:00  To form jo hai, woh uska external expression hai, aur uska jo internal spirit hai, woh hai khushu.</w:t>
      </w:r>
      <w:r>
        <w:br/>
      </w:r>
      <w:r>
        <w:rPr>
          <w:sz w:val="20"/>
        </w:rPr>
        <w:t>52:06  Woh hai khushu.</w:t>
      </w:r>
      <w:r>
        <w:br/>
      </w:r>
      <w:r>
        <w:rPr>
          <w:sz w:val="20"/>
        </w:rPr>
        <w:t>52:13  To namaz ko dekha jayega khushu ke aitbaar se.</w:t>
      </w:r>
      <w:r>
        <w:br/>
      </w:r>
      <w:r>
        <w:rPr>
          <w:sz w:val="20"/>
        </w:rPr>
        <w:t>52:19  External jo expression hai, usmein farq ho sakta hai, lekin spirit mein farq nahi hona chahiye.</w:t>
      </w:r>
      <w:r>
        <w:br/>
      </w:r>
      <w:r>
        <w:rPr>
          <w:sz w:val="20"/>
        </w:rPr>
        <w:t>52:25  Khushu zaroor hona chahiye.</w:t>
      </w:r>
      <w:r>
        <w:br/>
      </w:r>
      <w:r>
        <w:rPr>
          <w:sz w:val="20"/>
        </w:rPr>
        <w:t>52:32  Isko main ek hadith se bataunga ke Rasool Allah Sallallahu Alaihi Wasallam Masjid-e-Nabwi mein</w:t>
      </w:r>
      <w:r>
        <w:br/>
      </w:r>
      <w:r>
        <w:rPr>
          <w:sz w:val="20"/>
        </w:rPr>
        <w:t>52:38  bethe hue the, to ek shakhs aaya, usne wahan namaz padhi.</w:t>
      </w:r>
      <w:r>
        <w:br/>
      </w:r>
      <w:r>
        <w:rPr>
          <w:sz w:val="20"/>
        </w:rPr>
        <w:t>52:44  To namaz padh kar ke Rasool Allah ke paas aaya, woh aur salam kiya, wahi bethna chaha aap ke paas.</w:t>
      </w:r>
      <w:r>
        <w:br/>
      </w:r>
      <w:r>
        <w:rPr>
          <w:sz w:val="20"/>
        </w:rPr>
        <w:t>52:50  To aap ne kaha ke "Arji'i fa salli, fa innaka lam tushalli" bajaye apne bithane ke, bithaya nahi, kaha ke</w:t>
      </w:r>
      <w:r>
        <w:br/>
      </w:r>
      <w:r>
        <w:rPr>
          <w:sz w:val="20"/>
        </w:rPr>
        <w:t>52:57  "Arji'i fa salli, fa innaka lam tushalli" ke jao phir se namaz padho kyunke tumne namaz nahi padhi.</w:t>
      </w:r>
      <w:r>
        <w:br/>
      </w:r>
      <w:r>
        <w:rPr>
          <w:sz w:val="20"/>
        </w:rPr>
        <w:t>53:03  Woh bahar mo'tabar kutub-e-hadith maujood hain.</w:t>
      </w:r>
      <w:r>
        <w:br/>
      </w:r>
      <w:r>
        <w:rPr>
          <w:sz w:val="20"/>
        </w:rPr>
        <w:t>53:09  To cheez kya hai? Rasool Allah ne isko watch kiya to dekha ke woh khushu ke aitbaar</w:t>
      </w:r>
      <w:r>
        <w:br/>
      </w:r>
      <w:r>
        <w:rPr>
          <w:sz w:val="20"/>
        </w:rPr>
        <w:t>53:16  se null tha, woh bas form ke aitbaar se namaz padh li thi usne.</w:t>
      </w:r>
      <w:r>
        <w:br/>
      </w:r>
      <w:r>
        <w:rPr>
          <w:sz w:val="20"/>
        </w:rPr>
        <w:t>53:22  To aap ne kaha ke jao phir se namaz padho kyunke tumne namaz nahi padhi.</w:t>
      </w:r>
      <w:r>
        <w:br/>
      </w:r>
      <w:r>
        <w:rPr>
          <w:sz w:val="20"/>
        </w:rPr>
        <w:t>53:28  "Arji'i fa salli, fa innaka lam tushalli" yeh Tirmidhi mein hai, yeh hadith Sunan Tirmidhi mein maujood hai.</w:t>
      </w:r>
      <w:r>
        <w:br/>
      </w:r>
      <w:r>
        <w:rPr>
          <w:sz w:val="20"/>
        </w:rPr>
        <w:t>53:34  To namaz mein aur doosri baat to hum bhi ek iska form hota hai, ek uski</w:t>
      </w:r>
      <w:r>
        <w:br/>
      </w:r>
      <w:r>
        <w:rPr>
          <w:sz w:val="20"/>
        </w:rPr>
        <w:t>53:41  spirit hoti hai.</w:t>
      </w:r>
      <w:r>
        <w:br/>
      </w:r>
      <w:r>
        <w:rPr>
          <w:sz w:val="20"/>
        </w:rPr>
        <w:t>53:47  To asal cheez jo matloob hai, spirit hai.</w:t>
      </w:r>
      <w:r>
        <w:br/>
      </w:r>
      <w:r>
        <w:rPr>
          <w:sz w:val="20"/>
        </w:rPr>
        <w:t>53:53  Spirit ho to woh us form ki value hai, spirit na ho to us form ki koi value nahi hai.</w:t>
      </w:r>
      <w:r>
        <w:br/>
      </w:r>
      <w:r>
        <w:rPr>
          <w:sz w:val="20"/>
        </w:rPr>
        <w:t>54:00  yeh aur bhi hadithain hain jis se yeh cheez saabit hoti hai.</w:t>
      </w:r>
      <w:r>
        <w:br/>
      </w:r>
      <w:r>
        <w:rPr>
          <w:sz w:val="20"/>
        </w:rPr>
        <w:t>54:06  mislan aik hadith hai: "la salat liman lam yatkhashsha".</w:t>
      </w:r>
      <w:r>
        <w:br/>
      </w:r>
      <w:r>
        <w:rPr>
          <w:sz w:val="20"/>
        </w:rPr>
        <w:t>54:12  la salat liman lam yatkhashsha.</w:t>
      </w:r>
      <w:r>
        <w:br/>
      </w:r>
      <w:r>
        <w:rPr>
          <w:sz w:val="20"/>
        </w:rPr>
        <w:t>54:18  jis ki namaz mein khushu na ho, us ki namaz namaz na hai.</w:t>
      </w:r>
      <w:r>
        <w:br/>
      </w:r>
      <w:r>
        <w:rPr>
          <w:sz w:val="20"/>
        </w:rPr>
        <w:t>54:25  is shakhs ki namaz namaz nahi jis ki namaz mein khushu na ho, yani spirit na ho.</w:t>
      </w:r>
      <w:r>
        <w:br/>
      </w:r>
      <w:r>
        <w:rPr>
          <w:sz w:val="20"/>
        </w:rPr>
        <w:t>54:31  jo form wali baatein hain, jo uska physical expression hai, uski hesiyat is waqt hai jab</w:t>
      </w:r>
      <w:r>
        <w:br/>
      </w:r>
      <w:r>
        <w:rPr>
          <w:sz w:val="20"/>
        </w:rPr>
        <w:t>54:37  ke spirit maujood ho.</w:t>
      </w:r>
      <w:r>
        <w:br/>
      </w:r>
      <w:r>
        <w:rPr>
          <w:sz w:val="20"/>
        </w:rPr>
        <w:t>54:44  spirit agar maujood na ho to uski koi hesiyat nahi hogi Allah ke nazdeek.</w:t>
      </w:r>
      <w:r>
        <w:br/>
      </w:r>
      <w:r>
        <w:rPr>
          <w:sz w:val="20"/>
        </w:rPr>
        <w:t>54:50  lekin yeh bhi samajh lijiye ke hum aap yeh faisla nahi kar sakte ke spirit hai ke nahi.</w:t>
      </w:r>
      <w:r>
        <w:br/>
      </w:r>
      <w:r>
        <w:rPr>
          <w:sz w:val="20"/>
        </w:rPr>
        <w:t>54:56  hum to aap form hi ko dekhenge.</w:t>
      </w:r>
      <w:r>
        <w:br/>
      </w:r>
      <w:r>
        <w:rPr>
          <w:sz w:val="20"/>
        </w:rPr>
        <w:t>55:02  rasool Allah ko khabar ho gayi thi ke iske andar spirit nahi hai, to aap ne farmaya:</w:t>
      </w:r>
      <w:r>
        <w:br/>
      </w:r>
      <w:r>
        <w:rPr>
          <w:sz w:val="20"/>
        </w:rPr>
        <w:t>55:09  "hum aap nahi keh sakte aisa", yani hum aap nahi keh sakte ke "arj fasal fundak lam tusalli"</w:t>
      </w:r>
      <w:r>
        <w:br/>
      </w:r>
      <w:r>
        <w:rPr>
          <w:sz w:val="20"/>
        </w:rPr>
        <w:t>55:15  kyun ke hamein andar ke haal nahi maloom hain.</w:t>
      </w:r>
      <w:r>
        <w:br/>
      </w:r>
      <w:r>
        <w:rPr>
          <w:sz w:val="20"/>
        </w:rPr>
        <w:t>55:21  aik ba taur usool mein yeh kahunga, ba taur usool baqi jo baat hai, woh to aakhirat mein khule</w:t>
      </w:r>
      <w:r>
        <w:br/>
      </w:r>
      <w:r>
        <w:rPr>
          <w:sz w:val="20"/>
        </w:rPr>
        <w:t>55:28  gi jab Allah taala ailaan farmayen ge ke kis ki namaz namaz thi, kis ki namaz namaz nahi thi.</w:t>
      </w:r>
      <w:r>
        <w:br/>
      </w:r>
      <w:r>
        <w:rPr>
          <w:sz w:val="20"/>
        </w:rPr>
        <w:t>55:34  maulana, agla sawal abdulrehman sahib ne kiya hai azam garh se, aur unhone likha hai: "maulana sahib,</w:t>
      </w:r>
      <w:r>
        <w:br/>
      </w:r>
      <w:r>
        <w:rPr>
          <w:sz w:val="20"/>
        </w:rPr>
        <w:t>55:40  seriousness is a great thing.</w:t>
      </w:r>
      <w:r>
        <w:br/>
      </w:r>
      <w:r>
        <w:rPr>
          <w:sz w:val="20"/>
        </w:rPr>
        <w:t>55:46  we learned you imbibed your seriousness initially from the certain circumstances and hardships you faced in your early</w:t>
      </w:r>
      <w:r>
        <w:br/>
      </w:r>
      <w:r>
        <w:rPr>
          <w:sz w:val="20"/>
        </w:rPr>
        <w:t>55:53  phase of life.</w:t>
      </w:r>
      <w:r>
        <w:br/>
      </w:r>
      <w:r>
        <w:rPr>
          <w:sz w:val="20"/>
        </w:rPr>
        <w:t>55:59  all great people in history passed through such testing circumstances and thus got imbued with extraordinary seriousness and</w:t>
      </w:r>
      <w:r>
        <w:br/>
      </w:r>
      <w:r>
        <w:rPr>
          <w:sz w:val="20"/>
        </w:rPr>
        <w:t>56:05  eventually became great figures of history.</w:t>
      </w:r>
      <w:r>
        <w:br/>
      </w:r>
      <w:r>
        <w:rPr>
          <w:sz w:val="20"/>
        </w:rPr>
        <w:t>56:12  thanks to your utmost seriousness, your writings have great depth, clarity, and impact upon readers.</w:t>
      </w:r>
      <w:r>
        <w:br/>
      </w:r>
      <w:r>
        <w:rPr>
          <w:sz w:val="20"/>
        </w:rPr>
        <w:t>56:18  so how come people of normal circumstances can get such extraordinary seriousness that could make them a human</w:t>
      </w:r>
      <w:r>
        <w:br/>
      </w:r>
      <w:r>
        <w:rPr>
          <w:sz w:val="20"/>
        </w:rPr>
        <w:t>56:24  being who possesses deep understanding and great perseverance like you?</w:t>
      </w:r>
      <w:r>
        <w:br/>
      </w:r>
      <w:r>
        <w:rPr>
          <w:sz w:val="20"/>
        </w:rPr>
        <w:t>56:31  Is there any way to that besides experiencing hardship and trying circumstances which you underwent? What is your advice to us?</w:t>
      </w:r>
    </w:p>
    <w:p>
      <w:pPr>
        <w:pStyle w:val="Heading2"/>
      </w:pPr>
      <w:r>
        <w:t>One-eyed Dajjal clue and one-sided interpretation</w:t>
      </w:r>
    </w:p>
    <w:p>
      <w:r>
        <w:rPr>
          <w:color w:val="666666"/>
          <w:sz w:val="18"/>
        </w:rPr>
        <w:t>Dajjal and Dajjalism | July 26, 2009 · 2m 00s · at 7:46 · https://youtu.be/CrB6NhxHfTI?t=466</w:t>
      </w:r>
    </w:p>
    <w:p>
      <w:r>
        <w:rPr>
          <w:i/>
        </w:rPr>
        <w:t>“Quran ki kisi baat ko hum mante hain”</w:t>
      </w:r>
    </w:p>
    <w:p>
      <w:r>
        <w:rPr>
          <w:sz w:val="20"/>
        </w:rPr>
        <w:t>7:46  quran ki kisi baat ko hum mante hain.</w:t>
      </w:r>
      <w:r>
        <w:br/>
      </w:r>
      <w:r>
        <w:rPr>
          <w:sz w:val="20"/>
        </w:rPr>
        <w:t>7:50  kyun ke riwayaten bohat aayi hui hain.</w:t>
      </w:r>
      <w:r>
        <w:br/>
      </w:r>
      <w:r>
        <w:rPr>
          <w:sz w:val="20"/>
        </w:rPr>
        <w:t>7:54  to bukhari ki ek riwayat mein mujhe ek kulo mila.</w:t>
      </w:r>
      <w:r>
        <w:br/>
      </w:r>
      <w:r>
        <w:rPr>
          <w:sz w:val="20"/>
        </w:rPr>
        <w:t>7:58  wo kulo yeh hai ke dajjal awar ho ga.</w:t>
      </w:r>
      <w:r>
        <w:br/>
      </w:r>
      <w:r>
        <w:rPr>
          <w:sz w:val="20"/>
        </w:rPr>
        <w:t>8:02  ALIF AIN WAO RAY awar.</w:t>
      </w:r>
      <w:r>
        <w:br/>
      </w:r>
      <w:r>
        <w:rPr>
          <w:sz w:val="20"/>
        </w:rPr>
        <w:t>8:05  awar ka matlab hai one eyed, ek aankh wala.</w:t>
      </w:r>
      <w:r>
        <w:br/>
      </w:r>
      <w:r>
        <w:rPr>
          <w:sz w:val="20"/>
        </w:rPr>
        <w:t>8:09  awar ke dajjal ek aankh wala ho ga.</w:t>
      </w:r>
      <w:r>
        <w:br/>
      </w:r>
      <w:r>
        <w:rPr>
          <w:sz w:val="20"/>
        </w:rPr>
        <w:t>8:13  aur riwayat mein yeh bhi hai ke is ki</w:t>
      </w:r>
      <w:r>
        <w:br/>
      </w:r>
      <w:r>
        <w:rPr>
          <w:sz w:val="20"/>
        </w:rPr>
        <w:t>8:17  dayen aankh nahin ho gi, bayen aankh ho gi.</w:t>
      </w:r>
      <w:r>
        <w:br/>
      </w:r>
      <w:r>
        <w:rPr>
          <w:sz w:val="20"/>
        </w:rPr>
        <w:t>8:23  is se mujhe kulo mila ke dajjal kya cheez hai.</w:t>
      </w:r>
      <w:r>
        <w:br/>
      </w:r>
      <w:r>
        <w:rPr>
          <w:sz w:val="20"/>
        </w:rPr>
        <w:t>8:29  dekhen, dajjal naam hai is baat ka ke one sided interpretation of things.</w:t>
      </w:r>
      <w:r>
        <w:br/>
      </w:r>
      <w:r>
        <w:rPr>
          <w:sz w:val="20"/>
        </w:rPr>
        <w:t>8:35  wo cheezon ka ek tarafah description de ga. ek tarafah.</w:t>
      </w:r>
      <w:r>
        <w:br/>
      </w:r>
      <w:r>
        <w:rPr>
          <w:sz w:val="20"/>
        </w:rPr>
        <w:t>8:41  yani duniya ki baton ko highlight kare ga aur akhirat ki</w:t>
      </w:r>
      <w:r>
        <w:br/>
      </w:r>
      <w:r>
        <w:rPr>
          <w:sz w:val="20"/>
        </w:rPr>
        <w:t>8:47  bato ko khatam kar de ga.</w:t>
      </w:r>
      <w:r>
        <w:br/>
      </w:r>
      <w:r>
        <w:rPr>
          <w:sz w:val="20"/>
        </w:rPr>
        <w:t>8:51  ayat mein socha hi nahi is ke bare mein.</w:t>
      </w:r>
      <w:r>
        <w:br/>
      </w:r>
      <w:r>
        <w:rPr>
          <w:sz w:val="20"/>
        </w:rPr>
        <w:t>8:54  yeh hai one sided interpretation of life.</w:t>
      </w:r>
      <w:r>
        <w:br/>
      </w:r>
      <w:r>
        <w:rPr>
          <w:sz w:val="20"/>
        </w:rPr>
        <w:t>8:58  ke aap dunya ke bare mein khoob sochen aur akhirat ke bare mein kuch na sochen.</w:t>
      </w:r>
      <w:r>
        <w:br/>
      </w:r>
      <w:r>
        <w:rPr>
          <w:sz w:val="20"/>
        </w:rPr>
        <w:t>9:02  yeh karega woh.</w:t>
      </w:r>
      <w:r>
        <w:br/>
      </w:r>
      <w:r>
        <w:rPr>
          <w:sz w:val="20"/>
        </w:rPr>
        <w:t>9:06  isi ko mein keh raha hoon ke one sided interpretation of life.</w:t>
      </w:r>
      <w:r>
        <w:br/>
      </w:r>
      <w:r>
        <w:rPr>
          <w:sz w:val="20"/>
        </w:rPr>
        <w:t>9:09  yeh mein is se samjha hoon ke shaitan ko kaha gaya hai ke woh jo ek aankh wala</w:t>
      </w:r>
      <w:r>
        <w:br/>
      </w:r>
      <w:r>
        <w:rPr>
          <w:sz w:val="20"/>
        </w:rPr>
        <w:t>9:13  ho ga, one eyed ho ga, is ka matlab ho ga ke woh</w:t>
      </w:r>
      <w:r>
        <w:br/>
      </w:r>
      <w:r>
        <w:rPr>
          <w:sz w:val="20"/>
        </w:rPr>
        <w:t>9:17  one sided interpretation de ga life ka.</w:t>
      </w:r>
      <w:r>
        <w:br/>
      </w:r>
      <w:r>
        <w:rPr>
          <w:sz w:val="20"/>
        </w:rPr>
        <w:t>9:22  one sided description de ga zindagi ka.</w:t>
      </w:r>
      <w:r>
        <w:br/>
      </w:r>
      <w:r>
        <w:rPr>
          <w:sz w:val="20"/>
        </w:rPr>
        <w:t>9:27  ab mein ne is par aur mazeed ghor kiya to maloom hua ke yeh kab se shuru hua.</w:t>
      </w:r>
      <w:r>
        <w:br/>
      </w:r>
      <w:r>
        <w:rPr>
          <w:sz w:val="20"/>
        </w:rPr>
        <w:t>9:32  yeh shuru hua hai ab se pehle char sau saal pehle, taqreeban saade char sau saal pehle yeh</w:t>
      </w:r>
      <w:r>
        <w:br/>
      </w:r>
      <w:r>
        <w:rPr>
          <w:sz w:val="20"/>
        </w:rPr>
        <w:t>9:37  Galileo se shuru hua.</w:t>
      </w:r>
      <w:r>
        <w:br/>
      </w:r>
      <w:r>
        <w:rPr>
          <w:sz w:val="20"/>
        </w:rPr>
        <w:t>9:42  Galileo ko aap</w:t>
      </w:r>
    </w:p>
    <w:p>
      <w:pPr>
        <w:pStyle w:val="Heading2"/>
      </w:pPr>
      <w:r>
        <w:t>Prescribed training course produced no takeaway</w:t>
      </w:r>
    </w:p>
    <w:p>
      <w:r>
        <w:rPr>
          <w:color w:val="666666"/>
          <w:sz w:val="18"/>
        </w:rPr>
        <w:t>Positive Response August 11, 2018 · 1m 45s · at 11:53 · https://youtu.be/W9oH8kJHTWg?t=713</w:t>
      </w:r>
    </w:p>
    <w:p>
      <w:r>
        <w:rPr>
          <w:i/>
        </w:rPr>
        <w:t>“Main ek martaba, bohat pehle ki baat hai”</w:t>
      </w:r>
    </w:p>
    <w:p>
      <w:r>
        <w:rPr>
          <w:sz w:val="20"/>
        </w:rPr>
        <w:t>11:53  mein aik martaba, bohat pehle ki baat hai, aik aik group tha. is group ne training camp lagaya, training camp</w:t>
      </w:r>
      <w:r>
        <w:br/>
      </w:r>
      <w:r>
        <w:rPr>
          <w:sz w:val="20"/>
        </w:rPr>
        <w:t>12:12  15 din ka.</w:t>
      </w:r>
      <w:r>
        <w:br/>
      </w:r>
      <w:r>
        <w:rPr>
          <w:sz w:val="20"/>
        </w:rPr>
        <w:t>12:17  to is waqt mein rehta tha adam garh mein.</w:t>
      </w:r>
      <w:r>
        <w:br/>
      </w:r>
      <w:r>
        <w:rPr>
          <w:sz w:val="20"/>
        </w:rPr>
        <w:t>12:23  to mein bhi is mein gaya, 15 din bataya. lekin jab khatam hua woh to mein ne dekha ke na mere paas koi take away tha,</w:t>
      </w:r>
      <w:r>
        <w:br/>
      </w:r>
      <w:r>
        <w:rPr>
          <w:sz w:val="20"/>
        </w:rPr>
        <w:t>12:39  na doosron ke paas koi take away tha.</w:t>
      </w:r>
      <w:r>
        <w:br/>
      </w:r>
      <w:r>
        <w:rPr>
          <w:sz w:val="20"/>
        </w:rPr>
        <w:t>12:45  koi take away kisi ke paas nahi tha kyunke jo logon ne apne ta'asurat, jo invite kiye gaye ke bataiye, to is mein koi creative baat woh kar nahi paye.</w:t>
      </w:r>
      <w:r>
        <w:br/>
      </w:r>
      <w:r>
        <w:rPr>
          <w:sz w:val="20"/>
        </w:rPr>
        <w:t>12:58  to mein ne socha ke aisa kyun hai? is ki wajah thi ke unhon ne alag se chand aadmiyon ne aik aik aik aik nisaab banaya hai, aik course banaya hai ke aik shakhs hoga jo falan aayat padh dega,</w:t>
      </w:r>
      <w:r>
        <w:br/>
      </w:r>
      <w:r>
        <w:rPr>
          <w:sz w:val="20"/>
        </w:rPr>
        <w:t>13:18  falan hadith padh dega aur tahajjud ki namaz padhayega. ya'ani is tarah kuch course. to dekhiye, koi prescribed course ke zariye se koi development nahi hota hai.</w:t>
      </w:r>
    </w:p>
    <w:p>
      <w:pPr>
        <w:pStyle w:val="Heading2"/>
      </w:pPr>
      <w:r>
        <w:t>Every blessing taken for granted, never truly acknowledged</w:t>
      </w:r>
    </w:p>
    <w:p>
      <w:r>
        <w:rPr>
          <w:color w:val="666666"/>
          <w:sz w:val="18"/>
        </w:rPr>
        <w:t>Shukr Acknowledgment of God's Blessings April 21, 2020 · 1m 17s · at 2:27 · https://youtu.be/3iGMucsQXNk?t=147</w:t>
      </w:r>
    </w:p>
    <w:p>
      <w:r>
        <w:rPr>
          <w:i/>
        </w:rPr>
        <w:t>“Yeh ehsaas har cheez ke baare mein hota tha, sirf jahaz nahi”</w:t>
      </w:r>
    </w:p>
    <w:p>
      <w:r>
        <w:rPr>
          <w:sz w:val="20"/>
        </w:rPr>
        <w:t>2:27  yeh ehsas mera har cheez ke bare mein hota tha, sirf hawa jahaz nahi, har nemat, mislan computer</w:t>
      </w:r>
      <w:r>
        <w:br/>
      </w:r>
      <w:r>
        <w:rPr>
          <w:sz w:val="20"/>
        </w:rPr>
        <w:t>2:39  aur doosri cheezen.</w:t>
      </w:r>
      <w:r>
        <w:br/>
      </w:r>
      <w:r>
        <w:rPr>
          <w:sz w:val="20"/>
        </w:rPr>
        <w:t>2:46  loha.</w:t>
      </w:r>
      <w:r>
        <w:br/>
      </w:r>
      <w:r>
        <w:rPr>
          <w:sz w:val="20"/>
        </w:rPr>
        <w:t>2:50  agar loha na ho to na pul bane, na motor street buildingen banein.</w:t>
      </w:r>
      <w:r>
        <w:br/>
      </w:r>
      <w:r>
        <w:rPr>
          <w:sz w:val="20"/>
        </w:rPr>
        <w:t>3:01  to mein sochta tha ke</w:t>
      </w:r>
      <w:r>
        <w:br/>
      </w:r>
      <w:r>
        <w:rPr>
          <w:sz w:val="20"/>
        </w:rPr>
        <w:t>3:11  yeh kitni bari nemat hai, kitni bari nemat hai. yeh mein pata tha ke log kisi ko, kam az kam mein ne apne tajrube mein,</w:t>
      </w:r>
      <w:r>
        <w:br/>
      </w:r>
      <w:r>
        <w:rPr>
          <w:sz w:val="20"/>
        </w:rPr>
        <w:t>3:25  shayad is poori muddat mein koi ek insan nahi paya</w:t>
      </w:r>
      <w:r>
        <w:br/>
      </w:r>
      <w:r>
        <w:rPr>
          <w:sz w:val="20"/>
        </w:rPr>
        <w:t>3:32  jo is ka waqe' matlab mein</w:t>
      </w:r>
      <w:r>
        <w:br/>
      </w:r>
      <w:r>
        <w:rPr>
          <w:sz w:val="20"/>
        </w:rPr>
        <w:t>3:38  is nemat ka etraf karta ho.</w:t>
      </w:r>
    </w:p>
    <w:p>
      <w:pPr>
        <w:pStyle w:val="Heading2"/>
      </w:pPr>
      <w:r>
        <w:t>Art and novels as time waste</w:t>
      </w:r>
    </w:p>
    <w:p>
      <w:r>
        <w:rPr>
          <w:color w:val="666666"/>
          <w:sz w:val="18"/>
        </w:rPr>
        <w:t>Understanding Islam (In Conversation with Maulan) 15.5.2008 · 2m 07s · at 16:10 · https://youtu.be/0SGSOPSun0E?t=970</w:t>
      </w:r>
    </w:p>
    <w:p>
      <w:r>
        <w:rPr>
          <w:i/>
        </w:rPr>
        <w:t>“Dekhiye, is mein bahut se ulema ne kuch cheezon ko haraam bataya.”</w:t>
      </w:r>
    </w:p>
    <w:p>
      <w:r>
        <w:rPr>
          <w:sz w:val="20"/>
        </w:rPr>
        <w:t>16:10  dekhiye, is mein bohat se ulama ne kuch cheezon ko haram bataya hai. lekin mein is ko haram halaal ka masla nahi samajhta.</w:t>
      </w:r>
      <w:r>
        <w:br/>
      </w:r>
      <w:r>
        <w:rPr>
          <w:sz w:val="20"/>
        </w:rPr>
        <w:t>16:21  mein is ko distraction ka masla samajhta hoon. yani agar aap apne aap ko yani in cheezon pe lagayein to mein chahoon ga ke aap apne aap ko distract kar rahe hain.</w:t>
      </w:r>
      <w:r>
        <w:br/>
      </w:r>
      <w:r>
        <w:rPr>
          <w:sz w:val="20"/>
        </w:rPr>
        <w:t>16:37  yani distraction ka matlab yeh hai ke bare kaam se chhod kar chhote kaam mein apne aap ko laga rahe hain.</w:t>
      </w:r>
      <w:r>
        <w:br/>
      </w:r>
      <w:r>
        <w:rPr>
          <w:sz w:val="20"/>
        </w:rPr>
        <w:t>16:45  aap jo time aap ke paas hai is ka ek ek bara istemal bhi hai. to is is bare istemal ke aap lagayein to woh mere nazdeek sahi baat hai.</w:t>
      </w:r>
      <w:r>
        <w:br/>
      </w:r>
      <w:r>
        <w:rPr>
          <w:sz w:val="20"/>
        </w:rPr>
        <w:t>16:58  aur agar aap kisi chhoti cheez mein apne aap ko laga rahe hain to aap to aap apne aap ko distract kar rahe hain chhoti cheezon ki taraf. to in cheezon ke mein mein samajhta hoon ke haram halaal ka yani maamla nahi hai.</w:t>
      </w:r>
      <w:r>
        <w:br/>
      </w:r>
      <w:r>
        <w:rPr>
          <w:sz w:val="20"/>
        </w:rPr>
        <w:t>17:11  yeh distraction ka maamla hai. ab aadmi ke apne upar hai ke kya woh distraction ko afford kar sakta hai. to mein to samajhta hoon ke bhai mein to afford nahi kar sakta distraction ko.</w:t>
      </w:r>
      <w:r>
        <w:br/>
      </w:r>
      <w:r>
        <w:rPr>
          <w:sz w:val="20"/>
        </w:rPr>
        <w:t>17:22  isi liye mein novel nahi parhta. ke novel parhna koi na aisa nahi ke woh Islam mein jaiz na ho, unlawful ho novel parhna.</w:t>
      </w:r>
      <w:r>
        <w:br/>
      </w:r>
      <w:r>
        <w:rPr>
          <w:sz w:val="20"/>
        </w:rPr>
        <w:t>17:34  lekin novel parhne ke baad hai time waste karna. time waste karna. to mein time waste karoon kyun? woh subject parhoon jo is ka history parhoon, science parhoon to is se mujhe kuch mile gi,</w:t>
      </w:r>
      <w:r>
        <w:br/>
      </w:r>
      <w:r>
        <w:rPr>
          <w:sz w:val="20"/>
        </w:rPr>
        <w:t>17:50  information mile gi. lekin novel to fiction par base karta hai. yani farzi kahaniyon par. is mein kya mujhe mile ga siwaye enjoy ke?</w:t>
      </w:r>
      <w:r>
        <w:br/>
      </w:r>
      <w:r>
        <w:rPr>
          <w:sz w:val="20"/>
        </w:rPr>
        <w:t>18:03  to behal mein novel ko ya art ko koi najayez cheez nahi samajhta. lekin mein is ko samajhta hoon ke yeh time ko waste kar raha hai.</w:t>
      </w:r>
      <w:r>
        <w:br/>
      </w:r>
      <w:r>
        <w:rPr>
          <w:sz w:val="20"/>
        </w:rPr>
        <w:t>18:13  is sense mein mein samajhta hoon ke aadmi ko sochna chahiye.</w:t>
      </w:r>
    </w:p>
    <w:p>
      <w:pPr>
        <w:pStyle w:val="Heading2"/>
      </w:pPr>
      <w:r>
        <w:t>Question about predictable character being different</w:t>
      </w:r>
    </w:p>
    <w:p>
      <w:r>
        <w:rPr>
          <w:color w:val="666666"/>
          <w:sz w:val="18"/>
        </w:rPr>
        <w:t>Faith March 30, 2019 · 2m 19s · at 16:36 · https://youtu.be/zcqo87p7uks?t=996</w:t>
      </w:r>
    </w:p>
    <w:p>
      <w:r>
        <w:rPr>
          <w:i/>
        </w:rPr>
        <w:t>“Moulana, jo aapne abhi kaha”</w:t>
      </w:r>
    </w:p>
    <w:p>
      <w:r>
        <w:rPr>
          <w:sz w:val="20"/>
        </w:rPr>
        <w:t>16:36  maulana, jo aap ne abhi kaha ke hum sab logon ko ah mister different aur miss different ban ke rehna hai, to kya yeh keh sakte hain ke ah is ka jo doosra meaning hoga ke hamein ek predictable character ban ke rehna hai?</w:t>
      </w:r>
      <w:r>
        <w:br/>
      </w:r>
      <w:r>
        <w:rPr>
          <w:sz w:val="20"/>
        </w:rPr>
        <w:t>16:52  kyun ke aaj ki date mein maulana, ah log bohat unpredictable hain, to isi liye woh different lagte nahi hain. lekin agar hum predictable character ban jayein to hum doosron ki nazar mein bohat different ban ke reh jayenge.</w:t>
      </w:r>
      <w:r>
        <w:br/>
      </w:r>
      <w:r>
        <w:rPr>
          <w:sz w:val="20"/>
        </w:rPr>
        <w:t>17:07  kya yeh sahi</w:t>
      </w:r>
      <w:r>
        <w:br/>
      </w:r>
      <w:r>
        <w:rPr>
          <w:sz w:val="20"/>
        </w:rPr>
        <w:t>17:08  hai? haan, sahi hai. woh logon ko, un ke mind ko trigger karega. aap jo un ko dikhai denge, apne mind se alag, to is se un ka mind trigger trigger hoga ke bhai yeh kya mamla hai, kyun aisa hai yeh aadmi?</w:t>
      </w:r>
      <w:r>
        <w:br/>
      </w:r>
      <w:r>
        <w:rPr>
          <w:sz w:val="20"/>
        </w:rPr>
        <w:t>17:27  jaisa ke status baran ke bare mein hua. ab dekhiye, status baran ka wahan se favorite ho chuka hai, lekin sab ke mind mein kahin na kahin yeh hoga ke is is lady ko woh kya cheez hai jis ne is lady ko miss different bana diya?</w:t>
      </w:r>
      <w:r>
        <w:br/>
      </w:r>
      <w:r>
        <w:rPr>
          <w:sz w:val="20"/>
        </w:rPr>
        <w:t>17:49  yani constitutionally ya in constitutionally? aur kahin na kahin woh aa ke is ko aik samnay question ban ke samnay aa jaye ga ke yeh to mein samajhta hoon ke bohat success ki baat hai ke wahan wohi yeh chor kar aayi hain aik sawal</w:t>
      </w:r>
      <w:r>
        <w:br/>
      </w:r>
      <w:r>
        <w:rPr>
          <w:sz w:val="20"/>
        </w:rPr>
        <w:t>18:13  ke mein bhi tumhare tareeqay se thi yahan par, lekin tum ne dekha ke mein mein behavior mukhtalif tha.</w:t>
      </w:r>
      <w:r>
        <w:br/>
      </w:r>
      <w:r>
        <w:rPr>
          <w:sz w:val="20"/>
        </w:rPr>
        <w:t>18:24  log jahan shikayatein karte thay, mein kabhi shikayat ki nahi, kabhi demand ki nahi, kabhi demand ki nahi, shikayat na demand.</w:t>
      </w:r>
      <w:r>
        <w:br/>
      </w:r>
      <w:r>
        <w:rPr>
          <w:sz w:val="20"/>
        </w:rPr>
        <w:t>18:36  to wahan aik aik aik chor ke aayi hain, woh aik question chor kar aayi hain. to aaj nahi, kal, kal nahi, parson woh logon ke mind ko trigger trigger kare ga.</w:t>
      </w:r>
      <w:r>
        <w:br/>
      </w:r>
      <w:r>
        <w:rPr>
          <w:sz w:val="20"/>
        </w:rPr>
        <w:t>18:50  to a bound to trigger your mind.</w:t>
      </w:r>
    </w:p>
    <w:p>
      <w:pPr>
        <w:pStyle w:val="Heading2"/>
      </w:pPr>
      <w:r>
        <w:t>Raising a non-Muslim boy like family, a blood-deep bond</w:t>
      </w:r>
    </w:p>
    <w:p>
      <w:r>
        <w:rPr>
          <w:color w:val="666666"/>
          <w:sz w:val="18"/>
        </w:rPr>
        <w:t>Universal Thinking In Islam CPS Women Discussion 27 October 15, 2023 · 1m 34s · at 2:02 · https://youtu.be/p7cYhXsEBIc?t=122</w:t>
      </w:r>
    </w:p>
    <w:p>
      <w:r>
        <w:rPr>
          <w:i/>
        </w:rPr>
        <w:t>“Mere yahan ek non-Muslim ladka bahut chhota sa tha”</w:t>
      </w:r>
    </w:p>
    <w:p>
      <w:r>
        <w:rPr>
          <w:sz w:val="20"/>
        </w:rPr>
        <w:t>2:02  ek chhoti si misal batana chahungi ki mere yahan ek matlab isi blood relation par ek chhota sa example de rahi thi ki mere yahan ek non muslim ladka bahut chhota sa tha tab se vah rehta tha. bahut hi imandar, bahut hi samajhdar aur vah mera kaam bhi karta tha aur padhai bhi karta tha.</w:t>
      </w:r>
      <w:r>
        <w:br/>
      </w:r>
      <w:r>
        <w:rPr>
          <w:sz w:val="20"/>
        </w:rPr>
        <w:t>2:25  to us waqt is waqt to ab vah bada ho chuka hai chaudah bees saal ka hoga aur abhi vah bank mein job karne laga hai. lekin hamara aur uska rishta aisa mazboot hai jis tarah se blood relation mein hota hai. na hum log uske bagair reh pate hain na vah hamare bagair reh pata hai.</w:t>
      </w:r>
      <w:r>
        <w:br/>
      </w:r>
      <w:r>
        <w:rPr>
          <w:sz w:val="20"/>
        </w:rPr>
        <w:t>2:46  abhi bhi vah jab Sunday mein uski chhutti hoti hai to vah aur bhi tamam kaam apna hoga karta lekin vah hamare paas aa jata hai aaj bhi aur ya koi aur koi chhutti ka din hota hai tab bhi vah mere paas aa jata hai aur tamam andar bahar ke kaam karta hai. mere sabhi bachche usse bahut zyada usko dil se samajhte hain. sadia kehti hain yah god ka gift hai.</w:t>
      </w:r>
      <w:r>
        <w:br/>
      </w:r>
      <w:r>
        <w:rPr>
          <w:sz w:val="20"/>
        </w:rPr>
        <w:t>3:11  to pehle main uske sath kafi door door jakar jo hai quran distribute karti thi. usi ke sath chali jati thi aur vah tareeqa usne aisa seekha ki aaj main nahin ja pati hoon, lekin vah khud hi jakar yah kaam kar deta hai. to is tarah jo mohabbat ka rishta banta hai, kisi blood relation se kam nahin hota, balki usse behtar hota hai.</w:t>
      </w:r>
      <w:r>
        <w:br/>
      </w:r>
      <w:r>
        <w:rPr>
          <w:sz w:val="20"/>
        </w:rPr>
        <w:t>3:36  rasulullah ne farmaya ki ek gawah main gawaahi deta hoon ki tamam bande aapas mein bhai bhai hain. yah hadith bhi insani rishton ki baat kar rahi hai ki tamam duniya ke log ek khandan ki tarah hai.</w:t>
      </w:r>
    </w:p>
    <w:p>
      <w:pPr>
        <w:pStyle w:val="Heading2"/>
      </w:pPr>
      <w:r>
        <w:t>One-sided thinking vs Japan's response to atomic bombs</w:t>
      </w:r>
    </w:p>
    <w:p>
      <w:r>
        <w:rPr>
          <w:color w:val="666666"/>
          <w:sz w:val="18"/>
        </w:rPr>
        <w:t>Art of Thinking August 21, 2022 · 2m 08s · at 25:10 · https://youtu.be/H_0zmN0MLS8?t=1510</w:t>
      </w:r>
    </w:p>
    <w:p>
      <w:r>
        <w:rPr>
          <w:i/>
        </w:rPr>
        <w:t>“One-sided thinking means a person is obsessed with themselves.”</w:t>
      </w:r>
    </w:p>
    <w:p>
      <w:r>
        <w:rPr>
          <w:sz w:val="20"/>
        </w:rPr>
        <w:t>25:10  yak-tarfa tarz-e-fikr mein aam taur se insaan, asal mein insaan jo hai, bohat zyada apne aap se obsessed rehta hai. jo usko sahi lagta hai, usi ko sahi samajhta hai.</w:t>
      </w:r>
      <w:r>
        <w:br/>
      </w:r>
      <w:r>
        <w:rPr>
          <w:sz w:val="20"/>
        </w:rPr>
        <w:t>25:21  jo usko ghalat lagta hai, usi ko ghalat samajhta hai. woh to ye obsession hota hai, sab sabka ye obsession hota hai. to isse hamein obsession se upar uth jana hai.</w:t>
      </w:r>
      <w:r>
        <w:br/>
      </w:r>
      <w:r>
        <w:rPr>
          <w:sz w:val="20"/>
        </w:rPr>
        <w:t>25:31  to iska bohat sari misalein hain, aur ek misaal yeh Quran, yeh ek misaal hum sabse pehle Japan ki dete hain.</w:t>
      </w:r>
      <w:r>
        <w:br/>
      </w:r>
      <w:r>
        <w:rPr>
          <w:sz w:val="20"/>
        </w:rPr>
        <w:t>25:40  Japan pe jab America ne bomb giraya, uske Hiroshima aur Nagasaki do pure shahar tabaah ho gaye, to us waqt bohat zyada log jazbati ho gaye aur unhone socha ke iska badla lena chahiye.</w:t>
      </w:r>
      <w:r>
        <w:br/>
      </w:r>
      <w:r>
        <w:rPr>
          <w:sz w:val="20"/>
        </w:rPr>
        <w:t>25:56  lekin wahan ke jo jo jo senior leaders the, wahan ka jo badshah tha, to usne kaha nahi, hum badla nahi lenge kyunke badla lene se aur zyada burai hoti, woh aur zyada tabaahi hoti.</w:t>
      </w:r>
      <w:r>
        <w:br/>
      </w:r>
      <w:r>
        <w:rPr>
          <w:sz w:val="20"/>
        </w:rPr>
        <w:t>26:11  to unhone iska yeh kaha ke dekho, humne bhi unka Pearl Harbor tabaah kiya tha.</w:t>
      </w:r>
      <w:r>
        <w:br/>
      </w:r>
      <w:r>
        <w:rPr>
          <w:sz w:val="20"/>
        </w:rPr>
        <w:t>26:17  1941 mein Japan ne, ah, America ka jo sab fauji adda tha, Pearl Harbor par, woh usne tabaah kar diya tha.</w:t>
      </w:r>
      <w:r>
        <w:br/>
      </w:r>
      <w:r>
        <w:rPr>
          <w:sz w:val="20"/>
        </w:rPr>
        <w:t>26:28  to woh suicide bombing karte the, woh suicide bombers the, woh unke. to isse unhone tabaah kiya tha.</w:t>
      </w:r>
      <w:r>
        <w:br/>
      </w:r>
      <w:r>
        <w:rPr>
          <w:sz w:val="20"/>
        </w:rPr>
        <w:t>26:34  to unhone kaha dekho, humne inko, inke Pearl Harbor ko tabaah kiya tha, halanke Hiroshima, Nagasaki, isse bohat badi niyat ki tabaahi thi. lekin unhone usko barabar sar aur karne ke liye kaha ke humne bhi kiya tha, to unhone bhi</w:t>
      </w:r>
      <w:r>
        <w:br/>
      </w:r>
      <w:r>
        <w:rPr>
          <w:sz w:val="20"/>
        </w:rPr>
        <w:t>26:49  kar diya. ab hum jo hain, ah, ab hum mehnat karenge peaceful daayre mein aur bohat zyada taraqqi karne ki koshish karenge.</w:t>
      </w:r>
      <w:r>
        <w:br/>
      </w:r>
      <w:r>
        <w:rPr>
          <w:sz w:val="20"/>
        </w:rPr>
        <w:t>26:58  aur ek economics power, aaj aap jante hain ke Japan ek economics power ban gaya. agar woh ladta rehta to kabhi bhi kuch bhi nahi kar pata.</w:t>
      </w:r>
      <w:r>
        <w:br/>
      </w:r>
      <w:r>
        <w:rPr>
          <w:sz w:val="20"/>
        </w:rPr>
        <w:t>27:07  to yeh bilkul Qurani tarz-e-fikr hai. Quran mein jab Jang-e-Uhad mein Sahaba ko bohat zyada maare gaye aur zakmi hue kuch ghalati ki wajah se,</w:t>
      </w:r>
    </w:p>
    <w:p>
      <w:pPr>
        <w:pStyle w:val="Heading2"/>
      </w:pPr>
      <w:r>
        <w:t>Vatican principle for peaceful coexistence</w:t>
      </w:r>
    </w:p>
    <w:p>
      <w:r>
        <w:rPr>
          <w:color w:val="666666"/>
          <w:sz w:val="18"/>
        </w:rPr>
        <w:t>Formula of Human Life | March 13, 2016 · 2m 32s · at 43:14 · https://youtu.be/Et_ZQTYZzjU?t=2594</w:t>
      </w:r>
    </w:p>
    <w:p>
      <w:r>
        <w:rPr>
          <w:i/>
        </w:rPr>
        <w:t>“There is a chapter 'Vatican as a principle'.”</w:t>
      </w:r>
    </w:p>
    <w:p>
      <w:r>
        <w:rPr>
          <w:sz w:val="20"/>
        </w:rPr>
        <w:t>43:14  hai "Age of Peace", is ka ek chapter hai "Vatican as a Principle".</w:t>
      </w:r>
      <w:r>
        <w:br/>
      </w:r>
      <w:r>
        <w:rPr>
          <w:sz w:val="20"/>
        </w:rPr>
        <w:t>43:20  "Vatican as a Principle".</w:t>
      </w:r>
      <w:r>
        <w:br/>
      </w:r>
      <w:r>
        <w:rPr>
          <w:sz w:val="20"/>
        </w:rPr>
        <w:t>43:26  aap jante hain ke ek zamane mein tha ke jab poora Europe Pope jo hota tha, woh poore</w:t>
      </w:r>
      <w:r>
        <w:br/>
      </w:r>
      <w:r>
        <w:rPr>
          <w:sz w:val="20"/>
        </w:rPr>
        <w:t>43:32  Europe ka uncrowned, uncrowned king hota tha.</w:t>
      </w:r>
      <w:r>
        <w:br/>
      </w:r>
      <w:r>
        <w:rPr>
          <w:sz w:val="20"/>
        </w:rPr>
        <w:t>43:38  ek zamana tha jab Pope jo hai, Christian Pope</w:t>
      </w:r>
      <w:r>
        <w:br/>
      </w:r>
      <w:r>
        <w:rPr>
          <w:sz w:val="20"/>
        </w:rPr>
        <w:t>43:44  , poore Europe ka uncrowned king hota tha.</w:t>
      </w:r>
      <w:r>
        <w:br/>
      </w:r>
      <w:r>
        <w:rPr>
          <w:sz w:val="20"/>
        </w:rPr>
        <w:t>43:50  phir kya hua? Ghareluon ke zamane mein takrao hua.</w:t>
      </w:r>
      <w:r>
        <w:br/>
      </w:r>
      <w:r>
        <w:rPr>
          <w:sz w:val="20"/>
        </w:rPr>
        <w:t>43:57  takrao hua yani Christian clergy ke beech mein aur scientists ke beech mein.</w:t>
      </w:r>
      <w:r>
        <w:br/>
      </w:r>
      <w:r>
        <w:rPr>
          <w:sz w:val="20"/>
        </w:rPr>
        <w:t>44:03  yeh to aap jante hain ke bohat lamba qissa hai yeh.</w:t>
      </w:r>
      <w:r>
        <w:br/>
      </w:r>
      <w:r>
        <w:rPr>
          <w:sz w:val="20"/>
        </w:rPr>
        <w:t>44:09  is takrao mein kuch din aisa hua, kuch violence hua,</w:t>
      </w:r>
      <w:r>
        <w:br/>
      </w:r>
      <w:r>
        <w:rPr>
          <w:sz w:val="20"/>
        </w:rPr>
        <w:t>44:15  lekin bohat jald Christian community mein ek bohat hi voice planning ki.</w:t>
      </w:r>
      <w:r>
        <w:br/>
      </w:r>
      <w:r>
        <w:rPr>
          <w:sz w:val="20"/>
        </w:rPr>
        <w:t>44:20  voice planning ki best example yeh hai ke Europe ke Christian jo hain, unhone ek bohat achi</w:t>
      </w:r>
      <w:r>
        <w:br/>
      </w:r>
      <w:r>
        <w:rPr>
          <w:sz w:val="20"/>
        </w:rPr>
        <w:t>44:25  voice planning ki.</w:t>
      </w:r>
      <w:r>
        <w:br/>
      </w:r>
      <w:r>
        <w:rPr>
          <w:sz w:val="20"/>
        </w:rPr>
        <w:t>44:30  woh kya hai? Woh Vatican, woh apne ko is ne Vatican mein samet liya.</w:t>
      </w:r>
      <w:r>
        <w:br/>
      </w:r>
      <w:r>
        <w:rPr>
          <w:sz w:val="20"/>
        </w:rPr>
        <w:t>44:35  to aaj bhi woh Pope hai.</w:t>
      </w:r>
      <w:r>
        <w:br/>
      </w:r>
      <w:r>
        <w:rPr>
          <w:sz w:val="20"/>
        </w:rPr>
        <w:t>44:40  to is tarah</w:t>
      </w:r>
      <w:r>
        <w:br/>
      </w:r>
      <w:r>
        <w:rPr>
          <w:sz w:val="20"/>
        </w:rPr>
        <w:t>44:45  kya hua ke scientist, science jo scientist log the, un ko apna kaam karne ka moqa mil gaya.</w:t>
      </w:r>
      <w:r>
        <w:br/>
      </w:r>
      <w:r>
        <w:rPr>
          <w:sz w:val="20"/>
        </w:rPr>
        <w:t>44:52  idhar clergy jo thi, clergy ko apna kaam karne ka moqa mil gaya. dono ko.</w:t>
      </w:r>
      <w:r>
        <w:br/>
      </w:r>
      <w:r>
        <w:rPr>
          <w:sz w:val="20"/>
        </w:rPr>
        <w:t>45:00  to main ne ek kitaab mein likha hai ke yeh ke is example ko musalmanon ne apnaya nahi apnaya.</w:t>
      </w:r>
      <w:r>
        <w:br/>
      </w:r>
      <w:r>
        <w:rPr>
          <w:sz w:val="20"/>
        </w:rPr>
        <w:t>45:08  misalan turki mein jab khalifa tha, ek</w:t>
      </w:r>
      <w:r>
        <w:br/>
      </w:r>
      <w:r>
        <w:rPr>
          <w:sz w:val="20"/>
        </w:rPr>
        <w:t>45:15  time aaya ke khalifa ke liye passport nahi raha ke aap poore empire ko sambhalein.</w:t>
      </w:r>
      <w:r>
        <w:br/>
      </w:r>
      <w:r>
        <w:rPr>
          <w:sz w:val="20"/>
        </w:rPr>
        <w:t>45:20  nationalism ka daur aa chuka tha.</w:t>
      </w:r>
      <w:r>
        <w:br/>
      </w:r>
      <w:r>
        <w:rPr>
          <w:sz w:val="20"/>
        </w:rPr>
        <w:t>45:26  nationalism ka daur aa chuka tha.</w:t>
      </w:r>
      <w:r>
        <w:br/>
      </w:r>
      <w:r>
        <w:rPr>
          <w:sz w:val="20"/>
        </w:rPr>
        <w:t>45:31  ab khilafat jo thi, outed ban chuki thi. outed.</w:t>
      </w:r>
      <w:r>
        <w:br/>
      </w:r>
      <w:r>
        <w:rPr>
          <w:sz w:val="20"/>
        </w:rPr>
        <w:t>45:36  khilafat outed ban chuki thi.</w:t>
      </w:r>
      <w:r>
        <w:br/>
      </w:r>
      <w:r>
        <w:rPr>
          <w:sz w:val="20"/>
        </w:rPr>
        <w:t>45:42  agar agar khalifa ne</w:t>
      </w:r>
    </w:p>
    <w:p>
      <w:pPr>
        <w:pStyle w:val="Heading2"/>
      </w:pPr>
      <w:r>
        <w:t>Buddha's lesson on removing negativity</w:t>
      </w:r>
    </w:p>
    <w:p>
      <w:r>
        <w:rPr>
          <w:color w:val="666666"/>
          <w:sz w:val="18"/>
        </w:rPr>
        <w:t>The Importance of Positive Thinking | June 13, 2010 | Maulana Wahiduddin Khan · 2m 30s · at 24:57 · https://youtu.be/81MIy8VqzYU?t=1497</w:t>
      </w:r>
    </w:p>
    <w:p>
      <w:r>
        <w:rPr>
          <w:i/>
        </w:rPr>
        <w:t>“Negative thinking closes your door”</w:t>
      </w:r>
    </w:p>
    <w:p>
      <w:r>
        <w:rPr>
          <w:sz w:val="20"/>
        </w:rPr>
        <w:t>24:57  ative thinking aap ke darwaze ko band kar deti hai, yaad rakhiye.</w:t>
      </w:r>
      <w:r>
        <w:br/>
      </w:r>
      <w:r>
        <w:rPr>
          <w:sz w:val="20"/>
        </w:rPr>
        <w:t>25:02  negative thinking aap ke darwaze ko band kar deti hai.</w:t>
      </w:r>
      <w:r>
        <w:br/>
      </w:r>
      <w:r>
        <w:rPr>
          <w:sz w:val="20"/>
        </w:rPr>
        <w:t>25:07  ek bahut hi misaal ke taur par waqea ek hai Gautam Budh ka.</w:t>
      </w:r>
      <w:r>
        <w:br/>
      </w:r>
      <w:r>
        <w:rPr>
          <w:sz w:val="20"/>
        </w:rPr>
        <w:t>25:12  Gautam Budh jo the, to un ka ek shagir tha, ek shagir jo woh tha, yaani doodh ka</w:t>
      </w:r>
      <w:r>
        <w:br/>
      </w:r>
      <w:r>
        <w:rPr>
          <w:sz w:val="20"/>
        </w:rPr>
        <w:t>25:17  karobar tha is ka, doodh ka.</w:t>
      </w:r>
      <w:r>
        <w:br/>
      </w:r>
      <w:r>
        <w:rPr>
          <w:sz w:val="20"/>
        </w:rPr>
        <w:t>25:22  to is ne</w:t>
      </w:r>
      <w:r>
        <w:br/>
      </w:r>
      <w:r>
        <w:rPr>
          <w:sz w:val="20"/>
        </w:rPr>
        <w:t>25:27  kaha ke Gautam Buddha se kaha: "Aap mere aaiye, hum ko hum ko kuch gyan dijiye aur main aap ko taza doodh doonga." to woh gaye aur apne sath ek bartan le gaye. is bartan mein unhon ne jaan boojh kar thori si mitti daal di. to us ko jab bartan diya unhon ne, to jab dekha ke is mein mitti hai, to pehle us ko safai kiya, dhoya, phir taza doodh laya us</w:t>
      </w:r>
      <w:r>
        <w:br/>
      </w:r>
      <w:r>
        <w:rPr>
          <w:sz w:val="20"/>
        </w:rPr>
        <w:t>25:57  mein aur pesh kiya un ko.</w:t>
      </w:r>
      <w:r>
        <w:br/>
      </w:r>
      <w:r>
        <w:rPr>
          <w:sz w:val="20"/>
        </w:rPr>
        <w:t>26:02  to Gautam Budh jo the, woh doodh le kar jaane lagey.</w:t>
      </w:r>
      <w:r>
        <w:br/>
      </w:r>
      <w:r>
        <w:rPr>
          <w:sz w:val="20"/>
        </w:rPr>
        <w:t>26:07  to is ne kaha ke: "aap doodh le ke chale ja rahe hain aur asal kaam to kiya</w:t>
      </w:r>
      <w:r>
        <w:br/>
      </w:r>
      <w:r>
        <w:rPr>
          <w:sz w:val="20"/>
        </w:rPr>
        <w:t>26:12  nahin aap ne?" kaha: "woh kiya?" unhon ne kaha: "gyan to mujh ko diya nahin aap ne kuch."</w:t>
      </w:r>
      <w:r>
        <w:br/>
      </w:r>
      <w:r>
        <w:rPr>
          <w:sz w:val="20"/>
        </w:rPr>
        <w:t>26:17  to unhon ne kaha: "main ne to gyan de diya tum ko." woh kaise? kaha ke: "dekho, yeh</w:t>
      </w:r>
      <w:r>
        <w:br/>
      </w:r>
      <w:r>
        <w:rPr>
          <w:sz w:val="20"/>
        </w:rPr>
        <w:t>26:22  jo main bartan laya tha, yeh container</w:t>
      </w:r>
      <w:r>
        <w:br/>
      </w:r>
      <w:r>
        <w:rPr>
          <w:sz w:val="20"/>
        </w:rPr>
        <w:t>26:27  yeh saaf nahi tha. to tum ne is mein doodh rakhna gawara nahi kiya. is ki safai ki pehle, phir doodh dala, kyunke doodh kharab ho jata. aap jante hain ke doodh bohat hi nazuk cheez hai. yeh tumhara, ise tumhara sina, woh container hai tumhara, tumhare sine ka, tumhare dil ka, tumhare dimagh ka jo container hai, woh saaf hai hi nahi. woh to alooda hai. woh to main gyan rakhun to kahan rakhun? g</w:t>
      </w:r>
      <w:r>
        <w:br/>
      </w:r>
      <w:r>
        <w:rPr>
          <w:sz w:val="20"/>
        </w:rPr>
        <w:t>26:57  yan rakhun to kahan rakhun? to pehle apne container ko saaf karo, yaani negativity nikalo is ke andar se. negativity nikalo.</w:t>
      </w:r>
      <w:r>
        <w:br/>
      </w:r>
      <w:r>
        <w:rPr>
          <w:sz w:val="20"/>
        </w:rPr>
        <w:t>27:05  tum ne apne container mein negativity ki mitti daal rakhi hai, to main kaise is mein doodh dalun?</w:t>
      </w:r>
      <w:r>
        <w:br/>
      </w:r>
      <w:r>
        <w:rPr>
          <w:sz w:val="20"/>
        </w:rPr>
        <w:t>27:12  to yeh ek bahut hi misaal ke taur par waqea hai ke saare log jo negative thinking mein</w:t>
      </w:r>
      <w:r>
        <w:br/>
      </w:r>
      <w:r>
        <w:rPr>
          <w:sz w:val="20"/>
        </w:rPr>
        <w:t>27:20  jite hain, woh apne aap ko mehroom kiye hue hain ke Allah ka inspiration un par utre. bahut</w:t>
      </w:r>
    </w:p>
    <w:p>
      <w:pPr>
        <w:pStyle w:val="Heading2"/>
      </w:pPr>
      <w:r>
        <w:t>Ore analogy for human potential</w:t>
      </w:r>
    </w:p>
    <w:p>
      <w:r>
        <w:rPr>
          <w:color w:val="666666"/>
          <w:sz w:val="18"/>
        </w:rPr>
        <w:t>The Problem of Suffering December 11, 2007 Maulana Wahiduddin Khan · 1m 34s · at 24:50 · https://youtu.be/OLDzkgsWMRQ?t=1490</w:t>
      </w:r>
    </w:p>
    <w:p>
      <w:r>
        <w:rPr>
          <w:i/>
        </w:rPr>
        <w:t>“You know, in the physical world, what is happening?”</w:t>
      </w:r>
    </w:p>
    <w:p>
      <w:r>
        <w:rPr>
          <w:sz w:val="20"/>
        </w:rPr>
        <w:t>24:50  you know, in physical world, what is what is happening in physical world? creator created ore or,</w:t>
      </w:r>
      <w:r>
        <w:br/>
      </w:r>
      <w:r>
        <w:rPr>
          <w:sz w:val="20"/>
        </w:rPr>
        <w:t>25:06  but not the machines. you cannot find machines in any mountain or any ocean.</w:t>
      </w:r>
      <w:r>
        <w:br/>
      </w:r>
      <w:r>
        <w:rPr>
          <w:sz w:val="20"/>
        </w:rPr>
        <w:t>25:17  so God almighty created ore,</w:t>
      </w:r>
      <w:r>
        <w:br/>
      </w:r>
      <w:r>
        <w:rPr>
          <w:sz w:val="20"/>
        </w:rPr>
        <w:t>25:26  and it was upon man to convert ore into steel, then steel into machine. so is the case of human being.</w:t>
      </w:r>
      <w:r>
        <w:br/>
      </w:r>
      <w:r>
        <w:rPr>
          <w:sz w:val="20"/>
        </w:rPr>
        <w:t>25:38  every man is like ore.</w:t>
      </w:r>
      <w:r>
        <w:br/>
      </w:r>
      <w:r>
        <w:rPr>
          <w:sz w:val="20"/>
        </w:rPr>
        <w:t>25:43  every man is like ore.</w:t>
      </w:r>
      <w:r>
        <w:br/>
      </w:r>
      <w:r>
        <w:rPr>
          <w:sz w:val="20"/>
        </w:rPr>
        <w:t>25:46  and it is upon it is our duty to discover the meaning of that ore, to discover the meaning of that personality, to discover the meaning of that individual.</w:t>
      </w:r>
      <w:r>
        <w:br/>
      </w:r>
      <w:r>
        <w:rPr>
          <w:sz w:val="20"/>
        </w:rPr>
        <w:t>26:03  so that we can turn potential into actual.</w:t>
      </w:r>
      <w:r>
        <w:br/>
      </w:r>
      <w:r>
        <w:rPr>
          <w:sz w:val="20"/>
        </w:rPr>
        <w:t>26:13  it is our duty. this is the creation plan of god to turn the potential into actual.</w:t>
      </w:r>
    </w:p>
    <w:p>
      <w:pPr>
        <w:pStyle w:val="Heading2"/>
      </w:pPr>
      <w:r>
        <w:t>A family that pools and shares all profits equally</w:t>
      </w:r>
    </w:p>
    <w:p>
      <w:r>
        <w:rPr>
          <w:color w:val="666666"/>
          <w:sz w:val="18"/>
        </w:rPr>
        <w:t>Universal Thinking In Islam CPS Women Discussion 27 October 15, 2023 · 1m 24s · at 30:18 · https://youtu.be/p7cYhXsEBIc?t=1818</w:t>
      </w:r>
    </w:p>
    <w:p>
      <w:r>
        <w:rPr>
          <w:i/>
        </w:rPr>
        <w:t>“Mere khandan mein log hain, sabka alag business hai”</w:t>
      </w:r>
    </w:p>
    <w:p>
      <w:r>
        <w:rPr>
          <w:sz w:val="20"/>
        </w:rPr>
        <w:t>30:18  to ek abhi bhi mere mere sandan mein ek log hain. to wahan kaafi paise wale log hain lekin sabka is tarah se hai ki sabka alag alag business hai. lekin phir jo profit hota hai roz ka woh lakar roz roz woh log apne ghar mein rakhte hain aur phir usmein se sab barabar barabar hissa kar lete hain. to kisi ka kaam aur kisi ka zyada nahi hota. sab logon ko paisa sabke ghar bhi sab ek saath hi hain. sab log ek saath rehte hain. khana sabka alag van banta hai lekin sabka ghar hai matlab mila hua ghar hai.</w:t>
      </w:r>
      <w:r>
        <w:br/>
      </w:r>
      <w:r>
        <w:rPr>
          <w:sz w:val="20"/>
        </w:rPr>
        <w:t>30:47  bada hath hi achha lagta hai wahan jao to. matlab kaafi achhi tarike se log rehte hain. woh paisa sabka barabar hota hai aur sabka jo rahan sahan hai uthna baithna sabka ek tarah ka hai. yahi wali baat thi main.</w:t>
      </w:r>
      <w:r>
        <w:br/>
      </w:r>
      <w:r>
        <w:rPr>
          <w:sz w:val="20"/>
        </w:rPr>
        <w:t>31:14  matlab abhi main achhe se explain nahi kar pa rahi hoon doctor safina iske aage batayein. ji, aapka mujhe lagta hai wahi islam jo hai woh dil jeetne ka hunar sikhata hai hamein. ji. ki hum dil jeete hain. har kisi ka chahe woh dushmani lag raha ho hamein apna. to yeh cheez abhi yasmin ne apne aisi dauran mein yasmin hai is meeting mein. unhone bataya ki yeh jo ayat hai jiska hum zikr kar rahe hain yeh surah fusilat ki ayat 3435 hai jiski baat hai.</w:t>
      </w:r>
      <w:r>
        <w:br/>
      </w:r>
      <w:r>
        <w:rPr>
          <w:sz w:val="20"/>
        </w:rPr>
        <w:t>31:42  unhone iska reference bheja hai taki hum isko yaad rakh sakein ki hum achhe behavior ko, brave behavior ke badle mein agar karenge to zaroor hum doosre ko apni taraf naram kar lenge aur uska dil hum jeet lenge aur yeh cheez ek wahi insan kar sakta hai jo bahut bade dil wala ho, bahut hi oonchi soch uski ho.</w:t>
      </w:r>
    </w:p>
    <w:p>
      <w:pPr>
        <w:pStyle w:val="Heading2"/>
      </w:pPr>
      <w:r>
        <w:t>The principle of conversion illustrated by water</w:t>
      </w:r>
    </w:p>
    <w:p>
      <w:r>
        <w:rPr>
          <w:color w:val="666666"/>
          <w:sz w:val="18"/>
        </w:rPr>
        <w:t>Man and Paradise May 5, 2013 Maulana Wahiduddin Khan · 1m 14s · at 4:47 · https://youtu.be/AAn7EW096nI?t=287</w:t>
      </w:r>
    </w:p>
    <w:p>
      <w:r>
        <w:rPr>
          <w:i/>
        </w:rPr>
        <w:t>“Main yahan aap ko ek law of nature yaad dilaunga”</w:t>
      </w:r>
    </w:p>
    <w:p>
      <w:r>
        <w:rPr>
          <w:sz w:val="20"/>
        </w:rPr>
        <w:t>4:47  main yahan aap ko ek law of nature yaad dilaoonga. Is duniya mein Allah taala ne principle of conversion rakha hai.</w:t>
      </w:r>
      <w:r>
        <w:br/>
      </w:r>
      <w:r>
        <w:rPr>
          <w:sz w:val="20"/>
        </w:rPr>
        <w:t>5:00  har cheez jab woh convert hoti hai, tab woh bari cheez banti hai.</w:t>
      </w:r>
      <w:r>
        <w:br/>
      </w:r>
      <w:r>
        <w:rPr>
          <w:sz w:val="20"/>
        </w:rPr>
        <w:t>5:08  yeh hai principle of conversion.</w:t>
      </w:r>
      <w:r>
        <w:br/>
      </w:r>
      <w:r>
        <w:rPr>
          <w:sz w:val="20"/>
        </w:rPr>
        <w:t>5:13  har cheez ibtida mein crude halat mein hoti hai, crude. Phir jab woh convert hoti hai, tab woh bohat hi precious cheez ban jati hai.</w:t>
      </w:r>
      <w:r>
        <w:br/>
      </w:r>
      <w:r>
        <w:rPr>
          <w:sz w:val="20"/>
        </w:rPr>
        <w:t>5:24  misalan, main ek sada misal deta hoon aap ko.</w:t>
      </w:r>
      <w:r>
        <w:br/>
      </w:r>
      <w:r>
        <w:rPr>
          <w:sz w:val="20"/>
        </w:rPr>
        <w:t>5:31  dekhiye, yeh yeh glass hai, is mein pani hai. Pani kya hai? Do gases ka majmooa, yani oxygen aur hydrogen.</w:t>
      </w:r>
      <w:r>
        <w:br/>
      </w:r>
      <w:r>
        <w:rPr>
          <w:sz w:val="20"/>
        </w:rPr>
        <w:t>5:46  do gases jab convert huin to pani ban gaya. Kaisi ajeeb cheez hai pani!</w:t>
      </w:r>
      <w:r>
        <w:br/>
      </w:r>
      <w:r>
        <w:rPr>
          <w:sz w:val="20"/>
        </w:rPr>
        <w:t>5:54  pani ke baghair hamari zindagi nahi.</w:t>
      </w:r>
    </w:p>
    <w:p>
      <w:pPr>
        <w:pStyle w:val="Heading2"/>
      </w:pPr>
      <w:r>
        <w:t>Source of conviction in hardship</w:t>
      </w:r>
    </w:p>
    <w:p>
      <w:r>
        <w:rPr>
          <w:color w:val="666666"/>
          <w:sz w:val="18"/>
        </w:rPr>
        <w:t>Human History in Light of the Creation Plan of God 11 May, 2007 - Maulana Wahiduddin Khan · 1m 12s · at 10:00 · https://youtu.be/8m_jiYlUZ0c?t=600</w:t>
      </w:r>
    </w:p>
    <w:p>
      <w:r>
        <w:rPr>
          <w:i/>
        </w:rPr>
        <w:t>“The Prophet was in the Cave of Thawr, helpless.”</w:t>
      </w:r>
    </w:p>
    <w:p>
      <w:r>
        <w:rPr>
          <w:sz w:val="20"/>
        </w:rPr>
        <w:t>10:00  Rasool Allah dekhiye, Ghar e Saur mein thay, bilkul helpless thay. Sirf aik insan aap ke sath tha aur aap ke dushman wahan talwar le kar aa gaye.</w:t>
      </w:r>
      <w:r>
        <w:br/>
      </w:r>
      <w:r>
        <w:rPr>
          <w:sz w:val="20"/>
        </w:rPr>
        <w:t>10:10  Unhon ne kaha ke bhai yeh to wahan bhi pohanch gaye. Aap ne kaha ke la tahzan in Allah ma'ana</w:t>
      </w:r>
      <w:r>
        <w:br/>
      </w:r>
      <w:r>
        <w:rPr>
          <w:sz w:val="20"/>
        </w:rPr>
        <w:t>10:18  Na daro kyunke Khuda hamare sath hai. Yeh jo conviction hai, hamein chahiye zindagi mein. Koi bhi doosri cheez aisi nahi hai jo aap ke liye source of conviction ban sake, Khuda ke siwa.</w:t>
      </w:r>
      <w:r>
        <w:br/>
      </w:r>
      <w:r>
        <w:rPr>
          <w:sz w:val="20"/>
        </w:rPr>
        <w:t>10:37  To mazhab ya Islam, is waqt mein mazhab ko Islam ki roshni mein bata raha hoon, woh hum ko source of conviction deta hai jis pe hum kharay ho sakein, poore yaqeen ke sath.</w:t>
      </w:r>
      <w:r>
        <w:br/>
      </w:r>
      <w:r>
        <w:rPr>
          <w:sz w:val="20"/>
        </w:rPr>
        <w:t>10:53  Yeh kitni bari dein hai.</w:t>
      </w:r>
      <w:r>
        <w:br/>
      </w:r>
      <w:r>
        <w:rPr>
          <w:sz w:val="20"/>
        </w:rPr>
        <w:t>10:55  Kisi bhi halat mein do char hon, aap aap fail hon tab bhi, aap ko success mile tab bhi, dono halaton mein aap ko Khuda par trust hota hai.</w:t>
      </w:r>
    </w:p>
    <w:p>
      <w:pPr>
        <w:pStyle w:val="Heading2"/>
      </w:pPr>
      <w:r>
        <w:t>Hazrat Ismail's wives and the lesson of gratitude</w:t>
      </w:r>
    </w:p>
    <w:p>
      <w:r>
        <w:rPr>
          <w:color w:val="666666"/>
          <w:sz w:val="18"/>
        </w:rPr>
        <w:t>The Power of Positive Thinking November 3, 2024 · 2m 45s · at 30:02 · https://youtu.be/q6Ly4ofTmxY?t=1802</w:t>
      </w:r>
    </w:p>
    <w:p>
      <w:r>
        <w:rPr>
          <w:i/>
        </w:rPr>
        <w:t>“हजरत इस्माइल की पहली बीवी की मिसाल है”</w:t>
      </w:r>
    </w:p>
    <w:p>
      <w:r>
        <w:rPr>
          <w:sz w:val="20"/>
        </w:rPr>
        <w:t>30:02  hai. jab hum shukr karenge, to hamare andar positive thinking aayegi. phir hamari soch jo hai, sahi soch banegi. iski ek bahut achhi misaal hai Hazrat Ismail ki. ki unki jo pehli biwi thi, to Hazrat Ibrahim unke paas aksar aate the dekhne ke liye ki sab haalchaal pata karne ke liye. to jo pehli shadi unhone ki thi, ek qabila Zaroom tha,</w:t>
      </w:r>
      <w:r>
        <w:br/>
      </w:r>
      <w:r>
        <w:rPr>
          <w:sz w:val="20"/>
        </w:rPr>
        <w:t>30:27  us wahan bas gaya tha.</w:t>
      </w:r>
      <w:r>
        <w:br/>
      </w:r>
      <w:r>
        <w:rPr>
          <w:sz w:val="20"/>
        </w:rPr>
        <w:t>30:29  to uski ladki thi, woh qabila Zaroom ki. to woh aaye dekhne ke liye. to Hazrat Ismail to bahar shikar-vicar ke liye jaate the. to usne bahut shikayat ki ki "yahan to bahut haalaat kharab hain aur bahut museebat hai." aur yeh woh duniya bhar ki shikayatein ki. to Hazrat Ibrahim keh ke chale gaye ki "ab apne husband se keh dena ki woh jo hai, chaukhat badal dein</w:t>
      </w:r>
      <w:r>
        <w:br/>
      </w:r>
      <w:r>
        <w:rPr>
          <w:sz w:val="20"/>
        </w:rPr>
        <w:t>30:54  ." phir woh samajh gaye ki doosri shadi kar rahe karna hai aur is biwi ko chhodna hai. kyunki poori ek Allah taala ne ek poora ek nasal banani thi. woh nasal positive soch wali nasal, jo ki Rasoolullah sallallahu alaihi wasallam jab aaye, to unko support karke ek tauheed par ek inqilab barpa ho. to jab doosri aurat ki, unhone phir Hazrat Ibrahim aaye, to bahut Khuda ka shukr ada karne lagi.</w:t>
      </w:r>
      <w:r>
        <w:br/>
      </w:r>
      <w:r>
        <w:rPr>
          <w:sz w:val="20"/>
        </w:rPr>
        <w:t>31:23  ab dekhiye ki wahi haalaat, bahut Khuda ka shukr hai, bahut achha hai, sab bahut achha hai, bahut aaram se hum reh rahe hain. sab to unhone keh ke gaye ki "yeh chaukhat tum baqi rakho." to haalaat ek hi jaise hote hain. hamara soch alag-alag hoti hai. hamari negative soch hai, to humko har cheez galat lagti hai. positive soch hai, to humko har cheez sahi lagti hai.</w:t>
      </w:r>
      <w:r>
        <w:br/>
      </w:r>
      <w:r>
        <w:rPr>
          <w:sz w:val="20"/>
        </w:rPr>
        <w:t>31:47  kyunki log yeh nahin samajh rahe hain ki yeh duniya hai. yahan har cheez kisi ko bhi nahin milti. to jo mila hua hai, us par shukr karo. to Allah taala aur zyada denge. kyunki na, "lan shukr tum lajid nakum," tum shukr karo, to tumhein aur zyada milega. to yeh hamein samajhna chahiye ki hum is duniya mein har cheez nahin pa sakte. desire ke mutabiq duniya jo hai, woh to akhirat hai. wahin sab kuch milega</w:t>
      </w:r>
      <w:r>
        <w:br/>
      </w:r>
      <w:r>
        <w:rPr>
          <w:sz w:val="20"/>
        </w:rPr>
        <w:t>32:17  । to hamein jo hamein mila hua hai, usi par hum focus karein. Khuda ki jo blessings hamein already mili hui hain, us par focus karein. na ki na mile hue par shikayat lagayein. ji, aap yeh bahut important baat kahi aapne ki complaint nahin karni chahiye, haalaat kaise bhi ho. kyunki aap, agar hum dekhein ki environment and information is available for everyone, but why is it that with same level of information the results are different for different peop</w:t>
      </w:r>
    </w:p>
    <w:p>
      <w:pPr>
        <w:pStyle w:val="Heading2"/>
      </w:pPr>
      <w:r>
        <w:t>Muslims misinterpreted dynasties as khilafat</w:t>
      </w:r>
    </w:p>
    <w:p>
      <w:r>
        <w:rPr>
          <w:color w:val="666666"/>
          <w:sz w:val="18"/>
        </w:rPr>
        <w:t>Follow Law of the Land 29 Nov 2019 - Maulana Wahiduddin Khan · 2m 55s · at 29:51 · https://youtu.be/miwE6TbkdAY?t=1791</w:t>
      </w:r>
    </w:p>
    <w:p>
      <w:r>
        <w:rPr>
          <w:i/>
        </w:rPr>
        <w:t>“Dekhiye Madhanah ka maamla kahan bigra hai”</w:t>
      </w:r>
    </w:p>
    <w:p>
      <w:r>
        <w:rPr>
          <w:sz w:val="20"/>
        </w:rPr>
        <w:t>29:51  ji. turki ki. ji. wohin chaudah maut tooti. hmm. to log samajhte the saare ulama ghalat taur par ke yahi woh cheez hai jo hamara nishana hai ke hum khilafat qaim karein khilafat qaim karein.</w:t>
      </w:r>
      <w:r>
        <w:br/>
      </w:r>
      <w:r>
        <w:rPr>
          <w:sz w:val="20"/>
        </w:rPr>
        <w:t>30:12  ji. to hum ne haalankey woh khilafat thi hi nahi. dekhiye ek sab itni badi haqeeqat koi bhi khilafat khilafat nahi thi.</w:t>
      </w:r>
      <w:r>
        <w:br/>
      </w:r>
      <w:r>
        <w:rPr>
          <w:sz w:val="20"/>
        </w:rPr>
        <w:t>30:25  ji. dynasty thi. ji. hmm kya kaha maine?</w:t>
      </w:r>
      <w:r>
        <w:br/>
      </w:r>
      <w:r>
        <w:rPr>
          <w:sz w:val="20"/>
        </w:rPr>
        <w:t>30:30  maulana musalman jis ko khilafat samajhte hain woh saari dynasties theen woh. hmm chahe bani ummayah hon chahe bani abbas hon.</w:t>
      </w:r>
      <w:r>
        <w:br/>
      </w:r>
      <w:r>
        <w:rPr>
          <w:sz w:val="20"/>
        </w:rPr>
        <w:t>30:40  ji. ya usmania khilafat. ji. sab dynasty thi woh khilafat thi hi nahi. ji.</w:t>
      </w:r>
      <w:r>
        <w:br/>
      </w:r>
      <w:r>
        <w:rPr>
          <w:sz w:val="20"/>
        </w:rPr>
        <w:t>30:50  theek. to jab woh aaye hain qaim thi to hum ne khilafat qaim kar rakha hai. jab woh toot gayi to ab yeh koi ghasib hain ke marna hai inhein ladna hai inhein chheenna hai inhein chheenna hai.</w:t>
      </w:r>
      <w:r>
        <w:br/>
      </w:r>
      <w:r>
        <w:rPr>
          <w:sz w:val="20"/>
        </w:rPr>
        <w:t>31:06  to yaani false khilafat par yaqeen karna ke yahi khilafat hai. ji. hain ab jo is false khilafat tootne par yeh hai ke is ko regain karna hai.</w:t>
      </w:r>
      <w:r>
        <w:br/>
      </w:r>
      <w:r>
        <w:rPr>
          <w:sz w:val="20"/>
        </w:rPr>
        <w:t>31:20  chheenna hai. ab yeh log to bechare khane kamane wale log hain. yeh itna sochte nahi hain.</w:t>
      </w:r>
      <w:r>
        <w:br/>
      </w:r>
      <w:r>
        <w:rPr>
          <w:sz w:val="20"/>
        </w:rPr>
        <w:t>31:30  yeh bohat Maulana nayi baat hai bilkul. hain? yeh bilkul aap ne aaj ek nayi baat batai hai ke jo cheez maujood hi nahi thi us par unhon ne ek yeh qaim kiya.</w:t>
      </w:r>
      <w:r>
        <w:br/>
      </w:r>
      <w:r>
        <w:rPr>
          <w:sz w:val="20"/>
        </w:rPr>
        <w:t>31:39  ek daawa qaim kiya. hmm. aur phir us ke liye kaam karte hain. hmm.</w:t>
      </w:r>
      <w:r>
        <w:br/>
      </w:r>
      <w:r>
        <w:rPr>
          <w:sz w:val="20"/>
        </w:rPr>
        <w:t>31:44  kabhi bhi khilafat nahi thi woh to woh to dynasty thi. ji. dynasty maani hote hain khandani hukoomat.</w:t>
      </w:r>
      <w:r>
        <w:br/>
      </w:r>
      <w:r>
        <w:rPr>
          <w:sz w:val="20"/>
        </w:rPr>
        <w:t>31:55  ji. aur jab woh nahi rahi to us ko regain karne ki lad rahe hain. ji. khilafat ke naam par.</w:t>
      </w:r>
      <w:r>
        <w:br/>
      </w:r>
      <w:r>
        <w:rPr>
          <w:sz w:val="20"/>
        </w:rPr>
        <w:t>32:04  to musalman jo hain false food mein jeete hain. All the Muslims are real and false food.</w:t>
      </w:r>
      <w:r>
        <w:br/>
      </w:r>
      <w:r>
        <w:rPr>
          <w:sz w:val="20"/>
        </w:rPr>
        <w:t>32:15  kaisa? ji. kya kaha maine</w:t>
      </w:r>
      <w:r>
        <w:br/>
      </w:r>
      <w:r>
        <w:rPr>
          <w:sz w:val="20"/>
        </w:rPr>
        <w:t>32:20  ? musalman saare ke saare false food par jeete hain Maulana. ke jo khandani hukoomat thi us ko khilafat ka hmm samajh liya ke woh khilafat thi.</w:t>
      </w:r>
      <w:r>
        <w:br/>
      </w:r>
      <w:r>
        <w:rPr>
          <w:sz w:val="20"/>
        </w:rPr>
        <w:t>32:31  bani ummayah bani abbas bani abbas aur woh mughal jitne bhi hain sab the dynasty aur un ka the khilafat.</w:t>
      </w:r>
    </w:p>
    <w:p>
      <w:pPr>
        <w:pStyle w:val="Heading2"/>
      </w:pPr>
      <w:r>
        <w:t>Dr. Reddy's unfinished agenda story</w:t>
      </w:r>
    </w:p>
    <w:p>
      <w:r>
        <w:rPr>
          <w:color w:val="666666"/>
          <w:sz w:val="18"/>
        </w:rPr>
        <w:t>Lessons from Kabah October 6, 2019 - Maulana Wahiduddin Khan · 1m 51s · at 7:18 · https://youtu.be/pDZ22V5Tk0g?t=438</w:t>
      </w:r>
    </w:p>
    <w:p>
      <w:r>
        <w:rPr>
          <w:i/>
        </w:rPr>
        <w:t>“To yeh jo mujhe yaad aaya”</w:t>
      </w:r>
    </w:p>
    <w:p>
      <w:r>
        <w:rPr>
          <w:sz w:val="20"/>
        </w:rPr>
        <w:t>7:18  to yeh jo mujhe yaad aaya, to mujhe yaad aaya ke ek ek shakhs jo south ka tha, doctor reddy, uska ek mission tha,</w:t>
      </w:r>
      <w:r>
        <w:br/>
      </w:r>
      <w:r>
        <w:rPr>
          <w:sz w:val="20"/>
        </w:rPr>
        <w:t>7:32  us mission par zindagi bhar woh kaam karta raha.</w:t>
      </w:r>
      <w:r>
        <w:br/>
      </w:r>
      <w:r>
        <w:rPr>
          <w:sz w:val="20"/>
        </w:rPr>
        <w:t>7:37  us mein us ne ek kitaab likhi, unfinished agenda, yeh us kitaab ka title hai, jo uska mission tha, ek medical mission tha uska,</w:t>
      </w:r>
      <w:r>
        <w:br/>
      </w:r>
      <w:r>
        <w:rPr>
          <w:sz w:val="20"/>
        </w:rPr>
        <w:t>7:52  to us ki detail us ne likhi us ne.</w:t>
      </w:r>
      <w:r>
        <w:br/>
      </w:r>
      <w:r>
        <w:rPr>
          <w:sz w:val="20"/>
        </w:rPr>
        <w:t>7:57  lekin saari umar us ki, us ki, us ki maut ghaleban 72 mein hui, 72 saal mein.</w:t>
      </w:r>
      <w:r>
        <w:br/>
      </w:r>
      <w:r>
        <w:rPr>
          <w:sz w:val="20"/>
        </w:rPr>
        <w:t>8:08  to saari umar woh apne us goal ko poora karne mein laga raha, lekin woh poora nahin kar saka.</w:t>
      </w:r>
      <w:r>
        <w:br/>
      </w:r>
      <w:r>
        <w:rPr>
          <w:sz w:val="20"/>
        </w:rPr>
        <w:t>8:18  chunaanche us ki jo kitaab hai, uska naam yeh title hai, unfinished agenda. to us ki kitaab chhap rahi thi aakhir mein, jab chhap kar aayi woh press se,</w:t>
      </w:r>
      <w:r>
        <w:br/>
      </w:r>
      <w:r>
        <w:rPr>
          <w:sz w:val="20"/>
        </w:rPr>
        <w:t>8:32  uska pehla, us ki pehli copy apne haath mein li us ne, aur ajeeb baat hai ke us ke baad us ki maut, maut ho gayi.</w:t>
      </w:r>
      <w:r>
        <w:br/>
      </w:r>
      <w:r>
        <w:rPr>
          <w:sz w:val="20"/>
        </w:rPr>
        <w:t>8:44  yani apni kitab ko hath mein liya us ne aur isi din us ki maut ho gayi. to us ke hath mein kya aaya?</w:t>
      </w:r>
      <w:r>
        <w:br/>
      </w:r>
      <w:r>
        <w:rPr>
          <w:sz w:val="20"/>
        </w:rPr>
        <w:t>8:53  un finished agenda. sari zindagi koshish karne ke bawajood, bohat paisa kharch kiya us ne is mein, aakhir mein jo us ke hisse mein aaya woh tha un finished agenda.</w:t>
      </w:r>
    </w:p>
    <w:p>
      <w:pPr>
        <w:pStyle w:val="Heading2"/>
      </w:pPr>
      <w:r>
        <w:t>Prophet's balance of idealism and practicality</w:t>
      </w:r>
    </w:p>
    <w:p>
      <w:r>
        <w:rPr>
          <w:color w:val="666666"/>
          <w:sz w:val="18"/>
        </w:rPr>
        <w:t>Idealism vs Practical Wisdom 13 Nov 2011 - Maulana Wahiduddin Khan · 2m 45s · at 19:33 · https://youtu.be/_aRRsKhGoWo?t=1173</w:t>
      </w:r>
    </w:p>
    <w:p>
      <w:r>
        <w:rPr>
          <w:i/>
        </w:rPr>
        <w:t>“Main chahta hoon ke Rasulullah Sallallahu Alaihi Wasallam ki zindagi mein”</w:t>
      </w:r>
    </w:p>
    <w:p>
      <w:r>
        <w:rPr>
          <w:sz w:val="20"/>
        </w:rPr>
        <w:t>19:33  us ke liye dunya mein kamyabi nahi hai. main chahta hoon ke Rasool Allah Sal Allahu Alaihi Wasallam ki zindagi mein is formula ki bohat hi ideal misaal hai ke Rasool Allah apni zaat mein to idealist the,</w:t>
      </w:r>
      <w:r>
        <w:br/>
      </w:r>
      <w:r>
        <w:rPr>
          <w:sz w:val="20"/>
        </w:rPr>
        <w:t>19:49  yani matlab aqeeday ke mamle mein, ibadat ke mamle mein, marifat ke mamle mein, zaati kirdaar ke mamle mein.</w:t>
      </w:r>
      <w:r>
        <w:br/>
      </w:r>
      <w:r>
        <w:rPr>
          <w:sz w:val="20"/>
        </w:rPr>
        <w:t>20:01  aap bilkul idealist the. lekin jab mamla padta doosron se to aap dekhte the hamesha practical wisdom.</w:t>
      </w:r>
      <w:r>
        <w:br/>
      </w:r>
      <w:r>
        <w:rPr>
          <w:sz w:val="20"/>
        </w:rPr>
        <w:t>20:10  aap farq karte the what is possible mein aur what is impossible mein. poori zindagi aap ki aisi hi hai.</w:t>
      </w:r>
      <w:r>
        <w:br/>
      </w:r>
      <w:r>
        <w:rPr>
          <w:sz w:val="20"/>
        </w:rPr>
        <w:t>20:22  aap dekhiye ke jab aap ne mission shuru kiya Makka mein to aap jante hain ke Kaaba moosuf sainkado but the. yeh to idealism ke khilaf tha.</w:t>
      </w:r>
      <w:r>
        <w:br/>
      </w:r>
      <w:r>
        <w:rPr>
          <w:sz w:val="20"/>
        </w:rPr>
        <w:t>20:36  kyunke ideal to tha tauheed. ab wahan par 360 us ke khilaf cheezein hain. to aap ladte hain buton se.</w:t>
      </w:r>
      <w:r>
        <w:br/>
      </w:r>
      <w:r>
        <w:rPr>
          <w:sz w:val="20"/>
        </w:rPr>
        <w:t>20:44  ladte hain aap. aap ne yeh nahi kiya. buton ko ignore kar ke buton ke jo zaireen the, buton ke jo parastar the, jo buton ke naam par wahan aaya karte the, un mein tableegh shuru kardi.</w:t>
      </w:r>
      <w:r>
        <w:br/>
      </w:r>
      <w:r>
        <w:rPr>
          <w:sz w:val="20"/>
        </w:rPr>
        <w:t>21:01  da'wah work shuru kardi. yeh hai practical wisdom. jo impossible tha, us se is ko aap ne ignore kiya.</w:t>
      </w:r>
      <w:r>
        <w:br/>
      </w:r>
      <w:r>
        <w:rPr>
          <w:sz w:val="20"/>
        </w:rPr>
        <w:t>21:10  jo possible tha, us ko le liya. kitna simple formula tha Rasool Allah ka. yani agar aap ideal chalate to sab se pehle ladte aap buton se.</w:t>
      </w:r>
      <w:r>
        <w:br/>
      </w:r>
      <w:r>
        <w:rPr>
          <w:sz w:val="20"/>
        </w:rPr>
        <w:t>21:22  to tod phod karte wahan. to hungama karte, protest karte, nafrat karte. lekin aap ne apne zaat mein to ideal the.</w:t>
      </w:r>
      <w:r>
        <w:br/>
      </w:r>
      <w:r>
        <w:rPr>
          <w:sz w:val="20"/>
        </w:rPr>
        <w:t>21:34  aap purey maanon mein tawheed par thay. purey maanon mein aap ki tawheed mein koi kami nahi thi. to apney aap mein woh ideal maanon mein muahhid thay,</w:t>
      </w:r>
      <w:r>
        <w:br/>
      </w:r>
      <w:r>
        <w:rPr>
          <w:sz w:val="20"/>
        </w:rPr>
        <w:t>21:48  aik khuda ko maannay walay. lekin jab bahir ka muamla para to aap ne wahan par compromise kar liya. kaisi ajeeb misaal hai?</w:t>
      </w:r>
      <w:r>
        <w:br/>
      </w:r>
      <w:r>
        <w:rPr>
          <w:sz w:val="20"/>
        </w:rPr>
        <w:t>22:02  isi tarah dekhen, jab wahan par unhon ne kaha ke hum aap ko qatal kar dalen ge, aap ko bahir dalen ge, aap ko yeh sab choriye. to aap ne kya kiya? khamoshi se aap makkah chhor kar madinah chalay gaye.</w:t>
      </w:r>
      <w:r>
        <w:br/>
      </w:r>
      <w:r>
        <w:rPr>
          <w:sz w:val="20"/>
        </w:rPr>
        <w:t>22:14  yeh bhi to compromise tha.</w:t>
      </w:r>
    </w:p>
    <w:p>
      <w:pPr>
        <w:pStyle w:val="Heading2"/>
      </w:pPr>
      <w:r>
        <w:t>Cain and Abel: why the first murder happened</w:t>
      </w:r>
    </w:p>
    <w:p>
      <w:r>
        <w:rPr>
          <w:color w:val="666666"/>
          <w:sz w:val="18"/>
        </w:rPr>
        <w:t>Islamic Outlook on Life August 26, 2007 · 2m 59s · at 3:43 · https://youtu.be/QCAHPg3_G_M?t=223</w:t>
      </w:r>
    </w:p>
    <w:p>
      <w:r>
        <w:rPr>
          <w:i/>
        </w:rPr>
        <w:t>“Shuru hi mein ek insaan ne doosre insaan ko maar dala”</w:t>
      </w:r>
    </w:p>
    <w:p>
      <w:r>
        <w:rPr>
          <w:sz w:val="20"/>
        </w:rPr>
        <w:t>3:43  is mein bataya gaya hai ke insan jab shuru mein zameen par basaya gaya to shuru hi mein ek insan ne doosre insan ko maar dala.</w:t>
      </w:r>
      <w:r>
        <w:br/>
      </w:r>
      <w:r>
        <w:rPr>
          <w:sz w:val="20"/>
        </w:rPr>
        <w:t>3:56  yeh the qabil aur habil. qabil ne habil ko maar dala.</w:t>
      </w:r>
      <w:r>
        <w:br/>
      </w:r>
      <w:r>
        <w:rPr>
          <w:sz w:val="20"/>
        </w:rPr>
        <w:t>4:04  us waqt khuda ne yeh likh diya aur tamam jo revealed religion the is mein sab ko bataya, revelation ke through ek baat.</w:t>
      </w:r>
      <w:r>
        <w:br/>
      </w:r>
      <w:r>
        <w:rPr>
          <w:sz w:val="20"/>
        </w:rPr>
        <w:t>4:15  woh quran mein quote ki gayi hai. woh kya hai? man qatala nafsan bighair nafs wa fasad fakama qatala nass jamee</w:t>
      </w:r>
      <w:r>
        <w:br/>
      </w:r>
      <w:r>
        <w:rPr>
          <w:sz w:val="20"/>
        </w:rPr>
        <w:t>4:29  wa man ahya fakama ahya nass jamee yeh quran ki aayat hai, chapter number five, verse number thirty two.</w:t>
      </w:r>
      <w:r>
        <w:br/>
      </w:r>
      <w:r>
        <w:rPr>
          <w:sz w:val="20"/>
        </w:rPr>
        <w:t>4:43  is mein kaha gaya hai ke jis ne ek insan ko mara to us ne sare hi insanon ko maar dala.</w:t>
      </w:r>
      <w:r>
        <w:br/>
      </w:r>
      <w:r>
        <w:rPr>
          <w:sz w:val="20"/>
        </w:rPr>
        <w:t>4:56  jis ne ek insan ko mara to goya ke us ne sare hi insanon ko maar dala. aur jis ne ek insan ko zindagi di to us ne sare insanon ko zindagi di.</w:t>
      </w:r>
      <w:r>
        <w:br/>
      </w:r>
      <w:r>
        <w:rPr>
          <w:sz w:val="20"/>
        </w:rPr>
        <w:t>5:13  is aayat mein yeh jo baat hai ke jis ne zindagi di ek insan ko, woh aaj hi meri samajh mein aai</w:t>
      </w:r>
      <w:r>
        <w:br/>
      </w:r>
      <w:r>
        <w:rPr>
          <w:sz w:val="20"/>
        </w:rPr>
        <w:t>5:20  . tafseeron mein is ki ek bohat zyada mein samajh nahi paya tha jo tafseeron mein jo baatein likhi gayi hain is se. woh kaise?</w:t>
      </w:r>
      <w:r>
        <w:br/>
      </w:r>
      <w:r>
        <w:rPr>
          <w:sz w:val="20"/>
        </w:rPr>
        <w:t>5:28  jab bhi koi baat hoti hai to mera mind jo hai active ho jata hai sochne ke liye. to ek shock laga mujhe is par. ke innocent log, bachche, auratein,</w:t>
      </w:r>
      <w:r>
        <w:br/>
      </w:r>
      <w:r>
        <w:rPr>
          <w:sz w:val="20"/>
        </w:rPr>
        <w:t>5:43  yeh koi ladne wale log nahi the. koi wahan battle field nahi tha.</w:t>
      </w:r>
      <w:r>
        <w:br/>
      </w:r>
      <w:r>
        <w:rPr>
          <w:sz w:val="20"/>
        </w:rPr>
        <w:t>5:48  wahan bum phata aur shayad kai bum phate to is mein forty aadmi mar gaye aur bohat sare zakhmi hue. is par main sochne laga.</w:t>
      </w:r>
      <w:r>
        <w:br/>
      </w:r>
      <w:r>
        <w:rPr>
          <w:sz w:val="20"/>
        </w:rPr>
        <w:t>6:01  ke kyun mara unhon ne? zahir hai ke unhein koi complaint hogi, koi shikayat hogi.</w:t>
      </w:r>
      <w:r>
        <w:br/>
      </w:r>
      <w:r>
        <w:rPr>
          <w:sz w:val="20"/>
        </w:rPr>
        <w:t>6:11  un logon se na ho to un ki qaum se hogi, un ki communities hogi</w:t>
      </w:r>
      <w:r>
        <w:br/>
      </w:r>
      <w:r>
        <w:rPr>
          <w:sz w:val="20"/>
        </w:rPr>
        <w:t>6:15  . jis community ko woh belong kar rahe hain, to us ko woh, un logon ko woh us community ka ek part samajhte honge.</w:t>
      </w:r>
      <w:r>
        <w:br/>
      </w:r>
      <w:r>
        <w:rPr>
          <w:sz w:val="20"/>
        </w:rPr>
        <w:t>6:27  to apna ghussa utara unhon ne is ke upar. to zahir hai ke jab tak aadmi ko ghussa na ho, revenge na ho, koi complaint na ho, aadmi kabhi kisi ko marega nahi.</w:t>
      </w:r>
    </w:p>
    <w:p>
      <w:pPr>
        <w:pStyle w:val="Heading2"/>
      </w:pPr>
      <w:r>
        <w:t>Two squirrels choose collaboration over confrontation</w:t>
      </w:r>
    </w:p>
    <w:p>
      <w:r>
        <w:rPr>
          <w:color w:val="666666"/>
          <w:sz w:val="18"/>
        </w:rPr>
        <w:t>The Power of Positive Thinking November 3, 2024 · 1m 11s · at 18:23 · https://youtu.be/q6Ly4ofTmxY?t=1103</w:t>
      </w:r>
    </w:p>
    <w:p>
      <w:r>
        <w:rPr>
          <w:i/>
        </w:rPr>
        <w:t>“दो गिलहरियां एक रस्सी पे चल रही थीं, आमने-सामने”</w:t>
      </w:r>
    </w:p>
    <w:p>
      <w:r>
        <w:rPr>
          <w:sz w:val="20"/>
        </w:rPr>
        <w:t>18:23  saamne unke ped hain, jaisa hum jante hain, ghar ke saamne aapke ped ped hai ek. aur nature mein bhi contemplate karte the. to ek baar unhone aise hi dekha ki do gilhariyan ek rope pe chal rahi thin. ek saamne se aa rahi thin aur ek uske opposite direction mein aa rahi thin. to ab saamne aa gaye dono. ab is wali gilhari ko udhar jana tha aur udhar se jo gilhari aa rahi thi, usko opposite direction mein jana tha. to it was a situation of conflict</w:t>
      </w:r>
      <w:r>
        <w:br/>
      </w:r>
      <w:r>
        <w:rPr>
          <w:sz w:val="20"/>
        </w:rPr>
        <w:t>18:47  । to unhone kaha ki dekhiye, unhone kya kara ki it was like a lesson for everyone that instead of confrontational, we need to be more collaborative. to wo ekdam ulti ho gayi. jo ek gilhari thi, wo upar se chali gayi aur doosri gilhari neeche se rope-rope-rope ko pakde hue aage badh gayi. to maulana ne yahi matlab ek lesson hum sabko diya ki confrontational approach agar hoti, to dono gir jati n</w:t>
      </w:r>
      <w:r>
        <w:br/>
      </w:r>
      <w:r>
        <w:rPr>
          <w:sz w:val="20"/>
        </w:rPr>
        <w:t>19:12  che. lekin both could find their way to home by thinking the second option. to is liye bahut important hai ki. hum logon ko bhi isi tarah observe karna chahiye. observe karke seekhna chahiye. aap, do comments padhna chahunga. ye ek comment bheja hai miss farida kamran ne pakistan se. unhone likha hai, "jajakallah, wise words and inspirational session."</w:t>
      </w:r>
    </w:p>
    <w:p>
      <w:pPr>
        <w:pStyle w:val="Heading2"/>
      </w:pPr>
      <w:r>
        <w:t>framing the real question: how to achieve big success</w:t>
      </w:r>
    </w:p>
    <w:p>
      <w:r>
        <w:rPr>
          <w:color w:val="666666"/>
          <w:sz w:val="18"/>
        </w:rPr>
        <w:t>The Secret of Success June 26, 2008 Maulana Wahiduddin Khan · 1m 51s · at 0:36 · https://youtu.be/_vqfB9XcpPs?t=36</w:t>
      </w:r>
    </w:p>
    <w:p>
      <w:r>
        <w:rPr>
          <w:i/>
        </w:rPr>
        <w:t>“آج کا جو ٹاپک ہے وہ ہے سیکرٹ آف سکسیس”</w:t>
      </w:r>
    </w:p>
    <w:p>
      <w:r>
        <w:rPr>
          <w:sz w:val="20"/>
        </w:rPr>
        <w:t>0:36  aaj ka jo topic hai woh hai "secret of success". Kamyabi ka raaz.</w:t>
      </w:r>
      <w:r>
        <w:br/>
      </w:r>
      <w:r>
        <w:rPr>
          <w:sz w:val="20"/>
        </w:rPr>
        <w:t>0:52  zindagi mein hum kamyab kaise hon?</w:t>
      </w:r>
      <w:r>
        <w:br/>
      </w:r>
      <w:r>
        <w:rPr>
          <w:sz w:val="20"/>
        </w:rPr>
        <w:t>0:56  super achiever kaise banen? Bari kamyabi kaise hasil karen? Dekhen, choti moti kamyabi to aadmi ko mil hi jati hai.</w:t>
      </w:r>
      <w:r>
        <w:br/>
      </w:r>
      <w:r>
        <w:rPr>
          <w:sz w:val="20"/>
        </w:rPr>
        <w:t>1:10  jo beggars hain, jo road ke kinare baithe hue hain, woh bhi choti moti kamyabi un ko bhi mili hui hai. To baat choti moti kamyabi ki nahi hai, bari kamyabi ka hai.</w:t>
      </w:r>
      <w:r>
        <w:br/>
      </w:r>
      <w:r>
        <w:rPr>
          <w:sz w:val="20"/>
        </w:rPr>
        <w:t>1:27  to bari kamyabi kaise hasil karen aap? Is ka sawal hai. To har ek sochta hai is maslay par.</w:t>
      </w:r>
      <w:r>
        <w:br/>
      </w:r>
      <w:r>
        <w:rPr>
          <w:sz w:val="20"/>
        </w:rPr>
        <w:t>1:38  aksar log is par dream dekhte rehte hain, romantic andaaz mein</w:t>
      </w:r>
      <w:r>
        <w:br/>
      </w:r>
      <w:r>
        <w:rPr>
          <w:sz w:val="20"/>
        </w:rPr>
        <w:t>1:45  lekin main kahunga ke "you have to be realist". Aur realistic approach ka sab se bara tareeqa yeh hai ke aap logon ke halaat ko padhen, logon ki zindagi ko dekhen.</w:t>
      </w:r>
      <w:r>
        <w:br/>
      </w:r>
      <w:r>
        <w:rPr>
          <w:sz w:val="20"/>
        </w:rPr>
        <w:t>2:04  jin logon ne kamyabi hasil ki hai, un ko jannay ke kaise woh kamyab hue zindagi mein</w:t>
      </w:r>
      <w:r>
        <w:br/>
      </w:r>
      <w:r>
        <w:rPr>
          <w:sz w:val="20"/>
        </w:rPr>
        <w:t>2:14  to practical jo examples hain, woh sab se zyada woh batayenge aap ko ke kamyabi kaise hasil ki jaye.</w:t>
      </w:r>
    </w:p>
    <w:p>
      <w:pPr>
        <w:pStyle w:val="Heading2"/>
      </w:pPr>
      <w:r>
        <w:t>First meeting and feeling X-rayed</w:t>
      </w:r>
    </w:p>
    <w:p>
      <w:r>
        <w:rPr>
          <w:color w:val="666666"/>
          <w:sz w:val="18"/>
        </w:rPr>
        <w:t>Discussions on the impact of Maulana Wahiduddin Khan's Thought June 28, 2020 · 2m 48s · at 23:58 · https://youtu.be/tOuo9f842fI?t=1438</w:t>
      </w:r>
    </w:p>
    <w:p>
      <w:r>
        <w:rPr>
          <w:i/>
        </w:rPr>
        <w:t>“The moment I came into his presence, he said 'Tell me something'.”</w:t>
      </w:r>
    </w:p>
    <w:p>
      <w:r>
        <w:rPr>
          <w:sz w:val="20"/>
        </w:rPr>
        <w:t>23:58  But it just like, the moment I came into his presence and, um, I still remember him saying that so, uh, that, that thing that you told me that he says, "Tell me something," he just told me, "So why don't you tell me something,</w:t>
      </w:r>
      <w:r>
        <w:br/>
      </w:r>
      <w:r>
        <w:rPr>
          <w:sz w:val="20"/>
        </w:rPr>
        <w:t>24:13  young lady?" And I was like, "Okay." My response was exactly the same. Like, you know, "I have come here to listen," you know, not to, uh, not to speak.</w:t>
      </w:r>
      <w:r>
        <w:br/>
      </w:r>
      <w:r>
        <w:rPr>
          <w:sz w:val="20"/>
        </w:rPr>
        <w:t>24:23  I mean, what do I speak, like, in front of you? Like, you're such a celebrity. Yeah. Exactly. So I'm like, "What</w:t>
      </w:r>
      <w:r>
        <w:br/>
      </w:r>
      <w:r>
        <w:rPr>
          <w:sz w:val="20"/>
        </w:rPr>
        <w:t>24:28  do I say?" And, um, then he said something like, "I was I was sitting like this." And I was already, like, sort of, you know, in that mode where I'm going to be listening to my grandfather share a story.</w:t>
      </w:r>
      <w:r>
        <w:br/>
      </w:r>
      <w:r>
        <w:rPr>
          <w:sz w:val="20"/>
        </w:rPr>
        <w:t>24:41  So I sort of got comfortable that way. And I didn't even realize that</w:t>
      </w:r>
      <w:r>
        <w:br/>
      </w:r>
      <w:r>
        <w:rPr>
          <w:sz w:val="20"/>
        </w:rPr>
        <w:t>24:45  . So he just says that, "Looks like you're expecting something. And the way you have your arm placed tells me that, uh, you have a very big heart." And I was like, "Okay." And then I was conscious all of a sudden, like, how am I sitting in the presence of such an esteemed scholar?</w:t>
      </w:r>
      <w:r>
        <w:br/>
      </w:r>
      <w:r>
        <w:rPr>
          <w:sz w:val="20"/>
        </w:rPr>
        <w:t>25:00  And then he just it, it was just a very, uh, sweet way in which he got me comfortable</w:t>
      </w:r>
      <w:r>
        <w:br/>
      </w:r>
      <w:r>
        <w:rPr>
          <w:sz w:val="20"/>
        </w:rPr>
        <w:t>25:06  . And after, like, the first, I think, 15 minutes, I completely, like, that dissolved, that whole idea that, you know, I'm the only Hindu girl in the room.</w:t>
      </w:r>
      <w:r>
        <w:br/>
      </w:r>
      <w:r>
        <w:rPr>
          <w:sz w:val="20"/>
        </w:rPr>
        <w:t>25:16  And I'm meeting this esteemed scholar who, uh, teaches, I don't know, millions of people every day. I know nothing about his tradition, nothing about the Quran.</w:t>
      </w:r>
      <w:r>
        <w:br/>
      </w:r>
      <w:r>
        <w:rPr>
          <w:sz w:val="20"/>
        </w:rPr>
        <w:t>25:27  I'm just sitting here expecting what</w:t>
      </w:r>
      <w:r>
        <w:br/>
      </w:r>
      <w:r>
        <w:rPr>
          <w:sz w:val="20"/>
        </w:rPr>
        <w:t>25:29  ? And then he just starts speaking. And when he just starts speaking and he comes up with, uh, you know, certain points and, you know, wisdom.</w:t>
      </w:r>
      <w:r>
        <w:br/>
      </w:r>
      <w:r>
        <w:rPr>
          <w:sz w:val="20"/>
        </w:rPr>
        <w:t>25:41  And I was exactly at that point where I needed to hear them. So it made sense to me when I was listening to him. And I was like, "Is this, like, is this, like, happening?</w:t>
      </w:r>
      <w:r>
        <w:br/>
      </w:r>
      <w:r>
        <w:rPr>
          <w:sz w:val="20"/>
        </w:rPr>
        <w:t>25:54  Is this really happening? How did he know? Like, how did he know</w:t>
      </w:r>
      <w:r>
        <w:br/>
      </w:r>
      <w:r>
        <w:rPr>
          <w:sz w:val="20"/>
        </w:rPr>
        <w:t>25:58  ?" And I was like, "Did anyone give him, like, a, a pretext or something?" And I was like, "It couldn't be because, you know, the-there are these are personal things I wouldn't be sharing with anybody.</w:t>
      </w:r>
      <w:r>
        <w:br/>
      </w:r>
      <w:r>
        <w:rPr>
          <w:sz w:val="20"/>
        </w:rPr>
        <w:t>26:08  And how would anybody know what kind of an emotional situation I'</w:t>
      </w:r>
      <w:r>
        <w:br/>
      </w:r>
      <w:r>
        <w:rPr>
          <w:sz w:val="20"/>
        </w:rPr>
        <w:t>26:12  m going through?" I mean, I just came in just, like, kind of thinking. And that I think that stuck with me. That is what made me go back, that how can somebody, uh, actually understand the needs of a stranger, a complete stranger, in such a way that he makes his teachings so relevant to you at any given point?</w:t>
      </w:r>
      <w:r>
        <w:br/>
      </w:r>
      <w:r>
        <w:rPr>
          <w:sz w:val="20"/>
        </w:rPr>
        <w:t>26:38  It's almost like he does that for everyone. And that's so relatable. Yeah. He doesn't really I, I, I, I remember the same.</w:t>
      </w:r>
    </w:p>
    <w:p>
      <w:pPr>
        <w:pStyle w:val="Heading2"/>
      </w:pPr>
      <w:r>
        <w:t>Rebutting 'Muslims are under siege' and the blind alley of violence</w:t>
      </w:r>
    </w:p>
    <w:p>
      <w:r>
        <w:rPr>
          <w:color w:val="666666"/>
          <w:sz w:val="18"/>
        </w:rPr>
        <w:t>Non Confrontational Method May 04, 2014 Maulana Wahiduddin Khan · 1m 21s · at 34:56 · https://youtu.be/uioEZUeFxLg?t=2096</w:t>
      </w:r>
    </w:p>
    <w:p>
      <w:r>
        <w:rPr>
          <w:i/>
        </w:rPr>
        <w:t>“I went to a seminar where educated Muslims said, 'Muslims are under siege.'”</w:t>
      </w:r>
    </w:p>
    <w:p>
      <w:r>
        <w:rPr>
          <w:sz w:val="20"/>
        </w:rPr>
        <w:t>34:56  main ek seminar mein, musalmanon ke ek seminar mein gaya, jahan musalmanon ke parhe likhe log aaye the, parhe likhe sab educated log the.</w:t>
      </w:r>
      <w:r>
        <w:br/>
      </w:r>
      <w:r>
        <w:rPr>
          <w:sz w:val="20"/>
        </w:rPr>
        <w:t>35:08  to wahan par kaha gaya ke "Muslims are under siege". "Muslims are under siege" yani musalman jo hain, dushmanon ke ghere mein hain.</w:t>
      </w:r>
      <w:r>
        <w:br/>
      </w:r>
      <w:r>
        <w:rPr>
          <w:sz w:val="20"/>
        </w:rPr>
        <w:t>35:23  main wahan bola tha, main ne kaha ke yeh to bilkul galat baat hai. Yani har cheez, har cheez aap ke liye open ho gayi hai, sari opportunity aap ke khul rahi hain.</w:t>
      </w:r>
      <w:r>
        <w:br/>
      </w:r>
      <w:r>
        <w:rPr>
          <w:sz w:val="20"/>
        </w:rPr>
        <w:t>35:32  to siege kahan hai? "where the siege".</w:t>
      </w:r>
      <w:r>
        <w:br/>
      </w:r>
      <w:r>
        <w:rPr>
          <w:sz w:val="20"/>
        </w:rPr>
        <w:t>35:37  to yeh jo musalmanon par chhaya hua hai ke "we are under siege", is ko khatam karna.</w:t>
      </w:r>
      <w:r>
        <w:br/>
      </w:r>
      <w:r>
        <w:rPr>
          <w:sz w:val="20"/>
        </w:rPr>
        <w:t>35:47  aur musalmanon is kis ke nateejay mein? Musalman ek blind alley mein phans gaye hain, blind alley, band gali mein. Sawal ladne ke aur suicide bombing karna, yeh tareeqa in ko reh gaya in ke paas.</w:t>
      </w:r>
      <w:r>
        <w:br/>
      </w:r>
      <w:r>
        <w:rPr>
          <w:sz w:val="20"/>
        </w:rPr>
        <w:t>36:04  jab dekhte hain ke lad kar kaam nahi ban raha hai to suicide bombing karte hain. Yeh sab kya hai? Blind alley mein, blind alley mein phans jana, band gali mein phans jana.</w:t>
      </w:r>
    </w:p>
    <w:p>
      <w:pPr>
        <w:pStyle w:val="Heading2"/>
      </w:pPr>
      <w:r>
        <w:t>Key to peace is abandon reaction</w:t>
      </w:r>
    </w:p>
    <w:p>
      <w:r>
        <w:rPr>
          <w:color w:val="666666"/>
          <w:sz w:val="18"/>
        </w:rPr>
        <w:t>Islamic Way of Thinking | August 28, 2007 · 1m 00s · at 15:10 · https://youtu.be/yzexTN68BLI?t=910</w:t>
      </w:r>
    </w:p>
    <w:p>
      <w:r>
        <w:rPr>
          <w:i/>
        </w:rPr>
        <w:t>“So when you are compelled to live in a society”</w:t>
      </w:r>
    </w:p>
    <w:p>
      <w:r>
        <w:rPr>
          <w:sz w:val="20"/>
        </w:rPr>
        <w:t>15:10  So when you are compelled to live in a society where every moment there are negative experiences, so</w:t>
      </w:r>
      <w:r>
        <w:br/>
      </w:r>
      <w:r>
        <w:rPr>
          <w:sz w:val="20"/>
        </w:rPr>
        <w:t>15:25  ہاؤ اٹ از پوسیبل ٹو اڈاپٹ دس فارمولا: "الصلح خیر", دس قرآنک فارمولا، پیس از دا بیسٹ۔</w:t>
      </w:r>
      <w:r>
        <w:br/>
      </w:r>
      <w:r>
        <w:rPr>
          <w:sz w:val="20"/>
        </w:rPr>
        <w:t>15:41  " the only key to this is "la taghzab," that means abandon reaction, don't respond negatively. so "alsulhu khair" means peace is the best, and a</w:t>
      </w:r>
    </w:p>
    <w:p>
      <w:pPr>
        <w:pStyle w:val="Heading2"/>
      </w:pPr>
      <w:r>
        <w:t>Noah's flood and relocation for wisdom</w:t>
      </w:r>
    </w:p>
    <w:p>
      <w:r>
        <w:rPr>
          <w:color w:val="666666"/>
          <w:sz w:val="18"/>
        </w:rPr>
        <w:t>The Concept of Help Feb 9, 2020—Maulana Wahiduddin Khan · 2m 17s · at 8:43 · https://youtu.be/WScXmduh1AQ?t=523</w:t>
      </w:r>
    </w:p>
    <w:p>
      <w:r>
        <w:rPr>
          <w:i/>
        </w:rPr>
        <w:t>“اللہ تعالی نے وہاں پر پانی کا طوفان آیا”</w:t>
      </w:r>
    </w:p>
    <w:p>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p>
    <w:p>
      <w:pPr>
        <w:pStyle w:val="Heading2"/>
      </w:pPr>
      <w:r>
        <w:t>every man is a king living in a royal prison</w:t>
      </w:r>
    </w:p>
    <w:p>
      <w:r>
        <w:rPr>
          <w:color w:val="666666"/>
          <w:sz w:val="18"/>
        </w:rPr>
        <w:t>Principle of Avoidance in Islam December 12, 2010 · 1m 28s · at 8:20 · https://youtu.be/W5DQnHPN1y4?t=500</w:t>
      </w:r>
    </w:p>
    <w:p>
      <w:r>
        <w:rPr>
          <w:i/>
        </w:rPr>
        <w:t>“ہر آدمی بادشاہ کیا ہے؟ ایک رائل پریژن میں رہتا ہے”</w:t>
      </w:r>
    </w:p>
    <w:p>
      <w:r>
        <w:rPr>
          <w:sz w:val="20"/>
        </w:rPr>
        <w:t>8:20  har aadmi badshah kya hai? ek royal prison mein rehta hai, prison. band kamre mein, har waqt khatra, security ka masla.</w:t>
      </w:r>
      <w:r>
        <w:br/>
      </w:r>
      <w:r>
        <w:rPr>
          <w:sz w:val="20"/>
        </w:rPr>
        <w:t>8:32  main kai bohat bade bade logon ke residence mein gaya hoon</w:t>
      </w:r>
      <w:r>
        <w:br/>
      </w:r>
      <w:r>
        <w:rPr>
          <w:sz w:val="20"/>
        </w:rPr>
        <w:t>8:36  . mustaqil taur par woh rehte hain air conditioned kamre mein. bahar bohat acha lawn hai lekin bahar baith nahin sakte woh.</w:t>
      </w:r>
      <w:r>
        <w:br/>
      </w:r>
      <w:r>
        <w:rPr>
          <w:sz w:val="20"/>
        </w:rPr>
        <w:t>8:46  bohat hi top ke logon ko main gaya hoon. badshah ke mahal bhi gaya hoon. bohat hi bade paise wale aur bohat bade political power wale bhi gaya hoon.</w:t>
      </w:r>
      <w:r>
        <w:br/>
      </w:r>
      <w:r>
        <w:rPr>
          <w:sz w:val="20"/>
        </w:rPr>
        <w:t>8:57  to un ke gharon ke aage bohat acha lawn hota hai. wahan dhoop nikalti hai wahan par. chidiya udti hain.</w:t>
      </w:r>
      <w:r>
        <w:br/>
      </w:r>
      <w:r>
        <w:rPr>
          <w:sz w:val="20"/>
        </w:rPr>
        <w:t>9:05  hawaein chalti hain. lekin woh kahan rehte hain? air conditioned kamre mein. aur charon taraf security. to woh to royal prison mein rehte hain.</w:t>
      </w:r>
      <w:r>
        <w:br/>
      </w:r>
      <w:r>
        <w:rPr>
          <w:sz w:val="20"/>
        </w:rPr>
        <w:t>9:16  hum aap to khuli duniya mein rehte hain. hum ko badshah se zyada acha darja mila hua hai. we are better than a king.</w:t>
      </w:r>
      <w:r>
        <w:br/>
      </w:r>
      <w:r>
        <w:rPr>
          <w:sz w:val="20"/>
        </w:rPr>
        <w:t>9:28  lekin hum bekhabar hain. shikayatein karte hain.</w:t>
      </w:r>
      <w:r>
        <w:br/>
      </w:r>
      <w:r>
        <w:rPr>
          <w:sz w:val="20"/>
        </w:rPr>
        <w:t>9:33  kaisi ajeeb baat hai. yeh jo lafz aaya hai mere khwab mein, being in a state of one's awareness, yeh har aadmi ka case hai.</w:t>
      </w:r>
    </w:p>
    <w:p>
      <w:pPr>
        <w:pStyle w:val="Heading2"/>
      </w:pPr>
      <w:r>
        <w:t>Muslims failure to update idiom</w:t>
      </w:r>
    </w:p>
    <w:p>
      <w:r>
        <w:rPr>
          <w:color w:val="666666"/>
          <w:sz w:val="18"/>
        </w:rPr>
        <w:t>Dawah in Scientific Age- 8 April 2011 · 2m 00s · at 2:21 · https://youtu.be/1casDo8bzXM?t=141</w:t>
      </w:r>
    </w:p>
    <w:p>
      <w:r>
        <w:rPr>
          <w:i/>
        </w:rPr>
        <w:t>“Woh musalmano ka failure hai”</w:t>
      </w:r>
    </w:p>
    <w:p>
      <w:r>
        <w:rPr>
          <w:sz w:val="20"/>
        </w:rPr>
        <w:t>2:21  woh Muslims ka failure hai. Muslim intellectuals, Muslim leaders, Muslim thinkers ka failure hai. doosron ki conspiracy, ya doosron ki enmity, yeh kuch bhi problem nahi hai. woh failure kya hai? woh failure yeh hai ke Muslim mind jo the is zamane mein, woh Islam ko update nahi kar sake</w:t>
      </w:r>
      <w:r>
        <w:br/>
      </w:r>
      <w:r>
        <w:rPr>
          <w:sz w:val="20"/>
        </w:rPr>
        <w:t>2:51  woh. update karne ka matlab yeh nahi ke Islam ki teaching ko revise karna. nahi. Islam ko aaj ke idiom mein batana, aaj ki language mein logon ke samne lana, yeh is sense mein bol raha hoon main. Islam to apni ideology ke aitbar se eternal hai. is mein kisi revision ki zaroorat nahi hai. lekin "وَمَا أَرْسَلْنَا مِن رَسُولِ الل</w:t>
      </w:r>
      <w:r>
        <w:br/>
      </w:r>
      <w:r>
        <w:rPr>
          <w:sz w:val="20"/>
        </w:rPr>
        <w:t>3:21  ّٰهِ بِلِسَانِ قَوْمِهِ"۔ to language har zaban mein alag alag hoti hai. language ka matlab hai language plus idiom, language plus style. is sense mein main keh raha hoon ke asal failure yahan hai ke log aaj ki jo language hai, aaj ka jo idiom hai, us mein Islam ko pesh nahi kar</w:t>
      </w:r>
      <w:r>
        <w:br/>
      </w:r>
      <w:r>
        <w:rPr>
          <w:sz w:val="20"/>
        </w:rPr>
        <w:t>3:51  sake. yahan par yeh failure hai khud musalmanon ka. main aap ko kal ka apna ek experience batata hoon. kal ek English daily mein, bahut hi well known English daily hai, us mein main ne kal hi ek article padha. yeh article ek Hindu journalist ka hai.</w:t>
      </w:r>
    </w:p>
    <w:p>
      <w:pPr>
        <w:pStyle w:val="Heading2"/>
      </w:pPr>
      <w:r>
        <w:t>Islam distinguishes between an enemy and an attacker</w:t>
      </w:r>
    </w:p>
    <w:p>
      <w:r>
        <w:rPr>
          <w:color w:val="666666"/>
          <w:sz w:val="18"/>
        </w:rPr>
        <w:t>The Message of The Prophet Muhammad April 5, 2008 · 1m 56s · at 35:19 · https://youtu.be/4Awv6yrWLBw?t=2119</w:t>
      </w:r>
    </w:p>
    <w:p>
      <w:r>
        <w:rPr>
          <w:i/>
        </w:rPr>
        <w:t>“Islam mein dushman ke khilaf ladhai hai hi nahi”</w:t>
      </w:r>
    </w:p>
    <w:p>
      <w:r>
        <w:rPr>
          <w:sz w:val="20"/>
        </w:rPr>
        <w:t>35:19  aggressor ya attacker ke khilaaf ladaai hai.</w:t>
      </w:r>
      <w:r>
        <w:br/>
      </w:r>
      <w:r>
        <w:rPr>
          <w:sz w:val="20"/>
        </w:rPr>
        <w:t>35:24  rasool Allah salallaho alaihi wasallam ne jis jis deen ko phailaya logon ke darmiyan, us mein farq kiya gaya attacker par, attacker mein aur enemy mein.</w:t>
      </w:r>
      <w:r>
        <w:br/>
      </w:r>
      <w:r>
        <w:rPr>
          <w:sz w:val="20"/>
        </w:rPr>
        <w:t>35:37  agar koi aap ke establish, agar aap ke ek, agar agar aap koi aap ke bahir ki koi taaqat aap par attack kare</w:t>
      </w:r>
      <w:r>
        <w:br/>
      </w:r>
      <w:r>
        <w:rPr>
          <w:sz w:val="20"/>
        </w:rPr>
        <w:t>35:46  to aap ko right hai ke aap defense karen. yaani at the time of attack, at time of aggression, you have every right to go to to defense.</w:t>
      </w:r>
      <w:r>
        <w:br/>
      </w:r>
      <w:r>
        <w:rPr>
          <w:sz w:val="20"/>
        </w:rPr>
        <w:t>36:00  to jab attack ho, jab aap ke upar hamla kiya jaye to defense ke taur par ladna aap ke liye jaiz hai.</w:t>
      </w:r>
      <w:r>
        <w:br/>
      </w:r>
      <w:r>
        <w:rPr>
          <w:sz w:val="20"/>
        </w:rPr>
        <w:t>36:09  lekin agar koi aap ko enemy dikhai deta hai, koi dikhata hai ke aap ke khilaaf woh conspiracy kar raha hai,</w:t>
      </w:r>
      <w:r>
        <w:br/>
      </w:r>
      <w:r>
        <w:rPr>
          <w:sz w:val="20"/>
        </w:rPr>
        <w:t>36:16  to aap ko is se ladna hargiz jaiz nahin hai. that is unlawful. yaani is se kya karna hai?</w:t>
      </w:r>
      <w:r>
        <w:br/>
      </w:r>
      <w:r>
        <w:rPr>
          <w:sz w:val="20"/>
        </w:rPr>
        <w:t>36:27  quran ki ek ayat hai ke "la tasta b al hasrati wa al sayyiati, adfa bil lati hi ahsan." faida</w:t>
      </w:r>
      <w:r>
        <w:br/>
      </w:r>
      <w:r>
        <w:rPr>
          <w:sz w:val="20"/>
        </w:rPr>
        <w:t>36:39  ka is ka matlab kya hai? ke "do good deed in return for bad deed" and you will find that your enemy has become your dear friend.</w:t>
      </w:r>
      <w:r>
        <w:br/>
      </w:r>
      <w:r>
        <w:rPr>
          <w:sz w:val="20"/>
        </w:rPr>
        <w:t>36:51  is ka matlab yeh hai ke jo aadmi aap ko dushman dikhai deta hai, woh bhi aap ka potential friend hai.</w:t>
      </w:r>
      <w:r>
        <w:br/>
      </w:r>
      <w:r>
        <w:rPr>
          <w:sz w:val="20"/>
        </w:rPr>
        <w:t>37:00  your enemy is also your potential friend. to turn this potential into actual, your enemy is your potential friend.</w:t>
      </w:r>
      <w:r>
        <w:br/>
      </w:r>
      <w:r>
        <w:rPr>
          <w:sz w:val="20"/>
        </w:rPr>
        <w:t>37:11  so you have to turn this potential into actual.</w:t>
      </w:r>
    </w:p>
    <w:p>
      <w:pPr>
        <w:pStyle w:val="Heading2"/>
      </w:pPr>
      <w:r>
        <w:t>Quran's purpose: human education and warning</w:t>
      </w:r>
    </w:p>
    <w:p>
      <w:r>
        <w:rPr>
          <w:color w:val="666666"/>
          <w:sz w:val="18"/>
        </w:rPr>
        <w:t>An Introduction to Islam | March 11, 2012 | Maulana Wahiduddin Khan · 2m 30s · at 4:38 · https://youtu.be/hu9tFuD55SI?t=278</w:t>
      </w:r>
    </w:p>
    <w:p>
      <w:r>
        <w:rPr>
          <w:i/>
        </w:rPr>
        <w:t>“Ab doosra sawaal: Quran ka maqsad kya tha?”</w:t>
      </w:r>
    </w:p>
    <w:p>
      <w:r>
        <w:rPr>
          <w:sz w:val="20"/>
        </w:rPr>
        <w:t>4:38  ab doosra sawal yeh hai ke quran ya doosri jo kitabein Allah ki taraf se aayin, un ka maqsad kya tha? un ka maqsad sirf ek tha, woh tha: Allah taala ka jo creation plan hai, us se logon ko ba khabar karna. insan jab dunya mein aata hai to</w:t>
      </w:r>
      <w:r>
        <w:br/>
      </w:r>
      <w:r>
        <w:rPr>
          <w:sz w:val="20"/>
        </w:rPr>
        <w:t>5:08  apne sath koi book nahi lata. kisi pahad ki choti par koi likha hua nahi hai ke kya hai dunya, kya hai insan, kya hai maut, kya hai zindagi. to yeh jo masla hai insan ka, har insan ka, aur aurat aur mard ka, us ko batane ke liye Allah ne anbiya bheje, aur isi ko batane ke liye quran ko mehfooz kar diya</w:t>
      </w:r>
      <w:r>
        <w:br/>
      </w:r>
      <w:r>
        <w:rPr>
          <w:sz w:val="20"/>
        </w:rPr>
        <w:t>5:38  ۔ is ka khulasa dekhiye, surah ash shura mein aaya hai ke quran ko kyun utara. to us mein yahi hai ke yeh batane ke liye, is haqeeqat se logon ko ba khabar karne ke liye. is mein yeh alfaaz hain: لِتُنذِرَ يَوْمَ الْجَمْعِ لَا رَيْبَ فِيهِ، فَرِيقٌ فِي الْجَنَّةِ وَفَرِيقٌ فِي السَّعِيرِ.</w:t>
      </w:r>
      <w:r>
        <w:br/>
      </w:r>
      <w:r>
        <w:rPr>
          <w:sz w:val="20"/>
        </w:rPr>
        <w:t>6:08  logon ko bata de yom ul juma ke bare mein ke ek din aayega jab sare hi paida kiye hue insan hashar ke maidan mein ekatha honge. iske baad logon ke record ke mutabiq unke eternal future ka faisla kiya jayega, abadi mustaqbil ka. aur iske baad kya hoga? fareeqٌ</w:t>
      </w:r>
      <w:r>
        <w:br/>
      </w:r>
      <w:r>
        <w:rPr>
          <w:sz w:val="20"/>
        </w:rPr>
        <w:t>6:38  fi al jannah wa fareeq fi al sa'ir. ek group jannat mein hoga, paradise mein, aur doosra group aag mein hoga, hell mein. yeh baat hai aham tareen Allah ki nazar mein, jis se logon ko ba-khabar karna maqsood hai. aaj mein akhbar padh raha tha to Lucknow ki date line ke sath</w:t>
      </w:r>
    </w:p>
    <w:p>
      <w:pPr>
        <w:pStyle w:val="Heading2"/>
      </w:pPr>
      <w:r>
        <w:t>Nepal king's fall from power to commoner</w:t>
      </w:r>
    </w:p>
    <w:p>
      <w:r>
        <w:rPr>
          <w:color w:val="666666"/>
          <w:sz w:val="18"/>
        </w:rPr>
        <w:t>Lessons from The History of Kings June 12, 2008 Maulana Wahiduddin Khan · 2m 09s · at 9:34 · https://youtu.be/H7gPHFpkXe0?t=574</w:t>
      </w:r>
    </w:p>
    <w:p>
      <w:r>
        <w:rPr>
          <w:i/>
        </w:rPr>
        <w:t>“Toh aaj mein paper mein jab padha king Gyanendra ka.”</w:t>
      </w:r>
    </w:p>
    <w:p>
      <w:r>
        <w:rPr>
          <w:sz w:val="20"/>
        </w:rPr>
        <w:t>9:34  to aaj main paper mein jab parha king gyanendra ka to yeh sab baatein mujhe yaad aain. aap jantay hain ke Nepal jo hai, aik Himalayan state kahi jati hai,</w:t>
      </w:r>
      <w:r>
        <w:br/>
      </w:r>
      <w:r>
        <w:rPr>
          <w:sz w:val="20"/>
        </w:rPr>
        <w:t>9:51  bohat purani state. yahan par dhai so saal pehle aik dynasty qaim hui, aik family ka rule wahan par qaim hua.</w:t>
      </w:r>
      <w:r>
        <w:br/>
      </w:r>
      <w:r>
        <w:rPr>
          <w:sz w:val="20"/>
        </w:rPr>
        <w:t>10:04  dhai so saal tak woh wahan rule karta raha. aakhri jo raja thay, aakhri un ka naam tha gyanendra.</w:t>
      </w:r>
      <w:r>
        <w:br/>
      </w:r>
      <w:r>
        <w:rPr>
          <w:sz w:val="20"/>
        </w:rPr>
        <w:t>10:15  to aaj unhon ne kal kal unhon ne apna mahal chhod diya, jis ki jis ki detail news maine aaj paperon mein parhi.</w:t>
      </w:r>
      <w:r>
        <w:br/>
      </w:r>
      <w:r>
        <w:rPr>
          <w:sz w:val="20"/>
        </w:rPr>
        <w:t>10:29  to un ka jo wahan par palace tha Nepal mein, woh itna bara tha ke 95 acres mein phaila hua tha.</w:t>
      </w:r>
      <w:r>
        <w:br/>
      </w:r>
      <w:r>
        <w:rPr>
          <w:sz w:val="20"/>
        </w:rPr>
        <w:t>10:40  woh 95 acres, bohat hi bara.</w:t>
      </w:r>
      <w:r>
        <w:br/>
      </w:r>
      <w:r>
        <w:rPr>
          <w:sz w:val="20"/>
        </w:rPr>
        <w:t>10:49  to us ko unhein chhodna para.</w:t>
      </w:r>
      <w:r>
        <w:br/>
      </w:r>
      <w:r>
        <w:rPr>
          <w:sz w:val="20"/>
        </w:rPr>
        <w:t>10:52  to paper ne bataya tha ke jab woh niklay to peechay ke gate se niklay, samnay ke gate se nahi.</w:t>
      </w:r>
      <w:r>
        <w:br/>
      </w:r>
      <w:r>
        <w:rPr>
          <w:sz w:val="20"/>
        </w:rPr>
        <w:t>11:03  peechay ke gate se wohi raja jo pehle bohat hi shaan ke sath samnay ke gate se nikalta tha, aik poori motorcade mein, aik poori motorcade hoti thi us ke sath.</w:t>
      </w:r>
      <w:r>
        <w:br/>
      </w:r>
      <w:r>
        <w:rPr>
          <w:sz w:val="20"/>
        </w:rPr>
        <w:t>11:17  to woh niklay akele aik black car mein.</w:t>
      </w:r>
      <w:r>
        <w:br/>
      </w:r>
      <w:r>
        <w:rPr>
          <w:sz w:val="20"/>
        </w:rPr>
        <w:t>11:27  woh thay un ki biwi</w:t>
      </w:r>
      <w:r>
        <w:br/>
      </w:r>
      <w:r>
        <w:rPr>
          <w:sz w:val="20"/>
        </w:rPr>
        <w:t>11:33  peeche ke gate se, aur phir chale gaye. aaj se goya ke woh nepal mein ek common man ki tarah rahenge.</w:t>
      </w:r>
    </w:p>
    <w:p>
      <w:pPr>
        <w:pStyle w:val="Heading2"/>
      </w:pPr>
      <w:r>
        <w:t>Why this world can never be man's true home</w:t>
      </w:r>
    </w:p>
    <w:p>
      <w:r>
        <w:rPr>
          <w:color w:val="666666"/>
          <w:sz w:val="18"/>
        </w:rPr>
        <w:t>Man and Paradise August 18, 2013 · 2m 22s · at 36:08 · https://youtu.be/v7eX25YAjDU?t=2168</w:t>
      </w:r>
    </w:p>
    <w:p>
      <w:r>
        <w:rPr>
          <w:i/>
        </w:rPr>
        <w:t>“Put a fish anywhere but water and it can't rest”</w:t>
      </w:r>
    </w:p>
    <w:p>
      <w:r>
        <w:rPr>
          <w:sz w:val="20"/>
        </w:rPr>
        <w:t>36:08  machhli ko aap kahein aur rakhiye, mahal mein rakhiye, bagh mein rakhiye, us ko fancy bed mein sula dijiye, us ko kisi hawa jahaz pe sawaar kar dijiye.</w:t>
      </w:r>
      <w:r>
        <w:br/>
      </w:r>
      <w:r>
        <w:rPr>
          <w:sz w:val="20"/>
        </w:rPr>
        <w:t>36:23  kahin kahin pe is ka behtareen hebiṭed nahi hai, is ka woh hai. Is ka behtareen hebiṭed jo hai, woh pani hai.</w:t>
      </w:r>
      <w:r>
        <w:br/>
      </w:r>
      <w:r>
        <w:rPr>
          <w:sz w:val="20"/>
        </w:rPr>
        <w:t>36:31  to insan ko bhi aap kahein aur rakhiye, us ko to us ka us sukoon nahi milay ga us ko, kyunke is ke saaray taqazay poore nahi ho rahay hain.</w:t>
      </w:r>
      <w:r>
        <w:br/>
      </w:r>
      <w:r>
        <w:rPr>
          <w:sz w:val="20"/>
        </w:rPr>
        <w:t>36:45  jab jannat mein pohanchay ga to achaanak mehsoos karega ke mein to apnay hebiṭed pohanch gaya, yahan mere saaray taqazay poore ho rahay hain.</w:t>
      </w:r>
      <w:r>
        <w:br/>
      </w:r>
      <w:r>
        <w:rPr>
          <w:sz w:val="20"/>
        </w:rPr>
        <w:t>36:56  isi liye jo jannat mein janay walay kahein ge, quran mein bataya gaya hai ke alhamdulillah alladhi azhaba annal huzn</w:t>
      </w:r>
      <w:r>
        <w:br/>
      </w:r>
      <w:r>
        <w:rPr>
          <w:sz w:val="20"/>
        </w:rPr>
        <w:t>37:08  alhamdulillah alladhi azhaba annal huzn. Allah ka shukar hai jis ne hum se huzn ko khatam kar diya.</w:t>
      </w:r>
      <w:r>
        <w:br/>
      </w:r>
      <w:r>
        <w:rPr>
          <w:sz w:val="20"/>
        </w:rPr>
        <w:t>37:21  to jis tarah se machhli ke liye har doosri jagah maqam-e-huzn hai, mahal hai, bagh hai, makhmal ka farsh hai, car hai, hawa jahaz hai, koi bhi doosri jagah rakhein,</w:t>
      </w:r>
      <w:r>
        <w:br/>
      </w:r>
      <w:r>
        <w:rPr>
          <w:sz w:val="20"/>
        </w:rPr>
        <w:t>37:37  machhli koi to woh us ke liye maqam-e-huzn hoga. Lekin us ko pani mein daal diya to woh bilkul khush ho jaye gi, kyunke is ka hebiṭed hai.</w:t>
      </w:r>
      <w:r>
        <w:br/>
      </w:r>
      <w:r>
        <w:rPr>
          <w:sz w:val="20"/>
        </w:rPr>
        <w:t>37:47  to insan ko jin taqazay ke saath paida kiya gaya hai, jo is ka sense of enjoy hai, jo is ka perfection seeking nature hai, jo is ka yani har cheez ko ideal roop mein chahta hai hasil karna, woh jo mizaj hai us ka,</w:t>
      </w:r>
      <w:r>
        <w:br/>
      </w:r>
      <w:r>
        <w:rPr>
          <w:sz w:val="20"/>
        </w:rPr>
        <w:t>38:09  aur jo chahta hai ke mein hamesha zinda rahoon, hamesha tandrust rahoon,</w:t>
      </w:r>
      <w:r>
        <w:br/>
      </w:r>
      <w:r>
        <w:rPr>
          <w:sz w:val="20"/>
        </w:rPr>
        <w:t>38:15  hamesha mein kabhi mein bore na hoon, yeh saari cheezein jo hain insan ke jo taqazay, woh is dunya mein poore nahi hotay, kyunke yeh dunya insan ka hebiṭed nahi hai.</w:t>
      </w:r>
    </w:p>
    <w:p>
      <w:pPr>
        <w:pStyle w:val="Heading2"/>
      </w:pPr>
      <w:r>
        <w:t>the Nizam who ran to greet a humble man</w:t>
      </w:r>
    </w:p>
    <w:p>
      <w:r>
        <w:rPr>
          <w:color w:val="666666"/>
          <w:sz w:val="18"/>
        </w:rPr>
        <w:t>The Importance of Thinking November 10, 2013 · 2m 30s · at 39:04 · https://youtu.be/y16CddTHoqE?t=2344</w:t>
      </w:r>
    </w:p>
    <w:p>
      <w:r>
        <w:rPr>
          <w:i/>
        </w:rPr>
        <w:t>“New Delhi railway station par ek qafla aaya”</w:t>
      </w:r>
    </w:p>
    <w:p>
      <w:r>
        <w:rPr>
          <w:sz w:val="20"/>
        </w:rPr>
        <w:t>39:04  aise hi mujhe sochte hue ek aur waqea yaad aaya naye dilli railway station ka.</w:t>
      </w:r>
      <w:r>
        <w:br/>
      </w:r>
      <w:r>
        <w:rPr>
          <w:sz w:val="20"/>
        </w:rPr>
        <w:t>39:12  dekhein, azadi se pehle India mein aap jante hain ke more than 500 streets theen, rastay. in mein sab se baṛi riyasat Hyderabad ki thi, sab se baṛi apne area ke aitbar se.</w:t>
      </w:r>
      <w:r>
        <w:br/>
      </w:r>
      <w:r>
        <w:rPr>
          <w:sz w:val="20"/>
        </w:rPr>
        <w:t>39:30  to us zamane mein jo raja aur nawab the, woh un ka salon hua karta tha. kyunke us zamane mein hawa azaad tha nahin ke koi special hawa azaad se safar kare,</w:t>
      </w:r>
      <w:r>
        <w:br/>
      </w:r>
      <w:r>
        <w:rPr>
          <w:sz w:val="20"/>
        </w:rPr>
        <w:t>39:40  to salon par safar karte the. to un ka salon jo hai train mein joṛ diya jata tha. to nela Ahmed Hyderabad jo wahan ke hakim the, un ko naye dilli aana tha British period mein.</w:t>
      </w:r>
      <w:r>
        <w:br/>
      </w:r>
      <w:r>
        <w:rPr>
          <w:sz w:val="20"/>
        </w:rPr>
        <w:t>39:54  to un ka salon wahan se shayad salon ka poori gaṛi shayad rahi ho. bahar Hyderabad se un ka qafila aaya naye dilli relation mein ruka.</w:t>
      </w:r>
      <w:r>
        <w:br/>
      </w:r>
      <w:r>
        <w:rPr>
          <w:sz w:val="20"/>
        </w:rPr>
        <w:t>40:05  to</w:t>
      </w:r>
      <w:r>
        <w:br/>
      </w:r>
      <w:r>
        <w:rPr>
          <w:sz w:val="20"/>
        </w:rPr>
        <w:t>40:06  us waqt un ko receive karne ke liye bohat se log platform mein jama the. police aayi to police ne sab ko line mein khara kar liya, line mein.</w:t>
      </w:r>
      <w:r>
        <w:br/>
      </w:r>
      <w:r>
        <w:rPr>
          <w:sz w:val="20"/>
        </w:rPr>
        <w:t>40:16  aur ek shakhs ko jo bilkul mamooli libas mein tha, us ko sab peechay kar diya, peechay kar diya.</w:t>
      </w:r>
      <w:r>
        <w:br/>
      </w:r>
      <w:r>
        <w:rPr>
          <w:sz w:val="20"/>
        </w:rPr>
        <w:t>40:27  aur woh the Hassan Nizami. to Nizam Hyderabad jo tha, woh Nizamuddin Auliya ka bohat zyada woh tha, bohat muataqid tha Nizamuddin Auliya ka</w:t>
      </w:r>
      <w:r>
        <w:br/>
      </w:r>
      <w:r>
        <w:rPr>
          <w:sz w:val="20"/>
        </w:rPr>
        <w:t>40:42  . aur woh un ke descendant mein se the, un ke khandan mein se. to woh bohat hi zaheen tha. kaha jata hai ke Nizam Hyderabad jo tha, bohat zaheen aadmi tha.</w:t>
      </w:r>
      <w:r>
        <w:br/>
      </w:r>
      <w:r>
        <w:rPr>
          <w:sz w:val="20"/>
        </w:rPr>
        <w:t>40:53  to jab apne salon se bahar aaya aur nazar dali to us ne dekha peechay aik aadmi khara hua hai. aur woh thay hasan nizami.</w:t>
      </w:r>
      <w:r>
        <w:br/>
      </w:r>
      <w:r>
        <w:rPr>
          <w:sz w:val="20"/>
        </w:rPr>
        <w:t>41:02  is ko pehchan liya is ne. to woh khud dor kar wahan gaya ke aap ko yahan kis ne khara kar diya? peechay agay aaiye.</w:t>
      </w:r>
      <w:r>
        <w:br/>
      </w:r>
      <w:r>
        <w:rPr>
          <w:sz w:val="20"/>
        </w:rPr>
        <w:t>41:13  to log hairaan reh gaye. jis ko hum ne peechay kiya tha, us ko nizam aur khud le le ke pohnch pohnch raha hai.</w:t>
      </w:r>
    </w:p>
    <w:p>
      <w:pPr>
        <w:pStyle w:val="Heading2"/>
      </w:pPr>
      <w:r>
        <w:t>'Work hard, party hard' just trades one stress for another</w:t>
      </w:r>
    </w:p>
    <w:p>
      <w:r>
        <w:rPr>
          <w:color w:val="666666"/>
          <w:sz w:val="18"/>
        </w:rPr>
        <w:t>Materialism and Intellectual Dwarfism 29th April 2012 · 1m 41s · at 6:30 · https://youtu.be/qHzARL_r3I4?t=390</w:t>
      </w:r>
    </w:p>
    <w:p>
      <w:r>
        <w:rPr>
          <w:i/>
        </w:rPr>
        <w:t>“Badqismati se aajkal sabka yahi haal hai”</w:t>
      </w:r>
    </w:p>
    <w:p>
      <w:r>
        <w:rPr>
          <w:sz w:val="20"/>
        </w:rPr>
        <w:t>6:30  lekin bad-qismati se aaj kal sab ka yahi haal hai. at drink and be merry mein jeete hain log, chahe yeh lafz na bhi jante hon.</w:t>
      </w:r>
      <w:r>
        <w:br/>
      </w:r>
      <w:r>
        <w:rPr>
          <w:sz w:val="20"/>
        </w:rPr>
        <w:t>6:39  right here, right now, yeh na bhi jante hon, tab bhi isi mein jeete hain woh. aaj kal jo log job karte hain, un ka kya hai?</w:t>
      </w:r>
      <w:r>
        <w:br/>
      </w:r>
      <w:r>
        <w:rPr>
          <w:sz w:val="20"/>
        </w:rPr>
        <w:t>6:49  work hard, party hard. matlab khoob mehnat se kaam karo, paisa kamao, aur partiyon mein ja kar ke paise lutao, tafreeh karo.</w:t>
      </w:r>
      <w:r>
        <w:br/>
      </w:r>
      <w:r>
        <w:rPr>
          <w:sz w:val="20"/>
        </w:rPr>
        <w:t>7:00  m</w:t>
      </w:r>
      <w:r>
        <w:br/>
      </w:r>
      <w:r>
        <w:rPr>
          <w:sz w:val="20"/>
        </w:rPr>
        <w:t>7:01  gar aise bohat se logon se, yahan se le kar America tak, mein mila hoon. waqti ek temporary entertainment hota hai party mein ya holiday mein jate hain aap.</w:t>
      </w:r>
      <w:r>
        <w:br/>
      </w:r>
      <w:r>
        <w:rPr>
          <w:sz w:val="20"/>
        </w:rPr>
        <w:t>7:13  us ke baad phir ek naya stress.</w:t>
      </w:r>
      <w:r>
        <w:br/>
      </w:r>
      <w:r>
        <w:rPr>
          <w:sz w:val="20"/>
        </w:rPr>
        <w:t>7:18  us ke baad ek naya stress jis ko aap keh sakte hain party stress ya holiday stress.</w:t>
      </w:r>
      <w:r>
        <w:br/>
      </w:r>
      <w:r>
        <w:rPr>
          <w:sz w:val="20"/>
        </w:rPr>
        <w:t>7:27  america mein aik aadmi mujhe mile, unhon ne kaha ke yahan aik culture hai ke khoob mehnat karo, aur us ke baad weekend mein ja kar ke khoob tafreeh karo, holiday manao.</w:t>
      </w:r>
      <w:r>
        <w:br/>
      </w:r>
      <w:r>
        <w:rPr>
          <w:sz w:val="20"/>
        </w:rPr>
        <w:t>7:39  lekin us ne bataya ke tajruba yeh batata hai ke aik naya stress le ke aata hai aadmi. to yahan pe aik lafz naya bana hai, holiday stress.</w:t>
      </w:r>
      <w:r>
        <w:br/>
      </w:r>
      <w:r>
        <w:rPr>
          <w:sz w:val="20"/>
        </w:rPr>
        <w:t>7:52  to kya aik aik koi zindagi hai? bataiye,</w:t>
      </w:r>
      <w:r>
        <w:br/>
      </w:r>
      <w:r>
        <w:rPr>
          <w:sz w:val="20"/>
        </w:rPr>
        <w:t>7:56  yeh to just like animal jeena hai. just like animal jeena hai. mein develop countries jin ko kaha jata hai,</w:t>
      </w:r>
    </w:p>
    <w:p>
      <w:pPr>
        <w:pStyle w:val="Heading2"/>
      </w:pPr>
      <w:r>
        <w:t>Watching a ship appear over the horizon proves the earth curves</w:t>
      </w:r>
    </w:p>
    <w:p>
      <w:r>
        <w:rPr>
          <w:color w:val="666666"/>
          <w:sz w:val="18"/>
        </w:rPr>
        <w:t>Religious Extremism and Rational Extremism November 27, 2005 Maulana Wahiduddin Khan · 2m 54s · at 51:02 · https://youtu.be/o-EF-I_SE_M?t=3062</w:t>
      </w:r>
    </w:p>
    <w:p>
      <w:r>
        <w:rPr>
          <w:i/>
        </w:rPr>
        <w:t>“Main ek baar gaya samandar ke kinare, shaam ka waqt tha”</w:t>
      </w:r>
    </w:p>
    <w:p>
      <w:r>
        <w:rPr>
          <w:sz w:val="20"/>
        </w:rPr>
        <w:t>51:02  jaise keh main aap ko ek misaal doon keh dekhi hui cheez ko ki buniyad par na dekhi hui cheez ko manna ka matlab kya hai. jaise main ek baar gaya samandar ke kinare.</w:t>
      </w:r>
      <w:r>
        <w:br/>
      </w:r>
      <w:r>
        <w:rPr>
          <w:sz w:val="20"/>
        </w:rPr>
        <w:t>51:17  toh samandar ke kinare maine dekha, shaam ka waqt tha. abhi suraj dooba nahi tha keh samne door horizon par ek cheez dikhai padi, thori si,</w:t>
      </w:r>
      <w:r>
        <w:br/>
      </w:r>
      <w:r>
        <w:rPr>
          <w:sz w:val="20"/>
        </w:rPr>
        <w:t>51:32  jaise pencil jaisi. phir woh dheere dheere dheere oopar</w:t>
      </w:r>
      <w:r>
        <w:br/>
      </w:r>
      <w:r>
        <w:rPr>
          <w:sz w:val="20"/>
        </w:rPr>
        <w:t>51:36  aane lagi. oopar aate aate ek dam oopar aa gayi. yeh tha ship. ship. toh ship ka jo oopar jo mastool waghera hota hai, pehle sirf woh dikhai diya.</w:t>
      </w:r>
      <w:r>
        <w:br/>
      </w:r>
      <w:r>
        <w:rPr>
          <w:sz w:val="20"/>
        </w:rPr>
        <w:t>51:50  phir us ki body dikhai di. yahan tak keh poora ship dikhai dene laga. is se kya nikla? is se nikla keh zameen ghoom rahi hai.</w:t>
      </w:r>
      <w:r>
        <w:br/>
      </w:r>
      <w:r>
        <w:rPr>
          <w:sz w:val="20"/>
        </w:rPr>
        <w:t>52:02  yaani samandar bazahir dekhne mein toh flat lagta tha, flat. aisa lagta tha gend ki tarah se is mein curvature ho. bilkul aise hi seedha.</w:t>
      </w:r>
      <w:r>
        <w:br/>
      </w:r>
      <w:r>
        <w:rPr>
          <w:sz w:val="20"/>
        </w:rPr>
        <w:t>52:12  lekin woh jo phenomena mere samne aaya, matlab yeh kitabon mein likha hua hai, is ko maine apni aan</w:t>
      </w:r>
      <w:r>
        <w:br/>
      </w:r>
      <w:r>
        <w:rPr>
          <w:sz w:val="20"/>
        </w:rPr>
        <w:t>52:18  kh se bhi dekha is cheez ko. main pehla is ka dekhne wala nahi hoon. kitabon mein yeh baat likhi hui hai. lekin maine khud is ko observe kiya keh agar aap, agar samandar jo hai, bilkul aise hi jaise keh hamara yeh haal hai,</w:t>
      </w:r>
      <w:r>
        <w:br/>
      </w:r>
      <w:r>
        <w:rPr>
          <w:sz w:val="20"/>
        </w:rPr>
        <w:t>52:35  toh jab aap par nazar, aap ki nazar pade is ship ke oopar toh poora poora ship ikatha hi dikhai dena chahiye.</w:t>
      </w:r>
      <w:r>
        <w:br/>
      </w:r>
      <w:r>
        <w:rPr>
          <w:sz w:val="20"/>
        </w:rPr>
        <w:t>52:42  jaise main doctor pradhan ko dekh raha hoon toh ikatha hi dekh raha hoon. aisa nahi keh koi sir dikhai de, phir gardan, phir seena, phir paon. poora ka poora main dekh raha hoon un ko.</w:t>
      </w:r>
      <w:r>
        <w:br/>
      </w:r>
      <w:r>
        <w:rPr>
          <w:sz w:val="20"/>
        </w:rPr>
        <w:t>52:53  toh agar samandar flat, agar zameen flat ho toh poora poora ship mujhe ikatha hi dikhai dena chahiye. lekin aisa nahi hua.</w:t>
      </w:r>
      <w:r>
        <w:br/>
      </w:r>
      <w:r>
        <w:rPr>
          <w:sz w:val="20"/>
        </w:rPr>
        <w:t>53:03  is ka oopar ka thoda sa tip tip dikhai diya, phir aur dikhai diya, aur dikhaya, aur dikha diya, yahan tak keh poora ship samne aa gaya.</w:t>
      </w:r>
      <w:r>
        <w:br/>
      </w:r>
      <w:r>
        <w:rPr>
          <w:sz w:val="20"/>
        </w:rPr>
        <w:t>53:11  is se maani kya hua hai keh zameen jo hai, us wahan curvature tha. curvature. woh curvature ko par karte karte jab seedha aa gaya ship toh poora dikhai dene laga.</w:t>
      </w:r>
      <w:r>
        <w:br/>
      </w:r>
      <w:r>
        <w:rPr>
          <w:sz w:val="20"/>
        </w:rPr>
        <w:t>53:23  aur curvature idhar tha toh kam dikhai de raha tha.</w:t>
      </w:r>
      <w:r>
        <w:br/>
      </w:r>
      <w:r>
        <w:rPr>
          <w:sz w:val="20"/>
        </w:rPr>
        <w:t>53:27  toh yeh ek, yeh tha ek inferential argument. yaani ek observation jo tha, woh khud is observation mein yeh baat nahi thi keh keh ship jo hai, flat zameen par nahi hai, balkeh ek curvature is ke andar hai.</w:t>
      </w:r>
      <w:r>
        <w:br/>
      </w:r>
      <w:r>
        <w:rPr>
          <w:sz w:val="20"/>
        </w:rPr>
        <w:t>53:42  is curvature par woh safar kar raha hai apna. toh ek ek partial observation se inference kar ke maloom hua keh zameen mein curvature hai.</w:t>
      </w:r>
      <w:r>
        <w:br/>
      </w:r>
      <w:r>
        <w:rPr>
          <w:sz w:val="20"/>
        </w:rPr>
        <w:t>53:53  zameen gol hai.</w:t>
      </w:r>
    </w:p>
    <w:p>
      <w:pPr>
        <w:pStyle w:val="Heading2"/>
      </w:pPr>
      <w:r>
        <w:t>how every problem in life hides an opportunity</w:t>
      </w:r>
    </w:p>
    <w:p>
      <w:r>
        <w:rPr>
          <w:color w:val="666666"/>
          <w:sz w:val="18"/>
        </w:rPr>
        <w:t>The Message of The Prophet Muhammad April 5, 2008 · 1m 54s · at 27:48 · https://youtu.be/4Awv6yrWLBw?t=1668</w:t>
      </w:r>
    </w:p>
    <w:p>
      <w:r>
        <w:rPr>
          <w:i/>
        </w:rPr>
        <w:t>“Duniya ko Khuda ne is tarah banaya hai”</w:t>
      </w:r>
    </w:p>
    <w:p>
      <w:r>
        <w:rPr>
          <w:sz w:val="20"/>
        </w:rPr>
        <w:t>27:48  duniya mein, duniya ko Khuda ne is tarah banaya hai ke yahan par "inna ma'al 'usri yusra" yani duniya mein banaya aisa ke yahan par problem honge, problem lekin sath sath opportunities bhi hongi.</w:t>
      </w:r>
      <w:r>
        <w:br/>
      </w:r>
      <w:r>
        <w:rPr>
          <w:sz w:val="20"/>
        </w:rPr>
        <w:t>28:05  Yeh impossible hai ke problem ho aur opportunities na hon. Yeh Khuda ka yani banaya hua system hai.</w:t>
      </w:r>
      <w:r>
        <w:br/>
      </w:r>
      <w:r>
        <w:rPr>
          <w:sz w:val="20"/>
        </w:rPr>
        <w:t>28:14  To "inna ma'al 'usri yusra" ko main ne is ka formula banaya ke "ignore the problem, avail the opportunities."</w:t>
      </w:r>
      <w:r>
        <w:br/>
      </w:r>
      <w:r>
        <w:rPr>
          <w:sz w:val="20"/>
        </w:rPr>
        <w:t>28:25  Ignore the problem, avail the opportunities. Yeh hai formula.</w:t>
      </w:r>
      <w:r>
        <w:br/>
      </w:r>
      <w:r>
        <w:rPr>
          <w:sz w:val="20"/>
        </w:rPr>
        <w:t>28:32  Main ne apni poori zindagi mein is formula ka ek yani tajurba kiya hai. Main ne paya hai ke kisi bhi kisi bhi situation mein, chahe woh situation kitna hi zyada lage ke bohat hi zyada yani yahan par kuch nahi hai, tab bhi wahan kuch hota hai.</w:t>
      </w:r>
      <w:r>
        <w:br/>
      </w:r>
      <w:r>
        <w:rPr>
          <w:sz w:val="20"/>
        </w:rPr>
        <w:t>28:52  Tab bhi wahan kuch hota hai. Is liye main poori zindagi mein mera tajurba hai, is par main sainkaron qisse main bata sakta hoon aap ko ke kis tarah se intehai aise halaat mein, jahan par bazahir kuch dikhai nahi deta,</w:t>
      </w:r>
      <w:r>
        <w:br/>
      </w:r>
      <w:r>
        <w:rPr>
          <w:sz w:val="20"/>
        </w:rPr>
        <w:t>29:08  problem problem, lekin wahan par bhi opportunity maujood hoti hai. Sirf yeh hai ke aap us ko discover karein aur us ko avail karein.</w:t>
      </w:r>
      <w:r>
        <w:br/>
      </w:r>
      <w:r>
        <w:rPr>
          <w:sz w:val="20"/>
        </w:rPr>
        <w:t>29:16  To main ne jo formula banaya hai is is Hadees ko ko le kar, is ayat ko le kar ke, woh yeh hai ke "ignore the problem, avail the opportunities." Is ko agar aap istemal karein</w:t>
      </w:r>
      <w:r>
        <w:br/>
      </w:r>
      <w:r>
        <w:rPr>
          <w:sz w:val="20"/>
        </w:rPr>
        <w:t>29:34  to poori duniya aap ke liye khula maidan ban jati hai. Har jagah aap ke liye opportunity hai, har jagah aap ke liye opportunity hai.</w:t>
      </w:r>
    </w:p>
    <w:p>
      <w:pPr>
        <w:pStyle w:val="Heading2"/>
      </w:pPr>
      <w:r>
        <w:t>Mother excuses her child, blames the neighbor's daughter</w:t>
      </w:r>
    </w:p>
    <w:p>
      <w:r>
        <w:rPr>
          <w:color w:val="666666"/>
          <w:sz w:val="18"/>
        </w:rPr>
        <w:t>The Problem of Misunderstanding January 1, 2008 Maulana Wahiduddin Khan · 1m 19s · at 32:28 · https://youtu.be/LdzzoBvyaD0?t=1948</w:t>
      </w:r>
    </w:p>
    <w:p>
      <w:r>
        <w:rPr>
          <w:i/>
        </w:rPr>
        <w:t>“Your child hit my daughter, the neighbor complained”</w:t>
      </w:r>
    </w:p>
    <w:p>
      <w:r>
        <w:rPr>
          <w:sz w:val="20"/>
        </w:rPr>
        <w:t>32:28  jaise ke mein radio sun raha tha. ek aurat keh rahi hai ke mera ek bachcha hai. mere paros mein ek hai, us ki ek bachi hai.</w:t>
      </w:r>
      <w:r>
        <w:br/>
      </w:r>
      <w:r>
        <w:rPr>
          <w:sz w:val="20"/>
        </w:rPr>
        <w:t>32:38  to mein jati hoon. aur dono wahan par ek lawn hai, wahan par dono khelte hain. mera bachcha aur paros ki bachi dono khelte hain.</w:t>
      </w:r>
      <w:r>
        <w:br/>
      </w:r>
      <w:r>
        <w:rPr>
          <w:sz w:val="20"/>
        </w:rPr>
        <w:t>32:49  to khud hi kehti hai ke mere paros ki jo khatoon hain woh mere paas aaein</w:t>
      </w:r>
      <w:r>
        <w:br/>
      </w:r>
      <w:r>
        <w:rPr>
          <w:sz w:val="20"/>
        </w:rPr>
        <w:t>32:56  , unhon ne shikayat kiya ke tumhara bachcha meri ladki ko marta hai. jab marta hai. aur us ne khud bhi dekha hai ke woh marte hue hain us ko.</w:t>
      </w:r>
      <w:r>
        <w:br/>
      </w:r>
      <w:r>
        <w:rPr>
          <w:sz w:val="20"/>
        </w:rPr>
        <w:t>33:05  lekin kya kehte hain? arey bhai woh bachcha hai. yani yeh nahi ke bachche ko daantein, us ko maarein ke tum ne tum kyun kyun marte ho us ko? us ki hembring karein.</w:t>
      </w:r>
      <w:r>
        <w:br/>
      </w:r>
      <w:r>
        <w:rPr>
          <w:sz w:val="20"/>
        </w:rPr>
        <w:t>33:15  arey woh to bachcha hai. yeh keh kar ke us ki burai chhipa liya us ne. aur doosre ko kya kehti hai? tumhari ladki sharir hogi?</w:t>
      </w:r>
      <w:r>
        <w:br/>
      </w:r>
      <w:r>
        <w:rPr>
          <w:sz w:val="20"/>
        </w:rPr>
        <w:t>33:25  woh koi shararat karti hogi? apni ladki ko samjhao. apne bachche ko keh rahi hai ke arey bhai woh to bachcha hai, chhota bachcha hai.</w:t>
      </w:r>
      <w:r>
        <w:br/>
      </w:r>
      <w:r>
        <w:rPr>
          <w:sz w:val="20"/>
        </w:rPr>
        <w:t>33:33  aur doosre ko keh rahi hai ke tumhari ladki sharir hogi.</w:t>
      </w:r>
      <w:r>
        <w:br/>
      </w:r>
      <w:r>
        <w:rPr>
          <w:sz w:val="20"/>
        </w:rPr>
        <w:t>33:36  wohi koi na koi shararat karti hogi. yeh hai maamla ke saare log doosron ke baray mein negative thought mein jeete hain.</w:t>
      </w:r>
    </w:p>
    <w:p>
      <w:pPr>
        <w:pStyle w:val="Heading2"/>
      </w:pPr>
      <w:r>
        <w:t>In-forward education aims at intellectual development</w:t>
      </w:r>
    </w:p>
    <w:p>
      <w:r>
        <w:rPr>
          <w:color w:val="666666"/>
          <w:sz w:val="18"/>
        </w:rPr>
        <w:t>A Believer’s Journey February 5, 2014 Maulana Wahiduddin Khan · 2m 50s · at 11:04 · https://youtu.be/QzHEA7XunSg?t=664</w:t>
      </w:r>
    </w:p>
    <w:p>
      <w:r>
        <w:rPr>
          <w:i/>
        </w:rPr>
        <w:t>“From this it follows that you must be aware of your time.”</w:t>
      </w:r>
    </w:p>
    <w:p>
      <w:r>
        <w:rPr>
          <w:sz w:val="20"/>
        </w:rPr>
        <w:t>11:04  is se is se yeh nikalta hai keh aap ko zamane ka, zamane zamane se ba khabar hona chahiye.</w:t>
      </w:r>
      <w:r>
        <w:br/>
      </w:r>
      <w:r>
        <w:rPr>
          <w:sz w:val="20"/>
        </w:rPr>
        <w:t>11:16  to aap dekhiye madaris mein kya hota hai? aap ko baseer-e-maazi banaya jata hai, baseer-e-haal nahi banaya jata. yeh galat nahi hai.</w:t>
      </w:r>
      <w:r>
        <w:br/>
      </w:r>
      <w:r>
        <w:rPr>
          <w:sz w:val="20"/>
        </w:rPr>
        <w:t>11:27  yeh koi galat nahi kehta ke yeh galat ho raha hai. waqea yahi hai, shayad yahi rahega hamesha ke madaris aap ko sirf baseer-e-maazi banayenge.</w:t>
      </w:r>
      <w:r>
        <w:br/>
      </w:r>
      <w:r>
        <w:rPr>
          <w:sz w:val="20"/>
        </w:rPr>
        <w:t>11:39  yaani maazi se ba-khabar banayenge.</w:t>
      </w:r>
      <w:r>
        <w:br/>
      </w:r>
      <w:r>
        <w:rPr>
          <w:sz w:val="20"/>
        </w:rPr>
        <w:t>11:43  lekin haal ya zamana is se nahi karenge. in ka woh woh in ka kaam nahi hai. woh yaani mein yeh kahunga ke yeh kaam hai in forward education ka.</w:t>
      </w:r>
      <w:r>
        <w:br/>
      </w:r>
      <w:r>
        <w:rPr>
          <w:sz w:val="20"/>
        </w:rPr>
        <w:t>12:04  forward education jo hoti hai, education for the sake of education.</w:t>
      </w:r>
      <w:r>
        <w:br/>
      </w:r>
      <w:r>
        <w:rPr>
          <w:sz w:val="20"/>
        </w:rPr>
        <w:t>12:11  dekhiye do qism ki taleem ka nizaam hota hai. ek hai forward education, ek in forward education. to forward education hoti hai is usool par ke education for the sake of education.</w:t>
      </w:r>
      <w:r>
        <w:br/>
      </w:r>
      <w:r>
        <w:rPr>
          <w:sz w:val="20"/>
        </w:rPr>
        <w:t>12:28  lekin in forward education jo hoti hai, is ka kya nishana hota hai?</w:t>
      </w:r>
      <w:r>
        <w:br/>
      </w:r>
      <w:r>
        <w:rPr>
          <w:sz w:val="20"/>
        </w:rPr>
        <w:t>12:34  education for the sake of intellectual development. yeh farq hai. is ko samjhiye. yaani forward education ka nishana hota hai education for the sake of education.</w:t>
      </w:r>
      <w:r>
        <w:br/>
      </w:r>
      <w:r>
        <w:rPr>
          <w:sz w:val="20"/>
        </w:rPr>
        <w:t>12:50  aur in forward education ka nishana hota hai education for the sake of intellectual development. to hum jo kaam kar rahe hain, woh yahi hai.</w:t>
      </w:r>
      <w:r>
        <w:br/>
      </w:r>
      <w:r>
        <w:rPr>
          <w:sz w:val="20"/>
        </w:rPr>
        <w:t>13:01  hum jo kaam kar rahe hain, woh in forward education hai.</w:t>
      </w:r>
      <w:r>
        <w:br/>
      </w:r>
      <w:r>
        <w:rPr>
          <w:sz w:val="20"/>
        </w:rPr>
        <w:t>13:06  in forward education yahi hai ke nisaab ke bahir jo zarea hain, un ko istemaal kar ke aap logon ko ba-shaoor banayein.</w:t>
      </w:r>
      <w:r>
        <w:br/>
      </w:r>
      <w:r>
        <w:rPr>
          <w:sz w:val="20"/>
        </w:rPr>
        <w:t>13:15  un ke andar intellectual development, intellectual development layein. un ko zamane se ba-khabar karein.</w:t>
      </w:r>
      <w:r>
        <w:br/>
      </w:r>
      <w:r>
        <w:rPr>
          <w:sz w:val="20"/>
        </w:rPr>
        <w:t>13:25  zamane ki zarooraton ko janne wale banayein. yeh hai in forward education ka goal.</w:t>
      </w:r>
      <w:r>
        <w:br/>
      </w:r>
      <w:r>
        <w:rPr>
          <w:sz w:val="20"/>
        </w:rPr>
        <w:t>13:37  to dekhiye forward education ka dhancha is tarah nahi badalta. aap badalne ki koshish karein to kuch kamyabi bhi nahi hogi aap ko.</w:t>
      </w:r>
      <w:r>
        <w:br/>
      </w:r>
      <w:r>
        <w:rPr>
          <w:sz w:val="20"/>
        </w:rPr>
        <w:t>13:48  to in forward education ke dhanchay ko as it is qabool kar lijiye.</w:t>
      </w:r>
    </w:p>
    <w:p>
      <w:pPr>
        <w:pStyle w:val="Heading2"/>
      </w:pPr>
      <w:r>
        <w:t>Einstein's speech not understood</w:t>
      </w:r>
    </w:p>
    <w:p>
      <w:r>
        <w:rPr>
          <w:color w:val="666666"/>
          <w:sz w:val="18"/>
        </w:rPr>
        <w:t>The Value of Silence | April 21, 2018 · 1m 30s · at 6:23 · https://youtu.be/eVOJ7dheeB8?t=383</w:t>
      </w:r>
    </w:p>
    <w:p>
      <w:r>
        <w:rPr>
          <w:i/>
        </w:rPr>
        <w:t>“تو کیا ہوا؟ آڈینس کو سمجھا ہی نہیں”</w:t>
      </w:r>
    </w:p>
    <w:p>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p>
    <w:p>
      <w:pPr>
        <w:pStyle w:val="Heading2"/>
      </w:pPr>
      <w:r>
        <w:t>Explaining dichotomous black-and-white thinking</w:t>
      </w:r>
    </w:p>
    <w:p>
      <w:r>
        <w:rPr>
          <w:color w:val="666666"/>
          <w:sz w:val="18"/>
        </w:rPr>
        <w:t>What is Right Thinking June 23, 2024 · 2m 17s · at 26:32 · https://youtu.be/ZOxcATnAqNs?t=1592</w:t>
      </w:r>
    </w:p>
    <w:p>
      <w:r>
        <w:rPr>
          <w:i/>
        </w:rPr>
        <w:t>“People do not pay attention to the nuances of a situation”</w:t>
      </w:r>
    </w:p>
    <w:p>
      <w:r>
        <w:rPr>
          <w:sz w:val="20"/>
        </w:rPr>
        <w:t>26:32  they do not pay attention to the nuances or the complexities or the spectrum of possibilities that a situation present. and log jo hain wo dichotomous thinking mein hamesha rehte hain. to aap yeh kya hai dichotomous thinking? aur kis tarah se hamein isko deal karna chahiye? iske baare mein bhi aap bataiye.</w:t>
      </w:r>
      <w:r>
        <w:br/>
      </w:r>
      <w:r>
        <w:rPr>
          <w:sz w:val="20"/>
        </w:rPr>
        <w:t>26:57  dichotomous thinking ko do kismi soch bhi kehte hain aur sanai pardefikr bhi kehte hain. wahi cheezon ko black and white mein dekhna. to unko lagta hai woh matlab beach ke grey areas hote hain woh usko nahi samajh paate hain. bas koi cheez yeh achhi hai ya buri hai. koi aadmi achha hai ya bura hai. uske andar ek bura aadmi bhi jo hota hai uske andar bhi bahut sari achhi qualities ho sakti hain.</w:t>
      </w:r>
      <w:r>
        <w:br/>
      </w:r>
      <w:r>
        <w:rPr>
          <w:sz w:val="20"/>
        </w:rPr>
        <w:t>27:26  aur jo achha aadmi hota hai uske andar bhi bahut sari baaten unfavorable ho sakti hain. Lekin nahi woh ya to kisi ki bahut zyada tareef karte hain ya bahut zyada burai karte hain aise log jo hote hain. To ab koi baat unfavorable hogi to woh samajhte hain bas lad jao. Beach ka kuch solution aur bhi hai woh soch nahi paate hain.</w:t>
      </w:r>
      <w:r>
        <w:br/>
      </w:r>
      <w:r>
        <w:rPr>
          <w:sz w:val="20"/>
        </w:rPr>
        <w:t>27:53  To yeh cheez jo hai jisko usko saint aur sinner ki term mein bhi istemal kiya jata hai. Asal mein kya hai ki dekhiye insaan jo hai woh by birth perfectionist hai. To woh samajhta hai ki hamein cheez ko bilkul ideal shakal mein milna chahiye. Ab jaise hai ki hamein poora insaaf milna chahiye.</w:t>
      </w:r>
      <w:r>
        <w:br/>
      </w:r>
      <w:r>
        <w:rPr>
          <w:sz w:val="20"/>
        </w:rPr>
        <w:t>28:18  to yeh cheezen jo hain agar woh samajhta hai insaaf nahin mila to bilkul kuch bhi nahin mila.</w:t>
      </w:r>
      <w:r>
        <w:br/>
      </w:r>
      <w:r>
        <w:rPr>
          <w:sz w:val="20"/>
        </w:rPr>
        <w:t>28:23  to agar thoda usko wait nahin karte kabhi kabhi aisa hota hai ki thoda wait karne par har</w:t>
      </w:r>
      <w:r>
        <w:br/>
      </w:r>
      <w:r>
        <w:rPr>
          <w:sz w:val="20"/>
        </w:rPr>
        <w:t>28:28  cheez milti hai.</w:t>
      </w:r>
      <w:r>
        <w:br/>
      </w:r>
      <w:r>
        <w:rPr>
          <w:sz w:val="20"/>
        </w:rPr>
        <w:t>28:33  lekin yeh duniya choonki woh bahut saari baaton ko samajhna padta hai.</w:t>
      </w:r>
      <w:r>
        <w:br/>
      </w:r>
      <w:r>
        <w:rPr>
          <w:sz w:val="20"/>
        </w:rPr>
        <w:t>28:38  yeh duniya test paper hai to fauran ke fauran hamein sab cheezen nahin milti.</w:t>
      </w:r>
      <w:r>
        <w:br/>
      </w:r>
      <w:r>
        <w:rPr>
          <w:sz w:val="20"/>
        </w:rPr>
        <w:t>28:43  kyunki woh test ke marhale se guzar kar hamein milti hai.</w:t>
      </w:r>
      <w:r>
        <w:br/>
      </w:r>
      <w:r>
        <w:rPr>
          <w:sz w:val="20"/>
        </w:rPr>
        <w:t>28:49  To is wajah se usme time lagta hai. Ab jaise misal ke taur par kai logon ko aap sunte hain ki uska number kam aaya hai ya fail ho gaya bachcha to khudkhushi kar leta hai. Woh yeh nahi soch pata ki aaenda aur mehnat karke aur achhe number hasil kar sakta hai. Kitne kitne hamare samne balki ek hamare rishtedari the. Dasvi mein woh fail ho gaye.</w:t>
      </w:r>
    </w:p>
    <w:p>
      <w:pPr>
        <w:pStyle w:val="Heading2"/>
      </w:pPr>
      <w:r>
        <w:t>Favor doesn't bring success, challenge does</w:t>
      </w:r>
    </w:p>
    <w:p>
      <w:r>
        <w:rPr>
          <w:color w:val="666666"/>
          <w:sz w:val="18"/>
        </w:rPr>
        <w:t>Fragments of a CPS Mind | April 24, 2011 · 2m 30s · at 25:05 · https://youtu.be/cBf7U4Qggyw?t=1505</w:t>
      </w:r>
    </w:p>
    <w:p>
      <w:r>
        <w:rPr>
          <w:i/>
        </w:rPr>
        <w:t>“Ahmedabad mein aap jante hain ke bahut hi prestigious idaara hai, IIM”</w:t>
      </w:r>
    </w:p>
    <w:p>
      <w:r>
        <w:rPr>
          <w:sz w:val="20"/>
        </w:rPr>
        <w:t>25:05  baat aayi hai.</w:t>
      </w:r>
      <w:r>
        <w:br/>
      </w:r>
      <w:r>
        <w:rPr>
          <w:sz w:val="20"/>
        </w:rPr>
        <w:t>25:13  ahmedabad mein aap jante hain ke bohat hi prestigious idara ek hai, iim.</w:t>
      </w:r>
      <w:r>
        <w:br/>
      </w:r>
      <w:r>
        <w:rPr>
          <w:sz w:val="20"/>
        </w:rPr>
        <w:t>25:20  jo bohat hi prestigious, top ka hai india ka idara, management ke liye.</w:t>
      </w:r>
      <w:r>
        <w:br/>
      </w:r>
      <w:r>
        <w:rPr>
          <w:sz w:val="20"/>
        </w:rPr>
        <w:t>25:28  toh wahan par ek ladke ne top kiya hai jo ke ek jo three wheeler hote hain, three whe</w:t>
      </w:r>
      <w:r>
        <w:br/>
      </w:r>
      <w:r>
        <w:rPr>
          <w:sz w:val="20"/>
        </w:rPr>
        <w:t>25:36  eler chalata hai.</w:t>
      </w:r>
      <w:r>
        <w:br/>
      </w:r>
      <w:r>
        <w:rPr>
          <w:sz w:val="20"/>
        </w:rPr>
        <w:t>25:40  auto rickshaw jo kehte hain.</w:t>
      </w:r>
      <w:r>
        <w:br/>
      </w:r>
      <w:r>
        <w:rPr>
          <w:sz w:val="20"/>
        </w:rPr>
        <w:t>25:44  aap jante hain ke auto rickshaw jo chalate hain jo log, woh woh toh ek mazdoor hote hain,</w:t>
      </w:r>
      <w:r>
        <w:br/>
      </w:r>
      <w:r>
        <w:rPr>
          <w:sz w:val="20"/>
        </w:rPr>
        <w:t>25:48  goya ke mamooli aamdani wale log hote hain.</w:t>
      </w:r>
      <w:r>
        <w:br/>
      </w:r>
      <w:r>
        <w:rPr>
          <w:sz w:val="20"/>
        </w:rPr>
        <w:t>25:53  unke bete ne ahmedabad ke is top ke station mein top kiya.</w:t>
      </w:r>
      <w:r>
        <w:br/>
      </w:r>
      <w:r>
        <w:rPr>
          <w:sz w:val="20"/>
        </w:rPr>
        <w:t>25:57  kaise? uske halaat jo the, uske challenge ban gaye.</w:t>
      </w:r>
      <w:r>
        <w:br/>
      </w:r>
      <w:r>
        <w:rPr>
          <w:sz w:val="20"/>
        </w:rPr>
        <w:t>26:01  us ne socha ke main baqadr-e-mehnat</w:t>
      </w:r>
      <w:r>
        <w:br/>
      </w:r>
      <w:r>
        <w:rPr>
          <w:sz w:val="20"/>
        </w:rPr>
        <w:t>26:06  nahi karunga to main aage nahi badhunga. kyunke is ka baap us ko favor nahi de sakta tha. us ke us ke baap ke paas koi bahut badi daulat nahi thi. bahut bada source nahi tha. bahut bade bade logon tak us ki pahunch nahi thi. to us ne socha ke baap to koi mujhe favor de nahi sakta. ab mujhe koi hard labor karna hai. ab gaur kijiye ke ek auto rickshaw chalane wala aadmi ka beta jo hai, Ahmedabad ke prestigious school</w:t>
      </w:r>
      <w:r>
        <w:br/>
      </w:r>
      <w:r>
        <w:rPr>
          <w:sz w:val="20"/>
        </w:rPr>
        <w:t>26:36  mein top karta hoon.</w:t>
      </w:r>
      <w:r>
        <w:br/>
      </w:r>
      <w:r>
        <w:rPr>
          <w:sz w:val="20"/>
        </w:rPr>
        <w:t>26:39  jis ke ma'ni hain ke favors aik bari cheez hai, challenge.</w:t>
      </w:r>
      <w:r>
        <w:br/>
      </w:r>
      <w:r>
        <w:rPr>
          <w:sz w:val="20"/>
        </w:rPr>
        <w:t>26:43  jin logon ko favor milta hai, woh bilkul bekar ho kar reh jaate hain.</w:t>
      </w:r>
      <w:r>
        <w:br/>
      </w:r>
      <w:r>
        <w:rPr>
          <w:sz w:val="20"/>
        </w:rPr>
        <w:t>26:47  worthless ho kar reh jaate hain.</w:t>
      </w:r>
      <w:r>
        <w:br/>
      </w:r>
      <w:r>
        <w:rPr>
          <w:sz w:val="20"/>
        </w:rPr>
        <w:t>26:51  kal abhi times of india mein kal hi aik article aaya hai ke bill gates waghera bari bari</w:t>
      </w:r>
      <w:r>
        <w:br/>
      </w:r>
      <w:r>
        <w:rPr>
          <w:sz w:val="20"/>
        </w:rPr>
        <w:t>26:54  raqamein de rahe hain is ke liye.</w:t>
      </w:r>
      <w:r>
        <w:br/>
      </w:r>
      <w:r>
        <w:rPr>
          <w:sz w:val="20"/>
        </w:rPr>
        <w:t>26:58  yani social welfare ke liye.</w:t>
      </w:r>
      <w:r>
        <w:br/>
      </w:r>
      <w:r>
        <w:rPr>
          <w:sz w:val="20"/>
        </w:rPr>
        <w:t>27:02  lekin is se kuch hone wala nahin</w:t>
      </w:r>
      <w:r>
        <w:br/>
      </w:r>
      <w:r>
        <w:rPr>
          <w:sz w:val="20"/>
        </w:rPr>
        <w:t>27:06  hai. ek ek individual mein aap ko incentive bharna hoga. paise se kuch nahi hota hai. yeh baat Quran majeed mein is tarah alfaaz mein batai gayi hai ke: "inna malal 'uthra yuthra". yaani 'uthra ke sath yuthra hai. is ka matlab kya hai? ke jo log jo hain halaat ke aitbar se ghareeb family mein paida hue,</w:t>
      </w:r>
    </w:p>
    <w:p>
      <w:pPr>
        <w:pStyle w:val="Heading2"/>
      </w:pPr>
      <w:r>
        <w:t>Complaining man confronted with his own success</w:t>
      </w:r>
    </w:p>
    <w:p>
      <w:r>
        <w:rPr>
          <w:color w:val="666666"/>
          <w:sz w:val="18"/>
        </w:rPr>
        <w:t>Modern Age June 9, 2019 Maulana Wahiduddin Khan · 1m 12s · at 29:21 · https://youtu.be/7mjCvAvHEdA?t=1761</w:t>
      </w:r>
    </w:p>
    <w:p>
      <w:r>
        <w:rPr>
          <w:i/>
        </w:rPr>
        <w:t>“Misal ke taur par main ek qissa sunata hoon apna”</w:t>
      </w:r>
    </w:p>
    <w:p>
      <w:r>
        <w:rPr>
          <w:sz w:val="20"/>
        </w:rPr>
        <w:t>29:21  misal ke taur par main aik qissa batata hoon apna, yani Delhi ka. Aik sahib mere paas aaye, woh bari gaari mein aaye thay, nayi car mein aaye thay aur shandar suit boot pehne hue thay.</w:t>
      </w:r>
      <w:r>
        <w:br/>
      </w:r>
      <w:r>
        <w:rPr>
          <w:sz w:val="20"/>
        </w:rPr>
        <w:t>29:37  Ab mere office mein aaye, yahi Delhi mein, to lagay shikayat karne discrimination ki ke India mein zulm hota hai, insaan mein discrimination hota hai, India mein hum ko hamare khilaf sazish ki jati hai.</w:t>
      </w:r>
      <w:r>
        <w:br/>
      </w:r>
      <w:r>
        <w:rPr>
          <w:sz w:val="20"/>
        </w:rPr>
        <w:t>29:54  to mein ne un se poocha ke aap aik bohat hi mehngi car par baith kar aaye hain, yeh car aap ko kahan se mili hai?</w:t>
      </w:r>
      <w:r>
        <w:br/>
      </w:r>
      <w:r>
        <w:rPr>
          <w:sz w:val="20"/>
        </w:rPr>
        <w:t>30:05  isi mulk mein pai aap ne? to isi mulk mein jahan aap keh rahe hain ke hamare khilaf saazish ho rahi hai, aap kaise kamyab ho gaye ke aap acha business karen aur bari car hasil kar len?</w:t>
      </w:r>
      <w:r>
        <w:br/>
      </w:r>
      <w:r>
        <w:rPr>
          <w:sz w:val="20"/>
        </w:rPr>
        <w:t>30:22  to woh chup ho gaye.</w:t>
      </w:r>
      <w:r>
        <w:br/>
      </w:r>
      <w:r>
        <w:rPr>
          <w:sz w:val="20"/>
        </w:rPr>
        <w:t>30:26  to masla yeh nahi hai ke zulm hai, saazish hai, masla yeh hai ke hum</w:t>
      </w:r>
    </w:p>
    <w:p>
      <w:pPr>
        <w:pStyle w:val="Heading2"/>
      </w:pPr>
      <w:r>
        <w:t>Normal excuses versus crippling excuses in mission work</w:t>
      </w:r>
    </w:p>
    <w:p>
      <w:r>
        <w:rPr>
          <w:color w:val="666666"/>
          <w:sz w:val="18"/>
        </w:rPr>
        <w:t>Missionary Ethics May 4, 2006 Maulana Wahiduddin Khan · 2m 45s · at 6:58 · https://youtu.be/W4yIZa45gDw?t=418</w:t>
      </w:r>
    </w:p>
    <w:p>
      <w:r>
        <w:rPr>
          <w:i/>
        </w:rPr>
        <w:t>“میرے نزدیک ہر ایکسکیوز لیم ایکسکیوز ہوتا ہے۔ لیکن ایکسکیوز دو قسم کے ہیں۔”</w:t>
      </w:r>
    </w:p>
    <w:p>
      <w:r>
        <w:rPr>
          <w:sz w:val="20"/>
        </w:rPr>
        <w:t>6:58  mere nazdeek har excuse leam excuse hota hai. lekin excuse do qism ke hain:</w:t>
      </w:r>
      <w:r>
        <w:br/>
      </w:r>
      <w:r>
        <w:rPr>
          <w:sz w:val="20"/>
        </w:rPr>
        <w:t>7:07  main of mission kabhi bhi aisa nahi karega. ek excuse hai, jis ko main kehta hoon normal excuse.</w:t>
      </w:r>
      <w:r>
        <w:br/>
      </w:r>
      <w:r>
        <w:rPr>
          <w:sz w:val="20"/>
        </w:rPr>
        <w:t>7:19  ek woh hai jo aap ko cripple kar de. to dekhiye, excuse—aur life is full of excuses.</w:t>
      </w:r>
      <w:r>
        <w:br/>
      </w:r>
      <w:r>
        <w:rPr>
          <w:sz w:val="20"/>
        </w:rPr>
        <w:t>7:31  excuse part of life hai.</w:t>
      </w:r>
      <w:r>
        <w:br/>
      </w:r>
      <w:r>
        <w:rPr>
          <w:sz w:val="20"/>
        </w:rPr>
        <w:t>7:35  abhi dekhiye, aap light chali gayi kuch der ke liye, woh excuse aa gaya.</w:t>
      </w:r>
      <w:r>
        <w:br/>
      </w:r>
      <w:r>
        <w:rPr>
          <w:sz w:val="20"/>
        </w:rPr>
        <w:t>7:41  to hamesha aisa hoga, kabhi bhi aisa nahi ho sakta ke excuse aap ki zindagi mein na ho. to you have to differentiate between two kinds of excuses.</w:t>
      </w:r>
      <w:r>
        <w:br/>
      </w:r>
      <w:r>
        <w:rPr>
          <w:sz w:val="20"/>
        </w:rPr>
        <w:t>7:58  normal excuse ko aap ko lena hi nahi hai.</w:t>
      </w:r>
      <w:r>
        <w:br/>
      </w:r>
      <w:r>
        <w:rPr>
          <w:sz w:val="20"/>
        </w:rPr>
        <w:t>8:03  haan, woh excuse jo aap is mein aap ko, woh excuse jo aap ko cripple kar de,</w:t>
      </w:r>
      <w:r>
        <w:br/>
      </w:r>
      <w:r>
        <w:rPr>
          <w:sz w:val="20"/>
        </w:rPr>
        <w:t>8:10  jo aap ke liye is kaam ko karna aap ke liye mumkin hi na rahe, wahi mere nazdeek excuse hai. normal excuse koi excuse nahi hai. jaise main ek sahib ko jaanta hoon, ek un ko ek meeting mein jaana tha, wahan address karna tha.</w:t>
      </w:r>
      <w:r>
        <w:br/>
      </w:r>
      <w:r>
        <w:rPr>
          <w:sz w:val="20"/>
        </w:rPr>
        <w:t>8:27  to kaafi der mein pohnche woh, aur wajah kya batai unhon ne</w:t>
      </w:r>
      <w:r>
        <w:br/>
      </w:r>
      <w:r>
        <w:rPr>
          <w:sz w:val="20"/>
        </w:rPr>
        <w:t>8:32  ? ke sahib, main jab ghar mein chala to mera grand son jo hai, chota bachcha, pota, mujhe pakad liya us ne ke main jaane nahi doonga.</w:t>
      </w:r>
      <w:r>
        <w:br/>
      </w:r>
      <w:r>
        <w:rPr>
          <w:sz w:val="20"/>
        </w:rPr>
        <w:t>8:42  dada ji, mujhe bhi le chaliye. to dada ji ne kaha ke bhai, wahan to senior log honge. ab bataiye ke isi chakkar mein ek ghante late ho gaye, woh yeh koi excuse hai?</w:t>
      </w:r>
      <w:r>
        <w:br/>
      </w:r>
      <w:r>
        <w:rPr>
          <w:sz w:val="20"/>
        </w:rPr>
        <w:t>8:53  aap theke diye bachche ko? theke diye ke yahan is waqt nahi sune ga hum tumhari baat. chalo, hato hato yahan se, bhaag jao.</w:t>
      </w:r>
      <w:r>
        <w:br/>
      </w:r>
      <w:r>
        <w:rPr>
          <w:sz w:val="20"/>
        </w:rPr>
        <w:t>9:01  ab is ko mana rahe hain, is ki pampering kar rahe hain, aur bhi excuse bana liya us ko unhon ne. yeh sacha qissa bata raha hoon aap ko main. to dekhiye, ek hai excuse, woh jo normal excuse hota hai,</w:t>
      </w:r>
      <w:r>
        <w:br/>
      </w:r>
      <w:r>
        <w:rPr>
          <w:sz w:val="20"/>
        </w:rPr>
        <w:t>9:15  isi ko main kehta hoon ke excuse kabhi nahi lena chahiye. jis ne excuse liya to phir mission ka naam us ko nahi lena chahiye.</w:t>
      </w:r>
      <w:r>
        <w:br/>
      </w:r>
      <w:r>
        <w:rPr>
          <w:sz w:val="20"/>
        </w:rPr>
        <w:t>9:26  phir woh ab business man ban sakta hai, woh job kar sakta hai.</w:t>
      </w:r>
      <w:r>
        <w:br/>
      </w:r>
      <w:r>
        <w:rPr>
          <w:sz w:val="20"/>
        </w:rPr>
        <w:t>9:31  mission ke liye aisa aadmi kabhi bhi fit nahi ho sakta hai. haan, aisa excuse jo aap ko cripple kar de, tab woh ek exception hota hai.</w:t>
      </w:r>
    </w:p>
    <w:p>
      <w:pPr>
        <w:pStyle w:val="Heading2"/>
      </w:pPr>
      <w:r>
        <w:t>Muslims focusing on rulings not gnosis</w:t>
      </w:r>
    </w:p>
    <w:p>
      <w:r>
        <w:rPr>
          <w:color w:val="666666"/>
          <w:sz w:val="18"/>
        </w:rPr>
        <w:t>Q&amp;A 06 Mar 2011 - Maulana Wahiduddin Khan · 2m 29s · at 30:48 · https://youtu.be/I5hJVw3Wum8?t=1848</w:t>
      </w:r>
    </w:p>
    <w:p>
      <w:r>
        <w:rPr>
          <w:i/>
        </w:rPr>
        <w:t>“یہ بات صحیح ہے کہ مسلم امہ صرف احکام جانتی ہے”</w:t>
      </w:r>
    </w:p>
    <w:p>
      <w:r>
        <w:rPr>
          <w:sz w:val="20"/>
        </w:rPr>
        <w:t>30:48  halanke Quran zyada jin cheezon se behas karta hai, woh Allah ki marifat aur hikmat hai." Maulana, kya yeh sahi hai?</w:t>
      </w:r>
      <w:r>
        <w:br/>
      </w:r>
      <w:r>
        <w:rPr>
          <w:sz w:val="20"/>
        </w:rPr>
        <w:t>31:00  yeh baat sahi hai. Is mein aisa hua ke baad ke zamane mein, yani fuqaha ke zamane mein,</w:t>
      </w:r>
      <w:r>
        <w:br/>
      </w:r>
      <w:r>
        <w:rPr>
          <w:sz w:val="20"/>
        </w:rPr>
        <w:t>31:11  log zyada tar poochte thay. Yahi sab baatein poochte thay. Quran padhte thay. Har aadmi us zamane mein dekhein, Quran sab ko yaad hota tha. Sab Quran padhte thay.</w:t>
      </w:r>
      <w:r>
        <w:br/>
      </w:r>
      <w:r>
        <w:rPr>
          <w:sz w:val="20"/>
        </w:rPr>
        <w:t>31:22  to un ko woh baatein Quran mein jaan lete thay. Woh ke Khuda ke ek maano, Rasool Allah ko Khatam ur Rasool Nabi maano.</w:t>
      </w:r>
      <w:r>
        <w:br/>
      </w:r>
      <w:r>
        <w:rPr>
          <w:sz w:val="20"/>
        </w:rPr>
        <w:t>31:31  masail jo thay, wahi poochte thay aa kar ke ulama se. woh kyunke masail mein in ko zaroorat hoti thi janne ki. to masail jo hai, mozu ban gaye fiqah ka.</w:t>
      </w:r>
      <w:r>
        <w:br/>
      </w:r>
      <w:r>
        <w:rPr>
          <w:sz w:val="20"/>
        </w:rPr>
        <w:t>31:45  yani fiqah marifat ka ilm nahi hai, masail ka ilm hai.</w:t>
      </w:r>
      <w:r>
        <w:br/>
      </w:r>
      <w:r>
        <w:rPr>
          <w:sz w:val="20"/>
        </w:rPr>
        <w:t>31:50  yani baad ke zamane mein jo fiqah bani to marifat ka ilm nahi thi. woh, woh masail ka ilm thi. kyunke log wahi poochte thay isi ke bare mein.</w:t>
      </w:r>
      <w:r>
        <w:br/>
      </w:r>
      <w:r>
        <w:rPr>
          <w:sz w:val="20"/>
        </w:rPr>
        <w:t>32:03  ab woh is ke baad kya hua ke history par wahi chha gaya.</w:t>
      </w:r>
      <w:r>
        <w:br/>
      </w:r>
      <w:r>
        <w:rPr>
          <w:sz w:val="20"/>
        </w:rPr>
        <w:t>32:11  rasool Allah ke zamane mein aisa nahi hota tha. sahaba ke zamane mein aisa nahi hota tha ke log masail pe behas karein khali. lekin ek daur aisa aaya ke jab sare ulama, sare ulama jo hai, masail pe lage behas karne.</w:t>
      </w:r>
      <w:r>
        <w:br/>
      </w:r>
      <w:r>
        <w:rPr>
          <w:sz w:val="20"/>
        </w:rPr>
        <w:t>32:23  kyunke logon se poochte thay un se wahi masail. ab history yahin se chal pari.</w:t>
      </w:r>
      <w:r>
        <w:br/>
      </w:r>
      <w:r>
        <w:rPr>
          <w:sz w:val="20"/>
        </w:rPr>
        <w:t>32:30  to aaj ka jo mazhab hai, they derive from fiqah hai. he not derive from Quran aur Hadith. to baad ke naslein jo hain, un ka immediate reference ban gaya fiqah.</w:t>
      </w:r>
      <w:r>
        <w:br/>
      </w:r>
      <w:r>
        <w:rPr>
          <w:sz w:val="20"/>
        </w:rPr>
        <w:t>32:44  kyunke gap aa gaya tha beech mein.</w:t>
      </w:r>
      <w:r>
        <w:br/>
      </w:r>
      <w:r>
        <w:rPr>
          <w:sz w:val="20"/>
        </w:rPr>
        <w:t>32:47  yani quran aur hadith idhar ho gaye. ab jo thi immediate reference thi, woh fiqah thi. to fiqah se chal pari hai yeh tareekh.</w:t>
      </w:r>
      <w:r>
        <w:br/>
      </w:r>
      <w:r>
        <w:rPr>
          <w:sz w:val="20"/>
        </w:rPr>
        <w:t>32:57  warna fiqah jo hai, woh asal nahi hai. asal to quran o hadith hai, yani marifat.</w:t>
      </w:r>
      <w:r>
        <w:br/>
      </w:r>
      <w:r>
        <w:rPr>
          <w:sz w:val="20"/>
        </w:rPr>
        <w:t>33:05  ab zaroorat hai ke is ko, yani is ka correction kiya jaye. aur hum loten dobara quran o hadith wale model ki taraf.</w:t>
      </w:r>
    </w:p>
    <w:p>
      <w:pPr>
        <w:pStyle w:val="Heading2"/>
      </w:pPr>
      <w:r>
        <w:t>Prophet's advice to stop lying</w:t>
      </w:r>
    </w:p>
    <w:p>
      <w:r>
        <w:rPr>
          <w:color w:val="666666"/>
          <w:sz w:val="18"/>
        </w:rPr>
        <w:t>Islamic Ethics May 28, 2008 · 2m 42s · at 8:35 · https://youtu.be/_isdXSSDbEg?t=515</w:t>
      </w:r>
    </w:p>
    <w:p>
      <w:r>
        <w:rPr>
          <w:i/>
        </w:rPr>
        <w:t>“Prophet of Islam ke paas ek aadmi aaya”</w:t>
      </w:r>
    </w:p>
    <w:p>
      <w:r>
        <w:rPr>
          <w:sz w:val="20"/>
        </w:rPr>
        <w:t>8:35  sare moral values ka maamla hai. to prophet of islam ke pas ek aadmi aya.</w:t>
      </w:r>
      <w:r>
        <w:br/>
      </w:r>
      <w:r>
        <w:rPr>
          <w:sz w:val="20"/>
        </w:rPr>
        <w:t>8:46  us ne kaha ke main kai buraiyon mein phansa hua hoon.</w:t>
      </w:r>
      <w:r>
        <w:br/>
      </w:r>
      <w:r>
        <w:rPr>
          <w:sz w:val="20"/>
        </w:rPr>
        <w:t>8:54  kai buraiyon mein phansa hua tha. woh jaise woh misaal ke taur par woh sharab peeta tha. aur bhi kai kaam aise karta tha woh.</w:t>
      </w:r>
      <w:r>
        <w:br/>
      </w:r>
      <w:r>
        <w:rPr>
          <w:sz w:val="20"/>
        </w:rPr>
        <w:t>9:05  to prophet of islam Muhammad sallallahu alaihi wasallam se us ne kaha ke main kai buraiyon mein phansa hoon lekin aur main chhodna bhi chahta hoon.</w:t>
      </w:r>
      <w:r>
        <w:br/>
      </w:r>
      <w:r>
        <w:rPr>
          <w:sz w:val="20"/>
        </w:rPr>
        <w:t>9:17  lekin ek ek saath sab ko nahi chhod sakta. to sab se pehle mujhe bataiye ke main kaun si burai ko chhodun?</w:t>
      </w:r>
      <w:r>
        <w:br/>
      </w:r>
      <w:r>
        <w:rPr>
          <w:sz w:val="20"/>
        </w:rPr>
        <w:t>9:27  ek baat bata dijiye mujhe aaj. to aap ne kaha ke tum jhoot bolna chhod do. hamesha sach bolo.</w:t>
      </w:r>
      <w:r>
        <w:br/>
      </w:r>
      <w:r>
        <w:rPr>
          <w:sz w:val="20"/>
        </w:rPr>
        <w:t>9:38  kabhi jhoot na bolo. to us ne kaha ke achha main aise hi karunga. yeh promise kar ke, yeh wada kar ke woh wapas chala gaya apne ghar.</w:t>
      </w:r>
      <w:r>
        <w:br/>
      </w:r>
      <w:r>
        <w:rPr>
          <w:sz w:val="20"/>
        </w:rPr>
        <w:t>9:52  ab jo wahan pahuncha to use laga ke doosri sari buraiyan jhoot se judi hui hain. kyunke aap jante hain ke aadmi apne ko achha banaye rakhne ke liye jhoot apne ko achha banaye rakhne ke liye chhup kar burai karta hai.</w:t>
      </w:r>
      <w:r>
        <w:br/>
      </w:r>
      <w:r>
        <w:rPr>
          <w:sz w:val="20"/>
        </w:rPr>
        <w:t>10:14  aaj kal ke zamane mein to aap jante hain ke khullam khulla hi burai ho rahi hai. phir bhi kai burai aisi hoti hai ke us ko aadmi aaj bhi chhup kar karta hai.</w:t>
      </w:r>
      <w:r>
        <w:br/>
      </w:r>
      <w:r>
        <w:rPr>
          <w:sz w:val="20"/>
        </w:rPr>
        <w:t>10:27  to is chhup kar jo burai karta hai us ko nibhane ke liye us ko jhoot bolna padta hai. na jhoot bole to kaise nibhaye?</w:t>
      </w:r>
      <w:r>
        <w:br/>
      </w:r>
      <w:r>
        <w:rPr>
          <w:sz w:val="20"/>
        </w:rPr>
        <w:t>10:38  samaj mein woh bura banne se bachna bhi chahta hai. ab burai mein bhi phansa hua hai. to ab ek ek kar ke us ne socha ke agar yeh burai mein karun to kal mein jhoot bolna padega mujhe.</w:t>
      </w:r>
      <w:r>
        <w:br/>
      </w:r>
      <w:r>
        <w:rPr>
          <w:sz w:val="20"/>
        </w:rPr>
        <w:t>10:54  to laga ke har burai ke saath juda hua hai sach jhoot ka mamla. to us ne wada kiya tha sirf yeh ke woh sach bolega, jhoot nahi bolega.</w:t>
      </w:r>
      <w:r>
        <w:br/>
      </w:r>
      <w:r>
        <w:rPr>
          <w:sz w:val="20"/>
        </w:rPr>
        <w:t>11:07  lekin us ne jab socha to laga ke mujhe to sab buraiyon ko chhodna hai. is tarah se us ne sab cheezon ko chhod diya.</w:t>
      </w:r>
      <w:r>
        <w:br/>
      </w:r>
      <w:r>
        <w:rPr>
          <w:sz w:val="20"/>
        </w:rPr>
        <w:t>11:18  yeh hai mamla moral teaching ka. to islam mein jo moral values hain wahi hain jo universally accepted hain.</w:t>
      </w:r>
    </w:p>
    <w:p>
      <w:pPr>
        <w:pStyle w:val="Heading2"/>
      </w:pPr>
      <w:r>
        <w:t>Pakistan truncated mindset and trend</w:t>
      </w:r>
    </w:p>
    <w:p>
      <w:r>
        <w:rPr>
          <w:color w:val="666666"/>
          <w:sz w:val="18"/>
        </w:rPr>
        <w:t>Principle of Loss May 31, 2015 · 1m 33s · at 8:56 · https://youtu.be/vM-CUyBiDkc?t=536</w:t>
      </w:r>
    </w:p>
    <w:p>
      <w:r>
        <w:rPr>
          <w:i/>
        </w:rPr>
        <w:t>“Yani sare Pakistani logon ka zehen ye bana gaya”</w:t>
      </w:r>
    </w:p>
    <w:p>
      <w:r>
        <w:rPr>
          <w:sz w:val="20"/>
        </w:rPr>
        <w:t>8:56  yani saare pakistani logon ka zehn yeh ban gaya ke humein de-ṭrunkeṭ karna hai. yani ṭrunkeṭed pakistan ko dobara humein de-ṭrunkeṭed pakistan ban</w:t>
      </w:r>
      <w:r>
        <w:br/>
      </w:r>
      <w:r>
        <w:rPr>
          <w:sz w:val="20"/>
        </w:rPr>
        <w:t>9:11  ana hai. yeh yeh ṭrend diya unhon ne. aur aaj tak wohi wohi ṭrend pakistan ke logon ka hai ke jo hissa un ke nazdeek pakistan ka mein shamil nahin hua, us ke liye lad rahe hain, lad rahe hain, lad rahe hain.</w:t>
      </w:r>
      <w:r>
        <w:br/>
      </w:r>
      <w:r>
        <w:rPr>
          <w:sz w:val="20"/>
        </w:rPr>
        <w:t>9:27  aur yahan tak ke pakistan ek field state ban gaya. to is ko sochte hue mujhe samajh aaya ke is duniya mein insaan ko ṭrunkeṭed pakistan hi milega.</w:t>
      </w:r>
      <w:r>
        <w:br/>
      </w:r>
      <w:r>
        <w:rPr>
          <w:sz w:val="20"/>
        </w:rPr>
        <w:t>9:37  hata ke ka'aba bhi ṭrunkeṭed ka'aba milega.</w:t>
      </w:r>
      <w:r>
        <w:br/>
      </w:r>
      <w:r>
        <w:rPr>
          <w:sz w:val="20"/>
        </w:rPr>
        <w:t>9:41  yeh allah ka batana tha.</w:t>
      </w:r>
      <w:r>
        <w:br/>
      </w:r>
      <w:r>
        <w:rPr>
          <w:sz w:val="20"/>
        </w:rPr>
        <w:t>9:47  maal mein aur jaan mein nuqs ka jo principle quran mein bataya gaya hai, woh yahi to hai. to allah taala ka matloob tha ke saari duniya ke musalman aayen, dekhen, aayen, dekhen ke is duniya mein tum ko ka'aba bhi ṭrunkeṭed ka'aba ki shakal mein milega.</w:t>
      </w:r>
      <w:r>
        <w:br/>
      </w:r>
      <w:r>
        <w:rPr>
          <w:sz w:val="20"/>
        </w:rPr>
        <w:t>10:03  yeh bas apne aap ko pura pura mil sakta hai tum ko koi cheez.</w:t>
      </w:r>
      <w:r>
        <w:br/>
      </w:r>
      <w:r>
        <w:rPr>
          <w:sz w:val="20"/>
        </w:rPr>
        <w:t>10:09  agar musalman is sabak ko jaan lete to koi ladai nahin, koi ṭerorism nahin, kuch nahin, koi violence nahin.</w:t>
      </w:r>
      <w:r>
        <w:br/>
      </w:r>
      <w:r>
        <w:rPr>
          <w:sz w:val="20"/>
        </w:rPr>
        <w:t>10:18  kyun ke saara violence jo hai, aap dekhiye, isi isi liye ho raha hai ke woh ṭrunkeṭion ko de-ṭrunkeṭ karna chahte hain.</w:t>
      </w:r>
    </w:p>
    <w:p>
      <w:pPr>
        <w:pStyle w:val="Heading2"/>
      </w:pPr>
      <w:r>
        <w:t>Water is life and global warming effects</w:t>
      </w:r>
    </w:p>
    <w:p>
      <w:r>
        <w:rPr>
          <w:color w:val="666666"/>
          <w:sz w:val="18"/>
        </w:rPr>
        <w:t>Dajjal and Dajjalism | July 26, 2009 · 2m 31s · at 28:57 · https://youtu.be/CrB6NhxHfTI?t=1737</w:t>
      </w:r>
    </w:p>
    <w:p>
      <w:r>
        <w:rPr>
          <w:i/>
        </w:rPr>
        <w:t>“Paani hi par humari zindagi hai”</w:t>
      </w:r>
    </w:p>
    <w:p>
      <w:r>
        <w:rPr>
          <w:sz w:val="20"/>
        </w:rPr>
        <w:t>28:57  shuru ho jaye gi.</w:t>
      </w:r>
      <w:r>
        <w:br/>
      </w:r>
      <w:r>
        <w:rPr>
          <w:sz w:val="20"/>
        </w:rPr>
        <w:t>29:00  yeh hadees hai, hadees.</w:t>
      </w:r>
      <w:r>
        <w:br/>
      </w:r>
      <w:r>
        <w:rPr>
          <w:sz w:val="20"/>
        </w:rPr>
        <w:t>29:04  ab aaj kya ho raha hai, dekhiye.</w:t>
      </w:r>
      <w:r>
        <w:br/>
      </w:r>
      <w:r>
        <w:rPr>
          <w:sz w:val="20"/>
        </w:rPr>
        <w:t>29:07  yeh sab log jante hain ke pani hi par hamari zindagi hai.</w:t>
      </w:r>
      <w:r>
        <w:br/>
      </w:r>
      <w:r>
        <w:rPr>
          <w:sz w:val="20"/>
        </w:rPr>
        <w:t>29:11  pani nahi to life nahi.</w:t>
      </w:r>
      <w:r>
        <w:br/>
      </w:r>
      <w:r>
        <w:rPr>
          <w:sz w:val="20"/>
        </w:rPr>
        <w:t>29:14  sab log jante hain yeh.</w:t>
      </w:r>
      <w:r>
        <w:br/>
      </w:r>
      <w:r>
        <w:rPr>
          <w:sz w:val="20"/>
        </w:rPr>
        <w:t>29:17  پانی the life depend کرتی ہے پانی کے اوپر۔</w:t>
      </w:r>
      <w:r>
        <w:br/>
      </w:r>
      <w:r>
        <w:rPr>
          <w:sz w:val="20"/>
        </w:rPr>
        <w:t>29:21  chahe plant hon, animal hon ya insan hon, pani par depend karte hain.</w:t>
      </w:r>
      <w:r>
        <w:br/>
      </w:r>
      <w:r>
        <w:rPr>
          <w:sz w:val="20"/>
        </w:rPr>
        <w:t>29:24  paye nahi to sab khatam.</w:t>
      </w:r>
      <w:r>
        <w:br/>
      </w:r>
      <w:r>
        <w:rPr>
          <w:sz w:val="20"/>
        </w:rPr>
        <w:t>29:28  rahim khan khana ne bohat sahi kaha tha ke: "rehman pani rakhiyo, bin pani sab son." rehman pani</w:t>
      </w:r>
      <w:r>
        <w:br/>
      </w:r>
      <w:r>
        <w:rPr>
          <w:sz w:val="20"/>
        </w:rPr>
        <w:t>29:35  rakhiyo, bin pani sab son.</w:t>
      </w:r>
      <w:r>
        <w:br/>
      </w:r>
      <w:r>
        <w:rPr>
          <w:sz w:val="20"/>
        </w:rPr>
        <w:t>29:43  to aap jante hain ke sab kuch zindagi jo hai woh pani par base base karti hai.</w:t>
      </w:r>
      <w:r>
        <w:br/>
      </w:r>
      <w:r>
        <w:rPr>
          <w:sz w:val="20"/>
        </w:rPr>
        <w:t>29:50  ab kya hai? global warming se kya ho raha hai? dekhiye, ek zamana tha ke jab pani sab</w:t>
      </w:r>
      <w:r>
        <w:br/>
      </w:r>
      <w:r>
        <w:rPr>
          <w:sz w:val="20"/>
        </w:rPr>
        <w:t>29:58  sab salty tha samundaron mein. sara sara pani salty tha. samundaron mein bhara hua tha. jab Allah taala ne jab paida kiya pani bohat pehle to pani samundaron mein bhar gaya aur sab salty tha. yani preservative ke tor par diya gaya tha. phir aap jante hain ke barish hui. rain ka aik universal process hai.</w:t>
      </w:r>
      <w:r>
        <w:br/>
      </w:r>
      <w:r>
        <w:rPr>
          <w:sz w:val="20"/>
        </w:rPr>
        <w:t>30:28  woh process chalaya Allah taala ne aur desalination hua.</w:t>
      </w:r>
      <w:r>
        <w:br/>
      </w:r>
      <w:r>
        <w:rPr>
          <w:sz w:val="20"/>
        </w:rPr>
        <w:t>30:34  fresh water hum mein aya to fresh water nadiyon mein aya, talabon mein aya aur bohat bara is</w:t>
      </w:r>
      <w:r>
        <w:br/>
      </w:r>
      <w:r>
        <w:rPr>
          <w:sz w:val="20"/>
        </w:rPr>
        <w:t>30:40  ka ek storage ho gaya paharon ke upar glacier ki shakal mein.</w:t>
      </w:r>
      <w:r>
        <w:br/>
      </w:r>
      <w:r>
        <w:rPr>
          <w:sz w:val="20"/>
        </w:rPr>
        <w:t>30:46  woh woh saal bhar dheere dheere beh kar ke chashmon ki shakal mein aata tha hamare khet mein, nadiyon mein.</w:t>
      </w:r>
      <w:r>
        <w:br/>
      </w:r>
      <w:r>
        <w:rPr>
          <w:sz w:val="20"/>
        </w:rPr>
        <w:t>30:52  yeh system chal raha tha. glob</w:t>
      </w:r>
      <w:r>
        <w:br/>
      </w:r>
      <w:r>
        <w:rPr>
          <w:sz w:val="20"/>
        </w:rPr>
        <w:t>30:58  l warming ne kya hua hai ke woh process tez ho gaya.</w:t>
      </w:r>
      <w:r>
        <w:br/>
      </w:r>
      <w:r>
        <w:rPr>
          <w:sz w:val="20"/>
        </w:rPr>
        <w:t>31:02  yani glacier zyada melt hone lagay.</w:t>
      </w:r>
      <w:r>
        <w:br/>
      </w:r>
      <w:r>
        <w:rPr>
          <w:sz w:val="20"/>
        </w:rPr>
        <w:t>31:07  melt hone, bohat melt hone lagay.</w:t>
      </w:r>
      <w:r>
        <w:br/>
      </w:r>
      <w:r>
        <w:rPr>
          <w:sz w:val="20"/>
        </w:rPr>
        <w:t>31:11  ab to bohat zyada melt ho chuke hain glacier.</w:t>
      </w:r>
      <w:r>
        <w:br/>
      </w:r>
      <w:r>
        <w:rPr>
          <w:sz w:val="20"/>
        </w:rPr>
        <w:t>31:15  melt ho kar ke aate hain nadiyon mein, nadiyon mein jate hain aur is mein samandar mein.</w:t>
      </w:r>
      <w:r>
        <w:br/>
      </w:r>
      <w:r>
        <w:rPr>
          <w:sz w:val="20"/>
        </w:rPr>
        <w:t>31:19  yani fresh water dobara salty water ban raha hai.</w:t>
      </w:r>
      <w:r>
        <w:br/>
      </w:r>
      <w:r>
        <w:rPr>
          <w:sz w:val="20"/>
        </w:rPr>
        <w:t>31:24  aur din bad din woh storage khatam kam</w:t>
      </w:r>
    </w:p>
    <w:p>
      <w:pPr>
        <w:pStyle w:val="Heading2"/>
      </w:pPr>
      <w:r>
        <w:t>Ignorance of God's plan leads to failure</w:t>
      </w:r>
    </w:p>
    <w:p>
      <w:r>
        <w:rPr>
          <w:color w:val="666666"/>
          <w:sz w:val="18"/>
        </w:rPr>
        <w:t>Human History in Light of the Creation Plan of God 11 May, 2007 - Maulana Wahiduddin Khan · 1m 46s · at 2:53 · https://youtu.be/8m_jiYlUZ0c?t=173</w:t>
      </w:r>
    </w:p>
    <w:p>
      <w:r>
        <w:rPr>
          <w:i/>
        </w:rPr>
        <w:t>“The first thing is that God created this world.”</w:t>
      </w:r>
    </w:p>
    <w:p>
      <w:r>
        <w:rPr>
          <w:sz w:val="20"/>
        </w:rPr>
        <w:t>2:53  dekhen, pehli cheez yeh hai</w:t>
      </w:r>
      <w:r>
        <w:br/>
      </w:r>
      <w:r>
        <w:rPr>
          <w:sz w:val="20"/>
        </w:rPr>
        <w:t>2:57  is ayat mein</w:t>
      </w:r>
      <w:r>
        <w:br/>
      </w:r>
      <w:r>
        <w:rPr>
          <w:sz w:val="20"/>
        </w:rPr>
        <w:t>3:00  ke Khuda ne is duniya ko banaya hai. God is the creator of this universe.</w:t>
      </w:r>
      <w:r>
        <w:br/>
      </w:r>
      <w:r>
        <w:rPr>
          <w:sz w:val="20"/>
        </w:rPr>
        <w:t>3:10  so only God knows what is the purpose of life.</w:t>
      </w:r>
      <w:r>
        <w:br/>
      </w:r>
      <w:r>
        <w:rPr>
          <w:sz w:val="20"/>
        </w:rPr>
        <w:t>3:19  yani jis ko main kehta hoon creation plan of God. Khuda hi bata sakta hai ke creation plan is ka kya hai is duniya ko paida karne se.</w:t>
      </w:r>
      <w:r>
        <w:br/>
      </w:r>
      <w:r>
        <w:rPr>
          <w:sz w:val="20"/>
        </w:rPr>
        <w:t>3:34  aap jante hain ke har aadmi is question mein rehta hai:</w:t>
      </w:r>
      <w:r>
        <w:br/>
      </w:r>
      <w:r>
        <w:rPr>
          <w:sz w:val="20"/>
        </w:rPr>
        <w:t>3:38  who am I?</w:t>
      </w:r>
      <w:r>
        <w:br/>
      </w:r>
      <w:r>
        <w:rPr>
          <w:sz w:val="20"/>
        </w:rPr>
        <w:t>3:39  what is the purpose of my life? what is life and what is death? yeh sare question har ek ko rehte hain.</w:t>
      </w:r>
      <w:r>
        <w:br/>
      </w:r>
      <w:r>
        <w:rPr>
          <w:sz w:val="20"/>
        </w:rPr>
        <w:t>3:53  to hamein is duniya mein jo planning karni hai apni zindagi ki,</w:t>
      </w:r>
      <w:r>
        <w:br/>
      </w:r>
      <w:r>
        <w:rPr>
          <w:sz w:val="20"/>
        </w:rPr>
        <w:t>4:01  to sab ka concern hota hai ke woh apni zindagi ki planning kare, individual ka bhi, nation ka bhi, sab ka. lekin poori history batati hai, poori history ke logon ne thokar khai sirf ek baat ki wajah se ke</w:t>
      </w:r>
      <w:r>
        <w:br/>
      </w:r>
      <w:r>
        <w:rPr>
          <w:sz w:val="20"/>
        </w:rPr>
        <w:t>4:19  they were unaware of the creation plan of God.</w:t>
      </w:r>
      <w:r>
        <w:br/>
      </w:r>
      <w:r>
        <w:rPr>
          <w:sz w:val="20"/>
        </w:rPr>
        <w:t>4:26  Khuda ke creation plan ko na janne ki wajah se woh sahi planning nahi kar sake aur zindagi mein kamyab nahi hue.</w:t>
      </w:r>
    </w:p>
    <w:p>
      <w:pPr>
        <w:pStyle w:val="Heading2"/>
      </w:pPr>
      <w:r>
        <w:t>Adding a small shark kept fish fresh and lively</w:t>
      </w:r>
    </w:p>
    <w:p>
      <w:r>
        <w:rPr>
          <w:color w:val="666666"/>
          <w:sz w:val="18"/>
        </w:rPr>
        <w:t>Take it as A Challenge April 29, 2007 · 2m 22s · at 7:36 · https://youtu.be/pONW5UkRZ_M?t=456</w:t>
      </w:r>
    </w:p>
    <w:p>
      <w:r>
        <w:rPr>
          <w:i/>
        </w:rPr>
        <w:t>“Ek aadmi tha, iska naam L. Ron Hubbard”</w:t>
      </w:r>
    </w:p>
    <w:p>
      <w:r>
        <w:rPr>
          <w:sz w:val="20"/>
        </w:rPr>
        <w:t>7:36  is ka naam bhi is mein likha hai, el ron hubbard, h u double b a r d, el ron, a r o n,</w:t>
      </w:r>
      <w:r>
        <w:br/>
      </w:r>
      <w:r>
        <w:rPr>
          <w:sz w:val="20"/>
        </w:rPr>
        <w:t>7:49  el ron hubbard. 1950 mein, 1950 mein is ne is par research ki.</w:t>
      </w:r>
      <w:r>
        <w:br/>
      </w:r>
      <w:r>
        <w:rPr>
          <w:sz w:val="20"/>
        </w:rPr>
        <w:t>8:00  is ne yeh nikala ke machhliyan jo dal rehti hain, to un ka test jo hai kharab ho jata hai, aur woh chheenp doudti hain, kyunke har chhori machhli ko bari machhli doudati hai.</w:t>
      </w:r>
      <w:r>
        <w:br/>
      </w:r>
      <w:r>
        <w:rPr>
          <w:sz w:val="20"/>
        </w:rPr>
        <w:t>8:17  to har waqt machhliyan har waqt doudti rehti hain pani mein.</w:t>
      </w:r>
      <w:r>
        <w:br/>
      </w:r>
      <w:r>
        <w:rPr>
          <w:sz w:val="20"/>
        </w:rPr>
        <w:t>8:22  to is ne yeh idea nikala ke bara tank banaya jaye, is mein pani ho, aur wahan par deep water mein aap ja kar ke wahan par fishing karen, aur machhliyan pakar ke is is pani mein dal dein.</w:t>
      </w:r>
      <w:r>
        <w:br/>
      </w:r>
      <w:r>
        <w:rPr>
          <w:sz w:val="20"/>
        </w:rPr>
        <w:t>8:42  pani, aur sath sath unhon ne is ke andar ek choti shark dal di.</w:t>
      </w:r>
      <w:r>
        <w:br/>
      </w:r>
      <w:r>
        <w:rPr>
          <w:sz w:val="20"/>
        </w:rPr>
        <w:t>8:47  shark jo hai woh hunting fish hai, machhliyon ko khati hai. to woh to shark bohat bari bari hoti hain, choti shark unhon ne dal di.</w:t>
      </w:r>
      <w:r>
        <w:br/>
      </w:r>
      <w:r>
        <w:rPr>
          <w:sz w:val="20"/>
        </w:rPr>
        <w:t>8:59  ab kya hua ke jo chand din tak lagte thay wahan se, yani deep water se coast tak anay mein, to is mein machhliyon ke peechhe shark rehti thi.</w:t>
      </w:r>
      <w:r>
        <w:br/>
      </w:r>
      <w:r>
        <w:rPr>
          <w:sz w:val="20"/>
        </w:rPr>
        <w:t>9:14  machhliyan khoob doudti theen isi mein,</w:t>
      </w:r>
      <w:r>
        <w:br/>
      </w:r>
      <w:r>
        <w:rPr>
          <w:sz w:val="20"/>
        </w:rPr>
        <w:t>9:17  is water tank mein machhliyan dal nahin rehti theen, doudti rehti theen har waqt, kyunke har waqt doudati thi woh. to agarchay kuch thori si machhliyan woh kha bhi jati theen woh, lekin majority to bach jati thi.</w:t>
      </w:r>
      <w:r>
        <w:br/>
      </w:r>
      <w:r>
        <w:rPr>
          <w:sz w:val="20"/>
        </w:rPr>
        <w:t>9:29  phir bhi ek shark kitni machhli khaye gi, kyunke doudati khoob thi woh.</w:t>
      </w:r>
      <w:r>
        <w:br/>
      </w:r>
      <w:r>
        <w:rPr>
          <w:sz w:val="20"/>
        </w:rPr>
        <w:t>9:36  to jab yeh yeh lai gayi, yeh machhli lai gayi market mein, to japanese ne khoob pasand kiya is ko, khoob pasand kiya.</w:t>
      </w:r>
      <w:r>
        <w:br/>
      </w:r>
      <w:r>
        <w:rPr>
          <w:sz w:val="20"/>
        </w:rPr>
        <w:t>9:47  to aaj kal japan mein aisa kiya ja raha hai, is mein dekhiye kitna bara is mein lesson hai</w:t>
      </w:r>
    </w:p>
    <w:p>
      <w:pPr>
        <w:pStyle w:val="Heading2"/>
      </w:pPr>
      <w:r>
        <w:t>Dealing policy for Muslims</w:t>
      </w:r>
    </w:p>
    <w:p>
      <w:r>
        <w:rPr>
          <w:color w:val="666666"/>
          <w:sz w:val="18"/>
        </w:rPr>
        <w:t>Comparative Study of Religions | May 30, 2010 | Maulana Wahiduddin Khan · 2m 05s · at 50:51 · https://youtu.be/W5Pm3XIyyz8?t=3051</w:t>
      </w:r>
    </w:p>
    <w:p>
      <w:r>
        <w:rPr>
          <w:i/>
        </w:rPr>
        <w:t>“This is a great wisdom: put the political aspect in pending.”</w:t>
      </w:r>
    </w:p>
    <w:p>
      <w:r>
        <w:rPr>
          <w:sz w:val="20"/>
        </w:rPr>
        <w:t>50:51  ? yeh bohat hi bari is ka wisdom hai. wisdom, wisdom yeh hai ke political jo pehlu hai, us ko pending mein daal do, pending mein daal do. opportunities ko avail karo, yaani avail the opportunities and and leave the problem in pending</w:t>
      </w:r>
      <w:r>
        <w:br/>
      </w:r>
      <w:r>
        <w:rPr>
          <w:sz w:val="20"/>
        </w:rPr>
        <w:t xml:space="preserve">51:21  </w:t>
      </w:r>
      <w:r>
        <w:br/>
      </w:r>
      <w:r>
        <w:rPr>
          <w:sz w:val="20"/>
        </w:rPr>
        <w:t>51:26  jo problems hain, political problems hain, in ko pending mein daal do mustaqbil ke liye aur jo opportunities</w:t>
      </w:r>
      <w:r>
        <w:br/>
      </w:r>
      <w:r>
        <w:rPr>
          <w:sz w:val="20"/>
        </w:rPr>
        <w:t>51:31  hain, in ko avail karo.</w:t>
      </w:r>
      <w:r>
        <w:br/>
      </w:r>
      <w:r>
        <w:rPr>
          <w:sz w:val="20"/>
        </w:rPr>
        <w:t>51:37  agar yeh ab musalmanon ne jaana hota to yeh door mein dawah empire bana chuke hote.</w:t>
      </w:r>
      <w:r>
        <w:br/>
      </w:r>
      <w:r>
        <w:rPr>
          <w:sz w:val="20"/>
        </w:rPr>
        <w:t>51:42  woh dawah ki jo communication hai, religious freedom hai, literature hai, media hai, yani dawah ke sare woh</w:t>
      </w:r>
      <w:r>
        <w:br/>
      </w:r>
      <w:r>
        <w:rPr>
          <w:sz w:val="20"/>
        </w:rPr>
        <w:t>51:47  full gate khule hue hain.</w:t>
      </w:r>
      <w:r>
        <w:br/>
      </w:r>
      <w:r>
        <w:rPr>
          <w:sz w:val="20"/>
        </w:rPr>
        <w:t>51:52  dawah ke aitbar se sare mawaqe khul gaye, koi ek bhi aisi nahi hai jo band ho.</w:t>
      </w:r>
      <w:r>
        <w:br/>
      </w:r>
      <w:r>
        <w:rPr>
          <w:sz w:val="20"/>
        </w:rPr>
        <w:t>51:57  lekin musalman avail nahi kar sakte kyunke bas in ko ladna hai, ladna hai.</w:t>
      </w:r>
      <w:r>
        <w:br/>
      </w:r>
      <w:r>
        <w:rPr>
          <w:sz w:val="20"/>
        </w:rPr>
        <w:t>52:02  par lad rahe hain har jagah, gun chala rahe hain, bomb chala rahe hain, suicide bombing kar rahe</w:t>
      </w:r>
      <w:r>
        <w:br/>
      </w:r>
      <w:r>
        <w:rPr>
          <w:sz w:val="20"/>
        </w:rPr>
        <w:t>52:07  hain, hate kar rahe hain, hate kar rahe hain.</w:t>
      </w:r>
      <w:r>
        <w:br/>
      </w:r>
      <w:r>
        <w:rPr>
          <w:sz w:val="20"/>
        </w:rPr>
        <w:t>52:13  kyunke yeh yeh raaz nahi jaana inhone ke political problem ko pending mein daal do, dealing kar</w:t>
      </w:r>
      <w:r>
        <w:br/>
      </w:r>
      <w:r>
        <w:rPr>
          <w:sz w:val="20"/>
        </w:rPr>
        <w:t>52:18  do, dealing policy ikhtiyar karo.</w:t>
      </w:r>
      <w:r>
        <w:br/>
      </w:r>
      <w:r>
        <w:rPr>
          <w:sz w:val="20"/>
        </w:rPr>
        <w:t>52:23  Hazrat Masih ka matlab yeh tha ke dealing policy ikhtiyar karo, for the time being, at least for</w:t>
      </w:r>
      <w:r>
        <w:br/>
      </w:r>
      <w:r>
        <w:rPr>
          <w:sz w:val="20"/>
        </w:rPr>
        <w:t>52:29  the time being, dealing policy.</w:t>
      </w:r>
      <w:r>
        <w:br/>
      </w:r>
      <w:r>
        <w:rPr>
          <w:sz w:val="20"/>
        </w:rPr>
        <w:t>52:34  yani political power jo hai, us ko daal do pending mein aur opportunity jo hai, us ko avail karo.</w:t>
      </w:r>
      <w:r>
        <w:br/>
      </w:r>
      <w:r>
        <w:rPr>
          <w:sz w:val="20"/>
        </w:rPr>
        <w:t>52:40  itni bari baat Hazrat Masih ke haan thi aur musalman is se bekhabar rahe kyunke woh to</w:t>
      </w:r>
      <w:r>
        <w:br/>
      </w:r>
      <w:r>
        <w:rPr>
          <w:sz w:val="20"/>
        </w:rPr>
        <w:t>52:45  Hazrat Masih ko hate, Hazrat Masih ko ridicule karte rahe.</w:t>
      </w:r>
      <w:r>
        <w:br/>
      </w:r>
      <w:r>
        <w:rPr>
          <w:sz w:val="20"/>
        </w:rPr>
        <w:t>52:51  sare bare bare jo hamare woh hain,</w:t>
      </w:r>
    </w:p>
    <w:p>
      <w:pPr>
        <w:pStyle w:val="Heading2"/>
      </w:pPr>
      <w:r>
        <w:t>No classical text supports Maududi interpretation</w:t>
      </w:r>
    </w:p>
    <w:p>
      <w:r>
        <w:rPr>
          <w:color w:val="666666"/>
          <w:sz w:val="18"/>
        </w:rPr>
        <w:t>Glow Tv Maulana Wahiduddin Khan discussing with Zain Khan, about the Ideology of Maulana Maududi · 2m 58s · at 4:32 · https://youtu.be/wVNhLUk_YS0?t=272</w:t>
      </w:r>
    </w:p>
    <w:p>
      <w:r>
        <w:rPr>
          <w:i/>
        </w:rPr>
        <w:t>“Dekhiye, maine bahut kaafi padha hai”</w:t>
      </w:r>
    </w:p>
    <w:p>
      <w:r>
        <w:rPr>
          <w:sz w:val="20"/>
        </w:rPr>
        <w:t>4:32  dekhen, main ne bohat kaafi padha hai.</w:t>
      </w:r>
      <w:r>
        <w:br/>
      </w:r>
      <w:r>
        <w:rPr>
          <w:sz w:val="20"/>
        </w:rPr>
        <w:t>4:35  mere janne mein koi ek bhi book aisi nahi hai jis mein is ko,</w:t>
      </w:r>
      <w:r>
        <w:br/>
      </w:r>
      <w:r>
        <w:rPr>
          <w:sz w:val="20"/>
        </w:rPr>
        <w:t>4:44  jis mein is ka, yani is ko is tarah se interpret kiya gaya ho Islam ko.</w:t>
      </w:r>
      <w:r>
        <w:br/>
      </w:r>
      <w:r>
        <w:rPr>
          <w:sz w:val="20"/>
        </w:rPr>
        <w:t>4:50  is zamane mein sirf do aadmiyon ne aisa kiya hai, Arab ke Syed Qutb aur Indian sub sub</w:t>
      </w:r>
      <w:r>
        <w:br/>
      </w:r>
      <w:r>
        <w:rPr>
          <w:sz w:val="20"/>
        </w:rPr>
        <w:t>4:57  continents of continent ke Maulana Maududi.</w:t>
      </w:r>
      <w:r>
        <w:br/>
      </w:r>
      <w:r>
        <w:rPr>
          <w:sz w:val="20"/>
        </w:rPr>
        <w:t>5:00  bas. Koi bhi history mein, mujhe teesra aadmi nahi maloom jis ne Islam ko political andaaz mein interpret</w:t>
      </w:r>
      <w:r>
        <w:br/>
      </w:r>
      <w:r>
        <w:rPr>
          <w:sz w:val="20"/>
        </w:rPr>
        <w:t>5:08  kiya ho. Jo hawale diye jate hain, woh hawale sab, yani galat hote hain, out of context hote</w:t>
      </w:r>
      <w:r>
        <w:br/>
      </w:r>
      <w:r>
        <w:rPr>
          <w:sz w:val="20"/>
        </w:rPr>
        <w:t>5:15  hain, matlab kuch ka kuch nikal aata hai.</w:t>
      </w:r>
      <w:r>
        <w:br/>
      </w:r>
      <w:r>
        <w:rPr>
          <w:sz w:val="20"/>
        </w:rPr>
        <w:t>5:18  koi bhi, ek bhi koi aisa reference nahi hai, na koi aisi kitab hai jo waqeatan in logon</w:t>
      </w:r>
      <w:r>
        <w:br/>
      </w:r>
      <w:r>
        <w:rPr>
          <w:sz w:val="20"/>
        </w:rPr>
        <w:t>5:26  ke nazariye ki tasdeeq karti ho.</w:t>
      </w:r>
      <w:r>
        <w:br/>
      </w:r>
      <w:r>
        <w:rPr>
          <w:sz w:val="20"/>
        </w:rPr>
        <w:t>5:28  koi ek bhi nahi.</w:t>
      </w:r>
      <w:r>
        <w:br/>
      </w:r>
      <w:r>
        <w:rPr>
          <w:sz w:val="20"/>
        </w:rPr>
        <w:t>5:31  jo bhi in ka false argument hota hai, false reference hota hai, to false argument de kar ke</w:t>
      </w:r>
      <w:r>
        <w:br/>
      </w:r>
      <w:r>
        <w:rPr>
          <w:sz w:val="20"/>
        </w:rPr>
        <w:t>5:38  to aap koi baat sabit kar sakte hain.</w:t>
      </w:r>
      <w:r>
        <w:br/>
      </w:r>
      <w:r>
        <w:rPr>
          <w:sz w:val="20"/>
        </w:rPr>
        <w:t>5:40  dekhein, orientalist log jo hain, woh bohat aisa karte hain ke kahin kahin ki baat kahin jorte hain.</w:t>
      </w:r>
      <w:r>
        <w:br/>
      </w:r>
      <w:r>
        <w:rPr>
          <w:sz w:val="20"/>
        </w:rPr>
        <w:t>5:46  to maine tajziya kar ke bataya hai, doosre hawale bhi diye hain, ke maazi mein koi ek</w:t>
      </w:r>
      <w:r>
        <w:br/>
      </w:r>
      <w:r>
        <w:rPr>
          <w:sz w:val="20"/>
        </w:rPr>
        <w:t>5:53  bhi aisa, yaani author nahi hai, koi aisa Islamic scholar nahi hai jis ne woh baat kahi ho</w:t>
      </w:r>
      <w:r>
        <w:br/>
      </w:r>
      <w:r>
        <w:rPr>
          <w:sz w:val="20"/>
        </w:rPr>
        <w:t>6:02  jo Syed Qutb sahib aur Maulana Maududi sahib kehte hain.</w:t>
      </w:r>
      <w:r>
        <w:br/>
      </w:r>
      <w:r>
        <w:rPr>
          <w:sz w:val="20"/>
        </w:rPr>
        <w:t>6:07  meri kitab mein jo hai, sirf tabai ghalati nahi, balke aur kitabon mein maine is ko wazeh</w:t>
      </w:r>
      <w:r>
        <w:br/>
      </w:r>
      <w:r>
        <w:rPr>
          <w:sz w:val="20"/>
        </w:rPr>
        <w:t>6:11  kiya hai. Jaise deen ki, jaise deen,</w:t>
      </w:r>
      <w:r>
        <w:br/>
      </w:r>
      <w:r>
        <w:rPr>
          <w:sz w:val="20"/>
        </w:rPr>
        <w:t>6:18  ek kitab hai "Deen o Shariat"</w:t>
      </w:r>
      <w:r>
        <w:br/>
      </w:r>
      <w:r>
        <w:rPr>
          <w:sz w:val="20"/>
        </w:rPr>
        <w:t>6:21  aur kitab, kai is tarah ki kitabein hain.</w:t>
      </w:r>
      <w:r>
        <w:br/>
      </w:r>
      <w:r>
        <w:rPr>
          <w:sz w:val="20"/>
        </w:rPr>
        <w:t>6:23  aur khud meri jo tafsir hai,</w:t>
      </w:r>
      <w:r>
        <w:br/>
      </w:r>
      <w:r>
        <w:rPr>
          <w:sz w:val="20"/>
        </w:rPr>
        <w:t>6:26  meri jo tafsir hai "Tazkir ul Quran", is mein bhi bohat tafseel ke sath is nuqte nazar ko main</w:t>
      </w:r>
      <w:r>
        <w:br/>
      </w:r>
      <w:r>
        <w:rPr>
          <w:sz w:val="20"/>
        </w:rPr>
        <w:t>6:31  ne wazeh kiya hai, baghair hawale diye hue.</w:t>
      </w:r>
      <w:r>
        <w:br/>
      </w:r>
      <w:r>
        <w:rPr>
          <w:sz w:val="20"/>
        </w:rPr>
        <w:t>6:34  tafsiron mein is ka lihaaz kiya hai ke main kisi ka hawala na doon, na Syed Qutb sahib</w:t>
      </w:r>
      <w:r>
        <w:br/>
      </w:r>
      <w:r>
        <w:rPr>
          <w:sz w:val="20"/>
        </w:rPr>
        <w:t>6:39  ka, na Maududi sahib ka.</w:t>
      </w:r>
      <w:r>
        <w:br/>
      </w:r>
      <w:r>
        <w:rPr>
          <w:sz w:val="20"/>
        </w:rPr>
        <w:t>6:41  lekin baghair hawale maine</w:t>
      </w:r>
      <w:r>
        <w:br/>
      </w:r>
      <w:r>
        <w:rPr>
          <w:sz w:val="20"/>
        </w:rPr>
        <w:t>6:44  yeh baat is mein dikhai hai ke Quran ka jo</w:t>
      </w:r>
      <w:r>
        <w:br/>
      </w:r>
      <w:r>
        <w:rPr>
          <w:sz w:val="20"/>
        </w:rPr>
        <w:t>6:49  mansha hai, Quran ka jo nishana hai, woh har giz woh nahi hai jo hazraat pesh karte hain.</w:t>
      </w:r>
      <w:r>
        <w:br/>
      </w:r>
      <w:r>
        <w:rPr>
          <w:sz w:val="20"/>
        </w:rPr>
        <w:t>6:55  yaani, yaani state qaim karna.</w:t>
      </w:r>
      <w:r>
        <w:br/>
      </w:r>
      <w:r>
        <w:rPr>
          <w:sz w:val="20"/>
        </w:rPr>
        <w:t>6:58  abhi main Maulana Maududi ka ek mazmoon padh raha tha, Pakistan ka ek pressure hai, "Al Tafsir", is mein,</w:t>
      </w:r>
      <w:r>
        <w:br/>
      </w:r>
      <w:r>
        <w:rPr>
          <w:sz w:val="20"/>
        </w:rPr>
        <w:t>7:05  is mein woh likhte hain ke</w:t>
      </w:r>
      <w:r>
        <w:br/>
      </w:r>
      <w:r>
        <w:rPr>
          <w:sz w:val="20"/>
        </w:rPr>
        <w:t>7:08  musalman ka yeh kaam hai ke woh Allah ki niyabat mein, Allah ki badshahi duniya mein qaim kare.</w:t>
      </w:r>
      <w:r>
        <w:br/>
      </w:r>
      <w:r>
        <w:rPr>
          <w:sz w:val="20"/>
        </w:rPr>
        <w:t>7:16  yeh bilkul base less baat hai.</w:t>
      </w:r>
      <w:r>
        <w:br/>
      </w:r>
      <w:r>
        <w:rPr>
          <w:sz w:val="20"/>
        </w:rPr>
        <w:t>7:18  allah ki niyabat mein, allah ki badshahi dunya mein qaim kare, yeh un ke apne mind ka innovation</w:t>
      </w:r>
      <w:r>
        <w:br/>
      </w:r>
      <w:r>
        <w:rPr>
          <w:sz w:val="20"/>
        </w:rPr>
        <w:t>7:23  hai, apne mind ki ijad hai.</w:t>
      </w:r>
      <w:r>
        <w:br/>
      </w:r>
      <w:r>
        <w:rPr>
          <w:sz w:val="20"/>
        </w:rPr>
        <w:t>7:26  kahin bhi quran o hadith se yeh tasawwur sabit nahi hota.</w:t>
      </w:r>
      <w:r>
        <w:br/>
      </w:r>
      <w:r>
        <w:rPr>
          <w:sz w:val="20"/>
        </w:rPr>
        <w:t>7:30  Maulana sahib, aap ne abhi mention kiya hai apni kitab Ta'abeer ki Ghalati ka. Aap is ko please thoda sa elaborate kar dein.</w:t>
      </w:r>
    </w:p>
    <w:p>
      <w:pPr>
        <w:pStyle w:val="Heading2"/>
      </w:pPr>
      <w:r>
        <w:t>Right thinking and its development</w:t>
      </w:r>
    </w:p>
    <w:p>
      <w:r>
        <w:rPr>
          <w:color w:val="666666"/>
          <w:sz w:val="18"/>
        </w:rPr>
        <w:t>An Introduction to Islam | March 11, 2012 | Maulana Wahiduddin Khan · 2m 33s · at 18:45 · https://youtu.be/hu9tFuD55SI?t=1125</w:t>
      </w:r>
    </w:p>
    <w:p>
      <w:r>
        <w:rPr>
          <w:i/>
        </w:rPr>
        <w:t>“Ke aadmi ke apne andar right thinking paida karna chahiye”</w:t>
      </w:r>
    </w:p>
    <w:p>
      <w:r>
        <w:rPr>
          <w:sz w:val="20"/>
        </w:rPr>
        <w:t>18:45  keh aadmi ke apne andar right thinking paida karna chahiye, sahi soch, right thinking. Yani hamara jo freedom of choice hai, jo ikhtiyar hai, us ko poori tarah istemal kar ke, poori tarah istemal kar ke hum right think tak pohnchein. Yani hamare kaan, yani hamare sunne ki taqat, dekhne ki taqat, sochne ki taqat, bolne ki taqat, saari taqaton ko istemal kar ke</w:t>
      </w:r>
      <w:r>
        <w:br/>
      </w:r>
      <w:r>
        <w:rPr>
          <w:sz w:val="20"/>
        </w:rPr>
        <w:t>19:16  hum yeh janne ki koshish karein ke what is right thinking is duniya mein. Dekhein, right thinking kya hai, is ka definition kya hai. Right thinking ka matlab hai haqeeqat ke mutabiq thinking. Jo haqeeqat waqe hai hamare bahir, Allah ne jo qaim kar rakhi hai duniya mein, us haqeeqat waqe ke mutabiq soch</w:t>
      </w:r>
      <w:r>
        <w:br/>
      </w:r>
      <w:r>
        <w:rPr>
          <w:sz w:val="20"/>
        </w:rPr>
        <w:t>19:46  . Haqeeqat waqe woh hai jo Allah ne qaim kar rakha hai. Jo Allah ne jis ko haqeeqat ka darja diya, wohi haqeeqat hai. Is ke sath koi haqeeqat nahin. Misaal ke taur par dekhiye, yeh itni bari jo universe hai, is mein beshumar stars aur planet hain, aur sab musalsal ghoom rahe hain.</w:t>
      </w:r>
      <w:r>
        <w:br/>
      </w:r>
      <w:r>
        <w:rPr>
          <w:sz w:val="20"/>
        </w:rPr>
        <w:t>20:16  Koi bhi thehra hua nahin hai. 24 ghante har lamha ghoom rahe hain, ghoom rahe hain. Lekin har ek strictly apne apne orbit ko follow karta hai. Jo is ka orbit hai, to jo orbit Allah ne muqarrar kar diya, us orbit se zara bhai na idhar hota, na udhar hota. Bahut hi zyada disp</w:t>
      </w:r>
      <w:r>
        <w:br/>
      </w:r>
      <w:r>
        <w:rPr>
          <w:sz w:val="20"/>
        </w:rPr>
        <w:t>20:46  lin ke sath apne orbit par woh chalta hai. Is ka matlab kya hua? Ke haqeeqat waqe hamare bahir kya hai? Ke apne orbit mein raho, apne orbit se bahir mat jao. Apne daire mein raho, apne daire se bahir mat jao. Jo apna daaira hai, strictly usi ko follow karo. Is ka matlab kya hua? Ek hadith mein kaha gaya hai ke</w:t>
      </w:r>
    </w:p>
    <w:p>
      <w:pPr>
        <w:pStyle w:val="Heading2"/>
      </w:pPr>
      <w:r>
        <w:t>Kaaba and Hatim lesson in replanning</w:t>
      </w:r>
    </w:p>
    <w:p>
      <w:r>
        <w:rPr>
          <w:color w:val="666666"/>
          <w:sz w:val="18"/>
        </w:rPr>
        <w:t>Scientific Temper April 08, 2020 Maulana Wahiduddin Khan · 2m 20s · at 14:46 · https://youtu.be/BqvmKPF6w0A?t=886</w:t>
      </w:r>
    </w:p>
    <w:p>
      <w:r>
        <w:rPr>
          <w:i/>
        </w:rPr>
        <w:t>“In Islam, there is a very strange tradition of the Prophet.”</w:t>
      </w:r>
    </w:p>
    <w:p>
      <w:r>
        <w:rPr>
          <w:sz w:val="20"/>
        </w:rPr>
        <w:t>14:46  islam mein ek badi ajeeb ghareeb sunnat-e-rasool hai jo har haaji ko dikhai padti hai. wahan haaji log toot pade hain, toot padte hain umrah aur hajj ke liye.</w:t>
      </w:r>
      <w:r>
        <w:br/>
      </w:r>
      <w:r>
        <w:rPr>
          <w:sz w:val="20"/>
        </w:rPr>
        <w:t>15:03  lekin wahan koi sochta nahi. main jab gaya tha hajj karne ke liye to mera zyada waqt guzarta tha kaaba ko dekhne ke liye.</w:t>
      </w:r>
      <w:r>
        <w:br/>
      </w:r>
      <w:r>
        <w:rPr>
          <w:sz w:val="20"/>
        </w:rPr>
        <w:t>15:14  main sochta tha keh kaaba mein kaisi ajeeb ghareeb misaal hai. kaaba mein kaisi ajeeb ghareeb misaal hai.</w:t>
      </w:r>
      <w:r>
        <w:br/>
      </w:r>
      <w:r>
        <w:rPr>
          <w:sz w:val="20"/>
        </w:rPr>
        <w:t>15:23  kaaba jo banaya gaya tha hazrat ibrahim ke zamane mein, woh doosre naqshe ka tha. woh naqsha logon ne tod phod diya.</w:t>
      </w:r>
      <w:r>
        <w:br/>
      </w:r>
      <w:r>
        <w:rPr>
          <w:sz w:val="20"/>
        </w:rPr>
        <w:t>15:39  ajeeb baat hai keh rasool Allah ne is naqshe ko baqi rakha.</w:t>
      </w:r>
      <w:r>
        <w:br/>
      </w:r>
      <w:r>
        <w:rPr>
          <w:sz w:val="20"/>
        </w:rPr>
        <w:t>15:46  is ko kehte hain hatim. hatim. is liye is ko main samajhta hoon keh yeh replanning</w:t>
      </w:r>
      <w:r>
        <w:br/>
      </w:r>
      <w:r>
        <w:rPr>
          <w:sz w:val="20"/>
        </w:rPr>
        <w:t>15:59  pehle jo planning thi hatim ko include karne ki thi, ab ab jo planning hai woh hatim ko chhod kar ke bani hai.</w:t>
      </w:r>
      <w:r>
        <w:br/>
      </w:r>
      <w:r>
        <w:rPr>
          <w:sz w:val="20"/>
        </w:rPr>
        <w:t>16:12  lekin musalman is ko soch nahi paate. aaj tak musalmanon mein yeh soch nahi paida hui keh hatim ko kyun rasool Allah ne chhod diya.</w:t>
      </w:r>
      <w:r>
        <w:br/>
      </w:r>
      <w:r>
        <w:rPr>
          <w:sz w:val="20"/>
        </w:rPr>
        <w:t>16:25  is liye keh aap ne ek misaal qaim ki keh dekho hamesha waqt aata hai keh hum reign, hamesha replanning karen.</w:t>
      </w:r>
      <w:r>
        <w:br/>
      </w:r>
      <w:r>
        <w:rPr>
          <w:sz w:val="20"/>
        </w:rPr>
        <w:t>16:40  ek waqt tha keh hum</w:t>
      </w:r>
      <w:r>
        <w:br/>
      </w:r>
      <w:r>
        <w:rPr>
          <w:sz w:val="20"/>
        </w:rPr>
        <w:t>16:44  hatim ko lekar planning ki thi hum ne. aaj hum hatim ko chhod kar planning karna chahiye.</w:t>
      </w:r>
      <w:r>
        <w:br/>
      </w:r>
      <w:r>
        <w:rPr>
          <w:sz w:val="20"/>
        </w:rPr>
        <w:t>16:55  to main samajhta hoon keh sab se bada masla yahi hai hamara keh hum</w:t>
      </w:r>
    </w:p>
    <w:p>
      <w:pPr>
        <w:pStyle w:val="Heading2"/>
      </w:pPr>
      <w:r>
        <w:t>Maulana's failures prevented ordinary life</w:t>
      </w:r>
    </w:p>
    <w:p>
      <w:r>
        <w:rPr>
          <w:color w:val="666666"/>
          <w:sz w:val="18"/>
        </w:rPr>
        <w:t>Man and Angels April 27, 2014 · 2m 25s · at 17:06 · https://youtu.be/b3fk1cakPeo?t=1026</w:t>
      </w:r>
    </w:p>
    <w:p>
      <w:r>
        <w:rPr>
          <w:i/>
        </w:rPr>
        <w:t>“Maine bar bar apna goal banaya, lekin woh hua nahi”</w:t>
      </w:r>
    </w:p>
    <w:p>
      <w:r>
        <w:rPr>
          <w:sz w:val="20"/>
        </w:rPr>
        <w:t>17:06  bohat hi zyada aham baat hai yeh jis ko aap ko samajhna chahiye. mein apni zindagi mein mein ne dekha hai ke mein ne bar bar apna aik goal banaya, aik target rakha ke mujhe yeh karna hai,</w:t>
      </w:r>
      <w:r>
        <w:br/>
      </w:r>
      <w:r>
        <w:rPr>
          <w:sz w:val="20"/>
        </w:rPr>
        <w:t>17:23  mujhe ghar banana hai, mujhe business karna hai, mujhe job hasil karna hai. bar bar, bar bar.</w:t>
      </w:r>
      <w:r>
        <w:br/>
      </w:r>
      <w:r>
        <w:rPr>
          <w:sz w:val="20"/>
        </w:rPr>
        <w:t>17:31  yani mein samajhta hoon ke jab mein apni recall karta hoon apni pichli zindagi ko to kam az kam pachees aise waqeat mujhe yaad aate hain jab ke mein ne aik cheez chaha.</w:t>
      </w:r>
      <w:r>
        <w:br/>
      </w:r>
      <w:r>
        <w:rPr>
          <w:sz w:val="20"/>
        </w:rPr>
        <w:t>17:46  lekin woh hua nahi. hua nahi. to mein wahan par yahi samjha ke mein jaise har aadmi sad ho jata hai, mein bhi sad ho gaya.</w:t>
      </w:r>
      <w:r>
        <w:br/>
      </w:r>
      <w:r>
        <w:rPr>
          <w:sz w:val="20"/>
        </w:rPr>
        <w:t>17:59  is waqt to sad ho gaya mein. lekin baad ke waqiat ne bataya ke woh bohat hi sahih tha. jo nahi hua, woh is liye nahi hua ke woh target hi galat tha.</w:t>
      </w:r>
      <w:r>
        <w:br/>
      </w:r>
      <w:r>
        <w:rPr>
          <w:sz w:val="20"/>
        </w:rPr>
        <w:t>18:14  misal ke tor par dekhen, jab British Period mein, mein British Period mein paida hua to mein dekhta tha ke log college aur university mein parhte hain, is se unhein job milta hai aur achi zindagi ban jati hai un ki.</w:t>
      </w:r>
      <w:r>
        <w:br/>
      </w:r>
      <w:r>
        <w:rPr>
          <w:sz w:val="20"/>
        </w:rPr>
        <w:t>18:34  to mein ne bhi college mein dakhla lena chaha, school aur college aur university ki taleem hasil karna chaha.</w:t>
      </w:r>
      <w:r>
        <w:br/>
      </w:r>
      <w:r>
        <w:rPr>
          <w:sz w:val="20"/>
        </w:rPr>
        <w:t>18:43  kai bar mein ne koshish ki is ki. har koshish meri nakam ho gayi. mujhe admission hi nahi mila.</w:t>
      </w:r>
      <w:r>
        <w:br/>
      </w:r>
      <w:r>
        <w:rPr>
          <w:sz w:val="20"/>
        </w:rPr>
        <w:t>18:54  bohat hi ajib o gharib baat hai ke mujhe admission hi nahi mila. mein sochta tha ke yeh kya cheez hai? ab mein sochta hoon ke admission na milna mere liye kitni bari blessing thi.</w:t>
      </w:r>
      <w:r>
        <w:br/>
      </w:r>
      <w:r>
        <w:rPr>
          <w:sz w:val="20"/>
        </w:rPr>
        <w:t>19:07  kyun ke jin ko admission mil gaya, jinho ne BA, MA kiya, woh job market mein chale gaye. aur earning annual ban gaye.</w:t>
      </w:r>
      <w:r>
        <w:br/>
      </w:r>
      <w:r>
        <w:rPr>
          <w:sz w:val="20"/>
        </w:rPr>
        <w:t>19:19  isi mein jiye, isi mein mare. to mein bhi wahi hota, earning annual ban jata. mein man of mission nahi ban sakta tha.</w:t>
      </w:r>
    </w:p>
    <w:p>
      <w:pPr>
        <w:pStyle w:val="Heading2"/>
      </w:pPr>
      <w:r>
        <w:t>What to change? Be honest for istikhara</w:t>
      </w:r>
    </w:p>
    <w:p>
      <w:r>
        <w:rPr>
          <w:color w:val="666666"/>
          <w:sz w:val="18"/>
        </w:rPr>
        <w:t>Istikhara in Islam 27 July, 2019 - Maulana Wahiduddin Khan · 1m 51s · at 22:33 · https://youtu.be/Gf6P5IA15Zo?t=1353</w:t>
      </w:r>
    </w:p>
    <w:p>
      <w:r>
        <w:rPr>
          <w:i/>
        </w:rPr>
        <w:t>“ہم اپنے اندر کیا بدلاؤ لائیں؟ بس اونسٹ”</w:t>
      </w:r>
    </w:p>
    <w:p>
      <w:r>
        <w:rPr>
          <w:sz w:val="20"/>
        </w:rPr>
        <w:t>22:33  hum apne andar kya badlav layen? bas honest, koi aur baat nahin. honest, honest ke mani hain</w:t>
      </w:r>
      <w:r>
        <w:br/>
      </w:r>
      <w:r>
        <w:rPr>
          <w:sz w:val="20"/>
        </w:rPr>
        <w:t>22:44  ke aap ke yani Allah ke bare mein, Allah ke bare mein aakhri had tak honest hon. woh mein ne paya hai ke log lip service karte hain,</w:t>
      </w:r>
      <w:r>
        <w:br/>
      </w:r>
      <w:r>
        <w:rPr>
          <w:sz w:val="20"/>
        </w:rPr>
        <w:t>22:57  jitne Allah ka naam lete hain na, sab lip service. lekin sahi ma'ano mein agar aap honest hon, honest, aur yeh aap ka dil bata deta hai foran ke mein honest hoon ke nahin honest hoon, mere is tajrube mein yeh sab lip service, lip service hai.</w:t>
      </w:r>
      <w:r>
        <w:br/>
      </w:r>
      <w:r>
        <w:rPr>
          <w:sz w:val="20"/>
        </w:rPr>
        <w:t>23:15  lekin mujhe yaqeen hai ke agar koi sach much honest ho, aur is ka dil gawahi de ke mein honest hoon,</w:t>
      </w:r>
      <w:r>
        <w:br/>
      </w:r>
      <w:r>
        <w:rPr>
          <w:sz w:val="20"/>
        </w:rPr>
        <w:t>23:24  toh mein toh samajhta hoon ke farishte toh kaha Jibrael utar padte hain is ke liye,</w:t>
      </w:r>
      <w:r>
        <w:br/>
      </w:r>
      <w:r>
        <w:rPr>
          <w:sz w:val="20"/>
        </w:rPr>
        <w:t>23:33  lekin doosra koi faisla nahin kar sakta ke aap honest hain ke nahin. aap khud faisla kar sakte hain ke mein honest hoon ya nahin, honest hoon ya lip service wala insan hoon.</w:t>
      </w:r>
      <w:r>
        <w:br/>
      </w:r>
      <w:r>
        <w:rPr>
          <w:sz w:val="20"/>
        </w:rPr>
        <w:t>23:53  honesty is the only condition, lekin honesty ka yaad rakhiye, koi bahar ka aadmi faisla nahin kar sakta ke aap ka honesty hai ke nahin,</w:t>
      </w:r>
      <w:r>
        <w:br/>
      </w:r>
      <w:r>
        <w:rPr>
          <w:sz w:val="20"/>
        </w:rPr>
        <w:t>24:07  lekin aap zaroor kar sakte hain. aap ka conscious conscious jo hai, woh zaroor bol bol dega ke aap honest hain ke nahin.</w:t>
      </w:r>
    </w:p>
    <w:p>
      <w:pPr>
        <w:pStyle w:val="Heading2"/>
      </w:pPr>
      <w:r>
        <w:t>Pride from incorrect historical writing</w:t>
      </w:r>
    </w:p>
    <w:p>
      <w:r>
        <w:rPr>
          <w:color w:val="666666"/>
          <w:sz w:val="18"/>
        </w:rPr>
        <w:t>The History of Islamic Learning | May 14, 2006 | Maulana Wahiduddin Khan · 2m 02s · at 1:02:12 · https://youtu.be/E-4EdNARtdk?t=3732</w:t>
      </w:r>
    </w:p>
    <w:p>
      <w:r>
        <w:rPr>
          <w:i/>
        </w:rPr>
        <w:t>“History was written as kings' history.”</w:t>
      </w:r>
    </w:p>
    <w:p>
      <w:r>
        <w:rPr>
          <w:sz w:val="20"/>
        </w:rPr>
        <w:t>1:02:12  tareekh jo is se likhi gayi ke badshahon ki tareekh aur khulafaon ki tareekh jangi karnamon ki tareekh aur qaumon ko yani sair karne ki tareekh is se kya hua is se yeh kya hua ke pride ka zehan bana pride aam taur par jo aap dekhte hain ke fakhr se kaho ke hum musalman hain yeh kahan se aata hai is ka source kya hai aam taur par mizaj dukano mein gharon mein ja ke dekhenge aap likha hua fakhr se kaho ke hum mus</w:t>
      </w:r>
      <w:r>
        <w:br/>
      </w:r>
      <w:r>
        <w:rPr>
          <w:sz w:val="20"/>
        </w:rPr>
        <w:t>1:02:42  alman hain aam taur par aap is peeche se sunenge kitabon mein padhenge ke hum hum fakhr hamein hum hum ko is par fakhr hai ke hum musalman hain yeh kahan se aaya yani fakhr ka concept kahan se aaya na quran mein kahin likha hua hai ke islam to hamare liye fakhr hai na hadith mein kahin aisa hai yeh hai history se aaya hua fakhr ka concept history se aaya hai woh quran aur hadith se nahi aaya hai</w:t>
      </w:r>
      <w:r>
        <w:br/>
      </w:r>
      <w:r>
        <w:rPr>
          <w:sz w:val="20"/>
        </w:rPr>
        <w:t>1:03:12  kyun aap quran padhenge to aap ko to barish hi aayegi khuda ka khauf aayega aap ko dar lagega kahin khuda mujhe pakde na mujhe jahannum mein na daal de to fakhr kahan se aayega wahan par wahan fakhr koi sawal hi nahi paida hota yani khuda ke kalam ko jo sunte hain aap quran mein ya padhte hain aap to aap ka dil dehal uthta hai aap ko lagta hai ke jo khaliq hai jo creator hai woh mujhe khitab kar raha hai to aap ko modesty aati hai</w:t>
      </w:r>
      <w:r>
        <w:br/>
      </w:r>
      <w:r>
        <w:rPr>
          <w:sz w:val="20"/>
        </w:rPr>
        <w:t>1:03:43  mein khuda ka banda hoon yeh ehsaas aata hai aap ko khuda ki ibadat karni chahiye ehsaas aata hai fakhr nahi aata hai fakhr kahan aata hai kahan se aata hai history ko padhne se aur history jo ghalt likhi gayi hai dekhein yahan par mein arz karoon ke ibn khaldun ne is ko point out kiya hai ke hazaron saal se history jo thi woh naam thi badshahon ki history ka</w:t>
      </w:r>
    </w:p>
    <w:p>
      <w:pPr>
        <w:pStyle w:val="Heading2"/>
      </w:pPr>
      <w:r>
        <w:t>Three conditions of tawba and human fallibility</w:t>
      </w:r>
    </w:p>
    <w:p>
      <w:r>
        <w:rPr>
          <w:color w:val="666666"/>
          <w:sz w:val="18"/>
        </w:rPr>
        <w:t>Collective Repentance I Feb 24, 2013 Maulana Wahiduddin Khan · 2m 09s · at 2:14 · https://youtu.be/lkkolxAL38c?t=134</w:t>
      </w:r>
    </w:p>
    <w:p>
      <w:r>
        <w:rPr>
          <w:i/>
        </w:rPr>
        <w:t>“Tawba ki teen conditions hain”</w:t>
      </w:r>
    </w:p>
    <w:p>
      <w:r>
        <w:rPr>
          <w:sz w:val="20"/>
        </w:rPr>
        <w:t>2:14  toba ki teen condition hain. aik hai nadamat.</w:t>
      </w:r>
      <w:r>
        <w:br/>
      </w:r>
      <w:r>
        <w:rPr>
          <w:sz w:val="20"/>
        </w:rPr>
        <w:t>2:22  hadith mein aata hai ke al-toabatu wal-nadam. toba nadamat ka naam hai. nadamat ka matlab hai repentance.</w:t>
      </w:r>
      <w:r>
        <w:br/>
      </w:r>
      <w:r>
        <w:rPr>
          <w:sz w:val="20"/>
        </w:rPr>
        <w:t>2:36  to toba ki jo asal hai woh yahi hai: nadamat ya sharmindagi, repentance, yeh asal hai is ki. isi ke sath do aur is mein condition jut jati hain.</w:t>
      </w:r>
      <w:r>
        <w:br/>
      </w:r>
      <w:r>
        <w:rPr>
          <w:sz w:val="20"/>
        </w:rPr>
        <w:t>2:48  aik yeh ke yeh pehla to yeh hai ke aadmi</w:t>
      </w:r>
      <w:r>
        <w:br/>
      </w:r>
      <w:r>
        <w:rPr>
          <w:sz w:val="20"/>
        </w:rPr>
        <w:t>2:54  apne kiye par sharminda ho.</w:t>
      </w:r>
      <w:r>
        <w:br/>
      </w:r>
      <w:r>
        <w:rPr>
          <w:sz w:val="20"/>
        </w:rPr>
        <w:t>2:59  dosra yeh hai ke woh yeh decide kare ke ab is ko aisa nahi karna hai kabhi. aisa kabhi nahi karna hai, is ko repeat nahi karna hai.</w:t>
      </w:r>
      <w:r>
        <w:br/>
      </w:r>
      <w:r>
        <w:rPr>
          <w:sz w:val="20"/>
        </w:rPr>
        <w:t>3:13  aur teesri shart yeh hai ke agar insaan ke mamle mein ghalati ki hai aap ne, insaan ko aap ne koi nuqsan pohanchaya hai, to is ko aap ko compensate karna hoga, is ki talafi karni hogi.</w:t>
      </w:r>
      <w:r>
        <w:br/>
      </w:r>
      <w:r>
        <w:rPr>
          <w:sz w:val="20"/>
        </w:rPr>
        <w:t>3:30  yeh teen shartein hain toba ki. to toba bohat ziyada aham hai is liye ke is dunya mein aadmi baap par ghalati karta hai.</w:t>
      </w:r>
      <w:r>
        <w:br/>
      </w:r>
      <w:r>
        <w:rPr>
          <w:sz w:val="20"/>
        </w:rPr>
        <w:t>3:42  koi bhi aadmi ghalati se bach nahi sakta.</w:t>
      </w:r>
      <w:r>
        <w:br/>
      </w:r>
      <w:r>
        <w:rPr>
          <w:sz w:val="20"/>
        </w:rPr>
        <w:t>3:47  jo kaha jata hai ke "to err is human".</w:t>
      </w:r>
      <w:r>
        <w:br/>
      </w:r>
      <w:r>
        <w:rPr>
          <w:sz w:val="20"/>
        </w:rPr>
        <w:t>3:52  yahi baat hadith mein bhi kahi gayi hai: "kullu bani adama khattaun". khair al-khattai ne "tawwabun".</w:t>
      </w:r>
      <w:r>
        <w:br/>
      </w:r>
      <w:r>
        <w:rPr>
          <w:sz w:val="20"/>
        </w:rPr>
        <w:t>4:04  saare insaan ghalati karte hain aur sab se acha ghalati karne wala woh hai jo toba kare, jo lote. to toba ki do sooraten hain: aik hai infiradi toba, doosri hai ijtamai toba.</w:t>
      </w:r>
    </w:p>
    <w:p>
      <w:pPr>
        <w:pStyle w:val="Heading2"/>
      </w:pPr>
      <w:r>
        <w:t>Founding CPS shifted his thinking from Muslim to human</w:t>
      </w:r>
    </w:p>
    <w:p>
      <w:r>
        <w:rPr>
          <w:color w:val="666666"/>
          <w:sz w:val="18"/>
        </w:rPr>
        <w:t>Glimpses from My Life January 4, 2009 · 2m 04s · at 54:37 · https://youtu.be/qLpcIX-hlC0?t=3277</w:t>
      </w:r>
    </w:p>
    <w:p>
      <w:r>
        <w:rPr>
          <w:i/>
        </w:rPr>
        <w:t>“2001 mein humne CPS banayi”</w:t>
      </w:r>
    </w:p>
    <w:p>
      <w:r>
        <w:rPr>
          <w:sz w:val="20"/>
        </w:rPr>
        <w:t>54:37  yeh saare log jo hain mere booster the goya ke. phir ek bohat bara meri zindagi mein woh hai jab is ne CPS banaya.</w:t>
      </w:r>
      <w:r>
        <w:br/>
      </w:r>
      <w:r>
        <w:rPr>
          <w:sz w:val="20"/>
        </w:rPr>
        <w:t>54:46  yaani shayad 2001 mein. hain ji January 2001 mein. haan, January 2001 mein CPS banayi hum ne.</w:t>
      </w:r>
      <w:r>
        <w:br/>
      </w:r>
      <w:r>
        <w:rPr>
          <w:sz w:val="20"/>
        </w:rPr>
        <w:t>54:55  tab jis mein Mr Rajat Malhotra aur Ms Priya Malik aur Naghma Siddiqui aur Astifi Malhotra waghera kai log aaye.</w:t>
      </w:r>
      <w:r>
        <w:br/>
      </w:r>
      <w:r>
        <w:rPr>
          <w:sz w:val="20"/>
        </w:rPr>
        <w:t>55:08  Khalid, Mr Khalid Ansari, yeh sab log aaye.</w:t>
      </w:r>
      <w:r>
        <w:br/>
      </w:r>
      <w:r>
        <w:rPr>
          <w:sz w:val="20"/>
        </w:rPr>
        <w:t>55:11  yaani modern educated log, jin logon ki education modern tareeqe par hui thi, woh log aaye. ab yeh ek hamari zindagi mein ek naya phase tha yeh.</w:t>
      </w:r>
      <w:r>
        <w:br/>
      </w:r>
      <w:r>
        <w:rPr>
          <w:sz w:val="20"/>
        </w:rPr>
        <w:t>55:21  yeh log question karte the. woh question jo the woh general qism ke hote the, universal type ke. is se pehle, CPS se pehle jo maine, meri soch thi, woh thi Muslim oriented soch.</w:t>
      </w:r>
      <w:r>
        <w:br/>
      </w:r>
      <w:r>
        <w:rPr>
          <w:sz w:val="20"/>
        </w:rPr>
        <w:t>55:35  Muslim oriented soch thi main.</w:t>
      </w:r>
      <w:r>
        <w:br/>
      </w:r>
      <w:r>
        <w:rPr>
          <w:sz w:val="20"/>
        </w:rPr>
        <w:t>55:38  jittne bhi meri is zamane ki writing hain, aap dekhen to sab mein musalmanon ko le kar ke main kuch kehta tha. musalmanon ko le kar ke sari baat, meri soch chalti thi muslim problem par, muslim issues par.</w:t>
      </w:r>
      <w:r>
        <w:br/>
      </w:r>
      <w:r>
        <w:rPr>
          <w:sz w:val="20"/>
        </w:rPr>
        <w:t>55:53  lekin yeh 2001 mein jo CPS bana, woh yeh log aaye. to in logon ke sawalat doosre hote thay.</w:t>
      </w:r>
      <w:r>
        <w:br/>
      </w:r>
      <w:r>
        <w:rPr>
          <w:sz w:val="20"/>
        </w:rPr>
        <w:t>56:02  Mr Khalid Ansari, Mr Rajat Malhotra, Astifi Malhotra, Priya Malik, Naghma Siddiqui aur Mr Navdeep Kapoor, yeh saare log jo thay, jo is CPS mein ekhatta hue, unke jo question thay, woh question insaan ko le kar hotay thay.</w:t>
      </w:r>
      <w:r>
        <w:br/>
      </w:r>
      <w:r>
        <w:rPr>
          <w:sz w:val="20"/>
        </w:rPr>
        <w:t>56:21  muslim ko le kar nahi hotay thay.</w:t>
      </w:r>
      <w:r>
        <w:br/>
      </w:r>
      <w:r>
        <w:rPr>
          <w:sz w:val="20"/>
        </w:rPr>
        <w:t>56:23  to mujhe, mera mind jo hai, ek naya, naye dhang par activate honay laga. naye dhang par activate honay laga. aur meri soch jo hai, jo is se pehle muslim oriented soch thi, woh insaan oriented soch ban gayi.</w:t>
      </w:r>
      <w:r>
        <w:br/>
      </w:r>
      <w:r>
        <w:rPr>
          <w:sz w:val="20"/>
        </w:rPr>
        <w:t>56:39  yeh bohat bara departure tha meri zindagi mein.</w:t>
      </w:r>
    </w:p>
    <w:p>
      <w:pPr>
        <w:pStyle w:val="Heading2"/>
      </w:pPr>
      <w:r>
        <w:t>A preacher's reward for guiding one soul beats a mother's care</w:t>
      </w:r>
    </w:p>
    <w:p>
      <w:r>
        <w:rPr>
          <w:color w:val="666666"/>
          <w:sz w:val="18"/>
        </w:rPr>
        <w:t>Realistic Approach 30 March, 2014 · 1m 56s · at 49:48 · https://youtu.be/HIFxmWWiEG4?t=2988</w:t>
      </w:r>
    </w:p>
    <w:p>
      <w:r>
        <w:rPr>
          <w:i/>
        </w:rPr>
        <w:t>“A preacher's incentive is a billion times greater than a mother's.”</w:t>
      </w:r>
    </w:p>
    <w:p>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Trial and error leads to progress</w:t>
      </w:r>
    </w:p>
    <w:p>
      <w:r>
        <w:rPr>
          <w:color w:val="666666"/>
          <w:sz w:val="18"/>
        </w:rPr>
        <w:t>Problem of Suffering | October 29, 2007 · 2m 03s · at 24:53 · https://youtu.be/6dOZdfipjXQ?t=1493</w:t>
      </w:r>
    </w:p>
    <w:p>
      <w:r>
        <w:rPr>
          <w:i/>
        </w:rPr>
        <w:t>“Man will try, fall, rise, and achieve progress”</w:t>
      </w:r>
    </w:p>
    <w:p>
      <w:r>
        <w:rPr>
          <w:sz w:val="20"/>
        </w:rPr>
        <w:t>24:53  ke trial and error.</w:t>
      </w:r>
      <w:r>
        <w:br/>
      </w:r>
      <w:r>
        <w:rPr>
          <w:sz w:val="20"/>
        </w:rPr>
        <w:t>24:57  aadmi koshish karega, kabhi girega, kabhi uthega, kabhi koi loss hoga, kabhi faida hoga.</w:t>
      </w:r>
      <w:r>
        <w:br/>
      </w:r>
      <w:r>
        <w:rPr>
          <w:sz w:val="20"/>
        </w:rPr>
        <w:t>25:02  yahan tak ke woh bohat bari progress hasil kar lega.</w:t>
      </w:r>
      <w:r>
        <w:br/>
      </w:r>
      <w:r>
        <w:rPr>
          <w:sz w:val="20"/>
        </w:rPr>
        <w:t>25:06  aap civilization ki aap history parhen.</w:t>
      </w:r>
      <w:r>
        <w:br/>
      </w:r>
      <w:r>
        <w:rPr>
          <w:sz w:val="20"/>
        </w:rPr>
        <w:t>25:10  civilization ki history parhen to yahi aap ko scene dikhai dega.</w:t>
      </w:r>
      <w:r>
        <w:br/>
      </w:r>
      <w:r>
        <w:rPr>
          <w:sz w:val="20"/>
        </w:rPr>
        <w:t>25:14  kaha jata hai ke civilization ki history jo hai woh is waqt shuru hui jab ke insan ne</w:t>
      </w:r>
      <w:r>
        <w:br/>
      </w:r>
      <w:r>
        <w:rPr>
          <w:sz w:val="20"/>
        </w:rPr>
        <w:t>25:19  wheel discover kiya, wheel invent kiya</w:t>
      </w:r>
      <w:r>
        <w:br/>
      </w:r>
      <w:r>
        <w:rPr>
          <w:sz w:val="20"/>
        </w:rPr>
        <w:t>25:23  pahiya.</w:t>
      </w:r>
      <w:r>
        <w:br/>
      </w:r>
      <w:r>
        <w:rPr>
          <w:sz w:val="20"/>
        </w:rPr>
        <w:t>25:28  jab pahiya insan ne discover kiya tha ya invent kiya tha, us waqt se aaj kahan tak pohanch</w:t>
      </w:r>
      <w:r>
        <w:br/>
      </w:r>
      <w:r>
        <w:rPr>
          <w:sz w:val="20"/>
        </w:rPr>
        <w:t>25:33  chuki hai yeh civilization? ek lambi journey hai, yeh lamba safar hai.</w:t>
      </w:r>
      <w:r>
        <w:br/>
      </w:r>
      <w:r>
        <w:rPr>
          <w:sz w:val="20"/>
        </w:rPr>
        <w:t>25:38  yeh kaise hua? insan ne apne potential ko actual banaya.</w:t>
      </w:r>
      <w:r>
        <w:br/>
      </w:r>
      <w:r>
        <w:rPr>
          <w:sz w:val="20"/>
        </w:rPr>
        <w:t>25:43  to Khuda ne insan ko ek bohat hi unique cheez di hai, woh hai mind.</w:t>
      </w:r>
      <w:r>
        <w:br/>
      </w:r>
      <w:r>
        <w:rPr>
          <w:sz w:val="20"/>
        </w:rPr>
        <w:t>25:48  jo star mein nahin, woh planet mein nahin, mountain</w:t>
      </w:r>
      <w:r>
        <w:br/>
      </w:r>
      <w:r>
        <w:rPr>
          <w:sz w:val="20"/>
        </w:rPr>
        <w:t>25:53  mein nahin, ocean mein nahin.</w:t>
      </w:r>
      <w:r>
        <w:br/>
      </w:r>
      <w:r>
        <w:rPr>
          <w:sz w:val="20"/>
        </w:rPr>
        <w:t>25:59  yeh hamara apna kaam hai ke hum apne mind ke potential ko explore karen, is ko unfold karen,</w:t>
      </w:r>
      <w:r>
        <w:br/>
      </w:r>
      <w:r>
        <w:rPr>
          <w:sz w:val="20"/>
        </w:rPr>
        <w:t>26:04  aur is potential ko actual banaen.</w:t>
      </w:r>
      <w:r>
        <w:br/>
      </w:r>
      <w:r>
        <w:rPr>
          <w:sz w:val="20"/>
        </w:rPr>
        <w:t>26:10  to yeh yeh ek lamba process chalega.</w:t>
      </w:r>
      <w:r>
        <w:br/>
      </w:r>
      <w:r>
        <w:rPr>
          <w:sz w:val="20"/>
        </w:rPr>
        <w:t>26:15  is mein woh cheezen bhi hongi jis ko aap suffering kahen ge.</w:t>
      </w:r>
      <w:r>
        <w:br/>
      </w:r>
      <w:r>
        <w:rPr>
          <w:sz w:val="20"/>
        </w:rPr>
        <w:t>26:21  woh cheezen bhi hon gi jis ko aap Evil kahen ge.</w:t>
      </w:r>
      <w:r>
        <w:br/>
      </w:r>
      <w:r>
        <w:rPr>
          <w:sz w:val="20"/>
        </w:rPr>
        <w:t>26:26  lekan aap, yeh Superfluous Thinking hai jo log aisa bolte hain. Superfluous Thinking.</w:t>
      </w:r>
      <w:r>
        <w:br/>
      </w:r>
      <w:r>
        <w:rPr>
          <w:sz w:val="20"/>
        </w:rPr>
        <w:t>26:31  mein aik Example deta hoon aap ko.</w:t>
      </w:r>
      <w:r>
        <w:br/>
      </w:r>
      <w:r>
        <w:rPr>
          <w:sz w:val="20"/>
        </w:rPr>
        <w:t>26:36  aik Philosopher thay jo Atheist thay.</w:t>
      </w:r>
      <w:r>
        <w:br/>
      </w:r>
      <w:r>
        <w:rPr>
          <w:sz w:val="20"/>
        </w:rPr>
        <w:t>26:41  toh un ka kehna tha ke Evil hai dunya mein, aur Evil is baat ka Proof hai ke</w:t>
      </w:r>
      <w:r>
        <w:br/>
      </w:r>
      <w:r>
        <w:rPr>
          <w:sz w:val="20"/>
        </w:rPr>
        <w:t>26:46  is ka Creator koi nahi hai.</w:t>
      </w:r>
      <w:r>
        <w:br/>
      </w:r>
      <w:r>
        <w:rPr>
          <w:sz w:val="20"/>
        </w:rPr>
        <w:t>26:51  agar Creator hota toh Evil na hota dunya</w:t>
      </w:r>
    </w:p>
    <w:p>
      <w:pPr>
        <w:pStyle w:val="Heading2"/>
      </w:pPr>
      <w:r>
        <w:t>Sign of honey bee teaches lesson</w:t>
      </w:r>
    </w:p>
    <w:p>
      <w:r>
        <w:rPr>
          <w:color w:val="666666"/>
          <w:sz w:val="18"/>
        </w:rPr>
        <w:t>How to Lead a Life of Fulfilment September 24, 2017 · 2m 35s · at 6:37 · https://youtu.be/WUoQOo2_zd8?t=397</w:t>
      </w:r>
    </w:p>
    <w:p>
      <w:r>
        <w:rPr>
          <w:i/>
        </w:rPr>
        <w:t>“Yeh jo waqea bataya gaya Quran mein honey bee ka”</w:t>
      </w:r>
    </w:p>
    <w:p>
      <w:r>
        <w:rPr>
          <w:sz w:val="20"/>
        </w:rPr>
        <w:t>6:37  fakkaroon. haan. ke yeh jo waqia bataya gaya quran mein shehad ki makhi ka, honey bee ka, is mein sochne walon ke liye nishani hai.</w:t>
      </w:r>
      <w:r>
        <w:br/>
      </w:r>
      <w:r>
        <w:rPr>
          <w:sz w:val="20"/>
        </w:rPr>
        <w:t>6:52  to is ko maine follow kiya ke is mein nishani kya hai? nishani ke mani learning, nishani koi mysterious word nahi hai.</w:t>
      </w:r>
      <w:r>
        <w:br/>
      </w:r>
      <w:r>
        <w:rPr>
          <w:sz w:val="20"/>
        </w:rPr>
        <w:t>7:05  nishani ke mani learning.</w:t>
      </w:r>
      <w:r>
        <w:br/>
      </w:r>
      <w:r>
        <w:rPr>
          <w:sz w:val="20"/>
        </w:rPr>
        <w:t>7:10  yani jo sochne wale hain un ko is waqie mein learning hoti hai. woh learning kya hai?</w:t>
      </w:r>
      <w:r>
        <w:br/>
      </w:r>
      <w:r>
        <w:rPr>
          <w:sz w:val="20"/>
        </w:rPr>
        <w:t>7:21  to mujhe jo learning hui woh yeh thi ke</w:t>
      </w:r>
      <w:r>
        <w:br/>
      </w:r>
      <w:r>
        <w:rPr>
          <w:sz w:val="20"/>
        </w:rPr>
        <w:t>7:31  mali ko mein ne compare kiya mali se aur honey bee se. mali aata hai phool lene ke liye kyunke phool ko use market mein bechna hai.</w:t>
      </w:r>
      <w:r>
        <w:br/>
      </w:r>
      <w:r>
        <w:rPr>
          <w:sz w:val="20"/>
        </w:rPr>
        <w:t>7:48  lekin honey bee aati hai woh phool ke liye nahi aati. woh sirf phool ke andar chhpe hue nectar ke liye aati hai.</w:t>
      </w:r>
      <w:r>
        <w:br/>
      </w:r>
      <w:r>
        <w:rPr>
          <w:sz w:val="20"/>
        </w:rPr>
        <w:t>8:02  yani mali aata hai phool ke liye, honey bee aati hai nectar ke liye. yeh jo is ke creator ne is ko jo is ka nature jo bataya hai, banaya is ke mutabiq aisa hota hai.</w:t>
      </w:r>
      <w:r>
        <w:br/>
      </w:r>
      <w:r>
        <w:rPr>
          <w:sz w:val="20"/>
        </w:rPr>
        <w:t>8:20  toh yeh nectar jo hai is par socha mein ne. toh jo cheez honey bee ke liye nectar hai woh sochne wale insan ke liye wisdom hai.</w:t>
      </w:r>
      <w:r>
        <w:br/>
      </w:r>
      <w:r>
        <w:rPr>
          <w:sz w:val="20"/>
        </w:rPr>
        <w:t>8:40  yeh bohat ajeeb baat meri samajh mein aayi. ke jo cheez honey bee ke liye nectar hai woh sochne wale insan ke liye wisdom hai.</w:t>
      </w:r>
      <w:r>
        <w:br/>
      </w:r>
      <w:r>
        <w:rPr>
          <w:sz w:val="20"/>
        </w:rPr>
        <w:t>8:58  is ka matlab meri samajh mein jo aaya woh yeh ke insan aata hai duniya mein paida ho kar toh jo khaliq hai,</w:t>
      </w:r>
    </w:p>
    <w:p>
      <w:pPr>
        <w:pStyle w:val="Heading2"/>
      </w:pPr>
      <w:r>
        <w:t>Hudaybiyyah: disadvantage to advantage</w:t>
      </w:r>
    </w:p>
    <w:p>
      <w:r>
        <w:rPr>
          <w:color w:val="666666"/>
          <w:sz w:val="18"/>
        </w:rPr>
        <w:t>Al-Hikmah in Islam September 14, 2007 · 1m 15s · at 25:02 · https://youtu.be/PxOdof00YIM?t=1502</w:t>
      </w:r>
    </w:p>
    <w:p>
      <w:r>
        <w:rPr>
          <w:i/>
        </w:rPr>
        <w:t>“When the Prophet made the Treaty of Hudaybiyyah”</w:t>
      </w:r>
    </w:p>
    <w:p>
      <w:r>
        <w:rPr>
          <w:sz w:val="20"/>
        </w:rPr>
        <w:t>25:02  har Problem ke saath Opportunities hoti hain. yeh Wisdom hai. Rasool Allah Sal Allahu Alaihi Wasallam ne jab Hudaybiyyah Agreement kiya to saare Sahaba samajhte the ke hum dab kar sulah kar len, dab kar.</w:t>
      </w:r>
      <w:r>
        <w:br/>
      </w:r>
      <w:r>
        <w:rPr>
          <w:sz w:val="20"/>
        </w:rPr>
        <w:t>25:15  yaani paspayi hai, dab kar sulah karna hai, aur apne aap ko yaani ke zaleel karna hai, peechhe hatana hai.</w:t>
      </w:r>
      <w:r>
        <w:br/>
      </w:r>
      <w:r>
        <w:rPr>
          <w:sz w:val="20"/>
        </w:rPr>
        <w:t>25:27  lekin isi mein dekhiye ke ek naya Advantage chhaapa hua tha. jis ko Quran mein kaha ke "إنا فتحنا لك فتحاً مبيناً". yaani bazahir shikast ki sulah, fateh is mein chhipi hui thi.</w:t>
      </w:r>
      <w:r>
        <w:br/>
      </w:r>
      <w:r>
        <w:rPr>
          <w:sz w:val="20"/>
        </w:rPr>
        <w:t>25:43  bazahir ek mehroomi ka Agreement, is ke andar kamyabi ka faida chha pa hua tha. yeh hai Wisdom.</w:t>
      </w:r>
      <w:r>
        <w:br/>
      </w:r>
      <w:r>
        <w:rPr>
          <w:sz w:val="20"/>
        </w:rPr>
        <w:t>25:54  isi ko kaha gaya ke "اتقوا فراس المؤمن فإنه يَنْظُرُ بِنُورِ اللَّهِ". ke Momin woh hai jo nahi mein hai ko dekhe. jo Negative mein Positive ko dekhe.</w:t>
      </w:r>
      <w:r>
        <w:br/>
      </w:r>
      <w:r>
        <w:rPr>
          <w:sz w:val="20"/>
        </w:rPr>
        <w:t>26:06  jo Disadvantage mein Advantage ko dekhe. ab ghaur kijiye ke Musalman agar is raaz ko jaante to do sau saal khote nahi woh.</w:t>
      </w:r>
    </w:p>
    <w:p>
      <w:pPr>
        <w:pStyle w:val="Heading2"/>
      </w:pPr>
      <w:r>
        <w:t>Anger as opportunity for great reward</w:t>
      </w:r>
    </w:p>
    <w:p>
      <w:r>
        <w:rPr>
          <w:color w:val="666666"/>
          <w:sz w:val="18"/>
        </w:rPr>
        <w:t>What is Akhirat? | March 12, 2006 | Maulana Wahiduddin Khan · 1m 30s · at 1:26:50 · https://youtu.be/ogMXLsGHvpY?t=5210</w:t>
      </w:r>
    </w:p>
    <w:p>
      <w:r>
        <w:rPr>
          <w:i/>
        </w:rPr>
        <w:t>“When you hear the call to prayer, you rush.”</w:t>
      </w:r>
    </w:p>
    <w:p>
      <w:r>
        <w:rPr>
          <w:sz w:val="20"/>
        </w:rPr>
        <w:t>1:26:50  aap namazi hain, azan ki awaaz aayi, jaldi se aap bhagenge namaz ki taraf. kyun? aap samajhte hain ke namaz ke jab call ho gayi to ja kar ke wahan sawab len. hum yaqeen kijiye ke yahi maamla anger ka bhi hai. jab aap ke andar anger bhadke, samajh len ke woh call aa gayi, bara virtue kamane ki. namaz ki call daudati hai aap ko masjid ki taraf. isi tarah se aap ko us waqt, aap ke</w:t>
      </w:r>
      <w:r>
        <w:br/>
      </w:r>
      <w:r>
        <w:rPr>
          <w:sz w:val="20"/>
        </w:rPr>
        <w:t>1:27:20  andar anger jab aaye, jab hate aaye, revenge ke jazbaat bharken, samajh lijiye ke woh time aa gaya jab ke main patience, tolerance, forgiveness ka proof de kar, us ka saboot de kar, bara reward loon, bari virtue hasil karoon, apni personality ko aur ziyada badhaoon. to spiritual development ka woh mauqa hota hai, ziyada bare level par. is liye Khuda ne aap ko</w:t>
      </w:r>
      <w:r>
        <w:br/>
      </w:r>
      <w:r>
        <w:rPr>
          <w:sz w:val="20"/>
        </w:rPr>
        <w:t>1:27:51  , Khuda ki blessing aap ke upar hai ke aise halaat diye jis mein aap ko bari bari jannaten hasil karne ka aap ko mauqa mil gaya hai. is ko shukr karna chahiye us par, na ke ghussa karen aap. host ne samne bohat tafseel se yeh bataya hai ke</w:t>
      </w:r>
    </w:p>
    <w:p>
      <w:pPr>
        <w:pStyle w:val="Heading2"/>
      </w:pPr>
      <w:r>
        <w:t>Real goal is to guide people to paradise</w:t>
      </w:r>
    </w:p>
    <w:p>
      <w:r>
        <w:rPr>
          <w:color w:val="666666"/>
          <w:sz w:val="18"/>
        </w:rPr>
        <w:t>Religion and The Modern Age | February 26, 2006 | Maulana Wahidduin Khan · 1m 31s · at 1:29:31 · https://youtu.be/KJmEtnm_SpE?t=5371</w:t>
      </w:r>
    </w:p>
    <w:p>
      <w:r>
        <w:rPr>
          <w:i/>
        </w:rPr>
        <w:t>“اصل کام جو ہے، وہ ہے انسان کو جنت کا راستہ دکھانا”</w:t>
      </w:r>
    </w:p>
    <w:p>
      <w:r>
        <w:rPr>
          <w:sz w:val="20"/>
        </w:rPr>
        <w:t>1:29:31  asal kaam jo hai, woh hai insan ko jannat ka rasta dikhana, health se bachana. sara focus hamara paradise par hona chahiye, aur jab is pe focus rahega to aap maan lenge is baat ko achhe tarike se ke Islam maashra mein jo hai, Khuda insan ka target hai Islam ka, na ke doosri cheezon. okay, next question is from Zakwan Nadvi. he says that Isai hazrat ke is qadar</w:t>
      </w:r>
      <w:r>
        <w:br/>
      </w:r>
      <w:r>
        <w:rPr>
          <w:sz w:val="20"/>
        </w:rPr>
        <w:t>1:30:01  sanjidgi aur shauq ke sath daawa karne ki buniyadi wajah kya hai? dekhiye, mein jahan tak is par gaur kiya hai, mein samjha hoon ke ummaten jo hain, yani nabiyon ke daur aakhir ko namoona bana leti hain. jaise khandan mein farz kijiye ke hamara baap jo tha, bohat ghareeb tha,</w:t>
      </w:r>
      <w:r>
        <w:br/>
      </w:r>
      <w:r>
        <w:rPr>
          <w:sz w:val="20"/>
        </w:rPr>
        <w:t>1:30:32  lekin hote hote hote woh crore pati ban gaya. to hum crore pati se aaghaz karte hain apni soch ka, aur fakhr fakhr karne lagte hain. baap ke is bike ko nahi sochte jab woh ghareeb tha. baap ko is bike ko lete hain jab woh crore pati ban gaya. wahin se apne fakhr ki ghiza lene lagte hain. hum to rasool Allah ka zamana yeh hai ke aap ka khatma jab hua to duniya mein Islami Musalmanon ka bohat bara state ban chuka tha. wahan se Musalmanon ne apni soch ko shuru kiya,</w:t>
      </w:r>
    </w:p>
    <w:p>
      <w:pPr>
        <w:pStyle w:val="Heading2"/>
      </w:pPr>
      <w:r>
        <w:t>Sadhu confused between renunciation and modern life</w:t>
      </w:r>
    </w:p>
    <w:p>
      <w:r>
        <w:rPr>
          <w:color w:val="666666"/>
          <w:sz w:val="18"/>
        </w:rPr>
        <w:t>Age Of Consumerism I January 6, 2013 Maulana Wahiduddin Khan · 1m 36s · at 17:28 · https://youtu.be/CuRYFl7JuEM?t=1048</w:t>
      </w:r>
    </w:p>
    <w:p>
      <w:r>
        <w:rPr>
          <w:i/>
        </w:rPr>
        <w:t>“Hindustan Times mein likha tha reporter ne.”</w:t>
      </w:r>
    </w:p>
    <w:p>
      <w:r>
        <w:rPr>
          <w:sz w:val="20"/>
        </w:rPr>
        <w:t>17:28  to Hindustan Times mein likha tha reporter ne, wahan main gaya to maine dekha ke aik aik sadhu, grave libas wala aik aadmi chup chap baitha hua tha,</w:t>
      </w:r>
      <w:r>
        <w:br/>
      </w:r>
      <w:r>
        <w:rPr>
          <w:sz w:val="20"/>
        </w:rPr>
        <w:t>17:43  soch mein para hua. to us ne poocha ke bhai kyon aap soch mein hain?</w:t>
      </w:r>
      <w:r>
        <w:br/>
      </w:r>
      <w:r>
        <w:rPr>
          <w:sz w:val="20"/>
        </w:rPr>
        <w:t>17:48  to wahan par aik American car jis ka naam tha "Car of the Future", us ko wahan dikhaya gaya tha. bohat hi shandar lagti thi us zamane mein.</w:t>
      </w:r>
      <w:r>
        <w:br/>
      </w:r>
      <w:r>
        <w:rPr>
          <w:sz w:val="20"/>
        </w:rPr>
        <w:t>17:59  61 mein woh carain aisi India mein nahi hua karti thi. to us ne kaha ke main us ko dekh kar ke main soch mein par gaya hoon</w:t>
      </w:r>
      <w:r>
        <w:br/>
      </w:r>
      <w:r>
        <w:rPr>
          <w:sz w:val="20"/>
        </w:rPr>
        <w:t>18:09  ke kon si zindagi ko main ap karoon? tyaag wali zindagi ko jo ab tak is mein tha ya yeh modern zindagi ko?</w:t>
      </w:r>
      <w:r>
        <w:br/>
      </w:r>
      <w:r>
        <w:rPr>
          <w:sz w:val="20"/>
        </w:rPr>
        <w:t>18:18  kyon ke sari raunaq to yahan hai, sari chamak damak to yahan hai, wahan tyaag wali zindagi mein to kuch hai nahi.</w:t>
      </w:r>
      <w:r>
        <w:br/>
      </w:r>
      <w:r>
        <w:rPr>
          <w:sz w:val="20"/>
        </w:rPr>
        <w:t>18:29  yeh waqia likha maine apni is kitab mein, is ka naam hai "Quran ka Matloob Insaan". to modern jo consumerism hai, us ne sari duniya ko isi mein mubtala kar diya hai.</w:t>
      </w:r>
      <w:r>
        <w:br/>
      </w:r>
      <w:r>
        <w:rPr>
          <w:sz w:val="20"/>
        </w:rPr>
        <w:t>18:47  yaani akhirat se hata kar duniya duniya ki taraf, Khuda se hata kar insaan ki taraf, rabbani culture se hata kar consumer culture ki taraf,</w:t>
      </w:r>
    </w:p>
    <w:p>
      <w:pPr>
        <w:pStyle w:val="Heading2"/>
      </w:pPr>
      <w:r>
        <w:t>Price of positivity and overcoming negativity</w:t>
      </w:r>
    </w:p>
    <w:p>
      <w:r>
        <w:rPr>
          <w:color w:val="666666"/>
          <w:sz w:val="18"/>
        </w:rPr>
        <w:t>Q&amp;A 01 July 2012 · 2m 57s · at 1:53 · https://youtu.be/zLZZD-MvKQU?t=113</w:t>
      </w:r>
    </w:p>
    <w:p>
      <w:r>
        <w:rPr>
          <w:i/>
        </w:rPr>
        <w:t>“Har cheez ki price deni padti hai”</w:t>
      </w:r>
    </w:p>
    <w:p>
      <w:r>
        <w:rPr>
          <w:sz w:val="20"/>
        </w:rPr>
        <w:t>1:53  bhai, dekhiye, har cheez ki price deni padti hai. jis tarah material cheezon ki price deni padti hai, aise hi intellectual cheezon ki price deni padti hai.</w:t>
      </w:r>
      <w:r>
        <w:br/>
      </w:r>
      <w:r>
        <w:rPr>
          <w:sz w:val="20"/>
        </w:rPr>
        <w:t>2:08  yaani agar aap ek glass lena hai, to zahir hai ke is ki ek price hai. aise hi apne ko positive mind banana hai, to us ki price hai.</w:t>
      </w:r>
      <w:r>
        <w:br/>
      </w:r>
      <w:r>
        <w:rPr>
          <w:sz w:val="20"/>
        </w:rPr>
        <w:t>2:22  us ki price yeh hai ke aap apne soch ko bohat zyada develop karein, apne aap ko bohat zyada infrastructure karein,</w:t>
      </w:r>
      <w:r>
        <w:br/>
      </w:r>
      <w:r>
        <w:rPr>
          <w:sz w:val="20"/>
        </w:rPr>
        <w:t>2:39  aur dhoondh-dhoondh kar negative item ko nikale. jaise kal dekhiye, mere paas ek ek khatoon ka telephone aaya. ro rahi thi, ro rahi thi. main kyun ro rahi hoon?</w:t>
      </w:r>
      <w:r>
        <w:br/>
      </w:r>
      <w:r>
        <w:rPr>
          <w:sz w:val="20"/>
        </w:rPr>
        <w:t>2:55  kya aap ko koi maash masla hai? to kya kehti hain? dekhiye, Alhamdulillah, financial condition, financial position to achhi hai. unhi ke alfaaz the, Alhamdulillah, financial position to achhi hai. lekin meri maa bohat tension mein rehti hain aur us ki wajah se main pareshan rehti hoon.</w:t>
      </w:r>
      <w:r>
        <w:br/>
      </w:r>
      <w:r>
        <w:rPr>
          <w:sz w:val="20"/>
        </w:rPr>
        <w:t>3:16  aap gaur kijiye, yeh contradictory statement hai. jab aap ko Allah taala ne maash aitbar se is qabil banaya hai ke aap ka kaam chal raha hai, to kisi doosre ke problem ko lekar aap ko apna head banani hai. chahe woh doosra maa ho ya</w:t>
      </w:r>
      <w:r>
        <w:br/>
      </w:r>
      <w:r>
        <w:rPr>
          <w:sz w:val="20"/>
        </w:rPr>
        <w:t>3:34  baap ho ya bhai ho ya behan ho.</w:t>
      </w:r>
      <w:r>
        <w:br/>
      </w:r>
      <w:r>
        <w:rPr>
          <w:sz w:val="20"/>
        </w:rPr>
        <w:t>3:43  to maine unse kaha ki dekhiye, yeh to aap. aapko agarche allah taala ne, yaani aapki zarooraten poori ho rahi hain, aapko jawab mila hua hai, tab bhi aap nashukr jee rahi hain. tab bhi aap nashukr jee rahi hain. nashukr jeena to haraam hai.</w:t>
      </w:r>
      <w:r>
        <w:br/>
      </w:r>
      <w:r>
        <w:rPr>
          <w:sz w:val="20"/>
        </w:rPr>
        <w:t>4:01  to socha nahi unhone, bagair soche samjhe, bawajood ki allah taala ne ek ek jawab de diya, kaam chal chalta hai unka, phir bhi kisi aur ke masle ko lekar tension mein padi hui hai. yeh na sochne ki wajah se. to dekhiye,</w:t>
      </w:r>
      <w:r>
        <w:br/>
      </w:r>
      <w:r>
        <w:rPr>
          <w:sz w:val="20"/>
        </w:rPr>
        <w:t>4:18  positive thinking ki keemat yeh hai ki aadmi soche, soche, soche, aur jab usko mehsoos ho ki yeh item mere jan mein galat aa gaya hai, isko mujhe nikalna hai, to us item ko nikaliye. us item ko nikaliye, uska item ko sort out kijiye.</w:t>
      </w:r>
      <w:r>
        <w:br/>
      </w:r>
      <w:r>
        <w:rPr>
          <w:sz w:val="20"/>
        </w:rPr>
        <w:t>4:36  to yeh ek ek process chalana hoga aap apne mind mein, tab aisa hoga ki aadmi ke andar positive thinking paida ho.</w:t>
      </w:r>
    </w:p>
    <w:p>
      <w:pPr>
        <w:pStyle w:val="Heading2"/>
      </w:pPr>
      <w:r>
        <w:t>Story of the Cave dwellers who fled for religious freedom</w:t>
      </w:r>
    </w:p>
    <w:p>
      <w:r>
        <w:rPr>
          <w:color w:val="666666"/>
          <w:sz w:val="18"/>
        </w:rPr>
        <w:t>Non Confrontational Method May 04, 2014 Maulana Wahiduddin Khan · 2m 11s · at 23:06 · https://youtu.be/uioEZUeFxLg?t=1386</w:t>
      </w:r>
    </w:p>
    <w:p>
      <w:r>
        <w:rPr>
          <w:i/>
        </w:rPr>
        <w:t>“When I read Surah Al-Kahf, a thrilling gratitude comes over me.”</w:t>
      </w:r>
    </w:p>
    <w:p>
      <w:r>
        <w:rPr>
          <w:sz w:val="20"/>
        </w:rPr>
        <w:t>23:06  wo zamana khatam ho chuka, jab ke quran mein hai ke "ar-ra'ayta alladhina kharaju min diyarihim".</w:t>
      </w:r>
      <w:r>
        <w:br/>
      </w:r>
      <w:r>
        <w:rPr>
          <w:sz w:val="20"/>
        </w:rPr>
        <w:t>23:14  dekho ke namaz parhna chahte hain kaba mein to tab bhi parhne nahin dete, wahan hi marte hain, aa kar ke</w:t>
      </w:r>
      <w:r>
        <w:br/>
      </w:r>
      <w:r>
        <w:rPr>
          <w:sz w:val="20"/>
        </w:rPr>
        <w:t>23:23  dawat ka kaam karte the to wahan bhi aa kar marte the. yani quran sunana, namaz ada karna, dawat ka kaam karna, is par bhi pabandiyan thin, wo zamana tha.</w:t>
      </w:r>
      <w:r>
        <w:br/>
      </w:r>
      <w:r>
        <w:rPr>
          <w:sz w:val="20"/>
        </w:rPr>
        <w:t>23:43  aaj wo zamana khatam.</w:t>
      </w:r>
      <w:r>
        <w:br/>
      </w:r>
      <w:r>
        <w:rPr>
          <w:sz w:val="20"/>
        </w:rPr>
        <w:t>23:45  quran mein aap jante hain ke khair surah al kahf jab main is ko parhta hoon to ek ek thrilling shauq, shukr aata hai, thrilling shukr.</w:t>
      </w:r>
      <w:r>
        <w:br/>
      </w:r>
      <w:r>
        <w:rPr>
          <w:sz w:val="20"/>
        </w:rPr>
        <w:t>23:57  rasool Allah ke ba'asat se kuch pehle ka waqea hai ke kuch log, wo christianity ka zamana tha,</w:t>
      </w:r>
      <w:r>
        <w:br/>
      </w:r>
      <w:r>
        <w:rPr>
          <w:sz w:val="20"/>
        </w:rPr>
        <w:t>24:05  kuch log tauheed, tauheed ko bohat aqeedah ikhtiyar kiya, unhon ne Allah ki ibadat karna chaha, chaha unhon ne.</w:t>
      </w:r>
      <w:r>
        <w:br/>
      </w:r>
      <w:r>
        <w:rPr>
          <w:sz w:val="20"/>
        </w:rPr>
        <w:t>24:14  lekin jo badshah tha wahan, wo mushrik tha, us ne pakar thakkar ki. to is group ko, jo tauheed wala group tha, us ko shehar chhod kar ke jana pada,</w:t>
      </w:r>
      <w:r>
        <w:br/>
      </w:r>
      <w:r>
        <w:rPr>
          <w:sz w:val="20"/>
        </w:rPr>
        <w:t>24:29  is mein pahaad ke ghar mein, cave mein.</w:t>
      </w:r>
      <w:r>
        <w:br/>
      </w:r>
      <w:r>
        <w:rPr>
          <w:sz w:val="20"/>
        </w:rPr>
        <w:t>24:35  isi liye un ko kaha jata hai ashab al kahf, yani ghar wale. to main samajhta hoon ke ek wo zamana tha</w:t>
      </w:r>
      <w:r>
        <w:br/>
      </w:r>
      <w:r>
        <w:rPr>
          <w:sz w:val="20"/>
        </w:rPr>
        <w:t>24:46  ke is ki azadi nahin thi ke main yeh kahoon ke Allah ek hai, is ki azadi nahin thi ke main ek Allah ki ibadat karoon, is ki azadi nahin thi ke main ek Allah ki dawat o tabligh karoon, is ka mission chalaoon, is ka azadi nahin thi.</w:t>
      </w:r>
      <w:r>
        <w:br/>
      </w:r>
      <w:r>
        <w:rPr>
          <w:sz w:val="20"/>
        </w:rPr>
        <w:t>25:01  is ki</w:t>
      </w:r>
      <w:r>
        <w:br/>
      </w:r>
      <w:r>
        <w:rPr>
          <w:sz w:val="20"/>
        </w:rPr>
        <w:t>25:03  jinho ne karna chaha, un ko jana para, yani pahaar ke kho mein. aaj azaadi hai, aaj hamein kisi pahaar ke kho mein jaane ki zaroorat nahi hai.</w:t>
      </w:r>
    </w:p>
    <w:p>
      <w:pPr>
        <w:pStyle w:val="Heading2"/>
      </w:pPr>
      <w:r>
        <w:t>Mankind's history of chasing ideals over practical wisdom</w:t>
      </w:r>
    </w:p>
    <w:p>
      <w:r>
        <w:rPr>
          <w:color w:val="666666"/>
          <w:sz w:val="18"/>
        </w:rPr>
        <w:t>Idealism vs Practical Wisdom November 13, 2011 · 56s · at 0:37 · https://youtu.be/wBAP5e9j7m8?t=37</w:t>
      </w:r>
    </w:p>
    <w:p>
      <w:r>
        <w:rPr>
          <w:i/>
        </w:rPr>
        <w:t>“Aaj ka topic hai: Idealism versus Practical Wisdom”</w:t>
      </w:r>
    </w:p>
    <w:p>
      <w:r>
        <w:rPr>
          <w:sz w:val="20"/>
        </w:rPr>
        <w:t>0:37  Aaj ka topic hai: Idealism versus Practical Wisdom.</w:t>
      </w:r>
      <w:r>
        <w:br/>
      </w:r>
      <w:r>
        <w:rPr>
          <w:sz w:val="20"/>
        </w:rPr>
        <w:t>0:50  Yani miyar pasandida aur amli natije ke aitbar se cheezon ko lena.</w:t>
      </w:r>
      <w:r>
        <w:br/>
      </w:r>
      <w:r>
        <w:rPr>
          <w:sz w:val="20"/>
        </w:rPr>
        <w:t>1:07  Yeh ajib baat hai ke poori history mein insan idealism ke peeche daudta raha hai. Bahut hi kam misalein milengi jab ke insan ne practical wisdom ki ahmiyat ko samjha ho.</w:t>
      </w:r>
      <w:r>
        <w:br/>
      </w:r>
      <w:r>
        <w:rPr>
          <w:sz w:val="20"/>
        </w:rPr>
        <w:t>1:27  Pehle bhi aise hi tha, aaj bhi aisa hi hai.</w:t>
      </w:r>
    </w:p>
    <w:p>
      <w:pPr>
        <w:pStyle w:val="Heading2"/>
      </w:pPr>
      <w:r>
        <w:t>Differentiate Islam from Muslims, overcome bias</w:t>
      </w:r>
    </w:p>
    <w:p>
      <w:r>
        <w:rPr>
          <w:color w:val="666666"/>
          <w:sz w:val="18"/>
        </w:rPr>
        <w:t>The Deeper Meaning of The Quran 18 Aug 2019 - Maulana Wahiduddin Khan · 1m 45s · at 37:12 · https://youtu.be/EYyhbiR_ZIQ?t=2232</w:t>
      </w:r>
    </w:p>
    <w:p>
      <w:r>
        <w:rPr>
          <w:i/>
        </w:rPr>
        <w:t>“Dekhiye, ye mindset Islam ka mindset nahin hai. You have to differentiate between Islam and Muslims.”</w:t>
      </w:r>
    </w:p>
    <w:p>
      <w:r>
        <w:rPr>
          <w:sz w:val="20"/>
        </w:rPr>
        <w:t>37:12  Musalmanon mein baad ke zamane mein yeh cheez develop hui. Ab hum koshish karein ke log wapas hon true Islam ki taraf, Sahaba ke zamane ke Islam ki taraf.</w:t>
      </w:r>
      <w:r>
        <w:br/>
      </w:r>
      <w:r>
        <w:rPr>
          <w:sz w:val="20"/>
        </w:rPr>
        <w:t>37:32  Maulana, agla sawal Ahmedabad se Faizan sahib ne bheja hai. Unhon ne likha hai: "Maulana, what is the difference between open-minded thinking and closed-minded thinking?</w:t>
      </w:r>
      <w:r>
        <w:br/>
      </w:r>
      <w:r>
        <w:rPr>
          <w:sz w:val="20"/>
        </w:rPr>
        <w:t>37:49  I am asking this question because the case of Muslims is of closed-mindedness. They defend themselves saying that in Islam, if you become flexible or yield towards other faiths, then God will hold you accountable on the day of judgment.</w:t>
      </w:r>
      <w:r>
        <w:br/>
      </w:r>
      <w:r>
        <w:rPr>
          <w:sz w:val="20"/>
        </w:rPr>
        <w:t>38:11  So Maulana, the question is: what are the limits to open-mindedness and is there an example from the life of Prophet and his companions?"</w:t>
      </w:r>
      <w:r>
        <w:br/>
      </w:r>
      <w:r>
        <w:rPr>
          <w:sz w:val="20"/>
        </w:rPr>
        <w:t>38:22  Dekhiye, knowledge ki koi limit nahi hoti, koi limit nahi. Khoob padhiye, khoob padhiye. Abhi maine jo bataya, wahi to tha ke musalmanon mein ek ta'assub paida ho gaya ke bas Arabic, bas Arabic, bas Arabic.</w:t>
      </w:r>
      <w:r>
        <w:br/>
      </w:r>
      <w:r>
        <w:rPr>
          <w:sz w:val="20"/>
        </w:rPr>
        <w:t>38:38  Doosri zubanon ke bare mein woh bias, bias ho gaye. Is se un ka dard narrow-mindedness aaya.</w:t>
      </w:r>
    </w:p>
    <w:p>
      <w:pPr>
        <w:pStyle w:val="Heading2"/>
      </w:pPr>
      <w:r>
        <w:t>Hitler's fatal wrong decision</w:t>
      </w:r>
    </w:p>
    <w:p>
      <w:r>
        <w:rPr>
          <w:color w:val="666666"/>
          <w:sz w:val="18"/>
        </w:rPr>
        <w:t>A Matter of 30 Seconds | February 07, 2016 · 2m 01s · at 5:18 · https://youtu.be/_p-F9fi8yaA?t=318</w:t>
      </w:r>
    </w:p>
    <w:p>
      <w:r>
        <w:rPr>
          <w:i/>
        </w:rPr>
        <w:t>“Zindagi ka mamla hai har aadmi.”</w:t>
      </w:r>
    </w:p>
    <w:p>
      <w:r>
        <w:rPr>
          <w:sz w:val="20"/>
        </w:rPr>
        <w:t>5:18  zindagi ka mamla hai, har admi. misal ke tour par dekhiye, germany mein ek shakhs paida hua jis ka naam tha adolf hitler. bohat hi zabardast admi tha woh. ab is ki speech suniye, is ki awaz kitni zabardast awaz hai. bohat zabardast admi tha. is ki kitab jo hai, my struggle, english mein, is ko app dekhiye.</w:t>
      </w:r>
      <w:r>
        <w:br/>
      </w:r>
      <w:r>
        <w:rPr>
          <w:sz w:val="20"/>
        </w:rPr>
        <w:t>5:49  to bohat hi zabardast admi tha woh. lekin ek— ek is ki zindagi mein ek mauqa aaya jab ke is ne galat decision le liya. is ne yeh le liya ke— ke jo is ka goal hai, jo is ka target hai, woh is ko mil sakta hai sirf violence ke zariye, gun ke zariye. ek lamha aisa aaya tha is ki zindagi mein</w:t>
      </w:r>
      <w:r>
        <w:br/>
      </w:r>
      <w:r>
        <w:rPr>
          <w:sz w:val="20"/>
        </w:rPr>
        <w:t>6:19  , aap parhiye is ki my struggle. to natija kya hua? ke woh ladaai chhod di us ne, second world war mein involve ho gaya woh. lekin kya hua? ke woh buree tarah se fail hua, aur aakhir mein woh ek bunker mein tha, bunker mein us ne gun chala kar apne ko maar liya. yeh waqea hua 1945 mein.</w:t>
      </w:r>
      <w:r>
        <w:br/>
      </w:r>
      <w:r>
        <w:rPr>
          <w:sz w:val="20"/>
        </w:rPr>
        <w:t>6:49  is waqt Hitler ki umr sirf 55, 56 thi. 56 saal. 56 saal to kuch bhi nahin hai. to itna qeemti insaan paida hua, aur koi bahut bada kaam woh kar sakta tha, lekin ek galat decision ki wajah se us ko— is ka khatma jo hai suicide par hua. to hum mein se har— yeh, yeh dekhiye, yeh jo baat, yeh jo</w:t>
      </w:r>
    </w:p>
    <w:p>
      <w:pPr>
        <w:pStyle w:val="Heading2"/>
      </w:pPr>
      <w:r>
        <w:t>Muslims once led world thought, now invisible</w:t>
      </w:r>
    </w:p>
    <w:p>
      <w:r>
        <w:rPr>
          <w:color w:val="666666"/>
          <w:sz w:val="18"/>
        </w:rPr>
        <w:t>Untold Story of Islam January 28, 2007 · 1m 23s · at 3:56 · https://youtu.be/SoBrn4U1jyw?t=236</w:t>
      </w:r>
    </w:p>
    <w:p>
      <w:r>
        <w:rPr>
          <w:i/>
        </w:rPr>
        <w:t>“Ibn Khaldun history mein top par tha, aaj musalman kahin nahi”</w:t>
      </w:r>
    </w:p>
    <w:p>
      <w:r>
        <w:rPr>
          <w:sz w:val="20"/>
        </w:rPr>
        <w:t>3:56  is mein bataya hai unhon ne, Friedman ne jo American writer hain, ke past mein, yani mazi mein, musalman, Muslim mind baray baray kaam kar rahay thay.</w:t>
      </w:r>
      <w:r>
        <w:br/>
      </w:r>
      <w:r>
        <w:rPr>
          <w:sz w:val="20"/>
        </w:rPr>
        <w:t>4:15  baray baray seat par woh dikhai detay thay.</w:t>
      </w:r>
      <w:r>
        <w:br/>
      </w:r>
      <w:r>
        <w:rPr>
          <w:sz w:val="20"/>
        </w:rPr>
        <w:t>4:20  jaise mein ek example doon ke Ibn Khaldun jo hai, woh history mein top par bana hua tha ek zamanay mein. yani philosophy of history mein kaha woh top ka aadmi bana hua tha.</w:t>
      </w:r>
      <w:r>
        <w:br/>
      </w:r>
      <w:r>
        <w:rPr>
          <w:sz w:val="20"/>
        </w:rPr>
        <w:t>4:35  us ki books jo hai, tamam language mein translate hui.</w:t>
      </w:r>
      <w:r>
        <w:br/>
      </w:r>
      <w:r>
        <w:rPr>
          <w:sz w:val="20"/>
        </w:rPr>
        <w:t>4:41  to woh kehta hai ke ek waqt tha ke Muslim mind duniya mein dikhai partay thay international scene mein.</w:t>
      </w:r>
      <w:r>
        <w:br/>
      </w:r>
      <w:r>
        <w:rPr>
          <w:sz w:val="20"/>
        </w:rPr>
        <w:t>4:54  aaj musalman international scene mein kahin dikhai nahi detey. koi bhi international seat aisi nahi hai</w:t>
      </w:r>
      <w:r>
        <w:br/>
      </w:r>
      <w:r>
        <w:rPr>
          <w:sz w:val="20"/>
        </w:rPr>
        <w:t>5:05  jis par musalman baitha hua ho.</w:t>
      </w:r>
      <w:r>
        <w:br/>
      </w:r>
      <w:r>
        <w:rPr>
          <w:sz w:val="20"/>
        </w:rPr>
        <w:t>5:10  yeh baat as a fact bilkul sahi hai. aap sab log jantey hain.</w:t>
      </w:r>
    </w:p>
    <w:p>
      <w:pPr>
        <w:pStyle w:val="Heading2"/>
      </w:pPr>
      <w:r>
        <w:t>Kindness to parents means meeting their real needs, not more</w:t>
      </w:r>
    </w:p>
    <w:p>
      <w:r>
        <w:rPr>
          <w:color w:val="666666"/>
          <w:sz w:val="18"/>
        </w:rPr>
        <w:t>Man and Paradise August 18, 2013 · 2m 16s · at 51:20 · https://youtu.be/v7eX25YAjDU?t=3080</w:t>
      </w:r>
    </w:p>
    <w:p>
      <w:r>
        <w:rPr>
          <w:i/>
        </w:rPr>
        <w:t>“Does Islam command obeying parents or just being kind to them?”</w:t>
      </w:r>
    </w:p>
    <w:p>
      <w:r>
        <w:rPr>
          <w:sz w:val="20"/>
        </w:rPr>
        <w:t>51:20  maulana, un ka aik aur sawal hai, woh aap se janna chahte hain ke quran mein parents ki farmanbardari ka hukum diya gaya hai ya husn sulook ka?</w:t>
      </w:r>
      <w:r>
        <w:br/>
      </w:r>
      <w:r>
        <w:rPr>
          <w:sz w:val="20"/>
        </w:rPr>
        <w:t>51:30  is ke baray mein bataen. sirf sulook ka, farmanbardari ka nahin. quran mein fal tat'i'u</w:t>
      </w:r>
      <w:r>
        <w:br/>
      </w:r>
      <w:r>
        <w:rPr>
          <w:sz w:val="20"/>
        </w:rPr>
        <w:t>51:40  sulook, yani sulook ka matlab kya hai?</w:t>
      </w:r>
      <w:r>
        <w:br/>
      </w:r>
      <w:r>
        <w:rPr>
          <w:sz w:val="20"/>
        </w:rPr>
        <w:t>51:43  sulook ka matlab yeh bhi yeh nahin hai ke aap, yani aaj kal jo sulook ke matlab liye jaate hain, woh baray nahin hain. sulook ke real need ko pura karna, haqeeqi zaroorat ko pura karna, bas yeh hai sulook.</w:t>
      </w:r>
      <w:r>
        <w:br/>
      </w:r>
      <w:r>
        <w:rPr>
          <w:sz w:val="20"/>
        </w:rPr>
        <w:t>52:02  aaj kal is logon par yeh baat wazeh nahin hai ke ke apne waldein ke baray mein, woh un ki sirf yeh zimmedari hai ke woh un ki real need ko poori karen.</w:t>
      </w:r>
      <w:r>
        <w:br/>
      </w:r>
      <w:r>
        <w:rPr>
          <w:sz w:val="20"/>
        </w:rPr>
        <w:t>52:13  bas is se ziyada nahin hai.</w:t>
      </w:r>
      <w:r>
        <w:br/>
      </w:r>
      <w:r>
        <w:rPr>
          <w:sz w:val="20"/>
        </w:rPr>
        <w:t>52:18  aam taur par main dekhta hoon, main koi real need se siwa log is ko samajhte hain sulook. woh har giz har giz aisa nahin hai.</w:t>
      </w:r>
      <w:r>
        <w:br/>
      </w:r>
      <w:r>
        <w:rPr>
          <w:sz w:val="20"/>
        </w:rPr>
        <w:t>52:29  jo real need hai, real need, haqeeqi zaroorat,</w:t>
      </w:r>
      <w:r>
        <w:br/>
      </w:r>
      <w:r>
        <w:rPr>
          <w:sz w:val="20"/>
        </w:rPr>
        <w:t>52:32  woh aap pura karen to yeh aap, yeh aap ki zimmedari hai. lekin is ke siwa agar maa baap se aap se mutalba karte hain to aap hargiz aap ki zimmedari nahi ke is ko aap pura karen.</w:t>
      </w:r>
      <w:r>
        <w:br/>
      </w:r>
      <w:r>
        <w:rPr>
          <w:sz w:val="20"/>
        </w:rPr>
        <w:t>52:45  aur balkeh main yahi kahunga ke agar aap real need se zyada aap maa baap ke fikrmand hain to woh aap ke liye kya hoga ke aap apni apni dawat ka kaam nahi kar sakenge, aakhirat ki tayari nahi kar sakenge, apne deen mein kami karenge</w:t>
      </w:r>
      <w:r>
        <w:br/>
      </w:r>
      <w:r>
        <w:rPr>
          <w:sz w:val="20"/>
        </w:rPr>
        <w:t>53:03  to apna nuqsan karenge woh. aur is ka misdaq ban jayenge. jo ek hadith hai ke sab se zyada ghaate par woh hai mun adhr akhirtahu bidunya ghair jo doosre ki duniya ki khatir apni aakhirat ka nuqsan kar le,</w:t>
      </w:r>
      <w:r>
        <w:br/>
      </w:r>
      <w:r>
        <w:rPr>
          <w:sz w:val="20"/>
        </w:rPr>
        <w:t>53:24  is ka case ban jayenge aap. to behal aap sirf real need ke baghair zimmedar hain, is se zyada ke zimmedar aap nahi hain.</w:t>
      </w:r>
    </w:p>
    <w:p>
      <w:pPr>
        <w:pStyle w:val="Heading2"/>
      </w:pPr>
      <w:r>
        <w:t>success is every person's right, given by God</w:t>
      </w:r>
    </w:p>
    <w:p>
      <w:r>
        <w:rPr>
          <w:color w:val="666666"/>
          <w:sz w:val="18"/>
        </w:rPr>
        <w:t>The Secret of Success June 26, 2008 Maulana Wahiduddin Khan · 1m 27s · at 51:19 · https://youtu.be/_vqfB9XcpPs?t=3079</w:t>
      </w:r>
    </w:p>
    <w:p>
      <w:r>
        <w:rPr>
          <w:i/>
        </w:rPr>
        <w:t>“جو آدمی بھی اس دنیا میں پیدا ہوا ہے، سکسیس از ہز رائٹ”</w:t>
      </w:r>
    </w:p>
    <w:p>
      <w:r>
        <w:rPr>
          <w:sz w:val="20"/>
        </w:rPr>
        <w:t>51:19  dekhein, main yeh baat kahunga ke jo aadmi bhi is duniya mein paida hua hai,</w:t>
      </w:r>
      <w:r>
        <w:br/>
      </w:r>
      <w:r>
        <w:rPr>
          <w:sz w:val="20"/>
        </w:rPr>
        <w:t>51:27  to success is his right,</w:t>
      </w:r>
      <w:r>
        <w:br/>
      </w:r>
      <w:r>
        <w:rPr>
          <w:sz w:val="20"/>
        </w:rPr>
        <w:t>51:33  success is ka haq hai, is ko yeh right hai ke is dunya mein successful bane,</w:t>
      </w:r>
      <w:r>
        <w:br/>
      </w:r>
      <w:r>
        <w:rPr>
          <w:sz w:val="20"/>
        </w:rPr>
        <w:t>51:42  jis ko khuda ne banaya hai, hath diya, paon diya, mind diya, aankh diya, kaan diya, sochne ki taqat di, energy di, aur yeh sara dunya mein sab saman diya, is ko khane peene ka aur har cheez ka.</w:t>
      </w:r>
      <w:r>
        <w:br/>
      </w:r>
      <w:r>
        <w:rPr>
          <w:sz w:val="20"/>
        </w:rPr>
        <w:t>52:03  to isi ko mein keh raha hoon ke jo aadmi is dunya mein paida hua hai, to woh yeh haq rakhta hai ke dunya mein woh kaam kare aur dunya is ko acha response de,</w:t>
      </w:r>
      <w:r>
        <w:br/>
      </w:r>
      <w:r>
        <w:rPr>
          <w:sz w:val="20"/>
        </w:rPr>
        <w:t>52:19  aur woh dunya mein success hasil kare, yeh right hai is ka.</w:t>
      </w:r>
      <w:r>
        <w:br/>
      </w:r>
      <w:r>
        <w:rPr>
          <w:sz w:val="20"/>
        </w:rPr>
        <w:t>52:25  lekin dekhiye, yahan muamla fifty fifty ka hai, fifty fifty ka hai. dekhen, dunya mein koi bhi kaam jo hai is tarah hota hai ke aadha hissa aap ka hota hai,</w:t>
      </w:r>
      <w:r>
        <w:br/>
      </w:r>
      <w:r>
        <w:rPr>
          <w:sz w:val="20"/>
        </w:rPr>
        <w:t>52:42  aadha hissa external world ka hota hai.</w:t>
      </w:r>
    </w:p>
    <w:p>
      <w:pPr>
        <w:pStyle w:val="Heading2"/>
      </w:pPr>
      <w:r>
        <w:t>Time management formula and the rubber-band Urdu couplet</w:t>
      </w:r>
    </w:p>
    <w:p>
      <w:r>
        <w:rPr>
          <w:color w:val="666666"/>
          <w:sz w:val="18"/>
        </w:rPr>
        <w:t>The Problem of Misunderstanding January 1, 2008 · 1m 20s · at 1:04:47 · https://youtu.be/CTmUoJ714fg?t=3887</w:t>
      </w:r>
    </w:p>
    <w:p>
      <w:r>
        <w:rPr>
          <w:i/>
        </w:rPr>
        <w:t>“This is not the problem of one person, it's everyone's”</w:t>
      </w:r>
    </w:p>
    <w:p>
      <w:r>
        <w:rPr>
          <w:sz w:val="20"/>
        </w:rPr>
        <w:t>1:04:47  I think that is not problem of person. It's problem of every person, even myself. Everyone has some liabilities, some responsibilities.</w:t>
      </w:r>
      <w:r>
        <w:br/>
      </w:r>
      <w:r>
        <w:rPr>
          <w:sz w:val="20"/>
        </w:rPr>
        <w:t>1:04:59  ان دس، دیر از نو ایکسیپشن۔</w:t>
      </w:r>
      <w:r>
        <w:br/>
      </w:r>
      <w:r>
        <w:rPr>
          <w:sz w:val="20"/>
        </w:rPr>
        <w:t>1:05:02  So the only thing that is required is that you have to learn the art of time management. When I was a student in my village madrasa,</w:t>
      </w:r>
      <w:r>
        <w:br/>
      </w:r>
      <w:r>
        <w:rPr>
          <w:sz w:val="20"/>
        </w:rPr>
        <w:t>1:05:17  ائی ایٹ دا ٹائم، دیر واز ا بک "اردو ریڈر"۔</w:t>
      </w:r>
      <w:r>
        <w:br/>
      </w:r>
      <w:r>
        <w:rPr>
          <w:sz w:val="20"/>
        </w:rPr>
        <w:t>1:05:23  ان دس بک، دیر واز ا لائن: "وقت میں تنگی فراخی دونوں ہیں جیسے ربڑ، کھینچنے سے بڑھتی ہے، چھوڑے سے جاتی ہے سکڑ۔" دس از دا فارمولا اف اف ٹائم مینجمنٹ۔</w:t>
      </w:r>
      <w:r>
        <w:br/>
      </w:r>
      <w:r>
        <w:rPr>
          <w:sz w:val="20"/>
        </w:rPr>
        <w:t>1:05:42  So everyone, everyone, everyone is living with some responsibilities. There is no exception.</w:t>
      </w:r>
      <w:r>
        <w:br/>
      </w:r>
      <w:r>
        <w:rPr>
          <w:sz w:val="20"/>
        </w:rPr>
        <w:t>1:05:50  So everyone must adopt this formula that is art of time management. Through time management, you can, you can, you can do anything.</w:t>
      </w:r>
    </w:p>
    <w:p>
      <w:pPr>
        <w:pStyle w:val="Heading2"/>
      </w:pPr>
      <w:r>
        <w:t>Maulana's own passport mix-up at a US airport</w:t>
      </w:r>
    </w:p>
    <w:p>
      <w:r>
        <w:rPr>
          <w:color w:val="666666"/>
          <w:sz w:val="18"/>
        </w:rPr>
        <w:t>Wisdom September 20, 2015 · 1m 36s · at 13:55 · https://youtu.be/Xgk_3YvTkSQ?t=835</w:t>
      </w:r>
    </w:p>
    <w:p>
      <w:r>
        <w:rPr>
          <w:i/>
        </w:rPr>
        <w:t>“نیویارک ایئرپورٹ پر مجھے ایک خصوصی چیکنگ کے لیے لے گئے”</w:t>
      </w:r>
    </w:p>
    <w:p>
      <w:r>
        <w:rPr>
          <w:sz w:val="20"/>
        </w:rPr>
        <w:t>13:55  khud mujh ko bhi ek chota sa tajurba hua is safar mein.</w:t>
      </w:r>
      <w:r>
        <w:br/>
      </w:r>
      <w:r>
        <w:rPr>
          <w:sz w:val="20"/>
        </w:rPr>
        <w:t>14:00  New York airport par unhon ne mujh ko ek khasoosi checking ke un ka ek hissa tha, ek ek bohat bara kamra, wahan le gaye mujh ko, wahan bithadiya.</w:t>
      </w:r>
      <w:r>
        <w:br/>
      </w:r>
      <w:r>
        <w:rPr>
          <w:sz w:val="20"/>
        </w:rPr>
        <w:t>14:14  to baat kya thi? mere jo papers the, us mein ek jagah likha hua tha Maulana Wahiduddin, ek mein likha tha Maulana Khan.</w:t>
      </w:r>
      <w:r>
        <w:br/>
      </w:r>
      <w:r>
        <w:rPr>
          <w:sz w:val="20"/>
        </w:rPr>
        <w:t>14:25  ab un ko yeh hua ke ek aadmi ke do naam to ho nahi sakte.</w:t>
      </w:r>
      <w:r>
        <w:br/>
      </w:r>
      <w:r>
        <w:rPr>
          <w:sz w:val="20"/>
        </w:rPr>
        <w:t>14:30  to mere bare mein kuch shakk ho gaya ke kya hai yeh aadmi. to bithadiya un ko, mujh ko, aur bohat der tak bithaye rahe, aur checking karte rahe.</w:t>
      </w:r>
      <w:r>
        <w:br/>
      </w:r>
      <w:r>
        <w:rPr>
          <w:sz w:val="20"/>
        </w:rPr>
        <w:t>14:40  to mere saath saadia thi, saadia se maine kaha ke ja kar un se kaho ke woh blood pressure ke mareez hain. to is tarah se to ho sakta hai ke blood pressure barh jayega un ka, to kya hoga?</w:t>
      </w:r>
      <w:r>
        <w:br/>
      </w:r>
      <w:r>
        <w:rPr>
          <w:sz w:val="20"/>
        </w:rPr>
        <w:t>14:51  to jaise hi us ne kaha, fi'l-faur us ne woh passport de diya ke woh jayen, aur us ko telephone kar ke wohi bula diya, yeh wheel chair bhi.</w:t>
      </w:r>
      <w:r>
        <w:br/>
      </w:r>
      <w:r>
        <w:rPr>
          <w:sz w:val="20"/>
        </w:rPr>
        <w:t>15:06  to jab tak un ko apne system ke bare mein shakk tha, to unhon ne detain kiya mujh ko. jab yeh laga ke meri meri human dignity ka mamla hai, meri health ka mamla hai, to foran badal gaye woh.</w:t>
      </w:r>
      <w:r>
        <w:br/>
      </w:r>
      <w:r>
        <w:rPr>
          <w:sz w:val="20"/>
        </w:rPr>
        <w:t>15:22  to wisdom agar ho hamare andar, tabhi hum kaam kamyab ho sakte hain is duniya mein.</w:t>
      </w:r>
    </w:p>
    <w:p>
      <w:pPr>
        <w:pStyle w:val="Heading2"/>
      </w:pPr>
      <w:r>
        <w:t>Prophet discovered opposition is normal course</w:t>
      </w:r>
    </w:p>
    <w:p>
      <w:r>
        <w:rPr>
          <w:color w:val="666666"/>
          <w:sz w:val="18"/>
        </w:rPr>
        <w:t>Positive Thinking December 30, 2016 · 1m 46s · at 15:24 · https://youtu.be/y6r5Pk3HT9w?t=924</w:t>
      </w:r>
    </w:p>
    <w:p>
      <w:r>
        <w:rPr>
          <w:i/>
        </w:rPr>
        <w:t>“The Prophet had discovered this fact”</w:t>
      </w:r>
    </w:p>
    <w:p>
      <w:r>
        <w:rPr>
          <w:sz w:val="20"/>
        </w:rPr>
        <w:t>15:24  dekhen, prophet ne yeh baat discover kar li thi, yeh baat un ko discovery ke darje mein maloom</w:t>
      </w:r>
      <w:r>
        <w:br/>
      </w:r>
      <w:r>
        <w:rPr>
          <w:sz w:val="20"/>
        </w:rPr>
        <w:t>15:30  ho chuki thi ke jo kuch ho raha hai, woh normal course hai.</w:t>
      </w:r>
      <w:r>
        <w:br/>
      </w:r>
      <w:r>
        <w:rPr>
          <w:sz w:val="20"/>
        </w:rPr>
        <w:t>15:37  woh mission jab bhi chalayega to aise chalega.</w:t>
      </w:r>
      <w:r>
        <w:br/>
      </w:r>
      <w:r>
        <w:rPr>
          <w:sz w:val="20"/>
        </w:rPr>
        <w:t>15:43  mishn mein aisa nahin hai ke woh koi aap jaise kakkri kaaten to kaṭti chali jae.</w:t>
      </w:r>
      <w:r>
        <w:br/>
      </w:r>
      <w:r>
        <w:rPr>
          <w:sz w:val="20"/>
        </w:rPr>
        <w:t>15:50  nahin, mishn mein hazar aur logon se sabiqah paṛta hai, tarah tarah ke test, tarah tarah ke ideas,</w:t>
      </w:r>
      <w:r>
        <w:br/>
      </w:r>
      <w:r>
        <w:rPr>
          <w:sz w:val="20"/>
        </w:rPr>
        <w:t>15:57  tarah tarah ki thinking.</w:t>
      </w:r>
      <w:r>
        <w:br/>
      </w:r>
      <w:r>
        <w:rPr>
          <w:sz w:val="20"/>
        </w:rPr>
        <w:t>16:03  to zahir hai wahan par problem aayenge.</w:t>
      </w:r>
      <w:r>
        <w:br/>
      </w:r>
      <w:r>
        <w:rPr>
          <w:sz w:val="20"/>
        </w:rPr>
        <w:t>16:10  to problem jo hai, mishn ka integral part hai.</w:t>
      </w:r>
      <w:r>
        <w:br/>
      </w:r>
      <w:r>
        <w:rPr>
          <w:sz w:val="20"/>
        </w:rPr>
        <w:t>16:17  to problem jo hai, mishn ka integral part hai.</w:t>
      </w:r>
      <w:r>
        <w:br/>
      </w:r>
      <w:r>
        <w:rPr>
          <w:sz w:val="20"/>
        </w:rPr>
        <w:t>16:23  to profit ko yeh cheez discovery ho chuki thi, to uss ko woh normal course mein lete the,</w:t>
      </w:r>
      <w:r>
        <w:br/>
      </w:r>
      <w:r>
        <w:rPr>
          <w:sz w:val="20"/>
        </w:rPr>
        <w:t>16:30  uss ko dushmani ke khane mein nahin dalte the, aur phir dua karte the.</w:t>
      </w:r>
      <w:r>
        <w:br/>
      </w:r>
      <w:r>
        <w:rPr>
          <w:sz w:val="20"/>
        </w:rPr>
        <w:t>16:36  woh samajhte the ke mishn ka jo rasta hai, woh usi se chalta hai, aur uss mein hamesha</w:t>
      </w:r>
      <w:r>
        <w:br/>
      </w:r>
      <w:r>
        <w:rPr>
          <w:sz w:val="20"/>
        </w:rPr>
        <w:t>16:43  Khuda ke aur farishte ki madad insan ko mili hui rehti hai.</w:t>
      </w:r>
      <w:r>
        <w:br/>
      </w:r>
      <w:r>
        <w:rPr>
          <w:sz w:val="20"/>
        </w:rPr>
        <w:t>16:50  to ek taraf yeh manna ke yeh to normal course mein ho raha hai, doosri taraf yeh manna</w:t>
      </w:r>
      <w:r>
        <w:br/>
      </w:r>
      <w:r>
        <w:rPr>
          <w:sz w:val="20"/>
        </w:rPr>
        <w:t>16:56  ke Allah rab ul alameen hamesha aadmi ke sath hota hai jab woh kisi sachai ka mishn le kar khada ho.</w:t>
      </w:r>
      <w:r>
        <w:br/>
      </w:r>
      <w:r>
        <w:rPr>
          <w:sz w:val="20"/>
        </w:rPr>
        <w:t>17:03  yeh cheez thi jo aap ko kahin aur bas nahin hone deti thi, hamesha aap normal bane rehte the.</w:t>
      </w:r>
      <w:r>
        <w:br/>
      </w:r>
      <w:r>
        <w:rPr>
          <w:sz w:val="20"/>
        </w:rPr>
        <w:t>17:10  جی مولانا صاحب، do you think that patience plays a role in maintaining one's positivity? یقیناً، وہ تو</w:t>
      </w:r>
    </w:p>
    <w:p>
      <w:pPr>
        <w:pStyle w:val="Heading2"/>
      </w:pPr>
      <w:r>
        <w:t>Prophet's decision not to rebuild Kaaba</w:t>
      </w:r>
    </w:p>
    <w:p>
      <w:r>
        <w:rPr>
          <w:color w:val="666666"/>
          <w:sz w:val="18"/>
        </w:rPr>
        <w:t>The Importance of Realistic Approach January 2, 2011 Maulana Wahiduddin Khan · 2m 39s · at 21:17 · https://youtu.be/rRO_EtMRJ2g?t=1277</w:t>
      </w:r>
    </w:p>
    <w:p>
      <w:r>
        <w:rPr>
          <w:i/>
        </w:rPr>
        <w:t>“Then the Prophet was sent by God.”</w:t>
      </w:r>
    </w:p>
    <w:p>
      <w:r>
        <w:rPr>
          <w:sz w:val="20"/>
        </w:rPr>
        <w:t>21:17  to rasool Allah ki ba'sat hui, yani nabi aap banaye gaye Allah ki taraf se. to baad ke zamanay mein,</w:t>
      </w:r>
      <w:r>
        <w:br/>
      </w:r>
      <w:r>
        <w:rPr>
          <w:sz w:val="20"/>
        </w:rPr>
        <w:t>21:31  yani baad ke zamanay mein ke jab makka fateh ho gaya, tab us waqt rasool Allah ne apni ahliya Aisha se kaha, yeh baat kahi ke ka'aba jo Ibrahim wala ka'aba tha, woh aisa nahi tha.</w:t>
      </w:r>
      <w:r>
        <w:br/>
      </w:r>
      <w:r>
        <w:rPr>
          <w:sz w:val="20"/>
        </w:rPr>
        <w:t>21:47  to mein chahta hoon ke ka'aba ko phir se chok tod kar ke waise hi banaoon jaisa ke woh Ibrahim ne banaya tha, Ibrahim ki base par.</w:t>
      </w:r>
      <w:r>
        <w:br/>
      </w:r>
      <w:r>
        <w:rPr>
          <w:sz w:val="20"/>
        </w:rPr>
        <w:t>22:01  to Hazrat Aisha ne kaha ke phir aap bana dijiye, kyun nahi banate aap? unhon ne kaha ke nahi, mein nahi banaoon ga. kyunke makka wale abhi naye naye Islam mein dakhil hue hain, woh is se badak jayen ge.</w:t>
      </w:r>
      <w:r>
        <w:br/>
      </w:r>
      <w:r>
        <w:rPr>
          <w:sz w:val="20"/>
        </w:rPr>
        <w:t>22:16  aur yahan par ek ek hungama khara ho jayega. kyunke aap jante hain ke koi koi structure jo hai, jo jo mazhab se taluq ho, to woh kuch dinon ke baad woh muqaddas ban jata hai, muqaddas, secret.</w:t>
      </w:r>
      <w:r>
        <w:br/>
      </w:r>
      <w:r>
        <w:rPr>
          <w:sz w:val="20"/>
        </w:rPr>
        <w:t>22:32  isko toden to hungama khara ho jayega.</w:t>
      </w:r>
      <w:r>
        <w:br/>
      </w:r>
      <w:r>
        <w:rPr>
          <w:sz w:val="20"/>
        </w:rPr>
        <w:t>22:37  koi bhi structure jo historical ban jaye, to isko aap toden to hungama khara ho jayega.</w:t>
      </w:r>
      <w:r>
        <w:br/>
      </w:r>
      <w:r>
        <w:rPr>
          <w:sz w:val="20"/>
        </w:rPr>
        <w:t>22:47  kyunke aadmi samajhta hai ke yeh to aisa hi hai, yeh jaisa hai. to insan ki yeh nafsiyat hai ke koi structure jo history ban jaye, history,</w:t>
      </w:r>
      <w:r>
        <w:br/>
      </w:r>
      <w:r>
        <w:rPr>
          <w:sz w:val="20"/>
        </w:rPr>
        <w:t>23:03  to toden to hungama khara hota hai. farz karein aap Taj Mahal ko toden to hungama khara ho jayega. aap Ratri Bhavan ko toden to hungama khara ho jayega. to ek mazhabi jo structure hai, woh aur bhi zyada hungama khara hota hai is ke liye.</w:t>
      </w:r>
      <w:r>
        <w:br/>
      </w:r>
      <w:r>
        <w:rPr>
          <w:sz w:val="20"/>
        </w:rPr>
        <w:t>23:19  to rasool Allah ka mission to tha tauheed, logon ko Allah ke deen par lana, sachai ko phailana, yeh mission tha.</w:t>
      </w:r>
      <w:r>
        <w:br/>
      </w:r>
      <w:r>
        <w:rPr>
          <w:sz w:val="20"/>
        </w:rPr>
        <w:t>23:30  woh sab jeopardize ho jayega. jo mission jo hai, woh woh jeopardize ho jayega. to aap ne is ko isi haal mein rehne diya.</w:t>
      </w:r>
      <w:r>
        <w:br/>
      </w:r>
      <w:r>
        <w:rPr>
          <w:sz w:val="20"/>
        </w:rPr>
        <w:t>23:42  yeh waqia Sahih al Bukhari mein hai, kitab al Hajj mein. koi bhi shakhs is ko parh sakta hai. yani asah al kutub ba'd kitab Allah jo kaha jata hai, is kitab mein yeh hai,</w:t>
      </w:r>
    </w:p>
    <w:p>
      <w:pPr>
        <w:pStyle w:val="Heading2"/>
      </w:pPr>
      <w:r>
        <w:t>Islamic concept of outsourcing</w:t>
      </w:r>
    </w:p>
    <w:p>
      <w:r>
        <w:rPr>
          <w:color w:val="666666"/>
          <w:sz w:val="18"/>
        </w:rPr>
        <w:t>The Importance of Positive Thinking | June 13, 2010 | Maulana Wahiduddin Khan · 2m 00s · at 18:24 · https://youtu.be/81MIy8VqzYU?t=1104</w:t>
      </w:r>
    </w:p>
    <w:p>
      <w:r>
        <w:rPr>
          <w:i/>
        </w:rPr>
        <w:t>“Allah supports religion through a wicked man”</w:t>
      </w:r>
    </w:p>
    <w:p>
      <w:r>
        <w:rPr>
          <w:sz w:val="20"/>
        </w:rPr>
        <w:t>18:24  "innalaha la yu'iddu hadhad-deena bir-rajulil-fajir".</w:t>
      </w:r>
      <w:r>
        <w:br/>
      </w:r>
      <w:r>
        <w:rPr>
          <w:sz w:val="20"/>
        </w:rPr>
        <w:t>18:30  yeh bhi to outsourcing hai.</w:t>
      </w:r>
      <w:r>
        <w:br/>
      </w:r>
      <w:r>
        <w:rPr>
          <w:sz w:val="20"/>
        </w:rPr>
        <w:t>18:36  yani rijal fajar say aisi cheezein extract karna jo islam kay liye mufeed hon, rijal fajar say taeed</w:t>
      </w:r>
      <w:r>
        <w:br/>
      </w:r>
      <w:r>
        <w:rPr>
          <w:sz w:val="20"/>
        </w:rPr>
        <w:t>18:42  islam nikalna, yeh bhi to outsourcing hai.</w:t>
      </w:r>
      <w:r>
        <w:br/>
      </w:r>
      <w:r>
        <w:rPr>
          <w:sz w:val="20"/>
        </w:rPr>
        <w:t>18:48  phir aap dekhiye, quran majeed mein hai kay: "sanureehim ayatina fil afaqi wa fi anfusihim</w:t>
      </w:r>
      <w:r>
        <w:br/>
      </w:r>
      <w:r>
        <w:rPr>
          <w:sz w:val="20"/>
        </w:rPr>
        <w:t>18:54  ihim hatta yatabayyana lahum annahu al-haqq". yani Allah taala ne afaq o anfus mein, yani nature mein ya universe mein aisi cheezein rakh di thi jo evidence of God ka darja rakhti thi. sachaiyan is se sabit ho rahi thi, lekin is ko discover karna tha. yeh discover kis ne kiya? Aal Europe ne</w:t>
      </w:r>
      <w:r>
        <w:br/>
      </w:r>
      <w:r>
        <w:rPr>
          <w:sz w:val="20"/>
        </w:rPr>
        <w:t>19:24  kya, aal america nay kya, aur faida is say islam ko mil raha hai.</w:t>
      </w:r>
      <w:r>
        <w:br/>
      </w:r>
      <w:r>
        <w:rPr>
          <w:sz w:val="20"/>
        </w:rPr>
        <w:t>19:29  "sanureehim ayatina fil afaqi wa fi anfusihim hatta yatabayyana lahum annahul haq".</w:t>
      </w:r>
      <w:r>
        <w:br/>
      </w:r>
      <w:r>
        <w:rPr>
          <w:sz w:val="20"/>
        </w:rPr>
        <w:t>19:34  yeh qurani sadaqat jo hai, is ki ta'beer ho rahi hai.</w:t>
      </w:r>
      <w:r>
        <w:br/>
      </w:r>
      <w:r>
        <w:rPr>
          <w:sz w:val="20"/>
        </w:rPr>
        <w:t>19:39  aap dekhiye, kaam to hua europe mein aur america mein.</w:t>
      </w:r>
      <w:r>
        <w:br/>
      </w:r>
      <w:r>
        <w:rPr>
          <w:sz w:val="20"/>
        </w:rPr>
        <w:t>19:44  yani kaam jo hua research ka, tehqeeq ka, woh sab america aur europe mein hua.</w:t>
      </w:r>
      <w:r>
        <w:br/>
      </w:r>
      <w:r>
        <w:rPr>
          <w:sz w:val="20"/>
        </w:rPr>
        <w:t>19:49  ab faida kis ko mil raha hai? quran kay bayan kay mutabiq kay quran</w:t>
      </w:r>
      <w:r>
        <w:br/>
      </w:r>
      <w:r>
        <w:rPr>
          <w:sz w:val="20"/>
        </w:rPr>
        <w:t>19:54  ani sadaqat hai, qurani sadaqatain sabit ho rahi hain, islam ki sachaiyan mudallal ho rahi hain.</w:t>
      </w:r>
      <w:r>
        <w:br/>
      </w:r>
      <w:r>
        <w:rPr>
          <w:sz w:val="20"/>
        </w:rPr>
        <w:t>20:00  yeh bhi to outsourcing hai.</w:t>
      </w:r>
      <w:r>
        <w:br/>
      </w:r>
      <w:r>
        <w:rPr>
          <w:sz w:val="20"/>
        </w:rPr>
        <w:t>20:06  to sab say bari museebat hai musalmanon mein kay woh qawaneen fitrati ko nahi jantay.</w:t>
      </w:r>
      <w:r>
        <w:br/>
      </w:r>
      <w:r>
        <w:rPr>
          <w:sz w:val="20"/>
        </w:rPr>
        <w:t>20:12  creation plan of god jo hai, woh isi ko nahi jantay.</w:t>
      </w:r>
      <w:r>
        <w:br/>
      </w:r>
      <w:r>
        <w:rPr>
          <w:sz w:val="20"/>
        </w:rPr>
        <w:t>20:18  to barabar bas mein samajhta hoon kay do so</w:t>
      </w:r>
    </w:p>
    <w:p>
      <w:pPr>
        <w:pStyle w:val="Heading2"/>
      </w:pPr>
      <w:r>
        <w:t>Captured enemy Thumama bin Uthal becomes a close companion</w:t>
      </w:r>
    </w:p>
    <w:p>
      <w:r>
        <w:rPr>
          <w:color w:val="666666"/>
          <w:sz w:val="18"/>
        </w:rPr>
        <w:t>Art of Thinking August 21, 2022 · 1m 15s · at 23:47 · https://youtu.be/H_0zmN0MLS8?t=1427</w:t>
      </w:r>
    </w:p>
    <w:p>
      <w:r>
        <w:rPr>
          <w:i/>
        </w:rPr>
        <w:t>“There was a companion, Thumama bin Uthal, captured near Medina.”</w:t>
      </w:r>
    </w:p>
    <w:p>
      <w:r>
        <w:rPr>
          <w:sz w:val="20"/>
        </w:rPr>
        <w:t>23:47  to yeh woh yeh hai ke hamein kabhi bhi baat ko aage nahi badhana chahiye. ah, is par jo aap ne yeh diya, is par bohat achhi misaal hai Rasool Allah (SAW) ke zamane ki ke ek Sahabi the, Thamaama bin Usal.</w:t>
      </w:r>
      <w:r>
        <w:br/>
      </w:r>
      <w:r>
        <w:rPr>
          <w:sz w:val="20"/>
        </w:rPr>
        <w:t>24:02  ah, woh Islam ki dawat ko pasand nahi karte the. to ek martaba Sahaba kahin ja rahe the, unko dekha akele to pakad ke le aaye aur Masjid-e-Nabvi mein usko rakh diya.</w:t>
      </w:r>
      <w:r>
        <w:br/>
      </w:r>
      <w:r>
        <w:rPr>
          <w:sz w:val="20"/>
        </w:rPr>
        <w:t>24:11  aur teen din tak hum Masjid-e-Nabvi mein rahe. aur har din Rasool Allah (SAW) jaate aur unse khairiyat poochte ke tumhari kya haalat hai? aur us waqt woh jawab jo deta, woh bohat hi provocative hota kaha agar tum qatl karoge to is qatl ka badla liya jayega, aur agar ehsaan karoge to ehsaan, ah, ka badla diya jayega, yaani acha</w:t>
      </w:r>
      <w:r>
        <w:br/>
      </w:r>
      <w:r>
        <w:rPr>
          <w:sz w:val="20"/>
        </w:rPr>
        <w:t>24:30  karoge. Rasool Allah (SAW) uska koi jawab nahi dete the kyunke yeh chota shar tha. teesre din kaha Rasool Allah (SAW) ne ke Thamaama ko azaad kardo</w:t>
      </w:r>
      <w:r>
        <w:br/>
      </w:r>
      <w:r>
        <w:rPr>
          <w:sz w:val="20"/>
        </w:rPr>
        <w:t>24:39  . azaad kar diya, woh, ah, bahar nikle jaakar kahin par unhone, ah, ruke thehre, soche, aur uske baad phir wapas aaye aur Rasool Allah (SAW) ke pakke saathi ban gaye. woh agar unke teen din jo unhone kaha tha, usko agar bardasht nahi karte to pakke saathi bante na. woh to yehi cheez hoti hai jo hum samajh nahi paate hain.</w:t>
      </w:r>
    </w:p>
    <w:p>
      <w:pPr>
        <w:pStyle w:val="Heading2"/>
      </w:pPr>
      <w:r>
        <w:t>Newton discovered gravity through deep, focused thinking</w:t>
      </w:r>
    </w:p>
    <w:p>
      <w:r>
        <w:rPr>
          <w:color w:val="666666"/>
          <w:sz w:val="18"/>
        </w:rPr>
        <w:t>The Art of Thinking January 28, 2024 · 1m 49s · at 7:21 · https://youtu.be/lpUsTrs0ulo?t=441</w:t>
      </w:r>
    </w:p>
    <w:p>
      <w:r>
        <w:rPr>
          <w:i/>
        </w:rPr>
        <w:t>“Newton was called a 'wool-gatherer' for always thinking”</w:t>
      </w:r>
    </w:p>
    <w:p>
      <w:r>
        <w:rPr>
          <w:sz w:val="20"/>
        </w:rPr>
        <w:t>7:21  to is potential ko hamein actualize karna hai, aur woh thinking ke hi zariye hoga. main sirf ek do misaal aap logon ko samne rakhti hoon ke jaise Newton ne gravity, gravitational pull ko discover kiya,</w:t>
      </w:r>
      <w:r>
        <w:br/>
      </w:r>
      <w:r>
        <w:rPr>
          <w:sz w:val="20"/>
        </w:rPr>
        <w:t>7:38  jab ke hazaron baras se log dekh rahe the ke koi bhi cheez oopar se girti hai to neeche aati hai, oopar nahi chali jati.</w:t>
      </w:r>
      <w:r>
        <w:br/>
      </w:r>
      <w:r>
        <w:rPr>
          <w:sz w:val="20"/>
        </w:rPr>
        <w:t>7:47  phal girta hai to neeche girta hai, oopar nahi chala jata. lekin koi sochta nahi tha. We take everything for grant</w:t>
      </w:r>
      <w:r>
        <w:br/>
      </w:r>
      <w:r>
        <w:rPr>
          <w:sz w:val="20"/>
        </w:rPr>
        <w:t>7:56  ed to koi sochta nahi tha. to itni bari haqiqat samajh mein nahi aayi ke hamare jo sare planets hain, sari jo bodies hain, woh is mein gravity hai, wahi ek doosre ko apne مدار par rakhe hue hain.</w:t>
      </w:r>
      <w:r>
        <w:br/>
      </w:r>
      <w:r>
        <w:rPr>
          <w:sz w:val="20"/>
        </w:rPr>
        <w:t>8:13  to Newton jo hai, woh bohat zyada gehrai se sochta tha. to isi liye us ko wool gather kaha jane lag</w:t>
      </w:r>
      <w:r>
        <w:br/>
      </w:r>
      <w:r>
        <w:rPr>
          <w:sz w:val="20"/>
        </w:rPr>
        <w:t>8:21  a tha. wool gather kehte hain us shakhs ko jo absent minded hota hai. to aise logon ko koi ahmiyat nahi deta.</w:t>
      </w:r>
      <w:r>
        <w:br/>
      </w:r>
      <w:r>
        <w:rPr>
          <w:sz w:val="20"/>
        </w:rPr>
        <w:t>8:30  samajhte hain yeh bekar aadmi hai, us ko kuch karna nahi hai, to yeh baitha hai khali idhar udhar. bas woh baitha nahi rehta tha, woh soch raha hota tha. to kyun ke jo bohat zyada mind focused jab tak hum nahi karein ge, to jab tak us ko baatein samajh mein gehrai se koi cheez aa nahi</w:t>
      </w:r>
      <w:r>
        <w:br/>
      </w:r>
      <w:r>
        <w:rPr>
          <w:sz w:val="20"/>
        </w:rPr>
        <w:t>8:49  sakti. to jab us ne dekha seb ko ke seb oopar se gira phal mein, peir mein se, to woh neeche gir gaya.</w:t>
      </w:r>
      <w:r>
        <w:br/>
      </w:r>
      <w:r>
        <w:rPr>
          <w:sz w:val="20"/>
        </w:rPr>
        <w:t>8:58  to woh is par bhi sochne lag gaya ke yeh neeche kyun gira, ooper kyun nahi chala gaya. phir us ko itni gehri haqeeqat samajh mein aayi ke gravitational pull ki.</w:t>
      </w:r>
    </w:p>
    <w:p>
      <w:pPr>
        <w:pStyle w:val="Heading2"/>
      </w:pPr>
      <w:r>
        <w:t>Student testimonial about Spirit of Islam</w:t>
      </w:r>
    </w:p>
    <w:p>
      <w:r>
        <w:rPr>
          <w:color w:val="666666"/>
          <w:sz w:val="18"/>
        </w:rPr>
        <w:t>Deeper Meaning of Quran 17 05 2015 · 2m 29s · at 59:52 · https://youtu.be/_Cj6gds7nWI?t=3592</w:t>
      </w:r>
    </w:p>
    <w:p>
      <w:r>
        <w:rPr>
          <w:i/>
        </w:rPr>
        <w:t>“She is a sixth grade student in USA”</w:t>
      </w:r>
    </w:p>
    <w:p>
      <w:r>
        <w:rPr>
          <w:sz w:val="20"/>
        </w:rPr>
        <w:t>59:52  She is a sixth grade student in USA.</w:t>
      </w:r>
      <w:r>
        <w:br/>
      </w:r>
      <w:r>
        <w:rPr>
          <w:sz w:val="20"/>
        </w:rPr>
        <w:t>59:57  unhon ne likha hai "After reading this book, my life has changed drastically.</w:t>
      </w:r>
      <w:r>
        <w:br/>
      </w:r>
      <w:r>
        <w:rPr>
          <w:sz w:val="20"/>
        </w:rPr>
        <w:t>1:00:02  I love how this book explains the meaning of the Quran in scientific and current ways.</w:t>
      </w:r>
      <w:r>
        <w:br/>
      </w:r>
      <w:r>
        <w:rPr>
          <w:sz w:val="20"/>
        </w:rPr>
        <w:t>1:00:08  This book is so short and easy to read, but it has a lot of lessons.</w:t>
      </w:r>
      <w:r>
        <w:br/>
      </w:r>
      <w:r>
        <w:rPr>
          <w:sz w:val="20"/>
        </w:rPr>
        <w:t>1:00:13  I have learned the importance of prayer, peace, and patience.</w:t>
      </w:r>
      <w:r>
        <w:br/>
      </w:r>
      <w:r>
        <w:rPr>
          <w:sz w:val="20"/>
        </w:rPr>
        <w:t>1:00:18  After reading, I have realized why Islam is peaceful.</w:t>
      </w:r>
      <w:r>
        <w:br/>
      </w:r>
      <w:r>
        <w:rPr>
          <w:sz w:val="20"/>
        </w:rPr>
        <w:t>1:00:24  As I am in middle school, a lot of things occur like gossip.</w:t>
      </w:r>
      <w:r>
        <w:br/>
      </w:r>
      <w:r>
        <w:rPr>
          <w:sz w:val="20"/>
        </w:rPr>
        <w:t>1:00:28  Gossip is totally wrong.</w:t>
      </w:r>
      <w:r>
        <w:br/>
      </w:r>
      <w:r>
        <w:rPr>
          <w:sz w:val="20"/>
        </w:rPr>
        <w:t>1:00:32  Just because other people do it, I don't have to do it.</w:t>
      </w:r>
      <w:r>
        <w:br/>
      </w:r>
      <w:r>
        <w:rPr>
          <w:sz w:val="20"/>
        </w:rPr>
        <w:t>1:00:37  On the day of judgment, we have to give the response to our own bad deeds.</w:t>
      </w:r>
      <w:r>
        <w:br/>
      </w:r>
      <w:r>
        <w:rPr>
          <w:sz w:val="20"/>
        </w:rPr>
        <w:t>1:00:41  I have become more mature and have learned the meaning of right and wrong.</w:t>
      </w:r>
      <w:r>
        <w:br/>
      </w:r>
      <w:r>
        <w:rPr>
          <w:sz w:val="20"/>
        </w:rPr>
        <w:t>1:00:46  Recently, there was a vote going on where children had to vote.</w:t>
      </w:r>
      <w:r>
        <w:br/>
      </w:r>
      <w:r>
        <w:rPr>
          <w:sz w:val="20"/>
        </w:rPr>
        <w:t>1:00:50  I voted for this man who was humble and down to earth.</w:t>
      </w:r>
      <w:r>
        <w:br/>
      </w:r>
      <w:r>
        <w:rPr>
          <w:sz w:val="20"/>
        </w:rPr>
        <w:t>1:00:55  I have learned how much God loves us and how much He wants us to be on the right path. Now I love to pray because I know I am talking to God. I feel that if other kids read this book, their life will change as well. Firstly, thanks to God, then thanks to Maulana Wahiduddin Khan.</w:t>
      </w:r>
      <w:r>
        <w:br/>
      </w:r>
      <w:r>
        <w:rPr>
          <w:sz w:val="20"/>
        </w:rPr>
        <w:t>1:01:19  aur Maulana, yeh last Miss Sara Amin ne likha hai "Spirit of Islam benefited me by learning about</w:t>
      </w:r>
      <w:r>
        <w:br/>
      </w:r>
      <w:r>
        <w:rPr>
          <w:sz w:val="20"/>
        </w:rPr>
        <w:t>1:01:24  honesty, not to deny the truth, respect others, and treat everyone equally.</w:t>
      </w:r>
      <w:r>
        <w:br/>
      </w:r>
      <w:r>
        <w:rPr>
          <w:sz w:val="20"/>
        </w:rPr>
        <w:t>1:01:30  Honesty benefited me because if I am not being honest, then I have a guilty feeling inside and</w:t>
      </w:r>
      <w:r>
        <w:br/>
      </w:r>
      <w:r>
        <w:rPr>
          <w:sz w:val="20"/>
        </w:rPr>
        <w:t>1:01:36  I feel bad for not being honest.</w:t>
      </w:r>
      <w:r>
        <w:br/>
      </w:r>
      <w:r>
        <w:rPr>
          <w:sz w:val="20"/>
        </w:rPr>
        <w:t>1:01:42  Not to deny the truth benefited me because if you deny the truth, then you are not saying</w:t>
      </w:r>
      <w:r>
        <w:br/>
      </w:r>
      <w:r>
        <w:rPr>
          <w:sz w:val="20"/>
        </w:rPr>
        <w:t>1:01:48  the truth and you are going against God.</w:t>
      </w:r>
      <w:r>
        <w:br/>
      </w:r>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p>
    <w:p>
      <w:pPr>
        <w:pStyle w:val="Heading2"/>
      </w:pPr>
      <w:r>
        <w:t>Question of shukr and sabr</w:t>
      </w:r>
    </w:p>
    <w:p>
      <w:r>
        <w:rPr>
          <w:color w:val="666666"/>
          <w:sz w:val="18"/>
        </w:rPr>
        <w:t>Positive Thinking July 8, 2017 Maulana Wahiduddin Khan · 2m 24s · at 0:50 · https://youtu.be/6Q1DKj8srt4?t=50</w:t>
      </w:r>
    </w:p>
    <w:p>
      <w:r>
        <w:rPr>
          <w:i/>
        </w:rPr>
        <w:t>“Yani Allah ke liye hai saara shukr, jo Rabbul Alameen hai.”</w:t>
      </w:r>
    </w:p>
    <w:p>
      <w:r>
        <w:rPr>
          <w:sz w:val="20"/>
        </w:rPr>
        <w:t>0:50  yani allah ke liye hai sara shukr, jo rabbil alamin hai. yahan par ek bada ajeeb sawal paida hota hai.</w:t>
      </w:r>
      <w:r>
        <w:br/>
      </w:r>
      <w:r>
        <w:rPr>
          <w:sz w:val="20"/>
        </w:rPr>
        <w:t>1:00  quran mein bar bar yeh baat kahi gayi hai ke is duniya mein aap ko sabr karna hai, balkeh yahan tak hai ke sabr sab se bada amal hai.</w:t>
      </w:r>
      <w:r>
        <w:br/>
      </w:r>
      <w:r>
        <w:rPr>
          <w:sz w:val="20"/>
        </w:rPr>
        <w:t>1:15  inamma yufassirun ujurhum bighair hisab. sab se bada amal sabr hai. aur kai ayatein aisi hain jin mein bataya gaya hai ke insan ko duniya mein museebatein padengi,</w:t>
      </w:r>
      <w:r>
        <w:br/>
      </w:r>
      <w:r>
        <w:rPr>
          <w:sz w:val="20"/>
        </w:rPr>
        <w:t>1:31  yani yeh laf nature hai, zaroor padengi. jis ne farmaya ke:</w:t>
      </w:r>
      <w:r>
        <w:br/>
      </w:r>
      <w:r>
        <w:rPr>
          <w:sz w:val="20"/>
        </w:rPr>
        <w:t>1:40  "inna al insana lafi khusr". insan ke liye yeh maqdar hai ke woh loss mein rahe, l o double s, loss.</w:t>
      </w:r>
      <w:r>
        <w:br/>
      </w:r>
      <w:r>
        <w:rPr>
          <w:sz w:val="20"/>
        </w:rPr>
        <w:t>1:52  ek jagah farmaya ke</w:t>
      </w:r>
      <w:r>
        <w:br/>
      </w:r>
      <w:r>
        <w:rPr>
          <w:sz w:val="20"/>
        </w:rPr>
        <w:t>1:57  ke insan ko qood mein paida kiya gaya tha, laqad kharaj al insanu fi qood. qood matlab travel. ek jagah toh yeh kahe ke insan ko hum ne paida kar ke uswe mein daal liya,</w:t>
      </w:r>
      <w:r>
        <w:br/>
      </w:r>
      <w:r>
        <w:rPr>
          <w:sz w:val="20"/>
        </w:rPr>
        <w:t>2:12  thumma rudna asfareen.</w:t>
      </w:r>
      <w:r>
        <w:br/>
      </w:r>
      <w:r>
        <w:rPr>
          <w:sz w:val="20"/>
        </w:rPr>
        <w:t>2:16  aur is tarah ki ayatein hain. aur ek ayat toh yeh hai ke: "wala nabluwankum bishaim min al khauf".</w:t>
      </w:r>
      <w:r>
        <w:br/>
      </w:r>
      <w:r>
        <w:rPr>
          <w:sz w:val="20"/>
        </w:rPr>
        <w:t>2:37  yani museebat jo hai part of life hai.</w:t>
      </w:r>
      <w:r>
        <w:br/>
      </w:r>
      <w:r>
        <w:rPr>
          <w:sz w:val="20"/>
        </w:rPr>
        <w:t>2:42  to yeh jo ayatein hain in mein aur in mein ka jor hai ke jab aap museebaton mein se guzarein to shukr kaise karein ge?</w:t>
      </w:r>
      <w:r>
        <w:br/>
      </w:r>
      <w:r>
        <w:rPr>
          <w:sz w:val="20"/>
        </w:rPr>
        <w:t>2:54  phir to aap ka shukr jo hai lift service rahe ga. to lift service ki value kya hai?</w:t>
      </w:r>
      <w:r>
        <w:br/>
      </w:r>
      <w:r>
        <w:rPr>
          <w:sz w:val="20"/>
        </w:rPr>
        <w:t>3:04  is par sochte hue, sochte hue mere sahib aya ke yeh sab se bara wisdom hai insan ke liye.</w:t>
      </w:r>
    </w:p>
    <w:p>
      <w:pPr>
        <w:pStyle w:val="Heading2"/>
      </w:pPr>
      <w:r>
        <w:t>Physical vs psychological problem management</w:t>
      </w:r>
    </w:p>
    <w:p>
      <w:r>
        <w:rPr>
          <w:color w:val="666666"/>
          <w:sz w:val="18"/>
        </w:rPr>
        <w:t>How to Deal with Problems December 07, 2008 · 2m 21s · at 3:29 · https://youtu.be/7ohPSsTkiw4?t=209</w:t>
      </w:r>
    </w:p>
    <w:p>
      <w:r>
        <w:rPr>
          <w:i/>
        </w:rPr>
        <w:t>“Dekhiye, ek ye hai ke aadmi ka haath kat gaya.”</w:t>
      </w:r>
    </w:p>
    <w:p>
      <w:r>
        <w:rPr>
          <w:sz w:val="20"/>
        </w:rPr>
        <w:t>3:29  yeh basic formula aap jaan lijie. dekhiye, ek yeh hai ke aadmi ka haath kat gaya, paon kat gaya, bleeding ho rahi hai.</w:t>
      </w:r>
      <w:r>
        <w:br/>
      </w:r>
      <w:r>
        <w:rPr>
          <w:sz w:val="20"/>
        </w:rPr>
        <w:t>3:40  Bleeding ho rahi hai to that is physical problem. aap ko bleeding ko rokna hai jaldi se. yeh psychological problem nahin hai.</w:t>
      </w:r>
      <w:r>
        <w:br/>
      </w:r>
      <w:r>
        <w:rPr>
          <w:sz w:val="20"/>
        </w:rPr>
        <w:t>3:52  to jahan aisa koi baat ho ke chot lag gayi hai, bleeding ho rahi hai, to you have to take it as a physical problem.</w:t>
      </w:r>
      <w:r>
        <w:br/>
      </w:r>
      <w:r>
        <w:rPr>
          <w:sz w:val="20"/>
        </w:rPr>
        <w:t>4:03  to doctor ke paas jaiye, hospital jaiye. lekin jo, jaise ke jo tension ho jata hai logon ko, kisi ne kuch keh diya to aap ko ghussa aa jata hai.</w:t>
      </w:r>
      <w:r>
        <w:br/>
      </w:r>
      <w:r>
        <w:rPr>
          <w:sz w:val="20"/>
        </w:rPr>
        <w:t>4:14  That is psychological problem. is ke liye aap ko kisi doctor ke paas daurne ki zaroorat nahin hai.</w:t>
      </w:r>
      <w:r>
        <w:br/>
      </w:r>
      <w:r>
        <w:rPr>
          <w:sz w:val="20"/>
        </w:rPr>
        <w:t>4:24  to first of all you have to differentiate between the two kinds of problems. agar yeh nahin karenge aap to aap ko confusion rahega aur phir aap problem ko solve nahin kar paenge.</w:t>
      </w:r>
      <w:r>
        <w:br/>
      </w:r>
      <w:r>
        <w:rPr>
          <w:sz w:val="20"/>
        </w:rPr>
        <w:t>4:42  yeh bohat hi zaroori hai janna ke problem ki do qismein hain: physical aur psychological. aur ziyada tar psychological hi hoti hain.</w:t>
      </w:r>
      <w:r>
        <w:br/>
      </w:r>
      <w:r>
        <w:rPr>
          <w:sz w:val="20"/>
        </w:rPr>
        <w:t>4:54  to physical mein to aap is ka treatment karenge, medical treatment ya aur koi treatment. psychological mein kya hai?</w:t>
      </w:r>
      <w:r>
        <w:br/>
      </w:r>
      <w:r>
        <w:rPr>
          <w:sz w:val="20"/>
        </w:rPr>
        <w:t>5:04  is ko aap ko intellectual level par manage karna hai. treatment nahin chahiye is ke liye. yaani physical problem ko aap ko khatam karna hai.</w:t>
      </w:r>
      <w:r>
        <w:br/>
      </w:r>
      <w:r>
        <w:rPr>
          <w:sz w:val="20"/>
        </w:rPr>
        <w:t>5:15  yaani bleeding ko rokna hai. physical problem ko aap ko khatam karna parta hai. bleeding ko rokna parta hai.</w:t>
      </w:r>
      <w:r>
        <w:br/>
      </w:r>
      <w:r>
        <w:rPr>
          <w:sz w:val="20"/>
        </w:rPr>
        <w:t>5:27  Psychological problem ka nature ek dam alag hai. Is ko manage karna parta hai.</w:t>
      </w:r>
      <w:r>
        <w:br/>
      </w:r>
      <w:r>
        <w:rPr>
          <w:sz w:val="20"/>
        </w:rPr>
        <w:t>5:37  Is ko manage karna parta hai. Yeh janana bohat hi zyada zaroori hai. Main aap ko kuch example doon, is se baat clear ho jaye gi.</w:t>
      </w:r>
    </w:p>
    <w:p>
      <w:pPr>
        <w:pStyle w:val="Heading2"/>
      </w:pPr>
      <w:r>
        <w:t>Christ's 2000-year-old warning to Jerusalem's elite</w:t>
      </w:r>
    </w:p>
    <w:p>
      <w:r>
        <w:rPr>
          <w:color w:val="666666"/>
          <w:sz w:val="18"/>
        </w:rPr>
        <w:t>From The Spiritual Tree January 19, 2007 Maulana Wahiduddin Khan · 1m 41s · at 1:55 · https://youtu.be/XhXDz32Av4Q?t=115</w:t>
      </w:r>
    </w:p>
    <w:p>
      <w:r>
        <w:rPr>
          <w:i/>
        </w:rPr>
        <w:t>“Hazrat Maseeh ne kaha tha, aaj se do hazaar saal pehle”</w:t>
      </w:r>
    </w:p>
    <w:p>
      <w:r>
        <w:rPr>
          <w:sz w:val="20"/>
        </w:rPr>
        <w:t>1:55  woh kya hain? toh Hazrat Masih ne kaha tha, ab se do hazar saal pehle,</w:t>
      </w:r>
      <w:r>
        <w:br/>
      </w:r>
      <w:r>
        <w:rPr>
          <w:sz w:val="20"/>
        </w:rPr>
        <w:t>2:09  Yerushalayim mein,</w:t>
      </w:r>
      <w:r>
        <w:br/>
      </w:r>
      <w:r>
        <w:rPr>
          <w:sz w:val="20"/>
        </w:rPr>
        <w:t>2:15  ke agar insan na bolein toh pathar chalayenge.</w:t>
      </w:r>
      <w:r>
        <w:br/>
      </w:r>
      <w:r>
        <w:rPr>
          <w:sz w:val="20"/>
        </w:rPr>
        <w:t>2:23  yeh baat new testament ke chapter Luke mein hai.</w:t>
      </w:r>
      <w:r>
        <w:br/>
      </w:r>
      <w:r>
        <w:rPr>
          <w:sz w:val="20"/>
        </w:rPr>
        <w:t>2:31  woh is tarah se hai is mein ke "If man fails to speak, stones will cry out."</w:t>
      </w:r>
      <w:r>
        <w:br/>
      </w:r>
      <w:r>
        <w:rPr>
          <w:sz w:val="20"/>
        </w:rPr>
        <w:t>2:46  toh baat yeh hui ke Hazrat Masih aaye the Yerushalayim mein, yaani Falasteen mein.</w:t>
      </w:r>
      <w:r>
        <w:br/>
      </w:r>
      <w:r>
        <w:rPr>
          <w:sz w:val="20"/>
        </w:rPr>
        <w:t>2:52  toh wahan ke jo bade bade log the, jo zyada tar Yahudi log the, toh unko unhone address kiya.</w:t>
      </w:r>
      <w:r>
        <w:br/>
      </w:r>
      <w:r>
        <w:rPr>
          <w:sz w:val="20"/>
        </w:rPr>
        <w:t>3:01  bade bade scholars, bade bade intelligent log, aur hasiyat wale log, position wale log.</w:t>
      </w:r>
      <w:r>
        <w:br/>
      </w:r>
      <w:r>
        <w:rPr>
          <w:sz w:val="20"/>
        </w:rPr>
        <w:t>3:15  toh un mein se kisi ek ne bhi Hazrat Masih ka saath nahin</w:t>
      </w:r>
      <w:r>
        <w:br/>
      </w:r>
      <w:r>
        <w:rPr>
          <w:sz w:val="20"/>
        </w:rPr>
        <w:t>3:19  diya. toh us waqt unhone kaha tha ke "If man fails to speak, stones will cry out."</w:t>
      </w:r>
      <w:r>
        <w:br/>
      </w:r>
      <w:r>
        <w:rPr>
          <w:sz w:val="20"/>
        </w:rPr>
        <w:t>3:33  toh waqai mein aisa hi hua.</w:t>
      </w:r>
    </w:p>
    <w:p>
      <w:pPr>
        <w:pStyle w:val="Heading2"/>
      </w:pPr>
      <w:r>
        <w:t>peace, not freedom, is Islam's ultimate good</w:t>
      </w:r>
    </w:p>
    <w:p>
      <w:r>
        <w:rPr>
          <w:color w:val="666666"/>
          <w:sz w:val="18"/>
        </w:rPr>
        <w:t>The Message of The Prophet Muhammad April 5, 2008 · 2m 53s · at 31:49 · https://youtu.be/4Awv6yrWLBw?t=1909</w:t>
      </w:r>
    </w:p>
    <w:p>
      <w:r>
        <w:rPr>
          <w:i/>
        </w:rPr>
        <w:t>“Quran aur Prophet ke message mein peace hi sabse badi cheez hai”</w:t>
      </w:r>
    </w:p>
    <w:p>
      <w:r>
        <w:rPr>
          <w:sz w:val="20"/>
        </w:rPr>
        <w:t>31:49  mein samajhta hoon ke Quran mein aur Prophet (peace be upon him) ke jo sayings hain, is mein is parhne ke baad mein ne samjha hai ke aap ke message mein peace hi summum bonum hai.</w:t>
      </w:r>
      <w:r>
        <w:br/>
      </w:r>
      <w:r>
        <w:rPr>
          <w:sz w:val="20"/>
        </w:rPr>
        <w:t>32:04  peace jo hai, woh summum bonum hai. aaj kal aap jante hain ke western civilization mein freedom ko summum bonum mante hain.</w:t>
      </w:r>
      <w:r>
        <w:br/>
      </w:r>
      <w:r>
        <w:rPr>
          <w:sz w:val="20"/>
        </w:rPr>
        <w:t>32:14  mein kehta hoon ke nahi, freedom ko bhi summum bonum ho nahi sakti, kyunke freedom agar aap aap ko unchecked use karein to woh anarchy ban jayegi.</w:t>
      </w:r>
      <w:r>
        <w:br/>
      </w:r>
      <w:r>
        <w:rPr>
          <w:sz w:val="20"/>
        </w:rPr>
        <w:t>32:25  agar freedom ko unlimited way mein aap is ko cover karein to woh anarchy ban jayegi. to phir aap summum bonum kahan hua ho? to summum bonum peace hai. peace ko aap kitna hi use kijiye, kitna hi peaceful ban jaiye,</w:t>
      </w:r>
      <w:r>
        <w:br/>
      </w:r>
      <w:r>
        <w:rPr>
          <w:sz w:val="20"/>
        </w:rPr>
        <w:t>32:39  koi problem aap create nahi karenge.</w:t>
      </w:r>
      <w:r>
        <w:br/>
      </w:r>
      <w:r>
        <w:rPr>
          <w:sz w:val="20"/>
        </w:rPr>
        <w:t>32:42  koi aadmi aakhri had tak, to the last extent, peaceful ban jaye to kya problem create karega woh? lekin freedom ko agar aap is tarah use karein to aap doosron ko harmful ban jate hain, doosron ke liye.</w:t>
      </w:r>
      <w:r>
        <w:br/>
      </w:r>
      <w:r>
        <w:rPr>
          <w:sz w:val="20"/>
        </w:rPr>
        <w:t>32:56  aur duniya mein anarchy lati hai aisi freedom.</w:t>
      </w:r>
      <w:r>
        <w:br/>
      </w:r>
      <w:r>
        <w:rPr>
          <w:sz w:val="20"/>
        </w:rPr>
        <w:t>33:00  isi liye America mein ek professor Skinner the, un ki kitaab hai, us mein woh kehte hain ke "we can't afford freedom" yani freedom hum ko afford nahi kar sakte,</w:t>
      </w:r>
      <w:r>
        <w:br/>
      </w:r>
      <w:r>
        <w:rPr>
          <w:sz w:val="20"/>
        </w:rPr>
        <w:t>33:14  sirf limited freedom hi hamare</w:t>
      </w:r>
      <w:r>
        <w:br/>
      </w:r>
      <w:r>
        <w:rPr>
          <w:sz w:val="20"/>
        </w:rPr>
        <w:t>33:16  kaam ki hoti hai. to Islam mein bataya gaya hai peace ko, peace ko summum bonum, jis ko aap kehte hain khair haal.</w:t>
      </w:r>
      <w:r>
        <w:br/>
      </w:r>
      <w:r>
        <w:rPr>
          <w:sz w:val="20"/>
        </w:rPr>
        <w:t>33:28  Quran mein hai ke "alsulhu khair" yani "peace is the best".</w:t>
      </w:r>
      <w:r>
        <w:br/>
      </w:r>
      <w:r>
        <w:rPr>
          <w:sz w:val="20"/>
        </w:rPr>
        <w:t>33:35  "peace is the best" isi se sufi logon ne yeh formula banaya tha ke "sulh e kul" jis ko kehte hain, "sulh e kul" yani "peace with all".</w:t>
      </w:r>
      <w:r>
        <w:br/>
      </w:r>
      <w:r>
        <w:rPr>
          <w:sz w:val="20"/>
        </w:rPr>
        <w:t>33:47  "peace with all" ka matlab kya hai? dushman, dushman se bhi peace, aur dost se bhi peace,</w:t>
      </w:r>
      <w:r>
        <w:br/>
      </w:r>
      <w:r>
        <w:rPr>
          <w:sz w:val="20"/>
        </w:rPr>
        <w:t>33:52  apne se bhi peace, doosre se bhi peace. to yeh tha "sulh e kul" sufi formula. yeh sufi formula bana tha isi Quran ki is ayat se "sulh e kul".</w:t>
      </w:r>
      <w:r>
        <w:br/>
      </w:r>
      <w:r>
        <w:rPr>
          <w:sz w:val="20"/>
        </w:rPr>
        <w:t>34:04  to Islam mein mein samajhta hoon ke summum bonum agar kaha jaye kisi cheez ko to woh hai peace.</w:t>
      </w:r>
      <w:r>
        <w:br/>
      </w:r>
      <w:r>
        <w:rPr>
          <w:sz w:val="20"/>
        </w:rPr>
        <w:t>34:14  ek hadith hai ke "annallaha</w:t>
      </w:r>
      <w:r>
        <w:br/>
      </w:r>
      <w:r>
        <w:rPr>
          <w:sz w:val="20"/>
        </w:rPr>
        <w:t>34:20  god grants to non violence. what he does not grant to violence? jab peace par jo cheez milti hai Khuda ki taraf se, woh violence par nahi milti.</w:t>
      </w:r>
      <w:r>
        <w:br/>
      </w:r>
      <w:r>
        <w:rPr>
          <w:sz w:val="20"/>
        </w:rPr>
        <w:t>34:35  is liye yeh kehna bilkul sahi hoga ke Islam mein peace jo hai, wahi summum bonum hai.</w:t>
      </w:r>
    </w:p>
    <w:p>
      <w:pPr>
        <w:pStyle w:val="Heading2"/>
      </w:pPr>
      <w:r>
        <w:t>Modern openness and opportunity</w:t>
      </w:r>
    </w:p>
    <w:p>
      <w:r>
        <w:rPr>
          <w:color w:val="666666"/>
          <w:sz w:val="18"/>
        </w:rPr>
        <w:t>Importance of Creative Thinking I December 11, 2011 Maulana Wahiduddin Khan · 2m 11s · at 27:32 · https://youtu.be/GsnxvBYTj8w?t=1652</w:t>
      </w:r>
    </w:p>
    <w:p>
      <w:r>
        <w:rPr>
          <w:i/>
        </w:rPr>
        <w:t>“Pehle mazhab mein openness nahi tha, science ne darwaza khola.”</w:t>
      </w:r>
    </w:p>
    <w:p>
      <w:r>
        <w:rPr>
          <w:sz w:val="20"/>
        </w:rPr>
        <w:t>27:32  dekhiye, mein ek misaal deta hoon. pehle yani modern age, jis ko hum kehte hain, yani scientific age, is se pehle kya tha?</w:t>
      </w:r>
      <w:r>
        <w:br/>
      </w:r>
      <w:r>
        <w:rPr>
          <w:sz w:val="20"/>
        </w:rPr>
        <w:t>27:44  mazhab mein openness nahi tha. openness nahi hua karta tha.</w:t>
      </w:r>
      <w:r>
        <w:br/>
      </w:r>
      <w:r>
        <w:rPr>
          <w:sz w:val="20"/>
        </w:rPr>
        <w:t>27:49  apne apne is mein log hotay thay, cell mein apne mazhab. mazhab ko woh sochne ki cheez nahi samajhte thay. jo jahan paida ho gaye, jis ghar mein, jis baap ke ke han, to us us waqt jo un ko mazhab mila wirasat mein, bas usi par rehte thay.</w:t>
      </w:r>
      <w:r>
        <w:br/>
      </w:r>
      <w:r>
        <w:rPr>
          <w:sz w:val="20"/>
        </w:rPr>
        <w:t>28:12  woh sochte the, kuch nahi the, re think nahi karte the. woh</w:t>
      </w:r>
      <w:r>
        <w:br/>
      </w:r>
      <w:r>
        <w:rPr>
          <w:sz w:val="20"/>
        </w:rPr>
        <w:t>28:16  toh religion ke field mein openness bilkul nahi tha. science ne yeh darwaza khola openness ka.</w:t>
      </w:r>
      <w:r>
        <w:br/>
      </w:r>
      <w:r>
        <w:rPr>
          <w:sz w:val="20"/>
        </w:rPr>
        <w:t>28:24  har cheez ko socho, har cheez ko samajhne ki koshish karo. jaise mashhoor waqea hai jo newton ka hai ke saib upar se gira, toh us ne socha ke upar neeche kyun gira?</w:t>
      </w:r>
      <w:r>
        <w:br/>
      </w:r>
      <w:r>
        <w:rPr>
          <w:sz w:val="20"/>
        </w:rPr>
        <w:t>28:40  upar kyun nahi chala gaya? yeh anokha sawal logon ke liye tha.</w:t>
      </w:r>
      <w:r>
        <w:br/>
      </w:r>
      <w:r>
        <w:rPr>
          <w:sz w:val="20"/>
        </w:rPr>
        <w:t>28:46  kuch log samajhte the ke woh upar se girega toh neeche aayega. woh us ko for granted lene lage the. newton ne phir se socha, us ko kyun neeche aaya?</w:t>
      </w:r>
      <w:r>
        <w:br/>
      </w:r>
      <w:r>
        <w:rPr>
          <w:sz w:val="20"/>
        </w:rPr>
        <w:t>28:58  woh upar kyun nahi gaya? toh ek ek nayi cheez daryaft ho gayi.</w:t>
      </w:r>
      <w:r>
        <w:br/>
      </w:r>
      <w:r>
        <w:rPr>
          <w:sz w:val="20"/>
        </w:rPr>
        <w:t>29:04  iss se ek naya daur paida hua rethinking ka. har cheez mein rethinking, har cheez mein rethinking. phir socho, aur phir nateeja kya hua?</w:t>
      </w:r>
      <w:r>
        <w:br/>
      </w:r>
      <w:r>
        <w:rPr>
          <w:sz w:val="20"/>
        </w:rPr>
        <w:t>29:15  ke saare duniya mein openness aa gaya. woh jo apne apne cell mein band rehte the log, woh khatam ho gaya.</w:t>
      </w:r>
      <w:r>
        <w:br/>
      </w:r>
      <w:r>
        <w:rPr>
          <w:sz w:val="20"/>
        </w:rPr>
        <w:t>29:25  toh rethinking jo shuru hui, woh shuru hui pehle nature se. nature se barhte barhte woh mazhab tak aa gayi.</w:t>
      </w:r>
      <w:r>
        <w:br/>
      </w:r>
      <w:r>
        <w:rPr>
          <w:sz w:val="20"/>
        </w:rPr>
        <w:t>29:32  ab mazhab ke maamle mein ek dam yaani openness aa gaya. aap free discussion kar sakte hain, advise kar sakte hain.</w:t>
      </w:r>
    </w:p>
    <w:p>
      <w:pPr>
        <w:pStyle w:val="Heading2"/>
      </w:pPr>
      <w:r>
        <w:t>Example of diabetic man taking it easy</w:t>
      </w:r>
    </w:p>
    <w:p>
      <w:r>
        <w:rPr>
          <w:color w:val="666666"/>
          <w:sz w:val="18"/>
        </w:rPr>
        <w:t>The Way of De-Stressing 11 July 2009 - Maulana Wahiduddin Khan · 1m 52s · at 9:13 · https://youtu.be/ABb8vYJ0vMc?t=553</w:t>
      </w:r>
    </w:p>
    <w:p>
      <w:r>
        <w:rPr>
          <w:i/>
        </w:rPr>
        <w:t>“Here I would like to give an example.”</w:t>
      </w:r>
    </w:p>
    <w:p>
      <w:r>
        <w:rPr>
          <w:sz w:val="20"/>
        </w:rPr>
        <w:t>9:13  here i would like to give an example. i sometime i was in bahawalpur.</w:t>
      </w:r>
      <w:r>
        <w:br/>
      </w:r>
      <w:r>
        <w:rPr>
          <w:sz w:val="20"/>
        </w:rPr>
        <w:t>9:28  there i happen to meet a gentleman. he was a senior person. so i saw that he is doing something in his hand.</w:t>
      </w:r>
      <w:r>
        <w:br/>
      </w:r>
      <w:r>
        <w:rPr>
          <w:sz w:val="20"/>
        </w:rPr>
        <w:t>9:42  then i asked him that. he was injecting himself. it was self injecting. he was a diabetic, diabetic person.</w:t>
      </w:r>
      <w:r>
        <w:br/>
      </w:r>
      <w:r>
        <w:rPr>
          <w:sz w:val="20"/>
        </w:rPr>
        <w:t>9:52  diabetic person. so he used to inject himself every day, perhaps twice a day.</w:t>
      </w:r>
      <w:r>
        <w:br/>
      </w:r>
      <w:r>
        <w:rPr>
          <w:sz w:val="20"/>
        </w:rPr>
        <w:t>10:02  so i saw that he is, he was very comfortable. for me, it was horrible side.</w:t>
      </w:r>
      <w:r>
        <w:br/>
      </w:r>
      <w:r>
        <w:rPr>
          <w:sz w:val="20"/>
        </w:rPr>
        <w:t>10:12  b</w:t>
      </w:r>
      <w:r>
        <w:br/>
      </w:r>
      <w:r>
        <w:rPr>
          <w:sz w:val="20"/>
        </w:rPr>
        <w:t>10:13  but he was comfortable. so i asked him, why you are comfortable? he said that i have, i have taken a very simple formula: take it easy.</w:t>
      </w:r>
      <w:r>
        <w:br/>
      </w:r>
      <w:r>
        <w:rPr>
          <w:sz w:val="20"/>
        </w:rPr>
        <w:t>10:29  he smiled and said, take it easy. so this is one formula: if you are facing some problem or some stress, some tension, take it easy.</w:t>
      </w:r>
      <w:r>
        <w:br/>
      </w:r>
      <w:r>
        <w:rPr>
          <w:sz w:val="20"/>
        </w:rPr>
        <w:t>10:44  take it as a normal function,</w:t>
      </w:r>
      <w:r>
        <w:br/>
      </w:r>
      <w:r>
        <w:rPr>
          <w:sz w:val="20"/>
        </w:rPr>
        <w:t>10:53  as a normal aspect of life. you know, everything begins in mind, and everything can be end in your mind.</w:t>
      </w:r>
    </w:p>
    <w:p>
      <w:pPr>
        <w:pStyle w:val="Heading2"/>
      </w:pPr>
      <w:r>
        <w:t>What sabr means and why it's linked to God's test</w:t>
      </w:r>
    </w:p>
    <w:p>
      <w:r>
        <w:rPr>
          <w:color w:val="666666"/>
          <w:sz w:val="18"/>
        </w:rPr>
        <w:t>Importance of Patience (Sabr) January 8, 2023 · 1m 41s · at 1:10 · https://youtu.be/JaJX3jrl3R8?t=70</w:t>
      </w:r>
    </w:p>
    <w:p>
      <w:r>
        <w:rPr>
          <w:i/>
        </w:rPr>
        <w:t>“Sabr ke literal maayne hain rukna, thaamna, self-control”</w:t>
      </w:r>
    </w:p>
    <w:p>
      <w:r>
        <w:rPr>
          <w:sz w:val="20"/>
        </w:rPr>
        <w:t>1:10  Apa, sabse pehle toh yahi sawal hai ke "Importance of Sabr" kya hai, iske baare mein hum sab ko bataein. Dekhiye, sabr ke literal maani hain rukna, thaamna, jisko hum kehte hain self-control, self-discipline.</w:t>
      </w:r>
      <w:r>
        <w:br/>
      </w:r>
      <w:r>
        <w:rPr>
          <w:sz w:val="20"/>
        </w:rPr>
        <w:t>1:26  Toh asal mein aajkal jo hai na sabse zyada iski zaroorat hai, logon mein bahut zyada be-sabri paayi jaati hai. Toh is liye thoda sa aur aspect hum isko lenge aaj sabr ka.</w:t>
      </w:r>
      <w:r>
        <w:br/>
      </w:r>
      <w:r>
        <w:rPr>
          <w:sz w:val="20"/>
        </w:rPr>
        <w:t>1:40  Toh sabr ki—log kehte hain bhai itni zyada zaroorat kyun hai sabr ki? Asal mein sabr jo hai link hai Allah Taala ke creation plan se.</w:t>
      </w:r>
      <w:r>
        <w:br/>
      </w:r>
      <w:r>
        <w:rPr>
          <w:sz w:val="20"/>
        </w:rPr>
        <w:t>1:51  Kyunki creation plan ke tehat insaan ko total freedom di gayi hai. Insaan is duniya mein test ke liye aaya hai.</w:t>
      </w:r>
      <w:r>
        <w:br/>
      </w:r>
      <w:r>
        <w:rPr>
          <w:sz w:val="20"/>
        </w:rPr>
        <w:t>2:00  to test ke liye agar freedom na ho to woh test kaise dega? ab jab freedom hai to woh kabhi proper use karega, kabhi misuse karega.</w:t>
      </w:r>
      <w:r>
        <w:br/>
      </w:r>
      <w:r>
        <w:rPr>
          <w:sz w:val="20"/>
        </w:rPr>
        <w:t>2:10  to is waqt aap ka kya response ho, negative ho, positive ho, isi ko sabr kehte hain. to kabhi aap sabr karenge aur kabhi aap lad jayenge, emotional response denge.</w:t>
      </w:r>
      <w:r>
        <w:br/>
      </w:r>
      <w:r>
        <w:rPr>
          <w:sz w:val="20"/>
        </w:rPr>
        <w:t>2:25  to yeh tay karega ke aap ke andar kitna zyada imani taqat hai, kitna zyada aap Khuda se dar ke kaam kar rahe hain, aur har baat mein sochte hain ke is mein Khuda ki marzi kya hai.</w:t>
      </w:r>
      <w:r>
        <w:br/>
      </w:r>
      <w:r>
        <w:rPr>
          <w:sz w:val="20"/>
        </w:rPr>
        <w:t>2:40  to jab aap sochenge Khuda ki marzi kya hai, tab aap sabr karenge. kyunke sabr bhi waqti ek hota hai, aisa nahi hai ke hamesha humein sabri karna hai.</w:t>
      </w:r>
    </w:p>
    <w:p>
      <w:pPr>
        <w:pStyle w:val="Heading2"/>
      </w:pPr>
      <w:r>
        <w:t>Islamic identity is character not culture</w:t>
      </w:r>
    </w:p>
    <w:p>
      <w:r>
        <w:rPr>
          <w:color w:val="666666"/>
          <w:sz w:val="18"/>
        </w:rPr>
        <w:t>Religion and The Modern Age | February 26, 2006 | Maulana Wahidduin Khan · 1m 31s · at 1:22:53 · https://youtu.be/KJmEtnm_SpE?t=4973</w:t>
      </w:r>
    </w:p>
    <w:p>
      <w:r>
        <w:rPr>
          <w:i/>
        </w:rPr>
        <w:t>“یہ ہرگز اسلامک آئیڈینٹٹی نہیں ہے”</w:t>
      </w:r>
    </w:p>
    <w:p>
      <w:r>
        <w:rPr>
          <w:sz w:val="20"/>
        </w:rPr>
        <w:t>1:22:53  yeh hargiz Islami identity nahi hai, nahi hai, nahi hai. hazar bar kahunga, nahi hai. yeh yeh to sab culture hai. yeh Islami identity yeh hai ke aap dahi hain. Islami identity yeh hai ke aap dahi hain, doosre muddu hain. aap addresser hain, woh addressee hain. aap ko ek message pahunchana hai. yani aap ka kaam wahi hai, rohani sense mein ya Islami sense mein, jo ek businessman ka hota hai.</w:t>
      </w:r>
      <w:r>
        <w:br/>
      </w:r>
      <w:r>
        <w:rPr>
          <w:sz w:val="20"/>
        </w:rPr>
        <w:t>1:23:24  Businessman apne customer ke in sab baaton ko nahi dekhta. woh hamesha ek customer friendly rehta hai. customer kaisa bhi ho, kala ho, safed ho, woh Muslim ho, Hindu ho, woh kuch bhi ho, businessman hamesha customer friendly bana rahega. isi tarah Musalman ko dahi hone ke hasiyat se farz hai, farz hai ke hamesha woh insan friendly bane rahein.</w:t>
      </w:r>
      <w:r>
        <w:br/>
      </w:r>
      <w:r>
        <w:rPr>
          <w:sz w:val="20"/>
        </w:rPr>
        <w:t>1:23:54  aur yeh jaan lein ke Islami identity hargiz, hargiz yeh yeh form nahi hai jo form, jis form ko samajh liya gaya hai. woh to cultural form hai. woh Islami identity jo hai, character ka naam hai. aap sachhe hon, yeh Islami identity hai. aap dahi ban kar rahein, duniya mein Islami identity hai. aap tolerate karein, yeh Islami identity hai. apne target ko hamesha samne rakhein, us se idhar udhar na hatein. yeh Islami identity hai.</w:t>
      </w:r>
    </w:p>
    <w:p>
      <w:pPr>
        <w:pStyle w:val="Heading2"/>
      </w:pPr>
      <w:r>
        <w:t>Tafaqquh defined: deep thinking beyond surface appearances</w:t>
      </w:r>
    </w:p>
    <w:p>
      <w:r>
        <w:rPr>
          <w:color w:val="666666"/>
          <w:sz w:val="18"/>
        </w:rPr>
        <w:t>Deep Thinking April 3, 2014 Maulana Wahiduddin Khan · 1m 56s · at 1:35 · https://youtu.be/1DvZY_4ddps?t=95</w:t>
      </w:r>
    </w:p>
    <w:p>
      <w:r>
        <w:rPr>
          <w:i/>
        </w:rPr>
        <w:t>“Is hadees-e-Rasool mein bataya gaya hai khair ka matlab”</w:t>
      </w:r>
    </w:p>
    <w:p>
      <w:r>
        <w:rPr>
          <w:sz w:val="20"/>
        </w:rPr>
        <w:t>1:35  is hadees-e-Rasool mein</w:t>
      </w:r>
      <w:r>
        <w:br/>
      </w:r>
      <w:r>
        <w:rPr>
          <w:sz w:val="20"/>
        </w:rPr>
        <w:t>1:42  bataya gaya hai ke Allah taala jis ke liye khair ka faisla farmata hai,</w:t>
      </w:r>
      <w:r>
        <w:br/>
      </w:r>
      <w:r>
        <w:rPr>
          <w:sz w:val="20"/>
        </w:rPr>
        <w:t>1:51  us ko tafaqquh de deta hai.</w:t>
      </w:r>
      <w:r>
        <w:br/>
      </w:r>
      <w:r>
        <w:rPr>
          <w:sz w:val="20"/>
        </w:rPr>
        <w:t>2:01  tafaqquh ke ma'ni hote hain to understand, samajhna, lekin tafaqquh saada taur par samajhne ke ma'ni mein nahi hai, yeh gehri samajh ke ma'ni mein hai,</w:t>
      </w:r>
      <w:r>
        <w:br/>
      </w:r>
      <w:r>
        <w:rPr>
          <w:sz w:val="20"/>
        </w:rPr>
        <w:t>2:15  yani deep thinking.</w:t>
      </w:r>
      <w:r>
        <w:br/>
      </w:r>
      <w:r>
        <w:rPr>
          <w:sz w:val="20"/>
        </w:rPr>
        <w:t>2:21  Deep thinking bohat bari Allah taala ki rehmat hai. To is hadith mein bataya gaya hai ke jis ko Allah taala</w:t>
      </w:r>
      <w:r>
        <w:br/>
      </w:r>
      <w:r>
        <w:rPr>
          <w:sz w:val="20"/>
        </w:rPr>
        <w:t>2:34  jis ke liye khair ka faisla farmata hai, to us ko gehri soch de deta hai, deep thinking de deta hai. Dekhein, is dunya mein hum rehte hain to tarah tarah ki baatein pesh aati hain.</w:t>
      </w:r>
      <w:r>
        <w:br/>
      </w:r>
      <w:r>
        <w:rPr>
          <w:sz w:val="20"/>
        </w:rPr>
        <w:t>2:46  Zyada tar log cheezon ko face value par le lete hain,</w:t>
      </w:r>
      <w:r>
        <w:br/>
      </w:r>
      <w:r>
        <w:rPr>
          <w:sz w:val="20"/>
        </w:rPr>
        <w:t>2:51  face value par, yani cheezon ko bazahir jaisa dekhte hain, wahi samajh lete hain. Yeh deep thinking nahi hai, yeh gehri samajh ki baat nahi hai.</w:t>
      </w:r>
      <w:r>
        <w:br/>
      </w:r>
      <w:r>
        <w:rPr>
          <w:sz w:val="20"/>
        </w:rPr>
        <w:t>3:03  Gehri samajh yeh hai ke zahiri halaat se guzar kar aap andar tak sochen aur</w:t>
      </w:r>
      <w:r>
        <w:br/>
      </w:r>
      <w:r>
        <w:rPr>
          <w:sz w:val="20"/>
        </w:rPr>
        <w:t>3:16  saare pehluon ko</w:t>
      </w:r>
      <w:r>
        <w:br/>
      </w:r>
      <w:r>
        <w:rPr>
          <w:sz w:val="20"/>
        </w:rPr>
        <w:t>3:22  daryaft kar ke gehrai tak pahunch kar faisla karen.</w:t>
      </w:r>
      <w:r>
        <w:br/>
      </w:r>
      <w:r>
        <w:rPr>
          <w:sz w:val="20"/>
        </w:rPr>
        <w:t>3:29  Yeh hai tafaqquh.</w:t>
      </w:r>
    </w:p>
    <w:p>
      <w:pPr>
        <w:pStyle w:val="Heading2"/>
      </w:pPr>
      <w:r>
        <w:t>Pope's lecture sparks only protest, no answer</w:t>
      </w:r>
    </w:p>
    <w:p>
      <w:r>
        <w:rPr>
          <w:color w:val="666666"/>
          <w:sz w:val="18"/>
        </w:rPr>
        <w:t>Untold Story of Islam January 28, 2007 · 2m 06s · at 18:16 · https://youtu.be/SoBrn4U1jyw?t=1096</w:t>
      </w:r>
    </w:p>
    <w:p>
      <w:r>
        <w:rPr>
          <w:i/>
        </w:rPr>
        <w:t>“Pope ne kaha: koi nayi cheez dikhao jo Muhammad laye”</w:t>
      </w:r>
    </w:p>
    <w:p>
      <w:r>
        <w:rPr>
          <w:sz w:val="20"/>
        </w:rPr>
        <w:t>18:16  aap ko maloom hai ke november 2006 mein, isi november 2006 mein, Christian World ka jo sab se bara head hota hai yani Pope,</w:t>
      </w:r>
      <w:r>
        <w:br/>
      </w:r>
      <w:r>
        <w:rPr>
          <w:sz w:val="20"/>
        </w:rPr>
        <w:t>18:34  Vatican ka Pope, un ka aik lecture hua Europe mein jo chupa press mein. To woh lecture aslan to tha faith and reason par.</w:t>
      </w:r>
      <w:r>
        <w:br/>
      </w:r>
      <w:r>
        <w:rPr>
          <w:sz w:val="20"/>
        </w:rPr>
        <w:t>18:49  lekin is mein unhon ne aik ruba de diya Islam ke khilaf.</w:t>
      </w:r>
      <w:r>
        <w:br/>
      </w:r>
      <w:r>
        <w:rPr>
          <w:sz w:val="20"/>
        </w:rPr>
        <w:t>18:54  woh bhi unhon ne quote kiya tha aik Christian king ka. To is mein us Christian king ne baghair is ko tanqeed kiye hue, goya ke is ko sahi maante hue, unhon ne quote kar diya Pope ne.</w:t>
      </w:r>
      <w:r>
        <w:br/>
      </w:r>
      <w:r>
        <w:rPr>
          <w:sz w:val="20"/>
        </w:rPr>
        <w:t>19:10  to is mein Christian king ne kaha tha ke "Show me" is mein kaha tha ke "Show me just what Muhammad brought that was new"</w:t>
      </w:r>
      <w:r>
        <w:br/>
      </w:r>
      <w:r>
        <w:rPr>
          <w:sz w:val="20"/>
        </w:rPr>
        <w:t>19:27  "Show me just what Muhammad brought that was new" koi cheez mujhe dikhao jo Muhammad nai laye hon.</w:t>
      </w:r>
      <w:r>
        <w:br/>
      </w:r>
      <w:r>
        <w:rPr>
          <w:sz w:val="20"/>
        </w:rPr>
        <w:t>19:36  nai. Ab is par kya hua ke sab har taraf hungama khara ho gaya. Pope ke khilaf.</w:t>
      </w:r>
      <w:r>
        <w:br/>
      </w:r>
      <w:r>
        <w:rPr>
          <w:sz w:val="20"/>
        </w:rPr>
        <w:t>19:47  kahin koi naarah laga raha hai, koi jaloos nikal raha hai, koi article likh raha hai. Sirf condemn karna, condemn karna, condemn karna. Sirf protest, sirf complain.</w:t>
      </w:r>
      <w:r>
        <w:br/>
      </w:r>
      <w:r>
        <w:rPr>
          <w:sz w:val="20"/>
        </w:rPr>
        <w:t>19:56  yani koi yeh nahi bata saka mere janne mein ke dekho yeh hai nai cheez jo Islam laya tha. Dekho.</w:t>
      </w:r>
      <w:r>
        <w:br/>
      </w:r>
      <w:r>
        <w:rPr>
          <w:sz w:val="20"/>
        </w:rPr>
        <w:t>20:06  yeh tha negative reaction. Is ne Musalmanon ki in creativity ko barhaya. Creativity ko nahi barhaya.</w:t>
      </w:r>
      <w:r>
        <w:br/>
      </w:r>
      <w:r>
        <w:rPr>
          <w:sz w:val="20"/>
        </w:rPr>
        <w:t>20:18  dekhein agar positive thinking hoti to kya hota?</w:t>
      </w:r>
    </w:p>
    <w:p>
      <w:pPr>
        <w:pStyle w:val="Heading2"/>
      </w:pPr>
      <w:r>
        <w:t>Refugee story and layman's formula</w:t>
      </w:r>
    </w:p>
    <w:p>
      <w:r>
        <w:rPr>
          <w:color w:val="666666"/>
          <w:sz w:val="18"/>
        </w:rPr>
        <w:t>How to Deal with Problems December 7, 2008 · 2m 32s · at 11:43 · https://youtu.be/03Wx7Ydxf84?t=703</w:t>
      </w:r>
    </w:p>
    <w:p>
      <w:r>
        <w:rPr>
          <w:i/>
        </w:rPr>
        <w:t>“Jab partition hua, aik aadmi Pakistan se aaya”</w:t>
      </w:r>
    </w:p>
    <w:p>
      <w:r>
        <w:rPr>
          <w:sz w:val="20"/>
        </w:rPr>
        <w:t>11:43  dekhiye, jab partition hua ninety forty seven mein to ek aadmi Pakistan se aaya. aap jante hain ke bahut log idhar se udhar udhar se hue the partition mein.</w:t>
      </w:r>
      <w:r>
        <w:br/>
      </w:r>
      <w:r>
        <w:rPr>
          <w:sz w:val="20"/>
        </w:rPr>
        <w:t>11:57  to us waqt woh aaya wahan se to woh bilkul penniless tha woh. us ke paas kuch nahi tha. to Dilli ke ek Muslim family ne us ko apne han rakha.</w:t>
      </w:r>
      <w:r>
        <w:br/>
      </w:r>
      <w:r>
        <w:rPr>
          <w:sz w:val="20"/>
        </w:rPr>
        <w:t>12:11  us ko paisa diya. us ko establish karne mein madad di. kafi unhon ne us ko support diya.</w:t>
      </w:r>
      <w:r>
        <w:br/>
      </w:r>
      <w:r>
        <w:rPr>
          <w:sz w:val="20"/>
        </w:rPr>
        <w:t>12:20  Muslim family ne. to woh aadmi jo tha, us ne business kiya yahan par Dilli mein. aur business bahut barha us ka. yahan tak ke Muslim family se bahut zyada us ka business ho gaya.</w:t>
      </w:r>
      <w:r>
        <w:br/>
      </w:r>
      <w:r>
        <w:rPr>
          <w:sz w:val="20"/>
        </w:rPr>
        <w:t>12:37  yani Muslim family ke paas chhota ghar tha to us ka bada ghar ho gaya. Muslim family ke paas bicycle thi to us ke paas car ho gayi.</w:t>
      </w:r>
      <w:r>
        <w:br/>
      </w:r>
      <w:r>
        <w:rPr>
          <w:sz w:val="20"/>
        </w:rPr>
        <w:t>12:48  Muslim family ke paas chhota karobar tha, us ne bada karobar kar liya. yani har lehaz se woh Muslim family se bada ho gaya.</w:t>
      </w:r>
      <w:r>
        <w:br/>
      </w:r>
      <w:r>
        <w:rPr>
          <w:sz w:val="20"/>
        </w:rPr>
        <w:t>12:58  to Muslim family ke ek member ne kaha ek baar ke hum se dekha nahi jata.</w:t>
      </w:r>
      <w:r>
        <w:br/>
      </w:r>
      <w:r>
        <w:rPr>
          <w:sz w:val="20"/>
        </w:rPr>
        <w:t>13:08  hum se dekha nahi jata. yani jis aadmi ko hum ne support diya tha, woh hum se aage barh gaya. is ko kahte hain jalan, malice, hasad.</w:t>
      </w:r>
      <w:r>
        <w:br/>
      </w:r>
      <w:r>
        <w:rPr>
          <w:sz w:val="20"/>
        </w:rPr>
        <w:t>13:21  to jab tak woh kuch nahi tha to un ko sympathy thi. out of philanthropy unhon ne us ki madad ki. lekin jab bada ho gaya to un ko jalan aa gayi.</w:t>
      </w:r>
      <w:r>
        <w:br/>
      </w:r>
      <w:r>
        <w:rPr>
          <w:sz w:val="20"/>
        </w:rPr>
        <w:t>13:37  to us aadmi ko jo Pakistan se aaya tha, jo sharnarthi tha, us se kaha gaya ke dekho, tumhare tum se un ko hasad aur jalan hai, woh tumhare khilaf bolte rahte hain woh.</w:t>
      </w:r>
      <w:r>
        <w:br/>
      </w:r>
      <w:r>
        <w:rPr>
          <w:sz w:val="20"/>
        </w:rPr>
        <w:t>13:52  to us ne sharnarthi ne kya jawab diya? us refugee ne. ye in ka problem hai, mera problem to nahi.</w:t>
      </w:r>
      <w:r>
        <w:br/>
      </w:r>
      <w:r>
        <w:rPr>
          <w:sz w:val="20"/>
        </w:rPr>
        <w:t>14:05  ye hai layman's formula. ye har jagah apply ho jayega. ek hi formula har jagah apply ho jayega. is ko mein kahunga ke ye layman's formula.</w:t>
      </w:r>
    </w:p>
    <w:p>
      <w:pPr>
        <w:pStyle w:val="Heading2"/>
      </w:pPr>
      <w:r>
        <w:t>Art of thinking and life as art of possible</w:t>
      </w:r>
    </w:p>
    <w:p>
      <w:r>
        <w:rPr>
          <w:color w:val="666666"/>
          <w:sz w:val="18"/>
        </w:rPr>
        <w:t>Result Oriented Life 23 Jan, 08 - Maulana Wahiduddin Khan · 1m 21s · at 23:55 · https://youtu.be/eA6rtcPn-rY?t=1435</w:t>
      </w:r>
    </w:p>
    <w:p>
      <w:r>
        <w:rPr>
          <w:i/>
        </w:rPr>
        <w:t>“People don't know, people lack what I call art of thinking.”</w:t>
      </w:r>
    </w:p>
    <w:p>
      <w:r>
        <w:rPr>
          <w:sz w:val="20"/>
        </w:rPr>
        <w:t>23:55  people don't know, people, people lack of what i call art of thinking. a seeing thing in a right way.</w:t>
      </w:r>
      <w:r>
        <w:br/>
      </w:r>
      <w:r>
        <w:rPr>
          <w:sz w:val="20"/>
        </w:rPr>
        <w:t>24:07  all the people lack this formula. there are two different angles of seeing things: right angle and wrong angle.</w:t>
      </w:r>
      <w:r>
        <w:br/>
      </w:r>
      <w:r>
        <w:rPr>
          <w:sz w:val="20"/>
        </w:rPr>
        <w:t>24:19  so, you have to see the things in right angle and not wrong angles.</w:t>
      </w:r>
      <w:r>
        <w:br/>
      </w:r>
      <w:r>
        <w:rPr>
          <w:sz w:val="20"/>
        </w:rPr>
        <w:t>24:26  and what is wrong angle and what is right angle? there is a well known formula that politics is the art of the possible.</w:t>
      </w:r>
      <w:r>
        <w:br/>
      </w:r>
      <w:r>
        <w:rPr>
          <w:sz w:val="20"/>
        </w:rPr>
        <w:t>24:36  politics is the art of the possible. i would like to say that this is not confined to politics.</w:t>
      </w:r>
      <w:r>
        <w:br/>
      </w:r>
      <w:r>
        <w:rPr>
          <w:sz w:val="20"/>
        </w:rPr>
        <w:t>24:45  it embraces all the life, all the activities of life. to better to say that life is the art of the possible.</w:t>
      </w:r>
      <w:r>
        <w:br/>
      </w:r>
      <w:r>
        <w:rPr>
          <w:sz w:val="20"/>
        </w:rPr>
        <w:t>24:57  don't say that politics is the art of the, don't say that politics is the art of the possible. no, you have to say that life is the art of the possible.</w:t>
      </w:r>
      <w:r>
        <w:br/>
      </w:r>
      <w:r>
        <w:rPr>
          <w:sz w:val="20"/>
        </w:rPr>
        <w:t>25:11  life is the art of the possible.</w:t>
      </w:r>
    </w:p>
    <w:p>
      <w:pPr>
        <w:pStyle w:val="Heading2"/>
      </w:pPr>
      <w:r>
        <w:t>Maulana's contrasting view and the principle</w:t>
      </w:r>
    </w:p>
    <w:p>
      <w:r>
        <w:rPr>
          <w:color w:val="666666"/>
          <w:sz w:val="18"/>
        </w:rPr>
        <w:t>Present Muslims Mind 14 April, 2013 Maulana Wahiduddin Khan · 2m 23s · at 3:01 · https://youtu.be/Gb545Y17vSI?t=181</w:t>
      </w:r>
    </w:p>
    <w:p>
      <w:r>
        <w:rPr>
          <w:i/>
        </w:rPr>
        <w:t>“Mera haal to aisa nahi hai”</w:t>
      </w:r>
    </w:p>
    <w:p>
      <w:r>
        <w:rPr>
          <w:sz w:val="20"/>
        </w:rPr>
        <w:t>3:01  woh samajhte hain ke yeh log islam dushman hain, yeh bohat bure log hain. achha, is lambe mazmoon ko padhne ke baad maine socha ke mera haal to aisa nahi hai.</w:t>
      </w:r>
      <w:r>
        <w:br/>
      </w:r>
      <w:r>
        <w:rPr>
          <w:sz w:val="20"/>
        </w:rPr>
        <w:t>3:13  maine maghribi literature ko bohat zyada padha hai, bohat safar kiya hai, baar baar. to meri rai to bilkul is ke bar aks hai.</w:t>
      </w:r>
      <w:r>
        <w:br/>
      </w:r>
      <w:r>
        <w:rPr>
          <w:sz w:val="20"/>
        </w:rPr>
        <w:t>3:24  yaani maghrib ke, maghrib ko ya western civilization ko main islam ke liye ek nemat samajhta hoon, boon, ek blessing.</w:t>
      </w:r>
      <w:r>
        <w:br/>
      </w:r>
      <w:r>
        <w:rPr>
          <w:sz w:val="20"/>
        </w:rPr>
        <w:t>3:41  to maine socha ke yeh farq kyun hai?</w:t>
      </w:r>
      <w:r>
        <w:br/>
      </w:r>
      <w:r>
        <w:rPr>
          <w:sz w:val="20"/>
        </w:rPr>
        <w:t>3:47  is par main bohat zyada ghaur karta raha, ghaur karta raha ke itna zabardast farq kyun hai? same western world hai,</w:t>
      </w:r>
      <w:r>
        <w:br/>
      </w:r>
      <w:r>
        <w:rPr>
          <w:sz w:val="20"/>
        </w:rPr>
        <w:t>4:00  iske baare mein saare musalmanon ki soch negative hai. is ko woh devil samajhte hain.</w:t>
      </w:r>
      <w:r>
        <w:br/>
      </w:r>
      <w:r>
        <w:rPr>
          <w:sz w:val="20"/>
        </w:rPr>
        <w:t>4:11  aur meri soch bilkul bar aks hai ke main is ko is tarah blessing samajhta hoon, ek nemat samajhta hoon.</w:t>
      </w:r>
      <w:r>
        <w:br/>
      </w:r>
      <w:r>
        <w:rPr>
          <w:sz w:val="20"/>
        </w:rPr>
        <w:t>4:21  is par ghaur karte hue meri samajh mein aaya ke yeh saare musalman ek cheez ko bhule hue hain, ek islam ke ek principle ko.</w:t>
      </w:r>
      <w:r>
        <w:br/>
      </w:r>
      <w:r>
        <w:rPr>
          <w:sz w:val="20"/>
        </w:rPr>
        <w:t>4:34  islam ka ek bohat hi bada principle hai, jis ki misaal jo usooli taur par quran mein bataya gaya hai, aur jis ki bohat zabardast misaal rasool Allah salallahu alaihi wasallam ki zindagi mein maujood hai.</w:t>
      </w:r>
      <w:r>
        <w:br/>
      </w:r>
      <w:r>
        <w:rPr>
          <w:sz w:val="20"/>
        </w:rPr>
        <w:t>4:48  woh principal kya hai? un mawal usr-o-yusr. usr ke sath yusr hota hai.</w:t>
      </w:r>
      <w:r>
        <w:br/>
      </w:r>
      <w:r>
        <w:rPr>
          <w:sz w:val="20"/>
        </w:rPr>
        <w:t>5:00  yani</w:t>
      </w:r>
      <w:r>
        <w:br/>
      </w:r>
      <w:r>
        <w:rPr>
          <w:sz w:val="20"/>
        </w:rPr>
        <w:t>5:05  mushkil ke sath aasani hoti hai.</w:t>
      </w:r>
      <w:r>
        <w:br/>
      </w:r>
      <w:r>
        <w:rPr>
          <w:sz w:val="20"/>
        </w:rPr>
        <w:t>5:09  yeh principal hai. yani is principal ka matlab kya hai? Allah taala ne jis naqshe ke mutabiq yeh duniya ko banaya hai, woh naqsha yahi hai.</w:t>
      </w:r>
    </w:p>
    <w:p>
      <w:pPr>
        <w:pStyle w:val="Heading2"/>
      </w:pPr>
      <w:r>
        <w:t>Jewish tradition on losing intellect, decline psychology</w:t>
      </w:r>
    </w:p>
    <w:p>
      <w:r>
        <w:rPr>
          <w:color w:val="666666"/>
          <w:sz w:val="18"/>
        </w:rPr>
        <w:t>The Importance of Realistic Approach January 2, 2011 Maulana Wahiduddin Khan · 2m 10s · at 40:48 · https://youtu.be/rRO_EtMRJ2g?t=2448</w:t>
      </w:r>
    </w:p>
    <w:p>
      <w:r>
        <w:rPr>
          <w:i/>
        </w:rPr>
        <w:t>“In Jewish traditions, the Talmud has a story.”</w:t>
      </w:r>
    </w:p>
    <w:p>
      <w:r>
        <w:rPr>
          <w:sz w:val="20"/>
        </w:rPr>
        <w:t>40:48  woh kahani yeh hai ke hazrat hazrat musa jo thay unhon ne allah taala se dua kiya ke aye khuda tu meri qom se yani israel se bani israel se ke aye khuda tu bani israel se sab kuch chheenna par aqal mat chheenna.</w:t>
      </w:r>
      <w:r>
        <w:br/>
      </w:r>
      <w:r>
        <w:rPr>
          <w:sz w:val="20"/>
        </w:rPr>
        <w:t>41:10  to allah taala ne farmaya ke aqal hi to chheen jata hai aur kiya chheena jata hai? jab chheena jata hai to aqal hi to chunti hai.</w:t>
      </w:r>
      <w:r>
        <w:br/>
      </w:r>
      <w:r>
        <w:rPr>
          <w:sz w:val="20"/>
        </w:rPr>
        <w:t>41:19  us waqt musalman jo hain yeh masla jo hai woh yeh hai. us waqt musalman on the decline hain. zawal ki halat mein hain.</w:t>
      </w:r>
      <w:r>
        <w:br/>
      </w:r>
      <w:r>
        <w:rPr>
          <w:sz w:val="20"/>
        </w:rPr>
        <w:t>41:29  woh zawal ki nafsiyat ke shikar hain. jo jo qaum jo community jo group zawal yaani decline ki nafsiyat ka shikar ho jaye yaani woh ek psychology ban jaye woh soch ban jaye zawal wali to yahi hota hai.</w:t>
      </w:r>
      <w:r>
        <w:br/>
      </w:r>
      <w:r>
        <w:rPr>
          <w:sz w:val="20"/>
        </w:rPr>
        <w:t>41:51  aqlein chhan jati hain unki kyunke emotional ho jate hain woh romantic unki thinking ho jati hai.</w:t>
      </w:r>
      <w:r>
        <w:br/>
      </w:r>
      <w:r>
        <w:rPr>
          <w:sz w:val="20"/>
        </w:rPr>
        <w:t>42:02  woh jo aadmi low profile bole uski baat nahi sunte jo high profile bole uski baat sunte hain. yeh sab kya hai?</w:t>
      </w:r>
      <w:r>
        <w:br/>
      </w:r>
      <w:r>
        <w:rPr>
          <w:sz w:val="20"/>
        </w:rPr>
        <w:t>42:12  zawal ki nafsiyat hai.</w:t>
      </w:r>
      <w:r>
        <w:br/>
      </w:r>
      <w:r>
        <w:rPr>
          <w:sz w:val="20"/>
        </w:rPr>
        <w:t>42:17  dekhein 47 mein 19 1948 mein 1948 mein jab falasteen ka partition hua wahan yahoodi aa gaye aur unhon ne ladai chhed di.</w:t>
      </w:r>
      <w:r>
        <w:br/>
      </w:r>
      <w:r>
        <w:rPr>
          <w:sz w:val="20"/>
        </w:rPr>
        <w:t>42:32  yaani hukumat ne nahi awam muslim yaani arab awam ne ladai chhed di. to wahan par ek aalim thay unhon ne kaha ke yeh mat kaam mat karo tum.</w:t>
      </w:r>
      <w:r>
        <w:br/>
      </w:r>
      <w:r>
        <w:rPr>
          <w:sz w:val="20"/>
        </w:rPr>
        <w:t>42:44  yeh ladai ka tareeqa nahi hai. yahan bhi dekhiye wahi reels wali baat hai. yaani kabhi bhi aisa nahi ho sakta ke aap ek regular army se lad kar ke jeetein.</w:t>
      </w:r>
    </w:p>
    <w:p>
      <w:pPr>
        <w:pStyle w:val="Heading2"/>
      </w:pPr>
      <w:r>
        <w:t>Think before act, sunnah of intellect</w:t>
      </w:r>
    </w:p>
    <w:p>
      <w:r>
        <w:rPr>
          <w:color w:val="666666"/>
          <w:sz w:val="18"/>
        </w:rPr>
        <w:t>Fragments of a CPS Mind | April 24, 2011 · 2m 35s · at 55:23 · https://youtu.be/cBf7U4Qggyw?t=3323</w:t>
      </w:r>
    </w:p>
    <w:p>
      <w:r>
        <w:rPr>
          <w:i/>
        </w:rPr>
        <w:t>“Ke har kaam se pehle socho”</w:t>
      </w:r>
    </w:p>
    <w:p>
      <w:r>
        <w:rPr>
          <w:sz w:val="20"/>
        </w:rPr>
        <w:t>55:23  ke har kaam se pehle socho.</w:t>
      </w:r>
      <w:r>
        <w:br/>
      </w:r>
      <w:r>
        <w:rPr>
          <w:sz w:val="20"/>
        </w:rPr>
        <w:t>55:27  socho, har kaam se pehle socho.</w:t>
      </w:r>
      <w:r>
        <w:br/>
      </w:r>
      <w:r>
        <w:rPr>
          <w:sz w:val="20"/>
        </w:rPr>
        <w:t>55:31  yani sochne se pehle bhi socho.</w:t>
      </w:r>
      <w:r>
        <w:br/>
      </w:r>
      <w:r>
        <w:rPr>
          <w:sz w:val="20"/>
        </w:rPr>
        <w:t>55:35  sochne se pehle bhi socho.</w:t>
      </w:r>
      <w:r>
        <w:br/>
      </w:r>
      <w:r>
        <w:rPr>
          <w:sz w:val="20"/>
        </w:rPr>
        <w:t>55:40  kisi ajeeb hai yeh Islam ki taleem.</w:t>
      </w:r>
      <w:r>
        <w:br/>
      </w:r>
      <w:r>
        <w:rPr>
          <w:sz w:val="20"/>
        </w:rPr>
        <w:t>55:44  yeh sochne se pehle bhi socho.</w:t>
      </w:r>
      <w:r>
        <w:br/>
      </w:r>
      <w:r>
        <w:rPr>
          <w:sz w:val="20"/>
        </w:rPr>
        <w:t>55:48  bolne se pehle bhi socho.</w:t>
      </w:r>
      <w:r>
        <w:br/>
      </w:r>
      <w:r>
        <w:rPr>
          <w:sz w:val="20"/>
        </w:rPr>
        <w:t>55:52  karne se pehle bhi socho.</w:t>
      </w:r>
      <w:r>
        <w:br/>
      </w:r>
      <w:r>
        <w:rPr>
          <w:sz w:val="20"/>
        </w:rPr>
        <w:t>55:56  yeh sunnat rasool hai yeh.</w:t>
      </w:r>
      <w:r>
        <w:br/>
      </w:r>
      <w:r>
        <w:rPr>
          <w:sz w:val="20"/>
        </w:rPr>
        <w:t>56:01  log samajhte hain ke sunnat rasool jo hai ke daadhi mein khizaab laga liya aur aisi kuch aur</w:t>
      </w:r>
      <w:r>
        <w:br/>
      </w:r>
      <w:r>
        <w:rPr>
          <w:sz w:val="20"/>
        </w:rPr>
        <w:t>56:05  cheezein kar lein.</w:t>
      </w:r>
      <w:r>
        <w:br/>
      </w:r>
      <w:r>
        <w:rPr>
          <w:sz w:val="20"/>
        </w:rPr>
        <w:t>56:10  toh woh sunnat rasool hai.</w:t>
      </w:r>
      <w:r>
        <w:br/>
      </w:r>
      <w:r>
        <w:rPr>
          <w:sz w:val="20"/>
        </w:rPr>
        <w:t>56:15  yeh toh chhoti chhoti baatein hain.</w:t>
      </w:r>
      <w:r>
        <w:br/>
      </w:r>
      <w:r>
        <w:rPr>
          <w:sz w:val="20"/>
        </w:rPr>
        <w:t>56:19  zyada badi baatein jo hain woh is se log be khabar hain.</w:t>
      </w:r>
      <w:r>
        <w:br/>
      </w:r>
      <w:r>
        <w:rPr>
          <w:sz w:val="20"/>
        </w:rPr>
        <w:t>56:24  aur zyada badi baatein yahi hain.</w:t>
      </w:r>
      <w:r>
        <w:br/>
      </w:r>
      <w:r>
        <w:rPr>
          <w:sz w:val="20"/>
        </w:rPr>
        <w:t>56:28  tafakkur, tadabbur, tabassum, tazakkur yeh hai sab se badi sunnat.</w:t>
      </w:r>
      <w:r>
        <w:br/>
      </w:r>
      <w:r>
        <w:rPr>
          <w:sz w:val="20"/>
        </w:rPr>
        <w:t>56:33  is se badi koi sunnat nahi hai.</w:t>
      </w:r>
      <w:r>
        <w:br/>
      </w:r>
      <w:r>
        <w:rPr>
          <w:sz w:val="20"/>
        </w:rPr>
        <w:t>56:38  agar lafz badlein hum toh kahenge: "Intellectual development" sab badi sunnat hai.</w:t>
      </w:r>
      <w:r>
        <w:br/>
      </w:r>
      <w:r>
        <w:rPr>
          <w:sz w:val="20"/>
        </w:rPr>
        <w:t>56:43  kyunke aap sochenge toh kya hoga? Intellectual development hoga.</w:t>
      </w:r>
      <w:r>
        <w:br/>
      </w:r>
      <w:r>
        <w:rPr>
          <w:sz w:val="20"/>
        </w:rPr>
        <w:t>56:48  kaisi ajeeb baat hai.</w:t>
      </w:r>
      <w:r>
        <w:br/>
      </w:r>
      <w:r>
        <w:rPr>
          <w:sz w:val="20"/>
        </w:rPr>
        <w:t>56:53  sunnat rasool ki bohat si kitaab</w:t>
      </w:r>
      <w:r>
        <w:br/>
      </w:r>
      <w:r>
        <w:rPr>
          <w:sz w:val="20"/>
        </w:rPr>
        <w:t>56:58  ein chupi hui hain. kisi mein yeh nahi likha hua ke rasool Allah sal Allah alaihi wasallam ki ek sunnat yeh bhi thi ke apne zehan ko develop karo. haalanke yeh sunnat rasool hai. to sunnat rasool ka koi mehdood mafhoom, koi limited mafhoom, limited mafhoo</w:t>
      </w:r>
      <w:r>
        <w:br/>
      </w:r>
      <w:r>
        <w:rPr>
          <w:sz w:val="20"/>
        </w:rPr>
        <w:t>57:28  wo agar diya jaye toh woh galat hoga, woh sahi nahi hoga.</w:t>
      </w:r>
      <w:r>
        <w:br/>
      </w:r>
      <w:r>
        <w:rPr>
          <w:sz w:val="20"/>
        </w:rPr>
        <w:t>57:36  wo bilkul sahi nahi hoga.</w:t>
      </w:r>
      <w:r>
        <w:br/>
      </w:r>
      <w:r>
        <w:rPr>
          <w:sz w:val="20"/>
        </w:rPr>
        <w:t>57:43  rasool Allah sal Allah alaihi wasallam poori zindagi yaani musalman yeh bohat zyada kehte hain ke: "Sahib mukammal nizaam-e-hayaat".</w:t>
      </w:r>
      <w:r>
        <w:br/>
      </w:r>
      <w:r>
        <w:rPr>
          <w:sz w:val="20"/>
        </w:rPr>
        <w:t>57:51  mukammal nizaam-e-hayaat ke maani poocha ek kya hain? Toh amalan kya hai ke woh koda maar</w:t>
      </w:r>
    </w:p>
    <w:p>
      <w:pPr>
        <w:pStyle w:val="Heading2"/>
      </w:pPr>
      <w:r>
        <w:t>Host asks to elaborate on book, Maulana explains</w:t>
      </w:r>
    </w:p>
    <w:p>
      <w:r>
        <w:rPr>
          <w:color w:val="666666"/>
          <w:sz w:val="18"/>
        </w:rPr>
        <w:t>Glow Tv Maulana Wahiduddin Khan discussing with Zain Khan, about the Ideology of Maulana Maududi · 1m 16s · at 7:30 · https://youtu.be/wVNhLUk_YS0?t=450</w:t>
      </w:r>
    </w:p>
    <w:p>
      <w:r>
        <w:rPr>
          <w:i/>
        </w:rPr>
        <w:t>“Maulana sahib, aap ne abhi mention kiya apni kitaab”</w:t>
      </w:r>
    </w:p>
    <w:p>
      <w:r>
        <w:rPr>
          <w:sz w:val="20"/>
        </w:rPr>
        <w:t>7:30  Maulana sahib, aap ne abhi mention kiya hai apni kitab Ta'abeer ki Ghalati ka. Aap is ko please thoda sa elaborate kar dein.</w:t>
      </w:r>
      <w:r>
        <w:br/>
      </w:r>
      <w:r>
        <w:rPr>
          <w:sz w:val="20"/>
        </w:rPr>
        <w:t>7:38  dekhein, yeh kitab jo hai, is mein bohat tafseel ke sath maulana modudi ke khayalat ka tajziya kiya</w:t>
      </w:r>
      <w:r>
        <w:br/>
      </w:r>
      <w:r>
        <w:rPr>
          <w:sz w:val="20"/>
        </w:rPr>
        <w:t>7:45  gaya hai. aur is mein aik, aik bara hissa woh bhi hai jis mein maine sare woh</w:t>
      </w:r>
      <w:r>
        <w:br/>
      </w:r>
      <w:r>
        <w:rPr>
          <w:sz w:val="20"/>
        </w:rPr>
        <w:t>7:51  ulama jo jamaat islami se wabasta thay, khud maulana modudi sahab, sab se khat o kitabt ki.</w:t>
      </w:r>
      <w:r>
        <w:br/>
      </w:r>
      <w:r>
        <w:rPr>
          <w:sz w:val="20"/>
        </w:rPr>
        <w:t>7:58  yani do saal se ziyada mein in logon se khat o kitabt karta raha hoon.</w:t>
      </w:r>
      <w:r>
        <w:br/>
      </w:r>
      <w:r>
        <w:rPr>
          <w:sz w:val="20"/>
        </w:rPr>
        <w:t>8:02  aur un ke khatoot jo hain, woh sab maine shamil kar diye hain.</w:t>
      </w:r>
      <w:r>
        <w:br/>
      </w:r>
      <w:r>
        <w:rPr>
          <w:sz w:val="20"/>
        </w:rPr>
        <w:t>8:05  aap dekh sakte hain ke is mein kuch bhi woh sabit nahi kar paye.</w:t>
      </w:r>
      <w:r>
        <w:br/>
      </w:r>
      <w:r>
        <w:rPr>
          <w:sz w:val="20"/>
        </w:rPr>
        <w:t>8:10  is mein maine aik taraf to quran aur hadith ke woh hawale jo hain, un ka tajziya</w:t>
      </w:r>
      <w:r>
        <w:br/>
      </w:r>
      <w:r>
        <w:rPr>
          <w:sz w:val="20"/>
        </w:rPr>
        <w:t>8:15  kiya hai, jin ko le kar woh log sabit karte hain ke islam ka nishana political state qaim</w:t>
      </w:r>
      <w:r>
        <w:br/>
      </w:r>
      <w:r>
        <w:rPr>
          <w:sz w:val="20"/>
        </w:rPr>
        <w:t>8:20  karna hai. is ka tajziya kar ke bataya hai ke har giz nahi aisa hai.</w:t>
      </w:r>
      <w:r>
        <w:br/>
      </w:r>
      <w:r>
        <w:rPr>
          <w:sz w:val="20"/>
        </w:rPr>
        <w:t>8:25  aur phir in logon se maine do saal se ziyada muddat tak khat o kitabt karta raha</w:t>
      </w:r>
      <w:r>
        <w:br/>
      </w:r>
      <w:r>
        <w:rPr>
          <w:sz w:val="20"/>
        </w:rPr>
        <w:t>8:29  hoon. lekin aap dekh sakte hain ke is mein koi aik bhi aisi baat woh nahi keh paye</w:t>
      </w:r>
      <w:r>
        <w:br/>
      </w:r>
      <w:r>
        <w:rPr>
          <w:sz w:val="20"/>
        </w:rPr>
        <w:t>8:37  jis mein woh mere dalail ko kaat kar sakein ya apne nuqte nazar ko sabit kar sakein.</w:t>
      </w:r>
      <w:r>
        <w:br/>
      </w:r>
      <w:r>
        <w:rPr>
          <w:sz w:val="20"/>
        </w:rPr>
        <w:t>8:44  to yeh sab tafseelat is mein maujood</w:t>
      </w:r>
      <w:r>
        <w:br/>
      </w:r>
      <w:r>
        <w:rPr>
          <w:sz w:val="20"/>
        </w:rPr>
        <w:t>8:46  Maulana sahib, aap is ko thoda sa aur elaborate karein ke un ke kaun kaun se dalail hain, un mein se chand dalail ko le kar un ka jawab dijiye.</w:t>
      </w:r>
    </w:p>
    <w:p>
      <w:pPr>
        <w:pStyle w:val="Heading2"/>
      </w:pPr>
      <w:r>
        <w:t>Patience essential for planning in society</w:t>
      </w:r>
    </w:p>
    <w:p>
      <w:r>
        <w:rPr>
          <w:color w:val="666666"/>
          <w:sz w:val="18"/>
        </w:rPr>
        <w:t>Quranic Wisdom | September 10, 2016 · 1m 47s · at 16:10 · https://youtu.be/hNTKraIhmeQ?t=970</w:t>
      </w:r>
    </w:p>
    <w:p>
      <w:r>
        <w:rPr>
          <w:i/>
        </w:rPr>
        <w:t>“Dekhiye, patience isi liye ke is duniya mein baghair patience ke aap koi kaam kar nahi sakte.”</w:t>
      </w:r>
    </w:p>
    <w:p>
      <w:r>
        <w:rPr>
          <w:sz w:val="20"/>
        </w:rPr>
        <w:t>16:10  Dekhiye, patience isi liye ke is dunya mein baghair patience ke aap koi kaam kar nahi sakte. Kyun ke aap kisi island mein akele nahi hain. Yeh dunya aap ke liye island nahi hai. Akele nahi hain aap. Is dunya mein milne, milne doosre log bhi hain. Har aadmi ko apni, apna, har aadmi ka ek target hai. Is target ke liye woh daud raha hai. To agar aap ke paas</w:t>
      </w:r>
      <w:r>
        <w:br/>
      </w:r>
      <w:r>
        <w:rPr>
          <w:sz w:val="20"/>
        </w:rPr>
        <w:t>16:40  patience na ho to aap aise hi bhagna chahenge to zahir hai ke takrao hoga. Jaise road par hota hai keep right keep left. Yeh agar aap ke samne na ho, bas yun hi bhagayein apni gaadi, zahir hai ke accident hoga. To zindagi mein chunke bohat se log hain aur har ek ke samne apna apna goal hai, har ek ka apna apna naqsha hai, us ke mutabiq woh kaam</w:t>
      </w:r>
      <w:r>
        <w:br/>
      </w:r>
      <w:r>
        <w:rPr>
          <w:sz w:val="20"/>
        </w:rPr>
        <w:t>17:11  kar raha hai, to aap ko janna padega ke doosre log kya kar rahe hain. Doosre log kis raste chalne wale hain, un ki planning kya hai. Un ki planning ko, un ke goal ko jan kar ke aap apna mansooba banayenge. To yeh baghair patience ke nahi ho sakta. Aap ko rukna padega, theharna padega, sochna padega. Is ke liye sabr chahiye. Patien</w:t>
      </w:r>
      <w:r>
        <w:br/>
      </w:r>
      <w:r>
        <w:rPr>
          <w:sz w:val="20"/>
        </w:rPr>
        <w:t>17:41  ce ka matlab hai yani reaction na kar ke, positive andaaz mein sochna. Jab aap aisa karenge tabhi aap ko maloom hoga ke aap ke liye woh rasta konsa hai jo workable rasta hai.</w:t>
      </w:r>
    </w:p>
    <w:p>
      <w:pPr>
        <w:pStyle w:val="Heading2"/>
      </w:pPr>
      <w:r>
        <w:t>Negative reaction leads to wrong battleground</w:t>
      </w:r>
    </w:p>
    <w:p>
      <w:r>
        <w:rPr>
          <w:color w:val="666666"/>
          <w:sz w:val="18"/>
        </w:rPr>
        <w:t>Choice Between Right and Wrong Battlefield January 26, 2007 · 1m 36s · at 6:19 · https://youtu.be/Z8IW_EeyzAs?t=379</w:t>
      </w:r>
    </w:p>
    <w:p>
      <w:r>
        <w:rPr>
          <w:i/>
        </w:rPr>
        <w:t>“To basically saare log out of reaction kar rahe hain”</w:t>
      </w:r>
    </w:p>
    <w:p>
      <w:r>
        <w:rPr>
          <w:sz w:val="20"/>
        </w:rPr>
        <w:t>6:19  karne ke liye. to basically saare log out of reaction kar rahe hain jo kuch kar rahe hain, yaani positive reaction nahi balkeh negative reaction.</w:t>
      </w:r>
      <w:r>
        <w:br/>
      </w:r>
      <w:r>
        <w:rPr>
          <w:sz w:val="20"/>
        </w:rPr>
        <w:t>6:30  dekhiye, principle kya hai? jab aap situation se bhark uthein, situation se aap situation aap ko provoke kar de to aap apni aqal ko sahi taur par istemal nahi kar sakte.</w:t>
      </w:r>
      <w:r>
        <w:br/>
      </w:r>
      <w:r>
        <w:rPr>
          <w:sz w:val="20"/>
        </w:rPr>
        <w:t>6:51  halankeh aap ke mind jo hai itna bara hai ke yeh jo brain aap ka hai, is brain ke alpen ka aik jo tip hota hai, alpen ka tip jo sarson se bhi chhota hota hai,</w:t>
      </w:r>
      <w:r>
        <w:br/>
      </w:r>
      <w:r>
        <w:rPr>
          <w:sz w:val="20"/>
        </w:rPr>
        <w:t>7:05  to kaha jata hai ke is is ke andar hundred crore connections hote hain jo transmit karte hain informations ko.</w:t>
      </w:r>
      <w:r>
        <w:br/>
      </w:r>
      <w:r>
        <w:rPr>
          <w:sz w:val="20"/>
        </w:rPr>
        <w:t>7:17  itna bara aap ke paas potential hai mind ki surat mein, lekin aap is ko istemal nahi kar paate, kyun ke aap ghussa ho jate hain, aap bhark uthte hain, negative thought mein aa jate hain.</w:t>
      </w:r>
      <w:r>
        <w:br/>
      </w:r>
      <w:r>
        <w:rPr>
          <w:sz w:val="20"/>
        </w:rPr>
        <w:t>7:30  aap ne dekha ke saare log negative reaction kar ke apna action plan banate hain, yaani positive thinkings ko le kar action plan nahi banate log,</w:t>
      </w:r>
      <w:r>
        <w:br/>
      </w:r>
      <w:r>
        <w:rPr>
          <w:sz w:val="20"/>
        </w:rPr>
        <w:t>7:46  balkeh negative thought ko le kar ke apna action plan banate hain. to wohi hota hai phir ke har aik apni ladaai ladta hai kahan?</w:t>
      </w:r>
    </w:p>
    <w:p>
      <w:pPr>
        <w:pStyle w:val="Heading2"/>
      </w:pPr>
      <w:r>
        <w:t>Muslims' refusal to stay silent and its cost</w:t>
      </w:r>
    </w:p>
    <w:p>
      <w:r>
        <w:rPr>
          <w:color w:val="666666"/>
          <w:sz w:val="18"/>
        </w:rPr>
        <w:t>Self Correction November 09, 2014 · 2m 20s · at 1:16:51 · https://youtu.be/EgAukdSfGRU?t=4611</w:t>
      </w:r>
    </w:p>
    <w:p>
      <w:r>
        <w:rPr>
          <w:i/>
        </w:rPr>
        <w:t>“Is se zyada jhoothi baat aur koi nahi”</w:t>
      </w:r>
    </w:p>
    <w:p>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Germany recovery after WWII</w:t>
      </w:r>
    </w:p>
    <w:p>
      <w:r>
        <w:rPr>
          <w:color w:val="666666"/>
          <w:sz w:val="18"/>
        </w:rPr>
        <w:t>Dars-e-Quran, Chapter 2, Verse 35-39 December 31, 2017 · 1m 51s · at 14:57 · https://youtu.be/6FNtbR3EBtc?t=897</w:t>
      </w:r>
    </w:p>
    <w:p>
      <w:r>
        <w:rPr>
          <w:i/>
        </w:rPr>
        <w:t>“Jisko ab hum East Germany ke naam se jaante hain”</w:t>
      </w:r>
    </w:p>
    <w:p>
      <w:r>
        <w:rPr>
          <w:sz w:val="20"/>
        </w:rPr>
        <w:t>14:57  jis ko ab hum east germany ke naam se jantay hain is ke paas sirf west germany tha. to is ne haar nahi maani ke chalo bhai east germany mere paas nahi hai to west germany to hai mere paas.</w:t>
      </w:r>
      <w:r>
        <w:br/>
      </w:r>
      <w:r>
        <w:rPr>
          <w:sz w:val="20"/>
        </w:rPr>
        <w:t>15:14  to jo remaining part tha us ki country ka us ke remaining part of us ki jo land thi us ka jo country tha us ka jo remaining part tha jis ko hum ab west germany ke naam se jantay hain us par sara focus daal diya is ne</w:t>
      </w:r>
      <w:r>
        <w:br/>
      </w:r>
      <w:r>
        <w:rPr>
          <w:sz w:val="20"/>
        </w:rPr>
        <w:t>15:37  aur</w:t>
      </w:r>
      <w:r>
        <w:br/>
      </w:r>
      <w:r>
        <w:rPr>
          <w:sz w:val="20"/>
        </w:rPr>
        <w:t>15:40  walid ko chhod diya peace ko pakda ab jo is ne kaam shuru kiya woh walid ko chhod kar ke peace ke andaaz mein technology ko istemaal kiya is ne aur ab aap jantay hain ke germany</w:t>
      </w:r>
      <w:r>
        <w:br/>
      </w:r>
      <w:r>
        <w:rPr>
          <w:sz w:val="20"/>
        </w:rPr>
        <w:t>16:00  poore europe ka number one country bana hua hai</w:t>
      </w:r>
      <w:r>
        <w:br/>
      </w:r>
      <w:r>
        <w:rPr>
          <w:sz w:val="20"/>
        </w:rPr>
        <w:t>16:06  to yeh sabak diya gaya insaan ko pehle din mein</w:t>
      </w:r>
      <w:r>
        <w:br/>
      </w:r>
      <w:r>
        <w:rPr>
          <w:sz w:val="20"/>
        </w:rPr>
        <w:t>16:12  ke agar tum koi ghalati ho gayi hai agar tum se koi cheez khoi gayi hai agar tum kisi mehroomi ka shikar ho gaye ho to yeh mat samjho ke full stop lag gaya nahi woh comma hai</w:t>
      </w:r>
      <w:r>
        <w:br/>
      </w:r>
      <w:r>
        <w:rPr>
          <w:sz w:val="20"/>
        </w:rPr>
        <w:t>16:30  yani second war war jo hai full stop nahi thi germany ke liye woh comma tha ek nayi planning naya motivation naya shauq naya hausla aur is ne itni bari kamyabi haasil kar li.</w:t>
      </w:r>
    </w:p>
    <w:p>
      <w:pPr>
        <w:pStyle w:val="Heading2"/>
      </w:pPr>
      <w:r>
        <w:t>Two types of spirituality and stress</w:t>
      </w:r>
    </w:p>
    <w:p>
      <w:r>
        <w:rPr>
          <w:color w:val="666666"/>
          <w:sz w:val="18"/>
        </w:rPr>
        <w:t>Role of Spirituality in Stress Management 29 Dec 2007 - Maulana Wahiduddin Khan · 2m 53s · at 4:38 · https://youtu.be/RA0sg_c57mI?t=278</w:t>
      </w:r>
    </w:p>
    <w:p>
      <w:r>
        <w:rPr>
          <w:i/>
        </w:rPr>
        <w:t>“There are two different versions of spirituality”</w:t>
      </w:r>
    </w:p>
    <w:p>
      <w:r>
        <w:rPr>
          <w:sz w:val="20"/>
        </w:rPr>
        <w:t>4:38  Yahan main aap ko yaad dilana chahunga ke spirituality ke do different version hain. Ek hai heart based spirituality aur doosra hai</w:t>
      </w:r>
      <w:r>
        <w:br/>
      </w:r>
      <w:r>
        <w:rPr>
          <w:sz w:val="20"/>
        </w:rPr>
        <w:t>4:55  mind based spirituality main apne bare mein yeh keh sakta hoon ke main ne dono hi ka tajruba kiya hai mere apne study aur mere apne experience ke mutabiq</w:t>
      </w:r>
      <w:r>
        <w:br/>
      </w:r>
      <w:r>
        <w:rPr>
          <w:sz w:val="20"/>
        </w:rPr>
        <w:t>5:15  heart based spirituality jo hai is ka aakhri is se jo cheez aakhri taur par milti hai aap ko woh sirf ecstasy hai jis ko hum urdu mein kehte hain wajd ecstasy to is ko main keh sakta hoon ke</w:t>
      </w:r>
      <w:r>
        <w:br/>
      </w:r>
      <w:r>
        <w:rPr>
          <w:sz w:val="20"/>
        </w:rPr>
        <w:t>5:34  heart based spirituality jo hai woh ecstatic spirituality hai yani jis se aap ko ecstasy mile aur mind based spirituality jo hai woh hai intellectual spirituality yani woh</w:t>
      </w:r>
      <w:r>
        <w:br/>
      </w:r>
      <w:r>
        <w:rPr>
          <w:sz w:val="20"/>
        </w:rPr>
        <w:t>5:50  jis se aap ko intellectual awakening mile to main samajhta hoon ke yeh jo heart based spirituality hai woh kya deti hai woh aap ko ek temporary relief deti hai at the time of stress aur tension</w:t>
      </w:r>
      <w:r>
        <w:br/>
      </w:r>
      <w:r>
        <w:rPr>
          <w:sz w:val="20"/>
        </w:rPr>
        <w:t>6:12  to woh to just like pain killer hai aap pain killer lete hain to itne time mein jab tak is ka asar hai aap thoda relief mehsoos karte hain lekin jaise is ka asar khatam hua phir wahi kabhi</w:t>
      </w:r>
      <w:r>
        <w:br/>
      </w:r>
      <w:r>
        <w:rPr>
          <w:sz w:val="20"/>
        </w:rPr>
        <w:t>6:32  main ne kai logon se baat ki jo is ka is line mein hain to unhone bhi yahi baat kahi ke bhai yeh to temporary relief hai phir hum jaate hain jahan apne business mein apne job mein to phir wahi kabhi ho jata hai is liye to mujhe is mein zyada interest nahi aaya ke main temporary relief par bas karoon</w:t>
      </w:r>
      <w:r>
        <w:br/>
      </w:r>
      <w:r>
        <w:rPr>
          <w:sz w:val="20"/>
        </w:rPr>
        <w:t>6:56  is liye main ne apni koshish is mein jaari ki yani mind based spirituality mein is ke baad ne kafi adhyayan kiya main samajhta hoon ke yeh best solution hai stress management ka</w:t>
      </w:r>
      <w:r>
        <w:br/>
      </w:r>
      <w:r>
        <w:rPr>
          <w:sz w:val="20"/>
        </w:rPr>
        <w:t>7:15  best solution hai agar aap chahte hain ke stress free ho kar duniya mein jeen ya tension free ho kar jeen duniya mein jeen to aap ko mind based spirituality ko apnana chahiye</w:t>
      </w:r>
    </w:p>
    <w:p>
      <w:pPr>
        <w:pStyle w:val="Heading2"/>
      </w:pPr>
      <w:r>
        <w:t>Modesty, not self-respect, is the key to discovery</w:t>
      </w:r>
    </w:p>
    <w:p>
      <w:r>
        <w:rPr>
          <w:color w:val="666666"/>
          <w:sz w:val="18"/>
        </w:rPr>
        <w:t>Islamic Outlook on Life August 26, 2007 · 2m 39s · at 41:34 · https://youtu.be/QCAHPg3_G_M?t=2494</w:t>
      </w:r>
    </w:p>
    <w:p>
      <w:r>
        <w:rPr>
          <w:i/>
        </w:rPr>
        <w:t>“Self respect is only the other name of egoism”</w:t>
      </w:r>
    </w:p>
    <w:p>
      <w:r>
        <w:rPr>
          <w:sz w:val="20"/>
        </w:rPr>
        <w:t>41:34  toh jab bhi aap dekhiye, jiyenge pride mein, hate mein, arrogance mein, ego mein.</w:t>
      </w:r>
      <w:r>
        <w:br/>
      </w:r>
      <w:r>
        <w:rPr>
          <w:sz w:val="20"/>
        </w:rPr>
        <w:t>41:43  toh is ki price kya deni padegi? badi badi discovery karne se aap reh jayenge. yaad rakhiye, sab se bada jo insaan ke liye base hai knowledge ka, woh hai modesty.</w:t>
      </w:r>
      <w:r>
        <w:br/>
      </w:r>
      <w:r>
        <w:rPr>
          <w:sz w:val="20"/>
        </w:rPr>
        <w:t>42:02  modesty. modesty ke baghair koi discovery nahi. modesty ke baghair koi realization nahi.</w:t>
      </w:r>
      <w:r>
        <w:br/>
      </w:r>
      <w:r>
        <w:rPr>
          <w:sz w:val="20"/>
        </w:rPr>
        <w:t>42:12  modesty ke baghair koi intellectual development nahi. log kehte hain izzat nafs ek chala hua hai.</w:t>
      </w:r>
      <w:r>
        <w:br/>
      </w:r>
      <w:r>
        <w:rPr>
          <w:sz w:val="20"/>
        </w:rPr>
        <w:t>42:22  yani woh self respect. Self respect is only the other name of egoism</w:t>
      </w:r>
      <w:r>
        <w:br/>
      </w:r>
      <w:r>
        <w:rPr>
          <w:sz w:val="20"/>
        </w:rPr>
        <w:t>42:31  main self respect ko bilkul jhoota samajhta hoon. Koi cheez nahi, self respect hai. Jahan self respect hoga, kabhi bhi wahan intellectual developer nahi hoga.</w:t>
      </w:r>
      <w:r>
        <w:br/>
      </w:r>
      <w:r>
        <w:rPr>
          <w:sz w:val="20"/>
        </w:rPr>
        <w:t>42:43  sab se bari cheez self respect nahi hai. Sab se bari cheez modesty hai. Modesty, modesty, modesty.</w:t>
      </w:r>
      <w:r>
        <w:br/>
      </w:r>
      <w:r>
        <w:rPr>
          <w:sz w:val="20"/>
        </w:rPr>
        <w:t>42:54  kyun? Modesty jab hogi, dekhen har insaan bohat thora jaanta hai baaton ko.</w:t>
      </w:r>
      <w:r>
        <w:br/>
      </w:r>
      <w:r>
        <w:rPr>
          <w:sz w:val="20"/>
        </w:rPr>
        <w:t>43:00  koi insaan aisa nahi jo sab baaton ko jaanta ho. To life is a process of discovery.</w:t>
      </w:r>
      <w:r>
        <w:br/>
      </w:r>
      <w:r>
        <w:rPr>
          <w:sz w:val="20"/>
        </w:rPr>
        <w:t>43:12  Life is a process of discoveries. Zindagi hamari shuru hoti hai, sath sath discovery bhi shuru hoti hai. Mujhe to Khuda ke fazl se har din discovery hoti hai, har din.</w:t>
      </w:r>
      <w:r>
        <w:br/>
      </w:r>
      <w:r>
        <w:rPr>
          <w:sz w:val="20"/>
        </w:rPr>
        <w:t>43:25  har din discovery hoti hai. Kyun?</w:t>
      </w:r>
      <w:r>
        <w:br/>
      </w:r>
      <w:r>
        <w:rPr>
          <w:sz w:val="20"/>
        </w:rPr>
        <w:t>43:28  mere andar kuch bhi complex nahi hai. Main foran kehta hoon I was wrong. Aap dekhen, meri bachchi beti hui hai, Saadia.</w:t>
      </w:r>
      <w:r>
        <w:br/>
      </w:r>
      <w:r>
        <w:rPr>
          <w:sz w:val="20"/>
        </w:rPr>
        <w:t>43:39  hamari bachchi hai. Usay keh dein ke I was wrong. Apni beti se kehta hoon, main Fareeda se I was wrong. Mujhe koi pareshani nahi hoti.</w:t>
      </w:r>
      <w:r>
        <w:br/>
      </w:r>
      <w:r>
        <w:rPr>
          <w:sz w:val="20"/>
        </w:rPr>
        <w:t>43:50  kyun?</w:t>
      </w:r>
      <w:r>
        <w:br/>
      </w:r>
      <w:r>
        <w:rPr>
          <w:sz w:val="20"/>
        </w:rPr>
        <w:t>43:51  jab aap yeh keh dein ke I was wrong. To aap ke liye discovery ka door khul jata hai. Us waqt tak yaad rakhiye, discovery ka door band rahega jab tak aap arrogance mein jee rahe hain.</w:t>
      </w:r>
      <w:r>
        <w:br/>
      </w:r>
      <w:r>
        <w:rPr>
          <w:sz w:val="20"/>
        </w:rPr>
        <w:t>44:08  aur jaise hi aap keh dein ke I was wrong. Is ke baad khul jata hai woh.</w:t>
      </w:r>
    </w:p>
    <w:p>
      <w:pPr>
        <w:pStyle w:val="Heading2"/>
      </w:pPr>
      <w:r>
        <w:t>Vegetarian dilemma and life's adjustments</w:t>
      </w:r>
    </w:p>
    <w:p>
      <w:r>
        <w:rPr>
          <w:color w:val="666666"/>
          <w:sz w:val="18"/>
        </w:rPr>
        <w:t>Discussions on the impact of Maulana Wahiduddin Khan's Thought June 28, 2020 · 1m 27s · at 6:20 · https://youtu.be/tOuo9f842fI?t=380</w:t>
      </w:r>
    </w:p>
    <w:p>
      <w:r>
        <w:rPr>
          <w:i/>
        </w:rPr>
        <w:t>“I was going through this dialogue inside my head.”</w:t>
      </w:r>
    </w:p>
    <w:p>
      <w:r>
        <w:rPr>
          <w:sz w:val="20"/>
        </w:rPr>
        <w:t>6:20  Uh, so at that time, uh, around, uh, I think I met him in 2018 or '17 and I'm not sure. But I was that time I was going through this dialogue inside my head that, you know, uh, should I turn vegetarian, basically, or not?</w:t>
      </w:r>
      <w:r>
        <w:br/>
      </w:r>
      <w:r>
        <w:rPr>
          <w:sz w:val="20"/>
        </w:rPr>
        <w:t>6:35  Uh,</w:t>
      </w:r>
      <w:r>
        <w:br/>
      </w:r>
      <w:r>
        <w:rPr>
          <w:sz w:val="20"/>
        </w:rPr>
        <w:t>6:36  like, and that was the dialogue that I was going through in my mind, you know? Uh, like, killing a purse, like, killing someone to actually have your food. Is itright or is it wrong?</w:t>
      </w:r>
      <w:r>
        <w:br/>
      </w:r>
      <w:r>
        <w:rPr>
          <w:sz w:val="20"/>
        </w:rPr>
        <w:t>6:44  So I and so I basically asked him this, okay? And, uh, he started narrating a story as he does. So I think he told me that, you know, he's in Russia and, uh, there's nothing really vegetarian, uh, that you get in Russia.</w:t>
      </w:r>
      <w:r>
        <w:br/>
      </w:r>
      <w:r>
        <w:rPr>
          <w:sz w:val="20"/>
        </w:rPr>
        <w:t>7:00  So, uh, he and he doesn't usually eat non-vegetarian food, okay?</w:t>
      </w:r>
      <w:r>
        <w:br/>
      </w:r>
      <w:r>
        <w:rPr>
          <w:sz w:val="20"/>
        </w:rPr>
        <w:t>7:06  So he said that since nothing was available there I had to actually, you know, uh, switch. And that's how, uh, things are, uh, in life.</w:t>
      </w:r>
      <w:r>
        <w:br/>
      </w:r>
      <w:r>
        <w:rPr>
          <w:sz w:val="20"/>
        </w:rPr>
        <w:t>7:16  That it's not black and white. It's very, uh, you know, case-to-case basis. You obviously should, uh, hold on to, uh, what you</w:t>
      </w:r>
      <w:r>
        <w:br/>
      </w:r>
      <w:r>
        <w:rPr>
          <w:sz w:val="20"/>
        </w:rPr>
        <w:t>7:24  feel,right? But at the same time you'll have to make adjustments because, uh, you know, it's not always, uh, you can. Or it's very difficult sometimes to actually hold on to things.</w:t>
      </w:r>
      <w:r>
        <w:br/>
      </w:r>
      <w:r>
        <w:rPr>
          <w:sz w:val="20"/>
        </w:rPr>
        <w:t>7:35  So yeah, that's kind of, I think, stuck with me and, uh, helped me also, you know, find that answer within myself that, you know, what, what should I be doing?</w:t>
      </w:r>
    </w:p>
    <w:p>
      <w:pPr>
        <w:pStyle w:val="Heading2"/>
      </w:pPr>
      <w:r>
        <w:t>Muslims need to extract wisdom from world</w:t>
      </w:r>
    </w:p>
    <w:p>
      <w:r>
        <w:rPr>
          <w:color w:val="666666"/>
          <w:sz w:val="18"/>
        </w:rPr>
        <w:t>How to Lead a Life of Fulfilment September 24, 2017 · 1m 38s · at 42:32 · https://youtu.be/WUoQOo2_zd8?t=2552</w:t>
      </w:r>
    </w:p>
    <w:p>
      <w:r>
        <w:rPr>
          <w:i/>
        </w:rPr>
        <w:t>“Duniya ke bagh se nectar lena – hum duniya ke bagh mein rehte hain”</w:t>
      </w:r>
    </w:p>
    <w:p>
      <w:r>
        <w:rPr>
          <w:sz w:val="20"/>
        </w:rPr>
        <w:t>42:32  to yeh hai woh cheez jis ko mein ne kaha ke dunya ke bagh se nectar lena hum dunya ke bagh mein rehte hain</w:t>
      </w:r>
      <w:r>
        <w:br/>
      </w:r>
      <w:r>
        <w:rPr>
          <w:sz w:val="20"/>
        </w:rPr>
        <w:t>42:46  world of nature mein rehte hain</w:t>
      </w:r>
      <w:r>
        <w:br/>
      </w:r>
      <w:r>
        <w:rPr>
          <w:sz w:val="20"/>
        </w:rPr>
        <w:t>42:50  to Allah taala ne</w:t>
      </w:r>
      <w:r>
        <w:br/>
      </w:r>
      <w:r>
        <w:rPr>
          <w:sz w:val="20"/>
        </w:rPr>
        <w:t>42:55  yahan par nishan qaim kar diya hai ke kya karna hai tum ko tum ko nectar of wisdom lena hai is ke mutabiq apni planning karni hai</w:t>
      </w:r>
      <w:r>
        <w:br/>
      </w:r>
      <w:r>
        <w:rPr>
          <w:sz w:val="20"/>
        </w:rPr>
        <w:t>43:15  lekin yahi woh cheez hai jo muslim rehnuma is se bilkul hi be khabar hain</w:t>
      </w:r>
      <w:r>
        <w:br/>
      </w:r>
      <w:r>
        <w:rPr>
          <w:sz w:val="20"/>
        </w:rPr>
        <w:t>43:22  in ko sirf ladna hai nafrat karna hai</w:t>
      </w:r>
      <w:r>
        <w:br/>
      </w:r>
      <w:r>
        <w:rPr>
          <w:sz w:val="20"/>
        </w:rPr>
        <w:t>43:27  negativity phailana hai</w:t>
      </w:r>
      <w:r>
        <w:br/>
      </w:r>
      <w:r>
        <w:rPr>
          <w:sz w:val="20"/>
        </w:rPr>
        <w:t>43:30  dushman dushman ki pukaar lagana hai</w:t>
      </w:r>
      <w:r>
        <w:br/>
      </w:r>
      <w:r>
        <w:rPr>
          <w:sz w:val="20"/>
        </w:rPr>
        <w:t>43:35  ab waqt aa gaya hai ke musalman</w:t>
      </w:r>
      <w:r>
        <w:br/>
      </w:r>
      <w:r>
        <w:rPr>
          <w:sz w:val="20"/>
        </w:rPr>
        <w:t>43:39  re planning karein re thinking karein</w:t>
      </w:r>
      <w:r>
        <w:br/>
      </w:r>
      <w:r>
        <w:rPr>
          <w:sz w:val="20"/>
        </w:rPr>
        <w:t>43:44  phir se nature ke rastay ko follow karein</w:t>
      </w:r>
      <w:r>
        <w:br/>
      </w:r>
      <w:r>
        <w:rPr>
          <w:sz w:val="20"/>
        </w:rPr>
        <w:t>43:51  to dobara woh inshallah kamyabi hasil karengay</w:t>
      </w:r>
      <w:r>
        <w:br/>
      </w:r>
      <w:r>
        <w:rPr>
          <w:sz w:val="20"/>
        </w:rPr>
        <w:t>43:58  assalam o alaikum wa rehmatullah</w:t>
      </w:r>
    </w:p>
    <w:p>
      <w:pPr>
        <w:pStyle w:val="Heading2"/>
      </w:pPr>
      <w:r>
        <w:t>Muslims' frustration due to leaders' misguidance</w:t>
      </w:r>
    </w:p>
    <w:p>
      <w:r>
        <w:rPr>
          <w:color w:val="666666"/>
          <w:sz w:val="18"/>
        </w:rPr>
        <w:t>Challenge Activates Potential March 7, 2009 Maulana Wahiduddin Khan · 2m 52s · at 19:18 · https://youtu.be/fINKWi2aYzo?t=1158</w:t>
      </w:r>
    </w:p>
    <w:p>
      <w:r>
        <w:rPr>
          <w:i/>
        </w:rPr>
        <w:t>“You know, in our world, all the Muslims are living in frustration.”</w:t>
      </w:r>
    </w:p>
    <w:p>
      <w:r>
        <w:rPr>
          <w:sz w:val="20"/>
        </w:rPr>
        <w:t>19:18  so you have to adopt this formula, and also you have to preach this formula. you know, in our world, you know, in the present world, all the Muslims are living in frustration, in disappointment</w:t>
      </w:r>
      <w:r>
        <w:br/>
      </w:r>
      <w:r>
        <w:rPr>
          <w:sz w:val="20"/>
        </w:rPr>
        <w:t>19:34  . nearly all the Muslims in India, in Bangladesh, in Pakistan, in Arab, in Europe, in America, all are speaking in negative tone.</w:t>
      </w:r>
      <w:r>
        <w:br/>
      </w:r>
      <w:r>
        <w:rPr>
          <w:sz w:val="20"/>
        </w:rPr>
        <w:t>19:48  all are have some complaint in their heart, some protestant in their heart, because they don't know this law of nature.</w:t>
      </w:r>
      <w:r>
        <w:br/>
      </w:r>
      <w:r>
        <w:rPr>
          <w:sz w:val="20"/>
        </w:rPr>
        <w:t>19:58  although its mention in the Quran, although it was practice by the prophet of Islam, although we have a model in this regard.</w:t>
      </w:r>
      <w:r>
        <w:br/>
      </w:r>
      <w:r>
        <w:rPr>
          <w:sz w:val="20"/>
        </w:rPr>
        <w:t>20:08  but Muslims are blind. Muslims are opportunity blind. present Muslims are, i by Muslim, i mean their leaders.</w:t>
      </w:r>
      <w:r>
        <w:br/>
      </w:r>
      <w:r>
        <w:rPr>
          <w:sz w:val="20"/>
        </w:rPr>
        <w:t>20:21  i am not referring to mosque. i am not referring to mosque.</w:t>
      </w:r>
      <w:r>
        <w:br/>
      </w:r>
      <w:r>
        <w:rPr>
          <w:sz w:val="20"/>
        </w:rPr>
        <w:t>20:27  mosque is not to blame. the blame goes to leaders, to intellectuals. so this is the set that all the leaders become opportunity blind.</w:t>
      </w:r>
      <w:r>
        <w:br/>
      </w:r>
      <w:r>
        <w:rPr>
          <w:sz w:val="20"/>
        </w:rPr>
        <w:t>20:46  de no only problems, de no only atrocities, de no only sad aspect of the things, or negative aspect of the things.</w:t>
      </w:r>
      <w:r>
        <w:br/>
      </w:r>
      <w:r>
        <w:rPr>
          <w:sz w:val="20"/>
        </w:rPr>
        <w:t>21:01  it is this, it is the single factor that has made Muslims backward.</w:t>
      </w:r>
      <w:r>
        <w:br/>
      </w:r>
      <w:r>
        <w:rPr>
          <w:sz w:val="20"/>
        </w:rPr>
        <w:t>21:08  in our present world, Muslims feel them self displaced people, dictate committee.</w:t>
      </w:r>
      <w:r>
        <w:br/>
      </w:r>
      <w:r>
        <w:rPr>
          <w:sz w:val="20"/>
        </w:rPr>
        <w:t>21:19  they feel that they are in sad. all these things are due to mis guidance.</w:t>
      </w:r>
      <w:r>
        <w:br/>
      </w:r>
      <w:r>
        <w:rPr>
          <w:sz w:val="20"/>
        </w:rPr>
        <w:t>21:28  mis guidance.</w:t>
      </w:r>
      <w:r>
        <w:br/>
      </w:r>
      <w:r>
        <w:rPr>
          <w:sz w:val="20"/>
        </w:rPr>
        <w:t>21:32  or leaders fail to, fail to, fail to guide Muslims in positive turn.</w:t>
      </w:r>
      <w:r>
        <w:br/>
      </w:r>
      <w:r>
        <w:rPr>
          <w:sz w:val="20"/>
        </w:rPr>
        <w:t>21:48  so it is a very, yani this phenomena is not very simple phenomena. this also indicate a greater evil</w:t>
      </w:r>
      <w:r>
        <w:br/>
      </w:r>
      <w:r>
        <w:rPr>
          <w:sz w:val="20"/>
        </w:rPr>
        <w:t>21:58  , that is our present reformers or leaders fail to drive their thought from from the Quran.</w:t>
      </w:r>
    </w:p>
    <w:p>
      <w:pPr>
        <w:pStyle w:val="Heading2"/>
      </w:pPr>
      <w:r>
        <w:t>US immigrants and punctuality law</w:t>
      </w:r>
    </w:p>
    <w:p>
      <w:r>
        <w:rPr>
          <w:color w:val="666666"/>
          <w:sz w:val="18"/>
        </w:rPr>
        <w:t>Advance Preparation and Planning October 27, 2018 · 2m 32s · at 20:43 · https://youtu.be/X0ycKqLspoA?t=1243</w:t>
      </w:r>
    </w:p>
    <w:p>
      <w:r>
        <w:rPr>
          <w:i/>
        </w:rPr>
        <w:t>“America mein Second World War ke baad immigrant bahut zyada aaye”</w:t>
      </w:r>
    </w:p>
    <w:p>
      <w:r>
        <w:rPr>
          <w:sz w:val="20"/>
        </w:rPr>
        <w:t>20:43  yani advance preparation. to main America kai bar gaya hoon. wahan kay baray main mujhe pata chala kay America main second world war kay baad immigrant bohat ziyada aaye,</w:t>
      </w:r>
      <w:r>
        <w:br/>
      </w:r>
      <w:r>
        <w:rPr>
          <w:sz w:val="20"/>
        </w:rPr>
        <w:t>21:04  Asia say, Africa say immigrant. to America main jo log thay, pehlay puranay, woh bohat ziyada educated log thay.</w:t>
      </w:r>
      <w:r>
        <w:br/>
      </w:r>
      <w:r>
        <w:rPr>
          <w:sz w:val="20"/>
        </w:rPr>
        <w:t>21:16  educated log. to woh jantay thay kay planning kiya cheez hai</w:t>
      </w:r>
      <w:r>
        <w:br/>
      </w:r>
      <w:r>
        <w:rPr>
          <w:sz w:val="20"/>
        </w:rPr>
        <w:t>21:26  aur pehlay say apnay ko tayyar karna kiya cheez hai. lekin jo yeh immigrant aaye thay idhar udhar say, woh is ko jantay nahi thay.</w:t>
      </w:r>
      <w:r>
        <w:br/>
      </w:r>
      <w:r>
        <w:rPr>
          <w:sz w:val="20"/>
        </w:rPr>
        <w:t>21:38  unki education hoti thi, ziyada nahi thi. to afsaron main time ki pabandi kam honay lagi.</w:t>
      </w:r>
      <w:r>
        <w:br/>
      </w:r>
      <w:r>
        <w:rPr>
          <w:sz w:val="20"/>
        </w:rPr>
        <w:t>21:48  aagay aa rahay hain, peechay aa rahay hain, dair main aa rahay hain. to America main yeh yeh law bana kay agar koi shakhs panch minute bhi dair ho jaye kisi ko pohanchay main afsar say, to us ki salary say kaat diya jaye.</w:t>
      </w:r>
      <w:r>
        <w:br/>
      </w:r>
      <w:r>
        <w:rPr>
          <w:sz w:val="20"/>
        </w:rPr>
        <w:t>22:09  yani panch minute jitna dollar un ko milti hogi, woh kaat liya jaye us say. is tarah America main compulsion create kiya gaya.</w:t>
      </w:r>
      <w:r>
        <w:br/>
      </w:r>
      <w:r>
        <w:rPr>
          <w:sz w:val="20"/>
        </w:rPr>
        <w:t>22:23  aur is kay baad say log itna ziyada conscious ho gaye kay unhon nay aik principle bana liya kay ghar say rawana hon aadha ghanta pehlay.</w:t>
      </w:r>
      <w:r>
        <w:br/>
      </w:r>
      <w:r>
        <w:rPr>
          <w:sz w:val="20"/>
        </w:rPr>
        <w:t>22:37  yani jana hai afsar to us ka jo time hota hai normal, to us say adha ghanta pehlay kaisay niklain ta kay koi eventuality uthay, late na kar day.</w:t>
      </w:r>
      <w:r>
        <w:br/>
      </w:r>
      <w:r>
        <w:rPr>
          <w:sz w:val="20"/>
        </w:rPr>
        <w:t>22:53  kyun kay kyun kay cut cut jaye ga paisa.</w:t>
      </w:r>
      <w:r>
        <w:br/>
      </w:r>
      <w:r>
        <w:rPr>
          <w:sz w:val="20"/>
        </w:rPr>
        <w:t>22:59  is wajah say America main yeh nahi hota kay aagay aa rahay hain, peechay aa rahay hain, late aa rahay hain. yeh wahan nahi hota is sab ka. to isi tarah say humain karna hai kay hum planning kay baray main bohat hi ziyada conscious ho jayain.</w:t>
      </w:r>
    </w:p>
    <w:p>
      <w:pPr>
        <w:pStyle w:val="Heading2"/>
      </w:pPr>
      <w:r>
        <w:t>Prophet's formula: Don't be angry</w:t>
      </w:r>
    </w:p>
    <w:p>
      <w:r>
        <w:rPr>
          <w:color w:val="666666"/>
          <w:sz w:val="18"/>
        </w:rPr>
        <w:t>The Art of Emotion Management December 26, 2007 Maulana Wahiduddin Khan · 2m 06s · at 6:55 · https://youtu.be/Im7m_nZwC7E?t=415</w:t>
      </w:r>
    </w:p>
    <w:p>
      <w:r>
        <w:rPr>
          <w:i/>
        </w:rPr>
        <w:t>“A man came to the Prophet and asked for a formula.”</w:t>
      </w:r>
    </w:p>
    <w:p>
      <w:r>
        <w:rPr>
          <w:sz w:val="20"/>
        </w:rPr>
        <w:t>6:55  unhone insaan ko guidance di. Khuda ki taraf se. ek aadmi aap ke paas aata hai. woh aap se ek sawal karta hai.</w:t>
      </w:r>
      <w:r>
        <w:br/>
      </w:r>
      <w:r>
        <w:rPr>
          <w:sz w:val="20"/>
        </w:rPr>
        <w:t>7:09  kehta hai ke ya Rasool Allah allimni kalimati aish bihan wala tasur alai fa inni ya Khuda ke Rasool</w:t>
      </w:r>
      <w:r>
        <w:br/>
      </w:r>
      <w:r>
        <w:rPr>
          <w:sz w:val="20"/>
        </w:rPr>
        <w:t>7:21  mujhe ek aisi advice dijiye jis se main apni sari zindagi ko theek kar sakoon.</w:t>
      </w:r>
      <w:r>
        <w:br/>
      </w:r>
      <w:r>
        <w:rPr>
          <w:sz w:val="20"/>
        </w:rPr>
        <w:t>7:30  poori zindagi ko. aur woh bohat chhoti si advice ho. bari lambi advice ho gayi to main bhool jaunga.</w:t>
      </w:r>
      <w:r>
        <w:br/>
      </w:r>
      <w:r>
        <w:rPr>
          <w:sz w:val="20"/>
        </w:rPr>
        <w:t>7:42  lambi advice agar aap denge to main bhool jaunga. chhoti si advice ho jo mujhe bhule nahin. aur poori zindagi meri us ke us se manage ho jaye.</w:t>
      </w:r>
      <w:r>
        <w:br/>
      </w:r>
      <w:r>
        <w:rPr>
          <w:sz w:val="20"/>
        </w:rPr>
        <w:t>7:54  goya ke us ne aap se manga ek</w:t>
      </w:r>
      <w:r>
        <w:br/>
      </w:r>
      <w:r>
        <w:rPr>
          <w:sz w:val="20"/>
        </w:rPr>
        <w:t>8:03  ek super formula. super formula manga.</w:t>
      </w:r>
      <w:r>
        <w:br/>
      </w:r>
      <w:r>
        <w:rPr>
          <w:sz w:val="20"/>
        </w:rPr>
        <w:t>8:13  ya ki formula manga. ab dekhiye ke kitna wisdom hai aap ke jo aap ne kaha is se.</w:t>
      </w:r>
      <w:r>
        <w:br/>
      </w:r>
      <w:r>
        <w:rPr>
          <w:sz w:val="20"/>
        </w:rPr>
        <w:t>8:23  aap ne jo advice di kitni wisdom is mein hai. aap ne kaha ke la taghzab. la taghzab jo hai woh dedh words hain is mein.</w:t>
      </w:r>
      <w:r>
        <w:br/>
      </w:r>
      <w:r>
        <w:rPr>
          <w:sz w:val="20"/>
        </w:rPr>
        <w:t>8:34  dedh word. ek do word bhi nahin hain yeh. is ko aap do word nahin keh sakte. dedh word hain. yaani ek aur aadha.</w:t>
      </w:r>
      <w:r>
        <w:br/>
      </w:r>
      <w:r>
        <w:rPr>
          <w:sz w:val="20"/>
        </w:rPr>
        <w:t>8:43  la taghzab. is ka translation kya hai? ghussa na karo.</w:t>
      </w:r>
      <w:r>
        <w:br/>
      </w:r>
      <w:r>
        <w:rPr>
          <w:sz w:val="20"/>
        </w:rPr>
        <w:t>8:53  don't be angry. bas. ab aap ghaur kijiye kya matlab hai is ka?</w:t>
      </w:r>
    </w:p>
    <w:p>
      <w:pPr>
        <w:pStyle w:val="Heading2"/>
      </w:pPr>
      <w:r>
        <w:t>Arab TV interview and early life inquiry</w:t>
      </w:r>
    </w:p>
    <w:p>
      <w:r>
        <w:rPr>
          <w:color w:val="666666"/>
          <w:sz w:val="18"/>
        </w:rPr>
        <w:t>My Life and Experiences 8 April, 2007 - Maulana Wahiduddin Khan · 1m 13s · at 0:49 · https://youtu.be/ycPiIM2nxFU?t=49</w:t>
      </w:r>
    </w:p>
    <w:p>
      <w:r>
        <w:rPr>
          <w:i/>
        </w:rPr>
        <w:t>“Delhi mein ek Arab TV ki team aayi hai”</w:t>
      </w:r>
    </w:p>
    <w:p>
      <w:r>
        <w:rPr>
          <w:sz w:val="20"/>
        </w:rPr>
        <w:t>0:49  asal mein aisa hai ke dilli mein ek arab tv ki team aayi hai to unhon ne do bar mera interview,</w:t>
      </w:r>
      <w:r>
        <w:br/>
      </w:r>
      <w:r>
        <w:rPr>
          <w:sz w:val="20"/>
        </w:rPr>
        <w:t>1:07  video interview record kiya. ek to kal, kal tha, ek pehle, bohat detail ke sath.</w:t>
      </w:r>
      <w:r>
        <w:br/>
      </w:r>
      <w:r>
        <w:rPr>
          <w:sz w:val="20"/>
        </w:rPr>
        <w:t>1:17  to</w:t>
      </w:r>
      <w:r>
        <w:br/>
      </w:r>
      <w:r>
        <w:rPr>
          <w:sz w:val="20"/>
        </w:rPr>
        <w:t>1:20  kal jo interview tha,</w:t>
      </w:r>
      <w:r>
        <w:br/>
      </w:r>
      <w:r>
        <w:rPr>
          <w:sz w:val="20"/>
        </w:rPr>
        <w:t>1:26  kal jo interview tha us mein kal 17 question the, 17. woh sab meri apni life ke bare mein the.</w:t>
      </w:r>
      <w:r>
        <w:br/>
      </w:r>
      <w:r>
        <w:rPr>
          <w:sz w:val="20"/>
        </w:rPr>
        <w:t>1:42  misal ke taur par unhon ne poocha ke meri early life kaisi thi. har aadmi ki early life kya hai, us ki yaden us ke zehan mein rehti hain.</w:t>
      </w:r>
      <w:r>
        <w:br/>
      </w:r>
      <w:r>
        <w:rPr>
          <w:sz w:val="20"/>
        </w:rPr>
        <w:t>1:58  to unhon ne is ke bare mein poocha.</w:t>
      </w:r>
    </w:p>
    <w:p>
      <w:pPr>
        <w:pStyle w:val="Heading2"/>
      </w:pPr>
      <w:r>
        <w:t>Maulana's own five years as a truth-seeking skeptic</w:t>
      </w:r>
    </w:p>
    <w:p>
      <w:r>
        <w:rPr>
          <w:color w:val="666666"/>
          <w:sz w:val="18"/>
        </w:rPr>
        <w:t>Man and Paradise August 18, 2013 · 2m 39s · at 41:02 · https://youtu.be/v7eX25YAjDU?t=2462</w:t>
      </w:r>
    </w:p>
    <w:p>
      <w:r>
        <w:rPr>
          <w:i/>
        </w:rPr>
        <w:t>“For five years of my life, I was a skeptic”</w:t>
      </w:r>
    </w:p>
    <w:p>
      <w:r>
        <w:rPr>
          <w:sz w:val="20"/>
        </w:rPr>
        <w:t>41:02  main khud chounke ibtidai tor par seeker tha, paanch saal meri zindagi aise guzre hain jabke seeker tha main. yani mazhab ko us waqt mein kisi mazhab ko nahi manta tha,</w:t>
      </w:r>
      <w:r>
        <w:br/>
      </w:r>
      <w:r>
        <w:rPr>
          <w:sz w:val="20"/>
        </w:rPr>
        <w:t>41:21  sirf talash talash kar raha tha ke sachai kya hai.</w:t>
      </w:r>
      <w:r>
        <w:br/>
      </w:r>
      <w:r>
        <w:rPr>
          <w:sz w:val="20"/>
        </w:rPr>
        <w:t>41:28  to us waqt mein isi yani isi cheez se dochar tha jis ko ab main zyada surely tor par samajh paaya hoon ke ab main sochta hoon ke mera masla kya tha.</w:t>
      </w:r>
      <w:r>
        <w:br/>
      </w:r>
      <w:r>
        <w:rPr>
          <w:sz w:val="20"/>
        </w:rPr>
        <w:t>41:41  mera masla yeh tha ke main dekhta tha ke mere aur dunya ke darmiyan ek contradiction hai. us waqt naujawani ki umar thi, tab main itna samajh nahi paaya tha.</w:t>
      </w:r>
      <w:r>
        <w:br/>
      </w:r>
      <w:r>
        <w:rPr>
          <w:sz w:val="20"/>
        </w:rPr>
        <w:t>41:52  ab main samajh paata hoon ke kyun main pareshan reh</w:t>
      </w:r>
      <w:r>
        <w:br/>
      </w:r>
      <w:r>
        <w:rPr>
          <w:sz w:val="20"/>
        </w:rPr>
        <w:t>41:55  ta tha, kyun main mutmaeen nahi rehta tha, is ki wajah kya thi. to main samajhta tha ke mere aur dunya ke darmiyan ek contradiction hai.</w:t>
      </w:r>
      <w:r>
        <w:br/>
      </w:r>
      <w:r>
        <w:rPr>
          <w:sz w:val="20"/>
        </w:rPr>
        <w:t>42:06  main jo chahta hoon, us se kam hai yeh dunya.</w:t>
      </w:r>
      <w:r>
        <w:br/>
      </w:r>
      <w:r>
        <w:rPr>
          <w:sz w:val="20"/>
        </w:rPr>
        <w:t>42:11  main bohat hi zyada idealist tha, lekin dunya less than ideal thi. main bohat zyada perfectionist tha, magar dunya imperfect thi.</w:t>
      </w:r>
      <w:r>
        <w:br/>
      </w:r>
      <w:r>
        <w:rPr>
          <w:sz w:val="20"/>
        </w:rPr>
        <w:t>42:22  main bohat zyada high mayar har cheez</w:t>
      </w:r>
      <w:r>
        <w:br/>
      </w:r>
      <w:r>
        <w:rPr>
          <w:sz w:val="20"/>
        </w:rPr>
        <w:t>42:24  ka chahta tha, magar har cheez kamtar mayar ki thi. mere taste buds jo the, woh bohat hi high qism ke the, lekin kisi cheez mein mujhe taste buds ke mutabiq mujhe taskeen nahi milti thi.</w:t>
      </w:r>
      <w:r>
        <w:br/>
      </w:r>
      <w:r>
        <w:rPr>
          <w:sz w:val="20"/>
        </w:rPr>
        <w:t>42:39  to har aitbaar se main sochta tha ke main jo maine parha, is ka Sir James Jeans ka, to us ne likha tha ke it appears that man is straight in a world that was not made for him</w:t>
      </w:r>
      <w:r>
        <w:br/>
      </w:r>
      <w:r>
        <w:rPr>
          <w:sz w:val="20"/>
        </w:rPr>
        <w:t>42:53  to main samajhta tha ke yahi mera case hai. aisi dunya mein aa gaya hoon jo mere liye banai nahi gayi hai.</w:t>
      </w:r>
      <w:r>
        <w:br/>
      </w:r>
      <w:r>
        <w:rPr>
          <w:sz w:val="20"/>
        </w:rPr>
        <w:t>43:01  jab yeh daryaft hui jannat ki haqeeqat, tab pata chala ke ke yeh to mera habited hi nahi hai, habited to jannat hai.</w:t>
      </w:r>
      <w:r>
        <w:br/>
      </w:r>
      <w:r>
        <w:rPr>
          <w:sz w:val="20"/>
        </w:rPr>
        <w:t>43:13  tab meri samajh mein aaya ke zindagi ka sab se behtar tareeqa kya hai? akhirat oriented life. akhirat oriented life.</w:t>
      </w:r>
      <w:r>
        <w:br/>
      </w:r>
      <w:r>
        <w:rPr>
          <w:sz w:val="20"/>
        </w:rPr>
        <w:t>43:24  to main dua karta hoon ke allah taala mujh ko aur aap ko akhirat oriented life ki tofeeq de aur hum ko jannat mein dakhil kare.</w:t>
      </w:r>
    </w:p>
    <w:p>
      <w:pPr>
        <w:pStyle w:val="Heading2"/>
      </w:pPr>
      <w:r>
        <w:t>Secular mindset vs Islamic presentation</w:t>
      </w:r>
    </w:p>
    <w:p>
      <w:r>
        <w:rPr>
          <w:color w:val="666666"/>
          <w:sz w:val="18"/>
        </w:rPr>
        <w:t>Dawah in Scientific Age- 8 April 2011 · 1m 02s · at 12:58 · https://youtu.be/1casDo8bzXM?t=778</w:t>
      </w:r>
    </w:p>
    <w:p>
      <w:r>
        <w:rPr>
          <w:i/>
        </w:rPr>
        <w:t>“Usne kaha ke main karoonga democracy, democracy, democracy”</w:t>
      </w:r>
    </w:p>
    <w:p>
      <w:r>
        <w:rPr>
          <w:sz w:val="20"/>
        </w:rPr>
        <w:t>12:58  usne kaha ke main aisa nahi karunga. mera bachcha paida hoga to uske kaan mein kahunga main democracy, democracy, democracy. aaj ka insaan democracy mein believe karta hai. yaani government of the people. uske liye yeh unthinkable hai yeh government of God. theocratic state ka concept. yeh hai asal masla ke hamare log jo hain woh fail ho gaye</w:t>
      </w:r>
      <w:r>
        <w:br/>
      </w:r>
      <w:r>
        <w:rPr>
          <w:sz w:val="20"/>
        </w:rPr>
        <w:t>13:28  is baat mein ke Islam ko is tarah pesh karen ke aaj ke insaan ko woh relevant maloom ho. relevant maloom ho. asal failure yahan par hai. doosron ko blame dena yeh to bilkul absurd baat hai. bilkul absurd baat hai.</w:t>
      </w:r>
    </w:p>
    <w:p>
      <w:pPr>
        <w:pStyle w:val="Heading2"/>
      </w:pPr>
      <w:r>
        <w:t>Islam ideology and practical wisdom</w:t>
      </w:r>
    </w:p>
    <w:p>
      <w:r>
        <w:rPr>
          <w:color w:val="666666"/>
          <w:sz w:val="18"/>
        </w:rPr>
        <w:t>Islam Ideology, Team and Method 9 Oct, 2011 - Maulana Wahiduddin Khan · 1m 37s · at 2:13 · https://youtu.be/gEd027DIDw8?t=133</w:t>
      </w:r>
    </w:p>
    <w:p>
      <w:r>
        <w:rPr>
          <w:i/>
        </w:rPr>
        <w:t>“Basically Islam ke do aspect hain: ideology aur practical wisdom.”</w:t>
      </w:r>
    </w:p>
    <w:p>
      <w:r>
        <w:rPr>
          <w:sz w:val="20"/>
        </w:rPr>
        <w:t>2:13  basically islam ke do aspect hain: aik hai ideology, aur doosra hai practical wisdom ya practical form.</w:t>
      </w:r>
      <w:r>
        <w:br/>
      </w:r>
      <w:r>
        <w:rPr>
          <w:sz w:val="20"/>
        </w:rPr>
        <w:t>2:30  dekhiye, ideology ka mamla yeh hai ke woh</w:t>
      </w:r>
      <w:r>
        <w:br/>
      </w:r>
      <w:r>
        <w:rPr>
          <w:sz w:val="20"/>
        </w:rPr>
        <w:t>2:40  ideal par base karti hai.</w:t>
      </w:r>
      <w:r>
        <w:br/>
      </w:r>
      <w:r>
        <w:rPr>
          <w:sz w:val="20"/>
        </w:rPr>
        <w:t>2:45  ideology ke liye zaroori hai ke woh ideal sense mein theek ho. less than ideal nahi ho sakti ideology.</w:t>
      </w:r>
      <w:r>
        <w:br/>
      </w:r>
      <w:r>
        <w:rPr>
          <w:sz w:val="20"/>
        </w:rPr>
        <w:t>2:59  albata jo practical implication hai, us mein ideal nahi chalta.</w:t>
      </w:r>
      <w:r>
        <w:br/>
      </w:r>
      <w:r>
        <w:rPr>
          <w:sz w:val="20"/>
        </w:rPr>
        <w:t>3:10  us mein jo usool hai, woh hai ideal can not be achieved in practical matters. to is lihaaz se</w:t>
      </w:r>
      <w:r>
        <w:br/>
      </w:r>
      <w:r>
        <w:rPr>
          <w:sz w:val="20"/>
        </w:rPr>
        <w:t>3:25  islam ke do hissay bante hain: aik ideology, jo perfect hai aur</w:t>
      </w:r>
      <w:r>
        <w:br/>
      </w:r>
      <w:r>
        <w:rPr>
          <w:sz w:val="20"/>
        </w:rPr>
        <w:t>3:36  100 fisad durust hai, aur doosre is ka implementation.</w:t>
      </w:r>
    </w:p>
    <w:p>
      <w:pPr>
        <w:pStyle w:val="Heading2"/>
      </w:pPr>
      <w:r>
        <w:t>Cow culture: turning negativity into something good</w:t>
      </w:r>
    </w:p>
    <w:p>
      <w:r>
        <w:rPr>
          <w:color w:val="666666"/>
          <w:sz w:val="18"/>
        </w:rPr>
        <w:t>From Anger to Awareness A Journey with Maulana Wahiduddin Khan · 1m 32s · at 16:41 · https://youtu.be/EmHNgq0Iq1w?t=1001</w:t>
      </w:r>
    </w:p>
    <w:p>
      <w:r>
        <w:rPr>
          <w:i/>
        </w:rPr>
        <w:t>“I witnessed an interesting interaction at Geneva airport.”</w:t>
      </w:r>
    </w:p>
    <w:p>
      <w:r>
        <w:rPr>
          <w:sz w:val="20"/>
        </w:rPr>
        <w:t>16:41  tion. I was traveling with Maulana Wahiduddin Khan Sahib, uh, and we were at the Geneva airport. So there was an Indian lady, uh, who had, uh, been in Switzerland, uh, for a couple of months on some social project, and she was returning back.</w:t>
      </w:r>
      <w:r>
        <w:br/>
      </w:r>
      <w:r>
        <w:rPr>
          <w:sz w:val="20"/>
        </w:rPr>
        <w:t>16:57  So when she saw Maulana at the airport, uh, she came to him and she began interacting. She was very happy to see Maulana, Maulana Sahib.</w:t>
      </w:r>
      <w:r>
        <w:br/>
      </w:r>
      <w:r>
        <w:rPr>
          <w:sz w:val="20"/>
        </w:rPr>
        <w:t>17:05  And</w:t>
      </w:r>
      <w:r>
        <w:br/>
      </w:r>
      <w:r>
        <w:rPr>
          <w:sz w:val="20"/>
        </w:rPr>
        <w:t>17:06  , uh, in the conversation I was witnessing, she began complaining about many things. So Maulana gave her a patient hearing, and then Maulana said that, uh, the solution to your problem is that you should adopt cow culture.</w:t>
      </w:r>
      <w:r>
        <w:br/>
      </w:r>
      <w:r>
        <w:rPr>
          <w:sz w:val="20"/>
        </w:rPr>
        <w:t>17:23  And she was, uh, very curious. She said, "What is this, uh, cow culture?" So Maulana said that, uh, if you see a cow, it converts non-milk to milk.</w:t>
      </w:r>
      <w:r>
        <w:br/>
      </w:r>
      <w:r>
        <w:rPr>
          <w:sz w:val="20"/>
        </w:rPr>
        <w:t>17:34  It takes grass, twigs, leaves, and through a divine process that goes about in its belly, it returns something very healthy, something good to humanity, which is milk.</w:t>
      </w:r>
      <w:r>
        <w:br/>
      </w:r>
      <w:r>
        <w:rPr>
          <w:sz w:val="20"/>
        </w:rPr>
        <w:t>17:45  So he said to that lady that you will always have, uh, negative, provocative, unexpected experiences.</w:t>
      </w:r>
      <w:r>
        <w:br/>
      </w:r>
      <w:r>
        <w:rPr>
          <w:sz w:val="20"/>
        </w:rPr>
        <w:t>17:54  Convert them into positive experiences and return back to humanity something which is good</w:t>
      </w:r>
      <w:r>
        <w:br/>
      </w:r>
      <w:r>
        <w:rPr>
          <w:sz w:val="20"/>
        </w:rPr>
        <w:t>17:59  . She liked this analogy so much that she said, "Maulana Sahib, I'm really going to try to change myself." So Maulana's idea was to, uh, be positive in every scenario, make the other person also positive.</w:t>
      </w:r>
    </w:p>
    <w:p>
      <w:pPr>
        <w:pStyle w:val="Heading2"/>
      </w:pPr>
      <w:r>
        <w:t>Bicycle accident teaches self-reflection</w:t>
      </w:r>
    </w:p>
    <w:p>
      <w:r>
        <w:rPr>
          <w:color w:val="666666"/>
          <w:sz w:val="18"/>
        </w:rPr>
        <w:t>Art of Life Management | October 23, 2007 · 2m 32s · at 37:47 · https://youtu.be/Zp3-HZBflTc?t=2267</w:t>
      </w:r>
    </w:p>
    <w:p>
      <w:r>
        <w:rPr>
          <w:i/>
        </w:rPr>
        <w:t>“Main Delhi mein Kingsway Camp mein chal raha tha”</w:t>
      </w:r>
    </w:p>
    <w:p>
      <w:r>
        <w:rPr>
          <w:sz w:val="20"/>
        </w:rPr>
        <w:t>37:47  tez se cycle daudata hua aaya aur mujh se takra diya us ne. Main gir pada. Wo aadmi bhi, uski cycle bhi ruk gayi. Ab ek shakal ye thi ke main us se ladun ke tum andhe ho, tum pagal ho, cycle daudate ho. Main chup chap se ja kar ke road ke kinare baith gaya. Ek dum aise sar jhuka kar ke. Halanki mera</w:t>
      </w:r>
      <w:r>
        <w:br/>
      </w:r>
      <w:r>
        <w:rPr>
          <w:sz w:val="20"/>
        </w:rPr>
        <w:t>38:17  khoon beh raha tha. Chot lagi, gayi thi, khoon beh raha tha. Chup chap baith gaya. Soch raha tha kya karun. Yaani bajaye is aadmi se ladne ke, main sochne laga ke mujhe karna chahiye? To mujhe mehsoos hua ke mujhe chot lagi hai wo cycle ke lohe se lagi hai. Mujhe sab se pehle ek kaam karna hai ke doctor ke paas ja kar ke wo lagwaun. Injection lagwaun. Kyun ke aap jante hain ke lohe se chot</w:t>
      </w:r>
      <w:r>
        <w:br/>
      </w:r>
      <w:r>
        <w:rPr>
          <w:sz w:val="20"/>
        </w:rPr>
        <w:t>38:47  agar lage to woh bari risky cheez hoti hai.</w:t>
      </w:r>
      <w:r>
        <w:br/>
      </w:r>
      <w:r>
        <w:rPr>
          <w:sz w:val="20"/>
        </w:rPr>
        <w:t>38:52  to sochte sochte mujhe samajh mein aaya.</w:t>
      </w:r>
      <w:r>
        <w:br/>
      </w:r>
      <w:r>
        <w:rPr>
          <w:sz w:val="20"/>
        </w:rPr>
        <w:t>38:56  jab mein baitha soch raha tha to police wala aa gaya.</w:t>
      </w:r>
      <w:r>
        <w:br/>
      </w:r>
      <w:r>
        <w:rPr>
          <w:sz w:val="20"/>
        </w:rPr>
        <w:t>39:01  mujh se poochne laga ke kya qissa hai, kya unki report karein? unko thaane mein le</w:t>
      </w:r>
      <w:r>
        <w:br/>
      </w:r>
      <w:r>
        <w:rPr>
          <w:sz w:val="20"/>
        </w:rPr>
        <w:t>39:05  jaayein? mein kuch bola hi nahin.</w:t>
      </w:r>
      <w:r>
        <w:br/>
      </w:r>
      <w:r>
        <w:rPr>
          <w:sz w:val="20"/>
        </w:rPr>
        <w:t>39:09  der tak police wala poochta raha mujh se.</w:t>
      </w:r>
      <w:r>
        <w:br/>
      </w:r>
      <w:r>
        <w:rPr>
          <w:sz w:val="20"/>
        </w:rPr>
        <w:t>39:14  aakhir mein yeh keh kar chala gaya: "Baba to kuch bolte hi nahin."</w:t>
      </w:r>
      <w:r>
        <w:br/>
      </w:r>
      <w:r>
        <w:rPr>
          <w:sz w:val="20"/>
        </w:rPr>
        <w:t>39:18  yaani is cycle wale ko pakre hue tha woh.</w:t>
      </w:r>
      <w:r>
        <w:br/>
      </w:r>
      <w:r>
        <w:rPr>
          <w:sz w:val="20"/>
        </w:rPr>
        <w:t>39:23  cycle wale ko pakre hue thay ke meri consult mile to uski report kare, usko thaane le jaye.</w:t>
      </w:r>
      <w:r>
        <w:br/>
      </w:r>
      <w:r>
        <w:rPr>
          <w:sz w:val="20"/>
        </w:rPr>
        <w:t>39:28  ab mujh se pooch raha hai, pooch raha hai, mein ne kuch bola hi nahin, mein chup chaap baitha hua.</w:t>
      </w:r>
      <w:r>
        <w:br/>
      </w:r>
      <w:r>
        <w:rPr>
          <w:sz w:val="20"/>
        </w:rPr>
        <w:t>39:33  kyun ke mein to soch raha tha ke mujhe karna kya chahiye? to police wala aakhir mein kehta</w:t>
      </w:r>
      <w:r>
        <w:br/>
      </w:r>
      <w:r>
        <w:rPr>
          <w:sz w:val="20"/>
        </w:rPr>
        <w:t>39:38  hai ke "baba to kuch bolte hi nahin." phir main utha, uth kar gaya doctor ke paas, injection</w:t>
      </w:r>
      <w:r>
        <w:br/>
      </w:r>
      <w:r>
        <w:rPr>
          <w:sz w:val="20"/>
        </w:rPr>
        <w:t>39:43  lagwaya aur apne ghar</w:t>
      </w:r>
      <w:r>
        <w:br/>
      </w:r>
      <w:r>
        <w:rPr>
          <w:sz w:val="20"/>
        </w:rPr>
        <w:t>39:48  chala gaya.</w:t>
      </w:r>
      <w:r>
        <w:br/>
      </w:r>
      <w:r>
        <w:rPr>
          <w:sz w:val="20"/>
        </w:rPr>
        <w:t>39:54  kyon ke ladne se kya faida? lad kar ke aap jo aap ko loss hua hai, jo jo</w:t>
      </w:r>
      <w:r>
        <w:br/>
      </w:r>
      <w:r>
        <w:rPr>
          <w:sz w:val="20"/>
        </w:rPr>
        <w:t>39:59  blood yahan se aya hai, chot lagi hai, woh thori theek ho jayegi.</w:t>
      </w:r>
      <w:r>
        <w:br/>
      </w:r>
      <w:r>
        <w:rPr>
          <w:sz w:val="20"/>
        </w:rPr>
        <w:t>40:04  is ke liye to injection ki zaroorat thi us waqt.</w:t>
      </w:r>
      <w:r>
        <w:br/>
      </w:r>
      <w:r>
        <w:rPr>
          <w:sz w:val="20"/>
        </w:rPr>
        <w:t>40:09  jis ko shayad anti-titness injection kehte hain shayad.</w:t>
      </w:r>
      <w:r>
        <w:br/>
      </w:r>
      <w:r>
        <w:rPr>
          <w:sz w:val="20"/>
        </w:rPr>
        <w:t>40:14  to baharhal us waqt mujhe foran doctor ka sirf injection lagwana tha.</w:t>
      </w:r>
    </w:p>
    <w:p>
      <w:pPr>
        <w:pStyle w:val="Heading2"/>
      </w:pPr>
      <w:r>
        <w:t>Sabr is wisdom not religion; a lawyer's story of regret</w:t>
      </w:r>
    </w:p>
    <w:p>
      <w:r>
        <w:rPr>
          <w:color w:val="666666"/>
          <w:sz w:val="18"/>
        </w:rPr>
        <w:t>Importance of Patience (Sabr) January 8, 2023 · 1m 33s · at 28:38 · https://youtu.be/JaJX3jrl3R8?t=1718</w:t>
      </w:r>
    </w:p>
    <w:p>
      <w:r>
        <w:rPr>
          <w:i/>
        </w:rPr>
        <w:t>“Sabr ko log yeh samajhte honge ke yeh koi mazhabi baat hai”</w:t>
      </w:r>
    </w:p>
    <w:p>
      <w:r>
        <w:rPr>
          <w:sz w:val="20"/>
        </w:rPr>
        <w:t>28:38  toh foran react karna woh be sabri hai aur soch samajh kar apni planning karna woh sabr hai. toh sabr ko log yeh samajhte honge ke yeh toh bilkul kuch mazhabi baat hai.</w:t>
      </w:r>
      <w:r>
        <w:br/>
      </w:r>
      <w:r>
        <w:rPr>
          <w:sz w:val="20"/>
        </w:rPr>
        <w:t>28:51  yeh sirf mazhabi baat nahi hai, balkeh yeh hikmat-e-amli hai, yeh wisdom ki baat hai. Kyunke isi se hum apni dunya ko behtar bana sakte hain aur akhirat ko bhi.</w:t>
      </w:r>
      <w:r>
        <w:br/>
      </w:r>
      <w:r>
        <w:rPr>
          <w:sz w:val="20"/>
        </w:rPr>
        <w:t>29:04  To waqti taur par ek baar ek wakeel ne Maulana se bataya tha ke wakeel ne kaha ke koi bhi criminal is ko aisa nahi mila jis ne jis ko shadeed regret na hua ho apne amal ka.</w:t>
      </w:r>
      <w:r>
        <w:br/>
      </w:r>
      <w:r>
        <w:rPr>
          <w:sz w:val="20"/>
        </w:rPr>
        <w:t>29:15  Kyunke woh waqti taur par bhark kar ghusse mein woh kar dalta hai jo bhi crime karna hota hai us ko aur phir zindagi bhar pachhtata hai.</w:t>
      </w:r>
      <w:r>
        <w:br/>
      </w:r>
      <w:r>
        <w:rPr>
          <w:sz w:val="20"/>
        </w:rPr>
        <w:t>29:25  To sabr hum ko zindagi bhar ke pachhtane se humein bachata hai.</w:t>
      </w:r>
      <w:r>
        <w:br/>
      </w:r>
      <w:r>
        <w:rPr>
          <w:sz w:val="20"/>
        </w:rPr>
        <w:t>29:30  To yeh nafrat hai, ghussa hai, ishtia'al mein mushtael ho jana hai, manfi soch hai. Yeh sab jo hain hamare goal se humein distract karti hain.</w:t>
      </w:r>
      <w:r>
        <w:br/>
      </w:r>
      <w:r>
        <w:rPr>
          <w:sz w:val="20"/>
        </w:rPr>
        <w:t>29:39  Hamara goal jo hai, woh hai tazkiya. Apni personality ka ka tazkiya karna. Apne andar jo bhi manfi baatein hain, us ko nikalna.</w:t>
      </w:r>
      <w:r>
        <w:br/>
      </w:r>
      <w:r>
        <w:rPr>
          <w:sz w:val="20"/>
        </w:rPr>
        <w:t>29:49  Jo bhi aisi baat hai jo Khuda ki marzi ke khilaf hamare andar hai, to us ko khatam karna. To hamara ek zindagi ka ek maqsad hai aur hamare paas bohat thoda sa time hai.</w:t>
      </w:r>
      <w:r>
        <w:br/>
      </w:r>
      <w:r>
        <w:rPr>
          <w:sz w:val="20"/>
        </w:rPr>
        <w:t>30:00  To humein is time ko zyada se zyada apna tazkiya karne mein, apna personality development karne mein to is is ko lagana hai.</w:t>
      </w:r>
    </w:p>
    <w:p>
      <w:pPr>
        <w:pStyle w:val="Heading2"/>
      </w:pPr>
      <w:r>
        <w:t>a mission's center today is expanded, not a building</w:t>
      </w:r>
    </w:p>
    <w:p>
      <w:r>
        <w:rPr>
          <w:color w:val="666666"/>
          <w:sz w:val="18"/>
        </w:rPr>
        <w:t>Importance of Art of Situation Management 16th Sept ’07 · 1m 21s · at 13:18 · https://youtu.be/a-3ewJVGdIc?t=798</w:t>
      </w:r>
    </w:p>
    <w:p>
      <w:r>
        <w:rPr>
          <w:i/>
        </w:rPr>
        <w:t>“Aap ek aisi baat kehte hain jise kehte hain anachronism”</w:t>
      </w:r>
    </w:p>
    <w:p>
      <w:r>
        <w:rPr>
          <w:sz w:val="20"/>
        </w:rPr>
        <w:t>13:18  To main ne kaha ke dekhiye yeh aap ek, ek aisi baat kehte hain jis ko kehte hain anachronism. Zamane ke khilaaf.</w:t>
      </w:r>
      <w:r>
        <w:br/>
      </w:r>
      <w:r>
        <w:rPr>
          <w:sz w:val="20"/>
        </w:rPr>
        <w:t>13:28  Woh zamana khatam ho gaya jab localized center hua karte the. Ab expanded center hote hain. Hum jee rahe hain aise zamane mein jab ke expanded center hote hain.</w:t>
      </w:r>
      <w:r>
        <w:br/>
      </w:r>
      <w:r>
        <w:rPr>
          <w:sz w:val="20"/>
        </w:rPr>
        <w:t>13:41  Phaila hua center. Woh ek jagah par ek center ho, ek building ho. Woh, woh zamana hi khatam ho gaya. Main ne kaha ke aap khud is ka proof hain.</w:t>
      </w:r>
      <w:r>
        <w:br/>
      </w:r>
      <w:r>
        <w:rPr>
          <w:sz w:val="20"/>
        </w:rPr>
        <w:t>13:52  Aap itne door rehte hain ek doosre mulk mein. Aur aap hum ko sab kuch jante hain. Book ke, literature ke zariye aur computer ke zariye.</w:t>
      </w:r>
      <w:r>
        <w:br/>
      </w:r>
      <w:r>
        <w:rPr>
          <w:sz w:val="20"/>
        </w:rPr>
        <w:t>14:04  Website ko parh kar ke. Main ne kaha yeh hamara center expanded center hai. Aap bhi is ka ek part hain. Hamari team ka har aadmi, hamare mission ka har aadmi, kahin bhi rehta ho,</w:t>
      </w:r>
      <w:r>
        <w:br/>
      </w:r>
      <w:r>
        <w:rPr>
          <w:sz w:val="20"/>
        </w:rPr>
        <w:t>14:19  Agar us ke paas hamari books hain, agar us ke paas ek, ek computer hai to woh part hai hamare, hamare center ka.</w:t>
      </w:r>
      <w:r>
        <w:br/>
      </w:r>
      <w:r>
        <w:rPr>
          <w:sz w:val="20"/>
        </w:rPr>
        <w:t>14:29  Hamara center jo hai us ko aap aaj ke zamane ke lehaz se dekhiye. Pichle zamane ke lehaz se na dekhiye. Jab ke communication nahi tha.</w:t>
      </w:r>
    </w:p>
    <w:p>
      <w:pPr>
        <w:pStyle w:val="Heading2"/>
      </w:pPr>
      <w:r>
        <w:t>why constant reassessment and replanning is essential</w:t>
      </w:r>
    </w:p>
    <w:p>
      <w:r>
        <w:rPr>
          <w:color w:val="666666"/>
          <w:sz w:val="18"/>
        </w:rPr>
        <w:t>The Secret of Success June 26, 2008 Maulana Wahiduddin Khan · 2m 23s · at 48:55 · https://youtu.be/_vqfB9XcpPs?t=2935</w:t>
      </w:r>
    </w:p>
    <w:p>
      <w:r>
        <w:rPr>
          <w:i/>
        </w:rPr>
        <w:t>“زندگی میں بھی ہمیشہ آدمی کو الرٹ رہنا پڑتا ہے”</w:t>
      </w:r>
    </w:p>
    <w:p>
      <w:r>
        <w:rPr>
          <w:sz w:val="20"/>
        </w:rPr>
        <w:t>48:55  dekhein, zindagi mein bhi hamesha aadmi ko alert rehna padta hai, alert hamesha sochna padta hai,</w:t>
      </w:r>
      <w:r>
        <w:br/>
      </w:r>
      <w:r>
        <w:rPr>
          <w:sz w:val="20"/>
        </w:rPr>
        <w:t>49:04  hamesha planning, re-planning ki zaroorat padti hai. aur ek bahut zaroori cheez hai jis ko kehte hain re-assessment.</w:t>
      </w:r>
      <w:r>
        <w:br/>
      </w:r>
      <w:r>
        <w:rPr>
          <w:sz w:val="20"/>
        </w:rPr>
        <w:t>49:15  re-assessment bahut hi zaroori hai har insaan ke liye, har insaan ke liye. ek baar hum ne socha, ek baar hum ne planning ki, to woh wahi kafi nahi hai,</w:t>
      </w:r>
      <w:r>
        <w:br/>
      </w:r>
      <w:r>
        <w:rPr>
          <w:sz w:val="20"/>
        </w:rPr>
        <w:t>49:29  wahi kafi nahi hai.</w:t>
      </w:r>
      <w:r>
        <w:br/>
      </w:r>
      <w:r>
        <w:rPr>
          <w:sz w:val="20"/>
        </w:rPr>
        <w:t>49:34  humein re-assess karna chahiye, revise karna chahiye,</w:t>
      </w:r>
      <w:r>
        <w:br/>
      </w:r>
      <w:r>
        <w:rPr>
          <w:sz w:val="20"/>
        </w:rPr>
        <w:t>49:40  chahe individual ka case ho, chahe nation ka case ho, sab ka case, sab ko revise karna padta hai, re-assess karna padta hai.</w:t>
      </w:r>
      <w:r>
        <w:br/>
      </w:r>
      <w:r>
        <w:rPr>
          <w:sz w:val="20"/>
        </w:rPr>
        <w:t>49:51  kyun ke dekhiye, situation badalti rehti hai, halaat badalte rehte hain, halaat mein dekhein, kabhi thehrav nahi hota hai.</w:t>
      </w:r>
      <w:r>
        <w:br/>
      </w:r>
      <w:r>
        <w:rPr>
          <w:sz w:val="20"/>
        </w:rPr>
        <w:t>50:06  kisi ne kaha hai ke sukoon muhal hai qudrat ke karkhane mein,</w:t>
      </w:r>
      <w:r>
        <w:br/>
      </w:r>
      <w:r>
        <w:rPr>
          <w:sz w:val="20"/>
        </w:rPr>
        <w:t>50:16  sukoon muhal hai qudrat ke karkhane mein. sabaat ek taghayyur ko hai zamane mein, sabaat ek taghayyur ko hai zamane mein.</w:t>
      </w:r>
      <w:r>
        <w:br/>
      </w:r>
      <w:r>
        <w:rPr>
          <w:sz w:val="20"/>
        </w:rPr>
        <w:t>50:31  to hamesha situation badalti rehti hai,</w:t>
      </w:r>
      <w:r>
        <w:br/>
      </w:r>
      <w:r>
        <w:rPr>
          <w:sz w:val="20"/>
        </w:rPr>
        <w:t>50:36  to aap ko re-assess to karna hi padega,</w:t>
      </w:r>
      <w:r>
        <w:br/>
      </w:r>
      <w:r>
        <w:rPr>
          <w:sz w:val="20"/>
        </w:rPr>
        <w:t>50:41  hamesha re-assess karna padega, har ek ko karna padta hai is duniya mein re-assessment, chahe koi individual ho, chahe koi government ho, chahe koi company ho, chahe koi institution ho, har jagah.</w:t>
      </w:r>
      <w:r>
        <w:br/>
      </w:r>
      <w:r>
        <w:rPr>
          <w:sz w:val="20"/>
        </w:rPr>
        <w:t>50:57  to jo aadmi aisa kare ke woh bar bar re-assess kare, revise kare, phir se soche, phir se planning kare,</w:t>
      </w:r>
      <w:r>
        <w:br/>
      </w:r>
      <w:r>
        <w:rPr>
          <w:sz w:val="20"/>
        </w:rPr>
        <w:t>51:12  to us ko zaroor is duniya mein kamyabi milti hai.</w:t>
      </w:r>
    </w:p>
    <w:p>
      <w:pPr>
        <w:pStyle w:val="Heading2"/>
      </w:pPr>
      <w:r>
        <w:t>Einstein's silence and technical talk</w:t>
      </w:r>
    </w:p>
    <w:p>
      <w:r>
        <w:rPr>
          <w:color w:val="666666"/>
          <w:sz w:val="18"/>
        </w:rPr>
        <w:t>The Value of Silence | April 21, 2018 · 3m 02s · at 3:51 · https://youtu.be/eVOJ7dheeB8?t=231</w:t>
      </w:r>
    </w:p>
    <w:p>
      <w:r>
        <w:rPr>
          <w:i/>
        </w:rPr>
        <w:t>“Albert Einstein got Nobel Prize in Physics”</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p>
    <w:p>
      <w:pPr>
        <w:pStyle w:val="Heading2"/>
      </w:pPr>
      <w:r>
        <w:t>Business partnership problems and solutions</w:t>
      </w:r>
    </w:p>
    <w:p>
      <w:r>
        <w:rPr>
          <w:color w:val="666666"/>
          <w:sz w:val="18"/>
        </w:rPr>
        <w:t>Art of Thinking August 21, 2008 · 1m 40s · at 40:10 · https://youtu.be/KXVTrD_iMBU?t=2410</w:t>
      </w:r>
    </w:p>
    <w:p>
      <w:r>
        <w:rPr>
          <w:i/>
        </w:rPr>
        <w:t>“Ek sahab abhi mujh se mile.”</w:t>
      </w:r>
    </w:p>
    <w:p>
      <w:r>
        <w:rPr>
          <w:sz w:val="20"/>
        </w:rPr>
        <w:t>40:10  ek sahab abhi mujh se mile to woh partnership mein ek business kar rahe hain. to main ne poocha un se baat cheet.</w:t>
      </w:r>
      <w:r>
        <w:br/>
      </w:r>
      <w:r>
        <w:rPr>
          <w:sz w:val="20"/>
        </w:rPr>
        <w:t>40:21  to unhon ne kaha ke sahib, ek mera problem hai. main ne kaha woh kya? ke partner se mera an ban hai.</w:t>
      </w:r>
      <w:r>
        <w:br/>
      </w:r>
      <w:r>
        <w:rPr>
          <w:sz w:val="20"/>
        </w:rPr>
        <w:t>40:32  to poochte poochte maloom hua ke partner jo hai, us ne paisa lagaya hai, yeh kaam karte hain. to main ne kaha yeh to ho gayi. jab us ne paisa lagaya to woh samjha ke main apne ko superior samjhega, woh apne ko bada samjhega.</w:t>
      </w:r>
      <w:r>
        <w:br/>
      </w:r>
      <w:r>
        <w:rPr>
          <w:sz w:val="20"/>
        </w:rPr>
        <w:t>40:46  woh agar dono ka paisa barabar barabar hota to ab chal jata. paisa sara us ne laga rakha hai. woh to samjha ke main superior hoon.</w:t>
      </w:r>
      <w:r>
        <w:br/>
      </w:r>
      <w:r>
        <w:rPr>
          <w:sz w:val="20"/>
        </w:rPr>
        <w:t>40:58  to ab ya to ya to bardasht kijiye ya partnership ko khatam kar dijiye. main ne bohat dekha hai ke aisi partnership chalti nahi ke paisa ek lagave aur doosra aadmi sirf kaam kare.</w:t>
      </w:r>
      <w:r>
        <w:br/>
      </w:r>
      <w:r>
        <w:rPr>
          <w:sz w:val="20"/>
        </w:rPr>
        <w:t>41:13  to shuru shuru mein to lagta hai ke theek hai. kuch din ke baad jo jis ne paisa lagaya hai, use lagta hai ke mera paisa na hota to kuch bhi na hota.</w:t>
      </w:r>
      <w:r>
        <w:br/>
      </w:r>
      <w:r>
        <w:rPr>
          <w:sz w:val="20"/>
        </w:rPr>
        <w:t>41:25  to phir apni barhai dikhata hai woh. ab doosra jo hai, doosra partner us ko bura lagta hai. phir aapas mein jhagde hote hain. to main ne kaha aap ke paas jitna paisa tha, usi se aap karte kaam.</w:t>
      </w:r>
      <w:r>
        <w:br/>
      </w:r>
      <w:r>
        <w:rPr>
          <w:sz w:val="20"/>
        </w:rPr>
        <w:t>41:40  zyada paise ke liye aap ne kyun us se paisa le liya? zyada bada kaam karne ke liye dheere dheere aap taraqqi karte hain.</w:t>
      </w:r>
    </w:p>
    <w:p>
      <w:pPr>
        <w:pStyle w:val="Heading2"/>
      </w:pPr>
      <w:r>
        <w:t>Ignore difficulties, focus on opportunities</w:t>
      </w:r>
    </w:p>
    <w:p>
      <w:r>
        <w:rPr>
          <w:color w:val="666666"/>
          <w:sz w:val="18"/>
        </w:rPr>
        <w:t>Present Muslims Mind 14 April, 2013 Maulana Wahiduddin Khan · 1m 50s · at 5:39 · https://youtu.be/Gb545Y17vSI?t=339</w:t>
      </w:r>
    </w:p>
    <w:p>
      <w:r>
        <w:rPr>
          <w:i/>
        </w:rPr>
        <w:t>“Hum usr ko ignore kar ke yusr ko dekhein”</w:t>
      </w:r>
    </w:p>
    <w:p>
      <w:r>
        <w:rPr>
          <w:sz w:val="20"/>
        </w:rPr>
        <w:t>5:39  mushkilat bhi aur mawaqe bhi, dono cheezein pai jayengi. toh humein karna kya hai? hum usr ko ignore kar ke yusr ko dekhein.</w:t>
      </w:r>
      <w:r>
        <w:br/>
      </w:r>
      <w:r>
        <w:rPr>
          <w:sz w:val="20"/>
        </w:rPr>
        <w:t>5:56  mushkilat ko minus kar ke mawaqe ko dekhein.</w:t>
      </w:r>
      <w:r>
        <w:br/>
      </w:r>
      <w:r>
        <w:rPr>
          <w:sz w:val="20"/>
        </w:rPr>
        <w:t>6:07  yeh ek bohat bari wisdom hai jo Quran mein batai gayi hai. aur Rasool Allah Salallahu Alaihi Wasallam ne is ko amalan kar ke dikhaya hai.</w:t>
      </w:r>
      <w:r>
        <w:br/>
      </w:r>
      <w:r>
        <w:rPr>
          <w:sz w:val="20"/>
        </w:rPr>
        <w:t>6:17  lekin ajib baat hai ke sare musalman yeh wisdom se bekhabar hain.</w:t>
      </w:r>
      <w:r>
        <w:br/>
      </w:r>
      <w:r>
        <w:rPr>
          <w:sz w:val="20"/>
        </w:rPr>
        <w:t>6:25  yani kyun shikayatein liye baithe hain sare musalman? India mein bhi, jis ko dekhiye, India mein musalman jitne bhi likhne bolne wale hain, shikayati boli bolte hain, complaint ki boli bolte hain.</w:t>
      </w:r>
      <w:r>
        <w:br/>
      </w:r>
      <w:r>
        <w:rPr>
          <w:sz w:val="20"/>
        </w:rPr>
        <w:t>6:39  woh kehte hain ke India hamare liye ek problem country hai, hamare liye zulm ho raha hai, discrimination hota hai. aur yahi Europe mein, yahi America mein, yahi Israel mein, yahi har jagah.</w:t>
      </w:r>
      <w:r>
        <w:br/>
      </w:r>
      <w:r>
        <w:rPr>
          <w:sz w:val="20"/>
        </w:rPr>
        <w:t>6:51  toh Arab se le kar non-Arab tak sab yahi boli bolte hain. toh kyun woh is hikmat ko nahi samjhe, is wisdom ko nahi samjhe ke</w:t>
      </w:r>
      <w:r>
        <w:br/>
      </w:r>
      <w:r>
        <w:rPr>
          <w:sz w:val="20"/>
        </w:rPr>
        <w:t>7:06  yeh duniya mein usr toh rahega, humein kya karna hai? usr ko ignore kar ke yusr ko dekhein. kyunke sath sath woh bhi rahega. yani kaante toh rahenge, lekin sath sath phool bhi rahega.</w:t>
      </w:r>
      <w:r>
        <w:br/>
      </w:r>
      <w:r>
        <w:rPr>
          <w:sz w:val="20"/>
        </w:rPr>
        <w:t>7:19  toh kaante ke kaanton ko randaz karo aur phool ko dekho. is hikmat se sare musalman bekhabar hain.</w:t>
      </w:r>
    </w:p>
    <w:p>
      <w:pPr>
        <w:pStyle w:val="Heading2"/>
      </w:pPr>
      <w:r>
        <w:t>Nature warning and prophetic dream</w:t>
      </w:r>
    </w:p>
    <w:p>
      <w:r>
        <w:rPr>
          <w:color w:val="666666"/>
          <w:sz w:val="18"/>
        </w:rPr>
        <w:t>The Doomsday is Coming | November 26, 2007 · 1m 32s · at 5:21 · https://youtu.be/AkOKuzwv1HI?t=321</w:t>
      </w:r>
    </w:p>
    <w:p>
      <w:r>
        <w:rPr>
          <w:i/>
        </w:rPr>
        <w:t>“Pani ka level barh raha hai”</w:t>
      </w:r>
    </w:p>
    <w:p>
      <w:r>
        <w:rPr>
          <w:sz w:val="20"/>
        </w:rPr>
        <w:t>5:21  pani ka level barh raha hai, animal mar rahe hain, glacier pighal rahe hain, har taraf ek balance</w:t>
      </w:r>
      <w:r>
        <w:br/>
      </w:r>
      <w:r>
        <w:rPr>
          <w:sz w:val="20"/>
        </w:rPr>
        <w:t>5:27  tootne ka manzar hai.</w:t>
      </w:r>
      <w:r>
        <w:br/>
      </w:r>
      <w:r>
        <w:rPr>
          <w:sz w:val="20"/>
        </w:rPr>
        <w:t>5:33  to yeh nature ki warning hai.</w:t>
      </w:r>
      <w:r>
        <w:br/>
      </w:r>
      <w:r>
        <w:rPr>
          <w:sz w:val="20"/>
        </w:rPr>
        <w:t>5:39  doosri taraf hum Allah ki tofeeq se isi baat ko keh rahe hain kai baras se ke insan</w:t>
      </w:r>
      <w:r>
        <w:br/>
      </w:r>
      <w:r>
        <w:rPr>
          <w:sz w:val="20"/>
        </w:rPr>
        <w:t>5:45  ko warning de rahe hain ke ab</w:t>
      </w:r>
      <w:r>
        <w:br/>
      </w:r>
      <w:r>
        <w:rPr>
          <w:sz w:val="20"/>
        </w:rPr>
        <w:t>5:52  duniya ki tareekh khatam hone wali hai aur day of judgment aanay wala hai.</w:t>
      </w:r>
      <w:r>
        <w:br/>
      </w:r>
      <w:r>
        <w:rPr>
          <w:sz w:val="20"/>
        </w:rPr>
        <w:t>5:59  to aaj jo earthquake aaya, us ke sath ek ajib o ghareeb waqea hua.</w:t>
      </w:r>
      <w:r>
        <w:br/>
      </w:r>
      <w:r>
        <w:rPr>
          <w:sz w:val="20"/>
        </w:rPr>
        <w:t>6:07  yani aaj hi raat ko theek isi waqt Mr. Rajat Malhotra ne ek dream dekha.</w:t>
      </w:r>
      <w:r>
        <w:br/>
      </w:r>
      <w:r>
        <w:rPr>
          <w:sz w:val="20"/>
        </w:rPr>
        <w:t>6:15  unhon ne dekha ke</w:t>
      </w:r>
      <w:r>
        <w:br/>
      </w:r>
      <w:r>
        <w:rPr>
          <w:sz w:val="20"/>
        </w:rPr>
        <w:t>6:23  koi bohat bara city hai, us mein yeh rehte thay.</w:t>
      </w:r>
      <w:r>
        <w:br/>
      </w:r>
      <w:r>
        <w:rPr>
          <w:sz w:val="20"/>
        </w:rPr>
        <w:t>6:28  phir maloom hua ke yeh city jo hai, flood se bilkul tabah hone wala hai.</w:t>
      </w:r>
      <w:r>
        <w:br/>
      </w:r>
      <w:r>
        <w:rPr>
          <w:sz w:val="20"/>
        </w:rPr>
        <w:t>6:33  sari city mein flood aanay wala hai.</w:t>
      </w:r>
      <w:r>
        <w:br/>
      </w:r>
      <w:r>
        <w:rPr>
          <w:sz w:val="20"/>
        </w:rPr>
        <w:t>6:38  phir yahan koi zindagi baqi nahi rahe gi.</w:t>
      </w:r>
      <w:r>
        <w:br/>
      </w:r>
      <w:r>
        <w:rPr>
          <w:sz w:val="20"/>
        </w:rPr>
        <w:t>6:43  to woh niklte hain is se.</w:t>
      </w:r>
      <w:r>
        <w:br/>
      </w:r>
      <w:r>
        <w:rPr>
          <w:sz w:val="20"/>
        </w:rPr>
        <w:t>6:48  unhon ne dekha ke woh hain aur mister nodyeep. dono</w:t>
      </w:r>
    </w:p>
    <w:p>
      <w:pPr>
        <w:pStyle w:val="Heading2"/>
      </w:pPr>
      <w:r>
        <w:t>Doctor's misconception about religion as appendix</w:t>
      </w:r>
    </w:p>
    <w:p>
      <w:r>
        <w:rPr>
          <w:color w:val="666666"/>
          <w:sz w:val="18"/>
        </w:rPr>
        <w:t>Man and The Religion | July 31, 2008 | Maulana Wahiduddin Khan · 2m 33s · at 2:03 · https://youtu.be/emHZjUnLsmI?t=123</w:t>
      </w:r>
    </w:p>
    <w:p>
      <w:r>
        <w:rPr>
          <w:i/>
        </w:rPr>
        <w:t>“Kal parson ek sahib se meri mulaqaat hui”</w:t>
      </w:r>
    </w:p>
    <w:p>
      <w:r>
        <w:rPr>
          <w:sz w:val="20"/>
        </w:rPr>
        <w:t>2:04  ak ka. kal parson ek sahab se meri mulaqaat hui, to unhon ne bataya ke woh ek doctor sahab se mile, ek alopathic doctor,</w:t>
      </w:r>
      <w:r>
        <w:br/>
      </w:r>
      <w:r>
        <w:rPr>
          <w:sz w:val="20"/>
        </w:rPr>
        <w:t>2:25  woh ek successful doctor hain. to unhon ne in ko mazhab par ek kitaab di, ek pamphlet, mazhab ke bare mein, religion ke bare mein. to doctor sahib</w:t>
      </w:r>
      <w:r>
        <w:br/>
      </w:r>
      <w:r>
        <w:rPr>
          <w:sz w:val="20"/>
        </w:rPr>
        <w:t>2:43  b ne kitaab apne haath mein li, phir dekha ke is ka title jo hai woh religion hai. to unhon ne bohat hi lightly kaha ke mujhe mazhab se koi dilchaspi nahi hai. aap</w:t>
      </w:r>
      <w:r>
        <w:br/>
      </w:r>
      <w:r>
        <w:rPr>
          <w:sz w:val="20"/>
        </w:rPr>
        <w:t>3:01  dekhiye, main apne profession mein successful hoon, aap dekhiye, meri health itni achhi hai, meri biwi ki health bhi bohat achhi hai, meri ek be</w:t>
      </w:r>
      <w:r>
        <w:br/>
      </w:r>
      <w:r>
        <w:rPr>
          <w:sz w:val="20"/>
        </w:rPr>
        <w:t>3:20  ti hai, is ki health bhi bohat achhi hai. mujhe apne profession mein itni income ho jati hai ke mera kaam achhi tarah chalta hai, aur saath hi main apni beti ke account mein h</w:t>
      </w:r>
      <w:r>
        <w:br/>
      </w:r>
      <w:r>
        <w:rPr>
          <w:sz w:val="20"/>
        </w:rPr>
        <w:t>3:38  ar mahina ek lakh rupiya jama karta rehta hoon. har mahina ek lakh rupiya. to mera sab kaam durust hai, health bhi hai, aur kamyab profession bhi hai. g</w:t>
      </w:r>
      <w:r>
        <w:br/>
      </w:r>
      <w:r>
        <w:rPr>
          <w:sz w:val="20"/>
        </w:rPr>
        <w:t>3:57  har, car, bank balance, sab cheez meri, sab cheez mujhe mili hui hai. to ab mujhe mazhab ka kya kaam? dekhiye, yeh ek bohat bara, bohat bari misunderstanding hai.</w:t>
      </w:r>
      <w:r>
        <w:br/>
      </w:r>
      <w:r>
        <w:rPr>
          <w:sz w:val="20"/>
        </w:rPr>
        <w:t>4:17  kuch log mazhab ko apni material life ka appendix samajhte hain, yaani zameema. woh samajhte hain ke asal zindagi to material zindagi hai, hamare maadi mamlaat theek hon,</w:t>
      </w:r>
    </w:p>
    <w:p>
      <w:pPr>
        <w:pStyle w:val="Heading2"/>
      </w:pPr>
      <w:r>
        <w:t>Crisis management lesson from 9/11 reaction</w:t>
      </w:r>
    </w:p>
    <w:p>
      <w:r>
        <w:rPr>
          <w:color w:val="666666"/>
          <w:sz w:val="18"/>
        </w:rPr>
        <w:t>Choice Between Right and Wrong Battlefield January 26, 2007 · 2m 13s · at 8:30 · https://youtu.be/Z8IW_EeyzAs?t=510</w:t>
      </w:r>
    </w:p>
    <w:p>
      <w:r>
        <w:rPr>
          <w:i/>
        </w:rPr>
        <w:t>“Main yeh kahunga ke bilashuba yeh baat ghalat thi”</w:t>
      </w:r>
    </w:p>
    <w:p>
      <w:r>
        <w:rPr>
          <w:sz w:val="20"/>
        </w:rPr>
        <w:t>8:30  demolish kar diya. to saare log ghussa ho gaye. mein yeh kahunga ke bilashuba yeh baat galat thi. mein pehla insan tha, kam az kam muslim world mein, jis ne is ko condemn kiya,</w:t>
      </w:r>
      <w:r>
        <w:br/>
      </w:r>
      <w:r>
        <w:rPr>
          <w:sz w:val="20"/>
        </w:rPr>
        <w:t>8:45  is ko condemn kiya. aur mujhe achhi tarah yaad hai ke jab mein yahan c 29 mein apne kamre mein tha aur radio par yeh khabar aayi, mein generally radio sunta hoon ke new york tower ko kuch logon ne hawa jahaz takra kar tod diya, to be ikhtiyar mein rone laga,</w:t>
      </w:r>
      <w:r>
        <w:br/>
      </w:r>
      <w:r>
        <w:rPr>
          <w:sz w:val="20"/>
        </w:rPr>
        <w:t>9:09  be ikhtiyar mein rone laga, kyun ke yeh jo attack tha, yeh new york tower par nahi tha, yeh humanity par tha, humanity, insaniyat par tha.</w:t>
      </w:r>
      <w:r>
        <w:br/>
      </w:r>
      <w:r>
        <w:rPr>
          <w:sz w:val="20"/>
        </w:rPr>
        <w:t>9:24  to main yeh kahunga ke bilashuba main itna tadpa is par ke meri aankhon se musalsal aansu jari ho gaye.</w:t>
      </w:r>
      <w:r>
        <w:br/>
      </w:r>
      <w:r>
        <w:rPr>
          <w:sz w:val="20"/>
        </w:rPr>
        <w:t>9:33  main nahi samajhta ke dunya mein koi bhi insan aisa hoga jo itna tadpa hoga is waqeye par. ghussa to bohat hi honge log, lekin jis tarah tadpa main is waqeye par, shayad main akela insan tha is poore globe par, kyunke iske baad hi main kai international conferenceon mein gaya, Switzerland mein, London waghera mein.</w:t>
      </w:r>
      <w:r>
        <w:br/>
      </w:r>
      <w:r>
        <w:rPr>
          <w:sz w:val="20"/>
        </w:rPr>
        <w:t>9:52  koi aur insan mujhe nahi mila jis jo itni bari tadap ka usko tajurba hua ho. lekin main phir kahunga ke yeh tha crisis management ka time America ke liye.</w:t>
      </w:r>
      <w:r>
        <w:br/>
      </w:r>
      <w:r>
        <w:rPr>
          <w:sz w:val="20"/>
        </w:rPr>
        <w:t>10:08  crisis management ka time, crisis management ke liye aap ko positive thinking chahiye, positive mind chahiye. agar aap bhadak uthe hain, positivity ko kho dein, aap aap ke mind mein negativity aa jaye to kya hoga?</w:t>
      </w:r>
      <w:r>
        <w:br/>
      </w:r>
      <w:r>
        <w:rPr>
          <w:sz w:val="20"/>
        </w:rPr>
        <w:t>10:26  aap ka ek action plan jo hai sahi rukh par nahi banega. aur is report ke alfaaz mein apni ladai aap chhed dein ge wrong battlefield mein, aur jante hain iska nateeja hamesha ulta nikalta hai.</w:t>
      </w:r>
    </w:p>
    <w:p>
      <w:pPr>
        <w:pStyle w:val="Heading2"/>
      </w:pPr>
      <w:r>
        <w:t>Emotion management through introspection</w:t>
      </w:r>
    </w:p>
    <w:p>
      <w:r>
        <w:rPr>
          <w:color w:val="666666"/>
          <w:sz w:val="18"/>
        </w:rPr>
        <w:t>The Art of Emotion Management December 26, 2007 Maulana Wahiduddin Khan · 1m 46s · at 36:01 · https://youtu.be/Im7m_nZwC7E?t=2161</w:t>
      </w:r>
    </w:p>
    <w:p>
      <w:r>
        <w:rPr>
          <w:i/>
        </w:rPr>
        <w:t>“One method of emotion management is to think yourself.”</w:t>
      </w:r>
    </w:p>
    <w:p>
      <w:r>
        <w:rPr>
          <w:sz w:val="20"/>
        </w:rPr>
        <w:t>36:01  ab dekhiye ke agar woh mujh se poochte to kya hota un ki shikayat bhi khatm ho jati aur is mein naseehat milti un ko mere khilaf jo un ka jazba bhadka tha woh bhi na hota sab theek ho jata to emotion management jo hai</w:t>
      </w:r>
      <w:r>
        <w:br/>
      </w:r>
      <w:r>
        <w:rPr>
          <w:sz w:val="20"/>
        </w:rPr>
        <w:t>36:22  emotion management ka</w:t>
      </w:r>
      <w:r>
        <w:br/>
      </w:r>
      <w:r>
        <w:rPr>
          <w:sz w:val="20"/>
        </w:rPr>
        <w:t>36:25  ek tareeqa yeh hai ke aap khud sochen</w:t>
      </w:r>
      <w:r>
        <w:br/>
      </w:r>
      <w:r>
        <w:rPr>
          <w:sz w:val="20"/>
        </w:rPr>
        <w:t>36:30  introspection karen sochen ek hai dialogue</w:t>
      </w:r>
      <w:r>
        <w:br/>
      </w:r>
      <w:r>
        <w:rPr>
          <w:sz w:val="20"/>
        </w:rPr>
        <w:t>36:35  introspection aur dialogue</w:t>
      </w:r>
      <w:r>
        <w:br/>
      </w:r>
      <w:r>
        <w:rPr>
          <w:sz w:val="20"/>
        </w:rPr>
        <w:t>36:40  phir apne aap manage ho jayega</w:t>
      </w:r>
      <w:r>
        <w:br/>
      </w:r>
      <w:r>
        <w:rPr>
          <w:sz w:val="20"/>
        </w:rPr>
        <w:t>36:43  apne aap manage ho jayega</w:t>
      </w:r>
      <w:r>
        <w:br/>
      </w:r>
      <w:r>
        <w:rPr>
          <w:sz w:val="20"/>
        </w:rPr>
        <w:t>36:47  khud sochiye lekin is mein objectivity bohat zaroori hai</w:t>
      </w:r>
      <w:r>
        <w:br/>
      </w:r>
      <w:r>
        <w:rPr>
          <w:sz w:val="20"/>
        </w:rPr>
        <w:t>36:53  objective bohat zaroori hai objectivity</w:t>
      </w:r>
      <w:r>
        <w:br/>
      </w:r>
      <w:r>
        <w:rPr>
          <w:sz w:val="20"/>
        </w:rPr>
        <w:t>36:56  yani sahih rai par pahunchne ki koshish</w:t>
      </w:r>
      <w:r>
        <w:br/>
      </w:r>
      <w:r>
        <w:rPr>
          <w:sz w:val="20"/>
        </w:rPr>
        <w:t>37:02  yani jo asal haqeeqat hai wahan tak pahunchne ki koshish agar aap ke andar bias thinking hai aap</w:t>
      </w:r>
      <w:r>
        <w:br/>
      </w:r>
      <w:r>
        <w:rPr>
          <w:sz w:val="20"/>
        </w:rPr>
        <w:t>37:09  bias mein jeete hain aap taassub mein jeete hain to sochenge tab bhi wahi bias hi aap</w:t>
      </w:r>
      <w:r>
        <w:br/>
      </w:r>
      <w:r>
        <w:rPr>
          <w:sz w:val="20"/>
        </w:rPr>
        <w:t>37:14  ko aage peeche</w:t>
      </w:r>
      <w:r>
        <w:br/>
      </w:r>
      <w:r>
        <w:rPr>
          <w:sz w:val="20"/>
        </w:rPr>
        <w:t>37:17  aap par asar dalta rahega</w:t>
      </w:r>
      <w:r>
        <w:br/>
      </w:r>
      <w:r>
        <w:rPr>
          <w:sz w:val="20"/>
        </w:rPr>
        <w:t>37:20  bias se bahar aana padega apne aap ko complex free banana padega</w:t>
      </w:r>
      <w:r>
        <w:br/>
      </w:r>
      <w:r>
        <w:rPr>
          <w:sz w:val="20"/>
        </w:rPr>
        <w:t>37:27  tab aap emotion ko manage kar payenge</w:t>
      </w:r>
      <w:r>
        <w:br/>
      </w:r>
      <w:r>
        <w:rPr>
          <w:sz w:val="20"/>
        </w:rPr>
        <w:t>37:31  imotion ko manage karna bohat zaroori hai lekin manage karne ke liye zaroori hai ke aap aap ke</w:t>
      </w:r>
      <w:r>
        <w:br/>
      </w:r>
      <w:r>
        <w:rPr>
          <w:sz w:val="20"/>
        </w:rPr>
        <w:t>37:37  andar yani bias na ho complex na ho</w:t>
      </w:r>
      <w:r>
        <w:br/>
      </w:r>
      <w:r>
        <w:rPr>
          <w:sz w:val="20"/>
        </w:rPr>
        <w:t>37:45  tab ja kar aap sahi sahi dhang par apne</w:t>
      </w:r>
    </w:p>
    <w:p>
      <w:pPr>
        <w:pStyle w:val="Heading2"/>
      </w:pPr>
      <w:r>
        <w:t>Opportunity from historical change</w:t>
      </w:r>
    </w:p>
    <w:p>
      <w:r>
        <w:rPr>
          <w:color w:val="666666"/>
          <w:sz w:val="18"/>
        </w:rPr>
        <w:t>Divine Crusades December 14, 2014 · 1m 30s · at 34:02 · https://youtu.be/qZhY00S5LQg?t=2042</w:t>
      </w:r>
    </w:p>
    <w:p>
      <w:r>
        <w:rPr>
          <w:i/>
        </w:rPr>
        <w:t>“What is the escape of things of God?”</w:t>
      </w:r>
    </w:p>
    <w:p>
      <w:r>
        <w:rPr>
          <w:sz w:val="20"/>
        </w:rPr>
        <w:t>34:02  What is the scheme of things of God?</w:t>
      </w:r>
      <w:r>
        <w:br/>
      </w:r>
      <w:r>
        <w:rPr>
          <w:sz w:val="20"/>
        </w:rPr>
        <w:t>34:07  aur in sab ke baad ab hamare liye jo karna hai wo kya hai? yeh sara jo Allah</w:t>
      </w:r>
      <w:r>
        <w:br/>
      </w:r>
      <w:r>
        <w:rPr>
          <w:sz w:val="20"/>
        </w:rPr>
        <w:t>34:13  تعالیٰ نے historical change پیدا کیا ہے تو اس سے جو opportunity کھلی ہوئی اس کے بعد ہمیں</w:t>
      </w:r>
      <w:r>
        <w:br/>
      </w:r>
      <w:r>
        <w:rPr>
          <w:sz w:val="20"/>
        </w:rPr>
        <w:t>34:18  karna kya hai? wo hai peaceful daawa.</w:t>
      </w:r>
      <w:r>
        <w:br/>
      </w:r>
      <w:r>
        <w:rPr>
          <w:sz w:val="20"/>
        </w:rPr>
        <w:t>34:24  peaceful daawa work.</w:t>
      </w:r>
      <w:r>
        <w:br/>
      </w:r>
      <w:r>
        <w:rPr>
          <w:sz w:val="20"/>
        </w:rPr>
        <w:t>34:30  humein peaceful daawa work karna hai.</w:t>
      </w:r>
      <w:r>
        <w:br/>
      </w:r>
      <w:r>
        <w:rPr>
          <w:sz w:val="20"/>
        </w:rPr>
        <w:t>34:35  is peaceful daawa work karne ke liye jo jo zarooraten theen sab ko Allah taala ne supporters</w:t>
      </w:r>
      <w:r>
        <w:br/>
      </w:r>
      <w:r>
        <w:rPr>
          <w:sz w:val="20"/>
        </w:rPr>
        <w:t>34:41  ke zariye hum ko de diya.</w:t>
      </w:r>
      <w:r>
        <w:br/>
      </w:r>
      <w:r>
        <w:rPr>
          <w:sz w:val="20"/>
        </w:rPr>
        <w:t>34:47  musalmanon ne kuch nahi kiya.</w:t>
      </w:r>
      <w:r>
        <w:br/>
      </w:r>
      <w:r>
        <w:rPr>
          <w:sz w:val="20"/>
        </w:rPr>
        <w:t>34:52  musalmanon ne is zimn mein kuch bhi nahi kiya.</w:t>
      </w:r>
      <w:r>
        <w:br/>
      </w:r>
      <w:r>
        <w:rPr>
          <w:sz w:val="20"/>
        </w:rPr>
        <w:t>34:58  musalmanon ke paas Quran hai, musalmanon ke paas Rasool hai, musalmanon ke paas Hadees hai lekin global daawa</w:t>
      </w:r>
      <w:r>
        <w:br/>
      </w:r>
      <w:r>
        <w:rPr>
          <w:sz w:val="20"/>
        </w:rPr>
        <w:t>35:03  work ke liye jaise ke maine arz kiya pehle local daawa work hua karta tha ab Allah</w:t>
      </w:r>
      <w:r>
        <w:br/>
      </w:r>
      <w:r>
        <w:rPr>
          <w:sz w:val="20"/>
        </w:rPr>
        <w:t>35:09  taala mutalba ke global daawa work ho to global daawa work effectively global daawa work effectively bhi kaise</w:t>
      </w:r>
      <w:r>
        <w:br/>
      </w:r>
      <w:r>
        <w:rPr>
          <w:sz w:val="20"/>
        </w:rPr>
        <w:t>35:15  ho is ke liye jitni bhi zaroorat thi wo sab Allah taala ne paida kar diya.</w:t>
      </w:r>
      <w:r>
        <w:br/>
      </w:r>
      <w:r>
        <w:rPr>
          <w:sz w:val="20"/>
        </w:rPr>
        <w:t>35:20  sab ka sab.</w:t>
      </w:r>
      <w:r>
        <w:br/>
      </w:r>
      <w:r>
        <w:rPr>
          <w:sz w:val="20"/>
        </w:rPr>
        <w:t>35:26  ab jo log jihad ke naam par ladaiyan kar rahe hain They are blind.</w:t>
      </w:r>
      <w:r>
        <w:br/>
      </w:r>
      <w:r>
        <w:rPr>
          <w:sz w:val="20"/>
        </w:rPr>
        <w:t>35:32  They are opportunity blind.</w:t>
      </w:r>
    </w:p>
    <w:p>
      <w:pPr>
        <w:pStyle w:val="Heading2"/>
      </w:pPr>
      <w:r>
        <w:t>Edison and Louis Braille show evil is really challenge</w:t>
      </w:r>
    </w:p>
    <w:p>
      <w:r>
        <w:rPr>
          <w:color w:val="666666"/>
          <w:sz w:val="18"/>
        </w:rPr>
        <w:t>Religious Extremism and Rational Extremism November 27, 2005 Maulana Wahiduddin Khan · 2m 30s · at 1:00:52 · https://youtu.be/o-EF-I_SE_M?t=3652</w:t>
      </w:r>
    </w:p>
    <w:p>
      <w:r>
        <w:rPr>
          <w:i/>
        </w:rPr>
        <w:t>“Pichle philosophers is ko evil ke roop mein dekh paye the”</w:t>
      </w:r>
    </w:p>
    <w:p>
      <w:r>
        <w:rPr>
          <w:sz w:val="20"/>
        </w:rPr>
        <w:t>1:00:52  Lekin jo modern tehqeeq hai, is ke baad maloom hua ke yeh evil nahi hai, yeh yeh yeh challenge hai. "Problem of Challenge".</w:t>
      </w:r>
      <w:r>
        <w:br/>
      </w:r>
      <w:r>
        <w:rPr>
          <w:sz w:val="20"/>
        </w:rPr>
        <w:t>1:01:04  Yani ek shakhs jo ameer gharane mein paida hua, to us ko koi challenge nahi pesh aya.</w:t>
      </w:r>
      <w:r>
        <w:br/>
      </w:r>
      <w:r>
        <w:rPr>
          <w:sz w:val="20"/>
        </w:rPr>
        <w:t>1:01:15  Jab challenge nahi pesh aya to kya hua? Uski, uski jo, uska jo potential hai, jo ke dormant position mein tha, woh so hi reh gaya.</w:t>
      </w:r>
      <w:r>
        <w:br/>
      </w:r>
      <w:r>
        <w:rPr>
          <w:sz w:val="20"/>
        </w:rPr>
        <w:t>1:01:26  Woh jaaga nahi. Woh woh jaaga hi nahi. Woh</w:t>
      </w:r>
      <w:r>
        <w:br/>
      </w:r>
      <w:r>
        <w:rPr>
          <w:sz w:val="20"/>
        </w:rPr>
        <w:t>1:01:31  Lekin jo jo jo ghareeb ghar mein paida hua, us ke potential jaage. Woh bade bade kaam us ne kiye.</w:t>
      </w:r>
      <w:r>
        <w:br/>
      </w:r>
      <w:r>
        <w:rPr>
          <w:sz w:val="20"/>
        </w:rPr>
        <w:t>1:01:41  Misal ke taur par roshni jo hai, aap dekhte hain, sari duniya ko jo roshni mil rahi hai, is ka in mein sab se bada contribution hai Edison ka. Aur Edison itna ghareeb tha ke us woh school mein nahi</w:t>
      </w:r>
      <w:r>
        <w:br/>
      </w:r>
      <w:r>
        <w:rPr>
          <w:sz w:val="20"/>
        </w:rPr>
        <w:t>1:01:56  parhai kar saka. Woh aur mazeed yeh ke woh yani behra bhi tha partially. Yani ek kaan se woh sun nahi sakta tha, ek kaan se bhi aadha sunta tha.</w:t>
      </w:r>
      <w:r>
        <w:br/>
      </w:r>
      <w:r>
        <w:rPr>
          <w:sz w:val="20"/>
        </w:rPr>
        <w:t>1:02:09  Aap bataiye ke ek ek insan jo behre pan ke sath paida hua ho, to bazahir yeh ke us ko kuch karna nahi kar sakna nahi chahiye, us ko kuch</w:t>
      </w:r>
      <w:r>
        <w:br/>
      </w:r>
      <w:r>
        <w:rPr>
          <w:sz w:val="20"/>
        </w:rPr>
        <w:t>1:02:20  . Lekin us ke behre pan ne ya us ke halaat ne us ko, us ko, us ko challenge diya aur us ne woh kaam kiya jo koi bhi doosra nahi kar saka tha.</w:t>
      </w:r>
      <w:r>
        <w:br/>
      </w:r>
      <w:r>
        <w:rPr>
          <w:sz w:val="20"/>
        </w:rPr>
        <w:t>1:02:31  Edison jo hai, bohat si cheezon ka moajid hai. Woh including yeh yeh bulb jo hote hain.</w:t>
      </w:r>
      <w:r>
        <w:br/>
      </w:r>
      <w:r>
        <w:rPr>
          <w:sz w:val="20"/>
        </w:rPr>
        <w:t>1:02:40  Isi tarah se bohat se log hain. Balkay mein kehta hoon ke sare hi woh log jinhon ne koi bara kaam kiya hai, woh wohi the jo evil ke darmiyan paida hue hain.</w:t>
      </w:r>
      <w:r>
        <w:br/>
      </w:r>
      <w:r>
        <w:rPr>
          <w:sz w:val="20"/>
        </w:rPr>
        <w:t>1:02:53  Yani ghareeb the, achay halaat un ke nahi the. Aur hatta ke physically challenge log bhi, yani disable log bhi, physically disable log bhi.</w:t>
      </w:r>
      <w:r>
        <w:br/>
      </w:r>
      <w:r>
        <w:rPr>
          <w:sz w:val="20"/>
        </w:rPr>
        <w:t>1:03:06  Maslan Louis Braille jo hai, aap jante hain ke woh andha tha. Isi ne Braille system banaya. To is duniya mein jo jo jo jo physically disabled log hain, unhon ne bare bare karname kiye hain.</w:t>
      </w:r>
    </w:p>
    <w:p>
      <w:pPr>
        <w:pStyle w:val="Heading2"/>
      </w:pPr>
      <w:r>
        <w:t>Accepting life's duality: rose and thorns</w:t>
      </w:r>
    </w:p>
    <w:p>
      <w:r>
        <w:rPr>
          <w:color w:val="666666"/>
          <w:sz w:val="18"/>
        </w:rPr>
        <w:t>The Concept of Spirituality in Islam June 11, 2006 Maulana Wahiduddin Khan · 2m 55s · at 5:31 · https://youtu.be/gOH7-AdTeMQ?t=331</w:t>
      </w:r>
    </w:p>
    <w:p>
      <w:r>
        <w:rPr>
          <w:i/>
        </w:rPr>
        <w:t>“Life is just like a rose plant.”</w:t>
      </w:r>
    </w:p>
    <w:p>
      <w:r>
        <w:rPr>
          <w:sz w:val="20"/>
        </w:rPr>
        <w:t>5:31  is par ghor karte hue mujhe samajh mein aaya ke zindagi ka jo muamla hai, woh just like rose plant hai.</w:t>
      </w:r>
      <w:r>
        <w:br/>
      </w:r>
      <w:r>
        <w:rPr>
          <w:sz w:val="20"/>
        </w:rPr>
        <w:t>5:46  aap jante hain ke kitna khoobsurat phool hota hai gulab ka, lekin isi ke sath gulab ke phool pe kaante hote hain.</w:t>
      </w:r>
      <w:r>
        <w:br/>
      </w:r>
      <w:r>
        <w:rPr>
          <w:sz w:val="20"/>
        </w:rPr>
        <w:t>6:00  agar aap chahein aisa plant jis mein phool hi phool ho, kaanta na ho, to aisa rose plant aap ko nahi milega. Yeh illustration hai aaj ki dunya ka.</w:t>
      </w:r>
      <w:r>
        <w:br/>
      </w:r>
      <w:r>
        <w:rPr>
          <w:sz w:val="20"/>
        </w:rPr>
        <w:t>6:13  dunya mein koi bhi cheez jo aap chahte hon aur aap struggle kar ke use pa lein, to agar aap ne phool hasil kiya hai to us ke sath kaanta bhi zaroor aap ke hisse mein aayega.</w:t>
      </w:r>
      <w:r>
        <w:br/>
      </w:r>
      <w:r>
        <w:rPr>
          <w:sz w:val="20"/>
        </w:rPr>
        <w:t>6:32  jitna pleasure hai, jitna saman hai dunya ka, koi bhi aisa nahi hai jo foreign less ho ya har phool ke sath kaanta jura hua hai.</w:t>
      </w:r>
      <w:r>
        <w:br/>
      </w:r>
      <w:r>
        <w:rPr>
          <w:sz w:val="20"/>
        </w:rPr>
        <w:t>6:44  is liye aap dekhiye ke jo log zyada affluent class jo hai, jo zyada</w:t>
      </w:r>
      <w:r>
        <w:br/>
      </w:r>
      <w:r>
        <w:rPr>
          <w:sz w:val="20"/>
        </w:rPr>
        <w:t>6:52  super achiever jo kahe jatay hain, woh sab se zyada tension mein hotay hain, woh sab zyada stress mein hotay hain. Aaj ki dunya mein de-stressing sab se bara business bana hua hai.</w:t>
      </w:r>
      <w:r>
        <w:br/>
      </w:r>
      <w:r>
        <w:rPr>
          <w:sz w:val="20"/>
        </w:rPr>
        <w:t>7:07  kyun? Paise wale logo ka masla yeh hai ke un ko stress mein jeete hain, woh to unhe koi chahiye jo un ko stress ko nikale, un ke tension ko nikale.</w:t>
      </w:r>
      <w:r>
        <w:br/>
      </w:r>
      <w:r>
        <w:rPr>
          <w:sz w:val="20"/>
        </w:rPr>
        <w:t>7:20  to poori history yeh batati hai ke jab bhi kisi ne is dunya mein material kamyabi ka koi phool hasil kiya to sath sath kaanta bhi us ke hisse mein aaya.</w:t>
      </w:r>
      <w:r>
        <w:br/>
      </w:r>
      <w:r>
        <w:rPr>
          <w:sz w:val="20"/>
        </w:rPr>
        <w:t>7:36  to main samajhta hoon ke yahan money ke sath anti money jura hua hai, wealth ke sath anti wealth jura hua hai, pleasure ke sath anti pleasure jura hua hai.</w:t>
      </w:r>
      <w:r>
        <w:br/>
      </w:r>
      <w:r>
        <w:rPr>
          <w:sz w:val="20"/>
        </w:rPr>
        <w:t>7:51  laqad khalaqnal insana fi kabad. Is tarah ki bohat sari aayatein hain jis mein bataya gaya hai ke insaan kisi bhi haal mein sorrow se apne aap ko door nahi kar sakta, intention aur stress se apne ko khali nahi kar sakta.</w:t>
      </w:r>
      <w:r>
        <w:br/>
      </w:r>
      <w:r>
        <w:rPr>
          <w:sz w:val="20"/>
        </w:rPr>
        <w:t>8:13  yeh hai sab se bari baat zindagi ki jisay humein janna chahiye. Is haqeeqat ko na janne ka naam tension hai.</w:t>
      </w:r>
    </w:p>
    <w:p>
      <w:pPr>
        <w:pStyle w:val="Heading2"/>
      </w:pPr>
      <w:r>
        <w:t>An angel and a devil beside every person facing temptation</w:t>
      </w:r>
    </w:p>
    <w:p>
      <w:r>
        <w:rPr>
          <w:color w:val="666666"/>
          <w:sz w:val="18"/>
        </w:rPr>
        <w:t>Take it as A Challenge April 29, 2007 · 2m 52s · at 1:28:16 · https://youtu.be/pONW5UkRZ_M?t=5296</w:t>
      </w:r>
    </w:p>
    <w:p>
      <w:r>
        <w:rPr>
          <w:i/>
        </w:rPr>
        <w:t>“Har insan ke saath do lage rehte hain”</w:t>
      </w:r>
    </w:p>
    <w:p>
      <w:r>
        <w:rPr>
          <w:sz w:val="20"/>
        </w:rPr>
        <w:t>1:28:16  das question is from sadia: why do we give in to temptations easily? dekhein, hadith mein aata hai, quran mein aata hai ke har insaan ke saath do aur lage rehte hain: ek angel, ek satan.</w:t>
      </w:r>
      <w:r>
        <w:br/>
      </w:r>
      <w:r>
        <w:rPr>
          <w:sz w:val="20"/>
        </w:rPr>
        <w:t>1:28:31  with every woman, with every man,</w:t>
      </w:r>
      <w:r>
        <w:br/>
      </w:r>
      <w:r>
        <w:rPr>
          <w:sz w:val="20"/>
        </w:rPr>
        <w:t>1:28:34  ek satan hai, ek ek ek ek ek angel hai. to yeh test ki wajah se khuda ne jo test aap ko lena hai, khuda ko is ki wajah se yeh kiya gaya hai.</w:t>
      </w:r>
      <w:r>
        <w:br/>
      </w:r>
      <w:r>
        <w:rPr>
          <w:sz w:val="20"/>
        </w:rPr>
        <w:t>1:28:47  ab insaan ka is mein role kya hota hai ke jaise hi aap ne koi koi situation create hui, aur aap ne negative taraf sochna shuru kiya, bas satan ko aap ne world point de diya.</w:t>
      </w:r>
      <w:r>
        <w:br/>
      </w:r>
      <w:r>
        <w:rPr>
          <w:sz w:val="20"/>
        </w:rPr>
        <w:t>1:29:04  jaise hi satan waise kuch nahi karega, aap ko attack nahi karega, lekin jaise hi koi world point diya aap ne, ab idhar lust aa gaya, revenge aa gaya, inteqaam aa gaya, aur greed aa gaya,</w:t>
      </w:r>
      <w:r>
        <w:br/>
      </w:r>
      <w:r>
        <w:rPr>
          <w:sz w:val="20"/>
        </w:rPr>
        <w:t>1:29:18  intolerance aa gaya, kuch bhi aa gaya, to aap ne satan ko de diya world point, woh ghus padega, aur phir woh aap ne aap ko ek dum apna bana kar rahega.</w:t>
      </w:r>
      <w:r>
        <w:br/>
      </w:r>
      <w:r>
        <w:rPr>
          <w:sz w:val="20"/>
        </w:rPr>
        <w:t>1:29:32  achha, agar aap ne us waqt thoda sa, jab main ne kaha thirty second, thirty second aap ne sustain kiya, last thirty second, woh to main ne bola tha, aap ko yaad hoga, last thirty second,</w:t>
      </w:r>
      <w:r>
        <w:br/>
      </w:r>
      <w:r>
        <w:rPr>
          <w:sz w:val="20"/>
        </w:rPr>
        <w:t>1:29:45  thirty second aap ko resist karna padta hai satan ko, ya apne us desire ko. agar thirty second aap resist kar sakein to phir kya hota hai ke phir woh doosri direction chalne lagti hai,</w:t>
      </w:r>
      <w:r>
        <w:br/>
      </w:r>
      <w:r>
        <w:rPr>
          <w:sz w:val="20"/>
        </w:rPr>
        <w:t>1:29:59  aap ke sentiment doosri dire</w:t>
      </w:r>
      <w:r>
        <w:br/>
      </w:r>
      <w:r>
        <w:rPr>
          <w:sz w:val="20"/>
        </w:rPr>
        <w:t>1:30:01  direction chalne lagti hai. main psychology bata raha hoon aap ko ke agar mere andar ghussa aaya, lust aaya, revenge aaya, to to pehle to is direction mein chalega woh, lekin agar main misaalun chup rahoon, ek dum kuch na boloon, khuda se kahoon, khuda mujhe maaf kar,</w:t>
      </w:r>
      <w:r>
        <w:br/>
      </w:r>
      <w:r>
        <w:rPr>
          <w:sz w:val="20"/>
        </w:rPr>
        <w:t>1:30:23  thirty second to phir is ka direction change ho jayega, woh aur woh positive taraf chalne lagega,</w:t>
      </w:r>
      <w:r>
        <w:br/>
      </w:r>
      <w:r>
        <w:rPr>
          <w:sz w:val="20"/>
        </w:rPr>
        <w:t>1:30:29  aur phir foran aap ko us angel ki help mil jayegi. aap aap is ka tajurba kar ke dekh lijiye, jab bhi aap ko misaalun ghussa aaye, koi revenge aaye, koi negative thought aaye, to aap do baar tajurba kijiye.</w:t>
      </w:r>
      <w:r>
        <w:br/>
      </w:r>
      <w:r>
        <w:rPr>
          <w:sz w:val="20"/>
        </w:rPr>
        <w:t>1:30:45  ek baar isi ko aap khoob, yaani yaani isi mein jeete rahiye, paanch das minute tak.</w:t>
      </w:r>
      <w:r>
        <w:br/>
      </w:r>
      <w:r>
        <w:rPr>
          <w:sz w:val="20"/>
        </w:rPr>
        <w:t>1:30:53  aap dekhenge satan aap par bilkul overpower kar liya satan ne. agar aap 30 second ke formula par amal karein ke thirty second aap bilkul apne ko rokein, aur sirf khuda se dua karein, khuda mujhe bacha is se, to 30 second ke baad aap dekhein ek change aayega aap ke andar,</w:t>
      </w:r>
    </w:p>
    <w:p>
      <w:pPr>
        <w:pStyle w:val="Heading2"/>
      </w:pPr>
      <w:r>
        <w:t>Whole earth as mosque prophecy</w:t>
      </w:r>
    </w:p>
    <w:p>
      <w:r>
        <w:rPr>
          <w:color w:val="666666"/>
          <w:sz w:val="18"/>
        </w:rPr>
        <w:t>Al-RISALA NOV, 2017 · 1m 41s · at 2:41 · https://youtu.be/PvVV-FJAYDg?t=161</w:t>
      </w:r>
    </w:p>
    <w:p>
      <w:r>
        <w:rPr>
          <w:i/>
        </w:rPr>
        <w:t>“The whole earth will become a mosque”</w:t>
      </w:r>
    </w:p>
    <w:p>
      <w:r>
        <w:rPr>
          <w:sz w:val="20"/>
        </w:rPr>
        <w:t>2:41  saari zameen masjid. masjid ke hawale se ek riwayat hadees ki mukhtalif kitabon mein aayi hai. ek riwayat ke alfaaz yeh hain: "jalahal ardh kulluha li wa ummati masjidan wa tahooran".</w:t>
      </w:r>
      <w:r>
        <w:br/>
      </w:r>
      <w:r>
        <w:rPr>
          <w:sz w:val="20"/>
        </w:rPr>
        <w:t>2:59  musnad ahmad. yaani poori zameen mere liye aur meri ummat ke liye masjid aur paaki bana di gayi. is hadees mein masjid ka lafz ilamati mani mein hai.</w:t>
      </w:r>
      <w:r>
        <w:br/>
      </w:r>
      <w:r>
        <w:rPr>
          <w:sz w:val="20"/>
        </w:rPr>
        <w:t>3:10  iska matlab yeh hai ke mere baad tareekh mein ek aisa daur aanay wala hai jo ke kamil mazhabi azadi ka daur hoga.</w:t>
      </w:r>
      <w:r>
        <w:br/>
      </w:r>
      <w:r>
        <w:rPr>
          <w:sz w:val="20"/>
        </w:rPr>
        <w:t>3:19  ahl-e-imaan azaad honge ke woh zameen ke jis hissay mein chahein deeni sargharmi jaari kar sakein, khwah woh ibadat ki sargharmi ho ya dawat ki sargharmi.</w:t>
      </w:r>
      <w:r>
        <w:br/>
      </w:r>
      <w:r>
        <w:rPr>
          <w:sz w:val="20"/>
        </w:rPr>
        <w:t>3:32  maujooda daur mein peghambar-e-islam ki yeh peshangoi poori tarah waqe ban chuki hai. aaj ki duniya mein ahl-e-imaan har deeni sargharmi ke liye azaad hain.</w:t>
      </w:r>
      <w:r>
        <w:br/>
      </w:r>
      <w:r>
        <w:rPr>
          <w:sz w:val="20"/>
        </w:rPr>
        <w:t>3:45  ab sirf ek sargharmi mamnoo hai, aur woh hai mazhab ke naam par tashaddud. tashaddud ki bari soorat jang hai, aur tashaddud ki choti soorat yeh hai ke aap doosron ke liye masla, yaani problem ban jayein.</w:t>
      </w:r>
      <w:r>
        <w:br/>
      </w:r>
      <w:r>
        <w:rPr>
          <w:sz w:val="20"/>
        </w:rPr>
        <w:t>4:00  saari zameen masjid ho jayegi. iska matlab yeh hai ke saari zameen aur zameen par basnay walay tamam log amalan deen ke muwafiq, yaani supporter ban jayenge.</w:t>
      </w:r>
      <w:r>
        <w:br/>
      </w:r>
      <w:r>
        <w:rPr>
          <w:sz w:val="20"/>
        </w:rPr>
        <w:t>4:13  duniya ki tamam qaumein ya toh deen ki ma'iyat, yaani supporter ban jayengi, ya kam az kam na-tardar, yaani indifferent.</w:t>
      </w:r>
    </w:p>
    <w:p>
      <w:pPr>
        <w:pStyle w:val="Heading2"/>
      </w:pPr>
      <w:r>
        <w:t>Islam's idea of freedom is peace, not unlimited liberty</w:t>
      </w:r>
    </w:p>
    <w:p>
      <w:r>
        <w:rPr>
          <w:color w:val="666666"/>
          <w:sz w:val="18"/>
        </w:rPr>
        <w:t>Man and Paradise August 18, 2013 · 1m 53s · at 43:58 · https://youtu.be/v7eX25YAjDU?t=2638</w:t>
      </w:r>
    </w:p>
    <w:p>
      <w:r>
        <w:rPr>
          <w:i/>
        </w:rPr>
        <w:t>“An Egyptian protester said she had everything but no freedom”</w:t>
      </w:r>
    </w:p>
    <w:p>
      <w:r>
        <w:rPr>
          <w:sz w:val="20"/>
        </w:rPr>
        <w:t>43:58  molana, agla sawal dilli se hai, doctor fareeda khanoom ka. unhon ne likha hai: "Yesterday I was watching TV channel Al Jazeera, one Egyptian lady who was with the protesters was being asked by the reporter as to why she was with the protesters.</w:t>
      </w:r>
      <w:r>
        <w:br/>
      </w:r>
      <w:r>
        <w:rPr>
          <w:sz w:val="20"/>
        </w:rPr>
        <w:t>44:17  She replied, 'I have a fancy home, I have a fancy car, but I don't enjoy freedom.</w:t>
      </w:r>
      <w:r>
        <w:br/>
      </w:r>
      <w:r>
        <w:rPr>
          <w:sz w:val="20"/>
        </w:rPr>
        <w:t>44:26  My question is, does Islam allow to become a rebel to demand for freedom?' bilkul, yeh mere nazdeek to haram hai.</w:t>
      </w:r>
      <w:r>
        <w:br/>
      </w:r>
      <w:r>
        <w:rPr>
          <w:sz w:val="20"/>
        </w:rPr>
        <w:t>44:35  haram kaun se freedom? kis cheez ko aap freedom kehte hain? kis cheez ko? yeh yeh jo bol rahi hai, woh woh bhi to freedom hai. yani ek hukoomat qaim hai, is mein aap bol rahe hain, yeh yeh bhi to freedom hai.</w:t>
      </w:r>
      <w:r>
        <w:br/>
      </w:r>
      <w:r>
        <w:rPr>
          <w:sz w:val="20"/>
        </w:rPr>
        <w:t>44:51  mein is ko galat samajhta hoon ke un ko freedom nahi thi. pehle bhi thi aur ab bhi hai.</w:t>
      </w:r>
      <w:r>
        <w:br/>
      </w:r>
      <w:r>
        <w:rPr>
          <w:sz w:val="20"/>
        </w:rPr>
        <w:t>44:59  jis cheez ki freedom, yani Islam ka tasawwur jo yeh hai ke aap aap Islam mein jo samm bonam hai, freedom nahi hai, woh hai peace.</w:t>
      </w:r>
      <w:r>
        <w:br/>
      </w:r>
      <w:r>
        <w:rPr>
          <w:sz w:val="20"/>
        </w:rPr>
        <w:t>45:14  yeh western concept hai ke woh freedom ko samm bonam mante hain. unlimited freedom Islam ka tasawwur yeh nahi</w:t>
      </w:r>
      <w:r>
        <w:br/>
      </w:r>
      <w:r>
        <w:rPr>
          <w:sz w:val="20"/>
        </w:rPr>
        <w:t>45:23  hai. Islam ki tasdeeq agar aap ko mawaqe ko avail karne ki opportunity khuli hui hai, is mein aap ko koi rukawat nahi hai, to wohi freedom Islam ke nazdeek kaafi hai.</w:t>
      </w:r>
      <w:r>
        <w:br/>
      </w:r>
      <w:r>
        <w:rPr>
          <w:sz w:val="20"/>
        </w:rPr>
        <w:t>45:37  to kaun sa freedom woh chahti hai? jo freedom woh chahti hai, woh Islam mein matloob hi nahi hai. to mein dekh, yeh ek bilkul galat baat hai, baseless baat hai ke un ko freedom nahi mili hui.</w:t>
      </w:r>
    </w:p>
    <w:p>
      <w:pPr>
        <w:pStyle w:val="Heading2"/>
      </w:pPr>
      <w:r>
        <w:t>Hadith meaning: plan on what remains</w:t>
      </w:r>
    </w:p>
    <w:p>
      <w:r>
        <w:rPr>
          <w:color w:val="666666"/>
          <w:sz w:val="18"/>
        </w:rPr>
        <w:t>Prophetic Guidance | October 04, 2015 · 3m 00s · at 13:02 · https://youtu.be/xkQO53EdaVU?t=782</w:t>
      </w:r>
    </w:p>
    <w:p>
      <w:r>
        <w:rPr>
          <w:i/>
        </w:rPr>
        <w:t>“The Prophet's hadith commands planning on the remaining.”</w:t>
      </w:r>
    </w:p>
    <w:p>
      <w:r>
        <w:rPr>
          <w:sz w:val="20"/>
        </w:rPr>
        <w:t>13:02  ana manzooba bandi thi.</w:t>
      </w:r>
      <w:r>
        <w:br/>
      </w:r>
      <w:r>
        <w:rPr>
          <w:sz w:val="20"/>
        </w:rPr>
        <w:t>13:08  to alfaaz to yeh hain ke "umirtu bi-qaryatin ta'kulu al-qara yaquluna yasrifu wa hiya al-madinah".</w:t>
      </w:r>
      <w:r>
        <w:br/>
      </w:r>
      <w:r>
        <w:rPr>
          <w:sz w:val="20"/>
        </w:rPr>
        <w:t>13:14  lekin is ka matlab jab ghhor kiya jaaye to yeh banta hai, amalan jo hua, amalan ke makka</w:t>
      </w:r>
      <w:r>
        <w:br/>
      </w:r>
      <w:r>
        <w:rPr>
          <w:sz w:val="20"/>
        </w:rPr>
        <w:t>13:20  ke log mujh ko makka se chheen rahe hain.</w:t>
      </w:r>
      <w:r>
        <w:br/>
      </w:r>
      <w:r>
        <w:rPr>
          <w:sz w:val="20"/>
        </w:rPr>
        <w:t>13:27  to theek hai, chheen'ne do in ko, madina to abhi baqi hai,</w:t>
      </w:r>
      <w:r>
        <w:br/>
      </w:r>
      <w:r>
        <w:rPr>
          <w:sz w:val="20"/>
        </w:rPr>
        <w:t>13:33  wahan chale jao aur wahan par planning karo. yeh hai ek sunnat-e-Rasool. sunnat-e-Rasool log samajhte hain ke dadih badhana aur khitab lagana, dayen haath se pani peena, ise sunnat samajhte hain. yeh toh bohat choti choti baatein hain. badi badi sunnatein hain, badi badi sunnatein hain. is ka koi char</w:t>
      </w:r>
      <w:r>
        <w:br/>
      </w:r>
      <w:r>
        <w:rPr>
          <w:sz w:val="20"/>
        </w:rPr>
        <w:t>14:03  racha nahin.</w:t>
      </w:r>
      <w:r>
        <w:br/>
      </w:r>
      <w:r>
        <w:rPr>
          <w:sz w:val="20"/>
        </w:rPr>
        <w:t>14:08  to yeh bhi ek sunnat-e-rasool hai ke baqi maada par planning, yaani planning based on remnant.</w:t>
      </w:r>
      <w:r>
        <w:br/>
      </w:r>
      <w:r>
        <w:rPr>
          <w:sz w:val="20"/>
        </w:rPr>
        <w:t>14:13  pehlay aap kay paas makkah, aap ka mission makkah mein bhi tha, madina mein bhi tha.</w:t>
      </w:r>
      <w:r>
        <w:br/>
      </w:r>
      <w:r>
        <w:rPr>
          <w:sz w:val="20"/>
        </w:rPr>
        <w:t>14:18  kyun kay jaisa kay aap jantay hain, jab hum makkah mein thay, tab hi aap nay kuch sahabi bhej</w:t>
      </w:r>
      <w:r>
        <w:br/>
      </w:r>
      <w:r>
        <w:rPr>
          <w:sz w:val="20"/>
        </w:rPr>
        <w:t>14:23  diye thay wahan par, jo muqarrir kehelatay thay.</w:t>
      </w:r>
      <w:r>
        <w:br/>
      </w:r>
      <w:r>
        <w:rPr>
          <w:sz w:val="20"/>
        </w:rPr>
        <w:t>14:28  yaani muqarrir kay ma'nay</w:t>
      </w:r>
      <w:r>
        <w:br/>
      </w:r>
      <w:r>
        <w:rPr>
          <w:sz w:val="20"/>
        </w:rPr>
        <w:t>14:33  hain parh kar sunana. to makki daur hi mein aap ne bhej diye the do sahabi, jo muqarrir kehlati the, wahan par woh logon ko quran parh kar sunate the. kyunke arabi zaban makkah ki bhi thi, arabi zaban madinah ki bhi thi, zaban dono ki ek thi. to madinah mein logon ko quran parh parh sunate the. to mission jo tha aap ka, dono jagah jari tha, makkah mein bhi, madinah mein bhi. to aap ka mission goya makkah</w:t>
      </w:r>
      <w:r>
        <w:br/>
      </w:r>
      <w:r>
        <w:rPr>
          <w:sz w:val="20"/>
        </w:rPr>
        <w:t>15:03  say madina tak phaila hua tha.</w:t>
      </w:r>
      <w:r>
        <w:br/>
      </w:r>
      <w:r>
        <w:rPr>
          <w:sz w:val="20"/>
        </w:rPr>
        <w:t>15:09  ab jo hai halaat kay tehat yeh hua kay madina mein samait do, woh makkah mein samait do,</w:t>
      </w:r>
      <w:r>
        <w:br/>
      </w:r>
      <w:r>
        <w:rPr>
          <w:sz w:val="20"/>
        </w:rPr>
        <w:t>15:15  madina mein is ko woh karo.</w:t>
      </w:r>
      <w:r>
        <w:br/>
      </w:r>
      <w:r>
        <w:rPr>
          <w:sz w:val="20"/>
        </w:rPr>
        <w:t>15:21  apni mansoobah bandi jo hai, madina kay liye karo.</w:t>
      </w:r>
      <w:r>
        <w:br/>
      </w:r>
      <w:r>
        <w:rPr>
          <w:sz w:val="20"/>
        </w:rPr>
        <w:t>15:27  isi ko mein kehta hoon baqi maada par mansoobah bandi ya planning based on reman</w:t>
      </w:r>
      <w:r>
        <w:br/>
      </w:r>
      <w:r>
        <w:rPr>
          <w:sz w:val="20"/>
        </w:rPr>
        <w:t>15:33  ent. aur is se kya hua ke hadith ke alfaaz mein ke woh jo baqi maadah jo hai, jo madinah jo hai, woh poora arab islamize kar lega. "amirtu bi qaryatin taakulul qara" woh kha jayega sare bastiyon ko. yaani madinah mein mansoobah bandi kar ke tum poore arab ko islamize kar sakte ho. kitna revolutionary message tha yeh. lekin aaj kal</w:t>
      </w:r>
    </w:p>
    <w:p>
      <w:pPr>
        <w:pStyle w:val="Heading2"/>
      </w:pPr>
      <w:r>
        <w:t>Positive literature changes the mindset</w:t>
      </w:r>
    </w:p>
    <w:p>
      <w:r>
        <w:rPr>
          <w:color w:val="666666"/>
          <w:sz w:val="18"/>
        </w:rPr>
        <w:t>A Believer’s Journey February 5, 2014 Maulana Wahiduddin Khan · 1m 36s · at 4:42 · https://youtu.be/QzHEA7XunSg?t=282</w:t>
      </w:r>
    </w:p>
    <w:p>
      <w:r>
        <w:rPr>
          <w:i/>
        </w:rPr>
        <w:t>“Then I said: For this problem's solution, we started our mission.”</w:t>
      </w:r>
    </w:p>
    <w:p>
      <w:r>
        <w:rPr>
          <w:sz w:val="20"/>
        </w:rPr>
        <w:t>4:42  phir main ne kaha ke dekhiye, is masle ka hal hi ke liye hum ne apna mission shuru kiya.</w:t>
      </w:r>
      <w:r>
        <w:br/>
      </w:r>
      <w:r>
        <w:rPr>
          <w:sz w:val="20"/>
        </w:rPr>
        <w:t>4:50  yaani nisaab ke bahar ek</w:t>
      </w:r>
      <w:r>
        <w:br/>
      </w:r>
      <w:r>
        <w:rPr>
          <w:sz w:val="20"/>
        </w:rPr>
        <w:t>4:57  ek literature tayyar kiya hum ne. taqreeban 200 kitabein poori umar laga dein, mutala'a kiya naye halaat ka, nayi tahaddiyat ka,</w:t>
      </w:r>
      <w:r>
        <w:br/>
      </w:r>
      <w:r>
        <w:rPr>
          <w:sz w:val="20"/>
        </w:rPr>
        <w:t>5:13  aur kitabein tayyar keen mukhtalif zubanon mein.</w:t>
      </w:r>
      <w:r>
        <w:br/>
      </w:r>
      <w:r>
        <w:rPr>
          <w:sz w:val="20"/>
        </w:rPr>
        <w:t>5:17  ab aap survey kar lijiye, jo log baqayda hamari kitabein parhte hain, ya wahan magazine jo nikalta hai urdu mein aur angrezi mein, us ko parhte hain, unka zehn bilkul mukhtalif hota hai.</w:t>
      </w:r>
      <w:r>
        <w:br/>
      </w:r>
      <w:r>
        <w:rPr>
          <w:sz w:val="20"/>
        </w:rPr>
        <w:t>5:30  unka jo positive thinking hoti hai, unka jo dawat-e-soch hoti hai, unka sehatmand tarz-e-fikr hota hai.</w:t>
      </w:r>
      <w:r>
        <w:br/>
      </w:r>
      <w:r>
        <w:rPr>
          <w:sz w:val="20"/>
        </w:rPr>
        <w:t>5:41  aap yeh survey kar ke dekh lijiye. to yeh tajruba jo hum kar rahe hain, yeh apne aap mein is baat ka saboot hai ke chahe wohi nisaab parhaya jaye madaris mein, chahe wohi nisaab parhaya jaye jami'at mein, lekin jo literature hai, agar woh sahi ho aur us ko log parhein,</w:t>
      </w:r>
      <w:r>
        <w:br/>
      </w:r>
      <w:r>
        <w:rPr>
          <w:sz w:val="20"/>
        </w:rPr>
        <w:t>6:04  to zehn zehn nahin bigra ho, bigrega, aur log log jo hain, intellectually ikhtiyar shuda insan banenge.</w:t>
      </w:r>
    </w:p>
    <w:p>
      <w:pPr>
        <w:pStyle w:val="Heading2"/>
      </w:pPr>
      <w:r>
        <w:t>The shocking truth behind Mother Teresa's public spirituality</w:t>
      </w:r>
    </w:p>
    <w:p>
      <w:r>
        <w:rPr>
          <w:color w:val="666666"/>
          <w:sz w:val="18"/>
        </w:rPr>
        <w:t>Why People live in Despair September 2, 2007 · 2m 49s · at 1:31 · https://youtu.be/BHfgOfzXf00?t=91</w:t>
      </w:r>
    </w:p>
    <w:p>
      <w:r>
        <w:rPr>
          <w:i/>
        </w:rPr>
        <w:t>“You all know Mother Teresa — but here's the irony.”</w:t>
      </w:r>
    </w:p>
    <w:p>
      <w:r>
        <w:rPr>
          <w:sz w:val="20"/>
        </w:rPr>
        <w:t>1:31  woh hai mother teresa ki news.</w:t>
      </w:r>
      <w:r>
        <w:br/>
      </w:r>
      <w:r>
        <w:rPr>
          <w:sz w:val="20"/>
        </w:rPr>
        <w:t>1:35  aap sab log jante hain ke mother teresa, jo macedonia mein paida huin 1910 mein, achi education un ki hui.</w:t>
      </w:r>
      <w:r>
        <w:br/>
      </w:r>
      <w:r>
        <w:rPr>
          <w:sz w:val="20"/>
        </w:rPr>
        <w:t>1:51  phir woh india aayin aik teacher ke taur par,</w:t>
      </w:r>
      <w:r>
        <w:br/>
      </w:r>
      <w:r>
        <w:rPr>
          <w:sz w:val="20"/>
        </w:rPr>
        <w:t>1:57  phir unhon ne aik bohat bara kaam shuru kiya, yani poor people ko service dene ka.</w:t>
      </w:r>
      <w:r>
        <w:br/>
      </w:r>
      <w:r>
        <w:rPr>
          <w:sz w:val="20"/>
        </w:rPr>
        <w:t>2:09  toh phir un ko nobel prize bhi mila, aur mein sakta hoon ke taqreeban 70 years tak woh bohat se logon ka, bohat se logon ke liye hero bani rahin.</w:t>
      </w:r>
      <w:r>
        <w:br/>
      </w:r>
      <w:r>
        <w:rPr>
          <w:sz w:val="20"/>
        </w:rPr>
        <w:t>2:26  bohat se logon ke liye woh model bani hui theen insaniyat ka. lekin aap news mein yeh baat aa chuki hai, aap jante honge ke marne ke baad,</w:t>
      </w:r>
      <w:r>
        <w:br/>
      </w:r>
      <w:r>
        <w:rPr>
          <w:sz w:val="20"/>
        </w:rPr>
        <w:t>2:41  un ke marne ke baad aik kitaab chhapi hai jis mein un ki jo kahani hai, woh aik excited story hai.</w:t>
      </w:r>
      <w:r>
        <w:br/>
      </w:r>
      <w:r>
        <w:rPr>
          <w:sz w:val="20"/>
        </w:rPr>
        <w:t>2:51  yani bohat hi ajeeb baat hai ke woh lady, jo baat karti thi Khuda ki aur spirituality ki, un ko na Khuda mila na spirituality mili,</w:t>
      </w:r>
      <w:r>
        <w:br/>
      </w:r>
      <w:r>
        <w:rPr>
          <w:sz w:val="20"/>
        </w:rPr>
        <w:t>3:09  aur despair mein mar gayeen woh 1997 mein. un ki death hui hai 1997 mein.</w:t>
      </w:r>
      <w:r>
        <w:br/>
      </w:r>
      <w:r>
        <w:rPr>
          <w:sz w:val="20"/>
        </w:rPr>
        <w:t>3:20  un ki zindagi mein yeh book likhi gayi thi, aik indian author ne likhi hai book, bohat ziyada yeh phaili hai, bohat se languages mein is ka translation hua hai.</w:t>
      </w:r>
      <w:r>
        <w:br/>
      </w:r>
      <w:r>
        <w:rPr>
          <w:sz w:val="20"/>
        </w:rPr>
        <w:t>3:33  toh chhapne se pehle unhon ne yeh book un ko batai thi, mother teresa ko.</w:t>
      </w:r>
      <w:r>
        <w:br/>
      </w:r>
      <w:r>
        <w:rPr>
          <w:sz w:val="20"/>
        </w:rPr>
        <w:t>3:42  to unhon ne ek message diya tha jis ko unhon ne chhapa hai forward ke taur par is book mein. is mein unhon ne kaha tha, mother teresa ne ke:</w:t>
      </w:r>
      <w:r>
        <w:br/>
      </w:r>
      <w:r>
        <w:rPr>
          <w:sz w:val="20"/>
        </w:rPr>
        <w:t>3:56  "jo kuch karo, khuda ke liye karo.</w:t>
      </w:r>
      <w:r>
        <w:br/>
      </w:r>
      <w:r>
        <w:rPr>
          <w:sz w:val="20"/>
        </w:rPr>
        <w:t>4:03  tum jo kuch karo, khuda ke liye karo. jo kuch likho, jo kuch karo."</w:t>
      </w:r>
      <w:r>
        <w:br/>
      </w:r>
      <w:r>
        <w:rPr>
          <w:sz w:val="20"/>
        </w:rPr>
        <w:t>4:07  is mein yeh un ka sentence tha ke: "do it for the glory of god." do it for the glory of god.</w:t>
      </w:r>
    </w:p>
    <w:p>
      <w:pPr>
        <w:pStyle w:val="Heading2"/>
      </w:pPr>
      <w:r>
        <w:t>Companion Abu Darda spent time in Tafkir</w:t>
      </w:r>
    </w:p>
    <w:p>
      <w:r>
        <w:rPr>
          <w:color w:val="666666"/>
          <w:sz w:val="18"/>
        </w:rPr>
        <w:t>The Concept of Tafkeer in Islam | August 9, 2007 · 3m 02s · at 43:28 · https://youtu.be/6PhlvUwQygQ?t=2608</w:t>
      </w:r>
    </w:p>
    <w:p>
      <w:r>
        <w:rPr>
          <w:i/>
        </w:rPr>
        <w:t>“There was a Sahabi, a companion of the Prophet of Islam.”</w:t>
      </w:r>
    </w:p>
    <w:p>
      <w:r>
        <w:rPr>
          <w:sz w:val="20"/>
        </w:rPr>
        <w:t>43:28  There was a Sahabi that is a companion of the Prophet of Islam. His name was Abu Darda, Abu Darda Ansari. So after his death, one Muslim visited the house of Abu Darda. He asked his wife, his name was Umm D</w:t>
      </w:r>
      <w:r>
        <w:br/>
      </w:r>
      <w:r>
        <w:rPr>
          <w:sz w:val="20"/>
        </w:rPr>
        <w:t>43:58  arda.</w:t>
      </w:r>
      <w:r>
        <w:br/>
      </w:r>
      <w:r>
        <w:rPr>
          <w:sz w:val="20"/>
        </w:rPr>
        <w:t>44:06  So he asked, "What was the most important worship of Abu Darda?" "What was the most important worship</w:t>
      </w:r>
      <w:r>
        <w:br/>
      </w:r>
      <w:r>
        <w:rPr>
          <w:sz w:val="20"/>
        </w:rPr>
        <w:t>44:14  of Abu Darda?" His wife said, "At that time he was a widow." So his wife, Abu Darda,</w:t>
      </w:r>
      <w:r>
        <w:br/>
      </w:r>
      <w:r>
        <w:rPr>
          <w:sz w:val="20"/>
        </w:rPr>
        <w:t>44:21  no, his wife, Umm Darda, said,</w:t>
      </w:r>
      <w:r>
        <w:br/>
      </w:r>
      <w:r>
        <w:rPr>
          <w:sz w:val="20"/>
        </w:rPr>
        <w:t>44:29  "At-Tafakkur wal-I'tibar." "At-Tafakkur wal-I'tibar," it means thinking, thinking, thinking, thinking.</w:t>
      </w:r>
      <w:r>
        <w:br/>
      </w:r>
      <w:r>
        <w:rPr>
          <w:sz w:val="20"/>
        </w:rPr>
        <w:t>44:37  So every time Abu Darda was in thinking, in contemplation, in pondering over the universe, this was the</w:t>
      </w:r>
      <w:r>
        <w:br/>
      </w:r>
      <w:r>
        <w:rPr>
          <w:sz w:val="20"/>
        </w:rPr>
        <w:t>44:45  greatest worship of Abu Darda.</w:t>
      </w:r>
      <w:r>
        <w:br/>
      </w:r>
      <w:r>
        <w:rPr>
          <w:sz w:val="20"/>
        </w:rPr>
        <w:t>44:53  He was a senior Sahabi of the Prophet of Islam.</w:t>
      </w:r>
      <w:r>
        <w:br/>
      </w:r>
      <w:r>
        <w:rPr>
          <w:sz w:val="20"/>
        </w:rPr>
        <w:t>45:01  So his wife said, "At-Tafakkur, At-Tafakkur, At-Tafakkur," that is thinking, thinking, thinking, thinking. Why? Thinking itself is nothing. It was not thinking for the sake of thinking. No. It was not thinking for the sake</w:t>
      </w:r>
      <w:r>
        <w:br/>
      </w:r>
      <w:r>
        <w:rPr>
          <w:sz w:val="20"/>
        </w:rPr>
        <w:t>45:31  of thinking.</w:t>
      </w:r>
      <w:r>
        <w:br/>
      </w:r>
      <w:r>
        <w:rPr>
          <w:sz w:val="20"/>
        </w:rPr>
        <w:t>45:38  It was thinking for some purpose, some positive purpose.</w:t>
      </w:r>
      <w:r>
        <w:br/>
      </w:r>
      <w:r>
        <w:rPr>
          <w:sz w:val="20"/>
        </w:rPr>
        <w:t>45:46  And what was that purpose?</w:t>
      </w:r>
      <w:r>
        <w:br/>
      </w:r>
      <w:r>
        <w:rPr>
          <w:sz w:val="20"/>
        </w:rPr>
        <w:t>45:53  That purpose was At-Tawassum, al-I'tibar, that is to take lessons, to take lessons, to increase his faith. His Tafak</w:t>
      </w:r>
      <w:r>
        <w:br/>
      </w:r>
      <w:r>
        <w:rPr>
          <w:sz w:val="20"/>
        </w:rPr>
        <w:t>46:01  kur, At-Tafkir, or his contemplation was for a noble purpose.</w:t>
      </w:r>
      <w:r>
        <w:br/>
      </w:r>
      <w:r>
        <w:rPr>
          <w:sz w:val="20"/>
        </w:rPr>
        <w:t>46:11  And that purpose was to explain the universal signs, to increase his Iman, to increase his faith, to</w:t>
      </w:r>
      <w:r>
        <w:br/>
      </w:r>
      <w:r>
        <w:rPr>
          <w:sz w:val="20"/>
        </w:rPr>
        <w:t>46:21  know the deeper meaning of Islam</w:t>
      </w:r>
    </w:p>
    <w:p>
      <w:pPr>
        <w:pStyle w:val="Heading2"/>
      </w:pPr>
      <w:r>
        <w:t>Bus partnership dispute and letting go of revenge</w:t>
      </w:r>
    </w:p>
    <w:p>
      <w:r>
        <w:rPr>
          <w:color w:val="666666"/>
          <w:sz w:val="18"/>
        </w:rPr>
        <w:t>The Final Call November 18, 2007 · 2m 27s · at 43:58 · https://youtu.be/uTjzhO-nhUc?t=2638</w:t>
      </w:r>
    </w:p>
    <w:p>
      <w:r>
        <w:rPr>
          <w:i/>
        </w:rPr>
        <w:t>“A man swore he'd kill his business partner over stolen money.”</w:t>
      </w:r>
    </w:p>
    <w:p>
      <w:r>
        <w:rPr>
          <w:sz w:val="20"/>
        </w:rPr>
        <w:t>43:58  aik aur aadmi mile, woh basti ke thay, to unhon ne kaha ke mein ne aik aik bus khareedi thi, paisa mera tha, aik neta ji hain, neta ji us ke license laye thay, woh to hamare us mein dono ka partnership thi,</w:t>
      </w:r>
      <w:r>
        <w:br/>
      </w:r>
      <w:r>
        <w:rPr>
          <w:sz w:val="20"/>
        </w:rPr>
        <w:t>44:14  aadha aadha ke aadha ji neta ji lenge, woh local leader thay, aadha mera hoga. to chunke legal pehlu se to unhi ke thi, woh license un ke naam tha,</w:t>
      </w:r>
      <w:r>
        <w:br/>
      </w:r>
      <w:r>
        <w:rPr>
          <w:sz w:val="20"/>
        </w:rPr>
        <w:t>44:29  to unhon ne qabza kar ke rakh liya hai aur yeh log kuch paisa nahi dete thay un ko. ab ghussa hue to mujh se unhon ne kaha ke ab mein ne tay kar liya hai ke mein us ko maar daloon ga, mein baghair maray nahi rahunga.</w:t>
      </w:r>
      <w:r>
        <w:br/>
      </w:r>
      <w:r>
        <w:rPr>
          <w:sz w:val="20"/>
        </w:rPr>
        <w:t>44:44  to mein ne aik jumla un se kaha,</w:t>
      </w:r>
      <w:r>
        <w:br/>
      </w:r>
      <w:r>
        <w:rPr>
          <w:sz w:val="20"/>
        </w:rPr>
        <w:t>44:49  balkay meri diary mein likha hua tha, woh dikhaya mein ne. matlab un ke andar revenge, inteqam bhadak raha tha, revenge, inteqam bhadak raha tha, mujhe marna hai us ko, mera paisa hadap kar liya is</w:t>
      </w:r>
      <w:r>
        <w:br/>
      </w:r>
      <w:r>
        <w:rPr>
          <w:sz w:val="20"/>
        </w:rPr>
        <w:t>45:04  ne. to mein ne dikhaya ke dekhiye,</w:t>
      </w:r>
      <w:r>
        <w:br/>
      </w:r>
      <w:r>
        <w:rPr>
          <w:sz w:val="20"/>
        </w:rPr>
        <w:t>45:09  yeh mere us mein chupa tha, mere magazine mein ke inteqam lene se pehle soch lo ke inteqam ka bhi inteqam liya jayega. yeh likha hua tha, inteqam means revenge,</w:t>
      </w:r>
      <w:r>
        <w:br/>
      </w:r>
      <w:r>
        <w:rPr>
          <w:sz w:val="20"/>
        </w:rPr>
        <w:t>45:23  badla. inteqam lene se pehle soch lo ke inteqam ka bhi inteqam liya jayega.</w:t>
      </w:r>
      <w:r>
        <w:br/>
      </w:r>
      <w:r>
        <w:rPr>
          <w:sz w:val="20"/>
        </w:rPr>
        <w:t>45:31  tum un ko maro ge to tum ko us ke bete tum ko chhod denge, us ke bete tum ko marenge, to tum bhi khatam, woh bhi khatam. aisa aise faida kya?</w:t>
      </w:r>
      <w:r>
        <w:br/>
      </w:r>
      <w:r>
        <w:rPr>
          <w:sz w:val="20"/>
        </w:rPr>
        <w:t>45:41  aise action ka kya faida? aise amal ka kya faida? to unhon ne bar bar parha, bar bar parha, bar bar parha is sentence ko.</w:t>
      </w:r>
      <w:r>
        <w:br/>
      </w:r>
      <w:r>
        <w:rPr>
          <w:sz w:val="20"/>
        </w:rPr>
        <w:t>45:52  phir un ki aankh khul gayi, kaha aap ne bohat kuch sahi kaha hai, us ko mar kar apnay aap ko marwaoon ga mein.</w:t>
      </w:r>
      <w:r>
        <w:br/>
      </w:r>
      <w:r>
        <w:rPr>
          <w:sz w:val="20"/>
        </w:rPr>
        <w:t>46:01  to unhon ne kaha, ab mein kya karoon? to unhon ne kaha ke mere paas kitna paisa hai? aap ke paas? unhon ne kaha ke mere paas koi bees pachis hazar rupay aur hain. to unhon ne kaha, bas isi se is business start kar dijiye.</w:t>
      </w:r>
      <w:r>
        <w:br/>
      </w:r>
      <w:r>
        <w:rPr>
          <w:sz w:val="20"/>
        </w:rPr>
        <w:t>46:14  ab un se mulaqat hui to ab un ko woh kaha, unhon ne kaha, mein bohat khush hoon, pehle se zyada mujhe faida mil chuka hai, bohat sari bus khareed sakta hoon mein.</w:t>
      </w:r>
    </w:p>
    <w:p>
      <w:pPr>
        <w:pStyle w:val="Heading2"/>
      </w:pPr>
      <w:r>
        <w:t>Reward for patience on false accusations</w:t>
      </w:r>
    </w:p>
    <w:p>
      <w:r>
        <w:rPr>
          <w:color w:val="666666"/>
          <w:sz w:val="18"/>
        </w:rPr>
        <w:t>Interaction with Maulana Wahiduddin Khan December 13, 2009 · 1m 41s · at 10:43 · https://youtu.be/E3Vn6nK5J9A?t=643</w:t>
      </w:r>
    </w:p>
    <w:p>
      <w:r>
        <w:rPr>
          <w:i/>
        </w:rPr>
        <w:t>“Zaroor milega. Zaroor milega.”</w:t>
      </w:r>
    </w:p>
    <w:p>
      <w:r>
        <w:rPr>
          <w:sz w:val="20"/>
        </w:rPr>
        <w:t>10:43  ? zaroor milega. zaroor milega. hadith mein dekhiye aata hai, bahut hi badi baat hai ke jisne kisi par zulm kiya, kisi par buhtan lagaya,</w:t>
      </w:r>
      <w:r>
        <w:br/>
      </w:r>
      <w:r>
        <w:rPr>
          <w:sz w:val="20"/>
        </w:rPr>
        <w:t>11:00  kisi qism ki takleef di, aur usne sabr kar liya, duniya mein sabr kar liya,</w:t>
      </w:r>
      <w:r>
        <w:br/>
      </w:r>
      <w:r>
        <w:rPr>
          <w:sz w:val="20"/>
        </w:rPr>
        <w:t>11:10  to aakhirat mein usko mauka diya jaye ke uski neki usko de di jaye. agar uske paas neki kam ho, to us bardasht karne wale ke gunah us par daal diye jayein. is tarah compensate kiya jayega. main samajhta hoon ke</w:t>
      </w:r>
      <w:r>
        <w:br/>
      </w:r>
      <w:r>
        <w:rPr>
          <w:sz w:val="20"/>
        </w:rPr>
        <w:t>11:28  kisi bhi qism ka koi zulm kare aapko, buhtan lagaye, aapka character assassination kare, kirdaar kushi kare, to aap zaroor sabr kar lijiye us waqt. sabr karke aap ek bahut badi cheez paayenge. ab wo aakhirat ka inaam.</w:t>
      </w:r>
      <w:r>
        <w:br/>
      </w:r>
      <w:r>
        <w:rPr>
          <w:sz w:val="20"/>
        </w:rPr>
        <w:t>11:49  main samajhta hoon ke yeh to bahut bada amal hai ke aadmi buhtan par sabr kar le. uske aib lagaye jayein, us par sabr kar le. us par ilzaam tarashi ki jaye, wo sabr kar le. to yeh bahut bada inaam hai aur bahut</w:t>
      </w:r>
      <w:r>
        <w:br/>
      </w:r>
      <w:r>
        <w:rPr>
          <w:sz w:val="20"/>
        </w:rPr>
        <w:t>12:08  khushkhabri hai aise insaan ke liye ke aakhirat mein usko iska bahut achha badla milne wala hai.</w:t>
      </w:r>
    </w:p>
    <w:p>
      <w:pPr>
        <w:pStyle w:val="Heading2"/>
      </w:pPr>
      <w:r>
        <w:t>Buffalo merchant's 'breathing business' story</w:t>
      </w:r>
    </w:p>
    <w:p>
      <w:r>
        <w:rPr>
          <w:color w:val="666666"/>
          <w:sz w:val="18"/>
        </w:rPr>
        <w:t>The Final Call November 18, 2007 · 2m 54s · at 13:10 · https://youtu.be/uTjzhO-nhUc?t=790</w:t>
      </w:r>
    </w:p>
    <w:p>
      <w:r>
        <w:rPr>
          <w:i/>
        </w:rPr>
        <w:t>“A hardware merchant told Mullah Ji: 'Yours is a breath business.'”</w:t>
      </w:r>
    </w:p>
    <w:p>
      <w:r>
        <w:rPr>
          <w:sz w:val="20"/>
        </w:rPr>
        <w:t>13:10  to hamare paros mein ek rehte the, mulla ji kehte the un ko. ab un ka intqaal ho gaya mulla ji woh bhains ka karobar karte the.</w:t>
      </w:r>
      <w:r>
        <w:br/>
      </w:r>
      <w:r>
        <w:rPr>
          <w:sz w:val="20"/>
        </w:rPr>
        <w:t>13:23  ab to government ne shehar ke andar se bhainsoun ko nikaal diya hai. lekin yeh tab ki baat hai jab ke bhainsen shehar ke andar hua karti thi. to wahan par woh mein jata tha kabhi kabhi.</w:t>
      </w:r>
      <w:r>
        <w:br/>
      </w:r>
      <w:r>
        <w:rPr>
          <w:sz w:val="20"/>
        </w:rPr>
        <w:t>13:36  to kuch bhainsen hi un ki thi, isi se un ka kaam chalta tha. ek din unhon ne bataya, badi hi tadpa dene wali baat.</w:t>
      </w:r>
      <w:r>
        <w:br/>
      </w:r>
      <w:r>
        <w:rPr>
          <w:sz w:val="20"/>
        </w:rPr>
        <w:t>13:47  unhon ne kaha ke ek yahan ek beopari hai, ek lohe ka, ek yaani hardware ka, ek karobar karne wala ek aadmi hai delhi mein.</w:t>
      </w:r>
      <w:r>
        <w:br/>
      </w:r>
      <w:r>
        <w:rPr>
          <w:sz w:val="20"/>
        </w:rPr>
        <w:t>13:58  is se un ka muljar leela hota tha, mulla ji ka.</w:t>
      </w:r>
      <w:r>
        <w:br/>
      </w:r>
      <w:r>
        <w:rPr>
          <w:sz w:val="20"/>
        </w:rPr>
        <w:t>14:02  to is hardware merchant ne ek din kaha mulla ji se: "mulla ji, tumhara to saans ka karobar hai.</w:t>
      </w:r>
      <w:r>
        <w:br/>
      </w:r>
      <w:r>
        <w:rPr>
          <w:sz w:val="20"/>
        </w:rPr>
        <w:t>14:15  aaya, aaya, na aaya. yeh to bhains paale hue ho. bhains aap jante hain, ek koi bhi animal, woh bimari lag jati hai, woh mar jata hai."</w:t>
      </w:r>
      <w:r>
        <w:br/>
      </w:r>
      <w:r>
        <w:rPr>
          <w:sz w:val="20"/>
        </w:rPr>
        <w:t>14:30  to mulla ji ki ek bhains mar gayi thi, us par us ne kaha. to us ne kaha ke: "mulla ji, tumhara to bhains, tumhara to saans ka karobar hai.</w:t>
      </w:r>
      <w:r>
        <w:br/>
      </w:r>
      <w:r>
        <w:rPr>
          <w:sz w:val="20"/>
        </w:rPr>
        <w:t>14:40  aaya, aaya, na aaya. mera lohe ka karobar hai. woh saans lene wala karobar nahi hai. bhains jo hai, saans le rahi hai, to zinda hai.</w:t>
      </w:r>
      <w:r>
        <w:br/>
      </w:r>
      <w:r>
        <w:rPr>
          <w:sz w:val="20"/>
        </w:rPr>
        <w:t>14:50  abhi saans band to mar gayi woh achaanak."</w:t>
      </w:r>
      <w:r>
        <w:br/>
      </w:r>
      <w:r>
        <w:rPr>
          <w:sz w:val="20"/>
        </w:rPr>
        <w:t>14:54  to maine socha ke yeh jo kaha is aadmi ne, is mein bhi kitni badi bhool thi is ki. yaani is ne compare kiya bhains ko lohe se.</w:t>
      </w:r>
      <w:r>
        <w:br/>
      </w:r>
      <w:r>
        <w:rPr>
          <w:sz w:val="20"/>
        </w:rPr>
        <w:t>15:08  compare karna chahiye tha apne aap ko bhains se. apne aap ko bhains se. is ko kehna chahiye ke: "mulla ji, tumhara hamara mamla kya hai?</w:t>
      </w:r>
      <w:r>
        <w:br/>
      </w:r>
      <w:r>
        <w:rPr>
          <w:sz w:val="20"/>
        </w:rPr>
        <w:t>15:21  hum dono ka saans ka karobar hai.</w:t>
      </w:r>
      <w:r>
        <w:br/>
      </w:r>
      <w:r>
        <w:rPr>
          <w:sz w:val="20"/>
        </w:rPr>
        <w:t>15:23  aaya, aaya, na aaya.</w:t>
      </w:r>
      <w:r>
        <w:br/>
      </w:r>
      <w:r>
        <w:rPr>
          <w:sz w:val="20"/>
        </w:rPr>
        <w:t>15:28  jab tak jee rahe hain, saans le rahe hain. abhi saans band to mar gaye. ab saans kya hai? yeh ek automatic system hai. hamein qudrat nahi hai.</w:t>
      </w:r>
      <w:r>
        <w:br/>
      </w:r>
      <w:r>
        <w:rPr>
          <w:sz w:val="20"/>
        </w:rPr>
        <w:t>15:40  na saans lene par qudrat, na hawa par qudrat, na oxygen par qudrat. khuda ki taraf se yeh hai system, ek automatic system."</w:t>
      </w:r>
      <w:r>
        <w:br/>
      </w:r>
      <w:r>
        <w:rPr>
          <w:sz w:val="20"/>
        </w:rPr>
        <w:t>15:50  to is ko kehna chahiye tha ke: "mulla ji, mera tumhara mamla kya hai? yeh to saans ka mamla hai. aaya, aaya, na aaya. jab tak jee rahe hain, jee rahe hain.</w:t>
      </w:r>
      <w:r>
        <w:br/>
      </w:r>
      <w:r>
        <w:rPr>
          <w:sz w:val="20"/>
        </w:rPr>
        <w:t>15:59  mar gaye to mar gaye."</w:t>
      </w:r>
    </w:p>
    <w:p>
      <w:pPr>
        <w:pStyle w:val="Heading2"/>
      </w:pPr>
      <w:r>
        <w:t>Personalizing universal blessing of God</w:t>
      </w:r>
    </w:p>
    <w:p>
      <w:r>
        <w:rPr>
          <w:color w:val="666666"/>
          <w:sz w:val="18"/>
        </w:rPr>
        <w:t>Materialism and Intellectual Dwarfism April 29, 2012 Maulana Wahiduddin Khan · 2m 17s · at 27:06 · https://youtu.be/tEtieTuJvUE?t=1626</w:t>
      </w:r>
    </w:p>
    <w:p>
      <w:r>
        <w:rPr>
          <w:i/>
        </w:rPr>
        <w:t>“Ek ajeeb o ghareeb ehsas hua”</w:t>
      </w:r>
    </w:p>
    <w:p>
      <w:r>
        <w:rPr>
          <w:sz w:val="20"/>
        </w:rPr>
        <w:t>27:06  ek ajeeb o ghareeb ehsaas hua. Woh yeh ke main dekh raha hoon, bol raha hoon, sun raha hoon. To yahan par ek baat main arz kar doon ke aaj kal jo modern science hai, us mein ek nazariya hai jis ko Rutherford ne develop kiya tha, jo kehte hain principle of determinacy.</w:t>
      </w:r>
      <w:r>
        <w:br/>
      </w:r>
      <w:r>
        <w:rPr>
          <w:sz w:val="20"/>
        </w:rPr>
        <w:t>27:29  is ka matlab hai ke kainat mein kainat ka jo system hai, woh continuity in discontinuity hai.</w:t>
      </w:r>
      <w:r>
        <w:br/>
      </w:r>
      <w:r>
        <w:rPr>
          <w:sz w:val="20"/>
        </w:rPr>
        <w:t>27:39  continuity in discontinuity. Ek discontinuity chal rahi hai aur us mein ek continuity hai. Is ki misaal woh hai jaise ke aap dekhte hain movie, dekhte hain aap movie.</w:t>
      </w:r>
      <w:r>
        <w:br/>
      </w:r>
      <w:r>
        <w:rPr>
          <w:sz w:val="20"/>
        </w:rPr>
        <w:t>27:51  to bظahir aap ko waqiat</w:t>
      </w:r>
      <w:r>
        <w:br/>
      </w:r>
      <w:r>
        <w:rPr>
          <w:sz w:val="20"/>
        </w:rPr>
        <w:t>27:54  tasalsul ke sath nazar aa rahe hain. Haalankay aisa hota nahi hai wahan par. Wahan par laakhon tasveerein alag alag hoti hain. Har lamha discontinuity hota hai.</w:t>
      </w:r>
      <w:r>
        <w:br/>
      </w:r>
      <w:r>
        <w:rPr>
          <w:sz w:val="20"/>
        </w:rPr>
        <w:t>28:04  har lamha. Wahan par koi aisa nahi ke koi tasalsul se waqiat ho rahe hon.</w:t>
      </w:r>
      <w:r>
        <w:br/>
      </w:r>
      <w:r>
        <w:rPr>
          <w:sz w:val="20"/>
        </w:rPr>
        <w:t>28:11  laakhon tasveerein guzarti hain alag alag. To that is continuity in discontinuity. Yahi poori kainat mein hai.</w:t>
      </w:r>
      <w:r>
        <w:br/>
      </w:r>
      <w:r>
        <w:rPr>
          <w:sz w:val="20"/>
        </w:rPr>
        <w:t>28:23  to aap ghor kijiye ke hum aap har lamha Allah ki rehmat se</w:t>
      </w:r>
      <w:r>
        <w:br/>
      </w:r>
      <w:r>
        <w:rPr>
          <w:sz w:val="20"/>
        </w:rPr>
        <w:t>28:30  hain jo kuch hain. Ek second se bhi fraction mein Allah ki rehmat na ho to hum khatam ho jayen. To main ne socha ke main bol raha hoon to har lamha Khuda ki blessing aa rahi hai to main bol raha hoon.</w:t>
      </w:r>
      <w:r>
        <w:br/>
      </w:r>
      <w:r>
        <w:rPr>
          <w:sz w:val="20"/>
        </w:rPr>
        <w:t>28:46  main dekh raha hoon to har lamha Khuda ki blessing aa rahi hai to ab main dekh raha hoon.</w:t>
      </w:r>
      <w:r>
        <w:br/>
      </w:r>
      <w:r>
        <w:rPr>
          <w:sz w:val="20"/>
        </w:rPr>
        <w:t>28:51  main soch raha hoon to har lamha Khuda ki blessing aa rahi hai to ab main soch raha hoon. Main chal raha hoon to Allah har lamha Khuda ki blessing aa rahi hai to main chal raha hoon.</w:t>
      </w:r>
      <w:r>
        <w:br/>
      </w:r>
      <w:r>
        <w:rPr>
          <w:sz w:val="20"/>
        </w:rPr>
        <w:t>29:04  is tarah se main saans le raha hoon to har lamha Khuda ki blessing aa rahi hai to main saans le raha hoon.</w:t>
      </w:r>
      <w:r>
        <w:br/>
      </w:r>
      <w:r>
        <w:rPr>
          <w:sz w:val="20"/>
        </w:rPr>
        <w:t>29:11  main sun raha hoon to har lamha Khuda ki blessing aa rahi hai to main sun raha hoon. Aap ghor kijiye ke yeh soch jo hai aap ko yaani Khuda ki shukr mein sharabor kar deti hai.</w:t>
      </w:r>
    </w:p>
    <w:p>
      <w:pPr>
        <w:pStyle w:val="Heading2"/>
      </w:pPr>
      <w:r>
        <w:t>The Prophet's overwhelming pre-revelation burden of seeking truth</w:t>
      </w:r>
    </w:p>
    <w:p>
      <w:r>
        <w:rPr>
          <w:color w:val="666666"/>
          <w:sz w:val="18"/>
        </w:rPr>
        <w:t>Discovery of Truth December 3, 2013 · 2m 01s · at 5:51 · https://youtu.be/IHekdwZBe6c?t=351</w:t>
      </w:r>
    </w:p>
    <w:p>
      <w:r>
        <w:rPr>
          <w:i/>
        </w:rPr>
        <w:t>“Yeh qissa guzra Payghambar alaihissalam par nabuwat se pehle”</w:t>
      </w:r>
    </w:p>
    <w:p>
      <w:r>
        <w:rPr>
          <w:sz w:val="20"/>
        </w:rPr>
        <w:t>5:51  ab is par ghor kijiye. Yeh qissa guzra prophet alaihi salam par nabuwat se pehle, lekin is aitbar se bhi Rasool Allah model hain, is aitbar se uswa hain jo aap par guzra.</w:t>
      </w:r>
      <w:r>
        <w:br/>
      </w:r>
      <w:r>
        <w:rPr>
          <w:sz w:val="20"/>
        </w:rPr>
        <w:t>6:10  wohi har fard ke liye namoona hai qayamat tak.</w:t>
      </w:r>
      <w:r>
        <w:br/>
      </w:r>
      <w:r>
        <w:rPr>
          <w:sz w:val="20"/>
        </w:rPr>
        <w:t>6:16  to is mein dekhiye, is se maloom hota hai ke talash ka jazba itna shadeed tha, itna shadeed tha aap par ke isi gham mein bilkul nadhaal ho rahe the aap.</w:t>
      </w:r>
      <w:r>
        <w:br/>
      </w:r>
      <w:r>
        <w:rPr>
          <w:sz w:val="20"/>
        </w:rPr>
        <w:t>6:30  ek bojh ban gaya tha aap ka, ek intellectual burden. Itna bara bojh ke aise qabr tod dalay ga woh.</w:t>
      </w:r>
      <w:r>
        <w:br/>
      </w:r>
      <w:r>
        <w:rPr>
          <w:sz w:val="20"/>
        </w:rPr>
        <w:t>6:40  yeh tamseeli zaban mein yeh baat batayi gayi hai ke Rasool Allah salallaho alaihi wasallam intehai had, aakhri had tak aap ne sachai ko apna sole concern bana liya tha.</w:t>
      </w:r>
      <w:r>
        <w:br/>
      </w:r>
      <w:r>
        <w:rPr>
          <w:sz w:val="20"/>
        </w:rPr>
        <w:t>6:57  sole concern. Pas manzar kya hai,</w:t>
      </w:r>
      <w:r>
        <w:br/>
      </w:r>
      <w:r>
        <w:rPr>
          <w:sz w:val="20"/>
        </w:rPr>
        <w:t>7:00  is mein woh kis tarah apni jagah banayen?</w:t>
      </w:r>
      <w:r>
        <w:br/>
      </w:r>
      <w:r>
        <w:rPr>
          <w:sz w:val="20"/>
        </w:rPr>
        <w:t>7:05  is tribal age mein kis tarah sardari hasil hasil karen? Is zamane ka jo halaat the, us ke aitbar se kis tarah apni march ko durust karen?</w:t>
      </w:r>
      <w:r>
        <w:br/>
      </w:r>
      <w:r>
        <w:rPr>
          <w:sz w:val="20"/>
        </w:rPr>
        <w:t>7:19  beshumar sawalat hote hain har aadmi ke, wahan bhi thay. woh sawalat aadmi ko apni taraf khenchte hain.</w:t>
      </w:r>
      <w:r>
        <w:br/>
      </w:r>
      <w:r>
        <w:rPr>
          <w:sz w:val="20"/>
        </w:rPr>
        <w:t>7:29  to rasool Allah sal Allah alaihi wasallam ka haal nabuwat se pehle yeh ho gaya tha ke har cheez se bilkul kat kar ke, har cheez ko ignore kar ke, har cheez ko ghair aham samajh kar aap ham tan mutawajjah ho gaye is baat ki taraf ke sachai hai kya?</w:t>
      </w:r>
    </w:p>
    <w:p>
      <w:pPr>
        <w:pStyle w:val="Heading2"/>
      </w:pPr>
      <w:r>
        <w:t>Babri Masjid protest and re-recover proposal</w:t>
      </w:r>
    </w:p>
    <w:p>
      <w:r>
        <w:rPr>
          <w:color w:val="666666"/>
          <w:sz w:val="18"/>
        </w:rPr>
        <w:t>Principle of Relocation Oct 12, 2019 - Maulana Wahiduddin Khan · 2m 32s · at 2:03 · https://youtu.be/hBOtijgiIUo?t=123</w:t>
      </w:r>
    </w:p>
    <w:p>
      <w:r>
        <w:rPr>
          <w:i/>
        </w:rPr>
        <w:t>“Babri masjid tod di gayi”</w:t>
      </w:r>
    </w:p>
    <w:p>
      <w:r>
        <w:rPr>
          <w:sz w:val="20"/>
        </w:rPr>
        <w:t>2:03  to meri zindagi mein yeh hua waqia ke babri masjid tod di gai.</w:t>
      </w:r>
      <w:r>
        <w:br/>
      </w:r>
      <w:r>
        <w:rPr>
          <w:sz w:val="20"/>
        </w:rPr>
        <w:t>2:15  to mujhe achi tarah yaad hai ke is par tamam dunya ke musalmanon ne hangama kiya, hangama, hangama, hangama.</w:t>
      </w:r>
      <w:r>
        <w:br/>
      </w:r>
      <w:r>
        <w:rPr>
          <w:sz w:val="20"/>
        </w:rPr>
        <w:t>2:29  aur hangame ka sab se zyada</w:t>
      </w:r>
      <w:r>
        <w:br/>
      </w:r>
      <w:r>
        <w:rPr>
          <w:sz w:val="20"/>
        </w:rPr>
        <w:t>2:34  ajeeb pehlu yeh hai ke is waqt jo chief minister the up ke</w:t>
      </w:r>
      <w:r>
        <w:br/>
      </w:r>
      <w:r>
        <w:rPr>
          <w:sz w:val="20"/>
        </w:rPr>
        <w:t>2:44  unhon ne khud yeh elan kiya ke musalman agar—yani is moqe par jo is par proposal diya tha wo yeh thi ke musalman masjid ko reacquired karne par razi ho jayen.</w:t>
      </w:r>
      <w:r>
        <w:br/>
      </w:r>
      <w:r>
        <w:rPr>
          <w:sz w:val="20"/>
        </w:rPr>
        <w:t>3:05  masjid ko reacquired karne par razi ho jayen.</w:t>
      </w:r>
      <w:r>
        <w:br/>
      </w:r>
      <w:r>
        <w:rPr>
          <w:sz w:val="20"/>
        </w:rPr>
        <w:t>3:12  to boht zyada mukhalifat hui, boht zyada.</w:t>
      </w:r>
      <w:r>
        <w:br/>
      </w:r>
      <w:r>
        <w:rPr>
          <w:sz w:val="20"/>
        </w:rPr>
        <w:t>3:20  halankay india ki jo authorities theen unhon ne mere proposal ko pasand kiya.</w:t>
      </w:r>
      <w:r>
        <w:br/>
      </w:r>
      <w:r>
        <w:rPr>
          <w:sz w:val="20"/>
        </w:rPr>
        <w:t>3:28  is waqt up ka jo chief priest tha us ne public mein aelan kiya</w:t>
      </w:r>
      <w:r>
        <w:br/>
      </w:r>
      <w:r>
        <w:rPr>
          <w:sz w:val="20"/>
        </w:rPr>
        <w:t>3:36  ke agar musalman</w:t>
      </w:r>
      <w:r>
        <w:br/>
      </w:r>
      <w:r>
        <w:rPr>
          <w:sz w:val="20"/>
        </w:rPr>
        <w:t>3:39  masjid ko re-required karne par razi ho jayen</w:t>
      </w:r>
      <w:r>
        <w:br/>
      </w:r>
      <w:r>
        <w:rPr>
          <w:sz w:val="20"/>
        </w:rPr>
        <w:t>3:43  to hum un ko</w:t>
      </w:r>
      <w:r>
        <w:br/>
      </w:r>
      <w:r>
        <w:rPr>
          <w:sz w:val="20"/>
        </w:rPr>
        <w:t>3:48  is se bara plot den ge, bohat bara plot.</w:t>
      </w:r>
      <w:r>
        <w:br/>
      </w:r>
      <w:r>
        <w:rPr>
          <w:sz w:val="20"/>
        </w:rPr>
        <w:t>3:53  jis jitne area mein ab babri masjid thi. To main yahi keh raha tha ke</w:t>
      </w:r>
      <w:r>
        <w:br/>
      </w:r>
      <w:r>
        <w:rPr>
          <w:sz w:val="20"/>
        </w:rPr>
        <w:t>4:04  meri zindagi mein yeh waqia pesh aya ke</w:t>
      </w:r>
      <w:r>
        <w:br/>
      </w:r>
      <w:r>
        <w:rPr>
          <w:sz w:val="20"/>
        </w:rPr>
        <w:t>4:13  babri masjid tod di gai. To sare musalmanon ne aik taraf se hangama kiya,</w:t>
      </w:r>
      <w:r>
        <w:br/>
      </w:r>
      <w:r>
        <w:rPr>
          <w:sz w:val="20"/>
        </w:rPr>
        <w:t>4:24  masjid wahin banao, masjid wahin banao. Aur aaj tak kuch hua nahi. Yeh namumkin hai ke kuch dorna.</w:t>
      </w:r>
    </w:p>
    <w:p>
      <w:pPr>
        <w:pStyle w:val="Heading2"/>
      </w:pPr>
      <w:r>
        <w:t>Angel's intervention in Egypt's political struggle</w:t>
      </w:r>
    </w:p>
    <w:p>
      <w:r>
        <w:rPr>
          <w:color w:val="666666"/>
          <w:sz w:val="18"/>
        </w:rPr>
        <w:t>Man and Angels April 27, 2014 · 2m 44s · at 30:39 · https://youtu.be/b3fk1cakPeo?t=1839</w:t>
      </w:r>
    </w:p>
    <w:p>
      <w:r>
        <w:rPr>
          <w:i/>
        </w:rPr>
        <w:t>“Egypt mein Muslim Brotherhood ne government pakarne ka nishana banaya”</w:t>
      </w:r>
    </w:p>
    <w:p>
      <w:r>
        <w:rPr>
          <w:sz w:val="20"/>
        </w:rPr>
        <w:t>30:39  aur misaal lijiye, aaj kal khabrein suntay honge aap Egypt ki, Misr ki. ladai ho rahi hai, hazaron aadmi maare ja rahe hain. Economy tabah ho rahi hai.</w:t>
      </w:r>
      <w:r>
        <w:br/>
      </w:r>
      <w:r>
        <w:rPr>
          <w:sz w:val="20"/>
        </w:rPr>
        <w:t>30:48  woh bhi kya hai? Ahl-e-Ikhwan al-Muslimeen, jis ko aap log Muslim Brotherhood ke naam se jantay hain, unhone taqreeban saath saal pehle wahan par hukumat par qabza karne ka nishana banaya.</w:t>
      </w:r>
      <w:r>
        <w:br/>
      </w:r>
      <w:r>
        <w:rPr>
          <w:sz w:val="20"/>
        </w:rPr>
        <w:t>31:04  hukumat par qabza. aur Justice ka nizam qaim karna wahan. lekin musalsal un ko nakami ho rahi hai.</w:t>
      </w:r>
      <w:r>
        <w:br/>
      </w:r>
      <w:r>
        <w:rPr>
          <w:sz w:val="20"/>
        </w:rPr>
        <w:t>31:16  yaani woh chahtay hain ke hukumat par qabza karein magar hukumat par qabza kis ka hota hai? General Najeeb ka, Gamal Abdel Nasser ka, Anwar Sadat ka, Hosni Mubarak ka, aur ab General Sisi ka.</w:t>
      </w:r>
      <w:r>
        <w:br/>
      </w:r>
      <w:r>
        <w:rPr>
          <w:sz w:val="20"/>
        </w:rPr>
        <w:t>31:31  yeh kya hai? ab nafrat hi nafrat. aaj kal yeh haal hai ke musalmanon ka ke woh kahin General Sisi jo hai Yahudi hai. nafrat mein gharaq hain, nafrat.</w:t>
      </w:r>
      <w:r>
        <w:br/>
      </w:r>
      <w:r>
        <w:rPr>
          <w:sz w:val="20"/>
        </w:rPr>
        <w:t>31:45  yahan dobara mein yeh kahunga ke yeh jo waqea hua Egypt mein, that was due to Intervention of Angels.</w:t>
      </w:r>
      <w:r>
        <w:br/>
      </w:r>
      <w:r>
        <w:rPr>
          <w:sz w:val="20"/>
        </w:rPr>
        <w:t>31:54  Angels ne wahan par un ko chalne nahin diya. kyun? yahan bhi wahi baat thi ke Misr mein dawat ke mawaqe un ka Avail karo.</w:t>
      </w:r>
      <w:r>
        <w:br/>
      </w:r>
      <w:r>
        <w:rPr>
          <w:sz w:val="20"/>
        </w:rPr>
        <w:t>32:05  yeh kya ladai bhadai? yeh ladai bhadai kis liye?</w:t>
      </w:r>
      <w:r>
        <w:br/>
      </w:r>
      <w:r>
        <w:rPr>
          <w:sz w:val="20"/>
        </w:rPr>
        <w:t>32:13  Misr aur jo yeh Arab ilaaqa hai, wahan par bohat Touristic Spot hai. aap jantay hain ke Misr mein dunya ka sab se qadeem Historical Monument hai,</w:t>
      </w:r>
      <w:r>
        <w:br/>
      </w:r>
      <w:r>
        <w:rPr>
          <w:sz w:val="20"/>
        </w:rPr>
        <w:t>32:27  Abu al-Hawl aur Pyramids. aur bohat is poore area mein Historical Monument phailay hue hain. to wahan bohat ziyada aate hain siyah, Tourist.</w:t>
      </w:r>
      <w:r>
        <w:br/>
      </w:r>
      <w:r>
        <w:rPr>
          <w:sz w:val="20"/>
        </w:rPr>
        <w:t>32:41  to Angel aap ko sabaq de raha hai ke chhoro ladai bhadai ko, chhoro Political hangamon ko, chhoro hukumat ke mamlaat ko.</w:t>
      </w:r>
      <w:r>
        <w:br/>
      </w:r>
      <w:r>
        <w:rPr>
          <w:sz w:val="20"/>
        </w:rPr>
        <w:t>32:52  dawat ke Field mein aa jao. aur yeh jo saare log jo hain, jo bator madu tumhare mulk mein aa rahe hain rozana, un mein dawat ka kaam karo.</w:t>
      </w:r>
      <w:r>
        <w:br/>
      </w:r>
      <w:r>
        <w:rPr>
          <w:sz w:val="20"/>
        </w:rPr>
        <w:t>33:03  Allah ke paigham ko pahunchao. lekin kuch nahi, bas nafrat, nafrat, nafrat. jaise India ke ulma nafrat mein gharaq ho gaye, aise hi Egypt ke jo Muslim Brotherhood hain, woh nafrat mein gharaq hain.</w:t>
      </w:r>
    </w:p>
    <w:p>
      <w:pPr>
        <w:pStyle w:val="Heading2"/>
      </w:pPr>
      <w:r>
        <w:t>Second chance for Kashmir rejected by leaders</w:t>
      </w:r>
    </w:p>
    <w:p>
      <w:r>
        <w:rPr>
          <w:color w:val="666666"/>
          <w:sz w:val="18"/>
        </w:rPr>
        <w:t>Respectful Settlement August 19, 2007 · 1m 26s · at 9:41 · https://youtu.be/y9rTlBkoP6I?t=581</w:t>
      </w:r>
    </w:p>
    <w:p>
      <w:r>
        <w:rPr>
          <w:i/>
        </w:rPr>
        <w:t>“Phir second chance aaya hai maine unse bataya ke Prime Minister the Narasimha Rao”</w:t>
      </w:r>
    </w:p>
    <w:p>
      <w:r>
        <w:rPr>
          <w:sz w:val="20"/>
        </w:rPr>
        <w:t>9:41  to aisa to history mein kabhi hua nahin. Phir second chance aaya hai, main ne un se bataya ke Prime Minister the Narasimha Rao.</w:t>
      </w:r>
      <w:r>
        <w:br/>
      </w:r>
      <w:r>
        <w:rPr>
          <w:sz w:val="20"/>
        </w:rPr>
        <w:t>9:55  us waqt Congress bohat hi power mein thi India mein. Koi bhi faisla le sakti thi. Ab to kisi party ko woh power milta nahin.</w:t>
      </w:r>
      <w:r>
        <w:br/>
      </w:r>
      <w:r>
        <w:rPr>
          <w:sz w:val="20"/>
        </w:rPr>
        <w:t>10:07  to Narasimha Rao jo the woh Congress ke Prime Minister the. Unhon ne offer diya</w:t>
      </w:r>
      <w:r>
        <w:br/>
      </w:r>
      <w:r>
        <w:rPr>
          <w:sz w:val="20"/>
        </w:rPr>
        <w:t>10:19  is ka autonomy ka Kashmiriyon ko. Autonomy ka yani khud ikhtiyari.</w:t>
      </w:r>
      <w:r>
        <w:br/>
      </w:r>
      <w:r>
        <w:rPr>
          <w:sz w:val="20"/>
        </w:rPr>
        <w:t>10:32  khud ikhtiyariyat ka jis ko autonomy kehte hain. Us waqt main ne foran ek article chhapa tha ke yeh aakhri chance hai aap ko, is ko le lijiye.</w:t>
      </w:r>
      <w:r>
        <w:br/>
      </w:r>
      <w:r>
        <w:rPr>
          <w:sz w:val="20"/>
        </w:rPr>
        <w:t>10:44  phir koi chance milne wala nahin hai. Foran main ne ek article chhapa tha is par. Lekin Kashmiri leader ghussa ho gaye ke dekho yeh India ke agent hain.</w:t>
      </w:r>
      <w:r>
        <w:br/>
      </w:r>
      <w:r>
        <w:rPr>
          <w:sz w:val="20"/>
        </w:rPr>
        <w:t>10:56  mujh ko India ke agent ka khitab de diya. To is second chance ko bhi avail nahin kiya aap logon ne. Ab to koi chance hi nahin hai.</w:t>
      </w:r>
    </w:p>
    <w:p>
      <w:pPr>
        <w:pStyle w:val="Heading2"/>
      </w:pPr>
      <w:r>
        <w:t>Freezer trick still failed to please Japanese fish buyers</w:t>
      </w:r>
    </w:p>
    <w:p>
      <w:r>
        <w:rPr>
          <w:color w:val="666666"/>
          <w:sz w:val="18"/>
        </w:rPr>
        <w:t>Take it as A Challenge April 29, 2007 · 1m 58s · at 5:37 · https://youtu.be/pONW5UkRZ_M?t=337</w:t>
      </w:r>
    </w:p>
    <w:p>
      <w:r>
        <w:rPr>
          <w:i/>
        </w:rPr>
        <w:t>“Unhon ne bari boat banayi aur usme freezer rakh diya”</w:t>
      </w:r>
    </w:p>
    <w:p>
      <w:r>
        <w:rPr>
          <w:sz w:val="20"/>
        </w:rPr>
        <w:t>5:37  to unhon ne kiya kiya, fishing companiyon ne ke unhon ne bari boat banai, aur is mein freezer rakh diya.</w:t>
      </w:r>
      <w:r>
        <w:br/>
      </w:r>
      <w:r>
        <w:rPr>
          <w:sz w:val="20"/>
        </w:rPr>
        <w:t>5:48  freezer to deep water mein jab gaye, wahan par unhon ne fish pakri, to freezer mein daal diya.</w:t>
      </w:r>
      <w:r>
        <w:br/>
      </w:r>
      <w:r>
        <w:rPr>
          <w:sz w:val="20"/>
        </w:rPr>
        <w:t>5:59  to freezer mein dalne se woh, woh boat jo theen, woh freeze to ho gaein,</w:t>
      </w:r>
      <w:r>
        <w:br/>
      </w:r>
      <w:r>
        <w:rPr>
          <w:sz w:val="20"/>
        </w:rPr>
        <w:t>6:09  lekin jab bahar laya gaya aur market par le jaya gaya, to japanise ne is ko pasand nahi kiya. yani un ko laga ke woh jo fish hoti hai,</w:t>
      </w:r>
      <w:r>
        <w:br/>
      </w:r>
      <w:r>
        <w:rPr>
          <w:sz w:val="20"/>
        </w:rPr>
        <w:t>6:23  jo pakri jati hai, fresh fit, fresh, fresh fish hoti hai, is mein jo taste hota hai, woh is mein nahi hai. to phir wohi problem raha, wohi problem phir raha.</w:t>
      </w:r>
      <w:r>
        <w:br/>
      </w:r>
      <w:r>
        <w:rPr>
          <w:sz w:val="20"/>
        </w:rPr>
        <w:t>6:40  to ab kya hua ke unhon ne kaha ke bari bari boat banao, is mein tank, water tank, is mein bara bara ho, tank mein daal do taake mare nahi machhliyan.</w:t>
      </w:r>
      <w:r>
        <w:br/>
      </w:r>
      <w:r>
        <w:rPr>
          <w:sz w:val="20"/>
        </w:rPr>
        <w:t>6:54  to unhon ne machhli pakri aur tank is mein daal diya. to machhli ne, machhli ko jab aap ne pani mein dala to marne se bach gai woh,</w:t>
      </w:r>
      <w:r>
        <w:br/>
      </w:r>
      <w:r>
        <w:rPr>
          <w:sz w:val="20"/>
        </w:rPr>
        <w:t>7:08  lekin woh, woh is mein bas aisi, yani dull si padi rehti thi is mein. to laye jab bahar to phir bhi japanise ne is ke taste ko pasand nahi kiya.</w:t>
      </w:r>
      <w:r>
        <w:br/>
      </w:r>
      <w:r>
        <w:rPr>
          <w:sz w:val="20"/>
        </w:rPr>
        <w:t>7:25  dull tareeqay se padi rehti thi woh pani mein, to marti to nahi thi, lekin dull padi rehti thi woh. to phir aik aadmi tha, us ne research kiya,</w:t>
      </w:r>
    </w:p>
    <w:p>
      <w:pPr>
        <w:pStyle w:val="Heading2"/>
      </w:pPr>
      <w:r>
        <w:t>Third option of re-planning after loss</w:t>
      </w:r>
    </w:p>
    <w:p>
      <w:r>
        <w:rPr>
          <w:color w:val="666666"/>
          <w:sz w:val="18"/>
        </w:rPr>
        <w:t>Replanning | April 01, 2017 · 2m 03s · at 13:59 · https://youtu.be/pQx9iopKnEY?t=839</w:t>
      </w:r>
    </w:p>
    <w:p>
      <w:r>
        <w:rPr>
          <w:i/>
        </w:rPr>
        <w:t>“In the world, there will be loss and death”</w:t>
      </w:r>
    </w:p>
    <w:p>
      <w:r>
        <w:rPr>
          <w:sz w:val="20"/>
        </w:rPr>
        <w:t>13:59  ke dunya mein last hoga, dunya mein death hogi, dunya mein bimari aayegi, dunya mein tarah tarah</w:t>
      </w:r>
      <w:r>
        <w:br/>
      </w:r>
      <w:r>
        <w:rPr>
          <w:sz w:val="20"/>
        </w:rPr>
        <w:t>14:04  ke unwanted situations paish aayengi.</w:t>
      </w:r>
      <w:r>
        <w:br/>
      </w:r>
      <w:r>
        <w:rPr>
          <w:sz w:val="20"/>
        </w:rPr>
        <w:t>14:09  lekin kabhi bhi tum ko nirash nahin hona chahiye.</w:t>
      </w:r>
      <w:r>
        <w:br/>
      </w:r>
      <w:r>
        <w:rPr>
          <w:sz w:val="20"/>
        </w:rPr>
        <w:t>14:14  یعنی it's state going to helplessness.</w:t>
      </w:r>
      <w:r>
        <w:br/>
      </w:r>
      <w:r>
        <w:rPr>
          <w:sz w:val="20"/>
        </w:rPr>
        <w:t>14:19  you have to replan your life.</w:t>
      </w:r>
      <w:r>
        <w:br/>
      </w:r>
      <w:r>
        <w:rPr>
          <w:sz w:val="20"/>
        </w:rPr>
        <w:t>14:25  ek hai last, ek hai</w:t>
      </w:r>
      <w:r>
        <w:br/>
      </w:r>
      <w:r>
        <w:rPr>
          <w:sz w:val="20"/>
        </w:rPr>
        <w:t>14:30  hopelessness.</w:t>
      </w:r>
      <w:r>
        <w:br/>
      </w:r>
      <w:r>
        <w:rPr>
          <w:sz w:val="20"/>
        </w:rPr>
        <w:t>14:34  lekin ek ek third option bhi hai, woh hai replanning.</w:t>
      </w:r>
      <w:r>
        <w:br/>
      </w:r>
      <w:r>
        <w:rPr>
          <w:sz w:val="20"/>
        </w:rPr>
        <w:t>14:39  to agar tum ko last ho gaya to doosra jo tumhare option hai woh yeh nahin ke bas</w:t>
      </w:r>
      <w:r>
        <w:br/>
      </w:r>
      <w:r>
        <w:rPr>
          <w:sz w:val="20"/>
        </w:rPr>
        <w:t>14:43  tum hopeless ho jao.</w:t>
      </w:r>
      <w:r>
        <w:br/>
      </w:r>
      <w:r>
        <w:rPr>
          <w:sz w:val="20"/>
        </w:rPr>
        <w:t>14:48  nahin, doosra option hai ke tum woh karo, replanning karo.</w:t>
      </w:r>
      <w:r>
        <w:br/>
      </w:r>
      <w:r>
        <w:rPr>
          <w:sz w:val="20"/>
        </w:rPr>
        <w:t>14:52  تو ساری دنیا جیتی ہے dichotomous thinking میں۔</w:t>
      </w:r>
      <w:r>
        <w:br/>
      </w:r>
      <w:r>
        <w:rPr>
          <w:sz w:val="20"/>
        </w:rPr>
        <w:t>14:57  dichotomous thinking, yani do mein sochna.</w:t>
      </w:r>
      <w:r>
        <w:br/>
      </w:r>
      <w:r>
        <w:rPr>
          <w:sz w:val="20"/>
        </w:rPr>
        <w:t>15:01  keh lost aur hopelessness, nuksan aur mayusi, bhai do hi cheezein jante hain. do hi cheezein jante hain. to mere liye bhi yahi tha keh baap mar gaya, ek yeh tha, aur doosra yeh tha keh main yani apne ko ek naya shahabadi bana loon. lekin meri itni aqal nahi thi us waqt, lekin nature ne mujhe</w:t>
      </w:r>
      <w:r>
        <w:br/>
      </w:r>
      <w:r>
        <w:rPr>
          <w:sz w:val="20"/>
        </w:rPr>
        <w:t>15:31  guide kiya, aur main ne third option liya, jaan ki post karni hai.</w:t>
      </w:r>
      <w:r>
        <w:br/>
      </w:r>
      <w:r>
        <w:rPr>
          <w:sz w:val="20"/>
        </w:rPr>
        <w:t>15:37  to ek tha ke main jeeta tha apne baap mein, doosra yeh tha ke baap mar gaya, ab</w:t>
      </w:r>
      <w:r>
        <w:br/>
      </w:r>
      <w:r>
        <w:rPr>
          <w:sz w:val="20"/>
        </w:rPr>
        <w:t>15:43  mere paas koi raah nahin reh nahin gaya.</w:t>
      </w:r>
      <w:r>
        <w:br/>
      </w:r>
      <w:r>
        <w:rPr>
          <w:sz w:val="20"/>
        </w:rPr>
        <w:t>15:50  lekin nature ne guide kiya ke nahin, ek third option maujood hai wahan par, woh hai replanning.</w:t>
      </w:r>
      <w:r>
        <w:br/>
      </w:r>
      <w:r>
        <w:rPr>
          <w:sz w:val="20"/>
        </w:rPr>
        <w:t>15:56  to har aadmi jo hai us ko janna chahiye ke</w:t>
      </w:r>
    </w:p>
    <w:p>
      <w:pPr>
        <w:pStyle w:val="Heading2"/>
      </w:pPr>
      <w:r>
        <w:t>Successful man could not share any wisdom</w:t>
      </w:r>
    </w:p>
    <w:p>
      <w:r>
        <w:rPr>
          <w:color w:val="666666"/>
          <w:sz w:val="18"/>
        </w:rPr>
        <w:t>Materialism and Intellectual Dwarfism April 29, 2012 Maulana Wahiduddin Khan · 1m 25s · at 9:20 · https://youtu.be/tEtieTuJvUE?t=560</w:t>
      </w:r>
    </w:p>
    <w:p>
      <w:r>
        <w:rPr>
          <w:i/>
        </w:rPr>
        <w:t>“Ek sahib jo bahut kamyab zindagi guzar rahe the”</w:t>
      </w:r>
    </w:p>
    <w:p>
      <w:r>
        <w:rPr>
          <w:sz w:val="20"/>
        </w:rPr>
        <w:t>9:20  jis ne koi khaas baat batai ho. ek sahab jo bohat kamyab zindagi guzar rahe the, ab un ki death ho chuki hai.</w:t>
      </w:r>
      <w:r>
        <w:br/>
      </w:r>
      <w:r>
        <w:rPr>
          <w:sz w:val="20"/>
        </w:rPr>
        <w:t>9:33  woh ek kamyab insaan, material sense mein keh sakte hain.</w:t>
      </w:r>
      <w:r>
        <w:br/>
      </w:r>
      <w:r>
        <w:rPr>
          <w:sz w:val="20"/>
        </w:rPr>
        <w:t>9:37  un se mein ne poocha ke apni koi finding bataiye, khud aap ne koi cheez jo discover ki ho.</w:t>
      </w:r>
      <w:r>
        <w:br/>
      </w:r>
      <w:r>
        <w:rPr>
          <w:sz w:val="20"/>
        </w:rPr>
        <w:t>9:49  to unhon ne "hair splitting" keh diya. unhon ne kaha ke "It is hair splitting"</w:t>
      </w:r>
      <w:r>
        <w:br/>
      </w:r>
      <w:r>
        <w:rPr>
          <w:sz w:val="20"/>
        </w:rPr>
        <w:t>9:56  . a, yeh sab to baal ki khaal nikalna hai. yani koi baat nahi bata sake woh. lakhon logon ki nazar mein woh bohat kamyab the.</w:t>
      </w:r>
      <w:r>
        <w:br/>
      </w:r>
      <w:r>
        <w:rPr>
          <w:sz w:val="20"/>
        </w:rPr>
        <w:t>10:08  woh TV pe ate the, stage pe ate the.</w:t>
      </w:r>
      <w:r>
        <w:br/>
      </w:r>
      <w:r>
        <w:rPr>
          <w:sz w:val="20"/>
        </w:rPr>
        <w:t>10:15  lekin jab mein ne un se poocha, aur jab un ki umar jab ziyada ho chuki thi, senior the us waqt, woh tab mein ne poocha tha un se</w:t>
      </w:r>
      <w:r>
        <w:br/>
      </w:r>
      <w:r>
        <w:rPr>
          <w:sz w:val="20"/>
        </w:rPr>
        <w:t>10:27  ke apni koi finding bataiye. to unhon ne kaha ke "arey, yeh sab to hair splitting hai".</w:t>
      </w:r>
      <w:r>
        <w:br/>
      </w:r>
      <w:r>
        <w:rPr>
          <w:sz w:val="20"/>
        </w:rPr>
        <w:t>10:36  yeh mere tajrube ke mutabiq, without any exception, sab ka haal hai.</w:t>
      </w:r>
    </w:p>
    <w:p>
      <w:pPr>
        <w:pStyle w:val="Heading2"/>
      </w:pPr>
      <w:r>
        <w:t>Islam is intact; Muslims themselves have declined</w:t>
      </w:r>
    </w:p>
    <w:p>
      <w:r>
        <w:rPr>
          <w:color w:val="666666"/>
          <w:sz w:val="18"/>
        </w:rPr>
        <w:t>Realistic Approach 30 March, 2014 · 1m 47s · at 44:08 · https://youtu.be/HIFxmWWiEG4?t=2648</w:t>
      </w:r>
    </w:p>
    <w:p>
      <w:r>
        <w:rPr>
          <w:i/>
        </w:rPr>
        <w:t>“The biggest mistake is treating Islam and Muslims as the same thing.”</w:t>
      </w:r>
    </w:p>
    <w:p>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p>
    <w:p>
      <w:pPr>
        <w:pStyle w:val="Heading2"/>
      </w:pPr>
      <w:r>
        <w:t>Nagpur procession story: avoiding a religious clash</w:t>
      </w:r>
    </w:p>
    <w:p>
      <w:r>
        <w:rPr>
          <w:color w:val="666666"/>
          <w:sz w:val="18"/>
        </w:rPr>
        <w:t>The Art of Thinking January 28, 2024 · 2m 09s · at 20:48 · https://youtu.be/lpUsTrs0ulo?t=1248</w:t>
      </w:r>
    </w:p>
    <w:p>
      <w:r>
        <w:rPr>
          <w:i/>
        </w:rPr>
        <w:t>“A huge procession was about to pass right by a mosque”</w:t>
      </w:r>
    </w:p>
    <w:p>
      <w:r>
        <w:rPr>
          <w:sz w:val="20"/>
        </w:rPr>
        <w:t>20:48  to is mein Maulana ne bohat likha hai. jaise misaal ke taur par jab procession nikalta hai to to usually aisa hota hai ke nare lagte hain.</w:t>
      </w:r>
      <w:r>
        <w:br/>
      </w:r>
      <w:r>
        <w:rPr>
          <w:sz w:val="20"/>
        </w:rPr>
        <w:t>20:59  ab agar woh procession kisi ibadatgah se guzar raha hai to woh un ko bura lagta hai ke hamari ibadatgah ke samne aise aise nare laga rahe hain.</w:t>
      </w:r>
      <w:r>
        <w:br/>
      </w:r>
      <w:r>
        <w:rPr>
          <w:sz w:val="20"/>
        </w:rPr>
        <w:t>21:09  to ab woh samajhte hain black and white term mein sochne wale ke ya to is ko hum gawara karen ya is ko band karo</w:t>
      </w:r>
      <w:r>
        <w:br/>
      </w:r>
      <w:r>
        <w:rPr>
          <w:sz w:val="20"/>
        </w:rPr>
        <w:t>21:18  ain. to unhein dono hi galat lagta hai, gawara kyun karen? aur to woh band karwane ki koshish karte hain. to un ko band karwana hi jo hai, woh bahaduri nazar aati hai.</w:t>
      </w:r>
      <w:r>
        <w:br/>
      </w:r>
      <w:r>
        <w:rPr>
          <w:sz w:val="20"/>
        </w:rPr>
        <w:t>21:28  halankey dono hi option galat hota hai. un ko sirf woh is is se a'iraz karna hai. ek bohat zabardast qissa tha wahan ka, nagpur ka.</w:t>
      </w:r>
      <w:r>
        <w:br/>
      </w:r>
      <w:r>
        <w:rPr>
          <w:sz w:val="20"/>
        </w:rPr>
        <w:t>21:42  nagpur mein ganesh chaturthi ka bohat bada juloos nikalne wala tha.</w:t>
      </w:r>
      <w:r>
        <w:br/>
      </w:r>
      <w:r>
        <w:rPr>
          <w:sz w:val="20"/>
        </w:rPr>
        <w:t>21:48  to rastay mein woh masjid par rahi thi. ab bilkul poora log daray hue thay ke ab woh nare lagen ge, phir hamare youth jo hain, woh react karen ge, retaliate karen ge, aur phir fasad hoga.</w:t>
      </w:r>
      <w:r>
        <w:br/>
      </w:r>
      <w:r>
        <w:rPr>
          <w:sz w:val="20"/>
        </w:rPr>
        <w:t>22:02  to is zamane mein tipu sultan ke ek great great grand son thay, ahmed sultan. ji, to woh Maulana ke pas aate thay.</w:t>
      </w:r>
      <w:r>
        <w:br/>
      </w:r>
      <w:r>
        <w:rPr>
          <w:sz w:val="20"/>
        </w:rPr>
        <w:t>22:11  to woh kafi unhon ne kitaben waghera parhi theen. to unhon ne kya kiya</w:t>
      </w:r>
      <w:r>
        <w:br/>
      </w:r>
      <w:r>
        <w:rPr>
          <w:sz w:val="20"/>
        </w:rPr>
        <w:t>22:16  ke is masjid ke imam se mile aur unhon ne kaha ke aap das haar manga lijiyey. jab woh juloos yahan se guzre ga to us ke aage aage to leader hota hai.</w:t>
      </w:r>
      <w:r>
        <w:br/>
      </w:r>
      <w:r>
        <w:rPr>
          <w:sz w:val="20"/>
        </w:rPr>
        <w:t>22:28  to aap leader ke gale mein woh haar dali, un se gale mili, aur baat khatam ho jayegi.</w:t>
      </w:r>
      <w:r>
        <w:br/>
      </w:r>
      <w:r>
        <w:rPr>
          <w:sz w:val="20"/>
        </w:rPr>
        <w:t>22:35  to literally aise hi hua. ji, ke woh baat khatam ho gayi, log gale milne lagay. aur agar woh is ko rokte ke tum route badlo, tum nara na lagao, to phir jhagda shuru ho jata.</w:t>
      </w:r>
      <w:r>
        <w:br/>
      </w:r>
      <w:r>
        <w:rPr>
          <w:sz w:val="20"/>
        </w:rPr>
        <w:t>22:47  to wohi hai ke jo think think there must be a better way to hamesha ek third option hota hai.</w:t>
      </w:r>
    </w:p>
    <w:p>
      <w:pPr>
        <w:pStyle w:val="Heading2"/>
      </w:pPr>
      <w:r>
        <w:t>Prepared mind extracts wisdom like bee</w:t>
      </w:r>
    </w:p>
    <w:p>
      <w:r>
        <w:rPr>
          <w:color w:val="666666"/>
          <w:sz w:val="18"/>
        </w:rPr>
        <w:t>Realization of God May 07, 2017 Maulana Wahiduddin Khan · 2m 46s · at 15:12 · https://youtu.be/sXmJShRfWKs?t=912</w:t>
      </w:r>
    </w:p>
    <w:p>
      <w:r>
        <w:rPr>
          <w:i/>
        </w:rPr>
        <w:t>“Everything has wisdom like nectar”</w:t>
      </w:r>
    </w:p>
    <w:p>
      <w:r>
        <w:rPr>
          <w:sz w:val="20"/>
        </w:rPr>
        <w:t>15:12  dekhiye maine yeh samjha hai study se</w:t>
      </w:r>
      <w:r>
        <w:br/>
      </w:r>
      <w:r>
        <w:rPr>
          <w:sz w:val="20"/>
        </w:rPr>
        <w:t>15:15  ke har cheez mein har cheez mein marifat ka saman hai wisdom ka saman hai just like victor</w:t>
      </w:r>
      <w:r>
        <w:br/>
      </w:r>
      <w:r>
        <w:rPr>
          <w:sz w:val="20"/>
        </w:rPr>
        <w:t>15:24  just like woh nectar</w:t>
      </w:r>
      <w:r>
        <w:br/>
      </w:r>
      <w:r>
        <w:rPr>
          <w:sz w:val="20"/>
        </w:rPr>
        <w:t>15:27  jaise phoolon mein nectar hai</w:t>
      </w:r>
      <w:r>
        <w:br/>
      </w:r>
      <w:r>
        <w:rPr>
          <w:sz w:val="20"/>
        </w:rPr>
        <w:t>15:31  phoolon mein nectar hota hai</w:t>
      </w:r>
      <w:r>
        <w:br/>
      </w:r>
      <w:r>
        <w:rPr>
          <w:sz w:val="20"/>
        </w:rPr>
        <w:t>15:35  aise hi har cheez mein wisdom hota hai marifat hoti hai</w:t>
      </w:r>
      <w:r>
        <w:br/>
      </w:r>
      <w:r>
        <w:rPr>
          <w:sz w:val="20"/>
        </w:rPr>
        <w:t>15:40  lekin aap ko honey bee banna pare ga</w:t>
      </w:r>
      <w:r>
        <w:br/>
      </w:r>
      <w:r>
        <w:rPr>
          <w:sz w:val="20"/>
        </w:rPr>
        <w:t>15:44  sirf honey bee hi nectar ko le paati hai koi aur nahi le pata</w:t>
      </w:r>
      <w:r>
        <w:br/>
      </w:r>
      <w:r>
        <w:rPr>
          <w:sz w:val="20"/>
        </w:rPr>
        <w:t>15:52  ek machhar wahan jaye to machhar nahi le payega honey bee is nectar ko</w:t>
      </w:r>
      <w:r>
        <w:br/>
      </w:r>
      <w:r>
        <w:rPr>
          <w:sz w:val="20"/>
        </w:rPr>
        <w:t>16:01  is nectar ko jo phool ke andar hai thora sa us ko machhar nahi le payega</w:t>
      </w:r>
      <w:r>
        <w:br/>
      </w:r>
      <w:r>
        <w:rPr>
          <w:sz w:val="20"/>
        </w:rPr>
        <w:t>16:11  us ko sirf honey bee le pati hai kyunke woh prepared hai woh jaan leti hai ke yahan par nectar hai to phir foran us ko leti hai le kar jati hai apne chhatay mein to jo shakhs chahta hai ke dunya mein us ko</w:t>
      </w:r>
      <w:r>
        <w:br/>
      </w:r>
      <w:r>
        <w:rPr>
          <w:sz w:val="20"/>
        </w:rPr>
        <w:t>16:31  wisdom mile marifat mile to us ko apne aap ko prepared mind banana parega</w:t>
      </w:r>
      <w:r>
        <w:br/>
      </w:r>
      <w:r>
        <w:rPr>
          <w:sz w:val="20"/>
        </w:rPr>
        <w:t>16:40  jaise ek hadith hai hazrat aisha ne kaha rasool allah ke baray mein ke کان یذکر اللہ علی کل احیانی</w:t>
      </w:r>
      <w:r>
        <w:br/>
      </w:r>
      <w:r>
        <w:rPr>
          <w:sz w:val="20"/>
        </w:rPr>
        <w:t>16:55  ayyan ka matlab hota hai occasion yani har occasion se woh rasool allah har occasion se rasool allah ek naseehat lete thay</w:t>
      </w:r>
      <w:r>
        <w:br/>
      </w:r>
      <w:r>
        <w:rPr>
          <w:sz w:val="20"/>
        </w:rPr>
        <w:t>17:09  har occasion se rasool allah ek naseehat lete thay is ka matlab kya hua ke woh he was a well prepared mind</w:t>
      </w:r>
      <w:r>
        <w:br/>
      </w:r>
      <w:r>
        <w:rPr>
          <w:sz w:val="20"/>
        </w:rPr>
        <w:t>17:22  ek dam prepared mind thay jaise hi koi occasion samne aaya to foran unka grasp grasp</w:t>
      </w:r>
      <w:r>
        <w:br/>
      </w:r>
      <w:r>
        <w:rPr>
          <w:sz w:val="20"/>
        </w:rPr>
        <w:t>17:30  hota barha hua tha ke foran usko pakad lete thay to aap ko apna grasp barhana pare</w:t>
      </w:r>
      <w:r>
        <w:br/>
      </w:r>
      <w:r>
        <w:rPr>
          <w:sz w:val="20"/>
        </w:rPr>
        <w:t>17:36  ga grasp agar aap chahte hain ke aap ko dunya se maarfat mile wisdom mile</w:t>
      </w:r>
      <w:r>
        <w:br/>
      </w:r>
      <w:r>
        <w:rPr>
          <w:sz w:val="20"/>
        </w:rPr>
        <w:t>17:48  badi badi baatein milein</w:t>
      </w:r>
      <w:r>
        <w:br/>
      </w:r>
      <w:r>
        <w:rPr>
          <w:sz w:val="20"/>
        </w:rPr>
        <w:t>17:51  to apne grasp ko barhana parega</w:t>
      </w:r>
    </w:p>
    <w:p>
      <w:pPr>
        <w:pStyle w:val="Heading2"/>
      </w:pPr>
      <w:r>
        <w:t>Greatest achievement separating nature from divinity</w:t>
      </w:r>
    </w:p>
    <w:p>
      <w:r>
        <w:rPr>
          <w:color w:val="666666"/>
          <w:sz w:val="18"/>
        </w:rPr>
        <w:t>Significance of I'tikaf Today | June 10, 2018 · 1m 31s · at 36:52 · https://youtu.be/UWmQVRON9rg?t=2212</w:t>
      </w:r>
    </w:p>
    <w:p>
      <w:r>
        <w:rPr>
          <w:i/>
        </w:rPr>
        <w:t>“Sab se bada karnama yaad rakhiye Sahaba Kiram ka aur Rasool Allah.”</w:t>
      </w:r>
    </w:p>
    <w:p>
      <w:r>
        <w:rPr>
          <w:sz w:val="20"/>
        </w:rPr>
        <w:t>36:52  kaise is ko phir lotayein hum Allah ki taraf? toh aap ne sahaba ko tayyar kiya aur aisi</w:t>
      </w:r>
      <w:r>
        <w:br/>
      </w:r>
      <w:r>
        <w:rPr>
          <w:sz w:val="20"/>
        </w:rPr>
        <w:t>36:58  تحریک چلائی جس نے nature کو divinity سے delink کر دیا۔</w:t>
      </w:r>
      <w:r>
        <w:br/>
      </w:r>
      <w:r>
        <w:rPr>
          <w:sz w:val="20"/>
        </w:rPr>
        <w:t>37:05  sab se bada karname yaad rakhiye sahaba kiram ka aur rasool Allah salallaho alaihi wasallam ko jo</w:t>
      </w:r>
      <w:r>
        <w:br/>
      </w:r>
      <w:r>
        <w:rPr>
          <w:sz w:val="20"/>
        </w:rPr>
        <w:t>37:11  hai yeh naya daur paida kar diya, naya daur.</w:t>
      </w:r>
      <w:r>
        <w:br/>
      </w:r>
      <w:r>
        <w:rPr>
          <w:sz w:val="20"/>
        </w:rPr>
        <w:t>37:17  jabke hazaron hazar</w:t>
      </w:r>
      <w:r>
        <w:br/>
      </w:r>
      <w:r>
        <w:rPr>
          <w:sz w:val="20"/>
        </w:rPr>
        <w:t>37:23  saal se insaan nature ko poojta tha.</w:t>
      </w:r>
      <w:r>
        <w:br/>
      </w:r>
      <w:r>
        <w:rPr>
          <w:sz w:val="20"/>
        </w:rPr>
        <w:t>37:28  تو nature کو divinity سے ڈیلنگ کر دیا، الگ کر دیا۔</w:t>
      </w:r>
      <w:r>
        <w:br/>
      </w:r>
      <w:r>
        <w:rPr>
          <w:sz w:val="20"/>
        </w:rPr>
        <w:t>37:33  nature toh abhi bhi hai lekin bahesiyat e maabood ka nahi hai woh.</w:t>
      </w:r>
      <w:r>
        <w:br/>
      </w:r>
      <w:r>
        <w:rPr>
          <w:sz w:val="20"/>
        </w:rPr>
        <w:t>37:38  yeh science ke zariye hua.</w:t>
      </w:r>
      <w:r>
        <w:br/>
      </w:r>
      <w:r>
        <w:rPr>
          <w:sz w:val="20"/>
        </w:rPr>
        <w:t>37:43  اسلام جو ہے سائنس کا خالق ہے، کا سائنس کا creator ہے۔</w:t>
      </w:r>
      <w:r>
        <w:br/>
      </w:r>
      <w:r>
        <w:rPr>
          <w:sz w:val="20"/>
        </w:rPr>
        <w:t>37:48  toh main ne likha apni kitab Islam khaliq</w:t>
      </w:r>
      <w:r>
        <w:br/>
      </w:r>
      <w:r>
        <w:rPr>
          <w:sz w:val="20"/>
        </w:rPr>
        <w:t>37:53  daur jadeed ka khaliq.</w:t>
      </w:r>
      <w:r>
        <w:br/>
      </w:r>
      <w:r>
        <w:rPr>
          <w:sz w:val="20"/>
        </w:rPr>
        <w:t>37:59  تو غار حرا میں ایک پلاننگ کی تھی، یاد رکھیے غار حرا کوئی mystic retreat نہیں تھی۔</w:t>
      </w:r>
      <w:r>
        <w:br/>
      </w:r>
      <w:r>
        <w:rPr>
          <w:sz w:val="20"/>
        </w:rPr>
        <w:t>38:05  رسول اللہ نے غار حرا میں ایک پلاننگ کی، planning کہ کس طرح سے اس کو dealing کیا جائے۔</w:t>
      </w:r>
      <w:r>
        <w:br/>
      </w:r>
      <w:r>
        <w:rPr>
          <w:sz w:val="20"/>
        </w:rPr>
        <w:t>38:11  nature ko worship ko, nature ko aur divinity ko kis tarah dealing kar diya jaye.</w:t>
      </w:r>
      <w:r>
        <w:br/>
      </w:r>
      <w:r>
        <w:rPr>
          <w:sz w:val="20"/>
        </w:rPr>
        <w:t>38:17  toh rasool Allah jo ja ke</w:t>
      </w:r>
      <w:r>
        <w:br/>
      </w:r>
      <w:r>
        <w:rPr>
          <w:sz w:val="20"/>
        </w:rPr>
        <w:t>38:24  rehte the ghar e hira mein toh woh aap ka itikaf hota tha, itikaf.</w:t>
      </w:r>
    </w:p>
    <w:p>
      <w:pPr>
        <w:pStyle w:val="Heading2"/>
      </w:pPr>
      <w:r>
        <w:t>Wisdom more important than materialism</w:t>
      </w:r>
    </w:p>
    <w:p>
      <w:r>
        <w:rPr>
          <w:color w:val="666666"/>
          <w:sz w:val="18"/>
        </w:rPr>
        <w:t>A Conversation on Life and Beyound April 30, 2016 · 2m 59s · at 16:43 · https://youtu.be/JQYiWeopeFA?t=1003</w:t>
      </w:r>
    </w:p>
    <w:p>
      <w:r>
        <w:rPr>
          <w:i/>
        </w:rPr>
        <w:t>“Materialism without wisdom fails”</w:t>
      </w:r>
    </w:p>
    <w:p>
      <w:r>
        <w:rPr>
          <w:sz w:val="20"/>
        </w:rPr>
        <w:t>16:43  dekhiye, materialism ka ulta jo hai,</w:t>
      </w:r>
      <w:r>
        <w:br/>
      </w:r>
      <w:r>
        <w:rPr>
          <w:sz w:val="20"/>
        </w:rPr>
        <w:t>16:48  wisdom hai. wisdom.</w:t>
      </w:r>
      <w:r>
        <w:br/>
      </w:r>
      <w:r>
        <w:rPr>
          <w:sz w:val="20"/>
        </w:rPr>
        <w:t>16:51  kitna young logon ya zyada umr ke logon, sabko ye wisdom chahiye.</w:t>
      </w:r>
      <w:r>
        <w:br/>
      </w:r>
      <w:r>
        <w:rPr>
          <w:sz w:val="20"/>
        </w:rPr>
        <w:t>16:56  agar zindagi mein humko wisdom bhi mila, to kuch nahi mila.</w:t>
      </w:r>
      <w:r>
        <w:br/>
      </w:r>
      <w:r>
        <w:rPr>
          <w:sz w:val="20"/>
        </w:rPr>
        <w:t>17:02  to wo to naujawan ko bhi chahiye wisdom.</w:t>
      </w:r>
      <w:r>
        <w:br/>
      </w:r>
      <w:r>
        <w:rPr>
          <w:sz w:val="20"/>
        </w:rPr>
        <w:t>17:05  sirf padh likh kar rahe hain.</w:t>
      </w:r>
      <w:r>
        <w:br/>
      </w:r>
      <w:r>
        <w:rPr>
          <w:sz w:val="20"/>
        </w:rPr>
        <w:t>17:06  agar wisdom nahi hai, to kai to kuch nahi kar sakte.</w:t>
      </w:r>
      <w:r>
        <w:br/>
      </w:r>
      <w:r>
        <w:rPr>
          <w:sz w:val="20"/>
        </w:rPr>
        <w:t>17:11  aap kitna hi padh len, kitni degree haasil kar len, agar aapke paas wisdom nahi hai.</w:t>
      </w:r>
      <w:r>
        <w:br/>
      </w:r>
      <w:r>
        <w:rPr>
          <w:sz w:val="20"/>
        </w:rPr>
        <w:t>17:18  wisdom nahi hai, to aap</w:t>
      </w:r>
      <w:r>
        <w:br/>
      </w:r>
      <w:r>
        <w:rPr>
          <w:sz w:val="20"/>
        </w:rPr>
        <w:t>17:20  koi faida nahi utha sakte.</w:t>
      </w:r>
      <w:r>
        <w:br/>
      </w:r>
      <w:r>
        <w:rPr>
          <w:sz w:val="20"/>
        </w:rPr>
        <w:t>17:25  abhi parson ki baat hai, mere paas ek naujawan aaye.</w:t>
      </w:r>
      <w:r>
        <w:br/>
      </w:r>
      <w:r>
        <w:rPr>
          <w:sz w:val="20"/>
        </w:rPr>
        <w:t>17:29  unko</w:t>
      </w:r>
      <w:r>
        <w:br/>
      </w:r>
      <w:r>
        <w:rPr>
          <w:sz w:val="20"/>
        </w:rPr>
        <w:t>17:30  ek service mili hui thi. unhon ne resign kar diya. maine kaha, resign kyon kiya? maine kaha, mujhe america jana hai. to maine kaha, america jayenge kaise?</w:t>
      </w:r>
      <w:r>
        <w:br/>
      </w:r>
      <w:r>
        <w:rPr>
          <w:sz w:val="20"/>
        </w:rPr>
        <w:t>17:43  aap to maine unse english mein kuchh padhvaya. kuchh unka accent bahut hi kharab tha.</w:t>
      </w:r>
      <w:r>
        <w:br/>
      </w:r>
      <w:r>
        <w:rPr>
          <w:sz w:val="20"/>
        </w:rPr>
        <w:t>17:53  maine kaha, is accent ko lekar jo america ke airport utarenge, wahin se aap unwanted ban jayenge.</w:t>
      </w:r>
      <w:r>
        <w:br/>
      </w:r>
      <w:r>
        <w:rPr>
          <w:sz w:val="20"/>
        </w:rPr>
        <w:t>18:01  agar aapko America jaana tha, to aapko English school padhna chahiye tha.</w:t>
      </w:r>
      <w:r>
        <w:br/>
      </w:r>
      <w:r>
        <w:rPr>
          <w:sz w:val="20"/>
        </w:rPr>
        <w:t>18:04  accent achha banana chahiye tha.</w:t>
      </w:r>
      <w:r>
        <w:br/>
      </w:r>
      <w:r>
        <w:rPr>
          <w:sz w:val="20"/>
        </w:rPr>
        <w:t>18:07  English bahut achhi honi chahiye thi aapki.</w:t>
      </w:r>
      <w:r>
        <w:br/>
      </w:r>
      <w:r>
        <w:rPr>
          <w:sz w:val="20"/>
        </w:rPr>
        <w:t>18:13  aur kai baatein maine kahi.</w:t>
      </w:r>
      <w:r>
        <w:br/>
      </w:r>
      <w:r>
        <w:rPr>
          <w:sz w:val="20"/>
        </w:rPr>
        <w:t>18:15  आपको वहां कोई देखेगा, तो आप like, आपका स्मार्ट पढ़ नहीं पाएगा।</w:t>
      </w:r>
      <w:r>
        <w:br/>
      </w:r>
      <w:r>
        <w:rPr>
          <w:sz w:val="20"/>
        </w:rPr>
        <w:t>18:20  aapko to unwanted ban jayenge.</w:t>
      </w:r>
      <w:r>
        <w:br/>
      </w:r>
      <w:r>
        <w:rPr>
          <w:sz w:val="20"/>
        </w:rPr>
        <w:t>18:23  maine kaha ke India mein to sab kuch chalta hai, lekin wahan bahut zyada competition hai.</w:t>
      </w:r>
      <w:r>
        <w:br/>
      </w:r>
      <w:r>
        <w:rPr>
          <w:sz w:val="20"/>
        </w:rPr>
        <w:t>18:30  bahut zyada competition.</w:t>
      </w:r>
      <w:r>
        <w:br/>
      </w:r>
      <w:r>
        <w:rPr>
          <w:sz w:val="20"/>
        </w:rPr>
        <w:t>18:32  Yahan tak ke Bill Clinton jo the, woh ek chahte the ek service dena ek source ko what</w:t>
      </w:r>
      <w:r>
        <w:br/>
      </w:r>
      <w:r>
        <w:rPr>
          <w:sz w:val="20"/>
        </w:rPr>
        <w:t>18:42  house mein. udhar aaye the, dekho, usko degree nahi thi.</w:t>
      </w:r>
      <w:r>
        <w:br/>
      </w:r>
      <w:r>
        <w:rPr>
          <w:sz w:val="20"/>
        </w:rPr>
        <w:t>18:48  proper</w:t>
      </w:r>
      <w:r>
        <w:br/>
      </w:r>
      <w:r>
        <w:rPr>
          <w:sz w:val="20"/>
        </w:rPr>
        <w:t>18:48  degree thi.</w:t>
      </w:r>
      <w:r>
        <w:br/>
      </w:r>
      <w:r>
        <w:rPr>
          <w:sz w:val="20"/>
        </w:rPr>
        <w:t>18:51  to maine kaha, aapki planning sahi nahin hai. aap pehle apne aap ko prefer kijiye us competition ko jo aap chahte hain. at present, you are not competent to find a good job in america. ki kya wisdom nahin?</w:t>
      </w:r>
      <w:r>
        <w:br/>
      </w:r>
      <w:r>
        <w:rPr>
          <w:sz w:val="20"/>
        </w:rPr>
        <w:t>19:09  khali materialist banna kaafi nahi hai.</w:t>
      </w:r>
      <w:r>
        <w:br/>
      </w:r>
      <w:r>
        <w:rPr>
          <w:sz w:val="20"/>
        </w:rPr>
        <w:t>19:12  aapke paas wisdom honi chahiye.</w:t>
      </w:r>
      <w:r>
        <w:br/>
      </w:r>
      <w:r>
        <w:rPr>
          <w:sz w:val="20"/>
        </w:rPr>
        <w:t>19:15  wisdom. uske baghair aap kaam zindagi mein kamyab ho sakte hain.</w:t>
      </w:r>
      <w:r>
        <w:br/>
      </w:r>
      <w:r>
        <w:rPr>
          <w:sz w:val="20"/>
        </w:rPr>
        <w:t>19:22  ek sahab aur mile, abhi jaldi.</w:t>
      </w:r>
      <w:r>
        <w:br/>
      </w:r>
      <w:r>
        <w:rPr>
          <w:sz w:val="20"/>
        </w:rPr>
        <w:t>19:24  unhone bhi ko service chhod kar ke IR ki tayyari kar rahe the.</w:t>
      </w:r>
      <w:r>
        <w:br/>
      </w:r>
      <w:r>
        <w:rPr>
          <w:sz w:val="20"/>
        </w:rPr>
        <w:t>19:30  wo mujhse baaten to bahut si hoti hain.</w:t>
      </w:r>
      <w:r>
        <w:br/>
      </w:r>
      <w:r>
        <w:rPr>
          <w:sz w:val="20"/>
        </w:rPr>
        <w:t>19:35  yani weak personality thi unke andar.</w:t>
      </w:r>
      <w:r>
        <w:br/>
      </w:r>
      <w:r>
        <w:rPr>
          <w:sz w:val="20"/>
        </w:rPr>
        <w:t>19:37  strong personality thi.</w:t>
      </w:r>
      <w:r>
        <w:br/>
      </w:r>
      <w:r>
        <w:rPr>
          <w:sz w:val="20"/>
        </w:rPr>
        <w:t>19:39  to maine kaha, to aap aapke jo personality hai,</w:t>
      </w:r>
    </w:p>
    <w:p>
      <w:pPr>
        <w:pStyle w:val="Heading2"/>
      </w:pPr>
      <w:r>
        <w:t>Knowledge means wisdom, not just religious debate</w:t>
      </w:r>
    </w:p>
    <w:p>
      <w:r>
        <w:rPr>
          <w:color w:val="666666"/>
          <w:sz w:val="18"/>
        </w:rPr>
        <w:t>Living in Falsehood December 15, 2013 · 2m 11s · at 15:19 · https://youtu.be/UvboK59uF6s?t=919</w:t>
      </w:r>
    </w:p>
    <w:p>
      <w:r>
        <w:rPr>
          <w:i/>
        </w:rPr>
        <w:t>“For Muslims, 'knowledge' has become mere technical religious debates”</w:t>
      </w:r>
    </w:p>
    <w:p>
      <w:r>
        <w:rPr>
          <w:sz w:val="20"/>
        </w:rPr>
        <w:t>15:19  ab mein aap ko ek aur pehlu ki taraf le chalta hoon. woh hai ilm.</w:t>
      </w:r>
      <w:r>
        <w:br/>
      </w:r>
      <w:r>
        <w:rPr>
          <w:sz w:val="20"/>
        </w:rPr>
        <w:t>15:28  musalmanon mein dekhiye, is ilm ke naam se kya hai? fanni bahasein. woh jante hi nahi ke ilm ka matlab hota hai danish, hikmat, reason, wisdom.</w:t>
      </w:r>
      <w:r>
        <w:br/>
      </w:r>
      <w:r>
        <w:rPr>
          <w:sz w:val="20"/>
        </w:rPr>
        <w:t>15:40  jante hi nahi hain musalman.</w:t>
      </w:r>
      <w:r>
        <w:br/>
      </w:r>
      <w:r>
        <w:rPr>
          <w:sz w:val="20"/>
        </w:rPr>
        <w:t>15:44  jitni kitabein hain, mein kehta hoon ke yahan se wahan tak jitni bhi kitabein hain, sab mein danish hadaf hai. sirf abdul rehman ibn khaldun ki kitab muqaddamah, isi mein aap ko danish milti hai.</w:t>
      </w:r>
      <w:r>
        <w:br/>
      </w:r>
      <w:r>
        <w:rPr>
          <w:sz w:val="20"/>
        </w:rPr>
        <w:t>15:57  woh bhi ibtidai darje ki danish. Aaj jo danish hai, aaj ka wisdom jo hai, aaj ka jo science hai, is ke lehaz se musalmanon ne koi kitab hi nahi likhi.</w:t>
      </w:r>
      <w:r>
        <w:br/>
      </w:r>
      <w:r>
        <w:rPr>
          <w:sz w:val="20"/>
        </w:rPr>
        <w:t>16:09  ke kisi ko inkar ho to batayein, woh yeh kaun si kitab hai? woh</w:t>
      </w:r>
      <w:r>
        <w:br/>
      </w:r>
      <w:r>
        <w:rPr>
          <w:sz w:val="20"/>
        </w:rPr>
        <w:t>16:12  jo modern science ke standard par poori utarti ho. kyun? woh to, woh to ji rahe hain apni khushhali mein.</w:t>
      </w:r>
      <w:r>
        <w:br/>
      </w:r>
      <w:r>
        <w:rPr>
          <w:sz w:val="20"/>
        </w:rPr>
        <w:t>16:22  aamani mein ji rahe hain. un ke haan to yeh hai ke bas dayen hath se, dayen hath se glass pakad ke pani pil lo, tab bhi jannat mil gayi.</w:t>
      </w:r>
      <w:r>
        <w:br/>
      </w:r>
      <w:r>
        <w:rPr>
          <w:sz w:val="20"/>
        </w:rPr>
        <w:t>16:35  la ilaha zaban se bol do, tab bhi jannat mil gayi.</w:t>
      </w:r>
      <w:r>
        <w:br/>
      </w:r>
      <w:r>
        <w:rPr>
          <w:sz w:val="20"/>
        </w:rPr>
        <w:t>16:40  yani khwamkhwah ladai chodo, maro, tab bhi shaheed ho gaye. This is false food. Un ke jo bare bare log hain, jo lad kar ke duniya apni janein dein, un ko agar aap shaheed na bolein to kahenge tum be hurmati kar rahe ho hamare akabir ki.</w:t>
      </w:r>
      <w:r>
        <w:br/>
      </w:r>
      <w:r>
        <w:rPr>
          <w:sz w:val="20"/>
        </w:rPr>
        <w:t>17:00  agar un ko shaheed ke bajaye aap maqtool kahein to woh ghussa ho jayenge. kyunke woh to un ko jannat mein un ke maal ki taraf kiye hue hain.</w:t>
      </w:r>
      <w:r>
        <w:br/>
      </w:r>
      <w:r>
        <w:rPr>
          <w:sz w:val="20"/>
        </w:rPr>
        <w:t>17:11  This is what they call living in falsehood. to us waqt musalmanon ka jo case hai, woh falsehood mein jeene ka case hai. hamara mission yeh hai ke un ko falsehood se nikalein, un ko reality mein jeena sikhayein.</w:t>
      </w:r>
    </w:p>
    <w:p>
      <w:pPr>
        <w:pStyle w:val="Heading2"/>
      </w:pPr>
      <w:r>
        <w:t>Self-discovery through Newton example</w:t>
      </w:r>
    </w:p>
    <w:p>
      <w:r>
        <w:rPr>
          <w:color w:val="666666"/>
          <w:sz w:val="18"/>
        </w:rPr>
        <w:t>Scientific Temper April 08, 2020 Maulana Wahiduddin Khan · 1m 35s · at 26:45 · https://youtu.be/BqvmKPF6w0A?t=1605</w:t>
      </w:r>
    </w:p>
    <w:p>
      <w:r>
        <w:rPr>
          <w:i/>
        </w:rPr>
        <w:t>“The real issue is not being told, but developing your own thinking.”</w:t>
      </w:r>
    </w:p>
    <w:p>
      <w:r>
        <w:rPr>
          <w:sz w:val="20"/>
        </w:rPr>
        <w:t>26:45  asal masla yeh nahi hai ke aap koi aap ko bata de. asal masla yeh hai ke aap ki thinking itni developed ho ke aap khud se discover kar lein.</w:t>
      </w:r>
      <w:r>
        <w:br/>
      </w:r>
      <w:r>
        <w:rPr>
          <w:sz w:val="20"/>
        </w:rPr>
        <w:t>27:00  agar aap khud se discover nahi karein ge to kisi ko batane se aap ko kuch milne wala bhi nahi. kisi ko batane se aap ko milne wala bhi nahi.</w:t>
      </w:r>
      <w:r>
        <w:br/>
      </w:r>
      <w:r>
        <w:rPr>
          <w:sz w:val="20"/>
        </w:rPr>
        <w:t>27:17  yeh bohat zyada mein ne soch samajh kar ke mein ne yeh baat jani hai ke zaati discovery se aadmi pata kis cheez ko.</w:t>
      </w:r>
      <w:r>
        <w:br/>
      </w:r>
      <w:r>
        <w:rPr>
          <w:sz w:val="20"/>
        </w:rPr>
        <w:t>27:30  aap ghor kijiye. newton ko kis ne bataya tha?</w:t>
      </w:r>
      <w:r>
        <w:br/>
      </w:r>
      <w:r>
        <w:rPr>
          <w:sz w:val="20"/>
        </w:rPr>
        <w:t>27:36  kis ne bataya tha? law of gravity. nahi. oper se saib gira, us ke sir par us ne mar diya.</w:t>
      </w:r>
      <w:r>
        <w:br/>
      </w:r>
      <w:r>
        <w:rPr>
          <w:sz w:val="20"/>
        </w:rPr>
        <w:t>27:50  to mein samajhta hoon ke khamosh paigham jis ne diya ke tum kis ka intezar kar rahe ho?</w:t>
      </w:r>
      <w:r>
        <w:br/>
      </w:r>
      <w:r>
        <w:rPr>
          <w:sz w:val="20"/>
        </w:rPr>
        <w:t>27:56  ae newton,</w:t>
      </w:r>
      <w:r>
        <w:br/>
      </w:r>
      <w:r>
        <w:rPr>
          <w:sz w:val="20"/>
        </w:rPr>
        <w:t>27:57  to kis ko, to ko kis ka intezar hai? khud socho, khud socho, khud socho. to newton ko kisi ne bataya nahi.</w:t>
      </w:r>
      <w:r>
        <w:br/>
      </w:r>
      <w:r>
        <w:rPr>
          <w:sz w:val="20"/>
        </w:rPr>
        <w:t>28:07  law of gravity. us ne khud se socha, khud se jana, aur poori tareekh mein ek nai discovery ka woh imam ban gaya.</w:t>
      </w:r>
    </w:p>
    <w:p>
      <w:pPr>
        <w:pStyle w:val="Heading2"/>
      </w:pPr>
      <w:r>
        <w:t>the Prophet's dawn prayer for universal brotherhood</w:t>
      </w:r>
    </w:p>
    <w:p>
      <w:r>
        <w:rPr>
          <w:color w:val="666666"/>
          <w:sz w:val="18"/>
        </w:rPr>
        <w:t>The Message of The Prophet Muhammad April 5, 2008 · 1m 57s · at 47:15 · https://youtu.be/4Awv6yrWLBw?t=2835</w:t>
      </w:r>
    </w:p>
    <w:p>
      <w:r>
        <w:rPr>
          <w:i/>
        </w:rPr>
        <w:t>“Rasulullah raat ko uthte the, suraj nikalne se pehle”</w:t>
      </w:r>
    </w:p>
    <w:p>
      <w:r>
        <w:rPr>
          <w:sz w:val="20"/>
        </w:rPr>
        <w:t>47:15  aur islam ka jo bahut hi important principle hai, jo rasool Allah ne diya, woh hai universal brotherhood. kitabon mein aata hai ke rasool Allah sallallahu alaihi wasallam raat ko uthte the, suraj nikalne se pehle,</w:t>
      </w:r>
      <w:r>
        <w:br/>
      </w:r>
      <w:r>
        <w:rPr>
          <w:sz w:val="20"/>
        </w:rPr>
        <w:t>47:34  aur ibadat karte the</w:t>
      </w:r>
      <w:r>
        <w:br/>
      </w:r>
      <w:r>
        <w:rPr>
          <w:sz w:val="20"/>
        </w:rPr>
        <w:t>47:39  sawere ki ibadat. to ibadat ke baad aap dua jab karte the to aap aksar yeh dua karte the ke "Allah mashhad in al-ibad kull ikhwah".</w:t>
      </w:r>
      <w:r>
        <w:br/>
      </w:r>
      <w:r>
        <w:rPr>
          <w:sz w:val="20"/>
        </w:rPr>
        <w:t>47:54  oh god! i bear witness that all men or women are brothers and sisters to each other.</w:t>
      </w:r>
      <w:r>
        <w:br/>
      </w:r>
      <w:r>
        <w:rPr>
          <w:sz w:val="20"/>
        </w:rPr>
        <w:t>48:05  ae khuda! main gawahi deta hoon ke sare aurat aur sare mard ek doosre ke bhai hain, ek doosre ki behan hain. yeh hai universal brotherhood ka formula.</w:t>
      </w:r>
      <w:r>
        <w:br/>
      </w:r>
      <w:r>
        <w:rPr>
          <w:sz w:val="20"/>
        </w:rPr>
        <w:t>48:16  yani Islam ke nazdeek sare log ek hi jodi ke zariye paida hue hain, yani Adam aur Hawa. Khuda ne Adam aur Hawa ko paida kiya, isi se yeh sari naslein chalin.</w:t>
      </w:r>
      <w:r>
        <w:br/>
      </w:r>
      <w:r>
        <w:rPr>
          <w:sz w:val="20"/>
        </w:rPr>
        <w:t>48:29  yani jo hamari jo instru hain, woh kai nahin hain,</w:t>
      </w:r>
      <w:r>
        <w:br/>
      </w:r>
      <w:r>
        <w:rPr>
          <w:sz w:val="20"/>
        </w:rPr>
        <w:t>48:33  ek hi hain. Sare insano ke instru ek hi hain, Adam aur Hawa. To hum sab log blood brothers hain, hum log sab ke sab ek doosre ke bhai hain, ek doosre ki behan hain.</w:t>
      </w:r>
      <w:r>
        <w:br/>
      </w:r>
      <w:r>
        <w:rPr>
          <w:sz w:val="20"/>
        </w:rPr>
        <w:t>48:47  isi par base karta hai Islam ka</w:t>
      </w:r>
      <w:r>
        <w:br/>
      </w:r>
      <w:r>
        <w:rPr>
          <w:sz w:val="20"/>
        </w:rPr>
        <w:t>48:50  formula, jo universal brotherhood ka formula hai,</w:t>
      </w:r>
      <w:r>
        <w:br/>
      </w:r>
      <w:r>
        <w:rPr>
          <w:sz w:val="20"/>
        </w:rPr>
        <w:t>48:57  jis par Islam ne ek poori society banai. Ek bahut zyada important baat Islam ne di, usko main arz karunga.</w:t>
      </w:r>
    </w:p>
    <w:p>
      <w:pPr>
        <w:pStyle w:val="Heading2"/>
      </w:pPr>
      <w:r>
        <w:t>Islamic way of thinking vs form focus</w:t>
      </w:r>
    </w:p>
    <w:p>
      <w:r>
        <w:rPr>
          <w:color w:val="666666"/>
          <w:sz w:val="18"/>
        </w:rPr>
        <w:t>Islamic Way of Thinking March 20, 2011 - Maulana Wahiduddin Khan · 1m 24s · at 0:37 · https://youtu.be/pyN_pmWQyp8?t=37</w:t>
      </w:r>
    </w:p>
    <w:p>
      <w:r>
        <w:rPr>
          <w:i/>
        </w:rPr>
        <w:t>“Aaj ke lecture ke liye jo title hai”</w:t>
      </w:r>
    </w:p>
    <w:p>
      <w:r>
        <w:rPr>
          <w:sz w:val="20"/>
        </w:rPr>
        <w:t>0:37  aaj ke lecture ke liye jo title hai woh hai "Islamic way of thinking".</w:t>
      </w:r>
      <w:r>
        <w:br/>
      </w:r>
      <w:r>
        <w:rPr>
          <w:sz w:val="20"/>
        </w:rPr>
        <w:t>0:52  dekhiye, bohat si kitabein likhi gayi hain, un ka title kuch is qism ka hota hai ke "Islamic way of life", "Islamic way of politics", "Islamic way of social behavior" waghera.</w:t>
      </w:r>
      <w:r>
        <w:br/>
      </w:r>
      <w:r>
        <w:rPr>
          <w:sz w:val="20"/>
        </w:rPr>
        <w:t>1:14  main samajhta hoon ke ziyada important baat yeh hai ke Islamic way of thinking kya hai, kyun ke aur jo itne jitne banaye hain logon ne title, woh sab form ko le kar ke hain, form se related hain.</w:t>
      </w:r>
      <w:r>
        <w:br/>
      </w:r>
      <w:r>
        <w:rPr>
          <w:sz w:val="20"/>
        </w:rPr>
        <w:t>1:33  Islam asal mein spirit ka naam hai, form ka naam nahi hai.</w:t>
      </w:r>
      <w:r>
        <w:br/>
      </w:r>
      <w:r>
        <w:rPr>
          <w:sz w:val="20"/>
        </w:rPr>
        <w:t>1:40  form bhi Islam ka ek hissa banta hai, lekin spirit ka manifestation hai. form</w:t>
      </w:r>
      <w:r>
        <w:br/>
      </w:r>
      <w:r>
        <w:rPr>
          <w:sz w:val="20"/>
        </w:rPr>
        <w:t>1:52  Islam se,</w:t>
      </w:r>
      <w:r>
        <w:br/>
      </w:r>
      <w:r>
        <w:rPr>
          <w:sz w:val="20"/>
        </w:rPr>
        <w:t>1:56  yani spirit se alag kar ke, form kuch bhi nahi hai.</w:t>
      </w:r>
    </w:p>
    <w:p>
      <w:pPr>
        <w:pStyle w:val="Heading2"/>
      </w:pPr>
      <w:r>
        <w:t>Life's real ambition should be wisdom, not power or position</w:t>
      </w:r>
    </w:p>
    <w:p>
      <w:r>
        <w:rPr>
          <w:color w:val="666666"/>
          <w:sz w:val="18"/>
        </w:rPr>
        <w:t>Deep Thinking April 3, 2014 Maulana Wahiduddin Khan · 1m 20s · at 24:57 · https://youtu.be/1DvZY_4ddps?t=1497</w:t>
      </w:r>
    </w:p>
    <w:p>
      <w:r>
        <w:rPr>
          <w:i/>
        </w:rPr>
        <w:t>“Sabse badi cheez jiski tamanna karni chahiye, woh hai wisdom”</w:t>
      </w:r>
    </w:p>
    <w:p>
      <w:r>
        <w:rPr>
          <w:sz w:val="20"/>
        </w:rPr>
        <w:t>24:57  woh kya cheez hai jis ki hamein tamanna karni chahiye, jis ki hamein koshish karni chahiye? woh hai wisdom.</w:t>
      </w:r>
      <w:r>
        <w:br/>
      </w:r>
      <w:r>
        <w:rPr>
          <w:sz w:val="20"/>
        </w:rPr>
        <w:t>25:09  log ladte hain hukoomat mein kaam karne ke liye. yeh khudai scheme ke khilaf hai.</w:t>
      </w:r>
      <w:r>
        <w:br/>
      </w:r>
      <w:r>
        <w:rPr>
          <w:sz w:val="20"/>
        </w:rPr>
        <w:t>25:17  khudai scheme yeh hai ke aap woh kaam karen jis se aap ke andar tawquf aaye, wisdom aaye. woh bara kaam hai.</w:t>
      </w:r>
      <w:r>
        <w:br/>
      </w:r>
      <w:r>
        <w:rPr>
          <w:sz w:val="20"/>
        </w:rPr>
        <w:t>25:36  toh yeh hadees jo hai, yeh batati hai ke hamare liye khair kya hai. khair</w:t>
      </w:r>
      <w:r>
        <w:br/>
      </w:r>
      <w:r>
        <w:rPr>
          <w:sz w:val="20"/>
        </w:rPr>
        <w:t>25:47  bara</w:t>
      </w:r>
      <w:r>
        <w:br/>
      </w:r>
      <w:r>
        <w:rPr>
          <w:sz w:val="20"/>
        </w:rPr>
        <w:t>25:50  bari cheez jis ki hum tamanna karen, jis ki koshish karen, woh kya cheez hai? woh khair hai. woh khair kya hai? woh khair hai tawquf.</w:t>
      </w:r>
      <w:r>
        <w:br/>
      </w:r>
      <w:r>
        <w:rPr>
          <w:sz w:val="20"/>
        </w:rPr>
        <w:t>26:04  toh tawquf mein deen ki samajh bhi shamil hai, dunya ke mamlaat ki gehri samajh bhi shamil hai.</w:t>
      </w:r>
      <w:r>
        <w:br/>
      </w:r>
      <w:r>
        <w:rPr>
          <w:sz w:val="20"/>
        </w:rPr>
        <w:t>26:18  woh sari cheezein jis ke darmiyan aadmi zindagi guzarta hai, woh sab kuch is mein shamil hai. family life, social life, qaumi zindagi, jo bhi mamlaat insaan se mutalliq hote hain,</w:t>
      </w:r>
    </w:p>
    <w:p>
      <w:pPr>
        <w:pStyle w:val="Heading2"/>
      </w:pPr>
      <w:r>
        <w:t>Birds avoid confrontation instead of fighting for food</w:t>
      </w:r>
    </w:p>
    <w:p>
      <w:r>
        <w:rPr>
          <w:color w:val="666666"/>
          <w:sz w:val="18"/>
        </w:rPr>
        <w:t>The Power of Positive Thinking November 3, 2024 · 1m 25s · at 16:35 · https://youtu.be/q6Ly4ofTmxY?t=995</w:t>
      </w:r>
    </w:p>
    <w:p>
      <w:r>
        <w:rPr>
          <w:i/>
        </w:rPr>
        <w:t>“मैं बैठा था अपने balcony में, एक चिड़िया आई दाना खाने”</w:t>
      </w:r>
    </w:p>
    <w:p>
      <w:r>
        <w:rPr>
          <w:sz w:val="20"/>
        </w:rPr>
        <w:t>16:35  jaise maulana observe karte the, ek video mein main dekh rahi thi ki bata rahe the ki ek main baitha tha apne balcony mein, ek chidiya aayi kuch dana khane ke liye. to tab tak doosri chidiya aa gayi. hota kya hai ki jo male chidiya hoti hai, jaise kabootar hai, wo aata hai, to phir doosri waisi chidiya ko jo jo itni strong nahi hoti, bhaga de. wo bhag jati hain. bhag jati hain aur dekhti rehti hain, wo khake kab jayega. phir wo aa jati hain.</w:t>
      </w:r>
      <w:r>
        <w:br/>
      </w:r>
      <w:r>
        <w:rPr>
          <w:sz w:val="20"/>
        </w:rPr>
        <w:t>17:05  confrontation nahi karti, balki wo khud hat jati hain aur us jagah se. aur jab wo dekhti hain ki wo khake chala gaya, tab wo dobara aa jati hain. to unke chidiya ke andar bilkul hi negativity nahi hoti. aap ek jagah se bhagaenge, phir wo thodi der ke baad phir wo aa jayegi. to is tarike se hamein apne aap ko in tamam misalon se sabak lena hai. aur apne aap ko positive banana hai. kyunki jo reaction hai, isse kuch nahi milne wala hai.</w:t>
      </w:r>
      <w:r>
        <w:br/>
      </w:r>
      <w:r>
        <w:rPr>
          <w:sz w:val="20"/>
        </w:rPr>
        <w:t>17:34  duniya mein bhi barbadi, akhirat mein bhi barbadi. kyunki jab aap positive rahenge, to first chance aap kho denge, to second chance, third chance hum avail kar payenge. chance ki koi kami nahi hai is duniya mein. behisab yahan par mawake hain. ji, maulana ne ek article mein al-rasalak likha tha ki amoeba jab toot jata hai, to do amoeba ban jata hai.</w:t>
      </w:r>
    </w:p>
    <w:p>
      <w:pPr>
        <w:pStyle w:val="Heading2"/>
      </w:pPr>
      <w:r>
        <w:t>Why so many people never find life's true ideology</w:t>
      </w:r>
    </w:p>
    <w:p>
      <w:r>
        <w:rPr>
          <w:color w:val="666666"/>
          <w:sz w:val="18"/>
        </w:rPr>
        <w:t>Man and Paradise August 18, 2013 · 2m 10s · at 2:00 · https://youtu.be/v7eX25YAjDU?t=120</w:t>
      </w:r>
    </w:p>
    <w:p>
      <w:r>
        <w:rPr>
          <w:i/>
        </w:rPr>
        <w:t>“Countless people lived and died without ever finding truth”</w:t>
      </w:r>
    </w:p>
    <w:p>
      <w:r>
        <w:rPr>
          <w:sz w:val="20"/>
        </w:rPr>
        <w:t>2:00  to log, beshumar log aaye duniya mein aur chalay gaye, aur unhon ne ideology of life ko nahi jaan paya. is ka is ka sabab kya hai?</w:t>
      </w:r>
      <w:r>
        <w:br/>
      </w:r>
      <w:r>
        <w:rPr>
          <w:sz w:val="20"/>
        </w:rPr>
        <w:t>2:14  is ka sabab mere nazdeek yeh hai</w:t>
      </w:r>
      <w:r>
        <w:br/>
      </w:r>
      <w:r>
        <w:rPr>
          <w:sz w:val="20"/>
        </w:rPr>
        <w:t>2:21  ke logon ko aaghaz ka nuqta hi nahi mila.</w:t>
      </w:r>
      <w:r>
        <w:br/>
      </w:r>
      <w:r>
        <w:rPr>
          <w:sz w:val="20"/>
        </w:rPr>
        <w:t>2:27  aaghaz ka nuqta jo hai, woh hai ajz, be basi.</w:t>
      </w:r>
      <w:r>
        <w:br/>
      </w:r>
      <w:r>
        <w:rPr>
          <w:sz w:val="20"/>
        </w:rPr>
        <w:t>2:35  agar aap apne ajz ko daryaft kar sakain, tab aap sachai ko daryaft kar sakain ge, warna nahi.</w:t>
      </w:r>
      <w:r>
        <w:br/>
      </w:r>
      <w:r>
        <w:rPr>
          <w:sz w:val="20"/>
        </w:rPr>
        <w:t>2:46  yehi baat thi jo quran ki jo pehli surah utri thi, us mein batai gayi:</w:t>
      </w:r>
      <w:r>
        <w:br/>
      </w:r>
      <w:r>
        <w:rPr>
          <w:sz w:val="20"/>
        </w:rPr>
        <w:t>2:54  iqra bismi rabbika allazi khalaq, khalaqa al-insana min alaq, iqra wa rabbuka al-akram, allazi allama bil qalam, allama al-insana ma lam ya'lam dekhen, yeh jo hai ayat: allama al-insana ma lam ya'lam is mein bohat bari baat batai gayi hai.</w:t>
      </w:r>
      <w:r>
        <w:br/>
      </w:r>
      <w:r>
        <w:rPr>
          <w:sz w:val="20"/>
        </w:rPr>
        <w:t>3:18  aap ko jab apni la-ilmi ka idrak ho jaye, tab aap ko ilm hasil hota hai.</w:t>
      </w:r>
      <w:r>
        <w:br/>
      </w:r>
      <w:r>
        <w:rPr>
          <w:sz w:val="20"/>
        </w:rPr>
        <w:t>3:28  jab tak aap ko apni la-ilmi ka idrak na ho, us waqt aap ko ilm hasil nahi hoga. allama al-insana ma lam ya'lam ka tarjuma to yeh hai ke insan ko batai woh baat jis ko woh nahi janta tha.</w:t>
      </w:r>
      <w:r>
        <w:br/>
      </w:r>
      <w:r>
        <w:rPr>
          <w:sz w:val="20"/>
        </w:rPr>
        <w:t>3:45  to is ayat mein mujhe ek bohat bari baat milti hai. woh yeh hai ke jab tak aap ke andar ehsas-e-la-ilmi na ho, jab tak aap "I don't know" ka idrak na kar sakain, tab tak "I know" tak aap nahi pohanchte.</w:t>
      </w:r>
    </w:p>
    <w:p>
      <w:pPr>
        <w:pStyle w:val="Heading2"/>
      </w:pPr>
      <w:r>
        <w:t>Getting clarity of thought by escaping false pride</w:t>
      </w:r>
    </w:p>
    <w:p>
      <w:r>
        <w:rPr>
          <w:color w:val="666666"/>
          <w:sz w:val="18"/>
        </w:rPr>
        <w:t>Take it as A Challenge April 29, 2007 · 2m 15s · at 1:07:39 · https://youtu.be/pONW5UkRZ_M?t=4059</w:t>
      </w:r>
    </w:p>
    <w:p>
      <w:r>
        <w:rPr>
          <w:i/>
        </w:rPr>
        <w:t>“Log poochte hain clarity of thought kaise milti hai”</w:t>
      </w:r>
    </w:p>
    <w:p>
      <w:r>
        <w:rPr>
          <w:sz w:val="20"/>
        </w:rPr>
        <w:t>1:07:39  log hum se yeh poochte hain, jo yeh poochte hain, un se main ek hi baat kehta hoon ke price diye bina aap chahte hain ke aap ko Ferrari mil jaye, kaise ho sakta hai?</w:t>
      </w:r>
      <w:r>
        <w:br/>
      </w:r>
      <w:r>
        <w:rPr>
          <w:sz w:val="20"/>
        </w:rPr>
        <w:t>1:07:51  har cheez ki price hai. jo bhi ek question karta hai mujh se, use main yahi jawab deta hoon:</w:t>
      </w:r>
      <w:r>
        <w:br/>
      </w:r>
      <w:r>
        <w:rPr>
          <w:sz w:val="20"/>
        </w:rPr>
        <w:t>1:07:58  aap chahte hain ke price na dena pade aur woh cheez mil jaye aap ko? clarity of thought jo hai, woh milti hai us ko jo apne aap ko confusion se bachaye.</w:t>
      </w:r>
      <w:r>
        <w:br/>
      </w:r>
      <w:r>
        <w:rPr>
          <w:sz w:val="20"/>
        </w:rPr>
        <w:t>1:08:11  confusion kahan se aata hai? apne aap ko distraction se bachana padta hai. jo aadmi apne ko distraction se na bacha sake, to yeh yeh phir yeh yeh khwab bhi na dekhe.</w:t>
      </w:r>
      <w:r>
        <w:br/>
      </w:r>
      <w:r>
        <w:rPr>
          <w:sz w:val="20"/>
        </w:rPr>
        <w:t>1:08:23  clarity of thought ka clarity of thought jaan boojh ke bhi nahin hai,</w:t>
      </w:r>
      <w:r>
        <w:br/>
      </w:r>
      <w:r>
        <w:rPr>
          <w:sz w:val="20"/>
        </w:rPr>
        <w:t>1:08:33  kyun ke 11 September ko jab twin tower jo hai,</w:t>
      </w:r>
      <w:r>
        <w:br/>
      </w:r>
      <w:r>
        <w:rPr>
          <w:sz w:val="20"/>
        </w:rPr>
        <w:t>1:08:41  jab main twin tower par chadha tha America mein, usi waqt main ne socha tha ke American thinking kya hogi. bohat hi bura role hai twin tower, woh woh woh tower jo banaya gaya tha wahan pe, kyun ke wahan pe jab chadha main ek dafa upar jab gaya to insaan bilkul dwarf dikhaye the.</w:t>
      </w:r>
      <w:r>
        <w:br/>
      </w:r>
      <w:r>
        <w:rPr>
          <w:sz w:val="20"/>
        </w:rPr>
        <w:t>1:08:59  dwarf</w:t>
      </w:r>
      <w:r>
        <w:br/>
      </w:r>
      <w:r>
        <w:rPr>
          <w:sz w:val="20"/>
        </w:rPr>
        <w:t>1:09:03  aisa nahin dikhaya jaise aap baithe hain, aap log chota sa pygmy ki tarah se dikhai deta tha. to khair keh jayein ke us waqt us waqt bhi main roya tha ke Americans ki kitni bari badkismati hai ke artificial thinking mein jeete hain.</w:t>
      </w:r>
      <w:r>
        <w:br/>
      </w:r>
      <w:r>
        <w:rPr>
          <w:sz w:val="20"/>
        </w:rPr>
        <w:t>1:09:18  woh yahan charh kar sochte hain ke doosre sari dunya hamare muqable mein hai, pygmy hai, sari dunya hamare haan dwarf hai, hum bare hain. Unconsciously</w:t>
      </w:r>
      <w:r>
        <w:br/>
      </w:r>
      <w:r>
        <w:rPr>
          <w:sz w:val="20"/>
        </w:rPr>
        <w:t>1:09:28  aap ko yaqeen nahi aayega ke wahan par mein charh kar ke mujhe khushi nahi hui thi, mein roya tha ke Americans jo hai, woh unke mind kahan se banta hai.</w:t>
      </w:r>
      <w:r>
        <w:br/>
      </w:r>
      <w:r>
        <w:rPr>
          <w:sz w:val="20"/>
        </w:rPr>
        <w:t>1:09:37  yeh India mein pasmanon ka haal hai. Maslan jab dekhte hain Qutub Minar, dekho hamare aslaf ne Qutub Minar banaya tha, jab Taj Mahal dekhte hain, dekho hamare aslaf ne Taj Mahal banaya tha.</w:t>
      </w:r>
      <w:r>
        <w:br/>
      </w:r>
      <w:r>
        <w:rPr>
          <w:sz w:val="20"/>
        </w:rPr>
        <w:t>1:09:47  yeh sab fast food mein jeena hai, fast food mein jeena hai. Sari American fast food mein jee rahe the.</w:t>
      </w:r>
    </w:p>
    <w:p>
      <w:pPr>
        <w:pStyle w:val="Heading2"/>
      </w:pPr>
      <w:r>
        <w:t>Prophet never spoke of rights, only of duty</w:t>
      </w:r>
    </w:p>
    <w:p>
      <w:r>
        <w:rPr>
          <w:color w:val="666666"/>
          <w:sz w:val="18"/>
        </w:rPr>
        <w:t>The Message of The Prophet Muhammad April 5, 2008 · 1m 52s · at 25:46 · https://youtu.be/4Awv6yrWLBw?t=1546</w:t>
      </w:r>
    </w:p>
    <w:p>
      <w:r>
        <w:rPr>
          <w:i/>
        </w:rPr>
        <w:t>“Aaj kal har taraf right right ki baat hoti hai”</w:t>
      </w:r>
    </w:p>
    <w:p>
      <w:r>
        <w:rPr>
          <w:sz w:val="20"/>
        </w:rPr>
        <w:t>25:46  Ab dekhiye ke ek bohat hi zyada important baat yeh hai ke aaj kal aap suntay hain har taraf "right, right, right" ki baat karte hain.</w:t>
      </w:r>
      <w:r>
        <w:br/>
      </w:r>
      <w:r>
        <w:rPr>
          <w:sz w:val="20"/>
        </w:rPr>
        <w:t>25:56  Log har ek right ki baat karta hai. Right! Prophet Muhammad ne kabhi right ki baat hi nahi ki,</w:t>
      </w:r>
      <w:r>
        <w:br/>
      </w:r>
      <w:r>
        <w:rPr>
          <w:sz w:val="20"/>
        </w:rPr>
        <w:t>26:07  duty ki baat ki, sirf duty ki. Yeh bohat hi anokhi baat hai jo aaj ki duniya ke liye ek lesson hai, kyunke har ek right mang raha hai to dene wala kaun hai?</w:t>
      </w:r>
      <w:r>
        <w:br/>
      </w:r>
      <w:r>
        <w:rPr>
          <w:sz w:val="20"/>
        </w:rPr>
        <w:t>26:17  Aap sochiye, har ek to right ka jhanda uthaya hua hai, "mujhe right do!" To dene wala kaun hai?</w:t>
      </w:r>
      <w:r>
        <w:br/>
      </w:r>
      <w:r>
        <w:rPr>
          <w:sz w:val="20"/>
        </w:rPr>
        <w:t>26:24  Isi liye aap dekhiye, human right commission bohat bane hue hain, lekin milta kuch bhi nahi kisi ko. Sirf protest hai, sirf demand hai jo media mein aap dekh sakte hain, lekin woh right mile kisi ko, yeh to kisi ko milta nahi.</w:t>
      </w:r>
      <w:r>
        <w:br/>
      </w:r>
      <w:r>
        <w:rPr>
          <w:sz w:val="20"/>
        </w:rPr>
        <w:t>26:42  To poori society jo hai, right conscious ho gayi hai. Hamari Prophet (AS) ka message hai, woh yeh hai ke tum duty conscious bano aur society ko duty conscious banao.</w:t>
      </w:r>
      <w:r>
        <w:br/>
      </w:r>
      <w:r>
        <w:rPr>
          <w:sz w:val="20"/>
        </w:rPr>
        <w:t>26:55  Hadees mein aata hai: "Addu" bohat hi simple formula, "addu ilayhim haqq wa sal Allah haqq" yani tumhara jo haq hai,</w:t>
      </w:r>
      <w:r>
        <w:br/>
      </w:r>
      <w:r>
        <w:rPr>
          <w:sz w:val="20"/>
        </w:rPr>
        <w:t>27:10  tumhara jo right hai, us ko Khuda se mango, aur doosron ka jo tumhare par haq puhanchta hai, doosron ka jo right tumhare par aata hai, us ko unhein ada karo.</w:t>
      </w:r>
      <w:r>
        <w:br/>
      </w:r>
      <w:r>
        <w:rPr>
          <w:sz w:val="20"/>
        </w:rPr>
        <w:t>27:20  Yaani doosron ka right jo hai tumhare par, us ko ada karo. Apna jo hai, woh Khuda se mango. Khuda se mangne ka matlab kya hai? Yeh koi maseehis baat nahi hai.</w:t>
      </w:r>
      <w:r>
        <w:br/>
      </w:r>
      <w:r>
        <w:rPr>
          <w:sz w:val="20"/>
        </w:rPr>
        <w:t>27:32  Is ka matlab hai ke struggle karo, mehnat karo, koshish karo.</w:t>
      </w:r>
    </w:p>
    <w:p>
      <w:pPr>
        <w:pStyle w:val="Heading2"/>
      </w:pPr>
      <w:r>
        <w:t>My own mango trees: a personal story of degeneration</w:t>
      </w:r>
    </w:p>
    <w:p>
      <w:r>
        <w:rPr>
          <w:color w:val="666666"/>
          <w:sz w:val="18"/>
        </w:rPr>
        <w:t>The Concept of Doomsday in islam May 16, 2009 · 1m 36s · at 41:09 · https://youtu.be/yPjFg8vwSLw?t=2469</w:t>
      </w:r>
    </w:p>
    <w:p>
      <w:r>
        <w:rPr>
          <w:i/>
        </w:rPr>
        <w:t>“Let me give you a personal example — I have property in a village.”</w:t>
      </w:r>
    </w:p>
    <w:p>
      <w:r>
        <w:rPr>
          <w:sz w:val="20"/>
        </w:rPr>
        <w:t>41:09  mistakes. Dekhein, main aap ko zaati example deta hoon aap ko. Zaati kya duniya hai? Aaj kahan hai? Ek Musalman ki meri property hai, Aligarh mein, gaon mein.</w:t>
      </w:r>
      <w:r>
        <w:br/>
      </w:r>
      <w:r>
        <w:rPr>
          <w:sz w:val="20"/>
        </w:rPr>
        <w:t>41:20  To is mein maine wahan baagh lagwaya tha. Meri apni jo property hai, meri, mere bhaiyon ki. To meri family ke ek aadmi ne 29 peR jo hai, us ko qabza kar liya, fencing kar ke</w:t>
      </w:r>
      <w:r>
        <w:br/>
      </w:r>
      <w:r>
        <w:rPr>
          <w:sz w:val="20"/>
        </w:rPr>
        <w:t>41:37  . To maine yahan se kehwaya ke in se keh do ke agar woh Quran haath mein le kar keh dein ke yeh 29 peR mere hain, 29 tree, aam ke aam ke tree thay, to main un ko de doon ga,</w:t>
      </w:r>
      <w:r>
        <w:br/>
      </w:r>
      <w:r>
        <w:rPr>
          <w:sz w:val="20"/>
        </w:rPr>
        <w:t>41:51  kuch nahi karoon ga. Quran haath mein le kar keh dein ke yeh mere hain. Jante hain kya kaha unhon ne? Quran is mein, is maamle mein kahan se aa gaya?</w:t>
      </w:r>
      <w:r>
        <w:br/>
      </w:r>
      <w:r>
        <w:rPr>
          <w:sz w:val="20"/>
        </w:rPr>
        <w:t>42:01  Quran is mein kahan se aa gaya?</w:t>
      </w:r>
      <w:r>
        <w:br/>
      </w:r>
      <w:r>
        <w:rPr>
          <w:sz w:val="20"/>
        </w:rPr>
        <w:t>42:04  To ab, ab qayamat aur kab aaye gi? Woh yahi to qayamat ka time hai. Ek Musalman yeh keh raha hai ke Quran is mein kahan se aa gaya? Isi liye main kehta hoon ke degeneration ki aakhri had aa gayi hai.</w:t>
      </w:r>
      <w:r>
        <w:br/>
      </w:r>
      <w:r>
        <w:rPr>
          <w:sz w:val="20"/>
        </w:rPr>
        <w:t>42:20  Yeh mera personal experience hai. To main bhool bhala diya. Maine ek dum, maine aag band kar li ke jao, abhi jo chahe karo. Hatta ke main abhi gaya tha gaon par, hamare Aqwan sahib bhi hamare saath thay.</w:t>
      </w:r>
      <w:r>
        <w:br/>
      </w:r>
      <w:r>
        <w:rPr>
          <w:sz w:val="20"/>
        </w:rPr>
        <w:t>42:30  Wahan main gaye hi nahi, baagh dekhne nahi gaya.</w:t>
      </w:r>
      <w:r>
        <w:br/>
      </w:r>
      <w:r>
        <w:rPr>
          <w:sz w:val="20"/>
        </w:rPr>
        <w:t>42:34  Shayad tum bhi thay? Ji. Hum wahan gaye hi nahi, baagh dekhne mein gaye hi nahi.</w:t>
      </w:r>
    </w:p>
    <w:p>
      <w:pPr>
        <w:pStyle w:val="Heading2"/>
      </w:pPr>
      <w:r>
        <w:t>Belief in God in crisis management</w:t>
      </w:r>
    </w:p>
    <w:p>
      <w:r>
        <w:rPr>
          <w:color w:val="666666"/>
          <w:sz w:val="18"/>
        </w:rPr>
        <w:t>Divine Crusades December 14, 2014 · 1m 05s · at 1:02:55 · https://youtu.be/qZhY00S5LQg?t=3775</w:t>
      </w:r>
    </w:p>
    <w:p>
      <w:r>
        <w:rPr>
          <w:i/>
        </w:rPr>
        <w:t>“How important is belief in God in crisis management?”</w:t>
      </w:r>
    </w:p>
    <w:p>
      <w:r>
        <w:rPr>
          <w:sz w:val="20"/>
        </w:rPr>
        <w:t>1:02:55  How important is belief in God in crisis management?</w:t>
      </w:r>
      <w:r>
        <w:br/>
      </w:r>
      <w:r>
        <w:rPr>
          <w:sz w:val="20"/>
        </w:rPr>
        <w:t>1:03:01  Dekhiye, main samajhta hoon ke crisis management jo hai, sab se bari human quality hai.</w:t>
      </w:r>
      <w:r>
        <w:br/>
      </w:r>
      <w:r>
        <w:rPr>
          <w:sz w:val="20"/>
        </w:rPr>
        <w:t>1:03:08  Aur Allah taala ne mind diya hai.</w:t>
      </w:r>
      <w:r>
        <w:br/>
      </w:r>
      <w:r>
        <w:rPr>
          <w:sz w:val="20"/>
        </w:rPr>
        <w:t>1:03:14  Aap ka mind jo hai, uske andar jo ability hai, us mein sab se bari ability hai crisis management.</w:t>
      </w:r>
      <w:r>
        <w:br/>
      </w:r>
      <w:r>
        <w:rPr>
          <w:sz w:val="20"/>
        </w:rPr>
        <w:t>1:03:21  Cheez kya hai? Jab aap ko crisis pesh aaye to aap apne ko na dekhiye, Allah ko dekhiye.</w:t>
      </w:r>
      <w:r>
        <w:br/>
      </w:r>
      <w:r>
        <w:rPr>
          <w:sz w:val="20"/>
        </w:rPr>
        <w:t>1:03:27  Apne ko dekhenge to aap disheartened ho jayenge.</w:t>
      </w:r>
      <w:r>
        <w:br/>
      </w:r>
      <w:r>
        <w:rPr>
          <w:sz w:val="20"/>
        </w:rPr>
        <w:t>1:03:34  Allah ko dekhenge to aap ka confidence level badh jayega.</w:t>
      </w:r>
      <w:r>
        <w:br/>
      </w:r>
      <w:r>
        <w:rPr>
          <w:sz w:val="20"/>
        </w:rPr>
        <w:t>1:03:40  Bas iske baad aap ko Allah ka inspiration milega aur aap cheezon ko manage karte chale jayenge.</w:t>
      </w:r>
      <w:r>
        <w:br/>
      </w:r>
      <w:r>
        <w:rPr>
          <w:sz w:val="20"/>
        </w:rPr>
        <w:t>1:03:47  Maulana, unhone ek aur sawal aapse poocha hai.</w:t>
      </w:r>
      <w:r>
        <w:br/>
      </w:r>
      <w:r>
        <w:rPr>
          <w:sz w:val="20"/>
        </w:rPr>
        <w:t>1:03:53  Woh unhone likha hai ke God's help comes to a person who feels helpless.</w:t>
      </w:r>
      <w:r>
        <w:br/>
      </w:r>
      <w:r>
        <w:rPr>
          <w:sz w:val="20"/>
        </w:rPr>
        <w:t>1:04:00  Is this true?</w:t>
      </w:r>
    </w:p>
    <w:p>
      <w:pPr>
        <w:pStyle w:val="Heading2"/>
      </w:pPr>
      <w:r>
        <w:t>why fictional novel characters never change real life</w:t>
      </w:r>
    </w:p>
    <w:p>
      <w:r>
        <w:rPr>
          <w:color w:val="666666"/>
          <w:sz w:val="18"/>
        </w:rPr>
        <w:t>The Secret of Success June 26, 2008 Maulana Wahiduddin Khan · 1m 50s · at 19:10 · https://youtu.be/_vqfB9XcpPs?t=1150</w:t>
      </w:r>
    </w:p>
    <w:p>
      <w:r>
        <w:rPr>
          <w:i/>
        </w:rPr>
        <w:t>“ایک کریکٹر ناول میں صبح بہت سویرے اٹھ جاتا تھا”</w:t>
      </w:r>
    </w:p>
    <w:p>
      <w:r>
        <w:rPr>
          <w:sz w:val="20"/>
        </w:rPr>
        <w:t>19:10  us ka farz yeh tha ke early to bed, early to rise. yeh tha. early to bed, early to rise.</w:t>
      </w:r>
      <w:r>
        <w:br/>
      </w:r>
      <w:r>
        <w:rPr>
          <w:sz w:val="20"/>
        </w:rPr>
        <w:t>19:19  ek character aisa hai, us ka yeh tareeqa tha novel mein. to us ko parh kar aisa nahin ho sakta tha ke aap aise ban jayen. kyun?</w:t>
      </w:r>
      <w:r>
        <w:br/>
      </w:r>
      <w:r>
        <w:rPr>
          <w:sz w:val="20"/>
        </w:rPr>
        <w:t>19:30  aap ke mind mein consciously ya unconsciously yeh rehta hai ke yeh to farzi baat hai. yeh to fiction hai.</w:t>
      </w:r>
      <w:r>
        <w:br/>
      </w:r>
      <w:r>
        <w:rPr>
          <w:sz w:val="20"/>
        </w:rPr>
        <w:t>19:38  aisa koi insan to kabhi tha nahin. to us se aap koi lesson kaise le sakte hain? navelon mein aap jante hain ke bohat se character hote hain.</w:t>
      </w:r>
      <w:r>
        <w:br/>
      </w:r>
      <w:r>
        <w:rPr>
          <w:sz w:val="20"/>
        </w:rPr>
        <w:t>19:49  aur main bari achhi achhi baaten bolte hain ya kar ke dikhate hain. ya movie mein aisa hota hai. lekin movie se ya novel se kabhi kisi ki zindagi mein koi change nahin aata.</w:t>
      </w:r>
      <w:r>
        <w:br/>
      </w:r>
      <w:r>
        <w:rPr>
          <w:sz w:val="20"/>
        </w:rPr>
        <w:t>20:02  kyun?</w:t>
      </w:r>
      <w:r>
        <w:br/>
      </w:r>
      <w:r>
        <w:rPr>
          <w:sz w:val="20"/>
        </w:rPr>
        <w:t>20:04  is liye ke woh samajhte hain ke yeh to aisa to aisa to hua to hai nahin kabhi. yeh to qissa kahani hai, yeh to story hai, yeh to fiction hai.</w:t>
      </w:r>
      <w:r>
        <w:br/>
      </w:r>
      <w:r>
        <w:rPr>
          <w:sz w:val="20"/>
        </w:rPr>
        <w:t>20:16  to real life mein aadmi koi lesson leta hai. yani kisi real character se.</w:t>
      </w:r>
      <w:r>
        <w:br/>
      </w:r>
      <w:r>
        <w:rPr>
          <w:sz w:val="20"/>
        </w:rPr>
        <w:t>20:27  ek romantic qissa kahani se parh kar ke woh lesson nahin le sakta hai. to</w:t>
      </w:r>
      <w:r>
        <w:br/>
      </w:r>
      <w:r>
        <w:rPr>
          <w:sz w:val="20"/>
        </w:rPr>
        <w:t>20:34  is liye aap ko parhna chahiye real life. kyun ke novel to sirf time pass karne ke liye hai, entertainment ke liye hai.</w:t>
      </w:r>
      <w:r>
        <w:br/>
      </w:r>
      <w:r>
        <w:rPr>
          <w:sz w:val="20"/>
        </w:rPr>
        <w:t>20:45  kuch der parhiye aur enjoy kijiye. zindagi mein aap ko is se koi bhi faida nahi hoga. bohat se log jo hain, unhon ne novel likhe hain is ke liye, yeh samaj sudhaar ke liye.</w:t>
      </w:r>
    </w:p>
    <w:p>
      <w:pPr>
        <w:pStyle w:val="Heading2"/>
      </w:pPr>
      <w:r>
        <w:t>Queen Elizabeth handling crisis</w:t>
      </w:r>
    </w:p>
    <w:p>
      <w:r>
        <w:rPr>
          <w:color w:val="666666"/>
          <w:sz w:val="18"/>
        </w:rPr>
        <w:t>Role of Spirituality in Stress Management 29 Dec 2007 - Maulana Wahiduddin Khan · 1m 20s · at 11:42 · https://youtu.be/RA0sg_c57mI?t=702</w:t>
      </w:r>
    </w:p>
    <w:p>
      <w:r>
        <w:rPr>
          <w:i/>
        </w:rPr>
        <w:t>“A man entered Queen Elizabeth's bedroom”</w:t>
      </w:r>
    </w:p>
    <w:p>
      <w:r>
        <w:rPr>
          <w:sz w:val="20"/>
        </w:rPr>
        <w:t>11:42  abhi jo Britain ke jo Queen Elizabeth hain to un ke bedroom mein aik aadmi ghus gaya yeh maine parha tha qissa kisi paper mein to bedroom mein woh akeli theen akeli</w:t>
      </w:r>
      <w:r>
        <w:br/>
      </w:r>
      <w:r>
        <w:rPr>
          <w:sz w:val="20"/>
        </w:rPr>
        <w:t>11:59  woh ghus gaya kisi wajah se kisi ne manage kiya is ne wahan magar pounch gaya ab dekhiye agar woh Queen Elizabeth jo theen agar ghussa hoti daantati daantati is ko to woh bhi kuch aggressive ho jata aggressive ho kar ke kuch bhi kar sakta tha woh unhon ne kya kiya bohat hi apnay ko sambhala</w:t>
      </w:r>
      <w:r>
        <w:br/>
      </w:r>
      <w:r>
        <w:rPr>
          <w:sz w:val="20"/>
        </w:rPr>
        <w:t>12:20  sambhal kar ke unhon ne within second yeh faisla kiya ke mujhe is ko chocolate pesh karna chahiye aur is ko unhon ne chocolate pesh kiya aur dheeray se apnay security ka switch daba diya yani manage kiya is tarah se unhon ne na unhon ne react kiya na ghussa huien na daant lagai lekin get out get out nahi kiya kuch bhi nahi kiya</w:t>
      </w:r>
      <w:r>
        <w:br/>
      </w:r>
      <w:r>
        <w:rPr>
          <w:sz w:val="20"/>
        </w:rPr>
        <w:t>12:42  kyun ke woh aggressive woh woh woh react karta woh aggressive ho jata to unhon ne kya kiya is ko chocolate pesh kiya aur doosri taraf switch daba diya security ka within minute security aa gayi aur is ko pakar le gayi woh yeh hai management</w:t>
      </w:r>
      <w:r>
        <w:br/>
      </w:r>
      <w:r>
        <w:rPr>
          <w:sz w:val="20"/>
        </w:rPr>
        <w:t>13:03  log asal mein manage karna nahi jantay kyun ke intellectually woh awaken nahi hotay aap pachas saal tak heart based spirituality mein apnay ko lagayein tab bhi aap ko kya hoga aap ka intellectual mind jo hai</w:t>
      </w:r>
    </w:p>
    <w:p>
      <w:pPr>
        <w:pStyle w:val="Heading2"/>
      </w:pPr>
      <w:r>
        <w:t>Creation plan: test then reward</w:t>
      </w:r>
    </w:p>
    <w:p>
      <w:r>
        <w:rPr>
          <w:color w:val="666666"/>
          <w:sz w:val="18"/>
        </w:rPr>
        <w:t>The Concept of Hereafter in Islam June 24, 2007 · 1m 53s · at 3:39 · https://youtu.be/Qqr-uGau0iU?t=219</w:t>
      </w:r>
    </w:p>
    <w:p>
      <w:r>
        <w:rPr>
          <w:i/>
        </w:rPr>
        <w:t>“What is the Creation Plan of God?”</w:t>
      </w:r>
    </w:p>
    <w:p>
      <w:r>
        <w:rPr>
          <w:sz w:val="20"/>
        </w:rPr>
        <w:t>3:39  is mamle ko samajhne ke liye sabse pehle hamein yeh janana padega, yeh janana chahiye, yeh janana chahiye ke What is the Creation Plan of God?</w:t>
      </w:r>
      <w:r>
        <w:br/>
      </w:r>
      <w:r>
        <w:rPr>
          <w:sz w:val="20"/>
        </w:rPr>
        <w:t>4:00  Khuda ne jaisa ke Quran mein bataya gaya hai aur hadith adab mein iski tafseel pa sakte hain hum</w:t>
      </w:r>
      <w:r>
        <w:br/>
      </w:r>
      <w:r>
        <w:rPr>
          <w:sz w:val="20"/>
        </w:rPr>
        <w:t>4:12  ke Khuda ne insan ko banaya. Pehla insan Adam tha to usko Khuda ne Eternal Being ke taur par paida kiya.</w:t>
      </w:r>
      <w:r>
        <w:br/>
      </w:r>
      <w:r>
        <w:rPr>
          <w:sz w:val="20"/>
        </w:rPr>
        <w:t>4:26  yani insan koi keede makode ki tarah nahi tha, yeh paida hote hain, mar jate hain. Inka haal hota hai lekin inka mustaqbil nahi hota.</w:t>
      </w:r>
      <w:r>
        <w:br/>
      </w:r>
      <w:r>
        <w:rPr>
          <w:sz w:val="20"/>
        </w:rPr>
        <w:t>4:40  balkeh insan ko paida kiya Khuda ne Eternal Creature ki hesiyat se lekin uski zindagi ko Khuda ne taqseem kar diya do hisson mein.</w:t>
      </w:r>
      <w:r>
        <w:br/>
      </w:r>
      <w:r>
        <w:rPr>
          <w:sz w:val="20"/>
        </w:rPr>
        <w:t>4:59  Pre-Death Period aur Post-Death Period. To Post-Death Period jo hai usi ko kehte hain alam-e aakhirat.</w:t>
      </w:r>
      <w:r>
        <w:br/>
      </w:r>
      <w:r>
        <w:rPr>
          <w:sz w:val="20"/>
        </w:rPr>
        <w:t>5:14  is duniya mein insan hai. Test ke liye. Yeh duniya testing ground hai. Aur aakhirat jo hai woh wahan woh hai inaam ke liye.</w:t>
      </w:r>
    </w:p>
    <w:p>
      <w:pPr>
        <w:pStyle w:val="Heading2"/>
      </w:pPr>
      <w:r>
        <w:t>Absolute vs relative truth</w:t>
      </w:r>
    </w:p>
    <w:p>
      <w:r>
        <w:rPr>
          <w:color w:val="666666"/>
          <w:sz w:val="18"/>
        </w:rPr>
        <w:t>Understanding Islam (In Conversation with Maulan) 15.5.2008 · 2m 25s · at 13:26 · https://youtu.be/0SGSOPSun0E?t=806</w:t>
      </w:r>
    </w:p>
    <w:p>
      <w:r>
        <w:rPr>
          <w:i/>
        </w:rPr>
        <w:t>“Dekhiyen, asal cheez yeh hai ke yahan par jo kuch log.”</w:t>
      </w:r>
    </w:p>
    <w:p>
      <w:r>
        <w:rPr>
          <w:sz w:val="20"/>
        </w:rPr>
        <w:t>13:26  Dekhein, asal cheez yeh hai ki yahan par jo kuch log yaani yeh do concepts hain religion ke.</w:t>
      </w:r>
      <w:r>
        <w:br/>
      </w:r>
      <w:r>
        <w:rPr>
          <w:sz w:val="20"/>
        </w:rPr>
        <w:t>13:37  Ek hai ki religion jo hai ya sachai. Sachai ek aisi cheez hai jis ko har aadmi alag alag discover karta hai. Yaani apni discovery ka naam hai sachai.</w:t>
      </w:r>
      <w:r>
        <w:br/>
      </w:r>
      <w:r>
        <w:rPr>
          <w:sz w:val="20"/>
        </w:rPr>
        <w:t>13:49  Yaani apne se bahar is ka koi aisi cheez nahi hai ki woh sab ke liye absolute truth ho. To do alag alag concepts hain.</w:t>
      </w:r>
      <w:r>
        <w:br/>
      </w:r>
      <w:r>
        <w:rPr>
          <w:sz w:val="20"/>
        </w:rPr>
        <w:t>13:58  Ek hai absolute truth ka concept aur ek hai ki ek relative cheez hai jis ko jahan sachai mil jaye wahi us ke liye sachai hai.</w:t>
      </w:r>
      <w:r>
        <w:br/>
      </w:r>
      <w:r>
        <w:rPr>
          <w:sz w:val="20"/>
        </w:rPr>
        <w:t>14:11  To main samajhta hoon ki jo log yeh kehte hain ki sachai absolute nahi hai to woh sach poochho to denial hai sachai ka ki sachai agar absolute nahi hai to phir sachai nahi hai.</w:t>
      </w:r>
      <w:r>
        <w:br/>
      </w:r>
      <w:r>
        <w:rPr>
          <w:sz w:val="20"/>
        </w:rPr>
        <w:t>14:22  woh aap ghore kijiye ke sachai jo hai agar wohi wohi absolute na ho to phir kya hua?</w:t>
      </w:r>
      <w:r>
        <w:br/>
      </w:r>
      <w:r>
        <w:rPr>
          <w:sz w:val="20"/>
        </w:rPr>
        <w:t>14:32  yani yani woh woh sachai thori hui. woh har aadmi ki apni yeh sachai alag alag ho to mein samajhta hoon ke woh sachai nahi hai.</w:t>
      </w:r>
      <w:r>
        <w:br/>
      </w:r>
      <w:r>
        <w:rPr>
          <w:sz w:val="20"/>
        </w:rPr>
        <w:t>14:41  woh woh selfishness hai. woh interest hai. woh apne hisab se aap ne ek cheez bana liya. aap kahenge yeh sachai hai. sachai nahi hai. woh aap ki apni desire pe chal rahe hain.</w:t>
      </w:r>
      <w:r>
        <w:br/>
      </w:r>
      <w:r>
        <w:rPr>
          <w:sz w:val="20"/>
        </w:rPr>
        <w:t>14:51  aap jis society mein aap hain us society se nibah karne ke liye aap ne ek baat ko maan liya. aap kehte hain ke yeh meri sachai hai. to aise aadmi ko yeh bolna chahiye ke mujhe is se koi matlab nahi.</w:t>
      </w:r>
      <w:r>
        <w:br/>
      </w:r>
      <w:r>
        <w:rPr>
          <w:sz w:val="20"/>
        </w:rPr>
        <w:t>15:02  sachai kya hai? mein to khane kamane ke liye zinda rahoon ga bas aur aur mujhe kuch rehna dena nahi hai. kyunke sachai agar hai to absolute hai.</w:t>
      </w:r>
      <w:r>
        <w:br/>
      </w:r>
      <w:r>
        <w:rPr>
          <w:sz w:val="20"/>
        </w:rPr>
        <w:t>15:12  sachai kabhi bhi relative nahi ho sakti hai. mein is ko manne ko tayyar nahi hoon ke sachai relative ho sakti hai. to phir kya cheez aisa absolute hai duniya mein?</w:t>
      </w:r>
      <w:r>
        <w:br/>
      </w:r>
      <w:r>
        <w:rPr>
          <w:sz w:val="20"/>
        </w:rPr>
        <w:t>15:24  phir to sachai se har har doosri cheez sachai se kam hai. to sachai mein dekh bilashuba absolute cheez hai.</w:t>
      </w:r>
      <w:r>
        <w:br/>
      </w:r>
      <w:r>
        <w:rPr>
          <w:sz w:val="20"/>
        </w:rPr>
        <w:t>15:35  woh ek hai. har ek ke liye wohi ek hi hai. har aadmi ka farz hai ke us sachai ko dhoondhe. woh us us sachai ko talash kare.</w:t>
      </w:r>
      <w:r>
        <w:br/>
      </w:r>
      <w:r>
        <w:rPr>
          <w:sz w:val="20"/>
        </w:rPr>
        <w:t>15:44  woh yeh farz hai. jo aisa nahi karega to Khuda ka pakda jayega. woh</w:t>
      </w:r>
    </w:p>
    <w:p>
      <w:pPr>
        <w:pStyle w:val="Heading2"/>
      </w:pPr>
      <w:r>
        <w:t>Evolution theory misreads similarity in creation</w:t>
      </w:r>
    </w:p>
    <w:p>
      <w:r>
        <w:rPr>
          <w:color w:val="666666"/>
          <w:sz w:val="18"/>
        </w:rPr>
        <w:t>Materialism and Intellectual Dwarfism 29th April 2012 · 2m 14s · at 35:30 · https://youtu.be/qHzARL_r3I4?t=2130</w:t>
      </w:r>
    </w:p>
    <w:p>
      <w:r>
        <w:rPr>
          <w:i/>
        </w:rPr>
        <w:t>“Secular logon ki ek bahut badi hamaqat batata hoon aapko”</w:t>
      </w:r>
    </w:p>
    <w:p>
      <w:r>
        <w:rPr>
          <w:sz w:val="20"/>
        </w:rPr>
        <w:t>35:30  ab aik yani secular logon ki aik aik aik bohat bari hamakat mein batata hoon aap ko jis mein saray saray insaan mubtala hain. ajeeb baat hai.</w:t>
      </w:r>
      <w:r>
        <w:br/>
      </w:r>
      <w:r>
        <w:rPr>
          <w:sz w:val="20"/>
        </w:rPr>
        <w:t>35:40  wo evolution theory. evolution theory mein kya hai ke darwin ne jo study ki aur doosray logon ne to unhon ne paya ke yeh species beshumar hain.</w:t>
      </w:r>
      <w:r>
        <w:br/>
      </w:r>
      <w:r>
        <w:rPr>
          <w:sz w:val="20"/>
        </w:rPr>
        <w:t>35:55  species ki koi ginti nahi hai.</w:t>
      </w:r>
      <w:r>
        <w:br/>
      </w:r>
      <w:r>
        <w:rPr>
          <w:sz w:val="20"/>
        </w:rPr>
        <w:t>35:59  bheer hai, bakri hai, ghodi hai, gaaye hai, bail hai, oont hai, hathi hai aur ghoda hai, sher hai. beshumar species hain lekin un ka jo dhancha hota hai, hamaray jaisay ke yeh khal hai, khal ke neechay andar aik dhancha hai.</w:t>
      </w:r>
      <w:r>
        <w:br/>
      </w:r>
      <w:r>
        <w:rPr>
          <w:sz w:val="20"/>
        </w:rPr>
        <w:t>36:14  dhancha jo hadiyon se bana hua hota hai</w:t>
      </w:r>
      <w:r>
        <w:br/>
      </w:r>
      <w:r>
        <w:rPr>
          <w:sz w:val="20"/>
        </w:rPr>
        <w:t>36:18  to dhanchay mein similarity hai.</w:t>
      </w:r>
      <w:r>
        <w:br/>
      </w:r>
      <w:r>
        <w:rPr>
          <w:sz w:val="20"/>
        </w:rPr>
        <w:t>36:23  dhanchay mein similarity hai. misaal ke taur par jo dhancha billi ka hai, usay similar dhancha bheriye ka hai, usay similar dhancha shair ka hai.</w:t>
      </w:r>
      <w:r>
        <w:br/>
      </w:r>
      <w:r>
        <w:rPr>
          <w:sz w:val="20"/>
        </w:rPr>
        <w:t>36:33  to dhanchay mein similarity hai. is se kya nikaal liya ke aik se doosra yani aik se doosra paida hua, doosra doosra paida hua.</w:t>
      </w:r>
      <w:r>
        <w:br/>
      </w:r>
      <w:r>
        <w:rPr>
          <w:sz w:val="20"/>
        </w:rPr>
        <w:t>36:45  aik saada si baat hai ke dhanchay mein similarity ke maani hain ke species mein diversity hai. yani khuda ne billi paida ki, phir khuda ne bheriya paida kiya, phir khuda ne shair paida kiya,</w:t>
      </w:r>
      <w:r>
        <w:br/>
      </w:r>
      <w:r>
        <w:rPr>
          <w:sz w:val="20"/>
        </w:rPr>
        <w:t>37:01  khuda ne bakri paida ki, phir khuda ne gaaye paida ki, khuda phir zaraf paida kiya. alag alag alag alag yani creation mein diversity sabit hoti hai.</w:t>
      </w:r>
      <w:r>
        <w:br/>
      </w:r>
      <w:r>
        <w:rPr>
          <w:sz w:val="20"/>
        </w:rPr>
        <w:t>37:14  creation mein evolution nahi sabit hota. is se jo similarity hai, us se sirf yeh sabit hota hai ke creation mein diversity hai.</w:t>
      </w:r>
      <w:r>
        <w:br/>
      </w:r>
      <w:r>
        <w:rPr>
          <w:sz w:val="20"/>
        </w:rPr>
        <w:t>37:24  magar kya nikaal liya ke creation mein evolution hai. is se wo nikla, is se wo nikla, is se wo nikla. yeh hai intellectual dwarfism.</w:t>
      </w:r>
      <w:r>
        <w:br/>
      </w:r>
      <w:r>
        <w:rPr>
          <w:sz w:val="20"/>
        </w:rPr>
        <w:t>37:36  log well dressed dikhayay hotay hain, shandar gharon mein rehtay hain, baray bekaroon mein chaltay hain lekin intellectually they are dwarf.</w:t>
      </w:r>
    </w:p>
    <w:p>
      <w:pPr>
        <w:pStyle w:val="Heading2"/>
      </w:pPr>
      <w:r>
        <w:t>I'tikaf as periodic seclusion for planning</w:t>
      </w:r>
    </w:p>
    <w:p>
      <w:r>
        <w:rPr>
          <w:color w:val="666666"/>
          <w:sz w:val="18"/>
        </w:rPr>
        <w:t>Significance of I'tikaf Today | June 10, 2018 · 2m 04s · at 5:35 · https://youtu.be/UWmQVRON9rg?t=335</w:t>
      </w:r>
    </w:p>
    <w:p>
      <w:r>
        <w:rPr>
          <w:i/>
        </w:rPr>
        <w:t>“To mere nazdeek i'tikaf hai woh week-off planning hai.”</w:t>
      </w:r>
    </w:p>
    <w:p>
      <w:r>
        <w:rPr>
          <w:sz w:val="20"/>
        </w:rPr>
        <w:t>5:35  to mere nazdeek ehtikaf hai jo hai woh week of planning hai.</w:t>
      </w:r>
      <w:r>
        <w:br/>
      </w:r>
      <w:r>
        <w:rPr>
          <w:sz w:val="20"/>
        </w:rPr>
        <w:t>5:42  aap is ko chahe mahine ka kahein ya hafte ko kahein ya 10 din kahein, jo bhi kahein.</w:t>
      </w:r>
      <w:r>
        <w:br/>
      </w:r>
      <w:r>
        <w:rPr>
          <w:sz w:val="20"/>
        </w:rPr>
        <w:t>5:50  yani period of planning.</w:t>
      </w:r>
      <w:r>
        <w:br/>
      </w:r>
      <w:r>
        <w:rPr>
          <w:sz w:val="20"/>
        </w:rPr>
        <w:t>5:57  saal mein ek baar aap ko yeh kar</w:t>
      </w:r>
      <w:r>
        <w:br/>
      </w:r>
      <w:r>
        <w:rPr>
          <w:sz w:val="20"/>
        </w:rPr>
        <w:t>6:05  na chahiye ke aap seclusion mein chale jayein.</w:t>
      </w:r>
      <w:r>
        <w:br/>
      </w:r>
      <w:r>
        <w:rPr>
          <w:sz w:val="20"/>
        </w:rPr>
        <w:t>6:11  kyun ke lafzi mani ehtikaf ko hote hain seclusion. seclusion.</w:t>
      </w:r>
      <w:r>
        <w:br/>
      </w:r>
      <w:r>
        <w:rPr>
          <w:sz w:val="20"/>
        </w:rPr>
        <w:t>6:18  going to seclusion.</w:t>
      </w:r>
      <w:r>
        <w:br/>
      </w:r>
      <w:r>
        <w:rPr>
          <w:sz w:val="20"/>
        </w:rPr>
        <w:t>6:24  to saal mein ek baar Ramzan ke mahine mein chahe 10 din, chahe hafte bhar, chahe ek mahina</w:t>
      </w:r>
      <w:r>
        <w:br/>
      </w:r>
      <w:r>
        <w:rPr>
          <w:sz w:val="20"/>
        </w:rPr>
        <w:t>6:30  aap seclusion mein chale jayein.</w:t>
      </w:r>
      <w:r>
        <w:br/>
      </w:r>
      <w:r>
        <w:rPr>
          <w:sz w:val="20"/>
        </w:rPr>
        <w:t>6:37  akele hi nahi, aap wahan kisi ko saath le sakte hain.</w:t>
      </w:r>
      <w:r>
        <w:br/>
      </w:r>
      <w:r>
        <w:rPr>
          <w:sz w:val="20"/>
        </w:rPr>
        <w:t>6:45  aur planning karein.</w:t>
      </w:r>
      <w:r>
        <w:br/>
      </w:r>
      <w:r>
        <w:rPr>
          <w:sz w:val="20"/>
        </w:rPr>
        <w:t>6:53  sochein ke aaj Islam ke liye, ummat-e-muslima ke liye bara masla jis par kuch kiya jaye woh kya hai.</w:t>
      </w:r>
      <w:r>
        <w:br/>
      </w:r>
      <w:r>
        <w:rPr>
          <w:sz w:val="20"/>
        </w:rPr>
        <w:t>7:01  yani going to seclusion for the sake of replanning.</w:t>
      </w:r>
      <w:r>
        <w:br/>
      </w:r>
      <w:r>
        <w:rPr>
          <w:sz w:val="20"/>
        </w:rPr>
        <w:t>7:09  yeh matlab hai is ka.</w:t>
      </w:r>
      <w:r>
        <w:br/>
      </w:r>
      <w:r>
        <w:rPr>
          <w:sz w:val="20"/>
        </w:rPr>
        <w:t>7:16  woh to ek form hai jis ko log dohrate hain lekin hamesha yaad rakhiye asal cheez form nahi hoti hai.</w:t>
      </w:r>
      <w:r>
        <w:br/>
      </w:r>
      <w:r>
        <w:rPr>
          <w:sz w:val="20"/>
        </w:rPr>
        <w:t>7:24  asal cheez hoti hai purpose, maqsad.</w:t>
      </w:r>
      <w:r>
        <w:br/>
      </w:r>
      <w:r>
        <w:rPr>
          <w:sz w:val="20"/>
        </w:rPr>
        <w:t>7:31  to ehtikaf ka jo purpose hai, jo maqsad hai woh yeh hai ke periodically</w:t>
      </w:r>
    </w:p>
    <w:p>
      <w:pPr>
        <w:pStyle w:val="Heading2"/>
      </w:pPr>
      <w:r>
        <w:t>Second chance and repentance concept</w:t>
      </w:r>
    </w:p>
    <w:p>
      <w:r>
        <w:rPr>
          <w:color w:val="666666"/>
          <w:sz w:val="18"/>
        </w:rPr>
        <w:t>Dars-e-Quran, Chapter 2, Verse 35-39 December 31, 2017 · 2m 54s · at 25:03 · https://youtu.be/6FNtbR3EBtc?t=1503</w:t>
      </w:r>
    </w:p>
    <w:p>
      <w:r>
        <w:rPr>
          <w:i/>
        </w:rPr>
        <w:t>“Yeh bohat revolutionary idea hai yeh tauba”</w:t>
      </w:r>
    </w:p>
    <w:p>
      <w:r>
        <w:rPr>
          <w:sz w:val="20"/>
        </w:rPr>
        <w:t>25:03  ye bohat revolutionary idea hai ye tauba tauba bohat revolutionary idea hai ke agar tum se pehla chance khoya gaya hai to us ko bhulao second chance ko focus karo</w:t>
      </w:r>
      <w:r>
        <w:br/>
      </w:r>
      <w:r>
        <w:rPr>
          <w:sz w:val="20"/>
        </w:rPr>
        <w:t>25:25  first chance agar tum avail nahi kar sake toh toh koi baat nahi second chance ko avail karo</w:t>
      </w:r>
      <w:r>
        <w:br/>
      </w:r>
      <w:r>
        <w:rPr>
          <w:sz w:val="20"/>
        </w:rPr>
        <w:t>25:32  aur yeh hua adam ke qisse mein</w:t>
      </w:r>
      <w:r>
        <w:br/>
      </w:r>
      <w:r>
        <w:rPr>
          <w:sz w:val="20"/>
        </w:rPr>
        <w:t>25:36  duniya mein yaad rakhiye</w:t>
      </w:r>
      <w:r>
        <w:br/>
      </w:r>
      <w:r>
        <w:rPr>
          <w:sz w:val="20"/>
        </w:rPr>
        <w:t>25:39  first chance toh khota hi hai aadmi koi bhi shakhs first chance ko khota hai</w:t>
      </w:r>
      <w:r>
        <w:br/>
      </w:r>
      <w:r>
        <w:rPr>
          <w:sz w:val="20"/>
        </w:rPr>
        <w:t>25:46  khud rasool Allah ke dekhiye aap aap ne shuru kiya apni tehreek apna mission makka mein toh makka</w:t>
      </w:r>
      <w:r>
        <w:br/>
      </w:r>
      <w:r>
        <w:rPr>
          <w:sz w:val="20"/>
        </w:rPr>
        <w:t>25:55  mein toh hua nahi kuch chhodna pada makka ko jo hua woh madine mein hua</w:t>
      </w:r>
      <w:r>
        <w:br/>
      </w:r>
      <w:r>
        <w:rPr>
          <w:sz w:val="20"/>
        </w:rPr>
        <w:t>26:03  aap ne 610 mein apna mission shuru kiya makka</w:t>
      </w:r>
      <w:r>
        <w:br/>
      </w:r>
      <w:r>
        <w:rPr>
          <w:sz w:val="20"/>
        </w:rPr>
        <w:t>26:10  mein 13 saal tak koshish karte rahe</w:t>
      </w:r>
      <w:r>
        <w:br/>
      </w:r>
      <w:r>
        <w:rPr>
          <w:sz w:val="20"/>
        </w:rPr>
        <w:t>26:15  magar wahan par aap mission jadh nahi pakar saka</w:t>
      </w:r>
      <w:r>
        <w:br/>
      </w:r>
      <w:r>
        <w:rPr>
          <w:sz w:val="20"/>
        </w:rPr>
        <w:t>26:20  toh aap ne hijrat ki chhod diya makka ko madine mein aa kar abad hui hai</w:t>
      </w:r>
      <w:r>
        <w:br/>
      </w:r>
      <w:r>
        <w:rPr>
          <w:sz w:val="20"/>
        </w:rPr>
        <w:t>26:27  us waqt aap ne kaha tha</w:t>
      </w:r>
      <w:r>
        <w:br/>
      </w:r>
      <w:r>
        <w:rPr>
          <w:sz w:val="20"/>
        </w:rPr>
        <w:t>26:30  yeh bukhari mein riwayat hai ke umar to baqara</w:t>
      </w:r>
      <w:r>
        <w:br/>
      </w:r>
      <w:r>
        <w:rPr>
          <w:sz w:val="20"/>
        </w:rPr>
        <w:t>26:36  al qaraa yaquloon yasrib al madina</w:t>
      </w:r>
      <w:r>
        <w:br/>
      </w:r>
      <w:r>
        <w:rPr>
          <w:sz w:val="20"/>
        </w:rPr>
        <w:t>26:40  mujhe hukum diya gaya hai ke main aik aur basti mein jaon</w:t>
      </w:r>
      <w:r>
        <w:br/>
      </w:r>
      <w:r>
        <w:rPr>
          <w:sz w:val="20"/>
        </w:rPr>
        <w:t>26:46  yeh basti tamam bastiyon ko kha jaye gi</w:t>
      </w:r>
      <w:r>
        <w:br/>
      </w:r>
      <w:r>
        <w:rPr>
          <w:sz w:val="20"/>
        </w:rPr>
        <w:t>26:51  log is ko kehte hain yasrib aur yeh banegi yani present mein is ka naam yasrib</w:t>
      </w:r>
      <w:r>
        <w:br/>
      </w:r>
      <w:r>
        <w:rPr>
          <w:sz w:val="20"/>
        </w:rPr>
        <w:t>26:56  hai future mein is ka naam madina banega madinat al nabi</w:t>
      </w:r>
      <w:r>
        <w:br/>
      </w:r>
      <w:r>
        <w:rPr>
          <w:sz w:val="20"/>
        </w:rPr>
        <w:t>27:01  is ka is ko aap lafz badliye</w:t>
      </w:r>
      <w:r>
        <w:br/>
      </w:r>
      <w:r>
        <w:rPr>
          <w:sz w:val="20"/>
        </w:rPr>
        <w:t>27:05  is hadith ko lafz badal kar samjhiye woh yeh hai</w:t>
      </w:r>
      <w:r>
        <w:br/>
      </w:r>
      <w:r>
        <w:rPr>
          <w:sz w:val="20"/>
        </w:rPr>
        <w:t>27:10  ke mujh se yeh kaha gaya hai ke first chance khoye ga to khone do second chance ko</w:t>
      </w:r>
      <w:r>
        <w:br/>
      </w:r>
      <w:r>
        <w:rPr>
          <w:sz w:val="20"/>
        </w:rPr>
        <w:t>27:14  avail karo to rasool Allah ke liye first chance makka tha aur second chance madina tha</w:t>
      </w:r>
      <w:r>
        <w:br/>
      </w:r>
      <w:r>
        <w:rPr>
          <w:sz w:val="20"/>
        </w:rPr>
        <w:t>27:23  yeh hadith jo hai bohat zabardast hadith hai yeh</w:t>
      </w:r>
      <w:r>
        <w:br/>
      </w:r>
      <w:r>
        <w:rPr>
          <w:sz w:val="20"/>
        </w:rPr>
        <w:t>27:28  umar to baqarat al qara' yequloon yasrib al madina yeh wohi story hai jo madina jo adam ki story thi</w:t>
      </w:r>
      <w:r>
        <w:br/>
      </w:r>
      <w:r>
        <w:rPr>
          <w:sz w:val="20"/>
        </w:rPr>
        <w:t>27:38  adam ki toba ko Allah ne jab qabool kiya to is ka matlab</w:t>
      </w:r>
      <w:r>
        <w:br/>
      </w:r>
      <w:r>
        <w:rPr>
          <w:sz w:val="20"/>
        </w:rPr>
        <w:t>27:41  kya tha ek bakhshish diya ke aye adam agar tum se first chance khoya gaya hai to us ko chhodo second chance baqi hai us ko avail karo</w:t>
      </w:r>
    </w:p>
    <w:p>
      <w:pPr>
        <w:pStyle w:val="Heading2"/>
      </w:pPr>
      <w:r>
        <w:t>Story of man learning from Surah</w:t>
      </w:r>
    </w:p>
    <w:p>
      <w:r>
        <w:rPr>
          <w:color w:val="666666"/>
          <w:sz w:val="18"/>
        </w:rPr>
        <w:t>The Doomsday is Coming | November 26, 2007 · 3m 32s · at 44:21 · https://youtu.be/AkOKuzwv1HI?t=2661</w:t>
      </w:r>
    </w:p>
    <w:p>
      <w:r>
        <w:rPr>
          <w:i/>
        </w:rPr>
        <w:t>“Ek aadmi ko dhundh kar laya gaya”</w:t>
      </w:r>
    </w:p>
    <w:p>
      <w:r>
        <w:rPr>
          <w:sz w:val="20"/>
        </w:rPr>
        <w:t>44:21  to khair ek aadmi ko woh kahin mil gaya, woh le aaya rasool Allah ke paas.</w:t>
      </w:r>
      <w:r>
        <w:br/>
      </w:r>
      <w:r>
        <w:rPr>
          <w:sz w:val="20"/>
        </w:rPr>
        <w:t>44:27  to aap ne poocha ke maine tum ko kaha tha ke ali ke paas deen seekho to</w:t>
      </w:r>
      <w:r>
        <w:br/>
      </w:r>
      <w:r>
        <w:rPr>
          <w:sz w:val="20"/>
        </w:rPr>
        <w:t>44:33  tum kahan chale gaye? to unhon ne us aadmi ne kaha ke ali ne mujhe yeh surah ki taleem di.</w:t>
      </w:r>
      <w:r>
        <w:br/>
      </w:r>
      <w:r>
        <w:rPr>
          <w:sz w:val="20"/>
        </w:rPr>
        <w:t>44:39  isi mein mujhe sari baat mil gayi.</w:t>
      </w:r>
      <w:r>
        <w:br/>
      </w:r>
      <w:r>
        <w:rPr>
          <w:sz w:val="20"/>
        </w:rPr>
        <w:t>44:45  woh yahi surah jo maine padhi aap ke samne ke zalzalt al arzu zalzalah wa</w:t>
      </w:r>
      <w:r>
        <w:br/>
      </w:r>
      <w:r>
        <w:rPr>
          <w:sz w:val="20"/>
        </w:rPr>
        <w:t>44:51  kharat al arzu asqalah yani chapter number 99.</w:t>
      </w:r>
      <w:r>
        <w:br/>
      </w:r>
      <w:r>
        <w:rPr>
          <w:sz w:val="20"/>
        </w:rPr>
        <w:t>44:57  to us ne kaha ke is surah mein yeh tha ke is mein yeh surah tha ke ke</w:t>
      </w:r>
      <w:r>
        <w:br/>
      </w:r>
      <w:r>
        <w:rPr>
          <w:sz w:val="20"/>
        </w:rPr>
        <w:t>45:03  aadmi ne agar ek zarre ke barabar bhi neki ki hai to us din us ko dekh woh</w:t>
      </w:r>
      <w:r>
        <w:br/>
      </w:r>
      <w:r>
        <w:rPr>
          <w:sz w:val="20"/>
        </w:rPr>
        <w:t>45:09  dekh lega.</w:t>
      </w:r>
      <w:r>
        <w:br/>
      </w:r>
      <w:r>
        <w:rPr>
          <w:sz w:val="20"/>
        </w:rPr>
        <w:t>45:15  aur ek zarre ke barabar burai ki hai to woh bhi us ko bhi woh dekh lega. wa man ya'mal</w:t>
      </w:r>
      <w:r>
        <w:br/>
      </w:r>
      <w:r>
        <w:rPr>
          <w:sz w:val="20"/>
        </w:rPr>
        <w:t>45:21  misqal zarra khairayr wa man ya'mal misqal zarra sharir us ne kaha ke isi mein mujhe sara deen mil gaya.</w:t>
      </w:r>
      <w:r>
        <w:br/>
      </w:r>
      <w:r>
        <w:rPr>
          <w:sz w:val="20"/>
        </w:rPr>
        <w:t>45:27  دیکھیں دین آپ already inborn ہے آپ کے اندر۔</w:t>
      </w:r>
      <w:r>
        <w:br/>
      </w:r>
      <w:r>
        <w:rPr>
          <w:sz w:val="20"/>
        </w:rPr>
        <w:t>45:33  آپ کے unconscious mind میں سب کچھ موجود ہے already.</w:t>
      </w:r>
      <w:r>
        <w:br/>
      </w:r>
      <w:r>
        <w:rPr>
          <w:sz w:val="20"/>
        </w:rPr>
        <w:t>45:39  صرف ضرورت ہے honesty کی۔ honesty کی۔</w:t>
      </w:r>
      <w:r>
        <w:br/>
      </w:r>
      <w:r>
        <w:rPr>
          <w:sz w:val="20"/>
        </w:rPr>
        <w:t>45:45  agar honest ho aap</w:t>
      </w:r>
      <w:r>
        <w:br/>
      </w:r>
      <w:r>
        <w:rPr>
          <w:sz w:val="20"/>
        </w:rPr>
        <w:t>45:52  تو آپ کا conscience، آپ کا nature ہی آپ کو guide کرنے کے لیے کافی ہو جاتا ہے۔</w:t>
      </w:r>
      <w:r>
        <w:br/>
      </w:r>
      <w:r>
        <w:rPr>
          <w:sz w:val="20"/>
        </w:rPr>
        <w:t>45:56  to us ne kaha ke jab maine yeh padha ke woh din aanay wala hai jab main</w:t>
      </w:r>
      <w:r>
        <w:br/>
      </w:r>
      <w:r>
        <w:rPr>
          <w:sz w:val="20"/>
        </w:rPr>
        <w:t>46:00  Khuda ke samne khada hoonga aur ek zarre ke barabar bhi maine achhai ki hai to</w:t>
      </w:r>
      <w:r>
        <w:br/>
      </w:r>
      <w:r>
        <w:rPr>
          <w:sz w:val="20"/>
        </w:rPr>
        <w:t>46:05  wahan par khul jayegi.</w:t>
      </w:r>
      <w:r>
        <w:br/>
      </w:r>
      <w:r>
        <w:rPr>
          <w:sz w:val="20"/>
        </w:rPr>
        <w:t>46:09  ek zarre ke barabar burai ki hai to woh bhi wahan khul jayegi.</w:t>
      </w:r>
      <w:r>
        <w:br/>
      </w:r>
      <w:r>
        <w:rPr>
          <w:sz w:val="20"/>
        </w:rPr>
        <w:t>46:13  to bas bas bas chowkna ho gaya.</w:t>
      </w:r>
      <w:r>
        <w:br/>
      </w:r>
      <w:r>
        <w:rPr>
          <w:sz w:val="20"/>
        </w:rPr>
        <w:t>46:18  main alert ho gaya.</w:t>
      </w:r>
      <w:r>
        <w:br/>
      </w:r>
      <w:r>
        <w:rPr>
          <w:sz w:val="20"/>
        </w:rPr>
        <w:t>46:22  ab kya hai mamlat jab parhte hain, dealing hoti hai logon ke sath rehta hoon to jab bhi koi aisa mamla paṛta hai ke mera conscience bolta hai ke yeh to galat kaam hai to main apne conscience ki awaz ko follow kar ke us se door chala jata hoon. aur jab yeh mera conscience bolta hai ke yeh to sahi kaam hai to main us ko follow karta hoon. to us ne kaha ke jab</w:t>
      </w:r>
      <w:r>
        <w:br/>
      </w:r>
      <w:r>
        <w:rPr>
          <w:sz w:val="20"/>
        </w:rPr>
        <w:t>46:52  bhi main dekhta hoon ke yeh nek kaam hai to us ki taraf daurta hoon.</w:t>
      </w:r>
      <w:r>
        <w:br/>
      </w:r>
      <w:r>
        <w:rPr>
          <w:sz w:val="20"/>
        </w:rPr>
        <w:t>46:56  jab main dekhta hoon ke bura kaam hai to us ke bhagta hoon.</w:t>
      </w:r>
      <w:r>
        <w:br/>
      </w:r>
      <w:r>
        <w:rPr>
          <w:sz w:val="20"/>
        </w:rPr>
        <w:t>47:00  to hua kya? Islam qabool karne ke baad aur kuch baatein sunne ke baad us ke fitrat ke</w:t>
      </w:r>
      <w:r>
        <w:br/>
      </w:r>
      <w:r>
        <w:rPr>
          <w:sz w:val="20"/>
        </w:rPr>
        <w:t>47:03  darwaze khul gaye.</w:t>
      </w:r>
      <w:r>
        <w:br/>
      </w:r>
      <w:r>
        <w:rPr>
          <w:sz w:val="20"/>
        </w:rPr>
        <w:t>47:07  us ke nature ke sare window jo thi khul gayi woh.</w:t>
      </w:r>
      <w:r>
        <w:br/>
      </w:r>
      <w:r>
        <w:rPr>
          <w:sz w:val="20"/>
        </w:rPr>
        <w:t>47:11  us ka conscience jaag pada.</w:t>
      </w:r>
      <w:r>
        <w:br/>
      </w:r>
      <w:r>
        <w:rPr>
          <w:sz w:val="20"/>
        </w:rPr>
        <w:t>47:15  us ka conscience jaag pada.</w:t>
      </w:r>
      <w:r>
        <w:br/>
      </w:r>
      <w:r>
        <w:rPr>
          <w:sz w:val="20"/>
        </w:rPr>
        <w:t>47:18  is ke andar ka jo</w:t>
      </w:r>
      <w:r>
        <w:br/>
      </w:r>
      <w:r>
        <w:rPr>
          <w:sz w:val="20"/>
        </w:rPr>
        <w:t>47:22  allah ta'ala ne jo rakha hai fa'alamahu fujoorahu wa taqwahu woh sab roshan ho gaya is ke samne.</w:t>
      </w:r>
      <w:r>
        <w:br/>
      </w:r>
      <w:r>
        <w:rPr>
          <w:sz w:val="20"/>
        </w:rPr>
        <w:t>47:27  toh is ki light mein woh chalne laga.</w:t>
      </w:r>
      <w:r>
        <w:br/>
      </w:r>
      <w:r>
        <w:rPr>
          <w:sz w:val="20"/>
        </w:rPr>
        <w:t>47:33  یہ کون انسان ہوتا ہے؟ یہ وہ انسان ہے جو سچ مچ sincere انسان ہو۔</w:t>
      </w:r>
      <w:r>
        <w:br/>
      </w:r>
      <w:r>
        <w:rPr>
          <w:sz w:val="20"/>
        </w:rPr>
        <w:t>47:38  جو سچ مچ serious طریقے سے ہر چیزوں کو لے۔</w:t>
      </w:r>
      <w:r>
        <w:br/>
      </w:r>
      <w:r>
        <w:rPr>
          <w:sz w:val="20"/>
        </w:rPr>
        <w:t>47:43  jo sach much honest insaan ho.</w:t>
      </w:r>
      <w:r>
        <w:br/>
      </w:r>
      <w:r>
        <w:rPr>
          <w:sz w:val="20"/>
        </w:rPr>
        <w:t>47:48  jis ke dil mein khuda ka darr sama gaya ho.</w:t>
      </w:r>
    </w:p>
    <w:p>
      <w:pPr>
        <w:pStyle w:val="Heading2"/>
      </w:pPr>
      <w:r>
        <w:t>Wealth without wisdom makes people intellectual dwarfs</w:t>
      </w:r>
    </w:p>
    <w:p>
      <w:r>
        <w:rPr>
          <w:color w:val="666666"/>
          <w:sz w:val="18"/>
        </w:rPr>
        <w:t>Post Fasting Period September 04, 2011 · 2m 19s · at 32:06 · https://youtu.be/njQ14sZvkXc?t=1926</w:t>
      </w:r>
    </w:p>
    <w:p>
      <w:r>
        <w:rPr>
          <w:i/>
        </w:rPr>
        <w:t>“Humein Allah ne paisa diya to kyun na aaram karein?”</w:t>
      </w:r>
    </w:p>
    <w:p>
      <w:r>
        <w:rPr>
          <w:sz w:val="20"/>
        </w:rPr>
        <w:t>32:06  jo log ek sath baat hui usi mamle mein to unhone kaha ke aap jab hum ko Allah ne paisa diya to kyun na hum aaram karein?</w:t>
      </w:r>
      <w:r>
        <w:br/>
      </w:r>
      <w:r>
        <w:rPr>
          <w:sz w:val="20"/>
        </w:rPr>
        <w:t>32:21  hum ko Allah ne paisa diya hai to hum kyun na yani khoob aaram o wish zindagi guzarein? to maine kaha ke maine kaha paisa paisa diya hai to kya is liye ke aap bewakoof ban jayein?</w:t>
      </w:r>
      <w:r>
        <w:br/>
      </w:r>
      <w:r>
        <w:rPr>
          <w:sz w:val="20"/>
        </w:rPr>
        <w:t>32:32  maine use ek sawal kiya to us ko jo</w:t>
      </w:r>
      <w:r>
        <w:br/>
      </w:r>
      <w:r>
        <w:rPr>
          <w:sz w:val="20"/>
        </w:rPr>
        <w:t>32:35  ab nahi de sake. woh maine kaha dekhiye, aap aaram o wish zindagi guzar kar ke aap intellectual dwarf ban gaye hain. intellectual dwarf to kaha paisa is liye diya ke aap intellectual dwarf ban jayein.</w:t>
      </w:r>
      <w:r>
        <w:br/>
      </w:r>
      <w:r>
        <w:rPr>
          <w:sz w:val="20"/>
        </w:rPr>
        <w:t>32:49  khuda ne paisa diya hai aap ko is liye ke aap intellectual dwarf ban jayen.</w:t>
      </w:r>
      <w:r>
        <w:br/>
      </w:r>
      <w:r>
        <w:rPr>
          <w:sz w:val="20"/>
        </w:rPr>
        <w:t>32:58  to jis ko bhi maine tajruba kiya, yeh koi ek aadmi ki baat nahi hai jo aram o wish mein rehta hai. maine paya hai ke bewoqoofi bewoqoofi baatein karta hai.</w:t>
      </w:r>
      <w:r>
        <w:br/>
      </w:r>
      <w:r>
        <w:rPr>
          <w:sz w:val="20"/>
        </w:rPr>
        <w:t>33:08  woh yani jo wisdom, yani wisdom bilkul yani hai hi nahi, us ki hoti nahi.</w:t>
      </w:r>
      <w:r>
        <w:br/>
      </w:r>
      <w:r>
        <w:rPr>
          <w:sz w:val="20"/>
        </w:rPr>
        <w:t>33:16  us ke andar wisdom se khali hota hai.</w:t>
      </w:r>
      <w:r>
        <w:br/>
      </w:r>
      <w:r>
        <w:rPr>
          <w:sz w:val="20"/>
        </w:rPr>
        <w:t>33:22  luxury life ke sath sath wisdom jama nahi hoti.</w:t>
      </w:r>
      <w:r>
        <w:br/>
      </w:r>
      <w:r>
        <w:rPr>
          <w:sz w:val="20"/>
        </w:rPr>
        <w:t>33:28  ek arabi ka shair hai ke razina qismat jab bar fina lana ilm walju haal maal ek arab shair ka shair hai razina qismat qismat jab bar fina lana ilm walju haal maal .</w:t>
      </w:r>
      <w:r>
        <w:br/>
      </w:r>
      <w:r>
        <w:rPr>
          <w:sz w:val="20"/>
        </w:rPr>
        <w:t>33:45  hum Allah ke is taqseem par razi ho gaye ke us ne hum ko ilm diya aur jahilon ko maal diya.</w:t>
      </w:r>
      <w:r>
        <w:br/>
      </w:r>
      <w:r>
        <w:rPr>
          <w:sz w:val="20"/>
        </w:rPr>
        <w:t>33:56  is ka matlab kya hai? is ka matlab yeh hai ke maal mein aadmi ne maal ko kya kiya? aadmi ne maal ka istemal bas aram o rahat nateeje mein woh jahil ho gaya, bewoqoof ho gaya, wisdom se khali ho gaya.</w:t>
      </w:r>
      <w:r>
        <w:br/>
      </w:r>
      <w:r>
        <w:rPr>
          <w:sz w:val="20"/>
        </w:rPr>
        <w:t>34:12  yeh matlab hai is ka. aur jis ke paas yeh maal o daulat nahi tha, khoob moqa tha is ko study karne ka, ghor o fikr karne ka, aqli irteqa ka, to us ko wisdom mil gayi.</w:t>
      </w:r>
    </w:p>
    <w:p>
      <w:pPr>
        <w:pStyle w:val="Heading2"/>
      </w:pPr>
      <w:r>
        <w:t>Mother-in-law and daughter-in-law each give one-sided pictures</w:t>
      </w:r>
    </w:p>
    <w:p>
      <w:r>
        <w:rPr>
          <w:color w:val="666666"/>
          <w:sz w:val="18"/>
        </w:rPr>
        <w:t>The Problem of Misunderstanding January 1, 2008 Maulana Wahiduddin Khan · 1m 15s · at 23:04 · https://youtu.be/LdzzoBvyaD0?t=1384</w:t>
      </w:r>
    </w:p>
    <w:p>
      <w:r>
        <w:rPr>
          <w:i/>
        </w:rPr>
        <w:t>“Why do mother-in-law and daughter-in-law always fight?”</w:t>
      </w:r>
    </w:p>
    <w:p>
      <w:r>
        <w:rPr>
          <w:sz w:val="20"/>
        </w:rPr>
        <w:t>23:04  yeh aam halat hai. maslan gharon mein jo jhagde hote hain yeh saas bahu ke jhagde woh kya hai?</w:t>
      </w:r>
      <w:r>
        <w:br/>
      </w:r>
      <w:r>
        <w:rPr>
          <w:sz w:val="20"/>
        </w:rPr>
        <w:t>23:13  woh yahi hai ke saas jo hai yaani madni Allah jo hai woh bahu ki one sided picture pesh karti hai.</w:t>
      </w:r>
      <w:r>
        <w:br/>
      </w:r>
      <w:r>
        <w:rPr>
          <w:sz w:val="20"/>
        </w:rPr>
        <w:t>23:24  yaani bahu ki khoobiyan nahi dikhayengi dengi is ko. koi ek baat jo is ko pasand aaye woh dikhai degi isi ko bayan karegi.</w:t>
      </w:r>
      <w:r>
        <w:br/>
      </w:r>
      <w:r>
        <w:rPr>
          <w:sz w:val="20"/>
        </w:rPr>
        <w:t>23:31  aise hi bahu ka haal hai yaani daughter in Allah ka ke woh saas ki baatein achhi bhi hongi kai is ko nahi bayan karegi woh.</w:t>
      </w:r>
      <w:r>
        <w:br/>
      </w:r>
      <w:r>
        <w:rPr>
          <w:sz w:val="20"/>
        </w:rPr>
        <w:t>23:42  koi baat jo is ko pasand nahi hai is ko le kar bayan karegi. to saas alag half picture pesh kar rahi hai. aur bahu alag half picture pesh kar rahi hai.</w:t>
      </w:r>
      <w:r>
        <w:br/>
      </w:r>
      <w:r>
        <w:rPr>
          <w:sz w:val="20"/>
        </w:rPr>
        <w:t>23:53  is tarah dono taraf misunderstanding paida ho rahi hai. idhar bhi idhar bhi.</w:t>
      </w:r>
      <w:r>
        <w:br/>
      </w:r>
      <w:r>
        <w:rPr>
          <w:sz w:val="20"/>
        </w:rPr>
        <w:t>23:58  yeh aam riwaj hai ke log poori baat nahi kehte. aadhi baat kehte hain. hamesha mera tajurba to yahi hai.</w:t>
      </w:r>
      <w:r>
        <w:br/>
      </w:r>
      <w:r>
        <w:rPr>
          <w:sz w:val="20"/>
        </w:rPr>
        <w:t>24:07  yaani shayad hi koi aadmi aisa mila ho mujhe jo sach much is se pak ho. poori baat bataye. poori baat bataye.</w:t>
      </w:r>
    </w:p>
    <w:p>
      <w:pPr>
        <w:pStyle w:val="Heading2"/>
      </w:pPr>
      <w:r>
        <w:t>You can't develop body and mind at the same time</w:t>
      </w:r>
    </w:p>
    <w:p>
      <w:r>
        <w:rPr>
          <w:color w:val="666666"/>
          <w:sz w:val="18"/>
        </w:rPr>
        <w:t>Materialism and Intellectual Dwarfism 29th April 2012 · 1m 53s · at 2:22 · https://youtu.be/qHzARL_r3I4?t=142</w:t>
      </w:r>
    </w:p>
    <w:p>
      <w:r>
        <w:rPr>
          <w:i/>
        </w:rPr>
        <w:t>“Insan do cheezon ka bana hai: body aur soul”</w:t>
      </w:r>
    </w:p>
    <w:p>
      <w:r>
        <w:rPr>
          <w:sz w:val="20"/>
        </w:rPr>
        <w:t>2:22  To jo log material culture ko ya madi taraqqi ko apna concern banate hain, to lazmi taur par iski ek price dete hain.</w:t>
      </w:r>
      <w:r>
        <w:br/>
      </w:r>
      <w:r>
        <w:rPr>
          <w:sz w:val="20"/>
        </w:rPr>
        <w:t>2:36  Wo yeh ke wo intellectual dwarfism ka shikar hote hain. Dekhein, insaan do ek dual being hai, insaan h</w:t>
      </w:r>
      <w:r>
        <w:br/>
      </w:r>
      <w:r>
        <w:rPr>
          <w:sz w:val="20"/>
        </w:rPr>
        <w:t>2:48  mara ek body hai, hamara ek soul hai, to dono ke taqaze alag alag hain. Body ki taraqqi yeh hai ke usko</w:t>
      </w:r>
      <w:r>
        <w:br/>
      </w:r>
      <w:r>
        <w:rPr>
          <w:sz w:val="20"/>
        </w:rPr>
        <w:t>3:03  madi cheezen milti rahin, khana peena milta rahe, lekin jo soul hai, us ki taraqqi yeh hai us par ke aap ke andar intellectual development hota rahe.</w:t>
      </w:r>
      <w:r>
        <w:br/>
      </w:r>
      <w:r>
        <w:rPr>
          <w:sz w:val="20"/>
        </w:rPr>
        <w:t>3:19  woh ek bilkul different department hai. yeh namumkin hai, dekhiye, ke aap madi taraqqiyon mein jeen aur sath ساتھ aap ka intellectual development bhi hota rahe.</w:t>
      </w:r>
      <w:r>
        <w:br/>
      </w:r>
      <w:r>
        <w:rPr>
          <w:sz w:val="20"/>
        </w:rPr>
        <w:t>3:31  yeh nahi ho sakta. toh ek ko lene ke liye doosre ko khona parega. hadith mein aata hai ke man ahabba ad-dunya adrab-aakhiratihi wa man ahabba aakhiratahi adrab-ad-dunya</w:t>
      </w:r>
      <w:r>
        <w:br/>
      </w:r>
      <w:r>
        <w:rPr>
          <w:sz w:val="20"/>
        </w:rPr>
        <w:t>3:50  fa-asiru ma yabqa ala ma yafna yani dono ko back waqt aap taqseem develop nahi kar sakte.</w:t>
      </w:r>
      <w:r>
        <w:br/>
      </w:r>
      <w:r>
        <w:rPr>
          <w:sz w:val="20"/>
        </w:rPr>
        <w:t>4:00  yani physical part aap ka jo hai, woh aur aap ka intellectual part jo hai, woh. toh ab aap ko aap ka choice kya hai, woh aap par nebar karta hai.</w:t>
      </w:r>
    </w:p>
    <w:p>
      <w:pPr>
        <w:pStyle w:val="Heading2"/>
      </w:pPr>
      <w:r>
        <w:t>Angels record deeds for Jannah</w:t>
      </w:r>
    </w:p>
    <w:p>
      <w:r>
        <w:rPr>
          <w:color w:val="666666"/>
          <w:sz w:val="18"/>
        </w:rPr>
        <w:t>Doomsday Knocking at the Door April 18, 2010 Maulana Wahiduddin Khan · 1m 57s · at 23:37 · https://youtu.be/-kau2ZHfsXc?t=1417</w:t>
      </w:r>
    </w:p>
    <w:p>
      <w:r>
        <w:rPr>
          <w:i/>
        </w:rPr>
        <w:t>“Yahan toh bata diya gaya hai”</w:t>
      </w:r>
    </w:p>
    <w:p>
      <w:r>
        <w:rPr>
          <w:sz w:val="20"/>
        </w:rPr>
        <w:t>23:37  lekin yahan to bata diya gaya hai,</w:t>
      </w:r>
      <w:r>
        <w:br/>
      </w:r>
      <w:r>
        <w:rPr>
          <w:sz w:val="20"/>
        </w:rPr>
        <w:t>23:42  yahan to bata diya gaya hai ke har waqt farishtay tumhare is aas paas hain,</w:t>
      </w:r>
      <w:r>
        <w:br/>
      </w:r>
      <w:r>
        <w:rPr>
          <w:sz w:val="20"/>
        </w:rPr>
        <w:t>23:52  har waqt farishtay tumhare is aas paas hain. Azziyat al qalb, talqiyan al yameen, al shimal, qaid, har waqt farishtay hain jo record kar rahe hain hamara.</w:t>
      </w:r>
      <w:r>
        <w:br/>
      </w:r>
      <w:r>
        <w:rPr>
          <w:sz w:val="20"/>
        </w:rPr>
        <w:t>24:05  ab bataiye ke yeh agar hum hum ko ho to kya hoga? Hum bolenge, tab bhi bohat ziyada soch kar bolenge.</w:t>
      </w:r>
      <w:r>
        <w:br/>
      </w:r>
      <w:r>
        <w:rPr>
          <w:sz w:val="20"/>
        </w:rPr>
        <w:t>24:15  hum hatta ke sochenge, tab bhi aap bohat soch kar sochenge. Hamara behavior, hamara character, hamari dealing, yahan tak ke chalna phirna,</w:t>
      </w:r>
      <w:r>
        <w:br/>
      </w:r>
      <w:r>
        <w:rPr>
          <w:sz w:val="20"/>
        </w:rPr>
        <w:t>24:29  wa ba'd al rehman alladhi namshoon al arz, hona</w:t>
      </w:r>
      <w:r>
        <w:br/>
      </w:r>
      <w:r>
        <w:rPr>
          <w:sz w:val="20"/>
        </w:rPr>
        <w:t>24:35  zameen</w:t>
      </w:r>
      <w:r>
        <w:br/>
      </w:r>
      <w:r>
        <w:rPr>
          <w:sz w:val="20"/>
        </w:rPr>
        <w:t>24:39  mein. Aap agar akkar kar chal rahe hain, woh bhi, woh bhi record ho jaye ga ke aadmi jannat ke qabil nahi hai. Is mein to akkar hai, is mein to fakhar hai.</w:t>
      </w:r>
      <w:r>
        <w:br/>
      </w:r>
      <w:r>
        <w:rPr>
          <w:sz w:val="20"/>
        </w:rPr>
        <w:t>24:51  har aan to aap ghor kijye ke is professor ko pata nahi tha ke mujhe, mujhe wash kiya ja raha hai.</w:t>
      </w:r>
      <w:r>
        <w:br/>
      </w:r>
      <w:r>
        <w:rPr>
          <w:sz w:val="20"/>
        </w:rPr>
        <w:t>25:04  woh ghalti karta to shayad us ko chhod diya jata hai, lekin yahan to aap chhode kaise jayenge? Bata diya gaya hai, har waqt tumhara nigrani ho rahi hai.</w:t>
      </w:r>
      <w:r>
        <w:br/>
      </w:r>
      <w:r>
        <w:rPr>
          <w:sz w:val="20"/>
        </w:rPr>
        <w:t>25:18  to isi yeh jo record ban raha hai hamara, isi record par faisla hoga ke kaun aadmi hai jo jannat ke liye deserve kar raha hai aur woh kaun aadmi hai jo deserve nahi karta.</w:t>
      </w:r>
    </w:p>
    <w:p>
      <w:pPr>
        <w:pStyle w:val="Heading2"/>
      </w:pPr>
      <w:r>
        <w:t>Importance of Surah Al-Asr</w:t>
      </w:r>
    </w:p>
    <w:p>
      <w:r>
        <w:rPr>
          <w:color w:val="666666"/>
          <w:sz w:val="18"/>
        </w:rPr>
        <w:t>Surah Al-'Asr I November 23, 2014 Maulana Wahiduddin Khan · 1m 46s · at 0:42 · https://youtu.be/3dBMIUC0Dqw?t=42</w:t>
      </w:r>
    </w:p>
    <w:p>
      <w:r>
        <w:rPr>
          <w:i/>
        </w:rPr>
        <w:t>“Today's topic is Surah Al-Asr.”</w:t>
      </w:r>
    </w:p>
    <w:p>
      <w:r>
        <w:rPr>
          <w:sz w:val="20"/>
        </w:rPr>
        <w:t>0:42  Aaj ka topic hai Quran ki Surah Al-Asr.</w:t>
      </w:r>
      <w:r>
        <w:br/>
      </w:r>
      <w:r>
        <w:rPr>
          <w:sz w:val="20"/>
        </w:rPr>
        <w:t>0:50  Quran mein aap jantay hain ke 114 surtein hain,</w:t>
      </w:r>
      <w:r>
        <w:br/>
      </w:r>
      <w:r>
        <w:rPr>
          <w:sz w:val="20"/>
        </w:rPr>
        <w:t>1:00  aur Surah number 103 Al-Asr hai. Yeh choti Surah hai,</w:t>
      </w:r>
      <w:r>
        <w:br/>
      </w:r>
      <w:r>
        <w:rPr>
          <w:sz w:val="20"/>
        </w:rPr>
        <w:t>1:12  bohat choti,</w:t>
      </w:r>
      <w:r>
        <w:br/>
      </w:r>
      <w:r>
        <w:rPr>
          <w:sz w:val="20"/>
        </w:rPr>
        <w:t>1:15  lekin is ke baray mein riwayat mein bohat ahem baatein aayi hain.</w:t>
      </w:r>
      <w:r>
        <w:br/>
      </w:r>
      <w:r>
        <w:rPr>
          <w:sz w:val="20"/>
        </w:rPr>
        <w:t>1:27  Mislan Imam Shafi ne kaha hai: "Law tadabbar an nasu hathihi as surata la wasa'athum".</w:t>
      </w:r>
      <w:r>
        <w:br/>
      </w:r>
      <w:r>
        <w:rPr>
          <w:sz w:val="20"/>
        </w:rPr>
        <w:t>1:42  Log agar is Surah, yaani Al-Asr, par ghaur karein</w:t>
      </w:r>
      <w:r>
        <w:br/>
      </w:r>
      <w:r>
        <w:rPr>
          <w:sz w:val="20"/>
        </w:rPr>
        <w:t>1:47  to wohi un ke liye kafi ho jaye.</w:t>
      </w:r>
      <w:r>
        <w:br/>
      </w:r>
      <w:r>
        <w:rPr>
          <w:sz w:val="20"/>
        </w:rPr>
        <w:t>1:56  Isi tarah se riwayat mein aaya hai: Tabarani ki ek riwayat hai jis ko Ibn Kathir ne naqal kiya hai apni tafsir mein, ke Sahaba Rasool ka tareeqa tha ke do aadmi agar milte</w:t>
      </w:r>
      <w:r>
        <w:br/>
      </w:r>
      <w:r>
        <w:rPr>
          <w:sz w:val="20"/>
        </w:rPr>
        <w:t>2:16  to hamesha juda hone se pehle woh Surah Al-Asr ek doosre ko sunate, phir salam kar ke alag hote.</w:t>
      </w:r>
    </w:p>
    <w:p>
      <w:pPr>
        <w:pStyle w:val="Heading2"/>
      </w:pPr>
      <w:r>
        <w:t>Human test of controlling freedom</w:t>
      </w:r>
    </w:p>
    <w:p>
      <w:r>
        <w:rPr>
          <w:color w:val="666666"/>
          <w:sz w:val="18"/>
        </w:rPr>
        <w:t>Global Warming May 13, 2008 · 1m 03s · at 19:05 · https://youtu.be/AmgbF0n3lz4?t=1145</w:t>
      </w:r>
    </w:p>
    <w:p>
      <w:r>
        <w:rPr>
          <w:i/>
        </w:rPr>
        <w:t>“We have to control our unlimited freedom”</w:t>
      </w:r>
    </w:p>
    <w:p>
      <w:r>
        <w:rPr>
          <w:sz w:val="20"/>
        </w:rPr>
        <w:t>19:05  yahan rehne ka hum ko</w:t>
      </w:r>
      <w:r>
        <w:br/>
      </w:r>
      <w:r>
        <w:rPr>
          <w:sz w:val="20"/>
        </w:rPr>
        <w:t>19:07  awser diya aur ek hi test tha sirf ek test</w:t>
      </w:r>
      <w:r>
        <w:br/>
      </w:r>
      <w:r>
        <w:rPr>
          <w:sz w:val="20"/>
        </w:rPr>
        <w:t>19:14  woh kya tha</w:t>
      </w:r>
      <w:r>
        <w:br/>
      </w:r>
      <w:r>
        <w:rPr>
          <w:sz w:val="20"/>
        </w:rPr>
        <w:t>19:17  woh test yeh tha</w:t>
      </w:r>
      <w:r>
        <w:br/>
      </w:r>
      <w:r>
        <w:rPr>
          <w:sz w:val="20"/>
        </w:rPr>
        <w:t>19:19  we have to control our freedom</w:t>
      </w:r>
      <w:r>
        <w:br/>
      </w:r>
      <w:r>
        <w:rPr>
          <w:sz w:val="20"/>
        </w:rPr>
        <w:t>19:25  hum ko khuda ne freedom diya unlimited freedom aap jante hain ke is duniya mein hum aap</w:t>
      </w:r>
      <w:r>
        <w:br/>
      </w:r>
      <w:r>
        <w:rPr>
          <w:sz w:val="20"/>
        </w:rPr>
        <w:t>19:31  unlimited freedom ko enjoy kar rahe hain koi check nahi jo chahe kijiye</w:t>
      </w:r>
      <w:r>
        <w:br/>
      </w:r>
      <w:r>
        <w:rPr>
          <w:sz w:val="20"/>
        </w:rPr>
        <w:t>19:39  aap chahe to boliye chahe to chup rahiye chahe kisi ko mariye kisi ko na mariye</w:t>
      </w:r>
      <w:r>
        <w:br/>
      </w:r>
      <w:r>
        <w:rPr>
          <w:sz w:val="20"/>
        </w:rPr>
        <w:t>19:48  chahe to suicide kar lijiye chahe zinda rahiye kuch bhi aap kijiye kuch bhi kijiye is ke liye aap ko freedom hai to aap ko khuda ne unlimited freedom jo di hai kis liye di hai not as a reward but as a test</w:t>
      </w:r>
    </w:p>
    <w:p>
      <w:pPr>
        <w:pStyle w:val="Heading2"/>
      </w:pPr>
      <w:r>
        <w:t>Nature manages everything except emotions</w:t>
      </w:r>
    </w:p>
    <w:p>
      <w:r>
        <w:rPr>
          <w:color w:val="666666"/>
          <w:sz w:val="18"/>
        </w:rPr>
        <w:t>The Art of Emotion Management December 26, 2007 Maulana Wahiduddin Khan · 2m 51s · at 1:32 · https://youtu.be/Im7m_nZwC7E?t=92</w:t>
      </w:r>
    </w:p>
    <w:p>
      <w:r>
        <w:rPr>
          <w:i/>
        </w:rPr>
        <w:t>“A person needs countless things: light, gravity, oxygen...”</w:t>
      </w:r>
    </w:p>
    <w:p>
      <w:r>
        <w:rPr>
          <w:sz w:val="20"/>
        </w:rPr>
        <w:t>1:32  dekhiye, insaan ko in ginat cheezon ki zaroorat hai. is ki koi ginti nahi keh sakti.</w:t>
      </w:r>
      <w:r>
        <w:br/>
      </w:r>
      <w:r>
        <w:rPr>
          <w:sz w:val="20"/>
        </w:rPr>
        <w:t>1:43  misalan, light chahiye insaan ko, kyun ke insaan light ke baghair dekh nahi sakta. insaan ko gravity chahiye, kyun ke gravity ke baghair woh chal nahi sakta zameen par.</w:t>
      </w:r>
      <w:r>
        <w:br/>
      </w:r>
      <w:r>
        <w:rPr>
          <w:sz w:val="20"/>
        </w:rPr>
        <w:t>1:59  insaan ko oxygen chahiye, kyun ke oxygen ke baghair woh mar jayega. insaan ko food chahiye, food ke baghair insaan zinda reh nahi sakta.</w:t>
      </w:r>
      <w:r>
        <w:br/>
      </w:r>
      <w:r>
        <w:rPr>
          <w:sz w:val="20"/>
        </w:rPr>
        <w:t>2:14  yeh sab kaun manage kar raha hai? yeh sab nature manage kar rahi hai. insaan ko pani chahiye, pani ko bhi nature manage karti hai.</w:t>
      </w:r>
      <w:r>
        <w:br/>
      </w:r>
      <w:r>
        <w:rPr>
          <w:sz w:val="20"/>
        </w:rPr>
        <w:t>2:27  toh is duniya mein in ginat qism ke management ho rahe hain: light management, gravity management, oxygen management, water management.</w:t>
      </w:r>
      <w:r>
        <w:br/>
      </w:r>
      <w:r>
        <w:rPr>
          <w:sz w:val="20"/>
        </w:rPr>
        <w:t>2:45  in ginat qism ke management. tab insaan is duniya mein zinda hai.</w:t>
      </w:r>
      <w:r>
        <w:br/>
      </w:r>
      <w:r>
        <w:rPr>
          <w:sz w:val="20"/>
        </w:rPr>
        <w:t>2:54  jaise hum khate hain, toh sirf kha kar ke hum is ko is se taqat nahi le paate.</w:t>
      </w:r>
      <w:r>
        <w:br/>
      </w:r>
      <w:r>
        <w:rPr>
          <w:sz w:val="20"/>
        </w:rPr>
        <w:t>3:04  is ke liye zaroorat hoti hai bacteria ki. million and billion bacteria hamari body mein dakhil hote hain. woh digestive system ko process karte hain.</w:t>
      </w:r>
      <w:r>
        <w:br/>
      </w:r>
      <w:r>
        <w:rPr>
          <w:sz w:val="20"/>
        </w:rPr>
        <w:t>3:19  tab hamara khaya hua pani hamari body mein ja kar gosht aur khoon banta hai. hum ko taqat deta hai.</w:t>
      </w:r>
      <w:r>
        <w:br/>
      </w:r>
      <w:r>
        <w:rPr>
          <w:sz w:val="20"/>
        </w:rPr>
        <w:t>3:30  toh gharaaz, duniya mein zinda rehne ke liye nature ki taraf se ek super management ho raha hai.</w:t>
      </w:r>
      <w:r>
        <w:br/>
      </w:r>
      <w:r>
        <w:rPr>
          <w:sz w:val="20"/>
        </w:rPr>
        <w:t>3:40  har subah, shaam, raat, din. yeh hamara koi is mein involvement nahi hai. apne aap ho raha hai.</w:t>
      </w:r>
      <w:r>
        <w:br/>
      </w:r>
      <w:r>
        <w:rPr>
          <w:sz w:val="20"/>
        </w:rPr>
        <w:t>3:51  main samajhta hoon ke sirf ek hi aisi field hai jahan insaan ko khud se manage karna hai. woh hai emotion management.</w:t>
      </w:r>
      <w:r>
        <w:br/>
      </w:r>
      <w:r>
        <w:rPr>
          <w:sz w:val="20"/>
        </w:rPr>
        <w:t>4:03  yaani more than ninety nine percent areas woh hain jahan nature manage kar rahi hai.</w:t>
      </w:r>
      <w:r>
        <w:br/>
      </w:r>
      <w:r>
        <w:rPr>
          <w:sz w:val="20"/>
        </w:rPr>
        <w:t>4:12  hum ko support deti hai. lekin ek field aisa hai jahan hum ko, jahan ke hum khud test par hain.</w:t>
      </w:r>
    </w:p>
    <w:p>
      <w:pPr>
        <w:pStyle w:val="Heading2"/>
      </w:pPr>
      <w:r>
        <w:t>All creation submits to God; humans submit by choice</w:t>
      </w:r>
    </w:p>
    <w:p>
      <w:r>
        <w:rPr>
          <w:color w:val="666666"/>
          <w:sz w:val="18"/>
        </w:rPr>
        <w:t>Universal Thinking In Islam CPS Women Discussion 27 October 15, 2023 · 1m 23s · at 7:25 · https://youtu.be/p7cYhXsEBIc?t=445</w:t>
      </w:r>
    </w:p>
    <w:p>
      <w:r>
        <w:rPr>
          <w:i/>
        </w:rPr>
        <w:t>“Islam ko afaqi ya universal mazhab kaha ja sakta hai”</w:t>
      </w:r>
    </w:p>
    <w:p>
      <w:r>
        <w:rPr>
          <w:sz w:val="20"/>
        </w:rPr>
        <w:t>7:25  aisa mazhab hai islam is liye usko afaqi ya universal mazhab kaha ja sakta hai aur aisa is liye kaha jaye kyunke ek to sabse pehli baat hum sab jante hain ke islam deen e fitrat hai. fitrat mein jo nature mein jo deen hai wahi mulana sahab humein samjhate thay ke wahi deen islam humein sikhata hai. ab fikrat mein allah ka submission hai.</w:t>
      </w:r>
      <w:r>
        <w:br/>
      </w:r>
      <w:r>
        <w:rPr>
          <w:sz w:val="20"/>
        </w:rPr>
        <w:t>7:49  har jagah hum dekhte hain ke planets, stars aur trees aur hawaein aur har cheez apne aap ko allah ko submit kiye hue hain aur yahi insaan se bhi matlab hai ke woh bhi apni marzi se alla ko submit kar dein apne aap ko, apni marzi ko. to pehli baat to yeh is liye bhi universal hai ke yeh tauheed ka ek, tauheed ka ek ideology deta hai. tauheed ka matlab har har ek ka khuda ek hai.</w:t>
      </w:r>
      <w:r>
        <w:br/>
      </w:r>
      <w:r>
        <w:rPr>
          <w:sz w:val="20"/>
        </w:rPr>
        <w:t>8:18  matlab ek khuda ka hone ka matlab hai ke jo khuda hamara hai wahi khuda har insaan ka hai. yeh sochkar hamare beach mein ek unsiyat aati hai ke hum sab ek hi khuda ke bande hain. sabse pehli cheez, gauheed se humein aapas mein judav mehsoos hota hai. phir quran mein jaisa ke aap ne bataya aur bhi kai jagah par yeh baat hai ke hum hazrat adam allam aur ahua allam ki auladein hain. to hum sari duniya ke log ek family hain.</w:t>
      </w:r>
      <w:r>
        <w:br/>
      </w:r>
      <w:r>
        <w:rPr>
          <w:sz w:val="20"/>
        </w:rPr>
        <w:t>8:48  to ek connection humein aur quran mein milta hai ke hum sab ek hain aur hamare beach mein koi differences nahi hain. saath mein quran mein hum ne pehli verse mein padha alhamd ul illahi rabbula to jis rab ko hum dua kar rahe hain woh alam ka rab hai. poora sab logon ka rab hai. woh kisi ek khaas ka ya community ka rab nahi hai.</w:t>
      </w:r>
    </w:p>
    <w:p>
      <w:pPr>
        <w:pStyle w:val="Heading2"/>
      </w:pPr>
      <w:r>
        <w:t>Life has both positive and negative</w:t>
      </w:r>
    </w:p>
    <w:p>
      <w:r>
        <w:rPr>
          <w:color w:val="666666"/>
          <w:sz w:val="18"/>
        </w:rPr>
        <w:t>The Art Of Thinking - Maulana Wahiduddin Khan · 2m 42s · at 21:00 · https://youtu.be/tjyEWeHgmpM?t=1260</w:t>
      </w:r>
    </w:p>
    <w:p>
      <w:r>
        <w:rPr>
          <w:i/>
        </w:rPr>
        <w:t>“Khuda ka jo creation plan hai”</w:t>
      </w:r>
    </w:p>
    <w:p>
      <w:r>
        <w:rPr>
          <w:sz w:val="20"/>
        </w:rPr>
        <w:t>21:00  khuda ka jo creation plan hai, is ke mutabiq khuda ne duniya ko is tarah banaya hai ke yahan par har positive ke saath negative hai, har plus point ke saath minus point hai,</w:t>
      </w:r>
      <w:r>
        <w:br/>
      </w:r>
      <w:r>
        <w:rPr>
          <w:sz w:val="20"/>
        </w:rPr>
        <w:t>21:15  dono saath saath chalte hain, dono saath saath chalte hain. aap dono ko detach nahin kar sakte. main aksar sochta hoon ke khuda ne gulab ka jo ped banaya, gulab ka poda,</w:t>
      </w:r>
      <w:r>
        <w:br/>
      </w:r>
      <w:r>
        <w:rPr>
          <w:sz w:val="20"/>
        </w:rPr>
        <w:t>21:32  rose plant, woh kya hai? woh ek illustration hai,</w:t>
      </w:r>
      <w:r>
        <w:br/>
      </w:r>
      <w:r>
        <w:rPr>
          <w:sz w:val="20"/>
        </w:rPr>
        <w:t>21:39  woh ek illustration hai is baat ka ke insan ka mamla is duniya mein kya hai. yahan par insan ke liye rose bhi hai aur thorn bhi hai.</w:t>
      </w:r>
      <w:r>
        <w:br/>
      </w:r>
      <w:r>
        <w:rPr>
          <w:sz w:val="20"/>
        </w:rPr>
        <w:t>21:52  jahan rose hai, wahan thorn hai. jahan thorn hai, wahan rose bhi hai.</w:t>
      </w:r>
      <w:r>
        <w:br/>
      </w:r>
      <w:r>
        <w:rPr>
          <w:sz w:val="20"/>
        </w:rPr>
        <w:t>22:00  aap dono ko ek doosre se alag nahi kar sakte. to agar aap roz chahte hain lena, agar aap phool chahte hain lena, to aap ko thaan ko ignore karna pare ga.</w:t>
      </w:r>
      <w:r>
        <w:br/>
      </w:r>
      <w:r>
        <w:rPr>
          <w:sz w:val="20"/>
        </w:rPr>
        <w:t>22:17  aadmi chahta hai ke is ko sirf positive mile, negative na mile, to yeh impossible hai. kashmir mein ka ek qissa hai ke ek aadmi ka ek dost tha, dono mil ke rehte thay.</w:t>
      </w:r>
      <w:r>
        <w:br/>
      </w:r>
      <w:r>
        <w:rPr>
          <w:sz w:val="20"/>
        </w:rPr>
        <w:t>22:35  is ke baad is ke paas ek dost ke paas paisa zyada aa gaya, ek dost jo tha woh waise hi kam paisay wala raha.</w:t>
      </w:r>
      <w:r>
        <w:br/>
      </w:r>
      <w:r>
        <w:rPr>
          <w:sz w:val="20"/>
        </w:rPr>
        <w:t>22:45  to jis dost ke paas paisa zyada aa gaya tha, ab woh is se milna mushkil ho gaya. dost ke liye jab use zyada tha, woh milta nahi tha.</w:t>
      </w:r>
      <w:r>
        <w:br/>
      </w:r>
      <w:r>
        <w:rPr>
          <w:sz w:val="20"/>
        </w:rPr>
        <w:t>22:54  kahin yahan hai, kahin wahan hai. to us ne poocha ke kya maamla hai? jab se tum tumhara karobar barha hai, tum milte hi nahi.</w:t>
      </w:r>
      <w:r>
        <w:br/>
      </w:r>
      <w:r>
        <w:rPr>
          <w:sz w:val="20"/>
        </w:rPr>
        <w:t>23:04  to us ne kaha ke mere oper dolat ki bijli giri hai,</w:t>
      </w:r>
      <w:r>
        <w:br/>
      </w:r>
      <w:r>
        <w:rPr>
          <w:sz w:val="20"/>
        </w:rPr>
        <w:t>23:11  dolat ki bijli giri hai. ke dolat ek taraf dolat hai, doosri taraf bijli bhi hai. yahan dolat aai to is ke sath bohat se problem aa'e.</w:t>
      </w:r>
      <w:r>
        <w:br/>
      </w:r>
      <w:r>
        <w:rPr>
          <w:sz w:val="20"/>
        </w:rPr>
        <w:t>23:23  dunya mein koi dolatmand aisa nahi hai jis ki dolat is ke liye problem na lai ho. to is baat ko aadmi ko janna chahiye, tabhi woh sahi, yani yani tension, tension free reh sakta hai.</w:t>
      </w:r>
    </w:p>
    <w:p>
      <w:pPr>
        <w:pStyle w:val="Heading2"/>
      </w:pPr>
      <w:r>
        <w:t>Quran on reconciliation: peace requires humility, not pride</w:t>
      </w:r>
    </w:p>
    <w:p>
      <w:r>
        <w:rPr>
          <w:color w:val="666666"/>
          <w:sz w:val="18"/>
        </w:rPr>
        <w:t>Concept of Modesty in Islam (English) June 20, 2007 · 2m 06s · at 14:03 · https://youtu.be/mHQWcOA-2qo?t=843</w:t>
      </w:r>
    </w:p>
    <w:p>
      <w:r>
        <w:rPr>
          <w:i/>
        </w:rPr>
        <w:t>“The subject is mentioned in the Quran: 'As-sulhu khayr.'”</w:t>
      </w:r>
    </w:p>
    <w:p>
      <w:r>
        <w:rPr>
          <w:sz w:val="20"/>
        </w:rPr>
        <w:t>14:03  the seb is mentioned in the quran in these words: "alsulhu khair." alsulhu khair means reconciliation is the best.</w:t>
      </w:r>
      <w:r>
        <w:br/>
      </w:r>
      <w:r>
        <w:rPr>
          <w:sz w:val="20"/>
        </w:rPr>
        <w:t>14:20  reconciliation is the best. now, what is reconciliation? it is method of modesty.</w:t>
      </w:r>
      <w:r>
        <w:br/>
      </w:r>
      <w:r>
        <w:rPr>
          <w:sz w:val="20"/>
        </w:rPr>
        <w:t>14:31  reconciliation in neutral, in lateral bases. alsulhu khair means reconciliation in lateral bases is best policy.</w:t>
      </w:r>
      <w:r>
        <w:br/>
      </w:r>
      <w:r>
        <w:rPr>
          <w:sz w:val="20"/>
        </w:rPr>
        <w:t>14:47  so reconciliation in lateral bases is nothing but modesty.</w:t>
      </w:r>
      <w:r>
        <w:br/>
      </w:r>
      <w:r>
        <w:rPr>
          <w:sz w:val="20"/>
        </w:rPr>
        <w:t>14:58  if you are proud, you can not follow this principle.</w:t>
      </w:r>
      <w:r>
        <w:br/>
      </w:r>
      <w:r>
        <w:rPr>
          <w:sz w:val="20"/>
        </w:rPr>
        <w:t>15:09  if you are proud, you can not follow this path of reconciliation in lateral bases.</w:t>
      </w:r>
      <w:r>
        <w:br/>
      </w:r>
      <w:r>
        <w:rPr>
          <w:sz w:val="20"/>
        </w:rPr>
        <w:t>15:20  it required modesty. it needs modesty to follow this path</w:t>
      </w:r>
      <w:r>
        <w:br/>
      </w:r>
      <w:r>
        <w:rPr>
          <w:sz w:val="20"/>
        </w:rPr>
        <w:t>15:32  . so quran says: "alsulhu khair." reconciliation in unilateral bases is the best policy.</w:t>
      </w:r>
      <w:r>
        <w:br/>
      </w:r>
      <w:r>
        <w:rPr>
          <w:sz w:val="20"/>
        </w:rPr>
        <w:t>15:45  and who are those who will follow this policy? only modest people.</w:t>
      </w:r>
      <w:r>
        <w:br/>
      </w:r>
      <w:r>
        <w:rPr>
          <w:sz w:val="20"/>
        </w:rPr>
        <w:t>15:52  proud people can not follow this policy.</w:t>
      </w:r>
      <w:r>
        <w:br/>
      </w:r>
      <w:r>
        <w:rPr>
          <w:sz w:val="20"/>
        </w:rPr>
        <w:t>15:58  so all the teachings of islam are based in the principle of modesty.</w:t>
      </w:r>
    </w:p>
    <w:p>
      <w:pPr>
        <w:pStyle w:val="Heading2"/>
      </w:pPr>
      <w:r>
        <w:t>Dhulm (transgression) leads to hell</w:t>
      </w:r>
    </w:p>
    <w:p>
      <w:r>
        <w:rPr>
          <w:color w:val="666666"/>
          <w:sz w:val="18"/>
        </w:rPr>
        <w:t>The Concept of Hereafter in Islam June 24, 2007 · 2m 39s · at 24:16 · https://youtu.be/Qqr-uGau0iU?t=1456</w:t>
      </w:r>
    </w:p>
    <w:p>
      <w:r>
        <w:rPr>
          <w:i/>
        </w:rPr>
        <w:t>“Zulm kya hai?”</w:t>
      </w:r>
    </w:p>
    <w:p>
      <w:r>
        <w:rPr>
          <w:sz w:val="20"/>
        </w:rPr>
        <w:t>24:16  is darakht ke paas na jana warna tum zalim ban jaoge. Zalim kya hai ya zulm kya cheez hai?</w:t>
      </w:r>
      <w:r>
        <w:br/>
      </w:r>
      <w:r>
        <w:rPr>
          <w:sz w:val="20"/>
        </w:rPr>
        <w:t>24:26  zulm matlab tajawuz.</w:t>
      </w:r>
      <w:r>
        <w:br/>
      </w:r>
      <w:r>
        <w:rPr>
          <w:sz w:val="20"/>
        </w:rPr>
        <w:t>24:34  tajawuz karna.</w:t>
      </w:r>
      <w:r>
        <w:br/>
      </w:r>
      <w:r>
        <w:rPr>
          <w:sz w:val="20"/>
        </w:rPr>
        <w:t>24:39  sahih raste se hat jana, tajawuz karna, is se munharif kar jana woh hai zulm.</w:t>
      </w:r>
      <w:r>
        <w:br/>
      </w:r>
      <w:r>
        <w:rPr>
          <w:sz w:val="20"/>
        </w:rPr>
        <w:t>24:51  quran mein shirk ko bhi zulm kaha gaya hai. Inna ash-shirka la zulmun 'azeem. Har bar jab aadmi sachai se hat ta hai to woh zulm karta hai.</w:t>
      </w:r>
      <w:r>
        <w:br/>
      </w:r>
      <w:r>
        <w:rPr>
          <w:sz w:val="20"/>
        </w:rPr>
        <w:t>25:05  kyun dekhiye insaan ke andar Khuda ne sari achhi baatein jama kar di hain.</w:t>
      </w:r>
      <w:r>
        <w:br/>
      </w:r>
      <w:r>
        <w:rPr>
          <w:sz w:val="20"/>
        </w:rPr>
        <w:t>25:16  fitri taur par hi aadmi jaanta hai ke achha kya hai bura kya hai. Fa'allamaha fujuraha wa taqwaha. Aur phir Khuda ne nabiyon ke zariye sari baatein</w:t>
      </w:r>
      <w:r>
        <w:br/>
      </w:r>
      <w:r>
        <w:rPr>
          <w:sz w:val="20"/>
        </w:rPr>
        <w:t>25:35  bata di hain. To sachai kya hai burai kya hai? Khuda ki marzi kya hai aur Khuda ki marzi kya nahi hai?</w:t>
      </w:r>
      <w:r>
        <w:br/>
      </w:r>
      <w:r>
        <w:rPr>
          <w:sz w:val="20"/>
        </w:rPr>
        <w:t>25:47  yeh ek maloom baat hai, yeh maloom baat hai insaan ke liye.</w:t>
      </w:r>
      <w:r>
        <w:br/>
      </w:r>
      <w:r>
        <w:rPr>
          <w:sz w:val="20"/>
        </w:rPr>
        <w:t>25:54  andruni satah par bhi bairuni satah par bhi. Andruni satah par woh apni fitrat ke zariye jaanta hai is baat ko. Bairuni satah par woh inkeshaf ke zariye jaan pata hai.</w:t>
      </w:r>
      <w:r>
        <w:br/>
      </w:r>
      <w:r>
        <w:rPr>
          <w:sz w:val="20"/>
        </w:rPr>
        <w:t>26:10  to woh kafi maloom hai insaan ke liye. Ab jab aadmi Khuda ko chhod kar kisi aur ko apna Khuda banaye, kisi aur ko Khuda ka saathi manne lage.</w:t>
      </w:r>
      <w:r>
        <w:br/>
      </w:r>
      <w:r>
        <w:rPr>
          <w:sz w:val="20"/>
        </w:rPr>
        <w:t>26:27  yani Khuda ki jo badai hai, Khuda ki jo jalal hai us mein kisi aur ko shamil kar le to woh hua munharifi, tajawuz.</w:t>
      </w:r>
      <w:r>
        <w:br/>
      </w:r>
      <w:r>
        <w:rPr>
          <w:sz w:val="20"/>
        </w:rPr>
        <w:t>26:41  yani sahi raste se hat jana yeh zulm hai. To zulm jo hai woh kya hai woh aadmi ko le jayega jahannum ki taraf.</w:t>
      </w:r>
    </w:p>
    <w:p>
      <w:pPr>
        <w:pStyle w:val="Heading2"/>
      </w:pPr>
      <w:r>
        <w:t>Japan's re-planning after atomic bombs</w:t>
      </w:r>
    </w:p>
    <w:p>
      <w:r>
        <w:rPr>
          <w:color w:val="666666"/>
          <w:sz w:val="18"/>
        </w:rPr>
        <w:t>Al Risala July 2017 - Audio Version · 2m 58s · at 1:53:39 · https://youtu.be/L0pnijKjluo?t=6819</w:t>
      </w:r>
    </w:p>
    <w:p>
      <w:r>
        <w:rPr>
          <w:i/>
        </w:rPr>
        <w:t>“Japan actively participated in WWII with great hopes.”</w:t>
      </w:r>
    </w:p>
    <w:p>
      <w:r>
        <w:rPr>
          <w:sz w:val="20"/>
        </w:rPr>
        <w:t>1:53:39  japan ki misaal: doosri aalmi jang 1939 se 1945 mein japan is ka sar-e-garam member tha.</w:t>
      </w:r>
      <w:r>
        <w:br/>
      </w:r>
      <w:r>
        <w:rPr>
          <w:sz w:val="20"/>
        </w:rPr>
        <w:t>1:53:51  is ne bari bari umeedon ke sath jang mein shirkat ki, lekin jab 1945 mein america ki taraf se japan par do atom bomb giraye gaye aur is ke nateejay mein japan ke do baray shehron hiroshima aur nagasaki mein baray paimane par tabahi hui, yeh japan ke liye mukammal shikast ka waqea tha.</w:t>
      </w:r>
      <w:r>
        <w:br/>
      </w:r>
      <w:r>
        <w:rPr>
          <w:sz w:val="20"/>
        </w:rPr>
        <w:t>1:54:16  magar 25 saal ke baad japan dobara ek taraqqi yafta mulk ban gaya. aaj japan ka shumar aala taraqqi yafta mulkon mein hota hai.</w:t>
      </w:r>
      <w:r>
        <w:br/>
      </w:r>
      <w:r>
        <w:rPr>
          <w:sz w:val="20"/>
        </w:rPr>
        <w:t>1:54:28  yeh kamyabi japan ko kis tarah hasil hui? is ka jawab yeh hai ke re planning ke zariye. jang ke baad japan ke mudabiron ne pure moamle par az sar-e-nau ghhor kiya.</w:t>
      </w:r>
      <w:r>
        <w:br/>
      </w:r>
      <w:r>
        <w:rPr>
          <w:sz w:val="20"/>
        </w:rPr>
        <w:t>1:54:43  woh is nateejay par pohanchay ke jang mein apni poori taqat lagane ke bawajood aur jaan o maal ki qurbaniyan dene ke bawajood unhein kuch hasil nahi hua.</w:t>
      </w:r>
      <w:r>
        <w:br/>
      </w:r>
      <w:r>
        <w:rPr>
          <w:sz w:val="20"/>
        </w:rPr>
        <w:t>1:54:56  is ke baad un ke andar nai soch paida hui. unhon ne daryaft kiya ke is dunya mein koi bari kamyabi sirf aman ki taqat ke zariye hasil hoti hai.</w:t>
      </w:r>
      <w:r>
        <w:br/>
      </w:r>
      <w:r>
        <w:rPr>
          <w:sz w:val="20"/>
        </w:rPr>
        <w:t>1:55:10  tashaddud ka tareeqa barbadi to la sakta hai, lekin woh koi taraqqi lane wala nahi. is ke baad us waqt ke japani hukmaran hirohito ne radio par apni qaum ko khitab kiya.</w:t>
      </w:r>
      <w:r>
        <w:br/>
      </w:r>
      <w:r>
        <w:rPr>
          <w:sz w:val="20"/>
        </w:rPr>
        <w:t>1:55:24  unhon ne apne khitab mein bataya ke japan ki dobara taraqqi ke liye hamein na qabil-e-bardasht ko bardasht karna hai taake hum japan ko ek taraqqi yafta nation bana sakein.</w:t>
      </w:r>
      <w:r>
        <w:br/>
      </w:r>
      <w:r>
        <w:rPr>
          <w:sz w:val="20"/>
        </w:rPr>
        <w:t>1:55:38  "The time has come to bear the unbearable." Do atom bomb on ki tabahi ki bina par Japani qaum us waqt inteqam mein mubtala thi, lekin Japan ke kuch danishwar uthay.</w:t>
      </w:r>
      <w:r>
        <w:br/>
      </w:r>
      <w:r>
        <w:rPr>
          <w:sz w:val="20"/>
        </w:rPr>
        <w:t>1:55:52  unhon ne yeh keh kar japani qaum ko thanda kiya ke america ne agar 1945 mein hamare do shehar hiroshima aur nagasaki ko tabah kiya hai to is se pehle 1941 mein hum khudkush bombari ke zariye america ke bahri markaz pearl harbor ko tabah kar chukay thay.</w:t>
      </w:r>
      <w:r>
        <w:br/>
      </w:r>
      <w:r>
        <w:rPr>
          <w:sz w:val="20"/>
        </w:rPr>
        <w:t>1:56:15  is hadsay ko bhulao aur japan ki nai taameer karo. is ke baad japan ne apni qaumi taameer ki re planning ki.</w:t>
      </w:r>
      <w:r>
        <w:br/>
      </w:r>
      <w:r>
        <w:rPr>
          <w:sz w:val="20"/>
        </w:rPr>
        <w:t>1:56:25  is ka khulasa yeh tha ke unhon ne foji maidan ko chhod diya aur 25 saal tak sirf saensy taleem aur sanat par zor diya jata raha.</w:t>
      </w:r>
    </w:p>
    <w:p>
      <w:pPr>
        <w:pStyle w:val="Heading2"/>
      </w:pPr>
      <w:r>
        <w:t>Childhood connection to Arzi Sala</w:t>
      </w:r>
    </w:p>
    <w:p>
      <w:r>
        <w:rPr>
          <w:color w:val="666666"/>
          <w:sz w:val="18"/>
        </w:rPr>
        <w:t>Inaugration 27th Nov 13 · 8m 31s · at 3:22 · https://youtu.be/mGctsmbv4gw?t=202</w:t>
      </w:r>
    </w:p>
    <w:p>
      <w:r>
        <w:rPr>
          <w:i/>
        </w:rPr>
        <w:t>“Since childhood Arzi Sala was in my hands”</w:t>
      </w:r>
    </w:p>
    <w:p>
      <w:r>
        <w:rPr>
          <w:sz w:val="20"/>
        </w:rPr>
        <w:t>3:22  to bachpan se hi arzi saala jo hai mere hathon mein tha.</w:t>
      </w:r>
      <w:r>
        <w:br/>
      </w:r>
      <w:r>
        <w:rPr>
          <w:sz w:val="20"/>
        </w:rPr>
        <w:t>3:27  magar shaoori tor pe maine arzi saala to thousand ke baad parhna shuru kiya.</w:t>
      </w:r>
      <w:r>
        <w:br/>
      </w:r>
      <w:r>
        <w:rPr>
          <w:sz w:val="20"/>
        </w:rPr>
        <w:t>3:32  arzi saala aur molana ke literature mein maine jo seekha sab se pehle to woh yeh baat</w:t>
      </w:r>
      <w:r>
        <w:br/>
      </w:r>
      <w:r>
        <w:rPr>
          <w:sz w:val="20"/>
        </w:rPr>
        <w:t>3:37  thi ke islam har shakhs ke liye aik zaati discovery ho, na ke yeh ke is ka abai</w:t>
      </w:r>
      <w:r>
        <w:br/>
      </w:r>
      <w:r>
        <w:rPr>
          <w:sz w:val="20"/>
        </w:rPr>
        <w:t>3:42  aur taqleedi mazhab ho.</w:t>
      </w:r>
      <w:r>
        <w:br/>
      </w:r>
      <w:r>
        <w:rPr>
          <w:sz w:val="20"/>
        </w:rPr>
        <w:t>3:47  to yeh baat mere liye bohat hi qeemti baat thi.</w:t>
      </w:r>
      <w:r>
        <w:br/>
      </w:r>
      <w:r>
        <w:rPr>
          <w:sz w:val="20"/>
        </w:rPr>
        <w:t>3:52  aur molana ke literature mein maine is ko seekha aur is ki koshish ki.</w:t>
      </w:r>
      <w:r>
        <w:br/>
      </w:r>
      <w:r>
        <w:rPr>
          <w:sz w:val="20"/>
        </w:rPr>
        <w:t>3:57  is ke baad basically main aik businessman background se hoon aur main khud bhi aik builder</w:t>
      </w:r>
      <w:r>
        <w:br/>
      </w:r>
      <w:r>
        <w:rPr>
          <w:sz w:val="20"/>
        </w:rPr>
        <w:t>4:02  hoon, construction ki company hai meri.</w:t>
      </w:r>
      <w:r>
        <w:br/>
      </w:r>
      <w:r>
        <w:rPr>
          <w:sz w:val="20"/>
        </w:rPr>
        <w:t>4:07  to molana ke jo thoughts hain, molana ke jo formulas hain, woh maine apne business mein implement</w:t>
      </w:r>
      <w:r>
        <w:br/>
      </w:r>
      <w:r>
        <w:rPr>
          <w:sz w:val="20"/>
        </w:rPr>
        <w:t>4:13  kiya is ko.</w:t>
      </w:r>
      <w:r>
        <w:br/>
      </w:r>
      <w:r>
        <w:rPr>
          <w:sz w:val="20"/>
        </w:rPr>
        <w:t>4:18  to doosre lafzon mein main yeh keh sakta hoon ke maine molana se maadi faida bohat hasil kiya hai.</w:t>
      </w:r>
      <w:r>
        <w:br/>
      </w:r>
      <w:r>
        <w:rPr>
          <w:sz w:val="20"/>
        </w:rPr>
        <w:t>4:23  molana jaise kehte hain ke aap apne kaam ko zero defect banaiye.</w:t>
      </w:r>
      <w:r>
        <w:br/>
      </w:r>
      <w:r>
        <w:rPr>
          <w:sz w:val="20"/>
        </w:rPr>
        <w:t>4:28  aap ka jo product ho, woh zero defect ho.</w:t>
      </w:r>
      <w:r>
        <w:br/>
      </w:r>
      <w:r>
        <w:rPr>
          <w:sz w:val="20"/>
        </w:rPr>
        <w:t>4:33  aur aap logon ke liye no problem ban ke rahen.</w:t>
      </w:r>
      <w:r>
        <w:br/>
      </w:r>
      <w:r>
        <w:rPr>
          <w:sz w:val="20"/>
        </w:rPr>
        <w:t>4:38  to agar aap yeh kar saken ge to phir taraqqi se aap ko koi nahi rok sakta.</w:t>
      </w:r>
      <w:r>
        <w:br/>
      </w:r>
      <w:r>
        <w:rPr>
          <w:sz w:val="20"/>
        </w:rPr>
        <w:t>4:43  to maine yeh koshish ki hai hyderabad ke andar ke main jo bhi product banata hoon to</w:t>
      </w:r>
      <w:r>
        <w:br/>
      </w:r>
      <w:r>
        <w:rPr>
          <w:sz w:val="20"/>
        </w:rPr>
        <w:t>4:48  mera jab koi bhi venture start leta hoon, main to foundation stage mein bhi meri booking ho jati hai.</w:t>
      </w:r>
      <w:r>
        <w:br/>
      </w:r>
      <w:r>
        <w:rPr>
          <w:sz w:val="20"/>
        </w:rPr>
        <w:t>4:53  to yeh mere liye bohat bari baat hai ke molana ke literature se maine maadi faida bhi</w:t>
      </w:r>
      <w:r>
        <w:br/>
      </w:r>
      <w:r>
        <w:rPr>
          <w:sz w:val="20"/>
        </w:rPr>
        <w:t>4:59  hasil kiya hai.</w:t>
      </w:r>
      <w:r>
        <w:br/>
      </w:r>
      <w:r>
        <w:rPr>
          <w:sz w:val="20"/>
        </w:rPr>
        <w:t>5:04  aur yeh matlab is daur mein aik bohat bari cheez hai ke aadmi ka apna jo maash hai,</w:t>
      </w:r>
      <w:r>
        <w:br/>
      </w:r>
      <w:r>
        <w:rPr>
          <w:sz w:val="20"/>
        </w:rPr>
        <w:t>5:09  woh bhi strong hona chahiye.</w:t>
      </w:r>
      <w:r>
        <w:br/>
      </w:r>
      <w:r>
        <w:rPr>
          <w:sz w:val="20"/>
        </w:rPr>
        <w:t>5:14  jab tak maashi faraghat na ho aap ki, to aap dawat ka kaam bhi achi tarah se nahi kar sakte.</w:t>
      </w:r>
      <w:r>
        <w:br/>
      </w:r>
      <w:r>
        <w:rPr>
          <w:sz w:val="20"/>
        </w:rPr>
        <w:t>5:19  kyunke har shakhs ki ek zimmedari hai, is ke liye us ki us ko maash ki bhi zaroorat hai.</w:t>
      </w:r>
      <w:r>
        <w:br/>
      </w:r>
      <w:r>
        <w:rPr>
          <w:sz w:val="20"/>
        </w:rPr>
        <w:t>5:24  to maashi tor pe bhi us ko strong hona chahiye.</w:t>
      </w:r>
      <w:r>
        <w:br/>
      </w:r>
      <w:r>
        <w:rPr>
          <w:sz w:val="20"/>
        </w:rPr>
        <w:t>5:29  aur daawa work to mein bohat kam kar pata hoon.</w:t>
      </w:r>
      <w:r>
        <w:br/>
      </w:r>
      <w:r>
        <w:rPr>
          <w:sz w:val="20"/>
        </w:rPr>
        <w:t>5:34  bas hamare kuch saathi hain jin ko kuch support ki zaroorat hoti hai finance ki, to mein is</w:t>
      </w:r>
      <w:r>
        <w:br/>
      </w:r>
      <w:r>
        <w:rPr>
          <w:sz w:val="20"/>
        </w:rPr>
        <w:t>5:39  ke liye hamesha tayyar rehta hoon.</w:t>
      </w:r>
      <w:r>
        <w:br/>
      </w:r>
      <w:r>
        <w:rPr>
          <w:sz w:val="20"/>
        </w:rPr>
        <w:t>5:45  I have written this yesterday on train when Zeeshan Sahab called me and informed me to ah I</w:t>
      </w:r>
      <w:r>
        <w:br/>
      </w:r>
      <w:r>
        <w:rPr>
          <w:sz w:val="20"/>
        </w:rPr>
        <w:t>5:50  have to express my experience.</w:t>
      </w:r>
      <w:r>
        <w:br/>
      </w:r>
      <w:r>
        <w:rPr>
          <w:sz w:val="20"/>
        </w:rPr>
        <w:t>5:55  this is my history of arz-e-sala mission.</w:t>
      </w:r>
      <w:r>
        <w:br/>
      </w:r>
      <w:r>
        <w:rPr>
          <w:sz w:val="20"/>
        </w:rPr>
        <w:t>6:00  how did i come to this mission? i would like to thank you all for giving me this</w:t>
      </w:r>
      <w:r>
        <w:br/>
      </w:r>
      <w:r>
        <w:rPr>
          <w:sz w:val="20"/>
        </w:rPr>
        <w:t>6:05  opportunity to share my experiences with you.</w:t>
      </w:r>
      <w:r>
        <w:br/>
      </w:r>
      <w:r>
        <w:rPr>
          <w:sz w:val="20"/>
        </w:rPr>
        <w:t>6:10  i belong to a religious family.</w:t>
      </w:r>
      <w:r>
        <w:br/>
      </w:r>
      <w:r>
        <w:rPr>
          <w:sz w:val="20"/>
        </w:rPr>
        <w:t>6:16  after sudden death of my father, many religious responsibilities naturally came upon my shoulders.</w:t>
      </w:r>
      <w:r>
        <w:br/>
      </w:r>
      <w:r>
        <w:rPr>
          <w:sz w:val="20"/>
        </w:rPr>
        <w:t>6:21  i started searching for and reading books impatiently.</w:t>
      </w:r>
      <w:r>
        <w:br/>
      </w:r>
      <w:r>
        <w:rPr>
          <w:sz w:val="20"/>
        </w:rPr>
        <w:t>6:26  in the process, i came across Maulana book asfar-e-hind.</w:t>
      </w:r>
      <w:r>
        <w:br/>
      </w:r>
      <w:r>
        <w:rPr>
          <w:sz w:val="20"/>
        </w:rPr>
        <w:t>6:31  this book introduced me to the muslim scholar who stands tallest among all.</w:t>
      </w:r>
      <w:r>
        <w:br/>
      </w:r>
      <w:r>
        <w:rPr>
          <w:sz w:val="20"/>
        </w:rPr>
        <w:t>6:36  he is Maulana Wahiduddin Khan sahib.</w:t>
      </w:r>
      <w:r>
        <w:br/>
      </w:r>
      <w:r>
        <w:rPr>
          <w:sz w:val="20"/>
        </w:rPr>
        <w:t>6:42  i had studied books of numerous muslim scholars thoroughly before Al-Risala.</w:t>
      </w:r>
      <w:r>
        <w:br/>
      </w:r>
      <w:r>
        <w:rPr>
          <w:sz w:val="20"/>
        </w:rPr>
        <w:t>6:47  and that is a special blessing of God on me.</w:t>
      </w:r>
      <w:r>
        <w:br/>
      </w:r>
      <w:r>
        <w:rPr>
          <w:sz w:val="20"/>
        </w:rPr>
        <w:t>6:52  it helped me to understand Al-Risala mission deeply and connected me with Maulana mission in such a way</w:t>
      </w:r>
      <w:r>
        <w:br/>
      </w:r>
      <w:r>
        <w:rPr>
          <w:sz w:val="20"/>
        </w:rPr>
        <w:t>6:57  that it can't be broken.</w:t>
      </w:r>
      <w:r>
        <w:br/>
      </w:r>
      <w:r>
        <w:rPr>
          <w:sz w:val="20"/>
        </w:rPr>
        <w:t>7:02  then i started careful perusal of Al-Risala and Maulana other books.</w:t>
      </w:r>
      <w:r>
        <w:br/>
      </w:r>
      <w:r>
        <w:rPr>
          <w:sz w:val="20"/>
        </w:rPr>
        <w:t>7:07  that was in two thousand three.</w:t>
      </w:r>
      <w:r>
        <w:br/>
      </w:r>
      <w:r>
        <w:rPr>
          <w:sz w:val="20"/>
        </w:rPr>
        <w:t>7:13  by the following year, i had studied all of the books of Maulana which i could find in</w:t>
      </w:r>
      <w:r>
        <w:br/>
      </w:r>
      <w:r>
        <w:rPr>
          <w:sz w:val="20"/>
        </w:rPr>
        <w:t>7:18  patna and started searching for previous writings or Al-Risala.</w:t>
      </w:r>
      <w:r>
        <w:br/>
      </w:r>
      <w:r>
        <w:rPr>
          <w:sz w:val="20"/>
        </w:rPr>
        <w:t>7:23  i didn't accept Al-Risala mission blindly and without rational thinking.</w:t>
      </w:r>
      <w:r>
        <w:br/>
      </w:r>
      <w:r>
        <w:rPr>
          <w:sz w:val="20"/>
        </w:rPr>
        <w:t>7:28  the explanation of different verses that i read in Al-Risala was being researched by me in other quranic tafseeron.</w:t>
      </w:r>
      <w:r>
        <w:br/>
      </w:r>
      <w:r>
        <w:rPr>
          <w:sz w:val="20"/>
        </w:rPr>
        <w:t>7:33  exampl: tarjuman al quran and tafsir ibn kathir etc.</w:t>
      </w:r>
      <w:r>
        <w:br/>
      </w:r>
      <w:r>
        <w:rPr>
          <w:sz w:val="20"/>
        </w:rPr>
        <w:t>7:39  after after the process of research, i came to the conclusion that this is the true prophetic mission</w:t>
      </w:r>
      <w:r>
        <w:br/>
      </w:r>
      <w:r>
        <w:rPr>
          <w:sz w:val="20"/>
        </w:rPr>
        <w:t>7:44  which i should engage myself in.</w:t>
      </w:r>
      <w:r>
        <w:br/>
      </w:r>
      <w:r>
        <w:rPr>
          <w:sz w:val="20"/>
        </w:rPr>
        <w:t>7:49  this is the reason prophets had been send for.</w:t>
      </w:r>
      <w:r>
        <w:br/>
      </w:r>
      <w:r>
        <w:rPr>
          <w:sz w:val="20"/>
        </w:rPr>
        <w:t>7:54  it was not easy to have unshakable conviction in maulana mission because what maulana is presenting</w:t>
      </w:r>
      <w:r>
        <w:br/>
      </w:r>
      <w:r>
        <w:rPr>
          <w:sz w:val="20"/>
        </w:rPr>
        <w:t>7:59  is ajnabi deen in the words of hadith.</w:t>
      </w:r>
      <w:r>
        <w:br/>
      </w:r>
      <w:r>
        <w:rPr>
          <w:sz w:val="20"/>
        </w:rPr>
        <w:t>8:04  surprisingly, literatures of other religious scholars are devoid of this concepts that maulana has been advocating for the</w:t>
      </w:r>
      <w:r>
        <w:br/>
      </w:r>
      <w:r>
        <w:rPr>
          <w:sz w:val="20"/>
        </w:rPr>
        <w:t>8:10  past fifty years.</w:t>
      </w:r>
      <w:r>
        <w:br/>
      </w:r>
      <w:r>
        <w:rPr>
          <w:sz w:val="20"/>
        </w:rPr>
        <w:t>8:15  and this situation creates difficulties in understanding maulana mission at the first glance.</w:t>
      </w:r>
      <w:r>
        <w:br/>
      </w:r>
      <w:r>
        <w:rPr>
          <w:sz w:val="20"/>
        </w:rPr>
        <w:t>8:20  the nature of maulana mission is revival of deen khuda.</w:t>
      </w:r>
      <w:r>
        <w:br/>
      </w:r>
      <w:r>
        <w:rPr>
          <w:sz w:val="20"/>
        </w:rPr>
        <w:t>8:25  maulana has lifted the curtains from the face of true religion that has been covered by after meth</w:t>
      </w:r>
      <w:r>
        <w:br/>
      </w:r>
      <w:r>
        <w:rPr>
          <w:sz w:val="20"/>
        </w:rPr>
        <w:t>8:30  of history of muslims.</w:t>
      </w:r>
      <w:r>
        <w:br/>
      </w:r>
      <w:r>
        <w:rPr>
          <w:sz w:val="20"/>
        </w:rPr>
        <w:t>8:36  it has been rightly said by someone that to understand maulana writings, muslims need six sense.</w:t>
      </w:r>
      <w:r>
        <w:br/>
      </w:r>
      <w:r>
        <w:rPr>
          <w:sz w:val="20"/>
        </w:rPr>
        <w:t>8:41  without any reluctance and hesitation, i would say that i was blind in terms of insight.</w:t>
      </w:r>
      <w:r>
        <w:br/>
      </w:r>
      <w:r>
        <w:rPr>
          <w:sz w:val="20"/>
        </w:rPr>
        <w:t>8:46  i had shallow thinking.</w:t>
      </w:r>
      <w:r>
        <w:br/>
      </w:r>
      <w:r>
        <w:rPr>
          <w:sz w:val="20"/>
        </w:rPr>
        <w:t>8:51  i used to live in hatred.</w:t>
      </w:r>
      <w:r>
        <w:br/>
      </w:r>
      <w:r>
        <w:rPr>
          <w:sz w:val="20"/>
        </w:rPr>
        <w:t>8:56  i considered other communities as our biggest enemies.</w:t>
      </w:r>
      <w:r>
        <w:br/>
      </w:r>
      <w:r>
        <w:rPr>
          <w:sz w:val="20"/>
        </w:rPr>
        <w:t>9:01  and ironically, i perceived this characters as the true islamic traits before i understood al risalah mission.</w:t>
      </w:r>
      <w:r>
        <w:br/>
      </w:r>
      <w:r>
        <w:rPr>
          <w:sz w:val="20"/>
        </w:rPr>
        <w:t>9:07  maulana taught me that one who doesn't love all humanity and doesn't have positive thinking is not as</w:t>
      </w:r>
      <w:r>
        <w:br/>
      </w:r>
      <w:r>
        <w:rPr>
          <w:sz w:val="20"/>
        </w:rPr>
        <w:t>9:12  not a well wisher of all and he cannot enter into paradise.</w:t>
      </w:r>
      <w:r>
        <w:br/>
      </w:r>
      <w:r>
        <w:rPr>
          <w:sz w:val="20"/>
        </w:rPr>
        <w:t>9:17  maulana taught us dawah illallah is farz on every muslims as namaz and other basics of islam.</w:t>
      </w:r>
      <w:r>
        <w:br/>
      </w:r>
      <w:r>
        <w:rPr>
          <w:sz w:val="20"/>
        </w:rPr>
        <w:t>9:22  i will always be behold and indebted to maulana for this.</w:t>
      </w:r>
      <w:r>
        <w:br/>
      </w:r>
      <w:r>
        <w:rPr>
          <w:sz w:val="20"/>
        </w:rPr>
        <w:t>9:27  may god give him the best place in jannat.</w:t>
      </w:r>
      <w:r>
        <w:br/>
      </w:r>
      <w:r>
        <w:rPr>
          <w:sz w:val="20"/>
        </w:rPr>
        <w:t>9:33  i met maulana in 2004.</w:t>
      </w:r>
      <w:r>
        <w:br/>
      </w:r>
      <w:r>
        <w:rPr>
          <w:sz w:val="20"/>
        </w:rPr>
        <w:t>9:38  that meeting was the turning point in my life.</w:t>
      </w:r>
      <w:r>
        <w:br/>
      </w:r>
      <w:r>
        <w:rPr>
          <w:sz w:val="20"/>
        </w:rPr>
        <w:t>9:43  molana simplicity, dedication towards this mission, in spite of his unparalleled position in intelligence and international popularity,</w:t>
      </w:r>
      <w:r>
        <w:br/>
      </w:r>
      <w:r>
        <w:rPr>
          <w:sz w:val="20"/>
        </w:rPr>
        <w:t>9:48  his down to earth behaviour and molana concern about each and every individual change me completely.</w:t>
      </w:r>
      <w:r>
        <w:br/>
      </w:r>
      <w:r>
        <w:rPr>
          <w:sz w:val="20"/>
        </w:rPr>
        <w:t>9:53  since then, i have been engaging myself in dawah work through distribution of literatures and delivering</w:t>
      </w:r>
      <w:r>
        <w:br/>
      </w:r>
      <w:r>
        <w:rPr>
          <w:sz w:val="20"/>
        </w:rPr>
        <w:t>9:58  speeches in musk.</w:t>
      </w:r>
      <w:r>
        <w:br/>
      </w:r>
      <w:r>
        <w:rPr>
          <w:sz w:val="20"/>
        </w:rPr>
        <w:t>10:04  last year, i extended my dawah activities.</w:t>
      </w:r>
      <w:r>
        <w:br/>
      </w:r>
      <w:r>
        <w:rPr>
          <w:sz w:val="20"/>
        </w:rPr>
        <w:t>10:09  i started a program where a spiritual message gathering is held twice a month at my center.</w:t>
      </w:r>
      <w:r>
        <w:br/>
      </w:r>
      <w:r>
        <w:rPr>
          <w:sz w:val="20"/>
        </w:rPr>
        <w:t>10:14  it is a new experience.</w:t>
      </w:r>
      <w:r>
        <w:br/>
      </w:r>
      <w:r>
        <w:rPr>
          <w:sz w:val="20"/>
        </w:rPr>
        <w:t>10:19  many new people are getting involved in the mission who are not readers of al risalah.</w:t>
      </w:r>
      <w:r>
        <w:br/>
      </w:r>
      <w:r>
        <w:rPr>
          <w:sz w:val="20"/>
        </w:rPr>
        <w:t>10:24  as far as challenges are concerned in the journey of mission, we should understand that we have to</w:t>
      </w:r>
      <w:r>
        <w:br/>
      </w:r>
      <w:r>
        <w:rPr>
          <w:sz w:val="20"/>
        </w:rPr>
        <w:t>10:30  face challenges in this journey because this is true prophetic mission and quran speaks about prophets.</w:t>
      </w:r>
      <w:r>
        <w:br/>
      </w:r>
      <w:r>
        <w:rPr>
          <w:sz w:val="20"/>
        </w:rPr>
        <w:t>10:35  and prophetic mission that ya hasrat ali abad mayati man rasool illa kano bihi istahjun.</w:t>
      </w:r>
      <w:r>
        <w:br/>
      </w:r>
      <w:r>
        <w:rPr>
          <w:sz w:val="20"/>
        </w:rPr>
        <w:t>10:40  i face a lot of criticism regarding our mission.</w:t>
      </w:r>
      <w:r>
        <w:br/>
      </w:r>
      <w:r>
        <w:rPr>
          <w:sz w:val="20"/>
        </w:rPr>
        <w:t>10:45  many times i encountered with religious scholars, but no one can stand on the basis of arguments against molana literatures.</w:t>
      </w:r>
      <w:r>
        <w:br/>
      </w:r>
      <w:r>
        <w:rPr>
          <w:sz w:val="20"/>
        </w:rPr>
        <w:t>10:50  they they they started they started saying off but.</w:t>
      </w:r>
      <w:r>
        <w:br/>
      </w:r>
      <w:r>
        <w:rPr>
          <w:sz w:val="20"/>
        </w:rPr>
        <w:t>10:55  this is in itself is the evidence of this mission being the true mission.</w:t>
      </w:r>
      <w:r>
        <w:br/>
      </w:r>
      <w:r>
        <w:rPr>
          <w:sz w:val="20"/>
        </w:rPr>
        <w:t>11:01  every time i face challenges, i get more encouraged and perseverant to to know how do challenges make</w:t>
      </w:r>
      <w:r>
        <w:br/>
      </w:r>
      <w:r>
        <w:rPr>
          <w:sz w:val="20"/>
        </w:rPr>
        <w:t>11:06  a man a superman.</w:t>
      </w:r>
      <w:r>
        <w:br/>
      </w:r>
      <w:r>
        <w:rPr>
          <w:sz w:val="20"/>
        </w:rPr>
        <w:t>11:11  molana life is in itself a living example of it.</w:t>
      </w:r>
      <w:r>
        <w:br/>
      </w:r>
      <w:r>
        <w:rPr>
          <w:sz w:val="20"/>
        </w:rPr>
        <w:t>11:16  as we know that molana mission is a global dawah work.</w:t>
      </w:r>
      <w:r>
        <w:br/>
      </w:r>
      <w:r>
        <w:rPr>
          <w:sz w:val="20"/>
        </w:rPr>
        <w:t>11:21  this is a very big mission.</w:t>
      </w:r>
      <w:r>
        <w:br/>
      </w:r>
      <w:r>
        <w:rPr>
          <w:sz w:val="20"/>
        </w:rPr>
        <w:t>11:27  a single man cant achieve such a huge goal.</w:t>
      </w:r>
      <w:r>
        <w:br/>
      </w:r>
      <w:r>
        <w:rPr>
          <w:sz w:val="20"/>
        </w:rPr>
        <w:t>11:32  even prophet needed a team to establish god religion.</w:t>
      </w:r>
      <w:r>
        <w:br/>
      </w:r>
      <w:r>
        <w:rPr>
          <w:sz w:val="20"/>
        </w:rPr>
        <w:t>11:37  now we have to work as a team to make this global dawah work possible.</w:t>
      </w:r>
      <w:r>
        <w:br/>
      </w:r>
      <w:r>
        <w:rPr>
          <w:sz w:val="20"/>
        </w:rPr>
        <w:t>11:42  i here by take appeal at before god and his ands and his angels that up to my last</w:t>
      </w:r>
      <w:r>
        <w:br/>
      </w:r>
      <w:r>
        <w:rPr>
          <w:sz w:val="20"/>
        </w:rPr>
        <w:t>11:47  breath, i will be struggling for this true prophetic mission that molana has started.</w:t>
      </w:r>
      <w:r>
        <w:br/>
      </w:r>
      <w:r>
        <w:rPr>
          <w:sz w:val="20"/>
        </w:rPr>
        <w:t>11:53  aah dayen sahib, kya aap aah asyoom karte hain ke aap ful daai ban chuke hain? aah nahin.</w:t>
      </w:r>
    </w:p>
    <w:p>
      <w:pPr>
        <w:pStyle w:val="Heading2"/>
      </w:pPr>
      <w:r>
        <w:t>Two prophetic models</w:t>
      </w:r>
    </w:p>
    <w:p>
      <w:r>
        <w:rPr>
          <w:color w:val="666666"/>
          <w:sz w:val="18"/>
        </w:rPr>
        <w:t>Islam Ideology, Team and Method 9 Oct, 2011 - Maulana Wahiduddin Khan · 2m 25s · at 46:53 · https://youtu.be/gEd027DIDw8?t=2813</w:t>
      </w:r>
    </w:p>
    <w:p>
      <w:r>
        <w:rPr>
          <w:i/>
        </w:rPr>
        <w:t>“Hazrat Ismail, Hazrat Ibrahim ke zariye se humein ek model mila.”</w:t>
      </w:r>
    </w:p>
    <w:p>
      <w:r>
        <w:rPr>
          <w:sz w:val="20"/>
        </w:rPr>
        <w:t>46:53  to Hazrat Ismail, Hazrat Ibrahim ke zariye se hamein ek model woh mila ke team kaise banai jaye. team kaise banai jaye.</w:t>
      </w:r>
      <w:r>
        <w:br/>
      </w:r>
      <w:r>
        <w:rPr>
          <w:sz w:val="20"/>
        </w:rPr>
        <w:t>47:02  is ka model mila humein. aur bhai yeh bhi basharat hai ke team ko banane ke liye jab kuch log apne ko tayyar karein ke woh wadi e ghair zar'a chale jayenge.</w:t>
      </w:r>
      <w:r>
        <w:br/>
      </w:r>
      <w:r>
        <w:rPr>
          <w:sz w:val="20"/>
        </w:rPr>
        <w:t>47:12  yaani wahan jahan ke na koi property hai, na koi material interest hai, na koi dunyaavi faida hai.</w:t>
      </w:r>
      <w:r>
        <w:br/>
      </w:r>
      <w:r>
        <w:rPr>
          <w:sz w:val="20"/>
        </w:rPr>
        <w:t>47:22  to Khuda ki taraf se nusrat umad padegi. yeh bhi basharat hai jaisa ke umad padi banu Ismail ke upar.</w:t>
      </w:r>
      <w:r>
        <w:br/>
      </w:r>
      <w:r>
        <w:rPr>
          <w:sz w:val="20"/>
        </w:rPr>
        <w:t>47:32  to Allah taala ne dekhiye yeh do namoone ke liye do shakhhein jo hain in ko muntakhib farmaya.</w:t>
      </w:r>
      <w:r>
        <w:br/>
      </w:r>
      <w:r>
        <w:rPr>
          <w:sz w:val="20"/>
        </w:rPr>
        <w:t>47:41  hazrat ibrahim ke aulad ki ek shakh woh hai jo jisko hum bano ismail kehte hain. doosri woh jisko hum bano bano ishaq kehte hain.</w:t>
      </w:r>
      <w:r>
        <w:br/>
      </w:r>
      <w:r>
        <w:rPr>
          <w:sz w:val="20"/>
        </w:rPr>
        <w:t>47:50  isko bano israil bhi kaha jata hai. to bano ismail ki shakh ke zariye se allah ta'ala ne yeh namuna qaim kiya ke world of distraction mein team kaise banai jaye.</w:t>
      </w:r>
      <w:r>
        <w:br/>
      </w:r>
      <w:r>
        <w:rPr>
          <w:sz w:val="20"/>
        </w:rPr>
        <w:t>48:02  aur phir is par jo basharatein hain allah ta'ala ki. aur bano ishaq ke ke zariye yeh model qaim kiya yeh misaal ke world of conflict mein kis tarah se aap ke liye success fully rasta nikala jaye kaam karne ka.</w:t>
      </w:r>
      <w:r>
        <w:br/>
      </w:r>
      <w:r>
        <w:rPr>
          <w:sz w:val="20"/>
        </w:rPr>
        <w:t>48:25  to allah ta'ala ne hazrat ibrahim ke do shakh ko chuna is kaam ko karne ke liye. to rasool allah sallallahu alaihi wasallam ke zariye allah ta'ala ne ideology mehfooz kar di book of ideology quran ki shakal mein.</w:t>
      </w:r>
      <w:r>
        <w:br/>
      </w:r>
      <w:r>
        <w:rPr>
          <w:sz w:val="20"/>
        </w:rPr>
        <w:t>48:41  aur bano ismail aur hazrat hajra aur bano ismail, hazrat hajra, ismail aur ibrahim ke zariye se model qaim kiya ke team kaise banai jaye.</w:t>
      </w:r>
      <w:r>
        <w:br/>
      </w:r>
      <w:r>
        <w:rPr>
          <w:sz w:val="20"/>
        </w:rPr>
        <w:t>48:53  aur team banane ke liye jo aap ko sacrifice karni paregi. yani wadi ghair zar'a jo jana parega aap ko. to basharat hai ke koi ghabrane ki zaroorat nahi hai.</w:t>
      </w:r>
      <w:r>
        <w:br/>
      </w:r>
      <w:r>
        <w:rPr>
          <w:sz w:val="20"/>
        </w:rPr>
        <w:t>49:03  yaqeen rakho ke allah ta'ala hamein madad karega. isi tarah se hazrat yusuf ke zariye se itni badi misaal qaim ki hai ke agar yeh misaal na qaim hoti to bohat hi yani mushkil tha logon ko mutmain karna.</w:t>
      </w:r>
    </w:p>
    <w:p>
      <w:pPr>
        <w:pStyle w:val="Heading2"/>
      </w:pPr>
      <w:r>
        <w:t>Positive thinking follows automatically from discovering God</w:t>
      </w:r>
    </w:p>
    <w:p>
      <w:r>
        <w:rPr>
          <w:color w:val="666666"/>
          <w:sz w:val="18"/>
        </w:rPr>
        <w:t>Realistic Approach 30 March, 2014 · 1m 18s · at 52:31 · https://youtu.be/HIFxmWWiEG4?t=3151</w:t>
      </w:r>
    </w:p>
    <w:p>
      <w:r>
        <w:rPr>
          <w:i/>
        </w:rPr>
        <w:t>“No one — scholar or cleric — has truly discovered God.”</w:t>
      </w:r>
    </w:p>
    <w:p>
      <w:r>
        <w:rPr>
          <w:sz w:val="20"/>
        </w:rPr>
        <w:t>52:31  na mullah janta hai, na molvi janta hai. agar aap Allah Rabb-ul-Alameen ko daryaft kar lein to us waqt lazman yahi cheez paida hoti hai jis ko aap ne farmaya: "positive thinking."</w:t>
      </w:r>
      <w:r>
        <w:br/>
      </w:r>
      <w:r>
        <w:rPr>
          <w:sz w:val="20"/>
        </w:rPr>
        <w:t>52:44  mere tajrube ke mutabiq agar koi insan ho chupa hua kisi to mein nahi janta us ko. meri itni lambi umar hai, maine kisi ek insan ko nahi paya, na masjid madrase mein, na universityon, collegeon mein jis ne waqai Allah Rabb-ul-Alameen ko daryaft kiya.</w:t>
      </w:r>
      <w:r>
        <w:br/>
      </w:r>
      <w:r>
        <w:rPr>
          <w:sz w:val="20"/>
        </w:rPr>
        <w:t>52:59  to positive thinking kahan se aayegi?</w:t>
      </w:r>
      <w:r>
        <w:br/>
      </w:r>
      <w:r>
        <w:rPr>
          <w:sz w:val="20"/>
        </w:rPr>
        <w:t>53:05  to sab se pehli cheez yeh hai ke aap Allah Rabb-ul-Alameen ko daryaft kijiye. Is ke baad lazman aayegi</w:t>
      </w:r>
      <w:r>
        <w:br/>
      </w:r>
      <w:r>
        <w:rPr>
          <w:sz w:val="20"/>
        </w:rPr>
        <w:t>53:13  jis tarah gulab ka phool aap laiye aap ghar mein to lazman khushboo aayegi. Yeh naam kehne ka aap gulab ka phool layein aur khushboo na aaye. Gulab ke phool ke sath sath khushboo aati hai, aise Allah Rabb-ul-Alameen ke sath sath lazman positive thinking aati hai.</w:t>
      </w:r>
      <w:r>
        <w:br/>
      </w:r>
      <w:r>
        <w:rPr>
          <w:sz w:val="20"/>
        </w:rPr>
        <w:t>53:37  Maulana, agla sawal lene se pehle ek comment parhna chahenge jo Ghazipur se Tawfiq Khan sahib ne likha hai. Unhon ne likha hai: "Maulana sahib, main Al-Risala kary hoon.</w:t>
      </w:r>
    </w:p>
    <w:p>
      <w:pPr>
        <w:pStyle w:val="Heading2"/>
      </w:pPr>
      <w:r>
        <w:t>Brilliant man wasted on cheap entertainment</w:t>
      </w:r>
    </w:p>
    <w:p>
      <w:r>
        <w:rPr>
          <w:color w:val="666666"/>
          <w:sz w:val="18"/>
        </w:rPr>
        <w:t>Distraction is the Source of Destruction August 5, 2007 · 3m 02s · at 40:44 · https://youtu.be/E5Xo0_emjIs?t=2444</w:t>
      </w:r>
    </w:p>
    <w:p>
      <w:r>
        <w:rPr>
          <w:i/>
        </w:rPr>
        <w:t>“A brilliant cousin wasted his life on trivialities”</w:t>
      </w:r>
    </w:p>
    <w:p>
      <w:r>
        <w:rPr>
          <w:sz w:val="20"/>
        </w:rPr>
        <w:t>40:44  Jaise meri family mein mere mere woh the, mere mere chacha zad bhai the, un ka naam tha Iqbal Ahmed Sohail.</w:t>
      </w:r>
      <w:r>
        <w:br/>
      </w:r>
      <w:r>
        <w:rPr>
          <w:sz w:val="20"/>
        </w:rPr>
        <w:t>40:54  Un ka qissa batata hoon mein aap ko. Woh bhi tawajjuh ka mozu ban gaye. Yani infradi satah par mein aap ko ek qissa batata hoon. Infradi satah par.</w:t>
      </w:r>
      <w:r>
        <w:br/>
      </w:r>
      <w:r>
        <w:rPr>
          <w:sz w:val="20"/>
        </w:rPr>
        <w:t>41:08  Unhon ne Aligarh mein MA LLB kiya tha. Woh Aligarh University mein jo pehla batch tha MA ka, us mein se ek woh the.</w:t>
      </w:r>
      <w:r>
        <w:br/>
      </w:r>
      <w:r>
        <w:rPr>
          <w:sz w:val="20"/>
        </w:rPr>
        <w:t>41:21  Doctor Zakir Hussain ke saathi the woh Aligarh mein. Itna zaheen aadmi tha woh, itna zaheen aadmi tha keh ek bar jab un ka jo woh gaya, un ki jo jo imtehan mein jo copy hoti hai us pe likhte hain, kya kehte hain us ko.</w:t>
      </w:r>
      <w:r>
        <w:br/>
      </w:r>
      <w:r>
        <w:rPr>
          <w:sz w:val="20"/>
        </w:rPr>
        <w:t>41:39  To jo imtehan lene wala tha us ne likh kar lota diya keh "The examinee is better than the examiner". Us ne kuch us pe number hi nahi diya us ne.</w:t>
      </w:r>
      <w:r>
        <w:br/>
      </w:r>
      <w:r>
        <w:rPr>
          <w:sz w:val="20"/>
        </w:rPr>
        <w:t>41:51  Us waqt ki baat hai. "The examinee is better than the examiner".</w:t>
      </w:r>
      <w:r>
        <w:br/>
      </w:r>
      <w:r>
        <w:rPr>
          <w:sz w:val="20"/>
        </w:rPr>
        <w:t>41:59  Phir wahan par jab Aligarh mein yeh the to Khwaja Qamruddin ek the jo Bartania mein rehte the aur dawat ka kaam karte the woh, wahan aaye.</w:t>
      </w:r>
      <w:r>
        <w:br/>
      </w:r>
      <w:r>
        <w:rPr>
          <w:sz w:val="20"/>
        </w:rPr>
        <w:t>42:10  To wahan ka jo stage ki hall hai us mein ek taqarib hua. To Khwaja Qamruddin boht zabardast auditor the woh, boht achhe speaker the woh.</w:t>
      </w:r>
      <w:r>
        <w:br/>
      </w:r>
      <w:r>
        <w:rPr>
          <w:sz w:val="20"/>
        </w:rPr>
        <w:t>42:19  Taqreer ki unhon ne. Aur taqreer ka kya tha? Ek anokha sa mozu tha keh Arabi umm al-alsina hai. Arabi umm al-alsina hai.</w:t>
      </w:r>
      <w:r>
        <w:br/>
      </w:r>
      <w:r>
        <w:rPr>
          <w:sz w:val="20"/>
        </w:rPr>
        <w:t>42:30  Yani Arabi zuban jo hai sari zubanon ki maan zuban hai. Mein is ko nahi manta lekin behal yeh tha wahan par mozu.</w:t>
      </w:r>
      <w:r>
        <w:br/>
      </w:r>
      <w:r>
        <w:rPr>
          <w:sz w:val="20"/>
        </w:rPr>
        <w:t>42:40  keh arbi umm al-alsina hai. arbi is the is the mother of all languages. is pe bolay woh.</w:t>
      </w:r>
      <w:r>
        <w:br/>
      </w:r>
      <w:r>
        <w:rPr>
          <w:sz w:val="20"/>
        </w:rPr>
        <w:t>42:51  jab woh jab woh bol chukay to larkon ne iqbal sohail sahib jo us waqt talib-e-ilm thay wahan par. to aik mazaaq ke tor par un ko khara kar diya stage par, khench ke le gaye.</w:t>
      </w:r>
      <w:r>
        <w:br/>
      </w:r>
      <w:r>
        <w:rPr>
          <w:sz w:val="20"/>
        </w:rPr>
        <w:t>43:02  woh chahtay samajhtay thay ke kuch ulti seedhi bolain ge yeh aur wahan taliyan baj jayen gi aur bewaqoof ban jayen ge yeh. to mahaz mazaaq ke tor par un ko stage par khara kar diya.</w:t>
      </w:r>
      <w:r>
        <w:br/>
      </w:r>
      <w:r>
        <w:rPr>
          <w:sz w:val="20"/>
        </w:rPr>
        <w:t>43:11  iqbal sohail sahib ko. woh shibli nomani ke shagird thay aur bohat bohat parha tha unhon ne. yani urdu, arbi, english, kai zabanein bohat achhi jantay thay woh.</w:t>
      </w:r>
      <w:r>
        <w:br/>
      </w:r>
      <w:r>
        <w:rPr>
          <w:sz w:val="20"/>
        </w:rPr>
        <w:t>43:24  to khair wahan kharay hue woh. ab isi mozu par phir se bolna shuru kiya unhon ne. aur naye naye nuqat aur naye naye pehlu, naye naye misalein.</w:t>
      </w:r>
      <w:r>
        <w:br/>
      </w:r>
      <w:r>
        <w:rPr>
          <w:sz w:val="20"/>
        </w:rPr>
        <w:t>43:34  ab bilkul aik aik jo wahan par samien tha, samien bilkul aik yani pin drop khamoshi ke sath suna un logon ne. jab un ki taqreer khatam hui to khawaja qamruddin uthay.</w:t>
      </w:r>
    </w:p>
    <w:p>
      <w:pPr>
        <w:pStyle w:val="Heading2"/>
      </w:pPr>
      <w:r>
        <w:t>Bread plus formula for individual life</w:t>
      </w:r>
    </w:p>
    <w:p>
      <w:r>
        <w:rPr>
          <w:color w:val="666666"/>
          <w:sz w:val="18"/>
        </w:rPr>
        <w:t>Formula of Human Life | March 13, 2016 · 2m 03s · at 3:22 · https://youtu.be/Et_ZQTYZzjU?t=202</w:t>
      </w:r>
    </w:p>
    <w:p>
      <w:r>
        <w:rPr>
          <w:i/>
        </w:rPr>
        <w:t>“This is the success formula for better human individual life.”</w:t>
      </w:r>
    </w:p>
    <w:p>
      <w:r>
        <w:rPr>
          <w:sz w:val="20"/>
        </w:rPr>
        <w:t>3:22  یہی ہے، یہی ہے— یعنی better human individual life کا successful formula۔</w:t>
      </w:r>
      <w:r>
        <w:br/>
      </w:r>
      <w:r>
        <w:rPr>
          <w:sz w:val="20"/>
        </w:rPr>
        <w:t>3:30  یہ پلس فارمولا کیا ہے؟ دیکھیے، ہر چیز، چاہے bread ہو، چاہے کوئی اور چیز ہو، اس کا</w:t>
      </w:r>
      <w:r>
        <w:br/>
      </w:r>
      <w:r>
        <w:rPr>
          <w:sz w:val="20"/>
        </w:rPr>
        <w:t>3:37  ایک physical aspect ہوتا ہے یا material aspect ہوتا ہے۔</w:t>
      </w:r>
      <w:r>
        <w:br/>
      </w:r>
      <w:r>
        <w:rPr>
          <w:sz w:val="20"/>
        </w:rPr>
        <w:t>3:45  at the same</w:t>
      </w:r>
      <w:r>
        <w:br/>
      </w:r>
      <w:r>
        <w:rPr>
          <w:sz w:val="20"/>
        </w:rPr>
        <w:t>3:52  time, that is an inner content of that item.</w:t>
      </w:r>
      <w:r>
        <w:br/>
      </w:r>
      <w:r>
        <w:rPr>
          <w:sz w:val="20"/>
        </w:rPr>
        <w:t>4:00  har cheez, like flower.</w:t>
      </w:r>
      <w:r>
        <w:br/>
      </w:r>
      <w:r>
        <w:rPr>
          <w:sz w:val="20"/>
        </w:rPr>
        <w:t>4:09  Flower ka ek aspect hai ke flower ek material phenomenon hai.</w:t>
      </w:r>
      <w:r>
        <w:br/>
      </w:r>
      <w:r>
        <w:rPr>
          <w:sz w:val="20"/>
        </w:rPr>
        <w:t>4:17  At the same time, that is a— that is a nectar.</w:t>
      </w:r>
      <w:r>
        <w:br/>
      </w:r>
      <w:r>
        <w:rPr>
          <w:sz w:val="20"/>
        </w:rPr>
        <w:t>4:25  And honey bee— and nectar is the sole concern of honey bee.</w:t>
      </w:r>
      <w:r>
        <w:br/>
      </w:r>
      <w:r>
        <w:rPr>
          <w:sz w:val="20"/>
        </w:rPr>
        <w:t>4:33  to honey bee jab aati hai garden mein, to wahan woh kya karti hai? Woh seedhe jaati hai</w:t>
      </w:r>
      <w:r>
        <w:br/>
      </w:r>
      <w:r>
        <w:rPr>
          <w:sz w:val="20"/>
        </w:rPr>
        <w:t>4:40  flower par, uska nectar nikalti hai, aur chali jaati hai.</w:t>
      </w:r>
      <w:r>
        <w:br/>
      </w:r>
      <w:r>
        <w:rPr>
          <w:sz w:val="20"/>
        </w:rPr>
        <w:t>4:48  isi tarah se insaan ko karna hai ke har physical item mein,</w:t>
      </w:r>
      <w:r>
        <w:br/>
      </w:r>
      <w:r>
        <w:rPr>
          <w:sz w:val="20"/>
        </w:rPr>
        <w:t>4:56  چاہے بریڈ ہو یا کچھ اور ہو، اس میں جو ایک اور spiritual content ہے، اس کو— اس</w:t>
      </w:r>
      <w:r>
        <w:br/>
      </w:r>
      <w:r>
        <w:rPr>
          <w:sz w:val="20"/>
        </w:rPr>
        <w:t>5:03  ko extract karein.</w:t>
      </w:r>
      <w:r>
        <w:br/>
      </w:r>
      <w:r>
        <w:rPr>
          <w:sz w:val="20"/>
        </w:rPr>
        <w:t>5:11  is tarah hamari zindagi successful rahegi.</w:t>
      </w:r>
      <w:r>
        <w:br/>
      </w:r>
      <w:r>
        <w:rPr>
          <w:sz w:val="20"/>
        </w:rPr>
        <w:t>5:19  quran mein is ko kaha gaya hai, surah taha mein: "warث</w:t>
      </w:r>
    </w:p>
    <w:p>
      <w:pPr>
        <w:pStyle w:val="Heading2"/>
      </w:pPr>
      <w:r>
        <w:t>Bernard Shaw's anti-smoking line backfires into an ad</w:t>
      </w:r>
    </w:p>
    <w:p>
      <w:r>
        <w:rPr>
          <w:color w:val="666666"/>
          <w:sz w:val="18"/>
        </w:rPr>
        <w:t>Science of Life Sep 10, 2006 Maulana Wahiduddin Khan · 2m 04s · at 36:34 · https://youtu.be/9ZRasJA7jTw?t=2194</w:t>
      </w:r>
    </w:p>
    <w:p>
      <w:r>
        <w:rPr>
          <w:i/>
        </w:rPr>
        <w:t>“Ek interesting story arz karoon, Bernard Shaw jo tha”</w:t>
      </w:r>
    </w:p>
    <w:p>
      <w:r>
        <w:rPr>
          <w:sz w:val="20"/>
        </w:rPr>
        <w:t>36:34  ek bohat hi ek ek ek interesting story main arz karoon aap ko ke Bernard Shaw jo tha, woh is ko smoking ke khilaaf tha, yani cigarette smoking jo thi, us ke bohat ziyada khilaaf tha.</w:t>
      </w:r>
      <w:r>
        <w:br/>
      </w:r>
      <w:r>
        <w:rPr>
          <w:sz w:val="20"/>
        </w:rPr>
        <w:t>36:48  woh woh campaign chala raha tha is ke khilaaf.</w:t>
      </w:r>
      <w:r>
        <w:br/>
      </w:r>
      <w:r>
        <w:rPr>
          <w:sz w:val="20"/>
        </w:rPr>
        <w:t>36:53  to us zamanay mein ek cigarette hua karta tha England mein, is ka naam tha Abdullah. mujhe nahi maloom ke aaj kal woh chalta hai ke nahi chalta hai.</w:t>
      </w:r>
      <w:r>
        <w:br/>
      </w:r>
      <w:r>
        <w:rPr>
          <w:sz w:val="20"/>
        </w:rPr>
        <w:t>37:02  ek zamanay mein bara is ka number one cigarette maana jata tha Abdullah. to Abdullah ki company walay gaye Bernard Shaw ke paas ke hamaray cigarette ke liye aap kuch ek sentence likh dijiye.</w:t>
      </w:r>
      <w:r>
        <w:br/>
      </w:r>
      <w:r>
        <w:rPr>
          <w:sz w:val="20"/>
        </w:rPr>
        <w:t>37:19  to bohat ghussa hua ke main to cigarette ke yani koi ghalat samajhta hoon, main to is ke against mein hoon, main kaise likh doon? to logon ne kaha aap jo aap ka rai hai, wohi likh dijiye, aap wohi likh dijiye.</w:t>
      </w:r>
      <w:r>
        <w:br/>
      </w:r>
      <w:r>
        <w:rPr>
          <w:sz w:val="20"/>
        </w:rPr>
        <w:t>37:32  aap to us ne kaha acha main likh deta hoon. us ne likha ke "Don't smoke, don't smoke even Abdullah".</w:t>
      </w:r>
      <w:r>
        <w:br/>
      </w:r>
      <w:r>
        <w:rPr>
          <w:sz w:val="20"/>
        </w:rPr>
        <w:t>37:46  Bernard Shaw ne likh diya ke "Don't smoke even Abdullah". ab jo aap is ki dhoom mach gayi is ki ke Abdullah koi bohat bari cheez us waqt tak ke Abdullah ke itni ziyada popular nahi hua tha, woh Abdullah cigarette.</w:t>
      </w:r>
      <w:r>
        <w:br/>
      </w:r>
      <w:r>
        <w:rPr>
          <w:sz w:val="20"/>
        </w:rPr>
        <w:t>38:00  lekin jab yeh chapa to logon ne ke Abdullah koi bohat bari cheez hai, koi bohat bara cigarette hai, koi bohat bari quality is ke andar hai. log toot paray is ki taraf.</w:t>
      </w:r>
      <w:r>
        <w:br/>
      </w:r>
      <w:r>
        <w:rPr>
          <w:sz w:val="20"/>
        </w:rPr>
        <w:t>38:09  log</w:t>
      </w:r>
      <w:r>
        <w:br/>
      </w:r>
      <w:r>
        <w:rPr>
          <w:sz w:val="20"/>
        </w:rPr>
        <w:t>38:11  to "Don't smoke even Abdullah" jo hai, bazahir ek ek ek minus aspect is mein tha, lekin woh plus aspect ban gaya company walon ke liye.</w:t>
      </w:r>
      <w:r>
        <w:br/>
      </w:r>
      <w:r>
        <w:rPr>
          <w:sz w:val="20"/>
        </w:rPr>
        <w:t>38:20  ab dhoop mach gayi in ki. yeh duniya hai, yeh yeh laaf nature hai, yeh ke har minus mein plus point hai, har disadvantage mein ek advantage hai.</w:t>
      </w:r>
      <w:r>
        <w:br/>
      </w:r>
      <w:r>
        <w:rPr>
          <w:sz w:val="20"/>
        </w:rPr>
        <w:t>38:32  in maal isra yeh sab yeh mein quran se yeh baat maine paayi hai.</w:t>
      </w:r>
    </w:p>
    <w:p>
      <w:pPr>
        <w:pStyle w:val="Heading2"/>
      </w:pPr>
      <w:r>
        <w:t>Germany post-war recovery by focusing on remainder</w:t>
      </w:r>
    </w:p>
    <w:p>
      <w:r>
        <w:rPr>
          <w:color w:val="666666"/>
          <w:sz w:val="18"/>
        </w:rPr>
        <w:t>Prophetic Guidance | October 04, 2015 · 2m 30s · at 27:45 · https://youtu.be/xkQO53EdaVU?t=1665</w:t>
      </w:r>
    </w:p>
    <w:p>
      <w:r>
        <w:rPr>
          <w:i/>
        </w:rPr>
        <w:t>“After losing half its land, Germany planned on what remained.”</w:t>
      </w:r>
    </w:p>
    <w:p>
      <w:r>
        <w:rPr>
          <w:sz w:val="20"/>
        </w:rPr>
        <w:t>27:45  nishanaat mujhe dikhai nahi dete.</w:t>
      </w:r>
      <w:r>
        <w:br/>
      </w:r>
      <w:r>
        <w:rPr>
          <w:sz w:val="20"/>
        </w:rPr>
        <w:t>27:53  main aap ko misaal deta hoon.</w:t>
      </w:r>
      <w:r>
        <w:br/>
      </w:r>
      <w:r>
        <w:rPr>
          <w:sz w:val="20"/>
        </w:rPr>
        <w:t>28:00  dekhein, japan aik mulk hai, aap jante hain asia ka, aur germany aik mulk hai europe ka.</w:t>
      </w:r>
      <w:r>
        <w:br/>
      </w:r>
      <w:r>
        <w:rPr>
          <w:sz w:val="20"/>
        </w:rPr>
        <w:t>28:08  dono mulkon ke sath wahi waqea hua ke un ka kuch hissa chhin gaya, kuch hissa baqi reh</w:t>
      </w:r>
      <w:r>
        <w:br/>
      </w:r>
      <w:r>
        <w:rPr>
          <w:sz w:val="20"/>
        </w:rPr>
        <w:t>28:15  gaya. jaise pakistan ka hissa chhin gaya, kuch baqi raha. falasteen mein arbon ka kuch hissa chhin gaya, kuch baqi raha. same case tha japan ka aur germany ka second world war ke baad. to yeh Allah taala ne nishani qaim kar, yeh yeh bhi nishani hai. sirf woh khaddar jo hain sham ke ilaqe mein kahin jo ab wajood bhi un ka nahi hai, sirf kuch eent, eent, eent pathar hain wahan kuch. bas isi ko samajhte hain ke is aayat ka</w:t>
      </w:r>
      <w:r>
        <w:br/>
      </w:r>
      <w:r>
        <w:rPr>
          <w:sz w:val="20"/>
        </w:rPr>
        <w:t>28:45  matlab yeh bhi nishani hai.</w:t>
      </w:r>
      <w:r>
        <w:br/>
      </w:r>
      <w:r>
        <w:rPr>
          <w:sz w:val="20"/>
        </w:rPr>
        <w:t>28:50  Allah taala ne japan mein nishani rakhi thi, germany mein nishani rakhi thi, singapore mein nishani rakhi thi.</w:t>
      </w:r>
      <w:r>
        <w:br/>
      </w:r>
      <w:r>
        <w:rPr>
          <w:sz w:val="20"/>
        </w:rPr>
        <w:t>28:55  is se koi sabak nahi.</w:t>
      </w:r>
      <w:r>
        <w:br/>
      </w:r>
      <w:r>
        <w:rPr>
          <w:sz w:val="20"/>
        </w:rPr>
        <w:t>29:00  woh kaise? germany dekhiye, second world war mein baqayda jang mein shareek hua.</w:t>
      </w:r>
      <w:r>
        <w:br/>
      </w:r>
      <w:r>
        <w:rPr>
          <w:sz w:val="20"/>
        </w:rPr>
        <w:t>29:05  sab se bara member tha germany second world war.</w:t>
      </w:r>
      <w:r>
        <w:br/>
      </w:r>
      <w:r>
        <w:rPr>
          <w:sz w:val="20"/>
        </w:rPr>
        <w:t>29:10  aap jante hain ke</w:t>
      </w:r>
      <w:r>
        <w:br/>
      </w:r>
      <w:r>
        <w:rPr>
          <w:sz w:val="20"/>
        </w:rPr>
        <w:t>29:15  wahan do mahaz bane the, allied aur axis, axis forces aur allied forces.</w:t>
      </w:r>
      <w:r>
        <w:br/>
      </w:r>
      <w:r>
        <w:rPr>
          <w:sz w:val="20"/>
        </w:rPr>
        <w:t>29:20  to aik ka woh sardar tha germany.</w:t>
      </w:r>
      <w:r>
        <w:br/>
      </w:r>
      <w:r>
        <w:rPr>
          <w:sz w:val="20"/>
        </w:rPr>
        <w:t>29:26  lekin jab jang khatam hui to kya hua? germany ka jo mulk hai, is ka aik hissa chhin</w:t>
      </w:r>
      <w:r>
        <w:br/>
      </w:r>
      <w:r>
        <w:rPr>
          <w:sz w:val="20"/>
        </w:rPr>
        <w:t>29:31  gaya us se, jis ko hum kehte hain east germany.</w:t>
      </w:r>
      <w:r>
        <w:br/>
      </w:r>
      <w:r>
        <w:rPr>
          <w:sz w:val="20"/>
        </w:rPr>
        <w:t>29:36  ab to nahin hai woh, lekin east germany.</w:t>
      </w:r>
      <w:r>
        <w:br/>
      </w:r>
      <w:r>
        <w:rPr>
          <w:sz w:val="20"/>
        </w:rPr>
        <w:t>29:41  east germany ne khud berlin ka</w:t>
      </w:r>
      <w:r>
        <w:br/>
      </w:r>
      <w:r>
        <w:rPr>
          <w:sz w:val="20"/>
        </w:rPr>
        <w:t>29:46  jo capital city hai, us ka bhi aik hissa shamil tha.</w:t>
      </w:r>
      <w:r>
        <w:br/>
      </w:r>
      <w:r>
        <w:rPr>
          <w:sz w:val="20"/>
        </w:rPr>
        <w:t>29:53  to world war war jab khatam hui to germany ka aik hissa is se chhin gaya tha.</w:t>
      </w:r>
      <w:r>
        <w:br/>
      </w:r>
      <w:r>
        <w:rPr>
          <w:sz w:val="20"/>
        </w:rPr>
        <w:t>30:01  jis tarah arbon se chhin, jis tarah pakistan se chhin.</w:t>
      </w:r>
      <w:r>
        <w:br/>
      </w:r>
      <w:r>
        <w:rPr>
          <w:sz w:val="20"/>
        </w:rPr>
        <w:t>30:08  yeh germany to japan ka jo leader tha, us ne fitrat ke qanoon ko samjha,</w:t>
      </w:r>
    </w:p>
    <w:p>
      <w:pPr>
        <w:pStyle w:val="Heading2"/>
      </w:pPr>
      <w:r>
        <w:t>how meat and ironed clothes became someone's addictions</w:t>
      </w:r>
    </w:p>
    <w:p>
      <w:r>
        <w:rPr>
          <w:color w:val="666666"/>
          <w:sz w:val="18"/>
        </w:rPr>
        <w:t>Fragments of a CPS Mind April 24, 2011 Maulana Wahiduddin Khan · 2m 56s · at 7:30 · https://youtu.be/kn1KfE--rug?t=450</w:t>
      </w:r>
    </w:p>
    <w:p>
      <w:r>
        <w:rPr>
          <w:i/>
        </w:rPr>
        <w:t>“Angrezi mein do lafz hain: habit aur addiction”</w:t>
      </w:r>
    </w:p>
    <w:p>
      <w:r>
        <w:rPr>
          <w:sz w:val="20"/>
        </w:rPr>
        <w:t>7:30  dekhiye angrezi mein do lafz hain "habit" aur "addiction". Urdu mein is ko kehte hain "aadat" aur "lat".</w:t>
      </w:r>
      <w:r>
        <w:br/>
      </w:r>
      <w:r>
        <w:rPr>
          <w:sz w:val="20"/>
        </w:rPr>
        <w:t>7:40  to koi bhi habit, koi bhi habit dheere dheere dheere addiction ban jati hai.</w:t>
      </w:r>
      <w:r>
        <w:br/>
      </w:r>
      <w:r>
        <w:rPr>
          <w:sz w:val="20"/>
        </w:rPr>
        <w:t>7:50  addiction banne ke baad woh mohlik ho jati hai.</w:t>
      </w:r>
      <w:r>
        <w:br/>
      </w:r>
      <w:r>
        <w:rPr>
          <w:sz w:val="20"/>
        </w:rPr>
        <w:t>7:54  jaise ek sahab se mulaqat hui meri jaldi. To woh rozana har khane ke sath gosht zaroor khate thay.</w:t>
      </w:r>
      <w:r>
        <w:br/>
      </w:r>
      <w:r>
        <w:rPr>
          <w:sz w:val="20"/>
        </w:rPr>
        <w:t>8:05  agar gosht na ho khane mein to sare ghar par baras padte thay, ghussa hote thay. Main nahi khaunga. Kyun?</w:t>
      </w:r>
      <w:r>
        <w:br/>
      </w:r>
      <w:r>
        <w:rPr>
          <w:sz w:val="20"/>
        </w:rPr>
        <w:t>8:16  woh gosht ke liye addict ho gaye thay.</w:t>
      </w:r>
      <w:r>
        <w:br/>
      </w:r>
      <w:r>
        <w:rPr>
          <w:sz w:val="20"/>
        </w:rPr>
        <w:t>8:19  shuru shuru mein gosht khaya hoga unhon ne, acha laga hoga. Phir khate khate un ko addiction ho gaya. Ke ab agar woh daal roti khayein, chawal khayein, sabzi khayein to unhein lagega ke abhi mein ne khana hi nahi khaya.</w:t>
      </w:r>
      <w:r>
        <w:br/>
      </w:r>
      <w:r>
        <w:rPr>
          <w:sz w:val="20"/>
        </w:rPr>
        <w:t>8:35  un ko taskeen nahi hogi. To aadat barhte barhte addiction ban jati hai. Jab addiction ban jaye to is ke baghair aadmi reh nahi sakta.</w:t>
      </w:r>
      <w:r>
        <w:br/>
      </w:r>
      <w:r>
        <w:rPr>
          <w:sz w:val="20"/>
        </w:rPr>
        <w:t>8:47  is ka nuqsan kya hota hai? Ke zindagi ke jo bohat sare kaam hain, jo ziyada aham hain, is mein kami ho jati hai.</w:t>
      </w:r>
      <w:r>
        <w:br/>
      </w:r>
      <w:r>
        <w:rPr>
          <w:sz w:val="20"/>
        </w:rPr>
        <w:t>8:57  jitna idhar aap apne ko engage karein ge utni idhar kami ho jayegi. Jaise misal ke taur par ek safar mein mere sath ek sahab thay.</w:t>
      </w:r>
      <w:r>
        <w:br/>
      </w:r>
      <w:r>
        <w:rPr>
          <w:sz w:val="20"/>
        </w:rPr>
        <w:t>9:07  bahir ke safar mein. To un ki wajah se mein aksar program mein late ho jata tha. Halanke mera mizaj yeh hai ke mein kabhi late na hon, time par pahunchna.</w:t>
      </w:r>
      <w:r>
        <w:br/>
      </w:r>
      <w:r>
        <w:rPr>
          <w:sz w:val="20"/>
        </w:rPr>
        <w:t>9:18  un ki wajah se mein late ho jata tha. Kyun? Hum hotel mein kai jagah gaye thay to har jo hotel mein theharte thay.</w:t>
      </w:r>
      <w:r>
        <w:br/>
      </w:r>
      <w:r>
        <w:rPr>
          <w:sz w:val="20"/>
        </w:rPr>
        <w:t>9:29  to woh kya karte thay ke har din unhein kapra dhula hua ho aur use press kiya hua ho. Yeh un ka mizaj tha.</w:t>
      </w:r>
      <w:r>
        <w:br/>
      </w:r>
      <w:r>
        <w:rPr>
          <w:sz w:val="20"/>
        </w:rPr>
        <w:t>9:40  to rozana woh dete thay sham ko ke mujhe dhula hua kapra subah tak press kar ke milna chahiye.</w:t>
      </w:r>
      <w:r>
        <w:br/>
      </w:r>
      <w:r>
        <w:rPr>
          <w:sz w:val="20"/>
        </w:rPr>
        <w:t>9:46  lekin aksar woh kya hota tha ke woh press karne mein der ho jati thi.</w:t>
      </w:r>
      <w:r>
        <w:br/>
      </w:r>
      <w:r>
        <w:rPr>
          <w:sz w:val="20"/>
        </w:rPr>
        <w:t>9:55  isi ke intezar mein hum baithe rehte thay. Jab kapra milta tha tab hum jate thay aur program mein late ho jate thay. To woh addict ho gaye thay press ke liye.</w:t>
      </w:r>
      <w:r>
        <w:br/>
      </w:r>
      <w:r>
        <w:rPr>
          <w:sz w:val="20"/>
        </w:rPr>
        <w:t>10:06  baghair press ke kapra samajhte thay ke hum ne kapra hi nahi pehna. Baghair press ke agar kapra pehna to goya pehna hi nahi hum ne.</w:t>
      </w:r>
      <w:r>
        <w:br/>
      </w:r>
      <w:r>
        <w:rPr>
          <w:sz w:val="20"/>
        </w:rPr>
        <w:t>10:17  to yeh har aadmi kisi na kisi cheez ki aadat dalta hai. To dheere dheere addiction ho jata hai, addict ho jata hai woh.</w:t>
      </w:r>
    </w:p>
    <w:p>
      <w:pPr>
        <w:pStyle w:val="Heading2"/>
      </w:pPr>
      <w:r>
        <w:t>why you can't just stop thinking to beat stress</w:t>
      </w:r>
    </w:p>
    <w:p>
      <w:r>
        <w:rPr>
          <w:color w:val="666666"/>
          <w:sz w:val="18"/>
        </w:rPr>
        <w:t>The Importance of Thinking November 10, 2013 · 2m 59s · at 46:09 · https://youtu.be/y16CddTHoqE?t=2769</w:t>
      </w:r>
    </w:p>
    <w:p>
      <w:r>
        <w:rPr>
          <w:i/>
        </w:rPr>
        <w:t>“Stress free life jis tarah nahi milti, sochna band karke”</w:t>
      </w:r>
    </w:p>
    <w:p>
      <w:r>
        <w:rPr>
          <w:sz w:val="20"/>
        </w:rPr>
        <w:t>46:09  maulana, yeh sawal ajmer se aya hai doctor safeena tabassum ka. unhon ne likha hai: "maulana sahib, today people have a concept that to live stress free life, we should stop thinking.</w:t>
      </w:r>
      <w:r>
        <w:br/>
      </w:r>
      <w:r>
        <w:rPr>
          <w:sz w:val="20"/>
        </w:rPr>
        <w:t>46:25  how how can we explain the importance of thinking to them? please advise." dekhen, stress free life jo hai, is tarah nahi milti kisi ko ke woh sochna band</w:t>
      </w:r>
      <w:r>
        <w:br/>
      </w:r>
      <w:r>
        <w:rPr>
          <w:sz w:val="20"/>
        </w:rPr>
        <w:t>46:39  kar de. yeh sirf kehne ki baat hai. haqeeqat hai, koi koi sochna band nahi kar sakta. jo ek kehta ho, us se aap dekhen ja kar ke ke us ne sochna band kar rakha hai.</w:t>
      </w:r>
      <w:r>
        <w:br/>
      </w:r>
      <w:r>
        <w:rPr>
          <w:sz w:val="20"/>
        </w:rPr>
        <w:t>46:51  hamare aap ke pasine mein nahi hai ke mind mein thinking process ko rok de. koi suicide to kar sakta hai. koi sa aadmi charhaye to gardan mein kaat de aur sir alag kar de, dhad alag kar de.</w:t>
      </w:r>
      <w:r>
        <w:br/>
      </w:r>
      <w:r>
        <w:rPr>
          <w:sz w:val="20"/>
        </w:rPr>
        <w:t>47:08  yeh sirf kehne ki baat hai.</w:t>
      </w:r>
      <w:r>
        <w:br/>
      </w:r>
      <w:r>
        <w:rPr>
          <w:sz w:val="20"/>
        </w:rPr>
        <w:t>47:13  thinking process apne aap hi chalta rehta hai. is liye stress ka, stress ka hal, stress ko manage karna hai.</w:t>
      </w:r>
      <w:r>
        <w:br/>
      </w:r>
      <w:r>
        <w:rPr>
          <w:sz w:val="20"/>
        </w:rPr>
        <w:t>47:28  you have to learn the art of management, larger than art of stopping, kyunke woh aap ke bas mein nahi hai.</w:t>
      </w:r>
      <w:r>
        <w:br/>
      </w:r>
      <w:r>
        <w:rPr>
          <w:sz w:val="20"/>
        </w:rPr>
        <w:t>47:39  koi bhi shakhs jo aisa kehta ho, us se aap miliye, us se aap ek ghanta us ke pas rahiye. aap dekh rahe hain ke yeh kehne ki baat hai.</w:t>
      </w:r>
      <w:r>
        <w:br/>
      </w:r>
      <w:r>
        <w:rPr>
          <w:sz w:val="20"/>
        </w:rPr>
        <w:t>47:50  yeh law of nature ke khilaf hai. yeh law of nature hai ke aap ka mind bahar think karega.</w:t>
      </w:r>
      <w:r>
        <w:br/>
      </w:r>
      <w:r>
        <w:rPr>
          <w:sz w:val="20"/>
        </w:rPr>
        <w:t>48:00  hata ke jo modern psychology hai, woh batati hai ke agar aap consciously nahi think kar rahe hain to unconsciously think kar rahe honge.</w:t>
      </w:r>
      <w:r>
        <w:br/>
      </w:r>
      <w:r>
        <w:rPr>
          <w:sz w:val="20"/>
        </w:rPr>
        <w:t>48:10  yani thinking process agar conscious level par na chal raha ho, tab bhi unconscious level par chalta rehta hai. to yeh sirf kehne ki baat hai.</w:t>
      </w:r>
      <w:r>
        <w:br/>
      </w:r>
      <w:r>
        <w:rPr>
          <w:sz w:val="20"/>
        </w:rPr>
        <w:t>48:22  sahi baat yeh hai ke main aap is stress ko manage karna seekhiye. aur manage karne ka matlab kya hai?</w:t>
      </w:r>
      <w:r>
        <w:br/>
      </w:r>
      <w:r>
        <w:rPr>
          <w:sz w:val="20"/>
        </w:rPr>
        <w:t>48:34  aap yeh janiye ke duniya mein jo unwanted cheezen hain, jis ki wajah se stress aata hai, woh evil nahi hain, woh blessing hain.</w:t>
      </w:r>
      <w:r>
        <w:br/>
      </w:r>
      <w:r>
        <w:rPr>
          <w:sz w:val="20"/>
        </w:rPr>
        <w:t>48:44  kyun? woh aap ke liye intellectual challenge hain.</w:t>
      </w:r>
      <w:r>
        <w:br/>
      </w:r>
      <w:r>
        <w:rPr>
          <w:sz w:val="20"/>
        </w:rPr>
        <w:t>48:47  is se aap ka mind trigger hota hai, is se aap ka sochne ki taqat barhti hai, is se aap ka intellectual development hota hai. yeh hai manage karna.</w:t>
      </w:r>
      <w:r>
        <w:br/>
      </w:r>
      <w:r>
        <w:rPr>
          <w:sz w:val="20"/>
        </w:rPr>
        <w:t>49:01  is ke siwa koi doosri baat jo kahe, woh sahi nahi kehta hai.</w:t>
      </w:r>
    </w:p>
    <w:p>
      <w:pPr>
        <w:pStyle w:val="Heading2"/>
      </w:pPr>
      <w:r>
        <w:t>Team building desert model</w:t>
      </w:r>
    </w:p>
    <w:p>
      <w:r>
        <w:rPr>
          <w:color w:val="666666"/>
          <w:sz w:val="18"/>
        </w:rPr>
        <w:t>Islam Ideology, Team and Method 9 Oct, 2011 - Maulana Wahiduddin Khan · 2m 31s · at 10:59 · https://youtu.be/gEd027DIDw8?t=659</w:t>
      </w:r>
    </w:p>
    <w:p>
      <w:r>
        <w:rPr>
          <w:i/>
        </w:rPr>
        <w:t>“Team kaise banaye, iska namuna Qaim hua Hazrat Ismail ke zariye.”</w:t>
      </w:r>
    </w:p>
    <w:p>
      <w:r>
        <w:rPr>
          <w:sz w:val="20"/>
        </w:rPr>
        <w:t>10:59  ab dono se ek ek ko le jaiye. hazrat ismail ke zariye kaun sa namuna qaim hua? woh namuna yeh tha ke team kaise banai jaye.</w:t>
      </w:r>
      <w:r>
        <w:br/>
      </w:r>
      <w:r>
        <w:rPr>
          <w:sz w:val="20"/>
        </w:rPr>
        <w:t>11:13  dekhein, aap ki itni achi ideology ho, lekin aap ko jab tak aap ke paas team na ho, tab tak aap koi bara kaam nahi kar sakte.</w:t>
      </w:r>
      <w:r>
        <w:br/>
      </w:r>
      <w:r>
        <w:rPr>
          <w:sz w:val="20"/>
        </w:rPr>
        <w:t>11:25  ek aadmi nahi, koi bara kaam kar sakta. to aap ke sath ek team honi chahiye. to team kaise bane, is ka namuna qaim hua hazrat ismail ke zariye se,</w:t>
      </w:r>
      <w:r>
        <w:br/>
      </w:r>
      <w:r>
        <w:rPr>
          <w:sz w:val="20"/>
        </w:rPr>
        <w:t>11:39  jo hazrat ibrahim ke bete the. is namune mein hazrat ibrahim, hazrat haajra, hazrat ismail, teen aadmi ka basic role hai.</w:t>
      </w:r>
      <w:r>
        <w:br/>
      </w:r>
      <w:r>
        <w:rPr>
          <w:sz w:val="20"/>
        </w:rPr>
        <w:t>11:53  hazrat ibrahim paida hue iraq mein, wahan unhone dawat ka kaam kiya.</w:t>
      </w:r>
      <w:r>
        <w:br/>
      </w:r>
      <w:r>
        <w:rPr>
          <w:sz w:val="20"/>
        </w:rPr>
        <w:t>12:03  to wahan par team nahi bani, wahan par afraad ikattha nahi hue, woh akele reh gaye. to bara kaam kaise ho?</w:t>
      </w:r>
      <w:r>
        <w:br/>
      </w:r>
      <w:r>
        <w:rPr>
          <w:sz w:val="20"/>
        </w:rPr>
        <w:t>12:15  is ke liye team chahiye. to ek team banane ke liye allah taala ne unhein hukum diya ke tum le jao apni aulad ko aur un ko basa do desert mein.</w:t>
      </w:r>
      <w:r>
        <w:br/>
      </w:r>
      <w:r>
        <w:rPr>
          <w:sz w:val="20"/>
        </w:rPr>
        <w:t>12:27  quran mein hai ke hazrat ibrahim ne farmaya: "rabb inni askantu min zurriyyati biwadin ghairi zar'in 'inda baitika al-muharram" ke maine apne</w:t>
      </w:r>
      <w:r>
        <w:br/>
      </w:r>
      <w:r>
        <w:rPr>
          <w:sz w:val="20"/>
        </w:rPr>
        <w:t>12:45  apni aulad ko basa diya hai desert mein, sahra mein.</w:t>
      </w:r>
      <w:r>
        <w:br/>
      </w:r>
      <w:r>
        <w:rPr>
          <w:sz w:val="20"/>
        </w:rPr>
        <w:t>12:55  yeh hai, yeh hai in his da beginning. team banane ki beginning is se maloom hoti hai ke agar aap ko team banana ho to aap ko kuch aise afraad</w:t>
      </w:r>
      <w:r>
        <w:br/>
      </w:r>
      <w:r>
        <w:rPr>
          <w:sz w:val="20"/>
        </w:rPr>
        <w:t>13:13  talash karne chahiye jo desert mein settle hone ke tayyar hon. lekin yahan desert alamati lafz hai. aaj ke zamane mein is ka amli shakal desert nahi hogi.</w:t>
      </w:r>
    </w:p>
    <w:p>
      <w:pPr>
        <w:pStyle w:val="Heading2"/>
      </w:pPr>
      <w:r>
        <w:t>Mother's resilience after husband death</w:t>
      </w:r>
    </w:p>
    <w:p>
      <w:r>
        <w:rPr>
          <w:color w:val="666666"/>
          <w:sz w:val="18"/>
        </w:rPr>
        <w:t>How to Remove Tension February 11, 2007 Maulana Wahiduddin Khan · 3m 13s · at 20:18 · https://youtu.be/_PB2YOm8cV8?t=1218</w:t>
      </w:r>
    </w:p>
    <w:p>
      <w:r>
        <w:rPr>
          <w:i/>
        </w:rPr>
        <w:t>“Meri walida jo thein log sab log kehte thein”</w:t>
      </w:r>
    </w:p>
    <w:p>
      <w:r>
        <w:rPr>
          <w:sz w:val="20"/>
        </w:rPr>
        <w:t>20:18  meri walida jo thin log sab log kehte the ke bohat khoobsoorat thin woh. aur hamare baap bohat mante the un ko.</w:t>
      </w:r>
      <w:r>
        <w:br/>
      </w:r>
      <w:r>
        <w:rPr>
          <w:sz w:val="20"/>
        </w:rPr>
        <w:t>20:27  abhi woh zyada umar nahi hui thi un ki. ke december unees so chhappan mein mere baap ka inteqal ho gaya.</w:t>
      </w:r>
      <w:r>
        <w:br/>
      </w:r>
      <w:r>
        <w:rPr>
          <w:sz w:val="20"/>
        </w:rPr>
        <w:t>20:40  december unees so chhappan mein.</w:t>
      </w:r>
      <w:r>
        <w:br/>
      </w:r>
      <w:r>
        <w:rPr>
          <w:sz w:val="20"/>
        </w:rPr>
        <w:t>20:45  to abhi un ki umar itni zyada nahi thi. rishte aate the un ke doosri shadi ke liye. lekin un ke paas paanch bachhe the. hum log jo the paanch bachhe.</w:t>
      </w:r>
      <w:r>
        <w:br/>
      </w:r>
      <w:r>
        <w:rPr>
          <w:sz w:val="20"/>
        </w:rPr>
        <w:t>20:54  do behnein, teen bhai. to unhon ne yeh faisla kiya ke mujhe doosri shadi nahi karna hai. kyunke in bachhon ko mujhe paalna hai.</w:t>
      </w:r>
      <w:r>
        <w:br/>
      </w:r>
      <w:r>
        <w:rPr>
          <w:sz w:val="20"/>
        </w:rPr>
        <w:t>21:04  lekin masla kya tha?</w:t>
      </w:r>
      <w:r>
        <w:br/>
      </w:r>
      <w:r>
        <w:rPr>
          <w:sz w:val="20"/>
        </w:rPr>
        <w:t>21:07  ke baap ke marne ke baad</w:t>
      </w:r>
      <w:r>
        <w:br/>
      </w:r>
      <w:r>
        <w:rPr>
          <w:sz w:val="20"/>
        </w:rPr>
        <w:t>21:12  aap logon ko ek baat ka pata nahi hoga ke zarai zamane mein kya hota tha hamare gaon mein. ke sab kuch base karta tha zameen par.</w:t>
      </w:r>
      <w:r>
        <w:br/>
      </w:r>
      <w:r>
        <w:rPr>
          <w:sz w:val="20"/>
        </w:rPr>
        <w:t>21:21  to zameen ko log girift kiya karte thay. ab zameen ki ahmiyat number do par chali gayi hai. ab log karobar mein, sanat mein aur naukri mein yahan wahan milian chezen khuli hui hain aap paisa kama sakte hain ja kar ke</w:t>
      </w:r>
      <w:r>
        <w:br/>
      </w:r>
      <w:r>
        <w:rPr>
          <w:sz w:val="20"/>
        </w:rPr>
        <w:t>21:35  wahan. kyunke pehle to sirf ek hi cheez thi zameen bas. to sara jhagda hota tha zameen ke upar le kar ke. koi aur logon ko dikhai nahi padta tha zariya aamdani.</w:t>
      </w:r>
      <w:r>
        <w:br/>
      </w:r>
      <w:r>
        <w:rPr>
          <w:sz w:val="20"/>
        </w:rPr>
        <w:t>21:45  to kya hua ke hamare baap jab mare to sari hamari zameen aur bagh aur yeh sab logon ne le liya. hamari maan jo hai un ko ek jagah de di jo hospital, istbal thi yani wahan ghoda rehta tha.</w:t>
      </w:r>
      <w:r>
        <w:br/>
      </w:r>
      <w:r>
        <w:rPr>
          <w:sz w:val="20"/>
        </w:rPr>
        <w:t>22:03  h</w:t>
      </w:r>
      <w:r>
        <w:br/>
      </w:r>
      <w:r>
        <w:rPr>
          <w:sz w:val="20"/>
        </w:rPr>
        <w:t>22:04  mare ghorey paley rehte thay to woh ghoda wahan rehta tha. to kafi bara compound tha wohi de diya rani ke liye. to hum log ghar ki bajaye istbal bhi rakh le.</w:t>
      </w:r>
      <w:r>
        <w:br/>
      </w:r>
      <w:r>
        <w:rPr>
          <w:sz w:val="20"/>
        </w:rPr>
        <w:t>22:16  ab dekhen ke meri maan jo hai khudkushi kar sakti thi ya doosri shadi kar leti hai hum log bilkul yani woh ho kar rehte yani bigad kar reh jatay.</w:t>
      </w:r>
      <w:r>
        <w:br/>
      </w:r>
      <w:r>
        <w:rPr>
          <w:sz w:val="20"/>
        </w:rPr>
        <w:t>22:29  bila maan, bila baap ke jo bachay hotay hain woh kharab ho jatay hain aap jantay hain.</w:t>
      </w:r>
      <w:r>
        <w:br/>
      </w:r>
      <w:r>
        <w:rPr>
          <w:sz w:val="20"/>
        </w:rPr>
        <w:t>22:34  lekin unhon ne kya faisla kiya ke mujhe ek nai zindagi banani hai. ek khushhal kisan ke ghar ki larki thi woh.</w:t>
      </w:r>
      <w:r>
        <w:br/>
      </w:r>
      <w:r>
        <w:rPr>
          <w:sz w:val="20"/>
        </w:rPr>
        <w:t>22:45  aur hamare baap bhi achi halat mein thay. hum log zamindar thay. achank zamindar ho gaye hum log. to unhon ne kya kiya? unhon ne yeh faisla kiya ke mere pas sehat hai.</w:t>
      </w:r>
      <w:r>
        <w:br/>
      </w:r>
      <w:r>
        <w:rPr>
          <w:sz w:val="20"/>
        </w:rPr>
        <w:t>22:56  mere pas taqat hai. is ko mujhe istemal karna hai.</w:t>
      </w:r>
      <w:r>
        <w:br/>
      </w:r>
      <w:r>
        <w:rPr>
          <w:sz w:val="20"/>
        </w:rPr>
        <w:t>23:00  to is ghar mein jo bara sa compound tha us mein unhon ne bakri paali. bakri se aamdani hoti thi. uska doodh milta tha.</w:t>
      </w:r>
      <w:r>
        <w:br/>
      </w:r>
      <w:r>
        <w:rPr>
          <w:sz w:val="20"/>
        </w:rPr>
        <w:t>23:09  murghi paali. usey anda milta tha. us ko bechti thi woh. us ke andar woh sabzi boti thi. us se sabzi milti thi. to is zamane mein yeh dekh kar ke maine ek sher banaya tha ke bakri, murghi, sabzi, phal yeh hai momin ki maash ka hal.</w:t>
      </w:r>
    </w:p>
    <w:p>
      <w:pPr>
        <w:pStyle w:val="Heading2"/>
      </w:pPr>
      <w:r>
        <w:t>A holiday story exposing people's habit of lying about happiness</w:t>
      </w:r>
    </w:p>
    <w:p>
      <w:r>
        <w:rPr>
          <w:color w:val="666666"/>
          <w:sz w:val="18"/>
        </w:rPr>
        <w:t>Why People live in Despair September 2, 2007 · 1m 06s · at 11:24 · https://youtu.be/BHfgOfzXf00?t=684</w:t>
      </w:r>
    </w:p>
    <w:p>
      <w:r>
        <w:rPr>
          <w:i/>
        </w:rPr>
        <w:t>“A family went on holiday — then came home and lied.”</w:t>
      </w:r>
    </w:p>
    <w:p>
      <w:r>
        <w:rPr>
          <w:sz w:val="20"/>
        </w:rPr>
        <w:t>11:24  abhi ki baat hai, ek family gayi kisi hill station par. woh Shimla waghera jo hill stations hain, woh is se wahan jate hain log tafreeh ke liye, entertainment ke liye, enjoy karne ke liye.</w:t>
      </w:r>
      <w:r>
        <w:br/>
      </w:r>
      <w:r>
        <w:rPr>
          <w:sz w:val="20"/>
        </w:rPr>
        <w:t>11:41  to woh gayi, woh log wahan jaane se pehle meri mulaqat hui thi. to maine kaha un se ke aap jaiye, lekin wahan se aap sirf ek boredom le kar lotenge.</w:t>
      </w:r>
      <w:r>
        <w:br/>
      </w:r>
      <w:r>
        <w:rPr>
          <w:sz w:val="20"/>
        </w:rPr>
        <w:t>11:53  jab wapsi mein mulaqat hui to maine kaha ke sahib, kya hua? nahin, hum to khoob enjoy kiya, hum ne khoob khoob lutf aaya.</w:t>
      </w:r>
      <w:r>
        <w:br/>
      </w:r>
      <w:r>
        <w:rPr>
          <w:sz w:val="20"/>
        </w:rPr>
        <w:t>12:03  ab wahi aadmi apne ghar mein, mujhe pata chala ke khane ki table par us ne kaha apne bachon se: "kya bhai, wahan gaye the?</w:t>
      </w:r>
      <w:r>
        <w:br/>
      </w:r>
      <w:r>
        <w:rPr>
          <w:sz w:val="20"/>
        </w:rPr>
        <w:t>12:12  kuch wahan par boredom khatm hoga, wahan to ek naya naya boredom le ke aaye hain."</w:t>
      </w:r>
      <w:r>
        <w:br/>
      </w:r>
      <w:r>
        <w:rPr>
          <w:sz w:val="20"/>
        </w:rPr>
        <w:t>12:17  wahi same aadmi mujh se kehta hai ke nahin sahib, wahan to hum bohat khoob khush rahe aur khoob wahan se happiness le kar aaye.</w:t>
      </w:r>
      <w:r>
        <w:br/>
      </w:r>
      <w:r>
        <w:rPr>
          <w:sz w:val="20"/>
        </w:rPr>
        <w:t>12:27  bilkul jhoot tha.</w:t>
      </w:r>
    </w:p>
    <w:p>
      <w:pPr>
        <w:pStyle w:val="Heading2"/>
      </w:pPr>
      <w:r>
        <w:t>True happiness is only achievable in the hereafter</w:t>
      </w:r>
    </w:p>
    <w:p>
      <w:r>
        <w:rPr>
          <w:color w:val="666666"/>
          <w:sz w:val="18"/>
        </w:rPr>
        <w:t>The Problem of Misunderstanding January 1, 2008 · 2m 16s · at 1:10:45 · https://youtu.be/CTmUoJ714fg?t=4245</w:t>
      </w:r>
    </w:p>
    <w:p>
      <w:r>
        <w:rPr>
          <w:i/>
        </w:rPr>
        <w:t>“Prophet of Islam has said: there is no happiness in this world”</w:t>
      </w:r>
    </w:p>
    <w:p>
      <w:r>
        <w:rPr>
          <w:sz w:val="20"/>
        </w:rPr>
        <w:t>1:10:45  prophet of islam has said in this saying, you can find your answer. prophet of islam has said that allah la aisha illa aisha akhrh.</w:t>
      </w:r>
      <w:r>
        <w:br/>
      </w:r>
      <w:r>
        <w:rPr>
          <w:sz w:val="20"/>
        </w:rPr>
        <w:t>1:11:03  allah la aisha illa aisha akhrh. oh god, there is no happiness in this world.</w:t>
      </w:r>
      <w:r>
        <w:br/>
      </w:r>
      <w:r>
        <w:rPr>
          <w:sz w:val="20"/>
        </w:rPr>
        <w:t>1:11:12  happiness is achievable only in the, in the hereafter. so what is so happiness in material term is not possible in this world?</w:t>
      </w:r>
      <w:r>
        <w:br/>
      </w:r>
      <w:r>
        <w:rPr>
          <w:sz w:val="20"/>
        </w:rPr>
        <w:t>1:11:28  according to islamic teaching,</w:t>
      </w:r>
      <w:r>
        <w:br/>
      </w:r>
      <w:r>
        <w:rPr>
          <w:sz w:val="20"/>
        </w:rPr>
        <w:t>1:11:31  happiness in material term is not possible in this world. so according to the quran and hadith, as i have, according to my study of quran and hadith, i can see that happiness is achievable only in the, in the hereafter, in the hereafter. in the hereafter.</w:t>
      </w:r>
      <w:r>
        <w:br/>
      </w:r>
      <w:r>
        <w:rPr>
          <w:sz w:val="20"/>
        </w:rPr>
        <w:t>1:11:53  in this world, happiness is not achievable. i have read a book written by bertrand russell.</w:t>
      </w:r>
      <w:r>
        <w:br/>
      </w:r>
      <w:r>
        <w:rPr>
          <w:sz w:val="20"/>
        </w:rPr>
        <w:t>1:12:02  The title is Happiness. In this book, he says that happiness is not achievable in this world. And every one can understand this.</w:t>
      </w:r>
      <w:r>
        <w:br/>
      </w:r>
      <w:r>
        <w:rPr>
          <w:sz w:val="20"/>
        </w:rPr>
        <w:t>1:12:14  There are so many evil people, so many people who political powers and so many things.</w:t>
      </w:r>
      <w:r>
        <w:br/>
      </w:r>
      <w:r>
        <w:rPr>
          <w:sz w:val="20"/>
        </w:rPr>
        <w:t>1:12:22  but the will to achieve happiness</w:t>
      </w:r>
      <w:r>
        <w:br/>
      </w:r>
      <w:r>
        <w:rPr>
          <w:sz w:val="20"/>
        </w:rPr>
        <w:t>1:12:28  . no one can say that I achieved happiness in material terms. So according to Islam, in this world, it is not possible to achieve happiness in, in absolute sense of the word.</w:t>
      </w:r>
      <w:r>
        <w:br/>
      </w:r>
      <w:r>
        <w:rPr>
          <w:sz w:val="20"/>
        </w:rPr>
        <w:t>1:12:47  Happiness is achievable only in the world.</w:t>
      </w:r>
      <w:r>
        <w:br/>
      </w:r>
      <w:r>
        <w:rPr>
          <w:sz w:val="20"/>
        </w:rPr>
        <w:t>1:12:50  tr.</w:t>
      </w:r>
      <w:r>
        <w:br/>
      </w:r>
      <w:r>
        <w:rPr>
          <w:sz w:val="20"/>
        </w:rPr>
        <w:t>1:12:53  la khauf alaihim. so vi hev tu, vi hev tu mek dis gol.</w:t>
      </w:r>
    </w:p>
    <w:p>
      <w:pPr>
        <w:pStyle w:val="Heading2"/>
      </w:pPr>
      <w:r>
        <w:t>Rediscover Islam and universal miracles</w:t>
      </w:r>
    </w:p>
    <w:p>
      <w:r>
        <w:rPr>
          <w:color w:val="666666"/>
          <w:sz w:val="18"/>
        </w:rPr>
        <w:t>Dawah in Scientific Age- 8 April 2011 · 1m 32s · at 45:52 · https://youtu.be/1casDo8bzXM?t=2752</w:t>
      </w:r>
    </w:p>
    <w:p>
      <w:r>
        <w:rPr>
          <w:i/>
        </w:rPr>
        <w:t>“Toh main samajhta hoon ke humein Islam ko rediscover karna hai”</w:t>
      </w:r>
    </w:p>
    <w:p>
      <w:r>
        <w:rPr>
          <w:sz w:val="20"/>
        </w:rPr>
        <w:t>45:52  kitni bari baat hai yeh. to mein samajhta hoon ke hamein islam ko rediscover karna hai. jaise mein ne is moajza ko rediscover kiya. itni lambi muddat guzar gayi jab se hum ne madrasay mein parha tha tab se aaj tak. 1938 mein madrasay mein admit hua tha mein. mein admission liya tha madrasay mein 1938 se. aap ghor kijiye kitni muddat guzar gayi. aur abhi isi week mein mujhe pata chala</w:t>
      </w:r>
      <w:r>
        <w:br/>
      </w:r>
      <w:r>
        <w:rPr>
          <w:sz w:val="20"/>
        </w:rPr>
        <w:t>46:23  ke moajza ka ka use hua hi nahi quran mein na hadith mein kahin. kyun ke aadmi conditioned ho jata hai. aadmi dekhen conditioning ke us mein sochta hai. is aik cheez se kitni bari baat discover ho gayi mujhe ke moajza keh kar aap yeh impression de rahe hain ke woh to aik prophet ho tab moajza samnay aayega. there is profetic phenomena. no one no one else is</w:t>
      </w:r>
      <w:r>
        <w:br/>
      </w:r>
      <w:r>
        <w:rPr>
          <w:sz w:val="20"/>
        </w:rPr>
        <w:t>46:55  able to perform this break. lekin jab quran mein kaha lein aap ayat nishani sign to nature mein phaila hua hai moajza woh aik grass mein bhi moajza hai grass bhi kya non grass convert ho kar grass bani hai grass bhi convert ho kar non grass bani to khuda kaisa ajeeb qudrat hai khuda ki dikhana yeh tha ke khuda ki qudrat dekho kaise woh non grass grass banata hai non water ko water banata</w:t>
      </w:r>
    </w:p>
    <w:p>
      <w:pPr>
        <w:pStyle w:val="Heading2"/>
      </w:pPr>
      <w:r>
        <w:t>Prophetic advice to reflect on outcomes before acting</w:t>
      </w:r>
    </w:p>
    <w:p>
      <w:r>
        <w:rPr>
          <w:color w:val="666666"/>
          <w:sz w:val="18"/>
        </w:rPr>
        <w:t>Art of Thinking August 21, 2022 · 1m 26s · at 1:02:44 · https://youtu.be/H_0zmN0MLS8?t=3764</w:t>
      </w:r>
    </w:p>
    <w:p>
      <w:r>
        <w:rPr>
          <w:i/>
        </w:rPr>
        <w:t>“The Prophet ﷺ said: reflect deeply on the outcome first.”</w:t>
      </w:r>
    </w:p>
    <w:p>
      <w:r>
        <w:rPr>
          <w:sz w:val="20"/>
        </w:rPr>
        <w:t>1:02:44  to Rasool Allah sallallahu alaihi wasallam ne kaha: "kya tum ko koi naseehat sunna chahte ho?" teen martaba kaha. to usne kaha: "haan." to usne kaha ke jab tum kisi cheez ka irada karo to uske anjaam par ghaur karo, khoob ghaur karo, tadabbur karo.</w:t>
      </w:r>
      <w:r>
        <w:br/>
      </w:r>
      <w:r>
        <w:rPr>
          <w:sz w:val="20"/>
        </w:rPr>
        <w:t>1:02:59  dekho ke khair hai to usko us mein aage badho aur dekho ke shar hai to us se ruk jao.</w:t>
      </w:r>
      <w:r>
        <w:br/>
      </w:r>
      <w:r>
        <w:rPr>
          <w:sz w:val="20"/>
        </w:rPr>
        <w:t>1:03:06  to ab mera sawal yahi cheez hai: result oriented thinking. to mera sawal yeh hai ke result oriented thinking kya cheez hai? kaise hum is baat ko samjhein ke hamare liye result oriented rahega ya result oriented nahi lag raha hai? kaise hum samjhein?</w:t>
      </w:r>
      <w:r>
        <w:br/>
      </w:r>
      <w:r>
        <w:rPr>
          <w:sz w:val="20"/>
        </w:rPr>
        <w:t>1:03:23  asal mein koi bhi masla aaye to bahut zyada ghaur o fikr karna chahiye, sochna chahiye. baghair soche samjhe koi iqdam nahi karna chahiye.</w:t>
      </w:r>
      <w:r>
        <w:br/>
      </w:r>
      <w:r>
        <w:rPr>
          <w:sz w:val="20"/>
        </w:rPr>
        <w:t>1:03:32  to hamare saamne Rasool Allah sallallahu alaihi wasallam ki misaal hai: har kaam soch samajh ke karte the. aisi nahi hai ke bas reaction mein, emotional jo tareeqa hota hai, us mein kar daalein.</w:t>
      </w:r>
      <w:r>
        <w:br/>
      </w:r>
      <w:r>
        <w:rPr>
          <w:sz w:val="20"/>
        </w:rPr>
        <w:t>1:03:45  to jab aadmi, insaan ko Allah taala ne bahut, har aadmi ko aqal diya hai, to us aqal ka istemaal karna hai. us aqal ke istemaal se khud hi woh samjhega ke jo hum iqdam kar rahe hain, uska kya result niklega.</w:t>
      </w:r>
      <w:r>
        <w:br/>
      </w:r>
      <w:r>
        <w:rPr>
          <w:sz w:val="20"/>
        </w:rPr>
        <w:t>1:04:00  to is result ke tehat hamein kaam karna hai. to is har har maamle mein is result ko dekhna hai. aur yeh har aadmi kar sakta hai, soch samajh ke.</w:t>
      </w:r>
    </w:p>
    <w:p>
      <w:pPr>
        <w:pStyle w:val="Heading2"/>
      </w:pPr>
      <w:r>
        <w:t>Morning walk gives taste of paradise</w:t>
      </w:r>
    </w:p>
    <w:p>
      <w:r>
        <w:rPr>
          <w:color w:val="666666"/>
          <w:sz w:val="18"/>
        </w:rPr>
        <w:t>Fragments of a CPS Mind | April 24, 2011 · 2m 32s · at 11:24 · https://youtu.be/cBf7U4Qggyw?t=684</w:t>
      </w:r>
    </w:p>
    <w:p>
      <w:r>
        <w:rPr>
          <w:i/>
        </w:rPr>
        <w:t>“Phir subah subah mein namaz ke baad”</w:t>
      </w:r>
    </w:p>
    <w:p>
      <w:r>
        <w:rPr>
          <w:sz w:val="20"/>
        </w:rPr>
        <w:t>11:24  phir subah subah mein namaz ke baad apne samnay jo barjah hai hamaray, lamba barjah hai wahan par</w:t>
      </w:r>
      <w:r>
        <w:br/>
      </w:r>
      <w:r>
        <w:rPr>
          <w:sz w:val="20"/>
        </w:rPr>
        <w:t>11:29  walk karnay laga.</w:t>
      </w:r>
      <w:r>
        <w:br/>
      </w:r>
      <w:r>
        <w:rPr>
          <w:sz w:val="20"/>
        </w:rPr>
        <w:t>11:34  akela tha us waqt, koi nahi tha.</w:t>
      </w:r>
      <w:r>
        <w:br/>
      </w:r>
      <w:r>
        <w:rPr>
          <w:sz w:val="20"/>
        </w:rPr>
        <w:t>11:39  aur woh bohat hi suhana samaan tha.</w:t>
      </w:r>
      <w:r>
        <w:br/>
      </w:r>
      <w:r>
        <w:rPr>
          <w:sz w:val="20"/>
        </w:rPr>
        <w:t>11:44  sooraj abhi bas nikalnay wala tha, halki roshni aa chuki thi.</w:t>
      </w:r>
      <w:r>
        <w:br/>
      </w:r>
      <w:r>
        <w:rPr>
          <w:sz w:val="20"/>
        </w:rPr>
        <w:t>11:49  to halki roshni, bohat</w:t>
      </w:r>
      <w:r>
        <w:br/>
      </w:r>
      <w:r>
        <w:rPr>
          <w:sz w:val="20"/>
        </w:rPr>
        <w:t>11:54  taza fresh hawa, chiryan urr rahi hain. har taraf darakhton ke, sar sabz darakhton ka manzar hai. is mein walk kar raha tha mein. to aik moment ke liye mujhe aisa laga ke mein garden mein walk kar raha hoon, ke mein paradise mein walk kar raha hoon. are dil mein aaya ke paradise bhi to aisi hogi? mein similar to this</w:t>
      </w:r>
      <w:r>
        <w:br/>
      </w:r>
      <w:r>
        <w:rPr>
          <w:sz w:val="20"/>
        </w:rPr>
        <w:t>12:24  situation hogi? kyunkay Quran mein khud hai ke paradise is dunya ke mutashabeh hai, similar to this world hai.</w:t>
      </w:r>
      <w:r>
        <w:br/>
      </w:r>
      <w:r>
        <w:rPr>
          <w:sz w:val="20"/>
        </w:rPr>
        <w:t>12:30  ab aik ajeeb o ghareeb tajurba hua ke mein khud Khuda ki jannat mein walk kar raha hoon.</w:t>
      </w:r>
      <w:r>
        <w:br/>
      </w:r>
      <w:r>
        <w:rPr>
          <w:sz w:val="20"/>
        </w:rPr>
        <w:t>12:37  ab shukr ka aik athaa samandar mere dil mein umda.</w:t>
      </w:r>
      <w:r>
        <w:br/>
      </w:r>
      <w:r>
        <w:rPr>
          <w:sz w:val="20"/>
        </w:rPr>
        <w:t>12:43  us waqt mujhe aik ayat samajh mein aayi.</w:t>
      </w:r>
      <w:r>
        <w:br/>
      </w:r>
      <w:r>
        <w:rPr>
          <w:sz w:val="20"/>
        </w:rPr>
        <w:t>12:49  Quran ki aik ayat hai: "</w:t>
      </w:r>
      <w:r>
        <w:br/>
      </w:r>
      <w:r>
        <w:rPr>
          <w:sz w:val="20"/>
        </w:rPr>
        <w:t>12:56  Allah un ko jannat mein dakhil kare ga jis ki unhein pehchan kara di hai." goya pehchan jo hai woh jannat ka certificate hai. to pehchan ka yeh waqt to hai sab se acha waqt. sab se acha waqt jannat ko pehchanne ka subah ka hota hai. subah ka waqt wahi mahol hota hai. aap kisi park mein chale jayein, aap kisi darya kin</w:t>
      </w:r>
      <w:r>
        <w:br/>
      </w:r>
      <w:r>
        <w:rPr>
          <w:sz w:val="20"/>
        </w:rPr>
        <w:t>13:26  aray chalay jayen.</w:t>
      </w:r>
      <w:r>
        <w:br/>
      </w:r>
      <w:r>
        <w:rPr>
          <w:sz w:val="20"/>
        </w:rPr>
        <w:t>13:31  aap kisi bhi khuli jagah par chalay jayen jahan nature ka mahol ho.</w:t>
      </w:r>
      <w:r>
        <w:br/>
      </w:r>
      <w:r>
        <w:rPr>
          <w:sz w:val="20"/>
        </w:rPr>
        <w:t>13:36  aur wahan par subah subah ke waqt aap walk karen.</w:t>
      </w:r>
      <w:r>
        <w:br/>
      </w:r>
      <w:r>
        <w:rPr>
          <w:sz w:val="20"/>
        </w:rPr>
        <w:t>13:41  to ajeeb inspiration hota hai.</w:t>
      </w:r>
      <w:r>
        <w:br/>
      </w:r>
      <w:r>
        <w:rPr>
          <w:sz w:val="20"/>
        </w:rPr>
        <w:t>13:46  bilkul jaisa lagta hai ke aap Khuda ko dekh rahay hain.</w:t>
      </w:r>
      <w:r>
        <w:br/>
      </w:r>
      <w:r>
        <w:rPr>
          <w:sz w:val="20"/>
        </w:rPr>
        <w:t>13:51  jannat ka experience kar rahay hain.</w:t>
      </w:r>
      <w:r>
        <w:br/>
      </w:r>
      <w:r>
        <w:rPr>
          <w:sz w:val="20"/>
        </w:rPr>
        <w:t>13:57  to jo log is tarah ka experience karein, is tarah jannat ko pa lein isi dunya mein. wohi woh log hain jo akhirat mein jannat ko payein ge. goya dunya mein hum ko imperfect jannat ko pana hai, akhirat mein hamein perfect jannat mile gi. dunya mein hum ko temporary jannat ko pana hai, akhirat mein hamein eternal jannat mile gi. akhirat mein hamein dunya mein</w:t>
      </w:r>
    </w:p>
    <w:p>
      <w:pPr>
        <w:pStyle w:val="Heading2"/>
      </w:pPr>
      <w:r>
        <w:t>Everyone must question the culture they were born into</w:t>
      </w:r>
    </w:p>
    <w:p>
      <w:r>
        <w:rPr>
          <w:color w:val="666666"/>
          <w:sz w:val="18"/>
        </w:rPr>
        <w:t>Man and Paradise August 18, 2013 · 1m 52s · at 49:28 · https://youtu.be/v7eX25YAjDU?t=2968</w:t>
      </w:r>
    </w:p>
    <w:p>
      <w:r>
        <w:rPr>
          <w:i/>
        </w:rPr>
        <w:t>“Every person lives inside a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p>
    <w:p>
      <w:pPr>
        <w:pStyle w:val="Heading2"/>
      </w:pPr>
      <w:r>
        <w:t>Accepting practical over ideal</w:t>
      </w:r>
    </w:p>
    <w:p>
      <w:r>
        <w:rPr>
          <w:color w:val="666666"/>
          <w:sz w:val="18"/>
        </w:rPr>
        <w:t>Importance of Re-Planning November 6, 2022 · 1m 15s · at 17:30 · https://youtu.be/5rg4BU0r5Ow?t=1050</w:t>
      </w:r>
    </w:p>
    <w:p>
      <w:r>
        <w:rPr>
          <w:i/>
        </w:rPr>
        <w:t>“To kai mamlaat mein ideal nahi chalta hai”</w:t>
      </w:r>
    </w:p>
    <w:p>
      <w:r>
        <w:rPr>
          <w:sz w:val="20"/>
        </w:rPr>
        <w:t>17:30  usko logon ne accept kar liya aur yeh ek hota hai dekhiye ideal, ek hota hai practical. to kai mamlaat mein ideal nahi chalta hai to humein practical reason kehta hai to usko accept karna padta hai aur bahut sare logon ne matlab us zamane ke tamam jo ulma the, tamam muhaddiseen the, woh kahte sabne usko accept kiya.</w:t>
      </w:r>
      <w:r>
        <w:br/>
      </w:r>
      <w:r>
        <w:rPr>
          <w:sz w:val="20"/>
        </w:rPr>
        <w:t>17:55  to isi wajah se kyunke hukoomat ka jo asal maqsad hai woh stability qaim karni hai aur stability qaim thi. banu umayyad ke zamane mein bahut zyada kaam ho raha tha aur islam ka bhi kaam bahut zyada hua aur baqi jo infrastructure waghera yeh sab jo kaam hote hain sab bahut achhe tarike se sab kaam ho raha tha. to logon ne usko accept kar liya.</w:t>
      </w:r>
      <w:r>
        <w:br/>
      </w:r>
      <w:r>
        <w:rPr>
          <w:sz w:val="20"/>
        </w:rPr>
        <w:t>18:20  to yeh jo acceptance tha woh halaat ki riayat ki wajah se tha aur halaat ki riayat hamesha karni padti hai. agar halaat ki riayat nahi karenge to log mukhalif ho jayenge aur koi bhi kaam nahi hoga. ab banu umayyad ke baad banu abbas aaye woh bhi dynastic rule tha. woh kai sau saal tak chalta raha aur khilafat to tees saal mein hi khatm ho gayi.</w:t>
      </w:r>
      <w:r>
        <w:br/>
      </w:r>
      <w:r>
        <w:rPr>
          <w:sz w:val="20"/>
        </w:rPr>
        <w:t>18:45  to logon ne usko jo banu umayyad aur banu abbas ki hukoomat the usko mulkiyat se taabeer kiya hai aur usko galat samjha hai ke islam ke khilaf samjha hai. to aisa kuch nahi hai isliye hukoomat hoti hai stability ke liye tamam logon ko mawaqe mile kaam karne ke. to is zamane mein banu umayyad ke zamane mein aur banu abbas ke zamane mein logon ko khoob khoob mauqa mila.</w:t>
      </w:r>
    </w:p>
    <w:p>
      <w:pPr>
        <w:pStyle w:val="Heading2"/>
      </w:pPr>
      <w:r>
        <w:t>Extended advice on being Mr. Different</w:t>
      </w:r>
    </w:p>
    <w:p>
      <w:r>
        <w:rPr>
          <w:color w:val="666666"/>
          <w:sz w:val="18"/>
        </w:rPr>
        <w:t>Faith March 30, 2019 · 2m 34s · at 13:34 · https://youtu.be/zcqo87p7uks?t=814</w:t>
      </w:r>
    </w:p>
    <w:p>
      <w:r>
        <w:rPr>
          <w:i/>
        </w:rPr>
        <w:t>“Woh yeh hai ke aap jahan bhi hain”</w:t>
      </w:r>
    </w:p>
    <w:p>
      <w:r>
        <w:rPr>
          <w:sz w:val="20"/>
        </w:rPr>
        <w:t>13:34  woh yeh hai ke aap jahan bhi hain, har jagah mister different ya miss different ban kar rahiye, chahe india mein ho, chahe aap bahar hon, kisi bhi country mein hon, jahan bhi hon,</w:t>
      </w:r>
      <w:r>
        <w:br/>
      </w:r>
      <w:r>
        <w:rPr>
          <w:sz w:val="20"/>
        </w:rPr>
        <w:t>13:52  mister different ban kar rahiye. jaise kareemuddin sahib america mein hain to woh un ke paas logon ke woh aate hain demand ke quran hum ko bhi jo.</w:t>
      </w:r>
      <w:r>
        <w:br/>
      </w:r>
      <w:r>
        <w:rPr>
          <w:sz w:val="20"/>
        </w:rPr>
        <w:t>14:08  to woh packet bana kar ke police, woh post office ja kar dete hain. to wahan ek ek common seat, ek ek scene ban gaya hai.</w:t>
      </w:r>
      <w:r>
        <w:br/>
      </w:r>
      <w:r>
        <w:rPr>
          <w:sz w:val="20"/>
        </w:rPr>
        <w:t>14:20  woh to yeh jab jab jaate hain post office mein to post office kehte hain quran mean. to aaiye, mister different, is ko mein keh raha hoon.</w:t>
      </w:r>
      <w:r>
        <w:br/>
      </w:r>
      <w:r>
        <w:rPr>
          <w:sz w:val="20"/>
        </w:rPr>
        <w:t>14:33  to aap ko chahiye ke aap jahan bhi hain, india mein, india ke bahar, gaon mein hon, shehar mein hon, har jagah aap log, log aap ko aap kuch kahenge nahi ke dekho mujhe mein kya hoon.</w:t>
      </w:r>
      <w:r>
        <w:br/>
      </w:r>
      <w:r>
        <w:rPr>
          <w:sz w:val="20"/>
        </w:rPr>
        <w:t>14:51  yeh matlab nahi ke aap logon ko kahen ke dekho mera akhlaq kaisa hai, yeh sab kuch nahi. daily daily behaviour mein logon ko aap dikhai pade ke bhai yeh to different different hai,</w:t>
      </w:r>
      <w:r>
        <w:br/>
      </w:r>
      <w:r>
        <w:rPr>
          <w:sz w:val="20"/>
        </w:rPr>
        <w:t>15:08  yeh to different hai. is ka gaadi mein kuch</w:t>
      </w:r>
      <w:r>
        <w:br/>
      </w:r>
      <w:r>
        <w:rPr>
          <w:sz w:val="20"/>
        </w:rPr>
        <w:t>15:16  woh kya kehte hain jo lag lag jata hai, jo takraao se kuch ho jata hai, kya kehte ho? dent, dent, dent, d</w:t>
      </w:r>
      <w:r>
        <w:br/>
      </w:r>
      <w:r>
        <w:rPr>
          <w:sz w:val="20"/>
        </w:rPr>
        <w:t>15:27  ent, dent, dent, dent. haan,</w:t>
      </w:r>
      <w:r>
        <w:br/>
      </w:r>
      <w:r>
        <w:rPr>
          <w:sz w:val="20"/>
        </w:rPr>
        <w:t>15:32  to aadmi soche ke bhai yeh aadmi jo hai bajaye mujh se ladne ke sirf problem ki taraf gaya ke woh jo jo problem hai, us ko mein kaise kiya karoon?</w:t>
      </w:r>
      <w:r>
        <w:br/>
      </w:r>
      <w:r>
        <w:rPr>
          <w:sz w:val="20"/>
        </w:rPr>
        <w:t>15:44  yeh nahi ke mujh se lad raha hai to andhe ho ya mujh se paisa mang raha hai. to jo bhi daira ka ho, chota daira ho, bada daira ho, india mein ho, india ke bahar ho,</w:t>
      </w:r>
      <w:r>
        <w:br/>
      </w:r>
      <w:r>
        <w:rPr>
          <w:sz w:val="20"/>
        </w:rPr>
        <w:t>15:59  to aap logon ko different dikhai dein, mister different, miss different.</w:t>
      </w:r>
    </w:p>
    <w:p>
      <w:pPr>
        <w:pStyle w:val="Heading2"/>
      </w:pPr>
      <w:r>
        <w:t>Gandhi's approval in dream</w:t>
      </w:r>
    </w:p>
    <w:p>
      <w:r>
        <w:rPr>
          <w:color w:val="666666"/>
          <w:sz w:val="18"/>
        </w:rPr>
        <w:t>Principle of Talif al-Qalb (English) May 2, 2009 Maulana Wahiduddin Khan · 1m 24s · at 10:31 · https://youtu.be/rDs0yh-Nsig?t=631</w:t>
      </w:r>
    </w:p>
    <w:p>
      <w:r>
        <w:rPr>
          <w:i/>
        </w:rPr>
        <w:t>“He said, Maulana sahib, aap jo kaam kar rahe hain.”</w:t>
      </w:r>
    </w:p>
    <w:p>
      <w:r>
        <w:rPr>
          <w:sz w:val="20"/>
        </w:rPr>
        <w:t>10:31  . he said, "Maulana sahib, aap jo kaam kar rahe hain, is ko karte rahiye.</w:t>
      </w:r>
      <w:r>
        <w:br/>
      </w:r>
      <w:r>
        <w:rPr>
          <w:sz w:val="20"/>
        </w:rPr>
        <w:t>10:42  Maulana sahib, aap jo kaam kar rahe hain, is ko karte rahiye." then at that time, there was two fountain pen with him.</w:t>
      </w:r>
      <w:r>
        <w:br/>
      </w:r>
      <w:r>
        <w:rPr>
          <w:sz w:val="20"/>
        </w:rPr>
        <w:t>10:55  he gave me this fountain pen,</w:t>
      </w:r>
      <w:r>
        <w:br/>
      </w:r>
      <w:r>
        <w:rPr>
          <w:sz w:val="20"/>
        </w:rPr>
        <w:t>11:01  first one fountain pen, then both this fountain pen he gave me.</w:t>
      </w:r>
      <w:r>
        <w:br/>
      </w:r>
      <w:r>
        <w:rPr>
          <w:sz w:val="20"/>
        </w:rPr>
        <w:t>11:10  so there was some other details of this dream. so by this dream, according to my interpretation, this dream means that Mahatma Gandhi is happy with my mission</w:t>
      </w:r>
      <w:r>
        <w:br/>
      </w:r>
      <w:r>
        <w:rPr>
          <w:sz w:val="20"/>
        </w:rPr>
        <w:t>11:26  , because a very important aspect of mission is to normalize the relationship between Hindus or Muslims. this is an important part of my mission.</w:t>
      </w:r>
      <w:r>
        <w:br/>
      </w:r>
      <w:r>
        <w:rPr>
          <w:sz w:val="20"/>
        </w:rPr>
        <w:t>11:40  since the out set, I am always try to emphasize that Muslims or Hindus both have to live in this country with normal relationship</w:t>
      </w:r>
    </w:p>
    <w:p>
      <w:pPr>
        <w:pStyle w:val="Heading2"/>
      </w:pPr>
      <w:r>
        <w:t>Palestine: Arabs lost by fighting instead of planning</w:t>
      </w:r>
    </w:p>
    <w:p>
      <w:r>
        <w:rPr>
          <w:color w:val="666666"/>
          <w:sz w:val="18"/>
        </w:rPr>
        <w:t>Prophetic Guidance | October 04, 2015 · 2m 00s · at 19:08 · https://youtu.be/xkQO53EdaVU?t=1148</w:t>
      </w:r>
    </w:p>
    <w:p>
      <w:r>
        <w:rPr>
          <w:i/>
        </w:rPr>
        <w:t>“The Arabs were given half of Palestine but fought and lost it.”</w:t>
      </w:r>
    </w:p>
    <w:p>
      <w:r>
        <w:rPr>
          <w:sz w:val="20"/>
        </w:rPr>
        <w:t>19:08  dekhein Arab world mein 1948 mein Falasteen ka masla paida hua.</w:t>
      </w:r>
      <w:r>
        <w:br/>
      </w:r>
      <w:r>
        <w:rPr>
          <w:sz w:val="20"/>
        </w:rPr>
        <w:t>19:16  Balfour verdict samne aaya.</w:t>
      </w:r>
      <w:r>
        <w:br/>
      </w:r>
      <w:r>
        <w:rPr>
          <w:sz w:val="20"/>
        </w:rPr>
        <w:t>19:24  is ke tehat Falasteen ko, Falasteen ka partition kar diya gaya.</w:t>
      </w:r>
      <w:r>
        <w:br/>
      </w:r>
      <w:r>
        <w:rPr>
          <w:sz w:val="20"/>
        </w:rPr>
        <w:t>19:31  yani refli aadha Arab ko, aadha Yahudiyon ko, aadha aadha, refli aadha aadha. Aur</w:t>
      </w:r>
      <w:r>
        <w:br/>
      </w:r>
      <w:r>
        <w:rPr>
          <w:sz w:val="20"/>
        </w:rPr>
        <w:t>19:39  mazeed yeh ke jo aadha diya gaya Arabon ko, woh kya? Is ka licence share tha.</w:t>
      </w:r>
      <w:r>
        <w:br/>
      </w:r>
      <w:r>
        <w:rPr>
          <w:sz w:val="20"/>
        </w:rPr>
        <w:t>19:44  licence share kyun? Is liye ke sara path isi mein tha.</w:t>
      </w:r>
      <w:r>
        <w:br/>
      </w:r>
      <w:r>
        <w:rPr>
          <w:sz w:val="20"/>
        </w:rPr>
        <w:t>19:49  sab se bari jagah jo hai Falasteen mein to Quds hai.</w:t>
      </w:r>
      <w:r>
        <w:br/>
      </w:r>
      <w:r>
        <w:rPr>
          <w:sz w:val="20"/>
        </w:rPr>
        <w:t>19:54  woh poora ka poora Arabon ko de diya gaya tha.</w:t>
      </w:r>
      <w:r>
        <w:br/>
      </w:r>
      <w:r>
        <w:rPr>
          <w:sz w:val="20"/>
        </w:rPr>
        <w:t>19:59  aur yahudiyon ko to dezart ka area diya gaya tha.</w:t>
      </w:r>
      <w:r>
        <w:br/>
      </w:r>
      <w:r>
        <w:rPr>
          <w:sz w:val="20"/>
        </w:rPr>
        <w:t>20:04  lekin aap kya kya hua? sara arab war</w:t>
      </w:r>
      <w:r>
        <w:br/>
      </w:r>
      <w:r>
        <w:rPr>
          <w:sz w:val="20"/>
        </w:rPr>
        <w:t>20:09  ld khara ho gaya is ke khilaf.</w:t>
      </w:r>
      <w:r>
        <w:br/>
      </w:r>
      <w:r>
        <w:rPr>
          <w:sz w:val="20"/>
        </w:rPr>
        <w:t>20:15  sara arab world pehle shuru kiya is is jang ko hassan binna ne, phir sare arab is ke</w:t>
      </w:r>
      <w:r>
        <w:br/>
      </w:r>
      <w:r>
        <w:rPr>
          <w:sz w:val="20"/>
        </w:rPr>
        <w:t>20:21  sath ho gaye.</w:t>
      </w:r>
      <w:r>
        <w:br/>
      </w:r>
      <w:r>
        <w:rPr>
          <w:sz w:val="20"/>
        </w:rPr>
        <w:t>20:27  ke kaha jata hai ke ek leader ne kaha tha ke "sunarmy ko full bahar, hum tum ko</w:t>
      </w:r>
      <w:r>
        <w:br/>
      </w:r>
      <w:r>
        <w:rPr>
          <w:sz w:val="20"/>
        </w:rPr>
        <w:t>20:33  samandar mein thag dalen ge</w:t>
      </w:r>
      <w:r>
        <w:br/>
      </w:r>
      <w:r>
        <w:rPr>
          <w:sz w:val="20"/>
        </w:rPr>
        <w:t>20:39  " . "sunarmi ko ful bahar". nateeja kya hua? ke khud arabi kho diya, jo kuch mila tha wohi kho diya unhone. ab thoda sa gaza aur areehah, jo do municipalities hain, choti choti, isi mein un ko bhi kuch hai. to is ke khilaf kya unhone? yaani baqi maadah par planning, yaani planning based on reman</w:t>
      </w:r>
    </w:p>
    <w:p>
      <w:pPr>
        <w:pStyle w:val="Heading2"/>
      </w:pPr>
      <w:r>
        <w:t>Self-planning vs central planning</w:t>
      </w:r>
    </w:p>
    <w:p>
      <w:r>
        <w:rPr>
          <w:color w:val="666666"/>
          <w:sz w:val="18"/>
        </w:rPr>
        <w:t>Replanning | February 26, 2017 · 2m 02s · at 15:36 · https://youtu.be/E120hwMH9x8?t=936</w:t>
      </w:r>
    </w:p>
    <w:p>
      <w:r>
        <w:rPr>
          <w:i/>
        </w:rPr>
        <w:t>“Bombay ki team ne jo kam kiya us se main khud be-khabar tha.”</w:t>
      </w:r>
    </w:p>
    <w:p>
      <w:r>
        <w:rPr>
          <w:sz w:val="20"/>
        </w:rPr>
        <w:t>15:36  .</w:t>
      </w:r>
      <w:r>
        <w:br/>
      </w:r>
      <w:r>
        <w:rPr>
          <w:sz w:val="20"/>
        </w:rPr>
        <w:t>15:41  ye hai raaz.</w:t>
      </w:r>
      <w:r>
        <w:br/>
      </w:r>
      <w:r>
        <w:rPr>
          <w:sz w:val="20"/>
        </w:rPr>
        <w:t>15:46  to bombay ki team ne jo kaam kiya us se mein khud be khabar tha.</w:t>
      </w:r>
      <w:r>
        <w:br/>
      </w:r>
      <w:r>
        <w:rPr>
          <w:sz w:val="20"/>
        </w:rPr>
        <w:t>15:51  aaj subah jab maloom hua to mujhe bohat khushi hui ke hamari team ke andar self planning ka</w:t>
      </w:r>
      <w:r>
        <w:br/>
      </w:r>
      <w:r>
        <w:rPr>
          <w:sz w:val="20"/>
        </w:rPr>
        <w:t>15:56  maada paida ho chuka hai yani center se in ko hidayat ki jaye wo kuch karein ye to</w:t>
      </w:r>
      <w:r>
        <w:br/>
      </w:r>
      <w:r>
        <w:rPr>
          <w:sz w:val="20"/>
        </w:rPr>
        <w:t>16:01  bohat choti baat hai.</w:t>
      </w:r>
      <w:r>
        <w:br/>
      </w:r>
      <w:r>
        <w:rPr>
          <w:sz w:val="20"/>
        </w:rPr>
        <w:t>16:06  yani central planning ko mein nahi manta central planning bohat acha lafz hai lekin wo wo central cling</w:t>
      </w:r>
      <w:r>
        <w:br/>
      </w:r>
      <w:r>
        <w:rPr>
          <w:sz w:val="20"/>
        </w:rPr>
        <w:t>16:14  hota hai amal.</w:t>
      </w:r>
      <w:r>
        <w:br/>
      </w:r>
      <w:r>
        <w:rPr>
          <w:sz w:val="20"/>
        </w:rPr>
        <w:t>16:21  central planning jo hai bohat khoobsurat lafz hai lekin practically wo central cling hai logon ko creative banaiye</w:t>
      </w:r>
      <w:r>
        <w:br/>
      </w:r>
      <w:r>
        <w:rPr>
          <w:sz w:val="20"/>
        </w:rPr>
        <w:t>16:29  logon ke logon ke mind ko jagah jagah jagaiye logon ko is q</w:t>
      </w:r>
      <w:r>
        <w:br/>
      </w:r>
      <w:r>
        <w:rPr>
          <w:sz w:val="20"/>
        </w:rPr>
        <w:t>16:36  abil banaiye ke wo khud sochein khud plan karein logon ki creativity ko badhaiye to Allah ke fazal</w:t>
      </w:r>
      <w:r>
        <w:br/>
      </w:r>
      <w:r>
        <w:rPr>
          <w:sz w:val="20"/>
        </w:rPr>
        <w:t>16:44  se bombay ki team ne dikhaya hai hamare mission mein ye already ye cheez paida ho chuki hai</w:t>
      </w:r>
      <w:r>
        <w:br/>
      </w:r>
      <w:r>
        <w:rPr>
          <w:sz w:val="20"/>
        </w:rPr>
        <w:t>16:52  logon ko to creative thinking hai already logon ko to creative thinking aa chuki hai aur wo is</w:t>
      </w:r>
      <w:r>
        <w:br/>
      </w:r>
      <w:r>
        <w:rPr>
          <w:sz w:val="20"/>
        </w:rPr>
        <w:t>17:00  ka istemal kar rahe hain wo.</w:t>
      </w:r>
      <w:r>
        <w:br/>
      </w:r>
      <w:r>
        <w:rPr>
          <w:sz w:val="20"/>
        </w:rPr>
        <w:t>17:08  yeh bohat bari main samajhta hoon ke hamari team ki speciality hai yeh yeh hamari team ki speciality hai ke woh khud se socha unhon ne khud se plan kiya khud se execute kiya aur kamyab hue to main Allah taala ka shukr ada karta hoon ke Allah taala ne hamari team ke andar yeh development paida</w:t>
      </w:r>
    </w:p>
    <w:p>
      <w:pPr>
        <w:pStyle w:val="Heading2"/>
      </w:pPr>
      <w:r>
        <w:t>Swami Vivekananda turns a religious insult into wit</w:t>
      </w:r>
    </w:p>
    <w:p>
      <w:r>
        <w:rPr>
          <w:color w:val="666666"/>
          <w:sz w:val="18"/>
        </w:rPr>
        <w:t>What is Right Thinking June 23, 2024 · 1m 51s · at 22:00 · https://youtu.be/ZOxcATnAqNs?t=1320</w:t>
      </w:r>
    </w:p>
    <w:p>
      <w:r>
        <w:rPr>
          <w:i/>
        </w:rPr>
        <w:t>“Swami Vivekananda ki ek bahut dilchasp misaal hai”</w:t>
      </w:r>
    </w:p>
    <w:p>
      <w:r>
        <w:rPr>
          <w:sz w:val="20"/>
        </w:rPr>
        <w:t>22:00  to jis tareeqe kaise negative event ko positive event mein convert karein to uski ek bahut dilchasp misaal hai swami vivekanand ki. swami vivekanand jo hai woh unnees sau do mein unki wafat hui. ji. to ek baar unke ek christian dost ne unko bulaya. woh chahte the ki unka test karenge unke andar kitna woh hai baddasht hain.</w:t>
      </w:r>
      <w:r>
        <w:br/>
      </w:r>
      <w:r>
        <w:rPr>
          <w:sz w:val="20"/>
        </w:rPr>
        <w:t>22:30  to unhone christian friend ne ek mesh par bahut sari dharmik kitabein rakh di. to neeche geeta rakh di aur upar bible rakh di. ab unhone socha ki woh dekhenge to unko achha nahi lagega. kuch to bolenge. jab us kamre mein usko le gaye unko. to unhone kaha is par, is par comment kijiye. to woh to bahut zyada intelligent the, bahut zyada highly educated the.</w:t>
      </w:r>
      <w:r>
        <w:br/>
      </w:r>
      <w:r>
        <w:rPr>
          <w:sz w:val="20"/>
        </w:rPr>
        <w:t>22:59  to unhone usko dekha, garab hai unko kharab galat nahi laga woh. unhone usko fauran unka hadir jawabi kitni thi unki? fauran unhone is manfi negative waqe ko positive waqe matlab deal kar diya. unhone kaha the foundation is really good. to woh dono ko hansne lage baat khatm ho gayi. agar woh gussa hote to baat aage badhti.</w:t>
      </w:r>
      <w:r>
        <w:br/>
      </w:r>
      <w:r>
        <w:rPr>
          <w:sz w:val="20"/>
        </w:rPr>
        <w:t>23:27  to iske liye yeh bhi zaruri hai ki hamare andar calm mind rahe. agar hum gussa ho gaye na to phir hamara mind work nahi karta hai. to jab hum gussa na honge na tabhi hamara mind work karega aur hum koi unfavorable situation ko favorable situation mein convert kar denge. to yahi asal ahmiyat jo hai woh positive thinking ki hai.</w:t>
      </w:r>
      <w:r>
        <w:br/>
      </w:r>
      <w:r>
        <w:rPr>
          <w:sz w:val="20"/>
        </w:rPr>
        <w:t>23:51  jab hamare andar positive thinking paida ho jayegi na to phir hum baat baat mein baat baat mein irritate hi nahi honge. to agar aap zindagi mein kaamyaab hona chahte hain to aap apne andar sahi soch paida karein. sahi soch ka matlab hai positive thinking. bahut achha example aap aapne diya spiritual world se. ismein main bhi ek example dena chahunga scientific world se aur yeh example hai sir isaac newton ka.</w:t>
      </w:r>
    </w:p>
    <w:p>
      <w:pPr>
        <w:pStyle w:val="Heading2"/>
      </w:pPr>
      <w:r>
        <w:t>Exception, planning, and the existence of a Planner</w:t>
      </w:r>
    </w:p>
    <w:p>
      <w:r>
        <w:rPr>
          <w:color w:val="666666"/>
          <w:sz w:val="18"/>
        </w:rPr>
        <w:t>The Concept of Doomsday in islam May 16, 2009 · 1m 16s · at 24:05 · https://youtu.be/yPjFg8vwSLw?t=1445</w:t>
      </w:r>
    </w:p>
    <w:p>
      <w:r>
        <w:rPr>
          <w:i/>
        </w:rPr>
        <w:t>“Exception means planning, and where there is planning, there is God.”</w:t>
      </w:r>
    </w:p>
    <w:p>
      <w:r>
        <w:rPr>
          <w:sz w:val="20"/>
        </w:rPr>
        <w:t>24:05  So exception means planning.</w:t>
      </w:r>
      <w:r>
        <w:br/>
      </w:r>
      <w:r>
        <w:rPr>
          <w:sz w:val="20"/>
        </w:rPr>
        <w:t>24:11  Exception means planning. So if there is planning in this universe, it means that there is a planet.</w:t>
      </w:r>
      <w:r>
        <w:br/>
      </w:r>
      <w:r>
        <w:rPr>
          <w:sz w:val="20"/>
        </w:rPr>
        <w:t>24:21  And where there is a planet, there is God.</w:t>
      </w:r>
      <w:r>
        <w:br/>
      </w:r>
      <w:r>
        <w:rPr>
          <w:sz w:val="20"/>
        </w:rPr>
        <w:t>24:25  Is this clear?</w:t>
      </w:r>
      <w:r>
        <w:br/>
      </w:r>
      <w:r>
        <w:rPr>
          <w:sz w:val="20"/>
        </w:rPr>
        <w:t>24:30  Rana, so the East that you are referring to here is you are saying that the Earth rotates on its axis. There is double rot</w:t>
      </w:r>
      <w:r>
        <w:br/>
      </w:r>
      <w:r>
        <w:rPr>
          <w:sz w:val="20"/>
        </w:rPr>
        <w:t>24:40  ation. Double rotation. One revolves around the orbit and one at its axis. So double rotation. Double rotation is very exceptional in the universe.</w:t>
      </w:r>
      <w:r>
        <w:br/>
      </w:r>
      <w:r>
        <w:rPr>
          <w:sz w:val="20"/>
        </w:rPr>
        <w:t>24:51  So it changes its position. Position is not</w:t>
      </w:r>
      <w:r>
        <w:br/>
      </w:r>
      <w:r>
        <w:rPr>
          <w:sz w:val="20"/>
        </w:rPr>
        <w:t>25:03  the position that is referred to here in this verse. It is exception. You see this exception.</w:t>
      </w:r>
      <w:r>
        <w:br/>
      </w:r>
      <w:r>
        <w:rPr>
          <w:sz w:val="20"/>
        </w:rPr>
        <w:t>25:09  How is this exception possible in this world? Where there is exception, there is planning. Where there is planning, there is a planner. Where there is a planner, there is God.</w:t>
      </w:r>
    </w:p>
    <w:p>
      <w:pPr>
        <w:pStyle w:val="Heading2"/>
      </w:pPr>
      <w:r>
        <w:t>Akhirah iceberg analogy and purpose of life</w:t>
      </w:r>
    </w:p>
    <w:p>
      <w:r>
        <w:rPr>
          <w:color w:val="666666"/>
          <w:sz w:val="18"/>
        </w:rPr>
        <w:t>What is Akhirat? | March 12, 2006 | Maulana Wahiduddin Khan · 2m 35s · at 14:53 · https://youtu.be/ogMXLsGHvpY?t=893</w:t>
      </w:r>
    </w:p>
    <w:p>
      <w:r>
        <w:rPr>
          <w:i/>
        </w:rPr>
        <w:t>“Belief system of Islam is based on three basic principles.”</w:t>
      </w:r>
    </w:p>
    <w:p>
      <w:r>
        <w:rPr>
          <w:sz w:val="20"/>
        </w:rPr>
        <w:t>14:53  em of islam is based on three basic principles. woh kya? toheed, risalat, aur akhirat. yani oneness of god, prophethood, and day hereafter. the concept of hell and paradise.</w:t>
      </w:r>
      <w:r>
        <w:br/>
      </w:r>
      <w:r>
        <w:rPr>
          <w:sz w:val="20"/>
        </w:rPr>
        <w:t>15:24  to is se pehle aik lecture mein main toheed par bol chuka hoon, detail ke sath, oneness of god par. aage main kisi waqt inshallah prophethood par boloon ga, detail ke sath. aaj main chahta hoon ke main akhirat ke concept par kuch kahoon. yani islam mein jo yeh concept hai ke zindagi</w:t>
      </w:r>
      <w:r>
        <w:br/>
      </w:r>
      <w:r>
        <w:rPr>
          <w:sz w:val="20"/>
        </w:rPr>
        <w:t>15:57  divided hai do period mein: pre death period aur post death period. to jis tarah akhirat ke concept ki gist hai, woh yahi hai ke insan ki life ke do period hain: pre death period aur post death period. pread yeh</w:t>
      </w:r>
      <w:r>
        <w:br/>
      </w:r>
      <w:r>
        <w:rPr>
          <w:sz w:val="20"/>
        </w:rPr>
        <w:t>16:28  yeh jo division hai, it is just like ice berg. aap jante hain ke ice berg ka sirf aik chota tip upar dikhai deta hai, baqi sara ka sara body is ka pani mein chupa rehta hai. yahi mamla is ka hai. pre death period mein life ka sirf aik tip hai, aur is ka insan ki</w:t>
      </w:r>
      <w:r>
        <w:br/>
      </w:r>
      <w:r>
        <w:rPr>
          <w:sz w:val="20"/>
        </w:rPr>
        <w:t>16:58  life ka bara hissa, bara hissa, bara hissa jo hai, woh post death period mein rakh diya gaya hai. aur aaj ka jo pre death period jo hai, woh hai testing ground, aur post death period jo hai, woh hai reward milne ka zamanah.</w:t>
      </w:r>
    </w:p>
    <w:p>
      <w:pPr>
        <w:pStyle w:val="Heading2"/>
      </w:pPr>
      <w:r>
        <w:t>Pope's transition from political to spiritual king</w:t>
      </w:r>
    </w:p>
    <w:p>
      <w:r>
        <w:rPr>
          <w:color w:val="666666"/>
          <w:sz w:val="18"/>
        </w:rPr>
        <w:t>Lessons from The History of Kings June 12, 2008 Maulana Wahiduddin Khan · 1m 50s · at 47:00 · https://youtu.be/H7gPHFpkXe0?t=2820</w:t>
      </w:r>
    </w:p>
    <w:p>
      <w:r>
        <w:rPr>
          <w:i/>
        </w:rPr>
        <w:t>“Wo palace to pope se chin gaya, lekin pope ab bhi.”</w:t>
      </w:r>
    </w:p>
    <w:p>
      <w:r>
        <w:rPr>
          <w:sz w:val="20"/>
        </w:rPr>
        <w:t>47:00  woh palace to Pope se chhin gaya, lekin Pope abhi bhi us ki position wahi bani hui hai. woh kaise bani hui hai?</w:t>
      </w:r>
      <w:r>
        <w:br/>
      </w:r>
      <w:r>
        <w:rPr>
          <w:sz w:val="20"/>
        </w:rPr>
        <w:t>47:13  Pope ki position jo hai woh spiritual king aaj bhi hai. woh yani pehle agar Pope tha political king, aaj woh bana hua hai spiritual king.</w:t>
      </w:r>
      <w:r>
        <w:br/>
      </w:r>
      <w:r>
        <w:rPr>
          <w:sz w:val="20"/>
        </w:rPr>
        <w:t>47:26  woh kaise</w:t>
      </w:r>
      <w:r>
        <w:br/>
      </w:r>
      <w:r>
        <w:rPr>
          <w:sz w:val="20"/>
        </w:rPr>
        <w:t>47:28  ? woh is tarah se ke Mussolini ke zamane mein, jab Mussolini jo tha ruler tha Italy ka, to Pope ko yeh peshkash ki gayi ke aap raazi ho jayein aik chote tukre par jis ko Vatican kaha jata hai.</w:t>
      </w:r>
      <w:r>
        <w:br/>
      </w:r>
      <w:r>
        <w:rPr>
          <w:sz w:val="20"/>
        </w:rPr>
        <w:t>47:45  to Vatican aap ka hoga, us mein aap hi ka raaj rahega, aap hi wahan ki police wahan rahegi, aap ka hukum chalega wahan par.</w:t>
      </w:r>
      <w:r>
        <w:br/>
      </w:r>
      <w:r>
        <w:rPr>
          <w:sz w:val="20"/>
        </w:rPr>
        <w:t>47:54  yani poore Europe se samet kar ke aap Vatican ko apna bana lein, apni duniya. to Christian log raazi ho gaye, yani Pope raazi ho gaya is par.</w:t>
      </w:r>
      <w:r>
        <w:br/>
      </w:r>
      <w:r>
        <w:rPr>
          <w:sz w:val="20"/>
        </w:rPr>
        <w:t>48:08  yani woh Pope jo poore poore Europe ko samajhta tha ke poore Europe pe hamara raaj hai, woh samet kar ke Vatican ko, main ne Vatican ko dekha hai, aik choti si duniya hai, woh bohat choti duniya.</w:t>
      </w:r>
      <w:r>
        <w:br/>
      </w:r>
      <w:r>
        <w:rPr>
          <w:sz w:val="20"/>
        </w:rPr>
        <w:t>48:25  lekin woh</w:t>
      </w:r>
      <w:r>
        <w:br/>
      </w:r>
      <w:r>
        <w:rPr>
          <w:sz w:val="20"/>
        </w:rPr>
        <w:t>48:29  Catholic Church ka goya woh spiritual empire hai. Vatican jo hai, woh Christian Church ka spiritual empire hai.</w:t>
      </w:r>
      <w:r>
        <w:br/>
      </w:r>
      <w:r>
        <w:rPr>
          <w:sz w:val="20"/>
        </w:rPr>
        <w:t>48:41  abhi bhi sari duniya mein is ka ehtram hai, is ke apne ambassador hotay hain, Pope ke apne ambassador hotay hain har jagah.</w:t>
      </w:r>
    </w:p>
    <w:p>
      <w:pPr>
        <w:pStyle w:val="Heading2"/>
      </w:pPr>
      <w:r>
        <w:t>Shark keeps fish fresh</w:t>
      </w:r>
    </w:p>
    <w:p>
      <w:r>
        <w:rPr>
          <w:color w:val="666666"/>
          <w:sz w:val="18"/>
        </w:rPr>
        <w:t>Take it as a Challenge I April 29, 2007 - Maulana Wahiduddin Khan · 1m 26s · at 8:22 · https://youtu.be/lYAJhDGliwQ?t=502</w:t>
      </w:r>
    </w:p>
    <w:p>
      <w:r>
        <w:rPr>
          <w:i/>
        </w:rPr>
        <w:t>“Us ne ye idea nikala.”</w:t>
      </w:r>
    </w:p>
    <w:p>
      <w:r>
        <w:rPr>
          <w:sz w:val="20"/>
        </w:rPr>
        <w:t>8:22  to, us ne yeh idea nikala ke bada tank banaya jaye, is mein pani ho, aur wahan par deep water mein aap ja kar ke wahan par fishing karein, aur machhliyan pakar ke is is pani mein dal dein.</w:t>
      </w:r>
      <w:r>
        <w:br/>
      </w:r>
      <w:r>
        <w:rPr>
          <w:sz w:val="20"/>
        </w:rPr>
        <w:t>8:42  pani. aur sath sath unhon ne is ke andar ek chhoti woh dal di, shark dal di.</w:t>
      </w:r>
      <w:r>
        <w:br/>
      </w:r>
      <w:r>
        <w:rPr>
          <w:sz w:val="20"/>
        </w:rPr>
        <w:t>8:48  shark jo hai woh hunting fish hai, machhliyon ko khati hai. to, woh to shark bohat badi badi hoti hain.</w:t>
      </w:r>
      <w:r>
        <w:br/>
      </w:r>
      <w:r>
        <w:rPr>
          <w:sz w:val="20"/>
        </w:rPr>
        <w:t>8:57  chhoti shark unhon ne dal di. ab kya hua ke jo chand din tak lagte the wahan se yani deep water se coast tak aane mein,</w:t>
      </w:r>
      <w:r>
        <w:br/>
      </w:r>
      <w:r>
        <w:rPr>
          <w:sz w:val="20"/>
        </w:rPr>
        <w:t>9:12  to is mein machhliyon ke peeche shark rehti thi. machhliyan khoob daudti thin isi mein.</w:t>
      </w:r>
      <w:r>
        <w:br/>
      </w:r>
      <w:r>
        <w:rPr>
          <w:sz w:val="20"/>
        </w:rPr>
        <w:t>9:18  is water tank mein machhliyan dil nahi rehti thin, daudti rehti thin har waqt, kyunke har waqt daudati thi woh. to, agarche kuch thodi si machhliyan woh kha bhi jati thi woh, lekin majority to bach jati thi phir bhi.</w:t>
      </w:r>
      <w:r>
        <w:br/>
      </w:r>
      <w:r>
        <w:rPr>
          <w:sz w:val="20"/>
        </w:rPr>
        <w:t>9:32  ek shark kitni machhli khae gi? lekin daudati khoob thi woh.</w:t>
      </w:r>
      <w:r>
        <w:br/>
      </w:r>
      <w:r>
        <w:rPr>
          <w:sz w:val="20"/>
        </w:rPr>
        <w:t>9:37  to, jab yeh yeh layi gayi, yeh machhli layi gayi market mein, to japaneez ne khoob pasand kiya is ko. khoob pasand kiya.</w:t>
      </w:r>
    </w:p>
    <w:p>
      <w:pPr>
        <w:pStyle w:val="Heading2"/>
      </w:pPr>
      <w:r>
        <w:t>Believer's affair is always good (Hadith explanation)</w:t>
      </w:r>
    </w:p>
    <w:p>
      <w:r>
        <w:rPr>
          <w:color w:val="666666"/>
          <w:sz w:val="18"/>
        </w:rPr>
        <w:t>Positive Response August 11, 2018 · 1m 28s · at 0:36 · https://youtu.be/W9oH8kJHTWg?t=36</w:t>
      </w:r>
    </w:p>
    <w:p>
      <w:r>
        <w:rPr>
          <w:i/>
        </w:rPr>
        <w:t>“Aaj ek hadeeth ki roshni mein kuch baat karna hai”</w:t>
      </w:r>
    </w:p>
    <w:p>
      <w:r>
        <w:rPr>
          <w:sz w:val="20"/>
        </w:rPr>
        <w:t>0:36  aaj ek hadith ki roshni mein kuch baat karna hai.</w:t>
      </w:r>
      <w:r>
        <w:br/>
      </w:r>
      <w:r>
        <w:rPr>
          <w:sz w:val="20"/>
        </w:rPr>
        <w:t>0:46  wo hadith aap ke samne padhi jayegi, phir is par inshallah kuch baat kahi jayegi.</w:t>
      </w:r>
      <w:r>
        <w:br/>
      </w:r>
      <w:r>
        <w:rPr>
          <w:sz w:val="20"/>
        </w:rPr>
        <w:t>1:00  an suhaib qala: qala rasoolullahi salla Allahu 'alayhi wa sallam: 'ajaban li-amril mu'min! inna amrahu kulluhu khayrun, wa laysa zaka li-ahadin illa lil mu'min. in asābathu sarra'u shakar, fa kāna khayran lah. wa in asābathu ḍarrā'u ṣabara, fa kāna khayran lah. sahih Muslim hadith number 299.</w:t>
      </w:r>
      <w:r>
        <w:br/>
      </w:r>
      <w:r>
        <w:rPr>
          <w:sz w:val="20"/>
        </w:rPr>
        <w:t>1:13  suhaib riwayat karte hain: rasool Allah salla Allahu 'alayhi wa sallam ne kaha: 'momin ka muamla ajib hai. yaqinan is ke har muamle mein khair hai, aur aisa muamla sirf momin ka hota hai.</w:t>
      </w:r>
      <w:r>
        <w:br/>
      </w:r>
      <w:r>
        <w:rPr>
          <w:sz w:val="20"/>
        </w:rPr>
        <w:t>1:30  agar is ko achhai pahunchti hai to us ne shukr kiya, to yeh us ke liye khair hai. aur agar is ko burai pahunchi, us ne sabr kiya, to yeh us ke liye khair hai.'</w:t>
      </w:r>
      <w:r>
        <w:br/>
      </w:r>
      <w:r>
        <w:rPr>
          <w:sz w:val="20"/>
        </w:rPr>
        <w:t>1:46  dekhiye,</w:t>
      </w:r>
    </w:p>
    <w:p>
      <w:pPr>
        <w:pStyle w:val="Heading2"/>
      </w:pPr>
      <w:r>
        <w:t>Big thing vs small thing in life</w:t>
      </w:r>
    </w:p>
    <w:p>
      <w:r>
        <w:rPr>
          <w:color w:val="666666"/>
          <w:sz w:val="18"/>
        </w:rPr>
        <w:t>Understanding Islam (In Conversation with Maulan) 15.5.2008 · 2m 41s · at 0:58 · https://youtu.be/0SGSOPSun0E?t=58</w:t>
      </w:r>
    </w:p>
    <w:p>
      <w:r>
        <w:rPr>
          <w:i/>
        </w:rPr>
        <w:t>“Pehle to yeh samajh lijiye ke unhon ne jo kaha tha.”</w:t>
      </w:r>
    </w:p>
    <w:p>
      <w:r>
        <w:rPr>
          <w:sz w:val="20"/>
        </w:rPr>
        <w:t>0:58  pehle to yeh samajh lijiye ke unhon ne jo kaha tha ke "bari cheez ke badle tum choti cheez chah rahe ho", to bari cheez kya thi, choti cheez kya thi?</w:t>
      </w:r>
      <w:r>
        <w:br/>
      </w:r>
      <w:r>
        <w:rPr>
          <w:sz w:val="20"/>
        </w:rPr>
        <w:t>1:12  sab se important point jo hai wo yeh samajhna hai. dekhiye, bari cheez yeh thi ke un ko jab man o salwa provide kiya gaya to un ke un ke paas, yani apne time ko save karne ke liye tha wo.</w:t>
      </w:r>
      <w:r>
        <w:br/>
      </w:r>
      <w:r>
        <w:rPr>
          <w:sz w:val="20"/>
        </w:rPr>
        <w:t>1:41  ke aap jante hain ke is zamane mein sara time aadmi ka kamane mein lag jata hai, subah se sham tak.</w:t>
      </w:r>
      <w:r>
        <w:br/>
      </w:r>
      <w:r>
        <w:rPr>
          <w:sz w:val="20"/>
        </w:rPr>
        <w:t>1:50  jis se pooche to kahega: "bhai, per time nahi." time kis baat ke liye nahi hai ke khane kamane mein laga hua hai wo. to wahan par unhon ne na agriculture karna tha, na horticulture karna tha, kuch nahi.</w:t>
      </w:r>
      <w:r>
        <w:br/>
      </w:r>
      <w:r>
        <w:rPr>
          <w:sz w:val="20"/>
        </w:rPr>
        <w:t>2:02  un ko free mein man o salwa mil raha tha wo. to un ka matlab yeh tha ke tum ko Khuda ne itni asan kar diya tumhare liye livelihood ko, to ab ab Khuda wala kaam karo.</w:t>
      </w:r>
      <w:r>
        <w:br/>
      </w:r>
      <w:r>
        <w:rPr>
          <w:sz w:val="20"/>
        </w:rPr>
        <w:t>2:17  time to wapas bach raha hai. is lihaaz se wo bari cheez thi ke sara time aap ka bach raha tha. distraction se bacha raha tha wo aap ko.</w:t>
      </w:r>
      <w:r>
        <w:br/>
      </w:r>
      <w:r>
        <w:rPr>
          <w:sz w:val="20"/>
        </w:rPr>
        <w:t>2:30  ab jo wo chah rahe the wo choti cheez is liye aati ke wo jate the ke humm, cities mein jayein, wahan par khoob mirch masala wala khana khayein, to din bhar isi mein lage rahenge.</w:t>
      </w:r>
      <w:r>
        <w:br/>
      </w:r>
      <w:r>
        <w:rPr>
          <w:sz w:val="20"/>
        </w:rPr>
        <w:t>2:43  jo log mirch masala wala khana khate hain, tarah tarah ka, to isi mein lage rehte hain wo. baqi yeh hai ke logon ko persuade karna ke bhai, is is cheez ko samjho, is ki value ko.</w:t>
      </w:r>
      <w:r>
        <w:br/>
      </w:r>
      <w:r>
        <w:rPr>
          <w:sz w:val="20"/>
        </w:rPr>
        <w:t>2:57  zahir hai ke koi samjhane bujhane se ho sakta hai. log samajhte hain ke Khuda ne humare humare taste buds diye hain, to hum is ko istemal karein, khoob yani enjoy karein khane se.</w:t>
      </w:r>
      <w:r>
        <w:br/>
      </w:r>
      <w:r>
        <w:rPr>
          <w:sz w:val="20"/>
        </w:rPr>
        <w:t>3:11  to yeh bohat bari fallacy hai. Taste buds to is liye hain ke taake aap samjhein ke jannat mein kitna acha hoga jahan wahan par cheezein milegi khane ke liye.</w:t>
      </w:r>
      <w:r>
        <w:br/>
      </w:r>
      <w:r>
        <w:rPr>
          <w:sz w:val="20"/>
        </w:rPr>
        <w:t>3:24  yahan to phir zindagi guzarna hai, bas kam se kam waqt jis mein lage, wahi sab se acha job hai, wahi sab se acha tareeqa hai taake aap aur time mil jaye humein.</w:t>
      </w:r>
    </w:p>
    <w:p>
      <w:pPr>
        <w:pStyle w:val="Heading2"/>
      </w:pPr>
      <w:r>
        <w:t>radio survey: good marks mostly just help admissions</w:t>
      </w:r>
    </w:p>
    <w:p>
      <w:r>
        <w:rPr>
          <w:color w:val="666666"/>
          <w:sz w:val="18"/>
        </w:rPr>
        <w:t>The Secret of Success June 26, 2008 Maulana Wahiduddin Khan · 2m 15s · at 2:27 · https://youtu.be/_vqfB9XcpPs?t=147</w:t>
      </w:r>
    </w:p>
    <w:p>
      <w:r>
        <w:rPr>
          <w:i/>
        </w:rPr>
        <w:t>“کل میں آل انڈیا ریڈیو سن رہا تھا اور یہی سبجیکٹ آ رہا تھا”</w:t>
      </w:r>
    </w:p>
    <w:p>
      <w:r>
        <w:rPr>
          <w:sz w:val="20"/>
        </w:rPr>
        <w:t>2:27  to kal main all India radio sun raha tha aur is mein yahi subject aa raha tha.</w:t>
      </w:r>
      <w:r>
        <w:br/>
      </w:r>
      <w:r>
        <w:rPr>
          <w:sz w:val="20"/>
        </w:rPr>
        <w:t>2:38  is mein unhon ne yeh sawal kiya tha</w:t>
      </w:r>
      <w:r>
        <w:br/>
      </w:r>
      <w:r>
        <w:rPr>
          <w:sz w:val="20"/>
        </w:rPr>
        <w:t>2:43  naujawanon se, naujawan larkay aur larkiyan ke</w:t>
      </w:r>
      <w:r>
        <w:br/>
      </w:r>
      <w:r>
        <w:rPr>
          <w:sz w:val="20"/>
        </w:rPr>
        <w:t>2:51  achhe number lana kitna zyada count karta hai zindagi ki kamyabi mein?</w:t>
      </w:r>
      <w:r>
        <w:br/>
      </w:r>
      <w:r>
        <w:rPr>
          <w:sz w:val="20"/>
        </w:rPr>
        <w:t>3:03  yani school mein, college mein hum achhe number layen</w:t>
      </w:r>
      <w:r>
        <w:br/>
      </w:r>
      <w:r>
        <w:rPr>
          <w:sz w:val="20"/>
        </w:rPr>
        <w:t>3:07  to is ka kitna taluq hai life mein, practical life mein kamyabi se?</w:t>
      </w:r>
      <w:r>
        <w:br/>
      </w:r>
      <w:r>
        <w:rPr>
          <w:sz w:val="20"/>
        </w:rPr>
        <w:t>3:19  to jahan tak maine suna,</w:t>
      </w:r>
      <w:r>
        <w:br/>
      </w:r>
      <w:r>
        <w:rPr>
          <w:sz w:val="20"/>
        </w:rPr>
        <w:t>3:24  qareeb qareeb har ek ne ek hi baat kahi. woh yeh ke achhe number ka talluq zyada tar admission se hai.</w:t>
      </w:r>
      <w:r>
        <w:br/>
      </w:r>
      <w:r>
        <w:rPr>
          <w:sz w:val="20"/>
        </w:rPr>
        <w:t>3:35  agar aap school mein achha number layenge to college mein aap ko aasani se admission mil jayega.</w:t>
      </w:r>
      <w:r>
        <w:br/>
      </w:r>
      <w:r>
        <w:rPr>
          <w:sz w:val="20"/>
        </w:rPr>
        <w:t>3:45  yeh hai</w:t>
      </w:r>
      <w:r>
        <w:br/>
      </w:r>
      <w:r>
        <w:rPr>
          <w:sz w:val="20"/>
        </w:rPr>
        <w:t>3:49  ahamiyat achhe number ki.</w:t>
      </w:r>
      <w:r>
        <w:br/>
      </w:r>
      <w:r>
        <w:rPr>
          <w:sz w:val="20"/>
        </w:rPr>
        <w:t>3:53  baqi jahan tak talluq hai zindagi mein kamyabi ka, zindagi mein kamyab hone ka, is ka koi direct talluq achhe number se nahi hai.</w:t>
      </w:r>
      <w:r>
        <w:br/>
      </w:r>
      <w:r>
        <w:rPr>
          <w:sz w:val="20"/>
        </w:rPr>
        <w:t>4:12  qareeb qareeb sabhi ne yeh baat kahi. real life mein jo cheezein count karti hain woh aur cheezein hain.</w:t>
      </w:r>
      <w:r>
        <w:br/>
      </w:r>
      <w:r>
        <w:rPr>
          <w:sz w:val="20"/>
        </w:rPr>
        <w:t>4:19  jaise hard labor. agar aap hard worker hain, agar aap ko time manage karna aata hai, agar aap achha kaam kar ke dete hain to jahan bhi aap hain wahan aap qabil-e-qubool ho jayenge.</w:t>
      </w:r>
      <w:r>
        <w:br/>
      </w:r>
      <w:r>
        <w:rPr>
          <w:sz w:val="20"/>
        </w:rPr>
        <w:t>4:40  to sabhi ne yeh baat kahi.</w:t>
      </w:r>
    </w:p>
    <w:p>
      <w:pPr>
        <w:pStyle w:val="Heading2"/>
      </w:pPr>
      <w:r>
        <w:t>Mind as a super-computer: deleting bad memories</w:t>
      </w:r>
    </w:p>
    <w:p>
      <w:r>
        <w:rPr>
          <w:color w:val="666666"/>
          <w:sz w:val="18"/>
        </w:rPr>
        <w:t>The Problem of Misunderstanding January 1, 2008 · 2m 28s · at 11:47 · https://youtu.be/CTmUoJ714fg?t=707</w:t>
      </w:r>
    </w:p>
    <w:p>
      <w:r>
        <w:rPr>
          <w:i/>
        </w:rPr>
        <w:t>“If you type a matter in your computer but it's not good”</w:t>
      </w:r>
    </w:p>
    <w:p>
      <w:r>
        <w:rPr>
          <w:sz w:val="20"/>
        </w:rPr>
        <w:t>11:47  if you are using computer, let us take the example of computer. y</w:t>
      </w:r>
      <w:r>
        <w:br/>
      </w:r>
      <w:r>
        <w:rPr>
          <w:sz w:val="20"/>
        </w:rPr>
        <w:t>11:53  ou know, if you type up matter in your computer, but then you, then you feel that it is not good.</w:t>
      </w:r>
      <w:r>
        <w:br/>
      </w:r>
      <w:r>
        <w:rPr>
          <w:sz w:val="20"/>
        </w:rPr>
        <w:t>12:04  you want to, you want to delete it from the computer memory. then you touch a button.</w:t>
      </w:r>
      <w:r>
        <w:br/>
      </w:r>
      <w:r>
        <w:rPr>
          <w:sz w:val="20"/>
        </w:rPr>
        <w:t>12:14  simply, simple by touching a button, it is instantly deleted from the computer.</w:t>
      </w:r>
      <w:r>
        <w:br/>
      </w:r>
      <w:r>
        <w:rPr>
          <w:sz w:val="20"/>
        </w:rPr>
        <w:t>12:24  so is the case your mind that your mind is super computer. your mind is super computer.</w:t>
      </w:r>
      <w:r>
        <w:br/>
      </w:r>
      <w:r>
        <w:rPr>
          <w:sz w:val="20"/>
        </w:rPr>
        <w:t>12:36  if you know, every, every stress and tension is based on some kind of seed memory.</w:t>
      </w:r>
      <w:r>
        <w:br/>
      </w:r>
      <w:r>
        <w:rPr>
          <w:sz w:val="20"/>
        </w:rPr>
        <w:t>12:47  seed memory about past, about present, about future. seed memory, unwanted memory.</w:t>
      </w:r>
      <w:r>
        <w:br/>
      </w:r>
      <w:r>
        <w:rPr>
          <w:sz w:val="20"/>
        </w:rPr>
        <w:t>12:54  so if you, if you find some, some this kind of worry, this kind of, this kind of seed memory.</w:t>
      </w:r>
      <w:r>
        <w:br/>
      </w:r>
      <w:r>
        <w:rPr>
          <w:sz w:val="20"/>
        </w:rPr>
        <w:t>13:07  so it is very easy. delete it by touching a button. then mind is a super computer. mind has double capacity.</w:t>
      </w:r>
      <w:r>
        <w:br/>
      </w:r>
      <w:r>
        <w:rPr>
          <w:sz w:val="20"/>
        </w:rPr>
        <w:t>13:19  double capacity.</w:t>
      </w:r>
      <w:r>
        <w:br/>
      </w:r>
      <w:r>
        <w:rPr>
          <w:sz w:val="20"/>
        </w:rPr>
        <w:t>13:22  if you delete a matter in your, in your, if you delete a matter from your computer, it is deleted for ever.</w:t>
      </w:r>
      <w:r>
        <w:br/>
      </w:r>
      <w:r>
        <w:rPr>
          <w:sz w:val="20"/>
        </w:rPr>
        <w:t>13:33  it deleted for ever. but your memory has very strange type of quality. if you delete a matter from your memory.</w:t>
      </w:r>
      <w:r>
        <w:br/>
      </w:r>
      <w:r>
        <w:rPr>
          <w:sz w:val="20"/>
        </w:rPr>
        <w:t>13:43  so mind can delete it or forget it. at the same time, it can preserve it.</w:t>
      </w:r>
      <w:r>
        <w:br/>
      </w:r>
      <w:r>
        <w:rPr>
          <w:sz w:val="20"/>
        </w:rPr>
        <w:t>13:52  your mind has double capacity to preserve a memory in your, in your, in your subconscious mind.</w:t>
      </w:r>
      <w:r>
        <w:br/>
      </w:r>
      <w:r>
        <w:rPr>
          <w:sz w:val="20"/>
        </w:rPr>
        <w:t>14:03  at the same time, delete it from your conscious mind. so mind is a very strange capacity.</w:t>
      </w:r>
    </w:p>
    <w:p>
      <w:pPr>
        <w:pStyle w:val="Heading2"/>
      </w:pPr>
      <w:r>
        <w:t>Formation of grave-oriented thinking</w:t>
      </w:r>
    </w:p>
    <w:p>
      <w:r>
        <w:rPr>
          <w:color w:val="666666"/>
          <w:sz w:val="18"/>
        </w:rPr>
        <w:t>Why I am Different 21 sept, 2019 - Maulana Wahiduddin Khan · 2m 40s · at 2:00 · https://youtu.be/TBDjR8Keoss?t=120</w:t>
      </w:r>
    </w:p>
    <w:p>
      <w:r>
        <w:rPr>
          <w:i/>
        </w:rPr>
        <w:t>“ندوہ، جو مدرسہ ہے، اس میں لکھٹو میں۔”</w:t>
      </w:r>
    </w:p>
    <w:p>
      <w:r>
        <w:rPr>
          <w:sz w:val="20"/>
        </w:rPr>
        <w:t>2:00  nadwa, jo madrasa hai, us mein lucknow mein. to mera jo kamra tha wahan, wahan par ek sahib bohat adat thay.</w:t>
      </w:r>
      <w:r>
        <w:br/>
      </w:r>
      <w:r>
        <w:rPr>
          <w:sz w:val="20"/>
        </w:rPr>
        <w:t>2:16  ek sahib thay, un ka naam to mujhe yaad nahin, lekin woh parhte thay wahan par. to woh aisi baatein karte thay jis se logon ko dilchaspi nahin hoti thi.</w:t>
      </w:r>
      <w:r>
        <w:br/>
      </w:r>
      <w:r>
        <w:rPr>
          <w:sz w:val="20"/>
        </w:rPr>
        <w:t>2:32  to aam taur par log un ko apne paas kam bithate thay,</w:t>
      </w:r>
      <w:r>
        <w:br/>
      </w:r>
      <w:r>
        <w:rPr>
          <w:sz w:val="20"/>
        </w:rPr>
        <w:t>2:40  door door rehte thay. ab mein bohat zabardast tareeqay se un ke paas baithta tha, un ki baatein sunta tha.</w:t>
      </w:r>
      <w:r>
        <w:br/>
      </w:r>
      <w:r>
        <w:rPr>
          <w:sz w:val="20"/>
        </w:rPr>
        <w:t>2:51  woh asal mein ek majzoob jaisay aadmi thay, thay to woh tajar, yaani student, lekin woh majzoob.</w:t>
      </w:r>
      <w:r>
        <w:br/>
      </w:r>
      <w:r>
        <w:rPr>
          <w:sz w:val="20"/>
        </w:rPr>
        <w:t>3:01  to woh aksar jab aate thay to ek hi baat karte thay. woh yeh ke maine apna routine bana liya, routine.</w:t>
      </w:r>
      <w:r>
        <w:br/>
      </w:r>
      <w:r>
        <w:rPr>
          <w:sz w:val="20"/>
        </w:rPr>
        <w:t>3:13  har haftay ek din hai, us din mein jata hoon local graveyard ko, local qabristan mein.</w:t>
      </w:r>
      <w:r>
        <w:br/>
      </w:r>
      <w:r>
        <w:rPr>
          <w:sz w:val="20"/>
        </w:rPr>
        <w:t>3:26  unhon ne bataya ke wahan pe ek qabristan hai, ek qabar hai jo khuli hui hai,</w:t>
      </w:r>
      <w:r>
        <w:br/>
      </w:r>
      <w:r>
        <w:rPr>
          <w:sz w:val="20"/>
        </w:rPr>
        <w:t>3:34  dhaki hui nahin hai. to us qabar ke andar woh apne aap ko let, us mein let daal dete hain.</w:t>
      </w:r>
      <w:r>
        <w:br/>
      </w:r>
      <w:r>
        <w:rPr>
          <w:sz w:val="20"/>
        </w:rPr>
        <w:t>3:43  woh qabar ke andar let daal dete hain, aur let kar ke woh sochte thay ke isi qabar mein mujhe aana hai.</w:t>
      </w:r>
      <w:r>
        <w:br/>
      </w:r>
      <w:r>
        <w:rPr>
          <w:sz w:val="20"/>
        </w:rPr>
        <w:t>3:55  der tak wahan lete hue woh sochte thay ke mujhe isi qabar mein aana hai. to yeh hamesha woh jab aate thay to yahi baatein karte thay.</w:t>
      </w:r>
      <w:r>
        <w:br/>
      </w:r>
      <w:r>
        <w:rPr>
          <w:sz w:val="20"/>
        </w:rPr>
        <w:t>4:07  woh kuch majzoob qism ke thay, woh majzoob. to log un ko, yaani koi dilchaspi lete thay, lekin mein sunta tha, un ki baat sunta tha.</w:t>
      </w:r>
      <w:r>
        <w:br/>
      </w:r>
      <w:r>
        <w:rPr>
          <w:sz w:val="20"/>
        </w:rPr>
        <w:t>4:22  is liye mere paas ziyada aate thay.</w:t>
      </w:r>
      <w:r>
        <w:br/>
      </w:r>
      <w:r>
        <w:rPr>
          <w:sz w:val="20"/>
        </w:rPr>
        <w:t>4:27  to to woh un ki baat suntay suntay mujhe mere andar ek soch bani, soch. woh thi qabar oriented thinking.</w:t>
      </w:r>
    </w:p>
    <w:p>
      <w:pPr>
        <w:pStyle w:val="Heading2"/>
      </w:pPr>
      <w:r>
        <w:t>Every good deed multiplies 700-fold, Qur'an explains</w:t>
      </w:r>
    </w:p>
    <w:p>
      <w:r>
        <w:rPr>
          <w:color w:val="666666"/>
          <w:sz w:val="18"/>
        </w:rPr>
        <w:t>The Importance of Thinking November 10, 2013 Maulana Wahiduddin Khan · 2m 07s · at 4:01 · https://youtu.be/dM9yTT9UlCs?t=241</w:t>
      </w:r>
    </w:p>
    <w:p>
      <w:r>
        <w:rPr>
          <w:i/>
        </w:rPr>
        <w:t>“Qur'an and Hadith both say deeds are rewarded 700 times over”</w:t>
      </w:r>
    </w:p>
    <w:p>
      <w:r>
        <w:rPr>
          <w:sz w:val="20"/>
        </w:rPr>
        <w:t>4:01  woh yeh hai ke quran o hadees dono mein ek baat kahi gayi hai ke aadmi jo amal karta hai to us ke amal ka jo reward hai, 700 guna tak milta hai.</w:t>
      </w:r>
      <w:r>
        <w:br/>
      </w:r>
      <w:r>
        <w:rPr>
          <w:sz w:val="20"/>
        </w:rPr>
        <w:t>4:17  700 guna ka maani saat nahi hai, be hisaab guna.</w:t>
      </w:r>
      <w:r>
        <w:br/>
      </w:r>
      <w:r>
        <w:rPr>
          <w:sz w:val="20"/>
        </w:rPr>
        <w:t>4:23  dekhein, quran mein surah al baqarah mein ek aayat hai jo bazahir to infaaq ke baare mein hai, haqeeqat yeh hai ke woh har deeni amal ke baare mein hai.</w:t>
      </w:r>
      <w:r>
        <w:br/>
      </w:r>
      <w:r>
        <w:rPr>
          <w:sz w:val="20"/>
        </w:rPr>
        <w:t>4:36  to is mein yeh hai, yeh alfaaz hain ke "kamathal habbat sab'a sanabil fi kulli sumbulatin mi'atu habbah"</w:t>
      </w:r>
      <w:r>
        <w:br/>
      </w:r>
      <w:r>
        <w:rPr>
          <w:sz w:val="20"/>
        </w:rPr>
        <w:t>4:49  . yaani aadmi ka amal ki misaal aise daane ki hai jo boya jaaye, us se poda nikle aur us mein saat baale hon.</w:t>
      </w:r>
      <w:r>
        <w:br/>
      </w:r>
      <w:r>
        <w:rPr>
          <w:sz w:val="20"/>
        </w:rPr>
        <w:t>4:59  har baale mein sau daane hon. to saat baale aur sau daane kitna hua? 700 hua.</w:t>
      </w:r>
      <w:r>
        <w:br/>
      </w:r>
      <w:r>
        <w:rPr>
          <w:sz w:val="20"/>
        </w:rPr>
        <w:t>5:10  siwaye ke ek ek amal ya ek habba apne andar 700 blessing liye hue hain,</w:t>
      </w:r>
      <w:r>
        <w:br/>
      </w:r>
      <w:r>
        <w:rPr>
          <w:sz w:val="20"/>
        </w:rPr>
        <w:t>5:24  700 nekiyaan liye hui hain. yahi baat hadees mein wahan roze ki nisbat se hai ke "kullu amalin lahu yuzaa'afu sab'a mi'ati marrah" is mein hai ke 700 guna tak sawab badhta hai roze ka</w:t>
      </w:r>
      <w:r>
        <w:br/>
      </w:r>
      <w:r>
        <w:rPr>
          <w:sz w:val="20"/>
        </w:rPr>
        <w:t>5:40  . lekin dekhein, wahan par na to sirf roze tak mehdood hai baat, na yahan infaaq tak. har woh amal jo Allah ne bataya ho aur aap sahi andaaz se is amal ko karein to har amal mein aisa hi hoga ke 700 guna tak aap ka sawab badhta chala jayega.</w:t>
      </w:r>
    </w:p>
    <w:p>
      <w:pPr>
        <w:pStyle w:val="Heading2"/>
      </w:pPr>
      <w:r>
        <w:t>Discovery of Hudaybiyyah model</w:t>
      </w:r>
    </w:p>
    <w:p>
      <w:r>
        <w:rPr>
          <w:color w:val="666666"/>
          <w:sz w:val="18"/>
        </w:rPr>
        <w:t>Man with A Mission 5 June 2007 - Maulana Wahiduddin Khan · 2m 14s · at 48:49 · https://youtu.be/SZ2xjZjGOhE?t=2929</w:t>
      </w:r>
    </w:p>
    <w:p>
      <w:r>
        <w:rPr>
          <w:i/>
        </w:rPr>
        <w:t>“رسول اللہ صلی اللہ علیہ وسلم نے جو کامیابی حاصل کی تھی عرب میں”</w:t>
      </w:r>
    </w:p>
    <w:p>
      <w:r>
        <w:rPr>
          <w:sz w:val="20"/>
        </w:rPr>
        <w:t>48:49  Rasool Allah salallahu alaihi wasallam ne jo kamyabi hasil ki thi Arab mein, to Quran mein bataya gaya hai ke yeh kamyabi aap ko mili Hudaybiyah ke zariye.</w:t>
      </w:r>
      <w:r>
        <w:br/>
      </w:r>
      <w:r>
        <w:rPr>
          <w:sz w:val="20"/>
        </w:rPr>
        <w:t>49:02  "Inna fatahna laka fathan mubeena". yeh Hudaybiyah ek method hai,</w:t>
      </w:r>
      <w:r>
        <w:br/>
      </w:r>
      <w:r>
        <w:rPr>
          <w:sz w:val="20"/>
        </w:rPr>
        <w:t>49:09  is method ko apnane se aap ko fatah mubeen mili. yani poori Rasool Allah ki poori zindagi mein sab se bada waqea jo aap ko fatah mubeen diya, jis ne woh tha Hazrat Hudaybiyah.</w:t>
      </w:r>
      <w:r>
        <w:br/>
      </w:r>
      <w:r>
        <w:rPr>
          <w:sz w:val="20"/>
        </w:rPr>
        <w:t>49:28  aap jante hain ke doctor Michael Hart ne likha hai ke Rasool Allah poori history ke sab se zyada successful aadmi the. "He was he was supremely successful man in history".</w:t>
      </w:r>
      <w:r>
        <w:br/>
      </w:r>
      <w:r>
        <w:rPr>
          <w:sz w:val="20"/>
        </w:rPr>
        <w:t>49:45  to woh kaise hue? Hudaybiyah ke zariye hue. Quran is ka roop hai, kyunke jaise hi Hudaybiyah ka agreement hua tha,</w:t>
      </w:r>
      <w:r>
        <w:br/>
      </w:r>
      <w:r>
        <w:rPr>
          <w:sz w:val="20"/>
        </w:rPr>
        <w:t>49:53  to Quran mein ayat utri thi "Inna fatahna laka fat-han mubeena". Hum ne de diya tum ko woh open victory, sab se bari victory.</w:t>
      </w:r>
      <w:r>
        <w:br/>
      </w:r>
      <w:r>
        <w:rPr>
          <w:sz w:val="20"/>
        </w:rPr>
        <w:t>50:05  aur ek ek bohat bare muhaddis aur jo tabi'i yeh kehte hain</w:t>
      </w:r>
      <w:r>
        <w:br/>
      </w:r>
      <w:r>
        <w:rPr>
          <w:sz w:val="20"/>
        </w:rPr>
        <w:t>50:12  ke Islam ki tareekh mein sab se bari fatah jo thi, woh wohi hai jo Hudaybiyah ke zariye hasil hui. To poori poori tareekh mein hazar saal mein Hudaybiyah ka jo model hai, woh gum ho gaya tha.</w:t>
      </w:r>
      <w:r>
        <w:br/>
      </w:r>
      <w:r>
        <w:rPr>
          <w:sz w:val="20"/>
        </w:rPr>
        <w:t>50:29  koi kitab nahi hai jis mein bataya gaya ho baat ko ke Hudaybiyah ka model kitna successful model hai. To ek hazar saal ka parda pad chuka tha Hudaybiyah ke model par.</w:t>
      </w:r>
      <w:r>
        <w:br/>
      </w:r>
      <w:r>
        <w:rPr>
          <w:sz w:val="20"/>
        </w:rPr>
        <w:t>50:42  is ko bohat hi dinon ki koshish ke baad, mutala, tajruba aur fikr ke baad maine is ko discover kiya, Hudaybiyah model.</w:t>
      </w:r>
      <w:r>
        <w:br/>
      </w:r>
      <w:r>
        <w:rPr>
          <w:sz w:val="20"/>
        </w:rPr>
        <w:t>50:51  aur jab maine discover kiya, tab bhi woh itna ajnabi tha ke saare log is ke khilaf ho gaye. Tamam ulama, kaisi ajib baat hai ke saare ulama is ke khilaf ho gaye.</w:t>
      </w:r>
    </w:p>
    <w:p>
      <w:pPr>
        <w:pStyle w:val="Heading2"/>
      </w:pPr>
      <w:r>
        <w:t>Ordinary people rise when elites won't, applied to the team</w:t>
      </w:r>
    </w:p>
    <w:p>
      <w:r>
        <w:rPr>
          <w:color w:val="666666"/>
          <w:sz w:val="18"/>
        </w:rPr>
        <w:t>From The Spiritual Tree January 19, 2007 Maulana Wahiduddin Khan · 1m 57s · at 4:05 · https://youtu.be/XhXDz32Av4Q?t=245</w:t>
      </w:r>
    </w:p>
    <w:p>
      <w:r>
        <w:rPr>
          <w:i/>
        </w:rPr>
        <w:t>“Yehi patthar the, inhi ko Hazrat Maseeh ne patthar kaha”</w:t>
      </w:r>
    </w:p>
    <w:p>
      <w:r>
        <w:rPr>
          <w:sz w:val="20"/>
        </w:rPr>
        <w:t>4:05  toh yahi pathar the. inhi ko Hazrat Masih ne pathar kaha, symbolic way mein. matlab jo bade bade speaker hain, bade bade mind hain,</w:t>
      </w:r>
      <w:r>
        <w:br/>
      </w:r>
      <w:r>
        <w:rPr>
          <w:sz w:val="20"/>
        </w:rPr>
        <w:t>4:19  bade bade scholars hain, jab woh Khuda ke deen ke liye nahin uthenge, Khuda ki baat ko phailane ke liye nahin uthenge, toh woh log uthenge jo samaj mein koi hasiyat unki nahin hai.</w:t>
      </w:r>
      <w:r>
        <w:br/>
      </w:r>
      <w:r>
        <w:rPr>
          <w:sz w:val="20"/>
        </w:rPr>
        <w:t>4:31  toh just like pathar hain woh.</w:t>
      </w:r>
      <w:r>
        <w:br/>
      </w:r>
      <w:r>
        <w:rPr>
          <w:sz w:val="20"/>
        </w:rPr>
        <w:t>4:35  in bare logon ke muqable mein woh just like pathar hain.</w:t>
      </w:r>
      <w:r>
        <w:br/>
      </w:r>
      <w:r>
        <w:rPr>
          <w:sz w:val="20"/>
        </w:rPr>
        <w:t>4:42  to woh uthe. Hazrat Masih ne kaha ke jao. mere masjid ko le kar jao. aur phailao is ko dunya mein.</w:t>
      </w:r>
      <w:r>
        <w:br/>
      </w:r>
      <w:r>
        <w:rPr>
          <w:sz w:val="20"/>
        </w:rPr>
        <w:t>4:54  to aap jante hain ke sach poochien aisa hua ke pathar chalaye. yani yeh log jo wahan ki society mein just like stones thay,</w:t>
      </w:r>
      <w:r>
        <w:br/>
      </w:r>
      <w:r>
        <w:rPr>
          <w:sz w:val="20"/>
        </w:rPr>
        <w:t>5:07  woh phail gaye. aur aap jante hain ke do hazar saal mein kya hua? Christianity aaj sab se bara mazhab bani hui hai.</w:t>
      </w:r>
      <w:r>
        <w:br/>
      </w:r>
      <w:r>
        <w:rPr>
          <w:sz w:val="20"/>
        </w:rPr>
        <w:t>5:21  Hazrat Masih ke manane wale dunya mein aaj sab se zyada hain.</w:t>
      </w:r>
      <w:r>
        <w:br/>
      </w:r>
      <w:r>
        <w:rPr>
          <w:sz w:val="20"/>
        </w:rPr>
        <w:t>5:30  yani tadad ke aitbar se, number ke aitbar se, ya ginti ke aitbar se Christianity number ek par hai.</w:t>
      </w:r>
      <w:r>
        <w:br/>
      </w:r>
      <w:r>
        <w:rPr>
          <w:sz w:val="20"/>
        </w:rPr>
        <w:t>5:41  aur yeh kin logon ne kiya? yeh patharon ne chala kar kiya.</w:t>
      </w:r>
      <w:r>
        <w:br/>
      </w:r>
      <w:r>
        <w:rPr>
          <w:sz w:val="20"/>
        </w:rPr>
        <w:t>5:50  to main samajhta hoon ke hamari jo team hai, woh bhi just like pathar hai.</w:t>
      </w:r>
    </w:p>
    <w:p>
      <w:pPr>
        <w:pStyle w:val="Heading2"/>
      </w:pPr>
      <w:r>
        <w:t>With hardship comes ease, find opportunity</w:t>
      </w:r>
    </w:p>
    <w:p>
      <w:r>
        <w:rPr>
          <w:color w:val="666666"/>
          <w:sz w:val="18"/>
        </w:rPr>
        <w:t>Replanning | February 26, 2017 · 1m 31s · at 12:31 · https://youtu.be/E120hwMH9x8?t=751</w:t>
      </w:r>
    </w:p>
    <w:p>
      <w:r>
        <w:rPr>
          <w:i/>
        </w:rPr>
        <w:t>“Quran mein hai ki inna ma'al usri yusra.”</w:t>
      </w:r>
    </w:p>
    <w:p>
      <w:r>
        <w:rPr>
          <w:sz w:val="20"/>
        </w:rPr>
        <w:t>12:31  quran mein hai ke ana mal usr yusr usr ke sath yusr hai.</w:t>
      </w:r>
      <w:r>
        <w:br/>
      </w:r>
      <w:r>
        <w:rPr>
          <w:sz w:val="20"/>
        </w:rPr>
        <w:t>12:39  ana mal usr yusr usr ke sath yusr hai is ka matlab kya hai koi bhi crisis ho</w:t>
      </w:r>
      <w:r>
        <w:br/>
      </w:r>
      <w:r>
        <w:rPr>
          <w:sz w:val="20"/>
        </w:rPr>
        <w:t>12:47  koi bhi crisis ho wahan moqa hota hai replanning ka.</w:t>
      </w:r>
      <w:r>
        <w:br/>
      </w:r>
      <w:r>
        <w:rPr>
          <w:sz w:val="20"/>
        </w:rPr>
        <w:t>12:54  boht bara crisis hai aap ko is se mahroom nahi karta ke aap apne mission ki replanning karen</w:t>
      </w:r>
      <w:r>
        <w:br/>
      </w:r>
      <w:r>
        <w:rPr>
          <w:sz w:val="20"/>
        </w:rPr>
        <w:t>13:02  ye matlab hai is ka.</w:t>
      </w:r>
      <w:r>
        <w:br/>
      </w:r>
      <w:r>
        <w:rPr>
          <w:sz w:val="20"/>
        </w:rPr>
        <w:t>13:08  انا مال عسر یسرا ودھ ہے ودھ کا لفظ ہے With every hardship there is ease.</w:t>
      </w:r>
      <w:r>
        <w:br/>
      </w:r>
      <w:r>
        <w:rPr>
          <w:sz w:val="20"/>
        </w:rPr>
        <w:t>13:14  yani jab koi crisis paida ho to usi ke sath sath wahan mojood hota hai aise halaat aise</w:t>
      </w:r>
      <w:r>
        <w:br/>
      </w:r>
      <w:r>
        <w:rPr>
          <w:sz w:val="20"/>
        </w:rPr>
        <w:t>13:20  opportunity ke aap apne mission ki replanning karen.</w:t>
      </w:r>
      <w:r>
        <w:br/>
      </w:r>
      <w:r>
        <w:rPr>
          <w:sz w:val="20"/>
        </w:rPr>
        <w:t>13:26  to aql ko istemal kijiye</w:t>
      </w:r>
      <w:r>
        <w:br/>
      </w:r>
      <w:r>
        <w:rPr>
          <w:sz w:val="20"/>
        </w:rPr>
        <w:t>13:32  aur daryaft kijiye yusr ko phir aap is qabil ho jayenge ke aap replan kar ke</w:t>
      </w:r>
      <w:r>
        <w:br/>
      </w:r>
      <w:r>
        <w:rPr>
          <w:sz w:val="20"/>
        </w:rPr>
        <w:t>13:40  kamyabi hasil kar len to mein dua karta hoon apni team ke liye aur poori ummat ke liye</w:t>
      </w:r>
      <w:r>
        <w:br/>
      </w:r>
      <w:r>
        <w:rPr>
          <w:sz w:val="20"/>
        </w:rPr>
        <w:t>13:47  sare musalmanon ke liye ke wo sunnat-e-rasool se is wisdom ko janen jis tarah shehad ki makkhi</w:t>
      </w:r>
      <w:r>
        <w:br/>
      </w:r>
      <w:r>
        <w:rPr>
          <w:sz w:val="20"/>
        </w:rPr>
        <w:t>13:55  phool se nectar extract karti</w:t>
      </w:r>
    </w:p>
    <w:p>
      <w:pPr>
        <w:pStyle w:val="Heading2"/>
      </w:pPr>
      <w:r>
        <w:t>Simple living high thinking versus luxury living beast thinking</w:t>
      </w:r>
    </w:p>
    <w:p>
      <w:r>
        <w:rPr>
          <w:color w:val="666666"/>
          <w:sz w:val="18"/>
        </w:rPr>
        <w:t>Post Fasting Period September 04, 2011 · 1m 04s · at 4:17 · https://youtu.be/njQ14sZvkXc?t=257</w:t>
      </w:r>
    </w:p>
    <w:p>
      <w:r>
        <w:rPr>
          <w:i/>
        </w:rPr>
        <w:t>“Simple living, high thinking — yehi fasting sikhati hai”</w:t>
      </w:r>
    </w:p>
    <w:p>
      <w:r>
        <w:rPr>
          <w:sz w:val="20"/>
        </w:rPr>
        <w:t>4:17  ek hai simple living, high thinking. yani agar simple ka matlab hai saada zindagi aap ki hogi to kya hoga?</w:t>
      </w:r>
      <w:r>
        <w:br/>
      </w:r>
      <w:r>
        <w:rPr>
          <w:sz w:val="20"/>
        </w:rPr>
        <w:t>4:27  aap ke paas high thinking aayegi.</w:t>
      </w:r>
      <w:r>
        <w:br/>
      </w:r>
      <w:r>
        <w:rPr>
          <w:sz w:val="20"/>
        </w:rPr>
        <w:t>4:30  yani maadi mamlaat mein agar aap saadgi ikhtiyar karenge, that will lead to intellectual development.</w:t>
      </w:r>
      <w:r>
        <w:br/>
      </w:r>
      <w:r>
        <w:rPr>
          <w:sz w:val="20"/>
        </w:rPr>
        <w:t>4:39  yeh hai simple living, high thinking. yani saada zindagi ikhtiyar karo maadi cheezon ke mamle mein. to iska nateeja kya hoga?</w:t>
      </w:r>
      <w:r>
        <w:br/>
      </w:r>
      <w:r>
        <w:rPr>
          <w:sz w:val="20"/>
        </w:rPr>
        <w:t>4:50  tumhare andar intellectual development rahega, spiritual development rahega. yeh hai. iska ulta kya hai?</w:t>
      </w:r>
      <w:r>
        <w:br/>
      </w:r>
      <w:r>
        <w:rPr>
          <w:sz w:val="20"/>
        </w:rPr>
        <w:t>4:58  luxurious living, best thinking. yani khoob aaram ki zindagi guzaro aur intellectual sense mein bewakoof ban jao.</w:t>
      </w:r>
      <w:r>
        <w:br/>
      </w:r>
      <w:r>
        <w:rPr>
          <w:sz w:val="20"/>
        </w:rPr>
        <w:t>5:09  to aaenda cheap thinking aa jaye. yeh law of nature hai. ismein koi exception nahin. koi exception nahin.</w:t>
      </w:r>
    </w:p>
    <w:p>
      <w:pPr>
        <w:pStyle w:val="Heading2"/>
      </w:pPr>
      <w:r>
        <w:t>Childhood impulse vs temptation story</w:t>
      </w:r>
    </w:p>
    <w:p>
      <w:r>
        <w:rPr>
          <w:color w:val="666666"/>
          <w:sz w:val="18"/>
        </w:rPr>
        <w:t>Art of Thinking (In Conversation with Maulana) 05 8 07 · 3m 01s · at 2:19 · https://youtu.be/cP0z8o_50Zc?t=139</w:t>
      </w:r>
    </w:p>
    <w:p>
      <w:r>
        <w:rPr>
          <w:i/>
        </w:rPr>
        <w:t>“I lived in a village, British India time.”</w:t>
      </w:r>
    </w:p>
    <w:p>
      <w:r>
        <w:rPr>
          <w:sz w:val="20"/>
        </w:rPr>
        <w:t>2:19  gaon mein rehta tha.</w:t>
      </w:r>
      <w:r>
        <w:br/>
      </w:r>
      <w:r>
        <w:rPr>
          <w:sz w:val="20"/>
        </w:rPr>
        <w:t>2:24  yeh British India ka zamana tha.</w:t>
      </w:r>
      <w:r>
        <w:br/>
      </w:r>
      <w:r>
        <w:rPr>
          <w:sz w:val="20"/>
        </w:rPr>
        <w:t>2:28  to ek chhota sa, itna bada tha main.</w:t>
      </w:r>
      <w:r>
        <w:br/>
      </w:r>
      <w:r>
        <w:rPr>
          <w:sz w:val="20"/>
        </w:rPr>
        <w:t>2:32  to gaon ke bachche jo hain, woh Dussehra dekhne ke liye jaate the.</w:t>
      </w:r>
      <w:r>
        <w:br/>
      </w:r>
      <w:r>
        <w:rPr>
          <w:sz w:val="20"/>
        </w:rPr>
        <w:t>2:36  ek aur do-teen meel ke faasle par, do-do meel ke doori par ek tha, Bisunpur ek gaon tha.</w:t>
      </w:r>
      <w:r>
        <w:br/>
      </w:r>
      <w:r>
        <w:rPr>
          <w:sz w:val="20"/>
        </w:rPr>
        <w:t>2:41  to Bisunpur mein bade dhoom se Dussehra hota tha.</w:t>
      </w:r>
      <w:r>
        <w:br/>
      </w:r>
      <w:r>
        <w:rPr>
          <w:sz w:val="20"/>
        </w:rPr>
        <w:t>2:45  market banti thi wahan par, khoob bikta tha. us</w:t>
      </w:r>
      <w:r>
        <w:br/>
      </w:r>
      <w:r>
        <w:rPr>
          <w:sz w:val="20"/>
        </w:rPr>
        <w:t>2:49  zamane mein bikne ki cheezein itni item to thin nahin, aajkal ki tarike se.</w:t>
      </w:r>
      <w:r>
        <w:br/>
      </w:r>
      <w:r>
        <w:rPr>
          <w:sz w:val="20"/>
        </w:rPr>
        <w:t>2:54  ab to bahut item ho gaye hain.</w:t>
      </w:r>
      <w:r>
        <w:br/>
      </w:r>
      <w:r>
        <w:rPr>
          <w:sz w:val="20"/>
        </w:rPr>
        <w:t>2:58  to ab sabke bachche jo, maaen unki jeb mein paisa daal deti thin.</w:t>
      </w:r>
      <w:r>
        <w:br/>
      </w:r>
      <w:r>
        <w:rPr>
          <w:sz w:val="20"/>
        </w:rPr>
        <w:t>3:03  to meri maa meri jeb mein kuch paisa daal deti thin wahan.</w:t>
      </w:r>
      <w:r>
        <w:br/>
      </w:r>
      <w:r>
        <w:rPr>
          <w:sz w:val="20"/>
        </w:rPr>
        <w:t>3:07  matlab wahan, aajkal ke zamane mein, shopping karne ke liye.</w:t>
      </w:r>
      <w:r>
        <w:br/>
      </w:r>
      <w:r>
        <w:rPr>
          <w:sz w:val="20"/>
        </w:rPr>
        <w:t>3:11  tab to woh shopping kya thi, bas do-ek cheez thin, woh khareed lo usko.</w:t>
      </w:r>
      <w:r>
        <w:br/>
      </w:r>
      <w:r>
        <w:rPr>
          <w:sz w:val="20"/>
        </w:rPr>
        <w:t>3:16  to sab bachche dhoom se khareedte the.</w:t>
      </w:r>
      <w:r>
        <w:br/>
      </w:r>
      <w:r>
        <w:rPr>
          <w:sz w:val="20"/>
        </w:rPr>
        <w:t>3:20  to zahir hai ki mujhe bhi ek aata tha ki main bhi khareedoon, main bhi yeh-yeh cheez loon.</w:t>
      </w:r>
      <w:r>
        <w:br/>
      </w:r>
      <w:r>
        <w:rPr>
          <w:sz w:val="20"/>
        </w:rPr>
        <w:t>3:24  lekin saath-saath ek aur impulse mere mind mein aata tha.</w:t>
      </w:r>
      <w:r>
        <w:br/>
      </w:r>
      <w:r>
        <w:rPr>
          <w:sz w:val="20"/>
        </w:rPr>
        <w:t>3:29  kyunki main pehle ek thinking mind mere andar shuru se hai.</w:t>
      </w:r>
      <w:r>
        <w:br/>
      </w:r>
      <w:r>
        <w:rPr>
          <w:sz w:val="20"/>
        </w:rPr>
        <w:t>3:33  sochna, sochna, sochna.</w:t>
      </w:r>
      <w:r>
        <w:br/>
      </w:r>
      <w:r>
        <w:rPr>
          <w:sz w:val="20"/>
        </w:rPr>
        <w:t>3:37  to har baat ko sochkar uski deep mein jaana.</w:t>
      </w:r>
      <w:r>
        <w:br/>
      </w:r>
      <w:r>
        <w:rPr>
          <w:sz w:val="20"/>
        </w:rPr>
        <w:t>3:42  ab mera mind to laga hua hai usmein, deep mein jaane ki taraf.</w:t>
      </w:r>
      <w:r>
        <w:br/>
      </w:r>
      <w:r>
        <w:rPr>
          <w:sz w:val="20"/>
        </w:rPr>
        <w:t>3:46  ab bachche jo khoob khareed rahe</w:t>
      </w:r>
      <w:r>
        <w:br/>
      </w:r>
      <w:r>
        <w:rPr>
          <w:sz w:val="20"/>
        </w:rPr>
        <w:t>3:50  hain, khush ho rahe hain. To ye by nature tha mere andar. Us waqt samajh nahi thi mere andar. Lekin main phir bhi impulse ki taraf jaata tha main. Temptation ki taraf nahi jaata tha main. Isiliye mujhe yaad hai ke har saal, har saal jaata tha main. Lekin main jo paisa meri maa deti thi jeb mein, poora ka poora lauta leta tha. Lauta aa jaata tha. Poora ka poora unhein de deta tha. Ka</w:t>
      </w:r>
      <w:r>
        <w:br/>
      </w:r>
      <w:r>
        <w:rPr>
          <w:sz w:val="20"/>
        </w:rPr>
        <w:t>4:20  bhi maine wahan par kuch cheez khareedi nahi. Koi shopping nahi kiya maine. To dekhiye, us waqt main sochta hoon, to mujhe yaad aata hai ke ek taraf ye shauk ke bachche khareedein to hum bhi khareedein. Jo woh impulse andar ka. Ke ek curiosity hoti thi, ye kya cheez hai, woh kya cheez hai, woh kya cheez hai. To main us curiosity ko follow karta tha. Us temptation ko kill kar deta tha. Ye by nature tha mere andar us waqt</w:t>
      </w:r>
      <w:r>
        <w:br/>
      </w:r>
      <w:r>
        <w:rPr>
          <w:sz w:val="20"/>
        </w:rPr>
        <w:t>4:50  .</w:t>
      </w:r>
      <w:r>
        <w:br/>
      </w:r>
      <w:r>
        <w:rPr>
          <w:sz w:val="20"/>
        </w:rPr>
        <w:t>4:55  to main samajhta hoon ki yeh har ek ka mamla hai.</w:t>
      </w:r>
      <w:r>
        <w:br/>
      </w:r>
      <w:r>
        <w:rPr>
          <w:sz w:val="20"/>
        </w:rPr>
        <w:t>4:59  daily life mein, rozana aisa hota hai ki ek hota hai temptation.</w:t>
      </w:r>
      <w:r>
        <w:br/>
      </w:r>
      <w:r>
        <w:rPr>
          <w:sz w:val="20"/>
        </w:rPr>
        <w:t>5:03  aur ek hota hai wo impulse.</w:t>
      </w:r>
      <w:r>
        <w:br/>
      </w:r>
      <w:r>
        <w:rPr>
          <w:sz w:val="20"/>
        </w:rPr>
        <w:t>5:08  to temptation zyada strong hota hai.</w:t>
      </w:r>
      <w:r>
        <w:br/>
      </w:r>
      <w:r>
        <w:rPr>
          <w:sz w:val="20"/>
        </w:rPr>
        <w:t>5:12  aur impulse jo hai, thoda weak hota hai. hamesha.</w:t>
      </w:r>
      <w:r>
        <w:br/>
      </w:r>
      <w:r>
        <w:rPr>
          <w:sz w:val="20"/>
        </w:rPr>
        <w:t>5:16  to main yahi kahunga, follow that impulse.</w:t>
      </w:r>
    </w:p>
    <w:p>
      <w:pPr>
        <w:pStyle w:val="Heading2"/>
      </w:pPr>
      <w:r>
        <w:t>Muslim decline starts 1799</w:t>
      </w:r>
    </w:p>
    <w:p>
      <w:r>
        <w:rPr>
          <w:color w:val="666666"/>
          <w:sz w:val="18"/>
        </w:rPr>
        <w:t>Importance of Creative Thinking I December 11, 2011 Maulana Wahiduddin Khan · 1m 51s · at 5:31 · https://youtu.be/GsnxvBYTj8w?t=331</w:t>
      </w:r>
    </w:p>
    <w:p>
      <w:r>
        <w:rPr>
          <w:i/>
        </w:rPr>
        <w:t>“1799 se musalmanon ki nai history shuru hoti hai.”</w:t>
      </w:r>
    </w:p>
    <w:p>
      <w:r>
        <w:rPr>
          <w:sz w:val="20"/>
        </w:rPr>
        <w:t>5:31  1799 se musalmanon ki nai history shuru hoti hai. woh kaise? isi saal do barhe waqe hue muslim world mein.</w:t>
      </w:r>
      <w:r>
        <w:br/>
      </w:r>
      <w:r>
        <w:rPr>
          <w:sz w:val="20"/>
        </w:rPr>
        <w:t>5:47  1799 mein ek taraf yeh hua ke jo Turkish empire tha, jis ko hum khilafat kehte hain,</w:t>
      </w:r>
      <w:r>
        <w:br/>
      </w:r>
      <w:r>
        <w:rPr>
          <w:sz w:val="20"/>
        </w:rPr>
        <w:t>5:58  to is ka bohat bara naval fleet tha, is ka bhari beera. to European powers ne Mediterranean sea mein is par attack kar ke is ko destroy kar diya.</w:t>
      </w:r>
      <w:r>
        <w:br/>
      </w:r>
      <w:r>
        <w:rPr>
          <w:sz w:val="20"/>
        </w:rPr>
        <w:t>6:13  yeh hua 1799 mein. ek taraf yeh hua.</w:t>
      </w:r>
      <w:r>
        <w:br/>
      </w:r>
      <w:r>
        <w:rPr>
          <w:sz w:val="20"/>
        </w:rPr>
        <w:t>6:19  dusri taraf india mein sultan tipu rol kar rahe the misoor state mein. woh bohat bara un ka darja tha.</w:t>
      </w:r>
      <w:r>
        <w:br/>
      </w:r>
      <w:r>
        <w:rPr>
          <w:sz w:val="20"/>
        </w:rPr>
        <w:t>6:31  to is zamanay mein british india aa chuke the aur un se larai hui. to british فوج ne sultan tipu ko khatam kar diya, un ko maar dala, un ki fauj ko khatam kar diya.</w:t>
      </w:r>
      <w:r>
        <w:br/>
      </w:r>
      <w:r>
        <w:rPr>
          <w:sz w:val="20"/>
        </w:rPr>
        <w:t>6:48  to 1799 mein india mein yeh hua aur isi isi saal mediterranean sea mein turki mein hua.</w:t>
      </w:r>
      <w:r>
        <w:br/>
      </w:r>
      <w:r>
        <w:rPr>
          <w:sz w:val="20"/>
        </w:rPr>
        <w:t>6:57  yehi se shuru hua tha musalmanon ka down fall ya naya daur. is waqt poore muslim world mein mein yeh kahunga koi creative thinking maujood nahi tha.</w:t>
      </w:r>
      <w:r>
        <w:br/>
      </w:r>
      <w:r>
        <w:rPr>
          <w:sz w:val="20"/>
        </w:rPr>
        <w:t>7:09  creative thinker sab ne kiya kiya? react kiya.</w:t>
      </w:r>
      <w:r>
        <w:br/>
      </w:r>
      <w:r>
        <w:rPr>
          <w:sz w:val="20"/>
        </w:rPr>
        <w:t>7:13  dekhiye, jo aadmi react kare, is ka matlab yeh hai ke is ke andar creative thinking nahi hai.</w:t>
      </w:r>
    </w:p>
    <w:p>
      <w:pPr>
        <w:pStyle w:val="Heading2"/>
      </w:pPr>
      <w:r>
        <w:t>Make reading literature a daily routine</w:t>
      </w:r>
    </w:p>
    <w:p>
      <w:r>
        <w:rPr>
          <w:color w:val="666666"/>
          <w:sz w:val="18"/>
        </w:rPr>
        <w:t>Q&amp;A 29 Mar 2009 Maulana Wahiduddin Khan · 1m 50s · at 10:04 · https://youtu.be/pr358S6nndo?t=604</w:t>
      </w:r>
    </w:p>
    <w:p>
      <w:r>
        <w:rPr>
          <w:i/>
        </w:rPr>
        <w:t>“देखिए, लिटरेचर को पढ़ना तो बहुत ज्यादा जरूरी है”</w:t>
      </w:r>
    </w:p>
    <w:p>
      <w:r>
        <w:rPr>
          <w:sz w:val="20"/>
        </w:rPr>
        <w:t>10:04  This question is from Ms. Aisha. According to you, what is the practical way to study your literature, especially for CPS members?</w:t>
      </w:r>
      <w:r>
        <w:br/>
      </w:r>
      <w:r>
        <w:rPr>
          <w:sz w:val="20"/>
        </w:rPr>
        <w:t>10:17  dekhiye, literature ko padhna to bahut zyada zaroori hai kyunki wahi wahi jo kaam maine kaha ki mind ko prepare karna, uske baghair kuch samajh mein nahi aata. itni sari misalein maine di aapko ki bade-bade log jo arabi jaante the,</w:t>
      </w:r>
      <w:r>
        <w:br/>
      </w:r>
      <w:r>
        <w:rPr>
          <w:sz w:val="20"/>
        </w:rPr>
        <w:t>10:35  quran ki tafsir likhi unhone, tab bhi quran ko samjha nahi unhone kyunki apne ko taiyar nahi kiya tha. unhone baghair taiyari ke jump kar diya. unhone to aap logon ko, yaani hamare jo jo member hain, jo yahan aate hain, jo mission se jude hue hain,</w:t>
      </w:r>
      <w:r>
        <w:br/>
      </w:r>
      <w:r>
        <w:rPr>
          <w:sz w:val="20"/>
        </w:rPr>
        <w:t>10:51  unko zaroor saara literature baar-baar padhna chahiye. monthly magazine jo hai, usko baar-baar padhna chahiye. tafsil quran, jo taskil quran jo hai, usko baar-baar padhna chahiye.</w:t>
      </w:r>
      <w:r>
        <w:br/>
      </w:r>
      <w:r>
        <w:rPr>
          <w:sz w:val="20"/>
        </w:rPr>
        <w:t>11:02  uski bahut aasan shakal hai ki aap apni routine mein shamil kar le. usko bahut aasan routine mein, jaise ki routine hota hai ki itne baje breakfast, itne baje lunch, itne baje dinner. aisi aap routine bana lein ki 24 ghante mein itni der mujhe literature padhna hai.</w:t>
      </w:r>
      <w:r>
        <w:br/>
      </w:r>
      <w:r>
        <w:rPr>
          <w:sz w:val="20"/>
        </w:rPr>
        <w:t>11:24  bas, bahut simple si baat hai. jab tak aap literature padhne ko routine mein shamil nahi karenge, regular taur par, tab tak aapko sirf adhura faida hoga, poora faida hasil nahi ho sakta hai.</w:t>
      </w:r>
      <w:r>
        <w:br/>
      </w:r>
      <w:r>
        <w:rPr>
          <w:sz w:val="20"/>
        </w:rPr>
        <w:t>11:41  to mind ko prepare karne ke liye aapko zaroori hai ki aap literature padhein aur usko apne routine routine mein shamil karein. yeh main keh sakta hoon.</w:t>
      </w:r>
    </w:p>
    <w:p>
      <w:pPr>
        <w:pStyle w:val="Heading2"/>
      </w:pPr>
      <w:r>
        <w:t>Daily practice of clearing negative thoughts before sleep</w:t>
      </w:r>
    </w:p>
    <w:p>
      <w:r>
        <w:rPr>
          <w:color w:val="666666"/>
          <w:sz w:val="18"/>
        </w:rPr>
        <w:t>Take it as A Challenge April 29, 2007 · 2m 29s · at 1:34:09 · https://youtu.be/pONW5UkRZ_M?t=5649</w:t>
      </w:r>
    </w:p>
    <w:p>
      <w:r>
        <w:rPr>
          <w:i/>
        </w:rPr>
        <w:t>“Har din koi na koi negative thought attack karta hai”</w:t>
      </w:r>
    </w:p>
    <w:p>
      <w:r>
        <w:rPr>
          <w:sz w:val="20"/>
        </w:rPr>
        <w:t>1:34:09  this question is from sadia: how should we retain our positivity? bhai, main to har din, har din is ka experience karta hoon.</w:t>
      </w:r>
      <w:r>
        <w:br/>
      </w:r>
      <w:r>
        <w:rPr>
          <w:sz w:val="20"/>
        </w:rPr>
        <w:t>1:34:19  har din aisa hota hai ke koi koi negative thought aa jata hai. hum jeete hain society mein, agar hum kisi island mein hote, tab yeh problem na hota.</w:t>
      </w:r>
      <w:r>
        <w:br/>
      </w:r>
      <w:r>
        <w:rPr>
          <w:sz w:val="20"/>
        </w:rPr>
        <w:t>1:34:31  hum jeete hain society mein to har din, har balke main kahunga har moment aisa hota hai, koi negative thought attack karta hai, koi negative thought attack karta hai.</w:t>
      </w:r>
      <w:r>
        <w:br/>
      </w:r>
      <w:r>
        <w:rPr>
          <w:sz w:val="20"/>
        </w:rPr>
        <w:t>1:34:42  har moment aisa hota hai to hota hai ke usi waqt, usi din andar is ko nikalna parta hai. nahin to kya hota hai? andar woh ja ke ek negative item ki tarah mere mind ka part ban jata hai.</w:t>
      </w:r>
      <w:r>
        <w:br/>
      </w:r>
      <w:r>
        <w:rPr>
          <w:sz w:val="20"/>
        </w:rPr>
        <w:t>1:34:58  to log kya karte hain? nikalte</w:t>
      </w:r>
      <w:r>
        <w:br/>
      </w:r>
      <w:r>
        <w:rPr>
          <w:sz w:val="20"/>
        </w:rPr>
        <w:t>1:35:00  hain nahin. to dheere dheere dheere un ka poora jo mind jo hai, negative mind ban jata hai. main kya karta hoon? ke din andar nikalta hoon, main usi waqt nikalta hoon.</w:t>
      </w:r>
      <w:r>
        <w:br/>
      </w:r>
      <w:r>
        <w:rPr>
          <w:sz w:val="20"/>
        </w:rPr>
        <w:t>1:35:10  us waqt tak main sota nahin jab tak is negative particle ko nikal na loon. is wajah se khuda ke fazl se main keh sakta hoon ke mera mind 100 percent positive mind hai, kyunke usi waqt mein nikalta hoon.</w:t>
      </w:r>
      <w:r>
        <w:br/>
      </w:r>
      <w:r>
        <w:rPr>
          <w:sz w:val="20"/>
        </w:rPr>
        <w:t>1:35:21  ise log nikalte nahin hain.</w:t>
      </w:r>
      <w:r>
        <w:br/>
      </w:r>
      <w:r>
        <w:rPr>
          <w:sz w:val="20"/>
        </w:rPr>
        <w:t>1:35:24  achha, yeh yeh formula yeh hai psychology ka ke shaam ko agar aap ek negative thought ko liye hue so gaye, nikale bina, nikala nahin aap ne, to woh kya hoga?</w:t>
      </w:r>
      <w:r>
        <w:br/>
      </w:r>
      <w:r>
        <w:rPr>
          <w:sz w:val="20"/>
        </w:rPr>
        <w:t>1:35:39  pehlay to tha conscious mind mein, phir chala jaye ga un-conscious mind mein. Un-conscious mind mein chala jata hai, woh to nikalna bohat bohat hi difficult ho jata hai.</w:t>
      </w:r>
      <w:r>
        <w:br/>
      </w:r>
      <w:r>
        <w:rPr>
          <w:sz w:val="20"/>
        </w:rPr>
        <w:t>1:35:51  jab tak woh conscious mind mein hai, nikalna asan hai. To tabhi nikal li jiye. Agar aik raat beet gayi to chala jaye ga un-conscious mind mein, to phir us ko nikalna us ke liye bohat bara jihad karna paray ga.</w:t>
      </w:r>
      <w:r>
        <w:br/>
      </w:r>
      <w:r>
        <w:rPr>
          <w:sz w:val="20"/>
        </w:rPr>
        <w:t>1:36:07  to mein har din active rehta hoon ke jaisay hi koi negative thought aa raha hai, us waqt nikal loon. Hamari beti hai, baithi hoon, usay koi pooch le ke mein daily yeh jihad karta hoon, daily usi waqt nikalta hoon.</w:t>
      </w:r>
      <w:r>
        <w:br/>
      </w:r>
      <w:r>
        <w:rPr>
          <w:sz w:val="20"/>
        </w:rPr>
        <w:t>1:36:20  sota hoon to apnay mind ko bilkul positive bana kar ke sota hoon. To yeh yeh aik kijiye, jis ko karna hai abhi karein ke alert rahe, woh alert.</w:t>
      </w:r>
      <w:r>
        <w:br/>
      </w:r>
      <w:r>
        <w:rPr>
          <w:sz w:val="20"/>
        </w:rPr>
        <w:t>1:36:30  jaisay hi koi negative thought aata hai, us ko nikale, nikale, nikale. Aur koi doosra formula us ke liye nahi hai. Acha,</w:t>
      </w:r>
    </w:p>
    <w:p>
      <w:pPr>
        <w:pStyle w:val="Heading2"/>
      </w:pPr>
      <w:r>
        <w:t>Adams Center talk and praise for Quran translation</w:t>
      </w:r>
    </w:p>
    <w:p>
      <w:r>
        <w:rPr>
          <w:color w:val="666666"/>
          <w:sz w:val="18"/>
        </w:rPr>
        <w:t>Lessons from My Journey to the US September 13, 2015 · 1m 04s · at 3:10 · https://youtu.be/RgXmKX1PxQc?t=190</w:t>
      </w:r>
    </w:p>
    <w:p>
      <w:r>
        <w:rPr>
          <w:i/>
        </w:rPr>
        <w:t>“A man praised Maulana's Quran translation as one of the best”</w:t>
      </w:r>
    </w:p>
    <w:p>
      <w:r>
        <w:rPr>
          <w:sz w:val="20"/>
        </w:rPr>
        <w:t>3:10  and Maulana basically gave direction to the people</w:t>
      </w:r>
      <w:r>
        <w:br/>
      </w:r>
      <w:r>
        <w:rPr>
          <w:sz w:val="20"/>
        </w:rPr>
        <w:t>3:14  . it was a full-packed audience, and Maulana said that, "all of you are in diaspora, and you should follow the method of companions because the companions were also a diaspora segment when they went out to convey the message of Islam." so, people really appreciated what Maulana said.</w:t>
      </w:r>
      <w:r>
        <w:br/>
      </w:r>
      <w:r>
        <w:rPr>
          <w:sz w:val="20"/>
        </w:rPr>
        <w:t>3:34  one important thing that happened was that one person stood up there, and he said that, "Molana, I really want to congratulate the translation of the Quran that you have done, and I read it very regularly, and it is one of the most readable and simple translations." in fact, after that, Sadia immediately went up to that person, and she took an interview of that person.</w:t>
      </w:r>
      <w:r>
        <w:br/>
      </w:r>
      <w:r>
        <w:rPr>
          <w:sz w:val="20"/>
        </w:rPr>
        <w:t>3:57  so, it's a recorded statement by him saying that this translation is one of the best translations.</w:t>
      </w:r>
      <w:r>
        <w:br/>
      </w:r>
      <w:r>
        <w:rPr>
          <w:sz w:val="20"/>
        </w:rPr>
        <w:t>4:03  and then after that, we distributed the literature to many people. there were a couple of people who also volunteered to join the US team for Dawa purposes.</w:t>
      </w:r>
    </w:p>
    <w:p>
      <w:pPr>
        <w:pStyle w:val="Heading2"/>
      </w:pPr>
      <w:r>
        <w:t>Closing formula: stay positive and success follows</w:t>
      </w:r>
    </w:p>
    <w:p>
      <w:r>
        <w:rPr>
          <w:color w:val="666666"/>
          <w:sz w:val="18"/>
        </w:rPr>
        <w:t>Positive Thinking 7 May 2014 · 2m 41s · at 27:32 · https://youtu.be/Ie4-njJHuVY?t=1652</w:t>
      </w:r>
    </w:p>
    <w:p>
      <w:r>
        <w:rPr>
          <w:i/>
        </w:rPr>
        <w:t>“Khulasa yeh hai ke aadmi ko sabse zyada yeh dhyan chahiye”</w:t>
      </w:r>
    </w:p>
    <w:p>
      <w:r>
        <w:rPr>
          <w:sz w:val="20"/>
        </w:rPr>
        <w:t>27:32  aur bhatakne ka basic jo hai ke woh tajrubaat ke dauran negative ho jana.</w:t>
      </w:r>
      <w:r>
        <w:br/>
      </w:r>
      <w:r>
        <w:rPr>
          <w:sz w:val="20"/>
        </w:rPr>
        <w:t>27:41  ek hi jar ki baat hai, evil sirf yeh hai ke aap negative ho jayein aur past aur aur sara khair is mein hai ke aap positivity ko maintain karein.</w:t>
      </w:r>
      <w:r>
        <w:br/>
      </w:r>
      <w:r>
        <w:rPr>
          <w:sz w:val="20"/>
        </w:rPr>
        <w:t>27:56  bas yeh two point formula hai zindagi ke liye, yani you have to maintain your positivity even in negative situation.</w:t>
      </w:r>
      <w:r>
        <w:br/>
      </w:r>
      <w:r>
        <w:rPr>
          <w:sz w:val="20"/>
        </w:rPr>
        <w:t>28:07  yeh formula hai,</w:t>
      </w:r>
      <w:r>
        <w:br/>
      </w:r>
      <w:r>
        <w:rPr>
          <w:sz w:val="20"/>
        </w:rPr>
        <w:t>28:10  you have to maintain your positivity even in negative situation. yani chahe kuch bhi pesh aaye, aap apni musbat mizaj ko, apni positive thought ko baqi rakhiye</w:t>
      </w:r>
      <w:r>
        <w:br/>
      </w:r>
      <w:r>
        <w:rPr>
          <w:sz w:val="20"/>
        </w:rPr>
        <w:t>28:31  aur is ke baad aap aap ko kamyab hone se koi rok nahi sakta.</w:t>
      </w:r>
      <w:r>
        <w:br/>
      </w:r>
      <w:r>
        <w:rPr>
          <w:sz w:val="20"/>
        </w:rPr>
        <w:t>28:41  duniya mein dekhiye, har din sham aati hai, har barah ghante ke baad, lekin is ke baad kya hota hai? raat ke baad phir dobara subah subah ho jati hai.</w:t>
      </w:r>
      <w:r>
        <w:br/>
      </w:r>
      <w:r>
        <w:rPr>
          <w:sz w:val="20"/>
        </w:rPr>
        <w:t>28:51  to kaha ek nuksan hoga to phir faida ho jayega, ek baat bigre bhi phir to dobara baat badh jayegi. yani sham aayegi to kuch der intezar kijiye, kuch der sabr kijiye to phir zoran agle barah ghante ke baad subah subah ko hogi aur dobara suraj niklega.</w:t>
      </w:r>
      <w:r>
        <w:br/>
      </w:r>
      <w:r>
        <w:rPr>
          <w:sz w:val="20"/>
        </w:rPr>
        <w:t>29:12  isi ko kaha gaya nishaniyan. to khulasa yeh hai ke aadmi ko sab se zyada yeh dhyan chahiye, yeh yeh dhyan karna chahiye ke kisi haal mein bhi woh negative na ho, manfi soch mein mubtala na ho,</w:t>
      </w:r>
      <w:r>
        <w:br/>
      </w:r>
      <w:r>
        <w:rPr>
          <w:sz w:val="20"/>
        </w:rPr>
        <w:t>29:29  har haal mein woh musbat soch mein qaaim rahe, har haal mein woh positive thinking ko baqi rakhe.</w:t>
      </w:r>
      <w:r>
        <w:br/>
      </w:r>
      <w:r>
        <w:rPr>
          <w:sz w:val="20"/>
        </w:rPr>
        <w:t>29:37  is ke baad farishtay is ko, is ki, is ko, is ki sohbat mein farishtay utren ge, is ko Allah ki rehmat mile gi aur is ko Allah ki blessing jaari rahe gi.</w:t>
      </w:r>
      <w:r>
        <w:br/>
      </w:r>
      <w:r>
        <w:rPr>
          <w:sz w:val="20"/>
        </w:rPr>
        <w:t>29:56  woh tension free rahe ga.</w:t>
      </w:r>
      <w:r>
        <w:br/>
      </w:r>
      <w:r>
        <w:rPr>
          <w:sz w:val="20"/>
        </w:rPr>
        <w:t>29:59  is ko hum jab aisa aadmi kare ga to tension free rahe ga bilkul, aur jab tension free hai to is ka matlab yeh hai ke har har khair is ko haasil hai.</w:t>
      </w:r>
    </w:p>
    <w:p>
      <w:pPr>
        <w:pStyle w:val="Heading2"/>
      </w:pPr>
      <w:r>
        <w:t>Help your brother, even the oppressor, by stopping his wrong</w:t>
      </w:r>
    </w:p>
    <w:p>
      <w:r>
        <w:rPr>
          <w:color w:val="666666"/>
          <w:sz w:val="18"/>
        </w:rPr>
        <w:t>Universal Thinking In Islam CPS Women Discussion 27 October 15, 2023 · 1m 13s · at 4:14 · https://youtu.be/p7cYhXsEBIc?t=254</w:t>
      </w:r>
    </w:p>
    <w:p>
      <w:r>
        <w:rPr>
          <w:i/>
        </w:rPr>
        <w:t>“Apne bhai ki madad karo chahe zalim ho ya mazloom”</w:t>
      </w:r>
    </w:p>
    <w:p>
      <w:r>
        <w:rPr>
          <w:sz w:val="20"/>
        </w:rPr>
        <w:t>4:14  jaise ki abhi maine misaal diya to isi tarah har ek ki madad ke liye alah taala ne</w:t>
      </w:r>
      <w:r>
        <w:br/>
      </w:r>
      <w:r>
        <w:rPr>
          <w:sz w:val="20"/>
        </w:rPr>
        <w:t>4:25  bataya ki tum apne bhai ki madad karo chahe zalim ho ya mazloom ho.</w:t>
      </w:r>
      <w:r>
        <w:br/>
      </w:r>
      <w:r>
        <w:rPr>
          <w:sz w:val="20"/>
        </w:rPr>
        <w:t>4:37  to logon ne puchha ki mazloom ka to main jaanta hoon.</w:t>
      </w:r>
      <w:r>
        <w:br/>
      </w:r>
      <w:r>
        <w:rPr>
          <w:sz w:val="20"/>
        </w:rPr>
        <w:t>4:48  hum jaante hain zalim ka kaise madad kara jaaye?</w:t>
      </w:r>
      <w:r>
        <w:br/>
      </w:r>
      <w:r>
        <w:rPr>
          <w:sz w:val="20"/>
        </w:rPr>
        <w:t>5:00  jawabi dushmani na karo balki uske sath achha suluk karo. to iska result yah hoga ki tumhara dushman tumhara dost ban jayega. yah itni badi wisdom ki baat hai aur yahi khuda ka qanoon hai ki bad behavior ke badle good behavior insan ke conscious ko jaga deta hai aur insan dushman chhodkar dost ban jata hai. to islam ki teaching hamein har ek well wisher banna sikhati hai.</w:t>
      </w:r>
      <w:r>
        <w:br/>
      </w:r>
      <w:r>
        <w:rPr>
          <w:sz w:val="20"/>
        </w:rPr>
        <w:t>5:27  ek dusre se khuda ke liye mohabbat karna sikhati hai. doosron ke liye dua karna, nasihat karna, unko mohabbat ke sath is tarah batana ki unki thinking badle. aise halaat paida karna ki unko apni galti ka ehsas ho jaye. yahi well wisher hone ka matlab hai. yani har insan ka dusre insan par yah farz hai ki vah uske liye aasani paida kare na ki mushkil.</w:t>
      </w:r>
    </w:p>
    <w:p>
      <w:pPr>
        <w:pStyle w:val="Heading2"/>
      </w:pPr>
      <w:r>
        <w:t>Childhood finger cut healed naturally</w:t>
      </w:r>
    </w:p>
    <w:p>
      <w:r>
        <w:rPr>
          <w:color w:val="666666"/>
          <w:sz w:val="18"/>
        </w:rPr>
        <w:t>Positive Mind 3 Aug 2019 - Maulana Wahiduddin Khan · 2m 58s · at 5:44 · https://youtu.be/xas4D5O0aMc?t=344</w:t>
      </w:r>
    </w:p>
    <w:p>
      <w:r>
        <w:rPr>
          <w:i/>
        </w:rPr>
        <w:t>“To ek din kya hua ke woh”</w:t>
      </w:r>
    </w:p>
    <w:p>
      <w:r>
        <w:rPr>
          <w:sz w:val="20"/>
        </w:rPr>
        <w:t>5:44  to ek din kya hua ke woh</w:t>
      </w:r>
      <w:r>
        <w:br/>
      </w:r>
      <w:r>
        <w:rPr>
          <w:sz w:val="20"/>
        </w:rPr>
        <w:t>5:50  ek hota hai aisa, is se kaatte hain chara. to main chhota sa tha, is mein chhota. to bachpan bachhe jaise zid karte hain na, aise bachhe ki tarah maine zid kiya ke is se is is ko kaha to hat jao, main kaatunga.</w:t>
      </w:r>
      <w:r>
        <w:br/>
      </w:r>
      <w:r>
        <w:rPr>
          <w:sz w:val="20"/>
        </w:rPr>
        <w:t>6:14  hamari maan mana karti thi, mana karti thi. aur mana karte karte woh namaz ke liye khadi ho gayi, waqt tha namaz ka, asar ka, maghrib ka.</w:t>
      </w:r>
      <w:r>
        <w:br/>
      </w:r>
      <w:r>
        <w:rPr>
          <w:sz w:val="20"/>
        </w:rPr>
        <w:t>6:27  to mana karte karte khadi ho gayi, namaz parhne lagi. achha, main idhar yeh kaam karta raha to aakhri jo sentence boli thi maan ke ja apna haath kaat le.</w:t>
      </w:r>
      <w:r>
        <w:br/>
      </w:r>
      <w:r>
        <w:rPr>
          <w:sz w:val="20"/>
        </w:rPr>
        <w:t>6:43  yani maan ne kaha ke ja apna haath kaat le.</w:t>
      </w:r>
      <w:r>
        <w:br/>
      </w:r>
      <w:r>
        <w:rPr>
          <w:sz w:val="20"/>
        </w:rPr>
        <w:t>6:50  to aise hi ho gaya. yani yeh jo tha kat kar ke idhar chala gaya, yeh itna hissa.</w:t>
      </w:r>
      <w:r>
        <w:br/>
      </w:r>
      <w:r>
        <w:rPr>
          <w:sz w:val="20"/>
        </w:rPr>
        <w:t>7:01  aur bilkul khoon nikalne laga.</w:t>
      </w:r>
      <w:r>
        <w:br/>
      </w:r>
      <w:r>
        <w:rPr>
          <w:sz w:val="20"/>
        </w:rPr>
        <w:t>7:08  yani woh woh woh scene ab tak meri aankhon ke samne hai ke kata kat ke idhar jo gaya aur phir is se khoon nikal raha hai.</w:t>
      </w:r>
      <w:r>
        <w:br/>
      </w:r>
      <w:r>
        <w:rPr>
          <w:sz w:val="20"/>
        </w:rPr>
        <w:t>7:20  to koi first aid wahan tha nahin.</w:t>
      </w:r>
      <w:r>
        <w:br/>
      </w:r>
      <w:r>
        <w:rPr>
          <w:sz w:val="20"/>
        </w:rPr>
        <w:t>7:25  yani na naakhun ka hissa jo hai wahan se kta tha, poora kat ke ek dam alag, yeh alag, woh alag. to koi first aid nahin tha.</w:t>
      </w:r>
      <w:r>
        <w:br/>
      </w:r>
      <w:r>
        <w:rPr>
          <w:sz w:val="20"/>
        </w:rPr>
        <w:t>7:37  to ghar mein ittefaq se tension hua karta tha is zamane mein. to aise mamooli kapda, woh woh kapda nahin jo woh aaj kal hospitalon mein hota hai,</w:t>
      </w:r>
      <w:r>
        <w:br/>
      </w:r>
      <w:r>
        <w:rPr>
          <w:sz w:val="20"/>
        </w:rPr>
        <w:t>7:51  aise mamooli kapda. to tincture laga kar ke kapad kapad lapet diya, lapet diya.</w:t>
      </w:r>
      <w:r>
        <w:br/>
      </w:r>
      <w:r>
        <w:rPr>
          <w:sz w:val="20"/>
        </w:rPr>
        <w:t>8:01  aur wohi lapeta aur wohi kapda. badla nahin gaya, badla nahin gaya.</w:t>
      </w:r>
      <w:r>
        <w:br/>
      </w:r>
      <w:r>
        <w:rPr>
          <w:sz w:val="20"/>
        </w:rPr>
        <w:t>8:11  aur kuch dinon ke baad kya hua ke apne aap woh nikal gaya, achha ho kar. ek hi kapda lapeta gaya tha aur kuch nahin.</w:t>
      </w:r>
      <w:r>
        <w:br/>
      </w:r>
      <w:r>
        <w:rPr>
          <w:sz w:val="20"/>
        </w:rPr>
        <w:t>8:27  ab dekhiye, ab main koi problem nahin hua, koi problem nahin hua. mashallah, angutha bilkul theek thaak hai, bas kat gaya, baqi theek hai.</w:t>
      </w:r>
    </w:p>
    <w:p>
      <w:pPr>
        <w:pStyle w:val="Heading2"/>
      </w:pPr>
      <w:r>
        <w:t>Consequences of melting glaciers</w:t>
      </w:r>
    </w:p>
    <w:p>
      <w:r>
        <w:rPr>
          <w:color w:val="666666"/>
          <w:sz w:val="18"/>
        </w:rPr>
        <w:t>Global Warming May 13, 2008 · 1m 05s · at 2:00 · https://youtu.be/AmgbF0n3lz4?t=120</w:t>
      </w:r>
    </w:p>
    <w:p>
      <w:r>
        <w:rPr>
          <w:i/>
        </w:rPr>
        <w:t>“Glaciers are melting north pole ice cap melting”</w:t>
      </w:r>
    </w:p>
    <w:p>
      <w:r>
        <w:rPr>
          <w:sz w:val="20"/>
        </w:rPr>
        <w:t>2:00  jaise</w:t>
      </w:r>
      <w:r>
        <w:br/>
      </w:r>
      <w:r>
        <w:rPr>
          <w:sz w:val="20"/>
        </w:rPr>
        <w:t>2:00  aap ne media mein dekha hoga ke glacier pighal rahe hain north pole ki jo ice cap hai us ka bara hissa pighal chuka hai halanke yeh jo hai yeh balance karta hai hamari zameen par yeh jo barf ke bare bare pahad the yeh balance kar rahe the hamari zameen par</w:t>
      </w:r>
      <w:r>
        <w:br/>
      </w:r>
      <w:r>
        <w:rPr>
          <w:sz w:val="20"/>
        </w:rPr>
        <w:t>2:29  Ab agar yeh pighal jayen to do problem paida hote hain ek taraf to ocean ka level ocean ka level bohat ooncha ho jata hai bohat se country is ke andar doob jayenge aur mausam ko balance karne ka system bhi toot jayega</w:t>
      </w:r>
      <w:r>
        <w:br/>
      </w:r>
      <w:r>
        <w:rPr>
          <w:sz w:val="20"/>
        </w:rPr>
        <w:t>2:58  Bohat sari aur problem paida hote hain to</w:t>
      </w:r>
    </w:p>
    <w:p>
      <w:pPr>
        <w:pStyle w:val="Heading2"/>
      </w:pPr>
      <w:r>
        <w:t>Prophet's sayings were divinely inspired, not just his own words</w:t>
      </w:r>
    </w:p>
    <w:p>
      <w:r>
        <w:rPr>
          <w:color w:val="666666"/>
          <w:sz w:val="18"/>
        </w:rPr>
        <w:t>Deep Thinking April 3, 2014 Maulana Wahiduddin Khan · 1m 25s · at 4:08 · https://youtu.be/1DvZY_4ddps?t=248</w:t>
      </w:r>
    </w:p>
    <w:p>
      <w:r>
        <w:rPr>
          <w:i/>
        </w:rPr>
        <w:t>“Main to sirf qasim hoon, dene wala Allah hai”</w:t>
      </w:r>
    </w:p>
    <w:p>
      <w:r>
        <w:rPr>
          <w:sz w:val="20"/>
        </w:rPr>
        <w:t>4:08  Ayub ne farmaya ke main to qasim hoon, dene wala Allah hai. Yeh kisi mysterious maani mein nahi hai.</w:t>
      </w:r>
      <w:r>
        <w:br/>
      </w:r>
      <w:r>
        <w:rPr>
          <w:sz w:val="20"/>
        </w:rPr>
        <w:t>4:17  Yeh wahi cheez ko ulma kehte hain ke aap ka jo kalam hota tha Quran ke ilawa, woh wahi ghair matloob hota tha. Wohi isi maani mein hai</w:t>
      </w:r>
      <w:r>
        <w:br/>
      </w:r>
      <w:r>
        <w:rPr>
          <w:sz w:val="20"/>
        </w:rPr>
        <w:t>4:30  ke jo kuch aap bolte hain, jis ko hum aaj hadith kehte hain, woh kya hai? Woh wahi ghair matloob hai. Bas aur koi is ke baad mysterious maani nahi hain is ke.</w:t>
      </w:r>
      <w:r>
        <w:br/>
      </w:r>
      <w:r>
        <w:rPr>
          <w:sz w:val="20"/>
        </w:rPr>
        <w:t>4:45  Yani Allah ki taraf se mujhe yeh special aata hai, yeh farmaya aap ne. Allah ki taraf se mujhe ilham hoti hain baatein, yeh farmaya aap ne, aur phir main logon ko batata hoon.</w:t>
      </w:r>
      <w:r>
        <w:br/>
      </w:r>
      <w:r>
        <w:rPr>
          <w:sz w:val="20"/>
        </w:rPr>
        <w:t>5:02  To is ka matlab yeh bhi hua ke Rasool Allah ka jo kalam hai, us ko hum sirf ek insan ka kalam na samjhen balkeh samjhen ke woh that is a</w:t>
      </w:r>
      <w:r>
        <w:br/>
      </w:r>
      <w:r>
        <w:rPr>
          <w:sz w:val="20"/>
        </w:rPr>
        <w:t>5:18  yani that was inspired from God. Woh Allah ki taraf se ilham kiya gaya tha aap ko. To woh wahi ghair matloob hai.</w:t>
      </w:r>
    </w:p>
    <w:p>
      <w:pPr>
        <w:pStyle w:val="Heading2"/>
      </w:pPr>
      <w:r>
        <w:t>Conflict Destroys Progress Over Decades</w:t>
      </w:r>
    </w:p>
    <w:p>
      <w:r>
        <w:rPr>
          <w:color w:val="666666"/>
          <w:sz w:val="18"/>
        </w:rPr>
        <w:t>Studying The Quran with Open Mind October 20, 2019 Maulana Wahiduddin Khan · 1m 09s · at 16:55 · https://youtu.be/OPyJO5TP_wI?t=1015</w:t>
      </w:r>
    </w:p>
    <w:p>
      <w:r>
        <w:rPr>
          <w:i/>
        </w:rPr>
        <w:t>“Two families fought for 25 years”</w:t>
      </w:r>
    </w:p>
    <w:p>
      <w:r>
        <w:rPr>
          <w:sz w:val="20"/>
        </w:rPr>
        <w:t>16:55  do family, do family ke darmiyan larai chher gayi kisi wajah se. to woh larai pachees saal tak chalti rahi.</w:t>
      </w:r>
      <w:r>
        <w:br/>
      </w:r>
      <w:r>
        <w:rPr>
          <w:sz w:val="20"/>
        </w:rPr>
        <w:t>17:09  yani khet kaatna, qatl karna waghera. to</w:t>
      </w:r>
      <w:r>
        <w:br/>
      </w:r>
      <w:r>
        <w:rPr>
          <w:sz w:val="20"/>
        </w:rPr>
        <w:t>17:23  donon qaum, donon khandan jo hai, tabah ho gaye. pachees saal tak koi taraqqi nahi kar sake. baad ko un ke andar kuch log nikle, kuch naujawan, kuch kuch parha likha unhon ne, sajana unhon ne, to unhon ne sab chhod diya.</w:t>
      </w:r>
      <w:r>
        <w:br/>
      </w:r>
      <w:r>
        <w:rPr>
          <w:sz w:val="20"/>
        </w:rPr>
        <w:t>17:43  to ab wahi log taraqqi kar rahe hain jo pachees saal tak koi taraqqi nahi kar sake. to is ko le kar mein bohat socha mein ne.</w:t>
      </w:r>
      <w:r>
        <w:br/>
      </w:r>
      <w:r>
        <w:rPr>
          <w:sz w:val="20"/>
        </w:rPr>
        <w:t>17:53  haqeeqat yeh hai apne gaon ka qissa ya apne ilaqe ka qissa mere liye bohat zyada eye opening ban gaya.</w:t>
      </w:r>
    </w:p>
    <w:p>
      <w:pPr>
        <w:pStyle w:val="Heading2"/>
      </w:pPr>
      <w:r>
        <w:t>Archimedes discovers unknown beyond</w:t>
      </w:r>
    </w:p>
    <w:p>
      <w:r>
        <w:rPr>
          <w:color w:val="666666"/>
          <w:sz w:val="18"/>
        </w:rPr>
        <w:t>Human Knowledge and Divine Knowledge 17 Feb, 2008 - Maulana Wahiduddin Khan · 2m 20s · at 11:03 · https://youtu.be/YbylPFaoAp4?t=663</w:t>
      </w:r>
    </w:p>
    <w:p>
      <w:r>
        <w:rPr>
          <w:i/>
        </w:rPr>
        <w:t>“Archimedes was born in third century BC in Greece.”</w:t>
      </w:r>
    </w:p>
    <w:p>
      <w:r>
        <w:rPr>
          <w:sz w:val="20"/>
        </w:rPr>
        <w:t>11:03  is silsilay ka aik bohat hi well known story woh hai jo archimedes ki hai. archimedes jo hai woh third century bc mein yunan mein paida hua.</w:t>
      </w:r>
      <w:r>
        <w:br/>
      </w:r>
      <w:r>
        <w:rPr>
          <w:sz w:val="20"/>
        </w:rPr>
        <w:t>11:17  third century bc yani masih se teen saal, teen so saal qabal. to is ke samnay aik challenge aaya ke pani par naav kyun teerti hai?</w:t>
      </w:r>
      <w:r>
        <w:br/>
      </w:r>
      <w:r>
        <w:rPr>
          <w:sz w:val="20"/>
        </w:rPr>
        <w:t>11:35  is ka sabab kya hai?</w:t>
      </w:r>
      <w:r>
        <w:br/>
      </w:r>
      <w:r>
        <w:rPr>
          <w:sz w:val="20"/>
        </w:rPr>
        <w:t>11:39  to us woh is mein soch mein tha, is soch mein tha, is soch mein tha ke kaise aisa hota hai. to aik din woh pani mein naha raha tha, tub mein naha raha tha.</w:t>
      </w:r>
      <w:r>
        <w:br/>
      </w:r>
      <w:r>
        <w:rPr>
          <w:sz w:val="20"/>
        </w:rPr>
        <w:t>11:54  achanak us ko aik aik experience hua, us mein us ko discovery hui jis ko aaj hum kehte hain science of hydrostatics.</w:t>
      </w:r>
      <w:r>
        <w:br/>
      </w:r>
      <w:r>
        <w:rPr>
          <w:sz w:val="20"/>
        </w:rPr>
        <w:t>12:06  science of hydrostatics yani is ka is ka matlab yeh hai ke jab kisi object ko aap pani mein dalte hain to jitne pani ko woh displace karta hai, woh object isi ke equal wahan par upwat pressure paida hota hai.</w:t>
      </w:r>
      <w:r>
        <w:br/>
      </w:r>
      <w:r>
        <w:rPr>
          <w:sz w:val="20"/>
        </w:rPr>
        <w:t>12:25  yeh upwat pressure jo hai woh naav ko chalata rehta hai pani ke ooper. jab us ko yeh cheez discover hui to woh greek language bolta tha to us mein woh us ne kaha eureka,</w:t>
      </w:r>
      <w:r>
        <w:br/>
      </w:r>
      <w:r>
        <w:rPr>
          <w:sz w:val="20"/>
        </w:rPr>
        <w:t>12:44  e u r e k a, eureka, eureka karta hua bhaga. yani i discovered, i discovered, mein ne pa liya, mein ne pa liya.</w:t>
      </w:r>
      <w:r>
        <w:br/>
      </w:r>
      <w:r>
        <w:rPr>
          <w:sz w:val="20"/>
        </w:rPr>
        <w:t>12:58  to history of thought mein mein samajhta hoon ke yeh bohat hi well known qissa hai ke kaise insan ne known ke aagay unknown ko jana.</w:t>
      </w:r>
      <w:r>
        <w:br/>
      </w:r>
      <w:r>
        <w:rPr>
          <w:sz w:val="20"/>
        </w:rPr>
        <w:t>13:13  agarche unknown ke aagay aik known ko jana lekin is is known ke aagay phir aur bhi bohat saray layers thay thay unknown ke.</w:t>
      </w:r>
    </w:p>
    <w:p>
      <w:pPr>
        <w:pStyle w:val="Heading2"/>
      </w:pPr>
      <w:r>
        <w:t>Personal experience of transplanting a tree</w:t>
      </w:r>
    </w:p>
    <w:p>
      <w:r>
        <w:rPr>
          <w:color w:val="666666"/>
          <w:sz w:val="18"/>
        </w:rPr>
        <w:t>Don't Be In A Hurry 09 Nov 2019 - Maulana Wahiduddin Khan · 1m 59s · at 5:27 · https://youtu.be/PzAaMFBJLL8?t=327</w:t>
      </w:r>
    </w:p>
    <w:p>
      <w:r>
        <w:rPr>
          <w:i/>
        </w:rPr>
        <w:t>“Ajeeb baat hai ke khud maine yehi kaam kiya”</w:t>
      </w:r>
    </w:p>
    <w:p>
      <w:r>
        <w:rPr>
          <w:sz w:val="20"/>
        </w:rPr>
        <w:t>5:27  ajeeb baat hai ke khud main ne yahi kaam kiya.</w:t>
      </w:r>
      <w:r>
        <w:br/>
      </w:r>
      <w:r>
        <w:rPr>
          <w:sz w:val="20"/>
        </w:rPr>
        <w:t>5:35  yani apne gaon, all over ke gaon mein main rehta tha aur ghar ke samne aik baagh tha.</w:t>
      </w:r>
      <w:r>
        <w:br/>
      </w:r>
      <w:r>
        <w:rPr>
          <w:sz w:val="20"/>
        </w:rPr>
        <w:t>5:45  to ghar bagh ka ek darakht mein ne chaha ke woh mere ghar mein uga diya jaye aur woh khoob bara darakht ek din mein ban jaye.</w:t>
      </w:r>
      <w:r>
        <w:br/>
      </w:r>
      <w:r>
        <w:rPr>
          <w:sz w:val="20"/>
        </w:rPr>
        <w:t>5:59  to sara din mujhe ab tak yaad hai ke sara din mein khuddwaya. Woh to idare ka zamana tha.</w:t>
      </w:r>
      <w:r>
        <w:br/>
      </w:r>
      <w:r>
        <w:rPr>
          <w:sz w:val="20"/>
        </w:rPr>
        <w:t>6:10  hum ne moazin laga diye ke khodo is ko. To sara din khod kar is ko nikala gaya.</w:t>
      </w:r>
      <w:r>
        <w:br/>
      </w:r>
      <w:r>
        <w:rPr>
          <w:sz w:val="20"/>
        </w:rPr>
        <w:t>6:24  woh jisay kehte hain qad adam,</w:t>
      </w:r>
      <w:r>
        <w:br/>
      </w:r>
      <w:r>
        <w:rPr>
          <w:sz w:val="20"/>
        </w:rPr>
        <w:t>6:31  itna bara tha woh. To hum ne apne hamare ghar mein bara angan tha, us mein laga diya.</w:t>
      </w:r>
      <w:r>
        <w:br/>
      </w:r>
      <w:r>
        <w:rPr>
          <w:sz w:val="20"/>
        </w:rPr>
        <w:t>6:44  hum bohat khush thay ke</w:t>
      </w:r>
      <w:r>
        <w:br/>
      </w:r>
      <w:r>
        <w:rPr>
          <w:sz w:val="20"/>
        </w:rPr>
        <w:t>6:49  jo darakht 25 saal mein tayyar hua hai, woh ek hi din mein hamare ghar mein aa gaya.</w:t>
      </w:r>
      <w:r>
        <w:br/>
      </w:r>
      <w:r>
        <w:rPr>
          <w:sz w:val="20"/>
        </w:rPr>
        <w:t>6:57  lekin woh wohi hua ke woh sookh gaya, sookh ke khatam ho gaya.</w:t>
      </w:r>
      <w:r>
        <w:br/>
      </w:r>
      <w:r>
        <w:rPr>
          <w:sz w:val="20"/>
        </w:rPr>
        <w:t>7:06  to wohi title ko le kar bane hue ek mazmoon likha tha us zamane mein.</w:t>
      </w:r>
      <w:r>
        <w:br/>
      </w:r>
      <w:r>
        <w:rPr>
          <w:sz w:val="20"/>
        </w:rPr>
        <w:t>7:16  mujhe yaad nahi ke mera title kya tha, lekin behal mafhoom is ka wohi tha ke "I am in a hurry but God did it".</w:t>
      </w:r>
    </w:p>
    <w:p>
      <w:pPr>
        <w:pStyle w:val="Heading2"/>
      </w:pPr>
      <w:r>
        <w:t>Three stages of collective repentance</w:t>
      </w:r>
    </w:p>
    <w:p>
      <w:r>
        <w:rPr>
          <w:color w:val="666666"/>
          <w:sz w:val="18"/>
        </w:rPr>
        <w:t>Collective Repentance I Feb 24, 2013 Maulana Wahiduddin Khan · 2m 33s · at 48:59 · https://youtu.be/lkkolxAL38c?t=2939</w:t>
      </w:r>
    </w:p>
    <w:p>
      <w:r>
        <w:rPr>
          <w:i/>
        </w:rPr>
        <w:t>“Collective tawba sabse pehle collective iqrar ka naam hai”</w:t>
      </w:r>
    </w:p>
    <w:p>
      <w:r>
        <w:rPr>
          <w:sz w:val="20"/>
        </w:rPr>
        <w:t>48:59  ijtimai tauba sab se pehle ijtimai etiraf ka naam hai. sab se pehle aap ko ijtimai satah par, matlab saare musalmanon ke zehen mein yeh baat paida karni padegi ke dekho, yeh soch hamari galat thi.</w:t>
      </w:r>
      <w:r>
        <w:br/>
      </w:r>
      <w:r>
        <w:rPr>
          <w:sz w:val="20"/>
        </w:rPr>
        <w:t>49:18  hum galat soch par khade hue the. yeh manna padega, yeh etiraf karna padega. we were wrong, we were wrong, we were wrong.</w:t>
      </w:r>
      <w:r>
        <w:br/>
      </w:r>
      <w:r>
        <w:rPr>
          <w:sz w:val="20"/>
        </w:rPr>
        <w:t>49:27  yeh kehna padega aap ko. tab nai thinking aayegi, tab nai soch aayegi,</w:t>
      </w:r>
      <w:r>
        <w:br/>
      </w:r>
      <w:r>
        <w:rPr>
          <w:sz w:val="20"/>
        </w:rPr>
        <w:t>49:35  tab negative thinking ki jagah positive thinking aayegi. aur phir kya hoga? la'allakum taghlaboon hoga. yaani hamari koshishein jo hain, woh barabar hongi.</w:t>
      </w:r>
      <w:r>
        <w:br/>
      </w:r>
      <w:r>
        <w:rPr>
          <w:sz w:val="20"/>
        </w:rPr>
        <w:t>49:49  hamari koshishein</w:t>
      </w:r>
      <w:r>
        <w:br/>
      </w:r>
      <w:r>
        <w:rPr>
          <w:sz w:val="20"/>
        </w:rPr>
        <w:t>49:51  ka result nikalna shuru hoga. to teen teen stage hain, is ke teen stage.</w:t>
      </w:r>
      <w:r>
        <w:br/>
      </w:r>
      <w:r>
        <w:rPr>
          <w:sz w:val="20"/>
        </w:rPr>
        <w:t>50:01  pehla stage hai yeh kehna ke we were wrong, we were wrong. west hamara dushman nahi hai.</w:t>
      </w:r>
      <w:r>
        <w:br/>
      </w:r>
      <w:r>
        <w:rPr>
          <w:sz w:val="20"/>
        </w:rPr>
        <w:t>50:12  dusra stage yeh hai ke saare logon ke andar negative thinking ki jagah positive think lai jaye.</w:t>
      </w:r>
      <w:r>
        <w:br/>
      </w:r>
      <w:r>
        <w:rPr>
          <w:sz w:val="20"/>
        </w:rPr>
        <w:t>50:23  phir teesri baat hogi ke falan ka daur aayega, la'allakum taghlaboon duniya mein bhi aur akhirat mein bhi.</w:t>
      </w:r>
      <w:r>
        <w:br/>
      </w:r>
      <w:r>
        <w:rPr>
          <w:sz w:val="20"/>
        </w:rPr>
        <w:t>50:32  yeh hai ijtimai tauba, yeh hai character repentance.</w:t>
      </w:r>
      <w:r>
        <w:br/>
      </w:r>
      <w:r>
        <w:rPr>
          <w:sz w:val="20"/>
        </w:rPr>
        <w:t>50:40  to musalman aam taur par jante hi nahi ijtimai tauba. yeh lafz hi nahi bola gaya, main mujhe to pata nahi, maine kabhi suna nahi yeh lafz jabke maujood hai ayat Quran majeed mein.</w:t>
      </w:r>
      <w:r>
        <w:br/>
      </w:r>
      <w:r>
        <w:rPr>
          <w:sz w:val="20"/>
        </w:rPr>
        <w:t>50:57  infiradi tauba ko sab log jante hain, har aadmi infiradi tauba ko janta hai, matlab lafz ko janta hai.</w:t>
      </w:r>
      <w:r>
        <w:br/>
      </w:r>
      <w:r>
        <w:rPr>
          <w:sz w:val="20"/>
        </w:rPr>
        <w:t>51:08  lekin ijtimai tauba, character repentance, yeh shoori taur par musalman jante hi nahi.</w:t>
      </w:r>
      <w:r>
        <w:br/>
      </w:r>
      <w:r>
        <w:rPr>
          <w:sz w:val="20"/>
        </w:rPr>
        <w:t>51:18  to hamein yeh soch laani padegi, yeh shaoor lana padega, yeh thinking laani padegi,</w:t>
      </w:r>
      <w:r>
        <w:br/>
      </w:r>
      <w:r>
        <w:rPr>
          <w:sz w:val="20"/>
        </w:rPr>
        <w:t>51:26  aur woh process chalana padega. woh process</w:t>
      </w:r>
    </w:p>
    <w:p>
      <w:pPr>
        <w:pStyle w:val="Heading2"/>
      </w:pPr>
      <w:r>
        <w:t>Science debunks superstition about horse</w:t>
      </w:r>
    </w:p>
    <w:p>
      <w:r>
        <w:rPr>
          <w:color w:val="666666"/>
          <w:sz w:val="18"/>
        </w:rPr>
        <w:t>Dawah in Scientific Age- 8 April 2011 · 1m 30s · at 55:31 · https://youtu.be/1casDo8bzXM?t=3331</w:t>
      </w:r>
    </w:p>
    <w:p>
      <w:r>
        <w:rPr>
          <w:i/>
        </w:rPr>
        <w:t>“Woh kya kuch log jo tourist gae”</w:t>
      </w:r>
    </w:p>
    <w:p>
      <w:r>
        <w:rPr>
          <w:sz w:val="20"/>
        </w:rPr>
        <w:t>55:31  ani woh kya kuch log jo gaye jo tourist idhar udhar unhone a kar bataya ke hum ek ek island mein gaye toh wahan hum ne ek ghoda dekha is ghode ke ka sir insaan jaisa tha yani body ghoda aur sir insaan ab is ko phailaye yeh sari europe mein kahani phail gayi ke koi island hai jahan par aise ghode hain jis ka sir insaan ka hota hai bohat baat ko</w:t>
      </w:r>
      <w:r>
        <w:br/>
      </w:r>
      <w:r>
        <w:rPr>
          <w:sz w:val="20"/>
        </w:rPr>
        <w:t>56:01  science ne discover kiya ke yeh toh jhooti kahani hai kyun dekhiye jis ko kehte hain nostril urdu mein kehte hain natthna nostril toh ghoda jo hai us ko zyada oxygen chahiye hamare nostril jo hai ghode ko jitni oxygen chahiye woh nahi is is mein pahunch sakta body ke andar toh agar agar aisa koi ghoda ho jis ka sir insaan jaisa ho toh woh toh mar jayega kyunke woh itna us ko oxygen nahi milega</w:t>
      </w:r>
      <w:r>
        <w:br/>
      </w:r>
      <w:r>
        <w:rPr>
          <w:sz w:val="20"/>
        </w:rPr>
        <w:t>56:31  kyunke nostril hamara chhota hai ghode ka nostril bohat bada hota hai kabhi aap dekhiye is ka jo natthna ya nostril jo kehte hain bohat bada hota hai kyunke zyada oxygen leta hai woh tab ja ke maloom hua ke jhooti kahani hai yeh toh sare log yeh rehte hain suppression mein jhooti kahaniyon mein science ne pehli bar aisa kiya ke insaan ko rational banaya rational rational is se pehle insaan rational nahi hua karta tha ab</w:t>
      </w:r>
    </w:p>
    <w:p>
      <w:pPr>
        <w:pStyle w:val="Heading2"/>
      </w:pPr>
      <w:r>
        <w:t>Hadith on worst and best places on earth</w:t>
      </w:r>
    </w:p>
    <w:p>
      <w:r>
        <w:rPr>
          <w:color w:val="666666"/>
          <w:sz w:val="18"/>
        </w:rPr>
        <w:t>Age Of Consumerism I January 6, 2013 Maulana Wahiduddin Khan · 2m 47s · at 10:20 · https://youtu.be/CuRYFl7JuEM?t=620</w:t>
      </w:r>
    </w:p>
    <w:p>
      <w:r>
        <w:rPr>
          <w:i/>
        </w:rPr>
        <w:t>“Yeh hadith ka arabi batn aap ne sun liya.”</w:t>
      </w:r>
    </w:p>
    <w:p>
      <w:r>
        <w:rPr>
          <w:sz w:val="20"/>
        </w:rPr>
        <w:t>10:20  yeh hadith ka arabi batan aap nay sun liya. bohat ajeeb hadith hai yeh. is mein yeh hai kay aik shakhs nay rasool Allah sallallahu alayhi wa sallam say jab kay aap Madina mein thay aap say aik sawal kiya.</w:t>
      </w:r>
      <w:r>
        <w:br/>
      </w:r>
      <w:r>
        <w:rPr>
          <w:sz w:val="20"/>
        </w:rPr>
        <w:t>10:39  aur sawal yeh tha ke zameen par sab se bura spot kaunsa hai, sab se acha spot kaunsa hai? sab se achi jagah kaunsi hai, sab se buri jagah kaunsi hai?</w:t>
      </w:r>
      <w:r>
        <w:br/>
      </w:r>
      <w:r>
        <w:rPr>
          <w:sz w:val="20"/>
        </w:rPr>
        <w:t>10:54  to rasool Allah صلی اللہ علیہ وسلم ne farmaya ke yeh</w:t>
      </w:r>
      <w:r>
        <w:br/>
      </w:r>
      <w:r>
        <w:rPr>
          <w:sz w:val="20"/>
        </w:rPr>
        <w:t>10:56  mujhe nahi maloom. to aap ne farmaya ke jab jibril aayenge to mein un se pooch ke bataunga.</w:t>
      </w:r>
      <w:r>
        <w:br/>
      </w:r>
      <w:r>
        <w:rPr>
          <w:sz w:val="20"/>
        </w:rPr>
        <w:t>11:06  to jibril farishta aap ke paas aaya, un se aap ne poocha is sawal ke bare mein. to jibril ne kaha ke mujhe bhi is ke bare mein nahi maloom.</w:t>
      </w:r>
      <w:r>
        <w:br/>
      </w:r>
      <w:r>
        <w:rPr>
          <w:sz w:val="20"/>
        </w:rPr>
        <w:t>11:26  to unhone kaha ke mein Allah rabb ul alameen se poochta hoon, phir bataunga aap ko.</w:t>
      </w:r>
      <w:r>
        <w:br/>
      </w:r>
      <w:r>
        <w:rPr>
          <w:sz w:val="20"/>
        </w:rPr>
        <w:t>11:36  to hadith mein hai ke jibril</w:t>
      </w:r>
      <w:r>
        <w:br/>
      </w:r>
      <w:r>
        <w:rPr>
          <w:sz w:val="20"/>
        </w:rPr>
        <w:t>11:41  ne parwaz kiya aur Allah ke qareeb pohanche aur poocha.</w:t>
      </w:r>
      <w:r>
        <w:br/>
      </w:r>
      <w:r>
        <w:rPr>
          <w:sz w:val="20"/>
        </w:rPr>
        <w:t>11:52  to woh batate hain ke mein itna itna zyada qareeb hua ke mere aur Allah ke darmiyan 70 70 hazar noori parde waqe thay.</w:t>
      </w:r>
      <w:r>
        <w:br/>
      </w:r>
      <w:r>
        <w:rPr>
          <w:sz w:val="20"/>
        </w:rPr>
        <w:t>12:02  yani aaj kal ki zaban mein aap keh sakte hain ke 70 hazar light years.</w:t>
      </w:r>
      <w:r>
        <w:br/>
      </w:r>
      <w:r>
        <w:rPr>
          <w:sz w:val="20"/>
        </w:rPr>
        <w:t>12:16  to hazrat jibril ko jo jawab mila Allah taala ki taraf se woh aa kar unhone rasool Allah ko bataya.</w:t>
      </w:r>
      <w:r>
        <w:br/>
      </w:r>
      <w:r>
        <w:rPr>
          <w:sz w:val="20"/>
        </w:rPr>
        <w:t>12:24  to Allah taala ne farmaya ke "shar al maqam aswaquhu wa khair al maqam masajiduhu"</w:t>
      </w:r>
      <w:r>
        <w:br/>
      </w:r>
      <w:r>
        <w:rPr>
          <w:sz w:val="20"/>
        </w:rPr>
        <w:t>12:39  ke zameen ka sab se bura spot jo hai woh is ke bazaar hain. aur zameen ka sab se acha spot jo hai woh is ke masjidain hain.</w:t>
      </w:r>
      <w:r>
        <w:br/>
      </w:r>
      <w:r>
        <w:rPr>
          <w:sz w:val="20"/>
        </w:rPr>
        <w:t>12:53  to us waqt jab ke yeh hadith bayan ki thi aap ne, us waqt koi samajh nahi pata tha ke kya matlab hai is ka. aap is hadith ki shuruh mein kuch jawab nahi payenge aap.</w:t>
      </w:r>
    </w:p>
    <w:p>
      <w:pPr>
        <w:pStyle w:val="Heading2"/>
      </w:pPr>
      <w:r>
        <w:t>the Danish cartoon uproar seen through the wisdom lens</w:t>
      </w:r>
    </w:p>
    <w:p>
      <w:r>
        <w:rPr>
          <w:color w:val="666666"/>
          <w:sz w:val="18"/>
        </w:rPr>
        <w:t>Wisdom September 20, 2015 · 2m 41s · at 24:54 · https://youtu.be/Xgk_3YvTkSQ?t=1494</w:t>
      </w:r>
    </w:p>
    <w:p>
      <w:r>
        <w:rPr>
          <w:i/>
        </w:rPr>
        <w:t>“ڈنمارک میں ایک اخبار میں ایک کارٹون چھپ گیا تھا، بڑا ہنگامہ ہوا”</w:t>
      </w:r>
    </w:p>
    <w:p>
      <w:r>
        <w:rPr>
          <w:sz w:val="20"/>
        </w:rPr>
        <w:t>24:54  sara moamla misaal ke ooper dekhiye, jo Denmark mein aik aik akhbar mein aik cartoon chhap gaya tha, to aap ko yaad hoga,</w:t>
      </w:r>
      <w:r>
        <w:br/>
      </w:r>
      <w:r>
        <w:rPr>
          <w:sz w:val="20"/>
        </w:rPr>
        <w:t>25:09  sare muslim dunya mein bara hungama hua tha. kuch log ghus gaye wahan par marne ke liye us ko cartoon. us ko yeh kyun?</w:t>
      </w:r>
      <w:r>
        <w:br/>
      </w:r>
      <w:r>
        <w:rPr>
          <w:sz w:val="20"/>
        </w:rPr>
        <w:t>25:20  aisay aur bhi waqeat kai ho chukay hain ke us ko liya unhon ne "ya rasool" ke mani mein, yaani ghalat angle se liya.</w:t>
      </w:r>
      <w:r>
        <w:br/>
      </w:r>
      <w:r>
        <w:rPr>
          <w:sz w:val="20"/>
        </w:rPr>
        <w:t>25:32  woh jo cartoon chhapa tha unhon ne, is liye nahi ke un ko rasool Allah ki nauzubillah ayadat chahte thay karna. woh us ko jantay hi nahi, ayadat ka tasawwur ko jantay hi nahi.</w:t>
      </w:r>
      <w:r>
        <w:br/>
      </w:r>
      <w:r>
        <w:rPr>
          <w:sz w:val="20"/>
        </w:rPr>
        <w:t>25:44  woh</w:t>
      </w:r>
      <w:r>
        <w:br/>
      </w:r>
      <w:r>
        <w:rPr>
          <w:sz w:val="20"/>
        </w:rPr>
        <w:t>25:47  woh to yeh hai ke akhbaron mein aik tareeqa hai ke har din aik aik aisi cheez chhapi jati hai jo aadmi, jo aik light item mein kehta hoon, light item.</w:t>
      </w:r>
      <w:r>
        <w:br/>
      </w:r>
      <w:r>
        <w:rPr>
          <w:sz w:val="20"/>
        </w:rPr>
        <w:t>26:02  woh cartoon aik light item hota hai taake log us ko dekhein, thora muskara dein.</w:t>
      </w:r>
      <w:r>
        <w:br/>
      </w:r>
      <w:r>
        <w:rPr>
          <w:sz w:val="20"/>
        </w:rPr>
        <w:t>26:10  to aap agar is nazar se dekhte ke woh woh to akhbar ka aik light item hai, to aap ghussa na hotay. lekin aap ne is angle se dekha ke woh rasool Allah ki ayadat tha, to aap ghussa ho gaye.</w:t>
      </w:r>
      <w:r>
        <w:br/>
      </w:r>
      <w:r>
        <w:rPr>
          <w:sz w:val="20"/>
        </w:rPr>
        <w:t>26:24  yehi hai wisdom ke cheezen ko right angle se dekhna.</w:t>
      </w:r>
      <w:r>
        <w:br/>
      </w:r>
      <w:r>
        <w:rPr>
          <w:sz w:val="20"/>
        </w:rPr>
        <w:t>26:32  aur yeh bohat zabardast aik aik dua aayi hai hadith mein ke "Allahumma ar ar al haq haqan wa tarteq tubah wa ar al batil batilan wa tarteq tubah janab wa tarteq ashya kama hai".</w:t>
      </w:r>
      <w:r>
        <w:br/>
      </w:r>
      <w:r>
        <w:rPr>
          <w:sz w:val="20"/>
        </w:rPr>
        <w:t>26:53  ae Allah, mujh ko haq ko haq ke roop mein dikha aur us ki pervi ki tofeeq de.</w:t>
      </w:r>
      <w:r>
        <w:br/>
      </w:r>
      <w:r>
        <w:rPr>
          <w:sz w:val="20"/>
        </w:rPr>
        <w:t>27:03  aur Allah, mujh ko batil ko batil ke roop mein dikha aur us ke us se bachne ki tofeeq de. aur ae Allah, mujh ko cheezen ko waisay hi dikha jaisa ke woh hain.</w:t>
      </w:r>
      <w:r>
        <w:br/>
      </w:r>
      <w:r>
        <w:rPr>
          <w:sz w:val="20"/>
        </w:rPr>
        <w:t>27:17  to us ko agar mein lafz badal ke kahoon to mein kahoon ga ke cheezen ko right angle se dikha.</w:t>
      </w:r>
      <w:r>
        <w:br/>
      </w:r>
      <w:r>
        <w:rPr>
          <w:sz w:val="20"/>
        </w:rPr>
        <w:t>27:25  is dua ka khulasa yeh hai: ae Allah, hum ko cheezen ko right angle se dikha, ghalat angle se na dikha.</w:t>
      </w:r>
    </w:p>
    <w:p>
      <w:pPr>
        <w:pStyle w:val="Heading2"/>
      </w:pPr>
      <w:r>
        <w:t>Angel intervened in 1857 Muslim political target</w:t>
      </w:r>
    </w:p>
    <w:p>
      <w:r>
        <w:rPr>
          <w:color w:val="666666"/>
          <w:sz w:val="18"/>
        </w:rPr>
        <w:t>Man and Angels April 27, 2014 · 2m 41s · at 27:39 · https://youtu.be/b3fk1cakPeo?t=1659</w:t>
      </w:r>
    </w:p>
    <w:p>
      <w:r>
        <w:rPr>
          <w:i/>
        </w:rPr>
        <w:t>“Indian ulama ne 1857 mein British ke khilaf jihad kiya”</w:t>
      </w:r>
    </w:p>
    <w:p>
      <w:r>
        <w:rPr>
          <w:sz w:val="20"/>
        </w:rPr>
        <w:t>27:39  lekin unhein pata nahin hai ke wahan Angel jis cheez ko woh kehte hain ke un ka kaam nahin bana aur shikayat mein pad gaye woh, to woh Angel ne wahan Intervene kiya tha.</w:t>
      </w:r>
      <w:r>
        <w:br/>
      </w:r>
      <w:r>
        <w:rPr>
          <w:sz w:val="20"/>
        </w:rPr>
        <w:t>27:51  jaise misaal ke taur par dekhiye, India ke ulama ne 1857 mein British Rule ke khilaaf jihad kiya.</w:t>
      </w:r>
      <w:r>
        <w:br/>
      </w:r>
      <w:r>
        <w:rPr>
          <w:sz w:val="20"/>
        </w:rPr>
        <w:t>28:02  aur is mein bohat se log maare gaye, phansi pe charhaye gaye. to unhone kya kiya ke saare ulama aur saare musalman British ke khilaaf nafrat mein pad gaye.</w:t>
      </w:r>
      <w:r>
        <w:br/>
      </w:r>
      <w:r>
        <w:rPr>
          <w:sz w:val="20"/>
        </w:rPr>
        <w:t>28:15  Hate. bas Hate, Hate, Hate. yeh zalim hain, bure hain. sochne ki baat yeh thi ke yeh jo hum British ke khilaaf hamari jo jihad tha woh kaamyaab nahin hua.</w:t>
      </w:r>
      <w:r>
        <w:br/>
      </w:r>
      <w:r>
        <w:rPr>
          <w:sz w:val="20"/>
        </w:rPr>
        <w:t>28:27  kyun woh nahin hua? woh farishte ne Intervene kiya tha wahan. farishta yeh keh raha tha ke tum ne apna Target galat banaya hai.</w:t>
      </w:r>
      <w:r>
        <w:br/>
      </w:r>
      <w:r>
        <w:rPr>
          <w:sz w:val="20"/>
        </w:rPr>
        <w:t>28:40  yeh jo British, yeh European jo aaye hain tumhare mulk mein, in ko mad'u samjho, mad'u. dawat do in ko. ladai kis liye kar rahe ho? yeh saare ulama aur saare rehnuma hamare jo British ke khilaaf ladne ke tayyar ho gaye the,</w:t>
      </w:r>
      <w:r>
        <w:br/>
      </w:r>
      <w:r>
        <w:rPr>
          <w:sz w:val="20"/>
        </w:rPr>
        <w:t>28:56  to hamari ladai ke Target ko Angel ne poora nahin hone diya. is ka matlab kya tha? That was a sign that we have opted for a wrong Target.</w:t>
      </w:r>
      <w:r>
        <w:br/>
      </w:r>
      <w:r>
        <w:rPr>
          <w:sz w:val="20"/>
        </w:rPr>
        <w:t>29:13  ke jin se hum lad rahe hain woh hamare mad'u hain. un par dawat ka kaam karo. lekin mere ilm mein koi ek bhi aalim nahin hai India ka jo is raaz ko jaana ho jis ne, is awaaz ko jis ne suna ho jis ne apne saiq ki is rehnumai ko pehchana ho.</w:t>
      </w:r>
      <w:r>
        <w:br/>
      </w:r>
      <w:r>
        <w:rPr>
          <w:sz w:val="20"/>
        </w:rPr>
        <w:t>29:30  aaj bhi nafrat mein jeete hain, aaj bhi.</w:t>
      </w:r>
      <w:r>
        <w:br/>
      </w:r>
      <w:r>
        <w:rPr>
          <w:sz w:val="20"/>
        </w:rPr>
        <w:t>29:35  ulama ke halaat mein parta hoon mein to likha rehta hai ke Hazrat ko angrezon se bari nafrat thi. Hazrat ko angrezon se bari nafrat thi.</w:t>
      </w:r>
      <w:r>
        <w:br/>
      </w:r>
      <w:r>
        <w:rPr>
          <w:sz w:val="20"/>
        </w:rPr>
        <w:t>29:44  bhai nafrat kyun thi? is liye ke farishte ki awaaz suna nahin unhone. farishta keh raha tha ke in ko tum apna Rival bas samjho.</w:t>
      </w:r>
      <w:r>
        <w:br/>
      </w:r>
      <w:r>
        <w:rPr>
          <w:sz w:val="20"/>
        </w:rPr>
        <w:t>29:53  in ko apna mad'u samjho. un par dawat ka kaam karo. to dawat ka kaam kiya nahin? yaani un ka jo Failure tha, woh Failure that was due to Angel's Intervention.</w:t>
      </w:r>
      <w:r>
        <w:br/>
      </w:r>
      <w:r>
        <w:rPr>
          <w:sz w:val="20"/>
        </w:rPr>
        <w:t>30:11  Angel ne chaha ke woh aap ke safar ko Correct kare, Correct. aap ke Derailment ko Correct kare.</w:t>
      </w:r>
    </w:p>
    <w:p>
      <w:pPr>
        <w:pStyle w:val="Heading2"/>
      </w:pPr>
      <w:r>
        <w:t>Scolding a man who brought a gift while in debt</w:t>
      </w:r>
    </w:p>
    <w:p>
      <w:r>
        <w:rPr>
          <w:color w:val="666666"/>
          <w:sz w:val="18"/>
        </w:rPr>
        <w:t>Islamic Outlook on Life August 26, 2007 · 1m 29s · at 20:40 · https://youtu.be/QCAHPg3_G_M?t=1240</w:t>
      </w:r>
    </w:p>
    <w:p>
      <w:r>
        <w:rPr>
          <w:i/>
        </w:rPr>
        <w:t>“Ek sahab mithai ka dabba le aaye, kaha dua kijiye mera loan utar jaaye”</w:t>
      </w:r>
    </w:p>
    <w:p>
      <w:r>
        <w:rPr>
          <w:sz w:val="20"/>
        </w:rPr>
        <w:t>20:40  To restart this point, I will narrate this story. Ek sahib aaye mere paas, woh Rampur ke the, woh. To mithai ka ek dibba le aaye.</w:t>
      </w:r>
      <w:r>
        <w:br/>
      </w:r>
      <w:r>
        <w:rPr>
          <w:sz w:val="20"/>
        </w:rPr>
        <w:t>20:52  Gift ke taur par.</w:t>
      </w:r>
      <w:r>
        <w:br/>
      </w:r>
      <w:r>
        <w:rPr>
          <w:sz w:val="20"/>
        </w:rPr>
        <w:t>20:54  To unhone kaha ke yeh mithai hai jo hamare haan Rampur mein banti hai. Bohat special samjhi jati hai wahan par. To main buzurgon ke paas jata hoon, aalimon ke paas to yeh le aata hoon packet.</w:t>
      </w:r>
      <w:r>
        <w:br/>
      </w:r>
      <w:r>
        <w:rPr>
          <w:sz w:val="20"/>
        </w:rPr>
        <w:t>21:07  khair, woh baithe. baat cheet mein mujhe pata chala ke woh phir un se unhon ne kaha ke dua kijiye ke mere upar loan hai, loan utar jaye.</w:t>
      </w:r>
      <w:r>
        <w:br/>
      </w:r>
      <w:r>
        <w:rPr>
          <w:sz w:val="20"/>
        </w:rPr>
        <w:t>21:19  yani unhon ne mithai ka packet diya. aur kaha ke dua kijiye ke mera loan utar jaye. maine is packet ko taqreeban mara un ko isi packet se.</w:t>
      </w:r>
      <w:r>
        <w:br/>
      </w:r>
      <w:r>
        <w:rPr>
          <w:sz w:val="20"/>
        </w:rPr>
        <w:t>21:31  samajh lijiye. maine kaha ke aap par loan hai to aap yeh gift kyun laye hain? to unhon ne kaha ke main to aise hi le aata hoon.</w:t>
      </w:r>
      <w:r>
        <w:br/>
      </w:r>
      <w:r>
        <w:rPr>
          <w:sz w:val="20"/>
        </w:rPr>
        <w:t>21:39  to woh bhi ghalat karte hain aap. jab loan hai to kisi ko bhi gift mat dijiye. na mujh ko aur na kisi ko.</w:t>
      </w:r>
      <w:r>
        <w:br/>
      </w:r>
      <w:r>
        <w:rPr>
          <w:sz w:val="20"/>
        </w:rPr>
        <w:t>21:48  bohat ziyada hembering ki maine un ki. bohat hembering. maine kaha ke loan se buri koi cheez nahi hai. jaiz cheezon mein sab se buri cheez main loan ko samajhta hoon.</w:t>
      </w:r>
      <w:r>
        <w:br/>
      </w:r>
      <w:r>
        <w:rPr>
          <w:sz w:val="20"/>
        </w:rPr>
        <w:t>22:01  loan kya karna hai bhai? kam paisa hai, kam kharch kijiye.</w:t>
      </w:r>
    </w:p>
    <w:p>
      <w:pPr>
        <w:pStyle w:val="Heading2"/>
      </w:pPr>
      <w:r>
        <w:t>Thinking relatively: cloud vs eclipse</w:t>
      </w:r>
    </w:p>
    <w:p>
      <w:r>
        <w:rPr>
          <w:color w:val="666666"/>
          <w:sz w:val="18"/>
        </w:rPr>
        <w:t>Man and Matter July 30, 2006 Maulana Wahiduddin Khan · 1m 52s · at 5:37 · https://youtu.be/86wN7coqa94?t=337</w:t>
      </w:r>
    </w:p>
    <w:p>
      <w:r>
        <w:rPr>
          <w:i/>
        </w:rPr>
        <w:t>“Aaj kya hua? Pichhle kai din se baadal chhaye hue the”</w:t>
      </w:r>
    </w:p>
    <w:p>
      <w:r>
        <w:rPr>
          <w:sz w:val="20"/>
        </w:rPr>
        <w:t>5:37  puri universe se mera contact ho jata hai. aaj kya hua? aap jante hain ke pichle kai din se badal chhaye hue the.</w:t>
      </w:r>
      <w:r>
        <w:br/>
      </w:r>
      <w:r>
        <w:rPr>
          <w:sz w:val="20"/>
        </w:rPr>
        <w:t>5:49  sooraj dikhai nahi deta tha.</w:t>
      </w:r>
      <w:r>
        <w:br/>
      </w:r>
      <w:r>
        <w:rPr>
          <w:sz w:val="20"/>
        </w:rPr>
        <w:t>5:52  aaj badal hat gaye aur sooraj saaf dikhai dene laga. mere mind mein aya ke cloud jo the, woh chand din se hamare liye wahi kaam kar rahe the jo jis ko hum kehte hain "solar eclipse".</w:t>
      </w:r>
      <w:r>
        <w:br/>
      </w:r>
      <w:r>
        <w:rPr>
          <w:sz w:val="20"/>
        </w:rPr>
        <w:t>6:10  grahhan.</w:t>
      </w:r>
      <w:r>
        <w:br/>
      </w:r>
      <w:r>
        <w:rPr>
          <w:sz w:val="20"/>
        </w:rPr>
        <w:t>6:14  sooraj grahan is tarah hota hai ke zameen aur sooraj ke beech mein chand aa jata hai.</w:t>
      </w:r>
      <w:r>
        <w:br/>
      </w:r>
      <w:r>
        <w:rPr>
          <w:sz w:val="20"/>
        </w:rPr>
        <w:t>6:19  to mere mind ne socha ke zameen aur sooraj ke beech mein cloud aa gaye the, is liye yeh goya ke aik qism ka solar eclipse ho gaya, jis mein hum ne kai din tak jeeta raha.</w:t>
      </w:r>
      <w:r>
        <w:br/>
      </w:r>
      <w:r>
        <w:rPr>
          <w:sz w:val="20"/>
        </w:rPr>
        <w:t>6:33  ab yeh mind mein aya.</w:t>
      </w:r>
      <w:r>
        <w:br/>
      </w:r>
      <w:r>
        <w:rPr>
          <w:sz w:val="20"/>
        </w:rPr>
        <w:t>6:37  lekin phir mein ne socha. phir mein ne socha. to mere mind mein yeh baat ayi ke yeh, yeh allegory ya yeh misaal sahi nahi hai.</w:t>
      </w:r>
      <w:r>
        <w:br/>
      </w:r>
      <w:r>
        <w:rPr>
          <w:sz w:val="20"/>
        </w:rPr>
        <w:t>6:53  is liye ke jo distance zameen se chand ka hota hai eclipse ke waqt, agar wahi distance zameen se cloud ka ho, to kabhi bhi yeh grahan nahi hoga.</w:t>
      </w:r>
      <w:r>
        <w:br/>
      </w:r>
      <w:r>
        <w:rPr>
          <w:sz w:val="20"/>
        </w:rPr>
        <w:t>7:09  kyunke is distance par ja kar ke cloud jo hai, yeh badal, gas ban kar urr jayega.</w:t>
      </w:r>
      <w:r>
        <w:br/>
      </w:r>
      <w:r>
        <w:rPr>
          <w:sz w:val="20"/>
        </w:rPr>
        <w:t>7:19  is heat mein theher nahi sakta badal. badal to bohat neeche hota hai, zameen se mila hua. is liye woh cloud banta hai.</w:t>
      </w:r>
    </w:p>
    <w:p>
      <w:pPr>
        <w:pStyle w:val="Heading2"/>
      </w:pPr>
      <w:r>
        <w:t>Personal failures made me a seeker of truth</w:t>
      </w:r>
    </w:p>
    <w:p>
      <w:r>
        <w:rPr>
          <w:color w:val="666666"/>
          <w:sz w:val="18"/>
        </w:rPr>
        <w:t>Surah Al-'Asr I November 23, 2014 · 2m 56s · at 19:48 · https://youtu.be/K1G2YJVBE5U?t=1188</w:t>
      </w:r>
    </w:p>
    <w:p>
      <w:r>
        <w:rPr>
          <w:i/>
        </w:rPr>
        <w:t>“Khud mein apne baare mein batata hoon aap ko”</w:t>
      </w:r>
    </w:p>
    <w:p>
      <w:r>
        <w:rPr>
          <w:sz w:val="20"/>
        </w:rPr>
        <w:t>19:48  woh wahi thay jinho ne khoya tha. khud mein apne baray mein batata hoon aap ko.</w:t>
      </w:r>
      <w:r>
        <w:br/>
      </w:r>
      <w:r>
        <w:rPr>
          <w:sz w:val="20"/>
        </w:rPr>
        <w:t>19:57  ke mere jo barhay bhai thay woh kafi paise walay thay. ek bari firm ki thi, light and company private limited.</w:t>
      </w:r>
      <w:r>
        <w:br/>
      </w:r>
      <w:r>
        <w:rPr>
          <w:sz w:val="20"/>
        </w:rPr>
        <w:t>20:08  to woh chahte thay ke mein koi business karun. to unho ne kai business karwaye mujh se.</w:t>
      </w:r>
      <w:r>
        <w:br/>
      </w:r>
      <w:r>
        <w:rPr>
          <w:sz w:val="20"/>
        </w:rPr>
        <w:t>20:18  paisa laga kar ke.</w:t>
      </w:r>
      <w:r>
        <w:br/>
      </w:r>
      <w:r>
        <w:rPr>
          <w:sz w:val="20"/>
        </w:rPr>
        <w:t>20:22  ek din mein ne gina to ghaliban das bar unho ne mujhe koshish ki ke mein koi business karun. aur sab mein fail ho gaya mein.</w:t>
      </w:r>
      <w:r>
        <w:br/>
      </w:r>
      <w:r>
        <w:rPr>
          <w:sz w:val="20"/>
        </w:rPr>
        <w:t>20:36  show material ka business, brass wire ka business, glass weights ka business.</w:t>
      </w:r>
      <w:r>
        <w:br/>
      </w:r>
      <w:r>
        <w:rPr>
          <w:sz w:val="20"/>
        </w:rPr>
        <w:t>20:45  to kai bar unho ne mujhe business karwaye. ek saathi mere thay woh bhi chahte hain yahi.</w:t>
      </w:r>
      <w:r>
        <w:br/>
      </w:r>
      <w:r>
        <w:rPr>
          <w:sz w:val="20"/>
        </w:rPr>
        <w:t>20:54  to mein ne janpur mein business kiya,</w:t>
      </w:r>
      <w:r>
        <w:br/>
      </w:r>
      <w:r>
        <w:rPr>
          <w:sz w:val="20"/>
        </w:rPr>
        <w:t>20:57  kanpur mein business kiya, adhkour mein business kiya, banaras mein business kiya. sab fail, sab fail. kuch bhi mein haasil nahi kar saka.</w:t>
      </w:r>
      <w:r>
        <w:br/>
      </w:r>
      <w:r>
        <w:rPr>
          <w:sz w:val="20"/>
        </w:rPr>
        <w:t>21:12  yehi se mein seekhar ban gaya, seekhar.</w:t>
      </w:r>
      <w:r>
        <w:br/>
      </w:r>
      <w:r>
        <w:rPr>
          <w:sz w:val="20"/>
        </w:rPr>
        <w:t>21:17  agar mera business chal jata to mein seekhar na banta. ye mera zaati tajurba hai, apna zaati tajurba hai.</w:t>
      </w:r>
      <w:r>
        <w:br/>
      </w:r>
      <w:r>
        <w:rPr>
          <w:sz w:val="20"/>
        </w:rPr>
        <w:t>21:29  mere ek saathi thay madrase ke, unho ne bhi yahi koshish ki mere baray mein. aur mere barhay bhai ne koshish ki mere baray mein.</w:t>
      </w:r>
      <w:r>
        <w:br/>
      </w:r>
      <w:r>
        <w:rPr>
          <w:sz w:val="20"/>
        </w:rPr>
        <w:t>21:39  to kai bar aisa hua ke mujhe un logo ne business mein lagaya.</w:t>
      </w:r>
      <w:r>
        <w:br/>
      </w:r>
      <w:r>
        <w:rPr>
          <w:sz w:val="20"/>
        </w:rPr>
        <w:t>21:47  bohat ajeeb baat ye hai. janpur mein, kanpur mein, adhkour mein, banaras mein. aur kahan.</w:t>
      </w:r>
      <w:r>
        <w:br/>
      </w:r>
      <w:r>
        <w:rPr>
          <w:sz w:val="20"/>
        </w:rPr>
        <w:t>21:59  ek din mein ne gina to ghaliban das bar aisa hua ke mein ne business kiya.</w:t>
      </w:r>
      <w:r>
        <w:br/>
      </w:r>
      <w:r>
        <w:rPr>
          <w:sz w:val="20"/>
        </w:rPr>
        <w:t>22:04  aur fail ho gaya mein. yahi mera failure jo tha, yeh meri nakami hui thi is se mein seekhar bana.</w:t>
      </w:r>
      <w:r>
        <w:br/>
      </w:r>
      <w:r>
        <w:rPr>
          <w:sz w:val="20"/>
        </w:rPr>
        <w:t>22:13  seekhar. aur phir mein sachai tak pohancha.</w:t>
      </w:r>
      <w:r>
        <w:br/>
      </w:r>
      <w:r>
        <w:rPr>
          <w:sz w:val="20"/>
        </w:rPr>
        <w:t>22:21  yeh kitab meri hai aap jante honge, Islam Rediscovered. to Islam ko jo maine Rediscover kiya, us ke peeche nakami ki kahani hai.</w:t>
      </w:r>
      <w:r>
        <w:br/>
      </w:r>
      <w:r>
        <w:rPr>
          <w:sz w:val="20"/>
        </w:rPr>
        <w:t>22:37  us ke peeche nakami ki kahani hai.</w:t>
      </w:r>
    </w:p>
    <w:p>
      <w:pPr>
        <w:pStyle w:val="Heading2"/>
      </w:pPr>
      <w:r>
        <w:t>California story Chalo yeh bhi theek hai</w:t>
      </w:r>
    </w:p>
    <w:p>
      <w:r>
        <w:rPr>
          <w:color w:val="666666"/>
          <w:sz w:val="18"/>
        </w:rPr>
        <w:t>Stress Management Jan 25, 2020 - Maulana Wahiduddin Khan · 2m 39s · at 12:32 · https://youtu.be/oK-oYmN2YVA?t=752</w:t>
      </w:r>
    </w:p>
    <w:p>
      <w:r>
        <w:rPr>
          <w:i/>
        </w:rPr>
        <w:t>“Amreeka ka, California ka, ek sahib hain wahan”</w:t>
      </w:r>
    </w:p>
    <w:p>
      <w:r>
        <w:rPr>
          <w:sz w:val="20"/>
        </w:rPr>
        <w:t>12:32  jaise hamare wahan ka ek waqia yaad aata hai,</w:t>
      </w:r>
      <w:r>
        <w:br/>
      </w:r>
      <w:r>
        <w:rPr>
          <w:sz w:val="20"/>
        </w:rPr>
        <w:t>12:38  america ka, california ka. to ek sahab hain wahan. sagheer islam sahab. to main un ke ghar par thehra hua tha california mein.</w:t>
      </w:r>
      <w:r>
        <w:br/>
      </w:r>
      <w:r>
        <w:rPr>
          <w:sz w:val="20"/>
        </w:rPr>
        <w:t>12:52  to hum ne yeh tay kiya ke kal hum chalenge, yaani shaam ko yeh baat hui</w:t>
      </w:r>
      <w:r>
        <w:br/>
      </w:r>
      <w:r>
        <w:rPr>
          <w:sz w:val="20"/>
        </w:rPr>
        <w:t>13:00  ke kal hum chalenge side sitting ke liye. california mein side sitting ke liye. to subah ko jab main jab subah hui to woh bohat bohat hi disciplined tha un ke andar.</w:t>
      </w:r>
      <w:r>
        <w:br/>
      </w:r>
      <w:r>
        <w:rPr>
          <w:sz w:val="20"/>
        </w:rPr>
        <w:t>13:18  aur disciplined wale aadmi thay. Pakistan ke thay woh, lekin disciplined bohat tha un ke andar. To subah is ko fajar ki namaz parh kar ke aik dum mere jo un un un ke haan mein jis kamre mein thehra tha,</w:t>
      </w:r>
      <w:r>
        <w:br/>
      </w:r>
      <w:r>
        <w:rPr>
          <w:sz w:val="20"/>
        </w:rPr>
        <w:t>13:37  woh aaye khare ho gaye ke main bilkul tayyar hoon. Yani subah ko nahakar ke kapra badalkar ke sab karkar aa ke khare ho gaye.</w:t>
      </w:r>
      <w:r>
        <w:br/>
      </w:r>
      <w:r>
        <w:rPr>
          <w:sz w:val="20"/>
        </w:rPr>
        <w:t>13:48  main abhi mein taqreeban bhool bhi chuka tha. To mujhe thori sharmindagi hui.</w:t>
      </w:r>
      <w:r>
        <w:br/>
      </w:r>
      <w:r>
        <w:rPr>
          <w:sz w:val="20"/>
        </w:rPr>
        <w:t>13:58  To unhon ne aik bohat acha formula bataya. Unhon ne kaha ke chalo yeh bhi theek hai. Matlab aaj nahi jayenge, kabhi kabhi aur jayenge, kisi aur din jayenge.</w:t>
      </w:r>
      <w:r>
        <w:br/>
      </w:r>
      <w:r>
        <w:rPr>
          <w:sz w:val="20"/>
        </w:rPr>
        <w:t>14:11  Chalo yeh bhi theek hai. To mind ne is ko aik formula ijad kar liya. Main samajhta hoon. Jab mind par stress para, mind par jab stress para to mind ne ziyada socha,</w:t>
      </w:r>
      <w:r>
        <w:br/>
      </w:r>
      <w:r>
        <w:rPr>
          <w:sz w:val="20"/>
        </w:rPr>
        <w:t>14:27  ziyada socha to is ko aik formula samajh aa gaya ke chalo yeh bhi theek hai. To main samajhta hoon ke stress jis ko kehte hain woh hai mind ko kuch ziyada activate karna.</w:t>
      </w:r>
      <w:r>
        <w:br/>
      </w:r>
      <w:r>
        <w:rPr>
          <w:sz w:val="20"/>
        </w:rPr>
        <w:t>14:42  ya mind ka kuch ziyada activate ho jana. To is mauqe par agar aap ka mind zinda mind hai to naye naye formula search kar lega.</w:t>
      </w:r>
      <w:r>
        <w:br/>
      </w:r>
      <w:r>
        <w:rPr>
          <w:sz w:val="20"/>
        </w:rPr>
        <w:t>14:56  Jaise unhon ne kaha ke chalo yeh bhi theek hai. To main yeh samajhta hoon ke stress koi negative experience nahi hai, balkay woh positive experience hai.</w:t>
      </w:r>
    </w:p>
    <w:p>
      <w:pPr>
        <w:pStyle w:val="Heading2"/>
      </w:pPr>
      <w:r>
        <w:t>Tatar invasion and Muslim failure</w:t>
      </w:r>
    </w:p>
    <w:p>
      <w:r>
        <w:rPr>
          <w:color w:val="666666"/>
          <w:sz w:val="18"/>
        </w:rPr>
        <w:t>Al Risala July 2017 - Audio Version · 1m 28s · at 53:21 · https://youtu.be/L0pnijKjluo?t=3201</w:t>
      </w:r>
    </w:p>
    <w:p>
      <w:r>
        <w:rPr>
          <w:i/>
        </w:rPr>
        <w:t>“In 13th century, Khwarazm was ruled in Central Asia.”</w:t>
      </w:r>
    </w:p>
    <w:p>
      <w:r>
        <w:rPr>
          <w:sz w:val="20"/>
        </w:rPr>
        <w:t>53:21  tatari hamle ka waqea: terhveen sadi mein wasti Asia, central Asia mein, khwarizm ki hukumat thi.</w:t>
      </w:r>
      <w:r>
        <w:br/>
      </w:r>
      <w:r>
        <w:rPr>
          <w:sz w:val="20"/>
        </w:rPr>
        <w:t>53:31  mongol sardar changez khan ne apna safeer sultan alauddin shah ke darbar mein bheja. sultan ne kisi ghalt fehmi ki bina par tatari safeer ko qatl kar diya.</w:t>
      </w:r>
      <w:r>
        <w:br/>
      </w:r>
      <w:r>
        <w:rPr>
          <w:sz w:val="20"/>
        </w:rPr>
        <w:t>53:44  is ke baad changez khan ka ghussa bhark utha. us ne qabail ki fauj ke sath muslim saltanat par hamla kar diya, aur is ke poote halaku khan ne us ko takmeel tak pohanchaya, aur samarqand se le kar halab tak muslim dunya ko taraaj kar diya.</w:t>
      </w:r>
      <w:r>
        <w:br/>
      </w:r>
      <w:r>
        <w:rPr>
          <w:sz w:val="20"/>
        </w:rPr>
        <w:t>54:02  muarrikh ibn-e-aseer ne is waqey ko muslim tareekh ka sab se bhayanak waqea qarar diya hai. is ke baad muslim dunya mein jawabi karwai ka zehn ubhra.</w:t>
      </w:r>
      <w:r>
        <w:br/>
      </w:r>
      <w:r>
        <w:rPr>
          <w:sz w:val="20"/>
        </w:rPr>
        <w:t>54:14  siyasi sargarmian tez ho gayeen, yahan tak keh 1260 mein ain jaloot ki larai pesh aai. is larai se us waqt ke musalmanon ko juzwi faida hua, lekin woh tatariyon ko muslim dunya se nikalne mein kaamyaab nahi hue.</w:t>
      </w:r>
      <w:r>
        <w:br/>
      </w:r>
      <w:r>
        <w:rPr>
          <w:sz w:val="20"/>
        </w:rPr>
        <w:t>54:31  yahan tak keh muslim dunya mein yeh kaha janay laga: "من حدثكم أن التتر انهزموا وأسروا فلا تصدقوه" ۔</w:t>
      </w:r>
      <w:r>
        <w:br/>
      </w:r>
      <w:r>
        <w:rPr>
          <w:sz w:val="20"/>
        </w:rPr>
        <w:t>54:41  "Al-Kamil fi al-Tarikh". yaani jo tum se bayan kare keh tatari shikast kha gaye aur qaid kar liye gaye, toh us ki tasdeeq na karo.</w:t>
      </w:r>
    </w:p>
    <w:p>
      <w:pPr>
        <w:pStyle w:val="Heading2"/>
      </w:pPr>
      <w:r>
        <w:t>Protesting and complaining is Satan's policy, not Islam's</w:t>
      </w:r>
    </w:p>
    <w:p>
      <w:r>
        <w:rPr>
          <w:color w:val="666666"/>
          <w:sz w:val="18"/>
        </w:rPr>
        <w:t>Post Fasting Period September 04, 2011 · 2m 08s · at 43:09 · https://youtu.be/njQ14sZvkXc?t=2589</w:t>
      </w:r>
    </w:p>
    <w:p>
      <w:r>
        <w:rPr>
          <w:i/>
        </w:rPr>
        <w:t>“Hamari policy ehtejaj ki policy hai, ek akhbar ne likha”</w:t>
      </w:r>
    </w:p>
    <w:p>
      <w:r>
        <w:rPr>
          <w:sz w:val="20"/>
        </w:rPr>
        <w:t>43:09  ek muslim akhbar ne likha hai ek bar: "hamari policy ihtijaj ki policy hai. hamari policy ihtijaj ki policy hai." yani protest ki policy.</w:t>
      </w:r>
      <w:r>
        <w:br/>
      </w:r>
      <w:r>
        <w:rPr>
          <w:sz w:val="20"/>
        </w:rPr>
        <w:t>43:19  yeh koi policy hai? yeh koi policy hai? yeh to shaitani policy hai. shaitan ne ihtijaj kiya tha Allah ke khilaf. yani sab se pehla protestant jo tha, ihtijaji, woh shaitan tha.</w:t>
      </w:r>
      <w:r>
        <w:br/>
      </w:r>
      <w:r>
        <w:rPr>
          <w:sz w:val="20"/>
        </w:rPr>
        <w:t>43:35  Allah taala ne paida kiya insan ko aur kaha ke jinat aur malaika dono is ke aage chup jayein.</w:t>
      </w:r>
      <w:r>
        <w:br/>
      </w:r>
      <w:r>
        <w:rPr>
          <w:sz w:val="20"/>
        </w:rPr>
        <w:t>43:45  to shaitan ne protest kiya khaltani min naarin wa khaltuhum intin mein superior hoon. mujh ko aap keh rahe hain ke mein is ke aage chupun?</w:t>
      </w:r>
      <w:r>
        <w:br/>
      </w:r>
      <w:r>
        <w:rPr>
          <w:sz w:val="20"/>
        </w:rPr>
        <w:t>43:54  that was the first protest in human history</w:t>
      </w:r>
      <w:r>
        <w:br/>
      </w:r>
      <w:r>
        <w:rPr>
          <w:sz w:val="20"/>
        </w:rPr>
        <w:t>44:00  to protest karna, shikayat karna, ihtijaj karna yeh policy musalmanon ki bani hui hai. yeh to shaitan is ki pairvi karna hai.</w:t>
      </w:r>
      <w:r>
        <w:br/>
      </w:r>
      <w:r>
        <w:rPr>
          <w:sz w:val="20"/>
        </w:rPr>
        <w:t>44:09  yeh yeh koi islami policy nahi hai.</w:t>
      </w:r>
      <w:r>
        <w:br/>
      </w:r>
      <w:r>
        <w:rPr>
          <w:sz w:val="20"/>
        </w:rPr>
        <w:t>44:17  rasool Allah ke zamane mein dekhiye, makkah mein jab aap thay to kaaba mein but bhare hue thay, sankron but. aap ne kabhi complaint nahi kiya, koi protest nahi kiya, koi juloos nahi nikala is ke khilaf.</w:t>
      </w:r>
      <w:r>
        <w:br/>
      </w:r>
      <w:r>
        <w:rPr>
          <w:sz w:val="20"/>
        </w:rPr>
        <w:t>44:30  khamoshi se aap is ko avoid karte hue da'wah work mein lag gaye. to yeh shikayat karna, protest karna, ihtijaj karna yeh to shaitani policy hai.</w:t>
      </w:r>
      <w:r>
        <w:br/>
      </w:r>
      <w:r>
        <w:rPr>
          <w:sz w:val="20"/>
        </w:rPr>
        <w:t>44:43  yeh islami policy nahi hai yeh. to kyun aisa karte hain musalman? kyunke</w:t>
      </w:r>
      <w:r>
        <w:br/>
      </w:r>
      <w:r>
        <w:rPr>
          <w:sz w:val="20"/>
        </w:rPr>
        <w:t>44:52  sochne ka mada nahi. sochne ki salahiyat nahi hai in ke andar.</w:t>
      </w:r>
      <w:r>
        <w:br/>
      </w:r>
      <w:r>
        <w:rPr>
          <w:sz w:val="20"/>
        </w:rPr>
        <w:t>44:59  akhbar mein parha aur foran ek statement de diya.</w:t>
      </w:r>
      <w:r>
        <w:br/>
      </w:r>
      <w:r>
        <w:rPr>
          <w:sz w:val="20"/>
        </w:rPr>
        <w:t>45:06  akhbar mein siyasi khayalat aati hain, negative khabrein. woh is ko parha aur is ko foran ek statement. ya jalsa kar ke wahan par taqreerein kar rahe hain khoob.</w:t>
      </w:r>
    </w:p>
    <w:p>
      <w:pPr>
        <w:pStyle w:val="Heading2"/>
      </w:pPr>
      <w:r>
        <w:t>philosophers and kings who died frustrated despite success</w:t>
      </w:r>
    </w:p>
    <w:p>
      <w:r>
        <w:rPr>
          <w:color w:val="666666"/>
          <w:sz w:val="18"/>
        </w:rPr>
        <w:t>Right Man at Wrong Place May 18, 2008 · 2m 42s · at 11:28 · https://youtu.be/sKwAjR3OAGo?t=688</w:t>
      </w:r>
    </w:p>
    <w:p>
      <w:r>
        <w:rPr>
          <w:i/>
        </w:rPr>
        <w:t>“گریک فلاسفرز نے آئیڈیل اسٹیٹ چاہی، مگر کمپلیٹ فیلئیر ہوا”</w:t>
      </w:r>
    </w:p>
    <w:p>
      <w:r>
        <w:rPr>
          <w:sz w:val="20"/>
        </w:rPr>
        <w:t>11:28  aap dekhiye ke jo Greek philosophers the, Socrates aur Plato aur Aristotle, to us waqt Greece mein ek bohat achi government thi.</w:t>
      </w:r>
      <w:r>
        <w:br/>
      </w:r>
      <w:r>
        <w:rPr>
          <w:sz w:val="20"/>
        </w:rPr>
        <w:t>11:41  sab kuch unhein khane peene ko mil raha tha. unhon ne kya socha? ideal state. kyunke jo mila hua tha, woh un ko lagta tha less than ideal.</w:t>
      </w:r>
      <w:r>
        <w:br/>
      </w:r>
      <w:r>
        <w:rPr>
          <w:sz w:val="20"/>
        </w:rPr>
        <w:t>11:53  ideal state ke liye unhon ne koshish ki.</w:t>
      </w:r>
      <w:r>
        <w:br/>
      </w:r>
      <w:r>
        <w:rPr>
          <w:sz w:val="20"/>
        </w:rPr>
        <w:t>11:56  lekin kya hua result? complete failure. aur teeno yeh philosopher jo the, woh death hui un ki despair mein.</w:t>
      </w:r>
      <w:r>
        <w:br/>
      </w:r>
      <w:r>
        <w:rPr>
          <w:sz w:val="20"/>
        </w:rPr>
        <w:t>12:09  is ke baad bohat se aur log paida hue. jaise Bertrand Russell aur kai log. yeh sab ka jo dream tha, kya?</w:t>
      </w:r>
      <w:r>
        <w:br/>
      </w:r>
      <w:r>
        <w:rPr>
          <w:sz w:val="20"/>
        </w:rPr>
        <w:t>12:19  bartan rasal, karl marks aur russo aur bohat sari log. in ka dream tha ideal state, ideal society, ideal system.</w:t>
      </w:r>
      <w:r>
        <w:br/>
      </w:r>
      <w:r>
        <w:rPr>
          <w:sz w:val="20"/>
        </w:rPr>
        <w:t>12:31  lekin kisi ko kisi ka dream jo hai poora nahi hua. sab ke sab mare frustration mein.</w:t>
      </w:r>
      <w:r>
        <w:br/>
      </w:r>
      <w:r>
        <w:rPr>
          <w:sz w:val="20"/>
        </w:rPr>
        <w:t>12:42  hamare india mein lord karzan thay, jahan viceroy thay. aur viceroy jo hai, rashtrapati bhawan ka raja ho kar rehta tha. ab kitni bari un ki position thi.</w:t>
      </w:r>
      <w:r>
        <w:br/>
      </w:r>
      <w:r>
        <w:rPr>
          <w:sz w:val="20"/>
        </w:rPr>
        <w:t>12:54  lekin unhon ne phir bhi woh satisfaction nahi hua. kyon? woh chahte thay ke main britain ka prime minister ban jaon.</w:t>
      </w:r>
      <w:r>
        <w:br/>
      </w:r>
      <w:r>
        <w:rPr>
          <w:sz w:val="20"/>
        </w:rPr>
        <w:t>13:03  ab woh gaye wahan par to prime minister nahi ban sake. to aap parhiye un ke halaat. ke bohat hi despair mein mare, frustration mein mare.</w:t>
      </w:r>
      <w:r>
        <w:br/>
      </w:r>
      <w:r>
        <w:rPr>
          <w:sz w:val="20"/>
        </w:rPr>
        <w:t>13:12  yani itni bari cheez pa kar ke bhi unhein maut aayi un ki despair mein.</w:t>
      </w:r>
      <w:r>
        <w:br/>
      </w:r>
      <w:r>
        <w:rPr>
          <w:sz w:val="20"/>
        </w:rPr>
        <w:t>13:20  kyon ke har cheez unhein lagti thi less than ideal. aur ideal milta nahi tha. to bohat se logon ka yahi hal hua.</w:t>
      </w:r>
      <w:r>
        <w:br/>
      </w:r>
      <w:r>
        <w:rPr>
          <w:sz w:val="20"/>
        </w:rPr>
        <w:t>13:30  robert quister dekhiye, is ne suicide kar liya hai. is ke pas sab kuch tha, lekin suicide kar liya. charlie chaplin ke pas sab kuch tha.</w:t>
      </w:r>
      <w:r>
        <w:br/>
      </w:r>
      <w:r>
        <w:rPr>
          <w:sz w:val="20"/>
        </w:rPr>
        <w:t>13:39  logon ko hansata tha woh.</w:t>
      </w:r>
      <w:r>
        <w:br/>
      </w:r>
      <w:r>
        <w:rPr>
          <w:sz w:val="20"/>
        </w:rPr>
        <w:t>13:41  bohat bara ghar tha is ke, thirty seven acre mein. aur million million dollar is ke pas tha. sab kuch tha. lekin doosron ko hansata tha, khud rota tha.</w:t>
      </w:r>
      <w:r>
        <w:br/>
      </w:r>
      <w:r>
        <w:rPr>
          <w:sz w:val="20"/>
        </w:rPr>
        <w:t>13:55  is ne kaha ke I like to walk in rain so that no one can see my tears in my eye.</w:t>
      </w:r>
      <w:r>
        <w:br/>
      </w:r>
      <w:r>
        <w:rPr>
          <w:sz w:val="20"/>
        </w:rPr>
        <w:t>14:06  to sab ka, kisi ek admi ke nahi hai.</w:t>
      </w:r>
    </w:p>
    <w:p>
      <w:pPr>
        <w:pStyle w:val="Heading2"/>
      </w:pPr>
      <w:r>
        <w:t>Stop thinking is animalization</w:t>
      </w:r>
    </w:p>
    <w:p>
      <w:r>
        <w:rPr>
          <w:color w:val="666666"/>
          <w:sz w:val="18"/>
        </w:rPr>
        <w:t>The Way of De-Stressing 11 July 2009 - Maulana Wahiduddin Khan · 1m 04s · at 5:15 · https://youtu.be/ABb8vYJ0vMc?t=315</w:t>
      </w:r>
    </w:p>
    <w:p>
      <w:r>
        <w:rPr>
          <w:i/>
        </w:rPr>
        <w:t>“Then I happen to meet some masters of de-stressing.”</w:t>
      </w:r>
    </w:p>
    <w:p>
      <w:r>
        <w:rPr>
          <w:sz w:val="20"/>
        </w:rPr>
        <w:t>5:15  Then I happened to meet some masters of de-stressing. They told me that their technique is based on stop thinking process.</w:t>
      </w:r>
      <w:r>
        <w:br/>
      </w:r>
      <w:r>
        <w:rPr>
          <w:sz w:val="20"/>
        </w:rPr>
        <w:t>5:30  Stop thinking. They said that all those worries and tension are phenomena of thinking. So stop your thinking, and then you are free of stress.</w:t>
      </w:r>
      <w:r>
        <w:br/>
      </w:r>
      <w:r>
        <w:rPr>
          <w:sz w:val="20"/>
        </w:rPr>
        <w:t>5:45  Again, I would like to say that this is nothing but alike animation. You know, thinking is the most important quality of mind.</w:t>
      </w:r>
      <w:r>
        <w:br/>
      </w:r>
      <w:r>
        <w:rPr>
          <w:sz w:val="20"/>
        </w:rPr>
        <w:t>5:59  Mind is, it is said that mind is a thinking, thinking animal. So if you become thinking less, then you are an animal.</w:t>
      </w:r>
      <w:r>
        <w:br/>
      </w:r>
      <w:r>
        <w:rPr>
          <w:sz w:val="20"/>
        </w:rPr>
        <w:t>6:12  So what the, what the use of this kind of technique?</w:t>
      </w:r>
    </w:p>
    <w:p>
      <w:pPr>
        <w:pStyle w:val="Heading2"/>
      </w:pPr>
      <w:r>
        <w:t>tazkiya means managing emotions, not erasing them</w:t>
      </w:r>
    </w:p>
    <w:p>
      <w:r>
        <w:rPr>
          <w:color w:val="666666"/>
          <w:sz w:val="18"/>
        </w:rPr>
        <w:t>My Life and Experience April 8, 2007 · 1m 54s · at 57:31 · https://youtu.be/HbJzX4PJdR8?t=3451</w:t>
      </w:r>
    </w:p>
    <w:p>
      <w:r>
        <w:rPr>
          <w:i/>
        </w:rPr>
        <w:t>“Tazkiya ka literal meaning hai purification”</w:t>
      </w:r>
    </w:p>
    <w:p>
      <w:r>
        <w:rPr>
          <w:sz w:val="20"/>
        </w:rPr>
        <w:t>57:31  dekhen, tazkiya ka jo literal meaning hai woh hai purification.</w:t>
      </w:r>
      <w:r>
        <w:br/>
      </w:r>
      <w:r>
        <w:rPr>
          <w:sz w:val="20"/>
        </w:rPr>
        <w:t>57:38  tazkiya jo hai, purification. jahan tak maine samjha hai, aadmi ke andar bar bar aate hain negative thought.</w:t>
      </w:r>
      <w:r>
        <w:br/>
      </w:r>
      <w:r>
        <w:rPr>
          <w:sz w:val="20"/>
        </w:rPr>
        <w:t>57:52  negative thought ko kaha jata hai Islam mein gharoor, lust, nafrat, aur intolerance.</w:t>
      </w:r>
      <w:r>
        <w:br/>
      </w:r>
      <w:r>
        <w:rPr>
          <w:sz w:val="20"/>
        </w:rPr>
        <w:t>58:06  anger. yeh sab saare negative thought hain. aur isi se aap logon ko pak karna hai.</w:t>
      </w:r>
      <w:r>
        <w:br/>
      </w:r>
      <w:r>
        <w:rPr>
          <w:sz w:val="20"/>
        </w:rPr>
        <w:t>58:17  pak karne ka matlab yeh nahi ke aap apne dil se is tarah ke ehsasat ko nikal dein. nikalna, nikalna matlab nahi hai. woh hai al kazibeen al ghayz.</w:t>
      </w:r>
      <w:r>
        <w:br/>
      </w:r>
      <w:r>
        <w:rPr>
          <w:sz w:val="20"/>
        </w:rPr>
        <w:t>58:29  ghusay ko peene wale.</w:t>
      </w:r>
      <w:r>
        <w:br/>
      </w:r>
      <w:r>
        <w:rPr>
          <w:sz w:val="20"/>
        </w:rPr>
        <w:t>58:32  dekhen, yahan ghor kijiye. agar yeh hota ke ghusa na ho jinke andar to hatta al faqideen al ghayz. faqideen maani hote hain jinke andar ghusa na ho.</w:t>
      </w:r>
      <w:r>
        <w:br/>
      </w:r>
      <w:r>
        <w:rPr>
          <w:sz w:val="20"/>
        </w:rPr>
        <w:t>58:43  to Quran mein yeh nahi aaya ke al faqideen al ghayz. jinke andar ghusa na ho. balke kaha gaya al kazibeen al ghayz. ke ghusa to aaya lekin pi gaye us ko.</w:t>
      </w:r>
      <w:r>
        <w:br/>
      </w:r>
      <w:r>
        <w:rPr>
          <w:sz w:val="20"/>
        </w:rPr>
        <w:t>58:54  to yeh hai ek barabar ki ek judojahad hai, zindagi bhar ki judojahad. ke ghusa aayega, aap us ko andar andar pi jayenge.</w:t>
      </w:r>
      <w:r>
        <w:br/>
      </w:r>
      <w:r>
        <w:rPr>
          <w:sz w:val="20"/>
        </w:rPr>
        <w:t>59:04  nafrat aayegi, andar andar us ko phela denge. badla aayega, andar andar khatam karenge us ko. lust aayega, andar andar us ko aap kam karenge.</w:t>
      </w:r>
      <w:r>
        <w:br/>
      </w:r>
      <w:r>
        <w:rPr>
          <w:sz w:val="20"/>
        </w:rPr>
        <w:t>59:13  yeh ek judojahad hai, judojahad. isi ka naam tazkiya hai. isi ka naam tazkiya hai. yaani khwahishat ki management ka naam tazkiya hai.</w:t>
      </w:r>
    </w:p>
    <w:p>
      <w:pPr>
        <w:pStyle w:val="Heading2"/>
      </w:pPr>
      <w:r>
        <w:t>Newton's apple sparks the birth of rational inquiry</w:t>
      </w:r>
    </w:p>
    <w:p>
      <w:r>
        <w:rPr>
          <w:color w:val="666666"/>
          <w:sz w:val="18"/>
        </w:rPr>
        <w:t>Religious Extremism and Rational Extremism November 27, 2005 Maulana Wahiduddin Khan · 1m 42s · at 8:52 · https://youtu.be/o-EF-I_SE_M?t=532</w:t>
      </w:r>
    </w:p>
    <w:p>
      <w:r>
        <w:rPr>
          <w:i/>
        </w:rPr>
        <w:t>“Newton ne dekha apple ko upar se zameen par girte hue”</w:t>
      </w:r>
    </w:p>
    <w:p>
      <w:r>
        <w:rPr>
          <w:sz w:val="20"/>
        </w:rPr>
        <w:t>8:52  woh phir shuru hui scientific inquiry jis ki ek mashhoor misaal di jati hai ke Newton ne dekha apple ko upar se zameen par gira to hazaron saal se apple zameen par girta tha.</w:t>
      </w:r>
      <w:r>
        <w:br/>
      </w:r>
      <w:r>
        <w:rPr>
          <w:sz w:val="20"/>
        </w:rPr>
        <w:t>9:10  sauce har cheez girti thi upar se neeche to log us ko for granted le lete the ke aisa to hota hi hai, aisa to hota hi rehta hai.</w:t>
      </w:r>
      <w:r>
        <w:br/>
      </w:r>
      <w:r>
        <w:rPr>
          <w:sz w:val="20"/>
        </w:rPr>
        <w:t>9:23  jis ko kehte hain for granted le lena. to pehli baar Europe mein kuch log aise paida hue, maslan Newton, jis ne yeh us ko question banaya ke kyun upar se neeche gira saib, neeche se upar kyun nahin chala gaya?</w:t>
      </w:r>
      <w:r>
        <w:br/>
      </w:r>
      <w:r>
        <w:rPr>
          <w:sz w:val="20"/>
        </w:rPr>
        <w:t>9:44  neeche. yaani yeh yeh sawal hazaron saal kabhi kiya nahin gaya tha ke saib jo hai jab peed se toota to upar kyun nahin chala gaya?</w:t>
      </w:r>
      <w:r>
        <w:br/>
      </w:r>
      <w:r>
        <w:rPr>
          <w:sz w:val="20"/>
        </w:rPr>
        <w:t>9:55  woh neeche kyun aa gaya?</w:t>
      </w:r>
      <w:r>
        <w:br/>
      </w:r>
      <w:r>
        <w:rPr>
          <w:sz w:val="20"/>
        </w:rPr>
        <w:t>10:01  us ko kehte hain spirit of inquiry. spirit of inquiry jo hai woh pehle kabhi maujood nahin thi. agar rahi hogi to kuch thore se logon ke beech mein, aam taur par nahin thi.</w:t>
      </w:r>
      <w:r>
        <w:br/>
      </w:r>
      <w:r>
        <w:rPr>
          <w:sz w:val="20"/>
        </w:rPr>
        <w:t>10:15  yeh pehli baar western Europe mein yeh cheez ubhri. to pehle kuch chand cheezon pe ubhri, physical cheezon par, phir dheere dheere har cheez mein phail gayi.</w:t>
      </w:r>
      <w:r>
        <w:br/>
      </w:r>
      <w:r>
        <w:rPr>
          <w:sz w:val="20"/>
        </w:rPr>
        <w:t>10:31  to us ko kehte hain rational inquiry.</w:t>
      </w:r>
    </w:p>
    <w:p>
      <w:pPr>
        <w:pStyle w:val="Heading2"/>
      </w:pPr>
      <w:r>
        <w:t>Muslims lost wisdom due to violence</w:t>
      </w:r>
    </w:p>
    <w:p>
      <w:r>
        <w:rPr>
          <w:color w:val="666666"/>
          <w:sz w:val="18"/>
        </w:rPr>
        <w:t>The Secret of Divine Wisdom I September 2,. 2012 Maulana Wahiduddin Khan · 2m 31s · at 30:22 · https://youtu.be/Y-UdfIX33As?t=1822</w:t>
      </w:r>
    </w:p>
    <w:p>
      <w:r>
        <w:rPr>
          <w:i/>
        </w:rPr>
        <w:t>“Aaj Muslim ka haal kya hai Tribal age ki tarah lad rahe hain”</w:t>
      </w:r>
    </w:p>
    <w:p>
      <w:r>
        <w:rPr>
          <w:sz w:val="20"/>
        </w:rPr>
        <w:t>30:22  musalmanon ka haal kya hai? yani isi daur mein jee rahe hain jis daur mein qabail jeete the. ke larai bhadai ko woh samajhte the ke koi bara kaam hai koi.</w:t>
      </w:r>
      <w:r>
        <w:br/>
      </w:r>
      <w:r>
        <w:rPr>
          <w:sz w:val="20"/>
        </w:rPr>
        <w:t>30:32  yani larne bhadne ko kaam samajhte the. aaj ka aap dekhiye rozana media mein</w:t>
      </w:r>
      <w:r>
        <w:br/>
      </w:r>
      <w:r>
        <w:rPr>
          <w:sz w:val="20"/>
        </w:rPr>
        <w:t>30:39  akhbaron mein rozana aata hai musalmanon ke bare mein. sare musalman gun culture bomb culture chala rahe hain. ya to practical chala rahe hain ya use sochte hain woh.</w:t>
      </w:r>
      <w:r>
        <w:br/>
      </w:r>
      <w:r>
        <w:rPr>
          <w:sz w:val="20"/>
        </w:rPr>
        <w:t>30:53  sare musalman involve hain is is party culture mein. is mein koi</w:t>
      </w:r>
      <w:r>
        <w:br/>
      </w:r>
      <w:r>
        <w:rPr>
          <w:sz w:val="20"/>
        </w:rPr>
        <w:t>30:59  exaggeration nahi hai. jis se baat kijiye ab aap yahan se nikliye aur bahar road par koi musalman mile us se baat kijiye. abhi aap tajurba kar ke dekh li jiye.</w:t>
      </w:r>
      <w:r>
        <w:br/>
      </w:r>
      <w:r>
        <w:rPr>
          <w:sz w:val="20"/>
        </w:rPr>
        <w:t>31:10  phone kare ga dekho bare zalim hain America wale bare zalim hain Israel wale</w:t>
      </w:r>
      <w:r>
        <w:br/>
      </w:r>
      <w:r>
        <w:rPr>
          <w:sz w:val="20"/>
        </w:rPr>
        <w:t>31:15  dekho yeh kya hai dekho woh kiya. yani har aadmi ke paas negative story hai. har aadmi ke mind mein violence bhara hua hai.</w:t>
      </w:r>
      <w:r>
        <w:br/>
      </w:r>
      <w:r>
        <w:rPr>
          <w:sz w:val="20"/>
        </w:rPr>
        <w:t>31:25  to kisi ka hath gun ke trigger par hai kisi ka hath trigger par nahi hai. koi suicide bombing karta hai.</w:t>
      </w:r>
      <w:r>
        <w:br/>
      </w:r>
      <w:r>
        <w:rPr>
          <w:sz w:val="20"/>
        </w:rPr>
        <w:t>31:33  koi suicide bombers ki advocacy karta hai. jitne log hain koi bhi suicide bombers ko condemn nahi karta. jitne log hain jo musalman jagah jagah bomb maar rahe hain gun chala rahe hain.</w:t>
      </w:r>
      <w:r>
        <w:br/>
      </w:r>
      <w:r>
        <w:rPr>
          <w:sz w:val="20"/>
        </w:rPr>
        <w:t>31:49  koi bhi mere ilm mein ek bhi shakhs nahi hai jo openly use condemn kare openly.</w:t>
      </w:r>
      <w:r>
        <w:br/>
      </w:r>
      <w:r>
        <w:rPr>
          <w:sz w:val="20"/>
        </w:rPr>
        <w:t>31:55  agar koi aap ke nazdeek ho to use uska naam bataiye. Arab se ajab tak. East se West tak. sab kisi na kisi tareeqe se un ki justify karte hain.</w:t>
      </w:r>
      <w:r>
        <w:br/>
      </w:r>
      <w:r>
        <w:rPr>
          <w:sz w:val="20"/>
        </w:rPr>
        <w:t>32:07  aur bura bhala kehte hain kis ko? Israel ko America ko.</w:t>
      </w:r>
      <w:r>
        <w:br/>
      </w:r>
      <w:r>
        <w:rPr>
          <w:sz w:val="20"/>
        </w:rPr>
        <w:t>32:12  RSS ko BJP ko. un ko un ko aaj kal nikla hua hai yeh Burma wale aur Bodoland yeh woh yeh sab kisi na kisi doosre ko ilzam de kar isi ko bura bhala kar rahe hain.</w:t>
      </w:r>
      <w:r>
        <w:br/>
      </w:r>
      <w:r>
        <w:rPr>
          <w:sz w:val="20"/>
        </w:rPr>
        <w:t>32:28  aur musalman jo kar rahe hain violence. koi ek shakhs bhi mere ilm mein nahi hai. hamari is mission ke bahar</w:t>
      </w:r>
      <w:r>
        <w:br/>
      </w:r>
      <w:r>
        <w:rPr>
          <w:sz w:val="20"/>
        </w:rPr>
        <w:t>32:36  jo un ko openly condemn karta ho. is se kya hoga hua hai? sare musalmanon ki aqlen khabat ho gai hain.</w:t>
      </w:r>
      <w:r>
        <w:br/>
      </w:r>
      <w:r>
        <w:rPr>
          <w:sz w:val="20"/>
        </w:rPr>
        <w:t>32:47  aqlein khabt ho gayi hain. is ka saboot kya hai?</w:t>
      </w:r>
    </w:p>
    <w:p>
      <w:pPr>
        <w:pStyle w:val="Heading2"/>
      </w:pPr>
      <w:r>
        <w:t>Discovering your forbidden tree by avoiding negative thinking</w:t>
      </w:r>
    </w:p>
    <w:p>
      <w:r>
        <w:rPr>
          <w:color w:val="666666"/>
          <w:sz w:val="18"/>
        </w:rPr>
        <w:t>Shukr Acknowledgment of God's Blessings April 21, 2020 · 1m 22s · at 24:19 · https://youtu.be/3iGMucsQXNk?t=1459</w:t>
      </w:r>
    </w:p>
    <w:p>
      <w:r>
        <w:rPr>
          <w:i/>
        </w:rPr>
        <w:t>“Aapki zindagi ka shajar-e-mamnu kya hai? Kaise jaana?”</w:t>
      </w:r>
    </w:p>
    <w:p>
      <w:r>
        <w:rPr>
          <w:sz w:val="20"/>
        </w:rPr>
        <w:t>24:19  Maulana iqbal umri likhte hain,</w:t>
      </w:r>
      <w:r>
        <w:br/>
      </w:r>
      <w:r>
        <w:rPr>
          <w:sz w:val="20"/>
        </w:rPr>
        <w:t>24:21  Maulana aap ne apni zindagi ka shajar mamnooa, aap ki zindagi ka shajar mamnooa kya hai? kaise jaana?</w:t>
      </w:r>
      <w:r>
        <w:br/>
      </w:r>
      <w:r>
        <w:rPr>
          <w:sz w:val="20"/>
        </w:rPr>
        <w:t>24:32  Maulana shajar mamnooa, discoverable item maloom hota hai. us ko janne ka kya tareeqa hai? negative thinking.</w:t>
      </w:r>
      <w:r>
        <w:br/>
      </w:r>
      <w:r>
        <w:rPr>
          <w:sz w:val="20"/>
        </w:rPr>
        <w:t>24:43  main is negative thinking se hamesha bohat door rehta hoon.</w:t>
      </w:r>
      <w:r>
        <w:br/>
      </w:r>
      <w:r>
        <w:rPr>
          <w:sz w:val="20"/>
        </w:rPr>
        <w:t>24:53  main jab chhota tha, chhota to gaon mein rehta tha. gaon mein ladke gaadi play karte the. to kisi bachche ne mujhe gaadi de di.</w:t>
      </w:r>
      <w:r>
        <w:br/>
      </w:r>
      <w:r>
        <w:rPr>
          <w:sz w:val="20"/>
        </w:rPr>
        <w:t>25:06  aise hi woh un ka koi, un ke nazdeek koi, us sense mein nahi ke galat baat hai.</w:t>
      </w:r>
      <w:r>
        <w:br/>
      </w:r>
      <w:r>
        <w:rPr>
          <w:sz w:val="20"/>
        </w:rPr>
        <w:t>25:15  woh to woh bhi nikalta hai, woh bhi nikalta hai.</w:t>
      </w:r>
      <w:r>
        <w:br/>
      </w:r>
      <w:r>
        <w:rPr>
          <w:sz w:val="20"/>
        </w:rPr>
        <w:t>25:19  to jab us ne gaadi di to main apne ghar ke darwaze par khada hua tha. to maine kaha ke tum khud, tum khud ghar ghar kar ke chale gaye.</w:t>
      </w:r>
      <w:r>
        <w:br/>
      </w:r>
      <w:r>
        <w:rPr>
          <w:sz w:val="20"/>
        </w:rPr>
        <w:t>25:32  bas.</w:t>
      </w:r>
    </w:p>
    <w:p>
      <w:pPr>
        <w:pStyle w:val="Heading2"/>
      </w:pPr>
      <w:r>
        <w:t>Positive spin on room partition</w:t>
      </w:r>
    </w:p>
    <w:p>
      <w:r>
        <w:rPr>
          <w:color w:val="666666"/>
          <w:sz w:val="18"/>
        </w:rPr>
        <w:t>Why I am Different 21 sept, 2019 - Maulana Wahiduddin Khan · 2m 46s · at 21:08 · https://youtu.be/TBDjR8Keoss?t=1268</w:t>
      </w:r>
    </w:p>
    <w:p>
      <w:r>
        <w:rPr>
          <w:i/>
        </w:rPr>
        <w:t>“کچھ آدمی میرے کمپنی میں گھس آئے ہیں۔”</w:t>
      </w:r>
    </w:p>
    <w:p>
      <w:r>
        <w:rPr>
          <w:sz w:val="20"/>
        </w:rPr>
        <w:t>21:08  kuch aadmi mere company mein ghus aaye hain. idhar jo roop peeche jo room tha, wahan tala rehta tha.</w:t>
      </w:r>
      <w:r>
        <w:br/>
      </w:r>
      <w:r>
        <w:rPr>
          <w:sz w:val="20"/>
        </w:rPr>
        <w:t>21:18  un ke paas kunji hoti thi is ki. wo apni kunji se unhon ne khola, us ko khol kar andar dakhil hue aur eent pathar wahan laye.</w:t>
      </w:r>
      <w:r>
        <w:br/>
      </w:r>
      <w:r>
        <w:rPr>
          <w:sz w:val="20"/>
        </w:rPr>
        <w:t>21:29  to unhon ne ek partition khada khada kar diya. aisi kamra tha ke beech mein ek partition khada kar diya, yani mere kamre ko aadha kar diya.</w:t>
      </w:r>
      <w:r>
        <w:br/>
      </w:r>
      <w:r>
        <w:rPr>
          <w:sz w:val="20"/>
        </w:rPr>
        <w:t>21:43  mujhe se poocha nahin tha, mujhe se kuch kaha nahin tha, kuch bhi nahin. to yeh khabar nadwa ke campus mein bohat jaldi mashhoor ho gayi.</w:t>
      </w:r>
      <w:r>
        <w:br/>
      </w:r>
      <w:r>
        <w:rPr>
          <w:sz w:val="20"/>
        </w:rPr>
        <w:t>21:57  to wahan jo ladke mere paas aaya karte the, woh shaam ko aaye. to ladke bohat afsos thay, bohat afsos, bohat afsos.</w:t>
      </w:r>
      <w:r>
        <w:br/>
      </w:r>
      <w:r>
        <w:rPr>
          <w:sz w:val="20"/>
        </w:rPr>
        <w:t>22:10  aur seat to maine poocha ke aap log seat kyun hain? aap log seat aise hi normal tareeqay se poocha ke aap log seat kyun hain?</w:t>
      </w:r>
      <w:r>
        <w:br/>
      </w:r>
      <w:r>
        <w:rPr>
          <w:sz w:val="20"/>
        </w:rPr>
        <w:t>22:26  to ek ladke ne kaha ke yeh aisa waqea hua tha to seat ho gayi aadmi ke aap ko baghair poochay hue yahan partner kha kar khara kar diya, aap ke kamray ko cheen liya aap se.</w:t>
      </w:r>
      <w:r>
        <w:br/>
      </w:r>
      <w:r>
        <w:rPr>
          <w:sz w:val="20"/>
        </w:rPr>
        <w:t>22:43  to us waqt jo hai yeh baat hai 1900 ghaliban 66 ki,</w:t>
      </w:r>
      <w:r>
        <w:br/>
      </w:r>
      <w:r>
        <w:rPr>
          <w:sz w:val="20"/>
        </w:rPr>
        <w:t>22:53  ghaliban isi ke aas paas ki, 1966 ke aas paas ki. to us waqt mein wahan koi mera lucknow mein kuch nahin tha, kuch nahin tha mera.</w:t>
      </w:r>
      <w:r>
        <w:br/>
      </w:r>
      <w:r>
        <w:rPr>
          <w:sz w:val="20"/>
        </w:rPr>
        <w:t>23:05  main ne koi ghar tha na, na koi business tha, na kuch tha, kuch tha nahin mera lucknow mein.</w:t>
      </w:r>
      <w:r>
        <w:br/>
      </w:r>
      <w:r>
        <w:rPr>
          <w:sz w:val="20"/>
        </w:rPr>
        <w:t>23:16  to us waqt main ne in se kaha tha,</w:t>
      </w:r>
      <w:r>
        <w:br/>
      </w:r>
      <w:r>
        <w:rPr>
          <w:sz w:val="20"/>
        </w:rPr>
        <w:t>23:22  us waqt ladkon se bilkul normal tareeqay se, normal tareeqay se ke yeh log</w:t>
      </w:r>
      <w:r>
        <w:br/>
      </w:r>
      <w:r>
        <w:rPr>
          <w:sz w:val="20"/>
        </w:rPr>
        <w:t>23:36  mere liye is kamray ko band kar rahay hain, yeh log mere liye is kamray ko band kar rahay hain taake mere liye ziyada bara kamra, ziyada bara ghar khola khola jaye.</w:t>
      </w:r>
    </w:p>
    <w:p>
      <w:pPr>
        <w:pStyle w:val="Heading2"/>
      </w:pPr>
      <w:r>
        <w:t>Tatarpur riot shows futility of provoked outrage</w:t>
      </w:r>
    </w:p>
    <w:p>
      <w:r>
        <w:rPr>
          <w:color w:val="666666"/>
          <w:sz w:val="18"/>
        </w:rPr>
        <w:t>The Importance of Wisdom November 4, 2012 · 2m 18s · at 43:11 · https://youtu.be/7e6FvqRSHic?t=2591</w:t>
      </w:r>
    </w:p>
    <w:p>
      <w:r>
        <w:rPr>
          <w:i/>
        </w:rPr>
        <w:t>“ایک صاحب سے میری ملاقات ہوئی، بہار میں فساد ہوا تھا۔”</w:t>
      </w:r>
    </w:p>
    <w:p>
      <w:r>
        <w:rPr>
          <w:sz w:val="20"/>
        </w:rPr>
        <w:t>43:11  ek sahib se meri mulaqat hui ek dafa fasaad ho gaya tha bihar mein</w:t>
      </w:r>
      <w:r>
        <w:br/>
      </w:r>
      <w:r>
        <w:rPr>
          <w:sz w:val="20"/>
        </w:rPr>
        <w:t>43:18  to unhon ne kaha ke aise aise nare laga rahe the musalman mushtael ho gaye to us ke baad pathar pathar yani pathar mare gaye goli chali aur yeh hua hua aur teesra musalman itna nuqsan hua to mein ne kaha ke bhai woh nare agar laga rahe the to is tarah mushtael kyun ho gaye aap</w:t>
      </w:r>
      <w:r>
        <w:br/>
      </w:r>
      <w:r>
        <w:rPr>
          <w:sz w:val="20"/>
        </w:rPr>
        <w:t>43:44  mushtael kyun ho gaye</w:t>
      </w:r>
      <w:r>
        <w:br/>
      </w:r>
      <w:r>
        <w:rPr>
          <w:sz w:val="20"/>
        </w:rPr>
        <w:t>43:46  aap ziyada is ko ignore karte hain to woh jagah hai jis ka naam hai ek mahalla hai jis ka naam hai tatarpur market to woh nare laga rahe the ke tatar pur tatar pur karo khali unhon ne bataya mujhe ke woh nare laga rahe the jaloos wale ke tatar pur karo khali</w:t>
      </w:r>
      <w:r>
        <w:br/>
      </w:r>
      <w:r>
        <w:rPr>
          <w:sz w:val="20"/>
        </w:rPr>
        <w:t>44:14  to unhon ne kaha ke hum kaise is ko bardasht karte hain to mein ne poocha acha yeh bataiye ke aap ne bardasht nahi kiya aap lad gaye aur is mein goliyan chali kai log mare gaye curfew laga loote gaye phooke gaye yeh hua hua bohat nuqsan hua</w:t>
      </w:r>
      <w:r>
        <w:br/>
      </w:r>
      <w:r>
        <w:rPr>
          <w:sz w:val="20"/>
        </w:rPr>
        <w:t>44:33  to ab mujhe bataiye ke ab jab ke jab mile the woh is ko kai mahine ke baad ab mujhe bataiye ke tatar pur jo hai woh khali hoga musalmanon se ke abhi bhi musalman wahan hain tab kya kehte hain alhamdulillah ab bhi musalman hain wahan to mein ne phir mein ne kaha ke dekhiye jab unhon ne jaloos nikala aur nare lagaye tatar pur karo khali</w:t>
      </w:r>
      <w:r>
        <w:br/>
      </w:r>
      <w:r>
        <w:rPr>
          <w:sz w:val="20"/>
        </w:rPr>
        <w:t>44:59  phir police aai goliyan chali fasad hua phir bhi tatar pur ko woh musalman khali na kara sake</w:t>
      </w:r>
      <w:r>
        <w:br/>
      </w:r>
      <w:r>
        <w:rPr>
          <w:sz w:val="20"/>
        </w:rPr>
        <w:t>45:07  to jis narah jo narah itna kamzor ho</w:t>
      </w:r>
      <w:r>
        <w:br/>
      </w:r>
      <w:r>
        <w:rPr>
          <w:sz w:val="20"/>
        </w:rPr>
        <w:t>45:11  is is par is par ghussa hone is par is par mushtael hone ki kya zaroorat hai</w:t>
      </w:r>
      <w:r>
        <w:br/>
      </w:r>
      <w:r>
        <w:rPr>
          <w:sz w:val="20"/>
        </w:rPr>
        <w:t>45:17  yeh tatar pur karo khali ka narah itna be asar tha itna is ka be wazan tha ke</w:t>
      </w:r>
      <w:r>
        <w:br/>
      </w:r>
      <w:r>
        <w:rPr>
          <w:sz w:val="20"/>
        </w:rPr>
        <w:t>45:25  dhoom machane ke bawajood bhi musalmanon ko khali na kara saka woh</w:t>
      </w:r>
    </w:p>
    <w:p>
      <w:pPr>
        <w:pStyle w:val="Heading2"/>
      </w:pPr>
      <w:r>
        <w:t>Mir Baqi built mosque next to chabutara</w:t>
      </w:r>
    </w:p>
    <w:p>
      <w:r>
        <w:rPr>
          <w:color w:val="666666"/>
          <w:sz w:val="18"/>
        </w:rPr>
        <w:t>Babari Masjid of Ayodhya December 06, 2009 · 2m 21s · at 12:06 · https://youtu.be/rpFygvWx6WY?t=726</w:t>
      </w:r>
    </w:p>
    <w:p>
      <w:r>
        <w:rPr>
          <w:i/>
        </w:rPr>
        <w:t>“Babri Masjid jo hai kab bani thi? Yeh bani hai 1528 mein”</w:t>
      </w:r>
    </w:p>
    <w:p>
      <w:r>
        <w:rPr>
          <w:sz w:val="20"/>
        </w:rPr>
        <w:t>12:06  dekhiye babri masjid jo hai kab bani thi? yeh bani hai 1528 mein. yaani</w:t>
      </w:r>
      <w:r>
        <w:br/>
      </w:r>
      <w:r>
        <w:rPr>
          <w:sz w:val="20"/>
        </w:rPr>
        <w:t>12:18  is zamane mein babar india mein aa chuka tha. babar india mein aa chuka tha aur awadh mein is ki hukoomat qaim ho chuki thi.</w:t>
      </w:r>
      <w:r>
        <w:br/>
      </w:r>
      <w:r>
        <w:rPr>
          <w:sz w:val="20"/>
        </w:rPr>
        <w:t>12:28  to awadh mein babar ki taraf se ek governor tha, is ka naam tha mir baqi. to babri masjid ko mir baqi ne banwaya.</w:t>
      </w:r>
      <w:r>
        <w:br/>
      </w:r>
      <w:r>
        <w:rPr>
          <w:sz w:val="20"/>
        </w:rPr>
        <w:t>12:40  babri masjid ko mir baqi ne banwaya 1528 mein.</w:t>
      </w:r>
      <w:r>
        <w:br/>
      </w:r>
      <w:r>
        <w:rPr>
          <w:sz w:val="20"/>
        </w:rPr>
        <w:t>12:49  yeh is ka qissa bohat tafseel se hai kitabon mein maujood. ayodhya mein us waqt jo hai ek sufi darwesh type raha karte the, aalim nahi the woh.</w:t>
      </w:r>
      <w:r>
        <w:br/>
      </w:r>
      <w:r>
        <w:rPr>
          <w:sz w:val="20"/>
        </w:rPr>
        <w:t>13:02  apna woh jaise hote hain taweez ganda dete hain, dua phoonkte hain, qalandar ke tareeqe se rehte hain. in ke haan hindu muslim dono aate the. is zamane mein aap jante hain ke bohat zyada aaj kal ke ta'assub nahi hua karta tha.</w:t>
      </w:r>
      <w:r>
        <w:br/>
      </w:r>
      <w:r>
        <w:rPr>
          <w:sz w:val="20"/>
        </w:rPr>
        <w:t>13:18  to hindu muslim dono aate the is sufi sahab ke haan ayodhya mein. aur mir baqi jo tha woh bhi in ka murid tha. yaani murid matlab mo'taqid tha in ka, in ke paas aata tha.</w:t>
      </w:r>
      <w:r>
        <w:br/>
      </w:r>
      <w:r>
        <w:rPr>
          <w:sz w:val="20"/>
        </w:rPr>
        <w:t>13:31  us waqt ayodhya mein koi masjid nahi thi. to mir baqi ne kaha ke main chahta hoon ke yahan par main ek masjid bana doon.</w:t>
      </w:r>
      <w:r>
        <w:br/>
      </w:r>
      <w:r>
        <w:rPr>
          <w:sz w:val="20"/>
        </w:rPr>
        <w:t>13:40  ek masjid bana doon. to muslim sufi jo the unhone kaha ke zaroor bana do. to unhone bilkul foran ek tajweez pesh kar di.</w:t>
      </w:r>
      <w:r>
        <w:br/>
      </w:r>
      <w:r>
        <w:rPr>
          <w:sz w:val="20"/>
        </w:rPr>
        <w:t>13:53  bilkul ek jis ko kehte hain naye aadmi ki tarah se ke dekho yahan par yeh ram shabutra hai, usi wohin us ke paas masjid bana do.</w:t>
      </w:r>
      <w:r>
        <w:br/>
      </w:r>
      <w:r>
        <w:rPr>
          <w:sz w:val="20"/>
        </w:rPr>
        <w:t>14:03  to idhar hindu bhi apna pooja karen ge, idhar musalman bhi apna ibadat karen ge. bilkul foran unhone aisa kaha. woh woh bechare seedhe saade aadmi the.</w:t>
      </w:r>
      <w:r>
        <w:br/>
      </w:r>
      <w:r>
        <w:rPr>
          <w:sz w:val="20"/>
        </w:rPr>
        <w:t>14:15  to main ne khud 1947 se pehle, main sunta tha azadi se pehle ke ayodhya mein ek masjid hai, us ke andar mandir bhi hai.</w:t>
      </w:r>
    </w:p>
    <w:p>
      <w:pPr>
        <w:pStyle w:val="Heading2"/>
      </w:pPr>
      <w:r>
        <w:t>Sadhu's dilemma: asceticism vs modern life</w:t>
      </w:r>
    </w:p>
    <w:p>
      <w:r>
        <w:rPr>
          <w:color w:val="666666"/>
          <w:sz w:val="18"/>
        </w:rPr>
        <w:t>Age of Consumerism January 6, 2013 · 1m 00s · at 17:09 · https://youtu.be/zJRZ1OKUhgA?t=1029</w:t>
      </w:r>
    </w:p>
    <w:p>
      <w:r>
        <w:rPr>
          <w:i/>
        </w:rPr>
        <w:t>“In 1961, a sadhu sat in deep thought at an exhibition.”</w:t>
      </w:r>
    </w:p>
    <w:p>
      <w:r>
        <w:rPr>
          <w:sz w:val="20"/>
        </w:rPr>
        <w:t>17:09  Toh Hindustan Times mein likha tha, reporter ne. Wahan main gaya toh maine dekha ke ek ek sadhu, grave libas wala ek aadmi, chup chap baitha hua tha,</w:t>
      </w:r>
      <w:r>
        <w:br/>
      </w:r>
      <w:r>
        <w:rPr>
          <w:sz w:val="20"/>
        </w:rPr>
        <w:t>17:24  Soch mein para hua. Toh us ne poocha ke bhai kyun aap soch mein hain? Toh wahan par ek American car, jis ka naam tha "Car of the Future", us ko wahan dikhaya gaya tha.</w:t>
      </w:r>
      <w:r>
        <w:br/>
      </w:r>
      <w:r>
        <w:rPr>
          <w:sz w:val="20"/>
        </w:rPr>
        <w:t>17:36  Bohat hi shandar lagti thi us zamane mein.</w:t>
      </w:r>
      <w:r>
        <w:br/>
      </w:r>
      <w:r>
        <w:rPr>
          <w:sz w:val="20"/>
        </w:rPr>
        <w:t>17:40  61 mein woh carain aisi India mein nahi hua karti thin. Toh us ne kaha ke main us ko dekh kar ke main soch mein par gaya hoon ke kon si zindagi ko main ap karoon?</w:t>
      </w:r>
      <w:r>
        <w:br/>
      </w:r>
      <w:r>
        <w:rPr>
          <w:sz w:val="20"/>
        </w:rPr>
        <w:t>17:53  Tiyag wali zindagi ko, jo ab tak is mein tha, ya yeh modern zindagi ko? Kyun ke sari ronak toh yahan hai, sari chamak damak toh yahan hai, wahan tiyag wali zindagi mein toh kuch hai nahi.</w:t>
      </w:r>
    </w:p>
    <w:p>
      <w:pPr>
        <w:pStyle w:val="Heading2"/>
      </w:pPr>
      <w:r>
        <w:t>True meaning of tawakkul: plan fully, then trust God</w:t>
      </w:r>
    </w:p>
    <w:p>
      <w:r>
        <w:rPr>
          <w:color w:val="666666"/>
          <w:sz w:val="18"/>
        </w:rPr>
        <w:t>Living in Falsehood December 15, 2013 · 2m 42s · at 1:02:11 · https://youtu.be/UvboK59uF6s?t=3731</w:t>
      </w:r>
    </w:p>
    <w:p>
      <w:r>
        <w:rPr>
          <w:i/>
        </w:rPr>
        <w:t>“A man asked: should I tie my camel, or trust God and leave it loose?”</w:t>
      </w:r>
    </w:p>
    <w:p>
      <w:r>
        <w:rPr>
          <w:sz w:val="20"/>
        </w:rPr>
        <w:t>1:02:11  Bhai yeh to hadith mein iska jawab maujood hai.</w:t>
      </w:r>
      <w:r>
        <w:br/>
      </w:r>
      <w:r>
        <w:rPr>
          <w:sz w:val="20"/>
        </w:rPr>
        <w:t>1:02:15  Ek shakhs ne Rasool Allah (SAW) se poocha ke main apne mere paas oont jo hai, is oont ko main baat ka tawakkul karoon ya chhod kar tawakkul karoon?</w:t>
      </w:r>
      <w:r>
        <w:br/>
      </w:r>
      <w:r>
        <w:rPr>
          <w:sz w:val="20"/>
        </w:rPr>
        <w:t>1:02:27  Aap ne farmaya ke "iqlaaf tawakkal". Isko pehle baandho phir tawakkal karo. To tawakkal ka matlab yeh jo liya liya gaya hai, bas Allah par daalna, yeh tawakkal nahi hai.</w:t>
      </w:r>
      <w:r>
        <w:br/>
      </w:r>
      <w:r>
        <w:rPr>
          <w:sz w:val="20"/>
        </w:rPr>
        <w:t>1:02:39  Yeh to yeh to be danisti ki baat hai, iska Islam se koi ta'alluq nahi hai.</w:t>
      </w:r>
      <w:r>
        <w:br/>
      </w:r>
      <w:r>
        <w:rPr>
          <w:sz w:val="20"/>
        </w:rPr>
        <w:t>1:02:45  Dekhein tawakkal ka matlab kya hai, main jo samjhaun woh yeh hai ke jitni aap ke bas mein hai, aap apni aqal ko istemal karein, apni soch ko istemal karein, apni resources ko istemal karein, aur bahut hi realistic way mein planning karein aap.</w:t>
      </w:r>
      <w:r>
        <w:br/>
      </w:r>
      <w:r>
        <w:rPr>
          <w:sz w:val="20"/>
        </w:rPr>
        <w:t>1:03:02  Lekin dekhein insaan ki limitations hoti hain, kahin na kahin insaan ki had aa jati hai.</w:t>
      </w:r>
      <w:r>
        <w:br/>
      </w:r>
      <w:r>
        <w:rPr>
          <w:sz w:val="20"/>
        </w:rPr>
        <w:t>1:03:09  To agar aap ne apne aap ko poori tarah exert kiya hai to jo aap ki kami hai woh Allah poori kar dega. Tawakkul ka matlab yeh hai "man yatawakkal 'alallahi fa hasbuhu".</w:t>
      </w:r>
      <w:r>
        <w:br/>
      </w:r>
      <w:r>
        <w:rPr>
          <w:sz w:val="20"/>
        </w:rPr>
        <w:t>1:03:21  Matlab apna sab kuch kar ke aap yeh kahein: Khuda yahan to meri had aa gayi, ab aage to meri madad farma.</w:t>
      </w:r>
      <w:r>
        <w:br/>
      </w:r>
      <w:r>
        <w:rPr>
          <w:sz w:val="20"/>
        </w:rPr>
        <w:t>1:03:29  to wahan par aap ki madad hogi. yeh matlab hai tawakkul ka. yaani aap yun kahein ke 50% aap ka hissa hai, jab hissa aap ada karte hain to baqiya 50% Allah ki taraf poora kar diya jata hai.</w:t>
      </w:r>
      <w:r>
        <w:br/>
      </w:r>
      <w:r>
        <w:rPr>
          <w:sz w:val="20"/>
        </w:rPr>
        <w:t>1:03:46  jaise ek aayat hai ke "ilahi yas'adul kalim-ut-tayyib wal-'amal-us-salih 'arfuhu" .</w:t>
      </w:r>
      <w:r>
        <w:br/>
      </w:r>
      <w:r>
        <w:rPr>
          <w:sz w:val="20"/>
        </w:rPr>
        <w:t>1:03:54  "ilahi yas'adul kalim-ut-tayyib wal-'amal-us-salih 'arf</w:t>
      </w:r>
      <w:r>
        <w:br/>
      </w:r>
      <w:r>
        <w:rPr>
          <w:sz w:val="20"/>
        </w:rPr>
        <w:t>1:03:58  uhu" . yaani ek hai kalima tayyib, ek hai amal salih. to kalima tayyib aap ko pesh karna hai. yaani kalima ke ma'ni la ilaha nahi yahan par hai, koi bhi positive baat.</w:t>
      </w:r>
      <w:r>
        <w:br/>
      </w:r>
      <w:r>
        <w:rPr>
          <w:sz w:val="20"/>
        </w:rPr>
        <w:t>1:04:10  to aap positive baat jo aap ke paas hai, koi positive planning, koi positive maqsad, koi positive target, jaiz qism ka, us mein bharpoor tor par aap ke paas jo kuch ho woh laga dein aap.</w:t>
      </w:r>
      <w:r>
        <w:br/>
      </w:r>
      <w:r>
        <w:rPr>
          <w:sz w:val="20"/>
        </w:rPr>
        <w:t>1:04:24  to is ke baad baqiya jo hai Allah ki taraf poora kiya</w:t>
      </w:r>
      <w:r>
        <w:br/>
      </w:r>
      <w:r>
        <w:rPr>
          <w:sz w:val="20"/>
        </w:rPr>
        <w:t>1:04:27  jayega. yeh matlab hai yaani "man yatawakkal 'alal-lahi fa-hasbuhu" . woh hadith mein khud is ka jawab hai ke aap ne farmaya ke oont ko bandho par toakkal karo.</w:t>
      </w:r>
      <w:r>
        <w:br/>
      </w:r>
      <w:r>
        <w:rPr>
          <w:sz w:val="20"/>
        </w:rPr>
        <w:t>1:04:39  yeh nahi ke chhod do phir toakkal, yaani Allah par toakkal karte hue chhod do us ko. yeh yeh nahi farmaya aap ne. to hadith ka yeh jo hadith hai bohat wazeh tor par batati hai ke ke toakkal ka concept Islam mein kya hai.</w:t>
      </w:r>
    </w:p>
    <w:p>
      <w:pPr>
        <w:pStyle w:val="Heading2"/>
      </w:pPr>
      <w:r>
        <w:t>Careful planning and result-oriented life</w:t>
      </w:r>
    </w:p>
    <w:p>
      <w:r>
        <w:rPr>
          <w:color w:val="666666"/>
          <w:sz w:val="18"/>
        </w:rPr>
        <w:t>Teachings of the Prophet (Prophetic Wisdom) · 2m 33s · at 11:20 · https://youtu.be/QLDybbFl7JM?t=680</w:t>
      </w:r>
    </w:p>
    <w:p>
      <w:r>
        <w:rPr>
          <w:i/>
        </w:rPr>
        <w:t>“To ye wuzu ke reference mein ek universal baat kahi gayi hai”</w:t>
      </w:r>
    </w:p>
    <w:p>
      <w:r>
        <w:rPr>
          <w:sz w:val="20"/>
        </w:rPr>
        <w:t>11:20  to yeh wuzu ke reference mein ek universal baat kahi gayi hai. poori zindagi ko hum kaise, poori zindagi ki planning se is ka taluq hai. bohat hi conscious planning honi chahiye zindagi ki. is mein yeh bhi shamil hai ke aap ek aisa step lein jis ka koi result na nikalne wala ho, is mein paisa kharch karein, is mein time kharch karein, to woh bhi aap shi</w:t>
      </w:r>
      <w:r>
        <w:br/>
      </w:r>
      <w:r>
        <w:rPr>
          <w:sz w:val="20"/>
        </w:rPr>
        <w:t>11:50  tan ke bhai banna hai.</w:t>
      </w:r>
      <w:r>
        <w:br/>
      </w:r>
      <w:r>
        <w:rPr>
          <w:sz w:val="20"/>
        </w:rPr>
        <w:t>11:56  yani khuda ne aap ko jo time diya hai, jo paisa diya hai, us ko aik aisay iqdam</w:t>
      </w:r>
      <w:r>
        <w:br/>
      </w:r>
      <w:r>
        <w:rPr>
          <w:sz w:val="20"/>
        </w:rPr>
        <w:t>12:02  ke liye, aik aisay action ke liye kharch karein jo kuch bhi nahi, natija nahi, koi natija na</w:t>
      </w:r>
      <w:r>
        <w:br/>
      </w:r>
      <w:r>
        <w:rPr>
          <w:sz w:val="20"/>
        </w:rPr>
        <w:t>12:08  nikle is ka, to aap ne israf kiya.</w:t>
      </w:r>
      <w:r>
        <w:br/>
      </w:r>
      <w:r>
        <w:rPr>
          <w:sz w:val="20"/>
        </w:rPr>
        <w:t>12:14  to chahe aap pass bohat ziyada time ho, tab bhi</w:t>
      </w:r>
      <w:r>
        <w:br/>
      </w:r>
      <w:r>
        <w:rPr>
          <w:sz w:val="20"/>
        </w:rPr>
        <w:t>12:20  aap ko careful rehna hai time ke istemal mein.</w:t>
      </w:r>
      <w:r>
        <w:br/>
      </w:r>
      <w:r>
        <w:rPr>
          <w:sz w:val="20"/>
        </w:rPr>
        <w:t>12:26  bohat ziyada paisa ho, tab bhi aap ko carelessly is ko kharch nahi karna hai.</w:t>
      </w:r>
      <w:r>
        <w:br/>
      </w:r>
      <w:r>
        <w:rPr>
          <w:sz w:val="20"/>
        </w:rPr>
        <w:t>12:33  bohat ziyada aap saathi hon, bohat ziyada aap pass resources hon, kuch bhi ho, lekin israf se hamesha bachna hai.</w:t>
      </w:r>
      <w:r>
        <w:br/>
      </w:r>
      <w:r>
        <w:rPr>
          <w:sz w:val="20"/>
        </w:rPr>
        <w:t>12:39  to yahan par aap ne wuzu ke reference mein poori zindagi ke bare mein aik baat kahi.</w:t>
      </w:r>
      <w:r>
        <w:br/>
      </w:r>
      <w:r>
        <w:rPr>
          <w:sz w:val="20"/>
        </w:rPr>
        <w:t>12:45  to muslim woh hai,</w:t>
      </w:r>
      <w:r>
        <w:br/>
      </w:r>
      <w:r>
        <w:rPr>
          <w:sz w:val="20"/>
        </w:rPr>
        <w:t>12:51  ya true believer woh hai, jo poori zindagi ko, yani disciplined way mein kharch kare.</w:t>
      </w:r>
      <w:r>
        <w:br/>
      </w:r>
      <w:r>
        <w:rPr>
          <w:sz w:val="20"/>
        </w:rPr>
        <w:t>12:58  cautious ban jaye.</w:t>
      </w:r>
      <w:r>
        <w:br/>
      </w:r>
      <w:r>
        <w:rPr>
          <w:sz w:val="20"/>
        </w:rPr>
        <w:t>13:04  ehtiyat ke sath har kaam kare.</w:t>
      </w:r>
      <w:r>
        <w:br/>
      </w:r>
      <w:r>
        <w:rPr>
          <w:sz w:val="20"/>
        </w:rPr>
        <w:t>13:10  apne shaoor ko har waqt bedar rakhe.</w:t>
      </w:r>
      <w:r>
        <w:br/>
      </w:r>
      <w:r>
        <w:rPr>
          <w:sz w:val="20"/>
        </w:rPr>
        <w:t>13:17  aik lafz mein aap yeh keh sakte hain ke is ki har cheez result oriented ho.</w:t>
      </w:r>
      <w:r>
        <w:br/>
      </w:r>
      <w:r>
        <w:rPr>
          <w:sz w:val="20"/>
        </w:rPr>
        <w:t>13:23  be natija kaam woh koi na kare.</w:t>
      </w:r>
      <w:r>
        <w:br/>
      </w:r>
      <w:r>
        <w:rPr>
          <w:sz w:val="20"/>
        </w:rPr>
        <w:t>13:28  yeh hai aik bohat hi basic principle Islam ka.</w:t>
      </w:r>
      <w:r>
        <w:br/>
      </w:r>
      <w:r>
        <w:rPr>
          <w:sz w:val="20"/>
        </w:rPr>
        <w:t>13:33  to rasool Allah ne is principle ko wuzu ke reference mein clear kiya.</w:t>
      </w:r>
      <w:r>
        <w:br/>
      </w:r>
      <w:r>
        <w:rPr>
          <w:sz w:val="20"/>
        </w:rPr>
        <w:t>13:38  kyun ke jab aadmi wuzu kar raha tha to is ka dhiyan tayyar tha bilkul wuzu ke reference se</w:t>
      </w:r>
      <w:r>
        <w:br/>
      </w:r>
      <w:r>
        <w:rPr>
          <w:sz w:val="20"/>
        </w:rPr>
        <w:t>13:43  baat sunne ke liye.</w:t>
      </w:r>
      <w:r>
        <w:br/>
      </w:r>
      <w:r>
        <w:rPr>
          <w:sz w:val="20"/>
        </w:rPr>
        <w:t>13:48  agar aap absolute tor par kehte to is ka mind address na hota. is</w:t>
      </w:r>
    </w:p>
    <w:p>
      <w:pPr>
        <w:pStyle w:val="Heading2"/>
      </w:pPr>
      <w:r>
        <w:t>Central theme of Islam is positive thinking</w:t>
      </w:r>
    </w:p>
    <w:p>
      <w:r>
        <w:rPr>
          <w:color w:val="666666"/>
          <w:sz w:val="18"/>
        </w:rPr>
        <w:t>Islamic Way of Thinking | August 28, 2007 · 1m 33s · at 0:42 · https://youtu.be/yzexTN68BLI?t=42</w:t>
      </w:r>
    </w:p>
    <w:p>
      <w:r>
        <w:rPr>
          <w:i/>
        </w:rPr>
        <w:t>“Da religion of Islam is basically based on thinking”</w:t>
      </w:r>
    </w:p>
    <w:p>
      <w:r>
        <w:rPr>
          <w:sz w:val="20"/>
        </w:rPr>
        <w:t>0:42  The religion of Islam is basically based on thinking. International word you say niyat, ikhlas, that is thinking. So Islam is not a set of rituals, Islam is not simply of form, Islam is a way of thinking</w:t>
      </w:r>
      <w:r>
        <w:br/>
      </w:r>
      <w:r>
        <w:rPr>
          <w:sz w:val="20"/>
        </w:rPr>
        <w:t>1:12  .</w:t>
      </w:r>
      <w:r>
        <w:br/>
      </w:r>
      <w:r>
        <w:rPr>
          <w:sz w:val="20"/>
        </w:rPr>
        <w:t>1:19  All the teachings of Islam are based on thinking.</w:t>
      </w:r>
      <w:r>
        <w:br/>
      </w:r>
      <w:r>
        <w:rPr>
          <w:sz w:val="20"/>
        </w:rPr>
        <w:t>1:25  This is the central theme of Islam.</w:t>
      </w:r>
      <w:r>
        <w:br/>
      </w:r>
      <w:r>
        <w:rPr>
          <w:sz w:val="20"/>
        </w:rPr>
        <w:t>1:31  Now what is the Islamic thinking? In a single word I can say, in a single word I</w:t>
      </w:r>
      <w:r>
        <w:br/>
      </w:r>
      <w:r>
        <w:rPr>
          <w:sz w:val="20"/>
        </w:rPr>
        <w:t>1:38  would like to say that</w:t>
      </w:r>
      <w:r>
        <w:br/>
      </w:r>
      <w:r>
        <w:rPr>
          <w:sz w:val="20"/>
        </w:rPr>
        <w:t>1:44  Islamic thinking is positive thinking.</w:t>
      </w:r>
      <w:r>
        <w:br/>
      </w:r>
      <w:r>
        <w:rPr>
          <w:sz w:val="20"/>
        </w:rPr>
        <w:t>1:52  Islamic thinking is a positive thinking.</w:t>
      </w:r>
      <w:r>
        <w:br/>
      </w:r>
      <w:r>
        <w:rPr>
          <w:sz w:val="20"/>
        </w:rPr>
        <w:t>2:00  Positive thinking is the central idea in Islam.</w:t>
      </w:r>
      <w:r>
        <w:br/>
      </w:r>
      <w:r>
        <w:rPr>
          <w:sz w:val="20"/>
        </w:rPr>
        <w:t>2:08  If you start reading the Quran, you will find the first verse of the Quran is Alhamdu Lillah-e Rabb-il-'alamin.</w:t>
      </w:r>
    </w:p>
    <w:p>
      <w:pPr>
        <w:pStyle w:val="Heading2"/>
      </w:pPr>
      <w:r>
        <w:t>No excuse for repeating the same costly mistake</w:t>
      </w:r>
    </w:p>
    <w:p>
      <w:r>
        <w:rPr>
          <w:color w:val="666666"/>
          <w:sz w:val="18"/>
        </w:rPr>
        <w:t>The Importance of Wisdom November 4, 2012 · 1m 20s · at 56:58 · https://youtu.be/7e6FvqRSHic?t=3418</w:t>
      </w:r>
    </w:p>
    <w:p>
      <w:r>
        <w:rPr>
          <w:i/>
        </w:rPr>
        <w:t>“المومن لا یلدغ من جحر مرتین، مومن دو بار نہیں ڈسا جاتا۔”</w:t>
      </w:r>
    </w:p>
    <w:p>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r>
        <w:br/>
      </w:r>
      <w:r>
        <w:rPr>
          <w:sz w:val="20"/>
        </w:rPr>
        <w:t>57:51  ab bar bar jab masla paida hua aur bar bar is ka result samne aaya tab koi excuse nahi hai</w:t>
      </w:r>
      <w:r>
        <w:br/>
      </w:r>
      <w:r>
        <w:rPr>
          <w:sz w:val="20"/>
        </w:rPr>
        <w:t>58:01  maulana agla sawal tamil nadu se hai maulana farhad salfi umri sahib ka unhone likha hai maulana musalmanon ka fi waqt khamosh rehna kya ise sabr kaha ja sakta hai yeh sabr nahi hai</w:t>
      </w:r>
    </w:p>
    <w:p>
      <w:pPr>
        <w:pStyle w:val="Heading2"/>
      </w:pPr>
      <w:r>
        <w:t>Umar's foresight in prayer location</w:t>
      </w:r>
    </w:p>
    <w:p>
      <w:r>
        <w:rPr>
          <w:color w:val="666666"/>
          <w:sz w:val="18"/>
        </w:rPr>
        <w:t>Importance of Focused Thinking March 7, 2010 Maulana Wahiduddin Khan · 2m 55s · at 36:38 · https://youtu.be/eD4bs3E5WHE?t=2198</w:t>
      </w:r>
    </w:p>
    <w:p>
      <w:r>
        <w:rPr>
          <w:i/>
        </w:rPr>
        <w:t>“To Asr ka waqt aa gaya.”</w:t>
      </w:r>
    </w:p>
    <w:p>
      <w:r>
        <w:rPr>
          <w:sz w:val="20"/>
        </w:rPr>
        <w:t>36:38  to asar ka waqt aa gaya. hazrat umar ne kaha ke mein namaz parhna chahta hoon.</w:t>
      </w:r>
      <w:r>
        <w:br/>
      </w:r>
      <w:r>
        <w:rPr>
          <w:sz w:val="20"/>
        </w:rPr>
        <w:t>36:48  to jo woh tha, jo bada father tha, padri, us ne kaha yahin padh lijiyey, aap church ke andar padh lijiyey.</w:t>
      </w:r>
      <w:r>
        <w:br/>
      </w:r>
      <w:r>
        <w:rPr>
          <w:sz w:val="20"/>
        </w:rPr>
        <w:t>37:02  to unhon ne kaha ke nahi, mein yahan nahi parhoon ga.</w:t>
      </w:r>
      <w:r>
        <w:br/>
      </w:r>
      <w:r>
        <w:rPr>
          <w:sz w:val="20"/>
        </w:rPr>
        <w:t>37:08  unhon ne jo kaha angrezon ko kehte hain stones throw, yani ek pathar aap lein, zor se phenkein, jitni door jayega, us ko kehte hain stones throw.</w:t>
      </w:r>
      <w:r>
        <w:br/>
      </w:r>
      <w:r>
        <w:rPr>
          <w:sz w:val="20"/>
        </w:rPr>
        <w:t>37:18  itni dori par ja kar mein namaz parhoon ga. kyun? unhon ne wajah batai. yani dekhiye, woh jo aadmi apne aap ko is se hatata hai, deviation yani distraction se hatata hai aur focus kar ke sochna ki salahiyat us ke andar aa jati hai, to uska mind itna develop ho jata hai, itna develop ke baton ko woh bohat door tak soch sakta hai,</w:t>
      </w:r>
      <w:r>
        <w:br/>
      </w:r>
      <w:r>
        <w:rPr>
          <w:sz w:val="20"/>
        </w:rPr>
        <w:t>37:46  bohat door tak. to unhon ne kaha ke agar mein yahan namaz parh loon church of resurrection ke andar to kya hoga?</w:t>
      </w:r>
      <w:r>
        <w:br/>
      </w:r>
      <w:r>
        <w:rPr>
          <w:sz w:val="20"/>
        </w:rPr>
        <w:t>37:55  mere baad jo musalman aayenge, woh kahenge ke haan hum ne salallahu alaihi wasallam umar, yahan hamare khalifa ne namaz padhi hai, yani is church ke andar hamare khalifa ne namaz padhi hai, to hum yahan masjid banayenge.</w:t>
      </w:r>
      <w:r>
        <w:br/>
      </w:r>
      <w:r>
        <w:rPr>
          <w:sz w:val="20"/>
        </w:rPr>
        <w:t>38:13  ab bhai, zahir hai ek jhagda hoga, church ke andar masjid, jhagda hoga.</w:t>
      </w:r>
      <w:r>
        <w:br/>
      </w:r>
      <w:r>
        <w:rPr>
          <w:sz w:val="20"/>
        </w:rPr>
        <w:t>38:21  to is liye mein door namaz parhoon ga aur mein teen bar gaya hoon falasteen, mein ne dekha hai ke waqatan yahi hua. baad ko</w:t>
      </w:r>
      <w:r>
        <w:br/>
      </w:r>
      <w:r>
        <w:rPr>
          <w:sz w:val="20"/>
        </w:rPr>
        <w:t>38:33  jo hai ghaleban bani umaya ke zamane mein theek yahi waqia hua ke wahan par musalman gaye to jab unhein pata chala ke yahan namaz padhi thi hazrat umar ne, to jahan namaz padhi thi wahin masjid banai unhon ne.</w:t>
      </w:r>
      <w:r>
        <w:br/>
      </w:r>
      <w:r>
        <w:rPr>
          <w:sz w:val="20"/>
        </w:rPr>
        <w:t>38:51  is ka naam hai masjid umar, mein ne wahan namaz padhi hai is masjid umar mein. woh hai is se bahar, church se bahar.</w:t>
      </w:r>
      <w:r>
        <w:br/>
      </w:r>
      <w:r>
        <w:rPr>
          <w:sz w:val="20"/>
        </w:rPr>
        <w:t>39:03  to church ke andar agar banti, woh church ke andar agar woh namaz padhte, wohin par masjid banate musalman, to aap sochiye kitna jhagda hota.</w:t>
      </w:r>
      <w:r>
        <w:br/>
      </w:r>
      <w:r>
        <w:rPr>
          <w:sz w:val="20"/>
        </w:rPr>
        <w:t>39:16  yani musalmanon mein christian mein kitni ladai hoti.</w:t>
      </w:r>
      <w:r>
        <w:br/>
      </w:r>
      <w:r>
        <w:rPr>
          <w:sz w:val="20"/>
        </w:rPr>
        <w:t>39:23  to woh bahar door ja kar, bada door ja kar namaz masjid bani to koi jhagda nahi, kuch bhi nahi.</w:t>
      </w:r>
    </w:p>
    <w:p>
      <w:pPr>
        <w:pStyle w:val="Heading2"/>
      </w:pPr>
      <w:r>
        <w:t>every problem is temporary: the hadith on awaiting relief</w:t>
      </w:r>
    </w:p>
    <w:p>
      <w:r>
        <w:rPr>
          <w:color w:val="666666"/>
          <w:sz w:val="18"/>
        </w:rPr>
        <w:t>Wisdom September 20, 2015 · 2m 05s · at 32:09 · https://youtu.be/Xgk_3YvTkSQ?t=1929</w:t>
      </w:r>
    </w:p>
    <w:p>
      <w:r>
        <w:rPr>
          <w:i/>
        </w:rPr>
        <w:t>“مجھے ایک حدیث یاد آئی: عبدالعبادت انتظار الفرج”</w:t>
      </w:r>
    </w:p>
    <w:p>
      <w:r>
        <w:rPr>
          <w:sz w:val="20"/>
        </w:rPr>
        <w:t>32:09  to mujhe ek hadis yaad aayi. to achaanak main bilkul thanda ho gaya. woh hadis yeh thi ke "abd al-ibadat intizar al-faraj".</w:t>
      </w:r>
      <w:r>
        <w:br/>
      </w:r>
      <w:r>
        <w:rPr>
          <w:sz w:val="20"/>
        </w:rPr>
        <w:t>32:25  "abd al-ibadat intizar al-faraj" yeh bhi ibadat hai ke insaan kushadgi ka intizar kare. yaani aaj aap ko ek problem pesh aaya hai, ek problem jo aap ko sata raha hai,</w:t>
      </w:r>
      <w:r>
        <w:br/>
      </w:r>
      <w:r>
        <w:rPr>
          <w:sz w:val="20"/>
        </w:rPr>
        <w:t>32:40  ek problem jo aap ko lagta hai ke yeh museebat hai. lekin yeh hadis batati hai ke har problem waqti hota hai.</w:t>
      </w:r>
      <w:r>
        <w:br/>
      </w:r>
      <w:r>
        <w:rPr>
          <w:sz w:val="20"/>
        </w:rPr>
        <w:t>32:54  yeh jo jo zindagi ka jo course hai, jo Allah ne chala rakha hai duniya mein, is mein hamesha halaat badalte rehte hain, hamesha badalte rehte hain halaat.</w:t>
      </w:r>
      <w:r>
        <w:br/>
      </w:r>
      <w:r>
        <w:rPr>
          <w:sz w:val="20"/>
        </w:rPr>
        <w:t>33:08  to is hadis mein yeh bataya gaya hai ke agar tum koi problem pesh aaye to negative mat ban jao, intizar karo, intizar karo, kyunke agle agle halaat jo hain, tumhare favor mein ho jayen</w:t>
      </w:r>
      <w:r>
        <w:br/>
      </w:r>
      <w:r>
        <w:rPr>
          <w:sz w:val="20"/>
        </w:rPr>
        <w:t>33:23  ge. yaani present mein agar tum ko pareshani ho rahi hai to future mein pareshani khatam ho jayegi. "abd al-ibadat intizar al-faraj" hai.</w:t>
      </w:r>
      <w:r>
        <w:br/>
      </w:r>
      <w:r>
        <w:rPr>
          <w:sz w:val="20"/>
        </w:rPr>
        <w:t>33:33  to main ne socha ke kitni bari hikmat is ke andar hai. aap ko tension se bachati hai, aap ko stress se bachati hai, aap ko ghussa se bachati hai.</w:t>
      </w:r>
      <w:r>
        <w:br/>
      </w:r>
      <w:r>
        <w:rPr>
          <w:sz w:val="20"/>
        </w:rPr>
        <w:t>33:46  jab bhi aadmi ko ghussa hota hai ya tension hota hai, kisi waqti haalat ki wajah se hota hai, waqti haalat.</w:t>
      </w:r>
      <w:r>
        <w:br/>
      </w:r>
      <w:r>
        <w:rPr>
          <w:sz w:val="20"/>
        </w:rPr>
        <w:t>33:54  to yeh hadith bata rahi hai ke waqti haalat ko le kar ke yeh na bas samjho, yeh na samjho ke yeh hamesha rahega, yeh badlega. Jo badlega, jaise raat hamesha nahi rehti,</w:t>
      </w:r>
      <w:r>
        <w:br/>
      </w:r>
      <w:r>
        <w:rPr>
          <w:sz w:val="20"/>
        </w:rPr>
        <w:t>34:09  jo din aata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