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300 clips · theme worship · full transcripts with timestamps · exported 2026-09-22</w:t>
      </w:r>
    </w:p>
    <w:p>
      <w:pPr>
        <w:pStyle w:val="Heading2"/>
      </w:pPr>
      <w:r>
        <w:t>Prioritize necessary tasks, be result-oriented</w:t>
      </w:r>
    </w:p>
    <w:p>
      <w:r>
        <w:rPr>
          <w:color w:val="666666"/>
          <w:sz w:val="18"/>
        </w:rPr>
        <w:t>CPS Women Monthly Q and A with Prof. Farida Khanam and Maulana Farhad Ahmed Umeri August 28, 2023 · 2m 29s · at 9:32 · https://youtu.be/gxAPgrrKfw0?t=572</w:t>
      </w:r>
    </w:p>
    <w:p>
      <w:r>
        <w:rPr>
          <w:i/>
        </w:rPr>
        <w:t>“Zaroori aur ghair zaroori mein farq karo”</w:t>
      </w:r>
    </w:p>
    <w:p>
      <w:r>
        <w:rPr>
          <w:sz w:val="20"/>
        </w:rPr>
        <w:t>9:32  ab koi bimar hai aur hum hi uski dekhbhal karni hai, koi doosra dekhbhal karne ke liye nahi hai to wah humein karna padega. usko doctor ke yahan le jana hai wah humein karna padega. lekin ab kai log kya karte hain ki unko ghoomne phirne jana hai. abhi abhi kisi ne bataya ki uske poore maa aur falan falan falan sab delhi ghoomne aa rahe hain.</w:t>
      </w:r>
      <w:r>
        <w:br/>
      </w:r>
      <w:r>
        <w:rPr>
          <w:sz w:val="20"/>
        </w:rPr>
        <w:t>9:56  ab agar hum kahein ki bhai delhi jab ghoomne aa rahe hain to tum uske saath raho, usko ghumao to yeh waste of time hai. to jab aapko yeh farq karna padega ki kya zaroori hai? kya ghair zaroori hai? jitna bhi aapke paas time ho utna time aapko khuda ke kaam mein lagana hai sirf zaroori kaam ke liye aap apne time ko wahan istemal kar sakte hain. to yeh log farq nahi karte log riwaj par chalte hain ki kya riwaj hai?</w:t>
      </w:r>
      <w:r>
        <w:br/>
      </w:r>
      <w:r>
        <w:rPr>
          <w:sz w:val="20"/>
        </w:rPr>
        <w:t>10:26  matlab hai ki ab riwaj hai ki kuch log ke bahut sare khane ghar mein pakte hain, bahut sare khane ki kya zaroorat hai? to yeh agar hamari isi par hai ki hamari thinking sahi hona chahiye. hamari thinking mein focus hona chahiye khuda ka kaam. to hum ek khane par bhi hum etekafa kar sakte hain. ek khana bhi hamare liye hamari health ke liye kafi ho sakta hai.</w:t>
      </w:r>
      <w:r>
        <w:br/>
      </w:r>
      <w:r>
        <w:rPr>
          <w:sz w:val="20"/>
        </w:rPr>
        <w:t>10:52  to is tarah ki cheezein hamein khud samajhna hoga kya zaroori hai aur kya ghair zaroori hai? to ghair zaroori cheezon se hamein bachna chahiye. to yahi hai bas yeh hai ki khud hi sochna padega. management khud hi karna padega. kya hamein karna chahiye? kya nahi karna chahiye?</w:t>
      </w:r>
      <w:r>
        <w:br/>
      </w:r>
      <w:r>
        <w:rPr>
          <w:sz w:val="20"/>
        </w:rPr>
        <w:t>11:14  misal ke taur par maurana sahab mujhe kehte the tum health ke liye park jao, walk karo, kabhi mana nahi karte the aur doctor ke yahan jaane ko mana nahi karte the. lekin agar hum ghoomne phillne jayein to wah mana karte the. to yeh farq karna padega ki kya zaroori hai, kya ghar zaroori hai? ji ab samajh gayi. yeh jakar.</w:t>
      </w:r>
      <w:r>
        <w:br/>
      </w:r>
      <w:r>
        <w:rPr>
          <w:sz w:val="20"/>
        </w:rPr>
        <w:t>11:41  result dekhkar kaam karna hai, result dekhkar. ji. aur anufraad keh rahe hain ki result oriented hamara kaam hona chahiye. ji ji. to wah bhi result oriented hai ki iska khuda ke yahan kya aazar milega? yeh result bhi hamein dekhna hai.</w:t>
      </w:r>
      <w:r>
        <w:br/>
      </w:r>
      <w:r>
        <w:rPr>
          <w:sz w:val="20"/>
        </w:rPr>
        <w:t>12:01  agar koi kaam aisa hai jisse hamein hamare naye kaam maal jayein, wah wah hamare kam ho jayenge khuda ke yahan to usse hamein bachna hai. ek aur point jo yahan par add karna wah yeh hai ki dekhiye allahir sulasilsalam kabhi safar mein jate to uski wajah se namazon ko jama karte the. halanki namaz apne time par padna hai aur safar par jana koi zaroori nahi ki din ke liye hi hota tha.</w:t>
      </w:r>
    </w:p>
    <w:p>
      <w:pPr>
        <w:pStyle w:val="Heading2"/>
      </w:pPr>
      <w:r>
        <w:t>The first revelation and Khadija's comforting words</w:t>
      </w:r>
    </w:p>
    <w:p>
      <w:r>
        <w:rPr>
          <w:color w:val="666666"/>
          <w:sz w:val="18"/>
        </w:rPr>
        <w:t>The Spirit of Namaz February 13, 2022 Dr. Saniyasnain Khan · 2m 42s · at 36:51 · https://youtu.be/Mh4K7ZR4RbE?t=2211</w:t>
      </w:r>
    </w:p>
    <w:p>
      <w:r>
        <w:rPr>
          <w:i/>
        </w:rPr>
        <w:t>“When revelation first came, Prophet was asleep in the cave”</w:t>
      </w:r>
    </w:p>
    <w:p>
      <w:r>
        <w:rPr>
          <w:sz w:val="20"/>
        </w:rPr>
        <w:t>36:51  toh isko bhi, iske baare mein bhi aap hum sabko bataiye. prophet mohammed ne pehli baar namaz farishte ke saath padhi yaani jibreel ke saath. toh yeh jo tareeka hum namaz ka padhte hain woh farishte ka bataya hua hai. toh phir jab ghar aaye toh hazrat khadija ke saath namaz padhi. hazrat khadija ka bahut hi bada role hai prophet ki life mein.</w:t>
      </w:r>
      <w:r>
        <w:br/>
      </w:r>
      <w:r>
        <w:rPr>
          <w:sz w:val="20"/>
        </w:rPr>
        <w:t>37:20  jab pehli baar wahi aayi aur prophet cave mein the aur so rahe the cave mein toh farishta jibreel human form mein aaye aur uthaya unko. toh jab aankh khuli toh farishta jibreel ne kaha ke iqra ya mohammed, padho aye mohammed. toh prophet neend mein hi the taqreeban bole ke ma ana beqariin ke main padh nahi sakta.</w:t>
      </w:r>
      <w:r>
        <w:br/>
      </w:r>
      <w:r>
        <w:rPr>
          <w:sz w:val="20"/>
        </w:rPr>
        <w:t>37:50  toh kai baar kaha jibreel ne toh wahi jawab diya toh phir prophet ko gale se lagaya aur phir prophet bolne lage aur jo pehli verses thi woh revelation diya. toh woh jo tazurba tha wahi ka pehli baar woh bahut hi prophet ke liye bahut takleef de hua. woh aisa lagta tha ke unki jaani nikal jaayegi.</w:t>
      </w:r>
      <w:r>
        <w:br/>
      </w:r>
      <w:r>
        <w:rPr>
          <w:sz w:val="20"/>
        </w:rPr>
        <w:t>38:18  kyunke baad mein prophet ne bataya ke jab wahi aati thi yaani revelation aur jaake hazrat khadija ko bataya saara waqia.</w:t>
      </w:r>
      <w:r>
        <w:br/>
      </w:r>
      <w:r>
        <w:rPr>
          <w:sz w:val="20"/>
        </w:rPr>
        <w:t>38:40  toh jab hazrat khadija ne dekha ke yeh is waqt kaanp rahe hain aur bahut hi pareshan lag rahe hain aur unhone kaha ke inni khashiyat wala nafsi. mujhe lagta hai meri jaani nikal jaayegi. toh is us waqt hazrat khadija ne bade achhe alfaaz bole. toh usse kuch salis hua. hazrat khadija ne kaha ke antatukri muddeyyin ke aap jo aapke yahan mehmaan aata hai uski mehmaan nawazi karte hain.</w:t>
      </w:r>
      <w:r>
        <w:br/>
      </w:r>
      <w:r>
        <w:rPr>
          <w:sz w:val="20"/>
        </w:rPr>
        <w:t>39:10  watta hummul kal aap gareebon ka bhoj uthate hain yaani unki madad karte hain aur aap hamesha sachchai ke saath dete hain. toh aise bade achhe alfaaz kuch bole, toh rasool ullah sallam ko thoda sa itmeenaan hua.</w:t>
      </w:r>
      <w:r>
        <w:br/>
      </w:r>
      <w:r>
        <w:rPr>
          <w:sz w:val="20"/>
        </w:rPr>
        <w:t>39:33  unko baatein samajh mein aane lagi aur unhone samajh mein aaya ke khuda ne mujhe paak amar banaya hai aur apni apna kalam mere upar utara hai. toh is tarike se hazrat khadija namaz padhne lagi. toh prophet mohammed aur hazrat khadija ek saath namaz padhte the. toh yaani ek zamana tha is quriyarz par, is duniya par, duniya mein ke sirf do log namaz padhte the.</w:t>
      </w:r>
    </w:p>
    <w:p>
      <w:pPr>
        <w:pStyle w:val="Heading2"/>
      </w:pPr>
      <w:r>
        <w:t>Propose to give up one complaint in Ramadan</w:t>
      </w:r>
    </w:p>
    <w:p>
      <w:r>
        <w:rPr>
          <w:color w:val="666666"/>
          <w:sz w:val="18"/>
        </w:rPr>
        <w:t>Bury Your Complaints This Ramazan April 26, 2020 Maulana Wahiduddin Khan · 2m 33s · at 0:14 · https://youtu.be/t2vt4rkgd_8?t=14</w:t>
      </w:r>
    </w:p>
    <w:p>
      <w:r>
        <w:rPr>
          <w:i/>
        </w:rPr>
        <w:t>“Bismillah, aaj mein soch raha tha”</w:t>
      </w:r>
    </w:p>
    <w:p>
      <w:r>
        <w:rPr>
          <w:sz w:val="20"/>
        </w:rPr>
        <w:t>0:14  bismillah rahman al-rahim. aaj main soch raha tha ke agar mujhe logon se yeh kehna ho ke ramzan mein aap yeh ahad kijiye ke kam az kam ek</w:t>
      </w:r>
      <w:r>
        <w:br/>
      </w:r>
      <w:r>
        <w:rPr>
          <w:sz w:val="20"/>
        </w:rPr>
        <w:t>0:37  apni ek ghalti ko chhod denge, to woh kya hogi?</w:t>
      </w:r>
      <w:r>
        <w:br/>
      </w:r>
      <w:r>
        <w:rPr>
          <w:sz w:val="20"/>
        </w:rPr>
        <w:t>0:47  to woh aasan bhi honi chahiye.</w:t>
      </w:r>
      <w:r>
        <w:br/>
      </w:r>
      <w:r>
        <w:rPr>
          <w:sz w:val="20"/>
        </w:rPr>
        <w:t>0:54  to mujhe yaad aaya</w:t>
      </w:r>
      <w:r>
        <w:br/>
      </w:r>
      <w:r>
        <w:rPr>
          <w:sz w:val="20"/>
        </w:rPr>
        <w:t>0:58  budha shah ka ek qaul. budha shah ne kaha hai ke har aadmi ke paas ek</w:t>
      </w:r>
      <w:r>
        <w:br/>
      </w:r>
      <w:r>
        <w:rPr>
          <w:sz w:val="20"/>
        </w:rPr>
        <w:t>1:11  bareer hona chahiye, jis se woh logon ki shikayaton ko bari karta rahe, dafan karta rahe.</w:t>
      </w:r>
      <w:r>
        <w:br/>
      </w:r>
      <w:r>
        <w:rPr>
          <w:sz w:val="20"/>
        </w:rPr>
        <w:t>1:23  to main aaj yahi baat karna chahta hoon</w:t>
      </w:r>
      <w:r>
        <w:br/>
      </w:r>
      <w:r>
        <w:rPr>
          <w:sz w:val="20"/>
        </w:rPr>
        <w:t>1:28  ke aap mein se har shakhs</w:t>
      </w:r>
      <w:r>
        <w:br/>
      </w:r>
      <w:r>
        <w:rPr>
          <w:sz w:val="20"/>
        </w:rPr>
        <w:t>1:33  jo roze ke mahine mein apne ko paata hai,</w:t>
      </w:r>
      <w:r>
        <w:br/>
      </w:r>
      <w:r>
        <w:rPr>
          <w:sz w:val="20"/>
        </w:rPr>
        <w:t>1:42  aap mein se har shakhs ko yeh ahad karna chahiye ke main is ramzan mein yeh ahad karta hoon ke main apni falan ghalti ko,</w:t>
      </w:r>
      <w:r>
        <w:br/>
      </w:r>
      <w:r>
        <w:rPr>
          <w:sz w:val="20"/>
        </w:rPr>
        <w:t>1:57  burai ko chhod dunga.</w:t>
      </w:r>
      <w:r>
        <w:br/>
      </w:r>
      <w:r>
        <w:rPr>
          <w:sz w:val="20"/>
        </w:rPr>
        <w:t>2:02  to woh kya honi chahiye? main samajhta hoon ke woh honi chahiye shikayat.</w:t>
      </w:r>
      <w:r>
        <w:br/>
      </w:r>
      <w:r>
        <w:rPr>
          <w:sz w:val="20"/>
        </w:rPr>
        <w:t>2:13  jis jis se bhi mujhe koi shikayat hogi to is ramzan mein main is shikayat ko chhod dunga, khatm kar dunga.</w:t>
      </w:r>
      <w:r>
        <w:br/>
      </w:r>
      <w:r>
        <w:rPr>
          <w:sz w:val="20"/>
        </w:rPr>
        <w:t>2:30  main samajhta hoon ke yeh</w:t>
      </w:r>
      <w:r>
        <w:br/>
      </w:r>
      <w:r>
        <w:rPr>
          <w:sz w:val="20"/>
        </w:rPr>
        <w:t>2:35  best ahad hai, best faisla hai.</w:t>
      </w:r>
    </w:p>
    <w:p>
      <w:pPr>
        <w:pStyle w:val="Heading2"/>
      </w:pPr>
      <w:r>
        <w:t>Prayer is not just rituals but prevents evil</w:t>
      </w:r>
    </w:p>
    <w:p>
      <w:r>
        <w:rPr>
          <w:color w:val="666666"/>
          <w:sz w:val="18"/>
        </w:rPr>
        <w:t>Aspects of Quran &amp; Hadith in Islam (English) | March 20, 2007 | Maulana Wahiduddin Khan · 2m 01s · at 16:03 · https://youtu.be/CJd5YVgHP9k?t=963</w:t>
      </w:r>
    </w:p>
    <w:p>
      <w:r>
        <w:rPr>
          <w:i/>
        </w:rPr>
        <w:t>“Kuch rituals, ek set of rituals nahi hai.”</w:t>
      </w:r>
    </w:p>
    <w:p>
      <w:r>
        <w:rPr>
          <w:sz w:val="20"/>
        </w:rPr>
        <w:t>16:03  kuch rituals, a set of rituals nahi hai, koi rasmon ka majmooa nahi hai. namaz ka matlab yeh nahi hai ke aap kuch, kuch rasmi a'maal kar dein to namaz ho gayi. Hazrat Umar ke samne ek aadmi aaya, us ne ek aadmi ki, ek aur aadmi ki tareef ki ke bohat acha aadmi hai. to Hazrat Umar, jo ke doosre</w:t>
      </w:r>
      <w:r>
        <w:br/>
      </w:r>
      <w:r>
        <w:rPr>
          <w:sz w:val="20"/>
        </w:rPr>
        <w:t>16:33  Khalifa hain, unhon ne poocha: "kya tum ne is aadmi ke sath safar kiya hai?" us ne kaha ke nahi. phir aap ne poocha: "kya tum ne is se koi dealing hui hai tumhari? is se tumhari len den kuch hua, koi dealing hui hai?" to us ne kaha nahi. to Hazrat Umar ne farmaya ke phir tum ne is ko masjid mein uthte baithte dekha hoga. is par ghor far</w:t>
      </w:r>
      <w:r>
        <w:br/>
      </w:r>
      <w:r>
        <w:rPr>
          <w:sz w:val="20"/>
        </w:rPr>
        <w:t>17:03  maiye ke Khalifa Sani yeh keh rahe hain ke phir tum ne is ko masjid mein uthte baithte dekha hoga, yaani jis namaz mein us ki jo asal haqeeqat hai, woh maujood na ho, matlab woh character maujood na ho, to woh uthna baithna hai, sirf uthne baithne ki koi qeemat nahi. isi liye Quran mein hai ke</w:t>
      </w:r>
      <w:r>
        <w:br/>
      </w:r>
      <w:r>
        <w:rPr>
          <w:sz w:val="20"/>
        </w:rPr>
        <w:t>17:34  inna as salata tanha 'anil fashaa'i wal munkar namaz aadmi ko rokti hai buri baaton se aur ghalat baaton se. yahan par kya hai is ka matlab is ayat ka? yaani namaz ki yeh pehchan batai, yeh namaz ka criterion hai. sachi namaz ka criterion yeh hai ke aadmi buraiyon se ruk</w:t>
      </w:r>
    </w:p>
    <w:p>
      <w:pPr>
        <w:pStyle w:val="Heading2"/>
      </w:pPr>
      <w:r>
        <w:t>Minimum and maximum in Zakat explained</w:t>
      </w:r>
    </w:p>
    <w:p>
      <w:r>
        <w:rPr>
          <w:color w:val="666666"/>
          <w:sz w:val="18"/>
        </w:rPr>
        <w:t>Spirit of Zakat I May 4, 2007 · 3m 03s · at 24:23 · https://youtu.be/CSXO7LY_9cM?t=1463</w:t>
      </w:r>
    </w:p>
    <w:p>
      <w:r>
        <w:rPr>
          <w:i/>
        </w:rPr>
        <w:t>“Aam i'tibar se zakat yeh hai keh”</w:t>
      </w:r>
    </w:p>
    <w:p>
      <w:r>
        <w:rPr>
          <w:sz w:val="20"/>
        </w:rPr>
        <w:t>24:23  ge ke zakat kya hai? Yani aam aitbaar se zakat yeh hai ke saal bhar aap ne kamaya, saal ke aakhir mein jo kuch hai aap ke paas, us mein se aap ne dhai percent de diya. Saal bhar kamaya aap ne, kharch kiya, hote hote aakhir mein jo jis ko kehte hain haulana haul, haulana haul, saal ke poora hone par jo maal aap ke paas hai, us mein se aap ne dhai</w:t>
      </w:r>
      <w:r>
        <w:br/>
      </w:r>
      <w:r>
        <w:rPr>
          <w:sz w:val="20"/>
        </w:rPr>
        <w:t>24:53  percent de diya.</w:t>
      </w:r>
      <w:r>
        <w:br/>
      </w:r>
      <w:r>
        <w:rPr>
          <w:sz w:val="20"/>
        </w:rPr>
        <w:t>24:58  to yeh hai zakat.</w:t>
      </w:r>
      <w:r>
        <w:br/>
      </w:r>
      <w:r>
        <w:rPr>
          <w:sz w:val="20"/>
        </w:rPr>
        <w:t>25:03  lekin yeh bhi samajh lijiye ke yeh dhai percent jo hai, yeh minimum hai.</w:t>
      </w:r>
      <w:r>
        <w:br/>
      </w:r>
      <w:r>
        <w:rPr>
          <w:sz w:val="20"/>
        </w:rPr>
        <w:t>25:08  yeh dhai percent jo hai, yeh minimum hai.</w:t>
      </w:r>
      <w:r>
        <w:br/>
      </w:r>
      <w:r>
        <w:rPr>
          <w:sz w:val="20"/>
        </w:rPr>
        <w:t>25:13  maximum kya hai? woh yeh hai quran mein bataya gaya hai ke yasaloon maadhainfaqoon qul al-afw.</w:t>
      </w:r>
      <w:r>
        <w:br/>
      </w:r>
      <w:r>
        <w:rPr>
          <w:sz w:val="20"/>
        </w:rPr>
        <w:t>25:18  yeh quran ki ayat hai</w:t>
      </w:r>
      <w:r>
        <w:br/>
      </w:r>
      <w:r>
        <w:rPr>
          <w:sz w:val="20"/>
        </w:rPr>
        <w:t>25:23  ke yasaloon ma yunfiqoon qul al afw. Poochte hain ke kya kharch karein? Log tum se poochte hain, aye paighambar, ke hum kya kharch karein? To keh do ke al afw, yani apni zaroorat ya apni need ke siwa jo kuch hai, sab jo bare need jo hai, jo bilkul zaroori cheezein</w:t>
      </w:r>
      <w:r>
        <w:br/>
      </w:r>
      <w:r>
        <w:rPr>
          <w:sz w:val="20"/>
        </w:rPr>
        <w:t>25:53  hain zindagi ki.</w:t>
      </w:r>
      <w:r>
        <w:br/>
      </w:r>
      <w:r>
        <w:rPr>
          <w:sz w:val="20"/>
        </w:rPr>
        <w:t>25:59  haqeeqi zaroorat kaha jayega ke zindagi ki haqeeqi zaroorat ko poora karne ke liye jo need hai,</w:t>
      </w:r>
      <w:r>
        <w:br/>
      </w:r>
      <w:r>
        <w:rPr>
          <w:sz w:val="20"/>
        </w:rPr>
        <w:t>26:05  us ke liye to is se zyada jo kuch hai, sab kharch kar do khuda ki rah mein.</w:t>
      </w:r>
      <w:r>
        <w:br/>
      </w:r>
      <w:r>
        <w:rPr>
          <w:sz w:val="20"/>
        </w:rPr>
        <w:t>26:12  kyun ke aadmi dekhiye, nanga to rahega nahi, bhooka to marega nahi.</w:t>
      </w:r>
      <w:r>
        <w:br/>
      </w:r>
      <w:r>
        <w:rPr>
          <w:sz w:val="20"/>
        </w:rPr>
        <w:t>26:18  to kuch cheezein hain aisi jo insaan ke liye real need ki hesiyat rakhti hain.</w:t>
      </w:r>
      <w:r>
        <w:br/>
      </w:r>
      <w:r>
        <w:rPr>
          <w:sz w:val="20"/>
        </w:rPr>
        <w:t>26:24  us ke baghair aadmi zinda nahi reh sakta.</w:t>
      </w:r>
      <w:r>
        <w:br/>
      </w:r>
      <w:r>
        <w:rPr>
          <w:sz w:val="20"/>
        </w:rPr>
        <w:t>26:29  to real need se zyada jo kuch hai, woh sab khuda ke raste mein de do.</w:t>
      </w:r>
      <w:r>
        <w:br/>
      </w:r>
      <w:r>
        <w:rPr>
          <w:sz w:val="20"/>
        </w:rPr>
        <w:t>26:34  yeh hai maximum.</w:t>
      </w:r>
      <w:r>
        <w:br/>
      </w:r>
      <w:r>
        <w:rPr>
          <w:sz w:val="20"/>
        </w:rPr>
        <w:t>26:39  to yaad rakhiye, zakat ya infaq ya sadqa ka ek minimum hai, ek maximum hai.</w:t>
      </w:r>
      <w:r>
        <w:br/>
      </w:r>
      <w:r>
        <w:rPr>
          <w:sz w:val="20"/>
        </w:rPr>
        <w:t>26:44  minimum yeh hai ke aap ne dhai percent, aap ne dhai percent apne maal mein se nikal kar</w:t>
      </w:r>
      <w:r>
        <w:br/>
      </w:r>
      <w:r>
        <w:rPr>
          <w:sz w:val="20"/>
        </w:rPr>
        <w:t>26:49  ke de diya</w:t>
      </w:r>
      <w:r>
        <w:br/>
      </w:r>
      <w:r>
        <w:rPr>
          <w:sz w:val="20"/>
        </w:rPr>
        <w:t>26:54  saal poora hone par.</w:t>
      </w:r>
      <w:r>
        <w:br/>
      </w:r>
      <w:r>
        <w:rPr>
          <w:sz w:val="20"/>
        </w:rPr>
        <w:t>27:00  lekin maximum kya hai? ke real need ke siwa jo kuch hai, woh sab de diya khuda ke raste mein.</w:t>
      </w:r>
      <w:r>
        <w:br/>
      </w:r>
      <w:r>
        <w:rPr>
          <w:sz w:val="20"/>
        </w:rPr>
        <w:t>27:07  yeh hai zakat ya sadqat ya infaq ka maamla.</w:t>
      </w:r>
      <w:r>
        <w:br/>
      </w:r>
      <w:r>
        <w:rPr>
          <w:sz w:val="20"/>
        </w:rPr>
        <w:t>27:13  sahaba kiram ka agar aap mutalia karein un ki zindagi mein to ek ek shakhs is mein barh</w:t>
      </w:r>
      <w:r>
        <w:br/>
      </w:r>
      <w:r>
        <w:rPr>
          <w:sz w:val="20"/>
        </w:rPr>
        <w:t>27:20  barh kar kharch karta tha.</w:t>
      </w:r>
    </w:p>
    <w:p>
      <w:pPr>
        <w:pStyle w:val="Heading2"/>
      </w:pPr>
      <w:r>
        <w:t>Universal love and human nature</w:t>
      </w:r>
    </w:p>
    <w:p>
      <w:r>
        <w:rPr>
          <w:color w:val="666666"/>
          <w:sz w:val="18"/>
        </w:rPr>
        <w:t>Al-Risala, May 2018 · 3m 13s · at 1:13:20 · https://youtu.be/VsVaccpm1ug?t=4400</w:t>
      </w:r>
    </w:p>
    <w:p>
      <w:r>
        <w:rPr>
          <w:i/>
        </w:rPr>
        <w:t>“Mohabbat insani”</w:t>
      </w:r>
    </w:p>
    <w:p>
      <w:r>
        <w:rPr>
          <w:sz w:val="20"/>
        </w:rPr>
        <w:t>1:13:20  mohabbat-e-insani. Mohabbat-e-insani ke bare mein aik hadith-e-rasool in alfaaz mein aai hai: la yuminu ahadukum hatta yuhibba lil-nasi ma yuhibbu li-nafsihi. Musnad Ahmad.</w:t>
      </w:r>
      <w:r>
        <w:br/>
      </w:r>
      <w:r>
        <w:rPr>
          <w:sz w:val="20"/>
        </w:rPr>
        <w:t>1:13:36  yani tum mein se koi momin nahi ho sakta yahan tak ke woh doosron ke liye wahi pasand na kare jo apne liye pasand karta hai. Is baat ko farsi shair sheikh saadi ne in alfaaz mein bayan kiya hai:</w:t>
      </w:r>
      <w:r>
        <w:br/>
      </w:r>
      <w:r>
        <w:rPr>
          <w:sz w:val="20"/>
        </w:rPr>
        <w:t>1:13:50  har che bar khod khwish, bar deegar khwish. Jo cheez tum apne liye pasand nahi karte, us ko tum doosron ke liye bhi pasand na karo.</w:t>
      </w:r>
      <w:r>
        <w:br/>
      </w:r>
      <w:r>
        <w:rPr>
          <w:sz w:val="20"/>
        </w:rPr>
        <w:t>1:14:00  har insan se mohabbat karna mahaz aik samajhi ya akhlaqi taqaza nahi hai, balke woh khud apni shakhsiyat ke irteqa ki baat hai.</w:t>
      </w:r>
      <w:r>
        <w:br/>
      </w:r>
      <w:r>
        <w:rPr>
          <w:sz w:val="20"/>
        </w:rPr>
        <w:t>1:14:10  yeh insan ka khud apna interest hai ke woh doosron ke sath behtar sulook kare. Jo aadmi aisa na kare, woh apne aap ko jannat mein dakhle ke liye ghair mustahiq sabit kar raha hai.</w:t>
      </w:r>
      <w:r>
        <w:br/>
      </w:r>
      <w:r>
        <w:rPr>
          <w:sz w:val="20"/>
        </w:rPr>
        <w:t>1:14:24  quran mein jannat ke bare mein aik ayat in alfaaz mein aai hai: la yasmaoona fiha laghwan wa la tahseeman illa qeelan salaman salama. Yani is mein woh koi lagho aur gunah ki baat nahi sunenge, magar sirf salam salam ka bol.</w:t>
      </w:r>
      <w:r>
        <w:br/>
      </w:r>
      <w:r>
        <w:rPr>
          <w:sz w:val="20"/>
        </w:rPr>
        <w:t>1:14:43  is se maloom hua ke jannat ki society aik aisi society hogi jahan har aadmi ke dil mein doosre ke liye salamat hogi, jahan har aadmi aala akhlaq ki pabandi karne wala hoga, jahan koi shakhs aisa kaam nahi karega jis se us ke parosi ko zara bhi koi takleef pahunche.</w:t>
      </w:r>
      <w:r>
        <w:br/>
      </w:r>
      <w:r>
        <w:rPr>
          <w:sz w:val="20"/>
        </w:rPr>
        <w:t>1:15:05  jannat aise insaanon ka moashra hoga jahan har shakhs doosre insan ka kamil maano mein dost aur khairkhwah hoga.</w:t>
      </w:r>
      <w:r>
        <w:br/>
      </w:r>
      <w:r>
        <w:rPr>
          <w:sz w:val="20"/>
        </w:rPr>
        <w:t>1:15:14  is ka matlab yeh hai ke jannat ka aqeedah har insan ke liye husn-e-akhlaq ko us ke zaati interest ka mamla bana deta hai.</w:t>
      </w:r>
      <w:r>
        <w:br/>
      </w:r>
      <w:r>
        <w:rPr>
          <w:sz w:val="20"/>
        </w:rPr>
        <w:t>1:15:24  har aadmi akhlaq ke mamle mein had darje hassas ho jata hai kyunke agar woh akhlaq ke mamle mein aala mayar par qaim na ho to woh qanoon-e-qudrat ke mutabiq jannat mein dakhle ke liye nahil ho jayega.</w:t>
      </w:r>
      <w:r>
        <w:br/>
      </w:r>
      <w:r>
        <w:rPr>
          <w:sz w:val="20"/>
        </w:rPr>
        <w:t>1:15:39  jannat ko manane wala koi shakhs is ka tahammul nahi kar sakta ke woh akhlaq ke aala mayar par poora na utre.</w:t>
      </w:r>
      <w:r>
        <w:br/>
      </w:r>
      <w:r>
        <w:rPr>
          <w:sz w:val="20"/>
        </w:rPr>
        <w:t>1:15:57  Azab se nijat.</w:t>
      </w:r>
      <w:r>
        <w:br/>
      </w:r>
      <w:r>
        <w:rPr>
          <w:sz w:val="20"/>
        </w:rPr>
        <w:t>1:16:00  Quran mein Bani Israel ke hawale se ek ayat in alfaz mein aayi hai: Wa iz najjaynakum min al-i</w:t>
      </w:r>
      <w:r>
        <w:br/>
      </w:r>
      <w:r>
        <w:rPr>
          <w:sz w:val="20"/>
        </w:rPr>
        <w:t>1:16:07  Fir'awna yasumunakum sua al-'adhabi yatabbehuna abna'akum wa yastahyuna nisa'akum wa fi dhalikum balau'un min Rabbikum 'azhimun yaani aur jab hum</w:t>
      </w:r>
      <w:r>
        <w:br/>
      </w:r>
      <w:r>
        <w:rPr>
          <w:sz w:val="20"/>
        </w:rPr>
        <w:t>1:16:20  ne tum ko Fir'aun ke logon se nijat di, woh tum ko bari takleef dete the, tumhare beton</w:t>
      </w:r>
      <w:r>
        <w:br/>
      </w:r>
      <w:r>
        <w:rPr>
          <w:sz w:val="20"/>
        </w:rPr>
        <w:t>1:16:26  ko zabah karte aur tumhari auraton ko zindah rakhte, aur is mein tumhare Rab ki taraf se bhari</w:t>
      </w:r>
      <w:r>
        <w:br/>
      </w:r>
      <w:r>
        <w:rPr>
          <w:sz w:val="20"/>
        </w:rPr>
        <w:t>1:16:32  azmaish thi.</w:t>
      </w:r>
    </w:p>
    <w:p>
      <w:pPr>
        <w:pStyle w:val="Heading2"/>
      </w:pPr>
      <w:r>
        <w:t>Childhood exclusion teaches Quranic lesson</w:t>
      </w:r>
    </w:p>
    <w:p>
      <w:r>
        <w:rPr>
          <w:color w:val="666666"/>
          <w:sz w:val="18"/>
        </w:rPr>
        <w:t>Fasting: A Scheme for Life | May 27, 2017 · 2m 32s · at 5:20 · https://youtu.be/CbE2a1baFv8?t=320</w:t>
      </w:r>
    </w:p>
    <w:p>
      <w:r>
        <w:rPr>
          <w:i/>
        </w:rPr>
        <w:t>“Yani Azamgarh ke ek gaon mein”</w:t>
      </w:r>
    </w:p>
    <w:p>
      <w:r>
        <w:rPr>
          <w:sz w:val="20"/>
        </w:rPr>
        <w:t>5:20  yani Azamgarh ke ek gaon mein, to us waqt meri koi mujhe koi jaanta nahi tha, mamooli insaan</w:t>
      </w:r>
      <w:r>
        <w:br/>
      </w:r>
      <w:r>
        <w:rPr>
          <w:sz w:val="20"/>
        </w:rPr>
        <w:t>5:27  ka age tha mein.</w:t>
      </w:r>
      <w:r>
        <w:br/>
      </w:r>
      <w:r>
        <w:rPr>
          <w:sz w:val="20"/>
        </w:rPr>
        <w:t>5:35  yeh mission shuru karne se bohat pehle ki baat hai.</w:t>
      </w:r>
      <w:r>
        <w:br/>
      </w:r>
      <w:r>
        <w:rPr>
          <w:sz w:val="20"/>
        </w:rPr>
        <w:t>5:43  to ek din aisa tha ke mein apne bhai ke saath ghar ke darwaze par tha, mere bare bhai the.</w:t>
      </w:r>
      <w:r>
        <w:br/>
      </w:r>
      <w:r>
        <w:rPr>
          <w:sz w:val="20"/>
        </w:rPr>
        <w:t>5:50  to hamare ek rishtedar the jo pados mein rehte the, wo aaye. wo hamare bare bhai ko khane ke liye le ja rahe the, ghaliban dinner ke liye. to us waqt mein apne bare bhai ke sath tha, lekin unhone sirf mere bare bhai ko sath liya kyunke wo business karte the, unki position thi. mein to kuch nahi karta tha. to kuch door aage badhe, wo sh</w:t>
      </w:r>
      <w:r>
        <w:br/>
      </w:r>
      <w:r>
        <w:rPr>
          <w:sz w:val="20"/>
        </w:rPr>
        <w:t>6:20  aid 20 qadam.</w:t>
      </w:r>
      <w:r>
        <w:br/>
      </w:r>
      <w:r>
        <w:rPr>
          <w:sz w:val="20"/>
        </w:rPr>
        <w:t>6:25  to mein ne suna ke woh keh rahe hain ke Waheed Mian ko bhi le lein, mujh ko</w:t>
      </w:r>
      <w:r>
        <w:br/>
      </w:r>
      <w:r>
        <w:rPr>
          <w:sz w:val="20"/>
        </w:rPr>
        <w:t>6:29  Waheed Mian kehte the.</w:t>
      </w:r>
      <w:r>
        <w:br/>
      </w:r>
      <w:r>
        <w:rPr>
          <w:sz w:val="20"/>
        </w:rPr>
        <w:t>6:33  woh mein chota tha, Waheed Mian ko bhi le le, un ko mehsoos hoga yeh keh keh aaye</w:t>
      </w:r>
      <w:r>
        <w:br/>
      </w:r>
      <w:r>
        <w:rPr>
          <w:sz w:val="20"/>
        </w:rPr>
        <w:t>6:38  mere paas, mujh ko bhi le gaye.</w:t>
      </w:r>
      <w:r>
        <w:br/>
      </w:r>
      <w:r>
        <w:rPr>
          <w:sz w:val="20"/>
        </w:rPr>
        <w:t>6:42  dinner mein shareek kiya.</w:t>
      </w:r>
      <w:r>
        <w:br/>
      </w:r>
      <w:r>
        <w:rPr>
          <w:sz w:val="20"/>
        </w:rPr>
        <w:t>6:46  to is ko le kar</w:t>
      </w:r>
      <w:r>
        <w:br/>
      </w:r>
      <w:r>
        <w:rPr>
          <w:sz w:val="20"/>
        </w:rPr>
        <w:t>6:50  phir mujhe ek ayat yaad aayi.</w:t>
      </w:r>
      <w:r>
        <w:br/>
      </w:r>
      <w:r>
        <w:rPr>
          <w:sz w:val="20"/>
        </w:rPr>
        <w:t>6:55  Quran mein ek ayat hai ke: "Waiza hadar al qismata huwal qurba" yani jab kisi ki marne par us</w:t>
      </w:r>
      <w:r>
        <w:br/>
      </w:r>
      <w:r>
        <w:rPr>
          <w:sz w:val="20"/>
        </w:rPr>
        <w:t>7:01  ki wirasat taqseem hoti hai to ek to woh log hain jin ko us ka hissa mil raha</w:t>
      </w:r>
      <w:r>
        <w:br/>
      </w:r>
      <w:r>
        <w:rPr>
          <w:sz w:val="20"/>
        </w:rPr>
        <w:t>7:06  hai, kuch aur log aas paas ke aa gaye.</w:t>
      </w:r>
      <w:r>
        <w:br/>
      </w:r>
      <w:r>
        <w:rPr>
          <w:sz w:val="20"/>
        </w:rPr>
        <w:t>7:11  to Quran mein aaya hai ke un ko bhi de do.</w:t>
      </w:r>
      <w:r>
        <w:br/>
      </w:r>
      <w:r>
        <w:rPr>
          <w:sz w:val="20"/>
        </w:rPr>
        <w:t>7:16  to mein ne socha ke un ko de do kyun kaha</w:t>
      </w:r>
      <w:r>
        <w:br/>
      </w:r>
      <w:r>
        <w:rPr>
          <w:sz w:val="20"/>
        </w:rPr>
        <w:t>7:21  Quran mein? mein is liye ke nahi ke woh wahan khare ho gaye.</w:t>
      </w:r>
      <w:r>
        <w:br/>
      </w:r>
      <w:r>
        <w:rPr>
          <w:sz w:val="20"/>
        </w:rPr>
        <w:t>7:27  dekhein, sirf khare hone ki wajah se aisa nahi ho sakta ke un ko bhi de diya jaye.</w:t>
      </w:r>
      <w:r>
        <w:br/>
      </w:r>
      <w:r>
        <w:rPr>
          <w:sz w:val="20"/>
        </w:rPr>
        <w:t>7:33  faqeer bhi jab mangta hai to un ko diya jata hai, baghair mange nahi.</w:t>
      </w:r>
      <w:r>
        <w:br/>
      </w:r>
      <w:r>
        <w:rPr>
          <w:sz w:val="20"/>
        </w:rPr>
        <w:t>7:40  to is ka matlab yeh hai ke is mein aik cheez appreciate hai.</w:t>
      </w:r>
      <w:r>
        <w:br/>
      </w:r>
      <w:r>
        <w:rPr>
          <w:sz w:val="20"/>
        </w:rPr>
        <w:t>7:46  woh jo haqdar nahi thay, wahan aa ke kharay ho gaye. ghareeb log.</w:t>
      </w:r>
    </w:p>
    <w:p>
      <w:pPr>
        <w:pStyle w:val="Heading2"/>
      </w:pPr>
      <w:r>
        <w:t>significant undertakings need Allah as their base</w:t>
      </w:r>
    </w:p>
    <w:p>
      <w:r>
        <w:rPr>
          <w:color w:val="666666"/>
          <w:sz w:val="18"/>
        </w:rPr>
        <w:t>Dars-e-Quran (Al-Fatihah (The Opening) 1 1-7) July 12, 2015 · 2m 45s · at 5:38 · https://youtu.be/Rv6AjEFe6MI?t=338</w:t>
      </w:r>
    </w:p>
    <w:p>
      <w:r>
        <w:rPr>
          <w:i/>
        </w:rPr>
        <w:t>“A dropped pen isn't dhu baal — writing a book is”</w:t>
      </w:r>
    </w:p>
    <w:p>
      <w:r>
        <w:rPr>
          <w:sz w:val="20"/>
        </w:rPr>
        <w:t>5:38  to yahan bataya ke koi bhi amr, yeh jo zul ka lafz yahan par hai, zul ke maani hain bazahir to hain ke koi bara kaam, lekin bara kaam ka maani yeh nahi ke koi hawaliyai kaam.</w:t>
      </w:r>
      <w:r>
        <w:br/>
      </w:r>
      <w:r>
        <w:rPr>
          <w:sz w:val="20"/>
        </w:rPr>
        <w:t>5:56  urdu mein kahengay koi bhi qabil-e-zikr kaam. koi bhi qabil-e-zikr kaam. misaal ke taur par dekhiye, mere haath mein ek qalam hai, woh zameen par gir gaya to woh bhi ek amr hua.</w:t>
      </w:r>
      <w:r>
        <w:br/>
      </w:r>
      <w:r>
        <w:rPr>
          <w:sz w:val="20"/>
        </w:rPr>
        <w:t>6:14  yeh amr, yeh zul amr nahi hua.</w:t>
      </w:r>
      <w:r>
        <w:br/>
      </w:r>
      <w:r>
        <w:rPr>
          <w:sz w:val="20"/>
        </w:rPr>
        <w:t>6:17  qalam gir gaya, is ko utha liya mein ne ek second mein. lekin jab kitaab mein likhna shuru karoon, qalam haath mein le kar, to ek zul amr hai.</w:t>
      </w:r>
      <w:r>
        <w:br/>
      </w:r>
      <w:r>
        <w:rPr>
          <w:sz w:val="20"/>
        </w:rPr>
        <w:t>6:32  kyun ke chalega woh mahinon, saalon.</w:t>
      </w:r>
      <w:r>
        <w:br/>
      </w:r>
      <w:r>
        <w:rPr>
          <w:sz w:val="20"/>
        </w:rPr>
        <w:t>6:37  to koi bhi aisa kaam jo shuru ho kar chalta rahe,</w:t>
      </w:r>
      <w:r>
        <w:br/>
      </w:r>
      <w:r>
        <w:rPr>
          <w:sz w:val="20"/>
        </w:rPr>
        <w:t>6:47  ek lambi muddat ke baad woh apni takmeel tak pahunche, to woh zul amr hai. to</w:t>
      </w:r>
      <w:r>
        <w:br/>
      </w:r>
      <w:r>
        <w:rPr>
          <w:sz w:val="20"/>
        </w:rPr>
        <w:t>6:56  aise kaam ka aaghaz agar bismillah rahman rahim se kiya jaye, tab woh kamyab hai, woh naqta hai, yaani be zameen hai.</w:t>
      </w:r>
      <w:r>
        <w:br/>
      </w:r>
      <w:r>
        <w:rPr>
          <w:sz w:val="20"/>
        </w:rPr>
        <w:t>7:05  woh kyun ke woh Allah se juda nahi. aap ki planning jo hai, woh Allah ki zameen par khadi nahi hui.</w:t>
      </w:r>
      <w:r>
        <w:br/>
      </w:r>
      <w:r>
        <w:rPr>
          <w:sz w:val="20"/>
        </w:rPr>
        <w:t>7:16  aap ne jo kaam shuru kiya, us ke liye aap ne Allah ki madad hasil nahi ki. to woh aqta' hai. woh</w:t>
      </w:r>
      <w:r>
        <w:br/>
      </w:r>
      <w:r>
        <w:rPr>
          <w:sz w:val="20"/>
        </w:rPr>
        <w:t>7:27  matlab yeh hai ke be zameen hai.</w:t>
      </w:r>
      <w:r>
        <w:br/>
      </w:r>
      <w:r>
        <w:rPr>
          <w:sz w:val="20"/>
        </w:rPr>
        <w:t>7:33  to yeh jo kalma hai bismillah rahman rahim, yeh koi rasmi kalma nahi hai. yeh is ek spirit ko revive karna hai.</w:t>
      </w:r>
      <w:r>
        <w:br/>
      </w:r>
      <w:r>
        <w:rPr>
          <w:sz w:val="20"/>
        </w:rPr>
        <w:t>7:43  jab aap kehte hain bismillah rahman rahim to aap ek apne andar ek haqeeqat ko yaad karte hain, ek spirit ko zinda karte hain.</w:t>
      </w:r>
      <w:r>
        <w:br/>
      </w:r>
      <w:r>
        <w:rPr>
          <w:sz w:val="20"/>
        </w:rPr>
        <w:t>7:54  woh yahi ke is duniya mein koi kaam banta hai to Allah ke fazl se banta hai. to har kaam ki mustahkam zameen sirf Allah tabarak wa ta'ala hai.</w:t>
      </w:r>
      <w:r>
        <w:br/>
      </w:r>
      <w:r>
        <w:rPr>
          <w:sz w:val="20"/>
        </w:rPr>
        <w:t>8:08  to jo kaam aap shuru karein, woh Allah ke naam se shuru karein, yaani Allah ki dua se shuru karein, Allah se nusrat mangte hue shuru karein, Allah par yaqeen karte hue shuru karein.</w:t>
      </w:r>
      <w:r>
        <w:br/>
      </w:r>
      <w:r>
        <w:rPr>
          <w:sz w:val="20"/>
        </w:rPr>
        <w:t>8:24  is tarah jo do lafz hain rahman aur rahim, to is ka matlab yeh nahi ke rahman ke maani alag hain, rahim ke maani alag hain. dono ek hi maani hain, dono ke.</w:t>
      </w:r>
    </w:p>
    <w:p>
      <w:pPr>
        <w:pStyle w:val="Heading2"/>
      </w:pPr>
      <w:r>
        <w:t>Khalaq means planning in Quran</w:t>
      </w:r>
    </w:p>
    <w:p>
      <w:r>
        <w:rPr>
          <w:color w:val="666666"/>
          <w:sz w:val="18"/>
        </w:rPr>
        <w:t>Fasting and Re-planning June 18, 2017 · 1m 10s · at 3:32 · https://youtu.be/ekpPWHrK1DI?t=212</w:t>
      </w:r>
    </w:p>
    <w:p>
      <w:r>
        <w:rPr>
          <w:i/>
        </w:rPr>
        <w:t>“To dekhiye yeh Quran ki doosri aayaton par gaur karne se”</w:t>
      </w:r>
    </w:p>
    <w:p>
      <w:r>
        <w:rPr>
          <w:sz w:val="20"/>
        </w:rPr>
        <w:t>3:32  to dekhen yeh quran ki doosri ayaton par ghor karne se maloom hota hai ke allah ka tamam kaam ke liye aya hai khalq ka lafz.</w:t>
      </w:r>
      <w:r>
        <w:br/>
      </w:r>
      <w:r>
        <w:rPr>
          <w:sz w:val="20"/>
        </w:rPr>
        <w:t>3:43  khalq ka lafz. khalq al-samawati wal-ard. to lafz khalq jo hai aap kisi arabi ki dictionary mein dekhen is mein likha rahe ga: huwa in shao shai halan fa'alan ila had al-tamam.</w:t>
      </w:r>
      <w:r>
        <w:br/>
      </w:r>
      <w:r>
        <w:rPr>
          <w:sz w:val="20"/>
        </w:rPr>
        <w:t>4:04  yani khalq ke mani sadha tor par bas yeh nahi ke paida karna. nahi, khalq ke mani yeh hain ke ek halat se doosri halat tak pahunchana, is waqt tak pahunchate rehna jab tak ke woh apni apne yani aakhri had par na pahunch jae.</w:t>
      </w:r>
      <w:r>
        <w:br/>
      </w:r>
      <w:r>
        <w:rPr>
          <w:sz w:val="20"/>
        </w:rPr>
        <w:t>4:25  to phir maine socha ke yahi to hai planning. to khalq ka matlab hua planning. phir maine socha to allah taala ka sara hi mamla planning ke tehat hota hai.</w:t>
      </w:r>
    </w:p>
    <w:p>
      <w:pPr>
        <w:pStyle w:val="Heading2"/>
      </w:pPr>
      <w:r>
        <w:t>Fasting teaches deep thinking and controlling negativity</w:t>
      </w:r>
    </w:p>
    <w:p>
      <w:r>
        <w:rPr>
          <w:color w:val="666666"/>
          <w:sz w:val="18"/>
        </w:rPr>
        <w:t>Adopt A Life of Fasting May 1, 2020 Maulana Wahiduddin Khan · 2m 45s · at 4:46 · https://youtu.be/oH6_1ogi0o4?t=286</w:t>
      </w:r>
    </w:p>
    <w:p>
      <w:r>
        <w:rPr>
          <w:i/>
        </w:rPr>
        <w:t>“Iske maani hain ke roza aadmi ko taleem deta hai”</w:t>
      </w:r>
    </w:p>
    <w:p>
      <w:r>
        <w:rPr>
          <w:sz w:val="20"/>
        </w:rPr>
        <w:t>4:46  is ke ma'ni hain ke roza aadmi ko</w:t>
      </w:r>
      <w:r>
        <w:br/>
      </w:r>
      <w:r>
        <w:rPr>
          <w:sz w:val="20"/>
        </w:rPr>
        <w:t>4:55  taleem deta hai ke</w:t>
      </w:r>
      <w:r>
        <w:br/>
      </w:r>
      <w:r>
        <w:rPr>
          <w:sz w:val="20"/>
        </w:rPr>
        <w:t>5:04  zyada gehrai ke sath baaton ko soche, zyada gehrai ke sath woh apni zindagi ka naqsha banaye.</w:t>
      </w:r>
      <w:r>
        <w:br/>
      </w:r>
      <w:r>
        <w:rPr>
          <w:sz w:val="20"/>
        </w:rPr>
        <w:t>5:18  to aadmi ko</w:t>
      </w:r>
      <w:r>
        <w:br/>
      </w:r>
      <w:r>
        <w:rPr>
          <w:sz w:val="20"/>
        </w:rPr>
        <w:t>5:22  roza rakhne ke sath yeh bhi sochna hai ke yeh kis baat ki alamat hai roza?</w:t>
      </w:r>
      <w:r>
        <w:br/>
      </w:r>
      <w:r>
        <w:rPr>
          <w:sz w:val="20"/>
        </w:rPr>
        <w:t>5:34  yeh jo main roza rakh raha hoon, yeh kis baat ki alamat hai?</w:t>
      </w:r>
      <w:r>
        <w:br/>
      </w:r>
      <w:r>
        <w:rPr>
          <w:sz w:val="20"/>
        </w:rPr>
        <w:t>5:46  yeh is baat ki alamat hai ke</w:t>
      </w:r>
      <w:r>
        <w:br/>
      </w:r>
      <w:r>
        <w:rPr>
          <w:sz w:val="20"/>
        </w:rPr>
        <w:t>5:59  ikhlaqi</w:t>
      </w:r>
      <w:r>
        <w:br/>
      </w:r>
      <w:r>
        <w:rPr>
          <w:sz w:val="20"/>
        </w:rPr>
        <w:t>6:04  aitbar se</w:t>
      </w:r>
      <w:r>
        <w:br/>
      </w:r>
      <w:r>
        <w:rPr>
          <w:sz w:val="20"/>
        </w:rPr>
        <w:t>6:12  jin cheezon ko chhodna hai,</w:t>
      </w:r>
      <w:r>
        <w:br/>
      </w:r>
      <w:r>
        <w:rPr>
          <w:sz w:val="20"/>
        </w:rPr>
        <w:t>6:16  un jo cheezon ko aadmi chhodhe, yeh chhodne ki fehrist islam mein sirf khane peene ki had tak nahi hai.</w:t>
      </w:r>
      <w:r>
        <w:br/>
      </w:r>
      <w:r>
        <w:rPr>
          <w:sz w:val="20"/>
        </w:rPr>
        <w:t>6:30  chhodne ki fehrist yahan tak hai</w:t>
      </w:r>
      <w:r>
        <w:br/>
      </w:r>
      <w:r>
        <w:rPr>
          <w:sz w:val="20"/>
        </w:rPr>
        <w:t>6:39  ke</w:t>
      </w:r>
      <w:r>
        <w:br/>
      </w:r>
      <w:r>
        <w:rPr>
          <w:sz w:val="20"/>
        </w:rPr>
        <w:t>6:43  negative soch</w:t>
      </w:r>
      <w:r>
        <w:br/>
      </w:r>
      <w:r>
        <w:rPr>
          <w:sz w:val="20"/>
        </w:rPr>
        <w:t>6:52  bhi chhodna hai,</w:t>
      </w:r>
      <w:r>
        <w:br/>
      </w:r>
      <w:r>
        <w:rPr>
          <w:sz w:val="20"/>
        </w:rPr>
        <w:t>6:58  negative planning bhi sochna hai, chhodna hai.</w:t>
      </w:r>
      <w:r>
        <w:br/>
      </w:r>
      <w:r>
        <w:rPr>
          <w:sz w:val="20"/>
        </w:rPr>
        <w:t>7:10  ke is ka matlab yeh hai ke jab tak aadmi sochne wali zindagi na guzare, tab tak is ka roza mukammal nahi hoga.</w:t>
      </w:r>
    </w:p>
    <w:p>
      <w:pPr>
        <w:pStyle w:val="Heading2"/>
      </w:pPr>
      <w:r>
        <w:t>Experiencing God's nearness is where real dua starts</w:t>
      </w:r>
    </w:p>
    <w:p>
      <w:r>
        <w:rPr>
          <w:color w:val="666666"/>
          <w:sz w:val="18"/>
        </w:rPr>
        <w:t>What is Dua (Only Lecture) April 26, 2009 Maulana Wahiduddin Khan · 2m 45s · at 5:06 · https://youtu.be/JxIR0o_C7GM?t=306</w:t>
      </w:r>
    </w:p>
    <w:p>
      <w:r>
        <w:rPr>
          <w:i/>
        </w:rPr>
        <w:t>“Khuda ki qurbat ka tajurba kya cheez hai?”</w:t>
      </w:r>
    </w:p>
    <w:p>
      <w:r>
        <w:rPr>
          <w:sz w:val="20"/>
        </w:rPr>
        <w:t>5:06  to Khuda ki qurbat ka tajruba kiya cheez hai? jab aap</w:t>
      </w:r>
      <w:r>
        <w:br/>
      </w:r>
      <w:r>
        <w:rPr>
          <w:sz w:val="20"/>
        </w:rPr>
        <w:t>5:15  God, Almighty, ko creator, ko sustainer, ko apne Rab ko discover karte hain,</w:t>
      </w:r>
      <w:r>
        <w:br/>
      </w:r>
      <w:r>
        <w:rPr>
          <w:sz w:val="20"/>
        </w:rPr>
        <w:t>5:26  yeh discovery aap ke upar chha jati hai. zahir hai ke is se bari aur kya discovery ho sakti hai ke aap Lord of the universe ko discover karen.</w:t>
      </w:r>
      <w:r>
        <w:br/>
      </w:r>
      <w:r>
        <w:rPr>
          <w:sz w:val="20"/>
        </w:rPr>
        <w:t>5:40  phir jab aap isi par sochte hain, apne andar, apne bahar ki jo duniya hai, us mein aap ko Khuda ki jhalakiyan dikhai dene lagti hain.</w:t>
      </w:r>
      <w:r>
        <w:br/>
      </w:r>
      <w:r>
        <w:rPr>
          <w:sz w:val="20"/>
        </w:rPr>
        <w:t>5:55  to wohi hai jis ko mein nearness mein ne kaha. yani presence of God ka tajruba aap ko hone lagta hai. aap ko aisa lagta hai ke mein Khuda ke bohat qareeb hoon.</w:t>
      </w:r>
      <w:r>
        <w:br/>
      </w:r>
      <w:r>
        <w:rPr>
          <w:sz w:val="20"/>
        </w:rPr>
        <w:t>6:13  jab yeh nearness ka tajurba hota hai, presence of god ka tajurba hota hai, tab jo dua nikalti hai, woh aap soch sakte hain ke kitni zyada is mein jaan hogi.</w:t>
      </w:r>
      <w:r>
        <w:br/>
      </w:r>
      <w:r>
        <w:rPr>
          <w:sz w:val="20"/>
        </w:rPr>
        <w:t>6:28  living dua jo hai, living dua tabhi niklegi.</w:t>
      </w:r>
      <w:r>
        <w:br/>
      </w:r>
      <w:r>
        <w:rPr>
          <w:sz w:val="20"/>
        </w:rPr>
        <w:t>6:34  jo log yeh samajhte hon ke kisi buddhu se ja kar dua karwa lo, ke kisi dargah mein ja kar dua karwa lo, yeh toh main samajhta hoon ke ek ridiculous baat hai.</w:t>
      </w:r>
      <w:r>
        <w:br/>
      </w:r>
      <w:r>
        <w:rPr>
          <w:sz w:val="20"/>
        </w:rPr>
        <w:t>6:49  yani aap ne khud khuda ke nearness ka tajurba hi nahi kiya.</w:t>
      </w:r>
      <w:r>
        <w:br/>
      </w:r>
      <w:r>
        <w:rPr>
          <w:sz w:val="20"/>
        </w:rPr>
        <w:t>6:56  aap sirf yeh jante hain ke falan buzurg khuda ke qareeb hain, falan qabr wala khuda ke qareeb hai, is se ja kar ke dua karwana chahte hain.</w:t>
      </w:r>
      <w:r>
        <w:br/>
      </w:r>
      <w:r>
        <w:rPr>
          <w:sz w:val="20"/>
        </w:rPr>
        <w:t>7:07  toh is ke baad kya hua? ke aap invalid hain, aap ki dua hi invalid hai.</w:t>
      </w:r>
      <w:r>
        <w:br/>
      </w:r>
      <w:r>
        <w:rPr>
          <w:sz w:val="20"/>
        </w:rPr>
        <w:t>7:16  kyun ke quran mein jab yeh bataya gaya hai ke main bande ke qareeb hoon,</w:t>
      </w:r>
      <w:r>
        <w:br/>
      </w:r>
      <w:r>
        <w:rPr>
          <w:sz w:val="20"/>
        </w:rPr>
        <w:t>7:26  i am near, toh yeh nearness ka jab tajurba hi aap ko nahi hai, toh phir dua kya hai?</w:t>
      </w:r>
      <w:r>
        <w:br/>
      </w:r>
      <w:r>
        <w:rPr>
          <w:sz w:val="20"/>
        </w:rPr>
        <w:t>7:35  woh toh kuch bhi nahi hai.</w:t>
      </w:r>
      <w:r>
        <w:br/>
      </w:r>
      <w:r>
        <w:rPr>
          <w:sz w:val="20"/>
        </w:rPr>
        <w:t>7:40  toh main samajhta hoon ke dua ka starting point jo hai, woh yeh experience hai ke khuda ke paas aap pahunch saken.</w:t>
      </w:r>
    </w:p>
    <w:p>
      <w:pPr>
        <w:pStyle w:val="Heading2"/>
      </w:pPr>
      <w:r>
        <w:t>Three million pilgrims as a global learning opportunity</w:t>
      </w:r>
    </w:p>
    <w:p>
      <w:r>
        <w:rPr>
          <w:color w:val="666666"/>
          <w:sz w:val="18"/>
        </w:rPr>
        <w:t>The Message of Hajj November 4, 2008 Maulana Wahiduddin Khan · 2m 27s · at 42:23 · https://youtu.be/CIGhIpsejkY?t=2543</w:t>
      </w:r>
    </w:p>
    <w:p>
      <w:r>
        <w:rPr>
          <w:i/>
        </w:rPr>
        <w:t>“Aajkal taqreeban 30 lakh aadmi wahan pahunch jate hain”</w:t>
      </w:r>
    </w:p>
    <w:p>
      <w:r>
        <w:rPr>
          <w:sz w:val="20"/>
        </w:rPr>
        <w:t>42:23  to kya yeh sirf rasam hai? duniya bhar se log aate hain, aaj kal taqreeban 30 lakh aadmi wahan pahunch jate hain. to yeh kis liye hai?</w:t>
      </w:r>
      <w:r>
        <w:br/>
      </w:r>
      <w:r>
        <w:rPr>
          <w:sz w:val="20"/>
        </w:rPr>
        <w:t>42:35  kya yeh bheed bhaad hai? kya is ka koi maqsad nahin hai?</w:t>
      </w:r>
      <w:r>
        <w:br/>
      </w:r>
      <w:r>
        <w:rPr>
          <w:sz w:val="20"/>
        </w:rPr>
        <w:t>42:43  is ke bohat se maqsad hain, un mein se ek yeh hai jis ko hum kehte hain interaction, yani seekhna. aap logon se milen, logon se discussion karen, logon se un ke halaat poochen,</w:t>
      </w:r>
      <w:r>
        <w:br/>
      </w:r>
      <w:r>
        <w:rPr>
          <w:sz w:val="20"/>
        </w:rPr>
        <w:t>42:58  par seekhen un se.</w:t>
      </w:r>
      <w:r>
        <w:br/>
      </w:r>
      <w:r>
        <w:rPr>
          <w:sz w:val="20"/>
        </w:rPr>
        <w:t>43:02  itne sare log jab kahin akhatta hote hain to kya hota hai? interaction hota hai, milna julna hota hai.</w:t>
      </w:r>
      <w:r>
        <w:br/>
      </w:r>
      <w:r>
        <w:rPr>
          <w:sz w:val="20"/>
        </w:rPr>
        <w:t>43:08  milna julna hoga to har ek seekhega doosre se. learning process chalega.</w:t>
      </w:r>
      <w:r>
        <w:br/>
      </w:r>
      <w:r>
        <w:rPr>
          <w:sz w:val="20"/>
        </w:rPr>
        <w:t>43:17  to yeh bohat badi nemat hai ke sare duniya ke log aap ke ghar mein to payenge nahin, sare duniya ke logon ko aap chahenge, sare duniya ke log wahin ghar, mere ghar mein mulaqat ho jaye to nahin ho sakti hai.</w:t>
      </w:r>
      <w:r>
        <w:br/>
      </w:r>
      <w:r>
        <w:rPr>
          <w:sz w:val="20"/>
        </w:rPr>
        <w:t>43:31  lekin hajj mein log hajj ke liye pahuchte hain wahan par</w:t>
      </w:r>
      <w:r>
        <w:br/>
      </w:r>
      <w:r>
        <w:rPr>
          <w:sz w:val="20"/>
        </w:rPr>
        <w:t>43:36  to aap ko global interaction ka moqa mil jata hai. ek hi maqam par, yani dunya bhar ke logon se milna, dunya bhar ke logon se discussion karna,</w:t>
      </w:r>
      <w:r>
        <w:br/>
      </w:r>
      <w:r>
        <w:rPr>
          <w:sz w:val="20"/>
        </w:rPr>
        <w:t>43:52  dunya bhar ke logon se seekhna, batana, yeh sab wahan hasil ho jata hai aap ko. to yeh kaise hoga?</w:t>
      </w:r>
      <w:r>
        <w:br/>
      </w:r>
      <w:r>
        <w:rPr>
          <w:sz w:val="20"/>
        </w:rPr>
        <w:t>44:02  jab aap shaoori tor par janen,</w:t>
      </w:r>
      <w:r>
        <w:br/>
      </w:r>
      <w:r>
        <w:rPr>
          <w:sz w:val="20"/>
        </w:rPr>
        <w:t>44:04  isko agar ehsas na ho aap ko to aap jayenge aur dekhenge ke wahan bohat aadmi hain to aap kahenge ke ek bheed hai,</w:t>
      </w:r>
      <w:r>
        <w:br/>
      </w:r>
      <w:r>
        <w:rPr>
          <w:sz w:val="20"/>
        </w:rPr>
        <w:t>44:14  ek bheed hai wahan. to agar aap ka zehan tayyar na ho to wahan ke jo log hain woh aap ko bheed dikhai denge.</w:t>
      </w:r>
      <w:r>
        <w:br/>
      </w:r>
      <w:r>
        <w:rPr>
          <w:sz w:val="20"/>
        </w:rPr>
        <w:t>44:24  ab agar zehan tayyar ho to aap ko lagega yeh to bohat bara moqa hai, main logon se milun, logon se seekhun, apne ilm ko barhaun.</w:t>
      </w:r>
      <w:r>
        <w:br/>
      </w:r>
      <w:r>
        <w:rPr>
          <w:sz w:val="20"/>
        </w:rPr>
        <w:t>44:39  to hajj jo hai chahta hai ke sahi hajj kar sakte hain woh log jo bashaoor haji hon.</w:t>
      </w:r>
    </w:p>
    <w:p>
      <w:pPr>
        <w:pStyle w:val="Heading2"/>
      </w:pPr>
      <w:r>
        <w:t>Dua needs sincerity and brokenness, not rote words</w:t>
      </w:r>
    </w:p>
    <w:p>
      <w:r>
        <w:rPr>
          <w:color w:val="666666"/>
          <w:sz w:val="18"/>
        </w:rPr>
        <w:t>Spirit of Ramadan April 3, 2022 Prof. Farida Khanam · 2m 15s · at 21:26 · https://youtu.be/cj5T0Atpeu8?t=1286</w:t>
      </w:r>
    </w:p>
    <w:p>
      <w:r>
        <w:rPr>
          <w:i/>
        </w:rPr>
        <w:t>“दुआ से हम खुदा से connection कायम करते हैं”</w:t>
      </w:r>
    </w:p>
    <w:p>
      <w:r>
        <w:rPr>
          <w:sz w:val="20"/>
        </w:rPr>
        <w:t>21:26  dua se hum khuda se connection kayam karte hain. to isliye dua bahut zyada important hai aur allah taala pasand farmata hai ki banda jo hai allah se dua kare phir dua aur bahut zyada jab khushu khuzu se dua karte hain, poore dili dil se dua karte hain tab allah taala usko qubool karta hai. to woh asal mein wahi point hai jaha hum khuda se talog kayam karte hain.</w:t>
      </w:r>
      <w:r>
        <w:br/>
      </w:r>
      <w:r>
        <w:rPr>
          <w:sz w:val="20"/>
        </w:rPr>
        <w:t>21:56  to woh jo aajkal jo chali hui hai masnoon duaen, to woh log usko padhte rehte hain, usko yaad rakh lete hain, rat lete hain, usko padhte rehte hain. Asal mein woh dua nahi hai balkeh woh jo kaifiyat ko jo sari duaen hain sahaba ki aur prophets ki, to woh kaifiyat se woh guzarte the. Us waqt unke dil se, dimagh se kuch alfaaz nikalte the. To woh hota tha.</w:t>
      </w:r>
      <w:r>
        <w:br/>
      </w:r>
      <w:r>
        <w:rPr>
          <w:sz w:val="20"/>
        </w:rPr>
        <w:t>22:21  To hamein un kaifiyat se guzarte hue kuch alfaaz nikal aate hain. Woh hamare toote hue dil se woh alfaaz nikalte hain, izz ke saath nikalte hain. To woh jo hoti hai helplessness ki kaifiyat, to tab Khuda ke yahan us un alfaaz ko qubooliyat hoti hai. Rate hue alfaaz ki qubooliyat nahi hai.</w:t>
      </w:r>
      <w:r>
        <w:br/>
      </w:r>
      <w:r>
        <w:rPr>
          <w:sz w:val="20"/>
        </w:rPr>
        <w:t>22:45  Rate hue alfaaz ke saath jab tak spirit na shamil ho, tab tak woh Khuda ke yahan qubool nahi hoga. Kyunkeh yeh kaifiyat itni zyada important hai keh Rasoolullah sallallahu alaihi wasallam paighambar hote hue ek baar aap ke paas hazar Jibraeel aaye keh yeh wahan halaat bohat sakht hain.</w:t>
      </w:r>
      <w:r>
        <w:br/>
      </w:r>
      <w:r>
        <w:rPr>
          <w:sz w:val="20"/>
        </w:rPr>
        <w:t>23:05  to hazar jibrehel aaye ki yeh makka ki poori wadi ko aap ke liye qubool ho rahi hai ki</w:t>
      </w:r>
      <w:r>
        <w:br/>
      </w:r>
      <w:r>
        <w:rPr>
          <w:sz w:val="20"/>
        </w:rPr>
        <w:t>23:23  nahi ho rahi hai.</w:t>
      </w:r>
      <w:r>
        <w:br/>
      </w:r>
      <w:r>
        <w:rPr>
          <w:sz w:val="20"/>
        </w:rPr>
        <w:t>23:41  Warna aisi namazen hain, aisi duaen hain jo Khuda ke yahan se wapas kar di jati hain. To dua jo hai woh ek ibadat hai. Dua sirf kuch chand alfaaz ko dohrana nahi hai kyunkeh dua jo hai hum apni modesty ko Khuda ke aage establish karte hain keh hum bande hain, Khuda mabood hai, hum taker hain, Khuda giver hai, hum recipient hain, Khuda munim hai.</w:t>
      </w:r>
    </w:p>
    <w:p>
      <w:pPr>
        <w:pStyle w:val="Heading2"/>
      </w:pPr>
      <w:r>
        <w:t>The solar system's design as proof of a Creator</w:t>
      </w:r>
    </w:p>
    <w:p>
      <w:r>
        <w:rPr>
          <w:color w:val="666666"/>
          <w:sz w:val="18"/>
        </w:rPr>
        <w:t>The Message of Eid Al-Adha November 6, 2011 · 2m 49s · at 9:45 · https://youtu.be/rJrjqkrLjMY?t=585</w:t>
      </w:r>
    </w:p>
    <w:p>
      <w:r>
        <w:rPr>
          <w:i/>
        </w:rPr>
        <w:t>“ہمارا جو سولر سسٹم ہے، وہ کیا ہے؟”</w:t>
      </w:r>
    </w:p>
    <w:p>
      <w:r>
        <w:rPr>
          <w:sz w:val="20"/>
        </w:rPr>
        <w:t>9:45  yahan bhi aap dekhiye to science ne makhlooq ko liya aur khaliq ko chhod diya۔ misaal ke taur par dekhiye, hamara jo solar system hai،</w:t>
      </w:r>
      <w:r>
        <w:br/>
      </w:r>
      <w:r>
        <w:rPr>
          <w:sz w:val="20"/>
        </w:rPr>
        <w:t>10:00  nizam shamsi،</w:t>
      </w:r>
      <w:r>
        <w:br/>
      </w:r>
      <w:r>
        <w:rPr>
          <w:sz w:val="20"/>
        </w:rPr>
        <w:t>10:05  woh kiya hai؟ solar system aik galaxy mein waqe hai۔</w:t>
      </w:r>
      <w:r>
        <w:br/>
      </w:r>
      <w:r>
        <w:rPr>
          <w:sz w:val="20"/>
        </w:rPr>
        <w:t>10:12  wasee universe mein bohat sari kahkashan hain jin ko galaxy kaha jata hai۔ in mein se aik galaxy woh hai jis mein hamara solar system waqe hai۔</w:t>
      </w:r>
      <w:r>
        <w:br/>
      </w:r>
      <w:r>
        <w:rPr>
          <w:sz w:val="20"/>
        </w:rPr>
        <w:t>10:27  yeh bohat hi ajeeb baat hai ke poora solar system is galaxy ke corner par hai, kinare, is ke darmian mein nahi hai۔</w:t>
      </w:r>
      <w:r>
        <w:br/>
      </w:r>
      <w:r>
        <w:rPr>
          <w:sz w:val="20"/>
        </w:rPr>
        <w:t>10:40  is galaxy mein bohat sare sitare hain, billions ya billion sitare hain, bohat hi ziyada baray baray, bohat ziyada garam۔ to is galaxy ka jo darmiani hissa hai،</w:t>
      </w:r>
      <w:r>
        <w:br/>
      </w:r>
      <w:r>
        <w:rPr>
          <w:sz w:val="20"/>
        </w:rPr>
        <w:t>10:54  woh bohat ziyada garam hai, bohat ziyada heat hai is ke andar۔</w:t>
      </w:r>
      <w:r>
        <w:br/>
      </w:r>
      <w:r>
        <w:rPr>
          <w:sz w:val="20"/>
        </w:rPr>
        <w:t>11:02  agar hamara solar system galaxy ke darmian mein hota to hum log pighal jate, hamara wajood na hota hamara۔</w:t>
      </w:r>
      <w:r>
        <w:br/>
      </w:r>
      <w:r>
        <w:rPr>
          <w:sz w:val="20"/>
        </w:rPr>
        <w:t>11:13  lekin khaliq ne solar system ko galaxy ke kinare rakh diya, jis ki wajah se hum ko bohat hi mo'tedil aur normal heat milti hai۔</w:t>
      </w:r>
      <w:r>
        <w:br/>
      </w:r>
      <w:r>
        <w:rPr>
          <w:sz w:val="20"/>
        </w:rPr>
        <w:t>11:27  to scientist is ki daryaft to karta hai ke ke solar system mein kehte hain</w:t>
      </w:r>
      <w:r>
        <w:br/>
      </w:r>
      <w:r>
        <w:rPr>
          <w:sz w:val="20"/>
        </w:rPr>
        <w:t>11:39  planets hain, is ke is ki movement kaise hoti hai, is ka location kiya hai۔</w:t>
      </w:r>
      <w:r>
        <w:br/>
      </w:r>
      <w:r>
        <w:rPr>
          <w:sz w:val="20"/>
        </w:rPr>
        <w:t>11:48  lekin yeh jo pehlu hai ke itni zabardast is ke andar maenvi</w:t>
      </w:r>
      <w:r>
        <w:br/>
      </w:r>
      <w:r>
        <w:rPr>
          <w:sz w:val="20"/>
        </w:rPr>
        <w:t>11:55  yat hai, yahi aik baat nahi, aisi millions aur billions baaten hain jo batati hain ke jo khaliq hai is ka, woh bohat hi ziyada hakim hai۔</w:t>
      </w:r>
      <w:r>
        <w:br/>
      </w:r>
      <w:r>
        <w:rPr>
          <w:sz w:val="20"/>
        </w:rPr>
        <w:t>12:11  yani everything is well designed, well planned to kyun aisa hai؟ is ke maeni hain ke is ke peechay planer hain, is ke peechay designer hain۔</w:t>
      </w:r>
      <w:r>
        <w:br/>
      </w:r>
      <w:r>
        <w:rPr>
          <w:sz w:val="20"/>
        </w:rPr>
        <w:t>12:24  lekin science ka woh subject nahi۔ to science form ka, form ki tehqeeq karti hai۔</w:t>
      </w:r>
    </w:p>
    <w:p>
      <w:pPr>
        <w:pStyle w:val="Heading2"/>
      </w:pPr>
      <w:r>
        <w:t>Fasting's bad breath leads to creativity</w:t>
      </w:r>
    </w:p>
    <w:p>
      <w:r>
        <w:rPr>
          <w:color w:val="666666"/>
          <w:sz w:val="18"/>
        </w:rPr>
        <w:t>Fasting: A Scheme for Life | May 27, 2017 · 2m 32s · at 1:46 · https://youtu.be/CbE2a1baFv8?t=106</w:t>
      </w:r>
    </w:p>
    <w:p>
      <w:r>
        <w:rPr>
          <w:i/>
        </w:rPr>
        <w:t>“Khushbu nahi hai, balke sirf boo”</w:t>
      </w:r>
    </w:p>
    <w:p>
      <w:r>
        <w:rPr>
          <w:sz w:val="20"/>
        </w:rPr>
        <w:t>1:46  khushbu nahi hai, balke sirf bo, koi bo.</w:t>
      </w:r>
      <w:r>
        <w:br/>
      </w:r>
      <w:r>
        <w:rPr>
          <w:sz w:val="20"/>
        </w:rPr>
        <w:t>1:56  yani ismell ek neutral lafz hai.</w:t>
      </w:r>
      <w:r>
        <w:br/>
      </w:r>
      <w:r>
        <w:rPr>
          <w:sz w:val="20"/>
        </w:rPr>
        <w:t>2:06  to jab aadmi Allah ki niyat se roza rakhta hai, to uske munh se jab bhook zyada hoti hai</w:t>
      </w:r>
      <w:r>
        <w:br/>
      </w:r>
      <w:r>
        <w:rPr>
          <w:sz w:val="20"/>
        </w:rPr>
        <w:t>2:17  to us ke munh se ek bo aati hai, use kehte hain khaluf. yeh us roze ki baat nahi hai jo log khoob khate hain aur shaam tak woh takar aati hai un ko, us roze ki baat nahi hai. is roze ki baat hai jab aadmi normal tareeqe se khata hai, to zahir hai ke aap normal tareeqe se khayenge to aap ko dopehar tak bhook lag jayegi, phir shaam tak aur lage gi. to nar</w:t>
      </w:r>
      <w:r>
        <w:br/>
      </w:r>
      <w:r>
        <w:rPr>
          <w:sz w:val="20"/>
        </w:rPr>
        <w:t>2:47  mil tarike se khana kha kar ke jo roza rakha jaye, uske bare mein yeh hadith hai.</w:t>
      </w:r>
      <w:r>
        <w:br/>
      </w:r>
      <w:r>
        <w:rPr>
          <w:sz w:val="20"/>
        </w:rPr>
        <w:t>2:57  to yeh jo bo hoti hai, yeh usko kahenge ismell, lekin wo achhe mani mein nahi hoti.</w:t>
      </w:r>
      <w:r>
        <w:br/>
      </w:r>
      <w:r>
        <w:rPr>
          <w:sz w:val="20"/>
        </w:rPr>
        <w:t>3:07  to bas wo sochne laga ke wo Allah ko achhi lage gi.</w:t>
      </w:r>
      <w:r>
        <w:br/>
      </w:r>
      <w:r>
        <w:rPr>
          <w:sz w:val="20"/>
        </w:rPr>
        <w:t>3:17  to woh is ka matlab woh bo nahi hai, woh smell nahi hai. smell se paida hone wali psychology hai, soch hai. jab aadmi ko bhook lage gi to uska mind active ho jata hai, us ko nayi nayi soch aane lagti hai, c</w:t>
      </w:r>
      <w:r>
        <w:br/>
      </w:r>
      <w:r>
        <w:rPr>
          <w:sz w:val="20"/>
        </w:rPr>
        <w:t>3:47  creative thinking aati hai.</w:t>
      </w:r>
      <w:r>
        <w:br/>
      </w:r>
      <w:r>
        <w:rPr>
          <w:sz w:val="20"/>
        </w:rPr>
        <w:t>3:57  to usko maine alfaaz badle uske to bhai samajh mein aaya ke is se murad</w:t>
      </w:r>
      <w:r>
        <w:br/>
      </w:r>
      <w:r>
        <w:rPr>
          <w:sz w:val="20"/>
        </w:rPr>
        <w:t>4:08  yeh hai ke negative event mein bhi positive pehlu hai, positive aspect hai. to aap</w:t>
      </w:r>
    </w:p>
    <w:p>
      <w:pPr>
        <w:pStyle w:val="Heading2"/>
      </w:pPr>
      <w:r>
        <w:t>Spirit of worship essential over form</w:t>
      </w:r>
    </w:p>
    <w:p>
      <w:r>
        <w:rPr>
          <w:color w:val="666666"/>
          <w:sz w:val="18"/>
        </w:rPr>
        <w:t>Roza and The Quran June 11, 2017 Maulana Wahiduddin Khan · 1m 59s · at 29:29 · https://youtu.be/pcDn2S_O2nA?t=1769</w:t>
      </w:r>
    </w:p>
    <w:p>
      <w:r>
        <w:rPr>
          <w:i/>
        </w:rPr>
        <w:t>“The acts of worship in Islam have a spirit”</w:t>
      </w:r>
    </w:p>
    <w:p>
      <w:r>
        <w:rPr>
          <w:sz w:val="20"/>
        </w:rPr>
        <w:t>29:29  kyun ke dekhiye islam mein jo ibadaten batai gayi hain woh un ka aik spirit hai.</w:t>
      </w:r>
      <w:r>
        <w:br/>
      </w:r>
      <w:r>
        <w:rPr>
          <w:sz w:val="20"/>
        </w:rPr>
        <w:t>29:39  un ka aik form hai. to agar spirit ko alag kar dein aur form ke aitbaar se aap ibaadat ko pakad lein to yeh yeh yeh yeh khud saakhta ibaadat hogi.</w:t>
      </w:r>
      <w:r>
        <w:br/>
      </w:r>
      <w:r>
        <w:rPr>
          <w:sz w:val="20"/>
        </w:rPr>
        <w:t>29:52  woh baat nahi hogi jo Allah ko matloob hai.</w:t>
      </w:r>
      <w:r>
        <w:br/>
      </w:r>
      <w:r>
        <w:rPr>
          <w:sz w:val="20"/>
        </w:rPr>
        <w:t>29:58  yaani chahe roza ho ya namaz ho. agar aap ko ab agar aap apne lehaz se aik banayein ab is is par chalen.</w:t>
      </w:r>
      <w:r>
        <w:br/>
      </w:r>
      <w:r>
        <w:rPr>
          <w:sz w:val="20"/>
        </w:rPr>
        <w:t>30:11  to jaisa aik shakhs ne namaz padhi madine ki masjid nabwi mein phir woh rasool Allah ke paas aaya.</w:t>
      </w:r>
      <w:r>
        <w:br/>
      </w:r>
      <w:r>
        <w:rPr>
          <w:sz w:val="20"/>
        </w:rPr>
        <w:t>30:20  yeh surat the masjid mein maujood. unhone salam kiya aur aap ke paas baithna chaha to aap ne kaha ke arj fasal faink lafzal sal jaao phir se namaz padho kyun ke tum ne namaz nahi padhi.</w:t>
      </w:r>
      <w:r>
        <w:br/>
      </w:r>
      <w:r>
        <w:rPr>
          <w:sz w:val="20"/>
        </w:rPr>
        <w:t>30:40  is tarah roze ke bare mein rasool Allah kahenge ke jaao phir se roza rakho. phir se roza rakho kyun ke tum ne roza nahi rakha. jaao phir se haj karo kyun ke tum ne haj nahi kiya.</w:t>
      </w:r>
      <w:r>
        <w:br/>
      </w:r>
      <w:r>
        <w:rPr>
          <w:sz w:val="20"/>
        </w:rPr>
        <w:t>30:54  jaao phir se zakat do kyun ke tum ne zakat de di hai. har baar yahi hoga. kyun ke jo pattern matloob hai woh to wahi hai jo maine arz kiya.</w:t>
      </w:r>
      <w:r>
        <w:br/>
      </w:r>
      <w:r>
        <w:rPr>
          <w:sz w:val="20"/>
        </w:rPr>
        <w:t>31:11  ab aap khud saakhta tor par aik powder banayein jis mein form to ho spirit na ho to aap ko banaya hua hoga.</w:t>
      </w:r>
      <w:r>
        <w:br/>
      </w:r>
      <w:r>
        <w:rPr>
          <w:sz w:val="20"/>
        </w:rPr>
        <w:t>31:21  is ka koi faida nahi milega aap ko.</w:t>
      </w:r>
    </w:p>
    <w:p>
      <w:pPr>
        <w:pStyle w:val="Heading2"/>
      </w:pPr>
      <w:r>
        <w:t>The 'competitive world' is really a world of greed</w:t>
      </w:r>
    </w:p>
    <w:p>
      <w:r>
        <w:rPr>
          <w:color w:val="666666"/>
          <w:sz w:val="18"/>
        </w:rPr>
        <w:t>Hadith-e-Jibril, April 21, 2013 · 1m 57s · at 1:20:01 · https://youtu.be/0rF6Ou0pDog?t=4801</w:t>
      </w:r>
    </w:p>
    <w:p>
      <w:r>
        <w:rPr>
          <w:i/>
        </w:rPr>
        <w:t>“competitive world ایک beautiful لفظ ہے، اس کا کوئی مطلب نہیں”</w:t>
      </w:r>
    </w:p>
    <w:p>
      <w:r>
        <w:rPr>
          <w:sz w:val="20"/>
        </w:rPr>
        <w:t>1:20:01  My question is how to balance the life of this world and hereafter in such a competitive world. Please advise us. Dekhein competitive world ek beautiful lafz hai.</w:t>
      </w:r>
      <w:r>
        <w:br/>
      </w:r>
      <w:r>
        <w:rPr>
          <w:sz w:val="20"/>
        </w:rPr>
        <w:t>1:20:12  Is ka koi matlab nahi hai. Asal cheez yeh hai ke har aadmi more and more mein jeeta hai.</w:t>
      </w:r>
      <w:r>
        <w:br/>
      </w:r>
      <w:r>
        <w:rPr>
          <w:sz w:val="20"/>
        </w:rPr>
        <w:t>1:20:20  Bas aur kuch nahi. Jisko dekho bas more and more, more and more. Jo Quran mein hai ke Allah ka woh takathur hatta zurtuhul maqabir tum more and more ke is mein jeete nahi rehte ke barkat qabr mein chali gayi.</w:t>
      </w:r>
      <w:r>
        <w:br/>
      </w:r>
      <w:r>
        <w:rPr>
          <w:sz w:val="20"/>
        </w:rPr>
        <w:t>1:20:38  Yeh sara mamla is liye hai ke log jo hain hiras mein jeete hain aur zyada kamai mein jeete hain. Koi qanaat ko janta hi nahi.</w:t>
      </w:r>
      <w:r>
        <w:br/>
      </w:r>
      <w:r>
        <w:rPr>
          <w:sz w:val="20"/>
        </w:rPr>
        <w:t>1:20:48  Koi competitive world</w:t>
      </w:r>
      <w:r>
        <w:br/>
      </w:r>
      <w:r>
        <w:rPr>
          <w:sz w:val="20"/>
        </w:rPr>
        <w:t>1:20:49  nahi hai. Hiras ki duniya hai. Hiras ki. Aap apne yani apni zindagi mein qanaat ko ikhtiyar kijiye.</w:t>
      </w:r>
      <w:r>
        <w:br/>
      </w:r>
      <w:r>
        <w:rPr>
          <w:sz w:val="20"/>
        </w:rPr>
        <w:t>1:20:58  Sadgi ko ikhtiyar kijiye. Apni family ke liye sadgi ka tareeqa ikhtiyar kijiye. To koi masla hi nahi hai. Aaj bhi sadgi zindagi ke liye koi masla nahi hai.</w:t>
      </w:r>
      <w:r>
        <w:br/>
      </w:r>
      <w:r>
        <w:rPr>
          <w:sz w:val="20"/>
        </w:rPr>
        <w:t>1:21:09  Masla un logon ke liye hai jo luxury aur comfort chahte hon.</w:t>
      </w:r>
      <w:r>
        <w:br/>
      </w:r>
      <w:r>
        <w:rPr>
          <w:sz w:val="20"/>
        </w:rPr>
        <w:t>1:21:17  mein mislan saada zindagi guzarta hoon. mere koi maslay hi nahin. kuch bhi nahin. Allah ke fazl se mujhe bilkul koi tension nahin rehta. to yeh to khoobsurat alfaaz logon ne garh rakhe hain.</w:t>
      </w:r>
      <w:r>
        <w:br/>
      </w:r>
      <w:r>
        <w:rPr>
          <w:sz w:val="20"/>
        </w:rPr>
        <w:t>1:21:31  competition kis baat mein ho raha hai? aur ziyada kamai ke liye. yani competition jo ho raha hai kis baat ke liye ho raha hai? aur ziyada kamai, aur ziyada kamai. aap kam kamaiye aur qanaat ke sath rahiye.</w:t>
      </w:r>
      <w:r>
        <w:br/>
      </w:r>
      <w:r>
        <w:rPr>
          <w:sz w:val="20"/>
        </w:rPr>
        <w:t>1:21:44  saadgi ke sath rahiye.</w:t>
      </w:r>
      <w:r>
        <w:br/>
      </w:r>
      <w:r>
        <w:rPr>
          <w:sz w:val="20"/>
        </w:rPr>
        <w:t>1:21:46  to koi masla hi nahin hai. kuch bhi masla nahin hai. sab chhote maslay hain jo hamare yani artificial life yani ghalat life style ki wajah se paida hui hain.</w:t>
      </w:r>
    </w:p>
    <w:p>
      <w:pPr>
        <w:pStyle w:val="Heading2"/>
      </w:pPr>
      <w:r>
        <w:t>Most people travel physically but never intellectually</w:t>
      </w:r>
    </w:p>
    <w:p>
      <w:r>
        <w:rPr>
          <w:color w:val="666666"/>
          <w:sz w:val="18"/>
        </w:rPr>
        <w:t>An Intellectual Journey May 1, 2011 · 2m 20s · at 0:39 · https://youtu.be/AqjjyimoIqw?t=39</w:t>
      </w:r>
    </w:p>
    <w:p>
      <w:r>
        <w:rPr>
          <w:i/>
        </w:rPr>
        <w:t>“Aam tor par log safar karte hain to physical hota hai”</w:t>
      </w:r>
    </w:p>
    <w:p>
      <w:r>
        <w:rPr>
          <w:sz w:val="20"/>
        </w:rPr>
        <w:t>0:39  aam tor par log safar karte hain to woh safar un ke liye physical journey hota hai. physical journey.</w:t>
      </w:r>
      <w:r>
        <w:br/>
      </w:r>
      <w:r>
        <w:rPr>
          <w:sz w:val="20"/>
        </w:rPr>
        <w:t>0:50  mujhe, main jab bhi safar karta hoon, main ne bohat safar kiye hain. har safar mera jo hai woh intellectual journey hota hai ya rohani safar hota hai.</w:t>
      </w:r>
      <w:r>
        <w:br/>
      </w:r>
      <w:r>
        <w:rPr>
          <w:sz w:val="20"/>
        </w:rPr>
        <w:t>1:07  physical safar nahi hota.</w:t>
      </w:r>
      <w:r>
        <w:br/>
      </w:r>
      <w:r>
        <w:rPr>
          <w:sz w:val="20"/>
        </w:rPr>
        <w:t>1:12  aur main samajhta hoon ke safar jo hai bohat bari cheez hai.</w:t>
      </w:r>
      <w:r>
        <w:br/>
      </w:r>
      <w:r>
        <w:rPr>
          <w:sz w:val="20"/>
        </w:rPr>
        <w:t>1:18  safar mein aap ko naye naye experience hotay hain, naye naye logon se interaction hota hai, nayi nayi cheezein aap ko observation mein aati hain.</w:t>
      </w:r>
      <w:r>
        <w:br/>
      </w:r>
      <w:r>
        <w:rPr>
          <w:sz w:val="20"/>
        </w:rPr>
        <w:t>1:32  to safar jo hai</w:t>
      </w:r>
      <w:r>
        <w:br/>
      </w:r>
      <w:r>
        <w:rPr>
          <w:sz w:val="20"/>
        </w:rPr>
        <w:t>1:36  aik study hai, aik living library mein apne aap ko dakhil karna hai. lekin mein dekhta hoon ke aam taur par log, more than 99 percent, safar ke in faidon se bilkul mehroom rehte hain.</w:t>
      </w:r>
      <w:r>
        <w:br/>
      </w:r>
      <w:r>
        <w:rPr>
          <w:sz w:val="20"/>
        </w:rPr>
        <w:t>1:58  mein logon ke safarnamay parhta hoon to woh bhi safarnamay aise hotay hain ke us mein kuch bhi rohani waza nahi hoti. koi lagta nahi ke unhon ne koi zehni safar kiya tha.</w:t>
      </w:r>
      <w:r>
        <w:br/>
      </w:r>
      <w:r>
        <w:rPr>
          <w:sz w:val="20"/>
        </w:rPr>
        <w:t>2:10  bas physical safar hota hai. is ki wajah kya hai? is ki wajah hai ke logon ke andar thinking capacity nahi hai.</w:t>
      </w:r>
      <w:r>
        <w:br/>
      </w:r>
      <w:r>
        <w:rPr>
          <w:sz w:val="20"/>
        </w:rPr>
        <w:t>2:25  people are deprived from thinking power. log jante nahi sochna kya hai. bas jo cheezein woh dikhai deti hain bazahir, usi mein gum rehte hain.</w:t>
      </w:r>
      <w:r>
        <w:br/>
      </w:r>
      <w:r>
        <w:rPr>
          <w:sz w:val="20"/>
        </w:rPr>
        <w:t>2:41  yani un ka poora safar jo hai distraction mein hota hai.</w:t>
      </w:r>
      <w:r>
        <w:br/>
      </w:r>
      <w:r>
        <w:rPr>
          <w:sz w:val="20"/>
        </w:rPr>
        <w:t>2:50  to safar ka jo faida hai, bara faida, usi se woh mehroom rehte hain.</w:t>
      </w:r>
    </w:p>
    <w:p>
      <w:pPr>
        <w:pStyle w:val="Heading2"/>
      </w:pPr>
      <w:r>
        <w:t>Rampur boy's bicycle story — 'who else but you'</w:t>
      </w:r>
    </w:p>
    <w:p>
      <w:r>
        <w:rPr>
          <w:color w:val="666666"/>
          <w:sz w:val="18"/>
        </w:rPr>
        <w:t>What is Dua (Only Lecture) April 26, 2009 Maulana Wahiduddin Khan · 2m 51s · at 42:33 · https://youtu.be/JxIR0o_C7GM?t=2553</w:t>
      </w:r>
    </w:p>
    <w:p>
      <w:r>
        <w:rPr>
          <w:i/>
        </w:rPr>
        <w:t>“Ek naujawan ka waqia hai, Rampur ka ek naujawan tha”</w:t>
      </w:r>
    </w:p>
    <w:p>
      <w:r>
        <w:rPr>
          <w:sz w:val="20"/>
        </w:rPr>
        <w:t>42:33  ek qissa maine aap ko bataya tha is se pehle, phir dohrata hoon is ko. ek ek naujawan ka waqia hai, rampur ka ek naujawan tha, ek sacha waqia hai.</w:t>
      </w:r>
      <w:r>
        <w:br/>
      </w:r>
      <w:r>
        <w:rPr>
          <w:sz w:val="20"/>
        </w:rPr>
        <w:t>42:46  ek ladka tha, woh ladka aur teenager tha. woh toh baees kail chahta tha. woh uska baap school teacher tha, kam aamdani thi, low income group mein uska shumar hota tha.</w:t>
      </w:r>
      <w:r>
        <w:br/>
      </w:r>
      <w:r>
        <w:rPr>
          <w:sz w:val="20"/>
        </w:rPr>
        <w:t>43:03  us ne kaha ke mujhe baees kail chahiye. baap ne kaha ke mein baees kail nahi khareed sakta, meri income itni nahi hai. ab bachay ko shauq tha, bar bar kehta raha.</w:t>
      </w:r>
      <w:r>
        <w:br/>
      </w:r>
      <w:r>
        <w:rPr>
          <w:sz w:val="20"/>
        </w:rPr>
        <w:t>43:15  woh</w:t>
      </w:r>
      <w:r>
        <w:br/>
      </w:r>
      <w:r>
        <w:rPr>
          <w:sz w:val="20"/>
        </w:rPr>
        <w:t>43:17  aakhir ek din aisa hua ke bete ne kaha ke mujhe baees kail chahiye, bohat zor de kar.</w:t>
      </w:r>
      <w:r>
        <w:br/>
      </w:r>
      <w:r>
        <w:rPr>
          <w:sz w:val="20"/>
        </w:rPr>
        <w:t>43:27  toh baap ghussa ho gaya. us ne kaha ke ab ab mein tum ko marunga. tum se keh diya ke baees kail mein khareed nahi sakta hoon, mere paas itna paisa nahi hai.</w:t>
      </w:r>
      <w:r>
        <w:br/>
      </w:r>
      <w:r>
        <w:rPr>
          <w:sz w:val="20"/>
        </w:rPr>
        <w:t>43:35  kyun mujh se baees kail ki baat karte ho?</w:t>
      </w:r>
      <w:r>
        <w:br/>
      </w:r>
      <w:r>
        <w:rPr>
          <w:sz w:val="20"/>
        </w:rPr>
        <w:t>43:43  toh bete ki zuban se nikla ke aap hi toh hamare baap hain, aap se na kahoon toh kis se kahoon?</w:t>
      </w:r>
      <w:r>
        <w:br/>
      </w:r>
      <w:r>
        <w:rPr>
          <w:sz w:val="20"/>
        </w:rPr>
        <w:t>43:54  us ke baad baap hil gaya</w:t>
      </w:r>
      <w:r>
        <w:br/>
      </w:r>
      <w:r>
        <w:rPr>
          <w:sz w:val="20"/>
        </w:rPr>
        <w:t>44:00  kyunke uska, yani uska fatherhood jo hai, woh doubt full ho gaya.</w:t>
      </w:r>
      <w:r>
        <w:br/>
      </w:r>
      <w:r>
        <w:rPr>
          <w:sz w:val="20"/>
        </w:rPr>
        <w:t>44:09  yeh keh kar ke us ne baap ke fatherhood ko doubt full bana diya. us ke liye mein kaisa baap hoon? apne bete ko baees kail nahi de sakta.</w:t>
      </w:r>
      <w:r>
        <w:br/>
      </w:r>
      <w:r>
        <w:rPr>
          <w:sz w:val="20"/>
        </w:rPr>
        <w:t>44:21  toh us ne baees kail khareed di. us ki is qisse ko maine socha. is qisse ko maine jab suna toh yeh mere liye point of reference ban gaya.</w:t>
      </w:r>
      <w:r>
        <w:br/>
      </w:r>
      <w:r>
        <w:rPr>
          <w:sz w:val="20"/>
        </w:rPr>
        <w:t>44:34  maine kaha khuda ya,</w:t>
      </w:r>
      <w:r>
        <w:br/>
      </w:r>
      <w:r>
        <w:rPr>
          <w:sz w:val="20"/>
        </w:rPr>
        <w:t>44:39  meri hesiyat bhi isi bachay jaisi hai aur tu hi toh hi mera sab kuch hai, tu hi mera creator hai, tu hi mera lord hai, tu hi mera sustainer hai.</w:t>
      </w:r>
      <w:r>
        <w:br/>
      </w:r>
      <w:r>
        <w:rPr>
          <w:sz w:val="20"/>
        </w:rPr>
        <w:t>44:49  toh tujh se agar na kahoon toh kis se kahoon?</w:t>
      </w:r>
      <w:r>
        <w:br/>
      </w:r>
      <w:r>
        <w:rPr>
          <w:sz w:val="20"/>
        </w:rPr>
        <w:t>44:54  toh is baees kail ka waqia jo hai bachay ka, woh jab mein jaana maane us ko toh mere liye woh point of reference ban gaya.</w:t>
      </w:r>
      <w:r>
        <w:br/>
      </w:r>
      <w:r>
        <w:rPr>
          <w:sz w:val="20"/>
        </w:rPr>
        <w:t>45:06  aise rozana aap ki zindagi mein aise waqiat hote hain ke agar aap, yaani aap sochne wale insan hon, aap sochne wale insan hon to har subah sham aap ko point of reference milte rahenge.</w:t>
      </w:r>
    </w:p>
    <w:p>
      <w:pPr>
        <w:pStyle w:val="Heading2"/>
      </w:pPr>
      <w:r>
        <w:t>First question on judgment day is about prayer</w:t>
      </w:r>
    </w:p>
    <w:p>
      <w:r>
        <w:rPr>
          <w:color w:val="666666"/>
          <w:sz w:val="18"/>
        </w:rPr>
        <w:t>On Salah (Prayer) (Part 3) 22 Jan 2006 - Maulana Wahiduddin Khan · 1m 31s · at 0:22 · https://youtu.be/1Q_hU89Hqok?t=22</w:t>
      </w:r>
    </w:p>
    <w:p>
      <w:r>
        <w:rPr>
          <w:i/>
        </w:rPr>
        <w:t>“Hadith mein aata hai ke”</w:t>
      </w:r>
    </w:p>
    <w:p>
      <w:r>
        <w:rPr>
          <w:sz w:val="20"/>
        </w:rPr>
        <w:t>0:22  hadith mein ata hai ke</w:t>
      </w:r>
      <w:r>
        <w:br/>
      </w:r>
      <w:r>
        <w:rPr>
          <w:sz w:val="20"/>
        </w:rPr>
        <w:t>0:26  "min al-abdi wal-kufri tark al-salat" . yani namaz hi se aadmi</w:t>
      </w:r>
      <w:r>
        <w:br/>
      </w:r>
      <w:r>
        <w:rPr>
          <w:sz w:val="20"/>
        </w:rPr>
        <w:t>0:36  momin banta hai, aur namaz chhod kar woh iman uska khatm ho jata hai. yeh itni bari cheez hai namaz.</w:t>
      </w:r>
      <w:r>
        <w:br/>
      </w:r>
      <w:r>
        <w:rPr>
          <w:sz w:val="20"/>
        </w:rPr>
        <w:t>0:47  ek persian poet ne, ek sufi poet ne, namaz ke bare mein kaha ke "roz-e-mehshar ke jagdaz bud,</w:t>
      </w:r>
      <w:r>
        <w:br/>
      </w:r>
      <w:r>
        <w:rPr>
          <w:sz w:val="20"/>
        </w:rPr>
        <w:t>1:01  awwalin pursish namaz bud" .</w:t>
      </w:r>
      <w:r>
        <w:br/>
      </w:r>
      <w:r>
        <w:rPr>
          <w:sz w:val="20"/>
        </w:rPr>
        <w:t>1:06  iska matlab yeh hai ke</w:t>
      </w:r>
      <w:r>
        <w:br/>
      </w:r>
      <w:r>
        <w:rPr>
          <w:sz w:val="20"/>
        </w:rPr>
        <w:t>1:12  namaz is the first to be questioned in the crucial day of judgment.</w:t>
      </w:r>
      <w:r>
        <w:br/>
      </w:r>
      <w:r>
        <w:rPr>
          <w:sz w:val="20"/>
        </w:rPr>
        <w:t>1:26  namaaz is the first to be questioned in the crucial day of judgment.</w:t>
      </w:r>
      <w:r>
        <w:br/>
      </w:r>
      <w:r>
        <w:rPr>
          <w:sz w:val="20"/>
        </w:rPr>
        <w:t>1:41  itni ahmiyat hai namaz ki, jis ko arabi mein salat kehte hain. S-A-L-A-T, salat.</w:t>
      </w:r>
    </w:p>
    <w:p>
      <w:pPr>
        <w:pStyle w:val="Heading2"/>
      </w:pPr>
      <w:r>
        <w:t>Family engrossment prevents mental triggering</w:t>
      </w:r>
    </w:p>
    <w:p>
      <w:r>
        <w:rPr>
          <w:color w:val="666666"/>
          <w:sz w:val="18"/>
        </w:rPr>
        <w:t>Roza (Fasting) Shock May 26, 2019 · 2m 32s · at 11:11 · https://youtu.be/GXYhGriFRpM?t=671</w:t>
      </w:r>
    </w:p>
    <w:p>
      <w:r>
        <w:rPr>
          <w:i/>
        </w:rPr>
        <w:t>“Is ki wajah shayad yeh hai ke ek aayat mujhe yaad aayi”</w:t>
      </w:r>
    </w:p>
    <w:p>
      <w:r>
        <w:rPr>
          <w:sz w:val="20"/>
        </w:rPr>
        <w:t>11:11  woh tha apne ghar walon mein magan. toh yaqeen kijiye ke sab se bara jo masla hai woh woh nahi jo akhbaron mein chhaptahai, jo media mein aata hai.</w:t>
      </w:r>
      <w:r>
        <w:br/>
      </w:r>
      <w:r>
        <w:rPr>
          <w:sz w:val="20"/>
        </w:rPr>
        <w:t>11:23  sadah masla yeh hai ke log apne bachon mein, apne ghar walon mein magan hain toh unko mind ko trigger karne ka mauqa nahi detey.</w:t>
      </w:r>
      <w:r>
        <w:br/>
      </w:r>
      <w:r>
        <w:rPr>
          <w:sz w:val="20"/>
        </w:rPr>
        <w:t>11:34  kaisa iska hawala bataiye? "kaan fi alh masrurah"</w:t>
      </w:r>
      <w:r>
        <w:br/>
      </w:r>
      <w:r>
        <w:rPr>
          <w:sz w:val="20"/>
        </w:rPr>
        <w:t>11:39  . surah al-inshiqaq, ayat number 13. hmm, tarjuma padhiye: "innahu kaana fi alh masrurah".</w:t>
      </w:r>
      <w:r>
        <w:br/>
      </w:r>
      <w:r>
        <w:rPr>
          <w:sz w:val="20"/>
        </w:rPr>
        <w:t>11:55  beshak woh tha apne ghar walon mein khush</w:t>
      </w:r>
      <w:r>
        <w:br/>
      </w:r>
      <w:r>
        <w:rPr>
          <w:sz w:val="20"/>
        </w:rPr>
        <w:t>11:59  . haan, toh logon ke jo raat din guzarte hain, jo subah shaam guzarte hain, woh apne ghar walon mein magan.</w:t>
      </w:r>
      <w:r>
        <w:br/>
      </w:r>
      <w:r>
        <w:rPr>
          <w:sz w:val="20"/>
        </w:rPr>
        <w:t>12:10  inhi ke liye khana hai, inhi ke liye peena hai, inhi ke liye kamana hai, inhi ke liye ghar banana hai.</w:t>
      </w:r>
      <w:r>
        <w:br/>
      </w:r>
      <w:r>
        <w:rPr>
          <w:sz w:val="20"/>
        </w:rPr>
        <w:t>12:18  toh ghar walon mein jo magan culture hai, woh asal masla hai. kyunke aap ke mind ko trigger trigger nahi hone deta.</w:t>
      </w:r>
      <w:r>
        <w:br/>
      </w:r>
      <w:r>
        <w:rPr>
          <w:sz w:val="20"/>
        </w:rPr>
        <w:t>12:31  aap ke mind ko trigger nahi hone deta. aap warna sochen, aap ke samandar mein pani ka samandar beh raha hai, petrol ka samandar zameen ke neeche rawan hai,</w:t>
      </w:r>
      <w:r>
        <w:br/>
      </w:r>
      <w:r>
        <w:rPr>
          <w:sz w:val="20"/>
        </w:rPr>
        <w:t>12:47  faslein ug rahi hain, phal aa rahe hain,</w:t>
      </w:r>
      <w:r>
        <w:br/>
      </w:r>
      <w:r>
        <w:rPr>
          <w:sz w:val="20"/>
        </w:rPr>
        <w:t>12:55  oxygen ki supply jari hai, suraj rozana shuru ho raha hai. yaani kaun si kami ho gayi? sab kuch mil raha hai aap ko.</w:t>
      </w:r>
      <w:r>
        <w:br/>
      </w:r>
      <w:r>
        <w:rPr>
          <w:sz w:val="20"/>
        </w:rPr>
        <w:t>13:06  lekin aap magan hain, bas magan hain apne family mein. ek dam family magan hai, din ko bhi, shaam ko bhi, raat ko bhi, subah ko bhi.</w:t>
      </w:r>
      <w:r>
        <w:br/>
      </w:r>
      <w:r>
        <w:rPr>
          <w:sz w:val="20"/>
        </w:rPr>
        <w:t>13:19  is is super masroofiyat ne aap ko mauqa hi nahi diya ke Allah ko sochen, akhirat ko sochen, Allah ki nematton ko sochen.</w:t>
      </w:r>
      <w:r>
        <w:br/>
      </w:r>
      <w:r>
        <w:rPr>
          <w:sz w:val="20"/>
        </w:rPr>
        <w:t>13:30  hata ke yeh bhi nahi koi sochta mere khayal se ke jo family hai, yeh Allah ki nemat hai. kuch mujhe toh inko mila nahi.</w:t>
      </w:r>
    </w:p>
    <w:p>
      <w:pPr>
        <w:pStyle w:val="Heading2"/>
      </w:pPr>
      <w:r>
        <w:t>Aisha's hadith: music and joy allowed on Eid</w:t>
      </w:r>
    </w:p>
    <w:p>
      <w:r>
        <w:rPr>
          <w:color w:val="666666"/>
          <w:sz w:val="18"/>
        </w:rPr>
        <w:t>Message on Eid al-Fitr March 31, 2025 · 1m 11s · at 14:22 · https://youtu.be/Jy7FoybhCUc?t=862</w:t>
      </w:r>
    </w:p>
    <w:p>
      <w:r>
        <w:rPr>
          <w:i/>
        </w:rPr>
        <w:t>“रसुल्लाह लेटे हुए थे और बच्चियां गा रही थीं”</w:t>
      </w:r>
    </w:p>
    <w:p>
      <w:r>
        <w:rPr>
          <w:sz w:val="20"/>
        </w:rPr>
        <w:t>14:22  to yani ek ek ek sense mein eid ka din enjoyment ka bhi din hai aur adratasha ki hiddi se ki eid ke din rasullah lete hue the aur abubakar rajillah aaye unke father.</w:t>
      </w:r>
      <w:r>
        <w:br/>
      </w:r>
      <w:r>
        <w:rPr>
          <w:sz w:val="20"/>
        </w:rPr>
        <w:t>14:45  to wahan kuch bachiyan baithi hui thi madina ki, jo ansar ke ladies hoti thi woh kuch gaati thi eid ke din. to baithkar kuch ga rahi thi, kuch instrument bhi tha unke pas, baja rahi thi. to rasullah lete hue the aur unhon ne chadar odh rakhi thi.</w:t>
      </w:r>
      <w:r>
        <w:br/>
      </w:r>
      <w:r>
        <w:rPr>
          <w:sz w:val="20"/>
        </w:rPr>
        <w:t>15:08  to jaise hazar to upar kar aaye unhon ne dekha, bole ki instruments of Saturn in the house of rasullah. to rasullah ne chadar hatayi aur kaha ki abu bakar aaj eid ka din hai. sab har mazhab ke logon ki eid ka din hota hai, yani festival hota hai, to aaj hi hamara hamara festival hai, hamari eid hai.</w:t>
      </w:r>
      <w:r>
        <w:br/>
      </w:r>
      <w:r>
        <w:rPr>
          <w:sz w:val="20"/>
        </w:rPr>
        <w:t>15:33  to is tarah ki thodi bahut jo cheezen hoti hain vah ek had tak jaayaz hain.</w:t>
      </w:r>
    </w:p>
    <w:p>
      <w:pPr>
        <w:pStyle w:val="Heading2"/>
      </w:pPr>
      <w:r>
        <w:t>the whole universe has already surrendered to God</w:t>
      </w:r>
    </w:p>
    <w:p>
      <w:r>
        <w:rPr>
          <w:color w:val="666666"/>
          <w:sz w:val="18"/>
        </w:rPr>
        <w:t>On The Month of Ramadan September 23, 2007 · 1m 28s · at 5:30 · https://youtu.be/8MIl4_cPq1k?t=330</w:t>
      </w:r>
    </w:p>
    <w:p>
      <w:r>
        <w:rPr>
          <w:i/>
        </w:rPr>
        <w:t>“The entire universe is already surrendered before God.”</w:t>
      </w:r>
    </w:p>
    <w:p>
      <w:r>
        <w:rPr>
          <w:sz w:val="20"/>
        </w:rPr>
        <w:t>5:30  dekhen, yeh mamla bohat seedha nahi hai. yani poori universe, poori universe surrender ki hui hai khuda ke aage,</w:t>
      </w:r>
      <w:r>
        <w:br/>
      </w:r>
      <w:r>
        <w:rPr>
          <w:sz w:val="20"/>
        </w:rPr>
        <w:t>5:40  already. khuda ke muqable mein jo jo world hai, jo khuda ne create kiya hai, woh sab ka sab khuda ke aage already surrender kiye hue hain.</w:t>
      </w:r>
      <w:r>
        <w:br/>
      </w:r>
      <w:r>
        <w:rPr>
          <w:sz w:val="20"/>
        </w:rPr>
        <w:t>5:53  aap dekhiye ke stars aur planet ke jo motion hain, ek second ke farq ke baghair woh hazaron hazar saal tak waise hi chalte rehte hain.</w:t>
      </w:r>
      <w:r>
        <w:br/>
      </w:r>
      <w:r>
        <w:rPr>
          <w:sz w:val="20"/>
        </w:rPr>
        <w:t>6:03  yahi to surrender hai.</w:t>
      </w:r>
      <w:r>
        <w:br/>
      </w:r>
      <w:r>
        <w:rPr>
          <w:sz w:val="20"/>
        </w:rPr>
        <w:t>6:06  har cheez mein yahi hai. aap dekhen ke jo law of nature hai, is law of nature se zara bhi koi cheez deviate nahi karti.</w:t>
      </w:r>
      <w:r>
        <w:br/>
      </w:r>
      <w:r>
        <w:rPr>
          <w:sz w:val="20"/>
        </w:rPr>
        <w:t>6:16  to rest of the world jo hai, woh surrender ki hui hai compulsively. compulsively isi surrender ko insan ko karna hai apne irade se, apni freedom se, apni liberty se.</w:t>
      </w:r>
      <w:r>
        <w:br/>
      </w:r>
      <w:r>
        <w:rPr>
          <w:sz w:val="20"/>
        </w:rPr>
        <w:t>6:34  yeh spirit inculcate karna hai is mahine mein. aap is is spirit ke sath jiyen is mahine mein ke "o god, i accept with all my soul and heart what you have destined me,</w:t>
      </w:r>
      <w:r>
        <w:br/>
      </w:r>
      <w:r>
        <w:rPr>
          <w:sz w:val="20"/>
        </w:rPr>
        <w:t>6:54  destined for me."</w:t>
      </w:r>
    </w:p>
    <w:p>
      <w:pPr>
        <w:pStyle w:val="Heading2"/>
      </w:pPr>
      <w:r>
        <w:t>Abdurrahman bin Awf gives away 1,000 camels of food free</w:t>
      </w:r>
    </w:p>
    <w:p>
      <w:r>
        <w:rPr>
          <w:color w:val="666666"/>
          <w:sz w:val="18"/>
        </w:rPr>
        <w:t>Spirit of Zakat (English) May 16, 2007 Maulana Wahiduddin Khan · 3m 00s · at 43:23 · https://youtu.be/J-0gHxSsXWc?t=2603</w:t>
      </w:r>
    </w:p>
    <w:p>
      <w:r>
        <w:rPr>
          <w:i/>
        </w:rPr>
        <w:t>“The same happened with Abdurrahman bin Awf.”</w:t>
      </w:r>
    </w:p>
    <w:p>
      <w:r>
        <w:rPr>
          <w:sz w:val="20"/>
        </w:rPr>
        <w:t>43:23  The same happened with Abdurrahman bin Awf.</w:t>
      </w:r>
      <w:r>
        <w:br/>
      </w:r>
      <w:r>
        <w:rPr>
          <w:sz w:val="20"/>
        </w:rPr>
        <w:t>43:26  Abdurrahman bin Awf was a senior Sahabi,</w:t>
      </w:r>
      <w:r>
        <w:br/>
      </w:r>
      <w:r>
        <w:rPr>
          <w:sz w:val="20"/>
        </w:rPr>
        <w:t>43:35  a senior companion of the Prophet of Islam. He was also an immigrant, and he was a great trader in Madinah.</w:t>
      </w:r>
      <w:r>
        <w:br/>
      </w:r>
      <w:r>
        <w:rPr>
          <w:sz w:val="20"/>
        </w:rPr>
        <w:t>43:50  So, one day, his caravan reached Madinah from Syria.</w:t>
      </w:r>
      <w:r>
        <w:br/>
      </w:r>
      <w:r>
        <w:rPr>
          <w:sz w:val="20"/>
        </w:rPr>
        <w:t>44:02  This caravan was</w:t>
      </w:r>
      <w:r>
        <w:br/>
      </w:r>
      <w:r>
        <w:rPr>
          <w:sz w:val="20"/>
        </w:rPr>
        <w:t>44:08  of 1,000 camels.</w:t>
      </w:r>
      <w:r>
        <w:br/>
      </w:r>
      <w:r>
        <w:rPr>
          <w:sz w:val="20"/>
        </w:rPr>
        <w:t>44:15  This caravan was comprised of 1,000</w:t>
      </w:r>
      <w:r>
        <w:br/>
      </w:r>
      <w:r>
        <w:rPr>
          <w:sz w:val="20"/>
        </w:rPr>
        <w:t>44:19  camels. All these camels were loaded with commodities like cereal and other food items.</w:t>
      </w:r>
      <w:r>
        <w:br/>
      </w:r>
      <w:r>
        <w:rPr>
          <w:sz w:val="20"/>
        </w:rPr>
        <w:t>44:31  So, Abdurrahman bin Awf was a senior Sahabi. He announced at that time, at that time in Madinah, that people were in need of food items.</w:t>
      </w:r>
      <w:r>
        <w:br/>
      </w:r>
      <w:r>
        <w:rPr>
          <w:sz w:val="20"/>
        </w:rPr>
        <w:t>44:48  There was food items, there was a scarcity of food items at that time.</w:t>
      </w:r>
      <w:r>
        <w:br/>
      </w:r>
      <w:r>
        <w:rPr>
          <w:sz w:val="20"/>
        </w:rPr>
        <w:t>44:56  So, Abdurrahman bin Awf</w:t>
      </w:r>
      <w:r>
        <w:br/>
      </w:r>
      <w:r>
        <w:rPr>
          <w:sz w:val="20"/>
        </w:rPr>
        <w:t>45:03  decided not to exploit the situation.</w:t>
      </w:r>
      <w:r>
        <w:br/>
      </w:r>
      <w:r>
        <w:rPr>
          <w:sz w:val="20"/>
        </w:rPr>
        <w:t>45:10  Instead, he decided to distribute freely to all those people without any price.</w:t>
      </w:r>
      <w:r>
        <w:br/>
      </w:r>
      <w:r>
        <w:rPr>
          <w:sz w:val="20"/>
        </w:rPr>
        <w:t>45:24  So, Abdurrahman bin Awf announced in Madinah that all those people who are needy, who are poor,</w:t>
      </w:r>
      <w:r>
        <w:br/>
      </w:r>
      <w:r>
        <w:rPr>
          <w:sz w:val="20"/>
        </w:rPr>
        <w:t>45:38  who are in need of food items, they come to my home, and I will give them all these food items free, without any cost</w:t>
      </w:r>
      <w:r>
        <w:br/>
      </w:r>
      <w:r>
        <w:rPr>
          <w:sz w:val="20"/>
        </w:rPr>
        <w:t>45:54  . So, all those needy people came to his house, and he distributed all those food items</w:t>
      </w:r>
      <w:r>
        <w:br/>
      </w:r>
      <w:r>
        <w:rPr>
          <w:sz w:val="20"/>
        </w:rPr>
        <w:t>46:07  free of cost. So, this was an example of maximum Infaq.</w:t>
      </w:r>
      <w:r>
        <w:br/>
      </w:r>
      <w:r>
        <w:rPr>
          <w:sz w:val="20"/>
        </w:rPr>
        <w:t>46:18  He distributed all those food items</w:t>
      </w:r>
    </w:p>
    <w:p>
      <w:pPr>
        <w:pStyle w:val="Heading2"/>
      </w:pPr>
      <w:r>
        <w:t>Hajj as training for peaceful society</w:t>
      </w:r>
    </w:p>
    <w:p>
      <w:r>
        <w:rPr>
          <w:color w:val="666666"/>
          <w:sz w:val="18"/>
        </w:rPr>
        <w:t>The Universal Message of Hajj May 25, 2025 · 1m 42s · at 33:49 · https://youtu.be/dr_sfN8NMzQ?t=2029</w:t>
      </w:r>
    </w:p>
    <w:p>
      <w:r>
        <w:rPr>
          <w:i/>
        </w:rPr>
        <w:t>“Asal mein Hajj mein is tarah se chonke jahaan lakhon log jamah ho rahe hain”</w:t>
      </w:r>
    </w:p>
    <w:p>
      <w:r>
        <w:rPr>
          <w:sz w:val="20"/>
        </w:rPr>
        <w:t>33:49  asl mein haj mein is tareeqe se chuki jahan lakhon log jama ho rahe hon aur phir wahan mana kar diya jaye ke yahan ladai jhagda, koi bure alfaaz nahi nikal sakte, koi violence nahi kar sakte, to haj nahi hoga. To aadmi bahut zyada,</w:t>
      </w:r>
      <w:r>
        <w:br/>
      </w:r>
      <w:r>
        <w:rPr>
          <w:sz w:val="20"/>
        </w:rPr>
        <w:t>34:06  bahut zyada woh karta hai, iska khayal rakhta hai ke yahan koi galat kaam nahi karna hai. To yeh chalis din ki training jo hai, bahut zabardast hoti hai.</w:t>
      </w:r>
      <w:r>
        <w:br/>
      </w:r>
      <w:r>
        <w:rPr>
          <w:sz w:val="20"/>
        </w:rPr>
        <w:t>34:17  wahan par poori duniya se log aate hain, mukhtalif mulkon ke, mukhtalif cultures ke, mukhtalif zaban wale. To tarah tarah ke provocation bhi hote hain.</w:t>
      </w:r>
      <w:r>
        <w:br/>
      </w:r>
      <w:r>
        <w:rPr>
          <w:sz w:val="20"/>
        </w:rPr>
        <w:t>34:30  aur wahan par jo chuki bilkul allowed nahi hai ke jhagda karna, zaban se kisi ko takleef pahanchana, kisi janwar ko marna ya zakhami karna, sab kuch forbid na ho.</w:t>
      </w:r>
      <w:r>
        <w:br/>
      </w:r>
      <w:r>
        <w:rPr>
          <w:sz w:val="20"/>
        </w:rPr>
        <w:t>34:43  to is wajah se insan bahut zyada iska dhyan rakhta hai. Aur ab psychology mein aisa hai ke agar ek ek ek muddat tak aadmi ek ek iska woh kare, khayal rakhe in sababaton ka, to usko aadat si iski pad jati hai.</w:t>
      </w:r>
      <w:r>
        <w:br/>
      </w:r>
      <w:r>
        <w:rPr>
          <w:sz w:val="20"/>
        </w:rPr>
        <w:t>35:02  to chalis din toh bahut ho jate hain ke usko aadat pad jaye ke woh peaceful tareeqe se society mein rahega.</w:t>
      </w:r>
      <w:r>
        <w:br/>
      </w:r>
      <w:r>
        <w:rPr>
          <w:sz w:val="20"/>
        </w:rPr>
        <w:t>35:10  to ek hadith hai ke jo shakhs haj is tarah ada kare ke log uski zaban aur uske hath se mehfooz rahen, to uske tamam gunah maaf ho jayenge.</w:t>
      </w:r>
      <w:r>
        <w:br/>
      </w:r>
      <w:r>
        <w:rPr>
          <w:sz w:val="20"/>
        </w:rPr>
        <w:t>35:21  to yeh toh bahut hi bada incentive hai ke hum haj karen aur poore aadab ke sath haj karen, to hamare pichhle bhi tamam gunah maaf ho jayenge.</w:t>
      </w:r>
    </w:p>
    <w:p>
      <w:pPr>
        <w:pStyle w:val="Heading2"/>
      </w:pPr>
      <w:r>
        <w:t>Deeds are recommendation for Paradise</w:t>
      </w:r>
    </w:p>
    <w:p>
      <w:r>
        <w:rPr>
          <w:color w:val="666666"/>
          <w:sz w:val="18"/>
        </w:rPr>
        <w:t>Interaction 16 nov, 2019 - Maulana Wahiduddin Khan · 2m 50s · at 22:16 · https://youtu.be/18N19xva7Ag?t=1336</w:t>
      </w:r>
    </w:p>
    <w:p>
      <w:r>
        <w:rPr>
          <w:i/>
        </w:rPr>
        <w:t>“Jannat naam hai eternal paradise ka”</w:t>
      </w:r>
    </w:p>
    <w:p>
      <w:r>
        <w:rPr>
          <w:sz w:val="20"/>
        </w:rPr>
        <w:t>22:16  jaise main ne jahan tak samjha hai to jannat naam hai eternal paradise ka.</w:t>
      </w:r>
      <w:r>
        <w:br/>
      </w:r>
      <w:r>
        <w:rPr>
          <w:sz w:val="20"/>
        </w:rPr>
        <w:t>22:28  eternal paradise.</w:t>
      </w:r>
      <w:r>
        <w:br/>
      </w:r>
      <w:r>
        <w:rPr>
          <w:sz w:val="20"/>
        </w:rPr>
        <w:t>22:32  to insan to dunya mein aata hai, us ki average umar jo hai 70 saal, aur eternal paradise us ka koi bhi amal beharhal limited hota hai.</w:t>
      </w:r>
      <w:r>
        <w:br/>
      </w:r>
      <w:r>
        <w:rPr>
          <w:sz w:val="20"/>
        </w:rPr>
        <w:t>22:47  to limited amal paradise ka</w:t>
      </w:r>
      <w:r>
        <w:br/>
      </w:r>
      <w:r>
        <w:rPr>
          <w:sz w:val="20"/>
        </w:rPr>
        <w:t>22:54  istehqaq kaise paida karega?</w:t>
      </w:r>
      <w:r>
        <w:br/>
      </w:r>
      <w:r>
        <w:rPr>
          <w:sz w:val="20"/>
        </w:rPr>
        <w:t>22:59  to is sense mein</w:t>
      </w:r>
      <w:r>
        <w:br/>
      </w:r>
      <w:r>
        <w:rPr>
          <w:sz w:val="20"/>
        </w:rPr>
        <w:t>23:03  koi bhi shakhs apne amal se jannat mein nahi jayega.</w:t>
      </w:r>
      <w:r>
        <w:br/>
      </w:r>
      <w:r>
        <w:rPr>
          <w:sz w:val="20"/>
        </w:rPr>
        <w:t>23:11  albata yeh hai ke</w:t>
      </w:r>
      <w:r>
        <w:br/>
      </w:r>
      <w:r>
        <w:rPr>
          <w:sz w:val="20"/>
        </w:rPr>
        <w:t>23:16  amal ko amal to mein samajhta hoon recommendation ke darje mein hai. recommendation</w:t>
      </w:r>
      <w:r>
        <w:br/>
      </w:r>
      <w:r>
        <w:rPr>
          <w:sz w:val="20"/>
        </w:rPr>
        <w:t>23:27  yani ek yeh hai ke amal jo hai</w:t>
      </w:r>
      <w:r>
        <w:br/>
      </w:r>
      <w:r>
        <w:rPr>
          <w:sz w:val="20"/>
        </w:rPr>
        <w:t>23:35  price ho, jannat ki price ho.</w:t>
      </w:r>
      <w:r>
        <w:br/>
      </w:r>
      <w:r>
        <w:rPr>
          <w:sz w:val="20"/>
        </w:rPr>
        <w:t>23:40  ek matlab yeh hai ke amal insan ka jo hai woh jannat ki price ho, qeemat ho. is maani mein to kisi ka amal usko jannat mein le jaane wala nahi hai.</w:t>
      </w:r>
      <w:r>
        <w:br/>
      </w:r>
      <w:r>
        <w:rPr>
          <w:sz w:val="20"/>
        </w:rPr>
        <w:t>23:54  lekin</w:t>
      </w:r>
      <w:r>
        <w:br/>
      </w:r>
      <w:r>
        <w:rPr>
          <w:sz w:val="20"/>
        </w:rPr>
        <w:t>23:57  recommendation ke maani mein zaroor hai ke ek aadmi sachcha hai aur honest hai</w:t>
      </w:r>
      <w:r>
        <w:br/>
      </w:r>
      <w:r>
        <w:rPr>
          <w:sz w:val="20"/>
        </w:rPr>
        <w:t>24:11  to miqdar ke aitbar se phir bhi woh bohat hi kam rahega jannat ke muqable mein.</w:t>
      </w:r>
      <w:r>
        <w:br/>
      </w:r>
      <w:r>
        <w:rPr>
          <w:sz w:val="20"/>
        </w:rPr>
        <w:t>24:18  lekin jo aadmi</w:t>
      </w:r>
      <w:r>
        <w:br/>
      </w:r>
      <w:r>
        <w:rPr>
          <w:sz w:val="20"/>
        </w:rPr>
        <w:t>24:22  imandar aur jannati aamal ka mushtarik</w:t>
      </w:r>
      <w:r>
        <w:br/>
      </w:r>
      <w:r>
        <w:rPr>
          <w:sz w:val="20"/>
        </w:rPr>
        <w:t>24:29  limited is mein paya jayega to is ka woh limited amal</w:t>
      </w:r>
      <w:r>
        <w:br/>
      </w:r>
      <w:r>
        <w:rPr>
          <w:sz w:val="20"/>
        </w:rPr>
        <w:t>24:36  ابدی paradise ke liye ek recommendation ban jayega.</w:t>
      </w:r>
      <w:r>
        <w:br/>
      </w:r>
      <w:r>
        <w:rPr>
          <w:sz w:val="20"/>
        </w:rPr>
        <w:t>24:43  yeh mein samajhta hoon. jiska bhi amal usko jannat mein le jayega to woh recommendation ke maani mein hoga, price ke maani mein nahi hoga.</w:t>
      </w:r>
    </w:p>
    <w:p>
      <w:pPr>
        <w:pStyle w:val="Heading2"/>
      </w:pPr>
      <w:r>
        <w:t>Three prohibitions during Hajj</w:t>
      </w:r>
    </w:p>
    <w:p>
      <w:r>
        <w:rPr>
          <w:color w:val="666666"/>
          <w:sz w:val="18"/>
        </w:rPr>
        <w:t>Five Pillars of Islam - Part- II (English) February 22, 2025 Dr. Rajat Malhotra · 1m 52s · at 24:46 · https://youtu.be/fGlUbxcL7fQ?t=1486</w:t>
      </w:r>
    </w:p>
    <w:p>
      <w:r>
        <w:rPr>
          <w:i/>
        </w:rPr>
        <w:t>“The pilgrimages in the appointed months”</w:t>
      </w:r>
    </w:p>
    <w:p>
      <w:r>
        <w:rPr>
          <w:sz w:val="20"/>
        </w:rPr>
        <w:t>24:46  The pilgrimages in the appointed months, whoever intends to perform it during them must abstain from indecent speech, from all wicked conduct, and from quarreling while on the pilgrimage. Whatever good you may do, God is aware of it. Make provision for yourself, but surely the best of all provision is God consciousness. Always be mindful of me, you that are in doubt with, understanding.</w:t>
      </w:r>
      <w:r>
        <w:br/>
      </w:r>
      <w:r>
        <w:rPr>
          <w:sz w:val="20"/>
        </w:rPr>
        <w:t>25:15  So there are these three terms, that I have highlighted in bold, indecent speech, wicked conduct and quarreling. Jab hajj ke liye log jama hote hain, it is a kind of a training because, you know, people from all over the world, from different geographies, cultural backgrounds, they come. And it does happen that there are situations that people with base desires, they say something that spoils the spiritual atmosphere by the lewd comments.</w:t>
      </w:r>
      <w:r>
        <w:br/>
      </w:r>
      <w:r>
        <w:rPr>
          <w:sz w:val="20"/>
        </w:rPr>
        <w:t>25:45  Or let's say if somebody, uh-uh, confronts them or provokes them, they get into a quarrel, or they lose their dignified self. So what does Quran says? It says ki these are sins to be avoided. So in that sense, hajj is a is a superb, is a superb training because you are gathered at a place of sanctity and reverence.</w:t>
      </w:r>
      <w:r>
        <w:br/>
      </w:r>
      <w:r>
        <w:rPr>
          <w:sz w:val="20"/>
        </w:rPr>
        <w:t>26:10  And remember, god does not want your form, but god wants your pity, taqwa. It is the pity which is that provision which will help you in your journey from this world to the hereafter. Maulana Wahiduddin Khan sahib kehte the ki, ki when unless a person is willing to renounce all that is against the faith, the blessings of faith will not come to that person.</w:t>
      </w:r>
      <w:r>
        <w:br/>
      </w:r>
      <w:r>
        <w:rPr>
          <w:sz w:val="20"/>
        </w:rPr>
        <w:t>26:38  So we often see that, you know, aapne dekha hoga ki log memorize karte hain prayers and they will read it from the book. There's nothing wrong about it. It's it is required. It fulfills the legal requirement.</w:t>
      </w:r>
    </w:p>
    <w:p>
      <w:pPr>
        <w:pStyle w:val="Heading2"/>
      </w:pPr>
      <w:r>
        <w:t>Fasting as disciplined life and self-control</w:t>
      </w:r>
    </w:p>
    <w:p>
      <w:r>
        <w:rPr>
          <w:color w:val="666666"/>
          <w:sz w:val="18"/>
        </w:rPr>
        <w:t>Ramadan The Month of Fasting July 31, 2011- Maulana Wahiduddin Khan · 2m 16s · at 19:12 · https://youtu.be/EpBJ1QtE748?t=1152</w:t>
      </w:r>
    </w:p>
    <w:p>
      <w:r>
        <w:rPr>
          <w:i/>
        </w:rPr>
        <w:t>“Roze ki haqiqat kya hai?”</w:t>
      </w:r>
    </w:p>
    <w:p>
      <w:r>
        <w:rPr>
          <w:sz w:val="20"/>
        </w:rPr>
        <w:t>19:12  haqeeqat kya hai is ki roze ki? mein samajhta hoon ke roza haqeeqat hai</w:t>
      </w:r>
      <w:r>
        <w:br/>
      </w:r>
      <w:r>
        <w:rPr>
          <w:sz w:val="20"/>
        </w:rPr>
        <w:t>19:22  zindagi ko disciplined way mein guzarna.</w:t>
      </w:r>
      <w:r>
        <w:br/>
      </w:r>
      <w:r>
        <w:rPr>
          <w:sz w:val="20"/>
        </w:rPr>
        <w:t>19:29  disciplined way mein guzarna. woh kya hai? dekhein aik hai bandha hua janwar, aik hai khula hua janwar.</w:t>
      </w:r>
      <w:r>
        <w:br/>
      </w:r>
      <w:r>
        <w:rPr>
          <w:sz w:val="20"/>
        </w:rPr>
        <w:t>19:41  khula hua janwar is khet mein jata hai, us khet mein jata hai. koi is ki koi cheez is ko rokti nahi.</w:t>
      </w:r>
      <w:r>
        <w:br/>
      </w:r>
      <w:r>
        <w:rPr>
          <w:sz w:val="20"/>
        </w:rPr>
        <w:t>19:50  lekin yeh bandha janwar jo hai woh usi tak mehdood rehta hai jo is ke samne hai. to hadith mein aata hai ke yeh yeh misaal di gayi hai ke momin ki misaal aisi hai jaise ke aik khunte mein bandha hua ghoda.</w:t>
      </w:r>
      <w:r>
        <w:br/>
      </w:r>
      <w:r>
        <w:rPr>
          <w:sz w:val="20"/>
        </w:rPr>
        <w:t>20:11  "mathal momin wa mathal iman". aik</w:t>
      </w:r>
      <w:r>
        <w:br/>
      </w:r>
      <w:r>
        <w:rPr>
          <w:sz w:val="20"/>
        </w:rPr>
        <w:t>20:19  ghoda khunte mein bandha hua hai, is ki aik rassi hai, farz ki jiye ke teen meter ki. teen meter ke barabar woh ghoomega, is ke aage nahi aa sakta.</w:t>
      </w:r>
      <w:r>
        <w:br/>
      </w:r>
      <w:r>
        <w:rPr>
          <w:sz w:val="20"/>
        </w:rPr>
        <w:t>20:29  to aik janwar jo hai khula hua ho, har khet mein woh daakhil ho jayega. jo bandha hua ho woh usi dayre mein rahega jo is ka is ke malik ne dayra muqarrar kar diya hai.</w:t>
      </w:r>
      <w:r>
        <w:br/>
      </w:r>
      <w:r>
        <w:rPr>
          <w:sz w:val="20"/>
        </w:rPr>
        <w:t>20:44  to goya ke ramzan ka mahina aap ko yaad dilata hai ke aap ko paband zindagi guzarna hai.</w:t>
      </w:r>
      <w:r>
        <w:br/>
      </w:r>
      <w:r>
        <w:rPr>
          <w:sz w:val="20"/>
        </w:rPr>
        <w:t>20:55  disciplined way mein zindagi guzarna hai. apne aap ko control kar ke duniya mein rehna hai. apne bhook par control, apne pyas par control, apni khwahishon par control.</w:t>
      </w:r>
      <w:r>
        <w:br/>
      </w:r>
      <w:r>
        <w:rPr>
          <w:sz w:val="20"/>
        </w:rPr>
        <w:t>21:11  har cheez par control.</w:t>
      </w:r>
      <w:r>
        <w:br/>
      </w:r>
      <w:r>
        <w:rPr>
          <w:sz w:val="20"/>
        </w:rPr>
        <w:t>21:15  to yeh hai ramzan ki haqeeqat. yeh hai ramzan ki haqeeqat. isi liye dekhiye quran mein hai ke: "la'allakum tattaqun".</w:t>
      </w:r>
    </w:p>
    <w:p>
      <w:pPr>
        <w:pStyle w:val="Heading2"/>
      </w:pPr>
      <w:r>
        <w:t>Prophet's sayings on dua</w:t>
      </w:r>
    </w:p>
    <w:p>
      <w:r>
        <w:rPr>
          <w:color w:val="666666"/>
          <w:sz w:val="18"/>
        </w:rPr>
        <w:t>The Spirit of Dua March 20, 2022 Dr. Saniyasnain Khan · 1m 07s · at 1:57 · https://youtu.be/2v1uKLCxf5Y?t=117</w:t>
      </w:r>
    </w:p>
    <w:p>
      <w:r>
        <w:rPr>
          <w:i/>
        </w:rPr>
        <w:t>“Allah considers nothing more valuable than dua.”</w:t>
      </w:r>
    </w:p>
    <w:p>
      <w:r>
        <w:rPr>
          <w:sz w:val="20"/>
        </w:rPr>
        <w:t>1:57  Haan, kai sayings hain prophet ki. Jaisa prophet ne kaha tha, Allahu shay'un akram alallahi minad dua. Ke Allah ke nazdeek koi cheez dua se zyada azmat wali nahi hai aur aisi prophet ne kaha tha, yani dua hi worship hai.</w:t>
      </w:r>
      <w:r>
        <w:br/>
      </w:r>
      <w:r>
        <w:rPr>
          <w:sz w:val="20"/>
        </w:rPr>
        <w:t>2:25  dua mukhl ibada, dua is the essence of worship.</w:t>
      </w:r>
      <w:r>
        <w:br/>
      </w:r>
      <w:r>
        <w:rPr>
          <w:sz w:val="20"/>
        </w:rPr>
        <w:t>2:32  to is tarah se dua ke bare mein prophet ki bohat sayings hain aur dua darasal Khuda choonke</w:t>
      </w:r>
      <w:r>
        <w:br/>
      </w:r>
      <w:r>
        <w:rPr>
          <w:sz w:val="20"/>
        </w:rPr>
        <w:t>2:40  khaliq hai aur wahi dene wala hai, to har cheez ke liye dua karna aur Khuda se qareeb</w:t>
      </w:r>
      <w:r>
        <w:br/>
      </w:r>
      <w:r>
        <w:rPr>
          <w:sz w:val="20"/>
        </w:rPr>
        <w:t>2:48  hone ka bhi zariya dua hai aur jab insan Khuda se qareeb hota hai tabhi uska spiritual development</w:t>
      </w:r>
      <w:r>
        <w:br/>
      </w:r>
      <w:r>
        <w:rPr>
          <w:sz w:val="20"/>
        </w:rPr>
        <w:t>2:56  hota hai aur yani marfat e rabb ka bhi zariya duai hai.</w:t>
      </w:r>
      <w:r>
        <w:br/>
      </w:r>
      <w:r>
        <w:rPr>
          <w:sz w:val="20"/>
        </w:rPr>
        <w:t>3:04  Ji. DocsApp kai log yeh samajhte hain ke dua jo hai woh specific situation mein ki jaye. Jaise kabhi koi museebat aaye ya challenge kisi ke samne aa jaye ya phir koi zaroorat ho. Lekin Maulana Wahiduddin Khan sahib always used to emphasize that we should do dua for all our needs. To iske bare mein aap kuch batayein humein.</w:t>
      </w:r>
    </w:p>
    <w:p>
      <w:pPr>
        <w:pStyle w:val="Heading2"/>
      </w:pPr>
      <w:r>
        <w:t>Intellectual awakening and American Muslims</w:t>
      </w:r>
    </w:p>
    <w:p>
      <w:r>
        <w:rPr>
          <w:color w:val="666666"/>
          <w:sz w:val="18"/>
        </w:rPr>
        <w:t>Muslims in the Modern Age, Jan 18, 2009 · 1m 47s · at 2:04 · https://youtu.be/7zDCFtOSWSw?t=124</w:t>
      </w:r>
    </w:p>
    <w:p>
      <w:r>
        <w:rPr>
          <w:i/>
        </w:rPr>
        <w:t>“I can say with conviction that the most important problem with Muslims”</w:t>
      </w:r>
    </w:p>
    <w:p>
      <w:r>
        <w:rPr>
          <w:sz w:val="20"/>
        </w:rPr>
        <w:t>2:04  And I can say with conviction that the most important problem with Muslims is that they lack</w:t>
      </w:r>
      <w:r>
        <w:br/>
      </w:r>
      <w:r>
        <w:rPr>
          <w:sz w:val="20"/>
        </w:rPr>
        <w:t>2:24  the</w:t>
      </w:r>
      <w:r>
        <w:br/>
      </w:r>
      <w:r>
        <w:rPr>
          <w:sz w:val="20"/>
        </w:rPr>
        <w:t>2:27  intellectual awakening.</w:t>
      </w:r>
      <w:r>
        <w:br/>
      </w:r>
      <w:r>
        <w:rPr>
          <w:sz w:val="20"/>
        </w:rPr>
        <w:t>2:31  They don't know what is the present age.</w:t>
      </w:r>
      <w:r>
        <w:br/>
      </w:r>
      <w:r>
        <w:rPr>
          <w:sz w:val="20"/>
        </w:rPr>
        <w:t>2:37  I am saying this about all those Muslims, not only Indian Muslims, from Arabs to non-Arabs, from India to America.</w:t>
      </w:r>
      <w:r>
        <w:br/>
      </w:r>
      <w:r>
        <w:rPr>
          <w:sz w:val="20"/>
        </w:rPr>
        <w:t>2:51  All these Muslims are quite unaware of what is the present age.</w:t>
      </w:r>
      <w:r>
        <w:br/>
      </w:r>
      <w:r>
        <w:rPr>
          <w:sz w:val="20"/>
        </w:rPr>
        <w:t>3:00  Yesterday I received a telephone from America. One Muslim was speaking. He said that throughout America, in every city and in every mosque of America,</w:t>
      </w:r>
      <w:r>
        <w:br/>
      </w:r>
      <w:r>
        <w:rPr>
          <w:sz w:val="20"/>
        </w:rPr>
        <w:t>3:17  Muslims are doing bad dua, bad dua against their enemies.</w:t>
      </w:r>
      <w:r>
        <w:br/>
      </w:r>
      <w:r>
        <w:rPr>
          <w:sz w:val="20"/>
        </w:rPr>
        <w:t>3:26  Perhaps you know what</w:t>
      </w:r>
      <w:r>
        <w:br/>
      </w:r>
      <w:r>
        <w:rPr>
          <w:sz w:val="20"/>
        </w:rPr>
        <w:t>3:30  are those enemies. So, all the Muslims living in America, although they live in America, but they don't know.</w:t>
      </w:r>
      <w:r>
        <w:br/>
      </w:r>
      <w:r>
        <w:rPr>
          <w:sz w:val="20"/>
        </w:rPr>
        <w:t>3:40  They don't know. This is against Islam, against the spirit of the age. These people are living as blind persons.</w:t>
      </w:r>
    </w:p>
    <w:p>
      <w:pPr>
        <w:pStyle w:val="Heading2"/>
      </w:pPr>
      <w:r>
        <w:t>Escaping negativity by becoming a 'big bird thinker'</w:t>
      </w:r>
    </w:p>
    <w:p>
      <w:r>
        <w:rPr>
          <w:color w:val="666666"/>
          <w:sz w:val="18"/>
        </w:rPr>
        <w:t>Hadith-e-Jibril, April 21, 2013 · 2m 56s · at 57:30 · https://youtu.be/0rF6Ou0pDog?t=3450</w:t>
      </w:r>
    </w:p>
    <w:p>
      <w:r>
        <w:rPr>
          <w:i/>
        </w:rPr>
        <w:t>“دنیا negative آئٹم کا جنگل ہے”</w:t>
      </w:r>
    </w:p>
    <w:p>
      <w:r>
        <w:rPr>
          <w:sz w:val="20"/>
        </w:rPr>
        <w:t>57:30  dekhiye,</w:t>
      </w:r>
      <w:r>
        <w:br/>
      </w:r>
      <w:r>
        <w:rPr>
          <w:sz w:val="20"/>
        </w:rPr>
        <w:t>57:33  yeh baat bilkul sahi hai keh dunya</w:t>
      </w:r>
      <w:r>
        <w:br/>
      </w:r>
      <w:r>
        <w:rPr>
          <w:sz w:val="20"/>
        </w:rPr>
        <w:t>57:40  negative item ka jangal hai. Har aadmi ke liye, sab ke liye. Hatta keh jo baray baray wealthy log hain, baray baray power ke paas hain, un ke liye bhi.</w:t>
      </w:r>
      <w:r>
        <w:br/>
      </w:r>
      <w:r>
        <w:rPr>
          <w:sz w:val="20"/>
        </w:rPr>
        <w:t>57:57  aisi halat mein</w:t>
      </w:r>
      <w:r>
        <w:br/>
      </w:r>
      <w:r>
        <w:rPr>
          <w:sz w:val="20"/>
        </w:rPr>
        <w:t>58:03  apne aap ko negativity se bachana kaise mumkin hai? Main samajhta hoon keh sirf aik hi aik hi cheez hai, woh hai keh goal aap ka is se buland ho.</w:t>
      </w:r>
      <w:r>
        <w:br/>
      </w:r>
      <w:r>
        <w:rPr>
          <w:sz w:val="20"/>
        </w:rPr>
        <w:t>58:16  aik buland tar goal.</w:t>
      </w:r>
      <w:r>
        <w:br/>
      </w:r>
      <w:r>
        <w:rPr>
          <w:sz w:val="20"/>
        </w:rPr>
        <w:t>58:21  jo log dunya hi ko apna goal bana liye hon, wohi girta ho jata hai negativity mein. Agar goal aap ka buland ho jaye, jis ko main kehta hoon keh</w:t>
      </w:r>
      <w:r>
        <w:br/>
      </w:r>
      <w:r>
        <w:rPr>
          <w:sz w:val="20"/>
        </w:rPr>
        <w:t>58:35  woh big bird thinker aap ban jayen. Big bird thinker to apne aap hi yeh sab cheezain disappear ho jati hain.</w:t>
      </w:r>
      <w:r>
        <w:br/>
      </w:r>
      <w:r>
        <w:rPr>
          <w:sz w:val="20"/>
        </w:rPr>
        <w:t>58:45  main aik martaba hawai jahaz mein safar kar raha tha. To hawai jahaz jab ooper pohancha to neechay koi cheez dikhai nahi d</w:t>
      </w:r>
      <w:r>
        <w:br/>
      </w:r>
      <w:r>
        <w:rPr>
          <w:sz w:val="20"/>
        </w:rPr>
        <w:t>58:57  e rahi thi. Main ne bohat dekhna chaha to neechay na koi shehar dikhai deta tha, na koi jangal, na koi pahaar.</w:t>
      </w:r>
      <w:r>
        <w:br/>
      </w:r>
      <w:r>
        <w:rPr>
          <w:sz w:val="20"/>
        </w:rPr>
        <w:t>59:07  kuch bhi nahi, koi insan. To main ne socha keh agar aadmi apne aap ko ooper utha le, ooper shaoori aitbar se, to sab cheezain apne aap disappear ho jayen gi.</w:t>
      </w:r>
      <w:r>
        <w:br/>
      </w:r>
      <w:r>
        <w:rPr>
          <w:sz w:val="20"/>
        </w:rPr>
        <w:t>59:19  ooper uthane ka kya hai? Aap Allah ki yaad mein jeenay walay hon, jannat aap ka goal bana hua ho,</w:t>
      </w:r>
      <w:r>
        <w:br/>
      </w:r>
      <w:r>
        <w:rPr>
          <w:sz w:val="20"/>
        </w:rPr>
        <w:t>59:27  akhirat ko dunya mein apni jagah paana ya aap ka sab se bara concern ho, us ko main kehta hoon ooper uthna. Yani high thinking.</w:t>
      </w:r>
      <w:r>
        <w:br/>
      </w:r>
      <w:r>
        <w:rPr>
          <w:sz w:val="20"/>
        </w:rPr>
        <w:t>59:38  High thinking. Jis ko main kehta hoon big bird thinking. To aik hi hal is ka hai keh apne aap ko aap soch ke aitbar se ooper uthayen.</w:t>
      </w:r>
      <w:r>
        <w:br/>
      </w:r>
      <w:r>
        <w:rPr>
          <w:sz w:val="20"/>
        </w:rPr>
        <w:t>59:50  jab tak soch ke aitbar se nahi ooper uthayen ge, kabhi bhi is se bach nahi sakte.</w:t>
      </w:r>
      <w:r>
        <w:br/>
      </w:r>
      <w:r>
        <w:rPr>
          <w:sz w:val="20"/>
        </w:rPr>
        <w:t>59:56  isi mein phansay rahen ge. To jab main hawai jahaz mein tha to kuch bhi nahi. Jaisay koi dunya, jaisay lagta tha na kahin woh woh sari baatein jo zameen par hum thay, to jaisay un ka koi wajood hi nahi.</w:t>
      </w:r>
      <w:r>
        <w:br/>
      </w:r>
      <w:r>
        <w:rPr>
          <w:sz w:val="20"/>
        </w:rPr>
        <w:t>1:00:13  na koi dushman hai, na koi problem hai, na koi tashaddud hai, na koi boycott hai, na koi kuch bhi nahi.</w:t>
      </w:r>
      <w:r>
        <w:br/>
      </w:r>
      <w:r>
        <w:rPr>
          <w:sz w:val="20"/>
        </w:rPr>
        <w:t>1:00:23  aik aur hi dunya hai.</w:t>
      </w:r>
    </w:p>
    <w:p>
      <w:pPr>
        <w:pStyle w:val="Heading2"/>
      </w:pPr>
      <w:r>
        <w:t>Wine and gambling harm outweighs benefit</w:t>
      </w:r>
    </w:p>
    <w:p>
      <w:r>
        <w:rPr>
          <w:color w:val="666666"/>
          <w:sz w:val="18"/>
        </w:rPr>
        <w:t>Darse Quran 03 07 07 · 3m 07s · at 4:52 · https://youtu.be/-5s9-7Xj6jU?t=292</w:t>
      </w:r>
    </w:p>
    <w:p>
      <w:r>
        <w:rPr>
          <w:i/>
        </w:rPr>
        <w:t>“Sharab aur juway ka hukm bataya gaya hai”</w:t>
      </w:r>
    </w:p>
    <w:p>
      <w:r>
        <w:rPr>
          <w:sz w:val="20"/>
        </w:rPr>
        <w:t>4:52  iski tashreeh karenge. is waqt dekhiye, surah al-baqarah ki ayat number 219 ko main le raha hoon sab se pehle. to surah al-baqarah ki ayat 219 mein sharab aur jue ko,</w:t>
      </w:r>
      <w:r>
        <w:br/>
      </w:r>
      <w:r>
        <w:rPr>
          <w:sz w:val="20"/>
        </w:rPr>
        <w:t>5:24  sharab aur jue ka hukm bataya gaya hai. aap jante hain ke islam mein sharab aur jawa dono haram hain, in la qaul hain. sharab bhi islam mein haram hai, aur jawa bhi islam mein haram hai. to inhi dono cheezon ke bare mein hukm batate hue ayat mein yeh alfaaz aaye hain ke: "isma akbar min na</w:t>
      </w:r>
      <w:r>
        <w:br/>
      </w:r>
      <w:r>
        <w:rPr>
          <w:sz w:val="20"/>
        </w:rPr>
        <w:t>5:54  fihima". jab hukm aaya quran mein sharab aur jue ka, to logon ko ek, ek logon ke mind mein ek sawal aaya. woh yeh ke woh samajhte the ke sharab mein aur jue mein dono mein faide bhi hain, to kyun isko haram kar diya gaya? maslan kuch logon ka yeh khayal tha ke sharab</w:t>
      </w:r>
      <w:r>
        <w:br/>
      </w:r>
      <w:r>
        <w:rPr>
          <w:sz w:val="20"/>
        </w:rPr>
        <w:t>6:27  se sehat banti hai. yaani sharab jo hai, woh kam miqdar mein istemal ki jaye, achhi sharab ho, logon ki kahani ke mutabiq, to isse sehat banti hai. ya kam az kam yeh hai ke isse ek waqti saroor milta hai, tension ko aur stress ko ghatane ka zariya hai sharab. is waqt bhi yeh sab khayalat the, jo ke aaj hain.</w:t>
      </w:r>
      <w:r>
        <w:br/>
      </w:r>
      <w:r>
        <w:rPr>
          <w:sz w:val="20"/>
        </w:rPr>
        <w:t>6:59  to woh samajhte the ke bahar haal sharab mein kuch faida hai, to haram kyun? aise hi jue ke bare mein unka khayal tha. woh kehte the ke jue mein jab koi aadmi paisa jeetta hai, to woh paisa sab ka sab khud hi nahi le leta, woh ghareebon ko bhi deta hai, logon ko khana khilata hai khushi mein. to yeh bhi faida hai jue mein. yaani jeet</w:t>
      </w:r>
      <w:r>
        <w:br/>
      </w:r>
      <w:r>
        <w:rPr>
          <w:sz w:val="20"/>
        </w:rPr>
        <w:t>7:29  ki khushi mein logon ko khilata hai, pilata hai. yeh khayal tha ke sharab mein bhi kuch faida hai, aur jue mein bhi kuch faida hai, to isko haram kyun kiya gaya? to farmaya ke: "isma akbar min nafihima". in dono ka nuqsan inke faide se zyada hai. yeh ek bohat bada princi</w:t>
      </w:r>
    </w:p>
    <w:p>
      <w:pPr>
        <w:pStyle w:val="Heading2"/>
      </w:pPr>
      <w:r>
        <w:t>Hajar's trust in God and prayer</w:t>
      </w:r>
    </w:p>
    <w:p>
      <w:r>
        <w:rPr>
          <w:color w:val="666666"/>
          <w:sz w:val="18"/>
        </w:rPr>
        <w:t>Qurbani aur Islam (Al-Risala, August 2018) · 1m 22s · at 20:46 · https://youtu.be/uwy-G-Vtie8?t=1246</w:t>
      </w:r>
    </w:p>
    <w:p>
      <w:r>
        <w:rPr>
          <w:i/>
        </w:rPr>
        <w:t>“Hajra un ke peeche nikli aur kaha”</w:t>
      </w:r>
    </w:p>
    <w:p>
      <w:r>
        <w:rPr>
          <w:sz w:val="20"/>
        </w:rPr>
        <w:t>20:46  hajra un ke peechay nikli aur kaha ke: "aye abrah</w:t>
      </w:r>
      <w:r>
        <w:br/>
      </w:r>
      <w:r>
        <w:rPr>
          <w:sz w:val="20"/>
        </w:rPr>
        <w:t>20:50  im! hum ko is wadi mein chhod kar aap kahan ja rahe hain jahan na koi insan hai aur na koi aur cheez?" hazrat hajra ne hazrat ibrahim alaihissalam se yeh baat kai bar kahi aur ibrahim alaihissalam ne hajra ki baat par koi dhyan nahi diya.</w:t>
      </w:r>
      <w:r>
        <w:br/>
      </w:r>
      <w:r>
        <w:rPr>
          <w:sz w:val="20"/>
        </w:rPr>
        <w:t>21:08  hajra ne ibrahim alaihissalam se kaha ke: "kya Allah ne aap ko is ka hukum diya hai?" ibrahim alaihissalam ne kaha ke: "haan." hajra ne kaha: "phir to Allah hum ko zaya nahi kare ga." az allah yadiun.</w:t>
      </w:r>
      <w:r>
        <w:br/>
      </w:r>
      <w:r>
        <w:rPr>
          <w:sz w:val="20"/>
        </w:rPr>
        <w:t>21:25  hajra lot aaein. hazrat ibrahim janay lage yahan tak ke jab woh maqam thniya par puhnchay jahan se woh dikhai nahi detay thay to unhon ne apna rukh idhar kiya jahan ab kaba hai aur apnay dono hath utha kar yeh dua ki ke: "aye hamare r</w:t>
      </w:r>
      <w:r>
        <w:br/>
      </w:r>
      <w:r>
        <w:rPr>
          <w:sz w:val="20"/>
        </w:rPr>
        <w:t>21:44  ab! mein ne apni aulad ko aik aisi wadi mein basaya hai jahan kuch nahi ugta." yahan tak ke aap dua karte hue lafz yashkarun tak puhnchay.</w:t>
      </w:r>
      <w:r>
        <w:br/>
      </w:r>
      <w:r>
        <w:rPr>
          <w:sz w:val="20"/>
        </w:rPr>
        <w:t>21:57  hajra ismail ko doodh pilati theen aur mashk mein se pani peeti theen yahan tak ke jab mashk ka pani khatam ho gaya to woh piyasi hueen aur un ke betay ko bhi piyas lagi.</w:t>
      </w:r>
    </w:p>
    <w:p>
      <w:pPr>
        <w:pStyle w:val="Heading2"/>
      </w:pPr>
      <w:r>
        <w:t>Inner content of Salat is Taqwa</w:t>
      </w:r>
    </w:p>
    <w:p>
      <w:r>
        <w:rPr>
          <w:color w:val="666666"/>
          <w:sz w:val="18"/>
        </w:rPr>
        <w:t>Salat -- Islamic Prayer I 27th Feb. 07 · 2m 45s · at 17:20 · https://youtu.be/y1MA97h7mxg?t=1040</w:t>
      </w:r>
    </w:p>
    <w:p>
      <w:r>
        <w:rPr>
          <w:i/>
        </w:rPr>
        <w:t>“So there is a form of Namaz, a complete form”</w:t>
      </w:r>
    </w:p>
    <w:p>
      <w:r>
        <w:rPr>
          <w:sz w:val="20"/>
        </w:rPr>
        <w:t>17:20  So there is a form of Namaz, a complete form. But only form is not the whole Namaz.</w:t>
      </w:r>
      <w:r>
        <w:br/>
      </w:r>
      <w:r>
        <w:rPr>
          <w:sz w:val="20"/>
        </w:rPr>
        <w:t>17:32  In every Namaz, in every Salat, there are two aspects. Its outer form and its inner content. So inner content is Taqwa, fear of God.</w:t>
      </w:r>
      <w:r>
        <w:br/>
      </w:r>
      <w:r>
        <w:rPr>
          <w:sz w:val="20"/>
        </w:rPr>
        <w:t>17:57  And in the outer content, there is Ruku and Sajdah and Qiyam. Qiyam and Ruku or Sajdah are its outer form. And the inner form is Taqwa, fear of God.</w:t>
      </w:r>
      <w:r>
        <w:br/>
      </w:r>
      <w:r>
        <w:rPr>
          <w:sz w:val="20"/>
        </w:rPr>
        <w:t>18:16  There is a Hadith: "La Salat lamallam yatakhsha." Only that Namaz is Namaz in which there is Taqwa.</w:t>
      </w:r>
      <w:r>
        <w:br/>
      </w:r>
      <w:r>
        <w:rPr>
          <w:sz w:val="20"/>
        </w:rPr>
        <w:t>18:27  It means that without Taqwa, without fear of God, Namaz is nothing.</w:t>
      </w:r>
      <w:r>
        <w:br/>
      </w:r>
      <w:r>
        <w:rPr>
          <w:sz w:val="20"/>
        </w:rPr>
        <w:t>18:38  There is a Hadith that one day the Prophet was sitting in the mosque of Madinah.</w:t>
      </w:r>
      <w:r>
        <w:br/>
      </w:r>
      <w:r>
        <w:rPr>
          <w:sz w:val="20"/>
        </w:rPr>
        <w:t>18:49  Then a Muslim came over there.</w:t>
      </w:r>
      <w:r>
        <w:br/>
      </w:r>
      <w:r>
        <w:rPr>
          <w:sz w:val="20"/>
        </w:rPr>
        <w:t>19:01  He performed Namaz, perhaps Salatul, perhaps Tahiyyatul Masjid.</w:t>
      </w:r>
      <w:r>
        <w:br/>
      </w:r>
      <w:r>
        <w:rPr>
          <w:sz w:val="20"/>
        </w:rPr>
        <w:t>19:12  Then he came to the Prophet and said, "Assalamu Alaikum." The Prophet said, "Irji fasalli, fainnaka lam tusalli."</w:t>
      </w:r>
      <w:r>
        <w:br/>
      </w:r>
      <w:r>
        <w:rPr>
          <w:sz w:val="20"/>
        </w:rPr>
        <w:t>19:23  It means that go back and perform again your Namaz.</w:t>
      </w:r>
      <w:r>
        <w:br/>
      </w:r>
      <w:r>
        <w:rPr>
          <w:sz w:val="20"/>
        </w:rPr>
        <w:t>19:35  You see, this person has already performed the Namaz, but his Namaz was only in its outer form, its external form, in the form of Qiyam or Ruku or Sajdah. But inner spirit was absent in his Namaz. But the inner spirit was absent in his Namaz.</w:t>
      </w:r>
      <w:r>
        <w:br/>
      </w:r>
      <w:r>
        <w:rPr>
          <w:sz w:val="20"/>
        </w:rPr>
        <w:t>20:05  So the Prophet said, "Go back and perform your Namaz again because this kind of Namaz will not</w:t>
      </w:r>
    </w:p>
    <w:p>
      <w:pPr>
        <w:pStyle w:val="Heading2"/>
      </w:pPr>
      <w:r>
        <w:t>Story of Hajar and lesson of trust</w:t>
      </w:r>
    </w:p>
    <w:p>
      <w:r>
        <w:rPr>
          <w:color w:val="666666"/>
          <w:sz w:val="18"/>
        </w:rPr>
        <w:t>The Pilgrimage of Hajj | Maulana Wahiduddin Khan · 2m 02s · at 15:05 · https://youtu.be/LrI5xzFpjCs?t=905</w:t>
      </w:r>
    </w:p>
    <w:p>
      <w:r>
        <w:rPr>
          <w:i/>
        </w:rPr>
        <w:t>“Yeh kaisa ajeeb-o-ghareeb waqea tha yeh”</w:t>
      </w:r>
    </w:p>
    <w:p>
      <w:r>
        <w:rPr>
          <w:sz w:val="20"/>
        </w:rPr>
        <w:t>15:05  yeh kaisa ajeeb o ghareeb waqea tha yeh. jab pani jaldi khatm ho gaya, us ke baad haajra nikli pani ki talash mein. to do pahadiyan jo thin, safa aur marwah, us ke darmiyan daudin woh saat baar ke kahin pani mil jaye. to pani nahin mila. aakhir kar woh lotin. dekhein bachche ka kya haal hai. jab woh bachche ke paas aayin to wahan par</w:t>
      </w:r>
      <w:r>
        <w:br/>
      </w:r>
      <w:r>
        <w:rPr>
          <w:sz w:val="20"/>
        </w:rPr>
        <w:t>15:36  kya hua? allah ki madad aa gayi. wahan farishta aaya aur us ne wahan ek thokar mari aur pani ka chashma zameen se nikal aaya. isi ko hum zamzam kehte hain aaj. hazaron saal se yeh zamzam ka pani wahan par nikal raha hai aur saare logon ko sairab kar raha hai. to is tarah jab haji safa aur marwah ke darmiyan daudta hai</w:t>
      </w:r>
      <w:r>
        <w:br/>
      </w:r>
      <w:r>
        <w:rPr>
          <w:sz w:val="20"/>
        </w:rPr>
        <w:t>16:06  to goya ke is tareekh se apne ko joड़ raha hai jo haajra ki zabaanein bani thin. aur phir yeh apne zehn mein is baat ko taza karta hai ke agar main allah ki raah mein doड़ dhop karoon, struggle karoon to aeen mumkin hai khuda mere liye bhi registaan mein pani jari kar de. mere manfi halaat ko musbat halaat bana de. meri mushkilat ko aasan mein tabdeel kar de.</w:t>
      </w:r>
      <w:r>
        <w:br/>
      </w:r>
      <w:r>
        <w:rPr>
          <w:sz w:val="20"/>
        </w:rPr>
        <w:t>16:37  kyun ke allah taala ki madad hamesha aati hai. aisa nahin ke madad repeat na ho. to safa aur marwah ke darmiyan jo daud hai woh koi rasam nahin hai. woh rasam nahin, woh ek tareekh ka, ek tareekh ka aada hai. aur tareekh ka aada is sense mein ke wahan par aap dono dono ke darmiyan seh kar ke ya daud kar ke is yaqeen ko</w:t>
      </w:r>
    </w:p>
    <w:p>
      <w:pPr>
        <w:pStyle w:val="Heading2"/>
      </w:pPr>
      <w:r>
        <w:t>Muslims as a missionary community, Prophet's farewell sermon</w:t>
      </w:r>
    </w:p>
    <w:p>
      <w:r>
        <w:rPr>
          <w:color w:val="666666"/>
          <w:sz w:val="18"/>
        </w:rPr>
        <w:t>Spirit of Hajj July 3, 2022 Prof. Farida Khanam · 1m 16s · at 43:56 · https://youtu.be/--Nez1VOcAQ?t=2636</w:t>
      </w:r>
    </w:p>
    <w:p>
      <w:r>
        <w:rPr>
          <w:i/>
        </w:rPr>
        <w:t>“मुसलमान एक दावती गिरोह हैं, खुदा का पैगाम पहुंचाना मकसद है”</w:t>
      </w:r>
    </w:p>
    <w:p>
      <w:r>
        <w:rPr>
          <w:sz w:val="20"/>
        </w:rPr>
        <w:t>43:56  to asal mein humein sab se pehley yeh samajhna hoga k musalman aik daawati group hai. unka zindagi ka maqsad hi yahi hai k khuda k paigham ko doosron tak pohanchayein. jis ko shahadat alal naas kaha gaya hai. to yeh humari zindagi ka maqsad hai aur yeh wahan par ja kar iskey liye hum ko apney aap ko tayyar karna hai. jo labbaik allahumma labbaik kis liye kehtey hain? khaali is liye thori k hum haram mein aa gaye hain.</w:t>
      </w:r>
      <w:r>
        <w:br/>
      </w:r>
      <w:r>
        <w:rPr>
          <w:sz w:val="20"/>
        </w:rPr>
        <w:t>44:25  balkey yeh k hum haazir hain Allah taala. teri har kaam k liye, teri har raza k liye, teri har jo bhi hum se tu kahe ga uskey liye hum haazir hain. apni zindagi ko hum dedicate kartey hain is maqsad k liye. apna poora asaas hum apna de dengey apni umer de dengey apna sab kuch de dengey. apni aulaad ko isi k liye tayyar karengay.</w:t>
      </w:r>
      <w:r>
        <w:br/>
      </w:r>
      <w:r>
        <w:rPr>
          <w:sz w:val="20"/>
        </w:rPr>
        <w:t>44:49  to is tareeqey se humein jab rasoolullah sallallahu alaihi wasallam ney hajj k moqay par jo arafat mein jo aap ka jo final pilgrimage ka jo sermon hai us mein aap ney khaas taur par yeh baat kahi k jo log yahan haazir hain woh un logon tak pohancha dein jo yahan par mojood nahi hain.</w:t>
      </w:r>
      <w:r>
        <w:br/>
      </w:r>
      <w:r>
        <w:rPr>
          <w:sz w:val="20"/>
        </w:rPr>
        <w:t>45:12  is ka itna asar hua dekhiye jab hum kisi baat ko uski spirit mein letey hain to kitna us ka asar hota hai k kaha jata hai k saarey sahaba jo hain woh sab is baat ko sunney k baad zyada jidhar unka oont tha khada udhar hi nikal gaye. ghar bhi nahi gaye apney k apna saada samaan lekar k apney tayyari kar k jaayein balkey woh nikal gaye.</w:t>
      </w:r>
    </w:p>
    <w:p>
      <w:pPr>
        <w:pStyle w:val="Heading2"/>
      </w:pPr>
      <w:r>
        <w:t>Charity and caring for others in Ramadan</w:t>
      </w:r>
    </w:p>
    <w:p>
      <w:r>
        <w:rPr>
          <w:color w:val="666666"/>
          <w:sz w:val="18"/>
        </w:rPr>
        <w:t>Message on Eid-al-Fitr April 11, 2024 Prof. Farida Khanam and Dr. Saniyasnain Khan · 1m 36s · at 20:54 · https://youtu.be/3qViBNVh85o?t=1254</w:t>
      </w:r>
    </w:p>
    <w:p>
      <w:r>
        <w:rPr>
          <w:i/>
        </w:rPr>
        <w:t>“Hum hum humein ladai jhagde se koi matlab nahi hai”</w:t>
      </w:r>
    </w:p>
    <w:p>
      <w:r>
        <w:rPr>
          <w:sz w:val="20"/>
        </w:rPr>
        <w:t>20:54  hum hum humein ladai jhagde se koi matlab nahi hai aur aise hi ramzan mein ki jo ek</w:t>
      </w:r>
      <w:r>
        <w:br/>
      </w:r>
      <w:r>
        <w:rPr>
          <w:sz w:val="20"/>
        </w:rPr>
        <w:t>21:01  aur khaas spirit hai woh hai logon ki madad karna zakat aur khairat aur ghairah tarah ki balki</w:t>
      </w:r>
      <w:r>
        <w:br/>
      </w:r>
      <w:r>
        <w:rPr>
          <w:sz w:val="20"/>
        </w:rPr>
        <w:t>21:08  zakat ul fitr ka zikr aata hai yaani eid eid ke din zakat ek ek chhota sa amount $203,100</w:t>
      </w:r>
      <w:r>
        <w:br/>
      </w:r>
      <w:r>
        <w:rPr>
          <w:sz w:val="20"/>
        </w:rPr>
        <w:t>21:15  per person diya jata hai balki yeh tak aata hai kitabon mein ke agar ek bachcha aaj paida</w:t>
      </w:r>
      <w:r>
        <w:br/>
      </w:r>
      <w:r>
        <w:rPr>
          <w:sz w:val="20"/>
        </w:rPr>
        <w:t>21:23  hua hai aur ek din ka hai woh to uski taraf se bhi aapko zakat ul fitr deni</w:t>
      </w:r>
      <w:r>
        <w:br/>
      </w:r>
      <w:r>
        <w:rPr>
          <w:sz w:val="20"/>
        </w:rPr>
        <w:t>21:30  hai taake jo log hain jo less fortunate hain, jinke paas halaat theek nahi hain to woh bhi</w:t>
      </w:r>
      <w:r>
        <w:br/>
      </w:r>
      <w:r>
        <w:rPr>
          <w:sz w:val="20"/>
        </w:rPr>
        <w:t>21:37  apni eid mana sake, balki ek hadith mein aata hai ke on the day of judgement god will</w:t>
      </w:r>
      <w:r>
        <w:br/>
      </w:r>
      <w:r>
        <w:rPr>
          <w:sz w:val="20"/>
        </w:rPr>
        <w:t>21:44  say to a man ki I was sick and you didn't visit me.</w:t>
      </w:r>
      <w:r>
        <w:br/>
      </w:r>
      <w:r>
        <w:rPr>
          <w:sz w:val="20"/>
        </w:rPr>
        <w:t>21:52  to wo aadmi hai wo hairaan ho jayega. wo kahega ki how could you be sick? You are the lord of the universe. to wo allah taala kahega ki had you visited such and such person you would have found me there. isi tarike se aur bhi hai ki I was hungry and I was thirsty, you didn't give me water.</w:t>
      </w:r>
      <w:r>
        <w:br/>
      </w:r>
      <w:r>
        <w:rPr>
          <w:sz w:val="20"/>
        </w:rPr>
        <w:t>22:11  is tarah se yani ramzan ke mahine mein hamein yeh bhi ek ahum cheez milti hai ki hum doosron ka khayal karein aur doosre jo bhi log hain unki khushiyon mein shamil hon taaki allah taala hamein akhirat mein iska azar de.</w:t>
      </w:r>
      <w:r>
        <w:br/>
      </w:r>
      <w:r>
        <w:rPr>
          <w:sz w:val="20"/>
        </w:rPr>
        <w:t>22:30  to main ab baat khatam karke kuch dua ki dua karta hoon ki Allah taalaह se dua hai</w:t>
      </w:r>
    </w:p>
    <w:p>
      <w:pPr>
        <w:pStyle w:val="Heading2"/>
      </w:pPr>
      <w:r>
        <w:t>Fear and love are humanity's only two drives</w:t>
      </w:r>
    </w:p>
    <w:p>
      <w:r>
        <w:rPr>
          <w:color w:val="666666"/>
          <w:sz w:val="18"/>
        </w:rPr>
        <w:t>Spirit of Zakat May 4, 2007 Maulana Wahiduddin Khan · 1m 32s · at 21:11 · https://youtu.be/oj5_5pFnmHk?t=1271</w:t>
      </w:r>
    </w:p>
    <w:p>
      <w:r>
        <w:rPr>
          <w:i/>
        </w:rPr>
        <w:t>“Man lives between just two things: fear and love”</w:t>
      </w:r>
    </w:p>
    <w:p>
      <w:r>
        <w:rPr>
          <w:sz w:val="20"/>
        </w:rPr>
        <w:t>21:11  dekhiye, insaan inhi do chaaron cheezon ke beech mein rehta hai.</w:t>
      </w:r>
      <w:r>
        <w:br/>
      </w:r>
      <w:r>
        <w:rPr>
          <w:sz w:val="20"/>
        </w:rPr>
        <w:t>21:17  ek andesha aur mohabbat. Darr aur mohabbat. Saare jazbaat insaan ke jo hain, aadmi ki saari jo daud dhoop hai, jo kuch bhi woh karta hai subah se shaam tak, woh sab inhi do mein se,</w:t>
      </w:r>
      <w:r>
        <w:br/>
      </w:r>
      <w:r>
        <w:rPr>
          <w:sz w:val="20"/>
        </w:rPr>
        <w:t>21:35  inhi do mein se kisi cheez ke tehat hota hai. Ya to darr se karega ya mohabbat se karega.</w:t>
      </w:r>
      <w:r>
        <w:br/>
      </w:r>
      <w:r>
        <w:rPr>
          <w:sz w:val="20"/>
        </w:rPr>
        <w:t>21:43  dar ka matlab hota hai andesha. andesha. to jab aadmi zakat sachay dil se deta hai, sachay dil se zakat ka matlab apne maal ko, apni kamai ko sachay dil se khuda ke liye kharch karta hai,</w:t>
      </w:r>
      <w:r>
        <w:br/>
      </w:r>
      <w:r>
        <w:rPr>
          <w:sz w:val="20"/>
        </w:rPr>
        <w:t>22:03  to is ka matlab kya hua? woh yeh zahir karta hai ke mujhe sab se zyada dar khuda ki pakar ka hai.</w:t>
      </w:r>
      <w:r>
        <w:br/>
      </w:r>
      <w:r>
        <w:rPr>
          <w:sz w:val="20"/>
        </w:rPr>
        <w:t>22:12  sab se zyada dar mujhe kis ka hai? khuda ki pakar ka hai. main chahta hoon khuda mujhe akhirat mein na pakray. aur isi ke sath, isi ke sath woh yeh zahir karta hai ke mujhe sab se zyada mohabbat khuda se hai.</w:t>
      </w:r>
      <w:r>
        <w:br/>
      </w:r>
      <w:r>
        <w:rPr>
          <w:sz w:val="20"/>
        </w:rPr>
        <w:t>22:28  kyun ke main apni mehboob cheez ko khuda ke naam par kharch kar ke yeh yeh dikha raha hoon, yeh zahir kar raha hoon ke khudaaya! har doosri cheez secondary mere liye hai.</w:t>
      </w:r>
      <w:r>
        <w:br/>
      </w:r>
      <w:r>
        <w:rPr>
          <w:sz w:val="20"/>
        </w:rPr>
        <w:t>22:39  to hi mera supreme concern hai.</w:t>
      </w:r>
    </w:p>
    <w:p>
      <w:pPr>
        <w:pStyle w:val="Heading2"/>
      </w:pPr>
      <w:r>
        <w:t>Quran's 'I am near' and why it matters</w:t>
      </w:r>
    </w:p>
    <w:p>
      <w:r>
        <w:rPr>
          <w:color w:val="666666"/>
          <w:sz w:val="18"/>
        </w:rPr>
        <w:t>What is Dua (Only Lecture) April 26, 2009 Maulana Wahiduddin Khan · 1m 31s · at 3:26 · https://youtu.be/JxIR0o_C7GM?t=206</w:t>
      </w:r>
    </w:p>
    <w:p>
      <w:r>
        <w:rPr>
          <w:i/>
        </w:rPr>
        <w:t>“Is se badi baat dua ke liye kya ho sakti hai?”</w:t>
      </w:r>
    </w:p>
    <w:p>
      <w:r>
        <w:rPr>
          <w:sz w:val="20"/>
        </w:rPr>
        <w:t>3:26  is se bari baat dua ke liye kya ho sakti hai? quran mein hai chapter number do, verse number 186, al baqarah 186.</w:t>
      </w:r>
      <w:r>
        <w:br/>
      </w:r>
      <w:r>
        <w:rPr>
          <w:sz w:val="20"/>
        </w:rPr>
        <w:t>3:44  wa idha saalaka ibadi fani qareeb, ujeebu da'wat al da'i.</w:t>
      </w:r>
      <w:r>
        <w:br/>
      </w:r>
      <w:r>
        <w:rPr>
          <w:sz w:val="20"/>
        </w:rPr>
        <w:t>3:54  is mein Allah taala ne farmaya: "I am near", mein tumhare qareeb hoon.</w:t>
      </w:r>
      <w:r>
        <w:br/>
      </w:r>
      <w:r>
        <w:rPr>
          <w:sz w:val="20"/>
        </w:rPr>
        <w:t>4:03  "I am near".</w:t>
      </w:r>
      <w:r>
        <w:br/>
      </w:r>
      <w:r>
        <w:rPr>
          <w:sz w:val="20"/>
        </w:rPr>
        <w:t>4:05  I respond</w:t>
      </w:r>
      <w:r>
        <w:br/>
      </w:r>
      <w:r>
        <w:rPr>
          <w:sz w:val="20"/>
        </w:rPr>
        <w:t>4:10  to the call when call off. I respond to the call when one calls me.</w:t>
      </w:r>
      <w:r>
        <w:br/>
      </w:r>
      <w:r>
        <w:rPr>
          <w:sz w:val="20"/>
        </w:rPr>
        <w:t>4:25  aik shakhs jab mujhe pukarta hai to mein us ki pukar ka jawab deta hoon.</w:t>
      </w:r>
      <w:r>
        <w:br/>
      </w:r>
      <w:r>
        <w:rPr>
          <w:sz w:val="20"/>
        </w:rPr>
        <w:t>4:33  is mein bohat zyada sochne ki baat hai ke qareeb kyun kaha ke mein bande ke se qareeb hoon.</w:t>
      </w:r>
      <w:r>
        <w:br/>
      </w:r>
      <w:r>
        <w:rPr>
          <w:sz w:val="20"/>
        </w:rPr>
        <w:t>4:43  is par sochte hue mein ne samjha hai ke</w:t>
      </w:r>
      <w:r>
        <w:br/>
      </w:r>
      <w:r>
        <w:rPr>
          <w:sz w:val="20"/>
        </w:rPr>
        <w:t>4:51  nearness ka jo experience kar sake, wohi dua kar sakta hai.</w:t>
      </w:r>
    </w:p>
    <w:p>
      <w:pPr>
        <w:pStyle w:val="Heading2"/>
      </w:pPr>
      <w:r>
        <w:t>Prayer without spirit must be repeated</w:t>
      </w:r>
    </w:p>
    <w:p>
      <w:r>
        <w:rPr>
          <w:color w:val="666666"/>
          <w:sz w:val="18"/>
        </w:rPr>
        <w:t>Salat -- Islamic Prayer I 27th Feb. 07 · 1m 31s · at 31:06 · https://youtu.be/y1MA97h7mxg?t=1866</w:t>
      </w:r>
    </w:p>
    <w:p>
      <w:r>
        <w:rPr>
          <w:i/>
        </w:rPr>
        <w:t>“So this is the criterion”</w:t>
      </w:r>
    </w:p>
    <w:p>
      <w:r>
        <w:rPr>
          <w:sz w:val="20"/>
        </w:rPr>
        <w:t>31:06  So this is the criterion.</w:t>
      </w:r>
      <w:r>
        <w:br/>
      </w:r>
      <w:r>
        <w:rPr>
          <w:sz w:val="20"/>
        </w:rPr>
        <w:t>31:15  If this criterion is not fulfilled, then the Prophet of Islam says about that kind of people, irji</w:t>
      </w:r>
      <w:r>
        <w:br/>
      </w:r>
      <w:r>
        <w:rPr>
          <w:sz w:val="20"/>
        </w:rPr>
        <w:t>31:24  fasalli fainnaka lam tusalli Go back and perform your Salat again because you failed to perform your Salat</w:t>
      </w:r>
      <w:r>
        <w:br/>
      </w:r>
      <w:r>
        <w:rPr>
          <w:sz w:val="20"/>
        </w:rPr>
        <w:t>31:33  in true sense of the word.</w:t>
      </w:r>
      <w:r>
        <w:br/>
      </w:r>
      <w:r>
        <w:rPr>
          <w:sz w:val="20"/>
        </w:rPr>
        <w:t>31:42  So this is the true picture of Salat.</w:t>
      </w:r>
      <w:r>
        <w:br/>
      </w:r>
      <w:r>
        <w:rPr>
          <w:sz w:val="20"/>
        </w:rPr>
        <w:t>31:51  This is the true picture of prayer, the true picture of Islamic prayer.</w:t>
      </w:r>
      <w:r>
        <w:br/>
      </w:r>
      <w:r>
        <w:rPr>
          <w:sz w:val="20"/>
        </w:rPr>
        <w:t>32:00  Islamic prayer is not simply a ritual, a set of rituals. No.</w:t>
      </w:r>
      <w:r>
        <w:br/>
      </w:r>
      <w:r>
        <w:rPr>
          <w:sz w:val="20"/>
        </w:rPr>
        <w:t>32:09  Although there are some forms that may be seen as a ritual, but in fact, Namaz is not a ritual.</w:t>
      </w:r>
      <w:r>
        <w:br/>
      </w:r>
      <w:r>
        <w:rPr>
          <w:sz w:val="20"/>
        </w:rPr>
        <w:t>32:18  Namaz is a living practice.</w:t>
      </w:r>
      <w:r>
        <w:br/>
      </w:r>
      <w:r>
        <w:rPr>
          <w:sz w:val="20"/>
        </w:rPr>
        <w:t>32:27  Namaz is an intellectual worship.</w:t>
      </w:r>
      <w:r>
        <w:br/>
      </w:r>
      <w:r>
        <w:rPr>
          <w:sz w:val="20"/>
        </w:rPr>
        <w:t>32:37  It is very important to know that Islamic prayer is not a ritual or spiritless form.</w:t>
      </w:r>
    </w:p>
    <w:p>
      <w:pPr>
        <w:pStyle w:val="Heading2"/>
      </w:pPr>
      <w:r>
        <w:t>Gautam Buddha's vessel story</w:t>
      </w:r>
    </w:p>
    <w:p>
      <w:r>
        <w:rPr>
          <w:color w:val="666666"/>
          <w:sz w:val="18"/>
        </w:rPr>
        <w:t>The Concept of Zikr e kathir in Islam I 26 Sept, 2010 - Maulana Wahiduddin Khan · 2m 55s · at 17:52 · https://youtu.be/ePHZRQ3mpXc?t=1072</w:t>
      </w:r>
    </w:p>
    <w:p>
      <w:r>
        <w:rPr>
          <w:i/>
        </w:rPr>
        <w:t>“Gautam Buddha ko ek milkman ne apne haan bulaya”</w:t>
      </w:r>
    </w:p>
    <w:p>
      <w:r>
        <w:rPr>
          <w:sz w:val="20"/>
        </w:rPr>
        <w:t>17:52  woh mujhe bohat hi pasand hai. isi liye main aksar batata hoon. Gautam Buddh ko aik mulk mein ne, yaani aik gwalay ne, apne haan bulaya.</w:t>
      </w:r>
      <w:r>
        <w:br/>
      </w:r>
      <w:r>
        <w:rPr>
          <w:sz w:val="20"/>
        </w:rPr>
        <w:t>18:06  us ne kaha ke mere paas gaaye</w:t>
      </w:r>
      <w:r>
        <w:br/>
      </w:r>
      <w:r>
        <w:rPr>
          <w:sz w:val="20"/>
        </w:rPr>
        <w:t>18:09  ka karobar hota hai, doodh ka, to main aap ko fresh doodh dena chahta hoon aur main aap se gyaan lena chahta hoon.</w:t>
      </w:r>
      <w:r>
        <w:br/>
      </w:r>
      <w:r>
        <w:rPr>
          <w:sz w:val="20"/>
        </w:rPr>
        <w:t>18:19  waise to main yahin pohncha deta, lekin aap mera yeh mujhe barkat dijiye, mujhe gyaan dijiye. to main</w:t>
      </w:r>
      <w:r>
        <w:br/>
      </w:r>
      <w:r>
        <w:rPr>
          <w:sz w:val="20"/>
        </w:rPr>
        <w:t>18:28  to Gautam Buddh us ke ghar gaye, aik bartan le gaye saath, lekin bartan ke andar jaan boojh kar unhon ne koi mitti daal di.</w:t>
      </w:r>
      <w:r>
        <w:br/>
      </w:r>
      <w:r>
        <w:rPr>
          <w:sz w:val="20"/>
        </w:rPr>
        <w:t>18:40  to jab unhon ne diya us gwalay ko, us mulk mein ko, to us ne dekha ke us ke andar to mitti hai.</w:t>
      </w:r>
      <w:r>
        <w:br/>
      </w:r>
      <w:r>
        <w:rPr>
          <w:sz w:val="20"/>
        </w:rPr>
        <w:t>18:50  to us ne kya kiya? khoob us ko saaf kiya, achhay tareeqay se maaj kar ke pani se saaf kiya, phir fresh milk us ke andar rakha</w:t>
      </w:r>
      <w:r>
        <w:br/>
      </w:r>
      <w:r>
        <w:rPr>
          <w:sz w:val="20"/>
        </w:rPr>
        <w:t>19:00  aur la kar ke Gautam Buddh ko diya.</w:t>
      </w:r>
      <w:r>
        <w:br/>
      </w:r>
      <w:r>
        <w:rPr>
          <w:sz w:val="20"/>
        </w:rPr>
        <w:t>19:04  to Gautam Buddh us ko le kar ke chalne lage.</w:t>
      </w:r>
      <w:r>
        <w:br/>
      </w:r>
      <w:r>
        <w:rPr>
          <w:sz w:val="20"/>
        </w:rPr>
        <w:t>19:11  to mulk mein ne kaha ke aap to bas doodh le ke chalay ja rahay hain aur hum ko gyaan to diya nahi aap ne.</w:t>
      </w:r>
      <w:r>
        <w:br/>
      </w:r>
      <w:r>
        <w:rPr>
          <w:sz w:val="20"/>
        </w:rPr>
        <w:t>19:18  to Gautam Buddh ne kaha ke main ne tum ko gyaan de diya.</w:t>
      </w:r>
      <w:r>
        <w:br/>
      </w:r>
      <w:r>
        <w:rPr>
          <w:sz w:val="20"/>
        </w:rPr>
        <w:t>19:25  unhon ne kaha woh kaise? kaha ke dekho, yeh jo bartan hai, yeh jo pot hai, is mein yeh saaf nahi tha.</w:t>
      </w:r>
      <w:r>
        <w:br/>
      </w:r>
      <w:r>
        <w:rPr>
          <w:sz w:val="20"/>
        </w:rPr>
        <w:t>19:38  to tum ne is mein fresh milk rakhna pasand nahi kiya</w:t>
      </w:r>
      <w:r>
        <w:br/>
      </w:r>
      <w:r>
        <w:rPr>
          <w:sz w:val="20"/>
        </w:rPr>
        <w:t>19:42  kyun ke fresh milk to kharab ho jata. to is mein safai ki tum ne, phir tum ne is ke andar taaza doodh, asli doodh rakha is ke andar.</w:t>
      </w:r>
      <w:r>
        <w:br/>
      </w:r>
      <w:r>
        <w:rPr>
          <w:sz w:val="20"/>
        </w:rPr>
        <w:t>19:55  to tumhara jo seena hai, tumhara jo container hai andar ka,</w:t>
      </w:r>
      <w:r>
        <w:br/>
      </w:r>
      <w:r>
        <w:rPr>
          <w:sz w:val="20"/>
        </w:rPr>
        <w:t>19:59  woh container hi ganda hai, polluted hai. woh container is mein logon ke baray mein tumhare andar shikayatein hain, logon ke baray mein talkhiyan hain, logon ke baray mein tumhare andar dushmaniayn hain,</w:t>
      </w:r>
      <w:r>
        <w:br/>
      </w:r>
      <w:r>
        <w:rPr>
          <w:sz w:val="20"/>
        </w:rPr>
        <w:t>20:18  logon ke baray mein tumhare andar hate hai. to tumhara container jo hai, woh to pollute ho chuka hai, ganda ho chuka hai.</w:t>
      </w:r>
      <w:r>
        <w:br/>
      </w:r>
      <w:r>
        <w:rPr>
          <w:sz w:val="20"/>
        </w:rPr>
        <w:t>20:28  to main gyaan rakhoon to kahan rakhoon?</w:t>
      </w:r>
      <w:r>
        <w:br/>
      </w:r>
      <w:r>
        <w:rPr>
          <w:sz w:val="20"/>
        </w:rPr>
        <w:t>20:33  yeh muamla bohat hi achhay tareeqay mein illustrate karta raha hai ke Khuda ki Khuda ka realization kis ko milta hai, Khuda ki marifat kis ko milti hai.</w:t>
      </w:r>
    </w:p>
    <w:p>
      <w:pPr>
        <w:pStyle w:val="Heading2"/>
      </w:pPr>
      <w:r>
        <w:t>Dua must be followed by peaceful action</w:t>
      </w:r>
    </w:p>
    <w:p>
      <w:r>
        <w:rPr>
          <w:color w:val="666666"/>
          <w:sz w:val="18"/>
        </w:rPr>
        <w:t>Patience and Prayer Sep 17, 2017 · 1m 05s · at 24:38 · https://youtu.be/G0KRz3O6TBs?t=1478</w:t>
      </w:r>
    </w:p>
    <w:p>
      <w:r>
        <w:rPr>
          <w:i/>
        </w:rPr>
        <w:t>“To har soorat-e-haal mein yeh bhi zaroori hai ke dua ke mutabiq amal”</w:t>
      </w:r>
    </w:p>
    <w:p>
      <w:r>
        <w:rPr>
          <w:sz w:val="20"/>
        </w:rPr>
        <w:t>24:38  To har surat e haal mein yeh bhi zaroori hai ke dua ke mutabiq amal.</w:t>
      </w:r>
      <w:r>
        <w:br/>
      </w:r>
      <w:r>
        <w:rPr>
          <w:sz w:val="20"/>
        </w:rPr>
        <w:t>24:48  Quran mein ek ayat hai ke</w:t>
      </w:r>
      <w:r>
        <w:br/>
      </w:r>
      <w:r>
        <w:rPr>
          <w:sz w:val="20"/>
        </w:rPr>
        <w:t>24:53  "إليه يصعد القلب الطيب والأمر الصالح يرفع". Is ka matlab yeh hai ke jab aadmi dua kare to woh dua ke mutabiq amal bhi kare.</w:t>
      </w:r>
      <w:r>
        <w:br/>
      </w:r>
      <w:r>
        <w:rPr>
          <w:sz w:val="20"/>
        </w:rPr>
        <w:t>25:10  Woh jab dua kare to dua ke mutabiq amal bhi kare. Yani is is ayat ki roshni mein sabar kare, yani dua karne ke baad sabar kare.</w:t>
      </w:r>
      <w:r>
        <w:br/>
      </w:r>
      <w:r>
        <w:rPr>
          <w:sz w:val="20"/>
        </w:rPr>
        <w:t>25:23  Sabar ke maani kiya hain? Peaceful planning, reaction na karna, tashaddud na karna, ladai na chhedna,</w:t>
      </w:r>
      <w:r>
        <w:br/>
      </w:r>
      <w:r>
        <w:rPr>
          <w:sz w:val="20"/>
        </w:rPr>
        <w:t>25:36  Balkeh bohat hi zyada peaceful planning yeh zaroori hai.</w:t>
      </w:r>
    </w:p>
    <w:p>
      <w:pPr>
        <w:pStyle w:val="Heading2"/>
      </w:pPr>
      <w:r>
        <w:t>Prophet tells man to repeat prayer for spirit</w:t>
      </w:r>
    </w:p>
    <w:p>
      <w:r>
        <w:rPr>
          <w:color w:val="666666"/>
          <w:sz w:val="18"/>
        </w:rPr>
        <w:t>On Salah (Prayer) (Part 1) January 22, 2006 Maulana Wahiduddin Khan · 1m 23s · at 9:58 · https://youtu.be/jUvYhkpx-sM?t=598</w:t>
      </w:r>
    </w:p>
    <w:p>
      <w:r>
        <w:rPr>
          <w:i/>
        </w:rPr>
        <w:t>“Rasool Allah sallallahu alaihi wasallam Madine ki jo masjid hai”</w:t>
      </w:r>
    </w:p>
    <w:p>
      <w:r>
        <w:rPr>
          <w:sz w:val="20"/>
        </w:rPr>
        <w:t>9:58  rasool Allah SAWW madine ki jo masjid hai, jis ko masjid nabwi kaha jaata hai, ek baar wahan aap baithe hue the. to ek musalman saahab wahan aaye,</w:t>
      </w:r>
      <w:r>
        <w:br/>
      </w:r>
      <w:r>
        <w:rPr>
          <w:sz w:val="20"/>
        </w:rPr>
        <w:t>10:13  unhon ne namaz padhi, gaaliban do rakat namaz padhi.</w:t>
      </w:r>
      <w:r>
        <w:br/>
      </w:r>
      <w:r>
        <w:rPr>
          <w:sz w:val="20"/>
        </w:rPr>
        <w:t>10:19  is ke baad woh aap ke paas aaye milne ke liye. to aap ne kya farmaya?</w:t>
      </w:r>
      <w:r>
        <w:br/>
      </w:r>
      <w:r>
        <w:rPr>
          <w:sz w:val="20"/>
        </w:rPr>
        <w:t>10:30  aap ne farmaya ke "arja' fasalli fa innaka lam tusalli" . tum jao phir se namaz parho, kyunke tum ne namaz nahi padhi.</w:t>
      </w:r>
      <w:r>
        <w:br/>
      </w:r>
      <w:r>
        <w:rPr>
          <w:sz w:val="20"/>
        </w:rPr>
        <w:t>10:48  aap ne dekha ke woh form ko dohra raha hai, lekin us ki ada se, us ke chehre se, us ke body se aap ne yeh samjha ke spirit wali namaz nahi padh raha hai, bas form wali namaz dohra raha hai.</w:t>
      </w:r>
      <w:r>
        <w:br/>
      </w:r>
      <w:r>
        <w:rPr>
          <w:sz w:val="20"/>
        </w:rPr>
        <w:t>11:10  to aap ne farmaya ke "arja' fasalli fa innaka lam tusalli" . jao phir se namaz parho, kyunke tum ne namaz nahi padhi.</w:t>
      </w:r>
    </w:p>
    <w:p>
      <w:pPr>
        <w:pStyle w:val="Heading2"/>
      </w:pPr>
      <w:r>
        <w:t>Unity through congregational prayer in Salat</w:t>
      </w:r>
    </w:p>
    <w:p>
      <w:r>
        <w:rPr>
          <w:color w:val="666666"/>
          <w:sz w:val="18"/>
        </w:rPr>
        <w:t>Islamic Prayer (Part 1) (English) February 27, 2007 Maulana Wahiduddin Khan · 1m 52s · at 23:53 · https://youtu.be/p_6r0MDbHmY?t=1433</w:t>
      </w:r>
    </w:p>
    <w:p>
      <w:r>
        <w:rPr>
          <w:i/>
        </w:rPr>
        <w:t>“All the believers except one take the behind the seat”</w:t>
      </w:r>
    </w:p>
    <w:p>
      <w:r>
        <w:rPr>
          <w:sz w:val="20"/>
        </w:rPr>
        <w:t>23:53  All the believers except one take the seat behind the seat behind that Imam.</w:t>
      </w:r>
      <w:r>
        <w:br/>
      </w:r>
      <w:r>
        <w:rPr>
          <w:sz w:val="20"/>
        </w:rPr>
        <w:t>24:01  This is the Islamic organization.</w:t>
      </w:r>
      <w:r>
        <w:br/>
      </w:r>
      <w:r>
        <w:rPr>
          <w:sz w:val="20"/>
        </w:rPr>
        <w:t>24:09  This is the way of Islamic unity.</w:t>
      </w:r>
      <w:r>
        <w:br/>
      </w:r>
      <w:r>
        <w:rPr>
          <w:sz w:val="20"/>
        </w:rPr>
        <w:t>24:17  You have to select one as your Imam or leader.</w:t>
      </w:r>
      <w:r>
        <w:br/>
      </w:r>
      <w:r>
        <w:rPr>
          <w:sz w:val="20"/>
        </w:rPr>
        <w:t>24:25  And every Muslim, every believer must follow this leader completely.</w:t>
      </w:r>
      <w:r>
        <w:br/>
      </w:r>
      <w:r>
        <w:rPr>
          <w:sz w:val="20"/>
        </w:rPr>
        <w:t>24:33  This is the secret of unity.</w:t>
      </w:r>
      <w:r>
        <w:br/>
      </w:r>
      <w:r>
        <w:rPr>
          <w:sz w:val="20"/>
        </w:rPr>
        <w:t>24:41  This is the method of organization.</w:t>
      </w:r>
      <w:r>
        <w:br/>
      </w:r>
      <w:r>
        <w:rPr>
          <w:sz w:val="20"/>
        </w:rPr>
        <w:t>24:49  This is the true spirit of Islam.</w:t>
      </w:r>
      <w:r>
        <w:br/>
      </w:r>
      <w:r>
        <w:rPr>
          <w:sz w:val="20"/>
        </w:rPr>
        <w:t>24:58  Then in the end, when we complete Namaz, so in the end, every Muslim says like this, "Assalamu</w:t>
      </w:r>
      <w:r>
        <w:br/>
      </w:r>
      <w:r>
        <w:rPr>
          <w:sz w:val="20"/>
        </w:rPr>
        <w:t>25:09  Alaikum Warahmatullah." "Assalamu Alaikum Warahmatullah." "Assalamu Alaikum Warahmatullah" means peace and blessing upon you.</w:t>
      </w:r>
      <w:r>
        <w:br/>
      </w:r>
      <w:r>
        <w:rPr>
          <w:sz w:val="20"/>
        </w:rPr>
        <w:t>25:21  Peace be upon you and blessing of God be upon you.</w:t>
      </w:r>
      <w:r>
        <w:br/>
      </w:r>
      <w:r>
        <w:rPr>
          <w:sz w:val="20"/>
        </w:rPr>
        <w:t>25:33  This is the last word of Namaz.</w:t>
      </w:r>
      <w:r>
        <w:br/>
      </w:r>
      <w:r>
        <w:rPr>
          <w:sz w:val="20"/>
        </w:rPr>
        <w:t>25:45  By saying this, the believer addresses all mankind, all those people who are living on this globe. It is not a simple recitation. It is not a simple word.</w:t>
      </w:r>
    </w:p>
    <w:p>
      <w:pPr>
        <w:pStyle w:val="Heading2"/>
      </w:pPr>
      <w:r>
        <w:t>Two hadiths on angels announcing forgiveness on Eid night</w:t>
      </w:r>
    </w:p>
    <w:p>
      <w:r>
        <w:rPr>
          <w:color w:val="666666"/>
          <w:sz w:val="18"/>
        </w:rPr>
        <w:t>CPS Women Interaction 4 April 30, 2022 · 2m 17s · at 34:03 · https://youtu.be/O8DWIk3naCQ?t=2043</w:t>
      </w:r>
    </w:p>
    <w:p>
      <w:r>
        <w:rPr>
          <w:i/>
        </w:rPr>
        <w:t>“Pehle hum padhenge Lailatul Jaiza wali hadees”</w:t>
      </w:r>
    </w:p>
    <w:p>
      <w:r>
        <w:rPr>
          <w:sz w:val="20"/>
        </w:rPr>
        <w:t>34:03  Pehle hum padhenge Lailatul Jaiza wali ya Hadees. Yaumul Jaiza wali Hadees kaun padhenge? Sahi bin Awf Ansari apne wali se riwayat karte hain ke jab Eid ul Fitr ka din hota hai to farishte raston mein khade ho jate hain aur awaaz lagate hain.</w:t>
      </w:r>
      <w:r>
        <w:br/>
      </w:r>
      <w:r>
        <w:rPr>
          <w:sz w:val="20"/>
        </w:rPr>
        <w:t>34:23  Hai Musalmanon ki jamaat utho apne Rabbe Kareem ke liye jiska tohfa khair hi khair hai jab woh namaz Eid padh lete hain to ek awaaz lagane wala farishta awaaz lagata hai.</w:t>
      </w:r>
      <w:r>
        <w:br/>
      </w:r>
      <w:r>
        <w:rPr>
          <w:sz w:val="20"/>
        </w:rPr>
        <w:t>34:50  Suno tumhare Rab ne tumko bakhsh diya aur bas tum log khushi khushi ghar jao. Yeh inaam ka din hai. Woh kehta hai ae mere farishton uski jaza kya hai jisne apne amal ko poora kiya?</w:t>
      </w:r>
      <w:r>
        <w:br/>
      </w:r>
      <w:r>
        <w:rPr>
          <w:sz w:val="20"/>
        </w:rPr>
        <w:t>35:19  Farishte kehte hain ae hamare Rab uski jaza yahi ke usko uske amal ka poora poora badla diya jaye.</w:t>
      </w:r>
      <w:r>
        <w:br/>
      </w:r>
      <w:r>
        <w:rPr>
          <w:sz w:val="20"/>
        </w:rPr>
        <w:t>35:53  bas vah log is tarah lautate hain ki unki maqsad ho chuki hoti hai. to yah do harish thi jo maine aapke samne padhi. to yah script hamari honi chahiye, isi tarah se honi chahiye aur hamko allah tarah se ummid honi chahiye, ummid hona chahiye.</w:t>
      </w:r>
      <w:r>
        <w:br/>
      </w:r>
      <w:r>
        <w:rPr>
          <w:sz w:val="20"/>
        </w:rPr>
        <w:t>36:20  main wish aapke sare sawalon ke jawab aapko mil gaya.</w:t>
      </w:r>
    </w:p>
    <w:p>
      <w:pPr>
        <w:pStyle w:val="Heading2"/>
      </w:pPr>
      <w:r>
        <w:t>Two-fold mission: discovery for non-Muslims, rediscovery for Muslims</w:t>
      </w:r>
    </w:p>
    <w:p>
      <w:r>
        <w:rPr>
          <w:color w:val="666666"/>
          <w:sz w:val="18"/>
        </w:rPr>
        <w:t>Revival of Islam March 23, 2014 · 1m 16s · at 39:36 · https://youtu.be/Wc4Vsc4u1JI?t=2376</w:t>
      </w:r>
    </w:p>
    <w:p>
      <w:r>
        <w:rPr>
          <w:i/>
        </w:rPr>
        <w:t>“Our work has two fields of engagement”</w:t>
      </w:r>
    </w:p>
    <w:p>
      <w:r>
        <w:rPr>
          <w:sz w:val="20"/>
        </w:rPr>
        <w:t>39:36  Isi liye main aksar yeh kaha karta hoon ke hamara jo kaam hai, hamare kaam yani ke do bahaz hain, do maidan hain kaam ke.</w:t>
      </w:r>
      <w:r>
        <w:br/>
      </w:r>
      <w:r>
        <w:rPr>
          <w:sz w:val="20"/>
        </w:rPr>
        <w:t>39:49  aik hai musalman, aik hai nan muslim. to nan muslim ki nisbat se hum ko yeh karna hai ke hum hum islam ko un ki discovery banaein.</w:t>
      </w:r>
      <w:r>
        <w:br/>
      </w:r>
      <w:r>
        <w:rPr>
          <w:sz w:val="20"/>
        </w:rPr>
        <w:t>40:01  nan muslim ki nisbat se hamara kaam yeh hai ke hum un ko islam, hum islam ko un ki discovery banaein. aur musalmanon ki nisbat se kya kaam hai? musalmanon ki nisbat se hamara kaam yeh hai ke hum un ko islam ki rediscovery banaein.</w:t>
      </w:r>
      <w:r>
        <w:br/>
      </w:r>
      <w:r>
        <w:rPr>
          <w:sz w:val="20"/>
        </w:rPr>
        <w:t>40:14  rediscovery,</w:t>
      </w:r>
      <w:r>
        <w:br/>
      </w:r>
      <w:r>
        <w:rPr>
          <w:sz w:val="20"/>
        </w:rPr>
        <w:t>40:15  kyunke asal islam ko bhool gaye hain. khud sakhta islam to qaim hai. aaj ke jo musalman hain, woh asal islam ko bhool gaye hain.</w:t>
      </w:r>
      <w:r>
        <w:br/>
      </w:r>
      <w:r>
        <w:rPr>
          <w:sz w:val="20"/>
        </w:rPr>
        <w:t>40:24  woh khud apna, un ka aik self style version hai islam ka, us par qaim hain. woh is liye zaroorat hai ke un ke liye islam ko un ki rediscovery banaya jaye.</w:t>
      </w:r>
      <w:r>
        <w:br/>
      </w:r>
      <w:r>
        <w:rPr>
          <w:sz w:val="20"/>
        </w:rPr>
        <w:t>40:37  yeh do lafz jo bolta hoon, isi liye bolta hoon ke ghair musalmanon ke liye hamein islam ko un ki discovery banana hai aur musalmanon ke liye hamein un ko islam, un ke liye islam ko un ki rediscovery banana hai.</w:t>
      </w:r>
    </w:p>
    <w:p>
      <w:pPr>
        <w:pStyle w:val="Heading2"/>
      </w:pPr>
      <w:r>
        <w:t>Islam is a spirit not rituals</w:t>
      </w:r>
    </w:p>
    <w:p>
      <w:r>
        <w:rPr>
          <w:color w:val="666666"/>
          <w:sz w:val="18"/>
        </w:rPr>
        <w:t>Islam in Daily Life | December 18, 2007 · 2m 02s · at 7:54 · https://youtu.be/wLp27oWti4c?t=474</w:t>
      </w:r>
    </w:p>
    <w:p>
      <w:r>
        <w:rPr>
          <w:i/>
        </w:rPr>
        <w:t>“Islam rituals ka mazhab nahi, ideology ka mazhab hai”</w:t>
      </w:r>
    </w:p>
    <w:p>
      <w:r>
        <w:rPr>
          <w:sz w:val="20"/>
        </w:rPr>
        <w:t>7:54  aaj mein chahta hoon ke isi topic par kuch baat kahoon.</w:t>
      </w:r>
      <w:r>
        <w:br/>
      </w:r>
      <w:r>
        <w:rPr>
          <w:sz w:val="20"/>
        </w:rPr>
        <w:t>7:59  dekhiye pehli baat yeh hai ke islam rituals ka mazhab nahi hai.</w:t>
      </w:r>
      <w:r>
        <w:br/>
      </w:r>
      <w:r>
        <w:rPr>
          <w:sz w:val="20"/>
        </w:rPr>
        <w:t>8:04  islam ek ideology ka mazhab hai.</w:t>
      </w:r>
      <w:r>
        <w:br/>
      </w:r>
      <w:r>
        <w:rPr>
          <w:sz w:val="20"/>
        </w:rPr>
        <w:t>8:09  ek spirit, ek spirit hai, ek divine spirit.</w:t>
      </w:r>
      <w:r>
        <w:br/>
      </w:r>
      <w:r>
        <w:rPr>
          <w:sz w:val="20"/>
        </w:rPr>
        <w:t>8:14  isko inculcate karna aadmi ke andar.</w:t>
      </w:r>
      <w:r>
        <w:br/>
      </w:r>
      <w:r>
        <w:rPr>
          <w:sz w:val="20"/>
        </w:rPr>
        <w:t>8:19  yeh hai islam ka</w:t>
      </w:r>
      <w:r>
        <w:br/>
      </w:r>
      <w:r>
        <w:rPr>
          <w:sz w:val="20"/>
        </w:rPr>
        <w:t>8:24  asal target.</w:t>
      </w:r>
      <w:r>
        <w:br/>
      </w:r>
      <w:r>
        <w:rPr>
          <w:sz w:val="20"/>
        </w:rPr>
        <w:t>8:29  to daily life ke liye islam ne koi manual nahi diya hai.</w:t>
      </w:r>
      <w:r>
        <w:br/>
      </w:r>
      <w:r>
        <w:rPr>
          <w:sz w:val="20"/>
        </w:rPr>
        <w:t>8:35  koi routine nahi diya hai.</w:t>
      </w:r>
      <w:r>
        <w:br/>
      </w:r>
      <w:r>
        <w:rPr>
          <w:sz w:val="20"/>
        </w:rPr>
        <w:t>8:40  aisi koi baat islam mein nahi hai.</w:t>
      </w:r>
      <w:r>
        <w:br/>
      </w:r>
      <w:r>
        <w:rPr>
          <w:sz w:val="20"/>
        </w:rPr>
        <w:t>8:45  aap quran ko padhein to is mein koi bhi aap manual type ki cheez nahi paayenge.</w:t>
      </w:r>
      <w:r>
        <w:br/>
      </w:r>
      <w:r>
        <w:rPr>
          <w:sz w:val="20"/>
        </w:rPr>
        <w:t>8:50  koi routine type ki cheez nahi paayenge.</w:t>
      </w:r>
      <w:r>
        <w:br/>
      </w:r>
      <w:r>
        <w:rPr>
          <w:sz w:val="20"/>
        </w:rPr>
        <w:t>8:55  koi set of rituals is mein nahi bayan kiya gaya hoga.</w:t>
      </w:r>
      <w:r>
        <w:br/>
      </w:r>
      <w:r>
        <w:rPr>
          <w:sz w:val="20"/>
        </w:rPr>
        <w:t>9:01  saari baat chalti hai kis par? ideology par. spirit par. principle par.</w:t>
      </w:r>
      <w:r>
        <w:br/>
      </w:r>
      <w:r>
        <w:rPr>
          <w:sz w:val="20"/>
        </w:rPr>
        <w:t>9:07  to islam ka jo target hai wo yeh hai ke insaan ke andar, aik aik individual ke andar</w:t>
      </w:r>
      <w:r>
        <w:br/>
      </w:r>
      <w:r>
        <w:rPr>
          <w:sz w:val="20"/>
        </w:rPr>
        <w:t>9:14  aik spirit jagah diya jaye.</w:t>
      </w:r>
      <w:r>
        <w:br/>
      </w:r>
      <w:r>
        <w:rPr>
          <w:sz w:val="20"/>
        </w:rPr>
        <w:t>9:20  aap keh sakte hain ke intellectual awakening.</w:t>
      </w:r>
      <w:r>
        <w:br/>
      </w:r>
      <w:r>
        <w:rPr>
          <w:sz w:val="20"/>
        </w:rPr>
        <w:t>9:26  ya spiritual awakening.</w:t>
      </w:r>
      <w:r>
        <w:br/>
      </w:r>
      <w:r>
        <w:rPr>
          <w:sz w:val="20"/>
        </w:rPr>
        <w:t>9:30  yeh islam ka target hai.</w:t>
      </w:r>
      <w:r>
        <w:br/>
      </w:r>
      <w:r>
        <w:rPr>
          <w:sz w:val="20"/>
        </w:rPr>
        <w:t>9:34  taake aadmi isi spirit ki roshni mein duniya mein har kaam kare.</w:t>
      </w:r>
      <w:r>
        <w:br/>
      </w:r>
      <w:r>
        <w:rPr>
          <w:sz w:val="20"/>
        </w:rPr>
        <w:t>9:39  koi prescribed dhancha nahi islam mein bataya gaya hai.</w:t>
      </w:r>
      <w:r>
        <w:br/>
      </w:r>
      <w:r>
        <w:rPr>
          <w:sz w:val="20"/>
        </w:rPr>
        <w:t>9:43  balke spirit bharna, spirit bharna.</w:t>
      </w:r>
      <w:r>
        <w:br/>
      </w:r>
      <w:r>
        <w:rPr>
          <w:sz w:val="20"/>
        </w:rPr>
        <w:t>9:47  yeh hai islam ka maqsad.</w:t>
      </w:r>
      <w:r>
        <w:br/>
      </w:r>
      <w:r>
        <w:rPr>
          <w:sz w:val="20"/>
        </w:rPr>
        <w:t>9:52  to dekhiye insaan jo hai koi is</w:t>
      </w:r>
    </w:p>
    <w:p>
      <w:pPr>
        <w:pStyle w:val="Heading2"/>
      </w:pPr>
      <w:r>
        <w:t>Umar valued people over wealth and buildings</w:t>
      </w:r>
    </w:p>
    <w:p>
      <w:r>
        <w:rPr>
          <w:color w:val="666666"/>
          <w:sz w:val="18"/>
        </w:rPr>
        <w:t>Welcome Address by Dr. Rajat Malhotra CPS International Peace Conference April 29-30, 2023 · 1m 31s · at 2:01 · https://youtu.be/z94aS7nevv0?t=121</w:t>
      </w:r>
    </w:p>
    <w:p>
      <w:r>
        <w:rPr>
          <w:i/>
        </w:rPr>
        <w:t>“Maulana ne building nahi banayi, log banaye hain”</w:t>
      </w:r>
    </w:p>
    <w:p>
      <w:r>
        <w:rPr>
          <w:sz w:val="20"/>
        </w:rPr>
        <w:t>2:01  toh unhone kaha ki unke paas sirf building hai, log nahi hain. phir unhone ek bahut ahum baat kahi. unhone kaha ki Maulana ne building nahi banayi hai, log banaye hain. aaj aap sab log jo is hall mein maujood hain, toh mujhe sahaaba ke daur par woh riwayat yaad aati hai ki jab Hazrat, Hazrat Umar bin Khattab ne apne sahabi se kaha ki apni khwaishat bayan karo.</w:t>
      </w:r>
      <w:r>
        <w:br/>
      </w:r>
      <w:r>
        <w:rPr>
          <w:sz w:val="20"/>
        </w:rPr>
        <w:t>2:26  ek ne kaha ke kaash yeh hall sapne apne desires express karein.</w:t>
      </w:r>
      <w:r>
        <w:br/>
      </w:r>
      <w:r>
        <w:rPr>
          <w:sz w:val="20"/>
        </w:rPr>
        <w:t>2:38  aakhir mein hazd umar bin khatam ne kaha ke agar yeh ghar abu ubaida bin jarra, maas bin</w:t>
      </w:r>
      <w:r>
        <w:br/>
      </w:r>
      <w:r>
        <w:rPr>
          <w:sz w:val="20"/>
        </w:rPr>
        <w:t>2:50  jawwal, huzayfa bin yaman se bhara hua hota to main unhein governor bana kar allah ke raste par laga deta.</w:t>
      </w:r>
      <w:r>
        <w:br/>
      </w:r>
      <w:r>
        <w:rPr>
          <w:sz w:val="20"/>
        </w:rPr>
        <w:t>3:02  yahan par sochne ki baat yeh hai ke unhon ne maal paise se zyada team ko bara samjha aur aaj aap sabki maujoodgi is bare hall mein usi spirit ko reflect karta hai jo Hazrat Umar bin Khattab ne bayan kari gayi thi. Maulana ne building nahi banai but Maulana ne bohat bari team banai hai aur aaj Maulana ke in taqal ke do saal ho gaye hain.</w:t>
      </w:r>
      <w:r>
        <w:br/>
      </w:r>
      <w:r>
        <w:rPr>
          <w:sz w:val="20"/>
        </w:rPr>
        <w:t>3:32  hum yahan par aaj phir yahi ahad karne ke liye ikhatta hue hain ke Maulana ne jo Quran distribution ka hamein target diya tha ke poori duniya mein hamein Quran ko phailana hai. Yaani hamein peacefully logon ko batana hai ke creation plan of god kya hai? Hamein poori insaniyat ka khairkhwah banna hai, well wisher banna hai aur jo Islam ki jo image bigad gayi hai, jis se log Islam ke paigham se door ho gaye hain, usko hamein sahi tareeqe se pesh karna hai.</w:t>
      </w:r>
    </w:p>
    <w:p>
      <w:pPr>
        <w:pStyle w:val="Heading2"/>
      </w:pPr>
      <w:r>
        <w:t>Revelation of last Qur'anic verse</w:t>
      </w:r>
    </w:p>
    <w:p>
      <w:r>
        <w:rPr>
          <w:color w:val="666666"/>
          <w:sz w:val="18"/>
        </w:rPr>
        <w:t>The Spirit of Hajj | November 10, 2007 · 2m 03s · at 32:15 · https://youtu.be/lLM-kLIlvdw?t=1935</w:t>
      </w:r>
    </w:p>
    <w:p>
      <w:r>
        <w:rPr>
          <w:i/>
        </w:rPr>
        <w:t>“Arafat ke maidan mein woh ayat utri”</w:t>
      </w:r>
    </w:p>
    <w:p>
      <w:r>
        <w:rPr>
          <w:sz w:val="20"/>
        </w:rPr>
        <w:t>32:15  alaihi wasallam arafat ke maidan mein thay, toh us waqt woh ayat utri jo quran mein is</w:t>
      </w:r>
      <w:r>
        <w:br/>
      </w:r>
      <w:r>
        <w:rPr>
          <w:sz w:val="20"/>
        </w:rPr>
        <w:t>32:20  tareeqe se hai ke "alyawm akmaltu lakum deenakum".</w:t>
      </w:r>
      <w:r>
        <w:br/>
      </w:r>
      <w:r>
        <w:rPr>
          <w:sz w:val="20"/>
        </w:rPr>
        <w:t>32:25  yeh ayat haj ke zamanay mein utri, rasool Allah salallaho alaihe wasallam ka jo haj ul wida tha,</w:t>
      </w:r>
      <w:r>
        <w:br/>
      </w:r>
      <w:r>
        <w:rPr>
          <w:sz w:val="20"/>
        </w:rPr>
        <w:t>32:30  is moqay par utri.</w:t>
      </w:r>
      <w:r>
        <w:br/>
      </w:r>
      <w:r>
        <w:rPr>
          <w:sz w:val="20"/>
        </w:rPr>
        <w:t>32:35  to "alyawm akmalt lakum deenakum".</w:t>
      </w:r>
      <w:r>
        <w:br/>
      </w:r>
      <w:r>
        <w:rPr>
          <w:sz w:val="20"/>
        </w:rPr>
        <w:t>32:40  aaj mein ne tumhare deen ko</w:t>
      </w:r>
      <w:r>
        <w:br/>
      </w:r>
      <w:r>
        <w:rPr>
          <w:sz w:val="20"/>
        </w:rPr>
        <w:t>32:45  tumhare liye kamil kar diya.</w:t>
      </w:r>
      <w:r>
        <w:br/>
      </w:r>
      <w:r>
        <w:rPr>
          <w:sz w:val="20"/>
        </w:rPr>
        <w:t>32:50  to is ayat ka matlab kya hai? is ko bhi wazeh karna chahta hoon.</w:t>
      </w:r>
      <w:r>
        <w:br/>
      </w:r>
      <w:r>
        <w:rPr>
          <w:sz w:val="20"/>
        </w:rPr>
        <w:t>32:55  is ko le kar ke kai log yeh kehte hain ke Islam jo hai, mukammal deen hai.</w:t>
      </w:r>
      <w:r>
        <w:br/>
      </w:r>
      <w:r>
        <w:rPr>
          <w:sz w:val="20"/>
        </w:rPr>
        <w:t>33:01  baqi log deen jo hai, naqis deen hai.</w:t>
      </w:r>
      <w:r>
        <w:br/>
      </w:r>
      <w:r>
        <w:rPr>
          <w:sz w:val="20"/>
        </w:rPr>
        <w:t>33:06  yeh bilkul galat baat hai.</w:t>
      </w:r>
      <w:r>
        <w:br/>
      </w:r>
      <w:r>
        <w:rPr>
          <w:sz w:val="20"/>
        </w:rPr>
        <w:t>33:11  is ayat mein dekhiye, yeh kaha gaya hai ke aaj mein ne tumhare deen ko tumhare liye kamil kar diya. yani</w:t>
      </w:r>
      <w:r>
        <w:br/>
      </w:r>
      <w:r>
        <w:rPr>
          <w:sz w:val="20"/>
        </w:rPr>
        <w:t>33:16  quran mein aakhri ayat aaj utar gayi.</w:t>
      </w:r>
      <w:r>
        <w:br/>
      </w:r>
      <w:r>
        <w:rPr>
          <w:sz w:val="20"/>
        </w:rPr>
        <w:t>33:20  yeh ayat aakhri ayat hai.</w:t>
      </w:r>
      <w:r>
        <w:br/>
      </w:r>
      <w:r>
        <w:rPr>
          <w:sz w:val="20"/>
        </w:rPr>
        <w:t>33:24  is ke baad aur ayat quran mein aanay wali nahi hai.</w:t>
      </w:r>
      <w:r>
        <w:br/>
      </w:r>
      <w:r>
        <w:rPr>
          <w:sz w:val="20"/>
        </w:rPr>
        <w:t>33:28  na is mein koi ghata paye ga, na koi barha paye ga.</w:t>
      </w:r>
      <w:r>
        <w:br/>
      </w:r>
      <w:r>
        <w:rPr>
          <w:sz w:val="20"/>
        </w:rPr>
        <w:t>33:32  aap jante hain, quran jo hai, 610 eesvi mein utarna shuru hua.</w:t>
      </w:r>
      <w:r>
        <w:br/>
      </w:r>
      <w:r>
        <w:rPr>
          <w:sz w:val="20"/>
        </w:rPr>
        <w:t>33:35  610 utarna shuru hua.</w:t>
      </w:r>
      <w:r>
        <w:br/>
      </w:r>
      <w:r>
        <w:rPr>
          <w:sz w:val="20"/>
        </w:rPr>
        <w:t>33:39  aur khatam hua 632 mein.</w:t>
      </w:r>
      <w:r>
        <w:br/>
      </w:r>
      <w:r>
        <w:rPr>
          <w:sz w:val="20"/>
        </w:rPr>
        <w:t>33:43  610 mein utar</w:t>
      </w:r>
      <w:r>
        <w:br/>
      </w:r>
      <w:r>
        <w:rPr>
          <w:sz w:val="20"/>
        </w:rPr>
        <w:t>33:47  na shuru hua aur 632 mein woh poora hua.</w:t>
      </w:r>
      <w:r>
        <w:br/>
      </w:r>
      <w:r>
        <w:rPr>
          <w:sz w:val="20"/>
        </w:rPr>
        <w:t>33:52  to taqreeban 23 saal lage is ki poori, poora poora utarne mein.</w:t>
      </w:r>
      <w:r>
        <w:br/>
      </w:r>
      <w:r>
        <w:rPr>
          <w:sz w:val="20"/>
        </w:rPr>
        <w:t>33:57  to aakhri ayat jo utarni thi quran mein, quran mein woh aakhri ayat utri arfa ke din.</w:t>
      </w:r>
      <w:r>
        <w:br/>
      </w:r>
      <w:r>
        <w:rPr>
          <w:sz w:val="20"/>
        </w:rPr>
        <w:t>34:02  rasool Allah salallaho alaihe wasallam par.</w:t>
      </w:r>
      <w:r>
        <w:br/>
      </w:r>
      <w:r>
        <w:rPr>
          <w:sz w:val="20"/>
        </w:rPr>
        <w:t>34:07  to yeh matlab hai is ayat ka ke aaj quran ki aakhri ayat utar gayi.</w:t>
      </w:r>
      <w:r>
        <w:br/>
      </w:r>
      <w:r>
        <w:rPr>
          <w:sz w:val="20"/>
        </w:rPr>
        <w:t>34:13  quran aaj poora ho gaya.</w:t>
      </w:r>
    </w:p>
    <w:p>
      <w:pPr>
        <w:pStyle w:val="Heading2"/>
      </w:pPr>
      <w:r>
        <w:t>Spirit of fasting: patience and self-discipline</w:t>
      </w:r>
    </w:p>
    <w:p>
      <w:r>
        <w:rPr>
          <w:color w:val="666666"/>
          <w:sz w:val="18"/>
        </w:rPr>
        <w:t>Qurbani aur Islam (Al-Risala, August 2018) · 1m 13s · at 10:27 · https://youtu.be/uwy-G-Vtie8?t=627</w:t>
      </w:r>
    </w:p>
    <w:p>
      <w:r>
        <w:rPr>
          <w:i/>
        </w:rPr>
        <w:t>“Roza. Islam ke arkaan mein se teesra rukan roza ya saum hai.”</w:t>
      </w:r>
    </w:p>
    <w:p>
      <w:r>
        <w:rPr>
          <w:sz w:val="20"/>
        </w:rPr>
        <w:t>10:27  roza. islam ke arkaan mein se teesra rukun roza ya saum hai. roze ka form yeh hai ke aadmi subah se shaam tak khana aur peena chhod de.</w:t>
      </w:r>
      <w:r>
        <w:br/>
      </w:r>
      <w:r>
        <w:rPr>
          <w:sz w:val="20"/>
        </w:rPr>
        <w:t>10:42  wo apne din ko bhook aur pyaas ki halat mein guzare. roze ki spirit sabr ya patience hai.</w:t>
      </w:r>
      <w:r>
        <w:br/>
      </w:r>
      <w:r>
        <w:rPr>
          <w:sz w:val="20"/>
        </w:rPr>
        <w:t>10:52  hadith mein aaya hai: "huwa shahr al-sabr" yani ramzan ka mahina sabr ka mahina hai. sabr kya hai?</w:t>
      </w:r>
      <w:r>
        <w:br/>
      </w:r>
      <w:r>
        <w:rPr>
          <w:sz w:val="20"/>
        </w:rPr>
        <w:t>11:04  sabr ka matlab yeh hai ke aadmi dunya mein self discipline ki zindagi guzare. wo apni khwahishon par rog lagaye.</w:t>
      </w:r>
      <w:r>
        <w:br/>
      </w:r>
      <w:r>
        <w:rPr>
          <w:sz w:val="20"/>
        </w:rPr>
        <w:t>11:14  wo ishtial angezi ke bawajood mushtael na ho. wo apni ana ko ghamand na banne de. wo logon ke darmiyan no problem insaan ban kar rahe.</w:t>
      </w:r>
      <w:r>
        <w:br/>
      </w:r>
      <w:r>
        <w:rPr>
          <w:sz w:val="20"/>
        </w:rPr>
        <w:t>11:28  samaji zindagi mein jab us ko koi shauq lage to wo us shauq ko apne oopar sahe. wo us ko doosre tak pahunchne na de.</w:t>
      </w:r>
    </w:p>
    <w:p>
      <w:pPr>
        <w:pStyle w:val="Heading2"/>
      </w:pPr>
      <w:r>
        <w:t>Real meaning of Hajj: following Ibrahim's mission, not just rituals</w:t>
      </w:r>
    </w:p>
    <w:p>
      <w:r>
        <w:rPr>
          <w:color w:val="666666"/>
          <w:sz w:val="18"/>
        </w:rPr>
        <w:t>Discovering The Spirit of Ramadan March 16, 2025 · 1m 55s · at 50:03 · https://youtu.be/WrIyg6N7390?t=3003</w:t>
      </w:r>
    </w:p>
    <w:p>
      <w:r>
        <w:rPr>
          <w:i/>
        </w:rPr>
        <w:t>“Hajj's reality book explains what Hajj is really about”</w:t>
      </w:r>
    </w:p>
    <w:p>
      <w:r>
        <w:rPr>
          <w:sz w:val="20"/>
        </w:rPr>
        <w:t>50:03  haqeeqat e hajj Maulana ki ek aham tareen kitab hai is lihaaz say ke hajj aur umrah ki jo spirit hai, us ko Maulana nay is kitab mein wazeh kiya hai.</w:t>
      </w:r>
      <w:r>
        <w:br/>
      </w:r>
      <w:r>
        <w:rPr>
          <w:sz w:val="20"/>
        </w:rPr>
        <w:t>50:18  aam tor say log jatay hain hajj karnay to yeh samajhtay hain wahan ja kay hum dua karain gay. dua to zahir hai, jab aap jatay hain Ka'aba kay pas to aap ki kefiyat aisi ho jati hai ke dua khud say niklnay lagti hai.</w:t>
      </w:r>
      <w:r>
        <w:br/>
      </w:r>
      <w:r>
        <w:rPr>
          <w:sz w:val="20"/>
        </w:rPr>
        <w:t>50:32  lekin Maulana nay is kitab mein haqeeqat e hajj mein yeh wazeh kiya hai ke hajj kya hai.</w:t>
      </w:r>
      <w:r>
        <w:br/>
      </w:r>
      <w:r>
        <w:rPr>
          <w:sz w:val="20"/>
        </w:rPr>
        <w:t>50:43  yani hajj yeh hai ke jo log hajj karnay jayen ya umrah karnay jayen to woh hajj ki spirit ko samjhen.</w:t>
      </w:r>
      <w:r>
        <w:br/>
      </w:r>
      <w:r>
        <w:rPr>
          <w:sz w:val="20"/>
        </w:rPr>
        <w:t>50:53  aur hajj ki spirit yeh hai ke aap Ibrahim aleh salam kay naqsh qadam pe chalen.</w:t>
      </w:r>
      <w:r>
        <w:br/>
      </w:r>
      <w:r>
        <w:rPr>
          <w:sz w:val="20"/>
        </w:rPr>
        <w:t>51:01  jo log haji jatay hain ya umrah karnay jatay hain, woh tawaf kartay hain, Hazrat Ibrahim aleh salam kay footsteps pe chaltay hain, sa'i kartay hain, Hazrat Ibrahim aleh salam aur Hajra kay footsteps pe chaltay hain.</w:t>
      </w:r>
      <w:r>
        <w:br/>
      </w:r>
      <w:r>
        <w:rPr>
          <w:sz w:val="20"/>
        </w:rPr>
        <w:t>51:14  to yeh sirf footsteps pe chalna nahi hai ke aap nay sa'i kar liya, tawaf kar liya, aap wahan chalay gay, Arafat mein, Mina mein, Muzdalifa mein aur Ramy waghera kar li qurbani.</w:t>
      </w:r>
      <w:r>
        <w:br/>
      </w:r>
      <w:r>
        <w:rPr>
          <w:sz w:val="20"/>
        </w:rPr>
        <w:t>51:27  is waqt sab cheezain aap nay dohra leen.</w:t>
      </w:r>
      <w:r>
        <w:br/>
      </w:r>
      <w:r>
        <w:rPr>
          <w:sz w:val="20"/>
        </w:rPr>
        <w:t>51:29  to yeh to ek shakal hai, ek form hai. lekin jo spirit hai, woh yeh hai ke aap Hazrat Ibrahim aleh salam kay mission ko apnayen, jo ke dawat tha, jo logon tak Quran ka paigham pohanchana hai.</w:t>
      </w:r>
      <w:r>
        <w:br/>
      </w:r>
      <w:r>
        <w:rPr>
          <w:sz w:val="20"/>
        </w:rPr>
        <w:t>51:42  to agar aap wahan say loten, yeh spirit apnay andar paida kar kay ke baqi jo zindagi aap ki hai, us mein is mein aap poori tarah say da'iyana kirdaar ada karain gay, tabhi woh waqai hajj hai, warna woh sirf ek ziyarat hai.</w:t>
      </w:r>
    </w:p>
    <w:p>
      <w:pPr>
        <w:pStyle w:val="Heading2"/>
      </w:pPr>
      <w:r>
        <w:t>i'tikaf: secluding yourself in the mosque for Quran devotion</w:t>
      </w:r>
    </w:p>
    <w:p>
      <w:r>
        <w:rPr>
          <w:color w:val="666666"/>
          <w:sz w:val="18"/>
        </w:rPr>
        <w:t>Ramadan The Month of Fasting August 29, 2008 Maulana Wahiduddin Khan · 1m 39s · at 24:43 · https://youtu.be/DcDEAI5bgAg?t=1483</w:t>
      </w:r>
    </w:p>
    <w:p>
      <w:r>
        <w:rPr>
          <w:i/>
        </w:rPr>
        <w:t>“What is i'tikaf? Going into seclusion”</w:t>
      </w:r>
    </w:p>
    <w:p>
      <w:r>
        <w:rPr>
          <w:sz w:val="20"/>
        </w:rPr>
        <w:t>24:43  is tarah se dekhiye, ramzan ke aakhri ashra mein, yaani aakhri das din ya is se kam ya zyada, itkaf ki ayat hai.</w:t>
      </w:r>
      <w:r>
        <w:br/>
      </w:r>
      <w:r>
        <w:rPr>
          <w:sz w:val="20"/>
        </w:rPr>
        <w:t>24:53  aitkaf kiya hai? aitkaf matlab hai seclusion mein jana, tanhai mein jana. to aitkaf mein yeh karta hai aadmi ke apne kuch waqt ko nikalta hai, woh farigh karta hai,</w:t>
      </w:r>
      <w:r>
        <w:br/>
      </w:r>
      <w:r>
        <w:rPr>
          <w:sz w:val="20"/>
        </w:rPr>
        <w:t>25:08  das din ya is se kam o besh. to masjid mein woh bilkul ja kar ke, yaani wahi rehne lagta hai. to masjid mein kya karega?</w:t>
      </w:r>
      <w:r>
        <w:br/>
      </w:r>
      <w:r>
        <w:rPr>
          <w:sz w:val="20"/>
        </w:rPr>
        <w:t>25:19  woh zahir hai ke woh namaz padhega, quran ko padhega, zikr karega, Allah ki yaad karega. yeh sab hoga masjid mein.</w:t>
      </w:r>
      <w:r>
        <w:br/>
      </w:r>
      <w:r>
        <w:rPr>
          <w:sz w:val="20"/>
        </w:rPr>
        <w:t>25:28  to gaya ke ramzan ke kuch dino mein poori tarah seclusion mein ja kar ke, yaani apne aap ko alag kar ke, ab bilkul detach kar ke baqi zindagi se sirf quran hi ke bare mein apne aap ko,</w:t>
      </w:r>
      <w:r>
        <w:br/>
      </w:r>
      <w:r>
        <w:rPr>
          <w:sz w:val="20"/>
        </w:rPr>
        <w:t>25:45  quran hi ke upar apne aap ko laga dena. yaani quran par sochna, quran ko padhna, namaz mein, namaz ke bahir.</w:t>
      </w:r>
      <w:r>
        <w:br/>
      </w:r>
      <w:r>
        <w:rPr>
          <w:sz w:val="20"/>
        </w:rPr>
        <w:t>25:55  to yeh goya ke tanhai mein ja kar quran ka mutala karna hai. to is ke liye aitkaf kiya aata hai?</w:t>
      </w:r>
      <w:r>
        <w:br/>
      </w:r>
      <w:r>
        <w:rPr>
          <w:sz w:val="20"/>
        </w:rPr>
        <w:t>26:05  aur yeh aitkaf ramzan mein hota hai. is tarah se dekhiye, quran mein namaz, quran mein roze ke bare mein aaya hai ke roza is liye farz kiya gaya ke tumhare andar taqwa paida ho.</w:t>
      </w:r>
    </w:p>
    <w:p>
      <w:pPr>
        <w:pStyle w:val="Heading2"/>
      </w:pPr>
      <w:r>
        <w:t>Ramadan as a probation period before Jannah</w:t>
      </w:r>
    </w:p>
    <w:p>
      <w:r>
        <w:rPr>
          <w:color w:val="666666"/>
          <w:sz w:val="18"/>
        </w:rPr>
        <w:t>CPS Women Interaction 4 April 30, 2022 · 1m 52s · at 51:16 · https://youtu.be/O8DWIk3naCQ?t=3076</w:t>
      </w:r>
    </w:p>
    <w:p>
      <w:r>
        <w:rPr>
          <w:i/>
        </w:rPr>
        <w:t>“Jaise kisi ki job pehle probation par hoti hai”</w:t>
      </w:r>
    </w:p>
    <w:p>
      <w:r>
        <w:rPr>
          <w:sz w:val="20"/>
        </w:rPr>
        <w:t>51:16  main aap sabko pehle bataoon ki yeh har kahin neeche droti jo meeting hai mere liye eid ka din ban jaati hai yaani khushi ka din. kyunki isko main aankad se relate karti hoon ki jab aakhirat mein hum sab ek din ikattha honge aur woh hum sabke liye kitna hi khushi ka din hoga jab hamara jo hai dhyan khatm ho jaayega aur hum humko sukoon mil jaayega.</w:t>
      </w:r>
      <w:r>
        <w:br/>
      </w:r>
      <w:r>
        <w:rPr>
          <w:sz w:val="20"/>
        </w:rPr>
        <w:t>51:46  meri aawaaz aa rahi hai shafina? aa rahi hai, aa rahi hai, bahut achhi. is ramzan agar humne consciously apni joining ki hogi to inshallah poore saal hum, hamari zaroor madad karega. to main ek din yeh soch rahi thi ki jis tarah kisi company mein job milne par ek insaan ko jo hai uski training hoti hai kuch mahine ke liye ya kuch din ke liye.</w:t>
      </w:r>
      <w:r>
        <w:br/>
      </w:r>
      <w:r>
        <w:rPr>
          <w:sz w:val="20"/>
        </w:rPr>
        <w:t>52:16  to phir uske baad uski job confirm hoti hai yaani permanent hota hai woh, uski job karne ke liye start hota hai woh. to isko maine ramzan ke mahine se relate kiya. usko relate karke socha ki ramzan ka yeh mahina jo hum yahan hamare training ke liye hota hai. yeh fuda ki taraf se badi dressing hai jo hamein aakhirat ke liye taiyar karta hai. har saal consciously agar hum apne aap ko train karte hain. haan.</w:t>
      </w:r>
      <w:r>
        <w:br/>
      </w:r>
      <w:r>
        <w:rPr>
          <w:sz w:val="20"/>
        </w:rPr>
        <w:t>52:46  to aakhir mein jannat milne ke chances badhenge. to allah taala hamari koshishon ko ko rule karna hai. asal yeh hai ki duniya paani ke bahut sare tarike hi hain. magar aakhirat paane ka ek hi tarika hai sirf ek tarika woh hai khudapur kaun hai?</w:t>
      </w:r>
      <w:r>
        <w:br/>
      </w:r>
      <w:r>
        <w:rPr>
          <w:sz w:val="20"/>
        </w:rPr>
        <w:t>53:08  meri apni jo personal learning rahi hai is kamzan usko main aapke sabke saath share karungi. ramzan mein mere ghar mein koi kaam karne wala nahin tha. to main agar manage karke ghar ke koi kaam nahin karti to mujhe aankh khulte hi subah se hi se hi sab kuch gadbad ho jaata tha. kyunki aksar thakkar main kaam chhod deti thi.</w:t>
      </w:r>
    </w:p>
    <w:p>
      <w:pPr>
        <w:pStyle w:val="Heading2"/>
      </w:pPr>
      <w:r>
        <w:t>Hajar's role as a great woman in Islam</w:t>
      </w:r>
    </w:p>
    <w:p>
      <w:r>
        <w:rPr>
          <w:color w:val="666666"/>
          <w:sz w:val="18"/>
        </w:rPr>
        <w:t>The Universal Message of Hajj May 25, 2025 · 2m 28s · at 14:00 · https://youtu.be/dr_sfN8NMzQ?t=840</w:t>
      </w:r>
    </w:p>
    <w:p>
      <w:r>
        <w:rPr>
          <w:i/>
        </w:rPr>
        <w:t>“Hazrat Hajar jo hain, one of the greatest women”</w:t>
      </w:r>
    </w:p>
    <w:p>
      <w:r>
        <w:rPr>
          <w:sz w:val="20"/>
        </w:rPr>
        <w:t>14:00  Hazrat Hajra jo hain, one of the greatest women hain. ji, ismein Hazrat Maryam ka naam aata hai, Hazrat Asiya ka aata hai aur Hazrat Khadija ka aata hai.</w:t>
      </w:r>
      <w:r>
        <w:br/>
      </w:r>
      <w:r>
        <w:rPr>
          <w:sz w:val="20"/>
        </w:rPr>
        <w:t>14:13  to Hazrat Hajra ka role ke hisab se mere khayal mein bohat bohat azeem khatoon hain woh. kyunke Hazrat Hajra ki qurbani agar na hoti to aaj tauheed ki history hi wajood mein na aati.</w:t>
      </w:r>
      <w:r>
        <w:br/>
      </w:r>
      <w:r>
        <w:rPr>
          <w:sz w:val="20"/>
        </w:rPr>
        <w:t>14:30  unhonne jo qurbani di ke is haalat mein jab ke kuch bhi nahin tha sahara mein, sirf Khuda ke bharose woh wohan reh gayin ke jab Allah ka hukam hai to Allah hamein zaya nahin karega.</w:t>
      </w:r>
      <w:r>
        <w:br/>
      </w:r>
      <w:r>
        <w:rPr>
          <w:sz w:val="20"/>
        </w:rPr>
        <w:t>14:45  to is tareeqe se ek nayi nasal wajood mein aayi Hazrat Hajra ki qurbani se.</w:t>
      </w:r>
      <w:r>
        <w:br/>
      </w:r>
      <w:r>
        <w:rPr>
          <w:sz w:val="20"/>
        </w:rPr>
        <w:t>14:52  to yeh nayi nasal sirf tauheed based inqilab nahin tha balkeh iske saath saath bohat saare relative iske aspect hote hain.</w:t>
      </w:r>
      <w:r>
        <w:br/>
      </w:r>
      <w:r>
        <w:rPr>
          <w:sz w:val="20"/>
        </w:rPr>
        <w:t>15:03  aman ka daur aaya, masawaat ka daur aaya, ek walteeka aur auraton ki aazadi ka daur aaya.</w:t>
      </w:r>
      <w:r>
        <w:br/>
      </w:r>
      <w:r>
        <w:rPr>
          <w:sz w:val="20"/>
        </w:rPr>
        <w:t>15:13  sabse badi cheez woh yeh hai ke daleel ki, ke ke zor par haq ko pehchanna.</w:t>
      </w:r>
      <w:r>
        <w:br/>
      </w:r>
      <w:r>
        <w:rPr>
          <w:sz w:val="20"/>
        </w:rPr>
        <w:t>15:20  to yeh saari cheezein is se pehle jo hum dekhte hain, Hazrat Ibrahim ke se pehle religious persecution tha. Koi bhi koi naya kaam nahin kar sakta tha, usko maar dalte the, kuch bhi karne nahin dete the.</w:t>
      </w:r>
      <w:r>
        <w:br/>
      </w:r>
      <w:r>
        <w:rPr>
          <w:sz w:val="20"/>
        </w:rPr>
        <w:t>15:34  bas jo chal raha hai baap dada ke zamane se, bas wohi chalta tha. Kuch karne nahin dete the, kehte the hum hamare baap dada ne to aisa kiya hai.</w:t>
      </w:r>
      <w:r>
        <w:br/>
      </w:r>
      <w:r>
        <w:rPr>
          <w:sz w:val="20"/>
        </w:rPr>
        <w:t>15:43  to isi liye woh sachai ko samajh nahin paate the.</w:t>
      </w:r>
      <w:r>
        <w:br/>
      </w:r>
      <w:r>
        <w:rPr>
          <w:sz w:val="20"/>
        </w:rPr>
        <w:t>15:48  to Hazrat Hajra wahan rahin aur itni badi Allah ki madad aayi ke is sahara mein Allah Taala ne pani ka darya baha diya. To is tareeqe se wahan par Khuda ka pehla ghar bana, jis ko hum keh sakte hain ke Khuda ki mission ka ek center bana.</w:t>
      </w:r>
      <w:r>
        <w:br/>
      </w:r>
      <w:r>
        <w:rPr>
          <w:sz w:val="20"/>
        </w:rPr>
        <w:t>16:08  to yeh bohat zabardast Hazrat Hajra ka kaam tha. Aur is mein hamare liye har har mauqe par ek lesson hai ke Khuda ki madad, jis ko kehte hain, chappar phaar kar aati hai ke kis tareeqe se madad aati hai. Jab aadmi ek dum at the end aur jab helpless hota hai,</w:t>
      </w:r>
    </w:p>
    <w:p>
      <w:pPr>
        <w:pStyle w:val="Heading2"/>
      </w:pPr>
      <w:r>
        <w:t>fasting builds empathy for the poor and a spirit of charity</w:t>
      </w:r>
    </w:p>
    <w:p>
      <w:r>
        <w:rPr>
          <w:color w:val="666666"/>
          <w:sz w:val="18"/>
        </w:rPr>
        <w:t>Ramadan The Month of Fasting August 29, 2008 Maulana Wahiduddin Khan · 2m 42s · at 38:48 · https://youtu.be/DcDEAI5bgAg?t=2328</w:t>
      </w:r>
    </w:p>
    <w:p>
      <w:r>
        <w:rPr>
          <w:i/>
        </w:rPr>
        <w:t>“When you feel hunger, you think of those who have none”</w:t>
      </w:r>
    </w:p>
    <w:p>
      <w:r>
        <w:rPr>
          <w:sz w:val="20"/>
        </w:rPr>
        <w:t>38:48  hadees mein aata hai ke Rasool Allah Sal Allahu Alaihi Wasallam roze mein bohat ziyada khairat karte the, bohat ziyada logon ko madad karte the.</w:t>
      </w:r>
      <w:r>
        <w:br/>
      </w:r>
      <w:r>
        <w:rPr>
          <w:sz w:val="20"/>
        </w:rPr>
        <w:t>38:59  to yeh spirit phir Ramzan mein jagayi jati hai. Kyunke jab aap khud aap ko pyaas lagti hai to aap sochte hain ke woh log jin ke paas pani ka intezaam nahi hai, woh kitni bari museebat mein hain.</w:t>
      </w:r>
      <w:r>
        <w:br/>
      </w:r>
      <w:r>
        <w:rPr>
          <w:sz w:val="20"/>
        </w:rPr>
        <w:t>39:14  jab aap ko bhook lagti hai to aap sochte hain ke jin logon ke paas khane ke liye kuch nahi hai, to un ko kitni bari museebat hai. To apni pyaas se doosron ki pyaas ko sochna, apni bhook se doosron ki bhook ka andaza karna,</w:t>
      </w:r>
      <w:r>
        <w:br/>
      </w:r>
      <w:r>
        <w:rPr>
          <w:sz w:val="20"/>
        </w:rPr>
        <w:t>39:30  yeh yeh hai maqsad roze ka. Isi liye Rasool Allah Sal Allahu Alaihi Wasallam ziyada khair khairat ka kaam karte the roze mein. Kyunke roza aap ke andar ehsaas ko jagata hai.</w:t>
      </w:r>
      <w:r>
        <w:br/>
      </w:r>
      <w:r>
        <w:rPr>
          <w:sz w:val="20"/>
        </w:rPr>
        <w:t>39:43  doosre ki, doosron ke, yaani doosre log jo jo ke museebaton mein pade hue hain, jin ki zarooraten poori nahi ho rahi hain, jo ghareeb hain, to un ke un ke jaise halaat apne andar paida karna.</w:t>
      </w:r>
      <w:r>
        <w:br/>
      </w:r>
      <w:r>
        <w:rPr>
          <w:sz w:val="20"/>
        </w:rPr>
        <w:t>40:01  yaani woh to is liye ek shakhs woh hai jo is liye bhooka reh gaya ke us ke paas paisa nahi tha.</w:t>
      </w:r>
      <w:r>
        <w:br/>
      </w:r>
      <w:r>
        <w:rPr>
          <w:sz w:val="20"/>
        </w:rPr>
        <w:t>40:08  ek shakhs is liye bhooka raha ke woh Khuda ke hukum ke tehat us ne khaya nahi, bil qasd paisa hotey hue. To is maani hai ke yeh ek</w:t>
      </w:r>
      <w:r>
        <w:br/>
      </w:r>
      <w:r>
        <w:rPr>
          <w:sz w:val="20"/>
        </w:rPr>
        <w:t>40:21  apne aap ko bhook ki haalat mein le aa kar ke bhooke logon ka, yaani ehsaas karna hai.</w:t>
      </w:r>
      <w:r>
        <w:br/>
      </w:r>
      <w:r>
        <w:rPr>
          <w:sz w:val="20"/>
        </w:rPr>
        <w:t>40:30  yani qasdan apnay aap ko bhooka rakh kar ke apnay ko yeh ehsas dilana hai ke jo log bhookay rehtay hain, kitni bari museebat mein rehtay hain.</w:t>
      </w:r>
      <w:r>
        <w:br/>
      </w:r>
      <w:r>
        <w:rPr>
          <w:sz w:val="20"/>
        </w:rPr>
        <w:t>40:40  jab yeh ehsas hoga to aap ziyada kaam karenge doosron ke liye, ziyada logon ko madad karenge, ziyada logon ki khidmat karenge.</w:t>
      </w:r>
      <w:r>
        <w:br/>
      </w:r>
      <w:r>
        <w:rPr>
          <w:sz w:val="20"/>
        </w:rPr>
        <w:t>40:48  jis ko quran mein kaha gaya hai "marhamah". to marhamah ya muwasaat us ko kaha gaya hai.</w:t>
      </w:r>
      <w:r>
        <w:br/>
      </w:r>
      <w:r>
        <w:rPr>
          <w:sz w:val="20"/>
        </w:rPr>
        <w:t>40:57  to yeh ehsas bhi paida hota hai ramzan ke andar. aur zahir hai ke yeh bohat zabardast, bohat bari cheez hai. is ko hum kehtay hain khidmat-e-insan.</w:t>
      </w:r>
      <w:r>
        <w:br/>
      </w:r>
      <w:r>
        <w:rPr>
          <w:sz w:val="20"/>
        </w:rPr>
        <w:t>41:09  to khidmat-e-insan hi paida hoti hai rozay ke zariye se</w:t>
      </w:r>
      <w:r>
        <w:br/>
      </w:r>
      <w:r>
        <w:rPr>
          <w:sz w:val="20"/>
        </w:rPr>
        <w:t>41:15  . is ko "philanthropy" kaha jata hai. to "philanthropy" ka jazba paida hona, insan ki khidmat ka jazba paida hona, gharibon ki madad karne ka jazba paida hona, yeh bhi rozay ka aik maqsad hai.</w:t>
      </w:r>
    </w:p>
    <w:p>
      <w:pPr>
        <w:pStyle w:val="Heading2"/>
      </w:pPr>
      <w:r>
        <w:t>Spirit of peace in Islamic prayer</w:t>
      </w:r>
    </w:p>
    <w:p>
      <w:r>
        <w:rPr>
          <w:color w:val="666666"/>
          <w:sz w:val="18"/>
        </w:rPr>
        <w:t>What is Islam (Prophetic Wisdom) November 29, 2006 Maulana Wahiduddin Khan · 2m 25s · at 17:13 · https://youtu.be/iVldpAeihtU?t=1033</w:t>
      </w:r>
    </w:p>
    <w:p>
      <w:r>
        <w:rPr>
          <w:i/>
        </w:rPr>
        <w:t>“Isi tarah se dekhiye, namaz mein jab khatam kiya jaata hai”</w:t>
      </w:r>
    </w:p>
    <w:p>
      <w:r>
        <w:rPr>
          <w:sz w:val="20"/>
        </w:rPr>
        <w:t>17:13  isi tarah se dekhiye, namaz mein jab khatm kiya jaata hai to kya hota hai? sab log</w:t>
      </w:r>
      <w:r>
        <w:br/>
      </w:r>
      <w:r>
        <w:rPr>
          <w:sz w:val="20"/>
        </w:rPr>
        <w:t>17:23  apna chehra daayein aur baayein pherte hain aur kehte hain ke "Assalam o Alaikum, Assalam o Alaikum wa Rahmatullahi".</w:t>
      </w:r>
      <w:r>
        <w:br/>
      </w:r>
      <w:r>
        <w:rPr>
          <w:sz w:val="20"/>
        </w:rPr>
        <w:t>17:34  ae logon! tum par Khuda ki salamati ho aur rehmat ho, Khuda ki blessing ho aur Khuda ki marzi ho tumhare upar.</w:t>
      </w:r>
      <w:r>
        <w:br/>
      </w:r>
      <w:r>
        <w:rPr>
          <w:sz w:val="20"/>
        </w:rPr>
        <w:t>17:50  ab aap jaante hain ke namaz jo hai, padhi jaati hai Kaba ke rukh par. yaani yeh Kaba hai to chaaron taraf log namaz padhte hain.</w:t>
      </w:r>
      <w:r>
        <w:br/>
      </w:r>
      <w:r>
        <w:rPr>
          <w:sz w:val="20"/>
        </w:rPr>
        <w:t>18:01  har ek ka jo direction Kaba hota hai, idhar se bhi Kaba, idhar se bhi Kaba, idhar se bhi Kaba, idhar se bhi Kaba. ab aap sochiye ke chaaron taraf namaz padhne wale jab aise apna face kar ke aur aise face kar ke karein to poore globe ke liye hogi yeh baat.</w:t>
      </w:r>
      <w:r>
        <w:br/>
      </w:r>
      <w:r>
        <w:rPr>
          <w:sz w:val="20"/>
        </w:rPr>
        <w:t>18:21  wo yahan jo aadmi hai, wo bhi idhar udhar kar raha hai, yahan jo hai, wo wo bhi kar raha hai, idhar jo hai, wo bhi kar raha hai. to poore globe par jab isi tarah se namaz padh rahe hain log to aap mila kar dekhein to goya ke namazi log 24 ghante poori poori humanity ke liye,</w:t>
      </w:r>
      <w:r>
        <w:br/>
      </w:r>
      <w:r>
        <w:rPr>
          <w:sz w:val="20"/>
        </w:rPr>
        <w:t>18:43  globe par basne wale saare insano ke liye keh rahe hain ke tumhare upar blessing ho Khuda ki, tumhare upar peace ho Khuda ki.</w:t>
      </w:r>
      <w:r>
        <w:br/>
      </w:r>
      <w:r>
        <w:rPr>
          <w:sz w:val="20"/>
        </w:rPr>
        <w:t>18:55  ab kitni badi spirit jagati hai namaz ke ek taraf aur bhi baatein namaz mein hain. inhi do ko le lijiye aap ke ek taraf</w:t>
      </w:r>
      <w:r>
        <w:br/>
      </w:r>
      <w:r>
        <w:rPr>
          <w:sz w:val="20"/>
        </w:rPr>
        <w:t>19:09  insaan ke andar yeh spirit jagati hai ke bada to sirf Khuda hai, main us ke under mein hoon, mujhe Khuda ki baat maankar, us ke aage submit, submission kar ke mujhe rehna hai duniya mein,</w:t>
      </w:r>
      <w:r>
        <w:br/>
      </w:r>
      <w:r>
        <w:rPr>
          <w:sz w:val="20"/>
        </w:rPr>
        <w:t>19:25  modesty ke saath rehna hai duniya mein. ek yeh spirit hai. doosri spirit yeh hai ke saare insano ke liye us ke andar rehmat ka jazba, saare insano ke liye mohabbat ka jazba.</w:t>
      </w:r>
    </w:p>
    <w:p>
      <w:pPr>
        <w:pStyle w:val="Heading2"/>
      </w:pPr>
      <w:r>
        <w:t>True sacrifice: Abraham's example of dedicating son</w:t>
      </w:r>
    </w:p>
    <w:p>
      <w:r>
        <w:rPr>
          <w:color w:val="666666"/>
          <w:sz w:val="18"/>
        </w:rPr>
        <w:t>The Message of Eid Al-Adha November 6, 2011 Maulana Wahiduddin Khan · 2m 37s · at 25:34 · https://youtu.be/y59PU_RD2cg?t=1534</w:t>
      </w:r>
    </w:p>
    <w:p>
      <w:r>
        <w:rPr>
          <w:i/>
        </w:rPr>
        <w:t>“Ma hadar al-adahi ya Rasul Allah?”</w:t>
      </w:r>
    </w:p>
    <w:p>
      <w:r>
        <w:rPr>
          <w:sz w:val="20"/>
        </w:rPr>
        <w:t>25:34  Hajj ke din ya Eid al-Adha ke din jo qurbani ki jati hai, to sawal kiya gaya tha is ke bare mein Rasool Allah se:</w:t>
      </w:r>
      <w:r>
        <w:br/>
      </w:r>
      <w:r>
        <w:rPr>
          <w:sz w:val="20"/>
        </w:rPr>
        <w:t>25:44  "Ma hadhir al-adahi ya Rasool Allah?" yeh qurbaniyan kya hain? aap ne farmaya: "millat abikum Ibrahim".</w:t>
      </w:r>
      <w:r>
        <w:br/>
      </w:r>
      <w:r>
        <w:rPr>
          <w:sz w:val="20"/>
        </w:rPr>
        <w:t>25:56  tumhare baap Ibrahim ki sunnat, tumhare baap Ibrahim ka tareeqa. ab ghor farmaiye ke Hazrat Ibrahim ne kya kiya tha?</w:t>
      </w:r>
      <w:r>
        <w:br/>
      </w:r>
      <w:r>
        <w:rPr>
          <w:sz w:val="20"/>
        </w:rPr>
        <w:t>26:07  woh kya tareeqa hai jo Hazrat Ibrahim ne ikhtiyar kiya</w:t>
      </w:r>
      <w:r>
        <w:br/>
      </w:r>
      <w:r>
        <w:rPr>
          <w:sz w:val="20"/>
        </w:rPr>
        <w:t>26:10  tha? mashhoor hai, aap jante hain, Quran mein bhi hai, hadithon mein bhi hai ke Hazrat Ibrahim ne khwab dekha ke woh apne bete Ismail ko zibah kar rahe hain.</w:t>
      </w:r>
      <w:r>
        <w:br/>
      </w:r>
      <w:r>
        <w:rPr>
          <w:sz w:val="20"/>
        </w:rPr>
        <w:t>26:26  to unhon ne samjha ke apne bete ko mujhe zibah karna hai, to bete ko le kar gaye aur un ko lita diya zibah karne ke liye.</w:t>
      </w:r>
      <w:r>
        <w:br/>
      </w:r>
      <w:r>
        <w:rPr>
          <w:sz w:val="20"/>
        </w:rPr>
        <w:t>26:41  is waqt awaz aayi, Allah taala ne farishte ke zariye un ko bataya ke: "Qad sadaqa al-ru'ya".</w:t>
      </w:r>
      <w:r>
        <w:br/>
      </w:r>
      <w:r>
        <w:rPr>
          <w:sz w:val="20"/>
        </w:rPr>
        <w:t>26:52  tum ne apna khwab poora kar diya. aur is ke baad unhein kaha gaya ke tum ek dumba lo aur us ko zibah kar do.</w:t>
      </w:r>
      <w:r>
        <w:br/>
      </w:r>
      <w:r>
        <w:rPr>
          <w:sz w:val="20"/>
        </w:rPr>
        <w:t>27:04  yeh jo mashhoor hai ke dumba jannat se aaya tha, yeh is ki koi asal nahi hai.</w:t>
      </w:r>
      <w:r>
        <w:br/>
      </w:r>
      <w:r>
        <w:rPr>
          <w:sz w:val="20"/>
        </w:rPr>
        <w:t>27:11  woh aam dumba tha, jaisa ke hota hai. to gaya ke Hazrat Ibrahim ne qurbani to dumbay ki aur bete ko kiya kiya? bete ko le kar ke sehra mein basaya.</w:t>
      </w:r>
      <w:r>
        <w:br/>
      </w:r>
      <w:r>
        <w:rPr>
          <w:sz w:val="20"/>
        </w:rPr>
        <w:t>27:24  yani bete ke liye jo qurbani matloob thi, woh thi ek bohat hi mushkil zindagi. is zamane mein dekhein, jahan Makkah aaj hai, wahan par desert tha,</w:t>
      </w:r>
      <w:r>
        <w:br/>
      </w:r>
      <w:r>
        <w:rPr>
          <w:sz w:val="20"/>
        </w:rPr>
        <w:t>27:38  wahan kuch bhi nahi tha, sirf desert. to</w:t>
      </w:r>
      <w:r>
        <w:br/>
      </w:r>
      <w:r>
        <w:rPr>
          <w:sz w:val="20"/>
        </w:rPr>
        <w:t>27:43  wahan par basaya.</w:t>
      </w:r>
      <w:r>
        <w:br/>
      </w:r>
      <w:r>
        <w:rPr>
          <w:sz w:val="20"/>
        </w:rPr>
        <w:t>27:47  to hazrat ibrahim ne alamati tor par to janwar ki qurbani ki aur haqeeqi tor par jo qurbani thi, woh bete ko desert mein basana.</w:t>
      </w:r>
      <w:r>
        <w:br/>
      </w:r>
      <w:r>
        <w:rPr>
          <w:sz w:val="20"/>
        </w:rPr>
        <w:t>27:59  ab yahan pe dekhen, musalmanon ne alag kar rakha hai, koi apne beton ko desert mein basata nahin. haan, janwar ki qurbani kar raha hai. to sunnat ibrahim kahan hui hai?</w:t>
      </w:r>
      <w:r>
        <w:br/>
      </w:r>
      <w:r>
        <w:rPr>
          <w:sz w:val="20"/>
        </w:rPr>
        <w:t>28:10  yeh bohat zyada soch</w:t>
      </w:r>
    </w:p>
    <w:p>
      <w:pPr>
        <w:pStyle w:val="Heading2"/>
      </w:pPr>
      <w:r>
        <w:t>farewell sermon reframed as declaration of a God-oriented era</w:t>
      </w:r>
    </w:p>
    <w:p>
      <w:r>
        <w:rPr>
          <w:color w:val="666666"/>
          <w:sz w:val="18"/>
        </w:rPr>
        <w:t>Revival of Abrahamic Mission October 28, 2012 · 2m 08s · at 19:41 · https://youtu.be/9mV72V5gsqM?t=1181</w:t>
      </w:r>
    </w:p>
    <w:p>
      <w:r>
        <w:rPr>
          <w:i/>
        </w:rPr>
        <w:t>“حقوق انسانی کا منشور؟ میں اس سے اتفاق نہیں کرتا۔”</w:t>
      </w:r>
    </w:p>
    <w:p>
      <w:r>
        <w:rPr>
          <w:sz w:val="20"/>
        </w:rPr>
        <w:t>19:41  sab. is Hajjat al Wida mein rasool Allah ne jo baatein kahi theen us ke liye logon ne ek bohat bara lafz daryaft kiya hai ke woh hai huqooq al insaan ka manshoor.</w:t>
      </w:r>
      <w:r>
        <w:br/>
      </w:r>
      <w:r>
        <w:rPr>
          <w:sz w:val="20"/>
        </w:rPr>
        <w:t>19:52  mein is se ittefaq nahin karta. huqooq al insaan ka manshoor manshoor to ek bohat choti cheez hai. nahin, woh dawat Allah ki planning thi.</w:t>
      </w:r>
      <w:r>
        <w:br/>
      </w:r>
      <w:r>
        <w:rPr>
          <w:sz w:val="20"/>
        </w:rPr>
        <w:t>20:04  abadi zindagi huqooq al insaan ka manshoor kya hai?</w:t>
      </w:r>
      <w:r>
        <w:br/>
      </w:r>
      <w:r>
        <w:rPr>
          <w:sz w:val="20"/>
        </w:rPr>
        <w:t>20:10  manshoor ka matlab hota hai declaration. yani declaration of human rights. huqooq al insaan ka manshoor kya hai?</w:t>
      </w:r>
      <w:r>
        <w:br/>
      </w:r>
      <w:r>
        <w:rPr>
          <w:sz w:val="20"/>
        </w:rPr>
        <w:t>20:21  dunya ki zindagi mein jo insaan ke rights hain us ka ailan.</w:t>
      </w:r>
      <w:r>
        <w:br/>
      </w:r>
      <w:r>
        <w:rPr>
          <w:sz w:val="20"/>
        </w:rPr>
        <w:t>20:31  yeh to bohat choti cheez hai. rasool Allah is liye aaye thay ke insaan ko abadi kamyabi ka rasta dikhaen.</w:t>
      </w:r>
      <w:r>
        <w:br/>
      </w:r>
      <w:r>
        <w:rPr>
          <w:sz w:val="20"/>
        </w:rPr>
        <w:t>20:41  aap jantay hain ke insaan ki zindagi dunya mein shuru hoti hai lekin phir us ko eternity tak jaari rehti hai. abadi taur par.</w:t>
      </w:r>
      <w:r>
        <w:br/>
      </w:r>
      <w:r>
        <w:rPr>
          <w:sz w:val="20"/>
        </w:rPr>
        <w:t>20:51  to is poori zindagi mein guide karne ke liye rasool Allah aaye thay. to Hajjat al Wida ka jo khutba hai woh mere nazdeek is ka yeh sahi taabeer nahin ke huqooq al insaan ka manshoor tha woh.</w:t>
      </w:r>
      <w:r>
        <w:br/>
      </w:r>
      <w:r>
        <w:rPr>
          <w:sz w:val="20"/>
        </w:rPr>
        <w:t>21:09  nahi, is mein jo baatein hain ke woh ek daur ka khatma aur doosre daur ka aaghaz is ka ailaan kiya aap ne.</w:t>
      </w:r>
      <w:r>
        <w:br/>
      </w:r>
      <w:r>
        <w:rPr>
          <w:sz w:val="20"/>
        </w:rPr>
        <w:t>21:19  Yaani woh daur jo ladaai bhadaai par chalta tha, jo maal ki chhan jhapta par chalta tha, is mein yahi sab baatein hain.</w:t>
      </w:r>
      <w:r>
        <w:br/>
      </w:r>
      <w:r>
        <w:rPr>
          <w:sz w:val="20"/>
        </w:rPr>
        <w:t>21:30  To yeh jo hota tha qabaili daur mein aap ne ailaan kiya ke aaj se sab cheezein khatam. Ab ek naya daur shuru hoga.</w:t>
      </w:r>
      <w:r>
        <w:br/>
      </w:r>
      <w:r>
        <w:rPr>
          <w:sz w:val="20"/>
        </w:rPr>
        <w:t>21:40  Woh daur hoga Khuda rakhi daur, aakhirat rakhi daur, God oriented daur.</w:t>
      </w:r>
    </w:p>
    <w:p>
      <w:pPr>
        <w:pStyle w:val="Heading2"/>
      </w:pPr>
      <w:r>
        <w:t>Allahu Akbar and the spirit of modesty in prayer</w:t>
      </w:r>
    </w:p>
    <w:p>
      <w:r>
        <w:rPr>
          <w:color w:val="666666"/>
          <w:sz w:val="18"/>
        </w:rPr>
        <w:t>The Message of Eid Al-Adha November 6, 2011 Maulana Wahiduddin Khan · 2m 16s · at 16:16 · https://youtu.be/y59PU_RD2cg?t=976</w:t>
      </w:r>
    </w:p>
    <w:p>
      <w:r>
        <w:rPr>
          <w:i/>
        </w:rPr>
        <w:t>“Namaz mein kya hota hai. Baar baar kaha jaata hai Allahu Akbar.”</w:t>
      </w:r>
    </w:p>
    <w:p>
      <w:r>
        <w:rPr>
          <w:sz w:val="20"/>
        </w:rPr>
        <w:t>16:16  yahan bhi aap dekhiye, namaz mein kya hota hai. baar baar kaha jata hai "Allah Akbar, Allah Akbar".</w:t>
      </w:r>
      <w:r>
        <w:br/>
      </w:r>
      <w:r>
        <w:rPr>
          <w:sz w:val="20"/>
        </w:rPr>
        <w:t>16:27  namaz ka khulasa hi "Allah Akbar" hai. woh kya hai?</w:t>
      </w:r>
      <w:r>
        <w:br/>
      </w:r>
      <w:r>
        <w:rPr>
          <w:sz w:val="20"/>
        </w:rPr>
        <w:t>16:33  "Allah Akbar" ka matlab hai Allah bara hai. dekhiye, Allah bara hamein ek aur baat shamil hai, woh yeh ke main bara nahi hoon. "God is great and I am not great".</w:t>
      </w:r>
      <w:r>
        <w:br/>
      </w:r>
      <w:r>
        <w:rPr>
          <w:sz w:val="20"/>
        </w:rPr>
        <w:t>16:48  iska matlab kya hua? iska matlab yeh hua ke namaz jo hai, modesty ka sabak hai, tawazu ka sabak hai.</w:t>
      </w:r>
      <w:r>
        <w:br/>
      </w:r>
      <w:r>
        <w:rPr>
          <w:sz w:val="20"/>
        </w:rPr>
        <w:t>17:00  kitna bara revolutionary idea hai yeh inqilabi. agar saare musalmanon mein modesty aa jaye, tawazu aa jaye toh kitna bara inqilab ho jaye.</w:t>
      </w:r>
      <w:r>
        <w:br/>
      </w:r>
      <w:r>
        <w:rPr>
          <w:sz w:val="20"/>
        </w:rPr>
        <w:t>17:15  modesty zid hai ego ki. aur aap jante hain ke jitne bhi samajik zindagi mein, social life mein,</w:t>
      </w:r>
      <w:r>
        <w:br/>
      </w:r>
      <w:r>
        <w:rPr>
          <w:sz w:val="20"/>
        </w:rPr>
        <w:t>17:30  jitne bhi evil hain, jitne bhi evil hain, saari evil direct ya indirect ego se juri hui hain.</w:t>
      </w:r>
      <w:r>
        <w:br/>
      </w:r>
      <w:r>
        <w:rPr>
          <w:sz w:val="20"/>
        </w:rPr>
        <w:t>17:40  ego se.</w:t>
      </w:r>
      <w:r>
        <w:br/>
      </w:r>
      <w:r>
        <w:rPr>
          <w:sz w:val="20"/>
        </w:rPr>
        <w:t>17:42  toh namaz ka matlab hai aadmi ko ego-less banana, modesty paida karna. ab ghor kijiye ke agar namaz ki spirit aa jaye logon ke andar toh tamam social evil ki jar kat jaye.</w:t>
      </w:r>
      <w:r>
        <w:br/>
      </w:r>
      <w:r>
        <w:rPr>
          <w:sz w:val="20"/>
        </w:rPr>
        <w:t>18:02  social evil ki jar kat jaye. kaisi ajeeb baat hai?</w:t>
      </w:r>
      <w:r>
        <w:br/>
      </w:r>
      <w:r>
        <w:rPr>
          <w:sz w:val="20"/>
        </w:rPr>
        <w:t>18:10  kaisi ajeeb baat hai? lekin namaz ab amalan kya hai? ek ritual, ek set of ritual hai, ek form hai.</w:t>
      </w:r>
      <w:r>
        <w:br/>
      </w:r>
      <w:r>
        <w:rPr>
          <w:sz w:val="20"/>
        </w:rPr>
        <w:t>18:25  bas is form ko dohra liya aur samjhein ke namaz ho gayi.</w:t>
      </w:r>
      <w:r>
        <w:br/>
      </w:r>
      <w:r>
        <w:rPr>
          <w:sz w:val="20"/>
        </w:rPr>
        <w:t>18:33  dekhiye, hadith mein aata hai "Sallu kama ra'aytumuni usalli". namaz is tarah parho jis tarah tum mujh ko namaz parhte hue dekhte ho.</w:t>
      </w:r>
    </w:p>
    <w:p>
      <w:pPr>
        <w:pStyle w:val="Heading2"/>
      </w:pPr>
      <w:r>
        <w:t>fasting trains need-based living over comfort and luxury</w:t>
      </w:r>
    </w:p>
    <w:p>
      <w:r>
        <w:rPr>
          <w:color w:val="666666"/>
          <w:sz w:val="18"/>
        </w:rPr>
        <w:t>Roza A Spiritual Jihad August 28, 2011 Maulana Wahiduddin Khan · 2m 04s · at 5:48 · https://youtu.be/7Xc_Fl6z5xU?t=348</w:t>
      </w:r>
    </w:p>
    <w:p>
      <w:r>
        <w:rPr>
          <w:i/>
        </w:rPr>
        <w:t>“Roza is not giving up food, it's reducing food”</w:t>
      </w:r>
    </w:p>
    <w:p>
      <w:r>
        <w:rPr>
          <w:sz w:val="20"/>
        </w:rPr>
        <w:t>5:48  dekhiye, roza roza kya hai? roza tark-e-ta'am ka naam nahin hai. roza taqleel-e-ta'am ka naam hai.</w:t>
      </w:r>
      <w:r>
        <w:br/>
      </w:r>
      <w:r>
        <w:rPr>
          <w:sz w:val="20"/>
        </w:rPr>
        <w:t>6:00  yani khana chhodna nahin, balkeh khana kam karna hai. din ko khana, raat ko na khana yahi to hai. yeh taqleel hai, taqleel-e-ta'am hai.</w:t>
      </w:r>
      <w:r>
        <w:br/>
      </w:r>
      <w:r>
        <w:rPr>
          <w:sz w:val="20"/>
        </w:rPr>
        <w:t>6:12  yeh ek bahut bada, ek bahut badi philosophy hai, saada baat nahin hai.</w:t>
      </w:r>
      <w:r>
        <w:br/>
      </w:r>
      <w:r>
        <w:rPr>
          <w:sz w:val="20"/>
        </w:rPr>
        <w:t>6:20  yani duniya mein need based zindagi guzarna. duniya mein kaha jata hai ke do, teen, teen darje hain: need, comfort, luxury.</w:t>
      </w:r>
      <w:r>
        <w:br/>
      </w:r>
      <w:r>
        <w:rPr>
          <w:sz w:val="20"/>
        </w:rPr>
        <w:t>6:35  need, comfort, luxury.</w:t>
      </w:r>
      <w:r>
        <w:br/>
      </w:r>
      <w:r>
        <w:rPr>
          <w:sz w:val="20"/>
        </w:rPr>
        <w:t>6:40  to roza is liye is baat ki adrak ki training hai ke aadmi need based zindagi guzar sak</w:t>
      </w:r>
      <w:r>
        <w:br/>
      </w:r>
      <w:r>
        <w:rPr>
          <w:sz w:val="20"/>
        </w:rPr>
        <w:t>6:48  ay. simple life, sirf zaroorat ke waqt duniya cheezon ko laina.</w:t>
      </w:r>
      <w:r>
        <w:br/>
      </w:r>
      <w:r>
        <w:rPr>
          <w:sz w:val="20"/>
        </w:rPr>
        <w:t>7:00  bahut hi takleefat se</w:t>
      </w:r>
      <w:r>
        <w:br/>
      </w:r>
      <w:r>
        <w:rPr>
          <w:sz w:val="20"/>
        </w:rPr>
        <w:t>7:06  apne ko bachana.</w:t>
      </w:r>
      <w:r>
        <w:br/>
      </w:r>
      <w:r>
        <w:rPr>
          <w:sz w:val="20"/>
        </w:rPr>
        <w:t>7:12  yahi to roza hai.</w:t>
      </w:r>
      <w:r>
        <w:br/>
      </w:r>
      <w:r>
        <w:rPr>
          <w:sz w:val="20"/>
        </w:rPr>
        <w:t>7:18  to khane peene mein kami karna is baat ki alamat hai ke tamam maadi cheezon mein kami kar ke duniya mein zindagi guzari jaye.</w:t>
      </w:r>
      <w:r>
        <w:br/>
      </w:r>
      <w:r>
        <w:rPr>
          <w:sz w:val="20"/>
        </w:rPr>
        <w:t>7:33  yani maadi raahaton, maadi luxury, us se bach kar duniya mein zindagi guzari jaye.</w:t>
      </w:r>
      <w:r>
        <w:br/>
      </w:r>
      <w:r>
        <w:rPr>
          <w:sz w:val="20"/>
        </w:rPr>
        <w:t>7:46  isi ki tarbiyat hai.</w:t>
      </w:r>
    </w:p>
    <w:p>
      <w:pPr>
        <w:pStyle w:val="Heading2"/>
      </w:pPr>
      <w:r>
        <w:t>Itikaf's real purpose and a chilling mosque anecdote</w:t>
      </w:r>
    </w:p>
    <w:p>
      <w:r>
        <w:rPr>
          <w:color w:val="666666"/>
          <w:sz w:val="18"/>
        </w:rPr>
        <w:t>In Conversation with Maulana Wahiduddin Khan (Amaal-e-Ramadan) 25 Aug, 2007 · 2m 16s · at 37:06 · https://youtu.be/DRE5UnumqIY?t=2226</w:t>
      </w:r>
    </w:p>
    <w:p>
      <w:r>
        <w:rPr>
          <w:i/>
        </w:rPr>
        <w:t>“Ramzan mein aitikaf kya aata hai?”</w:t>
      </w:r>
    </w:p>
    <w:p>
      <w:r>
        <w:rPr>
          <w:sz w:val="20"/>
        </w:rPr>
        <w:t>37:06  bilkul sahi hai. ramzan mein aitkaf kiya aata hai? aitkaf ki kya ahmiyat hai? aitkaf jo hai, isi maqsad ko jis ke liye roza hai, isi ko aur zyada hasil karne ki tadbeer hai.</w:t>
      </w:r>
      <w:r>
        <w:br/>
      </w:r>
      <w:r>
        <w:rPr>
          <w:sz w:val="20"/>
        </w:rPr>
        <w:t>37:20  yani ek sui. eitkaf ka matlab hai ek sui. aam taur par roze mein bhi ek sui matloob hai. ji, ke aadmi khane peene ka mashghala na rakhega to kuch time zyada mil jayega is ko.</w:t>
      </w:r>
      <w:r>
        <w:br/>
      </w:r>
      <w:r>
        <w:rPr>
          <w:sz w:val="20"/>
        </w:rPr>
        <w:t>37:34  hmm, isi tarah se aur bhi zyada yeksui karne ke liye woh masjid mein baith jata hai kuch dinon ke liye. to eitkaf jo hai, sach poochhen to isi amal ke liye.</w:t>
      </w:r>
      <w:r>
        <w:br/>
      </w:r>
      <w:r>
        <w:rPr>
          <w:sz w:val="20"/>
        </w:rPr>
        <w:t>37:46  yani ibadat hai, zikr hai, tilawat hai, Allah taala ko yaad karna hai. isi amal ke liye koi prasarar cheez nahi hai woh.</w:t>
      </w:r>
      <w:r>
        <w:br/>
      </w:r>
      <w:r>
        <w:rPr>
          <w:sz w:val="20"/>
        </w:rPr>
        <w:t>37:56  ji, isi amal ko mazeed yeksui ke sath ada karne ke liye eitkaf kiya jata hai.</w:t>
      </w:r>
      <w:r>
        <w:br/>
      </w:r>
      <w:r>
        <w:rPr>
          <w:sz w:val="20"/>
        </w:rPr>
        <w:t>38:03  yani Ramzan ki jo Ramzan ke jo aamal hain, unhi ki zyada murtakiz surat hai eitkaf. haan, yeh bilkul sahi kaha aap ne. hadith mein aaya hai eitkaf ke bare mein ke ya'takifu al-zunub.</w:t>
      </w:r>
      <w:r>
        <w:br/>
      </w:r>
      <w:r>
        <w:rPr>
          <w:sz w:val="20"/>
        </w:rPr>
        <w:t>38:17  iska kya matlab hoga?</w:t>
      </w:r>
      <w:r>
        <w:br/>
      </w:r>
      <w:r>
        <w:rPr>
          <w:sz w:val="20"/>
        </w:rPr>
        <w:t>38:20  yeh iska ek pehlu hai ke aadmi apne ko gunahon se door kar leta hai. zahir hai ke jab aap masjid ke koshish mein ja kar baith jayenge, hmm, samaj mein nahi honge, ma'ashre ke andar nahi honge to zunub se door ho gaye aap.</w:t>
      </w:r>
      <w:r>
        <w:br/>
      </w:r>
      <w:r>
        <w:rPr>
          <w:sz w:val="20"/>
        </w:rPr>
        <w:t>38:35  kyunki zunb jo hai, woh masjid mein to hota nahi, logon ke beech mein hota hai, samaj ke andar hota hai.</w:t>
      </w:r>
      <w:r>
        <w:br/>
      </w:r>
      <w:r>
        <w:rPr>
          <w:sz w:val="20"/>
        </w:rPr>
        <w:t>38:42  to ab wahan masjid ja kar ke agar koi zunb kare, matlab buri baaten soche, koi sazish kare, hmm, kisi ke khilaf. main ek sahib ko janta hoon, woh masjid mein qatl ki sazish karte the.</w:t>
      </w:r>
      <w:r>
        <w:br/>
      </w:r>
      <w:r>
        <w:rPr>
          <w:sz w:val="20"/>
        </w:rPr>
        <w:t>38:55  woh, hmm, apne mukhalif fareeq jo tha, uska usko</w:t>
      </w:r>
      <w:r>
        <w:br/>
      </w:r>
      <w:r>
        <w:rPr>
          <w:sz w:val="20"/>
        </w:rPr>
        <w:t>39:01  qatl karwane karwaya unhon ne. to uski sazish unhon ne masjid mein ki thi. hmm, to masjid mein bhi zunb kar sakta hai aadmi. ji, kyunki zunb ka ta'alluq soch se hai.</w:t>
      </w:r>
      <w:r>
        <w:br/>
      </w:r>
      <w:r>
        <w:rPr>
          <w:sz w:val="20"/>
        </w:rPr>
        <w:t>39:14  soch to phir bhi aap ke sath rahegi, chahe aap masjid mein hon, chahe samaj mein hon. bilkul. to soch ki satah par apne ko</w:t>
      </w:r>
      <w:r>
        <w:br/>
      </w:r>
      <w:r>
        <w:rPr>
          <w:sz w:val="20"/>
        </w:rPr>
        <w:t>39:20  zunub se door karna padta hai.</w:t>
      </w:r>
    </w:p>
    <w:p>
      <w:pPr>
        <w:pStyle w:val="Heading2"/>
      </w:pPr>
      <w:r>
        <w:t>Scholar puzzled why Islam split into four schools</w:t>
      </w:r>
    </w:p>
    <w:p>
      <w:r>
        <w:rPr>
          <w:color w:val="666666"/>
          <w:sz w:val="18"/>
        </w:rPr>
        <w:t>The School of Fiqh in Islam (English) April 14, 2007 Maulana Wahiduddin Khan · 2m 37s · at 0:53 · https://youtu.be/Kc-mTjI23HM?t=53</w:t>
      </w:r>
    </w:p>
    <w:p>
      <w:r>
        <w:rPr>
          <w:i/>
        </w:rPr>
        <w:t>“Yesterday I happened to meet a senior scholar”</w:t>
      </w:r>
    </w:p>
    <w:p>
      <w:r>
        <w:rPr>
          <w:sz w:val="20"/>
        </w:rPr>
        <w:t>0:53  yesterday, i happen to meet a scholar, a senior scholar.</w:t>
      </w:r>
      <w:r>
        <w:br/>
      </w:r>
      <w:r>
        <w:rPr>
          <w:sz w:val="20"/>
        </w:rPr>
        <w:t>1:05  He was not a Muslim, but he was very sincere person. He said that I am interested in religious histories.</w:t>
      </w:r>
      <w:r>
        <w:br/>
      </w:r>
      <w:r>
        <w:rPr>
          <w:sz w:val="20"/>
        </w:rPr>
        <w:t>1:19  i am interested in religious studies.</w:t>
      </w:r>
      <w:r>
        <w:br/>
      </w:r>
      <w:r>
        <w:rPr>
          <w:sz w:val="20"/>
        </w:rPr>
        <w:t>1:24  so, i have study Islam in detail. he said that i have read</w:t>
      </w:r>
      <w:r>
        <w:br/>
      </w:r>
      <w:r>
        <w:rPr>
          <w:sz w:val="20"/>
        </w:rPr>
        <w:t>1:34  quran and hadith from its translations, english translations.</w:t>
      </w:r>
      <w:r>
        <w:br/>
      </w:r>
      <w:r>
        <w:rPr>
          <w:sz w:val="20"/>
        </w:rPr>
        <w:t>1:45  i was impressed very much.</w:t>
      </w:r>
      <w:r>
        <w:br/>
      </w:r>
      <w:r>
        <w:rPr>
          <w:sz w:val="20"/>
        </w:rPr>
        <w:t>1:51  i found that Islam is a unique religion in term of oneness, in term of in term of the concept of oneness.</w:t>
      </w:r>
      <w:r>
        <w:br/>
      </w:r>
      <w:r>
        <w:rPr>
          <w:sz w:val="20"/>
        </w:rPr>
        <w:t>2:04  tawheed is the basis of the religion of Islam. in Islam, God is one, prophet is one, quran is one.</w:t>
      </w:r>
      <w:r>
        <w:br/>
      </w:r>
      <w:r>
        <w:rPr>
          <w:sz w:val="20"/>
        </w:rPr>
        <w:t>2:17  so, all the system of Islam is based on the concept of one. it is very fascinating, but at the same time,</w:t>
      </w:r>
      <w:r>
        <w:br/>
      </w:r>
      <w:r>
        <w:rPr>
          <w:sz w:val="20"/>
        </w:rPr>
        <w:t>2:35  i found that there is a contradiction in Islam.</w:t>
      </w:r>
      <w:r>
        <w:br/>
      </w:r>
      <w:r>
        <w:rPr>
          <w:sz w:val="20"/>
        </w:rPr>
        <w:t>2:42  because Islam divided into four or more four schools of fiqh. you know, there are different schools of fiqh, like Hanafi,</w:t>
      </w:r>
      <w:r>
        <w:br/>
      </w:r>
      <w:r>
        <w:rPr>
          <w:sz w:val="20"/>
        </w:rPr>
        <w:t>2:56  Shafi'i, Hanbali, and Maliki.</w:t>
      </w:r>
      <w:r>
        <w:br/>
      </w:r>
      <w:r>
        <w:rPr>
          <w:sz w:val="20"/>
        </w:rPr>
        <w:t>3:03  although in term of history, there are more than four schools, but the popular schools are these four schools of fiqh.</w:t>
      </w:r>
      <w:r>
        <w:br/>
      </w:r>
      <w:r>
        <w:rPr>
          <w:sz w:val="20"/>
        </w:rPr>
        <w:t>3:19  so, he said that why Islam divided into four fiqh?</w:t>
      </w:r>
      <w:r>
        <w:br/>
      </w:r>
      <w:r>
        <w:rPr>
          <w:sz w:val="20"/>
        </w:rPr>
        <w:t>3:27  it is not understandable to me.</w:t>
      </w:r>
    </w:p>
    <w:p>
      <w:pPr>
        <w:pStyle w:val="Heading2"/>
      </w:pPr>
      <w:r>
        <w:t>Tahajjud is about appropriate time</w:t>
      </w:r>
    </w:p>
    <w:p>
      <w:r>
        <w:rPr>
          <w:color w:val="666666"/>
          <w:sz w:val="18"/>
        </w:rPr>
        <w:t>The Spirit of Tahajjud Prayer February 27, 2022 Dr. Saniyasnain Khan · 1m 43s · at 11:11 · https://youtu.be/QKVdxVFto7s?t=671</w:t>
      </w:r>
    </w:p>
    <w:p>
      <w:r>
        <w:rPr>
          <w:i/>
        </w:rPr>
        <w:t>“Yeh auspicious time ka masla nahi hai”</w:t>
      </w:r>
    </w:p>
    <w:p>
      <w:r>
        <w:rPr>
          <w:sz w:val="20"/>
        </w:rPr>
        <w:t>11:11  yeh auspicious time ka masla nahi hai. matlab koi aisa nahi hai koi time hai jismein aapne aap uth gaye aur aapne namaz padh li to bahut sawab hai. ji. balki ek suitable time hai.</w:t>
      </w:r>
      <w:r>
        <w:br/>
      </w:r>
      <w:r>
        <w:rPr>
          <w:sz w:val="20"/>
        </w:rPr>
        <w:t>11:26  quran mein aata hai in nashiyat allaili ya ashaddugatao va aqum makila ki raat ka jo uthna hai</w:t>
      </w:r>
      <w:r>
        <w:br/>
      </w:r>
      <w:r>
        <w:rPr>
          <w:sz w:val="20"/>
        </w:rPr>
        <w:t>11:34  tumhare liye bahut yaani apne ko zer karna hai, itna aasan nahi hai aur baat bahut achhi samajh</w:t>
      </w:r>
      <w:r>
        <w:br/>
      </w:r>
      <w:r>
        <w:rPr>
          <w:sz w:val="20"/>
        </w:rPr>
        <w:t>11:42  mein aati hai ki yaani jab aap quran padhte hain usmein us waqt mein quran padhte hain namaz</w:t>
      </w:r>
      <w:r>
        <w:br/>
      </w:r>
      <w:r>
        <w:rPr>
          <w:sz w:val="20"/>
        </w:rPr>
        <w:t>11:50  mein to badi clarity hoti hai.</w:t>
      </w:r>
      <w:r>
        <w:br/>
      </w:r>
      <w:r>
        <w:rPr>
          <w:sz w:val="20"/>
        </w:rPr>
        <w:t>11:58  ji. to sara mamla jo hai wo clarity ka hai ke bahut hi baat samajh mein aati hai. aap bahut achhi dua kar paate hain yaani bahut hi appropriate time hai. Islam mein koi lucky time nahi hota hai ke lucky time hai, unlucky time hai, ya lucky jagah hai koi. ji. ya koi shakhs hai, lucky unlucky. ji. yeh concept nahi hai. bahut ahum baat hai yeh. yeh bahut ahum hai. logon log aisa kehte hain ke yahan ghar jo hai bahut lucky hai hamara.</w:t>
      </w:r>
      <w:r>
        <w:br/>
      </w:r>
      <w:r>
        <w:rPr>
          <w:sz w:val="20"/>
        </w:rPr>
        <w:t>12:28  yeh hamari dukaan badi unlucky hai. ji. ya wo shakhs mere liye bahut lucky hai. yeh sab cheezein nahi hai. sirf appropriate time hai. us waqt agar aap ibadat karenge to aapki kaifiyat zyada hogi. ji. kaifiyat, kaifiyat paida hogi zyada. to kaifiyat agar aapki dil mein zyada ubhregi to uska yaqeenan zyada asar hoga aur zyada sawab hoga. ji.</w:t>
      </w:r>
      <w:r>
        <w:br/>
      </w:r>
      <w:r>
        <w:rPr>
          <w:sz w:val="20"/>
        </w:rPr>
        <w:t>12:54  Doc sahib, there is also a hadith that Allah descends down on the lower heaven and says, is there anyone who prays to me so that I accept his prayer? I will request if you can explain this hadith to all of us.</w:t>
      </w:r>
    </w:p>
    <w:p>
      <w:pPr>
        <w:pStyle w:val="Heading2"/>
      </w:pPr>
      <w:r>
        <w:t>I'tikaf experience transforms a person's heart</w:t>
      </w:r>
    </w:p>
    <w:p>
      <w:r>
        <w:rPr>
          <w:color w:val="666666"/>
          <w:sz w:val="18"/>
        </w:rPr>
        <w:t>Eid al-Fitr A Day of Thankfulness June 26, 2017 Maulana Wahiduddin Khan · 2m 47s · at 20:22 · https://youtu.be/2c7fkyeazAk?t=1222</w:t>
      </w:r>
    </w:p>
    <w:p>
      <w:r>
        <w:rPr>
          <w:i/>
        </w:rPr>
        <w:t>“I just received a message from a person about i'tikaf”</w:t>
      </w:r>
    </w:p>
    <w:p>
      <w:r>
        <w:rPr>
          <w:sz w:val="20"/>
        </w:rPr>
        <w:t>20:22  abhi mere paas ek sahab ka message aaya hai to Ramzan ke aakhir mein unhone itikaf rakha tha, das din itikaf kiya tha.</w:t>
      </w:r>
      <w:r>
        <w:br/>
      </w:r>
      <w:r>
        <w:rPr>
          <w:sz w:val="20"/>
        </w:rPr>
        <w:t>20:35  itikaf shuru karte hue unhein un ka paper telephone aaya tha, abhi isi mahine. unhone kaha ke main aaj itikaf kar raha hoon to mujhe bataiye ke itikaf ki shartein kya hain?</w:t>
      </w:r>
      <w:r>
        <w:br/>
      </w:r>
      <w:r>
        <w:rPr>
          <w:sz w:val="20"/>
        </w:rPr>
        <w:t>20:50  to maine un se kaha ke itikaf, itikaf hota hai sirf ek maqsad ke liye, woh hai apne aap ko yaksou bana kar, apne aap ko distraction se bacha kar,</w:t>
      </w:r>
      <w:r>
        <w:br/>
      </w:r>
      <w:r>
        <w:rPr>
          <w:sz w:val="20"/>
        </w:rPr>
        <w:t>21:07  Quran ka Quran mein ghor o fikr karna, Quran ko padhna aur us mein ghor o fikr karna, Quran mein Quran ko rediscover karna.</w:t>
      </w:r>
      <w:r>
        <w:br/>
      </w:r>
      <w:r>
        <w:rPr>
          <w:sz w:val="20"/>
        </w:rPr>
        <w:t>21:22  to abhi un ka message aaya hai ke mera itikaf poora ho gaya aur usi tadad mein maine itikaf kiya, maine Quran ko khoob khoob mein ne ghor kiya.</w:t>
      </w:r>
      <w:r>
        <w:br/>
      </w:r>
      <w:r>
        <w:rPr>
          <w:sz w:val="20"/>
        </w:rPr>
        <w:t>21:33  to unhone kaha ke waqatan Quran se maine ek ajeeb ghareeb cheezein payein aur mere andar ek naya insaan jaag utha.</w:t>
      </w:r>
      <w:r>
        <w:br/>
      </w:r>
      <w:r>
        <w:rPr>
          <w:sz w:val="20"/>
        </w:rPr>
        <w:t>21:46  yeh ek insaan ki baat nahin rahe gi, saare ummat musalimon ki baat ban jayegi. phir sari ummat, sari ummat muslima kahe gi: "is saal ka roza hamare liye inqalabi roza tha,</w:t>
      </w:r>
      <w:r>
        <w:br/>
      </w:r>
      <w:r>
        <w:rPr>
          <w:sz w:val="20"/>
        </w:rPr>
        <w:t>22:03  is saal ka itikaf hamare liye inqalabi itikaf tha, is saal ki taraveeh hamare liye inqalabi taraveeh thi."</w:t>
      </w:r>
      <w:r>
        <w:br/>
      </w:r>
      <w:r>
        <w:rPr>
          <w:sz w:val="20"/>
        </w:rPr>
        <w:t>22:17  hum ko ek naya phoot mila Quran se, hamare andar nayi shakhsiyat jaagi, nayi be-aadati, be-aadati aayi hamare andar.</w:t>
      </w:r>
      <w:r>
        <w:br/>
      </w:r>
      <w:r>
        <w:rPr>
          <w:sz w:val="20"/>
        </w:rPr>
        <w:t>22:31  jin insaanon se hum hate karte the, ab is ke dil, un ke bare mein hamare dil, dil mein mohabbat hi mohabbat hai.</w:t>
      </w:r>
      <w:r>
        <w:br/>
      </w:r>
      <w:r>
        <w:rPr>
          <w:sz w:val="20"/>
        </w:rPr>
        <w:t>22:41  is se pehle hum samajhte the ke hamein ladna maarna hai, ab aao saamne aaye ke nahin, dawat dena hai, peaceful dawat, peaceful dawat.</w:t>
      </w:r>
      <w:r>
        <w:br/>
      </w:r>
      <w:r>
        <w:rPr>
          <w:sz w:val="20"/>
        </w:rPr>
        <w:t>22:56  to ek hi Ramzan balkeh ek hi itikaf kaafi hai ke aap ke andar is qism ka inqalab aa jaye, ek nayi shakhsiyat ban jaye aap ke andar.</w:t>
      </w:r>
    </w:p>
    <w:p>
      <w:pPr>
        <w:pStyle w:val="Heading2"/>
      </w:pPr>
      <w:r>
        <w:t>hajj as the sum total of every act of worship</w:t>
      </w:r>
    </w:p>
    <w:p>
      <w:r>
        <w:rPr>
          <w:color w:val="666666"/>
          <w:sz w:val="18"/>
        </w:rPr>
        <w:t>The Spirit of Hajj June 25, 2023 · 1m 37s · at 1:38 · https://youtu.be/q5IqRKE3t9E?t=98</w:t>
      </w:r>
    </w:p>
    <w:p>
      <w:r>
        <w:rPr>
          <w:i/>
        </w:rPr>
        <w:t>“According to the hadith, hajj is the most excellent worship”</w:t>
      </w:r>
    </w:p>
    <w:p>
      <w:r>
        <w:rPr>
          <w:sz w:val="20"/>
        </w:rPr>
        <w:t>1:38  to hadith ke mutabiq hum ko pata chalta hai ke Hajj jo hai sab se afzal ibadat hai. asal mein Hajj jo hai tamam ibadat ka mazmua hai. aap Hajj karne ka jate hain. ek asal mein ek to yeh hai ke wahan ka mahol Haram mein baith kar aap ibadat karte hain.</w:t>
      </w:r>
      <w:r>
        <w:br/>
      </w:r>
      <w:r>
        <w:rPr>
          <w:sz w:val="20"/>
        </w:rPr>
        <w:t>1:57  woh jo spiritual mahol hai aur apne ghar se alag farigh hokar without any distraction jab aap yeh baat karte hain to uska us baat ki kaifiyat hi bilkul alag hoti hai. to jaise namaz hai. to ab hum time time se namaz padhte hain. jab Hajj ke ilawa lekin wahan par hamare paas bahut time rehta hai.</w:t>
      </w:r>
      <w:r>
        <w:br/>
      </w:r>
      <w:r>
        <w:rPr>
          <w:sz w:val="20"/>
        </w:rPr>
        <w:t>2:23  hamare paas doosre jo duniya mein mashagil hote hain woh us se hum azaad hote hain. to hum bahut zyada namaz padhte hain. farz, sunnat, qaza, nafl namazein. to hamare paas bahut time hota hai bahut zyada hum ibadat karte hain. to hum ko namaz ka ki jo ibadat hai, woh hum ko kaifiyat wali namaz ki ibadat ka reward milta hai.</w:t>
      </w:r>
      <w:r>
        <w:br/>
      </w:r>
      <w:r>
        <w:rPr>
          <w:sz w:val="20"/>
        </w:rPr>
        <w:t>2:48  kyun ke wahan par baith kar jo kaifiyat paida hoti hain, woh doosri jagah nahi ho pati hain. to isi tarike se zakat hai. zakat jo hai maal ki ibadat hai. to wahan par jab jab koi Hajj karne jata hai to us ko maal kharch karta hai. to is tarike se zakat wali ibadat bhi us ko mil jati hai. roza hai, roze mein kafi mushaqqat uthani parti hai.</w:t>
      </w:r>
      <w:r>
        <w:br/>
      </w:r>
      <w:r>
        <w:rPr>
          <w:sz w:val="20"/>
        </w:rPr>
        <w:t>3:15  to is safar mein bhi haji ko bahut mushaqqat uthani parti hai. aur doosre ek badi cheez hai ek itikaf jo roze mein hota hai. to yahan roze uska bhi mauka milta hai. kyun ke aadmi ke paas bahut zyada time hota hai aur woh musalsal ibadat na mashgool reh sakta hai. to is tarike se wahan par ek poora mahol hota hai ibadat ka. woh Khuda ka ghar hai.</w:t>
      </w:r>
    </w:p>
    <w:p>
      <w:pPr>
        <w:pStyle w:val="Heading2"/>
      </w:pPr>
      <w:r>
        <w:t>The mosque-direction fatwa mistake that taught moderation in religion</w:t>
      </w:r>
    </w:p>
    <w:p>
      <w:r>
        <w:rPr>
          <w:color w:val="666666"/>
          <w:sz w:val="18"/>
        </w:rPr>
        <w:t>In Conversation with Maulana Wahiduddin Khan (Amaal-e-Ramadan) 25 Aug, 2007 · 1m 31s · at 12:35 · https://youtu.be/DRE5UnumqIY?t=755</w:t>
      </w:r>
    </w:p>
    <w:p>
      <w:r>
        <w:rPr>
          <w:i/>
        </w:rPr>
        <w:t>“India mein aik sahab the, Allama Inayatullah Mashriqi”</w:t>
      </w:r>
    </w:p>
    <w:p>
      <w:r>
        <w:rPr>
          <w:sz w:val="20"/>
        </w:rPr>
        <w:t>12:35  woh hota hai ek samajhne ke liye. India mein ek sahib the, Allama Inayatullah Mashriqi, ek waqt unhone fatwa diya ke India ke tamam masjidें galat hain.</w:t>
      </w:r>
      <w:r>
        <w:br/>
      </w:r>
      <w:r>
        <w:rPr>
          <w:sz w:val="20"/>
        </w:rPr>
        <w:t>12:48  to unhone bilkul technical taur par hisab lagaya to thoda sa farq laga un ko. Namaz ke auqaat mein. To shayad masjidें galat hain, tod tod ke phir se banao.</w:t>
      </w:r>
      <w:r>
        <w:br/>
      </w:r>
      <w:r>
        <w:rPr>
          <w:sz w:val="20"/>
        </w:rPr>
        <w:t>12:58  masjidon ka rukh, yani qibla rukh. Kyun ke us waqt jab masjidon ka rukh zameen mein ek woh cheez hai jis ko tilt kehte hain.</w:t>
      </w:r>
      <w:r>
        <w:br/>
      </w:r>
      <w:r>
        <w:rPr>
          <w:sz w:val="20"/>
        </w:rPr>
        <w:t>13:07  to zameen mein ek chhota sa tilt hai, woh log khabar nahi the ulama ko pehle. To tilt ki wajah se is ka samt jo hai, woh waqe'atan technical aur technical ma'non mein sahi nahi tha woh.</w:t>
      </w:r>
      <w:r>
        <w:br/>
      </w:r>
      <w:r>
        <w:rPr>
          <w:sz w:val="20"/>
        </w:rPr>
        <w:t>13:18  lekin us waqt doosre ulama ne fatwa diya ke technical</w:t>
      </w:r>
      <w:r>
        <w:br/>
      </w:r>
      <w:r>
        <w:rPr>
          <w:sz w:val="20"/>
        </w:rPr>
        <w:t>13:24  samt murad nahi hai,</w:t>
      </w:r>
      <w:r>
        <w:br/>
      </w:r>
      <w:r>
        <w:rPr>
          <w:sz w:val="20"/>
        </w:rPr>
        <w:t>13:28  balke majmoo'i taur par agar rukh Kaba ki taraf hai to bas ho gaya woh. Ek dam teer ki tarah se yeh matloob nahi hai. To yahi roze mein bhi hai ke Islam mein technical deen daari nahi hai.</w:t>
      </w:r>
      <w:r>
        <w:br/>
      </w:r>
      <w:r>
        <w:rPr>
          <w:sz w:val="20"/>
        </w:rPr>
        <w:t>13:40  ji, ji. yani agar sehri kar rahe hain hum aur time ho gaya, kisi wajah se der ho gayi to is khane ko poora kar lena chahiye.</w:t>
      </w:r>
      <w:r>
        <w:br/>
      </w:r>
      <w:r>
        <w:rPr>
          <w:sz w:val="20"/>
        </w:rPr>
        <w:t>13:48  poora kar lena chahiye. beech mein nahi chhodna chahiye. Allah ka shukar ada karna chahiye. ji. aur is mein bhi yeh spirit paida karna chahiye ke ke hum hum ko jo Khuda ne jo deen ki talib di hai, woh technical deen nahi hai.</w:t>
      </w:r>
      <w:r>
        <w:br/>
      </w:r>
      <w:r>
        <w:rPr>
          <w:sz w:val="20"/>
        </w:rPr>
        <w:t>13:58  woh technical deen nahi hai. yeh bhi is par bhi shukar karna chahiye. log samajhte hain ke roza hi toot jayega.</w:t>
      </w:r>
    </w:p>
    <w:p>
      <w:pPr>
        <w:pStyle w:val="Heading2"/>
      </w:pPr>
      <w:r>
        <w:t>Ponder on prophetic duas not just recite</w:t>
      </w:r>
    </w:p>
    <w:p>
      <w:r>
        <w:rPr>
          <w:color w:val="666666"/>
          <w:sz w:val="18"/>
        </w:rPr>
        <w:t>How to do Creative Dua · 1m 21s · at 14:58 · https://youtu.be/LiGXxL-poZE?t=898</w:t>
      </w:r>
    </w:p>
    <w:p>
      <w:r>
        <w:rPr>
          <w:i/>
        </w:rPr>
        <w:t>“Quran o hadith mein duaein hain har feeling ke liye”</w:t>
      </w:r>
    </w:p>
    <w:p>
      <w:r>
        <w:rPr>
          <w:sz w:val="20"/>
        </w:rPr>
        <w:t>14:58  aur main free ho gayi is serious kaam ke liye. Allah hikmat wale, Allah rehman o raheem. Quran o Hadees mein duaen hain hamari har feeling ke liye, har zaroorat ke liye.</w:t>
      </w:r>
      <w:r>
        <w:br/>
      </w:r>
      <w:r>
        <w:rPr>
          <w:sz w:val="20"/>
        </w:rPr>
        <w:t>15:13  inhien ratne wali duaen nahin banana chahiye. in par bhi tadabbur karna chahiye taake hum samjhein. samajhne se kaifiyat paida hoti hai</w:t>
      </w:r>
      <w:r>
        <w:br/>
      </w:r>
      <w:r>
        <w:rPr>
          <w:sz w:val="20"/>
        </w:rPr>
        <w:t>15:24  aur dua dil se nikalti hai. Surah Ambiya chapter 21 verse 87 Yunus (AS) ki dua ko lijiye aap.</w:t>
      </w:r>
      <w:r>
        <w:br/>
      </w:r>
      <w:r>
        <w:rPr>
          <w:sz w:val="20"/>
        </w:rPr>
        <w:t>15:36  jab unhon ne machhli ke pait se Allah ko pukara tha: "La</w:t>
      </w:r>
      <w:r>
        <w:br/>
      </w:r>
      <w:r>
        <w:rPr>
          <w:sz w:val="20"/>
        </w:rPr>
        <w:t>15:43  ilaha illa anta subhanaka inni kuntu minaz zalimeen, tere siwa koi mabood nahin, tu pak hai, beshak main khusarwar hoon." maine dekha hai is dua ko log ek aisa event bana liye hain Muslim culture ka part ke chand rishtedar aur dost akatha ho kar ise</w:t>
      </w:r>
      <w:r>
        <w:br/>
      </w:r>
      <w:r>
        <w:rPr>
          <w:sz w:val="20"/>
        </w:rPr>
        <w:t>16:06  sawa lakh baar padhte hain, tasbeeh ke daane gin gin kar. yeh is liye ke koi museebat in par aayi hoti hui hoti hai to us ko door karne ka tareeqa samajh kar.</w:t>
      </w:r>
    </w:p>
    <w:p>
      <w:pPr>
        <w:pStyle w:val="Heading2"/>
      </w:pPr>
      <w:r>
        <w:t>Deconditioning is introspection</w:t>
      </w:r>
    </w:p>
    <w:p>
      <w:r>
        <w:rPr>
          <w:color w:val="666666"/>
          <w:sz w:val="18"/>
        </w:rPr>
        <w:t>Q&amp;A 20 Aug 2006 Maulana Wahiduddin Khan · 1m 17s · at 12:09 · https://youtu.be/g_6-zerS_N4?t=729</w:t>
      </w:r>
    </w:p>
    <w:p>
      <w:r>
        <w:rPr>
          <w:i/>
        </w:rPr>
        <w:t>“Deconditioning means introspection and admitting wrong.”</w:t>
      </w:r>
    </w:p>
    <w:p>
      <w:r>
        <w:rPr>
          <w:sz w:val="20"/>
        </w:rPr>
        <w:t>12:09  dekhen, deconditioning jo hai, wahi cheez hai jis ko hum kehte hain introspection. introspection hi ka doosra naam hai deconditioning.</w:t>
      </w:r>
      <w:r>
        <w:br/>
      </w:r>
      <w:r>
        <w:rPr>
          <w:sz w:val="20"/>
        </w:rPr>
        <w:t>12:20  agar koi sacha hai, sachai ke sath apna introspection kar raha ho, sachai ka matlab kya hai?</w:t>
      </w:r>
      <w:r>
        <w:br/>
      </w:r>
      <w:r>
        <w:rPr>
          <w:sz w:val="20"/>
        </w:rPr>
        <w:t>12:29  ke wo jaise hi paye ke mere andar yeh ghalti hai, to without any delay wo keh dega "I was wrong".</w:t>
      </w:r>
      <w:r>
        <w:br/>
      </w:r>
      <w:r>
        <w:rPr>
          <w:sz w:val="20"/>
        </w:rPr>
        <w:t>12:40  to is tarah se ek ek kar ke, ek kar ke apni ghalti nikalta chala jayega wo. to introspection</w:t>
      </w:r>
      <w:r>
        <w:br/>
      </w:r>
      <w:r>
        <w:rPr>
          <w:sz w:val="20"/>
        </w:rPr>
        <w:t>12:49  karna aur apni ghalti ko mannay ke liye tayyar rehna, yahi process hai deconditioning ka. log is liye nahi kar patay ke logon ke andar log itna itna zyada, yani, sincere nahi hotay is mamle mein.</w:t>
      </w:r>
      <w:r>
        <w:br/>
      </w:r>
      <w:r>
        <w:rPr>
          <w:sz w:val="20"/>
        </w:rPr>
        <w:t>13:07  yani kapray mein mitti lag jaye to bohat jaldi se aadmi dhoeyga is ko, lekin hamari soul mein, hamari spiritual being mein jo mitti lag jati hai, to us ko hum saaf karne mein bohat zyada dhyan nahi detay.</w:t>
      </w:r>
      <w:r>
        <w:br/>
      </w:r>
      <w:r>
        <w:rPr>
          <w:sz w:val="20"/>
        </w:rPr>
        <w:t>13:20  warna agar dhyan den to har aadmi apni conditioning kar sakta hai, deconditioning kar sakta hai.</w:t>
      </w:r>
    </w:p>
    <w:p>
      <w:pPr>
        <w:pStyle w:val="Heading2"/>
      </w:pPr>
      <w:r>
        <w:t>Hajj best worship due to mobilization</w:t>
      </w:r>
    </w:p>
    <w:p>
      <w:r>
        <w:rPr>
          <w:color w:val="666666"/>
          <w:sz w:val="18"/>
        </w:rPr>
        <w:t>The Pilgrimage of Hajj | Maulana Wahiduddin Khan · 2m 01s · at 1:19 · https://youtu.be/LrI5xzFpjCs?t=79</w:t>
      </w:r>
    </w:p>
    <w:p>
      <w:r>
        <w:rPr>
          <w:i/>
        </w:rPr>
        <w:t>“Ulama ne likha hai ke Hajj tamam ibaadat mein sab se afzal”</w:t>
      </w:r>
    </w:p>
    <w:p>
      <w:r>
        <w:rPr>
          <w:sz w:val="20"/>
        </w:rPr>
        <w:t>1:19  Ulama ne likha hai ke Hajj tamam ibadaton mein sab se afzal ibadat hai. Aisa kyun hai? Is ko Quran se samjha sakta hai. Quran mein jahan hukum aaya hai ke log apne gharon se nikal kar Hajj ke maqam par ayen,</w:t>
      </w:r>
      <w:r>
        <w:br/>
      </w:r>
      <w:r>
        <w:rPr>
          <w:sz w:val="20"/>
        </w:rPr>
        <w:t>1:49  to is mein yeh lafz hai: "Liyash-hadu manafi'a lahum". So that they may witness its benefits for them. Log apne manafi ko dekh saken, apne faidon ko dekh saken. Yeh faida kya hai? Yeh faida</w:t>
      </w:r>
      <w:r>
        <w:br/>
      </w:r>
      <w:r>
        <w:rPr>
          <w:sz w:val="20"/>
        </w:rPr>
        <w:t>2:19  isi waqt se shuru ho jata hai jab ke haji apne ghar se nikalta hai. Kyun ke aap ghor kijiye ke sari duniya ke haji, sari duniya ke musalman jab apne mulkon se, apne shaharron se nikal kar ek hi markaz ki taraf chalein, Makke ki taraf, to is se ek aalami hulchul paida hogi, aalami insani hulchul. Yeh kehna sahi hoga ke Hajj aalami satah par</w:t>
      </w:r>
      <w:r>
        <w:br/>
      </w:r>
      <w:r>
        <w:rPr>
          <w:sz w:val="20"/>
        </w:rPr>
        <w:t>2:49  ek ibadati mobilization hai. Logon ko mukhtalif mulkon se, mukhtalif maqamat se nikal kar ek jagah lana, logon ko mobilize karna Allah ki ibadat ke liye. Aap ghor kijiye ke jab is tarah se log niklenge to yeh nikalna bilkul saada nahi hoga. Agar un ke andar sachcha iman hai, Islam ka shaoor hai, Khuda ki yaad un ke dil mein basi hui hai, to kya hoga?</w:t>
      </w:r>
    </w:p>
    <w:p>
      <w:pPr>
        <w:pStyle w:val="Heading2"/>
      </w:pPr>
      <w:r>
        <w:t>Quran in Ramadan: recitation and reflection</w:t>
      </w:r>
    </w:p>
    <w:p>
      <w:r>
        <w:rPr>
          <w:color w:val="666666"/>
          <w:sz w:val="18"/>
        </w:rPr>
        <w:t>Ramadan The Month of Fasting 29Aug, 2008 - Maulana Wahiduddin Khan · 1m 39s · at 10:10 · https://youtu.be/O9ie_tCNGHM?t=610</w:t>
      </w:r>
    </w:p>
    <w:p>
      <w:r>
        <w:rPr>
          <w:i/>
        </w:rPr>
        <w:t>“In Surah Baqarah, the commands of fasting came”</w:t>
      </w:r>
    </w:p>
    <w:p>
      <w:r>
        <w:rPr>
          <w:sz w:val="20"/>
        </w:rPr>
        <w:t>10:10  dekhiye, Quran mein surah baqarah mein roze ke ahkam aaye hain, wahan farmaya ke shahr ramadan allazi unzila fi al quran lil lahi minh al furqan min</w:t>
      </w:r>
      <w:r>
        <w:br/>
      </w:r>
      <w:r>
        <w:rPr>
          <w:sz w:val="20"/>
        </w:rPr>
        <w:t>10:26  yani ramzan ka mahina jo hai, isi mein Quran utra tha rasool Allah sal Allah alaihi wasallam par, utra hua nahi, utarna shuru hua tha. ramzan ke mahine mein Quran utarna shuru hua to isi mahine ko Allah taala ne roze ka mahina bana diya.</w:t>
      </w:r>
      <w:r>
        <w:br/>
      </w:r>
      <w:r>
        <w:rPr>
          <w:sz w:val="20"/>
        </w:rPr>
        <w:t>10:44  kyun? is liye ke Allah taala ko maqsood tha ke ek mahine mein khaas taur par Quran ko padha jaye. to sab se achha yeh hai ke jis zamane mein roza rakhna hai, us zamane mein log Quran ko padhein.</w:t>
      </w:r>
      <w:r>
        <w:br/>
      </w:r>
      <w:r>
        <w:rPr>
          <w:sz w:val="20"/>
        </w:rPr>
        <w:t>10:57  chunancha ramzan mein khaas ehhtimam kiya jata hai, roza pure ramzan mein ke Quran ko padhte hain log, Quran ki tilawat karte hain log, aur taraveeh padhi jati hai.</w:t>
      </w:r>
      <w:r>
        <w:br/>
      </w:r>
      <w:r>
        <w:rPr>
          <w:sz w:val="20"/>
        </w:rPr>
        <w:t>11:12  to mukhtalif tareeqe se Quran ka khaas taur par ehhtimam kiya jata hai. to yeh is ehhtimam ka matlab yeh nahi ke sirf tilawat, lafzi taur par dohrana nahi, is ka tadabbur, Quran par ghor o fikr, Quran se naseehat lena, yeh sab baatein hain.</w:t>
      </w:r>
      <w:r>
        <w:br/>
      </w:r>
      <w:r>
        <w:rPr>
          <w:sz w:val="20"/>
        </w:rPr>
        <w:t>11:29  to ramzan ka pehla faida yeh hona chahiye ke log zyada se zyada quran ko padhein, zyada se zyada quran par ghaur karein, namazon ke andar, namazon ke bahar, aur zyada se zyada quran se zyada se zyada naseehat lein.</w:t>
      </w:r>
    </w:p>
    <w:p>
      <w:pPr>
        <w:pStyle w:val="Heading2"/>
      </w:pPr>
      <w:r>
        <w:t>Rain fell right after student's prayer during a drought</w:t>
      </w:r>
    </w:p>
    <w:p>
      <w:r>
        <w:rPr>
          <w:color w:val="666666"/>
          <w:sz w:val="18"/>
        </w:rPr>
        <w:t>The Concept of Dua In Islam May 27, 2007 · 2m 34s · at 50:40 · https://youtu.be/wkRQaMb04dI?t=3040</w:t>
      </w:r>
    </w:p>
    <w:p>
      <w:r>
        <w:rPr>
          <w:i/>
        </w:rPr>
        <w:t>“1940 میں مدرسے میں استسقاء کی نماز کا واقعہ”</w:t>
      </w:r>
    </w:p>
    <w:p>
      <w:r>
        <w:rPr>
          <w:sz w:val="20"/>
        </w:rPr>
        <w:t>50:40  maine bhi yeh karishma dua ke zariye baarish ka karishma maine khud bhi dekha hai jab hum padhte the madras e mein, ghaliban 1940 ki baat hai, 1940 ki baat hai, 1940 ki baat hai.</w:t>
      </w:r>
      <w:r>
        <w:br/>
      </w:r>
      <w:r>
        <w:rPr>
          <w:sz w:val="20"/>
        </w:rPr>
        <w:t>50:55  to bahut qahat pada, sokha pada, baarish ruk gayi, woh bahut pareshan the. To main is zamane mein padhta tha madras e mein</w:t>
      </w:r>
      <w:r>
        <w:br/>
      </w:r>
      <w:r>
        <w:rPr>
          <w:sz w:val="20"/>
        </w:rPr>
        <w:t>51:06  to yeh hua ke istisqa ki namaz padhi jaye. Istisqa ki namaz maidan mein padhi jati thi, khuli masjid mein nahi padhi jati.</w:t>
      </w:r>
      <w:r>
        <w:br/>
      </w:r>
      <w:r>
        <w:rPr>
          <w:sz w:val="20"/>
        </w:rPr>
        <w:t>51:15  istisqa ki namaz masjid mein nahi padhi jati, khule maidan mein padhi jati hai. To wahan hamare madras e se kuch do kilometer shayad jagah fasla hoga, do kilometer ke fasle par ek jagah thi bina para, wahan par ek bahut khula maidan tha.</w:t>
      </w:r>
      <w:r>
        <w:br/>
      </w:r>
      <w:r>
        <w:rPr>
          <w:sz w:val="20"/>
        </w:rPr>
        <w:t>51:34  to hum madras e ke log wahan gaye, gaon ke log wahan aaye aur ek wahan kafi log ikhatta hue. To mere ustad the Maulana Saeed Ahmed Nadvi, ek sahib the, woh bahut hi naik aadmi the,</w:t>
      </w:r>
      <w:r>
        <w:br/>
      </w:r>
      <w:r>
        <w:rPr>
          <w:sz w:val="20"/>
        </w:rPr>
        <w:t>51:51  waisa naik aadmi shayad kam dekha ho maine. Maulana Saeed Ahmed Nadvi mujh e mujhko hadith inse maine hadith padhi hai,</w:t>
      </w:r>
      <w:r>
        <w:br/>
      </w:r>
      <w:r>
        <w:rPr>
          <w:sz w:val="20"/>
        </w:rPr>
        <w:t>52:04  woh hadith ke ustad the hamare madras e mein. Kabhi maine unko kuch kisi se ghasp karte hue, paan khate hue, idhar khade idhar khade nahi dekha.</w:t>
      </w:r>
      <w:r>
        <w:br/>
      </w:r>
      <w:r>
        <w:rPr>
          <w:sz w:val="20"/>
        </w:rPr>
        <w:t>52:13  apne kamre mein rehte the, kitabon ka study karte the aur class bhaag ke padha dete the, bas namaz padhte the. Bahut hi naik aadmi the.</w:t>
      </w:r>
      <w:r>
        <w:br/>
      </w:r>
      <w:r>
        <w:rPr>
          <w:sz w:val="20"/>
        </w:rPr>
        <w:t>52:23  to hum sab log wahan gaye aur unhone namaz padhai Maulana Saeed sahib ne.</w:t>
      </w:r>
      <w:r>
        <w:br/>
      </w:r>
      <w:r>
        <w:rPr>
          <w:sz w:val="20"/>
        </w:rPr>
        <w:t>52:30  yeh baat hai 1940 ki ghaliban.</w:t>
      </w:r>
      <w:r>
        <w:br/>
      </w:r>
      <w:r>
        <w:rPr>
          <w:sz w:val="20"/>
        </w:rPr>
        <w:t>52:34  to jab hum log gaye the madras e se to ek dam dhoop thi, bahut sakht dhoop thi, bahut zabardast dhoop thi. Aur Maulana Saeed sahib ne namaz padhai aur dua kiya.</w:t>
      </w:r>
      <w:r>
        <w:br/>
      </w:r>
      <w:r>
        <w:rPr>
          <w:sz w:val="20"/>
        </w:rPr>
        <w:t>52:53  to waqeatan woh kiske kiske dil se unhone dua ki hogi, Allah hi behtar janta hai. Lekin wahi waqea hua ke jab hum wahan se laute, madras e tak pahunchte pahunchte khoob baarish shuru ho gayi, yani abhi bheegte hue apne kamre mein dakhil hue.</w:t>
      </w:r>
    </w:p>
    <w:p>
      <w:pPr>
        <w:pStyle w:val="Heading2"/>
      </w:pPr>
      <w:r>
        <w:t>hadith: Allah tells angels He'll forgive Eid worshippers' sins</w:t>
      </w:r>
    </w:p>
    <w:p>
      <w:r>
        <w:rPr>
          <w:color w:val="666666"/>
          <w:sz w:val="18"/>
        </w:rPr>
        <w:t>Message of Eid-al-Fitr May 03, 2022 Prof. Farida Khanam &amp; Dr. Saniyasnain Khan · 1m 15s · at 15:51 · https://youtu.be/wMBqbwZ8gEs?t=951</w:t>
      </w:r>
    </w:p>
    <w:p>
      <w:r>
        <w:rPr>
          <w:i/>
        </w:rPr>
        <w:t>“Eid ke din Allah taala bahut hi proud ke saath farishton se kehta hai”</w:t>
      </w:r>
    </w:p>
    <w:p>
      <w:r>
        <w:rPr>
          <w:sz w:val="20"/>
        </w:rPr>
        <w:t>15:51  to eid ke din, eid ul fitr ke din allah taala bahut hi proud ke saath, pridely parishton</w:t>
      </w:r>
      <w:r>
        <w:br/>
      </w:r>
      <w:r>
        <w:rPr>
          <w:sz w:val="20"/>
        </w:rPr>
        <w:t>16:02  se kehta hai ki hai mere parishton, mere bande aur meri bandiyon ne, mere bande aur meri bandiyon</w:t>
      </w:r>
      <w:r>
        <w:br/>
      </w:r>
      <w:r>
        <w:rPr>
          <w:sz w:val="20"/>
        </w:rPr>
        <w:t>16:14  ne jo amal unko karna tha wo kar diya to ab unki kya jaza honi chahiye?</w:t>
      </w:r>
      <w:r>
        <w:br/>
      </w:r>
      <w:r>
        <w:rPr>
          <w:sz w:val="20"/>
        </w:rPr>
        <w:t>16:26  kya reward unko milna chahiye? to farishte kehte hain hamare Rab, unki jaza yeh hai ki unko poora poora reward mil jaye unke amal ka.</w:t>
      </w:r>
      <w:r>
        <w:br/>
      </w:r>
      <w:r>
        <w:rPr>
          <w:sz w:val="20"/>
        </w:rPr>
        <w:t>16:44  to Allah taala kehta hai ki ae mere farishton, mere bande aur mere bandiyon ne wo amal kar diya jo maine unke upar ayad kiya tha. to main zaroor unki dua ko sununga aur unke gunahon ko maaf karunga.</w:t>
      </w:r>
      <w:r>
        <w:br/>
      </w:r>
      <w:r>
        <w:rPr>
          <w:sz w:val="20"/>
        </w:rPr>
        <w:t>17:06  ab wo nikle hain, mujhe pukarte hue aur mujhse dua karte hue yaani Eid ke namaz ke liye nikle hain. to Allah taala kehta hai farishton se ki ae mere farishton, tum gawa rehna.</w:t>
      </w:r>
    </w:p>
    <w:p>
      <w:pPr>
        <w:pStyle w:val="Heading2"/>
      </w:pPr>
      <w:r>
        <w:t>Choose easier peaceful option</w:t>
      </w:r>
    </w:p>
    <w:p>
      <w:r>
        <w:rPr>
          <w:color w:val="666666"/>
          <w:sz w:val="18"/>
        </w:rPr>
        <w:t>Hadith-e-Rasool | April 9, 2006 | Maulana Wahiduddin Khan · 1m 32s · at 44:00 · https://youtu.be/zxaMbPyrpQY?t=2640</w:t>
      </w:r>
    </w:p>
    <w:p>
      <w:r>
        <w:rPr>
          <w:i/>
        </w:rPr>
        <w:t>“ما خیر رسول اللہ بین امرین”</w:t>
      </w:r>
    </w:p>
    <w:p>
      <w:r>
        <w:rPr>
          <w:sz w:val="20"/>
        </w:rPr>
        <w:t>44:00  aur intezar karey keh aaj jo cheez nahi mil rahi hai, woh kal inshallah mile gi. yeh Allah taala ke haan is ko ibadat mein gina jaye ga. dekhiye, ek hadees hai keh ma khair rasool Allah sallallahu alaihi wasallam bain al amrain? is ka matlab yeh hai keh when i</w:t>
      </w:r>
      <w:r>
        <w:br/>
      </w:r>
      <w:r>
        <w:rPr>
          <w:sz w:val="20"/>
        </w:rPr>
        <w:t>44:30  were the prophet had to choose between the two, he always opted for easier option rather than harder option. Rasool Allah ko jab do mein se ek ko lena hota tha to aap mushkil choice ko chhod kar aasan choice lete thay. is ka matlab kya hai? is ka matlab yeh hai</w:t>
      </w:r>
      <w:r>
        <w:br/>
      </w:r>
      <w:r>
        <w:rPr>
          <w:sz w:val="20"/>
        </w:rPr>
        <w:t>45:02  keh ek kaam jo peaceful method se ho sakta ho, us ke liye aap violent method na ikhtiyar karein. ek kaam jo gussa na dikha kar hal ho sakta ho, us ko aap gussa dikhane lagein. ek kaam jo bana larrhai ooraai ho sakta ho, us ke liye aap larrne ke liye tayyar ho jayein. ek kaam jo yani</w:t>
      </w:r>
    </w:p>
    <w:p>
      <w:pPr>
        <w:pStyle w:val="Heading2"/>
      </w:pPr>
      <w:r>
        <w:t>hamd really means shukr, acknowledgment</w:t>
      </w:r>
    </w:p>
    <w:p>
      <w:r>
        <w:rPr>
          <w:color w:val="666666"/>
          <w:sz w:val="18"/>
        </w:rPr>
        <w:t>Dars-e-Quran (Al-Fatihah (The Opening) 1 1-7) July 12, 2015 · 2m 51s · at 10:30 · https://youtu.be/Rv6AjEFe6MI?t=630</w:t>
      </w:r>
    </w:p>
    <w:p>
      <w:r>
        <w:rPr>
          <w:i/>
        </w:rPr>
        <w:t>“What does hamd, praise, really mean?”</w:t>
      </w:r>
    </w:p>
    <w:p>
      <w:r>
        <w:rPr>
          <w:sz w:val="20"/>
        </w:rPr>
        <w:t>10:30  hamd ke maani bazahir yeh samjha jata hai ke hamd ke maani tareef hain, lekin tareef ki haqeeqat kya hai?</w:t>
      </w:r>
      <w:r>
        <w:br/>
      </w:r>
      <w:r>
        <w:rPr>
          <w:sz w:val="20"/>
        </w:rPr>
        <w:t>10:40  qasd khwahi nahi hai. Tareef ki haqeeqat shukr hai,</w:t>
      </w:r>
      <w:r>
        <w:br/>
      </w:r>
      <w:r>
        <w:rPr>
          <w:sz w:val="20"/>
        </w:rPr>
        <w:t>10:46  jis ko kehte hain acknowledge karna. Toh jab aap kehte hain Alhamdulillah Rabb al-Alameen, toh aap ne Rabb al-Alameen ke Rabb hone ko acknowledge kiya, is ka shukr ada kiya, is ka etraf kiya.</w:t>
      </w:r>
      <w:r>
        <w:br/>
      </w:r>
      <w:r>
        <w:rPr>
          <w:sz w:val="20"/>
        </w:rPr>
        <w:t>11:02  toh yeh main samajhta hoon ke insaan ki sab se pehli zaroorat hai ke woh apne Rabb ko daryaft kare aur us ko acknowledge kare.</w:t>
      </w:r>
      <w:r>
        <w:br/>
      </w:r>
      <w:r>
        <w:rPr>
          <w:sz w:val="20"/>
        </w:rPr>
        <w:t>11:16  kyunki is duniya mein dekhiye, jo kuch hamein mila hua hai, apne wajood se le kar bahir ki tamam cheezon tak, sab hamein Allah Rabb al-Alameen se mila hua hai.</w:t>
      </w:r>
      <w:r>
        <w:br/>
      </w:r>
      <w:r>
        <w:rPr>
          <w:sz w:val="20"/>
        </w:rPr>
        <w:t>11:29  wohi har cheez ka giver hai, hum sirf taker hain. Toh jab aap kehte hain Alhamdulillah, toh aap ne is haqeeqat ka etraf kiya, is haqeeqat ko acknowledge kiya.</w:t>
      </w:r>
      <w:r>
        <w:br/>
      </w:r>
      <w:r>
        <w:rPr>
          <w:sz w:val="20"/>
        </w:rPr>
        <w:t>11:46  isi ko kehte hain shukr. Toh is kalma ka matlab hai shukr hai Allah Rabb al-Alameen ka.</w:t>
      </w:r>
      <w:r>
        <w:br/>
      </w:r>
      <w:r>
        <w:rPr>
          <w:sz w:val="20"/>
        </w:rPr>
        <w:t>11:56  phir Rabb al-Alameen ka jo lafz hai, woh batata hai ke hum shukr kyun karte hain. Shukr kyun karte hain?</w:t>
      </w:r>
      <w:r>
        <w:br/>
      </w:r>
      <w:r>
        <w:rPr>
          <w:sz w:val="20"/>
        </w:rPr>
        <w:t>12:04  shukr is liye karte hain ke Allah Rabb hai, woh Rabb al-Alameen hai. Rabb ka lafz arabi zaban mein bohat hi جامع lafz hai,</w:t>
      </w:r>
      <w:r>
        <w:br/>
      </w:r>
      <w:r>
        <w:rPr>
          <w:sz w:val="20"/>
        </w:rPr>
        <w:t>12:15  yaani paida karne wala, us ko grow karne wala, us ko sambhalne wala, shuru se akhir tak is ki madad karne wala, yeh sara mafhoom is mein shamil hai.</w:t>
      </w:r>
      <w:r>
        <w:br/>
      </w:r>
      <w:r>
        <w:rPr>
          <w:sz w:val="20"/>
        </w:rPr>
        <w:t>12:31  toh</w:t>
      </w:r>
      <w:r>
        <w:br/>
      </w:r>
      <w:r>
        <w:rPr>
          <w:sz w:val="20"/>
        </w:rPr>
        <w:t>12:32  kaha Allah ki is sifat ko hum ne zikr yaad kiya is kalma mein ke woh hamara Rabb hai, hamara sab kuch wohi hai,</w:t>
      </w:r>
      <w:r>
        <w:br/>
      </w:r>
      <w:r>
        <w:rPr>
          <w:sz w:val="20"/>
        </w:rPr>
        <w:t>12:46  sab kuch hamare hamare wajood se le kar hamari tamam zarooraton tak har cheez ka talluq isi se hai. Toh is ko kahein ke shukr hai Allah Rabb al-Alameen ka,</w:t>
      </w:r>
      <w:r>
        <w:br/>
      </w:r>
      <w:r>
        <w:rPr>
          <w:sz w:val="20"/>
        </w:rPr>
        <w:t>13:01  yaani main acknowledge karta hoon. Yeh acknowledge karna lip service ke taur par nahi hai, yeh is lip service ka mamla nahi hai. Yeh sach poochhein toh ek discovery ka kalma hai.</w:t>
      </w:r>
      <w:r>
        <w:br/>
      </w:r>
      <w:r>
        <w:rPr>
          <w:sz w:val="20"/>
        </w:rPr>
        <w:t>13:15  Alhamdulillah Rabb al-Alameen ek discovery ka kalma hai.</w:t>
      </w:r>
    </w:p>
    <w:p>
      <w:pPr>
        <w:pStyle w:val="Heading2"/>
      </w:pPr>
      <w:r>
        <w:t>Hawking's theory leads to intuition of God</w:t>
      </w:r>
    </w:p>
    <w:p>
      <w:r>
        <w:rPr>
          <w:color w:val="666666"/>
          <w:sz w:val="18"/>
        </w:rPr>
        <w:t>Q&amp;A 20 Aug 2006 Maulana Wahiduddin Khan · 2m 41s · at 24:12 · https://youtu.be/g_6-zerS_N4?t=1452</w:t>
      </w:r>
    </w:p>
    <w:p>
      <w:r>
        <w:rPr>
          <w:i/>
        </w:rPr>
        <w:t>“Stephen Hawking's single string theory points to God.”</w:t>
      </w:r>
    </w:p>
    <w:p>
      <w:r>
        <w:rPr>
          <w:sz w:val="20"/>
        </w:rPr>
        <w:t>24:12  keh Britain ka jo bohat hi well known professor hai, yaani theoretical science ka bohat hi bara professor mana jata hai, number one aaj ki dunya mein jo Newton ki seat par hai, woh professor,</w:t>
      </w:r>
      <w:r>
        <w:br/>
      </w:r>
      <w:r>
        <w:rPr>
          <w:sz w:val="20"/>
        </w:rPr>
        <w:t>24:29  woh kya naam hai iska? Stephen Hawking. Stephen Hawking. Stephen Hawking ki do kitabein mein ne dekhein.</w:t>
      </w:r>
      <w:r>
        <w:br/>
      </w:r>
      <w:r>
        <w:rPr>
          <w:sz w:val="20"/>
        </w:rPr>
        <w:t>24:43  Stephen Hawking ne ek bohat bara kaam kiya hai.</w:t>
      </w:r>
      <w:r>
        <w:br/>
      </w:r>
      <w:r>
        <w:rPr>
          <w:sz w:val="20"/>
        </w:rPr>
        <w:t>24:48  Aap jante hain keh pehle zamane mein yeh mana jata tha keh bohat sare Khuda hain, Newton.</w:t>
      </w:r>
      <w:r>
        <w:br/>
      </w:r>
      <w:r>
        <w:rPr>
          <w:sz w:val="20"/>
        </w:rPr>
        <w:t>24:57  Newton se pehle kyunke dekhte thay log keh dunya mein tarah tarah ki dhang dhang ki cheezein hain. Idhar pani beh raha hai, idhar pahad khara hua hai, idhar chidiyaan urr rahi hain, idhar peir nikal raha hai.</w:t>
      </w:r>
      <w:r>
        <w:br/>
      </w:r>
      <w:r>
        <w:rPr>
          <w:sz w:val="20"/>
        </w:rPr>
        <w:t>25:11  Toh unhon ne samjha keh diversity jab nature mein hai toh God mein bhi creator bhi diversity hona chahiye. Yaani bohat si cheezein hain toh bohat se Khuda bhi hain.</w:t>
      </w:r>
      <w:r>
        <w:br/>
      </w:r>
      <w:r>
        <w:rPr>
          <w:sz w:val="20"/>
        </w:rPr>
        <w:t>25:21  Is tarah se shirk paida hua, yaani polytheism. Lekin science ke zamane mein yeh khatam hua.</w:t>
      </w:r>
      <w:r>
        <w:br/>
      </w:r>
      <w:r>
        <w:rPr>
          <w:sz w:val="20"/>
        </w:rPr>
        <w:t>25:30  Newton ke zamane mein yeh maan liya gaya keh nahi, four four forces hain, char forces, bohat sari nahi, char forces jo universe ko control kar rahi hain.</w:t>
      </w:r>
      <w:r>
        <w:br/>
      </w:r>
      <w:r>
        <w:rPr>
          <w:sz w:val="20"/>
        </w:rPr>
        <w:t>25:42  Phir is ke baad Dr. Abdus Salam aur ek American professor ne mil kar ke research ki toh char ko teen kar diya. Teen forces maane jane lagein.</w:t>
      </w:r>
      <w:r>
        <w:br/>
      </w:r>
      <w:r>
        <w:rPr>
          <w:sz w:val="20"/>
        </w:rPr>
        <w:t>25:51  Ab yeh Stephen Hawking jo hai, is ne prove kiya hai jis ko kehte hain single string theory</w:t>
      </w:r>
      <w:r>
        <w:br/>
      </w:r>
      <w:r>
        <w:rPr>
          <w:sz w:val="20"/>
        </w:rPr>
        <w:t>25:57  keh ek hi force hai jo poori universe ko control karti hai. Ab dekhein, yahan par rational pursuit se wahan tak pahancha, woh rational pursuit zariye wahan tak pahancha keh ek hi, ek hi,</w:t>
      </w:r>
      <w:r>
        <w:br/>
      </w:r>
      <w:r>
        <w:rPr>
          <w:sz w:val="20"/>
        </w:rPr>
        <w:t>26:11  ek hi force hai jo control kar rahi hai poori is ko. Ab yahan par</w:t>
      </w:r>
      <w:r>
        <w:br/>
      </w:r>
      <w:r>
        <w:rPr>
          <w:sz w:val="20"/>
        </w:rPr>
        <w:t>26:16  is ka andar ka jo intuition hai, agar woh, agar woh alive ho, alive ho toh foran us ke us ka door khul jayega.</w:t>
      </w:r>
      <w:r>
        <w:br/>
      </w:r>
      <w:r>
        <w:rPr>
          <w:sz w:val="20"/>
        </w:rPr>
        <w:t>26:25  Andar se awaz dega keh woh, woh jo force hai, woh Khuda hai. Rational pursuit ne is ko yahan tak single string theory tak pahanchaya.</w:t>
      </w:r>
      <w:r>
        <w:br/>
      </w:r>
      <w:r>
        <w:rPr>
          <w:sz w:val="20"/>
        </w:rPr>
        <w:t>26:36  Ab jo andar ka jo darwaza hai, khul kar batayega keh woh jo hai, woh Khuda hai. Ab yahan par is ko obey that impulse karna chahiye. Obey that impulse, is ko maan lena chahiye keh yahan par meri research aur inner</w:t>
      </w:r>
    </w:p>
    <w:p>
      <w:pPr>
        <w:pStyle w:val="Heading2"/>
      </w:pPr>
      <w:r>
        <w:t>Preaching demands learning people's language and culture first</w:t>
      </w:r>
    </w:p>
    <w:p>
      <w:r>
        <w:rPr>
          <w:color w:val="666666"/>
          <w:sz w:val="18"/>
        </w:rPr>
        <w:t>The Message of Hajj November 4, 2008 Maulana Wahiduddin Khan · 1m 16s · at 20:32 · https://youtu.be/CIGhIpsejkY?t=1232</w:t>
      </w:r>
    </w:p>
    <w:p>
      <w:r>
        <w:rPr>
          <w:i/>
        </w:rPr>
        <w:t>“Dawat ka kaam bina taiyari ke nahi ho sakta”</w:t>
      </w:r>
    </w:p>
    <w:p>
      <w:r>
        <w:rPr>
          <w:sz w:val="20"/>
        </w:rPr>
        <w:t>20:32  iska taqaza hai ke aap apne aap ko prepare karen, apne aap ko tayyar karen.</w:t>
      </w:r>
      <w:r>
        <w:br/>
      </w:r>
      <w:r>
        <w:rPr>
          <w:sz w:val="20"/>
        </w:rPr>
        <w:t>20:38  baghair tayyari ke dawat ka kaam nahi ho sakta. misaal ke taur par dekhiye, jin logon tak aap ko dawat pohanchana hai, un ki language aap ko seekhni pare gi.</w:t>
      </w:r>
      <w:r>
        <w:br/>
      </w:r>
      <w:r>
        <w:rPr>
          <w:sz w:val="20"/>
        </w:rPr>
        <w:t>20:51  to aap ke, taake aap ka un ke beech mein language gap na ho. jahan language gap ho, wahan dawat ka koi matlab hi nahi banta.</w:t>
      </w:r>
      <w:r>
        <w:br/>
      </w:r>
      <w:r>
        <w:rPr>
          <w:sz w:val="20"/>
        </w:rPr>
        <w:t>21:02  isi tarah se dekhiye, aap ko janna pare ga ke un ki soch kiya hai,</w:t>
      </w:r>
      <w:r>
        <w:br/>
      </w:r>
      <w:r>
        <w:rPr>
          <w:sz w:val="20"/>
        </w:rPr>
        <w:t>21:07  jo aap ka madعو hai, us ki soch kya hai, us ka culture kya hai, us ki zindagi ka tareeqa kya hai.</w:t>
      </w:r>
      <w:r>
        <w:br/>
      </w:r>
      <w:r>
        <w:rPr>
          <w:sz w:val="20"/>
        </w:rPr>
        <w:t>21:17  yeh sab baatein janni parengi. us ka right aur wrong kya hai? agar aap na janen to ulta ja ke kya baat kahengay un se?</w:t>
      </w:r>
      <w:r>
        <w:br/>
      </w:r>
      <w:r>
        <w:rPr>
          <w:sz w:val="20"/>
        </w:rPr>
        <w:t>21:29  to dawat ka ka taqaza hai ke aadmi apne aap ko prepare kare,</w:t>
      </w:r>
      <w:r>
        <w:br/>
      </w:r>
      <w:r>
        <w:rPr>
          <w:sz w:val="20"/>
        </w:rPr>
        <w:t>21:36  apne aap ko prepare kare. is maamle mein koi excuse nahi hai, koi excuse nahi hai.</w:t>
      </w:r>
    </w:p>
    <w:p>
      <w:pPr>
        <w:pStyle w:val="Heading2"/>
      </w:pPr>
      <w:r>
        <w:t>Muhaddithin on prayer diversity</w:t>
      </w:r>
    </w:p>
    <w:p>
      <w:r>
        <w:rPr>
          <w:color w:val="666666"/>
          <w:sz w:val="18"/>
        </w:rPr>
        <w:t>An Introduction to Islamic Fiqh July 27, 2007 Maulana Wahiduddin Khan · 2m 46s · at 20:59 · https://youtu.be/6aEZ4hFo1KY?t=1259</w:t>
      </w:r>
    </w:p>
    <w:p>
      <w:r>
        <w:rPr>
          <w:i/>
        </w:rPr>
        <w:t>“How to perform Salat when there are differences in method”</w:t>
      </w:r>
    </w:p>
    <w:p>
      <w:r>
        <w:rPr>
          <w:sz w:val="20"/>
        </w:rPr>
        <w:t>20:59  How to perform Salat according to the Prophet of Islam? When there is a difference in the method, then how you can say that I am following the prophetic pattern in my Salat?</w:t>
      </w:r>
      <w:r>
        <w:br/>
      </w:r>
      <w:r>
        <w:rPr>
          <w:sz w:val="20"/>
        </w:rPr>
        <w:t>21:17  So then there were two opinions. One was the opinion of the group of Muhaddiths, and the second was the group of Fuqaha.</w:t>
      </w:r>
      <w:r>
        <w:br/>
      </w:r>
      <w:r>
        <w:rPr>
          <w:sz w:val="20"/>
        </w:rPr>
        <w:t>21:31  So Muhaddithin and Fuqaha divided in this question, in this issue. The</w:t>
      </w:r>
      <w:r>
        <w:br/>
      </w:r>
      <w:r>
        <w:rPr>
          <w:sz w:val="20"/>
        </w:rPr>
        <w:t>21:45  opinion of Muhaddithin was that</w:t>
      </w:r>
      <w:r>
        <w:br/>
      </w:r>
      <w:r>
        <w:rPr>
          <w:sz w:val="20"/>
        </w:rPr>
        <w:t>21:50  all these differences pertain to minor details, not in the basics, not in the fundamentals.</w:t>
      </w:r>
      <w:r>
        <w:br/>
      </w:r>
      <w:r>
        <w:rPr>
          <w:sz w:val="20"/>
        </w:rPr>
        <w:t>22:01  So they said that as far as the fundamental is concerned, as far as the fundamental parts of the Salat are concerned, there is no difference at all.</w:t>
      </w:r>
      <w:r>
        <w:br/>
      </w:r>
      <w:r>
        <w:rPr>
          <w:sz w:val="20"/>
        </w:rPr>
        <w:t>22:12  But as far as the minor details are concerned, there are some differences. So they said that we cannot refute any one of these patterns which were narrated by Sahaba.</w:t>
      </w:r>
      <w:r>
        <w:br/>
      </w:r>
      <w:r>
        <w:rPr>
          <w:sz w:val="20"/>
        </w:rPr>
        <w:t>22:31  So they said that</w:t>
      </w:r>
      <w:r>
        <w:br/>
      </w:r>
      <w:r>
        <w:rPr>
          <w:sz w:val="20"/>
        </w:rPr>
        <w:t>22:35  we will take it as Tawassul. Tawassul means diversity. So they said that as far as the fundamentals are concerned, unity is required.</w:t>
      </w:r>
      <w:r>
        <w:br/>
      </w:r>
      <w:r>
        <w:rPr>
          <w:sz w:val="20"/>
        </w:rPr>
        <w:t>22:52  But as far as the details, minor details are concerned, here unity is not required. Here diversity is required.</w:t>
      </w:r>
      <w:r>
        <w:br/>
      </w:r>
      <w:r>
        <w:rPr>
          <w:sz w:val="20"/>
        </w:rPr>
        <w:t>23:03  Diversity means both are true, both are correct. Any putting hand here is correct.</w:t>
      </w:r>
      <w:r>
        <w:br/>
      </w:r>
      <w:r>
        <w:rPr>
          <w:sz w:val="20"/>
        </w:rPr>
        <w:t>23:11  Putting hand here is also correct. Saying Ameen loudly is correct. Saying Ameen by heart is also correct.</w:t>
      </w:r>
      <w:r>
        <w:br/>
      </w:r>
      <w:r>
        <w:rPr>
          <w:sz w:val="20"/>
        </w:rPr>
        <w:t>23:22  So they said that in minor details it is not required to be united.</w:t>
      </w:r>
      <w:r>
        <w:br/>
      </w:r>
      <w:r>
        <w:rPr>
          <w:sz w:val="20"/>
        </w:rPr>
        <w:t>23:34  Unity is not required in minor details. This was the stand of the Muhaddithin.</w:t>
      </w:r>
    </w:p>
    <w:p>
      <w:pPr>
        <w:pStyle w:val="Heading2"/>
      </w:pPr>
      <w:r>
        <w:t>Father's discovery of true Islam through mission</w:t>
      </w:r>
    </w:p>
    <w:p>
      <w:r>
        <w:rPr>
          <w:color w:val="666666"/>
          <w:sz w:val="18"/>
        </w:rPr>
        <w:t>CPS INTERNATIONAL EK TA 'RUF · 1m 57s · at 1:24 · https://youtu.be/THnDqEQqhJk?t=84</w:t>
      </w:r>
    </w:p>
    <w:p>
      <w:r>
        <w:rPr>
          <w:i/>
        </w:rPr>
        <w:t>“CPS International: I learned this mission through my father.”</w:t>
      </w:r>
    </w:p>
    <w:p>
      <w:r>
        <w:rPr>
          <w:sz w:val="20"/>
        </w:rPr>
        <w:t>1:24  rabbana lakal hamd, lakal shukr. aaj ka unwan hai: cps international ek taaruf. cps international ke banee aur founder maulana wahiduddin khan sahab hain.</w:t>
      </w:r>
      <w:r>
        <w:br/>
      </w:r>
      <w:r>
        <w:rPr>
          <w:sz w:val="20"/>
        </w:rPr>
        <w:t>1:39  mein sab se pehle yeh baat wazeh kar dena chahti hoon ke mein in sessions mein</w:t>
      </w:r>
      <w:r>
        <w:br/>
      </w:r>
      <w:r>
        <w:rPr>
          <w:sz w:val="20"/>
        </w:rPr>
        <w:t>1:45  jo kuch bhi share karti hoon woh sab maulana ke literature se, aap ke audios aur videos, aur aap se guftagu ke douran seekhi hoon.</w:t>
      </w:r>
      <w:r>
        <w:br/>
      </w:r>
      <w:r>
        <w:rPr>
          <w:sz w:val="20"/>
        </w:rPr>
        <w:t>1:56  aap ka sara mission quran o sunnat par base karta hai.</w:t>
      </w:r>
      <w:r>
        <w:br/>
      </w:r>
      <w:r>
        <w:rPr>
          <w:sz w:val="20"/>
        </w:rPr>
        <w:t>2:01  mein ne poore shaoor ke sath yeh faisla liya hai ke mujhe mukammal taur se aap ke mission se wabasta rehna hai.</w:t>
      </w:r>
      <w:r>
        <w:br/>
      </w:r>
      <w:r>
        <w:rPr>
          <w:sz w:val="20"/>
        </w:rPr>
        <w:t>2:11  is mission ka pehla taaruf mujhe mere مرحوم walid ke zariye se hasil hua.</w:t>
      </w:r>
      <w:r>
        <w:br/>
      </w:r>
      <w:r>
        <w:rPr>
          <w:sz w:val="20"/>
        </w:rPr>
        <w:t>2:17  mere walid ek seekh insaan the, woh is islam se mutmaeen nahi the jo samaj mein raaij tha. unhein rasool aur ashaab e rasool wale islam ki talash thi.</w:t>
      </w:r>
      <w:r>
        <w:br/>
      </w:r>
      <w:r>
        <w:rPr>
          <w:sz w:val="20"/>
        </w:rPr>
        <w:t>2:29  aur bil aakhir aap ne al risala mission ko daryaft kar liya aur humein bataya ke allah taala ne maulana sahab ko is naye daur mein deen ki ahya ke liye intikhab kar liya hai.</w:t>
      </w:r>
      <w:r>
        <w:br/>
      </w:r>
      <w:r>
        <w:rPr>
          <w:sz w:val="20"/>
        </w:rPr>
        <w:t>2:44  yeh baat hai 1982 ki. isi zamane se aap maulana ki kitabon ko parhte aur humein bhi sunate, aur khusoosiyat ke sath al risala woh hum ko sath le kar parhte.</w:t>
      </w:r>
      <w:r>
        <w:br/>
      </w:r>
      <w:r>
        <w:rPr>
          <w:sz w:val="20"/>
        </w:rPr>
        <w:t>2:59  mujhe mere walid sahab ki taraf se jo sab se bara سرمایہ mila tha woh yahi mission tha, aur aulad ke liye</w:t>
      </w:r>
      <w:r>
        <w:br/>
      </w:r>
      <w:r>
        <w:rPr>
          <w:sz w:val="20"/>
        </w:rPr>
        <w:t>3:09  baap ki taraf se milne wala is se bara سرمایہ kya ho sakta hai? 2006 mein mere walid ka inteqal ho gaya, allah unhein apni jannat mein abad kare.</w:t>
      </w:r>
    </w:p>
    <w:p>
      <w:pPr>
        <w:pStyle w:val="Heading2"/>
      </w:pPr>
      <w:r>
        <w:t>Confronting a wealthy man who wouldn't fast</w:t>
      </w:r>
    </w:p>
    <w:p>
      <w:r>
        <w:rPr>
          <w:color w:val="666666"/>
          <w:sz w:val="18"/>
        </w:rPr>
        <w:t>The Spirit of Roza Sept 7, 2008 · 1m 17s · at 21:22 · https://youtu.be/C9G1oBdqoKk?t=1282</w:t>
      </w:r>
    </w:p>
    <w:p>
      <w:r>
        <w:rPr>
          <w:i/>
        </w:rPr>
        <w:t>“Jinke paas khane peene na ho wo roza rakhein”</w:t>
      </w:r>
    </w:p>
    <w:p>
      <w:r>
        <w:rPr>
          <w:sz w:val="20"/>
        </w:rPr>
        <w:t>21:22  haan ek martaba ek sahab ne kaha jo yaani in paise wale aadmi the woh to woh roza nahi rakhte the.</w:t>
      </w:r>
      <w:r>
        <w:br/>
      </w:r>
      <w:r>
        <w:rPr>
          <w:sz w:val="20"/>
        </w:rPr>
        <w:t>21:35  kisi ne un se kaha to unhon ne kaha ke jin ke paas khaane peene na ho woh roza rakha hai. hum kyun roza rakhein?</w:t>
      </w:r>
      <w:r>
        <w:br/>
      </w:r>
      <w:r>
        <w:rPr>
          <w:sz w:val="20"/>
        </w:rPr>
        <w:t>21:45  to maine kaha ke ke yeh jo aap farma rahe hain yeh khaana peena aap kahan se mila hai aap ko? aap ne khud se create kiya hai?</w:t>
      </w:r>
      <w:r>
        <w:br/>
      </w:r>
      <w:r>
        <w:rPr>
          <w:sz w:val="20"/>
        </w:rPr>
        <w:t>21:56  Are you a creator?</w:t>
      </w:r>
      <w:r>
        <w:br/>
      </w:r>
      <w:r>
        <w:rPr>
          <w:sz w:val="20"/>
        </w:rPr>
        <w:t>22:02  to jis ne diya hai usi ka etirafi kalam to roza hai.</w:t>
      </w:r>
      <w:r>
        <w:br/>
      </w:r>
      <w:r>
        <w:rPr>
          <w:sz w:val="20"/>
        </w:rPr>
        <w:t>22:07  aap khaane peene ke creator nahi hain. yeh Khuda hai jis ne zameen banai. Khuda hai jis ne zameen mein soil banaya. Khuda hai jis ne zameen mein woh saare mineral rakhe jis se poda ugta hai.</w:t>
      </w:r>
      <w:r>
        <w:br/>
      </w:r>
      <w:r>
        <w:rPr>
          <w:sz w:val="20"/>
        </w:rPr>
        <w:t>22:21  khuda hai jis ne suraj se le kar ke zameen tak woh sari factors ekatha kiye jis se food item bante hain. tabhi to aap kha paate hain.</w:t>
      </w:r>
      <w:r>
        <w:br/>
      </w:r>
      <w:r>
        <w:rPr>
          <w:sz w:val="20"/>
        </w:rPr>
        <w:t>22:32  to jo dene wala hai us ko acknowledge karna isi ka naam hai roza.</w:t>
      </w:r>
    </w:p>
    <w:p>
      <w:pPr>
        <w:pStyle w:val="Heading2"/>
      </w:pPr>
      <w:r>
        <w:t>America weight challenge exposes overeating disguised as fasting</w:t>
      </w:r>
    </w:p>
    <w:p>
      <w:r>
        <w:rPr>
          <w:color w:val="666666"/>
          <w:sz w:val="18"/>
        </w:rPr>
        <w:t>Roza and The Quran August 15, 2010 · 1m 52s · at 40:37 · https://youtu.be/Aaby-dLkPL4?t=2437</w:t>
      </w:r>
    </w:p>
    <w:p>
      <w:r>
        <w:rPr>
          <w:i/>
        </w:rPr>
        <w:t>“یہ بات میں نے ایک مرتبہ امریکہ میں کہی”</w:t>
      </w:r>
    </w:p>
    <w:p>
      <w:r>
        <w:rPr>
          <w:sz w:val="20"/>
        </w:rPr>
        <w:t>40:37  yeh baat maine ek martaba america mein kahi america mein itwar hai ramzan ke mahine mein tha</w:t>
      </w:r>
      <w:r>
        <w:br/>
      </w:r>
      <w:r>
        <w:rPr>
          <w:sz w:val="20"/>
        </w:rPr>
        <w:t>40:43  to maine woh woh shair sunaya wahan par ke</w:t>
      </w:r>
      <w:r>
        <w:br/>
      </w:r>
      <w:r>
        <w:rPr>
          <w:sz w:val="20"/>
        </w:rPr>
        <w:t>40:49  tan parwari khalq khususi zar riyazat jis par jis garmi iftar nazarat ramzan hai unhon ne kaha america</w:t>
      </w:r>
      <w:r>
        <w:br/>
      </w:r>
      <w:r>
        <w:rPr>
          <w:sz w:val="20"/>
        </w:rPr>
        <w:t>40:58  mein aap jante hain khane peene ki bohat ifraat hoti thi aaj kal pata nahi yeh khane peene</w:t>
      </w:r>
      <w:r>
        <w:br/>
      </w:r>
      <w:r>
        <w:rPr>
          <w:sz w:val="20"/>
        </w:rPr>
        <w:t>41:03  ki ifraat hi ifraat har jagah thi khoob khate pite the log</w:t>
      </w:r>
      <w:r>
        <w:br/>
      </w:r>
      <w:r>
        <w:rPr>
          <w:sz w:val="20"/>
        </w:rPr>
        <w:t>41:08  ramzan roza dhoom hoti thi to maine kaha yeh roza nahi hai to kuch logon ne kaha ke ap ap ko kise walon ke america mein aisa hota hai to mujhe galat karne lage woh ke apna ap khwamkhwah hum logon ko aisa bata rahe hain to ek senior aadmi utha jo america mein us ne kaha ke jab jate hue america mein 40 saal se reh raha hoon tum sab se senior mein hoon</w:t>
      </w:r>
      <w:r>
        <w:br/>
      </w:r>
      <w:r>
        <w:rPr>
          <w:sz w:val="20"/>
        </w:rPr>
        <w:t>41:36  main kehta hoon tum ko ke tum bas har aadmi apna aaj jo hai weight kare wazan le apna aur jab roza khatm ho tab wazan kare sab ka wazan badh chuka hoga</w:t>
      </w:r>
      <w:r>
        <w:br/>
      </w:r>
      <w:r>
        <w:rPr>
          <w:sz w:val="20"/>
        </w:rPr>
        <w:t>41:50  unhon ne khade ho ke yeh taqreer ki to sab ek taraf sunath aa gaya ke main to woh challenge karta hoon ke aaj apna wazan karo aur likh lo kaghaz par aur ek mahine ke baad jab ramzan khatm ho to phir waz</w:t>
      </w:r>
      <w:r>
        <w:br/>
      </w:r>
      <w:r>
        <w:rPr>
          <w:sz w:val="20"/>
        </w:rPr>
        <w:t>42:05  an karo to sab ka wazan badh chuka hoga</w:t>
      </w:r>
      <w:r>
        <w:br/>
      </w:r>
      <w:r>
        <w:rPr>
          <w:sz w:val="20"/>
        </w:rPr>
        <w:t>42:09  to mujh ko to woh aisa kar rahe the woh log jaise ke main america mein chuki rehta nahi hoon main lekin wahin mein jo reh raha hai aadmi jab us ne aisa keh diya to sab chup ho gaye to overeating ka naam roza hai shandar khane ka naam roza hai</w:t>
      </w:r>
      <w:r>
        <w:br/>
      </w:r>
      <w:r>
        <w:rPr>
          <w:sz w:val="20"/>
        </w:rPr>
        <w:t>42:28  to</w:t>
      </w:r>
    </w:p>
    <w:p>
      <w:pPr>
        <w:pStyle w:val="Heading2"/>
      </w:pPr>
      <w:r>
        <w:t>Introduction to authentic hadith and a key prayer</w:t>
      </w:r>
    </w:p>
    <w:p>
      <w:r>
        <w:rPr>
          <w:color w:val="666666"/>
          <w:sz w:val="18"/>
        </w:rPr>
        <w:t>As it is Thinking (Prophetic Wisdom) November 22, 2006 Maulana Wahiduddin Khan · 2m 04s · at 0:19 · https://youtu.be/nxIMtbJsKyQ?t=19</w:t>
      </w:r>
    </w:p>
    <w:p>
      <w:r>
        <w:rPr>
          <w:i/>
        </w:rPr>
        <w:t>“Rasool Allah ki jo hadithein hain”</w:t>
      </w:r>
    </w:p>
    <w:p>
      <w:r>
        <w:rPr>
          <w:sz w:val="20"/>
        </w:rPr>
        <w:t>0:19  Rasool Allah ki jo hadith hain, un ki kul tadad taqreeban pachis hazar hai.</w:t>
      </w:r>
      <w:r>
        <w:br/>
      </w:r>
      <w:r>
        <w:rPr>
          <w:sz w:val="20"/>
        </w:rPr>
        <w:t>0:30  Yaani waise to tadad mein lakhon hadithain ekatha ki gayi hain, mauzu yani jin ko mauzuat kaha jata hai, yani baat ko logon ne bana liya.</w:t>
      </w:r>
      <w:r>
        <w:br/>
      </w:r>
      <w:r>
        <w:rPr>
          <w:sz w:val="20"/>
        </w:rPr>
        <w:t>0:45  Aap jante hain ke pehle zamane mein yani jab printing press nahi aaya tha to us waqt qassas hua karte the har sari duniya mein.</w:t>
      </w:r>
      <w:r>
        <w:br/>
      </w:r>
      <w:r>
        <w:rPr>
          <w:sz w:val="20"/>
        </w:rPr>
        <w:t>0:59  Jin ko angrezi mein kehte hain story tellers, Persian mein kehte hain qissa go. To yeh log banate rehte the jhooti baatein.</w:t>
      </w:r>
      <w:r>
        <w:br/>
      </w:r>
      <w:r>
        <w:rPr>
          <w:sz w:val="20"/>
        </w:rPr>
        <w:t>1:11  Yeh aam riwaj tha. To hadithon mein bhi in logon ne bohat si hadithain apne aap se ghari aur banai.</w:t>
      </w:r>
      <w:r>
        <w:br/>
      </w:r>
      <w:r>
        <w:rPr>
          <w:sz w:val="20"/>
        </w:rPr>
        <w:t>1:20  In ko mauzuat kaha jata hai. To in ko chhod kar aisi hadithain jo more or less sahi samajhati hain, woh taqreeban pachis hazar hain.</w:t>
      </w:r>
      <w:r>
        <w:br/>
      </w:r>
      <w:r>
        <w:rPr>
          <w:sz w:val="20"/>
        </w:rPr>
        <w:t>1:35  Aur zyada authentic jo hain, woh taqreeban barah hazar hain. To in hadithon mein mukhtalif subject par aap ne farmaya hai.</w:t>
      </w:r>
      <w:r>
        <w:br/>
      </w:r>
      <w:r>
        <w:rPr>
          <w:sz w:val="20"/>
        </w:rPr>
        <w:t>1:48  Is waqt mein kuch aisi hadithon ko lena chahta hoon jo</w:t>
      </w:r>
      <w:r>
        <w:br/>
      </w:r>
      <w:r>
        <w:rPr>
          <w:sz w:val="20"/>
        </w:rPr>
        <w:t>1:56  aam logon ki zindagi se mutaliq hain. har aadmi ke liye is mein sabaq hai. har aadmi ko is mein kuch khurak milti hai.</w:t>
      </w:r>
      <w:r>
        <w:br/>
      </w:r>
      <w:r>
        <w:rPr>
          <w:sz w:val="20"/>
        </w:rPr>
        <w:t>2:09  to ek hadith ya dua yeh hai ke rasool Allah sal Allah alaih wasallam se bohat si duain kitabon mein aai hain.</w:t>
      </w:r>
    </w:p>
    <w:p>
      <w:pPr>
        <w:pStyle w:val="Heading2"/>
      </w:pPr>
      <w:r>
        <w:t>Kalima's true meaning is beyond mere recitation</w:t>
      </w:r>
    </w:p>
    <w:p>
      <w:r>
        <w:rPr>
          <w:color w:val="666666"/>
          <w:sz w:val="18"/>
        </w:rPr>
        <w:t>Ibadat More Than Rituals December 24, 2007 Maulana Wahiduddin Khan · 2m 15s · at 5:20 · https://youtu.be/mlWHX-zaNg8?t=320</w:t>
      </w:r>
    </w:p>
    <w:p>
      <w:r>
        <w:rPr>
          <w:i/>
        </w:rPr>
        <w:t>“Jaisay kalima ko leejiye log samajhte hain”</w:t>
      </w:r>
    </w:p>
    <w:p>
      <w:r>
        <w:rPr>
          <w:sz w:val="20"/>
        </w:rPr>
        <w:t>5:20  islamic</w:t>
      </w:r>
      <w:r>
        <w:br/>
      </w:r>
      <w:r>
        <w:rPr>
          <w:sz w:val="20"/>
        </w:rPr>
        <w:t>5:20  culture sahi taur par kahin nahin</w:t>
      </w:r>
      <w:r>
        <w:br/>
      </w:r>
      <w:r>
        <w:rPr>
          <w:sz w:val="20"/>
        </w:rPr>
        <w:t>5:23  toh kya hai woh rituals ki dhoom hai woh</w:t>
      </w:r>
      <w:r>
        <w:br/>
      </w:r>
      <w:r>
        <w:rPr>
          <w:sz w:val="20"/>
        </w:rPr>
        <w:t>5:27  aur rituals ki dhoom se aap samajh sakte hain ke asal islam jo real islam woh toh aanay</w:t>
      </w:r>
      <w:r>
        <w:br/>
      </w:r>
      <w:r>
        <w:rPr>
          <w:sz w:val="20"/>
        </w:rPr>
        <w:t>5:34  wala hai nahi</w:t>
      </w:r>
      <w:r>
        <w:br/>
      </w:r>
      <w:r>
        <w:rPr>
          <w:sz w:val="20"/>
        </w:rPr>
        <w:t>5:36  jaise kalma ko lijiye</w:t>
      </w:r>
      <w:r>
        <w:br/>
      </w:r>
      <w:r>
        <w:rPr>
          <w:sz w:val="20"/>
        </w:rPr>
        <w:t>5:40  لوگ سمجھتے ہیں کلمہ کا مطلب ہے کلمہ گوئی کلمہ کے جو shabda ہیں اس کو پڑھ لینا</w:t>
      </w:r>
      <w:r>
        <w:br/>
      </w:r>
      <w:r>
        <w:rPr>
          <w:sz w:val="20"/>
        </w:rPr>
        <w:t>5:48  hindi mein kahenge achar kar lena yani la ilaha illallah muhammadur rasulullah keh dena munh</w:t>
      </w:r>
      <w:r>
        <w:br/>
      </w:r>
      <w:r>
        <w:rPr>
          <w:sz w:val="20"/>
        </w:rPr>
        <w:t>5:54  se bas to us ko samajhte hain ke hum ne kalma</w:t>
      </w:r>
      <w:r>
        <w:br/>
      </w:r>
      <w:r>
        <w:rPr>
          <w:sz w:val="20"/>
        </w:rPr>
        <w:t>6:00  mil gaya hum ko</w:t>
      </w:r>
      <w:r>
        <w:br/>
      </w:r>
      <w:r>
        <w:rPr>
          <w:sz w:val="20"/>
        </w:rPr>
        <w:t>6:04  kal mein masjid mein kal parson masjid mein</w:t>
      </w:r>
      <w:r>
        <w:br/>
      </w:r>
      <w:r>
        <w:rPr>
          <w:sz w:val="20"/>
        </w:rPr>
        <w:t>6:10  imam sahab ki taqreer ho rahi thi to main bhi wahan tha</w:t>
      </w:r>
      <w:r>
        <w:br/>
      </w:r>
      <w:r>
        <w:rPr>
          <w:sz w:val="20"/>
        </w:rPr>
        <w:t>6:15  to badi dhoom se woh keh rahe the ke hamein</w:t>
      </w:r>
      <w:r>
        <w:br/>
      </w:r>
      <w:r>
        <w:rPr>
          <w:sz w:val="20"/>
        </w:rPr>
        <w:t>6:18  hamein bohat badi hawayein</w:t>
      </w:r>
      <w:r>
        <w:br/>
      </w:r>
      <w:r>
        <w:rPr>
          <w:sz w:val="20"/>
        </w:rPr>
        <w:t>6:21  yani hamein is par naaz hona chahiye khush hona chahiye ke hamein kalma ki dolat mil gayi hai</w:t>
      </w:r>
      <w:r>
        <w:br/>
      </w:r>
      <w:r>
        <w:rPr>
          <w:sz w:val="20"/>
        </w:rPr>
        <w:t>6:29  kalma ki dolat yani hum ne kalma padh liya hai yani kalma padh liya to kalma ki dolat</w:t>
      </w:r>
      <w:r>
        <w:br/>
      </w:r>
      <w:r>
        <w:rPr>
          <w:sz w:val="20"/>
        </w:rPr>
        <w:t>6:35  mil gayi is par naaz hai hamein yeh bilkul galat tasawwur hai islam ka</w:t>
      </w:r>
      <w:r>
        <w:br/>
      </w:r>
      <w:r>
        <w:rPr>
          <w:sz w:val="20"/>
        </w:rPr>
        <w:t>6:43  to kalma padhna jo hai yeh asal kalma nahi hai kalma ki spirit ana</w:t>
      </w:r>
      <w:r>
        <w:br/>
      </w:r>
      <w:r>
        <w:rPr>
          <w:sz w:val="20"/>
        </w:rPr>
        <w:t>6:51  woh</w:t>
      </w:r>
      <w:r>
        <w:br/>
      </w:r>
      <w:r>
        <w:rPr>
          <w:sz w:val="20"/>
        </w:rPr>
        <w:t>6:51  hai asli kalma yani aap ne jo sab bole hain is ke andar ek spirit hai is ki</w:t>
      </w:r>
      <w:r>
        <w:br/>
      </w:r>
      <w:r>
        <w:rPr>
          <w:sz w:val="20"/>
        </w:rPr>
        <w:t>6:58  ek meaning hai is ki meaning ke aitbar se agar hamari zindagi mein aaya</w:t>
      </w:r>
      <w:r>
        <w:br/>
      </w:r>
      <w:r>
        <w:rPr>
          <w:sz w:val="20"/>
        </w:rPr>
        <w:t>7:05  kalma tab woh kalma hai warna kalma nahi hai</w:t>
      </w:r>
      <w:r>
        <w:br/>
      </w:r>
      <w:r>
        <w:rPr>
          <w:sz w:val="20"/>
        </w:rPr>
        <w:t>7:09  woh sirf recitation hai</w:t>
      </w:r>
      <w:r>
        <w:br/>
      </w:r>
      <w:r>
        <w:rPr>
          <w:sz w:val="20"/>
        </w:rPr>
        <w:t>7:12  aur yeh recitation is nothing</w:t>
      </w:r>
      <w:r>
        <w:br/>
      </w:r>
      <w:r>
        <w:rPr>
          <w:sz w:val="20"/>
        </w:rPr>
        <w:t>7:15  aisi namaz ka hai namaz ko log samajhte hain ke kuch rituals hain masjid mein gaye woh ritual</w:t>
      </w:r>
      <w:r>
        <w:br/>
      </w:r>
      <w:r>
        <w:rPr>
          <w:sz w:val="20"/>
        </w:rPr>
        <w:t>7:22  ada kar liye baat khatam</w:t>
      </w:r>
      <w:r>
        <w:br/>
      </w:r>
      <w:r>
        <w:rPr>
          <w:sz w:val="20"/>
        </w:rPr>
        <w:t>7:25  halanke yeh bilkul galat hai</w:t>
      </w:r>
      <w:r>
        <w:br/>
      </w:r>
      <w:r>
        <w:rPr>
          <w:sz w:val="20"/>
        </w:rPr>
        <w:t>7:29  yahan bhi namaz after namaz hai yani aap ne jo padhi namaz us ke</w:t>
      </w:r>
    </w:p>
    <w:p>
      <w:pPr>
        <w:pStyle w:val="Heading2"/>
      </w:pPr>
      <w:r>
        <w:t>Simplicity of the Prophet's iftar meal</w:t>
      </w:r>
    </w:p>
    <w:p>
      <w:r>
        <w:rPr>
          <w:color w:val="666666"/>
          <w:sz w:val="18"/>
        </w:rPr>
        <w:t>Importance and Virtues of Ramadan April 2, 2023 · 2m 06s · at 27:04 · https://youtu.be/M2Phb22Vw_4?t=1624</w:t>
      </w:r>
    </w:p>
    <w:p>
      <w:r>
        <w:rPr>
          <w:i/>
        </w:rPr>
        <w:t>“Prophet used to break his fast with moist dates”</w:t>
      </w:r>
    </w:p>
    <w:p>
      <w:r>
        <w:rPr>
          <w:sz w:val="20"/>
        </w:rPr>
        <w:t>27:04  iftar is not just a dinner, but it's a dinner combined with a spiritual experience. aur rasool ALLAH ah dua kiya karte thay iftar se pehle?</w:t>
      </w:r>
      <w:r>
        <w:br/>
      </w:r>
      <w:r>
        <w:rPr>
          <w:sz w:val="20"/>
        </w:rPr>
        <w:t>27:14  to dua ki kya ahmiyat hai iftar se pehle? is ke baray mein aap hum sab ko batain.</w:t>
      </w:r>
      <w:r>
        <w:br/>
      </w:r>
      <w:r>
        <w:rPr>
          <w:sz w:val="20"/>
        </w:rPr>
        <w:t>27:21  prophet muhammad s.a.w. jab iftar karte thay to kitabon mein aata hai ke woh moist dates se karte thay, jo khajoorain hoti hain bilkul paki hui, us ko rutab kehte hain.</w:t>
      </w:r>
      <w:r>
        <w:br/>
      </w:r>
      <w:r>
        <w:rPr>
          <w:sz w:val="20"/>
        </w:rPr>
        <w:t>27:33  agar woh ratab maujood nahin hai to woh ah dry dates use karte the, jis ko tamr kehte hain.</w:t>
      </w:r>
      <w:r>
        <w:br/>
      </w:r>
      <w:r>
        <w:rPr>
          <w:sz w:val="20"/>
        </w:rPr>
        <w:t>27:42  aur agar na ratab hai, na tamr hai, na dry dates hain, na moist dates hain to rasool Allah pani se iftar karte the. to</w:t>
      </w:r>
      <w:r>
        <w:br/>
      </w:r>
      <w:r>
        <w:rPr>
          <w:sz w:val="20"/>
        </w:rPr>
        <w:t>27:51  aaj kal log iftar mein khajoor se iftar karte hain, sunnat samajh ke, lekin darasal yeh sadgi ki example thi.</w:t>
      </w:r>
      <w:r>
        <w:br/>
      </w:r>
      <w:r>
        <w:rPr>
          <w:sz w:val="20"/>
        </w:rPr>
        <w:t>28:02  ab Prophet ke ghar mein us waqt Hazrat Aisha R.A. batati hain ke Prophet ki family ne kabhi do waqt khana nahin khaya, ek ke baad ek.</w:t>
      </w:r>
      <w:r>
        <w:br/>
      </w:r>
      <w:r>
        <w:rPr>
          <w:sz w:val="20"/>
        </w:rPr>
        <w:t>28:15  yani lunch kiya to dinner nahin hai, ji aur dinner kiya to lunch nahin hai. yeh halaat the</w:t>
      </w:r>
      <w:r>
        <w:br/>
      </w:r>
      <w:r>
        <w:rPr>
          <w:sz w:val="20"/>
        </w:rPr>
        <w:t>28:20  puri zindagi mein, yeh halaat rahe Rasool Allah ke. baad mein thoda behtar ho gaye. aur Hazrat Aisha R.A. batati hain ke agar Prophet ki family ne do waqt khana khaya to us mein ek waqt khajoor ho rahi hogi.</w:t>
      </w:r>
      <w:r>
        <w:br/>
      </w:r>
      <w:r>
        <w:rPr>
          <w:sz w:val="20"/>
        </w:rPr>
        <w:t>28:33  hmm to yeh sadgi. ab to yeh ho raha hai ke iftar to aap theek hai, khajoor se karen, sunnat yeh woh, lekin bohat hi aali shaan dastar khwan, lavish dinner, exotic food, ji j</w:t>
      </w:r>
      <w:r>
        <w:br/>
      </w:r>
      <w:r>
        <w:rPr>
          <w:sz w:val="20"/>
        </w:rPr>
        <w:t>28:45  y, woh saare jo tawajjuh hai, woh woh waqt jaise aap ne kaha, bohat qeemti dua ka waqt hai. is is se hat ke woh lag jata hai ke biryani kaisi hai aur yeh kya hai.</w:t>
      </w:r>
      <w:r>
        <w:br/>
      </w:r>
      <w:r>
        <w:rPr>
          <w:sz w:val="20"/>
        </w:rPr>
        <w:t>28:55  to saara saara zehan idhar chala jata hai. to sadgi bohat zaroori hai. aur aisi hadith mein aata hai ke ثلاثة لا ترد دعوتہم ke teen logon ki dua reject nahin hoti hai.</w:t>
      </w:r>
    </w:p>
    <w:p>
      <w:pPr>
        <w:pStyle w:val="Heading2"/>
      </w:pPr>
      <w:r>
        <w:t>Personal stories of extreme thirst and hunger while fasting</w:t>
      </w:r>
    </w:p>
    <w:p>
      <w:r>
        <w:rPr>
          <w:color w:val="666666"/>
          <w:sz w:val="18"/>
        </w:rPr>
        <w:t>The Spirit of Roza Sept 7, 2008 · 1m 53s · at 10:11 · https://youtu.be/C9G1oBdqoKk?t=611</w:t>
      </w:r>
    </w:p>
    <w:p>
      <w:r>
        <w:rPr>
          <w:i/>
        </w:rPr>
        <w:t>“Dilli mein jab aaya tha, mai-june mein roza pad gaya”</w:t>
      </w:r>
    </w:p>
    <w:p>
      <w:r>
        <w:rPr>
          <w:sz w:val="20"/>
        </w:rPr>
        <w:t>10:11  tab hum zameen pe chal paate hain. mujhe aise tajrube hue hain zaati taur par. maslan aik baar dilli mein jab aaya tha mein shuru mein to May June ke mahine mein roza pad gaya.</w:t>
      </w:r>
      <w:r>
        <w:br/>
      </w:r>
      <w:r>
        <w:rPr>
          <w:sz w:val="20"/>
        </w:rPr>
        <w:t>10:28  bohat garmi thi.</w:t>
      </w:r>
      <w:r>
        <w:br/>
      </w:r>
      <w:r>
        <w:rPr>
          <w:sz w:val="20"/>
        </w:rPr>
        <w:t>10:31  to mujhe jana pada shahar mein kisi kaam se. phir mujhe aik aik meeting mein jana tha jahan Hindu logon ne organize kiya tha is ko.</w:t>
      </w:r>
      <w:r>
        <w:br/>
      </w:r>
      <w:r>
        <w:rPr>
          <w:sz w:val="20"/>
        </w:rPr>
        <w:t>10:44  to wahan gaya mein. ab bohat hi pyas lag chuki thi. garmi mein bahar raha mein.</w:t>
      </w:r>
      <w:r>
        <w:br/>
      </w:r>
      <w:r>
        <w:rPr>
          <w:sz w:val="20"/>
        </w:rPr>
        <w:t>10:53  bohat zyada pyas lag chuki thi.</w:t>
      </w:r>
      <w:r>
        <w:br/>
      </w:r>
      <w:r>
        <w:rPr>
          <w:sz w:val="20"/>
        </w:rPr>
        <w:t>10:56  ab jab mein wahan sham ka time hua</w:t>
      </w:r>
      <w:r>
        <w:br/>
      </w:r>
      <w:r>
        <w:rPr>
          <w:sz w:val="20"/>
        </w:rPr>
        <w:t>11:00  to wahan kuch khane peene ka bhi saman tha. lekin jab pani peene laga to mein peete hi chala gaya. pata nahi das glass, barah glass kitna pi gaya mein.</w:t>
      </w:r>
      <w:r>
        <w:br/>
      </w:r>
      <w:r>
        <w:rPr>
          <w:sz w:val="20"/>
        </w:rPr>
        <w:t>11:09  to pet bilkul pani se bhar gaya. yaani khane qabil nahi raha mein.</w:t>
      </w:r>
      <w:r>
        <w:br/>
      </w:r>
      <w:r>
        <w:rPr>
          <w:sz w:val="20"/>
        </w:rPr>
        <w:t>11:18  to Quran mein hai ke "washaribo al-hameem". is ka mujhe tajurba hua.</w:t>
      </w:r>
      <w:r>
        <w:br/>
      </w:r>
      <w:r>
        <w:rPr>
          <w:sz w:val="20"/>
        </w:rPr>
        <w:t>11:24  piya chala gaya, peeta chala gaya, peeta chala gaya. aise hi aik baar mujhe do din mujhe bhooka rehna pada kisi wajah se.</w:t>
      </w:r>
      <w:r>
        <w:br/>
      </w:r>
      <w:r>
        <w:rPr>
          <w:sz w:val="20"/>
        </w:rPr>
        <w:t>11:34  South mein tha us waqt mein. to kahani mein padhte the hum ke aankh ke samne andhera chha gaya. to waqatan meri aankhon ke samne andhera chha gaya tha.</w:t>
      </w:r>
      <w:r>
        <w:br/>
      </w:r>
      <w:r>
        <w:rPr>
          <w:sz w:val="20"/>
        </w:rPr>
        <w:t>11:46  kuch mujhe dikhai nahi deta tha. do din ki bhook se aisa hua.</w:t>
      </w:r>
      <w:r>
        <w:br/>
      </w:r>
      <w:r>
        <w:rPr>
          <w:sz w:val="20"/>
        </w:rPr>
        <w:t>11:53  to aadmi yeh soche ke kitni bari yeh nemat hai jo koi price diye baghair hamein Khuda ki taraf se hairan mil rahi hai.</w:t>
      </w:r>
    </w:p>
    <w:p>
      <w:pPr>
        <w:pStyle w:val="Heading2"/>
      </w:pPr>
      <w:r>
        <w:t>Fasting removes barriers so true nature unfolds</w:t>
      </w:r>
    </w:p>
    <w:p>
      <w:r>
        <w:rPr>
          <w:color w:val="666666"/>
          <w:sz w:val="18"/>
        </w:rPr>
        <w:t>Ramadan The Month of Fasting July 31, 2011 · 2m 48s · at 1:33 · https://youtu.be/4W4Dg7zt0DM?t=93</w:t>
      </w:r>
    </w:p>
    <w:p>
      <w:r>
        <w:rPr>
          <w:i/>
        </w:rPr>
        <w:t>“Iska Arabi lafz hai 'sawm' — restraining”</w:t>
      </w:r>
    </w:p>
    <w:p>
      <w:r>
        <w:rPr>
          <w:sz w:val="20"/>
        </w:rPr>
        <w:t>1:33  is ko arabi mein jo lafz hai woh hai saum. saum ke maani hote hain abstinence, rukna.</w:t>
      </w:r>
      <w:r>
        <w:br/>
      </w:r>
      <w:r>
        <w:rPr>
          <w:sz w:val="20"/>
        </w:rPr>
        <w:t>1:44  toh kaha ke yeh rukne ka roza hai, abstinence ka roza hai. rukna kya cheez hai? yeh koi mamooli baat nahin hai.</w:t>
      </w:r>
      <w:r>
        <w:br/>
      </w:r>
      <w:r>
        <w:rPr>
          <w:sz w:val="20"/>
        </w:rPr>
        <w:t>1:57  rukna ka matlab hota hai rukawat ko hatana. rukawat ko hatana, yeh rukna hai.</w:t>
      </w:r>
      <w:r>
        <w:br/>
      </w:r>
      <w:r>
        <w:rPr>
          <w:sz w:val="20"/>
        </w:rPr>
        <w:t>2:09  toh asal yeh hai ke insaan jo hai woh paida kiya gaya hai nature par. fitrat allahi allati fatara annasa alaiha ke saari neki, saari virtue,</w:t>
      </w:r>
      <w:r>
        <w:br/>
      </w:r>
      <w:r>
        <w:rPr>
          <w:sz w:val="20"/>
        </w:rPr>
        <w:t>2:25  woh saari baat jo insaan ke liye</w:t>
      </w:r>
      <w:r>
        <w:br/>
      </w:r>
      <w:r>
        <w:rPr>
          <w:sz w:val="20"/>
        </w:rPr>
        <w:t>2:31  success aur salvation ka zariya hai, woh insaan ke andar interior on hai.</w:t>
      </w:r>
      <w:r>
        <w:br/>
      </w:r>
      <w:r>
        <w:rPr>
          <w:sz w:val="20"/>
        </w:rPr>
        <w:t>2:40  already maujood hai woh. lekin duniya mein aa chuka hai, hum haalat e imtehan mein hain, insaan ko azadi mili hui hai.</w:t>
      </w:r>
      <w:r>
        <w:br/>
      </w:r>
      <w:r>
        <w:rPr>
          <w:sz w:val="20"/>
        </w:rPr>
        <w:t>2:49  toh woh rukawat aa jati hai, conditioning ho jati hai. toh yeh jo conditioning hoti hai, rukawat hoti hai, is ko hatana,</w:t>
      </w:r>
      <w:r>
        <w:br/>
      </w:r>
      <w:r>
        <w:rPr>
          <w:sz w:val="20"/>
        </w:rPr>
        <w:t>3:04  is ke liye yeh mahina hai.</w:t>
      </w:r>
      <w:r>
        <w:br/>
      </w:r>
      <w:r>
        <w:rPr>
          <w:sz w:val="20"/>
        </w:rPr>
        <w:t>3:07  hitatehi asalhaqeeqat aapkesamne aati hai. jaise aap dekhen, yeh glass hai, ismein pani hai. pani ek liquid cheez hai, ek seal cheez hai.</w:t>
      </w:r>
      <w:r>
        <w:br/>
      </w:r>
      <w:r>
        <w:rPr>
          <w:sz w:val="20"/>
        </w:rPr>
        <w:t>3:18  woh apne aap mein girne ke liye tayyar hai. apne aap mein woh girne ke liye tayyar hai. lekin iske upar agar aap ek yeh ek cover fix kar dein toh phir nahi girega woh.</w:t>
      </w:r>
      <w:r>
        <w:br/>
      </w:r>
      <w:r>
        <w:rPr>
          <w:sz w:val="20"/>
        </w:rPr>
        <w:t>3:32  andar pada rahega woh.</w:t>
      </w:r>
      <w:r>
        <w:br/>
      </w:r>
      <w:r>
        <w:rPr>
          <w:sz w:val="20"/>
        </w:rPr>
        <w:t>3:35  aise hi nature mein jo</w:t>
      </w:r>
      <w:r>
        <w:br/>
      </w:r>
      <w:r>
        <w:rPr>
          <w:sz w:val="20"/>
        </w:rPr>
        <w:t>3:42  true choices hain, jo sachai hai, jo achhi baatein hain, woh apne aap mein unfold hone ke liye tayyar hain.</w:t>
      </w:r>
      <w:r>
        <w:br/>
      </w:r>
      <w:r>
        <w:rPr>
          <w:sz w:val="20"/>
        </w:rPr>
        <w:t>3:52  toh goya ke roze ka matlab yeh hai ke rukawaton ko door karna taake nature unfold hone lage. nature zahir hone lage.</w:t>
      </w:r>
      <w:r>
        <w:br/>
      </w:r>
      <w:r>
        <w:rPr>
          <w:sz w:val="20"/>
        </w:rPr>
        <w:t>4:06  yeh hai roza. toh yeh jo khana peena ko chhodna hai, yeh symbol kahe, yaani alamati taur par chhodna hai.</w:t>
      </w:r>
    </w:p>
    <w:p>
      <w:pPr>
        <w:pStyle w:val="Heading2"/>
      </w:pPr>
      <w:r>
        <w:t>Memorized prayer books versus dua from the heart</w:t>
      </w:r>
    </w:p>
    <w:p>
      <w:r>
        <w:rPr>
          <w:color w:val="666666"/>
          <w:sz w:val="18"/>
        </w:rPr>
        <w:t>The Importance of Dua December 15, 2006 · 2m 20s · at 32:42 · https://youtu.be/u4cSEoh_mfY?t=1962</w:t>
      </w:r>
    </w:p>
    <w:p>
      <w:r>
        <w:rPr>
          <w:i/>
        </w:rPr>
        <w:t>“Reciting memorized prayers isn't real dua at all”</w:t>
      </w:r>
    </w:p>
    <w:p>
      <w:r>
        <w:rPr>
          <w:sz w:val="20"/>
        </w:rPr>
        <w:t>32:42  lekin haqeeqi dua yeh nahi hai. haqeeqi dua kya hai? woh mein batata hoon aap ko aik hadith ki roshni mein.</w:t>
      </w:r>
      <w:r>
        <w:br/>
      </w:r>
      <w:r>
        <w:rPr>
          <w:sz w:val="20"/>
        </w:rPr>
        <w:t>32:52  dekhiye, aik hadith hai. aap ne farmaya, yaani prophet ne farmaya:</w:t>
      </w:r>
      <w:r>
        <w:br/>
      </w:r>
      <w:r>
        <w:rPr>
          <w:sz w:val="20"/>
        </w:rPr>
        <w:t>32:59  man futiha lahu bab ad dua futiha lahu abwab ar rahmah</w:t>
      </w:r>
      <w:r>
        <w:br/>
      </w:r>
      <w:r>
        <w:rPr>
          <w:sz w:val="20"/>
        </w:rPr>
        <w:t>33:09  man futiha lahu bab ad dua futiha lahu abwab ar rahmah. jis aadmi ke liye dua ka darwaza khul gaya</w:t>
      </w:r>
      <w:r>
        <w:br/>
      </w:r>
      <w:r>
        <w:rPr>
          <w:sz w:val="20"/>
        </w:rPr>
        <w:t>33:25  toh is ke liye rehmat ke barkat ke darwaze khul gaye. jis aadmi ke liye dua ka darwaza khol diya gaya, us ke liye barkat ke darwaze khol diye gaye.</w:t>
      </w:r>
      <w:r>
        <w:br/>
      </w:r>
      <w:r>
        <w:rPr>
          <w:sz w:val="20"/>
        </w:rPr>
        <w:t>33:47  is par ghor farmaiye. yeh kaun si dua hai?</w:t>
      </w:r>
      <w:r>
        <w:br/>
      </w:r>
      <w:r>
        <w:rPr>
          <w:sz w:val="20"/>
        </w:rPr>
        <w:t>33:51  itni bari baat aisi dua ke liye nahi ho sakti jo lafzi khidmat ho. ke aap ne rat liya, rat kar parh diya toh saare barkat ke darwaze aap ke liye khul gaye.</w:t>
      </w:r>
      <w:r>
        <w:br/>
      </w:r>
      <w:r>
        <w:rPr>
          <w:sz w:val="20"/>
        </w:rPr>
        <w:t>34:04  aap sochiye ke aisa ho sakta hai? yeh toh Khuda ki rehmat ka andaza lagana hai.</w:t>
      </w:r>
      <w:r>
        <w:br/>
      </w:r>
      <w:r>
        <w:rPr>
          <w:sz w:val="20"/>
        </w:rPr>
        <w:t>34:15  aik insaan bhi is se khush nahi hota ke aap rat kar ke ja kar is ke samne dohra</w:t>
      </w:r>
      <w:r>
        <w:br/>
      </w:r>
      <w:r>
        <w:rPr>
          <w:sz w:val="20"/>
        </w:rPr>
        <w:t>34:20  dein. is ko toh insaan bhi khush nahi hoga. insaan bhi apne khazane ke darwaze nahi kholega aap ke liye. ke rate hue alfaaz ja kar is ke samne dohra dein toh insaan apne saare khazane khol de.</w:t>
      </w:r>
      <w:r>
        <w:br/>
      </w:r>
      <w:r>
        <w:rPr>
          <w:sz w:val="20"/>
        </w:rPr>
        <w:t>34:34  kabhi aisa nahi hoga. toh aap Khuda ko kya samajhte hain? toh Khuda ko andaza lagana hai, agar aap yeh samjhein ke rate hue alfaaz ko zaban se dohrane ke liye dua aayi hai.</w:t>
      </w:r>
      <w:r>
        <w:br/>
      </w:r>
      <w:r>
        <w:rPr>
          <w:sz w:val="20"/>
        </w:rPr>
        <w:t>34:49  yeh hadith aayi hai ke jis ke liye dua ka darwaza khul jaye toh us ke liye barkat ke tamam darwaze khul gaye.</w:t>
      </w:r>
      <w:r>
        <w:br/>
      </w:r>
      <w:r>
        <w:rPr>
          <w:sz w:val="20"/>
        </w:rPr>
        <w:t>35:03  dekhiye, yeh dua jis is hadith mein jis dua ka zikr hai, woh dua kaun si dua hai?</w:t>
      </w:r>
    </w:p>
    <w:p>
      <w:pPr>
        <w:pStyle w:val="Heading2"/>
      </w:pPr>
      <w:r>
        <w:t>Quran abandoned and need for ijtihad</w:t>
      </w:r>
    </w:p>
    <w:p>
      <w:r>
        <w:rPr>
          <w:color w:val="666666"/>
          <w:sz w:val="18"/>
        </w:rPr>
        <w:t>AL RISALA JUNE 2017 - AUDIO VERSION · 2m 36s · at 14:24 · https://youtu.be/Qa5wquQq-s8?t=864</w:t>
      </w:r>
    </w:p>
    <w:p>
      <w:r>
        <w:rPr>
          <w:i/>
        </w:rPr>
        <w:t>“Quran kitab mahjour”</w:t>
      </w:r>
    </w:p>
    <w:p>
      <w:r>
        <w:rPr>
          <w:sz w:val="20"/>
        </w:rPr>
        <w:t>14:24  quran kitab mahjoor. quran ki aik ayat in alfaaz mein aayi hai: "wa qala ar-rasool: ya rabbi!</w:t>
      </w:r>
      <w:r>
        <w:br/>
      </w:r>
      <w:r>
        <w:rPr>
          <w:sz w:val="20"/>
        </w:rPr>
        <w:t>14:33  ana qaumun ittakhathoo al-qurana mahjoora". rasool kahega ke: "ae mir</w:t>
      </w:r>
      <w:r>
        <w:br/>
      </w:r>
      <w:r>
        <w:rPr>
          <w:sz w:val="20"/>
        </w:rPr>
        <w:t>14:41  e rab! meri qaum ne is quran ko chhori hui kitab bana diya". quran ko kitab mahjoor yaani abandoned book banane ka matlab kya hai?</w:t>
      </w:r>
      <w:r>
        <w:br/>
      </w:r>
      <w:r>
        <w:rPr>
          <w:sz w:val="20"/>
        </w:rPr>
        <w:t>14:52  is ka matlab yeh nahi hai ke baad ke zamane mein ummat aisa karegi ke woh quran ko kisi andhere goshe mein daal de aur woh is se koi ta'alluq na rakhe.</w:t>
      </w:r>
      <w:r>
        <w:br/>
      </w:r>
      <w:r>
        <w:rPr>
          <w:sz w:val="20"/>
        </w:rPr>
        <w:t>15:05  ummat khwah apne daur-e-zawaal mein ho, tab bhi is ke liye aisa karna bilkul naamumkin hai. quran baad ke zamane mein ummat ka fakhr yaani pride ban jaata hai.</w:t>
      </w:r>
      <w:r>
        <w:br/>
      </w:r>
      <w:r>
        <w:rPr>
          <w:sz w:val="20"/>
        </w:rPr>
        <w:t>15:18  phir kaise koi ummat aisa kar sakti hai ke woh quran ko apne liye aik chhori hui kitab bana de?</w:t>
      </w:r>
      <w:r>
        <w:br/>
      </w:r>
      <w:r>
        <w:rPr>
          <w:sz w:val="20"/>
        </w:rPr>
        <w:t>15:26  asal yeh hai ke halaat hamesha badalte rehte hain, sirf zamane ke aitbaar se nahi, balkeh roz-o-shab ke aitbaar se bhi.</w:t>
      </w:r>
      <w:r>
        <w:br/>
      </w:r>
      <w:r>
        <w:rPr>
          <w:sz w:val="20"/>
        </w:rPr>
        <w:t>15:35  mislan banu qareezah ki riwayat sahih bukhari hadith number 946 ke mutabiq chand ghanton ke andar bhi halaat badal sakte hain aur naye ijtihad ki zaroorat pesh aa sakti hai.</w:t>
      </w:r>
      <w:r>
        <w:br/>
      </w:r>
      <w:r>
        <w:rPr>
          <w:sz w:val="20"/>
        </w:rPr>
        <w:t>15:51  is liye quran ko kitab-e-hidayat banane ke liye zaroori hai ke ummat ke ulama aur rehnuma ijtihad ki salahiyat ke hamil hon.</w:t>
      </w:r>
      <w:r>
        <w:br/>
      </w:r>
      <w:r>
        <w:rPr>
          <w:sz w:val="20"/>
        </w:rPr>
        <w:t>16:02  woh har nayi soorat-e-haal mein quran ki tatbeeq-e-nau yaani re-application tayyar kar saken. woh quran ki abdi ta'limaat ki waqti tafseer daryaft karte rahen.</w:t>
      </w:r>
      <w:r>
        <w:br/>
      </w:r>
      <w:r>
        <w:rPr>
          <w:sz w:val="20"/>
        </w:rPr>
        <w:t>16:15  is maamle mein sahih tatbeeq ke liye zaroori hai ke aadmi waqt ke halaat ka nihayat sahih andaaza kar sake.</w:t>
      </w:r>
      <w:r>
        <w:br/>
      </w:r>
      <w:r>
        <w:rPr>
          <w:sz w:val="20"/>
        </w:rPr>
        <w:t>16:24  agar woh apni ghair-haqeeqat pasandana fikr ki bina par muwafiq soorat-e-haal ko apne liye mukhalif soorat-e-haal samajh le to woh badle hue halaat mein quran ki sahih tatbeeq daryaft karne mein nakaam rahega.</w:t>
      </w:r>
      <w:r>
        <w:br/>
      </w:r>
      <w:r>
        <w:rPr>
          <w:sz w:val="20"/>
        </w:rPr>
        <w:t>16:41  woh kisi hukum ka aisa mafhoom samajh lega jis ka quran se koi ta'alluq na hoga. is bina par quran ki durust tatbeeq ke liye zaroori hai ke aadmi ke andar durust fikr maujood ho.</w:t>
      </w:r>
    </w:p>
    <w:p>
      <w:pPr>
        <w:pStyle w:val="Heading2"/>
      </w:pPr>
      <w:r>
        <w:t>Fasting is ease not hardship</w:t>
      </w:r>
    </w:p>
    <w:p>
      <w:r>
        <w:rPr>
          <w:color w:val="666666"/>
          <w:sz w:val="18"/>
        </w:rPr>
        <w:t>The Spirit of Ramadan 5 Sept, 2010 - Maulana Wahiduddin Khan · 1m 47s · at 29:30 · https://youtu.be/2w5Tm9gWvPA?t=1770</w:t>
      </w:r>
    </w:p>
    <w:p>
      <w:r>
        <w:rPr>
          <w:i/>
        </w:rPr>
        <w:t>“Quran mein hai 'yuridullahu bikum al-yusr'.”</w:t>
      </w:r>
    </w:p>
    <w:p>
      <w:r>
        <w:rPr>
          <w:sz w:val="20"/>
        </w:rPr>
        <w:t>29:30  Quran mein hai ke jahan roze ka hukum aya hai wahan par hai ke ke Allah yusr chahta, yusr, usr nahi chahta. yadullah bikumul yusra walayud billukumul usra. yusr ke mane hote hain aasani, usr ke mane hote hain mushkil.</w:t>
      </w:r>
      <w:r>
        <w:br/>
      </w:r>
      <w:r>
        <w:rPr>
          <w:sz w:val="20"/>
        </w:rPr>
        <w:t>29:49  ab yahan par ghor kijiye ke yusr ka matlab kya hai? yani roza jo hai tumhare liye bator usr nahi hai, yani mushkil ke nahi hai, aasani ke taur par yeh hai.</w:t>
      </w:r>
      <w:r>
        <w:br/>
      </w:r>
      <w:r>
        <w:rPr>
          <w:sz w:val="20"/>
        </w:rPr>
        <w:t>30:02  is ka matlab kya hai? is ka main is ka matlab yeh samajh paya hoon</w:t>
      </w:r>
      <w:r>
        <w:br/>
      </w:r>
      <w:r>
        <w:rPr>
          <w:sz w:val="20"/>
        </w:rPr>
        <w:t>30:08  ke roza jo hai woh aap ko yani sirf yeh nahi ke bhooke rahen aap. agar sirf bhooke rehna hota to to to usr mushkil ban jata.</w:t>
      </w:r>
      <w:r>
        <w:br/>
      </w:r>
      <w:r>
        <w:rPr>
          <w:sz w:val="20"/>
        </w:rPr>
        <w:t>30:21  to bhooke rehna jo hai kisi aur cheez ke liye.</w:t>
      </w:r>
      <w:r>
        <w:br/>
      </w:r>
      <w:r>
        <w:rPr>
          <w:sz w:val="20"/>
        </w:rPr>
        <w:t>30:26  to it is not fitne ka hunger, but it is fitne ka of summer goal. Is ka matlab yeh hai ke sirf bhooka rakh kar ke tumhein musibat mein dalna yeh matlab nahi hai,</w:t>
      </w:r>
      <w:r>
        <w:br/>
      </w:r>
      <w:r>
        <w:rPr>
          <w:sz w:val="20"/>
        </w:rPr>
        <w:t>30:41  balkeh is ke zariye ek sabak dena tum ko, ek spiritual, spirituality paida karna tumhare andar, roohaniyat paida karna tumhare andar, Allah ki taraf tumhara dhyan jaye.</w:t>
      </w:r>
      <w:r>
        <w:br/>
      </w:r>
      <w:r>
        <w:rPr>
          <w:sz w:val="20"/>
        </w:rPr>
        <w:t>30:52  yeh sab paida karna</w:t>
      </w:r>
      <w:r>
        <w:br/>
      </w:r>
      <w:r>
        <w:rPr>
          <w:sz w:val="20"/>
        </w:rPr>
        <w:t>30:55  to yeh fateh seek of hunger nahi hai, fateh seek of higher goal hai. woh goal kya hai? wahi secondary banana cheezon ko aur Khuda ko primary banana.</w:t>
      </w:r>
      <w:r>
        <w:br/>
      </w:r>
      <w:r>
        <w:rPr>
          <w:sz w:val="20"/>
        </w:rPr>
        <w:t>31:09  is ki training hai, is ki tarbiyat hai, is ka sabaq hai.</w:t>
      </w:r>
      <w:r>
        <w:br/>
      </w:r>
      <w:r>
        <w:rPr>
          <w:sz w:val="20"/>
        </w:rPr>
        <w:t>31:13  yeh matlab hai.</w:t>
      </w:r>
    </w:p>
    <w:p>
      <w:pPr>
        <w:pStyle w:val="Heading2"/>
      </w:pPr>
      <w:r>
        <w:t>Iman is humanity's unique self-discovered knowledge of God</w:t>
      </w:r>
    </w:p>
    <w:p>
      <w:r>
        <w:rPr>
          <w:color w:val="666666"/>
          <w:sz w:val="18"/>
        </w:rPr>
        <w:t>Hadith-e-Jibril, April 21, 2013 · 2m 55s · at 26:43 · https://youtu.be/0rF6Ou0pDog?t=1603</w:t>
      </w:r>
    </w:p>
    <w:p>
      <w:r>
        <w:rPr>
          <w:i/>
        </w:rPr>
        <w:t>“ایمان جو ہے، عام طور پر لوگ سمجھتے ہیں کہ ایک کلمہ ہے”</w:t>
      </w:r>
    </w:p>
    <w:p>
      <w:r>
        <w:rPr>
          <w:sz w:val="20"/>
        </w:rPr>
        <w:t>26:43  qala fa akhbirni an al-iman. is ke baad aane wale ne kaha ke aye Muhammad, mujhe iman ke bare mein bataiye, iman kya hai?</w:t>
      </w:r>
      <w:r>
        <w:br/>
      </w:r>
      <w:r>
        <w:rPr>
          <w:sz w:val="20"/>
        </w:rPr>
        <w:t>26:56  dekhen, iman jo hai, aam taur par log samajhte hain ke ek kalma hai, is ko parh liya to iman hasil ho gaya. aisa nahi hai, woh kalma to ek alamat hai dakhili inqilab ki.</w:t>
      </w:r>
      <w:r>
        <w:br/>
      </w:r>
      <w:r>
        <w:rPr>
          <w:sz w:val="20"/>
        </w:rPr>
        <w:t>27:11  aadmi ke andar, is ke dakhil mein ek inqilab aata hai: spiritual inqilab, intellectual inqilab, zehni inqilab.</w:t>
      </w:r>
      <w:r>
        <w:br/>
      </w:r>
      <w:r>
        <w:rPr>
          <w:sz w:val="20"/>
        </w:rPr>
        <w:t>27:23  ek ek tabdeeli, ek change aati hai andar. is change ka izhaar karta hai woh kuch alfaaz ki surat mein, us ko hum kehte hain kalma iman.</w:t>
      </w:r>
      <w:r>
        <w:br/>
      </w:r>
      <w:r>
        <w:rPr>
          <w:sz w:val="20"/>
        </w:rPr>
        <w:t>27:36  to is ne yahi sawal kiya ke kalma iman kya hai? qala antumin billah.</w:t>
      </w:r>
      <w:r>
        <w:br/>
      </w:r>
      <w:r>
        <w:rPr>
          <w:sz w:val="20"/>
        </w:rPr>
        <w:t>27:46  woh aadmi ne kaha, is ke jawab mein Rasool Allah sallallahu alaihi wasallam ne jawab kaha ke tum Allah par iman lao.</w:t>
      </w:r>
      <w:r>
        <w:br/>
      </w:r>
      <w:r>
        <w:rPr>
          <w:sz w:val="20"/>
        </w:rPr>
        <w:t>27:52  dekhen, iman ka matlab bhi kya hai? iman ka matlab hai marifat, marifat yani realization, yani discovery, daryaft.</w:t>
      </w:r>
      <w:r>
        <w:br/>
      </w:r>
      <w:r>
        <w:rPr>
          <w:sz w:val="20"/>
        </w:rPr>
        <w:t>28:09  yani tum ek aisa insan bano jis ne Allah ko daryaft kiya ho, jis ne discovery ke darje mein Allah ko paya ho.</w:t>
      </w:r>
      <w:r>
        <w:br/>
      </w:r>
      <w:r>
        <w:rPr>
          <w:sz w:val="20"/>
        </w:rPr>
        <w:t>28:18  Yeh imaan hai.</w:t>
      </w:r>
      <w:r>
        <w:br/>
      </w:r>
      <w:r>
        <w:rPr>
          <w:sz w:val="20"/>
        </w:rPr>
        <w:t>28:25  To yeh bohat hi ajeeb cheez hai, yeh imaan. Dekhein, is dunya mein aap jante hain ke beshumar cheezein hain,</w:t>
      </w:r>
      <w:r>
        <w:br/>
      </w:r>
      <w:r>
        <w:rPr>
          <w:sz w:val="20"/>
        </w:rPr>
        <w:t>28:36  million million animal hain, pahad hain, samandar hain, darakht hain, beshumar cheezein hain: suraj hai, chand hai, galaxy hai, lekin koi bhi discovery ke darje mein daryaft nahi ki hui hai khaliq ko.</w:t>
      </w:r>
      <w:r>
        <w:br/>
      </w:r>
      <w:r>
        <w:rPr>
          <w:sz w:val="20"/>
        </w:rPr>
        <w:t>28:57  Yeh insaan ki anokhi sifat hai. Yeh bohat hi ajeeb cheez hai jo insaan ko hasil hai ke woh self discovered marifat par khada hota hai,</w:t>
      </w:r>
      <w:r>
        <w:br/>
      </w:r>
      <w:r>
        <w:rPr>
          <w:sz w:val="20"/>
        </w:rPr>
        <w:t>29:12  self discovered haqeeqat par khada hota hai. Yeh poori itni badi kainat hai, itni badi kainat hai, is mein koi doosra nahi hai jo insaan ka equal ho.</w:t>
      </w:r>
      <w:r>
        <w:br/>
      </w:r>
      <w:r>
        <w:rPr>
          <w:sz w:val="20"/>
        </w:rPr>
        <w:t>29:26  To kaisi ajeeb, kaisi unique sifat hai Allah ne insaan ko di hai ke woh self discovered marifat par khada ho, jis par farishte bhi rashk karein.</w:t>
      </w:r>
      <w:r>
        <w:br/>
      </w:r>
      <w:r>
        <w:rPr>
          <w:sz w:val="20"/>
        </w:rPr>
        <w:t>29:39  Wa malaikatahu wa kutubihu wa rusulih. Kitab par imaan lao, yani Allah ki kitab par, aur farishton par imaan lao, aur rasoolon par imaan lao.</w:t>
      </w:r>
    </w:p>
    <w:p>
      <w:pPr>
        <w:pStyle w:val="Heading2"/>
      </w:pPr>
      <w:r>
        <w:t>Turning riot into peace with tears</w:t>
      </w:r>
    </w:p>
    <w:p>
      <w:r>
        <w:rPr>
          <w:color w:val="666666"/>
          <w:sz w:val="18"/>
        </w:rPr>
        <w:t>Interaction with umries 25 july, 2019 - Maulana Wahiduddin Khan · 3m 09s · at 45:10 · https://youtu.be/MjQYVF1PwhM?t=2710</w:t>
      </w:r>
    </w:p>
    <w:p>
      <w:r>
        <w:rPr>
          <w:i/>
        </w:rPr>
        <w:t>“To jab mein khara hua ek tooti hui deewar par”</w:t>
      </w:r>
    </w:p>
    <w:p>
      <w:r>
        <w:rPr>
          <w:sz w:val="20"/>
        </w:rPr>
        <w:t>45:10  to jab main khaDa hua ek toTi hui deewar par</w:t>
      </w:r>
      <w:r>
        <w:br/>
      </w:r>
      <w:r>
        <w:rPr>
          <w:sz w:val="20"/>
        </w:rPr>
        <w:t>45:19  aur idhar udhar se dhuan nikal raha tha ke jalaya gaya hai yahan par, to main jab khaDa hua is par</w:t>
      </w:r>
      <w:r>
        <w:br/>
      </w:r>
      <w:r>
        <w:rPr>
          <w:sz w:val="20"/>
        </w:rPr>
        <w:t>45:32  to main jab bolna shuru kiya to mera haal ye tha ke munh se alfaaz to baat ko nikle aur aankhon aankhon se aansu behne lage</w:t>
      </w:r>
      <w:r>
        <w:br/>
      </w:r>
      <w:r>
        <w:rPr>
          <w:sz w:val="20"/>
        </w:rPr>
        <w:t>45:52  aur rote hue maine kaha tha wo deewar par khaDe ho kar ke</w:t>
      </w:r>
      <w:r>
        <w:br/>
      </w:r>
      <w:r>
        <w:rPr>
          <w:sz w:val="20"/>
        </w:rPr>
        <w:t>45:59  ye sab ye sab baqayda main is kitab mein parh sakte hain aap. aswar hind, aswar hind ek kitab hai, is mein tafsil se ye sab baatein maujud hain.</w:t>
      </w:r>
      <w:r>
        <w:br/>
      </w:r>
      <w:r>
        <w:rPr>
          <w:sz w:val="20"/>
        </w:rPr>
        <w:t>46:15  to jab maine kaha is toTi hui aur jali hui deewar par khaDe ho kar ke wo bolna shuru kiya aur ro raha tha, main to main ne kaha ke hum yahan is liye aaye hain,</w:t>
      </w:r>
      <w:r>
        <w:br/>
      </w:r>
      <w:r>
        <w:rPr>
          <w:sz w:val="20"/>
        </w:rPr>
        <w:t>46:37  us waqt bhi wahan par dhuan tha, aag ke nishanat the.</w:t>
      </w:r>
      <w:r>
        <w:br/>
      </w:r>
      <w:r>
        <w:rPr>
          <w:sz w:val="20"/>
        </w:rPr>
        <w:t>46:46  hum yahan is liye aaye hain ke jis aag ko,</w:t>
      </w:r>
      <w:r>
        <w:br/>
      </w:r>
      <w:r>
        <w:rPr>
          <w:sz w:val="20"/>
        </w:rPr>
        <w:t>46:55  jis aag ko government ke</w:t>
      </w:r>
      <w:r>
        <w:br/>
      </w:r>
      <w:r>
        <w:rPr>
          <w:sz w:val="20"/>
        </w:rPr>
        <w:t>47:03  fire brigade na bujha saka hai,</w:t>
      </w:r>
      <w:r>
        <w:br/>
      </w:r>
      <w:r>
        <w:rPr>
          <w:sz w:val="20"/>
        </w:rPr>
        <w:t>47:09  jis aag ko government ka fire brigade na bujha saka hai, us ko hum apni aankhon se, apne aansuon se bujha dein.</w:t>
      </w:r>
      <w:r>
        <w:br/>
      </w:r>
      <w:r>
        <w:rPr>
          <w:sz w:val="20"/>
        </w:rPr>
        <w:t>47:23  lambi taqreer nahi ki thi maine ke yeh jab maine kaha ke hum yahan is liye aaye hain ke jis aag ko government ka fire brigade na bujha saka,</w:t>
      </w:r>
      <w:r>
        <w:br/>
      </w:r>
      <w:r>
        <w:rPr>
          <w:sz w:val="20"/>
        </w:rPr>
        <w:t>47:40  us ko hum apne aansuon se bujha dein. to yeh main keh raha tha aur ro raha tha aur saare log lage rone, achaanak wahan ka mahaul badal gaya.</w:t>
      </w:r>
      <w:r>
        <w:br/>
      </w:r>
      <w:r>
        <w:rPr>
          <w:sz w:val="20"/>
        </w:rPr>
        <w:t>47:55  is ke baad jo jalsa hua to har aadmi bilkul alag andar ki boli bol raha tha aur saara mahaul bilkul aman aman paraan ban gaya tha, haalankeh wahan par nafrat aur yahi sab tha.</w:t>
      </w:r>
    </w:p>
    <w:p>
      <w:pPr>
        <w:pStyle w:val="Heading2"/>
      </w:pPr>
      <w:r>
        <w:t>Save from malice, adopt positive character</w:t>
      </w:r>
    </w:p>
    <w:p>
      <w:r>
        <w:rPr>
          <w:color w:val="666666"/>
          <w:sz w:val="18"/>
        </w:rPr>
        <w:t>Hadith Literature - Part-2 (English) March 08, 2007 Maulana Wahiduddin Khan · 1m 15s · at 35:34 · https://youtu.be/xFrbel0h2YQ?t=2134</w:t>
      </w:r>
    </w:p>
    <w:p>
      <w:r>
        <w:rPr>
          <w:i/>
        </w:rPr>
        <w:t>“Once Prophet saw a person, Prophet said, 'Want, do you want to find”</w:t>
      </w:r>
    </w:p>
    <w:p>
      <w:r>
        <w:rPr>
          <w:sz w:val="20"/>
        </w:rPr>
        <w:t>35:34  " The Prophet said that save yourself from malice.</w:t>
      </w:r>
      <w:r>
        <w:br/>
      </w:r>
      <w:r>
        <w:rPr>
          <w:sz w:val="20"/>
        </w:rPr>
        <w:t>35:44  Save yourself from malice.</w:t>
      </w:r>
      <w:r>
        <w:br/>
      </w:r>
      <w:r>
        <w:rPr>
          <w:sz w:val="20"/>
        </w:rPr>
        <w:t>35:55  You have to save yourself from malice, from negative thoughts.</w:t>
      </w:r>
      <w:r>
        <w:br/>
      </w:r>
      <w:r>
        <w:rPr>
          <w:sz w:val="20"/>
        </w:rPr>
        <w:t>36:05  This is very important.</w:t>
      </w:r>
      <w:r>
        <w:br/>
      </w:r>
      <w:r>
        <w:rPr>
          <w:sz w:val="20"/>
        </w:rPr>
        <w:t>36:16  If you want to receive blessings from God, if you want to find entry into Paradise, you have</w:t>
      </w:r>
      <w:r>
        <w:br/>
      </w:r>
      <w:r>
        <w:rPr>
          <w:sz w:val="20"/>
        </w:rPr>
        <w:t>36:26  to adopt this character.</w:t>
      </w:r>
      <w:r>
        <w:br/>
      </w:r>
      <w:r>
        <w:rPr>
          <w:sz w:val="20"/>
        </w:rPr>
        <w:t>36:37  You have to adopt this character. This character, in a single word, is a positive character.</w:t>
      </w:r>
      <w:r>
        <w:br/>
      </w:r>
      <w:r>
        <w:rPr>
          <w:sz w:val="20"/>
        </w:rPr>
        <w:t>36:49  So save yourself from a negative character and adopt the positive character in speech, in behaviour, in dealing, in everything.</w:t>
      </w:r>
    </w:p>
    <w:p>
      <w:pPr>
        <w:pStyle w:val="Heading2"/>
      </w:pPr>
      <w:r>
        <w:t>Inner content of prayer is Taqwa</w:t>
      </w:r>
    </w:p>
    <w:p>
      <w:r>
        <w:rPr>
          <w:color w:val="666666"/>
          <w:sz w:val="18"/>
        </w:rPr>
        <w:t>Islamic Prayer (Part 1) (English) February 27, 2007 Maulana Wahiduddin Khan · 2m 44s · at 18:32 · https://youtu.be/p_6r0MDbHmY?t=1112</w:t>
      </w:r>
    </w:p>
    <w:p>
      <w:r>
        <w:rPr>
          <w:i/>
        </w:rPr>
        <w:t>“But only form is not the whole Namaaz”</w:t>
      </w:r>
    </w:p>
    <w:p>
      <w:r>
        <w:rPr>
          <w:sz w:val="20"/>
        </w:rPr>
        <w:t>18:32  So there is a form of Namaz, a complete form. But only form is not the whole Namaz.</w:t>
      </w:r>
      <w:r>
        <w:br/>
      </w:r>
      <w:r>
        <w:rPr>
          <w:sz w:val="20"/>
        </w:rPr>
        <w:t>18:45  In every Namaz, in every Salat, there are two aspects. It is outer form and its inner content. So inner content is Taqwa, fear of God.</w:t>
      </w:r>
      <w:r>
        <w:br/>
      </w:r>
      <w:r>
        <w:rPr>
          <w:sz w:val="20"/>
        </w:rPr>
        <w:t>19:09  And in the outer content, there is Ruku and Sujudah and Qiyam. Qiyam and Ruku or Sujudah are its outer form. And the inner form is Taqwa, fear of God.</w:t>
      </w:r>
      <w:r>
        <w:br/>
      </w:r>
      <w:r>
        <w:rPr>
          <w:sz w:val="20"/>
        </w:rPr>
        <w:t>19:28  There is a Hadith, "La Salat lamallam yatakhsha." Only that Namaz is Namaz in which there is Taqwa.</w:t>
      </w:r>
      <w:r>
        <w:br/>
      </w:r>
      <w:r>
        <w:rPr>
          <w:sz w:val="20"/>
        </w:rPr>
        <w:t>19:40  It means that without Taqwa, without fear of God, Namaz is nothing.</w:t>
      </w:r>
      <w:r>
        <w:br/>
      </w:r>
      <w:r>
        <w:rPr>
          <w:sz w:val="20"/>
        </w:rPr>
        <w:t>19:52  There is a Hadith that one day the Prophet was sitting in the mosque of Madinah.</w:t>
      </w:r>
      <w:r>
        <w:br/>
      </w:r>
      <w:r>
        <w:rPr>
          <w:sz w:val="20"/>
        </w:rPr>
        <w:t>20:04  Then a person came, a Muslim came over there.</w:t>
      </w:r>
      <w:r>
        <w:br/>
      </w:r>
      <w:r>
        <w:rPr>
          <w:sz w:val="20"/>
        </w:rPr>
        <w:t>20:16  He performed Namaz, perhaps Salatul, perhaps Tahiyyatul Masjid.</w:t>
      </w:r>
      <w:r>
        <w:br/>
      </w:r>
      <w:r>
        <w:rPr>
          <w:sz w:val="20"/>
        </w:rPr>
        <w:t>20:28  Then he came to the Prophet and said, "Assalamu Alaikum." The Prophet said, "It means that go back</w:t>
      </w:r>
      <w:r>
        <w:br/>
      </w:r>
      <w:r>
        <w:rPr>
          <w:sz w:val="20"/>
        </w:rPr>
        <w:t>20:40  and perform again your Namaz." You see, this person has already performed the Namaz, but his Namaz was</w:t>
      </w:r>
      <w:r>
        <w:br/>
      </w:r>
      <w:r>
        <w:rPr>
          <w:sz w:val="20"/>
        </w:rPr>
        <w:t>20:52  only in its outer form, its external form, in the form of Qiyam and Ruku and Sujudah.</w:t>
      </w:r>
      <w:r>
        <w:br/>
      </w:r>
      <w:r>
        <w:rPr>
          <w:sz w:val="20"/>
        </w:rPr>
        <w:t>21:04  But inner spirit was absent in his Namaz.</w:t>
      </w:r>
      <w:r>
        <w:br/>
      </w:r>
      <w:r>
        <w:rPr>
          <w:sz w:val="20"/>
        </w:rPr>
        <w:t>21:16  But the inner spirit was absent in his Namaz.</w:t>
      </w:r>
    </w:p>
    <w:p>
      <w:pPr>
        <w:pStyle w:val="Heading2"/>
      </w:pPr>
      <w:r>
        <w:t>Multiplied rewards in Ramadan and its annual refresher effect</w:t>
      </w:r>
    </w:p>
    <w:p>
      <w:r>
        <w:rPr>
          <w:color w:val="666666"/>
          <w:sz w:val="18"/>
        </w:rPr>
        <w:t>Message of Ramadan April 9, 2023 Prof. Farida Khanam · 2m 06s · at 44:02 · https://youtu.be/z-jsHB1vlV4?t=2642</w:t>
      </w:r>
    </w:p>
    <w:p>
      <w:r>
        <w:rPr>
          <w:i/>
        </w:rPr>
        <w:t>“Today God multiplies every good deed, ten to 700 times”</w:t>
      </w:r>
    </w:p>
    <w:p>
      <w:r>
        <w:rPr>
          <w:sz w:val="20"/>
        </w:rPr>
        <w:t>44:02  to aaj har negi ka aaj Allah taala bahut zyada badha ke dete hain.</w:t>
      </w:r>
      <w:r>
        <w:br/>
      </w:r>
      <w:r>
        <w:rPr>
          <w:sz w:val="20"/>
        </w:rPr>
        <w:t>44:28  das guna se 700 guna tak.</w:t>
      </w:r>
      <w:r>
        <w:br/>
      </w:r>
      <w:r>
        <w:rPr>
          <w:sz w:val="20"/>
        </w:rPr>
        <w:t>44:54  to khayeshad ke khilaf jihad. to yeh ek sacrifice ke level par hota hai to allah taala uska bohat ziyada aj denge. in nafs sab roon aj roon bagairhi sab. to yeh hai usmein khana, pani, neend aur doosre kuch mamulat usko sab jo hai woh tootte hain hamare.</w:t>
      </w:r>
      <w:r>
        <w:br/>
      </w:r>
      <w:r>
        <w:rPr>
          <w:sz w:val="20"/>
        </w:rPr>
        <w:t>45:20  to is wajah se uska ajar bohat ziyada ho jata hai aur phir uske usko hum sahi tarike se jab hum istemal karen apne time ka quran padhen, usko samjhen, uske upar mehnat karen, usko samajhne mein tafseel padhen, to usko apni zindagi mein apply karen. har negi ka kaam karen matlab yeh nahi ke sirf bhook pyas balki har negi ka kaam karen jaise apna taskiya nafs hai.</w:t>
      </w:r>
      <w:r>
        <w:br/>
      </w:r>
      <w:r>
        <w:rPr>
          <w:sz w:val="20"/>
        </w:rPr>
        <w:t>45:46  to is tarike se har negi ka jab hum kaam karenge to uska ajar jo hai behisab milega aur ek ek ramadan jo hai ek qism ki annual rehearsal ho jayegi ke har saal ek mahine ka humein ek refresher course karaya jata hai aur uske baad hum bilkul taza dam ho jate hain spiritually.</w:t>
      </w:r>
      <w:r>
        <w:br/>
      </w:r>
      <w:r>
        <w:rPr>
          <w:sz w:val="20"/>
        </w:rPr>
        <w:t>46:08  taki hum saal bhar ek spiritual person ki hasiyat se society mein apna role ada karein aur khaas</w:t>
      </w:r>
    </w:p>
    <w:p>
      <w:pPr>
        <w:pStyle w:val="Heading2"/>
      </w:pPr>
      <w:r>
        <w:t>Everything you earn actually belongs to God</w:t>
      </w:r>
    </w:p>
    <w:p>
      <w:r>
        <w:rPr>
          <w:color w:val="666666"/>
          <w:sz w:val="18"/>
        </w:rPr>
        <w:t>Spirit of Zakat May 4, 2007 Maulana Wahiduddin Khan · 2m 59s · at 2:02 · https://youtu.be/oj5_5pFnmHk?t=122</w:t>
      </w:r>
    </w:p>
    <w:p>
      <w:r>
        <w:rPr>
          <w:i/>
        </w:rPr>
        <w:t>“Everything you use to earn is God-given”</w:t>
      </w:r>
    </w:p>
    <w:p>
      <w:r>
        <w:rPr>
          <w:sz w:val="20"/>
        </w:rPr>
        <w:t>2:02  is kamai mein aadmi jin cheezon ko istemal karta hai, woh sab ke sab khuda ki di hui hain.</w:t>
      </w:r>
      <w:r>
        <w:br/>
      </w:r>
      <w:r>
        <w:rPr>
          <w:sz w:val="20"/>
        </w:rPr>
        <w:t>2:14  aadmi ki apni zaat, is ka dimagh, is ki zabaan, is ka kaan, is ki aankh, yeh sab kuch khuda ka diya hua hai.</w:t>
      </w:r>
      <w:r>
        <w:br/>
      </w:r>
      <w:r>
        <w:rPr>
          <w:sz w:val="20"/>
        </w:rPr>
        <w:t>2:26  inhi ko istemal kar ke woh kamai karta hai. phir dekhiye, apni zaat ke bahir bohat sari cheezein hain</w:t>
      </w:r>
      <w:r>
        <w:br/>
      </w:r>
      <w:r>
        <w:rPr>
          <w:sz w:val="20"/>
        </w:rPr>
        <w:t>2:39  jo agar na hon to aadmi kuch bhi nahi kar sakta. in ko kaha jata hai life support system.</w:t>
      </w:r>
      <w:r>
        <w:br/>
      </w:r>
      <w:r>
        <w:rPr>
          <w:sz w:val="20"/>
        </w:rPr>
        <w:t>2:50  jaise suraj ki roshni.</w:t>
      </w:r>
      <w:r>
        <w:br/>
      </w:r>
      <w:r>
        <w:rPr>
          <w:sz w:val="20"/>
        </w:rPr>
        <w:t>2:54  aap jante hain ke roshni na ho to sirf aankh se hum kuch dekh nahi sakte. hua agar hawa na ho to hum kaan se kuch sun nahi sakte.</w:t>
      </w:r>
      <w:r>
        <w:br/>
      </w:r>
      <w:r>
        <w:rPr>
          <w:sz w:val="20"/>
        </w:rPr>
        <w:t>3:07  zabaan se bolen, zabaan se bolen to doosre ko woh sunai nahi de ga. zameen mein jo kashish hai, agar woh na ho to hum na is pe chal saken, na is pe ghar bana saken.</w:t>
      </w:r>
      <w:r>
        <w:br/>
      </w:r>
      <w:r>
        <w:rPr>
          <w:sz w:val="20"/>
        </w:rPr>
        <w:t>3:22  to is tarah ki anginat cheezein hain, anginat cheezein hain, jo goya ke khudai infrastructure hain ya life support system kaha jata hai in ko.</w:t>
      </w:r>
      <w:r>
        <w:br/>
      </w:r>
      <w:r>
        <w:rPr>
          <w:sz w:val="20"/>
        </w:rPr>
        <w:t>3:37  to yeh cheezein agar na hon to aadmi koi bhi kaam nahi kar sakta.</w:t>
      </w:r>
      <w:r>
        <w:br/>
      </w:r>
      <w:r>
        <w:rPr>
          <w:sz w:val="20"/>
        </w:rPr>
        <w:t>3:44  to jo aadmi paisa kamata hai, jo maal kamata hai, is mein agar dekha jaye to insaan ka sirf insaan ka jo hissa hai, woh sirf irade ke بقدر hai.</w:t>
      </w:r>
      <w:r>
        <w:br/>
      </w:r>
      <w:r>
        <w:rPr>
          <w:sz w:val="20"/>
        </w:rPr>
        <w:t>4:01  yani is ne irada kiya ke woh kamai kare. bas irade ke bahir jo kuch bhi is ne kiya, woh sab khuda ka diya hua tha.</w:t>
      </w:r>
      <w:r>
        <w:br/>
      </w:r>
      <w:r>
        <w:rPr>
          <w:sz w:val="20"/>
        </w:rPr>
        <w:t>4:11  yani ek percent se bhi kam hai aadmi ka apna hissa. is liye kaha gaya ke yeh sab wa'atu haqqahu yawma hasadihi yani khuda ka haq do.</w:t>
      </w:r>
      <w:r>
        <w:br/>
      </w:r>
      <w:r>
        <w:rPr>
          <w:sz w:val="20"/>
        </w:rPr>
        <w:t>4:31  apni kamai mein se khuda ka haq do. yeh jo zakat hai ya ushr hai, yeh</w:t>
      </w:r>
      <w:r>
        <w:br/>
      </w:r>
      <w:r>
        <w:rPr>
          <w:sz w:val="20"/>
        </w:rPr>
        <w:t>4:42  insaan ka atiya nahi hai. yeh khuda ka haq hai jis ko woh lotata hai. wa'atu haqqahu yawma hasadihi is ko kaha gaya hai haq ul maal.</w:t>
      </w:r>
    </w:p>
    <w:p>
      <w:pPr>
        <w:pStyle w:val="Heading2"/>
      </w:pPr>
      <w:r>
        <w:t>the universe's self-evident testimony to its Creator explained</w:t>
      </w:r>
    </w:p>
    <w:p>
      <w:r>
        <w:rPr>
          <w:color w:val="666666"/>
          <w:sz w:val="18"/>
        </w:rPr>
        <w:t>Message of Eid-al-Fitr May 03, 2022 Prof. Farida Khanam &amp; Dr. Saniyasnain Khan · 1m 14s · at 12:12 · https://youtu.be/wMBqbwZ8gEs?t=732</w:t>
      </w:r>
    </w:p>
    <w:p>
      <w:r>
        <w:rPr>
          <w:i/>
        </w:rPr>
        <w:t>“Phir doosri shahadat kayanat ne di, universe ne”</w:t>
      </w:r>
    </w:p>
    <w:p>
      <w:r>
        <w:rPr>
          <w:sz w:val="20"/>
        </w:rPr>
        <w:t>12:12  aur phir doosri shahadat kainath ne di, universe ne.</w:t>
      </w:r>
      <w:r>
        <w:br/>
      </w:r>
      <w:r>
        <w:rPr>
          <w:sz w:val="20"/>
        </w:rPr>
        <w:t>12:20  kainath ki jo shahadat thi wo ek alag tarah ki shahadat thi.</w:t>
      </w:r>
      <w:r>
        <w:br/>
      </w:r>
      <w:r>
        <w:rPr>
          <w:sz w:val="20"/>
        </w:rPr>
        <w:t>12:28  jisko Maulana ne kaha tha self evident shahadat ya zubane haal mein shahadat.</w:t>
      </w:r>
      <w:r>
        <w:br/>
      </w:r>
      <w:r>
        <w:rPr>
          <w:sz w:val="20"/>
        </w:rPr>
        <w:t>12:36  zubane haal ka matlab hota hai unspoken words.</w:t>
      </w:r>
      <w:r>
        <w:br/>
      </w:r>
      <w:r>
        <w:rPr>
          <w:sz w:val="20"/>
        </w:rPr>
        <w:t>12:44  yani agar koi, koi building hai jaise koi tower hai aap dekhte hain aajkal, to wo tower khud keh raha hota hai ki koi mera builder hai, koi mera architect hai, koi mera engineer hai jisne mujhe banaya hai.</w:t>
      </w:r>
      <w:r>
        <w:br/>
      </w:r>
      <w:r>
        <w:rPr>
          <w:sz w:val="20"/>
        </w:rPr>
        <w:t>12:58  to isi tarah se jo poori kainat hai, zarra zarra yeh keh raha hai ki koi mera khaliq hai, koi mera malik hai, koi khallaq hai, koi thamne wala hai, koi sustainer hai. to isko Maulana ne kaha ki yeh self evident shahadat hai ya zubane haal mein.</w:t>
      </w:r>
      <w:r>
        <w:br/>
      </w:r>
      <w:r>
        <w:rPr>
          <w:sz w:val="20"/>
        </w:rPr>
        <w:t>13:26  phir bahut lamba arsa guzra, billions saal guzre aur universe ko ye intezar tha ke koi ho jo</w:t>
      </w:r>
    </w:p>
    <w:p>
      <w:pPr>
        <w:pStyle w:val="Heading2"/>
      </w:pPr>
      <w:r>
        <w:t>the difference between lying and acting out a lie</w:t>
      </w:r>
    </w:p>
    <w:p>
      <w:r>
        <w:rPr>
          <w:color w:val="666666"/>
          <w:sz w:val="18"/>
        </w:rPr>
        <w:t>Ramadan The Month of Fasting August 29, 2008 Maulana Wahiduddin Khan · 2m 11s · at 35:48 · https://youtu.be/DcDEAI5bgAg?t=2148</w:t>
      </w:r>
    </w:p>
    <w:p>
      <w:r>
        <w:rPr>
          <w:i/>
        </w:rPr>
        <w:t>“What is lying, and what is acting on a lie?”</w:t>
      </w:r>
    </w:p>
    <w:p>
      <w:r>
        <w:rPr>
          <w:sz w:val="20"/>
        </w:rPr>
        <w:t>35:48  ke jhoot kya hai aur jhoot par amal karna kya hai. Kyunke dekhiye, do lafz aaye hain</w:t>
      </w:r>
      <w:r>
        <w:br/>
      </w:r>
      <w:r>
        <w:rPr>
          <w:sz w:val="20"/>
        </w:rPr>
        <w:t>35:57  ke jisne jhoot bolna aur jhoot par amal karna na chora to iska matlab kya hai? To jhoot bolna yeh hai ke aap ek aisi baat bolein jo aap ko karna nahi hai.</w:t>
      </w:r>
      <w:r>
        <w:br/>
      </w:r>
      <w:r>
        <w:rPr>
          <w:sz w:val="20"/>
        </w:rPr>
        <w:t>36:12  jhoot bolna yeh hai ke aap ek aisi baat bolein jis ko aap ko karna nahi hai. Kisi aadmi ne aap se madad mangi, koi zaroorat thi, us ko</w:t>
      </w:r>
      <w:r>
        <w:br/>
      </w:r>
      <w:r>
        <w:rPr>
          <w:sz w:val="20"/>
        </w:rPr>
        <w:t>36:24  aap ne kaha haan bilkul main tumhari zaroorat poori karunga aur dil mein aaya ke mujhe is ko kuch ek paisa bhi nahi dena hai. To aap jhoot bolein.</w:t>
      </w:r>
      <w:r>
        <w:br/>
      </w:r>
      <w:r>
        <w:rPr>
          <w:sz w:val="20"/>
        </w:rPr>
        <w:t>36:35  to ek hai jhoot bolna, to ek hai jhoot par amal karna. Jhoot par amal karna yeh hai ke aadmi jo kar raha hai, us ko beautiful alfaaz mein bataye.</w:t>
      </w:r>
      <w:r>
        <w:br/>
      </w:r>
      <w:r>
        <w:rPr>
          <w:sz w:val="20"/>
        </w:rPr>
        <w:t>36:50  jo kar raha hai, woh ghalat kaam hai lekin us ke liye beautiful shabd bol raha hai. To yeh jhoot par amal karna hai.</w:t>
      </w:r>
      <w:r>
        <w:br/>
      </w:r>
      <w:r>
        <w:rPr>
          <w:sz w:val="20"/>
        </w:rPr>
        <w:t>37:02  jaise aap kisi maamle ko le kar protest karein aur demonstration karein, sadkon par aa kar ke shor ghul karein, hangama karein aur phir takraao ho, nafratein badhein to aap kahein ke hum to human rights ke liye kaam kar rahe hain.</w:t>
      </w:r>
      <w:r>
        <w:br/>
      </w:r>
      <w:r>
        <w:rPr>
          <w:sz w:val="20"/>
        </w:rPr>
        <w:t>37:21  to human rights ka kaam kya hua? Yeh to nafrat ke liye kaam hua. Yeh to logon ke andar violence paida karne ka kaam hua, logon ko andar ek doosre se door karne ka kaam hua.</w:t>
      </w:r>
      <w:r>
        <w:br/>
      </w:r>
      <w:r>
        <w:rPr>
          <w:sz w:val="20"/>
        </w:rPr>
        <w:t>37:34  to aisa kaam karna ke woh kaam khud to sahi na ho aur aap us ko beautiful shabd bol kar ke yeh kahein ke bohat acha kaam hai, bohat acha kaam hai,</w:t>
      </w:r>
      <w:r>
        <w:br/>
      </w:r>
      <w:r>
        <w:rPr>
          <w:sz w:val="20"/>
        </w:rPr>
        <w:t>37:47  yeh jhoot par amal karna kaha jayega. To yeh dono cheezein bohat hi buri hain. Jhoot bolna bhi aur jhoot par amal karna bhi.</w:t>
      </w:r>
    </w:p>
    <w:p>
      <w:pPr>
        <w:pStyle w:val="Heading2"/>
      </w:pPr>
      <w:r>
        <w:t>Dawn silence and the azan spark a reflection</w:t>
      </w:r>
    </w:p>
    <w:p>
      <w:r>
        <w:rPr>
          <w:color w:val="666666"/>
          <w:sz w:val="18"/>
        </w:rPr>
        <w:t>The Importance of Dua December 15, 2006 · 1m 38s · at 46:27 · https://youtu.be/u4cSEoh_mfY?t=2787</w:t>
      </w:r>
    </w:p>
    <w:p>
      <w:r>
        <w:rPr>
          <w:i/>
        </w:rPr>
        <w:t>“At 5am I woke to complete silence, then the azan”</w:t>
      </w:r>
    </w:p>
    <w:p>
      <w:r>
        <w:rPr>
          <w:sz w:val="20"/>
        </w:rPr>
        <w:t>46:27  aaj subah aisa hua ke main paanch baje utha.</w:t>
      </w:r>
      <w:r>
        <w:br/>
      </w:r>
      <w:r>
        <w:rPr>
          <w:sz w:val="20"/>
        </w:rPr>
        <w:t>46:36  saade paanch par ek dam is waqt sunata tha. jo kehte hain khamoshi ya mukammal khamoshi.</w:t>
      </w:r>
      <w:r>
        <w:br/>
      </w:r>
      <w:r>
        <w:rPr>
          <w:sz w:val="20"/>
        </w:rPr>
        <w:t>46:45  ek dam mukammal sunata tha bilkul. achaanak masjid se awaz buland hui. Allah o Akbar Allah o Akbar.</w:t>
      </w:r>
      <w:r>
        <w:br/>
      </w:r>
      <w:r>
        <w:rPr>
          <w:sz w:val="20"/>
        </w:rPr>
        <w:t>47:01  Khuda bara hai Khuda bara hai. God is great God is great to main ne socha ke poori kainat mein itni bari kainat hai.</w:t>
      </w:r>
      <w:r>
        <w:br/>
      </w:r>
      <w:r>
        <w:rPr>
          <w:sz w:val="20"/>
        </w:rPr>
        <w:t>47:09  itni bari kainat hai ke aaj tak woh kisi bhi durbin se is ko aap dekh nahi sake is ko.</w:t>
      </w:r>
      <w:r>
        <w:br/>
      </w:r>
      <w:r>
        <w:rPr>
          <w:sz w:val="20"/>
        </w:rPr>
        <w:t>47:15  kahin bhi koi sitara, koi sayara aisa nahi hai jo yeh keh sake ke Allah o Akbar. yeh sirf insan kehta hai.</w:t>
      </w:r>
      <w:r>
        <w:br/>
      </w:r>
      <w:r>
        <w:rPr>
          <w:sz w:val="20"/>
        </w:rPr>
        <w:t>47:26  yeh sirf insan kehta hai. to insan ko kitni bari moqa mili hui hai ke poori kainat jo kaam nahi kar rahi hai woh aap kar saken.</w:t>
      </w:r>
      <w:r>
        <w:br/>
      </w:r>
      <w:r>
        <w:rPr>
          <w:sz w:val="20"/>
        </w:rPr>
        <w:t>47:39  koi sitara, koi sayara, koi nizam shamsi, koi samandar, koi pahaar dua nahi kar sakta. yeh Khuda se barah e rast rabta qaim nahi kar sakta woh.</w:t>
      </w:r>
      <w:r>
        <w:br/>
      </w:r>
      <w:r>
        <w:rPr>
          <w:sz w:val="20"/>
        </w:rPr>
        <w:t>47:51  Khuda se barah e rast rabta qaim karne ka tareeqa dua hai. aur dua karna kisi ko aata nahi siwaye insan ke. na koi janwar dua kar sakta aur na koi aur dua kar sakta.</w:t>
      </w:r>
    </w:p>
    <w:p>
      <w:pPr>
        <w:pStyle w:val="Heading2"/>
      </w:pPr>
      <w:r>
        <w:t>Officer gives his own blanket to a jailed robber</w:t>
      </w:r>
    </w:p>
    <w:p>
      <w:r>
        <w:rPr>
          <w:color w:val="666666"/>
          <w:sz w:val="18"/>
        </w:rPr>
        <w:t>What is Dua (Only Lecture) April 26, 2009 Maulana Wahiduddin Khan · 2m 48s · at 45:34 · https://youtu.be/JxIR0o_C7GM?t=2734</w:t>
      </w:r>
    </w:p>
    <w:p>
      <w:r>
        <w:rPr>
          <w:i/>
        </w:rPr>
        <w:t>“Ek qissa maine parha, Lucknow mein ek sahab the”</w:t>
      </w:r>
    </w:p>
    <w:p>
      <w:r>
        <w:rPr>
          <w:sz w:val="20"/>
        </w:rPr>
        <w:t>45:34  ek qissa maine padha, ek lucknow mein ek sahab the, woh pehle hua karte the i c office, hua karte the i c s.</w:t>
      </w:r>
      <w:r>
        <w:br/>
      </w:r>
      <w:r>
        <w:rPr>
          <w:sz w:val="20"/>
        </w:rPr>
        <w:t>45:44  ab i a s hote hain to british period mein i c s hua karte the. to woh i c s the, sardar hassan sahab un ka naam tha.</w:t>
      </w:r>
      <w:r>
        <w:br/>
      </w:r>
      <w:r>
        <w:rPr>
          <w:sz w:val="20"/>
        </w:rPr>
        <w:t>45:54  to i c s ke daur mein woh afsar the, woh to woh shayad police commissioner the ya kya the, kuch bade afsar ya character the.</w:t>
      </w:r>
      <w:r>
        <w:br/>
      </w:r>
      <w:r>
        <w:rPr>
          <w:sz w:val="20"/>
        </w:rPr>
        <w:t>46:09  woh to behal is zamane mein ek wahan par sikha daku hua karta tha, is area mein, lucknow ke area mein,</w:t>
      </w:r>
      <w:r>
        <w:br/>
      </w:r>
      <w:r>
        <w:rPr>
          <w:sz w:val="20"/>
        </w:rPr>
        <w:t>46:18  yaani u p mein.</w:t>
      </w:r>
      <w:r>
        <w:br/>
      </w:r>
      <w:r>
        <w:rPr>
          <w:sz w:val="20"/>
        </w:rPr>
        <w:t>46:20  to unhon ne chhapa maar kar ke us ko police party le gaye, woh kaise kaise us ko pakad liya, us ko yaani arrest kar liya, arrest kar ke la kar us ko dak banglay mein rakha.</w:t>
      </w:r>
      <w:r>
        <w:br/>
      </w:r>
      <w:r>
        <w:rPr>
          <w:sz w:val="20"/>
        </w:rPr>
        <w:t>46:33  aap jante hain ke har jagah dak bangla hua karta hai government ki taraf se. to bohat sakht, yaani sardi ka zamana tha, jaade ka mausam tha.</w:t>
      </w:r>
      <w:r>
        <w:br/>
      </w:r>
      <w:r>
        <w:rPr>
          <w:sz w:val="20"/>
        </w:rPr>
        <w:t>46:47  to dak banglay ek kamre mein us ko, woh uska haath zanj woh tha, yaani woh laga hua tha, hathkadi aur us ko rakh diya us ko.</w:t>
      </w:r>
      <w:r>
        <w:br/>
      </w:r>
      <w:r>
        <w:rPr>
          <w:sz w:val="20"/>
        </w:rPr>
        <w:t>47:03  to raat ko uthe siddiq hassan sahab round lene ke liye</w:t>
      </w:r>
      <w:r>
        <w:br/>
      </w:r>
      <w:r>
        <w:rPr>
          <w:sz w:val="20"/>
        </w:rPr>
        <w:t>47:10  to woh guzre is is room ke paas se jahan ke sikha sikha daku jo hai, woh hathkadi bandh kar rakha gaya tha.</w:t>
      </w:r>
      <w:r>
        <w:br/>
      </w:r>
      <w:r>
        <w:rPr>
          <w:sz w:val="20"/>
        </w:rPr>
        <w:t>47:21  to us ne kaha gent sahab, yeh log jo the, jahil tha, woh pehle zamane mein gent jahil log gent sahab kaha karte the ya gentleman ko gent.</w:t>
      </w:r>
      <w:r>
        <w:br/>
      </w:r>
      <w:r>
        <w:rPr>
          <w:sz w:val="20"/>
        </w:rPr>
        <w:t>47:36  to us ne kaha ke gent sahab,</w:t>
      </w:r>
      <w:r>
        <w:br/>
      </w:r>
      <w:r>
        <w:rPr>
          <w:sz w:val="20"/>
        </w:rPr>
        <w:t>47:43  aap ka sikha sardi kha raha hai. phir woh daku jis ne insano ko qatl kiya tha, daka dala tha aur khula hua criminal tha, woh woh siddiq hassan sahab se kehta hai</w:t>
      </w:r>
      <w:r>
        <w:br/>
      </w:r>
      <w:r>
        <w:rPr>
          <w:sz w:val="20"/>
        </w:rPr>
        <w:t>47:59  ke aap ka sikha sardi kha raha hai.</w:t>
      </w:r>
      <w:r>
        <w:br/>
      </w:r>
      <w:r>
        <w:rPr>
          <w:sz w:val="20"/>
        </w:rPr>
        <w:t>48:04  isi waqt woh apne kamre mein aaye aur apna apna jo kambal tha, un ka kambal la ke us ko uda diya.</w:t>
      </w:r>
      <w:r>
        <w:br/>
      </w:r>
      <w:r>
        <w:rPr>
          <w:sz w:val="20"/>
        </w:rPr>
        <w:t>48:17  ab is waqie ko agar aap point of reference bana lein aap</w:t>
      </w:r>
    </w:p>
    <w:p>
      <w:pPr>
        <w:pStyle w:val="Heading2"/>
      </w:pPr>
      <w:r>
        <w:t>Patience means forgiving instead of taking revenge</w:t>
      </w:r>
    </w:p>
    <w:p>
      <w:r>
        <w:rPr>
          <w:color w:val="666666"/>
          <w:sz w:val="18"/>
        </w:rPr>
        <w:t>Ramadan The Month of Spiritual Training September 20, 2008 · 1m 33s · at 13:35 · https://youtu.be/VI9axojg6Ro?t=815</w:t>
      </w:r>
    </w:p>
    <w:p>
      <w:r>
        <w:rPr>
          <w:i/>
        </w:rPr>
        <w:t>“Ghussa aaye to sabr karo ya be-sabri?”</w:t>
      </w:r>
    </w:p>
    <w:p>
      <w:r>
        <w:rPr>
          <w:sz w:val="20"/>
        </w:rPr>
        <w:t>13:35  sabr ka matlab kya hai?</w:t>
      </w:r>
      <w:r>
        <w:br/>
      </w:r>
      <w:r>
        <w:rPr>
          <w:sz w:val="20"/>
        </w:rPr>
        <w:t>13:37  quran mein hai ke wa idha ma ghadibu hum yaghfuroon. un ko jab ghussa aata hai to woh maaf kar dete hain.</w:t>
      </w:r>
      <w:r>
        <w:br/>
      </w:r>
      <w:r>
        <w:rPr>
          <w:sz w:val="20"/>
        </w:rPr>
        <w:t>13:48  to ghussa jab aata hai to aadmi ke liye do tareeqe hote hain: ya to sabr kare ya be sabri kare. be sabri karega to us ke andar revenge aayega, inteqaam aa jayega, ladhe bharega.</w:t>
      </w:r>
      <w:r>
        <w:br/>
      </w:r>
      <w:r>
        <w:rPr>
          <w:sz w:val="20"/>
        </w:rPr>
        <w:t>14:04  yeh be sabri ka andaaz hai.</w:t>
      </w:r>
      <w:r>
        <w:br/>
      </w:r>
      <w:r>
        <w:rPr>
          <w:sz w:val="20"/>
        </w:rPr>
        <w:t>14:06  aur sabr ka andaaz kya hai? maaf kar dega, woh avoid karega, woh i'raaz karega, woh tolerate karega. to ramzan ko shahr ul sabr kaha gaya is liye ke isi baat ki training di jati hai ramzan ke mahine mein.</w:t>
      </w:r>
      <w:r>
        <w:br/>
      </w:r>
      <w:r>
        <w:rPr>
          <w:sz w:val="20"/>
        </w:rPr>
        <w:t>14:25  goya ek khusoosi course hai</w:t>
      </w:r>
      <w:r>
        <w:br/>
      </w:r>
      <w:r>
        <w:rPr>
          <w:sz w:val="20"/>
        </w:rPr>
        <w:t>14:28  inhi baaton ko aadmi ke andar paida karne ke liye. ramzan ka mahina ek goya ek khusoosi course, ek special course ki hesiyat rakhta hai.</w:t>
      </w:r>
      <w:r>
        <w:br/>
      </w:r>
      <w:r>
        <w:rPr>
          <w:sz w:val="20"/>
        </w:rPr>
        <w:t>14:38  yani wohi cheezein jo saal bhar insan ko karna hai, usi ke liye ek special course ke taur par ramzan ka mahina rakha gaya ke koi bhadkaye to bhadko mat, koi ghussa dilaye to ghussa mat ho,</w:t>
      </w:r>
      <w:r>
        <w:br/>
      </w:r>
      <w:r>
        <w:rPr>
          <w:sz w:val="20"/>
        </w:rPr>
        <w:t>14:57  koi provoke kare to provoke mat ho. yeh hai shahr ul sabr ka matlab. aise hi dekhiye, shahr ul quran bhi hai.</w:t>
      </w:r>
    </w:p>
    <w:p>
      <w:pPr>
        <w:pStyle w:val="Heading2"/>
      </w:pPr>
      <w:r>
        <w:t>Eid as reminder to focus on God's gifts</w:t>
      </w:r>
    </w:p>
    <w:p>
      <w:r>
        <w:rPr>
          <w:color w:val="666666"/>
          <w:sz w:val="18"/>
        </w:rPr>
        <w:t>Eid al-Fitr A Day of Thankfulness June 26, 2017 Maulana Wahiduddin Khan · 2m 54s · at 9:23 · https://youtu.be/2c7fkyeazAk?t=563</w:t>
      </w:r>
    </w:p>
    <w:p>
      <w:r>
        <w:rPr>
          <w:i/>
        </w:rPr>
        <w:t>“Then I thought, this day of Eid”</w:t>
      </w:r>
    </w:p>
    <w:p>
      <w:r>
        <w:rPr>
          <w:sz w:val="20"/>
        </w:rPr>
        <w:t>9:23  to phir maine socha ke yeh jo Eid ka din hai, Eid ka din, yeh symbolic sense mein isi ko remind karta hai.</w:t>
      </w:r>
      <w:r>
        <w:br/>
      </w:r>
      <w:r>
        <w:rPr>
          <w:sz w:val="20"/>
        </w:rPr>
        <w:t>9:34  Eid ke din aap khushi manate hain, kapra, khana waghera ki shakal mein. to yeh remind, yeh reminder hai is baat ka ke Allah ki nematon ko daryaft karo,</w:t>
      </w:r>
      <w:r>
        <w:br/>
      </w:r>
      <w:r>
        <w:rPr>
          <w:sz w:val="20"/>
        </w:rPr>
        <w:t>9:51  jo mila hua hai, us ko daryaft karo. to woh khoye hue is se bohat hi zyada hai, bohat hi zyada hai, bohat hi zyada hai.</w:t>
      </w:r>
      <w:r>
        <w:br/>
      </w:r>
      <w:r>
        <w:rPr>
          <w:sz w:val="20"/>
        </w:rPr>
        <w:t>10:00  to sachi Eid us ki hai jo Eid ke din yeh daryaft kare ke jo material lost hum ko hua ya hota hai, woh to kuch bhi nahin,</w:t>
      </w:r>
      <w:r>
        <w:br/>
      </w:r>
      <w:r>
        <w:rPr>
          <w:sz w:val="20"/>
        </w:rPr>
        <w:t>10:16  woh to kuch bhi nahin. Allah ki jo nematein hain, subah sham baras rahi hain, raat din mil rahi hain, woh to bohat hi zyada zyada hain.</w:t>
      </w:r>
      <w:r>
        <w:br/>
      </w:r>
      <w:r>
        <w:rPr>
          <w:sz w:val="20"/>
        </w:rPr>
        <w:t>10:27  to is lehaz se maine socha ke Eid ka din sach poochhein to shukar ka din hai, shukar ka din hai. Hadees mein aata hai ke Eid ke din ke bare mein ke woh Lailat al-Jaa'izah hai ya Yawm al-Jaa'izah hai,</w:t>
      </w:r>
      <w:r>
        <w:br/>
      </w:r>
      <w:r>
        <w:rPr>
          <w:sz w:val="20"/>
        </w:rPr>
        <w:t>10:46  yani inaam ki taqseem ka din. Eid ke din farishte inaamaat baant te hain, reward baant te hain.</w:t>
      </w:r>
      <w:r>
        <w:br/>
      </w:r>
      <w:r>
        <w:rPr>
          <w:sz w:val="20"/>
        </w:rPr>
        <w:t>10:58  to woh kis bare mein? sirf is bare mein nahin ke phir aik aik khaas raat aa gayi to inaam baantne laga.</w:t>
      </w:r>
      <w:r>
        <w:br/>
      </w:r>
      <w:r>
        <w:rPr>
          <w:sz w:val="20"/>
        </w:rPr>
        <w:t>11:07  aik khaas raat aa gayi to ya din aa gaya, yahan raat jo hai din ke ma'ne mein hai, yani 24 ghante ke span ke bare mein hai.</w:t>
      </w:r>
      <w:r>
        <w:br/>
      </w:r>
      <w:r>
        <w:rPr>
          <w:sz w:val="20"/>
        </w:rPr>
        <w:t>11:18  to woh 24 ghante aa gaya hai to is mein</w:t>
      </w:r>
      <w:r>
        <w:br/>
      </w:r>
      <w:r>
        <w:rPr>
          <w:sz w:val="20"/>
        </w:rPr>
        <w:t>11:24  apne aap yeh sab ho gaya. nahin, aap ko chahiye ke aap Eid ke din discover karein is baat ko</w:t>
      </w:r>
      <w:r>
        <w:br/>
      </w:r>
      <w:r>
        <w:rPr>
          <w:sz w:val="20"/>
        </w:rPr>
        <w:t>11:36  ke political loss to ratein hain, political loss to kuch bhi nahin hai. political loss, material loss,</w:t>
      </w:r>
      <w:r>
        <w:br/>
      </w:r>
      <w:r>
        <w:rPr>
          <w:sz w:val="20"/>
        </w:rPr>
        <w:t>11:46  qaumi loss, yeh to kuch bhi nahin hai. Allah Rabbil Alameen ka jo atiyaat hain, jo is ki taraf se jo atiyaat baras rahe hain, subah sham, jo life system is dunya mein qaim hai, hamare liye woh to bohat hi zyada hai, bohat hi zyada hai, bohat hi zyada hai.</w:t>
      </w:r>
      <w:r>
        <w:br/>
      </w:r>
      <w:r>
        <w:rPr>
          <w:sz w:val="20"/>
        </w:rPr>
        <w:t>12:07  to Eid ka din khushiyon ka din is ma'ne mein hai ke woh shukar ka din hai,</w:t>
      </w:r>
    </w:p>
    <w:p>
      <w:pPr>
        <w:pStyle w:val="Heading2"/>
      </w:pPr>
      <w:r>
        <w:t>an American professor experiences Friday prayer firsthand</w:t>
      </w:r>
    </w:p>
    <w:p>
      <w:r>
        <w:rPr>
          <w:color w:val="666666"/>
          <w:sz w:val="18"/>
        </w:rPr>
        <w:t>Islamic Prayer (English) February 27, 2007 · 2m 06s · at 42:15 · https://youtu.be/7G6Wa2IGSwE?t=2535</w:t>
      </w:r>
    </w:p>
    <w:p>
      <w:r>
        <w:rPr>
          <w:i/>
        </w:rPr>
        <w:t>“Without being a Muslim, you can experience Namaaz.”</w:t>
      </w:r>
    </w:p>
    <w:p>
      <w:r>
        <w:rPr>
          <w:sz w:val="20"/>
        </w:rPr>
        <w:t>42:15  It is very important. This reminds me of an event</w:t>
      </w:r>
      <w:r>
        <w:br/>
      </w:r>
      <w:r>
        <w:rPr>
          <w:sz w:val="20"/>
        </w:rPr>
        <w:t>42:25  . Once, an American professor visited Delhi. He also came to our center. It was Friday.</w:t>
      </w:r>
      <w:r>
        <w:br/>
      </w:r>
      <w:r>
        <w:rPr>
          <w:sz w:val="20"/>
        </w:rPr>
        <w:t>42:39  This American was—he was a research scholar. And his theme was Islam.</w:t>
      </w:r>
      <w:r>
        <w:br/>
      </w:r>
      <w:r>
        <w:rPr>
          <w:sz w:val="20"/>
        </w:rPr>
        <w:t>42:51  So I said to him that today, it is Friday.</w:t>
      </w:r>
      <w:r>
        <w:br/>
      </w:r>
      <w:r>
        <w:rPr>
          <w:sz w:val="20"/>
        </w:rPr>
        <w:t>42:57  If you want, you can</w:t>
      </w:r>
      <w:r>
        <w:br/>
      </w:r>
      <w:r>
        <w:rPr>
          <w:sz w:val="20"/>
        </w:rPr>
        <w:t>43:06  visit the nearest mosque and join us in the</w:t>
      </w:r>
      <w:r>
        <w:br/>
      </w:r>
      <w:r>
        <w:rPr>
          <w:sz w:val="20"/>
        </w:rPr>
        <w:t>43:15  Friday prayer. And you can experience Namaaz. I said to him that without being a Muslim, you can experience Namaaz.</w:t>
      </w:r>
      <w:r>
        <w:br/>
      </w:r>
      <w:r>
        <w:rPr>
          <w:sz w:val="20"/>
        </w:rPr>
        <w:t>43:31  Without being a Muslim, you can experience Namaaz. So he was very happy.</w:t>
      </w:r>
      <w:r>
        <w:br/>
      </w:r>
      <w:r>
        <w:rPr>
          <w:sz w:val="20"/>
        </w:rPr>
        <w:t>43:42  And he visited that mosque with me and joined with us in the Jumu'ah prayer.</w:t>
      </w:r>
      <w:r>
        <w:br/>
      </w:r>
      <w:r>
        <w:rPr>
          <w:sz w:val="20"/>
        </w:rPr>
        <w:t>43:52  He was very much impressed. He said that this is a true worship.</w:t>
      </w:r>
      <w:r>
        <w:br/>
      </w:r>
      <w:r>
        <w:rPr>
          <w:sz w:val="20"/>
        </w:rPr>
        <w:t>44:04  Other forms of worship are like club exercises. So he was very much impressed by Namaaz.</w:t>
      </w:r>
    </w:p>
    <w:p>
      <w:pPr>
        <w:pStyle w:val="Heading2"/>
      </w:pPr>
      <w:r>
        <w:t>Fasting as the art of desire management</w:t>
      </w:r>
    </w:p>
    <w:p>
      <w:r>
        <w:rPr>
          <w:color w:val="666666"/>
          <w:sz w:val="18"/>
        </w:rPr>
        <w:t>Spirit of Zakat 16 May 2007 - Maulana Wahiduddin Khan · 1m 32s · at 8:20 · https://youtu.be/Ptou1yxZS_8?t=500</w:t>
      </w:r>
    </w:p>
    <w:p>
      <w:r>
        <w:rPr>
          <w:i/>
        </w:rPr>
        <w:t>“Then there's the soum, there's fasting”</w:t>
      </w:r>
    </w:p>
    <w:p>
      <w:r>
        <w:rPr>
          <w:sz w:val="20"/>
        </w:rPr>
        <w:t>8:20  then, there is the saum, there is fasting. during fasting, you curb your desires, your desires.</w:t>
      </w:r>
      <w:r>
        <w:br/>
      </w:r>
      <w:r>
        <w:rPr>
          <w:sz w:val="20"/>
        </w:rPr>
        <w:t>8:34  so, saum means, saum or fasting means</w:t>
      </w:r>
      <w:r>
        <w:br/>
      </w:r>
      <w:r>
        <w:rPr>
          <w:sz w:val="20"/>
        </w:rPr>
        <w:t>8:39  managing your desires. the saum is a principle. saum is also a principle by which you can manage your desires.</w:t>
      </w:r>
      <w:r>
        <w:br/>
      </w:r>
      <w:r>
        <w:rPr>
          <w:sz w:val="20"/>
        </w:rPr>
        <w:t>8:57  so, saum or roza or fasting is not simply a ritual, it is also a principle.</w:t>
      </w:r>
      <w:r>
        <w:br/>
      </w:r>
      <w:r>
        <w:rPr>
          <w:sz w:val="20"/>
        </w:rPr>
        <w:t>9:09  this principle gives you a method, a and art of desire management.</w:t>
      </w:r>
      <w:r>
        <w:br/>
      </w:r>
      <w:r>
        <w:rPr>
          <w:sz w:val="20"/>
        </w:rPr>
        <w:t>9:23  or</w:t>
      </w:r>
      <w:r>
        <w:br/>
      </w:r>
      <w:r>
        <w:rPr>
          <w:sz w:val="20"/>
        </w:rPr>
        <w:t>9:24  desire management is very important for every human being, because it is desire that makes you a case of disaster.</w:t>
      </w:r>
      <w:r>
        <w:br/>
      </w:r>
      <w:r>
        <w:rPr>
          <w:sz w:val="20"/>
        </w:rPr>
        <w:t>9:38  so, if you are able to manage your desires, then you are a complete human being, then your success is ensured</w:t>
      </w:r>
    </w:p>
    <w:p>
      <w:pPr>
        <w:pStyle w:val="Heading2"/>
      </w:pPr>
      <w:r>
        <w:t>Form versus spirit: fasting as self-discipline</w:t>
      </w:r>
    </w:p>
    <w:p>
      <w:r>
        <w:rPr>
          <w:color w:val="666666"/>
          <w:sz w:val="18"/>
        </w:rPr>
        <w:t>Spirit of Ramadan April 3, 2022 Prof. Farida Khanam · 1m 53s · at 4:33 · https://youtu.be/cj5T0Atpeu8?t=273</w:t>
      </w:r>
    </w:p>
    <w:p>
      <w:r>
        <w:rPr>
          <w:i/>
        </w:rPr>
        <w:t>“The true fast is that form from which we learn self discipline”</w:t>
      </w:r>
    </w:p>
    <w:p>
      <w:r>
        <w:rPr>
          <w:sz w:val="20"/>
        </w:rPr>
        <w:t>4:33  The true fast is that form from which we learn the lesson of self discipline aur self discipline jo hai woh bahut ahim cheez hai. Agar hum self discipline ko apni zindagi mein ikhtiyar karein to it also gets converted into big reward. Haan par there is a hadith where prophet of islam had said that there are people who keep fast but they don't get anything in return except hunger and thirst.</w:t>
      </w:r>
      <w:r>
        <w:br/>
      </w:r>
      <w:r>
        <w:rPr>
          <w:sz w:val="20"/>
        </w:rPr>
        <w:t>5:03  To why did prophet of islam say that? Isko bhi zara wazeh karein. Yeh ibadat mein sab har ibadat ka ek form hota hai aur ek spirit hoti hai. To jab tak spirit na ho to sirf form jo hai uski koi value nahi hai. Form ki value jab hai jab uske saath spirit shamil ho to isi tarike se roze mein bhi hai. To uska form to yahi hai khana peene se ruk jaana.</w:t>
      </w:r>
      <w:r>
        <w:br/>
      </w:r>
      <w:r>
        <w:rPr>
          <w:sz w:val="20"/>
        </w:rPr>
        <w:t>5:30  To yeh form hai uska, lekin spirit hai ki usko poore tareeke se hum allah ki yaad mein apna poora waqt guzarein aur uski poori spirit ke saath roza rakhein. Spirit mein sabse zyada yeh hai ki hum har tarah ke moral evil se bachne ki poori koshish karein, taqwah tayyar karein, aur har tarah se jo hai, apne desire ko control karein, jisko self control kehte hain.</w:t>
      </w:r>
      <w:r>
        <w:br/>
      </w:r>
      <w:r>
        <w:rPr>
          <w:sz w:val="20"/>
        </w:rPr>
        <w:t>6:00  Apne desires se bachein ki sirf woh raasta ikhtiyar karein, jiska allah taala ne hamein ijazat di hai. To roza jo hai sirf khana aur peena chhodne ka naam nahi hai balki un tamam cheezon se ruk jaana hai jisko rukne ke liye khuda ne hukum diya hai. To doosra sabse badi cheez hai shukr ilahi.</w:t>
      </w:r>
      <w:r>
        <w:br/>
      </w:r>
      <w:r>
        <w:rPr>
          <w:sz w:val="20"/>
        </w:rPr>
        <w:t>6:26  Asal mein roze mein kya hai ki shukr ka jo hai bahut zyada ehsaas hota hai kyunki insan ko sabse zyada insan ke liye jo cheez zaroori hai, woh hai khana peena aur usi se aadmi ko rukna padta hai, aur khaas taur par garmi ke roze mein paani ki wajah se bahut zyada ehsaas hota hai ki paani kitni badi nemat hai allah taala ki.</w:t>
      </w:r>
    </w:p>
    <w:p>
      <w:pPr>
        <w:pStyle w:val="Heading2"/>
      </w:pPr>
      <w:r>
        <w:t>Symbolic sacrifice: stoning Satan, wealth, time, energy</w:t>
      </w:r>
    </w:p>
    <w:p>
      <w:r>
        <w:rPr>
          <w:color w:val="666666"/>
          <w:sz w:val="18"/>
        </w:rPr>
        <w:t>Spirit of Hajj July 3, 2022 Prof. Farida Khanam · 2m 06s · at 39:46 · https://youtu.be/--Nez1VOcAQ?t=2386</w:t>
      </w:r>
    </w:p>
    <w:p>
      <w:r>
        <w:rPr>
          <w:i/>
        </w:rPr>
        <w:t>“जब हम रमी जमार करते हैं शैतान पर पत्थर मारते हैं”</w:t>
      </w:r>
    </w:p>
    <w:p>
      <w:r>
        <w:rPr>
          <w:sz w:val="20"/>
        </w:rPr>
        <w:t>39:46  ab sa'i ka wohi hai k hum khuda k khaatir hum saari struggle jo hai woh hum kar saktey hain. to wahan par jo hai hum ko hazrat haajra ki struggle, hazrat ismail ki struggle aur doosrey prophets ki struggle yaad aati hai. to hum uskey liye apney aap ko tayyar kartey hain kisi tareeqey se hum bhi khuda k liye struggle karengay.</w:t>
      </w:r>
      <w:r>
        <w:br/>
      </w:r>
      <w:r>
        <w:rPr>
          <w:sz w:val="20"/>
        </w:rPr>
        <w:t>40:09  jab hum ramiy jimar kartey hain yaani shaitan par pathar maartey hain to humein aisa lagta hai k kyun k jab bhi hum khuda ka kaam karengay khuda k deen ka kaam karengay to humein shaitan behkaaye ga. tarah tarah k hum missile humein pesh aayengey tururi baat hoti hain, temptations hoti hain to woh bhi alaamati hai. log bohat zyada ghus jaatey hain aur log stampede ho jata hai kitney log mar jaatey hain.</w:t>
      </w:r>
      <w:r>
        <w:br/>
      </w:r>
      <w:r>
        <w:rPr>
          <w:sz w:val="20"/>
        </w:rPr>
        <w:t>40:34  yeh sab nahi woh alamati hai door se bhi ek chhota sa patthar aap mar dein to woh</w:t>
      </w:r>
      <w:r>
        <w:br/>
      </w:r>
      <w:r>
        <w:rPr>
          <w:sz w:val="20"/>
        </w:rPr>
        <w:t>40:38  ho jata hai kyunke woh hamare andar woh feeling paida karni hai ke jab bhi shaitan hamare paas</w:t>
      </w:r>
      <w:r>
        <w:br/>
      </w:r>
      <w:r>
        <w:rPr>
          <w:sz w:val="20"/>
        </w:rPr>
        <w:t>40:42  aayega to hum usko bhagaenge.</w:t>
      </w:r>
      <w:r>
        <w:br/>
      </w:r>
      <w:r>
        <w:rPr>
          <w:sz w:val="20"/>
        </w:rPr>
        <w:t>40:47  yeh nahi ke wahan koi woh patthar jo hai wahan par laga hua hai yeh nahi ke usi</w:t>
      </w:r>
      <w:r>
        <w:br/>
      </w:r>
      <w:r>
        <w:rPr>
          <w:sz w:val="20"/>
        </w:rPr>
        <w:t>40:51  ke andar shaitan baitha hua hai.</w:t>
      </w:r>
      <w:r>
        <w:br/>
      </w:r>
      <w:r>
        <w:rPr>
          <w:sz w:val="20"/>
        </w:rPr>
        <w:t>40:56  shaitan hamare andar behkata hai.</w:t>
      </w:r>
      <w:r>
        <w:br/>
      </w:r>
      <w:r>
        <w:rPr>
          <w:sz w:val="20"/>
        </w:rPr>
        <w:t>41:00  to wahan to hum sirf yeh adam karte hain ke jab bhi hamein shaitan behkayega to hum usko bhagaenge.</w:t>
      </w:r>
      <w:r>
        <w:br/>
      </w:r>
      <w:r>
        <w:rPr>
          <w:sz w:val="20"/>
        </w:rPr>
        <w:t>41:05  to qurbani ka wahi hai ke jab hamein bhi isi tarah se apni qurbani karna hai.</w:t>
      </w:r>
      <w:r>
        <w:br/>
      </w:r>
      <w:r>
        <w:rPr>
          <w:sz w:val="20"/>
        </w:rPr>
        <w:t>41:12  qurbani jaan ki qurbani nahi balkeh apne maal ki qurbani apne waqt ki qurbani apni energy ki qurbani</w:t>
      </w:r>
      <w:r>
        <w:br/>
      </w:r>
      <w:r>
        <w:rPr>
          <w:sz w:val="20"/>
        </w:rPr>
        <w:t>41:20  yeh sab qurbani darkaar hai.</w:t>
      </w:r>
      <w:r>
        <w:br/>
      </w:r>
      <w:r>
        <w:rPr>
          <w:sz w:val="20"/>
        </w:rPr>
        <w:t>41:28  jab hum maidan arafat mein jaate hain to hamein aisa lagta hai ke jaise hum qayamat ka manzar</w:t>
      </w:r>
      <w:r>
        <w:br/>
      </w:r>
      <w:r>
        <w:rPr>
          <w:sz w:val="20"/>
        </w:rPr>
        <w:t>41:36  hai tamam log khud aage aage jama hain aur apne hisabdehi ke liye jawabdehi ke liye tayyar hai</w:t>
      </w:r>
      <w:r>
        <w:br/>
      </w:r>
      <w:r>
        <w:rPr>
          <w:sz w:val="20"/>
        </w:rPr>
        <w:t>41:44  wahan par to yeh ehsaas hota hai.</w:t>
      </w:r>
      <w:r>
        <w:br/>
      </w:r>
      <w:r>
        <w:rPr>
          <w:sz w:val="20"/>
        </w:rPr>
        <w:t>41:52  to yeh ehsas paida karne k liye kuch tangible signs chahiye hotey hain. jaisey aik aadmi they woh unko ab maut ko yaad karne k liye woh ja kar kabhi kabhi cover mein let jaatey they. kyun k hum door rehtey hain to humein yaad nahi aati hai. to woh cover mein let jaatey they usko yaad kartey they. jee.</w:t>
      </w:r>
    </w:p>
    <w:p>
      <w:pPr>
        <w:pStyle w:val="Heading2"/>
      </w:pPr>
      <w:r>
        <w:t>Hadith qudsi: feeding the hungry is feeding God</w:t>
      </w:r>
    </w:p>
    <w:p>
      <w:r>
        <w:rPr>
          <w:color w:val="666666"/>
          <w:sz w:val="18"/>
        </w:rPr>
        <w:t>Message of Ramadan April 9, 2023 Prof. Farida Khanam · 1m 35s · at 30:48 · https://youtu.be/z-jsHB1vlV4?t=1848</w:t>
      </w:r>
    </w:p>
    <w:p>
      <w:r>
        <w:rPr>
          <w:i/>
        </w:rPr>
        <w:t>“All people are children of God, we must see everyone equally”</w:t>
      </w:r>
    </w:p>
    <w:p>
      <w:r>
        <w:rPr>
          <w:sz w:val="20"/>
        </w:rPr>
        <w:t>30:48  to chunki tamam log khuda ke children of god hain to hamein sabko ek nazar se dekhna hai</w:t>
      </w:r>
      <w:r>
        <w:br/>
      </w:r>
      <w:r>
        <w:rPr>
          <w:sz w:val="20"/>
        </w:rPr>
        <w:t>30:55  sabki madad karni hai.</w:t>
      </w:r>
      <w:r>
        <w:br/>
      </w:r>
      <w:r>
        <w:rPr>
          <w:sz w:val="20"/>
        </w:rPr>
        <w:t>31:02  to roza is sharing spirit ko ubharta hai aur yeh itna important hai logon ki madad karna ke</w:t>
      </w:r>
      <w:r>
        <w:br/>
      </w:r>
      <w:r>
        <w:rPr>
          <w:sz w:val="20"/>
        </w:rPr>
        <w:t>31:09  ek hadees qudsi hai.</w:t>
      </w:r>
      <w:r>
        <w:br/>
      </w:r>
      <w:r>
        <w:rPr>
          <w:sz w:val="20"/>
        </w:rPr>
        <w:t>31:16  hadees qudsi jo Allah taala ki awaaz mein hoti hai, Allah taala ki zabaan mein hoti hai</w:t>
      </w:r>
      <w:r>
        <w:br/>
      </w:r>
      <w:r>
        <w:rPr>
          <w:sz w:val="20"/>
        </w:rPr>
        <w:t>31:23  lekin Quran ka hissa nahi hai.</w:t>
      </w:r>
      <w:r>
        <w:br/>
      </w:r>
      <w:r>
        <w:rPr>
          <w:sz w:val="20"/>
        </w:rPr>
        <w:t>31:31  to banda kehta hai ke aap to almighty hain, lord of the world hain. aapko kaise yeh sab ho sakta hai? tab Allah taala farmate hain ke falan shakhs jo bhooka tha agar tum usko khilate to tum wahan mujhe paate. falan shakhs jo pyasa tha agar tum usko pilate pani to wahan tum mujhe paate. main beemar tha yaani falan shakhs beemar tha agar tum uski aadat karte to wahan tum mujhe paate.</w:t>
      </w:r>
      <w:r>
        <w:br/>
      </w:r>
      <w:r>
        <w:rPr>
          <w:sz w:val="20"/>
        </w:rPr>
        <w:t>31:56  to hamein is jazbe ke saath logon ki madad karni hai ke yeh Khuda ka hukum hai. to Khuda ka hukum jo hai log samajhte hain bas yeh ibaadat hai jo hai namaz roza hajj zakaat bas yeh kar liya uske baad aur kisi cheez ki koi khaas zaroorat nahi hai. aisa nahi hai jo bhi Khuda ka hukum hai usko karna hai aur usi mein hamein uska reward milega.</w:t>
      </w:r>
      <w:r>
        <w:br/>
      </w:r>
      <w:r>
        <w:rPr>
          <w:sz w:val="20"/>
        </w:rPr>
        <w:t>32:23  ek aur hadees dene wala hath lene wale hath se behtar hai.</w:t>
      </w:r>
    </w:p>
    <w:p>
      <w:pPr>
        <w:pStyle w:val="Heading2"/>
      </w:pPr>
      <w:r>
        <w:t>A blind beggar's prayer becomes his own favorite dua</w:t>
      </w:r>
    </w:p>
    <w:p>
      <w:r>
        <w:rPr>
          <w:color w:val="666666"/>
          <w:sz w:val="18"/>
        </w:rPr>
        <w:t>The Importance of Dua December 15, 2006 · 1m 23s · at 1:11:24 · https://youtu.be/u4cSEoh_mfY?t=4284</w:t>
      </w:r>
    </w:p>
    <w:p>
      <w:r>
        <w:rPr>
          <w:i/>
        </w:rPr>
        <w:t>“In every way, every angle, I need Your help”</w:t>
      </w:r>
    </w:p>
    <w:p>
      <w:r>
        <w:rPr>
          <w:sz w:val="20"/>
        </w:rPr>
        <w:t>1:11:24  yahan Jamiauddin aanay se pehle main purani Delhi mein tha to wahan par Qasim Jan street hai, wahan par rehta tha main. to wahan ki masjid mein, jis masjid mein main namaz parhta tha, us ka naam tha Nawab Wali Masjid.</w:t>
      </w:r>
      <w:r>
        <w:br/>
      </w:r>
      <w:r>
        <w:rPr>
          <w:sz w:val="20"/>
        </w:rPr>
        <w:t>1:11:40  to wahan main dekhta tha ke aksar maghrib ke waqt aik boodha aadmi aata hai, boodha, andha, ghareeb.</w:t>
      </w:r>
      <w:r>
        <w:br/>
      </w:r>
      <w:r>
        <w:rPr>
          <w:sz w:val="20"/>
        </w:rPr>
        <w:t>1:11:50  aik choti bachi us ko pakar kar laati thi, us ko.</w:t>
      </w:r>
      <w:r>
        <w:br/>
      </w:r>
      <w:r>
        <w:rPr>
          <w:sz w:val="20"/>
        </w:rPr>
        <w:t>1:11:54  tu namaz ke baad</w:t>
      </w:r>
      <w:r>
        <w:br/>
      </w:r>
      <w:r>
        <w:rPr>
          <w:sz w:val="20"/>
        </w:rPr>
        <w:t>1:11:58  wo khara hota aur kehta tha,</w:t>
      </w:r>
      <w:r>
        <w:br/>
      </w:r>
      <w:r>
        <w:rPr>
          <w:sz w:val="20"/>
        </w:rPr>
        <w:t>1:12:04  "har surat se, har pehlu se madad ka mohtaj hoon. har surat se, har pehlu se madad ka mohtaj hoon." yeh alfaaz meri mehboob dua ban gaye, tabhi se.</w:t>
      </w:r>
      <w:r>
        <w:br/>
      </w:r>
      <w:r>
        <w:rPr>
          <w:sz w:val="20"/>
        </w:rPr>
        <w:t>1:12:21  mein aksar yeh kehta hoon, khudaaya har surat se, har pehlu se mein teri madad ka mohtaj hoon. yeh bhi mein yeh misaal de raha hoon aap ko ke jab aap ka zehn active rehta hai to foran is nuqta hawala ko appeal kar paate hain aap.</w:t>
      </w:r>
      <w:r>
        <w:br/>
      </w:r>
      <w:r>
        <w:rPr>
          <w:sz w:val="20"/>
        </w:rPr>
        <w:t>1:12:40  is se aap ke zehn mein ek istara aata hai aur ek dua jaagti hai.</w:t>
      </w:r>
    </w:p>
    <w:p>
      <w:pPr>
        <w:pStyle w:val="Heading2"/>
      </w:pPr>
      <w:r>
        <w:t>explaining the Night of Destiny, Laylat al-Qadr</w:t>
      </w:r>
    </w:p>
    <w:p>
      <w:r>
        <w:rPr>
          <w:color w:val="666666"/>
          <w:sz w:val="18"/>
        </w:rPr>
        <w:t>On The Month of Ramadan September 23, 2007 · 1m 43s · at 2:02 · https://youtu.be/8MIl4_cPq1k?t=122</w:t>
      </w:r>
    </w:p>
    <w:p>
      <w:r>
        <w:rPr>
          <w:i/>
        </w:rPr>
        <w:t>“Near the end of Ramadan comes a night called Laylat al-Qadr.”</w:t>
      </w:r>
    </w:p>
    <w:p>
      <w:r>
        <w:rPr>
          <w:sz w:val="20"/>
        </w:rPr>
        <w:t>2:02  is mahine mein aakhir mein ek raat aati hai jis ko quran mein kaha gaya hai "lailatul qadr".</w:t>
      </w:r>
      <w:r>
        <w:br/>
      </w:r>
      <w:r>
        <w:rPr>
          <w:sz w:val="20"/>
        </w:rPr>
        <w:t>2:13  mahine ke aakhri kisi din mein, aakhri kisi raat ko ek khaas raat hoti hai jis ko kaha gaya hai "lailatul qadr".</w:t>
      </w:r>
      <w:r>
        <w:br/>
      </w:r>
      <w:r>
        <w:rPr>
          <w:sz w:val="20"/>
        </w:rPr>
        <w:t>2:25  lailatul qadr ka matlab hai "night of destiny". night of destiny.</w:t>
      </w:r>
      <w:r>
        <w:br/>
      </w:r>
      <w:r>
        <w:rPr>
          <w:sz w:val="20"/>
        </w:rPr>
        <w:t>2:36  yeh night of destiny kya hai? yeh koi mysterious cheez nahin hai.</w:t>
      </w:r>
      <w:r>
        <w:br/>
      </w:r>
      <w:r>
        <w:rPr>
          <w:sz w:val="20"/>
        </w:rPr>
        <w:t>2:46  night of destiny jo hai woh koi mysterious cheez nahin hai.</w:t>
      </w:r>
      <w:r>
        <w:br/>
      </w:r>
      <w:r>
        <w:rPr>
          <w:sz w:val="20"/>
        </w:rPr>
        <w:t>2:51  yeh ek aisi cheez hai jis ko aap soch kar jaan sakte hain. aur yeh ek raat ki baat bhi nahin hai, yeh poore mahine ki baat hai.</w:t>
      </w:r>
      <w:r>
        <w:br/>
      </w:r>
      <w:r>
        <w:rPr>
          <w:sz w:val="20"/>
        </w:rPr>
        <w:t>3:04  yeh jo ramadan ka mahina hai, is mein jo spirit chahiye woh yahi spirit hai jo jiska culmination hota hai lailatul qadr mein.</w:t>
      </w:r>
      <w:r>
        <w:br/>
      </w:r>
      <w:r>
        <w:rPr>
          <w:sz w:val="20"/>
        </w:rPr>
        <w:t>3:21  woh spirit kya hai? woh spirit hai khuda ke aage surrender karna, khuda ke word ko man lena,</w:t>
      </w:r>
      <w:r>
        <w:br/>
      </w:r>
      <w:r>
        <w:rPr>
          <w:sz w:val="20"/>
        </w:rPr>
        <w:t>3:36  unconditionally. to this jo night of destiny ka matlab kya hua?</w:t>
      </w:r>
    </w:p>
    <w:p>
      <w:pPr>
        <w:pStyle w:val="Heading2"/>
      </w:pPr>
      <w:r>
        <w:t>Universal importance of fasting for higher purpose</w:t>
      </w:r>
    </w:p>
    <w:p>
      <w:r>
        <w:rPr>
          <w:color w:val="666666"/>
          <w:sz w:val="18"/>
        </w:rPr>
        <w:t>Ramadan The Month of Fasting July 31, 2011- Maulana Wahiduddin Khan · 2m 38s · at 8:39 · https://youtu.be/EpBJ1QtE748?t=519</w:t>
      </w:r>
    </w:p>
    <w:p>
      <w:r>
        <w:rPr>
          <w:i/>
        </w:rPr>
        <w:t>“Quran mein hai ke: 'Kutiba alaikum al-siyam'.”</w:t>
      </w:r>
    </w:p>
    <w:p>
      <w:r>
        <w:rPr>
          <w:sz w:val="20"/>
        </w:rPr>
        <w:t>8:39  to quran mein hai ke: "kuteba alaikumus siyam kama kuteba allazeena min qablikum la allakum tattaqoon". yeh roza rakhna jo hai pichli ummaton mein bhi tha roza.</w:t>
      </w:r>
      <w:r>
        <w:br/>
      </w:r>
      <w:r>
        <w:rPr>
          <w:sz w:val="20"/>
        </w:rPr>
        <w:t>8:52  aisa nahi hai ke sirf ummat e muhammadi mein roza hai. goya ke jitne paighambar aaye, jitne paighambar ki ummatein theen, sab ke liye hukum tha ke woh roza rakha hai woh.</w:t>
      </w:r>
      <w:r>
        <w:br/>
      </w:r>
      <w:r>
        <w:rPr>
          <w:sz w:val="20"/>
        </w:rPr>
        <w:t>9:06  is se roze ki universal ahmiyat maloom hoti hai. universal ahmiyat. to kaha bohat hi ahem cheez hai koi roza warna kyun aisa hota ke sare nabiyon ko, sari ummaton ko roze ka hukum diya jata.</w:t>
      </w:r>
      <w:r>
        <w:br/>
      </w:r>
      <w:r>
        <w:rPr>
          <w:sz w:val="20"/>
        </w:rPr>
        <w:t>9:26  is par mein sochta raha, sochta raha to ek baat meri samajh mein aayi. woh yeh hai ke hum rozana khate peete hain.</w:t>
      </w:r>
      <w:r>
        <w:br/>
      </w:r>
      <w:r>
        <w:rPr>
          <w:sz w:val="20"/>
        </w:rPr>
        <w:t>9:38  jab bhi bhook lagi kha liya, jab bhi pyas lagi pani pi liya. to ek aisi zindagi guzarti hai jo goya ke isi qism ka hai jis ko kehte hain ke: "Eat drink and be merry".</w:t>
      </w:r>
      <w:r>
        <w:br/>
      </w:r>
      <w:r>
        <w:rPr>
          <w:sz w:val="20"/>
        </w:rPr>
        <w:t>9:53  khaoo peeo aur khush raho.</w:t>
      </w:r>
      <w:r>
        <w:br/>
      </w:r>
      <w:r>
        <w:rPr>
          <w:sz w:val="20"/>
        </w:rPr>
        <w:t>9:59  phir roze mein kaha jata hai ke nahi, khana band, peena band. to yeh kya hai? yeh aap ke andar yeh soch paida karne ke liye hai ke zindagi kuch aur ke liye bhi hai, zindagi ka maqsad kuch aur bhi hai.</w:t>
      </w:r>
      <w:r>
        <w:br/>
      </w:r>
      <w:r>
        <w:rPr>
          <w:sz w:val="20"/>
        </w:rPr>
        <w:t>10:17  "Eat drink and be merry" ke siwa bhi koi cheez hai jo aap ka goal ho.</w:t>
      </w:r>
      <w:r>
        <w:br/>
      </w:r>
      <w:r>
        <w:rPr>
          <w:sz w:val="20"/>
        </w:rPr>
        <w:t>10:24  yeh maqsad hota hai is ka.</w:t>
      </w:r>
      <w:r>
        <w:br/>
      </w:r>
      <w:r>
        <w:rPr>
          <w:sz w:val="20"/>
        </w:rPr>
        <w:t>10:31  There is something else in my life. meri zindagi mein kuch aur cheez hai jis ko mein apna goal banaon.</w:t>
      </w:r>
      <w:r>
        <w:br/>
      </w:r>
      <w:r>
        <w:rPr>
          <w:sz w:val="20"/>
        </w:rPr>
        <w:t>10:41  is liye aisa kaha jata hai ke woh kya hai?</w:t>
      </w:r>
      <w:r>
        <w:br/>
      </w:r>
      <w:r>
        <w:rPr>
          <w:sz w:val="20"/>
        </w:rPr>
        <w:t>10:47  woh hai ba maqsad zindagi guzarna. Allah se ta'alluq qaim karna. haqeeqaton ko daryaft karna.</w:t>
      </w:r>
      <w:r>
        <w:br/>
      </w:r>
      <w:r>
        <w:rPr>
          <w:sz w:val="20"/>
        </w:rPr>
        <w:t>10:57  spiritual values ko ikhtiyar karna. to goya khana peena chhod kar ke aap ko aisa compulsion create kiya jata hai ke aap sochen ke kuch aur bhi matloob hai, is ke siwa kuch aur bhi cheez hai.</w:t>
      </w:r>
    </w:p>
    <w:p>
      <w:pPr>
        <w:pStyle w:val="Heading2"/>
      </w:pPr>
      <w:r>
        <w:t>How to make up fasts you missed</w:t>
      </w:r>
    </w:p>
    <w:p>
      <w:r>
        <w:rPr>
          <w:color w:val="666666"/>
          <w:sz w:val="18"/>
        </w:rPr>
        <w:t>Importance and Virtues of Ramadan April 2, 2023 · 3m 17s · at 43:59 · https://youtu.be/M2Phb22Vw_4?t=2639</w:t>
      </w:r>
    </w:p>
    <w:p>
      <w:r>
        <w:rPr>
          <w:i/>
        </w:rPr>
        <w:t>“Can't fast during Ramadan? Here's how you compensate”</w:t>
      </w:r>
    </w:p>
    <w:p>
      <w:r>
        <w:rPr>
          <w:sz w:val="20"/>
        </w:rPr>
        <w:t>43:59  to "how can someone make up missed fast?" is ke bare mein bhi batayein. haan, is pe hum thodi si baat kar sakte hain. ji waise yeh fiqhi masla hai.</w:t>
      </w:r>
      <w:r>
        <w:br/>
      </w:r>
      <w:r>
        <w:rPr>
          <w:sz w:val="20"/>
        </w:rPr>
        <w:t>44:09  ji a dekhiye, do tarah ki cheezein hain. ek to ab koi old age hai ya koi bimari hai. ji</w:t>
      </w:r>
      <w:r>
        <w:br/>
      </w:r>
      <w:r>
        <w:rPr>
          <w:sz w:val="20"/>
        </w:rPr>
        <w:t>44:18  a kuch old age mein log hote hain, woh roza rakh hi nahi sakte. ji a matlab woh ramzan mein bhi nahi rakh sakte, baad mein bhi nahi rakh sakte.</w:t>
      </w:r>
      <w:r>
        <w:br/>
      </w:r>
      <w:r>
        <w:rPr>
          <w:sz w:val="20"/>
        </w:rPr>
        <w:t>44:27  hmm to compensate karne ka to sawal nahi hota hai. aur aise hi kuch bimariyan aisi hoti hain jaise diabetic.</w:t>
      </w:r>
      <w:r>
        <w:br/>
      </w:r>
      <w:r>
        <w:rPr>
          <w:sz w:val="20"/>
        </w:rPr>
        <w:t>44:35  diabetes hai, woh bohat hi classic example hai ke is mein aadmi ko har teen char ghante pe kuch khana hota hai.</w:t>
      </w:r>
      <w:r>
        <w:br/>
      </w:r>
      <w:r>
        <w:rPr>
          <w:sz w:val="20"/>
        </w:rPr>
        <w:t>44:43  kuch aur bimariyan hain ke agar woh khaye nahi to us ke sir mein dard ho jata hai, migraine ho jata hai. Aur aur kai sari bimariyan hain ke us ko bhooka nahi reh sakta.</w:t>
      </w:r>
      <w:r>
        <w:br/>
      </w:r>
      <w:r>
        <w:rPr>
          <w:sz w:val="20"/>
        </w:rPr>
        <w:t>44:53  ji ya bohat old ho gaya hai, waise hi weakness ho jati hai. To phir exempt hai. Na na woh Ramzan mein rakh sakta hai roza, na woh Ramzan ke baad rakh sakta hai.</w:t>
      </w:r>
      <w:r>
        <w:br/>
      </w:r>
      <w:r>
        <w:rPr>
          <w:sz w:val="20"/>
        </w:rPr>
        <w:t>45:05  to aisi surat mein woh aik aadmi ko khana khila de. Ji ah aik aik roze ke badle</w:t>
      </w:r>
      <w:r>
        <w:br/>
      </w:r>
      <w:r>
        <w:rPr>
          <w:sz w:val="20"/>
        </w:rPr>
        <w:t>45:12  mein aik khana. 30 roze chhoot chhootay hain to 30 khana khila de. To puranay zamane mein yeh hota tha. Ab to jo organizations hain jo is tarah ke kaam karte hain, falahi, un ko paise de diye jatay hain.</w:t>
      </w:r>
      <w:r>
        <w:br/>
      </w:r>
      <w:r>
        <w:rPr>
          <w:sz w:val="20"/>
        </w:rPr>
        <w:t>45:24  aik khane ka jo bhi tay kare, 100 rupees, 200 rupees, multiplied by 30, to woh jo amount hai, woh de diya. Ya agar aap ko koi ghareeb milta hai to aap us ko de dein.</w:t>
      </w:r>
      <w:r>
        <w:br/>
      </w:r>
      <w:r>
        <w:rPr>
          <w:sz w:val="20"/>
        </w:rPr>
        <w:t>45:34  to is tarah se woh aik tareeqay se compensate ho jata hai.</w:t>
      </w:r>
      <w:r>
        <w:br/>
      </w:r>
      <w:r>
        <w:rPr>
          <w:sz w:val="20"/>
        </w:rPr>
        <w:t>45:38  ji is ke ilawa jaise bimari hai, healthy insan hai, bimar ho gaya Ramzan mein to ah woh baad mein jitnay roze chhootay hain, us ko compensate kar de.</w:t>
      </w:r>
      <w:r>
        <w:br/>
      </w:r>
      <w:r>
        <w:rPr>
          <w:sz w:val="20"/>
        </w:rPr>
        <w:t>45:50  baad mein maan lijye, us ke lambay roze chhootay hain, poore mahine hi nahi rakh saka. Ji to zaroori nahi hai ke woh poore mahine aik saath rakhay. Woh har mahine char, paanch, saat, yani apne upar hai.</w:t>
      </w:r>
      <w:r>
        <w:br/>
      </w:r>
      <w:r>
        <w:rPr>
          <w:sz w:val="20"/>
        </w:rPr>
        <w:t>46:01  ji woh rakh sakta hai jaise bhi. Is mein yani relaxation hai bohat ziyada. Aur aise hi child birth hai, kuch aur khawateen ki cheezein hoti hain.</w:t>
      </w:r>
      <w:r>
        <w:br/>
      </w:r>
      <w:r>
        <w:rPr>
          <w:sz w:val="20"/>
        </w:rPr>
        <w:t>46:10  to woh un sab mein yeh hai ke woh baad mein rakh sakti hain roze. Aur traveling mein bhi exemption hai. Lekin traveling mein yeh hai ke 50-50 ka mamla hai.</w:t>
      </w:r>
      <w:r>
        <w:br/>
      </w:r>
      <w:r>
        <w:rPr>
          <w:sz w:val="20"/>
        </w:rPr>
        <w:t>46:22  ji aap</w:t>
      </w:r>
      <w:r>
        <w:br/>
      </w:r>
      <w:r>
        <w:rPr>
          <w:sz w:val="20"/>
        </w:rPr>
        <w:t>46:23  rakh bhi sakte hain agar aap samajhtay hain aaj kal bohat aasan hai. Hmm ah ah flight pe aap gaye aur bohat hi sab kuch achi hai, koi exertion nahi hai.</w:t>
      </w:r>
      <w:r>
        <w:br/>
      </w:r>
      <w:r>
        <w:rPr>
          <w:sz w:val="20"/>
        </w:rPr>
        <w:t>46:34  to aap roze rakh sakte hain. Yani aap ke upar hai. Agar aap rakhna chahein to roze rakhein, nahi rakhna chahein to baad mein bhi kar sakte hain. Choonkay prophet ne dono ah ah tarah se misaal milti hai.</w:t>
      </w:r>
      <w:r>
        <w:br/>
      </w:r>
      <w:r>
        <w:rPr>
          <w:sz w:val="20"/>
        </w:rPr>
        <w:t>46:45  ah traveling mein roze rakha bhi unhon ne aur roza nahi bhi rakha. To</w:t>
      </w:r>
      <w:r>
        <w:br/>
      </w:r>
      <w:r>
        <w:rPr>
          <w:sz w:val="20"/>
        </w:rPr>
        <w:t>46:49  yeh yani ah ah you you should use your ah your better judgment ke kya sahi hai aur ah kiya.</w:t>
      </w:r>
      <w:r>
        <w:br/>
      </w:r>
      <w:r>
        <w:rPr>
          <w:sz w:val="20"/>
        </w:rPr>
        <w:t>46:59  to yeh kuch baatein hain. Waise ziyada aur detail mein kisi ko janna chahe to woh mufti hazraat aur us ki ziyada sahi tareeqay se aur ziyada detail mein bata sakte hain.</w:t>
      </w:r>
      <w:r>
        <w:br/>
      </w:r>
      <w:r>
        <w:rPr>
          <w:sz w:val="20"/>
        </w:rPr>
        <w:t>47:09  ji ji jazak Allah doctor sahib. Doctor sahib, aakhri sawal ki taraf rukh karte hain. Ah aur yeh dua se related hai.</w:t>
      </w:r>
    </w:p>
    <w:p>
      <w:pPr>
        <w:pStyle w:val="Heading2"/>
      </w:pPr>
      <w:r>
        <w:t>Sabr patience in trials</w:t>
      </w:r>
    </w:p>
    <w:p>
      <w:r>
        <w:rPr>
          <w:color w:val="666666"/>
          <w:sz w:val="18"/>
        </w:rPr>
        <w:t>Roza and Ramadan September 3, 2007 Maulana Wahiduddin Khan · 2m 58s · at 30:06 · https://youtu.be/98PTg3r7yYE?t=1806</w:t>
      </w:r>
    </w:p>
    <w:p>
      <w:r>
        <w:rPr>
          <w:i/>
        </w:rPr>
        <w:t>“What is sabr? Sabr means patience”</w:t>
      </w:r>
    </w:p>
    <w:p>
      <w:r>
        <w:rPr>
          <w:sz w:val="20"/>
        </w:rPr>
        <w:t>30:06  sabr aur muwasat. yani roza shahr al-sabr hai aur roza shahr al-muwasat hai. dekhiye sabr ke maani kya hain?</w:t>
      </w:r>
      <w:r>
        <w:br/>
      </w:r>
      <w:r>
        <w:rPr>
          <w:sz w:val="20"/>
        </w:rPr>
        <w:t>30:18  sabr ke maani hain patience. bardasht, tahammul. patience. patience ka matlab kya hai?</w:t>
      </w:r>
      <w:r>
        <w:br/>
      </w:r>
      <w:r>
        <w:rPr>
          <w:sz w:val="20"/>
        </w:rPr>
        <w:t>30:29  yeh duniya mein dekhiye aadhi hamari zindagi fifty percent patience par hai. har waqt hamein sabr karna hai.</w:t>
      </w:r>
      <w:r>
        <w:br/>
      </w:r>
      <w:r>
        <w:rPr>
          <w:sz w:val="20"/>
        </w:rPr>
        <w:t>30:40  kyun ke yeh duniya test ki duniya hai. duniya hum test ke liye hai. jab test ke liye hai to yahan par aisi cheezein rahengi jis se hum aazmaye jayen.</w:t>
      </w:r>
      <w:r>
        <w:br/>
      </w:r>
      <w:r>
        <w:rPr>
          <w:sz w:val="20"/>
        </w:rPr>
        <w:t>30:53  hum aazmaye jayen. jaise misaal ke taur par Khuda ne sab ko azadi de di. taake koi hum ko provoke kare.</w:t>
      </w:r>
      <w:r>
        <w:br/>
      </w:r>
      <w:r>
        <w:rPr>
          <w:sz w:val="20"/>
        </w:rPr>
        <w:t>31:03  koi hamein gaali de, koi hamein hamein koi ghussa dilaye. to agar yeh na ho ke log aap ko provoke karein to test kis baat ka hoga?</w:t>
      </w:r>
      <w:r>
        <w:br/>
      </w:r>
      <w:r>
        <w:rPr>
          <w:sz w:val="20"/>
        </w:rPr>
        <w:t>31:17  to logon ko Khuda ne azadi di hai ke tum logon ko provoke karo. phir yeh pata chalta hai ke hum provocation ke bawajood hum ghussa nahin hue.</w:t>
      </w:r>
      <w:r>
        <w:br/>
      </w:r>
      <w:r>
        <w:rPr>
          <w:sz w:val="20"/>
        </w:rPr>
        <w:t>31:32  yeh hai shahr al-sabr. aise hi dekhiye temptation hain hamare andar bohat sari.</w:t>
      </w:r>
      <w:r>
        <w:br/>
      </w:r>
      <w:r>
        <w:rPr>
          <w:sz w:val="20"/>
        </w:rPr>
        <w:t>31:41  jis ko hum lalach kehte hain, hiras kehte hain, intiqam kehte hain, khud gharzi kehte hain, hasad kehte hain, fakhr kehte hain.</w:t>
      </w:r>
      <w:r>
        <w:br/>
      </w:r>
      <w:r>
        <w:rPr>
          <w:sz w:val="20"/>
        </w:rPr>
        <w:t>31:53  yeh saare temptations hain. yahan bhi hamein dekhiye apne aap ko thamna hai. restrain mein rakhna hai apne aap ko.</w:t>
      </w:r>
      <w:r>
        <w:br/>
      </w:r>
      <w:r>
        <w:rPr>
          <w:sz w:val="20"/>
        </w:rPr>
        <w:t>32:03  apne ko discipline mein rakhna hai apne aap ko. yeh hai sabr. agar sabr ki quality, sabr ki spirit hamare andar na ho to kya hoga?</w:t>
      </w:r>
      <w:r>
        <w:br/>
      </w:r>
      <w:r>
        <w:rPr>
          <w:sz w:val="20"/>
        </w:rPr>
        <w:t>32:15  har waqt hum kisi kisi na kisi aisi cheez mein involve ho jayenge jo Khuda ko pasand nahin hai.</w:t>
      </w:r>
      <w:r>
        <w:br/>
      </w:r>
      <w:r>
        <w:rPr>
          <w:sz w:val="20"/>
        </w:rPr>
        <w:t>32:24  is se ghusse mein bhadak kar ke hum intiqam lene lagenge. hiras mein pad kar ke hum bhagenge duniya ke peeche. kisi ko dekhenge bara to us ke hum us ke ghussa aa jayega hum ko ke dekho bara ho gaya yeh aadmi.</w:t>
      </w:r>
      <w:r>
        <w:br/>
      </w:r>
      <w:r>
        <w:rPr>
          <w:sz w:val="20"/>
        </w:rPr>
        <w:t>32:40  aap ko Khuda de, aap ko Khuda zyada de to aap aap ke andar arrogance aa jayega. aap ko agar Khuda de zyada to aap ko arrogance aa jayega.</w:t>
      </w:r>
      <w:r>
        <w:br/>
      </w:r>
      <w:r>
        <w:rPr>
          <w:sz w:val="20"/>
        </w:rPr>
        <w:t>32:51  aur doosre ko Khuda agar de to aap ke andar doosra jazba bhadkega ke dekho yeh mujh se barh ke aa gaye, is ko to mujhe marna hai. ise mujhe down karna hai.</w:t>
      </w:r>
    </w:p>
    <w:p>
      <w:pPr>
        <w:pStyle w:val="Heading2"/>
      </w:pPr>
      <w:r>
        <w:t>Prayer trains modesty and submission</w:t>
      </w:r>
    </w:p>
    <w:p>
      <w:r>
        <w:rPr>
          <w:color w:val="666666"/>
          <w:sz w:val="18"/>
        </w:rPr>
        <w:t>What is Islam (Prophetic Wisdom) November 29, 2006 Maulana Wahiduddin Khan · 2m 08s · at 11:39 · https://youtu.be/iVldpAeihtU?t=699</w:t>
      </w:r>
    </w:p>
    <w:p>
      <w:r>
        <w:rPr>
          <w:i/>
        </w:rPr>
        <w:t>“Doosri cheez hai jis ko kaha gaya Salaat”</w:t>
      </w:r>
    </w:p>
    <w:p>
      <w:r>
        <w:rPr>
          <w:sz w:val="20"/>
        </w:rPr>
        <w:t>11:39  doosri cheez hai jis ko kaha gaya salat, jis ko hum kehte hain namaz ya five time prayer. yeh aadmi ki 24 ghante mein paanch baar namaz padh jaati hai.</w:t>
      </w:r>
      <w:r>
        <w:br/>
      </w:r>
      <w:r>
        <w:rPr>
          <w:sz w:val="20"/>
        </w:rPr>
        <w:t>11:56  to yeh kya hai? 24 ghante mein rozana paanch baar namaz padhna, sari zindagi, poori life time.</w:t>
      </w:r>
      <w:r>
        <w:br/>
      </w:r>
      <w:r>
        <w:rPr>
          <w:sz w:val="20"/>
        </w:rPr>
        <w:t>12:07  yeh kya hai? yeh hai Khuda ke aqeeday ki buniyad par zindagi ko organize karna. yaani jab rozana aap paanch baar namaz padhenge to is ka matlab yeh hua ke aap yeh jo ideology hai,</w:t>
      </w:r>
      <w:r>
        <w:br/>
      </w:r>
      <w:r>
        <w:rPr>
          <w:sz w:val="20"/>
        </w:rPr>
        <w:t>12:25  God based ideology, is par aap poori zindagi ko utha liye hue hain, is par aap poori zindagi ko organize kar rahe hain. misal ke taur par in paanch waqt ki namazon mein taqreeban dhasai sau baar, taqreeban dhasai sau baar hum kehte hain: "Allah Akbar,</w:t>
      </w:r>
      <w:r>
        <w:br/>
      </w:r>
      <w:r>
        <w:rPr>
          <w:sz w:val="20"/>
        </w:rPr>
        <w:t>12:49  God is great". yeh 24 ghante mein in namazon ke darmiyan dhasai sau baar kaha jata hai: "Allah Akbar, God is great".</w:t>
      </w:r>
      <w:r>
        <w:br/>
      </w:r>
      <w:r>
        <w:rPr>
          <w:sz w:val="20"/>
        </w:rPr>
        <w:t>13:02  is ka matlab kya hai? "God is great and I am not great, mind is not great".</w:t>
      </w:r>
      <w:r>
        <w:br/>
      </w:r>
      <w:r>
        <w:rPr>
          <w:sz w:val="20"/>
        </w:rPr>
        <w:t>13:16  Khuda bada hai, mein bada nahin hoon. to is ka matlab kya hua? yeh hai modesty ka, modesty ka lesson, modesty ka sabak.</w:t>
      </w:r>
      <w:r>
        <w:br/>
      </w:r>
      <w:r>
        <w:rPr>
          <w:sz w:val="20"/>
        </w:rPr>
        <w:t>13:33  to goya ke namaz aadmi ko is baat ke liye train karti hai ke woh duniya mein modest ban kar rahe.</w:t>
      </w:r>
    </w:p>
    <w:p>
      <w:pPr>
        <w:pStyle w:val="Heading2"/>
      </w:pPr>
      <w:r>
        <w:t>Niyyah, and the difference between form and spirit</w:t>
      </w:r>
    </w:p>
    <w:p>
      <w:r>
        <w:rPr>
          <w:color w:val="666666"/>
          <w:sz w:val="18"/>
        </w:rPr>
        <w:t>The Spirit of Ramadan April 10, 2022 Dr. Saniyasnain Khan · 1m 49s · at 16:07 · https://youtu.be/MVnTihqgvus?t=967</w:t>
      </w:r>
    </w:p>
    <w:p>
      <w:r>
        <w:rPr>
          <w:i/>
        </w:rPr>
        <w:t>“यह एक दिल्ली कैफियत का नाम है, एक इरादे का”</w:t>
      </w:r>
    </w:p>
    <w:p>
      <w:r>
        <w:rPr>
          <w:sz w:val="20"/>
        </w:rPr>
        <w:t>16:07  Iska matlab yeh nahi hai ke aap kahe mou se ke main niyat karta hoon, main niyat karti hoon, kal roza rakhunga ya us roza rakhungi. Ji. Balkeh yeh ek dili kaifiyat ka naam hai. Ek irade ka yaani Maulana ne likha hai ke yeh conscious irada ke aapka ek socha samjha irada hai na ke koi ek ritual hai ki usko follow kare aur koi gehri niyat nahi na ho. To yeh ek inner spirit ki baat hai.</w:t>
      </w:r>
      <w:r>
        <w:br/>
      </w:r>
      <w:r>
        <w:rPr>
          <w:sz w:val="20"/>
        </w:rPr>
        <w:t>16:36  Wahi jo Maulana kehte the form aur spirit ka fark. To spirit ka matlab hai ke aapke andar gehri niyat hai. Allah taala jo hai woh zahiri form ko nahi dekhta, woh dakhili spirit ko dekhta hai inner spirit aur inner kaifiyat ko. Ji.</w:t>
      </w:r>
      <w:r>
        <w:br/>
      </w:r>
      <w:r>
        <w:rPr>
          <w:sz w:val="20"/>
        </w:rPr>
        <w:t>16:52  Yaani jo bhi deeni amal hai woh ek bashoor, ek bashoor kaifiyat se se honi chahiye na ke koi ek aisi jiske andar ek zahiri bas shakal hai aur koi khaas andar uske dil mein niyat nahi hai. To jab aisa hota hai jab aisi niyat ke saath woh roza rakhta hai, gehri niyat hoti hai to uske saare aamal mein fark ho jaata hai.</w:t>
      </w:r>
      <w:r>
        <w:br/>
      </w:r>
      <w:r>
        <w:rPr>
          <w:sz w:val="20"/>
        </w:rPr>
        <w:t>17:20  Jab tilawat karta hai to uske gehri niyat ke saath woh tilawat karta hai, jab nawaz padhta hai, jab taravi padhta hai to woh saari cheezein usmein jhalakti hai. To isliye niyat ki bahut hi importance hai aur Maulana ne isko likha hai ke woh phir roza oriented life uski hoti hai. Ji mashallah.</w:t>
      </w:r>
      <w:r>
        <w:br/>
      </w:r>
      <w:r>
        <w:rPr>
          <w:sz w:val="20"/>
        </w:rPr>
        <w:t>17:41  Haan matlab yeh hai ke sirf ek form nahi hai koi ek bas bhook aur pyaas ka tagadba balkeh gehri spirit jab hogi to har cheez mein woh jhalakne lagegi. Is is itwaar sinniyat ki bahut hai main bhi hoon. Ji.</w:t>
      </w:r>
      <w:r>
        <w:br/>
      </w:r>
      <w:r>
        <w:rPr>
          <w:sz w:val="20"/>
        </w:rPr>
        <w:t>17:56  Doctor, jaisa ke hum jaante hain ke satan is the biggest enemy of a man aur shaitan ki yeh koshish hamesha rehti hai ke woh insaan ko self destruction ke path par daal de. Magar ek yeh riwayat aati hai yeh hadees hai doctor sahib ke when Ramzan begins then satans are put into chains and the doors of hell are closed.</w:t>
      </w:r>
    </w:p>
    <w:p>
      <w:pPr>
        <w:pStyle w:val="Heading2"/>
      </w:pPr>
      <w:r>
        <w:t>Only humans discover blessings through fasting</w:t>
      </w:r>
    </w:p>
    <w:p>
      <w:r>
        <w:rPr>
          <w:color w:val="666666"/>
          <w:sz w:val="18"/>
        </w:rPr>
        <w:t>The Spirit of Ramadan 5 Sept, 2010 - Maulana Wahiduddin Khan · 2m 13s · at 3:04 · https://youtu.be/2w5Tm9gWvPA?t=184</w:t>
      </w:r>
    </w:p>
    <w:p>
      <w:r>
        <w:rPr>
          <w:i/>
        </w:rPr>
        <w:t>“Roza farz kiya gaya kis ke liye?”</w:t>
      </w:r>
    </w:p>
    <w:p>
      <w:r>
        <w:rPr>
          <w:sz w:val="20"/>
        </w:rPr>
        <w:t>3:04  farz kiya gaya kis ke liye؟ insaan ke liye. sher aur haathi ko roza nahi rakhna hai. pahaad aur samundaron ko roza nahi rakhna hai.</w:t>
      </w:r>
      <w:r>
        <w:br/>
      </w:r>
      <w:r>
        <w:rPr>
          <w:sz w:val="20"/>
        </w:rPr>
        <w:t>3:16  star aur planets ke liye roza nahi hai. yeh hai comparison.</w:t>
      </w:r>
      <w:r>
        <w:br/>
      </w:r>
      <w:r>
        <w:rPr>
          <w:sz w:val="20"/>
        </w:rPr>
        <w:t>3:23  is tarah jab aap sochenge to bohat ajeeb ghareeb qism ki ek ek aap ko haqeeqat maloom hogi. keh sirf insaan ko Allah ne chuna keh woh roza rakhe.</w:t>
      </w:r>
      <w:r>
        <w:br/>
      </w:r>
      <w:r>
        <w:rPr>
          <w:sz w:val="20"/>
        </w:rPr>
        <w:t>3:37  aur itni bari universe hai, itni bari kainat hai, kisi ke liye roza rakhna nahi muqarrar kiya gaya. to is ka matlab hai keh koi bohat hi bari baat is ke andar hai.</w:t>
      </w:r>
      <w:r>
        <w:br/>
      </w:r>
      <w:r>
        <w:rPr>
          <w:sz w:val="20"/>
        </w:rPr>
        <w:t>3:49  bohat hi bari baat hai. woh kya hai؟</w:t>
      </w:r>
      <w:r>
        <w:br/>
      </w:r>
      <w:r>
        <w:rPr>
          <w:sz w:val="20"/>
        </w:rPr>
        <w:t>3:55  yaani roze mein kya karte hain aap؟ hadees mein aata hai keh roze ka sawab insaan ko, bohat rozedaar ko bohat zyada diya jaata hai.</w:t>
      </w:r>
      <w:r>
        <w:br/>
      </w:r>
      <w:r>
        <w:rPr>
          <w:sz w:val="20"/>
        </w:rPr>
        <w:t>4:10  unlimited diya jaata hai.</w:t>
      </w:r>
      <w:r>
        <w:br/>
      </w:r>
      <w:r>
        <w:rPr>
          <w:sz w:val="20"/>
        </w:rPr>
        <w:t>4:13  to hadees mein aata hai keh "یدع طعامہ وشرابہ ولذتہ وشہوتہ لاجلی"۔</w:t>
      </w:r>
      <w:r>
        <w:br/>
      </w:r>
      <w:r>
        <w:rPr>
          <w:sz w:val="20"/>
        </w:rPr>
        <w:t>4:24  yaani rozedaar mere liye, yaani Allah ke liye chhodta hai khane ko, peene ko, lazzaton ko.</w:t>
      </w:r>
      <w:r>
        <w:br/>
      </w:r>
      <w:r>
        <w:rPr>
          <w:sz w:val="20"/>
        </w:rPr>
        <w:t>4:34  sirf Allah ke liye.</w:t>
      </w:r>
      <w:r>
        <w:br/>
      </w:r>
      <w:r>
        <w:rPr>
          <w:sz w:val="20"/>
        </w:rPr>
        <w:t>4:37  to yeh yeh sharaf sirf insaan ko haasil hai keh woh chhodde kisi cheez ko. aur jo makhlooqat hain woh jaanti hi nahi keh chhodna bhi koi cheez hai. chhodne se kya hota hai؟</w:t>
      </w:r>
      <w:r>
        <w:br/>
      </w:r>
      <w:r>
        <w:rPr>
          <w:sz w:val="20"/>
        </w:rPr>
        <w:t>4:50  is ki ahmiyat aap samajh paate hain. jab aap paani se apne ko mehroom kiya, jaan boojh kar. bhooke aur pyaase rahe aap.</w:t>
      </w:r>
      <w:r>
        <w:br/>
      </w:r>
      <w:r>
        <w:rPr>
          <w:sz w:val="20"/>
        </w:rPr>
        <w:t>4:59  phir shaam ko iftar ke waqt aap ne paani piya, khana khaya. to aap ne discover kiya</w:t>
      </w:r>
      <w:r>
        <w:br/>
      </w:r>
      <w:r>
        <w:rPr>
          <w:sz w:val="20"/>
        </w:rPr>
        <w:t>5:06  keh yeh jo khana aur paani hai Allah ki kitni bari nemat hai. to discovery ke baad jo aadmi ke andar ehsaas jaagta hai woh ajeeb o ghareeb cheez hai.</w:t>
      </w:r>
    </w:p>
    <w:p>
      <w:pPr>
        <w:pStyle w:val="Heading2"/>
      </w:pPr>
      <w:r>
        <w:t>Simplicity and dedication to mission</w:t>
      </w:r>
    </w:p>
    <w:p>
      <w:r>
        <w:rPr>
          <w:color w:val="666666"/>
          <w:sz w:val="18"/>
        </w:rPr>
        <w:t>The Spirit of Hajj | November 10, 2007 · 2m 01s · at 37:51 · https://youtu.be/lLM-kLIlvdw?t=2271</w:t>
      </w:r>
    </w:p>
    <w:p>
      <w:r>
        <w:rPr>
          <w:i/>
        </w:rPr>
        <w:t>“Hajj wali training lijiye”</w:t>
      </w:r>
    </w:p>
    <w:p>
      <w:r>
        <w:rPr>
          <w:sz w:val="20"/>
        </w:rPr>
        <w:t>37:51  hajj wali training lijie.</w:t>
      </w:r>
      <w:r>
        <w:br/>
      </w:r>
      <w:r>
        <w:rPr>
          <w:sz w:val="20"/>
        </w:rPr>
        <w:t>37:55  hajj ke principal seekhie.</w:t>
      </w:r>
      <w:r>
        <w:br/>
      </w:r>
      <w:r>
        <w:rPr>
          <w:sz w:val="20"/>
        </w:rPr>
        <w:t>38:00  hajj mein zindagi ka jo method bataya jata hai, us ko janiye achhe tarike se.</w:t>
      </w:r>
      <w:r>
        <w:br/>
      </w:r>
      <w:r>
        <w:rPr>
          <w:sz w:val="20"/>
        </w:rPr>
        <w:t>38:04  apne aap ko train kar ke lotaiye.</w:t>
      </w:r>
      <w:r>
        <w:br/>
      </w:r>
      <w:r>
        <w:rPr>
          <w:sz w:val="20"/>
        </w:rPr>
        <w:t>38:08  train kar ke aaiye aur phir zindagi mein is ko translate kijie.</w:t>
      </w:r>
      <w:r>
        <w:br/>
      </w:r>
      <w:r>
        <w:rPr>
          <w:sz w:val="20"/>
        </w:rPr>
        <w:t>38:12  bas aap ke paas paisa hai, aap ke paas time hai, aap ke paas energy hai, to is</w:t>
      </w:r>
      <w:r>
        <w:br/>
      </w:r>
      <w:r>
        <w:rPr>
          <w:sz w:val="20"/>
        </w:rPr>
        <w:t>38:17  ko hajj ke mission mein lagaiye, na ke hajj</w:t>
      </w:r>
      <w:r>
        <w:br/>
      </w:r>
      <w:r>
        <w:rPr>
          <w:sz w:val="20"/>
        </w:rPr>
        <w:t>38:21  ke, hajj ke is mein.</w:t>
      </w:r>
      <w:r>
        <w:br/>
      </w:r>
      <w:r>
        <w:rPr>
          <w:sz w:val="20"/>
        </w:rPr>
        <w:t>38:25  yani hajj ki ibadat mein.</w:t>
      </w:r>
      <w:r>
        <w:br/>
      </w:r>
      <w:r>
        <w:rPr>
          <w:sz w:val="20"/>
        </w:rPr>
        <w:t>38:30  ek hai hajj ki ibadat, ek hai hajj ka mission.</w:t>
      </w:r>
      <w:r>
        <w:br/>
      </w:r>
      <w:r>
        <w:rPr>
          <w:sz w:val="20"/>
        </w:rPr>
        <w:t>38:34  hajj ki ibadat ek bar kafi hai.</w:t>
      </w:r>
      <w:r>
        <w:br/>
      </w:r>
      <w:r>
        <w:rPr>
          <w:sz w:val="20"/>
        </w:rPr>
        <w:t>38:38  is ke baad jo aap ke paas hai, us ko aap ko lagana hai hajj ke mission mein.</w:t>
      </w:r>
      <w:r>
        <w:br/>
      </w:r>
      <w:r>
        <w:rPr>
          <w:sz w:val="20"/>
        </w:rPr>
        <w:t>38:43  aur sab se bada mission kya hai? daawa work hai.</w:t>
      </w:r>
      <w:r>
        <w:br/>
      </w:r>
      <w:r>
        <w:rPr>
          <w:sz w:val="20"/>
        </w:rPr>
        <w:t>38:47  ehraam jo bandha jata hai, woh ehraam is baat ki, mein samajhta hoon ke taleem</w:t>
      </w:r>
      <w:r>
        <w:br/>
      </w:r>
      <w:r>
        <w:rPr>
          <w:sz w:val="20"/>
        </w:rPr>
        <w:t>38:51  hai.</w:t>
      </w:r>
      <w:r>
        <w:br/>
      </w:r>
      <w:r>
        <w:rPr>
          <w:sz w:val="20"/>
        </w:rPr>
        <w:t>38:56  ke apne paise ko, apne kharch ko kam, apne aap par kam se kam lagana.</w:t>
      </w:r>
      <w:r>
        <w:br/>
      </w:r>
      <w:r>
        <w:rPr>
          <w:sz w:val="20"/>
        </w:rPr>
        <w:t>39:02  aur mission par sara ka sara laga dena.</w:t>
      </w:r>
      <w:r>
        <w:br/>
      </w:r>
      <w:r>
        <w:rPr>
          <w:sz w:val="20"/>
        </w:rPr>
        <w:t>39:07  ehraam simple life ko symbolize kar raha hota hai.</w:t>
      </w:r>
      <w:r>
        <w:br/>
      </w:r>
      <w:r>
        <w:rPr>
          <w:sz w:val="20"/>
        </w:rPr>
        <w:t>39:12  ehraam jo hai, woh simple life ko symbolize kar raha hota hai.</w:t>
      </w:r>
      <w:r>
        <w:br/>
      </w:r>
      <w:r>
        <w:rPr>
          <w:sz w:val="20"/>
        </w:rPr>
        <w:t>39:17  is ka matlab kya hota hai? jab aap ehraam bandhte hain, to aap yeh pledge dete hain, pledge. ke khudaaya,</w:t>
      </w:r>
      <w:r>
        <w:br/>
      </w:r>
      <w:r>
        <w:rPr>
          <w:sz w:val="20"/>
        </w:rPr>
        <w:t>39:22  meri zindagi bilkul simple hogi. bilkul simple.</w:t>
      </w:r>
      <w:r>
        <w:br/>
      </w:r>
      <w:r>
        <w:rPr>
          <w:sz w:val="20"/>
        </w:rPr>
        <w:t>39:27  aur main jo kuch mere paas hai, us ko lagaunga main tere mission mein.</w:t>
      </w:r>
      <w:r>
        <w:br/>
      </w:r>
      <w:r>
        <w:rPr>
          <w:sz w:val="20"/>
        </w:rPr>
        <w:t>39:32  chahe lot kar ke aap ehraam jaisa kapda na bhi pehne, tab bhi ehraam ki spirit aap ki</w:t>
      </w:r>
      <w:r>
        <w:br/>
      </w:r>
      <w:r>
        <w:rPr>
          <w:sz w:val="20"/>
        </w:rPr>
        <w:t>39:37  zindagi mein shamil ho jana chahiye.</w:t>
      </w:r>
      <w:r>
        <w:br/>
      </w:r>
      <w:r>
        <w:rPr>
          <w:sz w:val="20"/>
        </w:rPr>
        <w:t>39:42  yani ek hai ehram ka jaisa kapra.</w:t>
      </w:r>
      <w:r>
        <w:br/>
      </w:r>
      <w:r>
        <w:rPr>
          <w:sz w:val="20"/>
        </w:rPr>
        <w:t>39:47  ehram ka jaisa</w:t>
      </w:r>
    </w:p>
    <w:p>
      <w:pPr>
        <w:pStyle w:val="Heading2"/>
      </w:pPr>
      <w:r>
        <w:t>A tree became a reference point for prayer</w:t>
      </w:r>
    </w:p>
    <w:p>
      <w:r>
        <w:rPr>
          <w:color w:val="666666"/>
          <w:sz w:val="18"/>
        </w:rPr>
        <w:t>What is Dua April 26, 2009 · 2m 12s · at 29:28 · https://youtu.be/ROQR2zNew1I?t=1768</w:t>
      </w:r>
    </w:p>
    <w:p>
      <w:r>
        <w:rPr>
          <w:i/>
        </w:rPr>
        <w:t>“Jaise for example, ek baar mein train mein safar kar raha tha”</w:t>
      </w:r>
    </w:p>
    <w:p>
      <w:r>
        <w:rPr>
          <w:sz w:val="20"/>
        </w:rPr>
        <w:t>29:28  jaise for example, ek baar mein train mein safar kar raha tha,</w:t>
      </w:r>
      <w:r>
        <w:br/>
      </w:r>
      <w:r>
        <w:rPr>
          <w:sz w:val="20"/>
        </w:rPr>
        <w:t>29:34  ghaliban south india ke kisi area mein tha. mein bohat pehle ki baat hai, woh us waqt ki baat hai ke jab mein ek seeker ke roop mein tha, seeker sachai ki talash mein tha.</w:t>
      </w:r>
      <w:r>
        <w:br/>
      </w:r>
      <w:r>
        <w:rPr>
          <w:sz w:val="20"/>
        </w:rPr>
        <w:t>29:52  to train ek ek area se guzri, jo jangla ka area tha, woh to wahan par dhak ke peir the. aap mein se kisi ne agar dhak dekha ho to dhak ek anokhe qism ka peir hota hai.</w:t>
      </w:r>
      <w:r>
        <w:br/>
      </w:r>
      <w:r>
        <w:rPr>
          <w:sz w:val="20"/>
        </w:rPr>
        <w:t>30:09  yani dekhne mein aap jo hain ke lakri hai, lakri khari hui, lakri bilkul lakri jaisa hota hai woh.</w:t>
      </w:r>
      <w:r>
        <w:br/>
      </w:r>
      <w:r>
        <w:rPr>
          <w:sz w:val="20"/>
        </w:rPr>
        <w:t>30:18  aur phir is mein bohat hi beautiful phool, red, bohat hi red ka reddish kehna chahiye, bohat hi beautiful.</w:t>
      </w:r>
      <w:r>
        <w:br/>
      </w:r>
      <w:r>
        <w:rPr>
          <w:sz w:val="20"/>
        </w:rPr>
        <w:t>30:27  isi lakri ke is mein is ka, is ka jo stem hota hai, tana, us ki branches jo hoti hain, sab lakri jaisi hoti hain. aur is mein bohat hi beautiful phool, lal rang ke,</w:t>
      </w:r>
      <w:r>
        <w:br/>
      </w:r>
      <w:r>
        <w:rPr>
          <w:sz w:val="20"/>
        </w:rPr>
        <w:t>30:42  aur hara bhi patiyan bhi hoti hain. sath sath kuch bohat patiyan nahi hoti hain.</w:t>
      </w:r>
      <w:r>
        <w:br/>
      </w:r>
      <w:r>
        <w:rPr>
          <w:sz w:val="20"/>
        </w:rPr>
        <w:t>30:50  woh mere samne achaanak aya to mein bilkul tadap utha. maine kaha, "khudaya, tu lakri mein itne beautiful phool khila sakta hai to mein bhi ek insan hoon, mein bhi ek lakri hoon,</w:t>
      </w:r>
      <w:r>
        <w:br/>
      </w:r>
      <w:r>
        <w:rPr>
          <w:sz w:val="20"/>
        </w:rPr>
        <w:t>31:08  mera dard bhi to phool khila sakta hai.</w:t>
      </w:r>
      <w:r>
        <w:br/>
      </w:r>
      <w:r>
        <w:rPr>
          <w:sz w:val="20"/>
        </w:rPr>
        <w:t>31:16  yani teri jo rehmat utri hai is dhak ke peir ke upar, isi rehmat ko mere upar utar de.</w:t>
      </w:r>
      <w:r>
        <w:br/>
      </w:r>
      <w:r>
        <w:rPr>
          <w:sz w:val="20"/>
        </w:rPr>
        <w:t>31:26  teri jis blessing se yeh peir colorful ho raha hai, usi blessing se mujhe bhi colorful bana de. yeh hai point of reference.</w:t>
      </w:r>
    </w:p>
    <w:p>
      <w:pPr>
        <w:pStyle w:val="Heading2"/>
      </w:pPr>
      <w:r>
        <w:t>Today's atheism mirrors ancient idolatry</w:t>
      </w:r>
    </w:p>
    <w:p>
      <w:r>
        <w:rPr>
          <w:color w:val="666666"/>
          <w:sz w:val="18"/>
        </w:rPr>
        <w:t>Hajj ek Tareekh-saaz Amal Haqeeqat-E-Hajj Book by Maulana Wahiduddin Khan · 1m 33s · at 19:24 · https://youtu.be/DcyTlpDdbg4?t=1164</w:t>
      </w:r>
    </w:p>
    <w:p>
      <w:r>
        <w:rPr>
          <w:i/>
        </w:rPr>
        <w:t>“آج زمانہ گھوم کر دوبارہ وہیں پہنچ گیا ہے جہاں وہ ابراہیم کے زمانے میں تھا۔”</w:t>
      </w:r>
    </w:p>
    <w:p>
      <w:r>
        <w:rPr>
          <w:sz w:val="20"/>
        </w:rPr>
        <w:t>19:24  aaj zamana ghoom kar dobara wahin pahunch gaya hai jahan woh hazrat ibrahim ke zamane mein tha. is waqt sare alam par shirk ka ghalba tha.</w:t>
      </w:r>
      <w:r>
        <w:br/>
      </w:r>
      <w:r>
        <w:rPr>
          <w:sz w:val="20"/>
        </w:rPr>
        <w:t>19:36  aaj sare alam par ilhad ka ghalba hai.</w:t>
      </w:r>
      <w:r>
        <w:br/>
      </w:r>
      <w:r>
        <w:rPr>
          <w:sz w:val="20"/>
        </w:rPr>
        <w:t>19:40  qadeem zamane ka insan agar mushrikana tarz par sochta tha to aaj ka insan mulhidana tarz par sochta hai.</w:t>
      </w:r>
      <w:r>
        <w:br/>
      </w:r>
      <w:r>
        <w:rPr>
          <w:sz w:val="20"/>
        </w:rPr>
        <w:t>19:49  haqeeqat yeh hai ke maujooda zamane ka mas'ala bhi wohi hai jo qadeem zamane ka mas'ala tha. is farq ke sath ke qadeem zamane mein mushrikana shaklah logon ke upar chhaya hua tha.</w:t>
      </w:r>
      <w:r>
        <w:br/>
      </w:r>
      <w:r>
        <w:rPr>
          <w:sz w:val="20"/>
        </w:rPr>
        <w:t>20:06  aaj logon ke upar ilhadi shaklah chhaya hua hai. is shaklah ya'ni zehni sanche ko todna hi aaj islam ka asal kaam hai.</w:t>
      </w:r>
      <w:r>
        <w:br/>
      </w:r>
      <w:r>
        <w:rPr>
          <w:sz w:val="20"/>
        </w:rPr>
        <w:t>20:17  aaj bhi islami muhim isi nahaj par tay hogi jis nahaj par qadeem zamane ki islami muhim tay hui thi.</w:t>
      </w:r>
      <w:r>
        <w:br/>
      </w:r>
      <w:r>
        <w:rPr>
          <w:sz w:val="20"/>
        </w:rPr>
        <w:t>20:28  ab dobara kuch logon ko zibah hona hai. ab phir kuch logon ko apni aulad ko sehra mein dalna hai taake deen ki tareekh dobara zinda ho.</w:t>
      </w:r>
      <w:r>
        <w:br/>
      </w:r>
      <w:r>
        <w:rPr>
          <w:sz w:val="20"/>
        </w:rPr>
        <w:t>20:40  maazi mein daur-e-shirk ko khatam karne ke liye ek nasal ki qurbani darkar thi. aaj daur-e-ilhad ko khatam karne ke liye dobara ek nasal ki qurbani darkar hai.</w:t>
      </w:r>
      <w:r>
        <w:br/>
      </w:r>
      <w:r>
        <w:rPr>
          <w:sz w:val="20"/>
        </w:rPr>
        <w:t>20:54  yahi hajj ka sab se bara sabaq hai.</w:t>
      </w:r>
    </w:p>
    <w:p>
      <w:pPr>
        <w:pStyle w:val="Heading2"/>
      </w:pPr>
      <w:r>
        <w:t>why creation took 15 billion years, not instant</w:t>
      </w:r>
    </w:p>
    <w:p>
      <w:r>
        <w:rPr>
          <w:color w:val="666666"/>
          <w:sz w:val="18"/>
        </w:rPr>
        <w:t>Ramadan A Month of Study of the Quran August 23, 2009 · 2m 09s · at 6:20 · https://youtu.be/f90TVrzAOFs?t=380</w:t>
      </w:r>
    </w:p>
    <w:p>
      <w:r>
        <w:rPr>
          <w:i/>
        </w:rPr>
        <w:t>“Aaj main soch raha tha ek baat”</w:t>
      </w:r>
    </w:p>
    <w:p>
      <w:r>
        <w:rPr>
          <w:sz w:val="20"/>
        </w:rPr>
        <w:t>6:20  aaj main soch raha tha ek baat ke Allah ta'ala ne</w:t>
      </w:r>
      <w:r>
        <w:br/>
      </w:r>
      <w:r>
        <w:rPr>
          <w:sz w:val="20"/>
        </w:rPr>
        <w:t>6:27  ek taraf to yeh dunya jo banai to 15 billion saal mein jaakar ke dunya bani. Yani matter ko convert kiya Allah ne life mein to 15 billion saal lag gaye.</w:t>
      </w:r>
      <w:r>
        <w:br/>
      </w:r>
      <w:r>
        <w:rPr>
          <w:sz w:val="20"/>
        </w:rPr>
        <w:t>6:42  dunya pehle matter thi bohat dinon tak. Phir woh life mein convert hui, insaan bana. Is mein 15 billion saal lag gaye.</w:t>
      </w:r>
      <w:r>
        <w:br/>
      </w:r>
      <w:r>
        <w:rPr>
          <w:sz w:val="20"/>
        </w:rPr>
        <w:t>6:52  Hazrat Musa ko ek mo'jaza diya gaya tha ke unki jo laathi thi woh saamp ban gayi. Yani matter convert ho gaya life mein.</w:t>
      </w:r>
      <w:r>
        <w:br/>
      </w:r>
      <w:r>
        <w:rPr>
          <w:sz w:val="20"/>
        </w:rPr>
        <w:t>7:03  woh to instantly hua. To waahid difference</w:t>
      </w:r>
      <w:r>
        <w:br/>
      </w:r>
      <w:r>
        <w:rPr>
          <w:sz w:val="20"/>
        </w:rPr>
        <w:t>7:09  ? Kyun Hazrat Musa ke zamaney mein ek matter instantly life mein convert ho gaya? To aise hi Khuda kar sakta tha ke saari universe jo hai achaanak ban jaye.</w:t>
      </w:r>
      <w:r>
        <w:br/>
      </w:r>
      <w:r>
        <w:rPr>
          <w:sz w:val="20"/>
        </w:rPr>
        <w:t>7:23  Allah ta'ala ko qudrat hai, ikhtiyar hai, power hai ke woh achaanak hi saari dunya bana de. Aisa nahi kiya.</w:t>
      </w:r>
      <w:r>
        <w:br/>
      </w:r>
      <w:r>
        <w:rPr>
          <w:sz w:val="20"/>
        </w:rPr>
        <w:t>7:31  Kyun? Woh is liye ke hum sochein. Agar dunya achaanak ban jaye to is mein hum kya sochenge?</w:t>
      </w:r>
      <w:r>
        <w:br/>
      </w:r>
      <w:r>
        <w:rPr>
          <w:sz w:val="20"/>
        </w:rPr>
        <w:t>7:39  Musa ke a'sab par koi sochne ka wahan par nahi tha saamaan. Lekin yeh jo dunya bani hai 15 saal mein, 15 billion saal mein, to saara laws hai yahan se wahan tak.</w:t>
      </w:r>
      <w:r>
        <w:br/>
      </w:r>
      <w:r>
        <w:rPr>
          <w:sz w:val="20"/>
        </w:rPr>
        <w:t>7:53  Is laws ko, jo ke hum kehte hain laws of nature, is ko insaan ne discover kiya.</w:t>
      </w:r>
      <w:r>
        <w:br/>
      </w:r>
      <w:r>
        <w:rPr>
          <w:sz w:val="20"/>
        </w:rPr>
        <w:t>8:00  Hazaron saal se insaan soch raha tha. Aur phir jo aaj kal jo science ka zamana aaya hai, newtons se, ke pichhle chaar sau saal mein bohat zyada socha gaya.</w:t>
      </w:r>
      <w:r>
        <w:br/>
      </w:r>
      <w:r>
        <w:rPr>
          <w:sz w:val="20"/>
        </w:rPr>
        <w:t>8:10  To insaan ki soch ko activate karne ke liye to to 15 billion saal mein Khuda ne banaya. Kyun? Insaan ki soch ko activate karne ke liye. Wohi aap na karein.</w:t>
      </w:r>
      <w:r>
        <w:br/>
      </w:r>
      <w:r>
        <w:rPr>
          <w:sz w:val="20"/>
        </w:rPr>
        <w:t>8:25  Wohi aap na karein to is ka matlab hai ke aap ne kuch bhi nahi kiya.</w:t>
      </w:r>
    </w:p>
    <w:p>
      <w:pPr>
        <w:pStyle w:val="Heading2"/>
      </w:pPr>
      <w:r>
        <w:t>Why suhoor matters and shouldn't be skipped</w:t>
      </w:r>
    </w:p>
    <w:p>
      <w:r>
        <w:rPr>
          <w:color w:val="666666"/>
          <w:sz w:val="18"/>
        </w:rPr>
        <w:t>Spirit of Ramadan April 3, 2022 Prof. Farida Khanam · 1m 53s · at 11:08 · https://youtu.be/cj5T0Atpeu8?t=668</w:t>
      </w:r>
    </w:p>
    <w:p>
      <w:r>
        <w:rPr>
          <w:i/>
        </w:rPr>
        <w:t>“अक्सर आजकल के नौजवान सहरी को miss कर देते हैं”</w:t>
      </w:r>
    </w:p>
    <w:p>
      <w:r>
        <w:rPr>
          <w:sz w:val="20"/>
        </w:rPr>
        <w:t>11:08  achha, aksar yeh bhi aap dekha gaya hai khasoosan aajkal ke jo youths hain naujawan ke sehri ko</w:t>
      </w:r>
      <w:r>
        <w:br/>
      </w:r>
      <w:r>
        <w:rPr>
          <w:sz w:val="20"/>
        </w:rPr>
        <w:t>11:23  miss kar dete hain.</w:t>
      </w:r>
      <w:r>
        <w:br/>
      </w:r>
      <w:r>
        <w:rPr>
          <w:sz w:val="20"/>
        </w:rPr>
        <w:t>11:39  halanki prophet said to his companions that eat sehri because sehri is a blessing.</w:t>
      </w:r>
      <w:r>
        <w:br/>
      </w:r>
      <w:r>
        <w:rPr>
          <w:sz w:val="20"/>
        </w:rPr>
        <w:t>11:55  to sehri ke kya significance hai iske baare mein bhi aap hum sabko bataein?</w:t>
      </w:r>
      <w:r>
        <w:br/>
      </w:r>
      <w:r>
        <w:rPr>
          <w:sz w:val="20"/>
        </w:rPr>
        <w:t>12:11  tumko di hai to usko mat chhodo. matlab allah taala ne jo aasaniyan hamein di hain, us, us aasani ko mat chhodo. kyunki woh allah ki di hui hain. to shehri hamein khuda ki rehmat ko yaad dilate hi hain. to har mushkil ke saath aasani hai. to jo hum, hamein allah ke hukum ko follow karna hai. yeh nahi ki sirf bhookhe pyase rehna hai. agar allah taala khane ko keh raha hai to hum khaein.</w:t>
      </w:r>
      <w:r>
        <w:br/>
      </w:r>
      <w:r>
        <w:rPr>
          <w:sz w:val="20"/>
        </w:rPr>
        <w:t>12:39  allah taala khana se rokne ko keh raha hai to khana se apne aap ko rokein. allah ke hukum ko hamein follow karna hai. isi mein hamein saara reward jo hai woh isi mein, isi mein hai. to hamein shehri khani chahiye. bahut saare log shehri nahi khate hain. ji ji. to woh sahi nahi karte hain. ji.</w:t>
      </w:r>
      <w:r>
        <w:br/>
      </w:r>
      <w:r>
        <w:rPr>
          <w:sz w:val="20"/>
        </w:rPr>
        <w:t>13:01  aapa jaise aapne abhi zikr bhi kiya quran ka ki quran padha jata hai and as we know that quran was revealed in the month of ramadan and over a period of twenty three years then entire quran was revealed to prophet mohammad. aapka ek sawal yeh bhi aata hai ki jaise ki hum jaante hain ki quran is one of the biggest reward for entire humanity. so how does quran become a guiding force?</w:t>
      </w:r>
    </w:p>
    <w:p>
      <w:pPr>
        <w:pStyle w:val="Heading2"/>
      </w:pPr>
      <w:r>
        <w:t>Faith grows like a tree from seed to paradise</w:t>
      </w:r>
    </w:p>
    <w:p>
      <w:r>
        <w:rPr>
          <w:color w:val="666666"/>
          <w:sz w:val="18"/>
        </w:rPr>
        <w:t>Remembrance of God December 30, 2017 · 1m 52s · at 25:06 · https://youtu.be/EAlfS5kuHfA?t=1506</w:t>
      </w:r>
    </w:p>
    <w:p>
      <w:r>
        <w:rPr>
          <w:i/>
        </w:rPr>
        <w:t>“Deen ka maamala yeh hai ke woh ek darakht ki manind hai”</w:t>
      </w:r>
    </w:p>
    <w:p>
      <w:r>
        <w:rPr>
          <w:sz w:val="20"/>
        </w:rPr>
        <w:t>25:06  dekhen, deen ka maamla yeh hai ke woh aik darakht ki maanind hai. is ki misaal di gayi Quran mein ke iman aik aik poda hai.</w:t>
      </w:r>
      <w:r>
        <w:br/>
      </w:r>
      <w:r>
        <w:rPr>
          <w:sz w:val="20"/>
        </w:rPr>
        <w:t>25:22  duniya mein beshumar cheezein hain, lekin yeh jo jis ko hum poda kehte hain, plant, is mein aik anokhi sifat hai ke aik plant agar zameen mein gaad dein to barhega, grow karega, grow karega, grow karega, yahan tak ke poora peed ban jayega.</w:t>
      </w:r>
      <w:r>
        <w:br/>
      </w:r>
      <w:r>
        <w:rPr>
          <w:sz w:val="20"/>
        </w:rPr>
        <w:t>25:42  to yeh sifat grow karne ki sifat sirf darakht mein hoti hai, pathar mein nahi, lohe mein nahi, gold mein aur silver mein nahi.</w:t>
      </w:r>
      <w:r>
        <w:br/>
      </w:r>
      <w:r>
        <w:rPr>
          <w:sz w:val="20"/>
        </w:rPr>
        <w:t>25:56  to yeh sifat insan mein hai aur yahi sifat darakht mein hai, peed mein. is aitbaar se peed ka maamla aur insan ka maamla bohat zyada similar hai ke aik peed jo hai,</w:t>
      </w:r>
      <w:r>
        <w:br/>
      </w:r>
      <w:r>
        <w:rPr>
          <w:sz w:val="20"/>
        </w:rPr>
        <w:t>26:13  aik seed, aik plant se barh kar poora poora peR ban jata hai. aisay hi insan barh kar, barh kar, barh kar ke poora poora insan ban jata hai.</w:t>
      </w:r>
      <w:r>
        <w:br/>
      </w:r>
      <w:r>
        <w:rPr>
          <w:sz w:val="20"/>
        </w:rPr>
        <w:t>26:30  isi tarah muamla khud iman ka hai ke iman shuru hota hai</w:t>
      </w:r>
      <w:r>
        <w:br/>
      </w:r>
      <w:r>
        <w:rPr>
          <w:sz w:val="20"/>
        </w:rPr>
        <w:t>26:39  Allah rab ul alameen ki daryaft se. phir yeh daraz barhti hai, yeh barhte barhte aap ko aala insan bana deti hai, yahan tak ke aap ko jannat mein pohncha deti hai.</w:t>
      </w:r>
      <w:r>
        <w:br/>
      </w:r>
      <w:r>
        <w:rPr>
          <w:sz w:val="20"/>
        </w:rPr>
        <w:t>26:53  jannat</w:t>
      </w:r>
    </w:p>
    <w:p>
      <w:pPr>
        <w:pStyle w:val="Heading2"/>
      </w:pPr>
      <w:r>
        <w:t>Ramadan agenda: bury complaints</w:t>
      </w:r>
    </w:p>
    <w:p>
      <w:r>
        <w:rPr>
          <w:color w:val="666666"/>
          <w:sz w:val="18"/>
        </w:rPr>
        <w:t>Bury Your Complaints This Ramazan April 26, 2020 Maulana Wahiduddin Khan · 1m 20s · at 10:08 · https://youtu.be/t2vt4rkgd_8?t=608</w:t>
      </w:r>
    </w:p>
    <w:p>
      <w:r>
        <w:rPr>
          <w:i/>
        </w:rPr>
        <w:t>“Aaj mein aap logon ko yahi agenda deta hoon”</w:t>
      </w:r>
    </w:p>
    <w:p>
      <w:r>
        <w:rPr>
          <w:sz w:val="20"/>
        </w:rPr>
        <w:t>10:08  to aaj mein aap logon ko is ramzan kay liye yahi</w:t>
      </w:r>
      <w:r>
        <w:br/>
      </w:r>
      <w:r>
        <w:rPr>
          <w:sz w:val="20"/>
        </w:rPr>
        <w:t>10:19  agenda deta hoon. yeh agenda ko aap mein say har shakhs pakray aur us par amal karay.</w:t>
      </w:r>
      <w:r>
        <w:br/>
      </w:r>
      <w:r>
        <w:rPr>
          <w:sz w:val="20"/>
        </w:rPr>
        <w:t>10:31  meri dua hai kay Allah taala aap kay iraday ko qabool farmaye. meri dua hai kay Allah taala aap ko is ka ajar ata farmaye.</w:t>
      </w:r>
      <w:r>
        <w:br/>
      </w:r>
      <w:r>
        <w:rPr>
          <w:sz w:val="20"/>
        </w:rPr>
        <w:t>10:55  is kay nateeja mein aap ko Allah</w:t>
      </w:r>
      <w:r>
        <w:br/>
      </w:r>
      <w:r>
        <w:rPr>
          <w:sz w:val="20"/>
        </w:rPr>
        <w:t>11:07  dunya mein aur akhirat mein kamyabi ata farmaye. assalam o alaikum wa rehmatullah.</w:t>
      </w:r>
    </w:p>
    <w:p>
      <w:pPr>
        <w:pStyle w:val="Heading2"/>
      </w:pPr>
      <w:r>
        <w:t>Balancing five daily prayers with modern work life</w:t>
      </w:r>
    </w:p>
    <w:p>
      <w:r>
        <w:rPr>
          <w:color w:val="666666"/>
          <w:sz w:val="18"/>
        </w:rPr>
        <w:t>The Spirit of Namaz February 13, 2022 Dr. Saniyasnain Khan · 2m 05s · at 1:20:46 · https://youtu.be/Mh4K7ZR4RbE?t=4846</w:t>
      </w:r>
    </w:p>
    <w:p>
      <w:r>
        <w:rPr>
          <w:i/>
        </w:rPr>
        <w:t>“The Prophet's life has an example for every situation”</w:t>
      </w:r>
    </w:p>
    <w:p>
      <w:r>
        <w:rPr>
          <w:sz w:val="20"/>
        </w:rPr>
        <w:t>1:20:46  to ek question jo bar bari youths puchte hain ki should we pray during the office timings? to iske bare mein aapka kya advice hai? dekhiye, prophet mohammed ke yahan har har tarah ki misal milti hai. woh is tarah bhi namaz padhte the ki unke anguthe, unke ankle mein swelling ho jati thi. tkhnon mein swelling ho jati thi.</w:t>
      </w:r>
      <w:r>
        <w:br/>
      </w:r>
      <w:r>
        <w:rPr>
          <w:sz w:val="20"/>
        </w:rPr>
        <w:t>1:21:15  log kehte the ki aapke to saare gunah allah ne agle pichhle maaf kar diye. aap kyun itni pareshani uthate hain aur sari aapke woh pair sooj jaate hain. to prophet ne jawab diya afla akonu abdan shakoora. kya main ek shakir insan shakir abdh na banu? ek shakir banda na banu?</w:t>
      </w:r>
      <w:r>
        <w:br/>
      </w:r>
      <w:r>
        <w:rPr>
          <w:sz w:val="20"/>
        </w:rPr>
        <w:t>1:21:37  to doosri taraf ek aur misal hai ki prophet aksar fazr se pehle do rakat namaz padhte the. to hazrat aisha ki hadith hai ki ek baar prophet ne fazr se pehle do rakat namaz itni jaldi padhi ki hamein doubt ho gaya ki prophet ne surah fatiha bhi padhi hai ya nahi. to ek taraf to example hai ki woh ghanton namaz padhte the, ek taraf bahut jaldi namaz padhi.</w:t>
      </w:r>
      <w:r>
        <w:br/>
      </w:r>
      <w:r>
        <w:rPr>
          <w:sz w:val="20"/>
        </w:rPr>
        <w:t>1:22:06  to iska matlab yeh hai ki islam mein har tarah ke mushkil ke liye aasani maujood hai. agar aajkal chuke job is tarah se hota hai ki aadmi namaz waqt par nahi padh sakta, to namazon ko milana, mila sakte hain. yaani zuhr aur asr ki namaz mila lein aur sunset se pehle tak namaz padh sakte hain.</w:t>
      </w:r>
      <w:r>
        <w:br/>
      </w:r>
      <w:r>
        <w:rPr>
          <w:sz w:val="20"/>
        </w:rPr>
        <w:t>1:22:33  aise hi isha maghrib aur isha ki namaz mila lein. midnight tak barah baje raat tak padh sakte hain. to yeh wahi baat hai jo humne abhi zikr kiya jiska ki asal cheez hai kaifiyat.</w:t>
      </w:r>
      <w:r>
        <w:br/>
      </w:r>
      <w:r>
        <w:rPr>
          <w:sz w:val="20"/>
        </w:rPr>
        <w:t>1:22:51  agar aapne namaz padhi der se, aapne qaza padhi, late ho gayi, miss ho gayi to phir aapke andar yeh kaifiyat paida honi chahiye ke Allah taala mein yeh dua nikalni chahiye dil se ke Allah taala mein waisi namaz nahi padh saka, jaisi namaz padhni chahiye thi tumhein tumhari tooti phooti namaz ko hi qubool kar le. To yahi bohat badi dua ban jayegi.</w:t>
      </w:r>
    </w:p>
    <w:p>
      <w:pPr>
        <w:pStyle w:val="Heading2"/>
      </w:pPr>
      <w:r>
        <w:t>Angels running the universe like company workers</w:t>
      </w:r>
    </w:p>
    <w:p>
      <w:r>
        <w:rPr>
          <w:color w:val="666666"/>
          <w:sz w:val="18"/>
        </w:rPr>
        <w:t>The Spirit of Roza Sept 7, 2008 · 2m 15s · at 26:36 · https://youtu.be/C9G1oBdqoKk?t=1596</w:t>
      </w:r>
    </w:p>
    <w:p>
      <w:r>
        <w:rPr>
          <w:i/>
        </w:rPr>
        <w:t>“Zameen mein farishtay itne zyada hain”</w:t>
      </w:r>
    </w:p>
    <w:p>
      <w:r>
        <w:rPr>
          <w:sz w:val="20"/>
        </w:rPr>
        <w:t>26:36  hadith mein aata hai ke zameen mein farishte itne zyada hain ke ke</w:t>
      </w:r>
      <w:r>
        <w:br/>
      </w:r>
      <w:r>
        <w:rPr>
          <w:sz w:val="20"/>
        </w:rPr>
        <w:t>26:45  yani bhare hue hain farishte har taraf kyunke wahi to karte hain sara kaam. aap jante hain ke ji company mein kisi administration mein hazaron log kaam karte hain.</w:t>
      </w:r>
      <w:r>
        <w:br/>
      </w:r>
      <w:r>
        <w:rPr>
          <w:sz w:val="20"/>
        </w:rPr>
        <w:t>26:58  hazaron log kaam karte hain tab ek company chalti hai.</w:t>
      </w:r>
      <w:r>
        <w:br/>
      </w:r>
      <w:r>
        <w:rPr>
          <w:sz w:val="20"/>
        </w:rPr>
        <w:t>27:02  to yeh jo universal company hai yeh teen sari activities is ke andar hain. to koi automatic nahi hai yeh.</w:t>
      </w:r>
      <w:r>
        <w:br/>
      </w:r>
      <w:r>
        <w:rPr>
          <w:sz w:val="20"/>
        </w:rPr>
        <w:t>27:12  is ke jo workers hain inhi ka naam angels hai.</w:t>
      </w:r>
      <w:r>
        <w:br/>
      </w:r>
      <w:r>
        <w:rPr>
          <w:sz w:val="20"/>
        </w:rPr>
        <w:t>27:18  aap kisi bhi company mein jayen to wahan hazaron hazar log kaam kar rahe honge woh. tab woh company chal rahi hogi. apne aap koi company nahi chalti hai.</w:t>
      </w:r>
      <w:r>
        <w:br/>
      </w:r>
      <w:r>
        <w:rPr>
          <w:sz w:val="20"/>
        </w:rPr>
        <w:t>27:28  aise hi yeh jo universal company hai universal establishment hai universal system hai is mein bhi numerous angels hain jo active hain raat din raat din raat din.</w:t>
      </w:r>
      <w:r>
        <w:br/>
      </w:r>
      <w:r>
        <w:rPr>
          <w:sz w:val="20"/>
        </w:rPr>
        <w:t>27:43  to hamein yeh ehsas ho jo koi mein ne hadith parhi aap ke samne ke aye mere mere bando tum sab kis tarah bhooke ho siwaye is ke ke mein khana doon tum ko.</w:t>
      </w:r>
      <w:r>
        <w:br/>
      </w:r>
      <w:r>
        <w:rPr>
          <w:sz w:val="20"/>
        </w:rPr>
        <w:t>27:57  to jab mein pani piyoon to ehsas ho ke khuda ne pani bheja hai mere liye. jab mein khana khaoon to ehsas ho ke khuda ne yeh bheja hai pani mere liye.</w:t>
      </w:r>
      <w:r>
        <w:br/>
      </w:r>
      <w:r>
        <w:rPr>
          <w:sz w:val="20"/>
        </w:rPr>
        <w:t>28:10  isi ehsas ko compulsive tor par aap ke andar dalne ke liye roza rakha gaya hai. aur yahi ehsas jin ke andar paida hoga inhi ka to woh personality banegi jo paradise mein reh sake.</w:t>
      </w:r>
      <w:r>
        <w:br/>
      </w:r>
      <w:r>
        <w:rPr>
          <w:sz w:val="20"/>
        </w:rPr>
        <w:t>28:25  jis ke andar yeh yeh personality na bani woh personality jo khuda ko discover kare khuda ki blessing ko realize kare khuda ki nematton ka ehsas kare</w:t>
      </w:r>
      <w:r>
        <w:br/>
      </w:r>
      <w:r>
        <w:rPr>
          <w:sz w:val="20"/>
        </w:rPr>
        <w:t>28:41  yani inaamaat ke sath sath malam ko jo discover kare yeh sari cheezein jo hain woh sab roze se juri hui hain.</w:t>
      </w:r>
    </w:p>
    <w:p>
      <w:pPr>
        <w:pStyle w:val="Heading2"/>
      </w:pPr>
      <w:r>
        <w:t>Zakat as a reminder that everything is God's gift</w:t>
      </w:r>
    </w:p>
    <w:p>
      <w:r>
        <w:rPr>
          <w:color w:val="666666"/>
          <w:sz w:val="18"/>
        </w:rPr>
        <w:t>The Importance of Zakat May 08, 2022 Dr. Saniyasnain Khan · 2m 11s · at 5:57 · https://youtu.be/92nslWvnQ5Y?t=357</w:t>
      </w:r>
    </w:p>
    <w:p>
      <w:r>
        <w:rPr>
          <w:i/>
        </w:rPr>
        <w:t>“Zakat is really an annual reminder about who owns everything”</w:t>
      </w:r>
    </w:p>
    <w:p>
      <w:r>
        <w:rPr>
          <w:sz w:val="20"/>
        </w:rPr>
        <w:t>5:57  iske baare mein bataein. zakat darasal ek qism ka, ek qism ka saalana reminder hai, saalana yaad dehani hai ki insaan ke paas jo bhi hai woh allah ka atiya hai, uska diya hua hai. chunki is duniya mein jo bhi insaan karta hai, jo bhi kamata hai, jo bhi business karta hai to bahut saare factors hain jinki wajah se woh yeh kar paata hai.</w:t>
      </w:r>
      <w:r>
        <w:br/>
      </w:r>
      <w:r>
        <w:rPr>
          <w:sz w:val="20"/>
        </w:rPr>
        <w:t>6:27  ab yeh jo planet hai jis par hum rehte hain, agar yahan gravity na ho to hum car bhi nahi chala sakte, jahaz bhi nahi uda sakte, factories bhi nahi laga sakte, ghar bhi nahi bana sakte. aise hi hawa hai, oxygen hai, pani hai, yeh saari cheezein allah taalah ki di hui hain, usi ki wajah se hum kar paate hain aur abhi aapne dekha ki COVID ke time mein oxygen ka crisis ho gaya tha. logon ki death hone lagi thi.</w:t>
      </w:r>
      <w:r>
        <w:br/>
      </w:r>
      <w:r>
        <w:rPr>
          <w:sz w:val="20"/>
        </w:rPr>
        <w:t>6:54  to zara si ek koi cheez bhi agar uska balance bigad jaye to insan kuch kar nahi sakta.</w:t>
      </w:r>
      <w:r>
        <w:br/>
      </w:r>
      <w:r>
        <w:rPr>
          <w:sz w:val="20"/>
        </w:rPr>
        <w:t>7:01  to yeh ek tarike se yeh yeh jaanna chahiye ke jo bhi hamare paas daulat hai wo allah</w:t>
      </w:r>
      <w:r>
        <w:br/>
      </w:r>
      <w:r>
        <w:rPr>
          <w:sz w:val="20"/>
        </w:rPr>
        <w:t>7:08  talaah ki di hui ata karda ek tarike se gift hai aur usmein garibon ka bhi hissa hai</w:t>
      </w:r>
      <w:r>
        <w:br/>
      </w:r>
      <w:r>
        <w:rPr>
          <w:sz w:val="20"/>
        </w:rPr>
        <w:t>7:15  to hum un haqdaroon ko pahunchayein aur jo deen ke kaam mein bhi jiski jis mein zaroorat hai usmein</w:t>
      </w:r>
      <w:r>
        <w:br/>
      </w:r>
      <w:r>
        <w:rPr>
          <w:sz w:val="20"/>
        </w:rPr>
        <w:t>7:22  bhi hum usko dein.</w:t>
      </w:r>
      <w:r>
        <w:br/>
      </w:r>
      <w:r>
        <w:rPr>
          <w:sz w:val="20"/>
        </w:rPr>
        <w:t>7:30  to ek tarike se yeh ek salana reminder hai ke jo bhi allah talaah ne is duniya mein</w:t>
      </w:r>
      <w:r>
        <w:br/>
      </w:r>
      <w:r>
        <w:rPr>
          <w:sz w:val="20"/>
        </w:rPr>
        <w:t>7:37  intazamat kiye hain bahut hi aala qism ke uski uski wajah se hum kuch kaam kar paate hain</w:t>
      </w:r>
      <w:r>
        <w:br/>
      </w:r>
      <w:r>
        <w:rPr>
          <w:sz w:val="20"/>
        </w:rPr>
        <w:t>7:45  aur hum earn kar paate hain to usmein allah talaah ka jo jo allah talaah ka intezam hai</w:t>
      </w:r>
      <w:r>
        <w:br/>
      </w:r>
      <w:r>
        <w:rPr>
          <w:sz w:val="20"/>
        </w:rPr>
        <w:t>7:52  wo samjhe hum ke yeh cheezein hamari khud hamari koshish se nahi hai balki allah ki ek tarike</w:t>
      </w:r>
      <w:r>
        <w:br/>
      </w:r>
      <w:r>
        <w:rPr>
          <w:sz w:val="20"/>
        </w:rPr>
        <w:t>8:00  se yeh hadiya hai, gift hai hamare liye to hum jo garibon ka haq hai usko adak karein.</w:t>
      </w:r>
      <w:r>
        <w:br/>
      </w:r>
      <w:r>
        <w:rPr>
          <w:sz w:val="20"/>
        </w:rPr>
        <w:t>8:08  to yahi darasal importance ya haqeeqat hai zakat ki. ji, doctor jaise aapne kaha ki gareebon ka haq adaa karein. to doctor aath made batai gayi hain zaqaat ki. to hum chahenge ki aap uske baare mein bhi hamein bataein ki kaun se eight heads hain zaqaat ke?</w:t>
      </w:r>
    </w:p>
    <w:p>
      <w:pPr>
        <w:pStyle w:val="Heading2"/>
      </w:pPr>
      <w:r>
        <w:t>A revealing story about people who never truly fast</w:t>
      </w:r>
    </w:p>
    <w:p>
      <w:r>
        <w:rPr>
          <w:color w:val="666666"/>
          <w:sz w:val="18"/>
        </w:rPr>
        <w:t>In Conversation with Maulana Wahiduddin Khan (Amaal-e-Ramadan) 25 Aug, 2007 · 2m 08s · at 2:16 · https://youtu.be/DRE5UnumqIY?t=136</w:t>
      </w:r>
    </w:p>
    <w:p>
      <w:r>
        <w:rPr>
          <w:i/>
        </w:rPr>
        <w:t>“Mujhe aik dilchasp waqia yaad aata hai, azaadi se pehle ki baat hai”</w:t>
      </w:r>
    </w:p>
    <w:p>
      <w:r>
        <w:rPr>
          <w:sz w:val="20"/>
        </w:rPr>
        <w:t>2:16  mujhe ek dilchasp waqia yaad aata hai, azadi se pehle ki baat hai, jab India mein angrezon ki hukumat thi to main ek baar Gorakhpur gaya.</w:t>
      </w:r>
      <w:r>
        <w:br/>
      </w:r>
      <w:r>
        <w:rPr>
          <w:sz w:val="20"/>
        </w:rPr>
        <w:t>2:28  Gorakhpur mein ek bohat bade afsar the, unke haan gaya tha main.</w:t>
      </w:r>
      <w:r>
        <w:br/>
      </w:r>
      <w:r>
        <w:rPr>
          <w:sz w:val="20"/>
        </w:rPr>
        <w:t>2:34  to main wahan gaya to main ne dekha ke har din chand din thehra tha main wahan par, rozana subah ko ek Hafiz ji aate hain aur Quran padhte hain.</w:t>
      </w:r>
      <w:r>
        <w:br/>
      </w:r>
      <w:r>
        <w:rPr>
          <w:sz w:val="20"/>
        </w:rPr>
        <w:t>2:45  bahar ek bana hua hota hai, ek sahibaan jaisa, woh chale aate hain.</w:t>
      </w:r>
      <w:r>
        <w:br/>
      </w:r>
      <w:r>
        <w:rPr>
          <w:sz w:val="20"/>
        </w:rPr>
        <w:t>2:52  to jo afsar sahab the, unse main ne poocha ke yeh yeh kya baat hai ke woh woh aate hain rozana Quran padh ke chale aate hain? To unhon ne kaha ke dekhein, baat yeh hai ke hum log rozah rozah to rakh nahi paate.</w:t>
      </w:r>
      <w:r>
        <w:br/>
      </w:r>
      <w:r>
        <w:rPr>
          <w:sz w:val="20"/>
        </w:rPr>
        <w:t>3:07  to hum ne Hafiz sahab se keh diya hai ke aap padh jaya kijiye Quran, to usko kuch paisa waghera de denge.</w:t>
      </w:r>
      <w:r>
        <w:br/>
      </w:r>
      <w:r>
        <w:rPr>
          <w:sz w:val="20"/>
        </w:rPr>
        <w:t>3:14  to yeh rozah na rakhne ke liye hum ne yeh iski talafi ka ka intezam aisa kiya hai. To rozah ko log samajhte hain ke koi koi form hai, koi rituals hain.</w:t>
      </w:r>
      <w:r>
        <w:br/>
      </w:r>
      <w:r>
        <w:rPr>
          <w:sz w:val="20"/>
        </w:rPr>
        <w:t>3:28  to iski isi ke</w:t>
      </w:r>
      <w:r>
        <w:br/>
      </w:r>
      <w:r>
        <w:rPr>
          <w:sz w:val="20"/>
        </w:rPr>
        <w:t>3:31  tarzeed mein farmaya Rasool Allah Salallahu Alaihi Wasallam ne ke niyat nahi to rozah bhi nahi. Yaani tumhari asal shakhsiyat to andar ki shakhsiyat hai.</w:t>
      </w:r>
      <w:r>
        <w:br/>
      </w:r>
      <w:r>
        <w:rPr>
          <w:sz w:val="20"/>
        </w:rPr>
        <w:t>3:42  andar ki shakhsiyat jo hai, jab aap niyat karte hain ke wabso main ghadd nawaitu jo aap kehte hain,</w:t>
      </w:r>
      <w:r>
        <w:br/>
      </w:r>
      <w:r>
        <w:rPr>
          <w:sz w:val="20"/>
        </w:rPr>
        <w:t>3:50  to wabso main ghadd nawaitu yeh bhi ek lip service nahi hoti hai. Yeh is baat ka irada hota hai ke maine apni asal shakhsiyat jo hai, meri dakhli shakhsiyat, usko maine rozay mein shamil kiya.</w:t>
      </w:r>
      <w:r>
        <w:br/>
      </w:r>
      <w:r>
        <w:rPr>
          <w:sz w:val="20"/>
        </w:rPr>
        <w:t>4:07  niyat ke maani hain apni dakhli shakhsiyat ko rozay mein shamil karna. Samajh sakta hoon ke sare jitne bhi Islam mein jitne bhi aamal hain, un sab mein aap jante hain ke in number aamal bil niyat ka usool hai.</w:t>
      </w:r>
    </w:p>
    <w:p>
      <w:pPr>
        <w:pStyle w:val="Heading2"/>
      </w:pPr>
      <w:r>
        <w:t>Personal story of burying a complaint</w:t>
      </w:r>
    </w:p>
    <w:p>
      <w:r>
        <w:rPr>
          <w:color w:val="666666"/>
          <w:sz w:val="18"/>
        </w:rPr>
        <w:t>Bury Your Complaints This Ramazan April 26, 2020 Maulana Wahiduddin Khan · 2m 30s · at 7:37 · https://youtu.be/t2vt4rkgd_8?t=457</w:t>
      </w:r>
    </w:p>
    <w:p>
      <w:r>
        <w:rPr>
          <w:i/>
        </w:rPr>
        <w:t>“Maine khud apne se isko shuru kiya”</w:t>
      </w:r>
    </w:p>
    <w:p>
      <w:r>
        <w:rPr>
          <w:sz w:val="20"/>
        </w:rPr>
        <w:t>7:37  mein ne khud apne se is ko shuru kiya.</w:t>
      </w:r>
      <w:r>
        <w:br/>
      </w:r>
      <w:r>
        <w:rPr>
          <w:sz w:val="20"/>
        </w:rPr>
        <w:t>7:54  ek</w:t>
      </w:r>
      <w:r>
        <w:br/>
      </w:r>
      <w:r>
        <w:rPr>
          <w:sz w:val="20"/>
        </w:rPr>
        <w:t>8:00  ek hindu the dilli mein, ab un ka intiqal ho chuka hai.</w:t>
      </w:r>
      <w:r>
        <w:br/>
      </w:r>
      <w:r>
        <w:rPr>
          <w:sz w:val="20"/>
        </w:rPr>
        <w:t>8:08  to un ka ek ehsan tha mere saath. aaj mein ne is ko yaad kiya aur un ke liye dua ki ke ek shikayat khatam karne ki ek shakliya yeh hai.</w:t>
      </w:r>
      <w:r>
        <w:br/>
      </w:r>
      <w:r>
        <w:rPr>
          <w:sz w:val="20"/>
        </w:rPr>
        <w:t>8:29  to woh pakistan se india aa gaye the, phir yahan unhon ne business ki.</w:t>
      </w:r>
      <w:r>
        <w:br/>
      </w:r>
      <w:r>
        <w:rPr>
          <w:sz w:val="20"/>
        </w:rPr>
        <w:t>8:41  to ek baat mere dimagh wasee hui thi.</w:t>
      </w:r>
      <w:r>
        <w:br/>
      </w:r>
      <w:r>
        <w:rPr>
          <w:sz w:val="20"/>
        </w:rPr>
        <w:t>8:49  balkay woh un ka acha sulook tha. to aaj mein nay is achay sulook ko yaad kiya aur un kay liye duain keen, duain keen, duain keen.</w:t>
      </w:r>
      <w:r>
        <w:br/>
      </w:r>
      <w:r>
        <w:rPr>
          <w:sz w:val="20"/>
        </w:rPr>
        <w:t>9:04  to aap mein say mein aap say mein yeh darkhwast karoon ga kay koi shikayat hai to us ko bhalaiye.</w:t>
      </w:r>
      <w:r>
        <w:br/>
      </w:r>
      <w:r>
        <w:rPr>
          <w:sz w:val="20"/>
        </w:rPr>
        <w:t>9:14  kisi nay sulook kiya hai to us kay liye dua keejiyay.</w:t>
      </w:r>
      <w:r>
        <w:br/>
      </w:r>
      <w:r>
        <w:rPr>
          <w:sz w:val="20"/>
        </w:rPr>
        <w:t>9:21  agar aap kay dil dil mein koi shikayat hai to us ko bhalaiye, bhalaiye, bhalaiye. us ko buri keejiyay, dafan kar deejiay.</w:t>
      </w:r>
      <w:r>
        <w:br/>
      </w:r>
      <w:r>
        <w:rPr>
          <w:sz w:val="20"/>
        </w:rPr>
        <w:t>9:34  aur kisi nay aap ka sulook kiya hai to us ko to us ko yaad keejiyay,</w:t>
      </w:r>
      <w:r>
        <w:br/>
      </w:r>
      <w:r>
        <w:rPr>
          <w:sz w:val="20"/>
        </w:rPr>
        <w:t>9:40  khoob khoob yaad keejiyay aur phir us kay liye duain keejiyay.</w:t>
      </w:r>
      <w:r>
        <w:br/>
      </w:r>
      <w:r>
        <w:rPr>
          <w:sz w:val="20"/>
        </w:rPr>
        <w:t>9:49  to mein nay aik hindu kay liye, jo hamaray paros mein rehtay thay, yahan aanay kay baad duain keen kyunkay unhon nay waqai meray sath aik bohat acha sulook kiya tha.</w:t>
      </w:r>
      <w:r>
        <w:br/>
      </w:r>
      <w:r>
        <w:rPr>
          <w:sz w:val="20"/>
        </w:rPr>
        <w:t>10:02  to mein nay un kay liye duain keen.</w:t>
      </w:r>
    </w:p>
    <w:p>
      <w:pPr>
        <w:pStyle w:val="Heading2"/>
      </w:pPr>
      <w:r>
        <w:t>Yusuf's gratitude — crediting every gift to God</w:t>
      </w:r>
    </w:p>
    <w:p>
      <w:r>
        <w:rPr>
          <w:color w:val="666666"/>
          <w:sz w:val="18"/>
        </w:rPr>
        <w:t>The Spirit of Namaz February 13, 2022 Dr. Saniyasnain Khan · 2m 20s · at 49:14 · https://youtu.be/Mh4K7ZR4RbE?t=2954</w:t>
      </w:r>
    </w:p>
    <w:p>
      <w:r>
        <w:rPr>
          <w:i/>
        </w:rPr>
        <w:t>“An example of a grateful life: Prophet Yusuf's story”</w:t>
      </w:r>
    </w:p>
    <w:p>
      <w:r>
        <w:rPr>
          <w:sz w:val="20"/>
        </w:rPr>
        <w:t>49:14  to yani shakirana zindagi ki bhi ek misaal mein deta hoon quran se, hazrat yusuf allam ke kisse mein saare pyagambaron ke kisse mein aapko yeh cheez milti hai. hazrat yusuf ali salam ke kisse mein mujhe bahut pasand hai kyunki unhone jab kissa khatam hota hai to bahut achhi dua ki hai aur sara credit allah ko diya hai.</w:t>
      </w:r>
      <w:r>
        <w:br/>
      </w:r>
      <w:r>
        <w:rPr>
          <w:sz w:val="20"/>
        </w:rPr>
        <w:t>49:42  unhone kaha ki apne father se ki aap gaon mein rehte the, aapko allah shahar milaya. mujhe allah ne jail se niklwaya. mujhe allah ne khab ki taabeer ka ilm diya. allam tanaim in tabeelahiadis aur mujhe kai aur baaten hain.</w:t>
      </w:r>
      <w:r>
        <w:br/>
      </w:r>
      <w:r>
        <w:rPr>
          <w:sz w:val="20"/>
        </w:rPr>
        <w:t>50:08  to matlab yeh hai ke yeh har cheez ko jo bazahir unki apni khushusiyat thi, woh bhi allah</w:t>
      </w:r>
      <w:r>
        <w:br/>
      </w:r>
      <w:r>
        <w:rPr>
          <w:sz w:val="20"/>
        </w:rPr>
        <w:t>50:16  ko unhone uska credit diya ke ye bhi tune kiya, ye bhi tune kiya aur ek bahut achhi</w:t>
      </w:r>
      <w:r>
        <w:br/>
      </w:r>
      <w:r>
        <w:rPr>
          <w:sz w:val="20"/>
        </w:rPr>
        <w:t>50:25  jo baat kahi usi unhi dua mein ke rabbi latiful limayasha ke mera rabb bahut hi settle</w:t>
      </w:r>
      <w:r>
        <w:br/>
      </w:r>
      <w:r>
        <w:rPr>
          <w:sz w:val="20"/>
        </w:rPr>
        <w:t>50:33  andaz ki planning karta hai.</w:t>
      </w:r>
      <w:r>
        <w:br/>
      </w:r>
      <w:r>
        <w:rPr>
          <w:sz w:val="20"/>
        </w:rPr>
        <w:t>50:42  inn rabbi latiful limaysha ke mera rabb bahut hi settle planning karta hai. maine khud yushu bhale islam ke waqai mein milta hai ki bajaye bhaiyon ne unko kuen mein daal diya aur kuen mein se phir wo parohht kar diya unko logon ne, slave van gaye wo, to unhone jail mein jaana pada.</w:t>
      </w:r>
      <w:r>
        <w:br/>
      </w:r>
      <w:r>
        <w:rPr>
          <w:sz w:val="20"/>
        </w:rPr>
        <w:t>51:03  lekin ye sab ek process chal raha tha aur allah dalah ki koi planning thi ke jail se</w:t>
      </w:r>
      <w:r>
        <w:br/>
      </w:r>
      <w:r>
        <w:rPr>
          <w:sz w:val="20"/>
        </w:rPr>
        <w:t>51:13  kis tarike se allah dalah ne unko fukumat mein aala makam par usko ek bahut hi bade makam</w:t>
      </w:r>
      <w:r>
        <w:br/>
      </w:r>
      <w:r>
        <w:rPr>
          <w:sz w:val="20"/>
        </w:rPr>
        <w:t>51:23  par pahunchana chahta hai.</w:t>
      </w:r>
      <w:r>
        <w:br/>
      </w:r>
      <w:r>
        <w:rPr>
          <w:sz w:val="20"/>
        </w:rPr>
        <w:t>51:34  to ye yani shakirana zindagi ki misaal thi aur agar hum gair shakirana zindagi ki misaal bhi dekhein to wo bhi quran bhi milti hai bahut achhi. ek aadmi tha caron jisko bible mein kora kehte hain. wo pharaoh ka kiron ka saathi tha to uske baad bahut daulat thi. bahut hi treasure bada treasure house tha. treasure tha uska itna ki chabiyan hi bahut sare log uthate the.</w:t>
      </w:r>
    </w:p>
    <w:p>
      <w:pPr>
        <w:pStyle w:val="Heading2"/>
      </w:pPr>
      <w:r>
        <w:t>Bedouin's camel story: sincerity outweighs literal error</w:t>
      </w:r>
    </w:p>
    <w:p>
      <w:r>
        <w:rPr>
          <w:color w:val="666666"/>
          <w:sz w:val="18"/>
        </w:rPr>
        <w:t>Hadith-e-Jibril, April 21, 2013 · 1m 59s · at 1:10:29 · https://youtu.be/0rF6Ou0pDog?t=4229</w:t>
      </w:r>
    </w:p>
    <w:p>
      <w:r>
        <w:rPr>
          <w:i/>
        </w:rPr>
        <w:t>“ایک بدو کا اونٹ گم ہو گیا desert میں”</w:t>
      </w:r>
    </w:p>
    <w:p>
      <w:r>
        <w:rPr>
          <w:sz w:val="20"/>
        </w:rPr>
        <w:t>1:10:29  mein aap ko aik misaal deta hoon</w:t>
      </w:r>
      <w:r>
        <w:br/>
      </w:r>
      <w:r>
        <w:rPr>
          <w:sz w:val="20"/>
        </w:rPr>
        <w:t>1:10:33  ke aik hadith hai, aik hadith hai ke aik baddo ka oont gum ho gaya desert mein.</w:t>
      </w:r>
      <w:r>
        <w:br/>
      </w:r>
      <w:r>
        <w:rPr>
          <w:sz w:val="20"/>
        </w:rPr>
        <w:t>1:10:45  ab woh dor raha hai idhar udhar. achaanak us ne dekha ke mein oont filani jagah, aik aik khara hua hai aik jagah,</w:t>
      </w:r>
      <w:r>
        <w:br/>
      </w:r>
      <w:r>
        <w:rPr>
          <w:sz w:val="20"/>
        </w:rPr>
        <w:t>1:10:59  pahar ke kisi hissay mein mil gaya us ko. to aap jante hain ke qadeem zamanay mein oont jo tha, kisi baddo ke liye sab kuch hota tha.</w:t>
      </w:r>
      <w:r>
        <w:br/>
      </w:r>
      <w:r>
        <w:rPr>
          <w:sz w:val="20"/>
        </w:rPr>
        <w:t>1:11:10  sab kuch wohi hota tha. isi par us ki zindagi depend karti thi. to bohat khush hua, bohat khush hua, bohat khush hua. to us ki zuban se nikal gaya allahumma anta abdi wa ana rabbuk a khuda, tu mera banda hai aur mein tera rab hoon.</w:t>
      </w:r>
      <w:r>
        <w:br/>
      </w:r>
      <w:r>
        <w:rPr>
          <w:sz w:val="20"/>
        </w:rPr>
        <w:t>1:11:29  yani ulta kaha gaya woh. yani kehna to chahiye tha ke a khuda, tu mera rab hai, mein tera banda hoon. woh ulta kaha gaya woh. tab bhi allah taala ke haan us ki bakhshish ho gayi.</w:t>
      </w:r>
      <w:r>
        <w:br/>
      </w:r>
      <w:r>
        <w:rPr>
          <w:sz w:val="20"/>
        </w:rPr>
        <w:t>1:11:43  kyunke intentionally he was not wrong</w:t>
      </w:r>
      <w:r>
        <w:br/>
      </w:r>
      <w:r>
        <w:rPr>
          <w:sz w:val="20"/>
        </w:rPr>
        <w:t>1:11:50  to yaad rakhiye, quran mein aap khoob ghor kijeye. khoob ghor kijeye.</w:t>
      </w:r>
      <w:r>
        <w:br/>
      </w:r>
      <w:r>
        <w:rPr>
          <w:sz w:val="20"/>
        </w:rPr>
        <w:t>1:11:58  aur agar aap sanjeeda honge, allah ka darr aap ke dil mein hoga, waqeatan aap sachai tak pohnchne ki niyat aap ke andar hogi, to bil farz koi baat ghalat aa jaye aap ke zehn mein to pakar nahi hogi is ki.</w:t>
      </w:r>
      <w:r>
        <w:br/>
      </w:r>
      <w:r>
        <w:rPr>
          <w:sz w:val="20"/>
        </w:rPr>
        <w:t>1:12:14  to asal cheez hai inma al awal bil niyyat</w:t>
      </w:r>
      <w:r>
        <w:br/>
      </w:r>
      <w:r>
        <w:rPr>
          <w:sz w:val="20"/>
        </w:rPr>
        <w:t>1:12:17  aap ki niyat durust ho, aap ka intention durust ho, yeh asal ahmiyat hai. baqi cheezen irrelevant hain.</w:t>
      </w:r>
    </w:p>
    <w:p>
      <w:pPr>
        <w:pStyle w:val="Heading2"/>
      </w:pPr>
      <w:r>
        <w:t>Poverty as motivation, not a permanent curse</w:t>
      </w:r>
    </w:p>
    <w:p>
      <w:r>
        <w:rPr>
          <w:color w:val="666666"/>
          <w:sz w:val="18"/>
        </w:rPr>
        <w:t>Spirit of Zakat 16 May 2007 - Maulana Wahiduddin Khan · 2m 54s · at 28:58 · https://youtu.be/Ptou1yxZS_8?t=1738</w:t>
      </w:r>
    </w:p>
    <w:p>
      <w:r>
        <w:rPr>
          <w:i/>
        </w:rPr>
        <w:t>“Every term there is a change: poor become rich”</w:t>
      </w:r>
    </w:p>
    <w:p>
      <w:r>
        <w:rPr>
          <w:sz w:val="20"/>
        </w:rPr>
        <w:t>28:58  although this division is not permanent. every day there is challenge, every day,</w:t>
      </w:r>
      <w:r>
        <w:br/>
      </w:r>
      <w:r>
        <w:rPr>
          <w:sz w:val="20"/>
        </w:rPr>
        <w:t>29:07  because one who is poor today. so, poverty inculcate incentive in his personality.</w:t>
      </w:r>
      <w:r>
        <w:br/>
      </w:r>
      <w:r>
        <w:rPr>
          <w:sz w:val="20"/>
        </w:rPr>
        <w:t>29:20  poverty is not simply poverty. poverty is a mode of motivation.</w:t>
      </w:r>
      <w:r>
        <w:br/>
      </w:r>
      <w:r>
        <w:rPr>
          <w:sz w:val="20"/>
        </w:rPr>
        <w:t>29:31  poverty is not simply a poverty. it is poverty that motivates you, that gives you incentive.</w:t>
      </w:r>
      <w:r>
        <w:br/>
      </w:r>
      <w:r>
        <w:rPr>
          <w:sz w:val="20"/>
        </w:rPr>
        <w:t>29:41  without poverty, there was no incentive, no motivation. so, poverty is not a negative point</w:t>
      </w:r>
      <w:r>
        <w:br/>
      </w:r>
      <w:r>
        <w:rPr>
          <w:sz w:val="20"/>
        </w:rPr>
        <w:t>29:53  poverty also has a positive point</w:t>
      </w:r>
      <w:r>
        <w:br/>
      </w:r>
      <w:r>
        <w:rPr>
          <w:sz w:val="20"/>
        </w:rPr>
        <w:t>29:59  that it is poverty which gives you incentive, which gives you motivation.</w:t>
      </w:r>
      <w:r>
        <w:br/>
      </w:r>
      <w:r>
        <w:rPr>
          <w:sz w:val="20"/>
        </w:rPr>
        <w:t>30:10  so, due to this motivation, poor people, poor people</w:t>
      </w:r>
      <w:r>
        <w:br/>
      </w:r>
      <w:r>
        <w:rPr>
          <w:sz w:val="20"/>
        </w:rPr>
        <w:t>30:22  do their work on a greater scale. they are able to do more effort than these people.</w:t>
      </w:r>
      <w:r>
        <w:br/>
      </w:r>
      <w:r>
        <w:rPr>
          <w:sz w:val="20"/>
        </w:rPr>
        <w:t>30:33  this is law of nature. there is a, there is a very relevant saying that it is not as that effort, not facility.</w:t>
      </w:r>
      <w:r>
        <w:br/>
      </w:r>
      <w:r>
        <w:rPr>
          <w:sz w:val="20"/>
        </w:rPr>
        <w:t>30:48  it is as but effort, not facility but difficulty</w:t>
      </w:r>
      <w:r>
        <w:br/>
      </w:r>
      <w:r>
        <w:rPr>
          <w:sz w:val="20"/>
        </w:rPr>
        <w:t>30:53  that makes man. so, poverty, poverty elevates you.</w:t>
      </w:r>
      <w:r>
        <w:br/>
      </w:r>
      <w:r>
        <w:rPr>
          <w:sz w:val="20"/>
        </w:rPr>
        <w:t>31:03  it makes you</w:t>
      </w:r>
      <w:r>
        <w:br/>
      </w:r>
      <w:r>
        <w:rPr>
          <w:sz w:val="20"/>
        </w:rPr>
        <w:t>31:07  superman. poverty or difficulty makes you superman. it gives you greater motivation, greater incentive.</w:t>
      </w:r>
      <w:r>
        <w:br/>
      </w:r>
      <w:r>
        <w:rPr>
          <w:sz w:val="20"/>
        </w:rPr>
        <w:t>31:19  so, behind poverty, behind this division that there are some, there are some rich or some poor.</w:t>
      </w:r>
      <w:r>
        <w:br/>
      </w:r>
      <w:r>
        <w:rPr>
          <w:sz w:val="20"/>
        </w:rPr>
        <w:t>31:30  behind this division,</w:t>
      </w:r>
      <w:r>
        <w:br/>
      </w:r>
      <w:r>
        <w:rPr>
          <w:sz w:val="20"/>
        </w:rPr>
        <w:t>31:32  there is a great wisdom, great wisdom</w:t>
      </w:r>
      <w:r>
        <w:br/>
      </w:r>
      <w:r>
        <w:rPr>
          <w:sz w:val="20"/>
        </w:rPr>
        <w:t>31:38  . without this division, there was no development. it is this difference, it is this division that</w:t>
      </w:r>
    </w:p>
    <w:p>
      <w:pPr>
        <w:pStyle w:val="Heading2"/>
      </w:pPr>
      <w:r>
        <w:t>Tazkiya and dawah are the only two religious duties</w:t>
      </w:r>
    </w:p>
    <w:p>
      <w:r>
        <w:rPr>
          <w:color w:val="666666"/>
          <w:sz w:val="18"/>
        </w:rPr>
        <w:t>An Intellectual Journey May 1, 2011 · 2m 57s · at 1:15:56 · https://youtu.be/AqjjyimoIqw?t=4556</w:t>
      </w:r>
    </w:p>
    <w:p>
      <w:r>
        <w:rPr>
          <w:i/>
        </w:rPr>
        <w:t>“Tazkiya aur ilahiya dawah, yeh dono deeni kaam hain”</w:t>
      </w:r>
    </w:p>
    <w:p>
      <w:r>
        <w:rPr>
          <w:sz w:val="20"/>
        </w:rPr>
        <w:t>1:15:56  maulana iqbal umri ne bangalore se sawal kiya hai, unhone likha hai: "tazkiya afraad, ilahia dawat aur taameer millat, kya in teeno kamon ki ek jaisi zaroorat hai?" nahin, dekhiye, taameer millat ek alag kaam hai, woh qaumi kaam hai,</w:t>
      </w:r>
      <w:r>
        <w:br/>
      </w:r>
      <w:r>
        <w:rPr>
          <w:sz w:val="20"/>
        </w:rPr>
        <w:t>1:16:14  isko in do mein nahin shamil kar sakte aap. tazkiya aur ilahia dawat, yeh dono deeni kaam hain.</w:t>
      </w:r>
      <w:r>
        <w:br/>
      </w:r>
      <w:r>
        <w:rPr>
          <w:sz w:val="20"/>
        </w:rPr>
        <w:t>1:16:25  taameer millat qaumi kaam hai, iska koi talluq deen se nahin hai. tazkiya yeh hai ke apne aap ko purify karna, as an individual, aap jo ek fard hain, ek jo individual hain, uske andar jo negative thought aate hain, jo nafratein aati hain, shikayat aati hai, ghussa aata hai, inteqaam aata hai, tashaddud aata hai, us se apne ko purify karo, bachao apne aap ko.</w:t>
      </w:r>
      <w:r>
        <w:br/>
      </w:r>
      <w:r>
        <w:rPr>
          <w:sz w:val="20"/>
        </w:rPr>
        <w:t>1:16:52  100 percent positive response, 100 percent positive personality banao. positive personality banane ka naam hai tazkiya, yeh hai shakhsi aitbaar se.</w:t>
      </w:r>
      <w:r>
        <w:br/>
      </w:r>
      <w:r>
        <w:rPr>
          <w:sz w:val="20"/>
        </w:rPr>
        <w:t>1:17:04  aur ahya-e-dawat jo hai, woh ijtamai aitbaar se hai, yani doosron ke aitbaar se hai. apne aitbaar se zimmedari aap ki hai ke apne aap ko purified soul banao.</w:t>
      </w:r>
      <w:r>
        <w:br/>
      </w:r>
      <w:r>
        <w:rPr>
          <w:sz w:val="20"/>
        </w:rPr>
        <w:t>1:17:15  doosron ke aitbaar se zimmedari aap ki yeh hai ke aap isko creation plan of god jo hai, us se ba-khabar karo. bas yahi do hain. baqi taameer millat, woh qaumi kaam hai, woh koi karta hai to kare, nahin karta to use koi na jannat milegi na na koi, is se koi khuda ki rehmat ke darwaze khulenge.</w:t>
      </w:r>
      <w:r>
        <w:br/>
      </w:r>
      <w:r>
        <w:rPr>
          <w:sz w:val="20"/>
        </w:rPr>
        <w:t>1:17:31  iski wajah se woh qaumi kaam hai. woh asal kaam deen mein yahi do hain:</w:t>
      </w:r>
      <w:r>
        <w:br/>
      </w:r>
      <w:r>
        <w:rPr>
          <w:sz w:val="20"/>
        </w:rPr>
        <w:t>1:17:37  apne aap ko ek purified soul banana, har qism ki negativity se pak karna apne aap ko, aur doosron ko Allah ka jo takhleeqi mansooba hai, jo creation plan of god hai, us se ba-khabar karna.</w:t>
      </w:r>
      <w:r>
        <w:br/>
      </w:r>
      <w:r>
        <w:rPr>
          <w:sz w:val="20"/>
        </w:rPr>
        <w:t>1:17:52  yeh bhi ek puraman kaam hai, bilkul puraman. is is dawti kaam ka koi bhi talluq na siyasat se hai, na millat se hai, na yani qaum qaumi fakhr ko establish karne se hai, kuch bhi nahin.</w:t>
      </w:r>
      <w:r>
        <w:br/>
      </w:r>
      <w:r>
        <w:rPr>
          <w:sz w:val="20"/>
        </w:rPr>
        <w:t>1:18:05  jo aadmi dawat ko le kar qaumi fakhr establish kare, woh bilashuba batil par hai, is mein koi shakk nahin.</w:t>
      </w:r>
      <w:r>
        <w:br/>
      </w:r>
      <w:r>
        <w:rPr>
          <w:sz w:val="20"/>
        </w:rPr>
        <w:t>1:18:12  dawat ka talluq qaumi fakhr se hargiz nahin hai, hargiz nahin hai. woh aap logon ko yani ab sabit karen ke hamara mazhab sab se ooncha, hamari qaum sab se oonchi,</w:t>
      </w:r>
      <w:r>
        <w:br/>
      </w:r>
      <w:r>
        <w:rPr>
          <w:sz w:val="20"/>
        </w:rPr>
        <w:t>1:18:26  aur hamara quran sab se ooncha, aur logon ke fakhr ke nafsiyat ko ghiza dein, to yeh qaumi kaam hai, iska deen se koi talluq nahin. dawat khalisatan naam hai peaceful andaaz</w:t>
      </w:r>
      <w:r>
        <w:br/>
      </w:r>
      <w:r>
        <w:rPr>
          <w:sz w:val="20"/>
        </w:rPr>
        <w:t>1:18:39  mein Allah ke hidayat ko logon tak pahunchana, bas unki khair khwahi ke jazbe ke tehat, khalisatan unki khair khwahi ke jazbe ke tehat, taake woh jahannum se bachein aur jannat ka rasta unke liye,</w:t>
      </w:r>
    </w:p>
    <w:p>
      <w:pPr>
        <w:pStyle w:val="Heading2"/>
      </w:pPr>
      <w:r>
        <w:t>Salman Farisi teaches Abu Darda balance in worship</w:t>
      </w:r>
    </w:p>
    <w:p>
      <w:r>
        <w:rPr>
          <w:color w:val="666666"/>
          <w:sz w:val="18"/>
        </w:rPr>
        <w:t>Lessons From The Life of Abu Darda (ra) November 9, 2025 · 2m 59s · at 4:52 · https://youtu.be/5V4oxolMiBA?t=292</w:t>
      </w:r>
    </w:p>
    <w:p>
      <w:r>
        <w:rPr>
          <w:i/>
        </w:rPr>
        <w:t>“Salman Farisi came to visit his brother Abu Darda”</w:t>
      </w:r>
    </w:p>
    <w:p>
      <w:r>
        <w:rPr>
          <w:sz w:val="20"/>
        </w:rPr>
        <w:t>4:52  . please tell us about this incident. yar, you have rightly said that hazrat salman farisi raziallahu anhu was the brother of abu darda, and once he came to the house of abu darda raziallahu anhu,</w:t>
      </w:r>
      <w:r>
        <w:br/>
      </w:r>
      <w:r>
        <w:rPr>
          <w:sz w:val="20"/>
        </w:rPr>
        <w:t>5:10  and um Darda was not in good state. So he asked, "Shaqqi, what is the matter with you?"</w:t>
      </w:r>
      <w:r>
        <w:br/>
      </w:r>
      <w:r>
        <w:rPr>
          <w:sz w:val="20"/>
        </w:rPr>
        <w:t>5:19  and um darda said, "abu darda,</w:t>
      </w:r>
      <w:r>
        <w:br/>
      </w:r>
      <w:r>
        <w:rPr>
          <w:sz w:val="20"/>
        </w:rPr>
        <w:t>5:27  your brother abu darda has no interest in worldly life." so his wife, um darda, complained to salman farisi about his excessive devotion, and that left little time for rest or for family.</w:t>
      </w:r>
      <w:r>
        <w:br/>
      </w:r>
      <w:r>
        <w:rPr>
          <w:sz w:val="20"/>
        </w:rPr>
        <w:t>5:47  so when abu darda came, actually he was not present at that time. so when abu darda came, he brought some food for salman farisi, and he said, "please have the food." and salman farisi said, "i will not eat until you eat." so abu darda said, "but i am fasting." and salman said, "you must break your fast.</w:t>
      </w:r>
      <w:r>
        <w:br/>
      </w:r>
      <w:r>
        <w:rPr>
          <w:sz w:val="20"/>
        </w:rPr>
        <w:t>6:12  this is a voluntary</w:t>
      </w:r>
      <w:r>
        <w:br/>
      </w:r>
      <w:r>
        <w:rPr>
          <w:sz w:val="20"/>
        </w:rPr>
        <w:t>6:14  fast. so with reluctance, abu darda broke his fast, and both of them ate together. then at night, also he got up to pray, and salman farsi said, "no, sleep.</w:t>
      </w:r>
      <w:r>
        <w:br/>
      </w:r>
      <w:r>
        <w:rPr>
          <w:sz w:val="20"/>
        </w:rPr>
        <w:t>6:27  sleep for a while." in the night, again he got up to pray, and again he said, "no, you sleep now." so when the fajr time was near, then he wake him up, "that now you get up and you can pray now.</w:t>
      </w:r>
      <w:r>
        <w:br/>
      </w:r>
      <w:r>
        <w:rPr>
          <w:sz w:val="20"/>
        </w:rPr>
        <w:t>6:43  so and he gave a very beautiful advice to him, a golden piece of advice. he said, "that your body has a right on you, your family has a right on you, your lord has a right on you,</w:t>
      </w:r>
      <w:r>
        <w:br/>
      </w:r>
      <w:r>
        <w:rPr>
          <w:sz w:val="20"/>
        </w:rPr>
        <w:t>7:07  and give each of them their due</w:t>
      </w:r>
      <w:r>
        <w:br/>
      </w:r>
      <w:r>
        <w:rPr>
          <w:sz w:val="20"/>
        </w:rPr>
        <w:t>7:12  right." so next morning, abu darda r.a. went to the prophet and complained, "that my brother salman forced me to break my fast, and he said, 'that your lord has a right on you, your body has a right on you, your family has a right on you, and give each of them their due right.'" so rasul allah said, "sadaqa salman.</w:t>
      </w:r>
      <w:r>
        <w:br/>
      </w:r>
      <w:r>
        <w:rPr>
          <w:sz w:val="20"/>
        </w:rPr>
        <w:t>7:35  salman has spoken the truth."</w:t>
      </w:r>
      <w:r>
        <w:br/>
      </w:r>
      <w:r>
        <w:rPr>
          <w:sz w:val="20"/>
        </w:rPr>
        <w:t>7:38  so when should bring balance and harmony in life, so moderation is part of devotion.</w:t>
      </w:r>
    </w:p>
    <w:p>
      <w:pPr>
        <w:pStyle w:val="Heading2"/>
      </w:pPr>
      <w:r>
        <w:t>a companion's story defining taqwa as careful avoidance</w:t>
      </w:r>
    </w:p>
    <w:p>
      <w:r>
        <w:rPr>
          <w:color w:val="666666"/>
          <w:sz w:val="18"/>
        </w:rPr>
        <w:t>Ramadan The Month of Fasting August 29, 2008 Maulana Wahiduddin Khan · 1m 26s · at 26:22 · https://youtu.be/DcDEAI5bgAg?t=1582</w:t>
      </w:r>
    </w:p>
    <w:p>
      <w:r>
        <w:rPr>
          <w:i/>
        </w:rPr>
        <w:t>“A companion asked: what is taqwa?”</w:t>
      </w:r>
    </w:p>
    <w:p>
      <w:r>
        <w:rPr>
          <w:sz w:val="20"/>
        </w:rPr>
        <w:t>26:22  taqwa, taqwa ke maani hote hain parhez, bachna. ek hadith hai, ek sahabi ne doosre sahabi se poocha ke taqwa kya hai?</w:t>
      </w:r>
      <w:r>
        <w:br/>
      </w:r>
      <w:r>
        <w:rPr>
          <w:sz w:val="20"/>
        </w:rPr>
        <w:t>26:35  to unhone taqwa ko is tarah define kiya ke taqwa ke lafzi maani hain bachna, parhez karna.</w:t>
      </w:r>
      <w:r>
        <w:br/>
      </w:r>
      <w:r>
        <w:rPr>
          <w:sz w:val="20"/>
        </w:rPr>
        <w:t>26:46  to unhone kaha ke tum kabhi aise rastay se guzre ho jo jhaariyon ke beech se guzar raha ho?</w:t>
      </w:r>
      <w:r>
        <w:br/>
      </w:r>
      <w:r>
        <w:rPr>
          <w:sz w:val="20"/>
        </w:rPr>
        <w:t>26:55  idhar bhi jhaari, udhar bhi jhaari, yaani kaantay daar jhaari, phaadni bashad. to unhone kaha ke haan, kyunke pehle arab mein aisa bohat hota tha.</w:t>
      </w:r>
      <w:r>
        <w:br/>
      </w:r>
      <w:r>
        <w:rPr>
          <w:sz w:val="20"/>
        </w:rPr>
        <w:t>27:05  to unhone poocha ke tum ne aise mauqe par kya kiya?</w:t>
      </w:r>
      <w:r>
        <w:br/>
      </w:r>
      <w:r>
        <w:rPr>
          <w:sz w:val="20"/>
        </w:rPr>
        <w:t>27:09  to unhone kaha ke shimar to wishtat, yaani apni qabron ko khoob samet liye aur bachte bachte nikal gaya ke kaanta dar lag jaye.</w:t>
      </w:r>
      <w:r>
        <w:br/>
      </w:r>
      <w:r>
        <w:rPr>
          <w:sz w:val="20"/>
        </w:rPr>
        <w:t>27:19  to unhone kaha ke zhalik al taqwa, yahi taqwa hai, yaani bachte hue guzarana, apne aap ko kaanton se bachte hue nikal jana.</w:t>
      </w:r>
      <w:r>
        <w:br/>
      </w:r>
      <w:r>
        <w:rPr>
          <w:sz w:val="20"/>
        </w:rPr>
        <w:t>27:31  yeh bataya gaya hai quran majeed mein taqwa ka maqsad, yaani quran majeed mein bataya gaya hai ke ramzan ka maqsad hai taqwa paida karna.</w:t>
      </w:r>
      <w:r>
        <w:br/>
      </w:r>
      <w:r>
        <w:rPr>
          <w:sz w:val="20"/>
        </w:rPr>
        <w:t>27:40  lakum tattaqun. to taqwa kya hai? bachte hue zindagi guzarna.</w:t>
      </w:r>
    </w:p>
    <w:p>
      <w:pPr>
        <w:pStyle w:val="Heading2"/>
      </w:pPr>
      <w:r>
        <w:t>Salah explained: outward form versus inward khushu</w:t>
      </w:r>
    </w:p>
    <w:p>
      <w:r>
        <w:rPr>
          <w:color w:val="666666"/>
          <w:sz w:val="18"/>
        </w:rPr>
        <w:t>Hadith-e-Jibril, April 21, 2013 · 2m 03s · at 15:07 · https://youtu.be/0rF6Ou0pDog?t=907</w:t>
      </w:r>
    </w:p>
    <w:p>
      <w:r>
        <w:rPr>
          <w:i/>
        </w:rPr>
        <w:t>“وتقیم الصلوۃ، اور تم نماز قائم کرو”</w:t>
      </w:r>
    </w:p>
    <w:p>
      <w:r>
        <w:rPr>
          <w:sz w:val="20"/>
        </w:rPr>
        <w:t>15:07  phir wahi zindagi nahi rahe gi jo is se pehle aap ki zindagi thi. to is dialogue ka yeh pehla hissa tha. waqim us salat.</w:t>
      </w:r>
      <w:r>
        <w:br/>
      </w:r>
      <w:r>
        <w:rPr>
          <w:sz w:val="20"/>
        </w:rPr>
        <w:t>15:18  is ke baad aap ne farmaya: "aur tum namaz qaim karo".</w:t>
      </w:r>
      <w:r>
        <w:br/>
      </w:r>
      <w:r>
        <w:rPr>
          <w:sz w:val="20"/>
        </w:rPr>
        <w:t>15:25  dekhiye, namaz ka jab aata hai lafz, log samajhte hain ke ek routine hai, kuch rituals hain, ek form hai, is ko dohra do to namaz ho gayi.</w:t>
      </w:r>
      <w:r>
        <w:br/>
      </w:r>
      <w:r>
        <w:rPr>
          <w:sz w:val="20"/>
        </w:rPr>
        <w:t>15:37  aisa nahi hai. quran mein hai ke: "qad afal mominun alladhina fi salatihim khashiun".</w:t>
      </w:r>
      <w:r>
        <w:br/>
      </w:r>
      <w:r>
        <w:rPr>
          <w:sz w:val="20"/>
        </w:rPr>
        <w:t>15:48  yani namaz ki asal jo hai, woh khushu hai.</w:t>
      </w:r>
      <w:r>
        <w:br/>
      </w:r>
      <w:r>
        <w:rPr>
          <w:sz w:val="20"/>
        </w:rPr>
        <w:t>15:52  form asal nahi hai, is ki spirit jo hai, woh asal hai, aur woh hai khushu. khushu kya hai? Allah ki daryaft aap ke andar jab bohat gehri hoti hai,</w:t>
      </w:r>
      <w:r>
        <w:br/>
      </w:r>
      <w:r>
        <w:rPr>
          <w:sz w:val="20"/>
        </w:rPr>
        <w:t>16:06  phir woh jab aap ke badan par zahir hoti hai, to isi ka naam namaz hota hai.</w:t>
      </w:r>
      <w:r>
        <w:br/>
      </w:r>
      <w:r>
        <w:rPr>
          <w:sz w:val="20"/>
        </w:rPr>
        <w:t>16:13  aap Allah ke liye khare hote hain, hath bandhte hain, kalmat bolte hain Allah ki barhai ke, phir aap jhukte hain, phir sajde mein chale aate hain.</w:t>
      </w:r>
      <w:r>
        <w:br/>
      </w:r>
      <w:r>
        <w:rPr>
          <w:sz w:val="20"/>
        </w:rPr>
        <w:t>16:24  yeh sara kya hai?</w:t>
      </w:r>
      <w:r>
        <w:br/>
      </w:r>
      <w:r>
        <w:rPr>
          <w:sz w:val="20"/>
        </w:rPr>
        <w:t>16:26  yeh Allah ko daryaft karne ke baad aap ke andar jo bhonchal aata hai, jo inqalab aata hai, woh aap ke jism par jab</w:t>
      </w:r>
      <w:r>
        <w:br/>
      </w:r>
      <w:r>
        <w:rPr>
          <w:sz w:val="20"/>
        </w:rPr>
        <w:t>16:41  zahhir ho to isi ka naam namaz hota hai.</w:t>
      </w:r>
      <w:r>
        <w:br/>
      </w:r>
      <w:r>
        <w:rPr>
          <w:sz w:val="20"/>
        </w:rPr>
        <w:t>16:47  to namaz koi ritual nahi, koi rasam nahi, koi routine nahi. namaz to ek bohat hi gehri haqeeqat ka izhar hai.</w:t>
      </w:r>
      <w:r>
        <w:br/>
      </w:r>
      <w:r>
        <w:rPr>
          <w:sz w:val="20"/>
        </w:rPr>
        <w:t>17:01  yeh haqeeqat andar khushu ki shakal mein hoti hai, aur bazahir hoti hai wohi namaz ki surat mein jo aap dekhte hain masjidon mein.</w:t>
      </w:r>
    </w:p>
    <w:p>
      <w:pPr>
        <w:pStyle w:val="Heading2"/>
      </w:pPr>
      <w:r>
        <w:t>Universe as custom-made blessing for humans</w:t>
      </w:r>
    </w:p>
    <w:p>
      <w:r>
        <w:rPr>
          <w:color w:val="666666"/>
          <w:sz w:val="18"/>
        </w:rPr>
        <w:t>The Spirit of Fasting Gratitude to God April 25, 2020 Maulana Wahiduddin Khan · 2m 06s · at 7:21 · https://youtu.be/ql1UxsMLOzg?t=441</w:t>
      </w:r>
    </w:p>
    <w:p>
      <w:r>
        <w:rPr>
          <w:i/>
        </w:rPr>
        <w:t>“Poori universe custom-made universe hai”</w:t>
      </w:r>
    </w:p>
    <w:p>
      <w:r>
        <w:rPr>
          <w:sz w:val="20"/>
        </w:rPr>
        <w:t>7:21  Poori universe custom made universe hai.</w:t>
      </w:r>
      <w:r>
        <w:br/>
      </w:r>
      <w:r>
        <w:rPr>
          <w:sz w:val="20"/>
        </w:rPr>
        <w:t>7:26  Yeh sab cheezein aap ko yaad aati hain ke kaisi ajeeb meharbani hai Khuda ki ke usne hamare liye poori poori universe ko custom made universe bana diya.</w:t>
      </w:r>
      <w:r>
        <w:br/>
      </w:r>
      <w:r>
        <w:rPr>
          <w:sz w:val="20"/>
        </w:rPr>
        <w:t>7:44  Ab yeh sab ke baad jab aap iftar karte hain, jab aap</w:t>
      </w:r>
      <w:r>
        <w:br/>
      </w:r>
      <w:r>
        <w:rPr>
          <w:sz w:val="20"/>
        </w:rPr>
        <w:t>7:55  namaz padhte hain, taraveeh padhte hain to aap ka ehsaas nemmat ke bare mein kai guna badh jata hai.</w:t>
      </w:r>
      <w:r>
        <w:br/>
      </w:r>
      <w:r>
        <w:rPr>
          <w:sz w:val="20"/>
        </w:rPr>
        <w:t>8:18  To nemmat sirf khana peena nahi hai. Har cheez nemmat hai. Maslan dekhiye aap aap pani yeh jo hawa hai hawa hum ko har waqt milti hai.</w:t>
      </w:r>
      <w:r>
        <w:br/>
      </w:r>
      <w:r>
        <w:rPr>
          <w:sz w:val="20"/>
        </w:rPr>
        <w:t>8:34  Hawa mein hum saans lete hain. Lekin aap jante hain ke jab hawa mein saans lete hain hum to hum</w:t>
      </w:r>
      <w:r>
        <w:br/>
      </w:r>
      <w:r>
        <w:rPr>
          <w:sz w:val="20"/>
        </w:rPr>
        <w:t>8:49  bahut qeemti nemmat hasil hoti hai hum ko. Jab hawa mein saans lete hain to hum aakhri din inhale karte hain.</w:t>
      </w:r>
      <w:r>
        <w:br/>
      </w:r>
      <w:r>
        <w:rPr>
          <w:sz w:val="20"/>
        </w:rPr>
        <w:t>9:00  Aur aakhri din itni qeemti cheez hai ke iske baghair hum zinda nahi reh sakte.</w:t>
      </w:r>
      <w:r>
        <w:br/>
      </w:r>
      <w:r>
        <w:rPr>
          <w:sz w:val="20"/>
        </w:rPr>
        <w:t>9:08  Aur jab hum saans nikalte hain to hum carbon ko exhale karte hain.</w:t>
      </w:r>
      <w:r>
        <w:br/>
      </w:r>
      <w:r>
        <w:rPr>
          <w:sz w:val="20"/>
        </w:rPr>
        <w:t>9:21  Kitna bada nizam hai yeh. To dunya mein har cheez</w:t>
      </w:r>
    </w:p>
    <w:p>
      <w:pPr>
        <w:pStyle w:val="Heading2"/>
      </w:pPr>
      <w:r>
        <w:t>Fasting as a shock to trigger the mind</w:t>
      </w:r>
    </w:p>
    <w:p>
      <w:r>
        <w:rPr>
          <w:color w:val="666666"/>
          <w:sz w:val="18"/>
        </w:rPr>
        <w:t>Roza (Fasting) Shock May 26, 2019 · 2m 53s · at 2:27 · https://youtu.be/GXYhGriFRpM?t=147</w:t>
      </w:r>
    </w:p>
    <w:p>
      <w:r>
        <w:rPr>
          <w:i/>
        </w:rPr>
        <w:t>“Yeh is liye hai ke insaan ka mind trigger ho”</w:t>
      </w:r>
    </w:p>
    <w:p>
      <w:r>
        <w:rPr>
          <w:sz w:val="20"/>
        </w:rPr>
        <w:t>2:27  yeh is liye hai ke insan ka mind trigger ho.</w:t>
      </w:r>
      <w:r>
        <w:br/>
      </w:r>
      <w:r>
        <w:rPr>
          <w:sz w:val="20"/>
        </w:rPr>
        <w:t>2:35  roza means</w:t>
      </w:r>
      <w:r>
        <w:br/>
      </w:r>
      <w:r>
        <w:rPr>
          <w:sz w:val="20"/>
        </w:rPr>
        <w:t>2:40  fasting shock.</w:t>
      </w:r>
      <w:r>
        <w:br/>
      </w:r>
      <w:r>
        <w:rPr>
          <w:sz w:val="20"/>
        </w:rPr>
        <w:t>2:44  jaise aap jante hain ke newton ka jo waqia hai, is zameen par ek bohat hi anokha waqia rozana ho raha tha.</w:t>
      </w:r>
      <w:r>
        <w:br/>
      </w:r>
      <w:r>
        <w:rPr>
          <w:sz w:val="20"/>
        </w:rPr>
        <w:t>2:58  wo hai gravitational pull. yani har cheez jo hai upar jo aati hai, neeche girti hai.</w:t>
      </w:r>
      <w:r>
        <w:br/>
      </w:r>
      <w:r>
        <w:rPr>
          <w:sz w:val="20"/>
        </w:rPr>
        <w:t>3:09  to zameen sari cheezon ko pakri hui hai.</w:t>
      </w:r>
      <w:r>
        <w:br/>
      </w:r>
      <w:r>
        <w:rPr>
          <w:sz w:val="20"/>
        </w:rPr>
        <w:t>3:15  agar zameen pakri hui na ho to hamare ghar hawa mein uren, hamari poori civilization space mein chali jaye urr kar ke.</w:t>
      </w:r>
      <w:r>
        <w:br/>
      </w:r>
      <w:r>
        <w:rPr>
          <w:sz w:val="20"/>
        </w:rPr>
        <w:t>3:27  kuch bhi na ho, kuch bhi, sari activities thap ho jayen. to kaha jata hai ke newton teen sau saal pehle</w:t>
      </w:r>
      <w:r>
        <w:br/>
      </w:r>
      <w:r>
        <w:rPr>
          <w:sz w:val="20"/>
        </w:rPr>
        <w:t>3:43  seb ke bagh mein tha. to ek seb jo hai, aap jante hain, phal girte rehte hain. ek seb yani is ke shareer pe gir pada.</w:t>
      </w:r>
      <w:r>
        <w:br/>
      </w:r>
      <w:r>
        <w:rPr>
          <w:sz w:val="20"/>
        </w:rPr>
        <w:t>3:58  to upar se jab koi cheez girti hai to bara taqat se mar karti hai wo. to that was apple shock.</w:t>
      </w:r>
      <w:r>
        <w:br/>
      </w:r>
      <w:r>
        <w:rPr>
          <w:sz w:val="20"/>
        </w:rPr>
        <w:t>4:11  apple shock. to is se newton ka mind trigger ho gaya. aur us ne aap jante hain ke wo cheez daryaft ki jo insan is waqt tak</w:t>
      </w:r>
      <w:r>
        <w:br/>
      </w:r>
      <w:r>
        <w:rPr>
          <w:sz w:val="20"/>
        </w:rPr>
        <w:t>4:30  be daryaft bana bani hui thi. yani gravitational pull.</w:t>
      </w:r>
      <w:r>
        <w:br/>
      </w:r>
      <w:r>
        <w:rPr>
          <w:sz w:val="20"/>
        </w:rPr>
        <w:t>4:38  aaj aap jante hain ke yeh bohat bari nemat hai Allah taala ki. to aaj jab jab malaika se jawab aaya ke roza kya hai?</w:t>
      </w:r>
      <w:r>
        <w:br/>
      </w:r>
      <w:r>
        <w:rPr>
          <w:sz w:val="20"/>
        </w:rPr>
        <w:t>4:53  roza fasting shock hai.</w:t>
      </w:r>
      <w:r>
        <w:br/>
      </w:r>
      <w:r>
        <w:rPr>
          <w:sz w:val="20"/>
        </w:rPr>
        <w:t>4:59  thoda sa khana band, thoda sa pani band. to koi bari cheez nahi hoti. chota sa ek disturb kiya jata hai hamara routine ko.</w:t>
      </w:r>
      <w:r>
        <w:br/>
      </w:r>
      <w:r>
        <w:rPr>
          <w:sz w:val="20"/>
        </w:rPr>
        <w:t>5:15  kyunke zyada kiya jaye to hum khatm ho jayenge.</w:t>
      </w:r>
    </w:p>
    <w:p>
      <w:pPr>
        <w:pStyle w:val="Heading2"/>
      </w:pPr>
      <w:r>
        <w:t>Abu Rawaha's dhikr envied by angels</w:t>
      </w:r>
    </w:p>
    <w:p>
      <w:r>
        <w:rPr>
          <w:color w:val="666666"/>
          <w:sz w:val="18"/>
        </w:rPr>
        <w:t>The Concept of Zikr in Islam | August 11, 2007 · 3m 07s · at 31:34 · https://youtu.be/uFNX0KiI6dc?t=1894</w:t>
      </w:r>
    </w:p>
    <w:p>
      <w:r>
        <w:rPr>
          <w:i/>
        </w:rPr>
        <w:t>“was Abu Rawaha. So once he said to another Muslim”</w:t>
      </w:r>
    </w:p>
    <w:p>
      <w:r>
        <w:rPr>
          <w:sz w:val="20"/>
        </w:rPr>
        <w:t>31:34  was Abu Rawaha. Abu Rawaha.</w:t>
      </w:r>
      <w:r>
        <w:br/>
      </w:r>
      <w:r>
        <w:rPr>
          <w:sz w:val="20"/>
        </w:rPr>
        <w:t>31:45  So once he said to another Muslim, "Taal fal nashku Rabbana saathan. Come on.</w:t>
      </w:r>
      <w:r>
        <w:br/>
      </w:r>
      <w:r>
        <w:rPr>
          <w:sz w:val="20"/>
        </w:rPr>
        <w:t>31:56  Let us do zikr</w:t>
      </w:r>
      <w:r>
        <w:br/>
      </w:r>
      <w:r>
        <w:rPr>
          <w:sz w:val="20"/>
        </w:rPr>
        <w:t>32:07  of God fal nashku Rabbana saathan." So this Muslim was not so well-versed.</w:t>
      </w:r>
      <w:r>
        <w:br/>
      </w:r>
      <w:r>
        <w:rPr>
          <w:sz w:val="20"/>
        </w:rPr>
        <w:t>32:17  So he complained to the Prophet of Islam.</w:t>
      </w:r>
      <w:r>
        <w:br/>
      </w:r>
      <w:r>
        <w:rPr>
          <w:sz w:val="20"/>
        </w:rPr>
        <w:t>32:27  He said that, "You see, Abu Rawaha says that we have to remember</w:t>
      </w:r>
      <w:r>
        <w:br/>
      </w:r>
      <w:r>
        <w:rPr>
          <w:sz w:val="20"/>
        </w:rPr>
        <w:t>32:37  God for a moment. Fal nashku Rabbana saathan. Taal fal nashku Rabbana saathan. Come on. So that we may do zikr for a moment." So he said, "What is this zikr?" The Prophet</w:t>
      </w:r>
      <w:r>
        <w:br/>
      </w:r>
      <w:r>
        <w:rPr>
          <w:sz w:val="20"/>
        </w:rPr>
        <w:t>33:07  said, "May God bless Abu Rawaha. May God bless Abu Rawaha. He likes that kind of zikr that is envied by the angels. May God bless Abu Rawaha. He likes that kind of</w:t>
      </w:r>
      <w:r>
        <w:br/>
      </w:r>
      <w:r>
        <w:rPr>
          <w:sz w:val="20"/>
        </w:rPr>
        <w:t>33:37  zikr which is envied by the angels." Then what was this zikr?</w:t>
      </w:r>
      <w:r>
        <w:br/>
      </w:r>
      <w:r>
        <w:rPr>
          <w:sz w:val="20"/>
        </w:rPr>
        <w:t>33:47  Do you think that angels envy when we say, "Allah, Allah, Allah, Allah, Allah, Allah"?</w:t>
      </w:r>
      <w:r>
        <w:br/>
      </w:r>
      <w:r>
        <w:rPr>
          <w:sz w:val="20"/>
        </w:rPr>
        <w:t>33:58  It is quite clear that this kind of zikr, simply repetition of words, is not to be</w:t>
      </w:r>
      <w:r>
        <w:br/>
      </w:r>
      <w:r>
        <w:rPr>
          <w:sz w:val="20"/>
        </w:rPr>
        <w:t>34:08  envied by angels.</w:t>
      </w:r>
      <w:r>
        <w:br/>
      </w:r>
      <w:r>
        <w:rPr>
          <w:sz w:val="20"/>
        </w:rPr>
        <w:t>34:14  It is to remember God.</w:t>
      </w:r>
      <w:r>
        <w:br/>
      </w:r>
      <w:r>
        <w:rPr>
          <w:sz w:val="20"/>
        </w:rPr>
        <w:t>34:21  It is to remember God on a thinking level, on the level of contemplation.</w:t>
      </w:r>
      <w:r>
        <w:br/>
      </w:r>
      <w:r>
        <w:rPr>
          <w:sz w:val="20"/>
        </w:rPr>
        <w:t>34:28  Abu Rawaha wanted to zikr on a thinking level. Thinking level.</w:t>
      </w:r>
      <w:r>
        <w:br/>
      </w:r>
      <w:r>
        <w:rPr>
          <w:sz w:val="20"/>
        </w:rPr>
        <w:t>34:34  On an intellectual level.</w:t>
      </w:r>
    </w:p>
    <w:p>
      <w:pPr>
        <w:pStyle w:val="Heading2"/>
      </w:pPr>
      <w:r>
        <w:t>Life melts like ice: use time wisely</w:t>
      </w:r>
    </w:p>
    <w:p>
      <w:r>
        <w:rPr>
          <w:color w:val="666666"/>
          <w:sz w:val="18"/>
        </w:rPr>
        <w:t>On Salah (Prayer) | January 22, 2006 | Maulana Wahiduddin Khan · 2m 33s · at 1:02:16 · https://youtu.be/k9e3-2e4uTw?t=3736</w:t>
      </w:r>
    </w:p>
    <w:p>
      <w:r>
        <w:rPr>
          <w:i/>
        </w:rPr>
        <w:t>“Us zamane mein barf ki ice factory nahi hoti thi, lekin ek aur tareeqa tha barf banane ka”</w:t>
      </w:r>
    </w:p>
    <w:p>
      <w:r>
        <w:rPr>
          <w:sz w:val="20"/>
        </w:rPr>
        <w:t>1:02:16  is zamane mein barf ki ice factory nahi hoti thi, lekin ek aur tareeqa tha barf banane ka. is se bana barf bana kar bech bechte the log. toh woh ek aadmi bech raha tha barf, yani woh ghoom ghoom kar ke woh kehta tha, pukarta tha: "ae logon! ek aise aadmi ki madad karo jis ka saman har lamha pighal kar khatam ho raha hai." matlab agar tum khareedoge</w:t>
      </w:r>
      <w:r>
        <w:br/>
      </w:r>
      <w:r>
        <w:rPr>
          <w:sz w:val="20"/>
        </w:rPr>
        <w:t>1:02:46  nahi aur mujhe aise hi mera barf jo hai aise pada rahega toh kuch der ke baad sara pighal ke beh chuka hoga. mere paas kuch bhi nahi rahega. toh unhone kaha ke jab maine suna is aadmi ko yeh kehte hue ke "ae logon! ek aise insaan ki madad karo jis ka سرمایہ, jis ka capital har waqt kam ho raha hai, kam ho raha hai, kam ho raha hai, decrease ho raha hai." toh unhone kaha ke yahi zindagi ka mamla hai. zindagi</w:t>
      </w:r>
      <w:r>
        <w:br/>
      </w:r>
      <w:r>
        <w:rPr>
          <w:sz w:val="20"/>
        </w:rPr>
        <w:t>1:03:16  kya hai? har lamha countdown ho raha hai. hum maut ki taraf ja rahe hain. log birthday manate hain, halanke death day manana chahiye. kyunke har agla saal kya hota hai? woh death ko yaad dilata hai ke meri umar mein ek saal aur kam ho gaya. jab hum birthday manate hote hain toh aisa nahi hai ke birthday ke din hamari umar badh rahi hai. har saal jab khatam hua mera</w:t>
      </w:r>
      <w:r>
        <w:br/>
      </w:r>
      <w:r>
        <w:rPr>
          <w:sz w:val="20"/>
        </w:rPr>
        <w:t>1:03:47  , har saal jab poora hota hai toh woh ek reminder hai ke tumhari zindagi jitni thi, us mein ek saal aur kam ho gaya, ek saal aur kam ho gaya. toh yeh mamla countdown ka mamla hai. toh unhone likha hai ke yeh surah bata rahi hai ke "ae insaan! hoshiyar ho ja, alert ho ja, avail kar le apne time ko." avail na karna hi ghaate mein jana hai. matlab barf na bechna hi barf ko khatam karna hai.</w:t>
      </w:r>
      <w:r>
        <w:br/>
      </w:r>
      <w:r>
        <w:rPr>
          <w:sz w:val="20"/>
        </w:rPr>
        <w:t>1:04:18  bech lo, yani barf ko istemal kar lo toh mil gaya. agar chhode raho, chhode raho toh khatam. toh unhone likha hai ke zindagi aise hi hai, bas ke ghaata toh apne aap ho raha hai, loss toh apne aap hi ho raha hai. lekin avail karna hai toh woh aap ko planning karni padegi, struggle karni padegi, koshish karni padegi.</w:t>
      </w:r>
    </w:p>
    <w:p>
      <w:pPr>
        <w:pStyle w:val="Heading2"/>
      </w:pPr>
      <w:r>
        <w:t>Prophet's compassion vs today's hate</w:t>
      </w:r>
    </w:p>
    <w:p>
      <w:r>
        <w:rPr>
          <w:color w:val="666666"/>
          <w:sz w:val="18"/>
        </w:rPr>
        <w:t>Spirit and Form in Islam · 1m 55s · at 33:18 · https://youtu.be/frQuKwqtHiU?t=1998</w:t>
      </w:r>
    </w:p>
    <w:p>
      <w:r>
        <w:rPr>
          <w:i/>
        </w:rPr>
        <w:t>“You have to love your called one.”</w:t>
      </w:r>
    </w:p>
    <w:p>
      <w:r>
        <w:rPr>
          <w:sz w:val="20"/>
        </w:rPr>
        <w:t>33:18  yeh discover kar rahe hain keh unhon ne yeh conspiracy ki. hamare khilaaf yeh statement de diya. to aap is ko dawah kar, kar rahe hain un ke upar. You have to love your mad'u.</w:t>
      </w:r>
      <w:r>
        <w:br/>
      </w:r>
      <w:r>
        <w:rPr>
          <w:sz w:val="20"/>
        </w:rPr>
        <w:t>33:30  otherwise there is no dawah. aap ghaur kijiye keh yeh dawah hai yeh? saari duniya ke musalman, main ne, main to samajhta hoon keh aik bhi musalman nahi paya.</w:t>
      </w:r>
      <w:r>
        <w:br/>
      </w:r>
      <w:r>
        <w:rPr>
          <w:sz w:val="20"/>
        </w:rPr>
        <w:t>33:43  jo jamaaton mein hain, jo idaron mein hain, jo madarson mein hain, jo masjidon mein hain. sab ke dilon mein hate bhara hua hai. aap masjidon mein jayen to wahan par kya hota hai?</w:t>
      </w:r>
      <w:r>
        <w:br/>
      </w:r>
      <w:r>
        <w:rPr>
          <w:sz w:val="20"/>
        </w:rPr>
        <w:t>33:51  bad duaen hoti hain. khudaaya in ko halaak kar de, khudaaya in ko halaak kar de. Allahumma ahliki al-kufra wal-mushrikeen. saare jalson mein, saare masjidon mein, saare madarson mein bad duaen ho rahi hain.</w:t>
      </w:r>
      <w:r>
        <w:br/>
      </w:r>
      <w:r>
        <w:rPr>
          <w:sz w:val="20"/>
        </w:rPr>
        <w:t>34:07  aur phir bhi kehte hain hum dawat bhi karte hain. aap samajhte hain keh pani aur, yeh to pani aur aag ko ikattha karna hai.</w:t>
      </w:r>
      <w:r>
        <w:br/>
      </w:r>
      <w:r>
        <w:rPr>
          <w:sz w:val="20"/>
        </w:rPr>
        <w:t>34:18  dawah requires love. dawah requires compassion. dawah requires sympathy. kaise aap, yaani kisi ke, rasool Allah ke mutalliq aap dekhiye.</w:t>
      </w:r>
      <w:r>
        <w:br/>
      </w:r>
      <w:r>
        <w:rPr>
          <w:sz w:val="20"/>
        </w:rPr>
        <w:t>34:31  La allaka bakhir nafsaka Allahu yakunu mu'mineen. shayad to apne aap ko halaak kar lao ge keh log iman nahi la rahe.</w:t>
      </w:r>
      <w:r>
        <w:br/>
      </w:r>
      <w:r>
        <w:rPr>
          <w:sz w:val="20"/>
        </w:rPr>
        <w:t>34:42  aap bataiye. keh rasool Allah un ke dard se tarapte thay keh yaar yeh log hell mein ja rahe hain. koi hell mein na jaane payein.</w:t>
      </w:r>
      <w:r>
        <w:br/>
      </w:r>
      <w:r>
        <w:rPr>
          <w:sz w:val="20"/>
        </w:rPr>
        <w:t>34:52  aur aap bad dua kar rahe hain keh unhein hell mein daal do. rasool Allah apne mad'u ke liye kaanpte thay, darte thay, dua karte thay keh khuda unhein hell se bacha.</w:t>
      </w:r>
      <w:r>
        <w:br/>
      </w:r>
      <w:r>
        <w:rPr>
          <w:sz w:val="20"/>
        </w:rPr>
        <w:t>35:02  aur aap bad dua karein masjidon mein khuda unhein hell mein daal de. aap khuda ke namune par hain? rasool Allah ke namune par hain aap?</w:t>
      </w:r>
    </w:p>
    <w:p>
      <w:pPr>
        <w:pStyle w:val="Heading2"/>
      </w:pPr>
      <w:r>
        <w:t>Iftar party as common ground for dawah</w:t>
      </w:r>
    </w:p>
    <w:p>
      <w:r>
        <w:rPr>
          <w:color w:val="666666"/>
          <w:sz w:val="18"/>
        </w:rPr>
        <w:t>Ramadan and The Quran 14 oct 2005 - Maulana Wahiduddin Khan · 2m 42s · at 7:38 · https://youtu.be/t_Ciia8JlBk?t=458</w:t>
      </w:r>
    </w:p>
    <w:p>
      <w:r>
        <w:rPr>
          <w:i/>
        </w:rPr>
        <w:t>“Ab main rozay ke baare mein kuch kehna chahunga”</w:t>
      </w:r>
    </w:p>
    <w:p>
      <w:r>
        <w:rPr>
          <w:sz w:val="20"/>
        </w:rPr>
        <w:t>7:38  ab main roze ke bare mein kuch kehna chahunga.</w:t>
      </w:r>
      <w:r>
        <w:br/>
      </w:r>
      <w:r>
        <w:rPr>
          <w:sz w:val="20"/>
        </w:rPr>
        <w:t>7:47  aap jante hain ke har saal iftar party hoti hai. kuch log iftar ka phir criticize bhi karte hain, lekin maine positive taur par socha to maloom hua ke yeh ek bahut badi</w:t>
      </w:r>
      <w:r>
        <w:br/>
      </w:r>
      <w:r>
        <w:rPr>
          <w:sz w:val="20"/>
        </w:rPr>
        <w:t>8:05  baat hai jo hum is mein seekh sakte hain. woh kya? aap dekhen ke Islam ke paanch pillars bataye gaye hain: kalma, namaz, roza, zakat aur hajj.</w:t>
      </w:r>
      <w:r>
        <w:br/>
      </w:r>
      <w:r>
        <w:rPr>
          <w:sz w:val="20"/>
        </w:rPr>
        <w:t>8:22  ab aap compare kijiye in pe, in comparison that you understand ke principle ko apply kijiye.</w:t>
      </w:r>
      <w:r>
        <w:br/>
      </w:r>
      <w:r>
        <w:rPr>
          <w:sz w:val="20"/>
        </w:rPr>
        <w:t>8:31  aap kalma party bolen to woh kuch matlab nahin banega. aap namaz party bolen to is ka koi matlab nahin banega.</w:t>
      </w:r>
      <w:r>
        <w:br/>
      </w:r>
      <w:r>
        <w:rPr>
          <w:sz w:val="20"/>
        </w:rPr>
        <w:t>8:42  aap zakat party bolen to is ka koi matlab nahin banega. aap hajj party bolen</w:t>
      </w:r>
      <w:r>
        <w:br/>
      </w:r>
      <w:r>
        <w:rPr>
          <w:sz w:val="20"/>
        </w:rPr>
        <w:t>8:50  to is ka koi matlab nahin banega. lekin jab aap bolte hain iftar party to is ka ek matlab ban jata hai. is se kya mila?</w:t>
      </w:r>
      <w:r>
        <w:br/>
      </w:r>
      <w:r>
        <w:rPr>
          <w:sz w:val="20"/>
        </w:rPr>
        <w:t>9:00  ke roze mein ek aisi cheez hai jo</w:t>
      </w:r>
      <w:r>
        <w:br/>
      </w:r>
      <w:r>
        <w:rPr>
          <w:sz w:val="20"/>
        </w:rPr>
        <w:t>9:06  bahut hi special hai. roza aap ke aur doosron ke darmiyan ek common ground provide karta hai.</w:t>
      </w:r>
      <w:r>
        <w:br/>
      </w:r>
      <w:r>
        <w:rPr>
          <w:sz w:val="20"/>
        </w:rPr>
        <w:t>9:17  common ground yaani khana peena jo hai, woh sab log karte hain, aap bhi karte hain.</w:t>
      </w:r>
      <w:r>
        <w:br/>
      </w:r>
      <w:r>
        <w:rPr>
          <w:sz w:val="20"/>
        </w:rPr>
        <w:t>9:25  har ek khata peeta hai, chahe Muslim ho ya non Muslim ho. to roze mein yeh jo hai khana peena, woh ek common ground ban jata hai aap ke aur doosron ke beech mein.</w:t>
      </w:r>
      <w:r>
        <w:br/>
      </w:r>
      <w:r>
        <w:rPr>
          <w:sz w:val="20"/>
        </w:rPr>
        <w:t>9:39  yeh ek ek sifat hai roze mein.</w:t>
      </w:r>
      <w:r>
        <w:br/>
      </w:r>
      <w:r>
        <w:rPr>
          <w:sz w:val="20"/>
        </w:rPr>
        <w:t>9:44  to mein samajhta hoon ke is ka aap bohat hi yaani acha istemal kar sakte hain. abhi jo iftar party hoti hai, woh to doosre dhang ki hai, woh to social party ya political party</w:t>
      </w:r>
      <w:r>
        <w:br/>
      </w:r>
      <w:r>
        <w:rPr>
          <w:sz w:val="20"/>
        </w:rPr>
        <w:t>10:02  ya aur kya party hoti hai. lekin agar aap theek dhang se iftar party rakhein to iftar party aik dawah work ban jaye gi,</w:t>
      </w:r>
      <w:r>
        <w:br/>
      </w:r>
      <w:r>
        <w:rPr>
          <w:sz w:val="20"/>
        </w:rPr>
        <w:t>10:18  bohat hi beautiful tareeqe se.</w:t>
      </w:r>
    </w:p>
    <w:p>
      <w:pPr>
        <w:pStyle w:val="Heading2"/>
      </w:pPr>
      <w:r>
        <w:t>God's examples of human helplessness</w:t>
      </w:r>
    </w:p>
    <w:p>
      <w:r>
        <w:rPr>
          <w:color w:val="666666"/>
          <w:sz w:val="18"/>
        </w:rPr>
        <w:t>Ideology of Tawhid June 08, 2008 Maulana Wahiduddin Khan · 1m 07s · at 2:26 · https://youtu.be/fMy6xgYDkwY?t=146</w:t>
      </w:r>
    </w:p>
    <w:p>
      <w:r>
        <w:rPr>
          <w:i/>
        </w:rPr>
        <w:t>“To khuda agar, khuda ki support agar”</w:t>
      </w:r>
    </w:p>
    <w:p>
      <w:r>
        <w:rPr>
          <w:sz w:val="20"/>
        </w:rPr>
        <w:t>2:26  to Khuda agar, Khuda ki support agar hamein na mile to hum kuch bhi nahi kar sakte. aur is ke liye Khuda rozana aise namune dikhata rehta hai jo logon ke liye eye opener hon.</w:t>
      </w:r>
      <w:r>
        <w:br/>
      </w:r>
      <w:r>
        <w:rPr>
          <w:sz w:val="20"/>
        </w:rPr>
        <w:t>2:45  jaise abhi kal parson mein ek minister sahab, jo apne zamane mein bohat top ke minister hua karte the, bohat hi sher jaise aadmi the, woh is waqt to hospital mein hain,</w:t>
      </w:r>
      <w:r>
        <w:br/>
      </w:r>
      <w:r>
        <w:rPr>
          <w:sz w:val="20"/>
        </w:rPr>
        <w:t>3:02  kidney kharab hai, health problem hai. to yeh Khuda batata hai ke jab tum healthy hote ho tab bhi tumhara aise hi mamla hota hai.</w:t>
      </w:r>
      <w:r>
        <w:br/>
      </w:r>
      <w:r>
        <w:rPr>
          <w:sz w:val="20"/>
        </w:rPr>
        <w:t>3:15  jab tum healthy hote ho tab bhi tum itna hi helpless hote ho jitna ke us waqt apne aap ko feel karte ho.</w:t>
      </w:r>
      <w:r>
        <w:br/>
      </w:r>
      <w:r>
        <w:rPr>
          <w:sz w:val="20"/>
        </w:rPr>
        <w:t>3:27  yeh sab se bari baat hai jis ko insan bhoola hua hai.</w:t>
      </w:r>
    </w:p>
    <w:p>
      <w:pPr>
        <w:pStyle w:val="Heading2"/>
      </w:pPr>
      <w:r>
        <w:t>Fasting builds strong character</w:t>
      </w:r>
    </w:p>
    <w:p>
      <w:r>
        <w:rPr>
          <w:color w:val="666666"/>
          <w:sz w:val="18"/>
        </w:rPr>
        <w:t>Ramadan and The Quran September 03, 2006 Maulana Wahiduddin Khan · 1m 45s · at 1:06:32 · https://youtu.be/LJU2AJuPQZc?t=3992</w:t>
      </w:r>
    </w:p>
    <w:p>
      <w:r>
        <w:rPr>
          <w:i/>
        </w:rPr>
        <w:t>“Roze ka maqsad hai mazboot shakhsiyat banana”</w:t>
      </w:r>
    </w:p>
    <w:p>
      <w:r>
        <w:rPr>
          <w:sz w:val="20"/>
        </w:rPr>
        <w:t>1:06:32  is se maine yeh samjha hai ke roze ka maqsad hai mazboot shakhsiyat banana. dekhiye jo aadmi jhoot bole aur dil mein kuch rakhe aur munh se kuch bole, dil mein kuch hai, amal kuch kare to woh kamzor shakhsiyat hai.</w:t>
      </w:r>
      <w:r>
        <w:br/>
      </w:r>
      <w:r>
        <w:rPr>
          <w:sz w:val="20"/>
        </w:rPr>
        <w:t>1:06:54  kamzor shakhsiyat. aur jis ke kehne mein aur karne mein farq na ho to woh mazboot shakhsiyat hai.</w:t>
      </w:r>
      <w:r>
        <w:br/>
      </w:r>
      <w:r>
        <w:rPr>
          <w:sz w:val="20"/>
        </w:rPr>
        <w:t>1:07:06  to main samajhta hoon ke roze ka maqsad agar yeh kaha jaye to bilkul sahi hoga ke roze ka maqsad hai ke aadmi ke andar mazboot shakhsiyat bane.</w:t>
      </w:r>
      <w:r>
        <w:br/>
      </w:r>
      <w:r>
        <w:rPr>
          <w:sz w:val="20"/>
        </w:rPr>
        <w:t>1:07:20  ek aisi shakhsiyat jis ke upar aap bharosa kar sakein. jo pesh goi ho.</w:t>
      </w:r>
      <w:r>
        <w:br/>
      </w:r>
      <w:r>
        <w:rPr>
          <w:sz w:val="20"/>
        </w:rPr>
        <w:t>1:07:29  aam taur par log yaani kamzoriyon mein jeete hain, un kamzoriyon ko khatam karna yeh maqsad hai roze ka.</w:t>
      </w:r>
      <w:r>
        <w:br/>
      </w:r>
      <w:r>
        <w:rPr>
          <w:sz w:val="20"/>
        </w:rPr>
        <w:t>1:07:39  ek hadith hai ke jo aadmi roza rakhe to woh</w:t>
      </w:r>
      <w:r>
        <w:br/>
      </w:r>
      <w:r>
        <w:rPr>
          <w:sz w:val="20"/>
        </w:rPr>
        <w:t>1:07:50  gaali na de, shor na kare. aur agar koi us ko gaali de</w:t>
      </w:r>
      <w:r>
        <w:br/>
      </w:r>
      <w:r>
        <w:rPr>
          <w:sz w:val="20"/>
        </w:rPr>
        <w:t>1:08:01  agar koi us ko gaali de to us ko kehna chahiye ke bhai main to rozedaar hoon. main tumhari gaali ki jawab mein gaali nahi de sakta.</w:t>
      </w:r>
    </w:p>
    <w:p>
      <w:pPr>
        <w:pStyle w:val="Heading2"/>
      </w:pPr>
      <w:r>
        <w:t>Israf versus zakat: two ways to treat wealth</w:t>
      </w:r>
    </w:p>
    <w:p>
      <w:r>
        <w:rPr>
          <w:color w:val="666666"/>
          <w:sz w:val="18"/>
        </w:rPr>
        <w:t>Spirit of Zakat May 4, 2007 Maulana Wahiduddin Khan · 2m 29s · at 5:35 · https://youtu.be/oj5_5pFnmHk?t=335</w:t>
      </w:r>
    </w:p>
    <w:p>
      <w:r>
        <w:rPr>
          <w:i/>
        </w:rPr>
        <w:t>“The opposite of zakat is israf, wastefulness”</w:t>
      </w:r>
    </w:p>
    <w:p>
      <w:r>
        <w:rPr>
          <w:sz w:val="20"/>
        </w:rPr>
        <w:t>5:35  zakat ka ulta israf hai. maal ke muamle mein ek rawaiyya woh hai jis ko israf kaha gaya. doosra rawaiyya woh hai jis ko zakat kaha gaya.</w:t>
      </w:r>
      <w:r>
        <w:br/>
      </w:r>
      <w:r>
        <w:rPr>
          <w:sz w:val="20"/>
        </w:rPr>
        <w:t>5:48  in dono lafzon ko agar samajh liya jaye to maal ke muamle mein islam ki taleem poori tarah wazeh ho jati hai.</w:t>
      </w:r>
      <w:r>
        <w:br/>
      </w:r>
      <w:r>
        <w:rPr>
          <w:sz w:val="20"/>
        </w:rPr>
        <w:t>5:57  yani jis ko mein kahunga ke art of money management. islami nuqta nazar se money management sab kuch aadmi jaan lega agar woh in do lafzon ko samajh le.</w:t>
      </w:r>
      <w:r>
        <w:br/>
      </w:r>
      <w:r>
        <w:rPr>
          <w:sz w:val="20"/>
        </w:rPr>
        <w:t>6:15  ab dekhiye ke israf kya hai.</w:t>
      </w:r>
      <w:r>
        <w:br/>
      </w:r>
      <w:r>
        <w:rPr>
          <w:sz w:val="20"/>
        </w:rPr>
        <w:t>6:18  israf ka matlab hai paisay ko idhar udhar kharch karna. israf ke lafzi ma'ani hote hain to waste, zaya karna.</w:t>
      </w:r>
      <w:r>
        <w:br/>
      </w:r>
      <w:r>
        <w:rPr>
          <w:sz w:val="20"/>
        </w:rPr>
        <w:t>6:33  quran mein hai ke la tabazzir tabzira inn al mubazzireen kaanu ikhwan al shaitain yani jo paisa tum kamate ho aur kama kar tumhari jeb mein aata hai,</w:t>
      </w:r>
      <w:r>
        <w:br/>
      </w:r>
      <w:r>
        <w:rPr>
          <w:sz w:val="20"/>
        </w:rPr>
        <w:t>6:48  is ko chheento mat. tabzeer ke maani hain chheentna. to zameen par aap koi cheez chheentein idhar udhar to aaj zahir hai ke aap ne waste kiya is ko.</w:t>
      </w:r>
      <w:r>
        <w:br/>
      </w:r>
      <w:r>
        <w:rPr>
          <w:sz w:val="20"/>
        </w:rPr>
        <w:t>6:58  yahi hai israf</w:t>
      </w:r>
      <w:r>
        <w:br/>
      </w:r>
      <w:r>
        <w:rPr>
          <w:sz w:val="20"/>
        </w:rPr>
        <w:t>7:01  to woh saari maddein jo haqeeqi zaroorat se zyada hain, woh sab quran ke mutabiq ya islam ke mutabiq woh tabzeer ya israf hain.</w:t>
      </w:r>
      <w:r>
        <w:br/>
      </w:r>
      <w:r>
        <w:rPr>
          <w:sz w:val="20"/>
        </w:rPr>
        <w:t>7:12  to israf maani hain to waste, maal ko zaya karna. is ka matlab kya hua</w:t>
      </w:r>
      <w:r>
        <w:br/>
      </w:r>
      <w:r>
        <w:rPr>
          <w:sz w:val="20"/>
        </w:rPr>
        <w:t>7:24  ke jo maal aap ne apni khwahish ke liye kharch kiya, dunya ki numaish ke liye kharch kiya, dunya mein logon ko khush karne ke liye kharch kiya,</w:t>
      </w:r>
      <w:r>
        <w:br/>
      </w:r>
      <w:r>
        <w:rPr>
          <w:sz w:val="20"/>
        </w:rPr>
        <w:t>7:38  maal apne ghar walon ko khush karne ke liye kharch kiya, shadi byah mein dhoom machai waghera waghera,</w:t>
      </w:r>
      <w:r>
        <w:br/>
      </w:r>
      <w:r>
        <w:rPr>
          <w:sz w:val="20"/>
        </w:rPr>
        <w:t>7:48  to yeh sab jo hai khuda ki nazar mein israf hai. yaani paise ko waste karna hai. kyun waste karna hai? paisa is liye hai ke is ke zariye aadmi aakhirat mein apni jagah banaaye.</w:t>
      </w:r>
    </w:p>
    <w:p>
      <w:pPr>
        <w:pStyle w:val="Heading2"/>
      </w:pPr>
      <w:r>
        <w:t>what separates true hajj from a mere shopping trip</w:t>
      </w:r>
    </w:p>
    <w:p>
      <w:r>
        <w:rPr>
          <w:color w:val="666666"/>
          <w:sz w:val="18"/>
        </w:rPr>
        <w:t>The Spirit of Hajj June 25, 2023 · 2m 03s · at 3:15 · https://youtu.be/q5IqRKE3t9E?t=195</w:t>
      </w:r>
    </w:p>
    <w:p>
      <w:r>
        <w:rPr>
          <w:i/>
        </w:rPr>
        <w:t>“In this journey too the pilgrim has to endure great hardship”</w:t>
      </w:r>
    </w:p>
    <w:p>
      <w:r>
        <w:rPr>
          <w:sz w:val="20"/>
        </w:rPr>
        <w:t>3:15  to is safar mein bhi haji ko bahut mushaqqat uthani parti hai. aur doosre ek badi cheez hai ek itikaf jo roze mein hota hai. to yahan roze uska bhi mauka milta hai. kyun ke aadmi ke paas bahut zyada time hota hai aur woh musalsal ibadat na mashgool reh sakta hai. to is tarike se wahan par ek poora mahol hota hai ibadat ka. woh Khuda ka ghar hai.</w:t>
      </w:r>
      <w:r>
        <w:br/>
      </w:r>
      <w:r>
        <w:rPr>
          <w:sz w:val="20"/>
        </w:rPr>
        <w:t>3:41  us ka jo spiritual ambience jo hai woh bilkul alag hi hai. to wahan par jo ibadat ka jo quality hoti hai woh doosri jagah mushkil hoti hai. to ek hadith ke mutabiq hai. yeh aaya hai ke ek momin jab Hajj karke apne ghar wapas lautta hai to woh ek naujada bachcha yani new born child ki taraf ho jata hai. to woh kaun hai jo aisa ho jata hai?</w:t>
      </w:r>
      <w:r>
        <w:br/>
      </w:r>
      <w:r>
        <w:rPr>
          <w:sz w:val="20"/>
        </w:rPr>
        <w:t>4:09  kyunke aajkal bahut saare log toh hajj karne sirf outing ke liye jaate hain, shopping ke liye jaate hain. toh woh unke liye, woh sirf ek rasam hota hai. ki kuch rasam hai woh unhone ada kar li. lekin woh rasam se nahi hota balki woh poori spirit ke saath, poori kaifiyat ke saath jab aap hajj karenge tab aapko yeh hajj milega jisko hadith mein hajj jo mabrur kaha gaya hai.</w:t>
      </w:r>
      <w:r>
        <w:br/>
      </w:r>
      <w:r>
        <w:rPr>
          <w:sz w:val="20"/>
        </w:rPr>
        <w:t>4:36  yaani woh haj jo khuda ke nazdeek khuda ne jisko accept kiya ho haj.</w:t>
      </w:r>
      <w:r>
        <w:br/>
      </w:r>
      <w:r>
        <w:rPr>
          <w:sz w:val="20"/>
        </w:rPr>
        <w:t>4:44  to us haj, aisa haj jab aadmi ko milta hai tab uske tamam gunah maaf ho jate hain.</w:t>
      </w:r>
      <w:r>
        <w:br/>
      </w:r>
      <w:r>
        <w:rPr>
          <w:sz w:val="20"/>
        </w:rPr>
        <w:t>4:52  to hamein poori koshish karni chahiye ke hamein yeh haj naseeb ho jisko ajay mahabroor kaha gaya hai.</w:t>
      </w:r>
      <w:r>
        <w:br/>
      </w:r>
      <w:r>
        <w:rPr>
          <w:sz w:val="20"/>
        </w:rPr>
        <w:t>5:01  ab bahut aap sabhi log dekh rahe hain ke log jab haj karne jaate hain to woh dawahon</w:t>
      </w:r>
      <w:r>
        <w:br/>
      </w:r>
      <w:r>
        <w:rPr>
          <w:sz w:val="20"/>
        </w:rPr>
        <w:t>5:09  ki kitab le lete hain.</w:t>
      </w:r>
      <w:r>
        <w:br/>
      </w:r>
      <w:r>
        <w:rPr>
          <w:sz w:val="20"/>
        </w:rPr>
        <w:t>5:18  unko waise halaat pesh aaye toh us halaat mein jo unke munh se alfaaz nikle toh woh uski value hoti hai na ki alfaaz ki. toh hamein chahiye ki hum woh wali kaifiyat wali duaen karein aur usko agar hum dua usko padh bhi rahe hain toh us par sochein. us par gaur fikr karein. sirf dohraayein nahi jaise log tasbeeh ke daanon par alfaaz dohraate rehte hain.</w:t>
      </w:r>
    </w:p>
    <w:p>
      <w:pPr>
        <w:pStyle w:val="Heading2"/>
      </w:pPr>
      <w:r>
        <w:t>Prophet refuses a valley of gold, chooses hunger and gratitude</w:t>
      </w:r>
    </w:p>
    <w:p>
      <w:r>
        <w:rPr>
          <w:color w:val="666666"/>
          <w:sz w:val="18"/>
        </w:rPr>
        <w:t>The Spirit of Ramadan April 10, 2022 Dr. Saniyasnain Khan · 2m 39s · at 41:23 · https://youtu.be/MVnTihqgvus?t=2483</w:t>
      </w:r>
    </w:p>
    <w:p>
      <w:r>
        <w:rPr>
          <w:i/>
        </w:rPr>
        <w:t>“मक्का में बहुत हालात मुश्किल हो गए थे... एक फरिश्ता आया”</w:t>
      </w:r>
    </w:p>
    <w:p>
      <w:r>
        <w:rPr>
          <w:sz w:val="20"/>
        </w:rPr>
        <w:t>41:23  bilkul ramzan ko dua ka mahina kaha gaya hai aur jaise aapne abhi thodi der pehle ek hadish batai thi ke ek farishta aaya. asal mein makka mein bahut halaat mushkil ho gaye the.</w:t>
      </w:r>
      <w:r>
        <w:br/>
      </w:r>
      <w:r>
        <w:rPr>
          <w:sz w:val="20"/>
        </w:rPr>
        <w:t>41:40  makka ki jo zindagi hai terah saal ki usmein bahut hi mushkil ho gayi thi halaat bahut hi mushkil ho gaye the halaat profit ke liye, profit ki families ke liye aur jo sahaba hai unke liye. yaani yahan tak naubat aati thi ke khana peena nahi hota tha. aadish ki kitabon mein aata hai ke ek patthar ka tukda chhota sa latka liya karte the ek dhaage waghera mein baandh ke. ji.</w:t>
      </w:r>
      <w:r>
        <w:br/>
      </w:r>
      <w:r>
        <w:rPr>
          <w:sz w:val="20"/>
        </w:rPr>
        <w:t>42:09  woh yeh sign hota tha ke ek baht ka khana nahi khaya. agar kisi ne do baht ka khana nahi khaya to do chhote chhote tukde latka liya karta tha. log aksar isko bayan karte hain ke patthar baandh bade bade patthar baandh liya karte the. aisa nahi hai aadmi bhookha hai to bada patthar kaise maan sakta hai?</w:t>
      </w:r>
      <w:r>
        <w:br/>
      </w:r>
      <w:r>
        <w:rPr>
          <w:sz w:val="20"/>
        </w:rPr>
        <w:t>42:29  wo ek wahan ki tradition thi ke koi ek chhota sa patthar latka liya karta tha, tukda, ek</w:t>
      </w:r>
      <w:r>
        <w:br/>
      </w:r>
      <w:r>
        <w:rPr>
          <w:sz w:val="20"/>
        </w:rPr>
        <w:t>42:34  pebble, to log dekh ke usko khana khilaya karte the.</w:t>
      </w:r>
      <w:r>
        <w:br/>
      </w:r>
      <w:r>
        <w:rPr>
          <w:sz w:val="20"/>
        </w:rPr>
        <w:t>42:39  to yeh surtehaal thi.</w:t>
      </w:r>
      <w:r>
        <w:br/>
      </w:r>
      <w:r>
        <w:rPr>
          <w:sz w:val="20"/>
        </w:rPr>
        <w:t>42:44  to jab yeh surtehaal thi, khana peena nahi tha to ek din farishta aaya profit ke paas aur</w:t>
      </w:r>
      <w:r>
        <w:br/>
      </w:r>
      <w:r>
        <w:rPr>
          <w:sz w:val="20"/>
        </w:rPr>
        <w:t>42:49  kaha ke agar aap kahein to yeh jo valley hai chuki makka ek valley hai chaaron taraf valley</w:t>
      </w:r>
      <w:r>
        <w:br/>
      </w:r>
      <w:r>
        <w:rPr>
          <w:sz w:val="20"/>
        </w:rPr>
        <w:t>42:54  hai beach mein kaaba hai.</w:t>
      </w:r>
      <w:r>
        <w:br/>
      </w:r>
      <w:r>
        <w:rPr>
          <w:sz w:val="20"/>
        </w:rPr>
        <w:t>43:00  to us rishte ne kaha ke yeh poori jo valley hai isko hum sone ki bana dete hain aapke liye. yaani aap bahut rich ho jayenge, aapke saari masle khatm ho jayenge. ji. to rasola sallam ne haath uthaya aasman ki taraf aur kaha laaya rabbi. nahi hai mere rab. main to chahta hoon ke ek din main bhookha rahoon aur ek din main khana khaoon.</w:t>
      </w:r>
      <w:r>
        <w:br/>
      </w:r>
      <w:r>
        <w:rPr>
          <w:sz w:val="20"/>
        </w:rPr>
        <w:t>43:23  jab main bhookha rahoon to main tujhe yaad karoon, tere liye gidgdaoon aur jab main khana khaoon aur main apna pet bharoon to main tera shukr ada karoon.</w:t>
      </w:r>
      <w:r>
        <w:br/>
      </w:r>
      <w:r>
        <w:rPr>
          <w:sz w:val="20"/>
        </w:rPr>
        <w:t>43:36  to yeh hai roze ki spirit ke roza roze mein daikwaqt insaan shukr ki training hoti hai aur dua ke uske gehre dua ke nikalte hain, gehre duaiyan aisa saath nikalte hain yaani jo halaat hai jo kaifiyat hai woh halaat se paida hoti hai.</w:t>
      </w:r>
      <w:r>
        <w:br/>
      </w:r>
      <w:r>
        <w:rPr>
          <w:sz w:val="20"/>
        </w:rPr>
        <w:t>44:02  agar sab kuch bilkul theek thaak hai, saari cheezein mil rahi hai, koi masla nahi hai to phir woh kaifiyat paida nahi hogi. ji. to kaifiyat jab bhi paida hoti hai, jab halaat se guzarna ho, mujhe ek aur hatish yaad aa rahi hai ke hazrat aisha rajillan haan ne bataya ke ek baar profit aaye ghar mein, to puchha kuch khane ke liye hai? to hazrataisha ne kaha nahi khane ke liye kuch nahi hai.</w:t>
      </w:r>
    </w:p>
    <w:p>
      <w:pPr>
        <w:pStyle w:val="Heading2"/>
      </w:pPr>
      <w:r>
        <w:t>Origin of Arafat's name from Ibrahim</w:t>
      </w:r>
    </w:p>
    <w:p>
      <w:r>
        <w:rPr>
          <w:color w:val="666666"/>
          <w:sz w:val="18"/>
        </w:rPr>
        <w:t>Spirit of Hajj | December 10, 2006 | Maulana Wahiduddin Khan · 2m 30s · at 1:04:05 · https://youtu.be/Iu9NUWWy4pc?t=3845</w:t>
      </w:r>
    </w:p>
    <w:p>
      <w:r>
        <w:rPr>
          <w:i/>
        </w:rPr>
        <w:t>“Aakhri din kya hai”</w:t>
      </w:r>
    </w:p>
    <w:p>
      <w:r>
        <w:rPr>
          <w:sz w:val="20"/>
        </w:rPr>
        <w:t>1:04:05  aakhri din kya hai? Arafat ek bohat bara maidan hai woh kai meel tak phaila hua hai woh.</w:t>
      </w:r>
      <w:r>
        <w:br/>
      </w:r>
      <w:r>
        <w:rPr>
          <w:sz w:val="20"/>
        </w:rPr>
        <w:t>1:04:10  saare haji wahan ekhatta hote hain. Saare haji.</w:t>
      </w:r>
      <w:r>
        <w:br/>
      </w:r>
      <w:r>
        <w:rPr>
          <w:sz w:val="20"/>
        </w:rPr>
        <w:t>1:04:15  to is ko kehte hain Arafat. Maidan Arafat.</w:t>
      </w:r>
      <w:r>
        <w:br/>
      </w:r>
      <w:r>
        <w:rPr>
          <w:sz w:val="20"/>
        </w:rPr>
        <w:t>1:04:20  aur yahan yahan jo ekhatta hote hain sab se bara rukun yahi hai.</w:t>
      </w:r>
      <w:r>
        <w:br/>
      </w:r>
      <w:r>
        <w:rPr>
          <w:sz w:val="20"/>
        </w:rPr>
        <w:t>1:04:25  hadees mein aata hai ke al hajj arafa.</w:t>
      </w:r>
      <w:r>
        <w:br/>
      </w:r>
      <w:r>
        <w:rPr>
          <w:sz w:val="20"/>
        </w:rPr>
        <w:t>1:04:30  yani Arafat ke</w:t>
      </w:r>
      <w:r>
        <w:br/>
      </w:r>
      <w:r>
        <w:rPr>
          <w:sz w:val="20"/>
        </w:rPr>
        <w:t>1:04:35  maidan mein agar tum pahunch gaye. wahan par ja kar tum ne zikr o ibaadat ki. to yahi Hajj tumhara Hajj ho gaya. aur sab se bara jo item hai Hajj ka wo hai. maidan Arafat mein ja kar ke. pahunchna aur wahan zikr o dua karna aur ibaadat karna. to aakhri din saare log Arafat mein pahunchte hain. yeh ajeeb manzar hota hai. jab main wahan gaya tha to main ne dekha ke saare log labbaik</w:t>
      </w:r>
      <w:r>
        <w:br/>
      </w:r>
      <w:r>
        <w:rPr>
          <w:sz w:val="20"/>
        </w:rPr>
        <w:t>1:05:05  labbaik kehte hue chale aa rahe hain har taraf se.</w:t>
      </w:r>
      <w:r>
        <w:br/>
      </w:r>
      <w:r>
        <w:rPr>
          <w:sz w:val="20"/>
        </w:rPr>
        <w:t>1:05:08  chale aa rahe hain labbaik labbaik Allahumma labbaik.</w:t>
      </w:r>
      <w:r>
        <w:br/>
      </w:r>
      <w:r>
        <w:rPr>
          <w:sz w:val="20"/>
        </w:rPr>
        <w:t>1:05:11  aur sab ke oopar ek hi libaas hai.</w:t>
      </w:r>
      <w:r>
        <w:br/>
      </w:r>
      <w:r>
        <w:rPr>
          <w:sz w:val="20"/>
        </w:rPr>
        <w:t>1:05:14  yani har qism ka farq khatam ho chuka hai.</w:t>
      </w:r>
      <w:r>
        <w:br/>
      </w:r>
      <w:r>
        <w:rPr>
          <w:sz w:val="20"/>
        </w:rPr>
        <w:t>1:05:17  wahan aap pehchan nahi sakte kon badshah hai.</w:t>
      </w:r>
      <w:r>
        <w:br/>
      </w:r>
      <w:r>
        <w:rPr>
          <w:sz w:val="20"/>
        </w:rPr>
        <w:t>1:05:20  kon ameer hai kon ghareeb hai.</w:t>
      </w:r>
      <w:r>
        <w:br/>
      </w:r>
      <w:r>
        <w:rPr>
          <w:sz w:val="20"/>
        </w:rPr>
        <w:t>1:05:23  kon kya hai kon kya hai.</w:t>
      </w:r>
      <w:r>
        <w:br/>
      </w:r>
      <w:r>
        <w:rPr>
          <w:sz w:val="20"/>
        </w:rPr>
        <w:t>1:05:26  sab ka libaas wahi ek libaas hota hai.</w:t>
      </w:r>
      <w:r>
        <w:br/>
      </w:r>
      <w:r>
        <w:rPr>
          <w:sz w:val="20"/>
        </w:rPr>
        <w:t>1:05:29  ke bina sila ek ek kapra oopar bina sila ek kapra neeche.</w:t>
      </w:r>
      <w:r>
        <w:br/>
      </w:r>
      <w:r>
        <w:rPr>
          <w:sz w:val="20"/>
        </w:rPr>
        <w:t>1:05:32  aur sab ek hi boli bol rahe hote hain. Lab</w:t>
      </w:r>
      <w:r>
        <w:br/>
      </w:r>
      <w:r>
        <w:rPr>
          <w:sz w:val="20"/>
        </w:rPr>
        <w:t>1:05:35  baik labbaik Allahumma labbaik. aye Khuda main hazir hoon aye Khuda main hazir hoon. to yeh jo Arafat ka maidan hai. kaha jata hai ke Hazrat Ibrahim yahan aaye the. Hazrat Ibrahim jab Jibrael ke sath chale the. aur chalte chalte pahunche the. Makkah ke paas sehra mein. to wahan par. mukalma hua Jibrael se Hazrat Ibrahim ka. to aap ne Hazrat Ibrahim ne farmaya ke 'urf tu 'urf</w:t>
      </w:r>
      <w:r>
        <w:br/>
      </w:r>
      <w:r>
        <w:rPr>
          <w:sz w:val="20"/>
        </w:rPr>
        <w:t>1:06:05  to.</w:t>
      </w:r>
      <w:r>
        <w:br/>
      </w:r>
      <w:r>
        <w:rPr>
          <w:sz w:val="20"/>
        </w:rPr>
        <w:t>1:06:08  main ne pehchan liya pehchan liya.</w:t>
      </w:r>
      <w:r>
        <w:br/>
      </w:r>
      <w:r>
        <w:rPr>
          <w:sz w:val="20"/>
        </w:rPr>
        <w:t>1:06:11  matlab yeh wahi jagah hai.</w:t>
      </w:r>
      <w:r>
        <w:br/>
      </w:r>
      <w:r>
        <w:rPr>
          <w:sz w:val="20"/>
        </w:rPr>
        <w:t>1:06:14  jo mujhe jahan mujhe yeh tareekh banani hai.</w:t>
      </w:r>
      <w:r>
        <w:br/>
      </w:r>
      <w:r>
        <w:rPr>
          <w:sz w:val="20"/>
        </w:rPr>
        <w:t>1:06:17  daawa tareekh jo mujhe banana hai.</w:t>
      </w:r>
      <w:r>
        <w:br/>
      </w:r>
      <w:r>
        <w:rPr>
          <w:sz w:val="20"/>
        </w:rPr>
        <w:t>1:06:20  woh yahi jagah hai is ko maine pehchan liya.</w:t>
      </w:r>
      <w:r>
        <w:br/>
      </w:r>
      <w:r>
        <w:rPr>
          <w:sz w:val="20"/>
        </w:rPr>
        <w:t>1:06:23  urf toh urf toh.</w:t>
      </w:r>
      <w:r>
        <w:br/>
      </w:r>
      <w:r>
        <w:rPr>
          <w:sz w:val="20"/>
        </w:rPr>
        <w:t>1:06:26  isi se is ka naam Arfa pad gaya.</w:t>
      </w:r>
      <w:r>
        <w:br/>
      </w:r>
      <w:r>
        <w:rPr>
          <w:sz w:val="20"/>
        </w:rPr>
        <w:t>1:06:29  toh ab yahan par dekhiye isi jagah.</w:t>
      </w:r>
      <w:r>
        <w:br/>
      </w:r>
      <w:r>
        <w:rPr>
          <w:sz w:val="20"/>
        </w:rPr>
        <w:t>1:06:32  Rasool Allah ne jab</w:t>
      </w:r>
    </w:p>
    <w:p>
      <w:pPr>
        <w:pStyle w:val="Heading2"/>
      </w:pPr>
      <w:r>
        <w:t>Fasting enhances understanding of Quran</w:t>
      </w:r>
    </w:p>
    <w:p>
      <w:r>
        <w:rPr>
          <w:color w:val="666666"/>
          <w:sz w:val="18"/>
        </w:rPr>
        <w:t>In Conversation with Maulana Wahiduddin Khan on Ramadan · 2m 16s · at 35:00 · https://youtu.be/CFsdIL4yWQg?t=2100</w:t>
      </w:r>
    </w:p>
    <w:p>
      <w:r>
        <w:rPr>
          <w:i/>
        </w:rPr>
        <w:t>“Quran ko samajhne ke liye dil gudaaz qalb chahiye”</w:t>
      </w:r>
    </w:p>
    <w:p>
      <w:r>
        <w:rPr>
          <w:sz w:val="20"/>
        </w:rPr>
        <w:t>35:00  Ramzan aur Quran ka aapas mein kya taluq hai? is par aap roshni daliye. main samajhta hoon ke Quran ko samajhne ke liye dil gudaaz qalb chahiye.</w:t>
      </w:r>
      <w:r>
        <w:br/>
      </w:r>
      <w:r>
        <w:rPr>
          <w:sz w:val="20"/>
        </w:rPr>
        <w:t>35:16  qalb mein</w:t>
      </w:r>
      <w:r>
        <w:br/>
      </w:r>
      <w:r>
        <w:rPr>
          <w:sz w:val="20"/>
        </w:rPr>
        <w:t>35:17  Khuda ki tadap chahiye. ek sui chahiye. tab Quran zyada samajh mein aata hai. to roze mein yeh sab baatein paida hoti hain.</w:t>
      </w:r>
      <w:r>
        <w:br/>
      </w:r>
      <w:r>
        <w:rPr>
          <w:sz w:val="20"/>
        </w:rPr>
        <w:t>35:26  agar sachcha roza rakha jaye. sachcha roza. to is mein aadmi ke andar tadap paida hoti hai.</w:t>
      </w:r>
      <w:r>
        <w:br/>
      </w:r>
      <w:r>
        <w:rPr>
          <w:sz w:val="20"/>
        </w:rPr>
        <w:t>35:37  aur ek sui aati hai. Khuda ki taraf to tawajjuh lagti hai. to is tarah se woh zyada behtar taur par Quran ko samajhne ki position mein ho jata hai.</w:t>
      </w:r>
      <w:r>
        <w:br/>
      </w:r>
      <w:r>
        <w:rPr>
          <w:sz w:val="20"/>
        </w:rPr>
        <w:t>35:50  to sahi dhang par roza rakhne se aisa hota hai. lekin aaj kal jo hai ke dhoom machate hain sehri ki aur iftar ki.</w:t>
      </w:r>
      <w:r>
        <w:br/>
      </w:r>
      <w:r>
        <w:rPr>
          <w:sz w:val="20"/>
        </w:rPr>
        <w:t>35:59  is se to kuch bhi nahi hoga.</w:t>
      </w:r>
      <w:r>
        <w:br/>
      </w:r>
      <w:r>
        <w:rPr>
          <w:sz w:val="20"/>
        </w:rPr>
        <w:t>36:02  quran mein aya hai ke shahr ramzan allazi unzil fihi alquran. to is mahine ki quran se koi khasoosi nisbat hai?</w:t>
      </w:r>
      <w:r>
        <w:br/>
      </w:r>
      <w:r>
        <w:rPr>
          <w:sz w:val="20"/>
        </w:rPr>
        <w:t>36:12  ya kis wajah se yahan par aisa kaha gaya?</w:t>
      </w:r>
      <w:r>
        <w:br/>
      </w:r>
      <w:r>
        <w:rPr>
          <w:sz w:val="20"/>
        </w:rPr>
        <w:t>36:17  yahi jo maine arz kiya yahi nisbat hai ke quran fahmi mein madadgar hai roza. main yeh nahi manta ke is mein koi purasar sifat hai roze ke mahine mein.</w:t>
      </w:r>
      <w:r>
        <w:br/>
      </w:r>
      <w:r>
        <w:rPr>
          <w:sz w:val="20"/>
        </w:rPr>
        <w:t>36:31  yeh meri samajh mein nahi aati ke purasar yani mysterious sifat koi hai. balke roza rakhne se jo spirit jagti hai. sacha roza rakhne se.</w:t>
      </w:r>
      <w:r>
        <w:br/>
      </w:r>
      <w:r>
        <w:rPr>
          <w:sz w:val="20"/>
        </w:rPr>
        <w:t>36:42  aadmi ki receptivity barhti hai. dil gadazi aati hai is ke andar. tadap aati hai. khuda ki taraf tawajjuh lag jati hai.</w:t>
      </w:r>
      <w:r>
        <w:br/>
      </w:r>
      <w:r>
        <w:rPr>
          <w:sz w:val="20"/>
        </w:rPr>
        <w:t>36:52  spiritual aspect jo hai insaan ki zindagi ka woh jagta hai. rohani pehlu mein woh zyada rohaniyat ko farogh milta hai.</w:t>
      </w:r>
      <w:r>
        <w:br/>
      </w:r>
      <w:r>
        <w:rPr>
          <w:sz w:val="20"/>
        </w:rPr>
        <w:t>37:07  in cheezon se aisa hota hai ke aadmi quran ko zyada samajhne ki position mein ho jata hai.</w:t>
      </w:r>
    </w:p>
    <w:p>
      <w:pPr>
        <w:pStyle w:val="Heading2"/>
      </w:pPr>
      <w:r>
        <w:t>Maulana's view on dhikr and ritual</w:t>
      </w:r>
    </w:p>
    <w:p>
      <w:r>
        <w:rPr>
          <w:color w:val="666666"/>
          <w:sz w:val="18"/>
        </w:rPr>
        <w:t>Peace Building, Islamic Perspective, by Dr Farida Khanam I November 29, 2013 · 1m 29s · at 38:14 · https://youtu.be/MTGe7GbgNv0?t=2294</w:t>
      </w:r>
    </w:p>
    <w:p>
      <w:r>
        <w:rPr>
          <w:i/>
        </w:rPr>
        <w:t>“In Sufism, dhikr has become a ritual.”</w:t>
      </w:r>
    </w:p>
    <w:p>
      <w:r>
        <w:rPr>
          <w:sz w:val="20"/>
        </w:rPr>
        <w:t>38:14  In Sufism, there is a ritual. Dhikr has become a ritual in Sufism. So they just count on rosaries. That we don't believe. But we believe in the remembrance of God. There are different names of God, attributes of God, different phrases. We, we in prayer like Hasbunallahu wa ni'mal wakeel, ni'mal Mawla wa ni'man naseer.</w:t>
      </w:r>
      <w:r>
        <w:br/>
      </w:r>
      <w:r>
        <w:rPr>
          <w:sz w:val="20"/>
        </w:rPr>
        <w:t>38:42  So there are many, many prayers that we keep remembering, remembering God in our mind, thinking. There are in the, there are many verses in the Quran that you should remember the signs of God. God created the whole universe. So remembering God's creation, remembering God in everything, remembering God's blessings, remembering God has given each and every thing to man without our deserving it.</w:t>
      </w:r>
      <w:r>
        <w:br/>
      </w:r>
      <w:r>
        <w:rPr>
          <w:sz w:val="20"/>
        </w:rPr>
        <w:t>39:11  So for us, this is the remembrance of God.</w:t>
      </w:r>
      <w:r>
        <w:br/>
      </w:r>
      <w:r>
        <w:rPr>
          <w:sz w:val="20"/>
        </w:rPr>
        <w:t>39:13  This is dhikr.</w:t>
      </w:r>
      <w:r>
        <w:br/>
      </w:r>
      <w:r>
        <w:rPr>
          <w:sz w:val="20"/>
        </w:rPr>
        <w:t>39:16  That is a ritual.</w:t>
      </w:r>
      <w:r>
        <w:br/>
      </w:r>
      <w:r>
        <w:rPr>
          <w:sz w:val="20"/>
        </w:rPr>
        <w:t>39:19  We don't believe in rituals.</w:t>
      </w:r>
      <w:r>
        <w:br/>
      </w:r>
      <w:r>
        <w:rPr>
          <w:sz w:val="20"/>
        </w:rPr>
        <w:t>39:22  Like people are saying their prayers without knowing what they are saying.</w:t>
      </w:r>
      <w:r>
        <w:br/>
      </w:r>
      <w:r>
        <w:rPr>
          <w:sz w:val="20"/>
        </w:rPr>
        <w:t>39:25  So that is also a ritual.</w:t>
      </w:r>
      <w:r>
        <w:br/>
      </w:r>
      <w:r>
        <w:rPr>
          <w:sz w:val="20"/>
        </w:rPr>
        <w:t>39:28  We must pray to God, remember God with, with, with thinking mind, thinking about what we are doing.</w:t>
      </w:r>
      <w:r>
        <w:br/>
      </w:r>
      <w:r>
        <w:rPr>
          <w:sz w:val="20"/>
        </w:rPr>
        <w:t>39:31  And especially, we have to be grateful to God for everything.</w:t>
      </w:r>
      <w:r>
        <w:br/>
      </w:r>
      <w:r>
        <w:rPr>
          <w:sz w:val="20"/>
        </w:rPr>
        <w:t>39:34  God has given us everything.</w:t>
      </w:r>
      <w:r>
        <w:br/>
      </w:r>
      <w:r>
        <w:rPr>
          <w:sz w:val="20"/>
        </w:rPr>
        <w:t>39:37  He has created us.</w:t>
      </w:r>
      <w:r>
        <w:br/>
      </w:r>
      <w:r>
        <w:rPr>
          <w:sz w:val="20"/>
        </w:rPr>
        <w:t>39:40  He sustains us.</w:t>
      </w:r>
      <w:r>
        <w:br/>
      </w:r>
      <w:r>
        <w:rPr>
          <w:sz w:val="20"/>
        </w:rPr>
        <w:t>39:43  He has created paradise for us. So everything, this is the remembrance of God, and this is the Quranic way of remembering God. I ask you, so can you always answer what is the meaning of the Allah? Word God can use for Allah.</w:t>
      </w:r>
    </w:p>
    <w:p>
      <w:pPr>
        <w:pStyle w:val="Heading2"/>
      </w:pPr>
      <w:r>
        <w:t>Real purpose of Eid al-Adha: reviving true spirit</w:t>
      </w:r>
    </w:p>
    <w:p>
      <w:r>
        <w:rPr>
          <w:color w:val="666666"/>
          <w:sz w:val="18"/>
        </w:rPr>
        <w:t>The Message of Eid Al- Adha November 6, 2011 - Maulana Wahiduddin Khan · 2m 51s · at 38:34 · https://youtu.be/jRx-8VFlR9Q?t=2314</w:t>
      </w:r>
    </w:p>
    <w:p>
      <w:r>
        <w:rPr>
          <w:i/>
        </w:rPr>
        <w:t>“Eid al-Adha ka maqsad sirf rituals pura karna nahi”</w:t>
      </w:r>
    </w:p>
    <w:p>
      <w:r>
        <w:rPr>
          <w:sz w:val="20"/>
        </w:rPr>
        <w:t>38:34  ek unity paida karna. woh sab ghayab hai. to eid al adha ka maqsad sirf ek kuch rituals ko poora karna, ek form ke douran nahi hai,</w:t>
      </w:r>
      <w:r>
        <w:br/>
      </w:r>
      <w:r>
        <w:rPr>
          <w:sz w:val="20"/>
        </w:rPr>
        <w:t>38:48  balke ek street wale mazhab ko</w:t>
      </w:r>
      <w:r>
        <w:br/>
      </w:r>
      <w:r>
        <w:rPr>
          <w:sz w:val="20"/>
        </w:rPr>
        <w:t>38:53  zindah karna, is ke liye logon ko train karna. to jaisa ke maine arz kiya ke is mein yeh spirit zindah ki jati hai ke log</w:t>
      </w:r>
      <w:r>
        <w:br/>
      </w:r>
      <w:r>
        <w:rPr>
          <w:sz w:val="20"/>
        </w:rPr>
        <w:t>39:12  god oriented life ikhtiyar karen, Allah ki pukar par labbaik kehne ke liye tayyar rahen.</w:t>
      </w:r>
      <w:r>
        <w:br/>
      </w:r>
      <w:r>
        <w:rPr>
          <w:sz w:val="20"/>
        </w:rPr>
        <w:t>39:20  jab bhi khudai mission unhein kisi kaam ke liye pukare to is ke liye daud paden. woh</w:t>
      </w:r>
      <w:r>
        <w:br/>
      </w:r>
      <w:r>
        <w:rPr>
          <w:sz w:val="20"/>
        </w:rPr>
        <w:t>39:30  phir namaz ki shakal mein logon ke andar modesty ki spirit dikhai jati hai. ego log, yaani ego aur kibr aur is tarah ke jo sifat hain, us ko khatm kar ke</w:t>
      </w:r>
      <w:r>
        <w:br/>
      </w:r>
      <w:r>
        <w:rPr>
          <w:sz w:val="20"/>
        </w:rPr>
        <w:t>39:46  modesty ke sath mil jul kar rahen, aapas mein khandan ke andar, society ke andar, qaum ke andar arsh zindagi ikhtiyar karen.</w:t>
      </w:r>
      <w:r>
        <w:br/>
      </w:r>
      <w:r>
        <w:rPr>
          <w:sz w:val="20"/>
        </w:rPr>
        <w:t>39:58  lekin aap dekhiye to mamooli mamooli baat par musalman bhadak uthte hain.</w:t>
      </w:r>
      <w:r>
        <w:br/>
      </w:r>
      <w:r>
        <w:rPr>
          <w:sz w:val="20"/>
        </w:rPr>
        <w:t>40:05  bar bar aap akhbaron mein, media mein dekhte hain ke kahin bomb maar diya, kahin goli maar di. zahir si baat hai, bhadak uthe. to agar log ek, yaani yeh jo training hoti hai egoless banne ki, modesty ki, woh agar paida ho jaye to namumkin hai ke log bomb marien, namumkin hai log gun chalayen, namumkin hai log tashaddud karen.</w:t>
      </w:r>
      <w:r>
        <w:br/>
      </w:r>
      <w:r>
        <w:rPr>
          <w:sz w:val="20"/>
        </w:rPr>
        <w:t>40:29  yeh sab isi liye hai ke</w:t>
      </w:r>
      <w:r>
        <w:br/>
      </w:r>
      <w:r>
        <w:rPr>
          <w:sz w:val="20"/>
        </w:rPr>
        <w:t>40:31  form hai magar spirit nahi, rituals hain magar is ke peeche jo asal haqeeqat hai, woh ghayab hai. is tarah se dekhiye, qurbani jo hai, woh kis liye hai?</w:t>
      </w:r>
      <w:r>
        <w:br/>
      </w:r>
      <w:r>
        <w:rPr>
          <w:sz w:val="20"/>
        </w:rPr>
        <w:t>40:46  is liye nahi ke ek ek janwar zabah kar ke aap gosht kha len aur doosron ko baant den. nahi, yeh hai sacrifice, dedication, yaani khudai mission ke liye apne ko dedicate karna.</w:t>
      </w:r>
      <w:r>
        <w:br/>
      </w:r>
      <w:r>
        <w:rPr>
          <w:sz w:val="20"/>
        </w:rPr>
        <w:t>41:02  yeh hai maqsad is ka. agar dedication na ho aur sirf janwar zabah kar diya jaye to woh is ka koi reward nahi milega.</w:t>
      </w:r>
      <w:r>
        <w:br/>
      </w:r>
      <w:r>
        <w:rPr>
          <w:sz w:val="20"/>
        </w:rPr>
        <w:t>41:18  jo reward is ke bahar likha hua hai, woh reward hasil nahi ho sakta hai.</w:t>
      </w:r>
    </w:p>
    <w:p>
      <w:pPr>
        <w:pStyle w:val="Heading2"/>
      </w:pPr>
      <w:r>
        <w:t>newspaper shows Ramadan reduced to worldly festivity</w:t>
      </w:r>
    </w:p>
    <w:p>
      <w:r>
        <w:rPr>
          <w:color w:val="666666"/>
          <w:sz w:val="18"/>
        </w:rPr>
        <w:t>Ramadan A Month of Study of the Quran August 23, 2009 · 1m 14s · at 9:49 · https://youtu.be/f90TVrzAOFs?t=589</w:t>
      </w:r>
    </w:p>
    <w:p>
      <w:r>
        <w:rPr>
          <w:i/>
        </w:rPr>
        <w:t>“Aaj maine Urdu paper mein padha aaj subah”</w:t>
      </w:r>
    </w:p>
    <w:p>
      <w:r>
        <w:rPr>
          <w:sz w:val="20"/>
        </w:rPr>
        <w:t>9:49  Aaj maine Urdu paper mein padha aaj subah ke Dilli mein rozah aate hi rozay ki sargarmian shuru ho gayi hain. Aaj ke paper mein aap Urdu ke paper padh sakte hain aap.</w:t>
      </w:r>
      <w:r>
        <w:br/>
      </w:r>
      <w:r>
        <w:rPr>
          <w:sz w:val="20"/>
        </w:rPr>
        <w:t>10:00  Is mein kya tha? Masjidon mein roshniyan ho rahi hain aur dukaanon par khoob khajoor aur falan khane ke item bik rahe hain. Aur log ek doosre ko mubarakbad de rahe hain.</w:t>
      </w:r>
      <w:r>
        <w:br/>
      </w:r>
      <w:r>
        <w:rPr>
          <w:sz w:val="20"/>
        </w:rPr>
        <w:t>10:13  Isi tarah ki cheezein. Yeh worldy sargarmion ka mahina bana diya rozay ko.</w:t>
      </w:r>
      <w:r>
        <w:br/>
      </w:r>
      <w:r>
        <w:rPr>
          <w:sz w:val="20"/>
        </w:rPr>
        <w:t>10:20  Kisi shayar ne kaha tha ke "Tan par wari khalq fazo shud zar-e-riyazat joo garmi-e-iftar nadarad Ramzan ast." To yeh yeh rozay ki sargarmian nahi hain ke log khoob bol rahe hain,</w:t>
      </w:r>
      <w:r>
        <w:br/>
      </w:r>
      <w:r>
        <w:rPr>
          <w:sz w:val="20"/>
        </w:rPr>
        <w:t>10:37  naatkhwan yahan ho rahi hain masjidon mein, taqreerein ho rahi hain, loudspeaker ka shor macha hua hai. yeh roz nahi hai.</w:t>
      </w:r>
      <w:r>
        <w:br/>
      </w:r>
      <w:r>
        <w:rPr>
          <w:sz w:val="20"/>
        </w:rPr>
        <w:t>10:48  roz hai ke aap ke andar</w:t>
      </w:r>
      <w:r>
        <w:br/>
      </w:r>
      <w:r>
        <w:rPr>
          <w:sz w:val="20"/>
        </w:rPr>
        <w:t>10:53  soch barhe, aap ki soch barhe. sachaiyon ko janne ke liye aap gehre tareeqe se sochen.</w:t>
      </w:r>
    </w:p>
    <w:p>
      <w:pPr>
        <w:pStyle w:val="Heading2"/>
      </w:pPr>
      <w:r>
        <w:t>Ibrahim's sacrifice, Hajj's meaning, and giving up comfort</w:t>
      </w:r>
    </w:p>
    <w:p>
      <w:r>
        <w:rPr>
          <w:color w:val="666666"/>
          <w:sz w:val="18"/>
        </w:rPr>
        <w:t>Eid Special CPS Women Interaction June 29, 2023 · 1m 36s · at 2:15 · https://youtu.be/Os7IYYOg8v4?t=135</w:t>
      </w:r>
    </w:p>
    <w:p>
      <w:r>
        <w:rPr>
          <w:i/>
        </w:rPr>
        <w:t>“Jab hum gehraai se sochte hain to bada ajeeb lagta hai”</w:t>
      </w:r>
    </w:p>
    <w:p>
      <w:r>
        <w:rPr>
          <w:sz w:val="20"/>
        </w:rPr>
        <w:t>2:15  jab hum gehrai se sochte hain to bada ajeeb lagta hai ki hum aaj kahan par hain? hum khud akeli kya kar rahe hain? rajat Ibrahim ne apne bete ko qurban karke aisi nasal banai jisko khair ul ummat kaha gaya hai. jis ummat ne dil uzzan se tauheed ko qubool kiya aur shirk ke daur ko khatm kiya.</w:t>
      </w:r>
      <w:r>
        <w:br/>
      </w:r>
      <w:r>
        <w:rPr>
          <w:sz w:val="20"/>
        </w:rPr>
        <w:t>2:40  Maulana sahib kehte hain ke haqiqat e hajj unki kitab mein likha hai ke hajj ka matlab us tareekh</w:t>
      </w:r>
      <w:r>
        <w:br/>
      </w:r>
      <w:r>
        <w:rPr>
          <w:sz w:val="20"/>
        </w:rPr>
        <w:t>2:46  ko dohra kar khuda se wada karna hai ke agar zaroorat ho to hum phir se dobara us tareekh</w:t>
      </w:r>
      <w:r>
        <w:br/>
      </w:r>
      <w:r>
        <w:rPr>
          <w:sz w:val="20"/>
        </w:rPr>
        <w:t>2:52  ko dohrane ke liye tayyar hain jo yahan pehle dohrai gayi thi.</w:t>
      </w:r>
      <w:r>
        <w:br/>
      </w:r>
      <w:r>
        <w:rPr>
          <w:sz w:val="20"/>
        </w:rPr>
        <w:t>2:58  haan ji, khuda se yahi wada karke aata hai aur khuda se wada karne ka matlab hai usko</w:t>
      </w:r>
      <w:r>
        <w:br/>
      </w:r>
      <w:r>
        <w:rPr>
          <w:sz w:val="20"/>
        </w:rPr>
        <w:t>3:04  har haal mein poora karna hai.</w:t>
      </w:r>
      <w:r>
        <w:br/>
      </w:r>
      <w:r>
        <w:rPr>
          <w:sz w:val="20"/>
        </w:rPr>
        <w:t>3:11  isi tarah Eid al Adha ke din par ghar mein qurbani har insaan zahiri enjoyment ki qurbani deni padegi.</w:t>
      </w:r>
      <w:r>
        <w:br/>
      </w:r>
      <w:r>
        <w:rPr>
          <w:sz w:val="20"/>
        </w:rPr>
        <w:t>3:51  aaj Islam ke liye jo sabse badi zimmedari hai hum sabki woh yahi hai, sirf yahi hai. ko follow karne wale bane. hum phir se Quran aur Hadees ka gehra mutala karein.</w:t>
      </w:r>
    </w:p>
    <w:p>
      <w:pPr>
        <w:pStyle w:val="Heading2"/>
      </w:pPr>
      <w:r>
        <w:t>Everyone lives in fear and grief</w:t>
      </w:r>
    </w:p>
    <w:p>
      <w:r>
        <w:rPr>
          <w:color w:val="666666"/>
          <w:sz w:val="18"/>
        </w:rPr>
        <w:t>Surah Al Baqarah- 29- 06- 2007 · 1m 32s · at 4:55 · https://youtu.be/npomkMOUxiE?t=295</w:t>
      </w:r>
    </w:p>
    <w:p>
      <w:r>
        <w:rPr>
          <w:i/>
        </w:rPr>
        <w:t>“Andisha us ko kehte hain jo abhi pesh nahi aaya.”</w:t>
      </w:r>
    </w:p>
    <w:p>
      <w:r>
        <w:rPr>
          <w:sz w:val="20"/>
        </w:rPr>
        <w:t>4:55  us ke paas political power na ho, bohat zyada mashhoor ho ya aisa insaan ho jis ko log</w:t>
      </w:r>
      <w:r>
        <w:br/>
      </w:r>
      <w:r>
        <w:rPr>
          <w:sz w:val="20"/>
        </w:rPr>
        <w:t>5:03  na jante hon, har ek isi mein dochar rehta hai.</w:t>
      </w:r>
      <w:r>
        <w:br/>
      </w:r>
      <w:r>
        <w:rPr>
          <w:sz w:val="20"/>
        </w:rPr>
        <w:t>5:11  har ek ko koi na koi aaj ki takleef pareshan kiye rehti hai.</w:t>
      </w:r>
      <w:r>
        <w:br/>
      </w:r>
      <w:r>
        <w:rPr>
          <w:sz w:val="20"/>
        </w:rPr>
        <w:t>5:18  aur kal ka koi</w:t>
      </w:r>
      <w:r>
        <w:br/>
      </w:r>
      <w:r>
        <w:rPr>
          <w:sz w:val="20"/>
        </w:rPr>
        <w:t>5:26  andesha is ko bechain kiye rehta hai.</w:t>
      </w:r>
      <w:r>
        <w:br/>
      </w:r>
      <w:r>
        <w:rPr>
          <w:sz w:val="20"/>
        </w:rPr>
        <w:t>5:34  maine haal mein ek aadmi ki diary padhi, toh woh is mein likhte hain: bohat paise wale</w:t>
      </w:r>
      <w:r>
        <w:br/>
      </w:r>
      <w:r>
        <w:rPr>
          <w:sz w:val="20"/>
        </w:rPr>
        <w:t>5:42  aadmi hain, aur bohat hi mashhoor bhi aadmi hain.</w:t>
      </w:r>
      <w:r>
        <w:br/>
      </w:r>
      <w:r>
        <w:rPr>
          <w:sz w:val="20"/>
        </w:rPr>
        <w:t>5:50  bohat bade ghar mein rehte hain, sab kuch hai un ke paas dunya ke aitbaar se.</w:t>
      </w:r>
      <w:r>
        <w:br/>
      </w:r>
      <w:r>
        <w:rPr>
          <w:sz w:val="20"/>
        </w:rPr>
        <w:t>5:58  toh kisi ko batate hue apne bare mein woh kehte hain ke mere liye problem income nahi hai,</w:t>
      </w:r>
      <w:r>
        <w:br/>
      </w:r>
      <w:r>
        <w:rPr>
          <w:sz w:val="20"/>
        </w:rPr>
        <w:t>6:05  balkeh income tax hai.</w:t>
      </w:r>
      <w:r>
        <w:br/>
      </w:r>
      <w:r>
        <w:rPr>
          <w:sz w:val="20"/>
        </w:rPr>
        <w:t>6:13  yahi wording thi un ki ke mera problem income nahi hai, balkeh income tax hai.</w:t>
      </w:r>
      <w:r>
        <w:br/>
      </w:r>
      <w:r>
        <w:rPr>
          <w:sz w:val="20"/>
        </w:rPr>
        <w:t>6:21  matlab yeh hai ke mere paas paisa bohat hai, lekin har waqt yeh</w:t>
      </w:r>
    </w:p>
    <w:p>
      <w:pPr>
        <w:pStyle w:val="Heading2"/>
      </w:pPr>
      <w:r>
        <w:t>Adam and Yunus admitted I was wrong</w:t>
      </w:r>
    </w:p>
    <w:p>
      <w:r>
        <w:rPr>
          <w:color w:val="666666"/>
          <w:sz w:val="18"/>
        </w:rPr>
        <w:t>Fasting and Re-planning June 18, 2017 · 1m 24s · at 40:26 · https://youtu.be/ekpPWHrK1DI?t=2426</w:t>
      </w:r>
    </w:p>
    <w:p>
      <w:r>
        <w:rPr>
          <w:i/>
        </w:rPr>
        <w:t>“Re-planning ka aik darwaza hai”</w:t>
      </w:r>
    </w:p>
    <w:p>
      <w:r>
        <w:rPr>
          <w:sz w:val="20"/>
        </w:rPr>
        <w:t>40:26  hai re planning ka ek darwaza hai jisko kholne ki jo kunji hai wo yeh khullam khulla</w:t>
      </w:r>
      <w:r>
        <w:br/>
      </w:r>
      <w:r>
        <w:rPr>
          <w:sz w:val="20"/>
        </w:rPr>
        <w:t>40:35  ایک کہنا I was wrong. I was wrong.</w:t>
      </w:r>
      <w:r>
        <w:br/>
      </w:r>
      <w:r>
        <w:rPr>
          <w:sz w:val="20"/>
        </w:rPr>
        <w:t>40:40  hazrat adam se ghalti hui unhon ne kaha ke i was wrong hazrat yunus se ghalti hui unhon</w:t>
      </w:r>
      <w:r>
        <w:br/>
      </w:r>
      <w:r>
        <w:rPr>
          <w:sz w:val="20"/>
        </w:rPr>
        <w:t>40:47  ne kaha ke i was wrong to dobara un ke tamam darwaze khol diye gaye</w:t>
      </w:r>
      <w:r>
        <w:br/>
      </w:r>
      <w:r>
        <w:rPr>
          <w:sz w:val="20"/>
        </w:rPr>
        <w:t>40:54  rabbana zalamna anfusana</w:t>
      </w:r>
      <w:r>
        <w:br/>
      </w:r>
      <w:r>
        <w:rPr>
          <w:sz w:val="20"/>
        </w:rPr>
        <w:t>40:59  yeh quran mein yeh waqiat maujood hain likhe hue hain</w:t>
      </w:r>
      <w:r>
        <w:br/>
      </w:r>
      <w:r>
        <w:rPr>
          <w:sz w:val="20"/>
        </w:rPr>
        <w:t>41:03  ke adam ne ghalti ki yeh karna</w:t>
      </w:r>
      <w:r>
        <w:br/>
      </w:r>
      <w:r>
        <w:rPr>
          <w:sz w:val="20"/>
        </w:rPr>
        <w:t>41:07  aur hazrat yunus ne ghalti ki jo paighambar the ji</w:t>
      </w:r>
      <w:r>
        <w:br/>
      </w:r>
      <w:r>
        <w:rPr>
          <w:sz w:val="20"/>
        </w:rPr>
        <w:t>41:12  to dono Allah ki rehmat se door kar diye gaye</w:t>
      </w:r>
      <w:r>
        <w:br/>
      </w:r>
      <w:r>
        <w:rPr>
          <w:sz w:val="20"/>
        </w:rPr>
        <w:t>41:16  lekin jab unhon ne kaha i was wrong rabbana zalamna anfusana</w:t>
      </w:r>
      <w:r>
        <w:br/>
      </w:r>
      <w:r>
        <w:rPr>
          <w:sz w:val="20"/>
        </w:rPr>
        <w:t>41:23  khudaya hum se ghalti ho gayi hum se ghalti ho gayi openly kab kaha openly</w:t>
      </w:r>
      <w:r>
        <w:br/>
      </w:r>
      <w:r>
        <w:rPr>
          <w:sz w:val="20"/>
        </w:rPr>
        <w:t>41:30  to</w:t>
      </w:r>
      <w:r>
        <w:br/>
      </w:r>
      <w:r>
        <w:rPr>
          <w:sz w:val="20"/>
        </w:rPr>
        <w:t>41:34  without any delay</w:t>
      </w:r>
      <w:r>
        <w:br/>
      </w:r>
      <w:r>
        <w:rPr>
          <w:sz w:val="20"/>
        </w:rPr>
        <w:t>41:40  dobara sab kuch un ko de diya gaya sab kuch</w:t>
      </w:r>
      <w:r>
        <w:br/>
      </w:r>
      <w:r>
        <w:rPr>
          <w:sz w:val="20"/>
        </w:rPr>
        <w:t>41:46  dobara sab kuch de diya gaya</w:t>
      </w:r>
    </w:p>
    <w:p>
      <w:pPr>
        <w:pStyle w:val="Heading2"/>
      </w:pPr>
      <w:r>
        <w:t>who's the boss at home is not an absolute rule</w:t>
      </w:r>
    </w:p>
    <w:p>
      <w:r>
        <w:rPr>
          <w:color w:val="666666"/>
          <w:sz w:val="18"/>
        </w:rPr>
        <w:t>Misconceptions About Islam May 13, 2006 · 1m 57s · at 48:22 · https://youtu.be/EQ79CIexXHY?t=2902</w:t>
      </w:r>
    </w:p>
    <w:p>
      <w:r>
        <w:rPr>
          <w:i/>
        </w:rPr>
        <w:t>“Baas ka jo mamla hai, yeh ek relative cheez hai”</w:t>
      </w:r>
    </w:p>
    <w:p>
      <w:r>
        <w:rPr>
          <w:sz w:val="20"/>
        </w:rPr>
        <w:t>48:22  ah das question is from doctor naseem siddiqui. husbands may also have a lady boss in the office, and bosses are always right.</w:t>
      </w:r>
      <w:r>
        <w:br/>
      </w:r>
      <w:r>
        <w:rPr>
          <w:sz w:val="20"/>
        </w:rPr>
        <w:t>48:31  should their husbands, should the husbands say to his wife: "you are my boss"? main batata hoon ke boss ka jo mamla hai, yeh ek relative cheez hai, koi absolute cheez nahin hai.</w:t>
      </w:r>
      <w:r>
        <w:br/>
      </w:r>
      <w:r>
        <w:rPr>
          <w:sz w:val="20"/>
        </w:rPr>
        <w:t>48:45  parson ek sahab ne mujh se poocha ke "successful marriage ke liye main kya karoon?</w:t>
      </w:r>
      <w:r>
        <w:br/>
      </w:r>
      <w:r>
        <w:rPr>
          <w:sz w:val="20"/>
        </w:rPr>
        <w:t>48:51  shadi ke baad kaise banaoon success?" to main ne kaha: "aap apni biwi ko apna boss bana lijiye." to auraton ko to main kehta hoon ke apne husband ko boss bana lo, aur mardon se kehta hoon ke apni biwi ko boss bana lo.</w:t>
      </w:r>
      <w:r>
        <w:br/>
      </w:r>
      <w:r>
        <w:rPr>
          <w:sz w:val="20"/>
        </w:rPr>
        <w:t>49:04  matlab yeh yeh matter of adjustment hai, yeh absolute cheez nahin hai. main apne ghar mein kabhi yeh hukum nahin chalaata. mere ghar mein auraten hi boss hain.</w:t>
      </w:r>
      <w:r>
        <w:br/>
      </w:r>
      <w:r>
        <w:rPr>
          <w:sz w:val="20"/>
        </w:rPr>
        <w:t>49:15  jo auraten chahti hain, wahi hota hai. yeh to responsibility lena hai.</w:t>
      </w:r>
      <w:r>
        <w:br/>
      </w:r>
      <w:r>
        <w:rPr>
          <w:sz w:val="20"/>
        </w:rPr>
        <w:t>49:21  british period mein ek ek angrez yahan se india aaya, kuch din raha to wapas gaya london. to kisi ne poocha ke "india mein kya dekha?" to us ne bataya ke "main ne dekha india mein har ek har ghar mein ek stepped aadmi hota hai.</w:t>
      </w:r>
      <w:r>
        <w:br/>
      </w:r>
      <w:r>
        <w:rPr>
          <w:sz w:val="20"/>
        </w:rPr>
        <w:t>49:39  india mein har ghar mein ek stepped aadmi hota hai." to woh kya? woh malik. ek malik hota hai, ab sari responsibility us ke upar hoti hai.</w:t>
      </w:r>
      <w:r>
        <w:br/>
      </w:r>
      <w:r>
        <w:rPr>
          <w:sz w:val="20"/>
        </w:rPr>
        <w:t>49:48  to mein kehta hoon ke "khud boss banna ek achhi baat nahin hai.</w:t>
      </w:r>
      <w:r>
        <w:br/>
      </w:r>
      <w:r>
        <w:rPr>
          <w:sz w:val="20"/>
        </w:rPr>
        <w:t>49:52  mein khud apne ghar mein boss nahin hoon, kyunke boss means responsibility. to hum apne pe poori responsibility lein." to yeh matter of adjustment hai.</w:t>
      </w:r>
      <w:r>
        <w:br/>
      </w:r>
      <w:r>
        <w:rPr>
          <w:sz w:val="20"/>
        </w:rPr>
        <w:t>50:02  jahan mauqa ho, aurat ko boss banane lage, apni ko aap boss bana lijiyye. zaroorat ho to aap mard ko boss samajh lijiyye. mein is ko koi absolute cheez nahin samajhta.</w:t>
      </w:r>
      <w:r>
        <w:br/>
      </w:r>
      <w:r>
        <w:rPr>
          <w:sz w:val="20"/>
        </w:rPr>
        <w:t>50:13  iska talluq iska talluq halaat se hai.</w:t>
      </w:r>
    </w:p>
    <w:p>
      <w:pPr>
        <w:pStyle w:val="Heading2"/>
      </w:pPr>
      <w:r>
        <w:t>Difference is natural and accepted by muhaddithin</w:t>
      </w:r>
    </w:p>
    <w:p>
      <w:r>
        <w:rPr>
          <w:color w:val="666666"/>
          <w:sz w:val="18"/>
        </w:rPr>
        <w:t>Fiqh Tajdeed-e-Deen Book by Maulana Wahiduddin Khan · 57s · at 44:41 · https://youtu.be/ZHDgBUfz80U?t=2681</w:t>
      </w:r>
    </w:p>
    <w:p>
      <w:r>
        <w:rPr>
          <w:i/>
        </w:rPr>
        <w:t>“Those who divided their religion and became sects.”</w:t>
      </w:r>
    </w:p>
    <w:p>
      <w:r>
        <w:rPr>
          <w:sz w:val="20"/>
        </w:rPr>
        <w:t>44:41  kal hizb bima ladayhim farhoon surah ar-room ayat 32 jinhon ne tukre tukre kar liya apne deen ko aur ho gaye firqay firqay.</w:t>
      </w:r>
      <w:r>
        <w:br/>
      </w:r>
      <w:r>
        <w:rPr>
          <w:sz w:val="20"/>
        </w:rPr>
        <w:t>44:51  har groh isi mein khush hai jo is ke paas hai. imam ahmad bin hanbal ke baray mein riwayat kiya gaya hai ke unhon ne juzviyat ahkam mein ikhtilaf ko wusat qarar diya tha.</w:t>
      </w:r>
      <w:r>
        <w:br/>
      </w:r>
      <w:r>
        <w:rPr>
          <w:sz w:val="20"/>
        </w:rPr>
        <w:t>45:04  innah summi al-khilaf sa'atan yahi ta'abudi masail mein ikhtilaf ka sahi tareen shar'i hal hai. yeh tamam ikhtilafat zahir hai ibadat ke juzvi adab se talluq rakhte hain aur un mein farq o ikhtilaf hona ain fitri hai.</w:t>
      </w:r>
      <w:r>
        <w:br/>
      </w:r>
      <w:r>
        <w:rPr>
          <w:sz w:val="20"/>
        </w:rPr>
        <w:t>45:20  sahaba kiram ka in umoor mein mukhtalif hona batata hai ke yeh ikhtilafat isi ke sath shar'i bunyad bhi rakhte hain.</w:t>
      </w:r>
      <w:r>
        <w:br/>
      </w:r>
      <w:r>
        <w:rPr>
          <w:sz w:val="20"/>
        </w:rPr>
        <w:t>45:28  aisi halat mein in ko tawassu' par mahmul karna hi sahi maslak hai aur yahi tamam muhaddiseen ka maslak tha jaisa ke oopar bayan hua.</w:t>
      </w:r>
    </w:p>
    <w:p>
      <w:pPr>
        <w:pStyle w:val="Heading2"/>
      </w:pPr>
      <w:r>
        <w:t>Prophet Jacob's prayer of patience amid grief</w:t>
      </w:r>
    </w:p>
    <w:p>
      <w:r>
        <w:rPr>
          <w:color w:val="666666"/>
          <w:sz w:val="18"/>
        </w:rPr>
        <w:t>The Importance of Dua | April 4, 2016 | Maulana Wahiduddin Khan · 2m 33s · at 49:22 · https://youtu.be/B9d4B3Nqiww?t=2962</w:t>
      </w:r>
    </w:p>
    <w:p>
      <w:r>
        <w:rPr>
          <w:i/>
        </w:rPr>
        <w:t>“Yeh hain Hazrat Yaqoob ke kalimat”</w:t>
      </w:r>
    </w:p>
    <w:p>
      <w:r>
        <w:rPr>
          <w:sz w:val="20"/>
        </w:rPr>
        <w:t>49:22  and my sorrow to god.</w:t>
      </w:r>
      <w:r>
        <w:br/>
      </w:r>
      <w:r>
        <w:rPr>
          <w:sz w:val="20"/>
        </w:rPr>
        <w:t>49:29  haan, yeh hazrat yaqoob ke kalmaat hain.</w:t>
      </w:r>
      <w:r>
        <w:br/>
      </w:r>
      <w:r>
        <w:rPr>
          <w:sz w:val="20"/>
        </w:rPr>
        <w:t>49:35  yeh to yeh us waqt nikle the un ki zubaan se jab un ke beton ne agar bataya</w:t>
      </w:r>
      <w:r>
        <w:br/>
      </w:r>
      <w:r>
        <w:rPr>
          <w:sz w:val="20"/>
        </w:rPr>
        <w:t>49:41  keh woh yusuf to nahin rahe dunya mein to to mein yaani is mauqe par woh beton se</w:t>
      </w:r>
      <w:r>
        <w:br/>
      </w:r>
      <w:r>
        <w:rPr>
          <w:sz w:val="20"/>
        </w:rPr>
        <w:t>49:47  ghussa hote, beton ko marte,</w:t>
      </w:r>
      <w:r>
        <w:br/>
      </w:r>
      <w:r>
        <w:rPr>
          <w:sz w:val="20"/>
        </w:rPr>
        <w:t>49:53  kisi se shikayat karte. Yeh sab kuch nahi kiya unhon ne, kuch bhi nahi kiya. Un ko kaha ke khudaaya main sab kuch tere upar dalta hoon, tu hi mere haal ko jaanta hai, main to hi se umeed karta hoon, tu hi meri madad farma. To yeh is dua ka jo sift spirit hai, woh hai sab kuch Allah par dal dena. Yani khud inteqaam lena, khud ladna bhidna, khud</w:t>
      </w:r>
      <w:r>
        <w:br/>
      </w:r>
      <w:r>
        <w:rPr>
          <w:sz w:val="20"/>
        </w:rPr>
        <w:t>50:23  shikayatein karna, yeh nahi. Allah par dal dena, Allah par dal dena. To yeh to bohat bari spirit hai dua ki. Aaj kal jo musalman duayein bad duayein karte hain zalim ke khilaf, woh is spirit ke khilaf hai. Zalim ke khilaf bohat bad duayein hoti hain, woh sab spirit ke khilaf hai, is spirit ke khilaf hai. Aap ke sath koi acha, koi aisa sulook karta hai jo aap ko</w:t>
      </w:r>
      <w:r>
        <w:br/>
      </w:r>
      <w:r>
        <w:rPr>
          <w:sz w:val="20"/>
        </w:rPr>
        <w:t>50:53  pasand nahi, tab bhi Allah ke khaliq ne dali is ko, jo koi mangna hai, Allah se mangiye. To is to spirit, is ki spirit jo thi ke jo hua, woh kisi insan ne kiya, lekin woh is insan se shikayat nahi karta. Main tujh se shikayat karta hoon, main tujh se mangta hoon, tere tere hawale karta hoon, main saare malik. To yeh spirit agar ho to to bohat bari spirit hai aur zaroor qabool hogi. Woh so Maulana, the spirit behind the</w:t>
      </w:r>
      <w:r>
        <w:br/>
      </w:r>
      <w:r>
        <w:rPr>
          <w:sz w:val="20"/>
        </w:rPr>
        <w:t>51:23  The prayer of Prophet Jacob is that I leave everything in God.</w:t>
      </w:r>
      <w:r>
        <w:br/>
      </w:r>
      <w:r>
        <w:rPr>
          <w:sz w:val="20"/>
        </w:rPr>
        <w:t>51:30  Although he had complaints against some human beings, he prayed to God, he left everything to God</w:t>
      </w:r>
      <w:r>
        <w:br/>
      </w:r>
      <w:r>
        <w:rPr>
          <w:sz w:val="20"/>
        </w:rPr>
        <w:t>51:36  instead of complaining or protesting or praying against other.</w:t>
      </w:r>
      <w:r>
        <w:br/>
      </w:r>
      <w:r>
        <w:rPr>
          <w:sz w:val="20"/>
        </w:rPr>
        <w:t>51:43  Maulana, can you please tell us how can prayer help in increasing our spirituality? جو بہت زیادہ گہرا</w:t>
      </w:r>
      <w:r>
        <w:br/>
      </w:r>
      <w:r>
        <w:rPr>
          <w:sz w:val="20"/>
        </w:rPr>
        <w:t>51:49  taalluq hai spirituality mein aur dua mein,</w:t>
      </w:r>
    </w:p>
    <w:p>
      <w:pPr>
        <w:pStyle w:val="Heading2"/>
      </w:pPr>
      <w:r>
        <w:t>Khadija first supporter of Prophet</w:t>
      </w:r>
    </w:p>
    <w:p>
      <w:r>
        <w:rPr>
          <w:color w:val="666666"/>
          <w:sz w:val="18"/>
        </w:rPr>
        <w:t>The Role of a Woman March 8, 2020 Maulana Wahiduddin Khan · 2m 15s · at 30:00 · https://youtu.be/aBPy_KTsk1A?t=1800</w:t>
      </w:r>
    </w:p>
    <w:p>
      <w:r>
        <w:rPr>
          <w:i/>
        </w:rPr>
        <w:t>“Is se zyada badi baat shayad yeh hai”</w:t>
      </w:r>
    </w:p>
    <w:p>
      <w:r>
        <w:rPr>
          <w:sz w:val="20"/>
        </w:rPr>
        <w:t>30:00  Is se ziyada bari baat shayad yeh hai ke hum yeh janen ke Rasool Allah ko jab prophethood mili to pehla role jo tha woh ek aurat ko tha,</w:t>
      </w:r>
      <w:r>
        <w:br/>
      </w:r>
      <w:r>
        <w:rPr>
          <w:sz w:val="20"/>
        </w:rPr>
        <w:t>30:18  woh Khadijah ka. Dekhen, Khadijah ek khatoon theen jo Rasool Allah ki biwi theen. To jab Ghar-e-Hira se jahan aap ko pehli wahi utri thi, use aap aaye</w:t>
      </w:r>
      <w:r>
        <w:br/>
      </w:r>
      <w:r>
        <w:rPr>
          <w:sz w:val="20"/>
        </w:rPr>
        <w:t>30:36  to tareekh batati hai ke aap ko kuch ghabraye hue se thay aur aap aaye Khadijah ke ghar mein.</w:t>
      </w:r>
      <w:r>
        <w:br/>
      </w:r>
      <w:r>
        <w:rPr>
          <w:sz w:val="20"/>
        </w:rPr>
        <w:t>30:48  Khadijah ke ghar mein rehte thay aap. Zambilooni Zambilooni</w:t>
      </w:r>
      <w:r>
        <w:br/>
      </w:r>
      <w:r>
        <w:rPr>
          <w:sz w:val="20"/>
        </w:rPr>
        <w:t>30:54  mujhe chadar orhao, chadar orhao. To dekhen, Hazrat Rasool Allah ko to ek ghabrahat taari ho gayi aur aap ne kaha ke orh kar let jaon.</w:t>
      </w:r>
      <w:r>
        <w:br/>
      </w:r>
      <w:r>
        <w:rPr>
          <w:sz w:val="20"/>
        </w:rPr>
        <w:t>31:10  Us waqt Khadijah ne kya kiya?</w:t>
      </w:r>
      <w:r>
        <w:br/>
      </w:r>
      <w:r>
        <w:rPr>
          <w:sz w:val="20"/>
        </w:rPr>
        <w:t>31:16  Khadijah ne yeh kiya ke Rasool Allah se kaha ke</w:t>
      </w:r>
      <w:r>
        <w:br/>
      </w:r>
      <w:r>
        <w:rPr>
          <w:sz w:val="20"/>
        </w:rPr>
        <w:t>31:22  chaliye chalte hain Warqa ke paas. Bajaye litane ke, unhon ne un ko kaha ke hum chalte hain Warqa bin Naufal ke paas.</w:t>
      </w:r>
      <w:r>
        <w:br/>
      </w:r>
      <w:r>
        <w:rPr>
          <w:sz w:val="20"/>
        </w:rPr>
        <w:t>31:35  Woh Christian ho gaye thay us daur mein, woh Christian thay aur kafi senior thay Arab society mein.</w:t>
      </w:r>
      <w:r>
        <w:br/>
      </w:r>
      <w:r>
        <w:rPr>
          <w:sz w:val="20"/>
        </w:rPr>
        <w:t>31:49  To chunancha woh le gayeen,</w:t>
      </w:r>
      <w:r>
        <w:br/>
      </w:r>
      <w:r>
        <w:rPr>
          <w:sz w:val="20"/>
        </w:rPr>
        <w:t>31:53  Khadijah le gayeen Rasool Allah ko Warqa bin Naufal ke ghar.</w:t>
      </w:r>
      <w:r>
        <w:br/>
      </w:r>
      <w:r>
        <w:rPr>
          <w:sz w:val="20"/>
        </w:rPr>
        <w:t>32:01  Bajaye litane ke, orhaye orha kar ke unhon ne yeh kiya. To Islam mein mein bas bataon ke pehla role jo hai Khadijah ka hai.</w:t>
      </w:r>
    </w:p>
    <w:p>
      <w:pPr>
        <w:pStyle w:val="Heading2"/>
      </w:pPr>
      <w:r>
        <w:t>the greatest worship is solitary thinking, illustrated by two stories</w:t>
      </w:r>
    </w:p>
    <w:p>
      <w:r>
        <w:rPr>
          <w:color w:val="666666"/>
          <w:sz w:val="18"/>
        </w:rPr>
        <w:t>Roza A Spiritual Jihad August 28, 2011 Maulana Wahiduddin Khan · 1m 35s · at 29:47 · https://youtu.be/7Xc_Fl6z5xU?t=1787</w:t>
      </w:r>
    </w:p>
    <w:p>
      <w:r>
        <w:rPr>
          <w:i/>
        </w:rPr>
        <w:t>“Abu Darda's greatest worship? Sitting alone and thinking”</w:t>
      </w:r>
    </w:p>
    <w:p>
      <w:r>
        <w:rPr>
          <w:sz w:val="20"/>
        </w:rPr>
        <w:t>29:47  ek sahabi the abu darda, to un ki jab death ho gayi to ek aadmi gaye un ki biwi ke paas, jo un ka naam tha umm al darda.</w:t>
      </w:r>
      <w:r>
        <w:br/>
      </w:r>
      <w:r>
        <w:rPr>
          <w:sz w:val="20"/>
        </w:rPr>
        <w:t>29:58  unhone poocha ke abu darda ki sab se khaas ibadat kya thi? unhone kaha woh tanhai mein baith ke sochte rehte the, tanhai mein baith ke sochte rehte the.</w:t>
      </w:r>
      <w:r>
        <w:br/>
      </w:r>
      <w:r>
        <w:rPr>
          <w:sz w:val="20"/>
        </w:rPr>
        <w:t>30:10  al tafakkur wal aitbar, al tafakkur wal aitbar. goya ke itikaf jo hai waqti itikaf hai</w:t>
      </w:r>
      <w:r>
        <w:br/>
      </w:r>
      <w:r>
        <w:rPr>
          <w:sz w:val="20"/>
        </w:rPr>
        <w:t>30:21  aur baqi zindagi mustaqil itikaf hai. distraction se apne ko bacha kar sochna yahi, yahi to itikaf hai.</w:t>
      </w:r>
      <w:r>
        <w:br/>
      </w:r>
      <w:r>
        <w:rPr>
          <w:sz w:val="20"/>
        </w:rPr>
        <w:t>30:43  yahan par hamari colony mein ek hain musharraf prot kumar mitra, un ka ek formula mujhe bohat pasand hai. maine kai baar bataya bhi aap logon ko</w:t>
      </w:r>
      <w:r>
        <w:br/>
      </w:r>
      <w:r>
        <w:rPr>
          <w:sz w:val="20"/>
        </w:rPr>
        <w:t>30:50  : "think think think, there must be a better way". yahi itikaf hai: "think think think, then you".</w:t>
      </w:r>
      <w:r>
        <w:br/>
      </w:r>
      <w:r>
        <w:rPr>
          <w:sz w:val="20"/>
        </w:rPr>
        <w:t>31:01  yani aap ek socho, socho, socho, socho, socho, socho, socho, socho. koi naya idea janam aaye ga aap ko, koi nayi baat samajh aayegi.</w:t>
      </w:r>
      <w:r>
        <w:br/>
      </w:r>
      <w:r>
        <w:rPr>
          <w:sz w:val="20"/>
        </w:rPr>
        <w:t>31:14  "think think think think think, you will discover a new idea".</w:t>
      </w:r>
    </w:p>
    <w:p>
      <w:pPr>
        <w:pStyle w:val="Heading2"/>
      </w:pPr>
      <w:r>
        <w:t>Uthman's charity during the famine in Medina</w:t>
      </w:r>
    </w:p>
    <w:p>
      <w:r>
        <w:rPr>
          <w:color w:val="666666"/>
          <w:sz w:val="18"/>
        </w:rPr>
        <w:t>Importance of Ramadan March 24, 2024 · 1m 17s · at 41:00 · https://youtu.be/cn67uauGQrc?t=2460</w:t>
      </w:r>
    </w:p>
    <w:p>
      <w:r>
        <w:rPr>
          <w:i/>
        </w:rPr>
        <w:t>“Hazrat Usman bohat bade tajir thay, hazar oonton par saman aaya”</w:t>
      </w:r>
    </w:p>
    <w:p>
      <w:r>
        <w:rPr>
          <w:sz w:val="20"/>
        </w:rPr>
        <w:t>41:00  ek baar hazrat Usman, hazrat Usman bohat bade tajir the, to unka ek hazar onton par samaan laad kar aaya tha.</w:t>
      </w:r>
      <w:r>
        <w:br/>
      </w:r>
      <w:r>
        <w:rPr>
          <w:sz w:val="20"/>
        </w:rPr>
        <w:t>41:10  woh</w:t>
      </w:r>
      <w:r>
        <w:br/>
      </w:r>
      <w:r>
        <w:rPr>
          <w:sz w:val="20"/>
        </w:rPr>
        <w:t>41:11  pehley zamaney mein yahi hota tha, samaan idhar se aata tha, idhar se jata tha, kyunke yahi yahi business tha. to ek hazar onton par unke paas ghalle wale aaye the, aur usi zamaney mein woh tha madine mein qahat pad gaya tha.</w:t>
      </w:r>
      <w:r>
        <w:br/>
      </w:r>
      <w:r>
        <w:rPr>
          <w:sz w:val="20"/>
        </w:rPr>
        <w:t>41:26  ji, to ab tamam jo doosre tajir the, sab unke ghar aaye ke unke paas samaan aaya hai, to khareed khareed kar logon mein baantein.</w:t>
      </w:r>
      <w:r>
        <w:br/>
      </w:r>
      <w:r>
        <w:rPr>
          <w:sz w:val="20"/>
        </w:rPr>
        <w:t>41:35  to sab ne aa ke daam lagaye, to woh kehne lage, "nahi, humein is se ziyada mil raha hai.</w:t>
      </w:r>
      <w:r>
        <w:br/>
      </w:r>
      <w:r>
        <w:rPr>
          <w:sz w:val="20"/>
        </w:rPr>
        <w:t>41:41  "har aadmi ke daam badhaata jata hai, kehta hai, "nahi, humein is se ziyada mil raha hai." to tajiron ne kaha ke "saare tajir sheher ke to yahin baithe hue hain, aap ko ziyada kon de raha hai?" to hatta ke hazrat Usman ne kaha ke "maine yeh sab sadqa kar diya hai, to ALLAH mujhe is se bohat ziyada dega." to is tarah yeh log bohat ziyada sadqe karte the, woh ek hazar onton ka maal poora unhone sadqa kar diya.</w:t>
      </w:r>
      <w:r>
        <w:br/>
      </w:r>
      <w:r>
        <w:rPr>
          <w:sz w:val="20"/>
        </w:rPr>
        <w:t>42:06  ji, to yeh bohat ziyada hai, lekin kyunke ab aam halaat mein aadmi itna ziyada self centered life guzarta hai, aur aajkal to yeh sab bohat ziyada ho gaya, aadmi ki apni zarooraten poori nahi hoti.</w:t>
      </w:r>
    </w:p>
    <w:p>
      <w:pPr>
        <w:pStyle w:val="Heading2"/>
      </w:pPr>
      <w:r>
        <w:t>Daily Quran recitation for spiritual food</w:t>
      </w:r>
    </w:p>
    <w:p>
      <w:r>
        <w:rPr>
          <w:color w:val="666666"/>
          <w:sz w:val="18"/>
        </w:rPr>
        <w:t>Islam in Daily Life | December 18, 2007 · 3m 03s · at 20:16 · https://youtu.be/wLp27oWti4c?t=1216</w:t>
      </w:r>
    </w:p>
    <w:p>
      <w:r>
        <w:rPr>
          <w:i/>
        </w:rPr>
        <w:t>“Subah ka pehla kaam Quran padhna hai”</w:t>
      </w:r>
    </w:p>
    <w:p>
      <w:r>
        <w:rPr>
          <w:sz w:val="20"/>
        </w:rPr>
        <w:t>20:16  yeh matlab hai is ka.</w:t>
      </w:r>
      <w:r>
        <w:br/>
      </w:r>
      <w:r>
        <w:rPr>
          <w:sz w:val="20"/>
        </w:rPr>
        <w:t>20:22  to ek taraf aap Khuda ki greatness ko le kar ke aaye.</w:t>
      </w:r>
      <w:r>
        <w:br/>
      </w:r>
      <w:r>
        <w:rPr>
          <w:sz w:val="20"/>
        </w:rPr>
        <w:t>20:28  aur doosri taraf insaanon ke bare mein peace ka jazba le kar ke dakhil hue aap society mein.</w:t>
      </w:r>
      <w:r>
        <w:br/>
      </w:r>
      <w:r>
        <w:rPr>
          <w:sz w:val="20"/>
        </w:rPr>
        <w:t>20:34  ab dekhiye subah ko aadmi kya karta hai? aam taur par Musalmanon mein yeh riwaj hai ke woh</w:t>
      </w:r>
      <w:r>
        <w:br/>
      </w:r>
      <w:r>
        <w:rPr>
          <w:sz w:val="20"/>
        </w:rPr>
        <w:t>20:41  Quran ko padhte hain.</w:t>
      </w:r>
      <w:r>
        <w:br/>
      </w:r>
      <w:r>
        <w:rPr>
          <w:sz w:val="20"/>
        </w:rPr>
        <w:t>20:47  to subah ko aap ne Quran padha.</w:t>
      </w:r>
      <w:r>
        <w:br/>
      </w:r>
      <w:r>
        <w:rPr>
          <w:sz w:val="20"/>
        </w:rPr>
        <w:t>20:52  Quran mein ek khaas baat hai ke koi bhi page is ka aap padhein to is mein aap</w:t>
      </w:r>
      <w:r>
        <w:br/>
      </w:r>
      <w:r>
        <w:rPr>
          <w:sz w:val="20"/>
        </w:rPr>
        <w:t>20:57  ko koi baat mil jayegi.</w:t>
      </w:r>
      <w:r>
        <w:br/>
      </w:r>
      <w:r>
        <w:rPr>
          <w:sz w:val="20"/>
        </w:rPr>
        <w:t>21:02  to koi lamba, bahut saare pages padhne ki zaroorat nahi hai.</w:t>
      </w:r>
      <w:r>
        <w:br/>
      </w:r>
      <w:r>
        <w:rPr>
          <w:sz w:val="20"/>
        </w:rPr>
        <w:t>21:07  thoda sa padhiye samajh kar ke, sochte hue, gaur karte hue.</w:t>
      </w:r>
      <w:r>
        <w:br/>
      </w:r>
      <w:r>
        <w:rPr>
          <w:sz w:val="20"/>
        </w:rPr>
        <w:t>21:12  jisko kaha jata hai tadabbur ke sath. to aap</w:t>
      </w:r>
      <w:r>
        <w:br/>
      </w:r>
      <w:r>
        <w:rPr>
          <w:sz w:val="20"/>
        </w:rPr>
        <w:t>21:17  ko is mein kuch na kuch ghiza mil jayegi, kuch na kuch spiritual food mil jayega.</w:t>
      </w:r>
      <w:r>
        <w:br/>
      </w:r>
      <w:r>
        <w:rPr>
          <w:sz w:val="20"/>
        </w:rPr>
        <w:t>21:21  kuchh na kuchh guidance mil jayegi.</w:t>
      </w:r>
      <w:r>
        <w:br/>
      </w:r>
      <w:r>
        <w:rPr>
          <w:sz w:val="20"/>
        </w:rPr>
        <w:t>21:25  to daily routine mein yeh hona chahiye ke har din aadmi quran ka kuchh hissa padhe.</w:t>
      </w:r>
      <w:r>
        <w:br/>
      </w:r>
      <w:r>
        <w:rPr>
          <w:sz w:val="20"/>
        </w:rPr>
        <w:t>21:29  chahe ek hi page padhe.</w:t>
      </w:r>
      <w:r>
        <w:br/>
      </w:r>
      <w:r>
        <w:rPr>
          <w:sz w:val="20"/>
        </w:rPr>
        <w:t>21:33  to yeh anokha style hai quran ka.</w:t>
      </w:r>
      <w:r>
        <w:br/>
      </w:r>
      <w:r>
        <w:rPr>
          <w:sz w:val="20"/>
        </w:rPr>
        <w:t>21:37  jaise scholars ki book hoti hain to aap a se z tak padhenge tab kuchh milega aap ko.</w:t>
      </w:r>
      <w:r>
        <w:br/>
      </w:r>
      <w:r>
        <w:rPr>
          <w:sz w:val="20"/>
        </w:rPr>
        <w:t>21:41  a se z tak padhna padta hai.</w:t>
      </w:r>
      <w:r>
        <w:br/>
      </w:r>
      <w:r>
        <w:rPr>
          <w:sz w:val="20"/>
        </w:rPr>
        <w:t>21:45  yahan kya hai? yahan woh style nahin hai.</w:t>
      </w:r>
      <w:r>
        <w:br/>
      </w:r>
      <w:r>
        <w:rPr>
          <w:sz w:val="20"/>
        </w:rPr>
        <w:t>21:49  jo page padhiye usi mein wisdom mil jayegi.</w:t>
      </w:r>
      <w:r>
        <w:br/>
      </w:r>
      <w:r>
        <w:rPr>
          <w:sz w:val="20"/>
        </w:rPr>
        <w:t>21:55  jo page padhiye, jo jo page padhiye usi mein aap ko spiritual food mil jayegi.</w:t>
      </w:r>
      <w:r>
        <w:br/>
      </w:r>
      <w:r>
        <w:rPr>
          <w:sz w:val="20"/>
        </w:rPr>
        <w:t>22:01  to subah ka pehla kaam yeh hona chahiye ek momin ke liye ke quran ka koi na koi</w:t>
      </w:r>
      <w:r>
        <w:br/>
      </w:r>
      <w:r>
        <w:rPr>
          <w:sz w:val="20"/>
        </w:rPr>
        <w:t>22:07  hissa us ko padhe phir padh kar aage badhe.</w:t>
      </w:r>
      <w:r>
        <w:br/>
      </w:r>
      <w:r>
        <w:rPr>
          <w:sz w:val="20"/>
        </w:rPr>
        <w:t>22:13  ek sahab ne</w:t>
      </w:r>
      <w:r>
        <w:br/>
      </w:r>
      <w:r>
        <w:rPr>
          <w:sz w:val="20"/>
        </w:rPr>
        <w:t>22:19  ek formula banaya.</w:t>
      </w:r>
      <w:r>
        <w:br/>
      </w:r>
      <w:r>
        <w:rPr>
          <w:sz w:val="20"/>
        </w:rPr>
        <w:t>22:25  main samajhta hoon ke woh sahi formula hai.</w:t>
      </w:r>
      <w:r>
        <w:br/>
      </w:r>
      <w:r>
        <w:rPr>
          <w:sz w:val="20"/>
        </w:rPr>
        <w:t>22:31  woh ek mashhoor hai aap jante hain ke health ke liye.</w:t>
      </w:r>
      <w:r>
        <w:br/>
      </w:r>
      <w:r>
        <w:rPr>
          <w:sz w:val="20"/>
        </w:rPr>
        <w:t>22:37  ke one apple a day keeps doctor away.</w:t>
      </w:r>
      <w:r>
        <w:br/>
      </w:r>
      <w:r>
        <w:rPr>
          <w:sz w:val="20"/>
        </w:rPr>
        <w:t>22:43  is par unhon ne yeh formula banaya ke one verse a day keep</w:t>
      </w:r>
      <w:r>
        <w:br/>
      </w:r>
      <w:r>
        <w:rPr>
          <w:sz w:val="20"/>
        </w:rPr>
        <w:t>22:49  s Satan away. one verse a day keeps Satan away. toh Quran ka ek verse, ek page, ek paragraph subah ko jab padhta hai ek momin toh din bhar ke liye woh spiritual food us mein pa leta hai. ab is ke baad dekhiye ke aap breakfast lete hain. toh Islami tareeqa yeh hai ke aap Bismillah hir Rahman nir Rahim</w:t>
      </w:r>
    </w:p>
    <w:p>
      <w:pPr>
        <w:pStyle w:val="Heading2"/>
      </w:pPr>
      <w:r>
        <w:t>Importance of open dialogue in Islam</w:t>
      </w:r>
    </w:p>
    <w:p>
      <w:r>
        <w:rPr>
          <w:color w:val="666666"/>
          <w:sz w:val="18"/>
        </w:rPr>
        <w:t>CPS Women Monthly Q and A with Prof. Farida Khanam and Maulana Farhad Ahmed Umeri August 28, 2023 · 2m 12s · at 13:56 · https://youtu.be/gxAPgrrKfw0?t=836</w:t>
      </w:r>
    </w:p>
    <w:p>
      <w:r>
        <w:rPr>
          <w:i/>
        </w:rPr>
        <w:t>“Religion mein sawal poochna chahiye”</w:t>
      </w:r>
    </w:p>
    <w:p>
      <w:r>
        <w:rPr>
          <w:sz w:val="20"/>
        </w:rPr>
        <w:t>13:56  to main yeh kahungi video elaborate on the importance of open dialogue in islam. nahi, wah to purane zamane ki baatein hain ki religion mein koi sawal nahi kiya jata tha.</w:t>
      </w:r>
      <w:r>
        <w:br/>
      </w:r>
      <w:r>
        <w:rPr>
          <w:sz w:val="20"/>
        </w:rPr>
        <w:t>14:12  ab aaj hi jo maana ka video hum logon ne suna usmein kaha ki jis tarike se scientist discussion karte hain usi tarike se mazhabi logon ko bhi discussion karna chahiye aur wah kaha tha ki agar main khudar ka existence ko manta hoon, agar koi atheist hai to main uske saath bahut hi comfortably discussion kar sakta hoon. to hum bilkul open minded hamein hona chahiye discussion ke liye kyunki isse hamein intellectual development hota hai.</w:t>
      </w:r>
      <w:r>
        <w:br/>
      </w:r>
      <w:r>
        <w:rPr>
          <w:sz w:val="20"/>
        </w:rPr>
        <w:t>14:40  hamare mind mein bahut sari cheezein clear nahi hoti. discussion se wah clarity aati hai aur bahut sare sawalaat hamare dimagh mein hote hain. agar aap sawalaat nahi poohenge aur us par charcha nahi karenge to phir wah sawalaat ki jawab humein milenge nahi hamara mind ek confused state mein chala jayega. ji. zarza karna haan. iski importance to bahut hai jo hamein karna chahiye.</w:t>
      </w:r>
      <w:r>
        <w:br/>
      </w:r>
      <w:r>
        <w:rPr>
          <w:sz w:val="20"/>
        </w:rPr>
        <w:t>15:10  ji, lekin ek baat aur hai ki agar hum hum koi baat keh rahe hain aur doosra jo hai usko pasand nahi karta to usko bilkul hi kya kahenge unbiasedly usko usko pakadna hai usko. matlab us par gussa nahi hona hai usko kyunki bahut sare log gussa ho jate hain agar apne khilaf koi baat hoti hai to gussa ho jate hain.</w:t>
      </w:r>
      <w:r>
        <w:br/>
      </w:r>
      <w:r>
        <w:rPr>
          <w:sz w:val="20"/>
        </w:rPr>
        <w:t>15:39  aisa nahi bilkul ek researcher ki tarah, ek scientist ki tarah hamein discussion karna hai, chahe wah hamare khilaf ho ya hamari mafik ho. to yeh condition jo hai wah zaroori hai. waza karna, waza karna. Thank you, Apa, for a very important point that you've just we we have noted this point that we should always listen to any people unbiasedly without any negative feelings for that person.</w:t>
      </w:r>
      <w:r>
        <w:br/>
      </w:r>
      <w:r>
        <w:rPr>
          <w:sz w:val="20"/>
        </w:rPr>
        <w:t>16:08  And this question now comes from ayesha yusra. She has asked, there's a verse in the quran chapter two verse two thirty eight. Be ever mindful of prayer, especially the middle prayer and stand up before god in submissive devotion. She is asking what is middle prayer? Asr, middle prayer asr prayer hai.</w:t>
      </w:r>
    </w:p>
    <w:p>
      <w:pPr>
        <w:pStyle w:val="Heading2"/>
      </w:pPr>
      <w:r>
        <w:t>Patience defined as maintaining positivity under provocation</w:t>
      </w:r>
    </w:p>
    <w:p>
      <w:r>
        <w:rPr>
          <w:color w:val="666666"/>
          <w:sz w:val="18"/>
        </w:rPr>
        <w:t>In Conversation with Maulana Wahiduddin Khan (Amaal-e-Ramadan) 25 Aug, 2007 · 2m 11s · at 33:08 · https://youtu.be/DRE5UnumqIY?t=1988</w:t>
      </w:r>
    </w:p>
    <w:p>
      <w:r>
        <w:rPr>
          <w:i/>
        </w:rPr>
        <w:t>“Sabr ka matlab kya hai? Positivity ko maintain karna”</w:t>
      </w:r>
    </w:p>
    <w:p>
      <w:r>
        <w:rPr>
          <w:sz w:val="20"/>
        </w:rPr>
        <w:t>33:08  bilashuba. dekhen, sabr ka matlab kya hai? positivity par positivity ko maintain karna. hmm, sabr ka ka zarurat kahan paida hoti hai?</w:t>
      </w:r>
      <w:r>
        <w:br/>
      </w:r>
      <w:r>
        <w:rPr>
          <w:sz w:val="20"/>
        </w:rPr>
        <w:t>33:20  jahan koi nakhushgawar baat ho, unwanted koi experience ho, koi mushtael dila de aap ko, koi nuqsan pouncha de aap ko, wohin par sabr ki zarurat parti hai.</w:t>
      </w:r>
      <w:r>
        <w:br/>
      </w:r>
      <w:r>
        <w:rPr>
          <w:sz w:val="20"/>
        </w:rPr>
        <w:t>33:30  ji, to wahan par kya hota hai? negative thought aa jate hain,</w:t>
      </w:r>
      <w:r>
        <w:br/>
      </w:r>
      <w:r>
        <w:rPr>
          <w:sz w:val="20"/>
        </w:rPr>
        <w:t>33:33  manfi jazbat aa jate hain, ghussa aur ishtial aur rage aa jata hai. to sabr ka maqsad yahi hai ke apni positivity ko baqi rakho.</w:t>
      </w:r>
      <w:r>
        <w:br/>
      </w:r>
      <w:r>
        <w:rPr>
          <w:sz w:val="20"/>
        </w:rPr>
        <w:t>33:44  positive thinking jo hai hamari, woh gadbad na hone paye. positive thinking nahi to dua bhi qabool nahi hogi, khuda ki rehmat bhi nahi milegi, kuch bhi nahi hoga.</w:t>
      </w:r>
      <w:r>
        <w:br/>
      </w:r>
      <w:r>
        <w:rPr>
          <w:sz w:val="20"/>
        </w:rPr>
        <w:t>33:54  hmm, to sabr ko log samajhte hain ke koi</w:t>
      </w:r>
      <w:r>
        <w:br/>
      </w:r>
      <w:r>
        <w:rPr>
          <w:sz w:val="20"/>
        </w:rPr>
        <w:t>33:57  yani koi woh passive cheez. ji, yani munfa'il cheez nahi. sabr jo hai, ek tadbeer hai is baat ki ke dunya mein jahan har waqt unwanted experience hota rehta hai,</w:t>
      </w:r>
      <w:r>
        <w:br/>
      </w:r>
      <w:r>
        <w:rPr>
          <w:sz w:val="20"/>
        </w:rPr>
        <w:t>34:13  wahan hum kis tarah apni positivity ko maintain karen. hmm, yani yeh hai is ka maqsad.</w:t>
      </w:r>
      <w:r>
        <w:br/>
      </w:r>
      <w:r>
        <w:rPr>
          <w:sz w:val="20"/>
        </w:rPr>
        <w:t>34:23  hmm, yani is lihaz se sabr sab se bari ibadat hai. ke how to convert negativity into positivity. to sabr khud ibadat nahi hai, sabr aadmi ko haqeeqi ibadat ke qabil banati hai.</w:t>
      </w:r>
      <w:r>
        <w:br/>
      </w:r>
      <w:r>
        <w:rPr>
          <w:sz w:val="20"/>
        </w:rPr>
        <w:t>34:37  hmm, kyunke haqeeqi ibadat woh hai jis mein jis mein musbat jazbat ke sath kare aadmi. musbat jazbat nahi to ibadat bhi nahi.</w:t>
      </w:r>
      <w:r>
        <w:br/>
      </w:r>
      <w:r>
        <w:rPr>
          <w:sz w:val="20"/>
        </w:rPr>
        <w:t>34:47  hmm, to sabr aadmi ko is qabil banata hai, yani sabr ki spirit, sabr ka mizaj ke woh avoid kare cheezon ko, cheezon se araz kare, cheezon ko bhulata rahe taake us ke dil mein manfi jazbat parvarish na payen aur musbat jazbat mein woh jeeta rahe barabar.</w:t>
      </w:r>
      <w:r>
        <w:br/>
      </w:r>
      <w:r>
        <w:rPr>
          <w:sz w:val="20"/>
        </w:rPr>
        <w:t>35:09  tabhi woh is qabil hoga ke woh sachi ibadat kare aur tabhi is qabil hoga ke us par khuda ki rehmat aaye. ji,</w:t>
      </w:r>
    </w:p>
    <w:p>
      <w:pPr>
        <w:pStyle w:val="Heading2"/>
      </w:pPr>
      <w:r>
        <w:t>The spontaneous 'Rabbana lakal hamd' during prayer</w:t>
      </w:r>
    </w:p>
    <w:p>
      <w:r>
        <w:rPr>
          <w:color w:val="666666"/>
          <w:sz w:val="18"/>
        </w:rPr>
        <w:t>The Spirit of Namaz February 13, 2022 Dr. Saniyasnain Khan · 2m 22s · at 1:12:18 · https://youtu.be/Mh4K7ZR4RbE?t=4338</w:t>
      </w:r>
    </w:p>
    <w:p>
      <w:r>
        <w:rPr>
          <w:i/>
        </w:rPr>
        <w:t>“A companion in Medina, praying behind the Prophet”</w:t>
      </w:r>
    </w:p>
    <w:p>
      <w:r>
        <w:rPr>
          <w:sz w:val="20"/>
        </w:rPr>
        <w:t>1:12:18  To ek waqia ek Sahabi ka hai Madina ka Prophet namaz lead kar rahe the to ek Sahabi bhi usi mein beach mein aakar unhone namaz mein shamil hue. To us waqt Rasool Allah ruku mein the, jhuke hue the. To woh bhi us waqt shamil ho gaye.</w:t>
      </w:r>
      <w:r>
        <w:br/>
      </w:r>
      <w:r>
        <w:rPr>
          <w:sz w:val="20"/>
        </w:rPr>
        <w:t>1:12:41  to phir jab imam rooh se uthta hai to woh kehta hai sami allahu liman hamidah. allah ne uski sun li jisne uska hamd prez bayan kiya. to jo peeche log hote hain woh khamoshi se dil mein hi bolte hain rabbana lakal hamd. hamare rabb tere liye hamd hain. teri tareef hai.</w:t>
      </w:r>
      <w:r>
        <w:br/>
      </w:r>
      <w:r>
        <w:rPr>
          <w:sz w:val="20"/>
        </w:rPr>
        <w:t>1:13:04  to woh jo sahabi the unhone unke andar jo gehre ehsas the woh zor se unhone buland awaz mein bol diya rabbana lakal hamd, hamdan kasiran tayyiban mubarakan fee. unke munh se zor zor se nikal gaya. to jab namaz khatam hui to prophet khade ho gaye aur pucha ki yeh alfaz kisne bole the?</w:t>
      </w:r>
      <w:r>
        <w:br/>
      </w:r>
      <w:r>
        <w:rPr>
          <w:sz w:val="20"/>
        </w:rPr>
        <w:t>1:13:31  rabbana lakal hamd, hamdan kasiran, tayyiban, mubarakan fee. to jin sahabi ke munh se nikla tha unhone woh chup ho gaye, woh samjha koi, woh unhone samjha ki koi maine galat baat kar diya aur disturbance ho gaya namaz mein. to unhone kuch bole nahi woh. phir prophet ne dobara kaha ki kisne kaha tha yeh? to bhi woh chup rahe, mat nahi hui unke bolne ki.</w:t>
      </w:r>
      <w:r>
        <w:br/>
      </w:r>
      <w:r>
        <w:rPr>
          <w:sz w:val="20"/>
        </w:rPr>
        <w:t>1:13:57  to teesri baar prophet ne pucha ki yeh alfaz kiske zuban se nikle the? tab unhone darte hue kaha ki akhudag rasool mere munh se nikal gaya. to prophet ne kaha ki maine tees se zyada farishte dekhe daudte hue ki kaun isko sabse pehle likhe? to yeh hai spirit ki namaz.</w:t>
      </w:r>
      <w:r>
        <w:br/>
      </w:r>
      <w:r>
        <w:rPr>
          <w:sz w:val="20"/>
        </w:rPr>
        <w:t>1:14:21  aaj aap kisi masjid mein agar is tarah bol dein zor se to kuch aur hi mamla hoga wahan. to is tarah se jab gehri spirit ho to is tarah ke alfaz nikalte hain dil se. ji.</w:t>
      </w:r>
      <w:r>
        <w:br/>
      </w:r>
      <w:r>
        <w:rPr>
          <w:sz w:val="20"/>
        </w:rPr>
        <w:t>1:14:40  docsapp once molana in a session gave reference about a hadith where he said that one of the best place is masjid and the worst place is a shopping center. so i will request you if you can give us insight about that hadith to all of us. haan, yeh waqia hai.</w:t>
      </w:r>
    </w:p>
    <w:p>
      <w:pPr>
        <w:pStyle w:val="Heading2"/>
      </w:pPr>
      <w:r>
        <w:t>Da'wah planning is the spirit of Hajj</w:t>
      </w:r>
    </w:p>
    <w:p>
      <w:r>
        <w:rPr>
          <w:color w:val="666666"/>
          <w:sz w:val="18"/>
        </w:rPr>
        <w:t>The Message of Eid Al-Adha November 6, 2011 Maulana Wahiduddin Khan · 1m 40s · at 40:42 · https://youtu.be/y59PU_RD2cg?t=2442</w:t>
      </w:r>
    </w:p>
    <w:p>
      <w:r>
        <w:rPr>
          <w:i/>
        </w:rPr>
        <w:t>“Sab se ahem baat jo is mein hai, woh hai da'wati planning.”</w:t>
      </w:r>
    </w:p>
    <w:p>
      <w:r>
        <w:rPr>
          <w:sz w:val="20"/>
        </w:rPr>
        <w:t>40:42  phir sab se aham baat jo is mein hai, jo bada lesson hai, woh kya hai? woh hai</w:t>
      </w:r>
      <w:r>
        <w:br/>
      </w:r>
      <w:r>
        <w:rPr>
          <w:sz w:val="20"/>
        </w:rPr>
        <w:t>40:54  dawati planning. sach poochhein to Hajj ka jo Hajj ki jo ibadat hai, us ki rooh dawat hai.</w:t>
      </w:r>
      <w:r>
        <w:br/>
      </w:r>
      <w:r>
        <w:rPr>
          <w:sz w:val="20"/>
        </w:rPr>
        <w:t>41:04  yeh is ayat se aap samajh sakte hain, is ko</w:t>
      </w:r>
      <w:r>
        <w:br/>
      </w:r>
      <w:r>
        <w:rPr>
          <w:sz w:val="20"/>
        </w:rPr>
        <w:t>41:07  aik ayat hai Quran majeed ki ke agar sare hi musalman ekatha nahi ho sakte to un mein se kuch log niklein.</w:t>
      </w:r>
      <w:r>
        <w:br/>
      </w:r>
      <w:r>
        <w:rPr>
          <w:sz w:val="20"/>
        </w:rPr>
        <w:t>41:25  to jagah jagah se muntakhib log niklein aur aik center pe akatha hon. to hajj mein kya hota hai?</w:t>
      </w:r>
      <w:r>
        <w:br/>
      </w:r>
      <w:r>
        <w:rPr>
          <w:sz w:val="20"/>
        </w:rPr>
        <w:t>41:32  sari dunya se muntakhib afraad nikl nikl kar ke Makkah mein jama hote hain. to Rasool Allah sal Allah alaihi wasallam ke zamane mein jo hajj hua tha, jis ko hum Hajjat-ul-Wida kehte hain, wahan par jo aap ne khutba diya tha,</w:t>
      </w:r>
      <w:r>
        <w:br/>
      </w:r>
      <w:r>
        <w:rPr>
          <w:sz w:val="20"/>
        </w:rPr>
        <w:t>41:47  woh khutba parhein aap to aap ko poori spirit hajj ki samajh mein ayegi. woh spirit hai dawat, dawat, dawat ki spirit.</w:t>
      </w:r>
      <w:r>
        <w:br/>
      </w:r>
      <w:r>
        <w:rPr>
          <w:sz w:val="20"/>
        </w:rPr>
        <w:t>41:57  chunanche khutba Hajjat-ul-Wida mein aap ne jo baatein farmayi thi, to aap ne farmaya tha ke Allah ne mujhe sare alam ke liye bheja hai, sare alam ke liye.</w:t>
      </w:r>
      <w:r>
        <w:br/>
      </w:r>
      <w:r>
        <w:rPr>
          <w:sz w:val="20"/>
        </w:rPr>
        <w:t>42:12  illa nas kaffatan fa adooni innalaha basani kaffatan lin nas fa adooni</w:t>
      </w:r>
    </w:p>
    <w:p>
      <w:pPr>
        <w:pStyle w:val="Heading2"/>
      </w:pPr>
      <w:r>
        <w:t>Why hurrying to break the fast reflects a living spirit</w:t>
      </w:r>
    </w:p>
    <w:p>
      <w:r>
        <w:rPr>
          <w:color w:val="666666"/>
          <w:sz w:val="18"/>
        </w:rPr>
        <w:t>In Conversation with Maulana Wahiduddin Khan (Amaal-e-Ramadan) 25 Aug, 2007 · 1m 41s · at 17:19 · https://youtu.be/DRE5UnumqIY?t=1039</w:t>
      </w:r>
    </w:p>
    <w:p>
      <w:r>
        <w:rPr>
          <w:i/>
        </w:rPr>
        <w:t>“La yazaal an-naas bikhair ma ajjalul fitr”</w:t>
      </w:r>
    </w:p>
    <w:p>
      <w:r>
        <w:rPr>
          <w:sz w:val="20"/>
        </w:rPr>
        <w:t>17:19  is aitbar se iftar ke bare mein jo hadees mein aata hai ke la yazaalun naasu bi khairin ma 'ajjala al-fitr, is ka bhi matlab yahi hoga.</w:t>
      </w:r>
      <w:r>
        <w:br/>
      </w:r>
      <w:r>
        <w:rPr>
          <w:sz w:val="20"/>
        </w:rPr>
        <w:t>17:28  is ka matlab yeh hai ke asal mein is ko is ke is ke is ke peeche jo mafhoom hai, us ko samajhne ki zaroorat hai. ji, is ka mani yeh hai ke jab tak spirit zinda rahe gi.</w:t>
      </w:r>
      <w:r>
        <w:br/>
      </w:r>
      <w:r>
        <w:rPr>
          <w:sz w:val="20"/>
        </w:rPr>
        <w:t>17:39  hmm, yaani alfaaz to yeh hain ke log khair par rahen ge jab tak woh iftar mein jaldi karte rahen ge. jaldi ka mani yeh nahi ke suraj dikhai de raha ho, iftar kar liya.</w:t>
      </w:r>
      <w:r>
        <w:br/>
      </w:r>
      <w:r>
        <w:rPr>
          <w:sz w:val="20"/>
        </w:rPr>
        <w:t>17:49  ji, nahi, waqt hua, bas iftar kar liya. ek ehtiyati izafa jo karte hain log, bhai panch minute ehtiyat kar lo. hmm,</w:t>
      </w:r>
      <w:r>
        <w:br/>
      </w:r>
      <w:r>
        <w:rPr>
          <w:sz w:val="20"/>
        </w:rPr>
        <w:t>17:59  yaani time hone ke baad bhi ehtiyat karte hain log. haan, bilkul. hmm, calendar mein chupa hua hai, kehte hain ke bhai panch minute ehtiyat kar lo, do minute ehtiyat kar lo. yeh kya hai?</w:t>
      </w:r>
      <w:r>
        <w:br/>
      </w:r>
      <w:r>
        <w:rPr>
          <w:sz w:val="20"/>
        </w:rPr>
        <w:t>18:08  yeh mizaj jo hai, yeh daur-e-zawaal ki alamat hai. ji, ehtiyat kyun karen? jab time hoga to iftar kar len. kis liye ehtiyat?</w:t>
      </w:r>
      <w:r>
        <w:br/>
      </w:r>
      <w:r>
        <w:rPr>
          <w:sz w:val="20"/>
        </w:rPr>
        <w:t>18:17  aam taur par log ehtiyat hi karte hain.</w:t>
      </w:r>
      <w:r>
        <w:br/>
      </w:r>
      <w:r>
        <w:rPr>
          <w:sz w:val="20"/>
        </w:rPr>
        <w:t>18:19  ehtiyat, ehtiyat ka tasawwur jo hai, woh daur-e-zawaal ki alamat hai. hmm, bas waqt hoga to iftar kar lijiyey. ehtiyat kya hai?</w:t>
      </w:r>
      <w:r>
        <w:br/>
      </w:r>
      <w:r>
        <w:rPr>
          <w:sz w:val="20"/>
        </w:rPr>
        <w:t>18:28  ehtiyat ki koi zaroorat hi nahi hai. ji, asal cheez yeh hai ke yeh priority ka muamla hai. jab jab logon ke andar spirit zinda ho to saari ahmiyat jo spirit ko di jati hai.</w:t>
      </w:r>
      <w:r>
        <w:br/>
      </w:r>
      <w:r>
        <w:rPr>
          <w:sz w:val="20"/>
        </w:rPr>
        <w:t>18:39  hmm, aur spirit zinda na ho to saari ahmiyat form ko di jati hai.</w:t>
      </w:r>
      <w:r>
        <w:br/>
      </w:r>
      <w:r>
        <w:rPr>
          <w:sz w:val="20"/>
        </w:rPr>
        <w:t>18:43  yeh us daur ki pehchan hai jab ke form ko ahmiyat di jaane lagi ho. ji, to rasool Allah ne jo baat fermai, us ka matlab yeh hai ke us waqt tak ummat khair par rahe gi jab tak is ka spirit zinda ho,</w:t>
      </w:r>
    </w:p>
    <w:p>
      <w:pPr>
        <w:pStyle w:val="Heading2"/>
      </w:pPr>
      <w:r>
        <w:t>The 50-50 formula: contentment for you, ambition for your kids</w:t>
      </w:r>
    </w:p>
    <w:p>
      <w:r>
        <w:rPr>
          <w:color w:val="666666"/>
          <w:sz w:val="18"/>
        </w:rPr>
        <w:t>The Concept of Dua In Islam May 27, 2007 · 1m 15s · at 1:23:20 · https://youtu.be/wkRQaMb04dI?t=5000</w:t>
      </w:r>
    </w:p>
    <w:p>
      <w:r>
        <w:rPr>
          <w:i/>
        </w:rPr>
        <w:t>“اپنے لیے قناعت، بچوں کے لیے ترقی”</w:t>
      </w:r>
    </w:p>
    <w:p>
      <w:r>
        <w:rPr>
          <w:sz w:val="20"/>
        </w:rPr>
        <w:t>1:23:20  mein aksar kaha karta hoon ke dekhiye, yeh 50-50 ka maamla hai.</w:t>
      </w:r>
      <w:r>
        <w:br/>
      </w:r>
      <w:r>
        <w:rPr>
          <w:sz w:val="20"/>
        </w:rPr>
        <w:t>1:23:25  50 percent dua, 50 percent aap ka apna amal. agar aap apna 50 percent amal is mein nahi jodte hain to sirf 50 percent dua woh kaam nahi karegi.</w:t>
      </w:r>
      <w:r>
        <w:br/>
      </w:r>
      <w:r>
        <w:rPr>
          <w:sz w:val="20"/>
        </w:rPr>
        <w:t>1:23:40  mein aksar kaha karta hoon ke yeh 50-50 ka maamla hai. koi aadmi chahe ke bas dua karo, dua karo, dua karo to kuch bhi hone wala nahi hai. is se</w:t>
      </w:r>
      <w:r>
        <w:br/>
      </w:r>
      <w:r>
        <w:rPr>
          <w:sz w:val="20"/>
        </w:rPr>
        <w:t>1:23:55  dua 50 percent aur amal 50 percent, tab ja kar ke amal ka matlab yahi hai: intellectual management, apne soch ko waise banana jaise containment ke liye dua aap kar rahe hain, aur soch waise na banayein to phir kuch bhi nahi hoga.</w:t>
      </w:r>
      <w:r>
        <w:br/>
      </w:r>
      <w:r>
        <w:rPr>
          <w:sz w:val="20"/>
        </w:rPr>
        <w:t>1:24:15  to woh formula jo hai, mein samajhta hoon ke bahut se logon ke liye formula hai, woh ke apne liye taraqqi soch sochana chhod do, woh bachchon pe dalo. apne liye containment, bachchon ke liye taraqqi.</w:t>
      </w:r>
      <w:r>
        <w:br/>
      </w:r>
      <w:r>
        <w:rPr>
          <w:sz w:val="20"/>
        </w:rPr>
        <w:t>1:24:30  best formula yeh hai mere nazdeek.</w:t>
      </w:r>
    </w:p>
    <w:p>
      <w:pPr>
        <w:pStyle w:val="Heading2"/>
      </w:pPr>
      <w:r>
        <w:t>How hunger during fasting cultivates real gratitude</w:t>
      </w:r>
    </w:p>
    <w:p>
      <w:r>
        <w:rPr>
          <w:color w:val="666666"/>
          <w:sz w:val="18"/>
        </w:rPr>
        <w:t>Importance of Ramadan March 24, 2024 · 1m 54s · at 10:19 · https://youtu.be/cn67uauGQrc?t=619</w:t>
      </w:r>
    </w:p>
    <w:p>
      <w:r>
        <w:rPr>
          <w:i/>
        </w:rPr>
        <w:t>“Sabse bada shukr yeh hai ke Allah ne hidayat utaari”</w:t>
      </w:r>
    </w:p>
    <w:p>
      <w:r>
        <w:rPr>
          <w:sz w:val="20"/>
        </w:rPr>
        <w:t>10:19  sab se bada shukr to ALLAH ka yeh karna hai ke ALLAH ta'ala ne hidayat utari. kyunke insaan paida hota hai, usko kuch nahi maloom ke woh kis liye paida hua hai, uski zindagi ka maqsad kya hai, marne ke baad uske saath kya hone wala hai, usko kuch pata nahi.</w:t>
      </w:r>
      <w:r>
        <w:br/>
      </w:r>
      <w:r>
        <w:rPr>
          <w:sz w:val="20"/>
        </w:rPr>
        <w:t>10:36  to ALLAH ta'ala ne hidayat utari aur yeh baat surah baqarah mein aai hai ke ALLAH ki barai is par ke usne tum ko rah batai taake tum uske shukr guzar bano.</w:t>
      </w:r>
      <w:r>
        <w:br/>
      </w:r>
      <w:r>
        <w:rPr>
          <w:sz w:val="20"/>
        </w:rPr>
        <w:t>10:49  to wohi shukr ki haqeeqat hai, wohi kaha ke thank you karna. woh thank you to woh lip service hai. humein khuda ko acknowledge karna hai aur acknowledge karna hai uski blessings ke reference se.</w:t>
      </w:r>
      <w:r>
        <w:br/>
      </w:r>
      <w:r>
        <w:rPr>
          <w:sz w:val="20"/>
        </w:rPr>
        <w:t>11:04  kyunke har aan uski blessings humein mil rahi hain. ab oxygen hai, khana peena hai, suraj hai, uski ujala hai, light</w:t>
      </w:r>
      <w:r>
        <w:br/>
      </w:r>
      <w:r>
        <w:rPr>
          <w:sz w:val="20"/>
        </w:rPr>
        <w:t>11:14  hai. matlab agar hum sochte rahein, sochte rahein to kabhi yeh blessings ka jo hai count kabhi khatam nahi hoga. to yeh blessings hum ko chunke har aan mil rahi hain, is liye yeh rule lagai gai ke waqti taur par hum khana pani chodein taake humein ehsaas ho ke khana pani kitna ziyada important hai.</w:t>
      </w:r>
      <w:r>
        <w:br/>
      </w:r>
      <w:r>
        <w:rPr>
          <w:sz w:val="20"/>
        </w:rPr>
        <w:t>11:36  to yeh jo shadeed bhook pyas ka tajurba aap dekhiye ke jo jo haiz hain, unko to yeh sab tajurbe hote hain nahi.</w:t>
      </w:r>
      <w:r>
        <w:br/>
      </w:r>
      <w:r>
        <w:rPr>
          <w:sz w:val="20"/>
        </w:rPr>
        <w:t>11:44  haiz na'asto unko to tajurbe bhi hote hain lekin haiz ko kahan hote hain? to unko yeh tajurba karaya gaya taake unko ehsaas ho ke khuda kitna ziyada bada benefactor hai aur har aan humein apni blessings ko bhi jahraha hai.</w:t>
      </w:r>
      <w:r>
        <w:br/>
      </w:r>
      <w:r>
        <w:rPr>
          <w:sz w:val="20"/>
        </w:rPr>
        <w:t>12:02  to jab din bhar insaan khana pani chhod kar pure usko rase se guzar kar jab sham ko khana khata hai, pani peeta hai, tab woh zabardast tareeqe se khuda ka shukr ada karta hai.</w:t>
      </w:r>
    </w:p>
    <w:p>
      <w:pPr>
        <w:pStyle w:val="Heading2"/>
      </w:pPr>
      <w:r>
        <w:t>Hadith of the three Ameens and Ramadan's last chance</w:t>
      </w:r>
    </w:p>
    <w:p>
      <w:r>
        <w:rPr>
          <w:color w:val="666666"/>
          <w:sz w:val="18"/>
        </w:rPr>
        <w:t>CPS Women Interaction 4 April 30, 2022 · 1m 45s · at 1:01:12 · https://youtu.be/O8DWIk3naCQ?t=3672</w:t>
      </w:r>
    </w:p>
    <w:p>
      <w:r>
        <w:rPr>
          <w:i/>
        </w:rPr>
        <w:t>“Ek hadees hai ki teen mimbar par chadhe”</w:t>
      </w:r>
    </w:p>
    <w:p>
      <w:r>
        <w:rPr>
          <w:sz w:val="20"/>
        </w:rPr>
        <w:t>1:01:12  ab jaise mujhe ek point yaad aa raha tha. ek hadish hai ki teen member par chadhe to pehle member par chadhe to kaha amir doosre par gaye to phir kaha amir phir teesre par gaye to kaha amir. vah sahabk ram ne puchha allhak rasool aapne aisa kyon kaha? kyonki isse pehle aapne nahin kaha tha.</w:t>
      </w:r>
      <w:r>
        <w:br/>
      </w:r>
      <w:r>
        <w:rPr>
          <w:sz w:val="20"/>
        </w:rPr>
        <w:t>1:01:35  to usme ek jo ramzan ke mutalik ne kaha tha vah main batata hun ki vah insaan bahut badnaseeb hai ki ramzan ka mahina aaya aur guzar gaya aur vah apni maqrat talap na kar sakalla tala se. iski maqrat na ho pai. to yah aakhiri din chal raha hai ek ya do din baki hai roze ka isko ghanimat jaane hum ki vah patnaseeb jisko kaha usme se na ho.</w:t>
      </w:r>
      <w:r>
        <w:br/>
      </w:r>
      <w:r>
        <w:rPr>
          <w:sz w:val="20"/>
        </w:rPr>
        <w:t>1:02:02  nahin jante ki hamare ab nai kamal allah talah ne kubool kiye ki nahin kiye allah talah ki azmat hai vah darwaza khula har ek ke liye to chahe talab karna chahe. to is mokaai ko ghanimat jaane. sirf shabe qadr ki dara shabe qadr mein na pade.</w:t>
      </w:r>
      <w:r>
        <w:br/>
      </w:r>
      <w:r>
        <w:rPr>
          <w:sz w:val="20"/>
        </w:rPr>
        <w:t>1:02:30  har waqf pade maqfart talab karein. yah kaam abhi jari rakhein spirit uski saal bhar inshalah baki rahegi. hum agar baki rakhenge to. allah talah se kahenge saal bhar hamko isi spirit ke sath baki rakhein. main ek baat puchh sakti hun?</w:t>
      </w:r>
      <w:r>
        <w:br/>
      </w:r>
      <w:r>
        <w:rPr>
          <w:sz w:val="20"/>
        </w:rPr>
        <w:t>1:02:57  shabina sahiba can i, can i ask you a question? jabin ali? yes, apa you can ask the question.</w:t>
      </w:r>
    </w:p>
    <w:p>
      <w:pPr>
        <w:pStyle w:val="Heading2"/>
      </w:pPr>
      <w:r>
        <w:t>Building full of monkeys: a parable on ignoring God</w:t>
      </w:r>
    </w:p>
    <w:p>
      <w:r>
        <w:rPr>
          <w:color w:val="666666"/>
          <w:sz w:val="18"/>
        </w:rPr>
        <w:t>Spirit of Ramadan April 3, 2022 Prof. Farida Khanam · 1m 06s · at 43:47 · https://youtu.be/cj5T0Atpeu8?t=2627</w:t>
      </w:r>
    </w:p>
    <w:p>
      <w:r>
        <w:rPr>
          <w:i/>
        </w:rPr>
        <w:t>“वहाँ पर पूरी building में बंदर भरे हुए थे”</w:t>
      </w:r>
    </w:p>
    <w:p>
      <w:r>
        <w:rPr>
          <w:sz w:val="20"/>
        </w:rPr>
        <w:t>43:47  log apne aaba o ajdad ka charcha karte hain. apni family ke logon ka charcha karte hain. apne, apne jo bhi dost azaab hain, unki badhaiyon ka zikr karte hain.</w:t>
      </w:r>
      <w:r>
        <w:br/>
      </w:r>
      <w:r>
        <w:rPr>
          <w:sz w:val="20"/>
        </w:rPr>
        <w:t>43:58  humein khuda ka zikr karna hai, khuda ka charcha karna hai, khuda ki unke host. to wahan par gaye to dekha ki wahan par poori building mein bandar bhare hue hain. to wo bandar bhare hue hain aur building wo dekh bhi nahi paaye.</w:t>
      </w:r>
      <w:r>
        <w:br/>
      </w:r>
      <w:r>
        <w:rPr>
          <w:sz w:val="20"/>
        </w:rPr>
        <w:t>44:28  to unhone likha hai ki yahi hamara haal hoga ki hum bandaron ki tareeqe se humne duniya par qabza kar rakha hai aur uski jo price hai khuda ka shukr khuda ke hum khuda ko acknowledge karna woh hum de nahi rahe hain. to yahi price hai warna hum user par ho jayenge. to abhi mere saath abhi naya do teen din hua mere saath ek tazarfa guzra.</w:t>
      </w:r>
      <w:r>
        <w:br/>
      </w:r>
      <w:r>
        <w:rPr>
          <w:sz w:val="20"/>
        </w:rPr>
        <w:t>44:53  to matlab kis tareeqe se hum log ne'maton ko for granted liye hue hain ki main hospital gayi to wahan par kuch problem ho gaya aur wahan par line wain thi kaafi. to main apne driver ko phone karne lagi mobile par magar wo contact nahi hua. taqreeban aath das phone call kiya contact nahi hua. to phir main bahut zyada thak gayi thi. phir main ek three wheeler lekar ghar wapas aa gayi.</w:t>
      </w:r>
    </w:p>
    <w:p>
      <w:pPr>
        <w:pStyle w:val="Heading2"/>
      </w:pPr>
      <w:r>
        <w:t>Purpose of prayer: inculcate God is great</w:t>
      </w:r>
    </w:p>
    <w:p>
      <w:r>
        <w:rPr>
          <w:color w:val="666666"/>
          <w:sz w:val="18"/>
        </w:rPr>
        <w:t>On Salah (Prayer) | January 22, 2006 | Maulana Wahiduddin Khan · 1m 32s · at 30:20 · https://youtu.be/k9e3-2e4uTw?t=1820</w:t>
      </w:r>
    </w:p>
    <w:p>
      <w:r>
        <w:rPr>
          <w:i/>
        </w:rPr>
        <w:t>“Sab se bada maqsad hai Allahu Akbar ki spirit logon ke andar paida karna”</w:t>
      </w:r>
    </w:p>
    <w:p>
      <w:r>
        <w:rPr>
          <w:sz w:val="20"/>
        </w:rPr>
        <w:t>30:20  purpose hai, sab se bara jo maqsad hai, woh hai Allahu Akbar ki spirit logon ke andar paida karna. to inculcate Allahu Akbar ka matlab kya hai? God is great. God is great. aur koi aur cheez great nahi hai. is ko le kar meri samajh mein aaya ke namaz ka jo asal</w:t>
      </w:r>
      <w:r>
        <w:br/>
      </w:r>
      <w:r>
        <w:rPr>
          <w:sz w:val="20"/>
        </w:rPr>
        <w:t>30:50  maqsad hai woh yeh hai ke God is great wali spirit logon ke andar paida karna. yani God alone is great. God alone is great. and nothing else is great. yeh hai basic. 326 bar jab is</w:t>
      </w:r>
      <w:r>
        <w:br/>
      </w:r>
      <w:r>
        <w:rPr>
          <w:sz w:val="20"/>
        </w:rPr>
        <w:t>31:20  word ko 24 ghantay mein dohraya jaye, yani if repeated word hai yeh namaz ka. to bilkul understandable hai yeh baat ke namaz ka asal maqsad kya hai? yeh spirit paida karna ke God alone is great and nothing else is great.</w:t>
      </w:r>
    </w:p>
    <w:p>
      <w:pPr>
        <w:pStyle w:val="Heading2"/>
      </w:pPr>
      <w:r>
        <w:t>Allah is not God, meaning explained</w:t>
      </w:r>
    </w:p>
    <w:p>
      <w:r>
        <w:rPr>
          <w:color w:val="666666"/>
          <w:sz w:val="18"/>
        </w:rPr>
        <w:t>Peace Building, Islamic Perspective, by Dr Farida Khanam I November 29, 2013 · 1m 47s · at 40:12 · https://youtu.be/MTGe7GbgNv0?t=2412</w:t>
      </w:r>
    </w:p>
    <w:p>
      <w:r>
        <w:rPr>
          <w:i/>
        </w:rPr>
        <w:t>“Allah isn't God, it's a Western word.”</w:t>
      </w:r>
    </w:p>
    <w:p>
      <w:r>
        <w:rPr>
          <w:sz w:val="20"/>
        </w:rPr>
        <w:t>40:12  But actually, for Islam, where God is? Allah isn't God. It's a Western word. Is it different or is it different? It's different. But really, it's Allah. It's Allah. How to understand? Actually, we also use God. God and Khuda and Allah.</w:t>
      </w:r>
      <w:r>
        <w:br/>
      </w:r>
      <w:r>
        <w:rPr>
          <w:sz w:val="20"/>
        </w:rPr>
        <w:t>40:42  It was the Arabs who used to say this word Allah. So they were using this word. So the same has been adopted in Islam. There are Muslims who are saying, saying that Allah is God's proper name. But this is not right.</w:t>
      </w:r>
      <w:r>
        <w:br/>
      </w:r>
      <w:r>
        <w:rPr>
          <w:sz w:val="20"/>
        </w:rPr>
        <w:t>40:58  It was used even in pre-Islamic Arabia, this name. It just means an object to be worshipped. So we can use God, Khuda, and any other such word interchangeably.</w:t>
      </w:r>
      <w:r>
        <w:br/>
      </w:r>
      <w:r>
        <w:rPr>
          <w:sz w:val="20"/>
        </w:rPr>
        <w:t>41:23  Can anyone explain Allah meaning?</w:t>
      </w:r>
      <w:r>
        <w:br/>
      </w:r>
      <w:r>
        <w:rPr>
          <w:sz w:val="20"/>
        </w:rPr>
        <w:t>41:32  Allah ke kya ma'ani hain? Literal.</w:t>
      </w:r>
      <w:r>
        <w:br/>
      </w:r>
      <w:r>
        <w:rPr>
          <w:sz w:val="20"/>
        </w:rPr>
        <w:t>41:41  Just a deity.</w:t>
      </w:r>
      <w:r>
        <w:br/>
      </w:r>
      <w:r>
        <w:rPr>
          <w:sz w:val="20"/>
        </w:rPr>
        <w:t>41:50  A deity, it means.</w:t>
      </w:r>
      <w:r>
        <w:br/>
      </w:r>
      <w:r>
        <w:rPr>
          <w:sz w:val="20"/>
        </w:rPr>
        <w:t>41:59  A deity.</w:t>
      </w:r>
    </w:p>
    <w:p>
      <w:pPr>
        <w:pStyle w:val="Heading2"/>
      </w:pPr>
      <w:r>
        <w:t>Reward stands even if charity reaches the wrong person</w:t>
      </w:r>
    </w:p>
    <w:p>
      <w:r>
        <w:rPr>
          <w:color w:val="666666"/>
          <w:sz w:val="18"/>
        </w:rPr>
        <w:t>The Importance of Zakat May 08, 2022 Dr. Saniyasnain Khan · 1m 40s · at 1:00:39 · https://youtu.be/92nslWvnQ5Y?t=3639</w:t>
      </w:r>
    </w:p>
    <w:p>
      <w:r>
        <w:rPr>
          <w:i/>
        </w:rPr>
        <w:t>“By mistake, his sadaqa went to a thief one night”</w:t>
      </w:r>
    </w:p>
    <w:p>
      <w:r>
        <w:rPr>
          <w:sz w:val="20"/>
        </w:rPr>
        <w:t>1:00:39  and aap satka ya zakat de rahe hain usko to kya tab bhi dene wale ko reward milega? halanki jisko diya hai woh needy nahi hai. to iske bare mein aapka kya khayal hai? aisa galti se ho sakta hai. ji. bar ek waqea hai, alivindi ne kai waqea hai. ek sahab ko raat ko aisa ehsaas hua ki main kisi ko jakar zakart ya satka dun.</w:t>
      </w:r>
      <w:r>
        <w:br/>
      </w:r>
      <w:r>
        <w:rPr>
          <w:sz w:val="20"/>
        </w:rPr>
        <w:t>1:01:07  to woh nikle raat ko aur unhone kisi chor ko de diya. ji, apna apni zakart aur kisi ek aur aadmi ko de diya jo jo jisko woh matlab ameer tha woh. to subah logon ne kaha ki bhai inhone ek chor ko de diya aur ek ameer aadmi ko de diya.</w:t>
      </w:r>
      <w:r>
        <w:br/>
      </w:r>
      <w:r>
        <w:rPr>
          <w:sz w:val="20"/>
        </w:rPr>
        <w:t>1:01:30  to yeh baat rasoolullah sallam ke tak pahunchi to prophet mohammad sallam ne kaha ki to tumhara reward tumhe milega. jo reward tumhe milna hai woh milega aur jo jis chor vagera jo hai ho sakta hai ki usko bhi sharm aaye aur woh chori karna chhod de. ji.</w:t>
      </w:r>
      <w:r>
        <w:br/>
      </w:r>
      <w:r>
        <w:rPr>
          <w:sz w:val="20"/>
        </w:rPr>
        <w:t>1:01:51  to is lihaz se agar kisi ne galti se kisi aise insan ko de diye jis jo mustahhit nahi hai, to woh uska to reward use poora milega. ji, ji, ji. doctor sahab ek, ek incident yeh bhi hai ki prophet ne ek matatwa kaha ki even smile yani muskurahat, woh bhi zaqad hai. to iske bare mein bhi kuch batayein hamein.</w:t>
      </w:r>
      <w:r>
        <w:br/>
      </w:r>
      <w:r>
        <w:rPr>
          <w:sz w:val="20"/>
        </w:rPr>
        <w:t>1:02:19  muskurahat zaqad nahi hai, satkayein. satka hai. haan zakat mein to matlab mali wo karna padega. ji. satka to koi bhi ne kamal satka hai. ji ji. koi bhi ne kamal, koi, koi bhi ne kamal karta hai kisi ke liye bhi jaise aata hai ki agar raste mein koi rukawat hai, maan le ko patthar hai ya koi lakdi vagera padi hai woh hata de to woh bhi charity hai.</w:t>
      </w:r>
    </w:p>
    <w:p>
      <w:pPr>
        <w:pStyle w:val="Heading2"/>
      </w:pPr>
      <w:r>
        <w:t>Language of hammering in Quran</w:t>
      </w:r>
    </w:p>
    <w:p>
      <w:r>
        <w:rPr>
          <w:color w:val="666666"/>
          <w:sz w:val="18"/>
        </w:rPr>
        <w:t>Spirit of Zakat I May 4, 2007 · 3m 03s · at 1:08:48 · https://youtu.be/CSXO7LY_9cM?t=4128</w:t>
      </w:r>
    </w:p>
    <w:p>
      <w:r>
        <w:rPr>
          <w:i/>
        </w:rPr>
        <w:t>“Is tarah ki jo baatein aati hain, is ko samajhne mein logon ne”</w:t>
      </w:r>
    </w:p>
    <w:p>
      <w:r>
        <w:rPr>
          <w:sz w:val="20"/>
        </w:rPr>
        <w:t>1:08:48  is tarah ki jo baatein aati hain, is ko samajhne mein logon ne bohat ghalti ki hai. dekhein, yeh hoti hai hammering ki zuban, hammering ki zuban hoti hai, jaise Quran mein Khuda ki zuban se Rasool Allah ne to kisi ko kafir nahi kaha, lekin Khuda ki zuban se aaya hai ke Ayya al-Kafirun. yaad rakhiye ke Quran mein jahan bhi aaya hai, Khuda ki zuban se hai, Rasool Allah ki zuban se nahi hai. kafir ka lafz to</w:t>
      </w:r>
      <w:r>
        <w:br/>
      </w:r>
      <w:r>
        <w:rPr>
          <w:sz w:val="20"/>
        </w:rPr>
        <w:t>1:09:18  khuda ne jab kaha ke eiha al kafiroon, aye inkar karne walon, aur rasool allah ne jab kaha ke</w:t>
      </w:r>
      <w:r>
        <w:br/>
      </w:r>
      <w:r>
        <w:rPr>
          <w:sz w:val="20"/>
        </w:rPr>
        <w:t>1:09:24  یہ گھٹنوں کے اوپر گھستے ہوئے جائیں گے، that was language of hammering.</w:t>
      </w:r>
      <w:r>
        <w:br/>
      </w:r>
      <w:r>
        <w:rPr>
          <w:sz w:val="20"/>
        </w:rPr>
        <w:t>1:09:31  is ko log na samajhne ki wajah se is ko le lete hain literal maano mein, to samajh</w:t>
      </w:r>
      <w:r>
        <w:br/>
      </w:r>
      <w:r>
        <w:rPr>
          <w:sz w:val="20"/>
        </w:rPr>
        <w:t>1:09:37  nahi paate baaton ko.</w:t>
      </w:r>
      <w:r>
        <w:br/>
      </w:r>
      <w:r>
        <w:rPr>
          <w:sz w:val="20"/>
        </w:rPr>
        <w:t>1:09:43  quran aur hadith mein jahan bhi sakht alfaaz hain, woh sab</w:t>
      </w:r>
      <w:r>
        <w:br/>
      </w:r>
      <w:r>
        <w:rPr>
          <w:sz w:val="20"/>
        </w:rPr>
        <w:t>1:09:49  hemorrhage ki zuban hai, woh hammering ki zuban hai.</w:t>
      </w:r>
      <w:r>
        <w:br/>
      </w:r>
      <w:r>
        <w:rPr>
          <w:sz w:val="20"/>
        </w:rPr>
        <w:t>1:09:54  hammering, hammering ka matlab hota hai hathaura chalana.</w:t>
      </w:r>
      <w:r>
        <w:br/>
      </w:r>
      <w:r>
        <w:rPr>
          <w:sz w:val="20"/>
        </w:rPr>
        <w:t>1:09:59  ek hai, aap naram naram baatein kahein, ek hai kade andaaz mein bolein.</w:t>
      </w:r>
      <w:r>
        <w:br/>
      </w:r>
      <w:r>
        <w:rPr>
          <w:sz w:val="20"/>
        </w:rPr>
        <w:t>1:10:04  آپ اس کو کہا جاتا ہے language of hammering۔</w:t>
      </w:r>
      <w:r>
        <w:br/>
      </w:r>
      <w:r>
        <w:rPr>
          <w:sz w:val="20"/>
        </w:rPr>
        <w:t>1:10:09  to tajurba yeh hai ke aap naram naram naram naram baatein karein to aadmi asar nahi leta, lekin</w:t>
      </w:r>
      <w:r>
        <w:br/>
      </w:r>
      <w:r>
        <w:rPr>
          <w:sz w:val="20"/>
        </w:rPr>
        <w:t>1:10:14  jab kada bolte hain aap to asar let</w:t>
      </w:r>
      <w:r>
        <w:br/>
      </w:r>
      <w:r>
        <w:rPr>
          <w:sz w:val="20"/>
        </w:rPr>
        <w:t>1:10:19  a hai, woh badal jata hai.</w:t>
      </w:r>
      <w:r>
        <w:br/>
      </w:r>
      <w:r>
        <w:rPr>
          <w:sz w:val="20"/>
        </w:rPr>
        <w:t>1:10:24  woh isi liye aap dekhiye, jin logon ke bare mein allah taala ne farmaya tha ke eiha al kafiroon,</w:t>
      </w:r>
      <w:r>
        <w:br/>
      </w:r>
      <w:r>
        <w:rPr>
          <w:sz w:val="20"/>
        </w:rPr>
        <w:t>1:10:29  qul ya eiha al kafiroon, woh kaun thay? makka ke log thay, jab rasool allah ne hijrat ki makka</w:t>
      </w:r>
      <w:r>
        <w:br/>
      </w:r>
      <w:r>
        <w:rPr>
          <w:sz w:val="20"/>
        </w:rPr>
        <w:t>1:10:34  se, us waqt yeh ayat utri thi nabuwat ke terahwein saal, jab rasool allah ne makka se hijrat</w:t>
      </w:r>
      <w:r>
        <w:br/>
      </w:r>
      <w:r>
        <w:rPr>
          <w:sz w:val="20"/>
        </w:rPr>
        <w:t>1:10:39  ki, us waqt yeh ayat utri thi.</w:t>
      </w:r>
      <w:r>
        <w:br/>
      </w:r>
      <w:r>
        <w:rPr>
          <w:sz w:val="20"/>
        </w:rPr>
        <w:t>1:10:44  is mein kaha gaya, qul ya</w:t>
      </w:r>
      <w:r>
        <w:br/>
      </w:r>
      <w:r>
        <w:rPr>
          <w:sz w:val="20"/>
        </w:rPr>
        <w:t>1:10:49  eiha al kafiroon, keh do ke aye inkar karne walon.</w:t>
      </w:r>
      <w:r>
        <w:br/>
      </w:r>
      <w:r>
        <w:rPr>
          <w:sz w:val="20"/>
        </w:rPr>
        <w:t>1:10:55  lekin aap jante hain ke yeh taqreeban saare log phir islam mein dakhil ho gaye.</w:t>
      </w:r>
      <w:r>
        <w:br/>
      </w:r>
      <w:r>
        <w:rPr>
          <w:sz w:val="20"/>
        </w:rPr>
        <w:t>1:11:01  to agar khuda ne muqaddar kar diya hota ke inkar mein rahein, inkar mein marein, to un ko</w:t>
      </w:r>
      <w:r>
        <w:br/>
      </w:r>
      <w:r>
        <w:rPr>
          <w:sz w:val="20"/>
        </w:rPr>
        <w:t>1:11:08  yeh tofeeq kyun milti? kyunke sachai ko qabool karna jo hai, woh insaan karta hai, lekin tofeeq khuda</w:t>
      </w:r>
      <w:r>
        <w:br/>
      </w:r>
      <w:r>
        <w:rPr>
          <w:sz w:val="20"/>
        </w:rPr>
        <w:t>1:11:14  ki taraf se aati hai. yaad rakhiye,</w:t>
      </w:r>
      <w:r>
        <w:br/>
      </w:r>
      <w:r>
        <w:rPr>
          <w:sz w:val="20"/>
        </w:rPr>
        <w:t>1:11:20  baghair Khuda ki tofeeq se koi aadmi sachai ko na samjhega, na manega.</w:t>
      </w:r>
      <w:r>
        <w:br/>
      </w:r>
      <w:r>
        <w:rPr>
          <w:sz w:val="20"/>
        </w:rPr>
        <w:t>1:11:28  Allah yehdi yashaa, innaka la tehdi manbit, Allah yehdi yashaa.</w:t>
      </w:r>
      <w:r>
        <w:br/>
      </w:r>
      <w:r>
        <w:rPr>
          <w:sz w:val="20"/>
        </w:rPr>
        <w:t>1:11:36  to yeh mamooli baat nahi ke aadmi sachai ko mane.</w:t>
      </w:r>
      <w:r>
        <w:br/>
      </w:r>
      <w:r>
        <w:rPr>
          <w:sz w:val="20"/>
        </w:rPr>
        <w:t>1:11:44  har aadmi conditioning mein jeeta hai, har aadmi ke dimagh mein khayalat ka jangal basa hua hota hai.</w:t>
      </w:r>
    </w:p>
    <w:p>
      <w:pPr>
        <w:pStyle w:val="Heading2"/>
      </w:pPr>
      <w:r>
        <w:t>Distinguishing acknowledgment (iqrar) from personality worship</w:t>
      </w:r>
    </w:p>
    <w:p>
      <w:r>
        <w:rPr>
          <w:color w:val="666666"/>
          <w:sz w:val="18"/>
        </w:rPr>
        <w:t>Revival of Islam March 23, 2014 · 2m 16s · at 53:13 · https://youtu.be/Wc4Vsc4u1JI?t=3193</w:t>
      </w:r>
    </w:p>
    <w:p>
      <w:r>
        <w:rPr>
          <w:i/>
        </w:rPr>
        <w:t>“There's a thin line between acknowledgment and idolizing a person”</w:t>
      </w:r>
    </w:p>
    <w:p>
      <w:r>
        <w:rPr>
          <w:sz w:val="20"/>
        </w:rPr>
        <w:t>53:13  to eteraaf bahut bari neki hai, bahut bara virtue hai, bahut bari ibadat hai. ek baat yeh hai. doosri baat dekhiye, shakhsiat parasti ki definition kya hai?</w:t>
      </w:r>
      <w:r>
        <w:br/>
      </w:r>
      <w:r>
        <w:rPr>
          <w:sz w:val="20"/>
        </w:rPr>
        <w:t>53:28  shakhsiat parasti ki difference yeh hai ke agar aap kisi shakhs ke baray mein is quality ko farz kar lein jo quality Allah ki hai, tab yeh shakhs parasti hai.</w:t>
      </w:r>
      <w:r>
        <w:br/>
      </w:r>
      <w:r>
        <w:rPr>
          <w:sz w:val="20"/>
        </w:rPr>
        <w:t>53:41  masla yeh hai ke aap kahein ke is ke karne se beta paida ho jaye ga, is ke karne se business chal jaye ga,</w:t>
      </w:r>
      <w:r>
        <w:br/>
      </w:r>
      <w:r>
        <w:rPr>
          <w:sz w:val="20"/>
        </w:rPr>
        <w:t>53:49  is ke karne se job mil jaye ga. yaani jaisa ke maine aware kiya ke Allah all powerful hai. qudrat ya power sab Allah ke ki cheez hai.</w:t>
      </w:r>
      <w:r>
        <w:br/>
      </w:r>
      <w:r>
        <w:rPr>
          <w:sz w:val="20"/>
        </w:rPr>
        <w:t>54:03  to agar aap kisi shakhs ke baray mein yeh mannay lagein ke is ko koi woh cheez hasil hai jo jo Allah ko hasil hoti hai, yaani qudrat, to woh shakhs parasti hai.</w:t>
      </w:r>
      <w:r>
        <w:br/>
      </w:r>
      <w:r>
        <w:rPr>
          <w:sz w:val="20"/>
        </w:rPr>
        <w:t>54:13  otherwise, woh eteraaf hai, acknowledge karna hai.</w:t>
      </w:r>
      <w:r>
        <w:br/>
      </w:r>
      <w:r>
        <w:rPr>
          <w:sz w:val="20"/>
        </w:rPr>
        <w:t>54:19  to shakhsiyat parasti jo hai, woh bilashuba ghair matloob hai. lekin eteraaf to bilashuba matloob hai.</w:t>
      </w:r>
      <w:r>
        <w:br/>
      </w:r>
      <w:r>
        <w:rPr>
          <w:sz w:val="20"/>
        </w:rPr>
        <w:t>54:31  eteraaf is baat ka hota hai ke aap ko kisi se hidayat mili, kisi se sachai mili, kisi ne aap ki aankhein kholin, kisi ne aap ko wisdom diya, kisi ne aap ko baseerat di.</w:t>
      </w:r>
      <w:r>
        <w:br/>
      </w:r>
      <w:r>
        <w:rPr>
          <w:sz w:val="20"/>
        </w:rPr>
        <w:t>54:41  woh bharpoor eteraaf karna chahiye, open eteraaf, openly eteraaf. yeh is ka kuch bhi ta'alluq shakhsiyat parasti se nahi hai.</w:t>
      </w:r>
      <w:r>
        <w:br/>
      </w:r>
      <w:r>
        <w:rPr>
          <w:sz w:val="20"/>
        </w:rPr>
        <w:t>54:51  shakhsiyat parasti woh hai jab ke aap kisi insaan ke baray mein yeh maanein ke is ko koi khaas qudrat hasil hai, is ke munh se jo nikal jaye ga, woh tareekh ko badal de ga.</w:t>
      </w:r>
      <w:r>
        <w:br/>
      </w:r>
      <w:r>
        <w:rPr>
          <w:sz w:val="20"/>
        </w:rPr>
        <w:t>55:04  yeh sab gumrahi hai.</w:t>
      </w:r>
      <w:r>
        <w:br/>
      </w:r>
      <w:r>
        <w:rPr>
          <w:sz w:val="20"/>
        </w:rPr>
        <w:t>55:07  to aap bharpoor eteraaf kijiye aur kisi ke baray mein yeh mat maanein ke is ko koi qudrat hasil hai, is ke karne se kuch tareekh badal jaye gi, is ke karne se logon ki qismatein badal jayen gi.</w:t>
      </w:r>
      <w:r>
        <w:br/>
      </w:r>
      <w:r>
        <w:rPr>
          <w:sz w:val="20"/>
        </w:rPr>
        <w:t>55:23  yeh mana maniye, kyunke woh hai shakhsiyat parasti.</w:t>
      </w:r>
    </w:p>
    <w:p>
      <w:pPr>
        <w:pStyle w:val="Heading2"/>
      </w:pPr>
      <w:r>
        <w:t>Kalima Tauheed as purification of mind and thought</w:t>
      </w:r>
    </w:p>
    <w:p>
      <w:r>
        <w:rPr>
          <w:color w:val="666666"/>
          <w:sz w:val="18"/>
        </w:rPr>
        <w:t>Spirit of Zakat 16 May 2007 - Maulana Wahiduddin Khan · 2m 26s · at 4:14 · https://youtu.be/Ptou1yxZS_8?t=254</w:t>
      </w:r>
    </w:p>
    <w:p>
      <w:r>
        <w:rPr>
          <w:i/>
        </w:rPr>
        <w:t>“The first is Kalima Tauheed”</w:t>
      </w:r>
    </w:p>
    <w:p>
      <w:r>
        <w:rPr>
          <w:sz w:val="20"/>
        </w:rPr>
        <w:t>4:14  the first is kalma tauheed.</w:t>
      </w:r>
      <w:r>
        <w:br/>
      </w:r>
      <w:r>
        <w:rPr>
          <w:sz w:val="20"/>
        </w:rPr>
        <w:t>4:18  kalma tauheed means belief. kalma tauheed pertains to belief system, belief system.</w:t>
      </w:r>
      <w:r>
        <w:br/>
      </w:r>
      <w:r>
        <w:rPr>
          <w:sz w:val="20"/>
        </w:rPr>
        <w:t>4:33  so, kalma tauheed is</w:t>
      </w:r>
      <w:r>
        <w:br/>
      </w:r>
      <w:r>
        <w:rPr>
          <w:sz w:val="20"/>
        </w:rPr>
        <w:t>4:38  a way of purification of your thought</w:t>
      </w:r>
      <w:r>
        <w:br/>
      </w:r>
      <w:r>
        <w:rPr>
          <w:sz w:val="20"/>
        </w:rPr>
        <w:t>4:43  . when you believe in the oneness of God, then you purify your mind, because mind believes,</w:t>
      </w:r>
      <w:r>
        <w:br/>
      </w:r>
      <w:r>
        <w:rPr>
          <w:sz w:val="20"/>
        </w:rPr>
        <w:t>5:00  mind may believe in different things. but when you, when you adopt kalma tauheed, then you find the starting point</w:t>
      </w:r>
      <w:r>
        <w:br/>
      </w:r>
      <w:r>
        <w:rPr>
          <w:sz w:val="20"/>
        </w:rPr>
        <w:t>5:16  , then you find how to purify your thought, how to purify your mind, how to purify your intellectual being.</w:t>
      </w:r>
      <w:r>
        <w:br/>
      </w:r>
      <w:r>
        <w:rPr>
          <w:sz w:val="20"/>
        </w:rPr>
        <w:t>5:30  so, kalma tauheed means</w:t>
      </w:r>
      <w:r>
        <w:br/>
      </w:r>
      <w:r>
        <w:rPr>
          <w:sz w:val="20"/>
        </w:rPr>
        <w:t>5:36  purifying your intellectual aspect of life, that is mind, that is soul. so, kalma tauheed is not simply a recitation,</w:t>
      </w:r>
      <w:r>
        <w:br/>
      </w:r>
      <w:r>
        <w:rPr>
          <w:sz w:val="20"/>
        </w:rPr>
        <w:t>5:50  it is a, it is a principle. it is not simply a recitation, it is a principle.</w:t>
      </w:r>
      <w:r>
        <w:br/>
      </w:r>
      <w:r>
        <w:rPr>
          <w:sz w:val="20"/>
        </w:rPr>
        <w:t>6:00  by this principle, you can purify your mind.</w:t>
      </w:r>
      <w:r>
        <w:br/>
      </w:r>
      <w:r>
        <w:rPr>
          <w:sz w:val="20"/>
        </w:rPr>
        <w:t>6:07  when you believe in oneness of god, you find that basic principle, by which you can</w:t>
      </w:r>
      <w:r>
        <w:br/>
      </w:r>
      <w:r>
        <w:rPr>
          <w:sz w:val="20"/>
        </w:rPr>
        <w:t>6:21  purify yourself in term of intellectual development or spiritual development.</w:t>
      </w:r>
      <w:r>
        <w:br/>
      </w:r>
      <w:r>
        <w:rPr>
          <w:sz w:val="20"/>
        </w:rPr>
        <w:t>6:31  so, this is the first principle, first basic principle. then, there is the</w:t>
      </w:r>
    </w:p>
    <w:p>
      <w:pPr>
        <w:pStyle w:val="Heading2"/>
      </w:pPr>
      <w:r>
        <w:t>Prophet Yunus: leaving too soon, getting a second chance</w:t>
      </w:r>
    </w:p>
    <w:p>
      <w:r>
        <w:rPr>
          <w:color w:val="666666"/>
          <w:sz w:val="18"/>
        </w:rPr>
        <w:t>Importance of Ramadan March 24, 2024 · 1m 21s · at 1:02:29 · https://youtu.be/cn67uauGQrc?t=3749</w:t>
      </w:r>
    </w:p>
    <w:p>
      <w:r>
        <w:rPr>
          <w:i/>
        </w:rPr>
        <w:t>“Hazrat Yunus ne apni basti chhoड़ di, log unki baat nahi sunte thay”</w:t>
      </w:r>
    </w:p>
    <w:p>
      <w:r>
        <w:rPr>
          <w:sz w:val="20"/>
        </w:rPr>
        <w:t>1:02:29  to ek qissa hai hazrat yunus alaihis salam ka ke unhon ne kuch dinon apne ilaqe mein jahan woh bheje gaye thay, unhon ne khuda ka paigham pohanchaya, lekin woh log suntay nahin thay.</w:t>
      </w:r>
      <w:r>
        <w:br/>
      </w:r>
      <w:r>
        <w:rPr>
          <w:sz w:val="20"/>
        </w:rPr>
        <w:t>1:02:42  to woh unhon ne khud se farz kar liya ke ab yeh log nahin sunenge aur is basti ko chhod kar chale gaye. to baad mein woh lamba qissa hai, woh ek wel ne un ko nigal liya.</w:t>
      </w:r>
      <w:r>
        <w:br/>
      </w:r>
      <w:r>
        <w:rPr>
          <w:sz w:val="20"/>
        </w:rPr>
        <w:t>1:02:53  to baad mein un ko realize ho gaya ke unhon ne ghalati ki</w:t>
      </w:r>
      <w:r>
        <w:br/>
      </w:r>
      <w:r>
        <w:rPr>
          <w:sz w:val="20"/>
        </w:rPr>
        <w:t>1:02:56  hai, abhi un ka kaam khatm hone se pehle hi unhon ne chhod diya tha. to phir unhon ne Allah ta'ala se maafi mangi, aur Allah ta'ala ne phir dobara un ko mauqa diya.</w:t>
      </w:r>
      <w:r>
        <w:br/>
      </w:r>
      <w:r>
        <w:rPr>
          <w:sz w:val="20"/>
        </w:rPr>
        <w:t>1:03:07  dobara is basti mein gaye, to is basti mein gaye to woh log sab intezar kar rahe thay ke ek behta achha aadmi tha, aur hum ne us ki baat nahin suni. woh naraaz ho kar chala gaya.</w:t>
      </w:r>
      <w:r>
        <w:br/>
      </w:r>
      <w:r>
        <w:rPr>
          <w:sz w:val="20"/>
        </w:rPr>
        <w:t>1:03:17  to woh saare ke saare un anaan an ko un ko bilkul he rawaan hasti ne iqbal kiya, aur sab un ki baat sun kar un ke follower ban gaye.</w:t>
      </w:r>
      <w:r>
        <w:br/>
      </w:r>
      <w:r>
        <w:rPr>
          <w:sz w:val="20"/>
        </w:rPr>
        <w:t>1:03:27  to aise hi hum log jaise kaam karte hain, jaise quran distribution karte hain, log kehte hain kya hua? log rakhte hain, parhte kahan hain? kyon karte hain? to kuch pata thoda hai.</w:t>
      </w:r>
      <w:r>
        <w:br/>
      </w:r>
      <w:r>
        <w:rPr>
          <w:sz w:val="20"/>
        </w:rPr>
        <w:t>1:03:36  rasool Allah sallallahu alaihi wasallam next generation tak to wait karne ke liye tayyar thay. to hum ne kaha koi bhi achhi baat hai, us ko bata ana chahiye. aaj nahin, us ki samajh mein aa raha hai to kal samajh mein aayega.</w:t>
      </w:r>
    </w:p>
    <w:p>
      <w:pPr>
        <w:pStyle w:val="Heading2"/>
      </w:pPr>
      <w:r>
        <w:t>Maulana Wahiduddin Khan's own account of performing hajj in 1982</w:t>
      </w:r>
    </w:p>
    <w:p>
      <w:r>
        <w:rPr>
          <w:color w:val="666666"/>
          <w:sz w:val="18"/>
        </w:rPr>
        <w:t>The Spirit of Hajj June 25, 2023 · 2m 49s · at 36:09 · https://youtu.be/q5IqRKE3t9E?t=2169</w:t>
      </w:r>
    </w:p>
    <w:p>
      <w:r>
        <w:rPr>
          <w:i/>
        </w:rPr>
        <w:t>“In 1982 Maulana performed hajj, travelling with an Arab companion”</w:t>
      </w:r>
    </w:p>
    <w:p>
      <w:r>
        <w:rPr>
          <w:sz w:val="20"/>
        </w:rPr>
        <w:t>36:09  to main Maulana ne 1982 mein Hajj kiya tha. To unhone ek Arab ke saath Hajj kiya tha. To poora time woh ibadat mein guzarte the. To bahut lamba unka safar nama hai. To main usmein se thoda sa padhungi jo unhone likha hai. To woh likhte hain Haqeeqat e Hajj mein ke Kaaba zameen par Khuda ki nishaniyon mein se ek nishani hai.</w:t>
      </w:r>
      <w:r>
        <w:br/>
      </w:r>
      <w:r>
        <w:rPr>
          <w:sz w:val="20"/>
        </w:rPr>
        <w:t>36:39  Mera behtar waqt Haram mein guzarta. Main Zam Zam ke pani se wuzu karta aur uske baad sair hokar Zam Zam peeta. Haram mein aksar upar ke hisse mein main chala jata. Wahan kafi sukoon rehta, wahan namaz padhta, tilawat karta. Kaaba ko dekhta rehta. Rozana ghanton isi tarah guzar jaate ke waqt ka kuch andaaza na hota. Lekin phir bhi tabiyat sair na hoti.</w:t>
      </w:r>
      <w:r>
        <w:br/>
      </w:r>
      <w:r>
        <w:rPr>
          <w:sz w:val="20"/>
        </w:rPr>
        <w:t>37:07  Kaaba ke saamne baithkar dil ki jo kaifiyat hoti usko lafzon mein bayan nahi kiya ja sakta. Hajj ka safar Khuda ki taraf safar hai. Woh dunya ki zindagi mein apne Rab se qareeb hone ki intihaai shakal hai. Doosri ab adatein Allah taala ki yaad hain jabke Hajj khud Allah taala tak pahunch jaana hai. Hajj Haq ke taala se mulaqat hai.</w:t>
      </w:r>
      <w:r>
        <w:br/>
      </w:r>
      <w:r>
        <w:rPr>
          <w:sz w:val="20"/>
        </w:rPr>
        <w:t>37:34  Aadmi jab safar karke mukamat e Hajj tak pahunchta hai to us par khaas tarah ki rabbani kaifiyat taari hoti hain. Usko aisa mehsoos hota hai ke woh apni dunya se nikal kar Khuda ki dunya mein pahunch gaya hai. Woh apne Rab ko chhoo raha hai. Woh uske gird ghoom raha hai. Woh uski taraf daud raha hai. Woh uske khatir idhar se udhar ja raha hai. Woh uske huzoor qurbani pesh kar raha hai.</w:t>
      </w:r>
      <w:r>
        <w:br/>
      </w:r>
      <w:r>
        <w:rPr>
          <w:sz w:val="20"/>
        </w:rPr>
        <w:t>38:01  woh uske dushman shaitan ko kankariyan maar raha hai.</w:t>
      </w:r>
      <w:r>
        <w:br/>
      </w:r>
      <w:r>
        <w:rPr>
          <w:sz w:val="20"/>
        </w:rPr>
        <w:t>38:07  woh usse maang raha hai jo kuch woh usse maangna chahta hai.</w:t>
      </w:r>
      <w:r>
        <w:br/>
      </w:r>
      <w:r>
        <w:rPr>
          <w:sz w:val="20"/>
        </w:rPr>
        <w:t>38:13  woh usse paa raha hai jo kuch woh usse paana chahta hai. yaani bakhshish.</w:t>
      </w:r>
      <w:r>
        <w:br/>
      </w:r>
      <w:r>
        <w:rPr>
          <w:sz w:val="20"/>
        </w:rPr>
        <w:t>38:19  to phir likhte hain ki haqeeqat yeh hai ki hajj tamam ebaadaton ka sardaar hai.</w:t>
      </w:r>
      <w:r>
        <w:br/>
      </w:r>
      <w:r>
        <w:rPr>
          <w:sz w:val="20"/>
        </w:rPr>
        <w:t>38:25  kaaba ka jo darja doosri masjidon ke darmiyan hai, wahi darja hajj ka doosri ebaadaton ke darmiyan.</w:t>
      </w:r>
      <w:r>
        <w:br/>
      </w:r>
      <w:r>
        <w:rPr>
          <w:sz w:val="20"/>
        </w:rPr>
        <w:t>38:32  To yeh hai Hajj e mabrur. Yeh poori kaifiyat ke saath Hajj kiya jaye. Ji, jaisa k Allah Apa. Apa if you look at the life of prophet Muhammad, as we know that he was born in May and then he was appointed prophet in June. And then he gave the call of monotheism to the entire humanity.</w:t>
      </w:r>
      <w:r>
        <w:br/>
      </w:r>
      <w:r>
        <w:rPr>
          <w:sz w:val="20"/>
        </w:rPr>
        <w:t>38:58  Lekin agar dekhen Apa the mission, the implementation of mission was started at the time of prophet Ibrahim. To jab hum Hajj par jaate hain to in a way dawa work is an becomes an integral part of the Hajj. To ab main chahunga ke Hajj aur dawa planning ya dawa work mein kya close relation hai is iske bare mein aap batayen?</w:t>
      </w:r>
    </w:p>
    <w:p>
      <w:pPr>
        <w:pStyle w:val="Heading2"/>
      </w:pPr>
      <w:r>
        <w:t>Trust in God Like Girl Trusts Father</w:t>
      </w:r>
    </w:p>
    <w:p>
      <w:r>
        <w:rPr>
          <w:color w:val="666666"/>
          <w:sz w:val="18"/>
        </w:rPr>
        <w:t>The Ideology of Truth July 15, 2007 · 2m 50s · at 30:39 · https://youtu.be/EOXdI723eHI?t=1839</w:t>
      </w:r>
    </w:p>
    <w:p>
      <w:r>
        <w:rPr>
          <w:i/>
        </w:rPr>
        <w:t>“Aik ship jo hai jab steam ship ka zamana aaya”</w:t>
      </w:r>
    </w:p>
    <w:p>
      <w:r>
        <w:rPr>
          <w:sz w:val="20"/>
        </w:rPr>
        <w:t>30:39  jab steam ship ka zamana aa gaya tab ka qissa hai yeh ke ek ship chala America se Africa ki taraf.</w:t>
      </w:r>
      <w:r>
        <w:br/>
      </w:r>
      <w:r>
        <w:rPr>
          <w:sz w:val="20"/>
        </w:rPr>
        <w:t>30:49  aap jante hain ke beech mein Atlantic Ocean hai. to woh Atlantic Ocean mein dakhil hua.</w:t>
      </w:r>
      <w:r>
        <w:br/>
      </w:r>
      <w:r>
        <w:rPr>
          <w:sz w:val="20"/>
        </w:rPr>
        <w:t>30:59  beech mein jab pahuncha to storm aa gaya. aap jante hain ke storm to aate hi rehte hain. ab jahaz storm mein ghar gaya.</w:t>
      </w:r>
      <w:r>
        <w:br/>
      </w:r>
      <w:r>
        <w:rPr>
          <w:sz w:val="20"/>
        </w:rPr>
        <w:t>31:13  yeh qissa main is liye bata raha hoon ke yeh bachche ka qissa hai, bachcha nature par hota hai. koi perversion nahin hota. bada hone ke baad insan mein perversion aa jata hai.</w:t>
      </w:r>
      <w:r>
        <w:br/>
      </w:r>
      <w:r>
        <w:rPr>
          <w:sz w:val="20"/>
        </w:rPr>
        <w:t>31:24  lekin bachcha nature par hota hai woh. bachcha bahut hi acha example hai is baat ka. to jahaz jo tha woh storm aa gaya, bahut zabardast is mein woh</w:t>
      </w:r>
      <w:r>
        <w:br/>
      </w:r>
      <w:r>
        <w:rPr>
          <w:sz w:val="20"/>
        </w:rPr>
        <w:t>31:41  jhool thoolne laga, hilne julne laga, ult palt ke ab kya doob jaye ga. is waqt ek aadmi kehta hai ke main, aap jante hain ke jahaz bahut bada hota hai.</w:t>
      </w:r>
      <w:r>
        <w:br/>
      </w:r>
      <w:r>
        <w:rPr>
          <w:sz w:val="20"/>
        </w:rPr>
        <w:t>31:52  hawai jahaz ki tarah to hota nahin hai. hawai jahaz chhota sa hota hai lekin samandar ke jahaz bahut bade hote hain. to woh aadmi idhar se udhar woh bhi bhaag raha tha ke dekhen kya hai haal logon ka.</w:t>
      </w:r>
      <w:r>
        <w:br/>
      </w:r>
      <w:r>
        <w:rPr>
          <w:sz w:val="20"/>
        </w:rPr>
        <w:t>32:08  to ek corner mein us ne dekha ke ek bachcha, ek bachchi, ek chhoti bachchi woh doll se khel rahi hai.</w:t>
      </w:r>
      <w:r>
        <w:br/>
      </w:r>
      <w:r>
        <w:rPr>
          <w:sz w:val="20"/>
        </w:rPr>
        <w:t>32:17  guriya se khel rahi hai. chhoti bachchi. woh kisi European captain tha, us ki bachchi thi woh.</w:t>
      </w:r>
      <w:r>
        <w:br/>
      </w:r>
      <w:r>
        <w:rPr>
          <w:sz w:val="20"/>
        </w:rPr>
        <w:t>32:25  to woh aadmi us ke paas jata hai. woh kehta hai ke tum ko pata hai ke abhi kya ho raha hai? us ne kaha kya, kya ho raha hai?</w:t>
      </w:r>
      <w:r>
        <w:br/>
      </w:r>
      <w:r>
        <w:rPr>
          <w:sz w:val="20"/>
        </w:rPr>
        <w:t>32:37  us ne kaha ke hamara jahaz doobne wala hai. hum storm mein phans gaye hain.</w:t>
      </w:r>
      <w:r>
        <w:br/>
      </w:r>
      <w:r>
        <w:rPr>
          <w:sz w:val="20"/>
        </w:rPr>
        <w:t>32:45  woh bachi jo abhi nature par thi, nature par, us ka perversion nahi hua tha.</w:t>
      </w:r>
      <w:r>
        <w:br/>
      </w:r>
      <w:r>
        <w:rPr>
          <w:sz w:val="20"/>
        </w:rPr>
        <w:t>32:53  toh bohat hi peace ke sath woh bolti hai, "You know,</w:t>
      </w:r>
      <w:r>
        <w:br/>
      </w:r>
      <w:r>
        <w:rPr>
          <w:sz w:val="20"/>
        </w:rPr>
        <w:t>33:06  you know the captain of this ship is my father. My father is the captain of this ship. And he is not going to let it sink.</w:t>
      </w:r>
      <w:r>
        <w:br/>
      </w:r>
      <w:r>
        <w:rPr>
          <w:sz w:val="20"/>
        </w:rPr>
        <w:t>33:20  My father is captain of this ship. And he is not going to let it sink.</w:t>
      </w:r>
    </w:p>
    <w:p>
      <w:pPr>
        <w:pStyle w:val="Heading2"/>
      </w:pPr>
      <w:r>
        <w:t>Prophet's Salat form preserved</w:t>
      </w:r>
    </w:p>
    <w:p>
      <w:r>
        <w:rPr>
          <w:color w:val="666666"/>
          <w:sz w:val="18"/>
        </w:rPr>
        <w:t>Salat -- Islamic Prayer I 27th Feb. 07 · 1m 19s · at 1:01:45 · https://youtu.be/y1MA97h7mxg?t=3705</w:t>
      </w:r>
    </w:p>
    <w:p>
      <w:r>
        <w:rPr>
          <w:i/>
        </w:rPr>
        <w:t>“The companions of the Prophet saw the Prophet's Salat”</w:t>
      </w:r>
    </w:p>
    <w:p>
      <w:r>
        <w:rPr>
          <w:sz w:val="20"/>
        </w:rPr>
        <w:t>1:01:45  The companions of the Prophet saw the Prophet's Salat and they followed it. Then the companions of the companion saw the Salat of the companion and they followed it.</w:t>
      </w:r>
      <w:r>
        <w:br/>
      </w:r>
      <w:r>
        <w:rPr>
          <w:sz w:val="20"/>
        </w:rPr>
        <w:t>1:02:15  Then after, then generation after generation, people used to follow this form.</w:t>
      </w:r>
      <w:r>
        <w:br/>
      </w:r>
      <w:r>
        <w:rPr>
          <w:sz w:val="20"/>
        </w:rPr>
        <w:t>1:02:27  So the form we now follow is the form of the Prophet without any perversion, without any slightest perversion.</w:t>
      </w:r>
      <w:r>
        <w:br/>
      </w:r>
      <w:r>
        <w:rPr>
          <w:sz w:val="20"/>
        </w:rPr>
        <w:t>1:02:39  So the form is preserved in its originality.</w:t>
      </w:r>
      <w:r>
        <w:br/>
      </w:r>
      <w:r>
        <w:rPr>
          <w:sz w:val="20"/>
        </w:rPr>
        <w:t>1:02:51  And then the spirit of Salat you can see in Qur'an and Hadith.</w:t>
      </w:r>
      <w:r>
        <w:br/>
      </w:r>
      <w:r>
        <w:rPr>
          <w:sz w:val="20"/>
        </w:rPr>
        <w:t>1:03:04  Qur'an and Hadith tell us all those things that are the spirit of Salat. Now I would like to give a demonstration. By seeing this, you can understand what Salat is. The inner spirit of Salat is not demonstratable.</w:t>
      </w:r>
    </w:p>
    <w:p>
      <w:pPr>
        <w:pStyle w:val="Heading2"/>
      </w:pPr>
      <w:r>
        <w:t>Fasting reminds that everything is a test</w:t>
      </w:r>
    </w:p>
    <w:p>
      <w:r>
        <w:rPr>
          <w:color w:val="666666"/>
          <w:sz w:val="18"/>
        </w:rPr>
        <w:t>Ramadan and The Quran September 03, 2006 Maulana Wahiduddin Khan · 1m 24s · at 1:00:12 · https://youtu.be/LJU2AJuPQZc?t=3612</w:t>
      </w:r>
    </w:p>
    <w:p>
      <w:r>
        <w:rPr>
          <w:i/>
        </w:rPr>
        <w:t>“Kitna bada kirdaar hai roze ka”</w:t>
      </w:r>
    </w:p>
    <w:p>
      <w:r>
        <w:rPr>
          <w:sz w:val="20"/>
        </w:rPr>
        <w:t>1:00:12  test khatm to sab chhan jayega tum se. To kitna bara kirdaar hai roze ka hamari zindagi mein. Kitna bara kirdaar hai.</w:t>
      </w:r>
      <w:r>
        <w:br/>
      </w:r>
      <w:r>
        <w:rPr>
          <w:sz w:val="20"/>
        </w:rPr>
        <w:t>1:00:23  ke jo haqeeqat hai, us ko woh yaad dilata hai. Dekhiye, har aadmi ke upar ek lamha aane wala hai jab sab kuch chhan jaye.</w:t>
      </w:r>
      <w:r>
        <w:br/>
      </w:r>
      <w:r>
        <w:rPr>
          <w:sz w:val="20"/>
        </w:rPr>
        <w:t>1:00:35  jis tarah ek talib-e-ilm par woh ek lamha aata hai jab ke imtehani hall mein se us ko bahar aana padta hai. Wahan jo kursi mili hui hai, wahan jo mez mila hua hai, wahan jo saman mila hua hai, woh sab use chhan jata hai.</w:t>
      </w:r>
      <w:r>
        <w:br/>
      </w:r>
      <w:r>
        <w:rPr>
          <w:sz w:val="20"/>
        </w:rPr>
        <w:t>1:00:47  us ko bahar aana padta hai. Jaise hi teen ghanta poora hua, chalo bahar. To yeh aisa hi hum mein har ek ke sath hone wala hai.</w:t>
      </w:r>
      <w:r>
        <w:br/>
      </w:r>
      <w:r>
        <w:rPr>
          <w:sz w:val="20"/>
        </w:rPr>
        <w:t>1:01:00  lekin hum bhule rehte hain. To is bhool ko todne ke liye roza ek yaad dehani hai. Ek yaad dehani hai.</w:t>
      </w:r>
      <w:r>
        <w:br/>
      </w:r>
      <w:r>
        <w:rPr>
          <w:sz w:val="20"/>
        </w:rPr>
        <w:t>1:01:15  ke yeh cheezein jo hain, tum ko jo mili hui hain, woh</w:t>
      </w:r>
      <w:r>
        <w:br/>
      </w:r>
      <w:r>
        <w:rPr>
          <w:sz w:val="20"/>
        </w:rPr>
        <w:t>1:01:23  woh bator test hain, bator inaam nahin hain. Yeh tumhein, yeh tumhare haq ke taur par tum ko nahin mili hui hain.</w:t>
      </w:r>
      <w:r>
        <w:br/>
      </w:r>
      <w:r>
        <w:rPr>
          <w:sz w:val="20"/>
        </w:rPr>
        <w:t>1:01:36  to Quran ke bare mein doosra lafz jo hai, woh hai hidayat. Hidayat.</w:t>
      </w:r>
    </w:p>
    <w:p>
      <w:pPr>
        <w:pStyle w:val="Heading2"/>
      </w:pPr>
      <w:r>
        <w:t>True zikr versus just repeating words on a tasbih</w:t>
      </w:r>
    </w:p>
    <w:p>
      <w:r>
        <w:rPr>
          <w:color w:val="666666"/>
          <w:sz w:val="18"/>
        </w:rPr>
        <w:t>Message of Ramadan April 9, 2023 Prof. Farida Khanam · 2m 41s · at 36:03 · https://youtu.be/z-jsHB1vlV4?t=2163</w:t>
      </w:r>
    </w:p>
    <w:p>
      <w:r>
        <w:rPr>
          <w:i/>
        </w:rPr>
        <w:t>“Remembering God a lot — people took this to mean tasbih”</w:t>
      </w:r>
    </w:p>
    <w:p>
      <w:r>
        <w:rPr>
          <w:sz w:val="20"/>
        </w:rPr>
        <w:t>36:03  khuda ko bohat ziyada yaad karna. to khuda ko bohat ziyada yaad karne ka yeh matlab logon ne nikala hai ke tasbi padhna. to us mein kuch alfaaz hote hain usko tasbi padhte rehte hain. log kai kai tasbiyan khatam kar dete hain. to yeh jo hai tasbi bhi padhe agar to khuda ko yaad karte hue padhe. khuda ke nehmaton ki yaad karte hue padhen. khuda ke nehmaton ke reference se padhen.</w:t>
      </w:r>
      <w:r>
        <w:br/>
      </w:r>
      <w:r>
        <w:rPr>
          <w:sz w:val="20"/>
        </w:rPr>
        <w:t>36:28  tab to uska faida hoga lekin sirf alfaad dohrane se uska koi faida nahi hoga. to ek baar aisa hua ke rasul da sallalah waleh wasalam ki wafat ke baad log madine mein masjide navvi mein baithe bohat sara apne samne woh rakhe hue the.</w:t>
      </w:r>
      <w:r>
        <w:br/>
      </w:r>
      <w:r>
        <w:rPr>
          <w:sz w:val="20"/>
        </w:rPr>
        <w:t>36:47  khajoor ki gutliyan woh kankriyan nikalti hai aur apne helplessness ke ehsaas se nikalti hai to woh hoti</w:t>
      </w:r>
      <w:r>
        <w:br/>
      </w:r>
      <w:r>
        <w:rPr>
          <w:sz w:val="20"/>
        </w:rPr>
        <w:t>37:45  hai dua woh hota hai zikr aur wahi Khuda ke yahan qubool hota hai.</w:t>
      </w:r>
      <w:r>
        <w:br/>
      </w:r>
      <w:r>
        <w:rPr>
          <w:sz w:val="20"/>
        </w:rPr>
        <w:t>38:44  bilkul last point edge ka hota hai wahan khuda ka contract hota hai. agar hum samjhenge hamare humko to sab aata hai to wahan khuda ka contract nahi hota hai. jab tak ke hum apni helplessness ko discover nahi karenge aur khuda ko all powerful nahi manenge tab tak hamara khuda se contract hi nahi hoga. to khuda se contract nahi hoga to hamari duaen kaise quboolungi hum? hamara zikr mein effect kaise aayega?</w:t>
      </w:r>
    </w:p>
    <w:p>
      <w:pPr>
        <w:pStyle w:val="Heading2"/>
      </w:pPr>
      <w:r>
        <w:t>Abu Ruwaha's let's believe for a moment</w:t>
      </w:r>
    </w:p>
    <w:p>
      <w:r>
        <w:rPr>
          <w:color w:val="666666"/>
          <w:sz w:val="18"/>
        </w:rPr>
        <w:t>Ramadan and The Quran | October 14, 2005 | Maulana Wahiduddin Khan · 2m 34s · at 2:47 · https://youtu.be/wi4PL1CwY7w?t=167</w:t>
      </w:r>
    </w:p>
    <w:p>
      <w:r>
        <w:rPr>
          <w:i/>
        </w:rPr>
        <w:t>“Mein ek example deta hoon is ko samajhne ke liye”</w:t>
      </w:r>
    </w:p>
    <w:p>
      <w:r>
        <w:rPr>
          <w:sz w:val="20"/>
        </w:rPr>
        <w:t>2:47  mein ek example deta hoon is ko samajhne ke liye, is baat ko. rasool Allah sallallahu alaihi wasallam ke ek companion thay, un ka naam tha abu rawaha. to abu rawaha ne ek din ek apne zamane ke musalman se kaha ke ta'aloo min sa'ah, aao hum</w:t>
      </w:r>
      <w:r>
        <w:br/>
      </w:r>
      <w:r>
        <w:rPr>
          <w:sz w:val="20"/>
        </w:rPr>
        <w:t>3:19  kuch dair ke liye eman la'en. yeh bari anokhi baat thi. let us believe for a moment. ab yeh jo hai ke let us believe for a moment, to musalman ke samajh mein baat nahi aayi. woh rasool Allah ke paas gaye, unhon ne kaha ke hum to momin hain,</w:t>
      </w:r>
      <w:r>
        <w:br/>
      </w:r>
      <w:r>
        <w:rPr>
          <w:sz w:val="20"/>
        </w:rPr>
        <w:t>3:50  hum to islam mein aa chuke hain. to ek thori dair ke liye, ek momin ke liye, ek momin ke liye thori dair ke liye, eman ka kya matlab hai? eman to hum ko mil chuka. to rasool Allah ne kaha ke abu rawaha par Khuda reham kare. woh ek aise eman ko pasand karte hain jis se</w:t>
      </w:r>
      <w:r>
        <w:br/>
      </w:r>
      <w:r>
        <w:rPr>
          <w:sz w:val="20"/>
        </w:rPr>
        <w:t>4:20  angels bhi envy karte hain, farishtay bhi us ko rash karte hain. dekhen, yeh aap agar sirf literal translation se samajhna chahen to aap is ko samajh nahi sakte ke woh kya cheez thi jo wahan paish aayi. aap ko word badalna padega, tab samajh payenge aap. tab aap ka mind address hoga. woh kya hai?</w:t>
      </w:r>
      <w:r>
        <w:br/>
      </w:r>
      <w:r>
        <w:rPr>
          <w:sz w:val="20"/>
        </w:rPr>
        <w:t>4:51  jahan tak mein ne socha hai, is ka matlab yeh tha ke unhon ne yeh kaha ke aao hum kuch dair ke liye Khuda ki baaten karen. jis ko mein kaha karta hoon intellectual exchange, yaani Khuda ke topic par kuch dair ke liye hum intellectual exchange karen. yeh un ka matlab tha. to jab aap is tarah se</w:t>
      </w:r>
    </w:p>
    <w:p>
      <w:pPr>
        <w:pStyle w:val="Heading2"/>
      </w:pPr>
      <w:r>
        <w:t>scale of Hajj: 40 lakh pilgrims, 198 nations, TV broadcast</w:t>
      </w:r>
    </w:p>
    <w:p>
      <w:r>
        <w:rPr>
          <w:color w:val="666666"/>
          <w:sz w:val="18"/>
        </w:rPr>
        <w:t>Revival of Abrahamic Mission October 28, 2012 · 2m 11s · at 2:52 · https://youtu.be/9mV72V5gsqM?t=172</w:t>
      </w:r>
    </w:p>
    <w:p>
      <w:r>
        <w:rPr>
          <w:i/>
        </w:rPr>
        <w:t>“اس سال حج کے لیے چالیس لاکھ مسلمان جمع ہوئے، 198 ملکوں سے۔”</w:t>
      </w:r>
    </w:p>
    <w:p>
      <w:r>
        <w:rPr>
          <w:sz w:val="20"/>
        </w:rPr>
        <w:t>2:52  dekhiye, aap ne reporton par dekha hoga ke is saal Hajj ke liye jo log jama hue,</w:t>
      </w:r>
      <w:r>
        <w:br/>
      </w:r>
      <w:r>
        <w:rPr>
          <w:sz w:val="20"/>
        </w:rPr>
        <w:t>3:02  woh taqreeban chaalees lakh musalman the, yaani bahar wale local mila kar.</w:t>
      </w:r>
      <w:r>
        <w:br/>
      </w:r>
      <w:r>
        <w:rPr>
          <w:sz w:val="20"/>
        </w:rPr>
        <w:t>3:12  reporton mein bataya gaya hai ke duniya ke 198 mulkon ke log wahan the.</w:t>
      </w:r>
      <w:r>
        <w:br/>
      </w:r>
      <w:r>
        <w:rPr>
          <w:sz w:val="20"/>
        </w:rPr>
        <w:t>3:21  aap jante hain ke United Nations mein jo mulk member hain, un ki tadaad yahi hai. Yaani 198 mulk member hain United Nations ke.</w:t>
      </w:r>
      <w:r>
        <w:br/>
      </w:r>
      <w:r>
        <w:rPr>
          <w:sz w:val="20"/>
        </w:rPr>
        <w:t>3:37  to goya ke saare hi musalman wahan akhattha hue.</w:t>
      </w:r>
      <w:r>
        <w:br/>
      </w:r>
      <w:r>
        <w:rPr>
          <w:sz w:val="20"/>
        </w:rPr>
        <w:t>3:43  sab ka wahan par representation tha. Aur isi ki taqleed mein saari duniya ke musalman same din partial sense mein is jamaat mein shareek hue.</w:t>
      </w:r>
      <w:r>
        <w:br/>
      </w:r>
      <w:r>
        <w:rPr>
          <w:sz w:val="20"/>
        </w:rPr>
        <w:t>4:05  is ka matlab kya hai?</w:t>
      </w:r>
      <w:r>
        <w:br/>
      </w:r>
      <w:r>
        <w:rPr>
          <w:sz w:val="20"/>
        </w:rPr>
        <w:t>4:07  is ka matlab yeh hai ke sare dunya ke musalmanon ne haj mein shirkat ki. kisi ne direct, kisi ne indirect.</w:t>
      </w:r>
      <w:r>
        <w:br/>
      </w:r>
      <w:r>
        <w:rPr>
          <w:sz w:val="20"/>
        </w:rPr>
        <w:t>4:19  kaisi ajeeb baat hai. aur phir jante hain ke ab hum ek aise daur mein hain jab ke dunya mein communication ka zamana aa chuka hai.</w:t>
      </w:r>
      <w:r>
        <w:br/>
      </w:r>
      <w:r>
        <w:rPr>
          <w:sz w:val="20"/>
        </w:rPr>
        <w:t>4:33  chunaanche jaisa ke aap jante hain, haj ke sare rasoom TV wise kiye gaye. sari dunya ke musalmanon ne TV par dekha ke kis tarah log haj kar rahe hain.</w:t>
      </w:r>
      <w:r>
        <w:br/>
      </w:r>
      <w:r>
        <w:rPr>
          <w:sz w:val="20"/>
        </w:rPr>
        <w:t>4:53  goya ke sari dunya ke musalman har aitbaar se haj mein shareek ho gaye.</w:t>
      </w:r>
    </w:p>
    <w:p>
      <w:pPr>
        <w:pStyle w:val="Heading2"/>
      </w:pPr>
      <w:r>
        <w:t>Why fasting was made obligatory: controlling desire</w:t>
      </w:r>
    </w:p>
    <w:p>
      <w:r>
        <w:rPr>
          <w:color w:val="666666"/>
          <w:sz w:val="18"/>
        </w:rPr>
        <w:t>Discovering The Spirit of Ramadan March 16, 2025 · 1m 49s · at 3:14 · https://youtu.be/WrIyg6N7390?t=194</w:t>
      </w:r>
    </w:p>
    <w:p>
      <w:r>
        <w:rPr>
          <w:i/>
        </w:rPr>
        <w:t>“Every human enters this world full of desires”</w:t>
      </w:r>
    </w:p>
    <w:p>
      <w:r>
        <w:rPr>
          <w:sz w:val="20"/>
        </w:rPr>
        <w:t>3:14  roza kis liye hamare upar farz kiya gaya hai. asal mein is duniya mein jab insan aata hai to is ke andar bohat ziyada khwahishat hoti hain.</w:t>
      </w:r>
      <w:r>
        <w:br/>
      </w:r>
      <w:r>
        <w:rPr>
          <w:sz w:val="20"/>
        </w:rPr>
        <w:t>3:24  to in khwahishat ko kaise control mein kiya jaye?</w:t>
      </w:r>
      <w:r>
        <w:br/>
      </w:r>
      <w:r>
        <w:rPr>
          <w:sz w:val="20"/>
        </w:rPr>
        <w:t>3:29  hamara khaliq hum se kya chahta hai? to yeh hum ko is ko janna hai. kyun ke agar hum aisa nahi karte hain to phir hamari bhook pyas ki Allah ko koi hajat nahi hai.</w:t>
      </w:r>
      <w:r>
        <w:br/>
      </w:r>
      <w:r>
        <w:rPr>
          <w:sz w:val="20"/>
        </w:rPr>
        <w:t>3:44  hum ko roza is ke pure aadab ke sath rakhna hai. roza ka matlab hai yani saum yani zindagi khud par qabu</w:t>
      </w:r>
      <w:r>
        <w:br/>
      </w:r>
      <w:r>
        <w:rPr>
          <w:sz w:val="20"/>
        </w:rPr>
        <w:t>3:54  karna. hamein apni khwahishat par control karna hai, apni khwahishat par control karna hai, aur Khuda ki marzi ke mutabiq is duniya mein hamein zindagi guzarni hai.</w:t>
      </w:r>
      <w:r>
        <w:br/>
      </w:r>
      <w:r>
        <w:rPr>
          <w:sz w:val="20"/>
        </w:rPr>
        <w:t>4:06  to aisa nahi ke roza sirf Islam mein farz kiya gaya hai. balke Maulana ne ek jagah likha hai ke jo Hazrat Adam ko mamnooa darakht ko mana kiya gaya, woh bhi ek qism ka roza tha.</w:t>
      </w:r>
      <w:r>
        <w:br/>
      </w:r>
      <w:r>
        <w:rPr>
          <w:sz w:val="20"/>
        </w:rPr>
        <w:t>4:20  matlab yahan har cheez tum istemal kar sakte ho siwaye is darakht ke phal ke. to yeh Allah taala ko dekhna hai ke hamare andar kitni bardasht hai, kitni hamare andar irada hai.</w:t>
      </w:r>
      <w:r>
        <w:br/>
      </w:r>
      <w:r>
        <w:rPr>
          <w:sz w:val="20"/>
        </w:rPr>
        <w:t>4:33  to yeh is ke liye har ummat par roza farz kiya gaya. to yahan tak ke chup kar roza bhi rakha Hazrat Zakariya ne.</w:t>
      </w:r>
      <w:r>
        <w:br/>
      </w:r>
      <w:r>
        <w:rPr>
          <w:sz w:val="20"/>
        </w:rPr>
        <w:t>4:44  to isi tarah se hamari jo khwahishat hain, woh mamnooa darakht ki hesiyat rakhti hain. to hamein in sab cheezon se door rehna hai aur apne aap ko Khuda ke hawale kar dena hai.</w:t>
      </w:r>
      <w:r>
        <w:br/>
      </w:r>
      <w:r>
        <w:rPr>
          <w:sz w:val="20"/>
        </w:rPr>
        <w:t>4:57  hum ko khud markooz zindagi ke bajaye Khuda markooz zindagi jeena hai.</w:t>
      </w:r>
    </w:p>
    <w:p>
      <w:pPr>
        <w:pStyle w:val="Heading2"/>
      </w:pPr>
      <w:r>
        <w:t>Sahaba's prayer spirit vs ritualistic prayer</w:t>
      </w:r>
    </w:p>
    <w:p>
      <w:r>
        <w:rPr>
          <w:color w:val="666666"/>
          <w:sz w:val="18"/>
        </w:rPr>
        <w:t>Ibadat More Than Rituals December 24, 2007 Maulana Wahiduddin Khan · 2m 16s · at 17:50 · https://youtu.be/mlWHX-zaNg8?t=1070</w:t>
      </w:r>
    </w:p>
    <w:p>
      <w:r>
        <w:rPr>
          <w:i/>
        </w:rPr>
        <w:t>“Sahaba karam jo nikalte thay Rasul Allah ke”</w:t>
      </w:r>
    </w:p>
    <w:p>
      <w:r>
        <w:rPr>
          <w:sz w:val="20"/>
        </w:rPr>
        <w:t>17:50  sahaba karam jo niklte the rasool Allah sallallahu alaihi wasallam ke jo companions the jo first generation</w:t>
      </w:r>
      <w:r>
        <w:br/>
      </w:r>
      <w:r>
        <w:rPr>
          <w:sz w:val="20"/>
        </w:rPr>
        <w:t>17:56  thi islam ki first generation</w:t>
      </w:r>
      <w:r>
        <w:br/>
      </w:r>
      <w:r>
        <w:rPr>
          <w:sz w:val="20"/>
        </w:rPr>
        <w:t>18:00  jin ko islam mila tha discovery se marifat se</w:t>
      </w:r>
      <w:r>
        <w:br/>
      </w:r>
      <w:r>
        <w:rPr>
          <w:sz w:val="20"/>
        </w:rPr>
        <w:t>18:04  to kitabon mein aata hai ke jab woh namaz parh kar niklte masjid ke bahar</w:t>
      </w:r>
      <w:r>
        <w:br/>
      </w:r>
      <w:r>
        <w:rPr>
          <w:sz w:val="20"/>
        </w:rPr>
        <w:t>18:11  to har aadmi chup rehta tha chup chap nikla chup chap apne ghar mein chala gaya</w:t>
      </w:r>
      <w:r>
        <w:br/>
      </w:r>
      <w:r>
        <w:rPr>
          <w:sz w:val="20"/>
        </w:rPr>
        <w:t>18:19  masjid se chup chap nikla</w:t>
      </w:r>
      <w:r>
        <w:br/>
      </w:r>
      <w:r>
        <w:rPr>
          <w:sz w:val="20"/>
        </w:rPr>
        <w:t>18:21  aur chup chap apne ghar chala gaya</w:t>
      </w:r>
      <w:r>
        <w:br/>
      </w:r>
      <w:r>
        <w:rPr>
          <w:sz w:val="20"/>
        </w:rPr>
        <w:t>18:28  kyun aisa hota tha</w:t>
      </w:r>
      <w:r>
        <w:br/>
      </w:r>
      <w:r>
        <w:rPr>
          <w:sz w:val="20"/>
        </w:rPr>
        <w:t>18:31  namaz mein unhon ne jo kuch parha jo kuch kiya usi ko sochte thay woh usi ko sochte</w:t>
      </w:r>
      <w:r>
        <w:br/>
      </w:r>
      <w:r>
        <w:rPr>
          <w:sz w:val="20"/>
        </w:rPr>
        <w:t>18:35  hue nikalte thay</w:t>
      </w:r>
      <w:r>
        <w:br/>
      </w:r>
      <w:r>
        <w:rPr>
          <w:sz w:val="20"/>
        </w:rPr>
        <w:t>18:38  namaz mein unhon ne kaha ke Allah o Akbar</w:t>
      </w:r>
      <w:r>
        <w:br/>
      </w:r>
      <w:r>
        <w:rPr>
          <w:sz w:val="20"/>
        </w:rPr>
        <w:t>18:42  khuda bara hai to usi ko sochte hue nikalte thay ke khuda kitna zyada great hai hum is</w:t>
      </w:r>
      <w:r>
        <w:br/>
      </w:r>
      <w:r>
        <w:rPr>
          <w:sz w:val="20"/>
        </w:rPr>
        <w:t>18:49  ke muqable mein kitne kam hain hum helpless hain</w:t>
      </w:r>
      <w:r>
        <w:br/>
      </w:r>
      <w:r>
        <w:rPr>
          <w:sz w:val="20"/>
        </w:rPr>
        <w:t>18:54  almighty to khuda hai hum helpless hain is ko sochte hue nikal rahe hain ke khuda hamari</w:t>
      </w:r>
      <w:r>
        <w:br/>
      </w:r>
      <w:r>
        <w:rPr>
          <w:sz w:val="20"/>
        </w:rPr>
        <w:t>19:00  madad karega tabhi hum hamare kaam banenge woh nahi</w:t>
      </w:r>
      <w:r>
        <w:br/>
      </w:r>
      <w:r>
        <w:rPr>
          <w:sz w:val="20"/>
        </w:rPr>
        <w:t>19:05  wahan par unhon ne ruku kiya sajda kiya yani modesty ka</w:t>
      </w:r>
      <w:r>
        <w:br/>
      </w:r>
      <w:r>
        <w:rPr>
          <w:sz w:val="20"/>
        </w:rPr>
        <w:t>19:12  muzahira kiya to</w:t>
      </w:r>
      <w:r>
        <w:br/>
      </w:r>
      <w:r>
        <w:rPr>
          <w:sz w:val="20"/>
        </w:rPr>
        <w:t>19:13  to modesty wale khayalat le kar nikal rahe hain</w:t>
      </w:r>
      <w:r>
        <w:br/>
      </w:r>
      <w:r>
        <w:rPr>
          <w:sz w:val="20"/>
        </w:rPr>
        <w:t>19:18  jab salam phera unhon ne assalam o alaikum wa rehmatullah kaha to sare insanon ke liye unhon ne peace</w:t>
      </w:r>
      <w:r>
        <w:br/>
      </w:r>
      <w:r>
        <w:rPr>
          <w:sz w:val="20"/>
        </w:rPr>
        <w:t>19:23  ka message diya peace peace be upon you peace be upon you is mein sochte hue nikal rahe</w:t>
      </w:r>
      <w:r>
        <w:br/>
      </w:r>
      <w:r>
        <w:rPr>
          <w:sz w:val="20"/>
        </w:rPr>
        <w:t>19:28  hain to sahaba jo thay masjid se nikalte thay to chup chap nikalte thay kyun</w:t>
      </w:r>
      <w:r>
        <w:br/>
      </w:r>
      <w:r>
        <w:rPr>
          <w:sz w:val="20"/>
        </w:rPr>
        <w:t>19:37  masjid wali spirit ko le kar nikalte thay namaz wali baton ko sochte hue nikalte thay</w:t>
      </w:r>
      <w:r>
        <w:br/>
      </w:r>
      <w:r>
        <w:rPr>
          <w:sz w:val="20"/>
        </w:rPr>
        <w:t>19:43  yeh thi sachi namaz aaj kal aap kahin bhi jayen kisi masjid mein khare ho jayen is ke</w:t>
      </w:r>
      <w:r>
        <w:br/>
      </w:r>
      <w:r>
        <w:rPr>
          <w:sz w:val="20"/>
        </w:rPr>
        <w:t>19:48  gate par jo nikalenge to ho ha karte hue nikalenge idhar ki baaten hain idhar ki</w:t>
      </w:r>
      <w:r>
        <w:br/>
      </w:r>
      <w:r>
        <w:rPr>
          <w:sz w:val="20"/>
        </w:rPr>
        <w:t>19:52  baaten hain is ka matlab hai ke is ko ritual samajhte hain woh</w:t>
      </w:r>
      <w:r>
        <w:br/>
      </w:r>
      <w:r>
        <w:rPr>
          <w:sz w:val="20"/>
        </w:rPr>
        <w:t>19:57  jo namaz parhi woh rituals</w:t>
      </w:r>
      <w:r>
        <w:br/>
      </w:r>
      <w:r>
        <w:rPr>
          <w:sz w:val="20"/>
        </w:rPr>
        <w:t>19:59  hain rituals bhi yani wo ritual ada kiya to ho gaya bas namaz ho gayi ab to idhar udhar ki baaten karo</w:t>
      </w:r>
    </w:p>
    <w:p>
      <w:pPr>
        <w:pStyle w:val="Heading2"/>
      </w:pPr>
      <w:r>
        <w:t>Companions prayed differently, then a false principle split them</w:t>
      </w:r>
    </w:p>
    <w:p>
      <w:r>
        <w:rPr>
          <w:color w:val="666666"/>
          <w:sz w:val="18"/>
        </w:rPr>
        <w:t>Islam mein Fiqhi Ikhtelaf (Jurisprudential Disagreement in Islam) Maulana Wahiddudin Khan · 2m 39s · at 11:09 · https://youtu.be/8S3yyG9KYOE?t=669</w:t>
      </w:r>
    </w:p>
    <w:p>
      <w:r>
        <w:rPr>
          <w:i/>
        </w:rPr>
        <w:t>“The biggest differences arose over how to pray”</w:t>
      </w:r>
    </w:p>
    <w:p>
      <w:r>
        <w:rPr>
          <w:sz w:val="20"/>
        </w:rPr>
        <w:t>11:09  misal ke tor par, for example, sab se zyada jo differences paida hue, woh namaz kaise parhi jae, us ke upar paida hue. to pata yeh chala ke in logon ne different tareeqe se namaz parhi hai.</w:t>
      </w:r>
      <w:r>
        <w:br/>
      </w:r>
      <w:r>
        <w:rPr>
          <w:sz w:val="20"/>
        </w:rPr>
        <w:t>11:22  to companion jo the, wohi to namuna the. al qudwahtum yeh samjha jata tha.</w:t>
      </w:r>
      <w:r>
        <w:br/>
      </w:r>
      <w:r>
        <w:rPr>
          <w:sz w:val="20"/>
        </w:rPr>
        <w:t>11:29  rasool Allah ne kaha tha ke "ashabuki al nujoom bi ayihim iqtadaytum azdaytum". mere sahaba jo hain, woh woh sitaron ki tarah hain, un ki pervi karo tum.</w:t>
      </w:r>
      <w:r>
        <w:br/>
      </w:r>
      <w:r>
        <w:rPr>
          <w:sz w:val="20"/>
        </w:rPr>
        <w:t>11:42  to ab jab sahaba se yeh sari hadeesen sahaba se mili theen, hum ko rasool Allah se suna, sahaba unhein, sahaba ne bayan kiya doosron se.</w:t>
      </w:r>
      <w:r>
        <w:br/>
      </w:r>
      <w:r>
        <w:rPr>
          <w:sz w:val="20"/>
        </w:rPr>
        <w:t>11:51  to ab jo hadeesen aayeen, us mein pata chala ke sahabi jo the, woh sab ke sab namaz ek dhang par nahin parhte the.</w:t>
      </w:r>
      <w:r>
        <w:br/>
      </w:r>
      <w:r>
        <w:rPr>
          <w:sz w:val="20"/>
        </w:rPr>
        <w:t>12:00  misalan kisi ne hath uthaya "Allah o Akbar" ka to hath yahan tak uthaya, kisi ne yahan tak uthaya, kisi ne hath bandha to yahan hath bandha, kisi ne yahan hath bandha, kisi ne "ameen" zor se keh diya, kisi ne "ameen" dheere se keh diya.</w:t>
      </w:r>
      <w:r>
        <w:br/>
      </w:r>
      <w:r>
        <w:rPr>
          <w:sz w:val="20"/>
        </w:rPr>
        <w:t>12:17  yahi sab cheezein jo aaj jis par fiqhi school bane hue hain, to jis ko aap kehte hain "siyashata" yani hadees ki chah</w:t>
      </w:r>
      <w:r>
        <w:br/>
      </w:r>
      <w:r>
        <w:rPr>
          <w:sz w:val="20"/>
        </w:rPr>
        <w:t>12:26  kitabein, agar aap parhen un ko to yeh sare differences isi mein aap ko milenge ke rasool Allah ke jo companion the, unhon ne namazein kai dhang se parheen, ek dhang se nahin parheen.</w:t>
      </w:r>
      <w:r>
        <w:br/>
      </w:r>
      <w:r>
        <w:rPr>
          <w:sz w:val="20"/>
        </w:rPr>
        <w:t>12:40  ab sawal paida hua ke jab sahabi hi namuna hain, unhi se humein lena hai ke kaise namaz parhi jae, aur wohi alag alag dhang se parh rahe hain, to hum kya karein?</w:t>
      </w:r>
      <w:r>
        <w:br/>
      </w:r>
      <w:r>
        <w:rPr>
          <w:sz w:val="20"/>
        </w:rPr>
        <w:t>12:49  ab yahan par ek bahut badi bhool hui logon se.</w:t>
      </w:r>
      <w:r>
        <w:br/>
      </w:r>
      <w:r>
        <w:rPr>
          <w:sz w:val="20"/>
        </w:rPr>
        <w:t>12:55  woh bhool yeh hui ke unhon ne keh diya ke "al haq la ta'addud". yeh principle bilkul false principle tha. yeh "al haq la ta'addud" haq kai nahin ho sakta.</w:t>
      </w:r>
      <w:r>
        <w:br/>
      </w:r>
      <w:r>
        <w:rPr>
          <w:sz w:val="20"/>
        </w:rPr>
        <w:t>13:07  "al haq la ta'addud" mani hain haq kai nahin ho sakta, yani namaz ka ek hi tareeqa sahi hoga, doosra galat hoga. yani agar koi kisi ne keh diya "ameen" zor se aur kisi ne kaha ke dheere se, to dono mein se ek hi ko sahi hoga, doosra galat hoga.</w:t>
      </w:r>
      <w:r>
        <w:br/>
      </w:r>
      <w:r>
        <w:rPr>
          <w:sz w:val="20"/>
        </w:rPr>
        <w:t>13:25  kisi ne yahan agar neet bandhi aur kisi ne yahan bandhi, dono mein se ek hi tareeqa sahi hoga, doosra galat hoga. ab poora jhagda is par khada hua. "al haq la ta'addud" haq to ek hi hoga.</w:t>
      </w:r>
      <w:r>
        <w:br/>
      </w:r>
      <w:r>
        <w:rPr>
          <w:sz w:val="20"/>
        </w:rPr>
        <w:t>13:39  yeh bahut hi bada bhool hui hai hamari history mein, jis ko aaj tak hum bhugat rahe hain ke Islam ke naam par bahut sare group bane hue hain.</w:t>
      </w:r>
    </w:p>
    <w:p>
      <w:pPr>
        <w:pStyle w:val="Heading2"/>
      </w:pPr>
      <w:r>
        <w:t>Reconciling moon-sighting with astronomical calculation</w:t>
      </w:r>
    </w:p>
    <w:p>
      <w:r>
        <w:rPr>
          <w:color w:val="666666"/>
          <w:sz w:val="18"/>
        </w:rPr>
        <w:t>Ramadan The Month of Fasting July 31, 2011 · 2m 06s · at 14:38 · https://youtu.be/4W4Dg7zt0DM?t=878</w:t>
      </w:r>
    </w:p>
    <w:p>
      <w:r>
        <w:rPr>
          <w:i/>
        </w:rPr>
        <w:t>“Main samajhta hoon isme koi takraaw nahi”</w:t>
      </w:r>
    </w:p>
    <w:p>
      <w:r>
        <w:rPr>
          <w:sz w:val="20"/>
        </w:rPr>
        <w:t>14:38  mein samajhta hoon ke is mein koi takrao nahi hai. zahiri taur par mein yeh kahunga ke aankh se dekhna roze ko yeh bahut hi iski ahmiyat hai.</w:t>
      </w:r>
      <w:r>
        <w:br/>
      </w:r>
      <w:r>
        <w:rPr>
          <w:sz w:val="20"/>
        </w:rPr>
        <w:t>14:50  is liye ke dekhein, shaban ki aakhri shaam aayi, aap ki aankhein aasman ki taraf uth gayin. aap dekh rahe hain, dekh rahe hain, dekh rahe hain, yahan tak ke aap ko ek bar hi ek chand dikhai diya.</w:t>
      </w:r>
      <w:r>
        <w:br/>
      </w:r>
      <w:r>
        <w:rPr>
          <w:sz w:val="20"/>
        </w:rPr>
        <w:t>15:02  to yeh ek ajeebo ghareeb ek halka jazba aata hai ke Khuda ne chand zahir kar diya. ek naya daur shuru kiya hamari zindagi mein.</w:t>
      </w:r>
      <w:r>
        <w:br/>
      </w:r>
      <w:r>
        <w:rPr>
          <w:sz w:val="20"/>
        </w:rPr>
        <w:t>15:13  chand ka dekhna aap ke liye ek naye daur e hayat ka aaghaz ka matlab hota hai. to ek aadmi jante hain, aap hissi waqea jab tak na hon, uske andar halka nahi aata.</w:t>
      </w:r>
      <w:r>
        <w:br/>
      </w:r>
      <w:r>
        <w:rPr>
          <w:sz w:val="20"/>
        </w:rPr>
        <w:t>15:27  to yeh hissi andaaz mein, muzare ke andaaz mein, observation ke andaaz mein aadmi ke andar ehsaas jagaya jata hai ke Ramzan ka mahina aa gaya, Ramzan ka mahina aa gaya.</w:t>
      </w:r>
      <w:r>
        <w:br/>
      </w:r>
      <w:r>
        <w:rPr>
          <w:sz w:val="20"/>
        </w:rPr>
        <w:t>15:41  Rasool Allah (SAW) ke bare mein aata hai ke aap ne dekha jab chand ko, yani naye chand ko, to aap ne farmaya Allahumma ahlilhu alayna bil hamdi wal imani was salamati wal islami.</w:t>
      </w:r>
      <w:r>
        <w:br/>
      </w:r>
      <w:r>
        <w:rPr>
          <w:sz w:val="20"/>
        </w:rPr>
        <w:t>15:52  . Khuda hai is mahine ko to hamare liye peace ka mahina bana de, salamat ka mahina bana de. spiritual tarqqi ka mahina bana de.</w:t>
      </w:r>
      <w:r>
        <w:br/>
      </w:r>
      <w:r>
        <w:rPr>
          <w:sz w:val="20"/>
        </w:rPr>
        <w:t>16:07  ab yeh ghaur kijiye ke jab aap chand dekhenge, tabhi to yeh sab jazbat jaagenge.</w:t>
      </w:r>
      <w:r>
        <w:br/>
      </w:r>
      <w:r>
        <w:rPr>
          <w:sz w:val="20"/>
        </w:rPr>
        <w:t>16:12  agar aaj sirf khabar mile aap ko kisi observatory ke zariye ke aaj chand ho gaya aur phir aap roza rakhein, yeh sari halchal kaise paida hogi?</w:t>
      </w:r>
      <w:r>
        <w:br/>
      </w:r>
      <w:r>
        <w:rPr>
          <w:sz w:val="20"/>
        </w:rPr>
        <w:t>16:26  chand ko dekhna ek spiritual halchal ka tajurba hota hai.</w:t>
      </w:r>
      <w:r>
        <w:br/>
      </w:r>
      <w:r>
        <w:rPr>
          <w:sz w:val="20"/>
        </w:rPr>
        <w:t>16:35  abi yahan to saaf dikhai deta hai shehron mein. jab hum gaon mein rehte thay pehle to wahan mutla saaf hota tha.</w:t>
      </w:r>
    </w:p>
    <w:p>
      <w:pPr>
        <w:pStyle w:val="Heading2"/>
      </w:pPr>
      <w:r>
        <w:t>Forgiven in sleep through a friend's secret prayer</w:t>
      </w:r>
    </w:p>
    <w:p>
      <w:r>
        <w:rPr>
          <w:color w:val="666666"/>
          <w:sz w:val="18"/>
        </w:rPr>
        <w:t>Lessons From The Life of Abu Darda (ra) November 9, 2025 · 1m 30s · at 22:22 · https://youtu.be/5V4oxolMiBA?t=1342</w:t>
      </w:r>
    </w:p>
    <w:p>
      <w:r>
        <w:rPr>
          <w:i/>
        </w:rPr>
        <w:t>“A servant of Allah is forgiven while sleeping”</w:t>
      </w:r>
    </w:p>
    <w:p>
      <w:r>
        <w:rPr>
          <w:sz w:val="20"/>
        </w:rPr>
        <w:t>22:22  and then he said something very important, "innal abd ni'am." and he said,</w:t>
      </w:r>
      <w:r>
        <w:br/>
      </w:r>
      <w:r>
        <w:rPr>
          <w:sz w:val="20"/>
        </w:rPr>
        <w:t>22:38  "an allah servant is forgiven while he is sleeping." so abu darda was surprised, "how can somebody be forgiven while he is sleeping?</w:t>
      </w:r>
      <w:r>
        <w:br/>
      </w:r>
      <w:r>
        <w:rPr>
          <w:sz w:val="20"/>
        </w:rPr>
        <w:t>22:49  " and abu darda replied, "he had shown good character." he had shown good character to his friend,</w:t>
      </w:r>
      <w:r>
        <w:br/>
      </w:r>
      <w:r>
        <w:rPr>
          <w:sz w:val="20"/>
        </w:rPr>
        <w:t>23:02  and that friend to whom he had shown good character, he got up at night, and he prayed to allah, "for you in your absence, and he is forgiven because of his</w:t>
      </w:r>
      <w:r>
        <w:br/>
      </w:r>
      <w:r>
        <w:rPr>
          <w:sz w:val="20"/>
        </w:rPr>
        <w:t>23:15  dua." so this is a very important aspect that someone else is praying for you while you are sleeping, you are unaware, and god grants you paradise.</w:t>
      </w:r>
      <w:r>
        <w:br/>
      </w:r>
      <w:r>
        <w:rPr>
          <w:sz w:val="20"/>
        </w:rPr>
        <w:t>23:27  this is a very, let's say, the power of dua, and the key message from abu darda (r.a.), that if you treat people beautifully, they will pray for you in absence,</w:t>
      </w:r>
      <w:r>
        <w:br/>
      </w:r>
      <w:r>
        <w:rPr>
          <w:sz w:val="20"/>
        </w:rPr>
        <w:t>23:43  in your absence, and allah will forgive you even when you are unaware. very beautifully explained, doctor sahib, jazak allah.</w:t>
      </w:r>
    </w:p>
    <w:p>
      <w:pPr>
        <w:pStyle w:val="Heading2"/>
      </w:pPr>
      <w:r>
        <w:t>Markets distract from God's creation</w:t>
      </w:r>
    </w:p>
    <w:p>
      <w:r>
        <w:rPr>
          <w:color w:val="666666"/>
          <w:sz w:val="18"/>
        </w:rPr>
        <w:t>Hadith-e-Rasool | April 9, 2006 | Maulana Wahiduddin Khan · 1m 00s · at 34:19 · https://youtu.be/zxaMbPyrpQY?t=2059</w:t>
      </w:r>
    </w:p>
    <w:p>
      <w:r>
        <w:rPr>
          <w:i/>
        </w:rPr>
        <w:t>“شر المقام اسواقہ”</w:t>
      </w:r>
    </w:p>
    <w:p>
      <w:r>
        <w:rPr>
          <w:sz w:val="20"/>
        </w:rPr>
        <w:t>34:19  Shar Al-Makamat Aswaquha, sab se buri jagah is ke bazaar hai. kyun? bazaar mein insaan ko Khuda bhool jata hai aur insani cheezein yaad aati hain. yeh hai disorientation. kitni badi maloomi hai ke paisa kharch kar ke aap jahannum kharidte hain. jahannum ka matlab yeh hai ke paisa kharch kar ke aap kya cheez kharidi? aap ne</w:t>
      </w:r>
      <w:r>
        <w:br/>
      </w:r>
      <w:r>
        <w:rPr>
          <w:sz w:val="20"/>
        </w:rPr>
        <w:t>34:49  wo cheez jo Khuda ki yaad se hataye, aap ko jo jannat ki yaad se hataye, aap ko. to isi ko main keh raha hoon ke paisa kharch kar ke kya kharida? jahannum. isi liye farmaya ke Shar Al-Makamat Aswaquha. is hadith jo hai, yeh bohat lambi hadith hai. main is ko arz karoon to aap shayad is ki ahmiyat samajhein. Rasool Allah Sal Allahu Alaihi Wa Sallam ne ek bar Jibrael se, yaani angel se poocha ke duniya</w:t>
      </w:r>
    </w:p>
    <w:p>
      <w:pPr>
        <w:pStyle w:val="Heading2"/>
      </w:pPr>
      <w:r>
        <w:t>Worship is remembrance of God, not empty ritual</w:t>
      </w:r>
    </w:p>
    <w:p>
      <w:r>
        <w:rPr>
          <w:color w:val="666666"/>
          <w:sz w:val="18"/>
        </w:rPr>
        <w:t>An Intellectual Journey May 1, 2011 · 1m 57s · at 17:09 · https://youtu.be/AqjjyimoIqw?t=1029</w:t>
      </w:r>
    </w:p>
    <w:p>
      <w:r>
        <w:rPr>
          <w:i/>
        </w:rPr>
        <w:t>“Sab se badi mehrumi hai, isi se ibadat hoti hai”</w:t>
      </w:r>
    </w:p>
    <w:p>
      <w:r>
        <w:rPr>
          <w:sz w:val="20"/>
        </w:rPr>
        <w:t>17:09  sab se bari mahroomi hai. inhi duaon ke zariye to ibadat hoti hai. ibadat aap samajhte hain ke koi aik form ka naam hai.</w:t>
      </w:r>
      <w:r>
        <w:br/>
      </w:r>
      <w:r>
        <w:rPr>
          <w:sz w:val="20"/>
        </w:rPr>
        <w:t>17:18  log samajhte hain ibadat yeh hai ke ja kar ke aik aik form ko dohra liya. yeh woh woh ibadat ka bohat hi reduced ka concept hai.</w:t>
      </w:r>
      <w:r>
        <w:br/>
      </w:r>
      <w:r>
        <w:rPr>
          <w:sz w:val="20"/>
        </w:rPr>
        <w:t>17:34  ibadat ko understate karna hai. ibadat yahi hai ke aap quran mein aik akimul salat zikri namaz qaim karo meri yaad ke liye.</w:t>
      </w:r>
      <w:r>
        <w:br/>
      </w:r>
      <w:r>
        <w:rPr>
          <w:sz w:val="20"/>
        </w:rPr>
        <w:t>17:47  isi tarah quran mein hai ke</w:t>
      </w:r>
      <w:r>
        <w:br/>
      </w:r>
      <w:r>
        <w:rPr>
          <w:sz w:val="20"/>
        </w:rPr>
        <w:t>17:51  azkarullah zikran kathira bohat zyada Allah ki yaad karo. yahi to yaad karna hai. yaad karne mani nahi ke Allah Allah Allah Allah Allah Allah karte rahen. aik jhooti practice kar ke aap dil ki dhadkanen aap ko Allah Allah kehte sunai den.</w:t>
      </w:r>
      <w:r>
        <w:br/>
      </w:r>
      <w:r>
        <w:rPr>
          <w:sz w:val="20"/>
        </w:rPr>
        <w:t>18:04  yeh sab bilkul false zikr hai. false. kuch log mashq karte hain, mashq karte hain ke dil ka jo beat karta hai, dil aap jante hain</w:t>
      </w:r>
      <w:r>
        <w:br/>
      </w:r>
      <w:r>
        <w:rPr>
          <w:sz w:val="20"/>
        </w:rPr>
        <w:t>18:16  to woh har beating jo hai Allah Allah Allah Allah yeh bilkul laغو hai, absurd hai, false concept of zikr hai.</w:t>
      </w:r>
      <w:r>
        <w:br/>
      </w:r>
      <w:r>
        <w:rPr>
          <w:sz w:val="20"/>
        </w:rPr>
        <w:t>18:28  zikr aik intellectual phenomena hai, physical phenomena nahi hai. woh to aik physical phenomena hai, dil ki beating.</w:t>
      </w:r>
      <w:r>
        <w:br/>
      </w:r>
      <w:r>
        <w:rPr>
          <w:sz w:val="20"/>
        </w:rPr>
        <w:t>18:39  yani zikr to ek bohat hi high qism ka, bohat hi oonchi qism ka yani tafkir se milta hai, soch se milta hai, thinking se milta hai.</w:t>
      </w:r>
      <w:r>
        <w:br/>
      </w:r>
      <w:r>
        <w:rPr>
          <w:sz w:val="20"/>
        </w:rPr>
        <w:t>18:48  bohat bari ek intellectual ek level pe ek exercise hoti hai. tab zikr aap ko milta hai.</w:t>
      </w:r>
      <w:r>
        <w:br/>
      </w:r>
      <w:r>
        <w:rPr>
          <w:sz w:val="20"/>
        </w:rPr>
        <w:t>18:58  to aap ko sab se zyada jo cheez karna hai wo hai apne ko distraction se batana.</w:t>
      </w:r>
    </w:p>
    <w:p>
      <w:pPr>
        <w:pStyle w:val="Heading2"/>
      </w:pPr>
      <w:r>
        <w:t>catch negative thoughts before Satan takes hold</w:t>
      </w:r>
    </w:p>
    <w:p>
      <w:r>
        <w:rPr>
          <w:color w:val="666666"/>
          <w:sz w:val="18"/>
        </w:rPr>
        <w:t>Dars-e-Quran (Al-Fatihah (The Opening) 1 1-7) July 12, 2015 · 2m 30s · at 37:03 · https://youtu.be/Rv6AjEFe6MI?t=2223</w:t>
      </w:r>
    </w:p>
    <w:p>
      <w:r>
        <w:rPr>
          <w:i/>
        </w:rPr>
        <w:t>“Satan is always looking for an entry point into you”</w:t>
      </w:r>
    </w:p>
    <w:p>
      <w:r>
        <w:rPr>
          <w:sz w:val="20"/>
        </w:rPr>
        <w:t>37:03  musalsal taur par woh is koshish mein hai ke aadmi ko baqa baqaye baqaye. kabhi bhi koi insaan shaitan se khali nahi ho sakta, hatta ke peghamabar ke peechay bhi shaitan shaitan laga rehta hai.</w:t>
      </w:r>
      <w:r>
        <w:br/>
      </w:r>
      <w:r>
        <w:rPr>
          <w:sz w:val="20"/>
        </w:rPr>
        <w:t>37:20  to har insaan ke sath shaitan laga hua hai ke kahan mauqa paaye aur us ko derail kar de, kahan mauqa paaye aur us ko derail kar de.</w:t>
      </w:r>
      <w:r>
        <w:br/>
      </w:r>
      <w:r>
        <w:rPr>
          <w:sz w:val="20"/>
        </w:rPr>
        <w:t>37:29  to jin logon ne apne ko derailment se bachaya, shayad hidayat paane ke baad phir woh idhar udhar bhage nahi.</w:t>
      </w:r>
      <w:r>
        <w:br/>
      </w:r>
      <w:r>
        <w:rPr>
          <w:sz w:val="20"/>
        </w:rPr>
        <w:t>37:39  kyun ke dekhen, is dunya mein aisa hai, hamesha tarah tarah ke waqiyat paish aate hain. kahin aadmi ko ghussa aa jata hai, kahin aadmi offend ho jata hai, kahin aadmi nafrat aa jati hai aadmi ke andar, kahin chirchira mukhtalif qism ke negative thought aa jate hain.</w:t>
      </w:r>
      <w:r>
        <w:br/>
      </w:r>
      <w:r>
        <w:rPr>
          <w:sz w:val="20"/>
        </w:rPr>
        <w:t>37:57  to usi waqt call karna parta hai is ko.</w:t>
      </w:r>
      <w:r>
        <w:br/>
      </w:r>
      <w:r>
        <w:rPr>
          <w:sz w:val="20"/>
        </w:rPr>
        <w:t>37:59  deen and dear, agar aap usi waqt call na karein to woh aap par chha jayega aur phir derailment aa jayega aap ki zindagi mein.</w:t>
      </w:r>
      <w:r>
        <w:br/>
      </w:r>
      <w:r>
        <w:rPr>
          <w:sz w:val="20"/>
        </w:rPr>
        <w:t>38:09  to jab bhi aap ke andar koi negative thought aaye to samjhein ke woh shaitan ko koi entry point mil gaya, wahan ghus gaya hai. woh</w:t>
      </w:r>
      <w:r>
        <w:br/>
      </w:r>
      <w:r>
        <w:rPr>
          <w:sz w:val="20"/>
        </w:rPr>
        <w:t>38:19  jab bhi aap ke andar koi negative thought aaye, negative ka matlab hai ke nafrat ka jazba aur ghussa aur narazgi, is qism ki baatein aa jayein to woh samjhein ke shaitan yahan ghus aaya hai.</w:t>
      </w:r>
      <w:r>
        <w:br/>
      </w:r>
      <w:r>
        <w:rPr>
          <w:sz w:val="20"/>
        </w:rPr>
        <w:t>38:34  to is ko khatam karna parega,</w:t>
      </w:r>
      <w:r>
        <w:br/>
      </w:r>
      <w:r>
        <w:rPr>
          <w:sz w:val="20"/>
        </w:rPr>
        <w:t>38:39  nahi to phir aap ka derailment ho jayega.</w:t>
      </w:r>
      <w:r>
        <w:br/>
      </w:r>
      <w:r>
        <w:rPr>
          <w:sz w:val="20"/>
        </w:rPr>
        <w:t>38:44  to jo log derailment na hon, apne ko barabar bachaye rahein, bachaye rahein, bachaye rahein. shaitan ke har shaitan ke har waqeye ko discover kar ke is ko call karte rahein to woh wahi log honge jin ko ke Allah apne inaam,</w:t>
      </w:r>
      <w:r>
        <w:br/>
      </w:r>
      <w:r>
        <w:rPr>
          <w:sz w:val="20"/>
        </w:rPr>
        <w:t>39:03  jo inaam yafta hai. inaam yafta ke maani hain ke woh log jin ki jin ko un ke yeh tofeeq mili ke woh shaitan ke waswason ko call karte rahein,</w:t>
      </w:r>
      <w:r>
        <w:br/>
      </w:r>
      <w:r>
        <w:rPr>
          <w:sz w:val="20"/>
        </w:rPr>
        <w:t>39:16  baqayda nahi. wahi log hain inaam wale log. to pehla groh seeker ka hua, doosra groh woh hua jo jis ko Allah ka inaam hasil hua.</w:t>
      </w:r>
    </w:p>
    <w:p>
      <w:pPr>
        <w:pStyle w:val="Heading2"/>
      </w:pPr>
      <w:r>
        <w:t>Small groups overcome large by hard work</w:t>
      </w:r>
    </w:p>
    <w:p>
      <w:r>
        <w:rPr>
          <w:color w:val="666666"/>
          <w:sz w:val="18"/>
        </w:rPr>
        <w:t>Darse Quran 03 07 07 · 2m 00s · at 38:54 · https://youtu.be/-5s9-7Xj6jU?t=2334</w:t>
      </w:r>
    </w:p>
    <w:p>
      <w:r>
        <w:rPr>
          <w:i/>
        </w:rPr>
        <w:t>“Yahan par dekhen”</w:t>
      </w:r>
    </w:p>
    <w:p>
      <w:r>
        <w:rPr>
          <w:sz w:val="20"/>
        </w:rPr>
        <w:t>38:54  Yahan par dekhen, yeh koi mysterious baat nahi hai, yeh koi asrar baat nahi hai ke chhote giroh apne se zyada bare giroh par ghalib aa jaye. To kaise hota hai? Yeh mysteriously nahi hota hai, yeh koi asrar baat nahi hai. Yeh Khuda</w:t>
      </w:r>
      <w:r>
        <w:br/>
      </w:r>
      <w:r>
        <w:rPr>
          <w:sz w:val="20"/>
        </w:rPr>
        <w:t>39:24  ka jo qanoon hai, dunya mein jo law of nature hai, us ke mutabiq hota hai. bashart ke aadmi is qanoon ko samjhe aur us ko istemal karay. woh kaisay? dekhen, do groh hain, aik chota hai, aik bara, aik hi area mein. to kya hota hai?</w:t>
      </w:r>
      <w:r>
        <w:br/>
      </w:r>
      <w:r>
        <w:rPr>
          <w:sz w:val="20"/>
        </w:rPr>
        <w:t>39:54  khuda ka qanoon yeh hai ke chotay groh ke andar compression ki spirit jaagti hai, hard work ki spirit jaagti hai. yeh law of nature hai, yeh fitrat jo hai, insaan ki fitrat, fitrat khud active ho jati hai ke jab doosra agar woh bara hai to mein us ko compensate is tarah kar sakta hoon ke mein apni mehnat ko ziyada kar doon</w:t>
      </w:r>
      <w:r>
        <w:br/>
      </w:r>
      <w:r>
        <w:rPr>
          <w:sz w:val="20"/>
        </w:rPr>
        <w:t>40:24  . apni mehnat ko ziyada kar ke, apni planning ko ziyada behtar kar ke, mein us ki adadi bartari ko number woh ziyada hai to mein apni planning ko ziyada behtar bana kar ke us par ghalib aa sakta hoon. yeh nature mein hai, fitrat mein hai. to woh woh hissa active</w:t>
      </w:r>
    </w:p>
    <w:p>
      <w:pPr>
        <w:pStyle w:val="Heading2"/>
      </w:pPr>
      <w:r>
        <w:t>Zakat is temporary relief, never permanent charity</w:t>
      </w:r>
    </w:p>
    <w:p>
      <w:r>
        <w:rPr>
          <w:color w:val="666666"/>
          <w:sz w:val="18"/>
        </w:rPr>
        <w:t>Spirit of Zakat 16 May 2007 - Maulana Wahiduddin Khan · 2m 21s · at 32:12 · https://youtu.be/Ptou1yxZS_8?t=1932</w:t>
      </w:r>
    </w:p>
    <w:p>
      <w:r>
        <w:rPr>
          <w:i/>
        </w:rPr>
        <w:t>“God created people with differences, some rich, some poor”</w:t>
      </w:r>
    </w:p>
    <w:p>
      <w:r>
        <w:rPr>
          <w:sz w:val="20"/>
        </w:rPr>
        <w:t>32:12  so, at one side, god created people with differences.</w:t>
      </w:r>
      <w:r>
        <w:br/>
      </w:r>
      <w:r>
        <w:rPr>
          <w:sz w:val="20"/>
        </w:rPr>
        <w:t>32:21  some are rich, some are poor. but, on the other side, god gave commandment that rich people must pay zakat</w:t>
      </w:r>
      <w:r>
        <w:br/>
      </w:r>
      <w:r>
        <w:rPr>
          <w:sz w:val="20"/>
        </w:rPr>
        <w:t>32:38  and it will be given to to poor people. this</w:t>
      </w:r>
      <w:r>
        <w:br/>
      </w:r>
      <w:r>
        <w:rPr>
          <w:sz w:val="20"/>
        </w:rPr>
        <w:t>32:43  , in this sense, zakat is only temporary relief, it is not permanent thing. because, poverty is a temporary phenomena.</w:t>
      </w:r>
      <w:r>
        <w:br/>
      </w:r>
      <w:r>
        <w:rPr>
          <w:sz w:val="20"/>
        </w:rPr>
        <w:t>32:55  poverty is not a permanent phenomena. no, not at all.</w:t>
      </w:r>
      <w:r>
        <w:br/>
      </w:r>
      <w:r>
        <w:rPr>
          <w:sz w:val="20"/>
        </w:rPr>
        <w:t>33:01  neither rich are permanently rich, nor poor is permanently poor.</w:t>
      </w:r>
      <w:r>
        <w:br/>
      </w:r>
      <w:r>
        <w:rPr>
          <w:sz w:val="20"/>
        </w:rPr>
        <w:t>33:12  so, both are temporary phenomena. so, it is a temporary relief to poors. it is not permanent adjustment, permanent settlement</w:t>
      </w:r>
      <w:r>
        <w:br/>
      </w:r>
      <w:r>
        <w:rPr>
          <w:sz w:val="20"/>
        </w:rPr>
        <w:t>33:24  . no, it zakat is a temporary relief to those people who are temporary poor.</w:t>
      </w:r>
      <w:r>
        <w:br/>
      </w:r>
      <w:r>
        <w:rPr>
          <w:sz w:val="20"/>
        </w:rPr>
        <w:t>33:32  no one is permanently poor. in this world, no one is permanently poor and also no one is permanently rich.</w:t>
      </w:r>
      <w:r>
        <w:br/>
      </w:r>
      <w:r>
        <w:rPr>
          <w:sz w:val="20"/>
        </w:rPr>
        <w:t>33:44  every term there are change in society. every term there are change in equation.</w:t>
      </w:r>
      <w:r>
        <w:br/>
      </w:r>
      <w:r>
        <w:rPr>
          <w:sz w:val="20"/>
        </w:rPr>
        <w:t>33:54  so, god wanted to to make challenge so that people</w:t>
      </w:r>
      <w:r>
        <w:br/>
      </w:r>
      <w:r>
        <w:rPr>
          <w:sz w:val="20"/>
        </w:rPr>
        <w:t>34:08  are motivated</w:t>
      </w:r>
      <w:r>
        <w:br/>
      </w:r>
      <w:r>
        <w:rPr>
          <w:sz w:val="20"/>
        </w:rPr>
        <w:t>34:12  . and at the same time, god wanted to to give some zakat as a temporary relief to the poor people.</w:t>
      </w:r>
      <w:r>
        <w:br/>
      </w:r>
      <w:r>
        <w:rPr>
          <w:sz w:val="20"/>
        </w:rPr>
        <w:t>34:26  so, this is the,</w:t>
      </w:r>
      <w:r>
        <w:br/>
      </w:r>
      <w:r>
        <w:rPr>
          <w:sz w:val="20"/>
        </w:rPr>
        <w:t>34:31  this is the creation plan</w:t>
      </w:r>
      <w:r>
        <w:br/>
      </w:r>
      <w:r>
        <w:rPr>
          <w:sz w:val="20"/>
        </w:rPr>
        <w:t>34:33  of god. this is the divine scheme. zakat is not simply a charity.</w:t>
      </w:r>
    </w:p>
    <w:p>
      <w:pPr>
        <w:pStyle w:val="Heading2"/>
      </w:pPr>
      <w:r>
        <w:t>Ramadan is a month of spiritual activism</w:t>
      </w:r>
    </w:p>
    <w:p>
      <w:r>
        <w:rPr>
          <w:color w:val="666666"/>
          <w:sz w:val="18"/>
        </w:rPr>
        <w:t>Ramadan and The Quran September 03, 2006 Maulana Wahiduddin Khan · 1m 25s · at 21:14 · https://youtu.be/LJU2AJuPQZc?t=1274</w:t>
      </w:r>
    </w:p>
    <w:p>
      <w:r>
        <w:rPr>
          <w:i/>
        </w:rPr>
        <w:t>“Aaj kal activism ka lafz bahut bola jata hai”</w:t>
      </w:r>
    </w:p>
    <w:p>
      <w:r>
        <w:rPr>
          <w:sz w:val="20"/>
        </w:rPr>
        <w:t>21:14  aaj kal activism ka lafz bahut bola jata hai.</w:t>
      </w:r>
      <w:r>
        <w:br/>
      </w:r>
      <w:r>
        <w:rPr>
          <w:sz w:val="20"/>
        </w:rPr>
        <w:t>21:21  judicial activism, media activism, educational activism. to is ko le kar agar main kahoon to main kahoon ga ke roze ka mahina jo hai woh woh hai spiritual activism ka mahina.</w:t>
      </w:r>
      <w:r>
        <w:br/>
      </w:r>
      <w:r>
        <w:rPr>
          <w:sz w:val="20"/>
        </w:rPr>
        <w:t>21:39  spiritual activism.</w:t>
      </w:r>
      <w:r>
        <w:br/>
      </w:r>
      <w:r>
        <w:rPr>
          <w:sz w:val="20"/>
        </w:rPr>
        <w:t>21:46  yani ek mahina hum khaas karte hain is ke liye ke hum</w:t>
      </w:r>
      <w:r>
        <w:br/>
      </w:r>
      <w:r>
        <w:rPr>
          <w:sz w:val="20"/>
        </w:rPr>
        <w:t>21:54  apni spirituality ko jagayenge. hamare andar jo jo content hai spirituality ka, woh aam dino mein soya rehta hai.</w:t>
      </w:r>
      <w:r>
        <w:br/>
      </w:r>
      <w:r>
        <w:rPr>
          <w:sz w:val="20"/>
        </w:rPr>
        <w:t>22:04  is ko hum jagayenge. jaise jo misaal abhi di maine ke bhookh jab tadpati hai tab woh ehsaasaat jaagte hain jis ko hum kehte hain Khuda ka gadgadana.</w:t>
      </w:r>
      <w:r>
        <w:br/>
      </w:r>
      <w:r>
        <w:rPr>
          <w:sz w:val="20"/>
        </w:rPr>
        <w:t>22:19  agar bhookh na tadpaye to Khuda ke saamne gadgadana, Khuda ke liye rona yeh kabhi bhi nahi aayega.</w:t>
      </w:r>
      <w:r>
        <w:br/>
      </w:r>
      <w:r>
        <w:rPr>
          <w:sz w:val="20"/>
        </w:rPr>
        <w:t>22:29  kabhi bhi nahi aayega. to is liye yeh spiritual activism hai jo roze mein is ka tajurba karaya jata hai.</w:t>
      </w:r>
    </w:p>
    <w:p>
      <w:pPr>
        <w:pStyle w:val="Heading2"/>
      </w:pPr>
      <w:r>
        <w:t>The full Hadith Jibril narrated by Umar ibn al-Khattab</w:t>
      </w:r>
    </w:p>
    <w:p>
      <w:r>
        <w:rPr>
          <w:color w:val="666666"/>
          <w:sz w:val="18"/>
        </w:rPr>
        <w:t>Hadith-e-Jibril, April 21, 2013 · 2m 37s · at 3:29 · https://youtu.be/0rF6Ou0pDog?t=209</w:t>
      </w:r>
    </w:p>
    <w:p>
      <w:r>
        <w:rPr>
          <w:i/>
        </w:rPr>
        <w:t>“بینما نحن عند رسول اللہ صلی اللہ علیہ وسلم ذات یوم”</w:t>
      </w:r>
    </w:p>
    <w:p>
      <w:r>
        <w:rPr>
          <w:sz w:val="20"/>
        </w:rPr>
        <w:t>3:29  bismillah rahman rahim. an umar ibn al-khattab radi allahu anhu: "qala baynama nahnu inda rasool Allah salallaho alaihe wasallam zatay yawm, atalla alayna rajulun shadeed bayad al-thiyab,</w:t>
      </w:r>
      <w:r>
        <w:br/>
      </w:r>
      <w:r>
        <w:rPr>
          <w:sz w:val="20"/>
        </w:rPr>
        <w:t>3:48  shadeed sawad al-shaar, la yura alayhi athar al-safar, wa la ya'rifuhu minna ahad, hatta jalas ila al-nabi salallaho alaihe wasallam, fa asnad rukbatayhi ila rukbatayhi,</w:t>
      </w:r>
      <w:r>
        <w:br/>
      </w:r>
      <w:r>
        <w:rPr>
          <w:sz w:val="20"/>
        </w:rPr>
        <w:t>4:05  wa wada'a kaffayhi ala fakhzihi, wa qala: ya Muhammad, akhbirni an al-Islam".</w:t>
      </w:r>
      <w:r>
        <w:br/>
      </w:r>
      <w:r>
        <w:rPr>
          <w:sz w:val="20"/>
        </w:rPr>
        <w:t>4:14  faqala rasool Allah salallaho alaihe wasallam: "al-Islam an tash-had an la ilaha illallah, wa anna Muhammad rasool Allah,</w:t>
      </w:r>
      <w:r>
        <w:br/>
      </w:r>
      <w:r>
        <w:rPr>
          <w:sz w:val="20"/>
        </w:rPr>
        <w:t>4:25  wa tuqeem al-salat, wa tu'ti al-zakat, wa tasoom ramadan, wa tahujj al-bayt in istata'ta ilayhi sabeela".</w:t>
      </w:r>
      <w:r>
        <w:br/>
      </w:r>
      <w:r>
        <w:rPr>
          <w:sz w:val="20"/>
        </w:rPr>
        <w:t>4:36  qala: "sidqta". qala: "fa ajabna lahu". yasaluhu wa yusaddiquhu</w:t>
      </w:r>
      <w:r>
        <w:br/>
      </w:r>
      <w:r>
        <w:rPr>
          <w:sz w:val="20"/>
        </w:rPr>
        <w:t>4:43  . qala: "fa akhbirni an al-iman". qala: "an tu'min billahi wa mala'ikatihi wa kutubihi wa rusulihi wa al-yawm al-akhir,</w:t>
      </w:r>
      <w:r>
        <w:br/>
      </w:r>
      <w:r>
        <w:rPr>
          <w:sz w:val="20"/>
        </w:rPr>
        <w:t>4:56  wa tu'min bil-qadari khayrihi wa sharrihi". qala: "sidqta". qala: "fa akhbirni an al-ihsan".</w:t>
      </w:r>
      <w:r>
        <w:br/>
      </w:r>
      <w:r>
        <w:rPr>
          <w:sz w:val="20"/>
        </w:rPr>
        <w:t>5:07  qala: "an ta'bud Allah ka'annaka tarah,</w:t>
      </w:r>
      <w:r>
        <w:br/>
      </w:r>
      <w:r>
        <w:rPr>
          <w:sz w:val="20"/>
        </w:rPr>
        <w:t>5:11  fa in lam takun tarahu fa innahu yarak". qala: "fa akhbirni an al-sa'ah". qala: "ma al-mas'oolu anha?</w:t>
      </w:r>
      <w:r>
        <w:br/>
      </w:r>
      <w:r>
        <w:rPr>
          <w:sz w:val="20"/>
        </w:rPr>
        <w:t>5:22  bi a'lam min al-sa'il". qala: "fa akhbirni an amaratiha". qala: "an talid al-ammah rabbataha,</w:t>
      </w:r>
      <w:r>
        <w:br/>
      </w:r>
      <w:r>
        <w:rPr>
          <w:sz w:val="20"/>
        </w:rPr>
        <w:t>5:33  wa an tara al-hufat al-urat al-'alah ru'a al-shaa'i yata tawwaloon fi al-bunyan".</w:t>
      </w:r>
      <w:r>
        <w:br/>
      </w:r>
      <w:r>
        <w:rPr>
          <w:sz w:val="20"/>
        </w:rPr>
        <w:t>5:42  qala: "thumma intalaqa fa labithtu maliyan". thumma qala li: "ya Umar, atadree man al-sa'il".</w:t>
      </w:r>
      <w:r>
        <w:br/>
      </w:r>
      <w:r>
        <w:rPr>
          <w:sz w:val="20"/>
        </w:rPr>
        <w:t>5:52  qultu: "Allah wa rasooluhu a'lam".</w:t>
      </w:r>
      <w:r>
        <w:br/>
      </w:r>
      <w:r>
        <w:rPr>
          <w:sz w:val="20"/>
        </w:rPr>
        <w:t>5:55  qala: "fa innahu jibreel atakum yu'allimukum deenakum". rawaahu muslim.</w:t>
      </w:r>
    </w:p>
    <w:p>
      <w:pPr>
        <w:pStyle w:val="Heading2"/>
      </w:pPr>
      <w:r>
        <w:t>A sinner forgiven for forgiving others' debts</w:t>
      </w:r>
    </w:p>
    <w:p>
      <w:r>
        <w:rPr>
          <w:color w:val="666666"/>
          <w:sz w:val="18"/>
        </w:rPr>
        <w:t>The Importance of Zakat May 08, 2022 Dr. Saniyasnain Khan · 2m 01s · at 32:13 · https://youtu.be/92nslWvnQ5Y?t=1933</w:t>
      </w:r>
    </w:p>
    <w:p>
      <w:r>
        <w:rPr>
          <w:i/>
        </w:rPr>
        <w:t>“Angels asked the dying man if he'd done any good deed”</w:t>
      </w:r>
    </w:p>
    <w:p>
      <w:r>
        <w:rPr>
          <w:sz w:val="20"/>
        </w:rPr>
        <w:t>32:13  farishte uski soul lene ke liye, rooh qabz karne ke liye. to parishton ne usse puchha ki tumne koi nek kaam kiya hai? to usne socha, usne kaha nahin maine koi nek kaam nahin kiya. to parishton ne kaha ki yaad karo kuch yaad karo.</w:t>
      </w:r>
      <w:r>
        <w:br/>
      </w:r>
      <w:r>
        <w:rPr>
          <w:sz w:val="20"/>
        </w:rPr>
        <w:t>32:34  to usne kaha ki main loan diya karta tha logon ko aur jo log pay nahin kar paate the main maaf kar deta tha unko aur jo log pay karne ki taakat rakhte the unko bhi main jab vah delay karte the main ignore karta tha unko. koi baat nahin ek aise kehta tha, ignore kar deta tha. to allah taala ne farishton se kaha ki iske bhi jo galtiyan ignore kar do, maaf kar do isko. ji.</w:t>
      </w:r>
      <w:r>
        <w:br/>
      </w:r>
      <w:r>
        <w:rPr>
          <w:sz w:val="20"/>
        </w:rPr>
        <w:t>33:01  to itna bada iske andar reward hai ki lataala galtiyon ko hi maaf kar dega. ji. docsapp ne bilkul sahi kaha balki agar dekha jaaye to hamara jo maal ya jo hamari jo wealth hamein mili hai, vo bhi ek tarike se lohni hai.</w:t>
      </w:r>
      <w:r>
        <w:br/>
      </w:r>
      <w:r>
        <w:rPr>
          <w:sz w:val="20"/>
        </w:rPr>
        <w:t>33:18  ek riwayat hai ki hazrat apne masood ne ek, ek martaba faramaya ki tum mein se har shakhs is duniya mein ek mehman hai aur tumhein jo cheez mili hui hai vo alag hi taraf se loan hai aur mehman ko har haal mein aage jaana hi hai. marna matlab isko ek, ek roz marna hai aur jo loan mein mili hui cheez hai vo usko apne malik ko lautani hi padegi.</w:t>
      </w:r>
      <w:r>
        <w:br/>
      </w:r>
      <w:r>
        <w:rPr>
          <w:sz w:val="20"/>
        </w:rPr>
        <w:t>33:46  to DocsApp isse zyada achhi cheez kya ho sakti hai ki isse pehle ki humse compulsory level par woh cheez le li jaaye jo humein loan ke roop mein di gayi hai, usko hum aage logon ko de dein. to yeh bahut important aspect hai. Doctor ab agla sawal poochna chahunga ki ek ek martaba prophet had received some zakat which he could not give to the needy people and he could not sleep that night.</w:t>
      </w:r>
      <w:r>
        <w:br/>
      </w:r>
      <w:r>
        <w:rPr>
          <w:sz w:val="20"/>
        </w:rPr>
        <w:t>34:14  to woh kya incident hai uske baare mein bhi hum sabko bataein. ek baar aisa hua ki prophet Mohammad ke paas koi aadmi aaya, usne chaar chandi di. auqiya us zamane ki koi weight hota tha, jaise hamare yahan tola, masha waghera nahi hota hai. ji.</w:t>
      </w:r>
    </w:p>
    <w:p>
      <w:pPr>
        <w:pStyle w:val="Heading2"/>
      </w:pPr>
      <w:r>
        <w:t>Boarding a plane became a symbol of life and death</w:t>
      </w:r>
    </w:p>
    <w:p>
      <w:r>
        <w:rPr>
          <w:color w:val="666666"/>
          <w:sz w:val="18"/>
        </w:rPr>
        <w:t>An Intellectual Journey May 1, 2011 · 2m 19s · at 5:22 · https://youtu.be/AqjjyimoIqw?t=322</w:t>
      </w:r>
    </w:p>
    <w:p>
      <w:r>
        <w:rPr>
          <w:i/>
        </w:rPr>
        <w:t>“Main aapko apna ek experience batata hoon”</w:t>
      </w:r>
    </w:p>
    <w:p>
      <w:r>
        <w:rPr>
          <w:sz w:val="20"/>
        </w:rPr>
        <w:t>5:22  ab dekhiye ke mein aap ko apna aik experience batata hoon.</w:t>
      </w:r>
      <w:r>
        <w:br/>
      </w:r>
      <w:r>
        <w:rPr>
          <w:sz w:val="20"/>
        </w:rPr>
        <w:t>5:29  jab mein yahan se rawana hua aur airport par pohncha</w:t>
      </w:r>
      <w:r>
        <w:br/>
      </w:r>
      <w:r>
        <w:rPr>
          <w:sz w:val="20"/>
        </w:rPr>
        <w:t>5:37  to airport se hum jahaz mein safar sawaar hue. jahaz mein sawaar hue. yeh waqea mere liye aik aik symbolic sense mein zindagi aur maut ka tajurba ban gaya.</w:t>
      </w:r>
      <w:r>
        <w:br/>
      </w:r>
      <w:r>
        <w:rPr>
          <w:sz w:val="20"/>
        </w:rPr>
        <w:t>5:53  mein socha ke khudaaya isi tarah aik din mera safar hayat khatam hoga.</w:t>
      </w:r>
      <w:r>
        <w:br/>
      </w:r>
      <w:r>
        <w:rPr>
          <w:sz w:val="20"/>
        </w:rPr>
        <w:t>6:03  firishte aayenge aur aik aur sawari par mujhe bitha denge jo sawari ja rahi hogi is duniya se kisi aur duniya ki taraf.</w:t>
      </w:r>
      <w:r>
        <w:br/>
      </w:r>
      <w:r>
        <w:rPr>
          <w:sz w:val="20"/>
        </w:rPr>
        <w:t>6:17  ab yeh mein sochne laga.</w:t>
      </w:r>
      <w:r>
        <w:br/>
      </w:r>
      <w:r>
        <w:rPr>
          <w:sz w:val="20"/>
        </w:rPr>
        <w:t>6:22  isi mein soch mein raha ke kaisa ajeeb woh din hoga jab ke maut ke firishte aayen, mujhe</w:t>
      </w:r>
      <w:r>
        <w:br/>
      </w:r>
      <w:r>
        <w:rPr>
          <w:sz w:val="20"/>
        </w:rPr>
        <w:t>6:33  yaani aik aur sawari bitha dein. woh aik hoga goya ke aik aik aik explosion hoga.</w:t>
      </w:r>
      <w:r>
        <w:br/>
      </w:r>
      <w:r>
        <w:rPr>
          <w:sz w:val="20"/>
        </w:rPr>
        <w:t>6:45  compulsory explosion is duniya se. chalo ab yahan tumhein rehne ka waqt khatam ho gaya.</w:t>
      </w:r>
      <w:r>
        <w:br/>
      </w:r>
      <w:r>
        <w:rPr>
          <w:sz w:val="20"/>
        </w:rPr>
        <w:t>6:51  ab aik jahaz mein, aik maut ke jahaz mein mujhe baithna hoga. woh kahan jayega kuch pata nahi. yeh sab sochta raha mein. to ab mind ko mein activate kiye hue tha.</w:t>
      </w:r>
      <w:r>
        <w:br/>
      </w:r>
      <w:r>
        <w:rPr>
          <w:sz w:val="20"/>
        </w:rPr>
        <w:t>7:05  mind ko activate kiye hue tha is jo khuda ka jo creation plan hai. poora mind mera creation plan of god ko soch raha tha.</w:t>
      </w:r>
      <w:r>
        <w:br/>
      </w:r>
      <w:r>
        <w:rPr>
          <w:sz w:val="20"/>
        </w:rPr>
        <w:t>7:14  zindagi aur maut, maut ke baad aik aur duniya.</w:t>
      </w:r>
      <w:r>
        <w:br/>
      </w:r>
      <w:r>
        <w:rPr>
          <w:sz w:val="20"/>
        </w:rPr>
        <w:t>7:19  to is ka nateeja kya hua dekhiye? aik bohat bari Allah taala ne mujhe blessing di. yeh safar mere liye aik bohat bara point of reference ban gaya.</w:t>
      </w:r>
      <w:r>
        <w:br/>
      </w:r>
      <w:r>
        <w:rPr>
          <w:sz w:val="20"/>
        </w:rPr>
        <w:t>7:30  bohat bari dua ke liye point of reference. ab hamara jahaz fly karte hue, fly karte hue ja raha tha.</w:t>
      </w:r>
    </w:p>
    <w:p>
      <w:pPr>
        <w:pStyle w:val="Heading2"/>
      </w:pPr>
      <w:r>
        <w:t>how communism's ban on religion collapsed</w:t>
      </w:r>
    </w:p>
    <w:p>
      <w:r>
        <w:rPr>
          <w:color w:val="666666"/>
          <w:sz w:val="18"/>
        </w:rPr>
        <w:t>Dars -e-Quran June 30, 2007 · 2m 14s · at 12:13 · https://youtu.be/I2HVuhH6eS8?t=733</w:t>
      </w:r>
    </w:p>
    <w:p>
      <w:r>
        <w:rPr>
          <w:i/>
        </w:rPr>
        <w:t>“بادشاہوں نے مذہب کے آپشن کو ختم کر دیا تھا”</w:t>
      </w:r>
    </w:p>
    <w:p>
      <w:r>
        <w:rPr>
          <w:sz w:val="20"/>
        </w:rPr>
        <w:t>12:13  logon ko options khulay hue hon logon ke liye. to badshah logon ne yeh kiya tha ke options ko khatam kar diya tha.</w:t>
      </w:r>
      <w:r>
        <w:br/>
      </w:r>
      <w:r>
        <w:rPr>
          <w:sz w:val="20"/>
        </w:rPr>
        <w:t>12:23  sare logon par yeh, sare logon ko majboor karte thay ke aik hi mazhab koi nahi, badshah ka mazhab, yani state religion jo hai, state religion ko manain.</w:t>
      </w:r>
      <w:r>
        <w:br/>
      </w:r>
      <w:r>
        <w:rPr>
          <w:sz w:val="20"/>
        </w:rPr>
        <w:t>12:35  kisi aur mazhab ke liye option hi nahi tha. yeh baat thi khuda ki scheme</w:t>
      </w:r>
      <w:r>
        <w:br/>
      </w:r>
      <w:r>
        <w:rPr>
          <w:sz w:val="20"/>
        </w:rPr>
        <w:t>12:42  of thinking ke khilaf. jab bhi dunya mein yaad rakhiye aisa hoga to khuda us ko chalnay nahi dega. mojooda zamane mein hum ne dekha hai ke apne ke aik baray raqbay mein communism ka</w:t>
      </w:r>
      <w:r>
        <w:br/>
      </w:r>
      <w:r>
        <w:rPr>
          <w:sz w:val="20"/>
        </w:rPr>
        <w:t>13:00  rule qaim hua, communist empire jo kehte thay soviet union, wahan par unhon ne kya kiya tha?</w:t>
      </w:r>
      <w:r>
        <w:br/>
      </w:r>
      <w:r>
        <w:rPr>
          <w:sz w:val="20"/>
        </w:rPr>
        <w:t>13:10  mazhab ke option ko khatam kar diya tha. mazhab ke option ko khatam kar diya tha. mazhab par aap kitab nahi likh sakte, mazhab par aap discussion nahi kar sakte,</w:t>
      </w:r>
      <w:r>
        <w:br/>
      </w:r>
      <w:r>
        <w:rPr>
          <w:sz w:val="20"/>
        </w:rPr>
        <w:t>13:23  mazhab par aap bol nahi sakte, mazhab par aap summary nahi kar sakte. to mazhab ka option khatam kar diya tha unhon ne.</w:t>
      </w:r>
      <w:r>
        <w:br/>
      </w:r>
      <w:r>
        <w:rPr>
          <w:sz w:val="20"/>
        </w:rPr>
        <w:t>13:36  yeh khuda ki scheme ke khilaaf tha, khuda ke creation plan ke khilaaf tha. jo aaj aap jante hain ke itna bara Soviet Union jo ek zamane mein super power mana jata tha, super power,</w:t>
      </w:r>
      <w:r>
        <w:br/>
      </w:r>
      <w:r>
        <w:rPr>
          <w:sz w:val="20"/>
        </w:rPr>
        <w:t>13:53  wo taash ke patte ki tarah theher gaya.</w:t>
      </w:r>
      <w:r>
        <w:br/>
      </w:r>
      <w:r>
        <w:rPr>
          <w:sz w:val="20"/>
        </w:rPr>
        <w:t>13:58  achanak khatm ho gaya kyunke wo khuda ki scheme ke khilaaf tha.</w:t>
      </w:r>
      <w:r>
        <w:br/>
      </w:r>
      <w:r>
        <w:rPr>
          <w:sz w:val="20"/>
        </w:rPr>
        <w:t>14:03  isko khuda ka sanction nahi hasil nahi tha. is se pehle king log jo the, kingship jo hua karti thi, usne bhi mazhab ke option ko khatm kar diya tha.</w:t>
      </w:r>
      <w:r>
        <w:br/>
      </w:r>
      <w:r>
        <w:rPr>
          <w:sz w:val="20"/>
        </w:rPr>
        <w:t>14:15  jis tarah communist empire mein khatm kiya gaya to communist empire ko bhi khuda ne khatm kar diya. aise hi kingship ko bhi khuda ne khatm kar diya taake azaadi baqi rahe.</w:t>
      </w:r>
      <w:r>
        <w:br/>
      </w:r>
      <w:r>
        <w:rPr>
          <w:sz w:val="20"/>
        </w:rPr>
        <w:t>14:26  wa yakunud deenu kulluhu</w:t>
      </w:r>
    </w:p>
    <w:p>
      <w:pPr>
        <w:pStyle w:val="Heading2"/>
      </w:pPr>
      <w:r>
        <w:t>Five pillars spirit and form</w:t>
      </w:r>
    </w:p>
    <w:p>
      <w:r>
        <w:rPr>
          <w:color w:val="666666"/>
          <w:sz w:val="18"/>
        </w:rPr>
        <w:t>Eid al Adha December 23, 2007 - Maulana Wahiduddin Khan · 1m 59s · at 1:23 · https://youtu.be/-I9lDjtq3FY?t=83</w:t>
      </w:r>
    </w:p>
    <w:p>
      <w:r>
        <w:rPr>
          <w:i/>
        </w:rPr>
        <w:t>“Islam mein paanch cheezein pillars ke tor par batayi gayi hain.”</w:t>
      </w:r>
    </w:p>
    <w:p>
      <w:r>
        <w:rPr>
          <w:sz w:val="20"/>
        </w:rPr>
        <w:t>1:23  paanch cheezen pillars ke taur par batai gayi hain jin ko kehte hain arkan khamsa:</w:t>
      </w:r>
      <w:r>
        <w:br/>
      </w:r>
      <w:r>
        <w:rPr>
          <w:sz w:val="20"/>
        </w:rPr>
        <w:t>1:35  kalma, namaz,</w:t>
      </w:r>
      <w:r>
        <w:br/>
      </w:r>
      <w:r>
        <w:rPr>
          <w:sz w:val="20"/>
        </w:rPr>
        <w:t>1:39  roza, zakat, aur hajj. in paanchon ki ek spirit hai aur ek is ka form hai.</w:t>
      </w:r>
      <w:r>
        <w:br/>
      </w:r>
      <w:r>
        <w:rPr>
          <w:sz w:val="20"/>
        </w:rPr>
        <w:t>1:52  kalma ki spirit hai marifat, realization of god. is ka form hai ke hum zaban se kalma ko decide karte hain.</w:t>
      </w:r>
      <w:r>
        <w:br/>
      </w:r>
      <w:r>
        <w:rPr>
          <w:sz w:val="20"/>
        </w:rPr>
        <w:t>2:12  namaz ki spirit hai surrender. is ka form yeh hai ke hum ruku aur sajda karte hain. roza ki spirit hai sabr, patience.</w:t>
      </w:r>
      <w:r>
        <w:br/>
      </w:r>
      <w:r>
        <w:rPr>
          <w:sz w:val="20"/>
        </w:rPr>
        <w:t>2:26  form yeh hai ke hum khana aur peena chhod dete hain. zakat ki spirit hai philanthropy ya compassion ya khair khwahi.</w:t>
      </w:r>
      <w:r>
        <w:br/>
      </w:r>
      <w:r>
        <w:rPr>
          <w:sz w:val="20"/>
        </w:rPr>
        <w:t>2:42  is ki form yeh hai ke hum apne paise ka ek hissa</w:t>
      </w:r>
      <w:r>
        <w:br/>
      </w:r>
      <w:r>
        <w:rPr>
          <w:sz w:val="20"/>
        </w:rPr>
        <w:t>2:52  doosron ko dete hain.</w:t>
      </w:r>
      <w:r>
        <w:br/>
      </w:r>
      <w:r>
        <w:rPr>
          <w:sz w:val="20"/>
        </w:rPr>
        <w:t>2:57  isi tarah se hajj hai. hajj ki spirit hai qurbani, sacrifice. is ki shakal yeh hai ke har saal makkah ja kar wahan chand dinon ke andar kuch rituals ada kar diye jate hain aur janwar ki qurbani hoti hai.</w:t>
      </w:r>
    </w:p>
    <w:p>
      <w:pPr>
        <w:pStyle w:val="Heading2"/>
      </w:pPr>
      <w:r>
        <w:t>Truth is one by nature, not multiple</w:t>
      </w:r>
    </w:p>
    <w:p>
      <w:r>
        <w:rPr>
          <w:color w:val="666666"/>
          <w:sz w:val="18"/>
        </w:rPr>
        <w:t>Q&amp;A 09 Dec 2007 Maulana Wahiduddin Khan · 2m 23s · at 8:55 · https://youtu.be/Ks8odTgyfgc?t=535</w:t>
      </w:r>
    </w:p>
    <w:p>
      <w:r>
        <w:rPr>
          <w:i/>
        </w:rPr>
        <w:t>“Multiple truth to Islam ka to nazariya hai hi nahi”</w:t>
      </w:r>
    </w:p>
    <w:p>
      <w:r>
        <w:rPr>
          <w:sz w:val="20"/>
        </w:rPr>
        <w:t>8:55  multiple truth to islam ka to nazariya hai hi nahi. yeh to kuch logon ka khayal hai, kuch philosophers ka khayal hai. kisi bhi religion ka nahi hai. kisi bhi jo religion hai, unka nazariya nahi hai multiple truth ka. kuch philosophers ka aisa kehna hai. ji haan, multiple truth to ek aisi term hai jo bilkul contradictory hai. yeh sachchai agar ek na ho, to sachchai nahi hai. wo cai</w:t>
      </w:r>
      <w:r>
        <w:br/>
      </w:r>
      <w:r>
        <w:rPr>
          <w:sz w:val="20"/>
        </w:rPr>
        <w:t>9:23  see ajeeb baat? sachchai kai ho sakti hai. sachchai kai ho, to wo sachchai hi nahi hui. sachchai apni nature mein ek hai. sachchai apni nature mein ek hai. jab ek ek na ho, to sachchai nahi kahi jayegi. wo yaani duniya mein har badi cheez jo hai, ek hoti hai. everest ek hai,</w:t>
      </w:r>
      <w:r>
        <w:br/>
      </w:r>
      <w:r>
        <w:rPr>
          <w:sz w:val="20"/>
        </w:rPr>
        <w:t>9:46  america ek hai, aur atlantic ocean ek hai. aur sachchai aisi kai hai. is sachchai ko bas matlab ke degrade karna hai. dekhiye, ek baat samajh lijiye ke sachchai jo hai,</w:t>
      </w:r>
      <w:r>
        <w:br/>
      </w:r>
      <w:r>
        <w:rPr>
          <w:sz w:val="20"/>
        </w:rPr>
        <w:t>10:03  insaan ke nature ki talash hai. har aadmi seeker hai. wo chahta hai sachchai ko paaye.</w:t>
      </w:r>
      <w:r>
        <w:br/>
      </w:r>
      <w:r>
        <w:rPr>
          <w:sz w:val="20"/>
        </w:rPr>
        <w:t>10:13  kyun? is duniya mein usko ek ek ek ultimate truth chahiye, jiske upar wo jee sake. wo jiske upar trust kar sake. uske liye source of conviction ho. to kai agar ho, to source of conviction cai</w:t>
      </w:r>
      <w:r>
        <w:br/>
      </w:r>
      <w:r>
        <w:rPr>
          <w:sz w:val="20"/>
        </w:rPr>
        <w:t>10:28  se banega? wo</w:t>
      </w:r>
      <w:r>
        <w:br/>
      </w:r>
      <w:r>
        <w:rPr>
          <w:sz w:val="20"/>
        </w:rPr>
        <w:t>10:30  truth aisa truth truth nahi hai jo aapke liye source of conviction na ho.</w:t>
      </w:r>
      <w:r>
        <w:br/>
      </w:r>
      <w:r>
        <w:rPr>
          <w:sz w:val="20"/>
        </w:rPr>
        <w:t>10:37  to multiple truth mein hota hi nahi hai.</w:t>
      </w:r>
      <w:r>
        <w:br/>
      </w:r>
      <w:r>
        <w:rPr>
          <w:sz w:val="20"/>
        </w:rPr>
        <w:t>10:40  इसीलिए देखिए, आप जो लोग multiple truth को मानते हैं, उनके लिए वो सिर्फ एक एक एक एक</w:t>
      </w:r>
      <w:r>
        <w:br/>
      </w:r>
      <w:r>
        <w:rPr>
          <w:sz w:val="20"/>
        </w:rPr>
        <w:t>10:46  philosophical concept hota hai.</w:t>
      </w:r>
      <w:r>
        <w:br/>
      </w:r>
      <w:r>
        <w:rPr>
          <w:sz w:val="20"/>
        </w:rPr>
        <w:t>10:49  unki zindagi se koi talluq aisa nahi hota.</w:t>
      </w:r>
      <w:r>
        <w:br/>
      </w:r>
      <w:r>
        <w:rPr>
          <w:sz w:val="20"/>
        </w:rPr>
        <w:t>10:52  aap unki study kijiye, to unki zindagi se uska koi gehra talluq nahi hota hai.</w:t>
      </w:r>
      <w:r>
        <w:br/>
      </w:r>
      <w:r>
        <w:rPr>
          <w:sz w:val="20"/>
        </w:rPr>
        <w:t>10:56  bas ek philosophical concept hai.</w:t>
      </w:r>
      <w:r>
        <w:br/>
      </w:r>
      <w:r>
        <w:rPr>
          <w:sz w:val="20"/>
        </w:rPr>
        <w:t>10:59  ji haan,</w:t>
      </w:r>
      <w:r>
        <w:br/>
      </w:r>
      <w:r>
        <w:rPr>
          <w:sz w:val="20"/>
        </w:rPr>
        <w:t>11:01  to baharhaal main isko nahi manta ke multiple truth ka nazariya sahi hai. bila shubah wo sahi nahi hai. sachchai ek hai. agar sachchai ek na ho, to jo wo sachchai nahi hogi, wo philosophical concept hoga. wo.</w:t>
      </w:r>
    </w:p>
    <w:p>
      <w:pPr>
        <w:pStyle w:val="Heading2"/>
      </w:pPr>
      <w:r>
        <w:t>Negotiating fifty prayers down to five with Musa's help</w:t>
      </w:r>
    </w:p>
    <w:p>
      <w:r>
        <w:rPr>
          <w:color w:val="666666"/>
          <w:sz w:val="18"/>
        </w:rPr>
        <w:t>The Spirit of Namaz February 13, 2022 Dr. Saniyasnain Khan · 1m 48s · at 6:03 · https://youtu.be/Mh4K7ZR4RbE?t=363</w:t>
      </w:r>
    </w:p>
    <w:p>
      <w:r>
        <w:rPr>
          <w:i/>
        </w:rPr>
        <w:t>“In Paradise, Allah commanded fifty daily prayers”</w:t>
      </w:r>
    </w:p>
    <w:p>
      <w:r>
        <w:rPr>
          <w:sz w:val="20"/>
        </w:rPr>
        <w:t>6:03  to wahan pahunch ke jannat mein allah taala ne hazrat mohammad ko namaz ka hukum diya aur kaha ke pachas baar namaz padhni hongi 50 times. To wo jab bahar aaye prophet to bahar musalislam thay wahan. To musalislam ne kaha tum kya leke aaye ho? To prophet ne kaha ke pachas namaze meri ummat ke upar farz ki gayi hain.</w:t>
      </w:r>
      <w:r>
        <w:br/>
      </w:r>
      <w:r>
        <w:rPr>
          <w:sz w:val="20"/>
        </w:rPr>
        <w:t>6:33  to musalislam ne kaha ke pachas namaze tumhari ummed nahi padh sakti. Maine bani israil ke upar tazraba kar liya. Tum jao wapas aur kam karao. To profit wapas gaya allah taala ke paas. Rishte ke zariye baat hui ke yeh bahut zyada hai kam kar dein. To allah taala ne chalis kar di. Chalis baar nawas farz kar di. Phir aaye wapas. Phir musali salam ne kaha, phir gaye to tees kar di.</w:t>
      </w:r>
      <w:r>
        <w:br/>
      </w:r>
      <w:r>
        <w:rPr>
          <w:sz w:val="20"/>
        </w:rPr>
        <w:t>7:01  phir aise karte karte bees aur das aur aakhir mein paanch ho gayi. Jab paanch nawaze leke aaye rasoolullah wapas phir musali salam ke paas to unhone kaha paanch bhi zyada hai teen karvao. To prophet mohammad sallah waleislam ne kaha mujhe sharm aati hai kya main phir jaun aur kam karane.</w:t>
      </w:r>
      <w:r>
        <w:br/>
      </w:r>
      <w:r>
        <w:rPr>
          <w:sz w:val="20"/>
        </w:rPr>
        <w:t>7:24  to is tarike se namaz farz ho gayi paanch baar to iski jo ghair mamooli tarike sailataala ne nawaz farz ki hai, isse pata chalta hai ke nawaz bahut hi ahum rukun hai islam ka. Ji, mashallah aapne bahut hi detail mein isko waze kiya doctor sahab, jaza karla. Doctor sahab, jaisa ke hum jante hain ke masjid nabvi is a second holiest site in islam.</w:t>
      </w:r>
      <w:r>
        <w:br/>
      </w:r>
      <w:r>
        <w:rPr>
          <w:sz w:val="20"/>
        </w:rPr>
        <w:t>7:51  to ek question jo bahut se log janana bhi chahenge ke how was prophet's mosque built in madina? Iske bare mein aap bataein. Jab prophet mohammad sallalah walehuslam madina mein migrate kar gaye aur saath mein sahaba bhi chale gaye to wahan par prophet ne socha ke ek masjid banai jaye. To ek jagah prophet ko pasand aayi.</w:t>
      </w:r>
    </w:p>
    <w:p>
      <w:pPr>
        <w:pStyle w:val="Heading2"/>
      </w:pPr>
      <w:r>
        <w:t>Asiya chooses God's house over Pharaoh's palace</w:t>
      </w:r>
    </w:p>
    <w:p>
      <w:r>
        <w:rPr>
          <w:color w:val="666666"/>
          <w:sz w:val="18"/>
        </w:rPr>
        <w:t>What is Dua (Only Lecture) April 26, 2009 Maulana Wahiduddin Khan · 2m 51s · at 25:42 · https://youtu.be/JxIR0o_C7GM?t=1542</w:t>
      </w:r>
    </w:p>
    <w:p>
      <w:r>
        <w:rPr>
          <w:i/>
        </w:rPr>
        <w:t>“Hazrat Musa ne dawati kaam kiya apna Egypt mein”</w:t>
      </w:r>
    </w:p>
    <w:p>
      <w:r>
        <w:rPr>
          <w:sz w:val="20"/>
        </w:rPr>
        <w:t>25:42  is tarah dekhiye,</w:t>
      </w:r>
      <w:r>
        <w:br/>
      </w:r>
      <w:r>
        <w:rPr>
          <w:sz w:val="20"/>
        </w:rPr>
        <w:t>25:47  hazrat moosa ne daawati kaam kiya tha apna egypt mein, misr mein. wahan par firo tha, jis ko firoun kaha jata hai.</w:t>
      </w:r>
      <w:r>
        <w:br/>
      </w:r>
      <w:r>
        <w:rPr>
          <w:sz w:val="20"/>
        </w:rPr>
        <w:t>25:57  to us ki biwi thi asiya. woh hazrat moosa ke deen ko maana, us ne us par iman layi.</w:t>
      </w:r>
      <w:r>
        <w:br/>
      </w:r>
      <w:r>
        <w:rPr>
          <w:sz w:val="20"/>
        </w:rPr>
        <w:t>26:08  to jab firoun, firoun aap jantay hain ke woh khilaf ho gaya tha, to us ne asiya se kaha ke main tum ko, tum deen chodo, moosa ka deen nahi to main tum ko, main talwar se qatal karwa doon ga.</w:t>
      </w:r>
      <w:r>
        <w:br/>
      </w:r>
      <w:r>
        <w:rPr>
          <w:sz w:val="20"/>
        </w:rPr>
        <w:t>26:24  ab asiya mahal mein rehti thi, un ki biwi thi firoun ki, mahal mein rehti thi.</w:t>
      </w:r>
      <w:r>
        <w:br/>
      </w:r>
      <w:r>
        <w:rPr>
          <w:sz w:val="20"/>
        </w:rPr>
        <w:t>26:29  ab un ke samnay yeh aa gaya ke ya to mahal len ya phir khuda, khuda ke liye marna pasand karen.</w:t>
      </w:r>
      <w:r>
        <w:br/>
      </w:r>
      <w:r>
        <w:rPr>
          <w:sz w:val="20"/>
        </w:rPr>
        <w:t>26:41  yani do mein se option un ke samnay aa gaya. ek taraf thi firoun ki talwar aur doosri taraf tha mahal. is waqt un ke liye woh mahal point of reference ban gaya.</w:t>
      </w:r>
      <w:r>
        <w:br/>
      </w:r>
      <w:r>
        <w:rPr>
          <w:sz w:val="20"/>
        </w:rPr>
        <w:t>26:58  is waqt un ki zuban se nikla, unhon ne qabool kar liya ke mahal chota hai to chota hai, sachai mein nahi chornay wali hoon.</w:t>
      </w:r>
      <w:r>
        <w:br/>
      </w:r>
      <w:r>
        <w:rPr>
          <w:sz w:val="20"/>
        </w:rPr>
        <w:t>27:07  to mujhe qadar karta hai to qadar kar de. to is waqt un ki zuban se nikla: "rab ibni li indaka baytan fil jannati".</w:t>
      </w:r>
      <w:r>
        <w:br/>
      </w:r>
      <w:r>
        <w:rPr>
          <w:sz w:val="20"/>
        </w:rPr>
        <w:t>27:19  "rab ibn li indaka bait fi al-jannah" khudaaya tu apne paas mere liye ghar bana de,</w:t>
      </w:r>
      <w:r>
        <w:br/>
      </w:r>
      <w:r>
        <w:rPr>
          <w:sz w:val="20"/>
        </w:rPr>
        <w:t>27:30  apne paas tu mere liye ghar bana de yaani ab tak main point of reference kaise bana? ab tak main firaun ke paas rehti thi us ke mahal mein aur main tere paas tere mahal mein rehna chahti hoon.</w:t>
      </w:r>
      <w:r>
        <w:br/>
      </w:r>
      <w:r>
        <w:rPr>
          <w:sz w:val="20"/>
        </w:rPr>
        <w:t>27:43  yeh hai point of reference. yeh hai point of reference. yaani ab tak main firaun ke palace mein thi ab tu mujhe apne palace mein jagah de de.</w:t>
      </w:r>
      <w:r>
        <w:br/>
      </w:r>
      <w:r>
        <w:rPr>
          <w:sz w:val="20"/>
        </w:rPr>
        <w:t>27:57  ab tak main firaun ke guest house mein</w:t>
      </w:r>
      <w:r>
        <w:br/>
      </w:r>
      <w:r>
        <w:rPr>
          <w:sz w:val="20"/>
        </w:rPr>
        <w:t>27:59  thi ab main tujhe apne guest house mein jagah de de.</w:t>
      </w:r>
      <w:r>
        <w:br/>
      </w:r>
      <w:r>
        <w:rPr>
          <w:sz w:val="20"/>
        </w:rPr>
        <w:t>28:04  yeh hai point of reference.</w:t>
      </w:r>
      <w:r>
        <w:br/>
      </w:r>
      <w:r>
        <w:rPr>
          <w:sz w:val="20"/>
        </w:rPr>
        <w:t>28:10  dekhein jab aap kisi cheez ko point of reference bana sakein aap ki dua aap ki dua billion time zyada jandar ho jati hai.</w:t>
      </w:r>
      <w:r>
        <w:br/>
      </w:r>
      <w:r>
        <w:rPr>
          <w:sz w:val="20"/>
        </w:rPr>
        <w:t>28:20  sachi baat hai living dua living dua nikalti hai tab living prayer jab aap kisi cheez ko point of reference bana sakein</w:t>
      </w:r>
    </w:p>
    <w:p>
      <w:pPr>
        <w:pStyle w:val="Heading2"/>
      </w:pPr>
      <w:r>
        <w:t>Prophet's positive mindset in Madinah</w:t>
      </w:r>
    </w:p>
    <w:p>
      <w:r>
        <w:rPr>
          <w:color w:val="666666"/>
          <w:sz w:val="18"/>
        </w:rPr>
        <w:t>Eid al-Adha | October 16, 2013 | Maulana Wahiduddin Khan · 1m 33s · at 39:00 · https://youtu.be/05WtVSgBj3g?t=2340</w:t>
      </w:r>
    </w:p>
    <w:p>
      <w:r>
        <w:rPr>
          <w:i/>
        </w:rPr>
        <w:t>“Main bahut zyada sitaye gaye”</w:t>
      </w:r>
    </w:p>
    <w:p>
      <w:r>
        <w:rPr>
          <w:sz w:val="20"/>
        </w:rPr>
        <w:t>39:00  mein bohat ziyada sataye gaye, aap ko 13 saal ke baad aap ne hijrat ki. Jab Madine pahunche to wahan par aap ne jo pehli taqreer ki thi, pehli speech jo aap ki thi, woh poori ki poori sehat mere samne maujood hai. Is mein aap parhiye. Ek lafz bhi us se shikayat ka nahi. Aaj kal ke zamane mein kya hai ke agar logon ko maar ke bhagaya jaye kahin</w:t>
      </w:r>
      <w:r>
        <w:br/>
      </w:r>
      <w:r>
        <w:rPr>
          <w:sz w:val="20"/>
        </w:rPr>
        <w:t>39:30  se to wahan se ja kar bolen ke dekho bhai kitne zalim hain, hum ko watan se chhod kar yahan aana para. Yani pehli baat to yahi kahen ge ke hum ko watan chhodna para apna. Kitne zalim hain yeh log. Rasool Allah ne aisa ek kalma nahi parha, kaha wahan par. 10 saal tak Madine mein rahe, kabhi koi shikayat ki baat nahi ki. Yeh taqreer poori ki poori maujood hai, Sirat Imam Sham mein aap parh lijiye is ko. To aap ko dawat ka kaam karne ke liye</w:t>
      </w:r>
      <w:r>
        <w:br/>
      </w:r>
      <w:r>
        <w:rPr>
          <w:sz w:val="20"/>
        </w:rPr>
        <w:t>40:00  apne andar 100 percent ek positive mind banana parega. Positive mind. No complain, no protest, no negative thought, in sab se apne ko aazad karna parega. Warna dawat ka kaam nahi ho sakta hai.</w:t>
      </w:r>
    </w:p>
    <w:p>
      <w:pPr>
        <w:pStyle w:val="Heading2"/>
      </w:pPr>
      <w:r>
        <w:t>Mind is thinking ability, controls activities</w:t>
      </w:r>
    </w:p>
    <w:p>
      <w:r>
        <w:rPr>
          <w:color w:val="666666"/>
          <w:sz w:val="18"/>
        </w:rPr>
        <w:t>Concept of Death in Islam 26th Aug 12 SLOW · 1m 43s · at 5:49 · https://youtu.be/8dsos0OBM6M?t=349</w:t>
      </w:r>
    </w:p>
    <w:p>
      <w:r>
        <w:rPr>
          <w:i/>
        </w:rPr>
        <w:t>“Dekhiye, yeh kaha jaata hai ke mind is thinking ability.”</w:t>
      </w:r>
    </w:p>
    <w:p>
      <w:r>
        <w:rPr>
          <w:sz w:val="20"/>
        </w:rPr>
        <w:t>5:49  دیکھیے، یہ کہا جاتا ہے کہ mind is thinking animal.</w:t>
      </w:r>
      <w:r>
        <w:br/>
      </w:r>
      <w:r>
        <w:rPr>
          <w:sz w:val="20"/>
        </w:rPr>
        <w:t>5:56  aadmi sochne wala haiwan hai.</w:t>
      </w:r>
      <w:r>
        <w:br/>
      </w:r>
      <w:r>
        <w:rPr>
          <w:sz w:val="20"/>
        </w:rPr>
        <w:t>6:04  to aap ka sari activities mind se control hoti hain.</w:t>
      </w:r>
      <w:r>
        <w:br/>
      </w:r>
      <w:r>
        <w:rPr>
          <w:sz w:val="20"/>
        </w:rPr>
        <w:t>6:12  تو ایسی چیز ہے کہ سوچ کی سطح پر آدمی ان باتوں کو بار بار rewind کرتا رہے،</w:t>
      </w:r>
      <w:r>
        <w:br/>
      </w:r>
      <w:r>
        <w:rPr>
          <w:sz w:val="20"/>
        </w:rPr>
        <w:t>6:20  soch ki dunya mein is ka charcha karta rahe.</w:t>
      </w:r>
      <w:r>
        <w:br/>
      </w:r>
      <w:r>
        <w:rPr>
          <w:sz w:val="20"/>
        </w:rPr>
        <w:t>6:28  to phir saal bhar woh chalega.</w:t>
      </w:r>
      <w:r>
        <w:br/>
      </w:r>
      <w:r>
        <w:rPr>
          <w:sz w:val="20"/>
        </w:rPr>
        <w:t>6:36  hota yeh hai ke log eid ke din pichle poore daur ko bhool jaate hain.</w:t>
      </w:r>
      <w:r>
        <w:br/>
      </w:r>
      <w:r>
        <w:rPr>
          <w:sz w:val="20"/>
        </w:rPr>
        <w:t>6:44  to soch ki satah par hi aadmi ki sari planning hoti hai, sab kuch hota hai.</w:t>
      </w:r>
      <w:r>
        <w:br/>
      </w:r>
      <w:r>
        <w:rPr>
          <w:sz w:val="20"/>
        </w:rPr>
        <w:t>6:52  تو سوچ کی سطح پر زندہ رکھنا in values کو اور اس کا چرچہ کرتا رہنا، اپنے ساتھیوں</w:t>
      </w:r>
      <w:r>
        <w:br/>
      </w:r>
      <w:r>
        <w:rPr>
          <w:sz w:val="20"/>
        </w:rPr>
        <w:t>7:00  se, apne milne walon se is ka zikr karte rehna.</w:t>
      </w:r>
      <w:r>
        <w:br/>
      </w:r>
      <w:r>
        <w:rPr>
          <w:sz w:val="20"/>
        </w:rPr>
        <w:t>7:08  agar aadmi aisa kare to to woh bilkul kafi hai ke aadmi saal bhar waise hi zindagi guzare.</w:t>
      </w:r>
      <w:r>
        <w:br/>
      </w:r>
      <w:r>
        <w:rPr>
          <w:sz w:val="20"/>
        </w:rPr>
        <w:t>7:16  bas is ka koi mysterious formula nahi hai, is ka koi purasrar formula nahi hai.</w:t>
      </w:r>
      <w:r>
        <w:br/>
      </w:r>
      <w:r>
        <w:rPr>
          <w:sz w:val="20"/>
        </w:rPr>
        <w:t>7:24  yehi is ka wahid tareeqa hai.</w:t>
      </w:r>
      <w:r>
        <w:br/>
      </w:r>
      <w:r>
        <w:rPr>
          <w:sz w:val="20"/>
        </w:rPr>
        <w:t>7:32  Maulana, agla sawal Tamil Nadu se hai Maulana Iqbal Umri sahab ka. unhon ne likha hai: "After death is when the death is unknown, why is it that man does not use the spirit of inquiry to know about it? "</w:t>
      </w:r>
    </w:p>
    <w:p>
      <w:pPr>
        <w:pStyle w:val="Heading2"/>
      </w:pPr>
      <w:r>
        <w:t>Accountability based on propagation received</w:t>
      </w:r>
    </w:p>
    <w:p>
      <w:r>
        <w:rPr>
          <w:color w:val="666666"/>
          <w:sz w:val="18"/>
        </w:rPr>
        <w:t>Concept of Death in Islam 26th Aug 12 SLOW · 1m 55s · at 25:40 · https://youtu.be/8dsos0OBM6M?t=1540</w:t>
      </w:r>
    </w:p>
    <w:p>
      <w:r>
        <w:rPr>
          <w:i/>
        </w:rPr>
        <w:t>“Moulana, yeh sawaal Dilli se hai Mahboob Ilahi sahib ka.”</w:t>
      </w:r>
    </w:p>
    <w:p>
      <w:r>
        <w:rPr>
          <w:sz w:val="20"/>
        </w:rPr>
        <w:t>25:40  Maulana, yeh sawal Delhi se hai Mahboob Elahi sahib ka. unhon ne likha hai: "How Allah will take a man who was born in a non-Muslim family, followed his family's faith and led righteous life, but never received an elaborate message from Islam? "</w:t>
      </w:r>
      <w:r>
        <w:br/>
      </w:r>
      <w:r>
        <w:rPr>
          <w:sz w:val="20"/>
        </w:rPr>
        <w:t>26:04  dekhen, yeh sawal log bohat karte hain.</w:t>
      </w:r>
      <w:r>
        <w:br/>
      </w:r>
      <w:r>
        <w:rPr>
          <w:sz w:val="20"/>
        </w:rPr>
        <w:t>26:10  to is ka jawab jo hai, mujhe aik aik aik aalim se poocha gaya tha yahi sawal.</w:t>
      </w:r>
      <w:r>
        <w:br/>
      </w:r>
      <w:r>
        <w:rPr>
          <w:sz w:val="20"/>
        </w:rPr>
        <w:t>26:16  to un ka jawab mujhe theek lagta hai.</w:t>
      </w:r>
      <w:r>
        <w:br/>
      </w:r>
      <w:r>
        <w:rPr>
          <w:sz w:val="20"/>
        </w:rPr>
        <w:t>26:22  un ka aik aik jumlay mein kaha tha unhon ne ke jaisi tablegh, waisa mawakhza.</w:t>
      </w:r>
      <w:r>
        <w:br/>
      </w:r>
      <w:r>
        <w:rPr>
          <w:sz w:val="20"/>
        </w:rPr>
        <w:t>26:28  jaisi tablegh, waisa mawakhza.</w:t>
      </w:r>
      <w:r>
        <w:br/>
      </w:r>
      <w:r>
        <w:rPr>
          <w:sz w:val="20"/>
        </w:rPr>
        <w:t>26:34  is ka matlab yeh hai ke jitna is ko baat pohnchi hai, isi ke lehaz se woh yani</w:t>
      </w:r>
      <w:r>
        <w:br/>
      </w:r>
      <w:r>
        <w:rPr>
          <w:sz w:val="20"/>
        </w:rPr>
        <w:t>26:40  responsible hai, accountable hai.</w:t>
      </w:r>
      <w:r>
        <w:br/>
      </w:r>
      <w:r>
        <w:rPr>
          <w:sz w:val="20"/>
        </w:rPr>
        <w:t>26:46  یعنی accountability according اس کے اس کے according ہوگی کہ کتنا پہنچا ان کو۔</w:t>
      </w:r>
      <w:r>
        <w:br/>
      </w:r>
      <w:r>
        <w:rPr>
          <w:sz w:val="20"/>
        </w:rPr>
        <w:t>26:52  yeh Allah ko pata hai ke kis ko baat kitni pohnchi hai.</w:t>
      </w:r>
      <w:r>
        <w:br/>
      </w:r>
      <w:r>
        <w:rPr>
          <w:sz w:val="20"/>
        </w:rPr>
        <w:t>26:58  to bohat hi natural formula hai, bohat simple formula ke jitna aadmi ke tak baat pohnchi hai, sachai</w:t>
      </w:r>
      <w:r>
        <w:br/>
      </w:r>
      <w:r>
        <w:rPr>
          <w:sz w:val="20"/>
        </w:rPr>
        <w:t>27:04  pohnchi hai, isi ke lehaz se woh Allah ke samnay accountable hoga.</w:t>
      </w:r>
      <w:r>
        <w:br/>
      </w:r>
      <w:r>
        <w:rPr>
          <w:sz w:val="20"/>
        </w:rPr>
        <w:t>27:10  lekin hum yeh faisla nahi kar sakte ke kitna pohncha, kitna nahi pohncha.</w:t>
      </w:r>
      <w:r>
        <w:br/>
      </w:r>
      <w:r>
        <w:rPr>
          <w:sz w:val="20"/>
        </w:rPr>
        <w:t>27:16  hum sirf yeh bata sakte hain, aik principle bata sakte hain.</w:t>
      </w:r>
      <w:r>
        <w:br/>
      </w:r>
      <w:r>
        <w:rPr>
          <w:sz w:val="20"/>
        </w:rPr>
        <w:t>27:22  principle as a principle hum yeh keh sakte hain ke jitna kisi ko baat pohnchi hai, sachai jitna</w:t>
      </w:r>
      <w:r>
        <w:br/>
      </w:r>
      <w:r>
        <w:rPr>
          <w:sz w:val="20"/>
        </w:rPr>
        <w:t>27:28  is ko pohnchi hai, us ke lehaz se woh Allah ke haan accountable hoga. bas.</w:t>
      </w:r>
      <w:r>
        <w:br/>
      </w:r>
      <w:r>
        <w:rPr>
          <w:sz w:val="20"/>
        </w:rPr>
        <w:t>27:35  maulana, agla sawal lene se pehle aik comment parhna chahenge jo abdul basit umri sahib ne doha, qatar</w:t>
      </w:r>
    </w:p>
    <w:p>
      <w:pPr>
        <w:pStyle w:val="Heading2"/>
      </w:pPr>
      <w:r>
        <w:t>Electricity and the grave as metaphors for staying connected</w:t>
      </w:r>
    </w:p>
    <w:p>
      <w:r>
        <w:rPr>
          <w:color w:val="666666"/>
          <w:sz w:val="18"/>
        </w:rPr>
        <w:t>The Importance of Dua December 15, 2006 · 1m 58s · at 1:15:34 · https://youtu.be/u4cSEoh_mfY?t=4534</w:t>
      </w:r>
    </w:p>
    <w:p>
      <w:r>
        <w:rPr>
          <w:i/>
        </w:rPr>
        <w:t>“When the light goes out, the connection is broken”</w:t>
      </w:r>
    </w:p>
    <w:p>
      <w:r>
        <w:rPr>
          <w:sz w:val="20"/>
        </w:rPr>
        <w:t>1:15:34  woh dua hai. jaise mein ek baar aisa hua ke light chali gai. aap apne kamray mein andhere bethe hue thay.</w:t>
      </w:r>
      <w:r>
        <w:br/>
      </w:r>
      <w:r>
        <w:rPr>
          <w:sz w:val="20"/>
        </w:rPr>
        <w:t>1:15:44  kuch der ke baad phir light aai. to wahan par maine aisa mehsoos hua ke yeh ek numaaish hai is baat ka ke bande aur khuda ke darmiyan kaise taluq qaim hota hai.</w:t>
      </w:r>
      <w:r>
        <w:br/>
      </w:r>
      <w:r>
        <w:rPr>
          <w:sz w:val="20"/>
        </w:rPr>
        <w:t>1:16:00  yani khuda jo hai power house. aur hamara ghar jo hai woh wasool kar raha hai wahan se power ko.</w:t>
      </w:r>
      <w:r>
        <w:br/>
      </w:r>
      <w:r>
        <w:rPr>
          <w:sz w:val="20"/>
        </w:rPr>
        <w:t>1:16:09  lekin jab connection ho, tabhi to hum wasool kar paayenge.</w:t>
      </w:r>
      <w:r>
        <w:br/>
      </w:r>
      <w:r>
        <w:rPr>
          <w:sz w:val="20"/>
        </w:rPr>
        <w:t>1:16:15  to is waqt dua nikalti hai ke khudaaya mera connection tootne na paaye. tera, mujh se tera talluq jo hai woh tootne na paaye.</w:t>
      </w:r>
      <w:r>
        <w:br/>
      </w:r>
      <w:r>
        <w:rPr>
          <w:sz w:val="20"/>
        </w:rPr>
        <w:t>1:16:25  warna main andhere mein bhatakta rahoon ga. andhere ke siwa kuch aur mujhe nahi mile ga.</w:t>
      </w:r>
      <w:r>
        <w:br/>
      </w:r>
      <w:r>
        <w:rPr>
          <w:sz w:val="20"/>
        </w:rPr>
        <w:t>1:16:37  ek din main apne haan kamre mein leta hua tha raat ko. light bujha kar ke sone ke liye. to main raat ko light bujha kar sota hoon.</w:t>
      </w:r>
      <w:r>
        <w:br/>
      </w:r>
      <w:r>
        <w:rPr>
          <w:sz w:val="20"/>
        </w:rPr>
        <w:t>1:16:47  to kamra bilkul andhera tha. achaanak ehsaas hua ke isi tarah ek din main qabar ke andar leta hua hoon ga.</w:t>
      </w:r>
      <w:r>
        <w:br/>
      </w:r>
      <w:r>
        <w:rPr>
          <w:sz w:val="20"/>
        </w:rPr>
        <w:t>1:16:58  woh qabar, woh kamra mere liye qabar mein tabdeel ho gaya.</w:t>
      </w:r>
      <w:r>
        <w:br/>
      </w:r>
      <w:r>
        <w:rPr>
          <w:sz w:val="20"/>
        </w:rPr>
        <w:t>1:17:03  aise hi ek ek gadha hoga, jis ko hum qabar kehte hain. log is ko is mein letaa dein ge. yahan to mere aage peechhe bohat se log hain.</w:t>
      </w:r>
      <w:r>
        <w:br/>
      </w:r>
      <w:r>
        <w:rPr>
          <w:sz w:val="20"/>
        </w:rPr>
        <w:t>1:17:17  yahan bohat saara samaan mere paas hai. wahan, wahan, wahan par akela hoon ga. to woh kamra jo hai qabar mein tabdeel ho gaya aur saara jo qabar ki baatein hain woh yaad aane lagin.</w:t>
      </w:r>
      <w:r>
        <w:br/>
      </w:r>
      <w:r>
        <w:rPr>
          <w:sz w:val="20"/>
        </w:rPr>
        <w:t>1:17:29  isi qism ki duaen ubalne lagin.</w:t>
      </w:r>
    </w:p>
    <w:p>
      <w:pPr>
        <w:pStyle w:val="Heading2"/>
      </w:pPr>
      <w:r>
        <w:t>Position of women in Islam via a hadith</w:t>
      </w:r>
    </w:p>
    <w:p>
      <w:r>
        <w:rPr>
          <w:color w:val="666666"/>
          <w:sz w:val="18"/>
        </w:rPr>
        <w:t>Spirit of Hajj July 3, 2022 Prof. Farida Khanam · 1m 44s · at 12:40 · https://youtu.be/--Nez1VOcAQ?t=760</w:t>
      </w:r>
    </w:p>
    <w:p>
      <w:r>
        <w:rPr>
          <w:i/>
        </w:rPr>
        <w:t>“position of women in इस्लाम is so high, यहां देखिए कैसे”</w:t>
      </w:r>
    </w:p>
    <w:p>
      <w:r>
        <w:rPr>
          <w:sz w:val="20"/>
        </w:rPr>
        <w:t>12:40  Mashallah, aap aapne jo jaise abhi kaha ke Hazrat Hajra se humein inspiration leni hai aur apne aap ko dedicate karna hai unki tarah, usse ek cheez aur bade achhe se nikal ke aati hai aap ke position of women in Islam is so high. agar hum dekhen Islamic history mein jaise aaj Hazrat Hajra ke bare mein aapne bahut achhe se wazeh kiya, usi tarah se Hazrat Asia ka example Quran mein aaya hai.</w:t>
      </w:r>
      <w:r>
        <w:br/>
      </w:r>
      <w:r>
        <w:rPr>
          <w:sz w:val="20"/>
        </w:rPr>
        <w:t>13:08  Hazrat Khadija, Hazrat Aisha, Hazrat Umm Salma ne jinhone treaty of Hudaybiyyah mein bada pivotal role play kiya. In fact yahan pe aap main woh phir se dohrana chahunga. woh bahut hi beautiful hadith ki ek shakhs prophet ke paas aata hai aur kehta hai ke who deserves the, who deserves my best treatment? to teen dafa woh prophet se poochta hai aur har dafa prophet kehte hain your mother, your mother, your mother.</w:t>
      </w:r>
      <w:r>
        <w:br/>
      </w:r>
      <w:r>
        <w:rPr>
          <w:sz w:val="20"/>
        </w:rPr>
        <w:t>13:37  chauthi dafa prophet kehte hain your father. to isse itne achhe se wazeh hota hai ke yeh position of women in Islam is, is very high. In fact jaise aapne kaha ke humein inspiration lena hai. poori yeh jo Islamic revolution ki agar hum background ko dekhen to Hazrat Hajra se unke sacrifice se shuru hota hai.</w:t>
      </w:r>
      <w:r>
        <w:br/>
      </w:r>
      <w:r>
        <w:rPr>
          <w:sz w:val="20"/>
        </w:rPr>
        <w:t>13:59  to the common belief that position of women is unequal or is lower in Islam is highly misplaced. yeh sab baatein logon tak pahunchni chahiye. aaj aapne bahut achhe se isko wazeh kiya jaza kalla. ab aaj ka subject hai spirit of Haj aur jahan tak main samjhaun spirit of Haj is all about unity and solidarity.</w:t>
      </w:r>
      <w:r>
        <w:br/>
      </w:r>
      <w:r>
        <w:rPr>
          <w:sz w:val="20"/>
        </w:rPr>
        <w:t>14:24  so if a person performs Haj in the real spirit then he is able to do away with opposition and you know a person lives in unity and harmony even you know in a state of provocation. to aap main chahunga ke aap hum sab ko batayein what is the spirit of Haj? Maulana sahib ki ek kitab hai Haqeeqat e Haj. to usmein se main ek chhota sa quote saamne rakhti hoon aapke.</w:t>
      </w:r>
    </w:p>
    <w:p>
      <w:pPr>
        <w:pStyle w:val="Heading2"/>
      </w:pPr>
      <w:r>
        <w:t>Debunking 'ishq': Ibrahim's sacrifice was devotion, not passion</w:t>
      </w:r>
    </w:p>
    <w:p>
      <w:r>
        <w:rPr>
          <w:color w:val="666666"/>
          <w:sz w:val="18"/>
        </w:rPr>
        <w:t>The Spirit of Hajj July 7, 2007 · 2m 36s · at 10:21 · https://youtu.be/SV2CfNml8ic?t=621</w:t>
      </w:r>
    </w:p>
    <w:p>
      <w:r>
        <w:rPr>
          <w:i/>
        </w:rPr>
        <w:t>“آج کل ایک نظریہ بنا ہے کہ عاشقی”</w:t>
      </w:r>
    </w:p>
    <w:p>
      <w:r>
        <w:rPr>
          <w:sz w:val="20"/>
        </w:rPr>
        <w:t>10:21  aaj kal ek nazariya bana hai ke aashiqi yani ishq ka izhar hai. haj mein jo jate hain log to woh ishq ilahi ka izhar hai.</w:t>
      </w:r>
      <w:r>
        <w:br/>
      </w:r>
      <w:r>
        <w:rPr>
          <w:sz w:val="20"/>
        </w:rPr>
        <w:t>10:32  yeh bilkul be buniyad baat hai.</w:t>
      </w:r>
      <w:r>
        <w:br/>
      </w:r>
      <w:r>
        <w:rPr>
          <w:sz w:val="20"/>
        </w:rPr>
        <w:t>10:36  jise kehte hain ke hazrat Ibrahim ne jo apne bete ko zabah kiya woh aashiqi ke عاشقی ke liye nahi tha woh zabah. woh zabah tha tum aap ne khwab dekha hazrat Ibrahim ne ke main apne bete ko zabah kar raha hoon to is ko unhon ne literal maanon mein le liya.</w:t>
      </w:r>
      <w:r>
        <w:br/>
      </w:r>
      <w:r>
        <w:rPr>
          <w:sz w:val="20"/>
        </w:rPr>
        <w:t>10:58  halanke literal maanon mein nahi tha woh. woh is maani mein tha ke apne bete ko waqf kar do deen ke liye.</w:t>
      </w:r>
      <w:r>
        <w:br/>
      </w:r>
      <w:r>
        <w:rPr>
          <w:sz w:val="20"/>
        </w:rPr>
        <w:t>11:07  yani jismani zabah murad nahi thi. balke zindagi ab un ki zindagi ko waqf ho jaye Islam deen ke liye is yeh murad tha is se.</w:t>
      </w:r>
      <w:r>
        <w:br/>
      </w:r>
      <w:r>
        <w:rPr>
          <w:sz w:val="20"/>
        </w:rPr>
        <w:t>11:17  chunanche unhon ne ja kar ko hum sara mein basa diya. ab hazrat Hajra ke sath woh tha zabah. ab ghor kijiye ke aisi jagah basana jahan pani na ho jahan sabza na ho jahan insan na ho woh to zabah karne se bara sakht tha woh.</w:t>
      </w:r>
      <w:r>
        <w:br/>
      </w:r>
      <w:r>
        <w:rPr>
          <w:sz w:val="20"/>
        </w:rPr>
        <w:t>11:36  to is khwab ka matlab yeh nahi tha ke un ke jism ko yani un ki gardan ko kaat do. nahi. un ko le aa kar ke wahan abad karo taake wahan ek nasal bane ek tareekh bane.</w:t>
      </w:r>
      <w:r>
        <w:br/>
      </w:r>
      <w:r>
        <w:rPr>
          <w:sz w:val="20"/>
        </w:rPr>
        <w:t>11:51  wohi nasal ke log sahaba bane baad ko. to is se murad</w:t>
      </w:r>
      <w:r>
        <w:br/>
      </w:r>
      <w:r>
        <w:rPr>
          <w:sz w:val="20"/>
        </w:rPr>
        <w:t>11:58  apne aap ko waqf kar dena tha. to yeh aashiqi ka maamla nahi hai.</w:t>
      </w:r>
      <w:r>
        <w:br/>
      </w:r>
      <w:r>
        <w:rPr>
          <w:sz w:val="20"/>
        </w:rPr>
        <w:t>12:03  yeh Allah ke deen mein apne aap ko waqf karne ka maamla hai. yeh ishq ishq ka lafz na Quran mein hai na hadith mein hai. to ishq ilahi koi matloob cheez nahi hai jo cheez matloob hai woh mohabbat ilahi.</w:t>
      </w:r>
      <w:r>
        <w:br/>
      </w:r>
      <w:r>
        <w:rPr>
          <w:sz w:val="20"/>
        </w:rPr>
        <w:t>12:17  ishq to ek jazbati cheez ke liye bola jata hai. lekin mohabbat ek socha samjha amal hai jis ka taluq soch se hai dimagh se hai aqal se hai.</w:t>
      </w:r>
      <w:r>
        <w:br/>
      </w:r>
      <w:r>
        <w:rPr>
          <w:sz w:val="20"/>
        </w:rPr>
        <w:t>12:28  to Allah ke liye mohabbat ke Allah ne hamein paida kiya.</w:t>
      </w:r>
      <w:r>
        <w:br/>
      </w:r>
      <w:r>
        <w:rPr>
          <w:sz w:val="20"/>
        </w:rPr>
        <w:t>12:33  hamein ek aisi duniya mein rakha jahan itne sare inaamaat hain zindagi guzarne ke liye. to mohabbat ilahi jo hai aadmi ko apne manim ko yaad dilati hai.</w:t>
      </w:r>
      <w:r>
        <w:br/>
      </w:r>
      <w:r>
        <w:rPr>
          <w:sz w:val="20"/>
        </w:rPr>
        <w:t>12:48  to yeh hajj jo hai ishq elahi ka muamla nahi hai. balkay ehsanat elahi ko yaad karne ka muamla hai. aur hukum elahi ko apni zindagi mein shamil karne ka muamla hai.</w:t>
      </w:r>
    </w:p>
    <w:p>
      <w:pPr>
        <w:pStyle w:val="Heading2"/>
      </w:pPr>
      <w:r>
        <w:t>the Persian general awed by Muslim prayer discipline</w:t>
      </w:r>
    </w:p>
    <w:p>
      <w:r>
        <w:rPr>
          <w:color w:val="666666"/>
          <w:sz w:val="18"/>
        </w:rPr>
        <w:t>Islamic Prayer (English) February 27, 2007 · 2m 14s · at 44:29 · https://youtu.be/7G6Wa2IGSwE?t=2669</w:t>
      </w:r>
    </w:p>
    <w:p>
      <w:r>
        <w:rPr>
          <w:i/>
        </w:rPr>
        <w:t>“Umar is a great headache for me, said the Persian general.”</w:t>
      </w:r>
    </w:p>
    <w:p>
      <w:r>
        <w:rPr>
          <w:sz w:val="20"/>
        </w:rPr>
        <w:t>44:29  During the Second Caliphate of Farouk, Muslims entered Iran.</w:t>
      </w:r>
      <w:r>
        <w:br/>
      </w:r>
      <w:r>
        <w:rPr>
          <w:sz w:val="20"/>
        </w:rPr>
        <w:t>44:42  So at that time, there were no mosques in Iran</w:t>
      </w:r>
      <w:r>
        <w:br/>
      </w:r>
      <w:r>
        <w:rPr>
          <w:sz w:val="20"/>
        </w:rPr>
        <w:t>44:48  . These</w:t>
      </w:r>
      <w:r>
        <w:br/>
      </w:r>
      <w:r>
        <w:rPr>
          <w:sz w:val="20"/>
        </w:rPr>
        <w:t>44:52  Muslims</w:t>
      </w:r>
      <w:r>
        <w:br/>
      </w:r>
      <w:r>
        <w:rPr>
          <w:sz w:val="20"/>
        </w:rPr>
        <w:t>44:56  used to perform their Namaaz in an open field. In an open field.</w:t>
      </w:r>
      <w:r>
        <w:br/>
      </w:r>
      <w:r>
        <w:rPr>
          <w:sz w:val="20"/>
        </w:rPr>
        <w:t>45:08  That is congregational prayer.</w:t>
      </w:r>
      <w:r>
        <w:br/>
      </w:r>
      <w:r>
        <w:rPr>
          <w:sz w:val="20"/>
        </w:rPr>
        <w:t>45:12  So the general—the Iranian General Rustam—saw this scene several times.</w:t>
      </w:r>
      <w:r>
        <w:br/>
      </w:r>
      <w:r>
        <w:rPr>
          <w:sz w:val="20"/>
        </w:rPr>
        <w:t>45:26  After seeing this congregational prayer, he said,</w:t>
      </w:r>
      <w:r>
        <w:br/>
      </w:r>
      <w:r>
        <w:rPr>
          <w:sz w:val="20"/>
        </w:rPr>
        <w:t>45:33  Aqallu umarun kabidun ya'lamul kilabul a'dhab. This event, you can find in the Muqaddimah of Ibn Khaldun.</w:t>
      </w:r>
      <w:r>
        <w:br/>
      </w:r>
      <w:r>
        <w:rPr>
          <w:sz w:val="20"/>
        </w:rPr>
        <w:t>45:46  So Rustam said, Aqallu umarun kabidun ya'lamul kilabul a'dhab. It means Umar is</w:t>
      </w:r>
      <w:r>
        <w:br/>
      </w:r>
      <w:r>
        <w:rPr>
          <w:sz w:val="20"/>
        </w:rPr>
        <w:t>45:59  a headache for me. Umar is a great headache for me. Umar creates a headache for me.</w:t>
      </w:r>
      <w:r>
        <w:br/>
      </w:r>
      <w:r>
        <w:rPr>
          <w:sz w:val="20"/>
        </w:rPr>
        <w:t>46:10  He teaches discipline to his men.</w:t>
      </w:r>
      <w:r>
        <w:br/>
      </w:r>
      <w:r>
        <w:rPr>
          <w:sz w:val="20"/>
        </w:rPr>
        <w:t>46:16  This was the impression of Rustam, the commander of the Iranian army.</w:t>
      </w:r>
      <w:r>
        <w:br/>
      </w:r>
      <w:r>
        <w:rPr>
          <w:sz w:val="20"/>
        </w:rPr>
        <w:t>46:27  So Namaaz—I mean congregational prayer—is a very impressive scene for anyone.</w:t>
      </w:r>
    </w:p>
    <w:p>
      <w:pPr>
        <w:pStyle w:val="Heading2"/>
      </w:pPr>
      <w:r>
        <w:t>Personal Discovery Brings Modesty</w:t>
      </w:r>
    </w:p>
    <w:p>
      <w:r>
        <w:rPr>
          <w:color w:val="666666"/>
          <w:sz w:val="18"/>
        </w:rPr>
        <w:t>The Ideology of Truth July 15, 2007 · 1m 11s · at 14:26 · https://youtu.be/EOXdI723eHI?t=866</w:t>
      </w:r>
    </w:p>
    <w:p>
      <w:r>
        <w:rPr>
          <w:i/>
        </w:rPr>
        <w:t>“Main apne baare mein keh sakta hoon ke maine truth”</w:t>
      </w:r>
    </w:p>
    <w:p>
      <w:r>
        <w:rPr>
          <w:sz w:val="20"/>
        </w:rPr>
        <w:t>14:26  sab disappear ho jata hai. mein apne bare mein keh sakta hoon ke mein ne truth, truth meri discovery hai. I have discovered the truth on my own.</w:t>
      </w:r>
      <w:r>
        <w:br/>
      </w:r>
      <w:r>
        <w:rPr>
          <w:sz w:val="20"/>
        </w:rPr>
        <w:t>14:40  to jab mein ne discover kiya truth ko to har cheez meri zindagi mein disappear ho gayi. intolerance, hate, confrontation aur malice aur injustice, dishonesty sab disappear ho gayi.</w:t>
      </w:r>
      <w:r>
        <w:br/>
      </w:r>
      <w:r>
        <w:rPr>
          <w:sz w:val="20"/>
        </w:rPr>
        <w:t>15:04  har insaan mere liye ek ek hi darje ka ban gaya. doosri cheez jo mujhe mili woh modesty. mein samajhta hoon ke oneness of truth jo hai woh aap ko supreme sense mein modest banata hai.</w:t>
      </w:r>
      <w:r>
        <w:br/>
      </w:r>
      <w:r>
        <w:rPr>
          <w:sz w:val="20"/>
        </w:rPr>
        <w:t>15:19  modesty. agar modesty nahi aayi to aap ne sachai ko bhi nahi paya. modesty. to jahan modesty aa jaye wahan bhi aap dekhiye arrogance khatam, egoism khatam,</w:t>
      </w:r>
    </w:p>
    <w:p>
      <w:pPr>
        <w:pStyle w:val="Heading2"/>
      </w:pPr>
      <w:r>
        <w:t>Umar ibn al-As weeps recalling his past</w:t>
      </w:r>
    </w:p>
    <w:p>
      <w:r>
        <w:rPr>
          <w:color w:val="666666"/>
          <w:sz w:val="18"/>
        </w:rPr>
        <w:t>Importance and Virtues of Ramadan April 2, 2023 · 2m 38s · at 11:08 · https://youtu.be/M2Phb22Vw_4?t=668</w:t>
      </w:r>
    </w:p>
    <w:p>
      <w:r>
        <w:rPr>
          <w:i/>
        </w:rPr>
        <w:t>“Hazrat Umar ibn al-As was crying on his deathbed”</w:t>
      </w:r>
    </w:p>
    <w:p>
      <w:r>
        <w:rPr>
          <w:sz w:val="20"/>
        </w:rPr>
        <w:t>11:08  asal mein yeh aik waqia hai,</w:t>
      </w:r>
      <w:r>
        <w:br/>
      </w:r>
      <w:r>
        <w:rPr>
          <w:sz w:val="20"/>
        </w:rPr>
        <w:t>11:14  aur woh aik bohat baray sahabi thay, Hazrat Umar ibn al-Aas. to un ka waqia hai, to woh jab un ki death qareeb hui to woh bistar pe letay huay thay, bimar thay bohat</w:t>
      </w:r>
      <w:r>
        <w:br/>
      </w:r>
      <w:r>
        <w:rPr>
          <w:sz w:val="20"/>
        </w:rPr>
        <w:t>11:31  ، to woh behtasha rone lagay, bohat rone lagay, aur karwat li deewar ki taraf, aur phir rone lagay bohat.</w:t>
      </w:r>
      <w:r>
        <w:br/>
      </w:r>
      <w:r>
        <w:rPr>
          <w:sz w:val="20"/>
        </w:rPr>
        <w:t>11:41  to un ke bete wahan maujood thay, bete ne kaha ke aap kyun ro rahe hain itna? aap ko to rasool Allah sallallahu alaihi wasallam ne basharat di hai jannat ki.</w:t>
      </w:r>
      <w:r>
        <w:br/>
      </w:r>
      <w:r>
        <w:rPr>
          <w:sz w:val="20"/>
        </w:rPr>
        <w:t>11:53  to unhon ne kaha ke main shuru mein rasool Allah salallaho alaihi wasallam ka bohat hi mukhalif tha, balkeh jani dushman tha.</w:t>
      </w:r>
      <w:r>
        <w:br/>
      </w:r>
      <w:r>
        <w:rPr>
          <w:sz w:val="20"/>
        </w:rPr>
        <w:t>12:02  ek waqt aisa tha ke woh bohat hi against the Prophet ke, lekin phir Allah ne mujhe hidayat di.</w:t>
      </w:r>
      <w:r>
        <w:br/>
      </w:r>
      <w:r>
        <w:rPr>
          <w:sz w:val="20"/>
        </w:rPr>
        <w:t>12:10  to unhon ne kaha ke agar is haal mein meri death ho jati to main to bohat bara gunhegar ho jata. to un ko yeh ehsas tha, to woh ro rahe the us waqt bohat.</w:t>
      </w:r>
      <w:r>
        <w:br/>
      </w:r>
      <w:r>
        <w:rPr>
          <w:sz w:val="20"/>
        </w:rPr>
        <w:t>12:19  to phir unhon ne kaha ke phir Allah ne mujhe hidayat di, aur main Prophet ke paas gaya, aur main ne kaha ke apna hath aage barhaiye, right hand, main aap ke hath pe bai'at karunga, y</w:t>
      </w:r>
      <w:r>
        <w:br/>
      </w:r>
      <w:r>
        <w:rPr>
          <w:sz w:val="20"/>
        </w:rPr>
        <w:t>12:32  ani oath of allegiance jo us us zamane mein aisi kuch hoti thi. to rasool Allah salallaho alaihi wasallam ne hath barhaya, to unhon ne apna hath peechay kar liya.</w:t>
      </w:r>
      <w:r>
        <w:br/>
      </w:r>
      <w:r>
        <w:rPr>
          <w:sz w:val="20"/>
        </w:rPr>
        <w:t>12:43  to Prophet ne kaha ke kya baat hai, tum ne hath apna peechay kyun kar liya? to Hazrat Umar ibne Al-Aas Razi Allah Anho bolay ke main chahta hoon ke mere puranay gunah saare maaf ho jayen.</w:t>
      </w:r>
      <w:r>
        <w:br/>
      </w:r>
      <w:r>
        <w:rPr>
          <w:sz w:val="20"/>
        </w:rPr>
        <w:t>12:57  to us waqt Prophet ne yeh kaha tha ke tumhein nahi pata ke teen cheezen aisi hain jis se puranay gunah maaf ho jate hain. ek hai entering into Islam, aur doosra hai performing Hajj, aur teesra hai migration for the sake of Allah.</w:t>
      </w:r>
      <w:r>
        <w:br/>
      </w:r>
      <w:r>
        <w:rPr>
          <w:sz w:val="20"/>
        </w:rPr>
        <w:t>13:14  ji to yeh teen cheezen hain, bhai, yani spirit ke aitbar se</w:t>
      </w:r>
      <w:r>
        <w:br/>
      </w:r>
      <w:r>
        <w:rPr>
          <w:sz w:val="20"/>
        </w:rPr>
        <w:t>13:22  Hajj hai ya migration agar waqe'atan Allah ki raza ke liye aur for the sake of God koi karta hai, aur da'wati jazba hai us ke andar, to woh bohat hi bari cheez hogi.</w:t>
      </w:r>
      <w:r>
        <w:br/>
      </w:r>
      <w:r>
        <w:rPr>
          <w:sz w:val="20"/>
        </w:rPr>
        <w:t>13:34  aur aise hi koi Islam mein dakhil hota hai. to yeh ek waqia hai jis se pata chalta hai ke Allah taala gunah maaf kar deta hai pichlay.</w:t>
      </w:r>
    </w:p>
    <w:p>
      <w:pPr>
        <w:pStyle w:val="Heading2"/>
      </w:pPr>
      <w:r>
        <w:t>Prophet's breaking fast with water and blessing awareness</w:t>
      </w:r>
    </w:p>
    <w:p>
      <w:r>
        <w:rPr>
          <w:color w:val="666666"/>
          <w:sz w:val="18"/>
        </w:rPr>
        <w:t>The Spirit of Fasting Gratitude to God April 25, 2020 Maulana Wahiduddin Khan · 2m 21s · at 1:09 · https://youtu.be/ql1UxsMLOzg?t=69</w:t>
      </w:r>
    </w:p>
    <w:p>
      <w:r>
        <w:rPr>
          <w:i/>
        </w:rPr>
        <w:t>“Rasool Allah SAW ne roza rakha to jab aap ne iftar kiya”</w:t>
      </w:r>
    </w:p>
    <w:p>
      <w:r>
        <w:rPr>
          <w:sz w:val="20"/>
        </w:rPr>
        <w:t>1:09  tarbiyat ka matlab koi mahdoodh matlab mein nahin hai. main ek misal deta hoon aap ko. rasool allah salallaho alaihi wasallam ne roza rakha to jab aap ne iftar kiya</w:t>
      </w:r>
      <w:r>
        <w:br/>
      </w:r>
      <w:r>
        <w:rPr>
          <w:sz w:val="20"/>
        </w:rPr>
        <w:t>1:30  to pani piya, pani se iftar kiya aur kaha ke maine allah ke rizq se iftar kiya.</w:t>
      </w:r>
      <w:r>
        <w:br/>
      </w:r>
      <w:r>
        <w:rPr>
          <w:sz w:val="20"/>
        </w:rPr>
        <w:t>1:44  aur jab aap ne</w:t>
      </w:r>
      <w:r>
        <w:br/>
      </w:r>
      <w:r>
        <w:rPr>
          <w:sz w:val="20"/>
        </w:rPr>
        <w:t>1:46  pani piya</w:t>
      </w:r>
      <w:r>
        <w:br/>
      </w:r>
      <w:r>
        <w:rPr>
          <w:sz w:val="20"/>
        </w:rPr>
        <w:t>1:50  to aap ne kaha ke</w:t>
      </w:r>
      <w:r>
        <w:br/>
      </w:r>
      <w:r>
        <w:rPr>
          <w:sz w:val="20"/>
        </w:rPr>
        <w:t>2:01  rageen tar ho gayi hain.</w:t>
      </w:r>
      <w:r>
        <w:br/>
      </w:r>
      <w:r>
        <w:rPr>
          <w:sz w:val="20"/>
        </w:rPr>
        <w:t>2:06  jab aap ne pani piya to aap ne farmaya ke rageen tar ho gayi hain.</w:t>
      </w:r>
      <w:r>
        <w:br/>
      </w:r>
      <w:r>
        <w:rPr>
          <w:sz w:val="20"/>
        </w:rPr>
        <w:t>2:15  is ka matlab azal in sha Allah taala. to yeh rageen tar hone wali baat jo hai aam dinon mein kam hoti hai.</w:t>
      </w:r>
      <w:r>
        <w:br/>
      </w:r>
      <w:r>
        <w:rPr>
          <w:sz w:val="20"/>
        </w:rPr>
        <w:t>2:31  lekin jab aap ne</w:t>
      </w:r>
      <w:r>
        <w:br/>
      </w:r>
      <w:r>
        <w:rPr>
          <w:sz w:val="20"/>
        </w:rPr>
        <w:t>2:36  bhook ne roza rakha aur bhook is ko lag rahi ho to bhook ki halat mein jab woh</w:t>
      </w:r>
      <w:r>
        <w:br/>
      </w:r>
      <w:r>
        <w:rPr>
          <w:sz w:val="20"/>
        </w:rPr>
        <w:t>2:54  pani peeta hai to is ko tajurba hota hai ke pani kitni bari nemat hai.</w:t>
      </w:r>
      <w:r>
        <w:br/>
      </w:r>
      <w:r>
        <w:rPr>
          <w:sz w:val="20"/>
        </w:rPr>
        <w:t>3:07  pani kitni bari nemat hai.</w:t>
      </w:r>
      <w:r>
        <w:br/>
      </w:r>
      <w:r>
        <w:rPr>
          <w:sz w:val="20"/>
        </w:rPr>
        <w:t>3:13  aam halat mein bhi aadmi mehsoos karta hai ke pani bohat bari nemat hai. lekin jab aap piyase hon aur piyas ki halat mein aap pani piyen to is ka asar kai guna barh jata hai.</w:t>
      </w:r>
    </w:p>
    <w:p>
      <w:pPr>
        <w:pStyle w:val="Heading2"/>
      </w:pPr>
      <w:r>
        <w:t>God is not limited to ritual form only</w:t>
      </w:r>
    </w:p>
    <w:p>
      <w:r>
        <w:rPr>
          <w:color w:val="666666"/>
          <w:sz w:val="18"/>
        </w:rPr>
        <w:t>On Salah (Prayer) (Part 3) 22 Jan 2006 - Maulana Wahiduddin Khan · 1m 24s · at 1:54 · https://youtu.be/1Q_hU89Hqok?t=114</w:t>
      </w:r>
    </w:p>
    <w:p>
      <w:r>
        <w:rPr>
          <w:i/>
        </w:rPr>
        <w:t>“To aap sochiye ke jis khuda ne itne bade universe ko banaya”</w:t>
      </w:r>
    </w:p>
    <w:p>
      <w:r>
        <w:rPr>
          <w:sz w:val="20"/>
        </w:rPr>
        <w:t>1:54  to aap sochiye ke jis khuda ne itne bare universe ko banaya, woh kuch form ko itni bari ahmiyat de dega?</w:t>
      </w:r>
      <w:r>
        <w:br/>
      </w:r>
      <w:r>
        <w:rPr>
          <w:sz w:val="20"/>
        </w:rPr>
        <w:t>2:04  yeh khuda ko underestimate karna hai. kuch form jo hum dohrate hain namaz mein, kuch rituals.</w:t>
      </w:r>
      <w:r>
        <w:br/>
      </w:r>
      <w:r>
        <w:rPr>
          <w:sz w:val="20"/>
        </w:rPr>
        <w:t>2:14  to khuda ko underestimate karenge aap agar samjhen ke yahi sab se bari cheez thi jo khuda ko, apne peghambar ke zariye bhejna tha insan ke paas?</w:t>
      </w:r>
      <w:r>
        <w:br/>
      </w:r>
      <w:r>
        <w:rPr>
          <w:sz w:val="20"/>
        </w:rPr>
        <w:t>2:25  aise hi namaz se to bari cheez ek darakht hai. aise hi namaz se to bari cheez ek darakht hai. darakht se aap ko kya lakri milti hai?</w:t>
      </w:r>
      <w:r>
        <w:br/>
      </w:r>
      <w:r>
        <w:rPr>
          <w:sz w:val="20"/>
        </w:rPr>
        <w:t>2:36  shade milta hai, hari hari patiyan milti hain, phool milta hai,</w:t>
      </w:r>
      <w:r>
        <w:br/>
      </w:r>
      <w:r>
        <w:rPr>
          <w:sz w:val="20"/>
        </w:rPr>
        <w:t>2:41  phal milta hai. ek beautiful scene deta hai darakht aap ko. aap ke ghar ke paas darakht ho to us ki beauty mein barhata hai woh.</w:t>
      </w:r>
      <w:r>
        <w:br/>
      </w:r>
      <w:r>
        <w:rPr>
          <w:sz w:val="20"/>
        </w:rPr>
        <w:t>2:52  to aisi spirit less namaz se kahin acha hai ek peR.</w:t>
      </w:r>
      <w:r>
        <w:br/>
      </w:r>
      <w:r>
        <w:rPr>
          <w:sz w:val="20"/>
        </w:rPr>
        <w:t>3:00  to aap soch sakte hain ke khuda ne, yaani isi par hi hell aur paradise ka mamla rakh diya ke jo namaz, yeh form wali namaz parh le woh paradise mein jaye, jo na parhe woh hell mein jaye.</w:t>
      </w:r>
      <w:r>
        <w:br/>
      </w:r>
      <w:r>
        <w:rPr>
          <w:sz w:val="20"/>
        </w:rPr>
        <w:t>3:13  to kaisa ajeeb khuda hoga woh.</w:t>
      </w:r>
    </w:p>
    <w:p>
      <w:pPr>
        <w:pStyle w:val="Heading2"/>
      </w:pPr>
      <w:r>
        <w:t>Ibrahim's dream and the real meaning of sacrifice</w:t>
      </w:r>
    </w:p>
    <w:p>
      <w:r>
        <w:rPr>
          <w:color w:val="666666"/>
          <w:sz w:val="18"/>
        </w:rPr>
        <w:t>Spirit of Hajj July 3, 2022 Prof. Farida Khanam · 2m 04s · at 22:02 · https://youtu.be/--Nez1VOcAQ?t=1322</w:t>
      </w:r>
    </w:p>
    <w:p>
      <w:r>
        <w:rPr>
          <w:i/>
        </w:rPr>
        <w:t>“इदुल अज़्हा का starting point एक ख्वाब से शुरू होता है”</w:t>
      </w:r>
    </w:p>
    <w:p>
      <w:r>
        <w:rPr>
          <w:sz w:val="20"/>
        </w:rPr>
        <w:t>22:02  aap acha agar dekhein to id ul azha ka jo starting point hai woh aik khwab se shuru hota hai jo prophet ibrahim ko aaya. so he had a dream wherein he saw that he is sacrificing his son ishmael but he took the dream literally and he wanted to sacrifice his son. to main chahunga ke aap usko bhi achhe se wazeh karein. woh kya khwab tha aur kya uske maayne the? iske bare mein hum sabko bataiye.</w:t>
      </w:r>
      <w:r>
        <w:br/>
      </w:r>
      <w:r>
        <w:rPr>
          <w:sz w:val="20"/>
        </w:rPr>
        <w:t>22:29  haan, woh dream jo tha qurbaani ka apne bete ko qurbaan kar rahe hain. to teen baar unhone yeh dream dekha to ab beta kitna sahadatmand tha ke woh raazi ho gaya ke aap ne dream dekha hai to aap usko kar daliye. us mein meri aankh par aap patti daal dijiyega. patti laga dijiyega taake main mujhe koi bhi is mein pareshani na ho.</w:t>
      </w:r>
      <w:r>
        <w:br/>
      </w:r>
      <w:r>
        <w:rPr>
          <w:sz w:val="20"/>
        </w:rPr>
        <w:t>22:55  to asal mein log yahi samajhte hain ke asal cheez jo hai woh qurbaani hai. is liye jab janwar ki qurbaani karne ke liye kitna ziyada bohat ziyada unko josh hota hai. to janwar ki qurbaani hai to asal mein symbolic qurbaani hai. jaisa ke Hazrat Ismail alaihi salam ke saath hua ke qurbaani jo thi woh Hazrat Ismail ki thi.</w:t>
      </w:r>
      <w:r>
        <w:br/>
      </w:r>
      <w:r>
        <w:rPr>
          <w:sz w:val="20"/>
        </w:rPr>
        <w:t>23:22  unke badle mein woh jo dhoomba ki qurbaani hui to usko us mein Quran mein aaya hai chapter 37 mein hum ne aik bari qurbaani ke avadh usko chhudha liya. to kisi ne yeh nahi socha ke yeh bari qurbaani kya hai? to bari qurbaani Hazrat Ismail ki qurbaani thi. Hazrat Hajra yeh qurbaani thi.</w:t>
      </w:r>
      <w:r>
        <w:br/>
      </w:r>
      <w:r>
        <w:rPr>
          <w:sz w:val="20"/>
        </w:rPr>
        <w:t>23:48  yaani apne aap ko poori zindagi khuda ke liye waqf kar dena, khuda ke mission ke liye waqf kar dena. khuda ke plan ke aage apne aap ko bilkul submit kar dena. to yeh bari qurbaani thi aur uski alamaati qurbaani jo hai woh janwar ki qurbaani hai.</w:t>
      </w:r>
      <w:r>
        <w:br/>
      </w:r>
      <w:r>
        <w:rPr>
          <w:sz w:val="20"/>
        </w:rPr>
        <w:t>24:06  to yeh logon par wazeh nahi hai woh janwar ki qurbaani ko asal qurbaani samajhte hain aur uske baad woh bilkul mutmaeen ho jaate hain ke hum ne qurbaani kar di hai ab kuch aur karna nahi hai. is liye jo khudaai mission hai uske liye log nahi milte hain kyunke woh samajhte hain unhone saare rusoom ada kar diye hain ab kuch aur karne ki zaroorat nahi hai.</w:t>
      </w:r>
    </w:p>
    <w:p>
      <w:pPr>
        <w:pStyle w:val="Heading2"/>
      </w:pPr>
      <w:r>
        <w:t>Quran verse: jihad means following Ibrahim, who never fought</w:t>
      </w:r>
    </w:p>
    <w:p>
      <w:r>
        <w:rPr>
          <w:color w:val="666666"/>
          <w:sz w:val="18"/>
        </w:rPr>
        <w:t>Revival of Abrahamic Mission October 28, 2012 · 1m 43s · at 7:43 · https://youtu.be/9mV72V5gsqM?t=463</w:t>
      </w:r>
    </w:p>
    <w:p>
      <w:r>
        <w:rPr>
          <w:i/>
        </w:rPr>
        <w:t>“وجاهدوا فی اللہ حق جہادہ، ملة ابیکم ابراہیم۔”</w:t>
      </w:r>
    </w:p>
    <w:p>
      <w:r>
        <w:rPr>
          <w:sz w:val="20"/>
        </w:rPr>
        <w:t>7:43  dekhein Quran mein Surah Haj hai, Al Haj, jo ke Surah jo ke Quran ki Surah number 22 hai.</w:t>
      </w:r>
      <w:r>
        <w:br/>
      </w:r>
      <w:r>
        <w:rPr>
          <w:sz w:val="20"/>
        </w:rPr>
        <w:t>7:53  is mein jo ayat hai, ayat number 37, us ko aap parhiye.</w:t>
      </w:r>
      <w:r>
        <w:br/>
      </w:r>
      <w:r>
        <w:rPr>
          <w:sz w:val="20"/>
        </w:rPr>
        <w:t>8:01  is mein hai ke wajاهدū fī Allāhi ḥaqqa jihādih, huwa-ktarākum, wa mā jaʿala ʿalaykum fī d-dīni min ḥaraj.</w:t>
      </w:r>
      <w:r>
        <w:br/>
      </w:r>
      <w:r>
        <w:rPr>
          <w:sz w:val="20"/>
        </w:rPr>
        <w:t>8:13  millat abیکم ibrahim, hua samakum almuslimeen min qabl wa fi hadha, layakoon alrasool shaheeda alaikum wa takoon shuhada ala alnas.</w:t>
      </w:r>
      <w:r>
        <w:br/>
      </w:r>
      <w:r>
        <w:rPr>
          <w:sz w:val="20"/>
        </w:rPr>
        <w:t>8:29  is aayat mein bataya gaya hai ke</w:t>
      </w:r>
      <w:r>
        <w:br/>
      </w:r>
      <w:r>
        <w:rPr>
          <w:sz w:val="20"/>
        </w:rPr>
        <w:t>8:33  allah ke liye jihad karo, jaisa ke jihad kiya hazrat ibrahim ne.</w:t>
      </w:r>
      <w:r>
        <w:br/>
      </w:r>
      <w:r>
        <w:rPr>
          <w:sz w:val="20"/>
        </w:rPr>
        <w:t>8:44  allah ke liye jihad karo, jaisa ke jihad kiya hazrat ibrahim ne. isi ke liye allah taala ne tum ko muntakhib kar liya hai.</w:t>
      </w:r>
      <w:r>
        <w:br/>
      </w:r>
      <w:r>
        <w:rPr>
          <w:sz w:val="20"/>
        </w:rPr>
        <w:t>8:54  ab bataiye ke hazrat ibrahim ne kaun sa jihad kiya?</w:t>
      </w:r>
      <w:r>
        <w:br/>
      </w:r>
      <w:r>
        <w:rPr>
          <w:sz w:val="20"/>
        </w:rPr>
        <w:t>8:58  is ka koi saboot nahi hai ke hazrat ibrahim ne kabhi talwar chalai, kabhi kisi ko mara, kisi ke khilaf jang chhedi, aisa koi saboot nahi hai.</w:t>
      </w:r>
      <w:r>
        <w:br/>
      </w:r>
      <w:r>
        <w:rPr>
          <w:sz w:val="20"/>
        </w:rPr>
        <w:t>9:11  to yahan par jihad se murad wahi amal hoga jo hazrat ibrahim ne amalan ada kiya tha. woh kya tha? woh sirf ek tha, ab woh hai dawat ila allah</w:t>
      </w:r>
    </w:p>
    <w:p>
      <w:pPr>
        <w:pStyle w:val="Heading2"/>
      </w:pPr>
      <w:r>
        <w:t>Peace march after Babri Masjid demolition</w:t>
      </w:r>
    </w:p>
    <w:p>
      <w:r>
        <w:rPr>
          <w:color w:val="666666"/>
          <w:sz w:val="18"/>
        </w:rPr>
        <w:t>Islam in Daily Life | December 18, 2007 · 2m 02s · at 2:48 · https://youtu.be/wLp27oWti4c?t=168</w:t>
      </w:r>
    </w:p>
    <w:p>
      <w:r>
        <w:rPr>
          <w:i/>
        </w:rPr>
        <w:t>“Hum yahan is liye aaye hain...”</w:t>
      </w:r>
    </w:p>
    <w:p>
      <w:r>
        <w:rPr>
          <w:sz w:val="20"/>
        </w:rPr>
        <w:t>2:48  support diya tha.</w:t>
      </w:r>
      <w:r>
        <w:br/>
      </w:r>
      <w:r>
        <w:rPr>
          <w:sz w:val="20"/>
        </w:rPr>
        <w:t>2:54  har jagah unhi ne organize kiya meeting ko aur jalsay ko.</w:t>
      </w:r>
      <w:r>
        <w:br/>
      </w:r>
      <w:r>
        <w:rPr>
          <w:sz w:val="20"/>
        </w:rPr>
        <w:t>2:59  mein samajhta hoon ke bohat hi achhay tareeqay se organize kiya tha unhon ne.</w:t>
      </w:r>
      <w:r>
        <w:br/>
      </w:r>
      <w:r>
        <w:rPr>
          <w:sz w:val="20"/>
        </w:rPr>
        <w:t>3:04  isi liye shanti yatra bohat kamyab rahi.</w:t>
      </w:r>
      <w:r>
        <w:br/>
      </w:r>
      <w:r>
        <w:rPr>
          <w:sz w:val="20"/>
        </w:rPr>
        <w:t>3:09  to aur bohat zabardast farq par gaya is ke baad.</w:t>
      </w:r>
      <w:r>
        <w:br/>
      </w:r>
      <w:r>
        <w:rPr>
          <w:sz w:val="20"/>
        </w:rPr>
        <w:t>3:15  jaise hum ek jagah pohanchay isi</w:t>
      </w:r>
      <w:r>
        <w:br/>
      </w:r>
      <w:r>
        <w:rPr>
          <w:sz w:val="20"/>
        </w:rPr>
        <w:t>3:20  yatra ke zamanay mein, to wahan par right hua tha, ghar jalaye gaye the, aur abhi tak dhuan</w:t>
      </w:r>
      <w:r>
        <w:br/>
      </w:r>
      <w:r>
        <w:rPr>
          <w:sz w:val="20"/>
        </w:rPr>
        <w:t>3:26  nikal raha tha gharon se.</w:t>
      </w:r>
      <w:r>
        <w:br/>
      </w:r>
      <w:r>
        <w:rPr>
          <w:sz w:val="20"/>
        </w:rPr>
        <w:t>3:32  mujhe yaad hai ke mein ek tooti hui deewar par khara ho kar ke wahan mein ne address kiya tha.</w:t>
      </w:r>
      <w:r>
        <w:br/>
      </w:r>
      <w:r>
        <w:rPr>
          <w:sz w:val="20"/>
        </w:rPr>
        <w:t>3:38  hazaron hazar log wahan akatha ho gaye the.</w:t>
      </w:r>
      <w:r>
        <w:br/>
      </w:r>
      <w:r>
        <w:rPr>
          <w:sz w:val="20"/>
        </w:rPr>
        <w:t>3:44  to us waqt</w:t>
      </w:r>
      <w:r>
        <w:br/>
      </w:r>
      <w:r>
        <w:rPr>
          <w:sz w:val="20"/>
        </w:rPr>
        <w:t>3:51  mere aas pas woh jalay hue ghar aur dukanein theen jahan se dhuan nikal raha tha.</w:t>
      </w:r>
      <w:r>
        <w:br/>
      </w:r>
      <w:r>
        <w:rPr>
          <w:sz w:val="20"/>
        </w:rPr>
        <w:t>4:01  to khara ho kar ke mein ne kaha ke hum yahan kis liye aaye hain? hum yahan is</w:t>
      </w:r>
      <w:r>
        <w:br/>
      </w:r>
      <w:r>
        <w:rPr>
          <w:sz w:val="20"/>
        </w:rPr>
        <w:t>4:11  liye aaye hain ke government ke fire brigade jis aag ko bujha na sakay,</w:t>
      </w:r>
      <w:r>
        <w:br/>
      </w:r>
      <w:r>
        <w:rPr>
          <w:sz w:val="20"/>
        </w:rPr>
        <w:t>4:21  is ko hum apni, is ko hum apne aansuon se bujha dein. mein yeh keh raha tha aur ro raha tha. aur majma bhi ro pada. aur waqia yeh hai ke is ke baad kamral right ki aag bujh gayi poore area mein. to is zamane mein mere khayal se tees se zyada meri speeches</w:t>
      </w:r>
    </w:p>
    <w:p>
      <w:pPr>
        <w:pStyle w:val="Heading2"/>
      </w:pPr>
      <w:r>
        <w:t>Umar's wife hides and the Prophet's humor about Satan</w:t>
      </w:r>
    </w:p>
    <w:p>
      <w:r>
        <w:rPr>
          <w:color w:val="666666"/>
          <w:sz w:val="18"/>
        </w:rPr>
        <w:t>Soulful Ramadan Inspiring Duas and Hadiths</w:t>
        <w:br/>
        <w:t>March 10, 2024 · 1m 28s · at 14:05 · https://youtu.be/ZXO-tq7pyQA?t=845</w:t>
      </w:r>
    </w:p>
    <w:p>
      <w:r>
        <w:rPr>
          <w:i/>
        </w:rPr>
        <w:t>“Once Hazrat Umar came to visit the Prophet...”</w:t>
      </w:r>
    </w:p>
    <w:p>
      <w:r>
        <w:rPr>
          <w:sz w:val="20"/>
        </w:rPr>
        <w:t>14:05  tasir ho jate hain.</w:t>
      </w:r>
      <w:r>
        <w:br/>
      </w:r>
      <w:r>
        <w:rPr>
          <w:sz w:val="20"/>
        </w:rPr>
        <w:t>14:06  hum, to yeh, yeh matlab hai iska.</w:t>
      </w:r>
      <w:r>
        <w:br/>
      </w:r>
      <w:r>
        <w:rPr>
          <w:sz w:val="20"/>
        </w:rPr>
        <w:t>14:10  aur ek waqia hai thoda interesting</w:t>
      </w:r>
      <w:r>
        <w:br/>
      </w:r>
      <w:r>
        <w:rPr>
          <w:sz w:val="20"/>
        </w:rPr>
        <w:t>14:12  ki ek baar Hazrat Umar Razi Allah An ka hai, Hazrat, Hazrat Umar Razi Allah An ka ki</w:t>
      </w:r>
      <w:r>
        <w:br/>
      </w:r>
      <w:r>
        <w:rPr>
          <w:sz w:val="20"/>
        </w:rPr>
        <w:t>14:19  wo aaye prophet se milne.</w:t>
      </w:r>
      <w:r>
        <w:br/>
      </w:r>
      <w:r>
        <w:rPr>
          <w:sz w:val="20"/>
        </w:rPr>
        <w:t>14:21  to bahar se unhon ne dekha ke ghar mein se kuch ladies ki awaz aa rahi hai, zor-zor se.</w:t>
      </w:r>
      <w:r>
        <w:br/>
      </w:r>
      <w:r>
        <w:rPr>
          <w:sz w:val="20"/>
        </w:rPr>
        <w:t>14:25  ji, prophet se batchit kar rahi hain.</w:t>
      </w:r>
      <w:r>
        <w:br/>
      </w:r>
      <w:r>
        <w:rPr>
          <w:sz w:val="20"/>
        </w:rPr>
        <w:t>14:27  to woh andar aaye to dekha ke kuch khawateen aayi hain, kuch pooch rahi hain aur bare zor-zor</w:t>
      </w:r>
      <w:r>
        <w:br/>
      </w:r>
      <w:r>
        <w:rPr>
          <w:sz w:val="20"/>
        </w:rPr>
        <w:t>14:32  se bol rahi hain.</w:t>
      </w:r>
      <w:r>
        <w:br/>
      </w:r>
      <w:r>
        <w:rPr>
          <w:sz w:val="20"/>
        </w:rPr>
        <w:t>14:33  to jaise ladies ne dekha ke umar aa gaye, to sab bhagi wahan se</w:t>
      </w:r>
      <w:r>
        <w:br/>
      </w:r>
      <w:r>
        <w:rPr>
          <w:sz w:val="20"/>
        </w:rPr>
        <w:t>14:37  aur jaakar ek kone mein baith gayi. to hazrat umar ne kaha ki kya baat hai, kyun bhaagi tum? a, tum mujhse zyada darti ho ya rasool se zyada darti ho?</w:t>
      </w:r>
      <w:r>
        <w:br/>
      </w:r>
      <w:r>
        <w:rPr>
          <w:sz w:val="20"/>
        </w:rPr>
        <w:t>14:46  to unhone kaha, hum aapse zyada darte hain, aap bade sakht aadmi hain. ji, ji. to us par rasoolullah sallallahu alaihi wasallam ne kaha, thoda humorous andaaz mein ki agar umar saamne se aa rahe ho aur raaste mein udhar se shaitan aa gaya, to shaitan apna raasta badal deta hai.</w:t>
      </w:r>
      <w:r>
        <w:br/>
      </w:r>
      <w:r>
        <w:rPr>
          <w:sz w:val="20"/>
        </w:rPr>
        <w:t>15:03  ji, to yeh wohi cheez hai ke agar hamare andar spirit ho, to shaitan hamare qareeb nahi aayega,</w:t>
      </w:r>
      <w:r>
        <w:br/>
      </w:r>
      <w:r>
        <w:rPr>
          <w:sz w:val="20"/>
        </w:rPr>
        <w:t>15:09  apna rasta badal dega.</w:t>
      </w:r>
      <w:r>
        <w:br/>
      </w:r>
      <w:r>
        <w:rPr>
          <w:sz w:val="20"/>
        </w:rPr>
        <w:t>15:11  ji, doctor sahib, mere khayal se aise bhi keh sakte hain ke spiritual influence and satanic influence are</w:t>
      </w:r>
      <w:r>
        <w:br/>
      </w:r>
      <w:r>
        <w:rPr>
          <w:sz w:val="20"/>
        </w:rPr>
        <w:t>15:18  inversely proportional. jaise spiritual influence badhega, saturn ka influence kam hoga.</w:t>
      </w:r>
      <w:r>
        <w:br/>
      </w:r>
      <w:r>
        <w:rPr>
          <w:sz w:val="20"/>
        </w:rPr>
        <w:t>15:24  woh ek quote hai na doctor sahib ke, "an apple a day keeps the doctor away."</w:t>
      </w:r>
      <w:r>
        <w:br/>
      </w:r>
      <w:r>
        <w:rPr>
          <w:sz w:val="20"/>
        </w:rPr>
        <w:t>15:29  to we can say, "one verse of quran a day keeps saturn away."</w:t>
      </w:r>
      <w:r>
        <w:br/>
      </w:r>
      <w:r>
        <w:rPr>
          <w:sz w:val="20"/>
        </w:rPr>
        <w:t>15:32  to</w:t>
      </w:r>
    </w:p>
    <w:p>
      <w:pPr>
        <w:pStyle w:val="Heading2"/>
      </w:pPr>
      <w:r>
        <w:t>the first and last dua of humanity</w:t>
      </w:r>
    </w:p>
    <w:p>
      <w:r>
        <w:rPr>
          <w:color w:val="666666"/>
          <w:sz w:val="18"/>
        </w:rPr>
        <w:t>Powerful Life-Changing Quranic Duas with Explanation (English) October 27, 2024 · 1m 30s · at 5:40 · https://youtu.be/4cYteSjPIKw?t=340</w:t>
      </w:r>
    </w:p>
    <w:p>
      <w:r>
        <w:rPr>
          <w:i/>
        </w:rPr>
        <w:t>“I will take the first dua, which was actually the first dua of humanity.”</w:t>
      </w:r>
    </w:p>
    <w:p>
      <w:r>
        <w:rPr>
          <w:sz w:val="20"/>
        </w:rPr>
        <w:t>5:40  so a'yiltakdafrst dua, vchazakchulida frst duaafdaahiyumanti. didua'vch Allah tatadmayandayu: "qala rabana zalamna anfusana, wal ataghfir lana wa tarhamna lanakun min al-khasir</w:t>
      </w:r>
      <w:r>
        <w:br/>
      </w:r>
      <w:r>
        <w:rPr>
          <w:sz w:val="20"/>
        </w:rPr>
        <w:t>6:00  in". O Lord, we wronged ourselves, and if You will not have mercy on us, and You will not forgive us and have mercy on us, we will be among the lost. So that's the prayer which Allah taught to Adam and Eve,</w:t>
      </w:r>
      <w:r>
        <w:br/>
      </w:r>
      <w:r>
        <w:rPr>
          <w:sz w:val="20"/>
        </w:rPr>
        <w:t>6:19  and we can see that that's the first dua of the humanity.</w:t>
      </w:r>
      <w:r>
        <w:br/>
      </w:r>
      <w:r>
        <w:rPr>
          <w:sz w:val="20"/>
        </w:rPr>
        <w:t>6:25  . But after thinking, we will realize that that's the last dua of the humanity as well. And on the Day of Judgment, standing before God, and witnessing His blessings, man can only confess and acknowledge his wrongdoings, his mistakes.</w:t>
      </w:r>
      <w:r>
        <w:br/>
      </w:r>
      <w:r>
        <w:rPr>
          <w:sz w:val="20"/>
        </w:rPr>
        <w:t>6:54  . so hivvilnatbia'bltusaynitheksptsiynagdsdua:"rab nazalamna anfusana, wal ataghfir lana wa tarhamna lanakun min al-khasirin".</w:t>
      </w:r>
    </w:p>
    <w:p>
      <w:pPr>
        <w:pStyle w:val="Heading2"/>
      </w:pPr>
      <w:r>
        <w:t>Ramadan intensifies patience as a lifelong practice</w:t>
      </w:r>
    </w:p>
    <w:p>
      <w:r>
        <w:rPr>
          <w:color w:val="666666"/>
          <w:sz w:val="18"/>
        </w:rPr>
        <w:t>Spirit of Ramadan April 3, 2022 Prof. Farida Khanam · 2m 51s · at 37:41 · https://youtu.be/cj5T0Atpeu8?t=2261</w:t>
      </w:r>
    </w:p>
    <w:p>
      <w:r>
        <w:rPr>
          <w:i/>
        </w:rPr>
        <w:t>“सब्र तो पूरी ज़िंदगी में इसकी ज़रूरत है”</w:t>
      </w:r>
    </w:p>
    <w:p>
      <w:r>
        <w:rPr>
          <w:sz w:val="20"/>
        </w:rPr>
        <w:t>37:41  to usi tarike se Ramadan ka bhi jo spirit hai, wo hai sabr aur Rasool Allah ne ek mauke par farmaya ki yeh sabr ka mahina hai aur sabr ka badla jannat hai. to aap aap iske bare mein bhi batayein ki how is sabr linked to Ramadan? iske bare mein batayein.</w:t>
      </w:r>
      <w:r>
        <w:br/>
      </w:r>
      <w:r>
        <w:rPr>
          <w:sz w:val="20"/>
        </w:rPr>
        <w:t>38:07  sabr to dekhiye poori zindagi mein iski zaroorat hai sabr ki, lekin Ramzan mein yeh saare jo feelings hain, aur zyada badh jati hain kyunki jab aadmi din bhar bhookha pyasa rehta hai, to uski jo spiritual sensitivity jo hai, wo bahut badh jati hai.</w:t>
      </w:r>
      <w:r>
        <w:br/>
      </w:r>
      <w:r>
        <w:rPr>
          <w:sz w:val="20"/>
        </w:rPr>
        <w:t>38:26  to uski wajah se aur jo Quran padhta hai, baar baar duaen karta hai, jo kaifiyat se wo guzarta hai, uski wajah se usko andar sabr ki jo spirit paida hoti hai. to ab duniya mein dekhiye, duniya mein to har aadmi ko Allah Taala ne aazadi di hai. aazadi ka kabhi use proper karta hai, kabhi misuse karta hai.</w:t>
      </w:r>
      <w:r>
        <w:br/>
      </w:r>
      <w:r>
        <w:rPr>
          <w:sz w:val="20"/>
        </w:rPr>
        <w:t>38:51  to uski wajah se musalsal hame kuch na kuch naakush gawari, unpleasant experiences hame hote rehte hain. to in experiences ko hum retaliate karein ya sabr ka tareeka ikhtiyar karein. to yahi humko Quran se bhi samajh mein aata hai aur yahi Rasool Allah sallallahu alaihi wasallam ki zindagi se bhi hame samajh mein aata hai ki hame sabr ka tareeka ek tayyar karna hai.</w:t>
      </w:r>
      <w:r>
        <w:br/>
      </w:r>
      <w:r>
        <w:rPr>
          <w:sz w:val="20"/>
        </w:rPr>
        <w:t>39:16  yahi Allah Taala ka hukum hai kyunki bagair sabr ke hum kuch bhi kaam nahi kar sakte is duniya mein. kyunki tarah tarah se hame lukawatein pesh aati hain aur un lukawaton par agar hum ladne lagenge to hamara jo hai rasta jo hai khandit ho jayega. to kuch logon ne kaha ki hum kab tak sabr karein? to Maulana samne kaha ki kab tak sabr karein?</w:t>
      </w:r>
      <w:r>
        <w:br/>
      </w:r>
      <w:r>
        <w:rPr>
          <w:sz w:val="20"/>
        </w:rPr>
        <w:t>39:40  yeh sabr to ek ibaadat hai aur ek aisi ibaadat jisko aaj rom bagair hisab, jo ki behisab aaj rahe usmein. to aapko jitna sabr karne ka mauka mile, aap samjhiye ki Allah Taala ne aapko ek mauka diya hai. behisab ajr kamane ka. to hame zyada se zyada sabr karna hai. kyunki yeh Ramzan ka mahina jo hai, yeh training ka zamana hai.</w:t>
      </w:r>
      <w:r>
        <w:br/>
      </w:r>
      <w:r>
        <w:rPr>
          <w:sz w:val="20"/>
        </w:rPr>
        <w:t>40:05  agar hum ek mahine ke liye hum trained ho jayenge to yeh training hamari gyarah mahine tak inshallah chalti rahegi aur phir doosra mauka milega to phir hum usko refresh karenge. to hame poore tarike se apne aap ko train karna hai kyunki bahut sari aisi hadise hain ki agar koi tumko gaali de, koi bura bhala kahe, to tum bas yeh keh do main rozedaar hoon, main rozedaar hoon.</w:t>
      </w:r>
      <w:r>
        <w:br/>
      </w:r>
      <w:r>
        <w:rPr>
          <w:sz w:val="20"/>
        </w:rPr>
        <w:t>40:32  to yeh sari cheezein training hain ki jab ek mahine tak aisa psychology mein bhi yeh hai ki agar hum bees pachees tees din taye kaam karte rahenge to wo hamari aadat mein ek hamari aadat develop ho jati hai. to jab hamari yeh sari cheezein aadat hamari develop ho jayengi to hum aindah bhi poore matlab hame saal bhar hame sabr ka tareeka ikhtiyar karna hai.</w:t>
      </w:r>
    </w:p>
    <w:p>
      <w:pPr>
        <w:pStyle w:val="Heading2"/>
      </w:pPr>
      <w:r>
        <w:t>hadith on sacrifice, and the mistake of buying costly animals</w:t>
      </w:r>
    </w:p>
    <w:p>
      <w:r>
        <w:rPr>
          <w:color w:val="666666"/>
          <w:sz w:val="18"/>
        </w:rPr>
        <w:t>The Spirit of Hajj June 25, 2023 · 1m 21s · at 25:21 · https://youtu.be/q5IqRKE3t9E?t=1521</w:t>
      </w:r>
    </w:p>
    <w:p>
      <w:r>
        <w:rPr>
          <w:i/>
        </w:rPr>
        <w:t>“The companions asked, what is the significance of these sacrifices?”</w:t>
      </w:r>
    </w:p>
    <w:p>
      <w:r>
        <w:rPr>
          <w:sz w:val="20"/>
        </w:rPr>
        <w:t>25:21  hazrat zaid bin arqam ne bataya ke rasoolullah ne rasoolullah se companions ne pucha ke what is the significance of these sacrifices? to unhone kaha it is the sunnah of your father ibrahim. phir companions ne pucha ke iska reward kya hai? to rasoolullah ne farmaya ke there is a reward of 10 good deeds for every hair.</w:t>
      </w:r>
      <w:r>
        <w:br/>
      </w:r>
      <w:r>
        <w:rPr>
          <w:sz w:val="20"/>
        </w:rPr>
        <w:t>25:49  phir companion se poocha what about the wool o profit? to unhon ne kaha ke for every strand of wool there is a blessing in it. to aap lekin aksar kya hai ke log literal maenay mein isko letay hain sacrifice ko, jabkay is iskay beyond bhi meaning hai. to main chahunga ke aap uskay significance, sacrifice ka jo true significance hai, jo symbolic meaning hai, uskay baray mein aap hum sab ko batayein.</w:t>
      </w:r>
      <w:r>
        <w:br/>
      </w:r>
      <w:r>
        <w:rPr>
          <w:sz w:val="20"/>
        </w:rPr>
        <w:t>26:18  aam taur par log usko bilkul literal letay hain aur bohat mayan mayan animals ko sacrifice kartay hain. aik aik lakh rupay ke animals hotay hain woh samajhtay hain ke jitna keemti animal sacrifice karengay utna ziyada reward milega. to yeh sab kuch symbolic hai. yeh nahi samajhtay ke yeh asal mein apni qurbaani dena hai.</w:t>
      </w:r>
      <w:r>
        <w:br/>
      </w:r>
      <w:r>
        <w:rPr>
          <w:sz w:val="20"/>
        </w:rPr>
        <w:t>26:42  to jo insaan is duniya mein aaya hai apnay aap ko tayyar karnay ke liye, aakhirat mein, jannat mein basaye janay ka qabil thehrnay ke liye aur khuda ka paigham sari duniya mein pohnchanay ke liye is liye aaya hai. to woh jo tamam events hotay hain hajj mein woh hazrat ibrahim ali islam ki poori zindagi ka reenactment hai.</w:t>
      </w:r>
    </w:p>
    <w:p>
      <w:pPr>
        <w:pStyle w:val="Heading2"/>
      </w:pPr>
      <w:r>
        <w:t>a top scholar's absurd justification for sectarian splits</w:t>
      </w:r>
    </w:p>
    <w:p>
      <w:r>
        <w:rPr>
          <w:color w:val="666666"/>
          <w:sz w:val="18"/>
        </w:rPr>
        <w:t>Misconceptions About Islam May 13, 2006 · 2m 29s · at 35:59 · https://youtu.be/EQ79CIexXHY?t=2159</w:t>
      </w:r>
    </w:p>
    <w:p>
      <w:r>
        <w:rPr>
          <w:i/>
        </w:rPr>
        <w:t>“Dekhen, kitni ridiculous baat yeh hai”</w:t>
      </w:r>
    </w:p>
    <w:p>
      <w:r>
        <w:rPr>
          <w:sz w:val="20"/>
        </w:rPr>
        <w:t>35:59  ar har har Sahabi authentic hai. hum kaise? hamare paas koi authority nahi hai. hum kahein ke "yes, yeh yeh Sahabi galat tha, woh Sahabi sahi hai".</w:t>
      </w:r>
      <w:r>
        <w:br/>
      </w:r>
      <w:r>
        <w:rPr>
          <w:sz w:val="20"/>
        </w:rPr>
        <w:t>36:09  hamare paas koi authority aisi nahi hai. bari bahas ki unhon ne. aakhir mein kya likhte hain? ab dekhen, kitni ridiculous baat yeh hai, kitni ridiculous baat yeh hai.</w:t>
      </w:r>
      <w:r>
        <w:br/>
      </w:r>
      <w:r>
        <w:rPr>
          <w:sz w:val="20"/>
        </w:rPr>
        <w:t>36:20  woh kehte hain ke is difference ko ya alag alag fiqhi school banane ko justify karte hain, yeh keh kar ke "Rai rai thawab yahtamil al-khata, wa rai wa ghairi khata yahtamil al-thawab".</w:t>
      </w:r>
      <w:r>
        <w:br/>
      </w:r>
      <w:r>
        <w:rPr>
          <w:sz w:val="20"/>
        </w:rPr>
        <w:t>36:36  dekhen, kitna ridiculous baat yeh hai. itna bara imam keh raha hai,</w:t>
      </w:r>
      <w:r>
        <w:br/>
      </w:r>
      <w:r>
        <w:rPr>
          <w:sz w:val="20"/>
        </w:rPr>
        <w:t>36:42  is ka yeh jo bolay, woh jo likha unhon ne "Kitab al-Umm" mein ke "Rai thawab yahtamil al-khata, wa rai wa ghairi khata yahtamil al-thawab".</w:t>
      </w:r>
      <w:r>
        <w:br/>
      </w:r>
      <w:r>
        <w:rPr>
          <w:sz w:val="20"/>
        </w:rPr>
        <w:t>36:51  is ka matlab yeh hai ke meri rai durust hai, is is ehtimal ke sath ke shayad galat bhi ho, aur doosre ki rai galat hai, is ehtimal ke sath shayad sahih bhi ho.</w:t>
      </w:r>
      <w:r>
        <w:br/>
      </w:r>
      <w:r>
        <w:rPr>
          <w:sz w:val="20"/>
        </w:rPr>
        <w:t>37:07  yeh yeh kitna ridiculous baat yeh hai.</w:t>
      </w:r>
      <w:r>
        <w:br/>
      </w:r>
      <w:r>
        <w:rPr>
          <w:sz w:val="20"/>
        </w:rPr>
        <w:t>37:10  chunki doosra jo jo bata raha hai, woh woh bhi ek sahabi hai. yani imam shafi kisi sahabi ki baat le kar ke keh rahe hain ke aisa karna hai hamein, lekin jo doosra jo party hai, woh woh bhi kisi kisi sahabi ko le kar keh raha hai ke nahi, aisa karna hai.</w:t>
      </w:r>
      <w:r>
        <w:br/>
      </w:r>
      <w:r>
        <w:rPr>
          <w:sz w:val="20"/>
        </w:rPr>
        <w:t>37:29  toh keh rahe hain ke main samajhta hoon ke mera maslak sahi hai, lekin shayad unka bhi sahi ho, kyunke woh bhi toh sahabi ke reference de rahe hain.</w:t>
      </w:r>
      <w:r>
        <w:br/>
      </w:r>
      <w:r>
        <w:rPr>
          <w:sz w:val="20"/>
        </w:rPr>
        <w:t>37:38  toh is ki zaroorat kya hai? ab yeh keh rahi hai ke yeh bhi sahi, woh bhi sahi. yeh seedhi si baat hai ke is sahabi ke tareeqe mein se is sahabi ke tareeqe mein bhi sahi.</w:t>
      </w:r>
      <w:r>
        <w:br/>
      </w:r>
      <w:r>
        <w:rPr>
          <w:sz w:val="20"/>
        </w:rPr>
        <w:t>37:48  yeh yeh jo hai, yeh jo nazariya nikala inhone, yeh bilkul ridiculous sahi hai. toh dekhiye, yahan par mamla kya tha ke "al-haq la ta'addud" ka nazariya bilkul galat banaya gaya.</w:t>
      </w:r>
      <w:r>
        <w:br/>
      </w:r>
      <w:r>
        <w:rPr>
          <w:sz w:val="20"/>
        </w:rPr>
        <w:t>38:02  haq bilashuba ek hota hai, lekin non-basics hamesha different hua karte hain. hamesha</w:t>
      </w:r>
      <w:r>
        <w:br/>
      </w:r>
      <w:r>
        <w:rPr>
          <w:sz w:val="20"/>
        </w:rPr>
        <w:t>38:10  yani basics mein hamesha aap payenge unity, lekin non-basics mein hamesha payenge differences.</w:t>
      </w:r>
      <w:r>
        <w:br/>
      </w:r>
      <w:r>
        <w:rPr>
          <w:sz w:val="20"/>
        </w:rPr>
        <w:t>38:21  is saada si baat ko na samajhne ki wajah se itne saare fiqhi school ban gaye.</w:t>
      </w:r>
    </w:p>
    <w:p>
      <w:pPr>
        <w:pStyle w:val="Heading2"/>
      </w:pPr>
      <w:r>
        <w:t>A wife's dilemma over giving zakat to her poor husband</w:t>
      </w:r>
    </w:p>
    <w:p>
      <w:r>
        <w:rPr>
          <w:color w:val="666666"/>
          <w:sz w:val="18"/>
        </w:rPr>
        <w:t>The Importance of Zakat May 08, 2022 Dr. Saniyasnain Khan · 2m 43s · at 57:56 · https://youtu.be/92nslWvnQ5Y?t=3476</w:t>
      </w:r>
    </w:p>
    <w:p>
      <w:r>
        <w:rPr>
          <w:i/>
        </w:rPr>
        <w:t>“Can a woman give her zakat to her own husband?”</w:t>
      </w:r>
    </w:p>
    <w:p>
      <w:r>
        <w:rPr>
          <w:sz w:val="20"/>
        </w:rPr>
        <w:t>57:56  hadish mein aata hai ek bahut hi bade sabit hai abdullahihib ne masood jo ki makka ke earliest sahaba mein se the. agle baar sixth sahabi the jo rasoolullah ke upari mallah hai. bahut bade sahbiyon mein se naam unka. ji. to yeh madina ka waqea hai. to ek baar inke halaat bahut bigad gaye aur bahut zarooratmand ho gaye.</w:t>
      </w:r>
      <w:r>
        <w:br/>
      </w:r>
      <w:r>
        <w:rPr>
          <w:sz w:val="20"/>
        </w:rPr>
        <w:t>58:25  to unki jo wife thi jinka naam zainab tha, zainab braziallan haan.</w:t>
      </w:r>
      <w:r>
        <w:br/>
      </w:r>
      <w:r>
        <w:rPr>
          <w:sz w:val="20"/>
        </w:rPr>
        <w:t>58:36  to unhon ne socha ke main un ke paas kuch tha jis par zaqaad deni thi un ko, to unhon ne socha</w:t>
      </w:r>
      <w:r>
        <w:br/>
      </w:r>
      <w:r>
        <w:rPr>
          <w:sz w:val="20"/>
        </w:rPr>
        <w:t>58:48  ke main zaqaad apne husband ko hi de doon, yeh zarooratmand hai. Ji.</w:t>
      </w:r>
      <w:r>
        <w:br/>
      </w:r>
      <w:r>
        <w:rPr>
          <w:sz w:val="20"/>
        </w:rPr>
        <w:t>59:00  unko achha nahi laga yeh baat puchte the. to woh khud gayi. to masjid mein gayi to wahan ek aur lady baithi hui thi. to usse batchit ki to uska bhi yahi masla tha. to do ho gaye to do ladies wahan baith gayi. unhone socha ki koi aayega jayega to usse puchenge. to inder mein jahan asullah sallam the wahan se azrat bilal rajillah nikle us jagah se.</w:t>
      </w:r>
      <w:r>
        <w:br/>
      </w:r>
      <w:r>
        <w:rPr>
          <w:sz w:val="20"/>
        </w:rPr>
        <w:t>59:28  to inhon ne bulaya ke Bilal hamara yeh ek masla hai zara poocho.</w:t>
      </w:r>
      <w:r>
        <w:br/>
      </w:r>
      <w:r>
        <w:rPr>
          <w:sz w:val="20"/>
        </w:rPr>
        <w:t>59:32  to Adit Bilal phir unhon ne kaha ke hamara naam mat batana.</w:t>
      </w:r>
      <w:r>
        <w:br/>
      </w:r>
      <w:r>
        <w:rPr>
          <w:sz w:val="20"/>
        </w:rPr>
        <w:t>59:37  unhon ne kaha ke acha nahi lagta ke naam bataye hum.</w:t>
      </w:r>
      <w:r>
        <w:br/>
      </w:r>
      <w:r>
        <w:rPr>
          <w:sz w:val="20"/>
        </w:rPr>
        <w:t>59:41  to kaha ke hamara naam mat batana bas puch lo ke do ladies ka yeh masla hai.</w:t>
      </w:r>
      <w:r>
        <w:br/>
      </w:r>
      <w:r>
        <w:rPr>
          <w:sz w:val="20"/>
        </w:rPr>
        <w:t>59:46  to Hazrat Bilal razillan gaye prophet sallam ke paas poocha ke do ladies pooch rahi hain yeh sawal</w:t>
      </w:r>
      <w:r>
        <w:br/>
      </w:r>
      <w:r>
        <w:rPr>
          <w:sz w:val="20"/>
        </w:rPr>
        <w:t>59:50  ke kya woh apne husband ko de sakti hain zaqaat?</w:t>
      </w:r>
      <w:r>
        <w:br/>
      </w:r>
      <w:r>
        <w:rPr>
          <w:sz w:val="20"/>
        </w:rPr>
        <w:t>59:55  to Rasoolullah ne kaha ke kaun do ladies?</w:t>
      </w:r>
      <w:r>
        <w:br/>
      </w:r>
      <w:r>
        <w:rPr>
          <w:sz w:val="20"/>
        </w:rPr>
        <w:t>1:00:00  to Ajit Bilal ne kaha ke Zainab.</w:t>
      </w:r>
      <w:r>
        <w:br/>
      </w:r>
      <w:r>
        <w:rPr>
          <w:sz w:val="20"/>
        </w:rPr>
        <w:t>1:00:05  to Rasoolullah ne kaha kaun Zainab? Ji.</w:t>
      </w:r>
      <w:r>
        <w:br/>
      </w:r>
      <w:r>
        <w:rPr>
          <w:sz w:val="20"/>
        </w:rPr>
        <w:t>1:00:11  to kaha ke Abdullah Ibn Vasoot razillan ki wife.</w:t>
      </w:r>
      <w:r>
        <w:br/>
      </w:r>
      <w:r>
        <w:rPr>
          <w:sz w:val="20"/>
        </w:rPr>
        <w:t>1:00:16  to Rasoolullah ne kaha ke haan de sakti hain aur un ko double reward mile ga. Ji.</w:t>
      </w:r>
      <w:r>
        <w:br/>
      </w:r>
      <w:r>
        <w:rPr>
          <w:sz w:val="20"/>
        </w:rPr>
        <w:t>1:00:22  ek reward to satya ka reward aur doosra kinship ka reward.</w:t>
      </w:r>
      <w:r>
        <w:br/>
      </w:r>
      <w:r>
        <w:rPr>
          <w:sz w:val="20"/>
        </w:rPr>
        <w:t>1:00:27  Kinship ka reward. Ji Ji.</w:t>
      </w:r>
      <w:r>
        <w:br/>
      </w:r>
      <w:r>
        <w:rPr>
          <w:sz w:val="20"/>
        </w:rPr>
        <w:t>1:00:33  to yeh, yeh to bilkul theek hai. Ji. Is mein.</w:t>
      </w:r>
      <w:r>
        <w:br/>
      </w:r>
      <w:r>
        <w:rPr>
          <w:sz w:val="20"/>
        </w:rPr>
        <w:t>1:00:39  and aap satka ya zakat de rahe hain usko to kya tab bhi dene wale ko reward milega? halanki jisko diya hai woh needy nahi hai. to iske bare mein aapka kya khayal hai? aisa galti se ho sakta hai. ji. bar ek waqea hai, alivindi ne kai waqea hai. ek sahab ko raat ko aisa ehsaas hua ki main kisi ko jakar zakart ya satka dun.</w:t>
      </w:r>
    </w:p>
    <w:p>
      <w:pPr>
        <w:pStyle w:val="Heading2"/>
      </w:pPr>
      <w:r>
        <w:t>fasting's purpose is to awaken gratitude for blessings</w:t>
      </w:r>
    </w:p>
    <w:p>
      <w:r>
        <w:rPr>
          <w:color w:val="666666"/>
          <w:sz w:val="18"/>
        </w:rPr>
        <w:t>Ramadan The Month of Fasting August 29, 2008 Maulana Wahiduddin Khan · 2m 35s · at 29:47 · https://youtu.be/DcDEAI5bgAg?t=1787</w:t>
      </w:r>
    </w:p>
    <w:p>
      <w:r>
        <w:rPr>
          <w:i/>
        </w:rPr>
        <w:t>“Fasting is so that you may be grateful”</w:t>
      </w:r>
    </w:p>
    <w:p>
      <w:r>
        <w:rPr>
          <w:sz w:val="20"/>
        </w:rPr>
        <w:t>29:47  aise hi quran mein bataya gaya hai ke lakum tashkurun taake tumhare andar shukr paida ho. yaani roze ka maqsad bataya gaya ke tumhare andar shukr paida ho.</w:t>
      </w:r>
      <w:r>
        <w:br/>
      </w:r>
      <w:r>
        <w:rPr>
          <w:sz w:val="20"/>
        </w:rPr>
        <w:t>30:00  ab sochiye ke shukr kaise paida hoga?</w:t>
      </w:r>
      <w:r>
        <w:br/>
      </w:r>
      <w:r>
        <w:rPr>
          <w:sz w:val="20"/>
        </w:rPr>
        <w:t>30:03  to shukr is tarah paida hoga ke aap ne din bhar pani nahi piya, pyas lagi phir bhi nahi piya, halaq sookh gaya phir bhi nahi piya.</w:t>
      </w:r>
      <w:r>
        <w:br/>
      </w:r>
      <w:r>
        <w:rPr>
          <w:sz w:val="20"/>
        </w:rPr>
        <w:t>30:16  ab sham ko jab aap pani peete hain to lagta hai ek kaisi ajeeb nemat hai Allah taala ki. yeh</w:t>
      </w:r>
      <w:r>
        <w:br/>
      </w:r>
      <w:r>
        <w:rPr>
          <w:sz w:val="20"/>
        </w:rPr>
        <w:t>30:23  to Allah Rasool Allah salallaho alaihi wasallam ne sham ko jab iftar kiya aur pani piya to aap ne farmaya ke zahabazam o waqtal urooq ke pyas chali gayi, pyas bujh gayi aur ragen tar ho gayin.</w:t>
      </w:r>
      <w:r>
        <w:br/>
      </w:r>
      <w:r>
        <w:rPr>
          <w:sz w:val="20"/>
        </w:rPr>
        <w:t>30:44  to pani se waqti taur par din ke auqat mein aap ko mahroom karke jab sham ko pani mila to us waqt shadeed ehsas paida hoga.</w:t>
      </w:r>
      <w:r>
        <w:br/>
      </w:r>
      <w:r>
        <w:rPr>
          <w:sz w:val="20"/>
        </w:rPr>
        <w:t>30:56  kyunki mahroomi ke baad jab yaft hoti hai to ehsas badha deti hai. jab koi cheez kho jaye aur phir aap ko payein us ko, yaani khone ke baad pana aadmi ke andar bahut zyada ehsas jagata hai.</w:t>
      </w:r>
      <w:r>
        <w:br/>
      </w:r>
      <w:r>
        <w:rPr>
          <w:sz w:val="20"/>
        </w:rPr>
        <w:t>31:12  to is tarah se jab aap khana aur pani din ke auqat mein chhod dete hain, pyas lagti hai, bhook lagti hai, phir sham ko aap khate peete hain to lagta hai kitni badi nemat hai.</w:t>
      </w:r>
      <w:r>
        <w:br/>
      </w:r>
      <w:r>
        <w:rPr>
          <w:sz w:val="20"/>
        </w:rPr>
        <w:t>31:24  to nemat ke ehsas ko badhane ke liye, nemat ke ehsas ko zinda karne ke liye yeh yeh hai. nemat ka ehsas jitna zyada hoga, utne zyada aap Khuda ke, yaani mehboob bande banenge.</w:t>
      </w:r>
      <w:r>
        <w:br/>
      </w:r>
      <w:r>
        <w:rPr>
          <w:sz w:val="20"/>
        </w:rPr>
        <w:t>31:42  shukr ka matlab hota hai acknowledge karna, eteraaf karna. to aam halat mein bhi aap eteraaf karte hain ke Khuda ya yeh sab teri nematein hain, lekin is nematon se waqti taur par jab aap ko mahroom kiya jata hai, us ko chhudaya jata hai,</w:t>
      </w:r>
      <w:r>
        <w:br/>
      </w:r>
      <w:r>
        <w:rPr>
          <w:sz w:val="20"/>
        </w:rPr>
        <w:t>31:58  ab phir woh milti hain aap ko to zyada shiddat se aap ko ehsas hota hai ke yeh kitni badi nematein hain. to is liye kaha gaya ke lakum tashkuroon</w:t>
      </w:r>
      <w:r>
        <w:br/>
      </w:r>
      <w:r>
        <w:rPr>
          <w:sz w:val="20"/>
        </w:rPr>
        <w:t>32:09  ke roze mein is tarah ka course is liye rakha gaya taake tumhare andar shukr paida ho. hadith mein aata hai ke</w:t>
      </w:r>
    </w:p>
    <w:p>
      <w:pPr>
        <w:pStyle w:val="Heading2"/>
      </w:pPr>
      <w:r>
        <w:t>True nature of Islamic dawah</w:t>
      </w:r>
    </w:p>
    <w:p>
      <w:r>
        <w:rPr>
          <w:color w:val="666666"/>
          <w:sz w:val="18"/>
        </w:rPr>
        <w:t>Al-Risala, May 2018 · 2m 55s · at 16:47 · https://youtu.be/VsVaccpm1ug?t=1007</w:t>
      </w:r>
    </w:p>
    <w:p>
      <w:r>
        <w:rPr>
          <w:i/>
        </w:rPr>
        <w:t>“Dawat kya hai?”</w:t>
      </w:r>
    </w:p>
    <w:p>
      <w:r>
        <w:rPr>
          <w:sz w:val="20"/>
        </w:rPr>
        <w:t>16:47  dawat kya hai? dawat ka matlab bazahir yeh hai ke Quran o Hadees mein jo sachai bayan ki gayi hai, us ko doosron tak pahunchana.</w:t>
      </w:r>
      <w:r>
        <w:br/>
      </w:r>
      <w:r>
        <w:rPr>
          <w:sz w:val="20"/>
        </w:rPr>
        <w:t>16:59  magar pahunchane ka matlab sirf pahunchana nahi hai, balkeh yeh hai ke jo baat kahi jaye, woh mukhateb ke zehan ko address karne wali ho.</w:t>
      </w:r>
      <w:r>
        <w:br/>
      </w:r>
      <w:r>
        <w:rPr>
          <w:sz w:val="20"/>
        </w:rPr>
        <w:t>17:11  jaisa ke Quran mein aaya hai: "wa qul fi anfusihim qawlan baligha" yaani un ko is tarah baat kaho jo un ke dilo mein utar jaye.</w:t>
      </w:r>
      <w:r>
        <w:br/>
      </w:r>
      <w:r>
        <w:rPr>
          <w:sz w:val="20"/>
        </w:rPr>
        <w:t>17:23  is tarah dawat mein ek aur anasar shamil ho jata hai aur woh hai madu ke zehan ki riayat. agar aap dawat ka kaam is tarah karein ke Quran o Hadees mein jo baat kahi gayi hai,</w:t>
      </w:r>
      <w:r>
        <w:br/>
      </w:r>
      <w:r>
        <w:rPr>
          <w:sz w:val="20"/>
        </w:rPr>
        <w:t>17:37  khud apne zehan ke mutabiq is ki sharah kar dein to yeh haqeeqi maanon mein dawat ka kaam</w:t>
      </w:r>
      <w:r>
        <w:br/>
      </w:r>
      <w:r>
        <w:rPr>
          <w:sz w:val="20"/>
        </w:rPr>
        <w:t>17:44  nahin hoga. koi kalam is waqt dawat banta hai jabke aap apni dawat mein do taqazon ko poora</w:t>
      </w:r>
      <w:r>
        <w:br/>
      </w:r>
      <w:r>
        <w:rPr>
          <w:sz w:val="20"/>
        </w:rPr>
        <w:t>17:53  karein: aik yeh ke aap quran o sunnat ka mutalia ghair mutasir zehan ke sath karein aur is</w:t>
      </w:r>
      <w:r>
        <w:br/>
      </w:r>
      <w:r>
        <w:rPr>
          <w:sz w:val="20"/>
        </w:rPr>
        <w:t>18:01  ka mudda be kam o kaast andaaz mein janane ki koshish karein, aur phir is ko taqreer ya</w:t>
      </w:r>
      <w:r>
        <w:br/>
      </w:r>
      <w:r>
        <w:rPr>
          <w:sz w:val="20"/>
        </w:rPr>
        <w:t>18:09  tahreer ke zariye mukhatib ke samne bayan karein.</w:t>
      </w:r>
      <w:r>
        <w:br/>
      </w:r>
      <w:r>
        <w:rPr>
          <w:sz w:val="20"/>
        </w:rPr>
        <w:t>18:14  magar mutalub dawat ke liye sirf itna kafi nahi hai. mutalub dawat woh hai jis mein dai ghair jazbati andaaz mein madu ke zehan ko samajhne ki koshish kare, aur phir madu ke zehan ko address karne wale andaaz mein khairkhawana tor par us ko apna mukhateb banaye.</w:t>
      </w:r>
      <w:r>
        <w:br/>
      </w:r>
      <w:r>
        <w:rPr>
          <w:sz w:val="20"/>
        </w:rPr>
        <w:t>18:38  dawat apni zahiri surat ke aitbar se doosri tehreekon ki tarah ek tehreek hai, magar dawat aur doosri tehreekon mein ek buniyadi farq hai.</w:t>
      </w:r>
      <w:r>
        <w:br/>
      </w:r>
      <w:r>
        <w:rPr>
          <w:sz w:val="20"/>
        </w:rPr>
        <w:t>18:50  woh yeh ke doosri tehreekein aam taur par rad-e-amal ke zehan ke tehat chalai jati hain. yaani samaj mein koi cheez nazar aayi jo dekhne walon ke liye bazahir galat thi, us par dekhne walon ne apne rad-e-amal ka izhar kiya aur yeh rad-e-amal dheere dheere ek tehreek ban gaya.</w:t>
      </w:r>
      <w:r>
        <w:br/>
      </w:r>
      <w:r>
        <w:rPr>
          <w:sz w:val="20"/>
        </w:rPr>
        <w:t>19:13  is aitbar se dekhiye to tamam tehreekein amalan rad-e-amal ki tehreekein hoti hain, lekin dawat ki tehreek kisi bhi darje mein rad-e-amal ki tehreek nahi hai.</w:t>
      </w:r>
      <w:r>
        <w:br/>
      </w:r>
      <w:r>
        <w:rPr>
          <w:sz w:val="20"/>
        </w:rPr>
        <w:t>19:27  dawat dai ki taraf se nasih ya well wishing ka izhar hai aur bas.</w:t>
      </w:r>
    </w:p>
    <w:p>
      <w:pPr>
        <w:pStyle w:val="Heading2"/>
      </w:pPr>
      <w:r>
        <w:t>Angels bow, Satan refuses: birth of appreciating nature</w:t>
      </w:r>
    </w:p>
    <w:p>
      <w:r>
        <w:rPr>
          <w:color w:val="666666"/>
          <w:sz w:val="18"/>
        </w:rPr>
        <w:t>The Importance of Modesty March 1, 2009 · 2m 25s · at 3:31 · https://youtu.be/c599K8yDwzk?t=211</w:t>
      </w:r>
    </w:p>
    <w:p>
      <w:r>
        <w:rPr>
          <w:i/>
        </w:rPr>
        <w:t>“The angels bowed to Adam — but Satan refused, and said why.”</w:t>
      </w:r>
    </w:p>
    <w:p>
      <w:r>
        <w:rPr>
          <w:sz w:val="20"/>
        </w:rPr>
        <w:t>3:31  is ke liye tha. To kya hua phir ke farishte to jhuk gaye. Wahan sajda ke mani sar zameen par rakhna nahi hai.</w:t>
      </w:r>
      <w:r>
        <w:br/>
      </w:r>
      <w:r>
        <w:rPr>
          <w:sz w:val="20"/>
        </w:rPr>
        <w:t>3:43  jhukna hai. To woh jhuk gaye. Aur Satan jo tha, jo jinnaat ka sardar tha, woh nahi jhuka.</w:t>
      </w:r>
      <w:r>
        <w:br/>
      </w:r>
      <w:r>
        <w:rPr>
          <w:sz w:val="20"/>
        </w:rPr>
        <w:t>3:54  to us waqt jab poocha gaya ke tum jhuke kyun nahi? To us ne kya kaha tha?</w:t>
      </w:r>
      <w:r>
        <w:br/>
      </w:r>
      <w:r>
        <w:rPr>
          <w:sz w:val="20"/>
        </w:rPr>
        <w:t>4:01  "ana khair minhu" . main is se acha hoon. "I am better than Adam" .</w:t>
      </w:r>
      <w:r>
        <w:br/>
      </w:r>
      <w:r>
        <w:rPr>
          <w:sz w:val="20"/>
        </w:rPr>
        <w:t>4:13  tu us ne apni aik logic nikali ke woh mitti se banaye gaye hain, main aag se. tu is liye main un se acha hoon. tu yahin se shuru hua ke angels ne, yani farishton ne, modesty ka tareeqa ikhtiyar kiya.</w:t>
      </w:r>
      <w:r>
        <w:br/>
      </w:r>
      <w:r>
        <w:rPr>
          <w:sz w:val="20"/>
        </w:rPr>
        <w:t>4:30  yahi modesty isi ka naam hai. aur shaitan ne modesty ka tareeqa nahi ikhtiyar kiya. tu quran ko parhne se maloom hota hai ke dunya mein kuch log ikhwan al-shaitan ban jate hain, kuch log ikhwan al-malaika ban jate hain.</w:t>
      </w:r>
      <w:r>
        <w:br/>
      </w:r>
      <w:r>
        <w:rPr>
          <w:sz w:val="20"/>
        </w:rPr>
        <w:t>4:48  yani shaitan ke bhai ya angels ke bhai. tu main bohat dinon se sochta tha ke matlab kya hai is ka.</w:t>
      </w:r>
      <w:r>
        <w:br/>
      </w:r>
      <w:r>
        <w:rPr>
          <w:sz w:val="20"/>
        </w:rPr>
        <w:t>4:59  tu aik word jab tak na mila hai tab tak aadmi ka mind jo hai us ko pakar nahi pata. tu aaj hi mujhe yeh baat samajh ayi.</w:t>
      </w:r>
      <w:r>
        <w:br/>
      </w:r>
      <w:r>
        <w:rPr>
          <w:sz w:val="20"/>
        </w:rPr>
        <w:t>5:10  kyun ke do word mujhe mile. yani appreciating nature aur non appreciating nature. yeh.</w:t>
      </w:r>
      <w:r>
        <w:br/>
      </w:r>
      <w:r>
        <w:rPr>
          <w:sz w:val="20"/>
        </w:rPr>
        <w:t>5:22  yani doosre ko appreciate kar sakna. aik hai doosre ko appreciate na kar sakna.</w:t>
      </w:r>
      <w:r>
        <w:br/>
      </w:r>
      <w:r>
        <w:rPr>
          <w:sz w:val="20"/>
        </w:rPr>
        <w:t>5:30  tu farishton ka tareeqa kya hai? ke doosre ko appreciate karo. ke khuda ne agar unhein di hai yeh hesiyat ke zameen un ke charge mein rahe to theek hai.</w:t>
      </w:r>
      <w:r>
        <w:br/>
      </w:r>
      <w:r>
        <w:rPr>
          <w:sz w:val="20"/>
        </w:rPr>
        <w:t>5:40  khuda ka faisla hai. is ko hum mante hain. unhon ne acknowledge kar liya. shaitan ne deny kiya. tu kaha us ne appreciate nahi kiya adam ki hesiyat ko.</w:t>
      </w:r>
    </w:p>
    <w:p>
      <w:pPr>
        <w:pStyle w:val="Heading2"/>
      </w:pPr>
      <w:r>
        <w:t>basics vs style — the room-sitting analogy</w:t>
      </w:r>
    </w:p>
    <w:p>
      <w:r>
        <w:rPr>
          <w:color w:val="666666"/>
          <w:sz w:val="18"/>
        </w:rPr>
        <w:t>Misconceptions About Islam May 13, 2006 · 2m 10s · at 29:38 · https://youtu.be/EQ79CIexXHY?t=1778</w:t>
      </w:r>
    </w:p>
    <w:p>
      <w:r>
        <w:rPr>
          <w:i/>
        </w:rPr>
        <w:t>“Sab log baithe hain, lekin har ek alag dhang se baithta hai”</w:t>
      </w:r>
    </w:p>
    <w:p>
      <w:r>
        <w:rPr>
          <w:sz w:val="20"/>
        </w:rPr>
        <w:t>29:38  jaise is kamre mein dekhiye, itne sare log baithe hue hain. ek aadmi aata hai, woh ek statement deta hai ke is kamre mein 100 aadmi baithe hue hain.</w:t>
      </w:r>
      <w:r>
        <w:br/>
      </w:r>
      <w:r>
        <w:rPr>
          <w:sz w:val="20"/>
        </w:rPr>
        <w:t>29:48  suppose, ab kya sab ke baithne ka mood ek hi hai?</w:t>
      </w:r>
      <w:r>
        <w:br/>
      </w:r>
      <w:r>
        <w:rPr>
          <w:sz w:val="20"/>
        </w:rPr>
        <w:t>29:54  ab dekhiye, baith is baat mein to koi farq nahi hai ke baithe hue hain, lekin alag alag mood se baithe hue hain, alag alag dhang se baithe hue hain.</w:t>
      </w:r>
      <w:r>
        <w:br/>
      </w:r>
      <w:r>
        <w:rPr>
          <w:sz w:val="20"/>
        </w:rPr>
        <w:t>30:04  kisi ke pas phaila hua hai, kisi ke pas chimta hua hai, koi koi wall ko tek kar baitha hua hai, koi alag se baitha hua hai. to dekhiye, ek hai baithna, ek hai baithne ka tareeqa.</w:t>
      </w:r>
      <w:r>
        <w:br/>
      </w:r>
      <w:r>
        <w:rPr>
          <w:sz w:val="20"/>
        </w:rPr>
        <w:t>30:18  to baithne mein koi farq nahi hai, lekin is mein farq hai.</w:t>
      </w:r>
      <w:r>
        <w:br/>
      </w:r>
      <w:r>
        <w:rPr>
          <w:sz w:val="20"/>
        </w:rPr>
        <w:t>30:22  to is namaz mein yeh tha ke jo basics the namaz ke, woh ek the, lekin jo non basics the, is mein difference tha.</w:t>
      </w:r>
      <w:r>
        <w:br/>
      </w:r>
      <w:r>
        <w:rPr>
          <w:sz w:val="20"/>
        </w:rPr>
        <w:t>30:31  at that was but natural. kyun? dekhen, is is baat ko bhi samajhne mein bahut bhool log hui hai ke namaz koi set of rituals nahi hai, koi circus nahi hai.</w:t>
      </w:r>
      <w:r>
        <w:br/>
      </w:r>
      <w:r>
        <w:rPr>
          <w:sz w:val="20"/>
        </w:rPr>
        <w:t>30:43  namaz circus nahi hai ke bilkul aise ek dam ek set pattern hai, us ko dohra do.</w:t>
      </w:r>
      <w:r>
        <w:br/>
      </w:r>
      <w:r>
        <w:rPr>
          <w:sz w:val="20"/>
        </w:rPr>
        <w:t>30:50  namaz ek spirited kaam ka naam hai, ek spirit se namaz padhta hai aadmi. to difference to aayega is mein,</w:t>
      </w:r>
      <w:r>
        <w:br/>
      </w:r>
      <w:r>
        <w:rPr>
          <w:sz w:val="20"/>
        </w:rPr>
        <w:t>31:02  ab difference to aayega. yani aap ki bahut zyada dosti kisi se hai, woh aap ka bahut zabardast friend hai, to kya yeh possible hai ke aap ek banayen, ek ek ek woh ek tareeqa banayen ke dost se milne ka tareeqa ek paper par likhen ke dost se milne ka ta</w:t>
      </w:r>
      <w:r>
        <w:br/>
      </w:r>
      <w:r>
        <w:rPr>
          <w:sz w:val="20"/>
        </w:rPr>
        <w:t>31:20  reeqa? ab yeh kahen ke jab mile to hath yun uthayen aur phir hath yun badhayen, phir ek qadam aage badhayen, ek qadam peechhe hatayen, phir us se poochhen ke chaye piyenge, pani piyenge?</w:t>
      </w:r>
      <w:r>
        <w:br/>
      </w:r>
      <w:r>
        <w:rPr>
          <w:sz w:val="20"/>
        </w:rPr>
        <w:t>31:29  aisa kahen chal sakta hai? kya dost se milne ka aisa koi method chal sakta hai? dost se milna bilkul ek spirit ke tehat hota hai, is mein differences zaroor ayenge.</w:t>
      </w:r>
      <w:r>
        <w:br/>
      </w:r>
      <w:r>
        <w:rPr>
          <w:sz w:val="20"/>
        </w:rPr>
        <w:t>31:41  ek bar alag jagah se milenge, doosri bar alag jagah se milenge. aap chunancha mein ek misal deta hoon aap ko.</w:t>
      </w:r>
    </w:p>
    <w:p>
      <w:pPr>
        <w:pStyle w:val="Heading2"/>
      </w:pPr>
      <w:r>
        <w:t>Why Tajdeed despite complete religion</w:t>
      </w:r>
    </w:p>
    <w:p>
      <w:r>
        <w:rPr>
          <w:color w:val="666666"/>
          <w:sz w:val="18"/>
        </w:rPr>
        <w:t>The Concept of Tajdid in Islam April 19, 2007 · 1m 24s · at 2:19 · https://youtu.be/xOF-8m3m7KA?t=139</w:t>
      </w:r>
    </w:p>
    <w:p>
      <w:r>
        <w:rPr>
          <w:i/>
        </w:rPr>
        <w:t>“So why is this Tajdeed? Islam is a complete religion.”</w:t>
      </w:r>
    </w:p>
    <w:p>
      <w:r>
        <w:rPr>
          <w:sz w:val="20"/>
        </w:rPr>
        <w:t>2:19  so why is this tajdeed? you know, religion of islam is a complete religion.</w:t>
      </w:r>
      <w:r>
        <w:br/>
      </w:r>
      <w:r>
        <w:rPr>
          <w:sz w:val="20"/>
        </w:rPr>
        <w:t>2:32  Quran is an eternal book.</w:t>
      </w:r>
      <w:r>
        <w:br/>
      </w:r>
      <w:r>
        <w:rPr>
          <w:sz w:val="20"/>
        </w:rPr>
        <w:t>2:38  Quranic ideology is an eternal ideology. Then why revivalism?</w:t>
      </w:r>
      <w:r>
        <w:br/>
      </w:r>
      <w:r>
        <w:rPr>
          <w:sz w:val="20"/>
        </w:rPr>
        <w:t>2:47  it is due to the law of nature.</w:t>
      </w:r>
      <w:r>
        <w:br/>
      </w:r>
      <w:r>
        <w:rPr>
          <w:sz w:val="20"/>
        </w:rPr>
        <w:t>2:51  in our present world, it is law of nature that everything</w:t>
      </w:r>
      <w:r>
        <w:br/>
      </w:r>
      <w:r>
        <w:rPr>
          <w:sz w:val="20"/>
        </w:rPr>
        <w:t>3:02  is subject to decay, deterioration.</w:t>
      </w:r>
      <w:r>
        <w:br/>
      </w:r>
      <w:r>
        <w:rPr>
          <w:sz w:val="20"/>
        </w:rPr>
        <w:t>3:10  so religion is not an exception.</w:t>
      </w:r>
      <w:r>
        <w:br/>
      </w:r>
      <w:r>
        <w:rPr>
          <w:sz w:val="20"/>
        </w:rPr>
        <w:t>3:16  after some generations, there is a deterioration in religion also. religion means people of religion.</w:t>
      </w:r>
      <w:r>
        <w:br/>
      </w:r>
      <w:r>
        <w:rPr>
          <w:sz w:val="20"/>
        </w:rPr>
        <w:t>3:29  so</w:t>
      </w:r>
      <w:r>
        <w:br/>
      </w:r>
      <w:r>
        <w:rPr>
          <w:sz w:val="20"/>
        </w:rPr>
        <w:t>3:33  it is this law of nature which requires tajdeed, to renew again, to refresh again.</w:t>
      </w:r>
    </w:p>
    <w:p>
      <w:pPr>
        <w:pStyle w:val="Heading2"/>
      </w:pPr>
      <w:r>
        <w:t>Prophet's sermon on unity and piety</w:t>
      </w:r>
    </w:p>
    <w:p>
      <w:r>
        <w:rPr>
          <w:color w:val="666666"/>
          <w:sz w:val="18"/>
        </w:rPr>
        <w:t>The Pilgrimage of Hajj | Maulana Wahiduddin Khan · 2m 33s · at 36:40 · https://youtu.be/LrI5xzFpjCs?t=2200</w:t>
      </w:r>
    </w:p>
    <w:p>
      <w:r>
        <w:rPr>
          <w:i/>
        </w:rPr>
        <w:t>“Phir dekhiye, Hajj ke aakhri phase mein kya hua?”</w:t>
      </w:r>
    </w:p>
    <w:p>
      <w:r>
        <w:rPr>
          <w:sz w:val="20"/>
        </w:rPr>
        <w:t>36:40  phir dekhiye, hajj ke aakhri yaani final phase mein wahan par kya hua? Rasool Allah sal Allah alaihi wasallam ne khutba diya jis ko khutba e hajjat ul wida kaha jata hai kyunke Rasool Allah sal Allah alaihi wasallam is hajj ke baad jaldi wafat pa gaye, do dhai mahine ke baad. To ye aap ki ummat se aakhri mulaqat thi, goya jahan taqreeban</w:t>
      </w:r>
      <w:r>
        <w:br/>
      </w:r>
      <w:r>
        <w:rPr>
          <w:sz w:val="20"/>
        </w:rPr>
        <w:t>37:12  yaani dehd lakh aadmi ekatha the. To wahan par aap ne ek khutba diya, ye khutba e hajjat ul wida ke naam se kitabon mein maujood hai. Is khutbe mein main aap ne kai baaten farmayin, main yahan do baaton ka zikr karunga. Is khutbe mein aap ne ek to ye aelan farmaya ke la fazla arabi al alameen, ek ko doosre par koi fazilat nahi, a</w:t>
      </w:r>
      <w:r>
        <w:br/>
      </w:r>
      <w:r>
        <w:rPr>
          <w:sz w:val="20"/>
        </w:rPr>
        <w:t>37:42  rabi ko ghair arabi par koi farq nahi, ek nasl aur doosri nasl ke darmiyan koi imtiyaz nahi. Superior race aur inferior race ke fitne ke myth ko aap ne khatam kar diya. Hazaron saal se insan is myth mein jee raha tha, koi race superior race hai, koi race inferior race hai. Aap ne aelan farmaya ke nahi, ye sab jhoote myth hain, illa biddin wa taqwa</w:t>
      </w:r>
      <w:r>
        <w:br/>
      </w:r>
      <w:r>
        <w:rPr>
          <w:sz w:val="20"/>
        </w:rPr>
        <w:t>38:12  ٰ, yaani Allah ke paimane mein jo acha thehre, wo acha hai aur jo Allah ke paimane mein acha na thehre, wo bura hai. Na naam, na nasl, na color, na zuban, kuch bhi nahi. Ye tamam tar mamla hai Allah ke paimane par kaisa thehrega aadmi is ka. To ek baat ye aap ne farmayi, is ko hum keh sakte hain ke masawat e insani, ye sare insan barabar hain, s</w:t>
      </w:r>
      <w:r>
        <w:br/>
      </w:r>
      <w:r>
        <w:rPr>
          <w:sz w:val="20"/>
        </w:rPr>
        <w:t>38:42  are insan ek hain. Insan ke darmiyan farq jo hai, wo kirdaar se hota hai, na ke nasl se, race se, color se. In cheezon ki koi ahmiyat nahi hai, ye sab relative baaten hain. Ye ek aelan aap ne farmayi, is mein khutbe mein doosri aham baat jo thi, wo wo ye thi ke aap ne farmaya ke in Allah basani kaafatan lin naas faduni</w:t>
      </w:r>
    </w:p>
    <w:p>
      <w:pPr>
        <w:pStyle w:val="Heading2"/>
      </w:pPr>
      <w:r>
        <w:t>The greatest sacrifice is to surrender one's ego</w:t>
      </w:r>
    </w:p>
    <w:p>
      <w:r>
        <w:rPr>
          <w:color w:val="666666"/>
          <w:sz w:val="18"/>
        </w:rPr>
        <w:t>Ramadan and The Quran September 03, 2006 Maulana Wahiduddin Khan · 1m 51s · at 1:13:16 · https://youtu.be/LJU2AJuPQZc?t=4396</w:t>
      </w:r>
    </w:p>
    <w:p>
      <w:r>
        <w:rPr>
          <w:i/>
        </w:rPr>
        <w:t>“Is duniya mein sab se badi qurbani ye hai ke aadmi apne aap ko paband bana le”</w:t>
      </w:r>
    </w:p>
    <w:p>
      <w:r>
        <w:rPr>
          <w:sz w:val="20"/>
        </w:rPr>
        <w:t>1:13:16  is duniya mein yaad rakhiye sab se bari qurbani yeh hai ke aadmi</w:t>
      </w:r>
      <w:r>
        <w:br/>
      </w:r>
      <w:r>
        <w:rPr>
          <w:sz w:val="20"/>
        </w:rPr>
        <w:t>1:13:26  azadi rakhte hue apne aap ko paband bana le. yaani ikhtiyar rakhte hue apne aap ko be ikhtiyar kar le.</w:t>
      </w:r>
      <w:r>
        <w:br/>
      </w:r>
      <w:r>
        <w:rPr>
          <w:sz w:val="20"/>
        </w:rPr>
        <w:t>1:13:36  Khuda ne insaan ko ikhtiyar diya hai. aur Khuda ne is ko azadi di hai. Khuda ne insaan ko yeh haq diya hai ke woh keh sake ke yeh bhi keh sakta hai ke main hi Khuda hoon.</w:t>
      </w:r>
      <w:r>
        <w:br/>
      </w:r>
      <w:r>
        <w:rPr>
          <w:sz w:val="20"/>
        </w:rPr>
        <w:t>1:13:50  yeh bhi kehne ka ikhtiyar is ko mila hua hai.</w:t>
      </w:r>
      <w:r>
        <w:br/>
      </w:r>
      <w:r>
        <w:rPr>
          <w:sz w:val="20"/>
        </w:rPr>
        <w:t>1:13:57  kuch logon ne aisa kaha ke main apne ko khuda qarar de diya unhon ne. Aur yun keh diya khuda zinda hai, khuda mar chuka hai, yeh bhi kehne ka ikhtiyar hai insaan ko.</w:t>
      </w:r>
      <w:r>
        <w:br/>
      </w:r>
      <w:r>
        <w:rPr>
          <w:sz w:val="20"/>
        </w:rPr>
        <w:t>1:14:08  to yeh jo azmaish ka dour hai is mein insaan ko Khuda ne</w:t>
      </w:r>
      <w:r>
        <w:br/>
      </w:r>
      <w:r>
        <w:rPr>
          <w:sz w:val="20"/>
        </w:rPr>
        <w:t>1:14:13  mukammal azaadi diya hai.</w:t>
      </w:r>
      <w:r>
        <w:br/>
      </w:r>
      <w:r>
        <w:rPr>
          <w:sz w:val="20"/>
        </w:rPr>
        <w:t>1:14:17  to azaadi hotay huay jo apnay aap ko</w:t>
      </w:r>
      <w:r>
        <w:br/>
      </w:r>
      <w:r>
        <w:rPr>
          <w:sz w:val="20"/>
        </w:rPr>
        <w:t>1:14:22  aisa bana le</w:t>
      </w:r>
      <w:r>
        <w:br/>
      </w:r>
      <w:r>
        <w:rPr>
          <w:sz w:val="20"/>
        </w:rPr>
        <w:t>1:14:26  Khuda ke muqablay mein ke Khudaya</w:t>
      </w:r>
      <w:r>
        <w:br/>
      </w:r>
      <w:r>
        <w:rPr>
          <w:sz w:val="20"/>
        </w:rPr>
        <w:t>1:14:29  tu hi bara hai, mein chhota hoon.</w:t>
      </w:r>
      <w:r>
        <w:br/>
      </w:r>
      <w:r>
        <w:rPr>
          <w:sz w:val="20"/>
        </w:rPr>
        <w:t>1:14:38  yani sachay to dil ke sath jo is ko daryaft kar le ke barhai sirf khuda ke liye hai, meri taraf koi barhai nahi hai.</w:t>
      </w:r>
      <w:r>
        <w:br/>
      </w:r>
      <w:r>
        <w:rPr>
          <w:sz w:val="20"/>
        </w:rPr>
        <w:t>1:14:49  to yeh sab se bari daryaft hai. Kyun ke hazar cheezein aisi hain jo is jo aap ko is daryaft tak pohnchanay nahi deti. Bohat se yani banawati qism ki cheezein hain jis mein aap yani jhootay junoon mein paray rehtay hain.</w:t>
      </w:r>
    </w:p>
    <w:p>
      <w:pPr>
        <w:pStyle w:val="Heading2"/>
      </w:pPr>
      <w:r>
        <w:t>Hadith warning to Quran reciters who don't practice it</w:t>
      </w:r>
    </w:p>
    <w:p>
      <w:r>
        <w:rPr>
          <w:color w:val="666666"/>
          <w:sz w:val="18"/>
        </w:rPr>
        <w:t>Importance of Ramadan March 24, 2024 · 1m 13s · at 53:55 · https://youtu.be/cn67uauGQrc?t=3235</w:t>
      </w:r>
    </w:p>
    <w:p>
      <w:r>
        <w:rPr>
          <w:i/>
        </w:rPr>
        <w:t>“Hazrat Abu Huraira se riwayat hai: hell khud panah maangti hai”</w:t>
      </w:r>
    </w:p>
    <w:p>
      <w:r>
        <w:rPr>
          <w:sz w:val="20"/>
        </w:rPr>
        <w:t>53:55  bahut hi dara dene wali apa ye hadith hai. hazrat abu huraira se riwayat hai ke rasool Allah ne ek martaba sahaba se kaha ke "seek ye refuge from the devil and the evil of the soul".</w:t>
      </w:r>
      <w:r>
        <w:br/>
      </w:r>
      <w:r>
        <w:rPr>
          <w:sz w:val="20"/>
        </w:rPr>
        <w:t>54:07  to sahaba ne poocha rasool Allah se ke "what is this evil of soul?" to unhone kaha ke "it is that evil of hell, from which hell itself seeks refuge 400 times during the day</w:t>
      </w:r>
      <w:r>
        <w:br/>
      </w:r>
      <w:r>
        <w:rPr>
          <w:sz w:val="20"/>
        </w:rPr>
        <w:t>54:21  " ab aap, aap sochein ke aisa portion hell ka jis se hell bhi 400 dafa Allah se panah mangti hai. to sahaba ne poocha rasool Allah se ke "who will be the inhabitants of this evil of soul?"</w:t>
      </w:r>
      <w:r>
        <w:br/>
      </w:r>
      <w:r>
        <w:rPr>
          <w:sz w:val="20"/>
        </w:rPr>
        <w:t>54:35  " to rasool Allah ne kaha ke "reciters of quran who are hypocritical of their actions". to apa, ye jab maine bhi ye jab hadith padhi, ye mishkat mein hai, to bahut hi darane wali hadith hai.</w:t>
      </w:r>
      <w:r>
        <w:br/>
      </w:r>
      <w:r>
        <w:rPr>
          <w:sz w:val="20"/>
        </w:rPr>
        <w:t>54:49  halanke hadith ye bata rahi hai ke jo quran reciters hain ya jo leaders hain, jo Islam ki baatein karte hain, lekin is par follow nahin karte, to aam level par bhi agar hum isko samjhein ke hum sab log agar quran ko padhte hain, lekin quran ko apni zindagi mein apply nahin karein, to we run the risk of being categorized as</w:t>
      </w:r>
    </w:p>
    <w:p>
      <w:pPr>
        <w:pStyle w:val="Heading2"/>
      </w:pPr>
      <w:r>
        <w:t>Decline of religion: spirit lost, form remains</w:t>
      </w:r>
    </w:p>
    <w:p>
      <w:r>
        <w:rPr>
          <w:color w:val="666666"/>
          <w:sz w:val="18"/>
        </w:rPr>
        <w:t>The Message of Eid Al-Adha November 6, 2011 Maulana Wahiduddin Khan · 1m 54s · at 5:43 · https://youtu.be/y59PU_RD2cg?t=343</w:t>
      </w:r>
    </w:p>
    <w:p>
      <w:r>
        <w:rPr>
          <w:i/>
        </w:rPr>
        <w:t>“Har mazhab mein baad ke zamane mein zawaal aata hai.”</w:t>
      </w:r>
    </w:p>
    <w:p>
      <w:r>
        <w:rPr>
          <w:sz w:val="20"/>
        </w:rPr>
        <w:t>5:43  yahan mein aik baat arz karna chahunga ke har mazhab mein baad ke zamane mein zawal aata hai,</w:t>
      </w:r>
      <w:r>
        <w:br/>
      </w:r>
      <w:r>
        <w:rPr>
          <w:sz w:val="20"/>
        </w:rPr>
        <w:t>5:57  yani mazhab ke manne walon mein.</w:t>
      </w:r>
      <w:r>
        <w:br/>
      </w:r>
      <w:r>
        <w:rPr>
          <w:sz w:val="20"/>
        </w:rPr>
        <w:t>6:04  wo zawal poori tarah musalmanon par aa chuka hai. woh zawal kiya hota hai? spirit khatm ho jati hai, sirf form baqi rehta hai.</w:t>
      </w:r>
      <w:r>
        <w:br/>
      </w:r>
      <w:r>
        <w:rPr>
          <w:sz w:val="20"/>
        </w:rPr>
        <w:t>6:15  yeh zawal hai. pehle daur mein ahle iman spirit wale mazhab pe khare hue the.</w:t>
      </w:r>
      <w:r>
        <w:br/>
      </w:r>
      <w:r>
        <w:rPr>
          <w:sz w:val="20"/>
        </w:rPr>
        <w:t>6:26  baad ko dheere dheere ab jo hai woh spirit-less religion un ke darmiyan hai. bazahir sab kuch hai, lekin haqeeqat haqeeqat ke aitbar se kuch bhi nahi, bas form ki dhoom hai har jagah.</w:t>
      </w:r>
      <w:r>
        <w:br/>
      </w:r>
      <w:r>
        <w:rPr>
          <w:sz w:val="20"/>
        </w:rPr>
        <w:t>6:42  dekhiye, yeh hamesha insan ki sab se bari kamzori yahi rahi hai,</w:t>
      </w:r>
      <w:r>
        <w:br/>
      </w:r>
      <w:r>
        <w:rPr>
          <w:sz w:val="20"/>
        </w:rPr>
        <w:t>6:50  yani spirit ghayab aur form ki dhoom hamesha yahi insan ki kamzori rahi hai. pehle zamane mein aap dekhiye, jab dunya mein shirk ka ghalba tha to kiya hota tha?</w:t>
      </w:r>
      <w:r>
        <w:br/>
      </w:r>
      <w:r>
        <w:rPr>
          <w:sz w:val="20"/>
        </w:rPr>
        <w:t>7:08  sooraj ki parastish, chand ki parastish, sitaron ki parastish is ki dhoom thi. aur jo un ka khaliq hai, woh bas rasmi aqeeday ke taur par tha.</w:t>
      </w:r>
      <w:r>
        <w:br/>
      </w:r>
      <w:r>
        <w:rPr>
          <w:sz w:val="20"/>
        </w:rPr>
        <w:t>7:23  haqeeqi zindagi mein jo dhoom thi, woh in cheezon ki thi, yani khaliq ko bhula kar makhlooq ki parastish karna.</w:t>
      </w:r>
    </w:p>
    <w:p>
      <w:pPr>
        <w:pStyle w:val="Heading2"/>
      </w:pPr>
      <w:r>
        <w:t>The four tests every man is bound to fail</w:t>
      </w:r>
    </w:p>
    <w:p>
      <w:r>
        <w:rPr>
          <w:color w:val="666666"/>
          <w:sz w:val="18"/>
        </w:rPr>
        <w:t>Importance and Virtues of Ramadan April 2, 2023 · 1m 50s · at 16:53 · https://youtu.be/M2Phb22Vw_4?t=1013</w:t>
      </w:r>
    </w:p>
    <w:p>
      <w:r>
        <w:rPr>
          <w:i/>
        </w:rPr>
        <w:t>“Test of a man lies in four things, Prophet said”</w:t>
      </w:r>
    </w:p>
    <w:p>
      <w:r>
        <w:rPr>
          <w:sz w:val="20"/>
        </w:rPr>
        <w:t>16:53  to asal cheez to azmaish hai, aur doctor sahib, rasool ALLAH ne ek martaba farmaya ke "Test of a man lies in four things, and there are four things which atone them, and one of them is fasting." to is ke bare mein bhi doctor sahib aap batayen.</w:t>
      </w:r>
      <w:r>
        <w:br/>
      </w:r>
      <w:r>
        <w:rPr>
          <w:sz w:val="20"/>
        </w:rPr>
        <w:t>17:12  haan, yeh bohat achhi hadees hai, is ko fitna e shakhs kaha gaya hai. ji yani fitna e shakhs fi ahil o maal o walad o jar</w:t>
      </w:r>
      <w:r>
        <w:br/>
      </w:r>
      <w:r>
        <w:rPr>
          <w:sz w:val="20"/>
        </w:rPr>
        <w:t>17:25  . yani "Test of a man lies in his family." family se matlab spouse hai, ji and wealth and children and neighbors.</w:t>
      </w:r>
      <w:r>
        <w:br/>
      </w:r>
      <w:r>
        <w:rPr>
          <w:sz w:val="20"/>
        </w:rPr>
        <w:t>17:38  ji aur kamal ki baat yeh hai ke in charon cheezon mein insan fail ho jata hai. ji ji ji aur bataya hai ke "وتكفرها الصلاۃ والصيام والصدقہ." ji yani in sab cheezon ko mita deti hai jo jo evil, jo insan ghalti karta hai, jo gunah karta hai, in in tests ki wajah se.</w:t>
      </w:r>
      <w:r>
        <w:br/>
      </w:r>
      <w:r>
        <w:rPr>
          <w:sz w:val="20"/>
        </w:rPr>
        <w:t>18:00  in ko yeh cheezen khatam kar deti hain. ah ah</w:t>
      </w:r>
      <w:r>
        <w:br/>
      </w:r>
      <w:r>
        <w:rPr>
          <w:sz w:val="20"/>
        </w:rPr>
        <w:t>18:06  is mein hai ke "الصلاۃ والصيام والصدقہ." yani namaz aur roza aur charity. aur doosri hadees mein yeh bhi aata hai ke "Enjoying good and forbidding evil." ji to yeh bari aham baat hai ke insan har waqt test mein rehta hai, to is ko janna chahiye ke yeh cheezen bohat hi aham hain aur bohat hi muhtat rehna chahiye.</w:t>
      </w:r>
      <w:r>
        <w:br/>
      </w:r>
      <w:r>
        <w:rPr>
          <w:sz w:val="20"/>
        </w:rPr>
        <w:t>18:30  aise hi hadees mein aata hai ke "الصوم جنة." yani saum ya ramzan ya roza ah dhaal hai, shield hai. jaise purane zamane mein log jang mein ek dhaal rakhte the apne bachane ke liye, bachne ke liye.</w:t>
      </w:r>
    </w:p>
    <w:p>
      <w:pPr>
        <w:pStyle w:val="Heading2"/>
      </w:pPr>
      <w:r>
        <w:t>Avoid pride in worship, practice modesty</w:t>
      </w:r>
    </w:p>
    <w:p>
      <w:r>
        <w:rPr>
          <w:color w:val="666666"/>
          <w:sz w:val="18"/>
        </w:rPr>
        <w:t>Ramadan and The Quran 14 oct 2005 - Maulana Wahiduddin Khan · 2m 50s · at 27:03 · https://youtu.be/t_Ciia8JlBk?t=1623</w:t>
      </w:r>
    </w:p>
    <w:p>
      <w:r>
        <w:rPr>
          <w:i/>
        </w:rPr>
        <w:t>“Ek hadith hai ki la yaqulanna ahadukum sumta Ramadana kull”</w:t>
      </w:r>
    </w:p>
    <w:p>
      <w:r>
        <w:rPr>
          <w:sz w:val="20"/>
        </w:rPr>
        <w:t>27:03  ek hadith hai ke la yqoolan ahadakum sumt ramzan kal</w:t>
      </w:r>
      <w:r>
        <w:br/>
      </w:r>
      <w:r>
        <w:rPr>
          <w:sz w:val="20"/>
        </w:rPr>
        <w:t>27:17  yeh bohat hi ajeeb baat hai. isko aap ghor se suniye. rasool Allah ne farmaya ke tum mein se koi shakhs hargiz aisa na kare ke woh yeh kahe ke maine poore ramzan ke roze rakhay.</w:t>
      </w:r>
      <w:r>
        <w:br/>
      </w:r>
      <w:r>
        <w:rPr>
          <w:sz w:val="20"/>
        </w:rPr>
        <w:t>27:31  badi sochne ki baat hai. yeh sahi hadith hai</w:t>
      </w:r>
      <w:r>
        <w:br/>
      </w:r>
      <w:r>
        <w:rPr>
          <w:sz w:val="20"/>
        </w:rPr>
        <w:t>27:35  ke aap ne farmaya ke tum mein se koi shakhs hargiz aisa na kare ke yeh kahe ke maine to ramzan ke sare roze rakh liye. isko samajhne ke liye aap thoda sa is mein aap ko izafa karna padega.</w:t>
      </w:r>
      <w:r>
        <w:br/>
      </w:r>
      <w:r>
        <w:rPr>
          <w:sz w:val="20"/>
        </w:rPr>
        <w:t>27:50  yani yeh jo aaj kal aap dekhte hain, kisi se poochein to kya kahega? alhamdulillah, mein to sare roze rakh liye.</w:t>
      </w:r>
      <w:r>
        <w:br/>
      </w:r>
      <w:r>
        <w:rPr>
          <w:sz w:val="20"/>
        </w:rPr>
        <w:t>27:59  alhamdulillah, mein to</w:t>
      </w:r>
      <w:r>
        <w:br/>
      </w:r>
      <w:r>
        <w:rPr>
          <w:sz w:val="20"/>
        </w:rPr>
        <w:t>28:03  sari taraveeh poori kar li. alhamdulillah, meri to koi tahajjud nagha nahi hui. yeh woh cheez ko mana kiya hai ya hadith mein? zara ghor farmayein.</w:t>
      </w:r>
      <w:r>
        <w:br/>
      </w:r>
      <w:r>
        <w:rPr>
          <w:sz w:val="20"/>
        </w:rPr>
        <w:t>28:16  yeh bohat hi ajeeb baat hai. yeh hadith lambi hai. yeh aap ne farmaya ke tum mein se koi shakhs hargiz yeh na kahe ke maine to</w:t>
      </w:r>
      <w:r>
        <w:br/>
      </w:r>
      <w:r>
        <w:rPr>
          <w:sz w:val="20"/>
        </w:rPr>
        <w:t>28:25  sare roze rakh liye. mein to sari raaton mein namazein parta raha. iska matlab yeh nahi ke tum roze ghata kar rakho.</w:t>
      </w:r>
      <w:r>
        <w:br/>
      </w:r>
      <w:r>
        <w:rPr>
          <w:sz w:val="20"/>
        </w:rPr>
        <w:t>28:38  30 din ke bajaye aap 20 din rakho. yeh matlab nahi hai iska. iska matlab hai ke yeh kehne ka andaaz</w:t>
      </w:r>
      <w:r>
        <w:br/>
      </w:r>
      <w:r>
        <w:rPr>
          <w:sz w:val="20"/>
        </w:rPr>
        <w:t>28:44  ke alhamdulillah, mere to koi roze nahi chhootay. alhamdulillah, mein jo sare tahajjud par dali, maine yeh yeh ek be hsi ka kalma hai. be hsi ka, naaz ka, fakhr ka kalma hai.</w:t>
      </w:r>
      <w:r>
        <w:br/>
      </w:r>
      <w:r>
        <w:rPr>
          <w:sz w:val="20"/>
        </w:rPr>
        <w:t>28:58  islam mein jo cheez hai, modesty.</w:t>
      </w:r>
      <w:r>
        <w:br/>
      </w:r>
      <w:r>
        <w:rPr>
          <w:sz w:val="20"/>
        </w:rPr>
        <w:t>29:02  modesty. is liye hadith mein yeh hai ke tum mein se kuch log, tum mein se tum par aisi raatein guzarni chahiye ke tum so jao aur tum namaz na parh sako.</w:t>
      </w:r>
      <w:r>
        <w:br/>
      </w:r>
      <w:r>
        <w:rPr>
          <w:sz w:val="20"/>
        </w:rPr>
        <w:t>29:16  tum par aisa din guzarna chahiye ke tumhara roze mein kuch gadbad ho jaye.</w:t>
      </w:r>
      <w:r>
        <w:br/>
      </w:r>
      <w:r>
        <w:rPr>
          <w:sz w:val="20"/>
        </w:rPr>
        <w:t>29:22  jaise ke farz kiye, maine pani piya bhool kar ke. aisa koi ho jaye bhool kar ke to kya hai? is se aap ko tawazu paida hogi ke mera roza kya hai?</w:t>
      </w:r>
      <w:r>
        <w:br/>
      </w:r>
      <w:r>
        <w:rPr>
          <w:sz w:val="20"/>
        </w:rPr>
        <w:t>29:34  mujh se to bhool kar mein ne pani pi liya. meri namaz kya hai? mein to</w:t>
      </w:r>
      <w:r>
        <w:br/>
      </w:r>
      <w:r>
        <w:rPr>
          <w:sz w:val="20"/>
        </w:rPr>
        <w:t>29:41  das din namaz parhi aur barahween din so gaya. yani yeh yeh tawazu, yeh modesty, kami ka ehsas Khuda ko matloob hai. yeh nahi ke aap bare fakhr ke sath kahein ke alhamdulillah.</w:t>
      </w:r>
    </w:p>
    <w:p>
      <w:pPr>
        <w:pStyle w:val="Heading2"/>
      </w:pPr>
      <w:r>
        <w:t>The night journey (Isra) begins with angel Jibreel</w:t>
      </w:r>
    </w:p>
    <w:p>
      <w:r>
        <w:rPr>
          <w:color w:val="666666"/>
          <w:sz w:val="18"/>
        </w:rPr>
        <w:t>The Spirit of Namaz February 13, 2022 Dr. Saniyasnain Khan · 2m 17s · at 3:46 · https://youtu.be/Mh4K7ZR4RbE?t=226</w:t>
      </w:r>
    </w:p>
    <w:p>
      <w:r>
        <w:rPr>
          <w:i/>
        </w:rPr>
        <w:t>“Prophet was sleeping at Umm Hani's house in Mecca”</w:t>
      </w:r>
    </w:p>
    <w:p>
      <w:r>
        <w:rPr>
          <w:sz w:val="20"/>
        </w:rPr>
        <w:t>3:46  kitabon mein aata hai ke prophet Muhammad Makka mein aakhri daur ki baat hai Makka ke aakhri daur ki yani Madina jaane se kuch pehle. to Ummehani ke makan par so rahe the. Ummehani Hazrat Ali ki behan thi yani prophet ki cousin. to Ummehani ke makan par so rahi thi.</w:t>
      </w:r>
      <w:r>
        <w:br/>
      </w:r>
      <w:r>
        <w:rPr>
          <w:sz w:val="20"/>
        </w:rPr>
        <w:t>4:13  woh makan ab purane zamane mein to us waqt thoda raha hoga chunke sirf Kaaba hai us waqt. ab to woh ek masjid ban gayi hai. to woh ab andar hai woh jagah. log batate hain ke yeh maqam tha jahan Rasool Allah so rahe the aur mera aaj ka waqia hua.</w:t>
      </w:r>
      <w:r>
        <w:br/>
      </w:r>
      <w:r>
        <w:rPr>
          <w:sz w:val="20"/>
        </w:rPr>
        <w:t>4:33  to wahan ghar mein so rahe the Ummehani ke makan par to farishte Jibreel aaye aur farishte Jibreel ne uthaya aur ek, ek aur horse ki tarah se ek animal bhi saath mein tha unke safed rang ka jisko Buraq kaha jata hai.</w:t>
      </w:r>
      <w:r>
        <w:br/>
      </w:r>
      <w:r>
        <w:rPr>
          <w:sz w:val="20"/>
        </w:rPr>
        <w:t>4:54  to farishte Jibreel ne bithaya prophet ko us Buraq par aur woh Buraq prophet ko lekar bohat hi tez raftaar se yani split second mein woh pahunch gaya Jerusalem.</w:t>
      </w:r>
      <w:r>
        <w:br/>
      </w:r>
      <w:r>
        <w:rPr>
          <w:sz w:val="20"/>
        </w:rPr>
        <w:t>5:10  yeh waqia ek spiritual andaaz ka waqia hai jaise pyamberon ko prophet mohammad ne namaz padhai yaani he led the prayer aur peeche saare prophets thay.</w:t>
      </w:r>
      <w:r>
        <w:br/>
      </w:r>
      <w:r>
        <w:rPr>
          <w:sz w:val="20"/>
        </w:rPr>
        <w:t>5:39  allah taala ne saare prophets ko wahan jama kiya tha aur unko namaz padhai. Prophet mohammad aage thay aur saare ghamber peeche thay. Phir wahan se jibreel le gaye prophet ko jannat aur wahan allah taala se mulaqat hui. Yeh koi physical andaaz ki mulaqat nahi thi. Yeh ek farishte ke zariye baat ho rahi thi.</w:t>
      </w:r>
      <w:r>
        <w:br/>
      </w:r>
      <w:r>
        <w:rPr>
          <w:sz w:val="20"/>
        </w:rPr>
        <w:t>6:03  to wahan pahunch ke jannat mein allah taala ne hazrat mohammad ko namaz ka hukum diya aur kaha ke pachas baar namaz padhni hongi 50 times. To wo jab bahar aaye prophet to bahar musalislam thay wahan. To musalislam ne kaha tum kya leke aaye ho? To prophet ne kaha ke pachas namaze meri ummat ke upar farz ki gayi hain.</w:t>
      </w:r>
    </w:p>
    <w:p>
      <w:pPr>
        <w:pStyle w:val="Heading2"/>
      </w:pPr>
      <w:r>
        <w:t>Scholar's reaction and mission's no-hierarchy</w:t>
      </w:r>
    </w:p>
    <w:p>
      <w:r>
        <w:rPr>
          <w:color w:val="666666"/>
          <w:sz w:val="18"/>
        </w:rPr>
        <w:t>CPS INTERNATIONAL EK TA 'RUF · 1m 53s · at 8:20 · https://youtu.be/THnDqEQqhJk?t=500</w:t>
      </w:r>
    </w:p>
    <w:p>
      <w:r>
        <w:rPr>
          <w:i/>
        </w:rPr>
        <w:t>“For understanding, a comparison: a scholar got angry.”</w:t>
      </w:r>
    </w:p>
    <w:p>
      <w:r>
        <w:rPr>
          <w:sz w:val="20"/>
        </w:rPr>
        <w:t>8:20  in baaton ko samajhne ke liye aik comparison ki zaroorat hai. mere hajj ke safar mein hamare group mein aik aalim thay.</w:t>
      </w:r>
      <w:r>
        <w:br/>
      </w:r>
      <w:r>
        <w:rPr>
          <w:sz w:val="20"/>
        </w:rPr>
        <w:t>8:30  main apne sath Quran ke tarjume, kitabein, aur duao ki copies le kar gayi thi</w:t>
      </w:r>
      <w:r>
        <w:br/>
      </w:r>
      <w:r>
        <w:rPr>
          <w:sz w:val="20"/>
        </w:rPr>
        <w:t>8:37  group walon ko dene. aik mauqe par main jab aik dua ki copy sab ko de rahi thi, woh aalim bhi sab ke sath baithe hue thay, to ikhlaqan main ne aik copy un ko bhi di.</w:t>
      </w:r>
      <w:r>
        <w:br/>
      </w:r>
      <w:r>
        <w:rPr>
          <w:sz w:val="20"/>
        </w:rPr>
        <w:t>8:52  doosre sab logon ne shukriya ada kiya, lekin aalim ne mujh se ghusse se kaha ke "aap yeh mujhe kyun de rahi hain?" main ne foran kaha: "woh Hazrat, is liye ke aap dekhein ke main doosron ko sahi cheez de rahi hoon ke nahi."</w:t>
      </w:r>
      <w:r>
        <w:br/>
      </w:r>
      <w:r>
        <w:rPr>
          <w:sz w:val="20"/>
        </w:rPr>
        <w:t>9:07  to unhon ne use padha aur yeh keh kar lauta diya ke "haan theek hai, theek hai" aur poore safar mein sab se alag rahe.</w:t>
      </w:r>
      <w:r>
        <w:br/>
      </w:r>
      <w:r>
        <w:rPr>
          <w:sz w:val="20"/>
        </w:rPr>
        <w:t>9:17  hamare mission mein koi hierarchy nahi, sab saada taur par missionary hain. is mission ka group followers ki bheed nahi hai,</w:t>
      </w:r>
      <w:r>
        <w:br/>
      </w:r>
      <w:r>
        <w:rPr>
          <w:sz w:val="20"/>
        </w:rPr>
        <w:t>9:27  sanjida logon ki jamaat hai. jo koi is mission ko samajh kar jurta hai, use koi naam o numa, ohda, tareefein, kuch kharch nahi siwaye Allah ko raazi karne ke.</w:t>
      </w:r>
      <w:r>
        <w:br/>
      </w:r>
      <w:r>
        <w:rPr>
          <w:sz w:val="20"/>
        </w:rPr>
        <w:t>9:41  kisi ko aik doosre se bair nahi, aik doosre ke haq mein duaein karne wale, apni rai ki qurbani dene ke liye hamesha tayyar, jo sab se bari qurbani hai.</w:t>
      </w:r>
      <w:r>
        <w:br/>
      </w:r>
      <w:r>
        <w:rPr>
          <w:sz w:val="20"/>
        </w:rPr>
        <w:t>9:53  Masha Allah, har fard one person two missions wala hai. aik taraf apni duniyawi duties, doosri taraf apni zehni irtqa aur dawati mission ki zimmedariyon ko ahsan tareeqe se anjam dene ki bharpoor koshish kar rahe hain.</w:t>
      </w:r>
    </w:p>
    <w:p>
      <w:pPr>
        <w:pStyle w:val="Heading2"/>
      </w:pPr>
      <w:r>
        <w:t>What sawm (fasting) really means spiritually</w:t>
      </w:r>
    </w:p>
    <w:p>
      <w:r>
        <w:rPr>
          <w:color w:val="666666"/>
          <w:sz w:val="18"/>
        </w:rPr>
        <w:t>The Spirit of Ramadan April 10, 2022 Dr. Saniyasnain Khan · 1m 51s · at 6:30 · https://youtu.be/MVnTihqgvus?t=390</w:t>
      </w:r>
    </w:p>
    <w:p>
      <w:r>
        <w:rPr>
          <w:i/>
        </w:rPr>
        <w:t>“सौम का मतलब है abstinence यानी रुकना”</w:t>
      </w:r>
    </w:p>
    <w:p>
      <w:r>
        <w:rPr>
          <w:sz w:val="20"/>
        </w:rPr>
        <w:t>6:30  Ji, doctor sahib jaise fasting ka jo word hai, jo Arabic word hai woh saum hai. Ji. To saum ke kya maayne hain, iske bare mein bhi bataiye. Saum Arabic word hai jaise aapne kaha, uska matlab hai abstinence yani rukna ya bachna ya kinarakashi karna.</w:t>
      </w:r>
      <w:r>
        <w:br/>
      </w:r>
      <w:r>
        <w:rPr>
          <w:sz w:val="20"/>
        </w:rPr>
        <w:t>6:59  They need to abstain, to refrain, to stop. To iska matlab hai ke Khuda ki jo mana ki hui cheezein hain usse bachna aur Maulana ne bahut achhi tarah se isko likha hai ji. Ke jab insaan ek ghair matlab cheez se rukta hai tab woh matlab cheez haasil kar pata hai.</w:t>
      </w:r>
      <w:r>
        <w:br/>
      </w:r>
      <w:r>
        <w:rPr>
          <w:sz w:val="20"/>
        </w:rPr>
        <w:t>7:23  yani undesired cheez se rukta hai tab woh desired cheez se ko hasil kar sakta hai aur aise</w:t>
      </w:r>
      <w:r>
        <w:br/>
      </w:r>
      <w:r>
        <w:rPr>
          <w:sz w:val="20"/>
        </w:rPr>
        <w:t>7:31  hi jab insan shaitan ki sohbat se uski company se ko tark karta hai, shaitan ki company ko</w:t>
      </w:r>
      <w:r>
        <w:br/>
      </w:r>
      <w:r>
        <w:rPr>
          <w:sz w:val="20"/>
        </w:rPr>
        <w:t>7:39  tark karta hai tab farishton ki company usay milti hai aur jab woh fakhr aur guroor aur ghamand</w:t>
      </w:r>
      <w:r>
        <w:br/>
      </w:r>
      <w:r>
        <w:rPr>
          <w:sz w:val="20"/>
        </w:rPr>
        <w:t>7:47  aur pride apne andar se khatam karta hai tab uske andar humility aati hai, modesty aati hai, inki</w:t>
      </w:r>
      <w:r>
        <w:br/>
      </w:r>
      <w:r>
        <w:rPr>
          <w:sz w:val="20"/>
        </w:rPr>
        <w:t>7:56  sari aati hai aur jab woh israf yani wastefulness ke culture ko khatam karta hai tab uske andar</w:t>
      </w:r>
      <w:r>
        <w:br/>
      </w:r>
      <w:r>
        <w:rPr>
          <w:sz w:val="20"/>
        </w:rPr>
        <w:t>8:04  sadgi aati hai aur simplicity aati hai aur jab woh khwahishat ki pairvi karna khatam karta hai tab</w:t>
      </w:r>
      <w:r>
        <w:br/>
      </w:r>
      <w:r>
        <w:rPr>
          <w:sz w:val="20"/>
        </w:rPr>
        <w:t>8:12  wo allah ki marzi ke mutabiq chal pata hai.</w:t>
      </w:r>
      <w:r>
        <w:br/>
      </w:r>
      <w:r>
        <w:rPr>
          <w:sz w:val="20"/>
        </w:rPr>
        <w:t>8:21  To yeh hai rukna. Marzi. Barana. Ji. Aur ek aur hadith hai ke jab Ramzan ka mahina aaya to prophet ne logon ko jama kiya aur ek khutba diya, saman diya. Usmein Ramzan ki baatein batai.</w:t>
      </w:r>
    </w:p>
    <w:p>
      <w:pPr>
        <w:pStyle w:val="Heading2"/>
      </w:pPr>
      <w:r>
        <w:t>Dua and reliance on God</w:t>
      </w:r>
    </w:p>
    <w:p>
      <w:r>
        <w:rPr>
          <w:color w:val="666666"/>
          <w:sz w:val="18"/>
        </w:rPr>
        <w:t>Ideology of Tawhid June 08, 2008 Maulana Wahiduddin Khan · 1m 28s · at 0:37 · https://youtu.be/fMy6xgYDkwY?t=37</w:t>
      </w:r>
    </w:p>
    <w:p>
      <w:r>
        <w:rPr>
          <w:i/>
        </w:rPr>
        <w:t>“Yeh kalimat, yeh jo main har baar padhta hoon”</w:t>
      </w:r>
    </w:p>
    <w:p>
      <w:r>
        <w:rPr>
          <w:sz w:val="20"/>
        </w:rPr>
        <w:t>0:37  yeh kalmat, yeh jo mein har bar parhta hoon, aap mein se kuch log shayad is ko sirf tabarruk ke ma'ni mein lete hon, to aisa nahi hai.</w:t>
      </w:r>
      <w:r>
        <w:br/>
      </w:r>
      <w:r>
        <w:rPr>
          <w:sz w:val="20"/>
        </w:rPr>
        <w:t>0:52  yeh dua hai. is ka matlab yeh hai ke: aye khuda, mera seena khol de,</w:t>
      </w:r>
      <w:r>
        <w:br/>
      </w:r>
      <w:r>
        <w:rPr>
          <w:sz w:val="20"/>
        </w:rPr>
        <w:t>1:05  aur mere liye mere muamle ko aasan kar de, aur mere dil aur zaban ke grreh khol de, taake mein woh baat kar sakoon jo logon ke liye understandable ho.</w:t>
      </w:r>
      <w:r>
        <w:br/>
      </w:r>
      <w:r>
        <w:rPr>
          <w:sz w:val="20"/>
        </w:rPr>
        <w:t>1:27  to yeh sirf tabarruk ke kalmat nahi hain, yeh dua hai. dua ka matlab kya hota hai? khuda ke sath communion, khuda se rabt.</w:t>
      </w:r>
      <w:r>
        <w:br/>
      </w:r>
      <w:r>
        <w:rPr>
          <w:sz w:val="20"/>
        </w:rPr>
        <w:t>1:46  to khuda jo hai woh all powerful hai, insaan all powerless hai.</w:t>
      </w:r>
      <w:r>
        <w:br/>
      </w:r>
      <w:r>
        <w:rPr>
          <w:sz w:val="20"/>
        </w:rPr>
        <w:t>1:54  to sirf bolne ki baat nahi hai, har baat mein hum khuda ki help se hi aage barhte hain, khuda ke support se.</w:t>
      </w:r>
    </w:p>
    <w:p>
      <w:pPr>
        <w:pStyle w:val="Heading2"/>
      </w:pPr>
      <w:r>
        <w:t>History's oldest weakness: form without spirit</w:t>
      </w:r>
    </w:p>
    <w:p>
      <w:r>
        <w:rPr>
          <w:color w:val="666666"/>
          <w:sz w:val="18"/>
        </w:rPr>
        <w:t>The Message of Eid Al-Adha November 6, 2011 · 3m 00s · at 6:42 · https://youtu.be/rJrjqkrLjMY?t=402</w:t>
      </w:r>
    </w:p>
    <w:p>
      <w:r>
        <w:rPr>
          <w:i/>
        </w:rPr>
        <w:t>“یہ ہمیشہ انسان کی سب سے بڑی کمزوری یہی رہی ہے”</w:t>
      </w:r>
    </w:p>
    <w:p>
      <w:r>
        <w:rPr>
          <w:sz w:val="20"/>
        </w:rPr>
        <w:t>6:42  dekhen, yeh hamesha insaan ki sab se bari kamzori yahi rahi hai,</w:t>
      </w:r>
      <w:r>
        <w:br/>
      </w:r>
      <w:r>
        <w:rPr>
          <w:sz w:val="20"/>
        </w:rPr>
        <w:t>6:49  yani spirit ghayab aur form ki dhoom hamesha yahi insaan ki kamzori rahi hai. pehlay zamanay mein aap dekhiye, jab dunya mein shirk ka ghalba tha to kya hota tha?</w:t>
      </w:r>
      <w:r>
        <w:br/>
      </w:r>
      <w:r>
        <w:rPr>
          <w:sz w:val="20"/>
        </w:rPr>
        <w:t>7:07  sooraj ki parastish, chand ki parastish, sitaron ki parastish, is ki dhoom thi. aur jo un ka khaliq hai, woh bas rasmi aqeeday ke taur par tha.</w:t>
      </w:r>
      <w:r>
        <w:br/>
      </w:r>
      <w:r>
        <w:rPr>
          <w:sz w:val="20"/>
        </w:rPr>
        <w:t>7:22  haqeeqi zindagi mein jo dhoom thi, woh in cheezon ki thi, yani khaliq ko bhula kar makhlooq ki parastish karna.</w:t>
      </w:r>
      <w:r>
        <w:br/>
      </w:r>
      <w:r>
        <w:rPr>
          <w:sz w:val="20"/>
        </w:rPr>
        <w:t>7:37  yahi har zamanay mein tamam mazahib mein hota hai. maujooda zamanay mein aik naya is mein izafa hua ke science danon ne is ko baqayda aik ilmi shakal de di.</w:t>
      </w:r>
      <w:r>
        <w:br/>
      </w:r>
      <w:r>
        <w:rPr>
          <w:sz w:val="20"/>
        </w:rPr>
        <w:t>7:55  galileo, jo italy ka bohat bara scientist tha, us ki wafat hui hai 1642 isvi mein.</w:t>
      </w:r>
      <w:r>
        <w:br/>
      </w:r>
      <w:r>
        <w:rPr>
          <w:sz w:val="20"/>
        </w:rPr>
        <w:t>8:08  1642۔ is ko kaha jata hai ke woh "he lead the foundation stone of modern science"</w:t>
      </w:r>
      <w:r>
        <w:br/>
      </w:r>
      <w:r>
        <w:rPr>
          <w:sz w:val="20"/>
        </w:rPr>
        <w:t>8:21  ۔ is ne modern science ka sang bunyad rakha۔ is ne kiya kiya؟ is ne aik bohat hi</w:t>
      </w:r>
      <w:r>
        <w:br/>
      </w:r>
      <w:r>
        <w:rPr>
          <w:sz w:val="20"/>
        </w:rPr>
        <w:t>8:36  is mazhab ke aitbar se bohat hi serious cheez ki. He separated the measurable from non-measurable.</w:t>
      </w:r>
      <w:r>
        <w:br/>
      </w:r>
      <w:r>
        <w:rPr>
          <w:sz w:val="20"/>
        </w:rPr>
        <w:t>8:48  He separated the qualitative aspect of things from quantitative aspect. to poori science chal pari.</w:t>
      </w:r>
      <w:r>
        <w:br/>
      </w:r>
      <w:r>
        <w:rPr>
          <w:sz w:val="20"/>
        </w:rPr>
        <w:t>9:00  science naam hai nature ki tehqeeq ka, lekin nature mein kis baat ki tehqeeq karti hai science؟ sirf form ki, spirit ki nahi۔</w:t>
      </w:r>
      <w:r>
        <w:br/>
      </w:r>
      <w:r>
        <w:rPr>
          <w:sz w:val="20"/>
        </w:rPr>
        <w:t>9:15  spirit ki nahi۔</w:t>
      </w:r>
      <w:r>
        <w:br/>
      </w:r>
      <w:r>
        <w:rPr>
          <w:sz w:val="20"/>
        </w:rPr>
        <w:t>9:19  har cheez mein science ne yahi kiya ke spirit ko chhod kar form ki research chhod li gayi۔</w:t>
      </w:r>
      <w:r>
        <w:br/>
      </w:r>
      <w:r>
        <w:rPr>
          <w:sz w:val="20"/>
        </w:rPr>
        <w:t>9:30  aur nature mein jo maenviyat thi, jo meaning thi, jo hikmat thi, jo wisdom thi, woh science ka subject nahi bani۔</w:t>
      </w:r>
    </w:p>
    <w:p>
      <w:pPr>
        <w:pStyle w:val="Heading2"/>
      </w:pPr>
      <w:r>
        <w:t>Man credits a politician but never credits God</w:t>
      </w:r>
    </w:p>
    <w:p>
      <w:r>
        <w:rPr>
          <w:color w:val="666666"/>
          <w:sz w:val="18"/>
        </w:rPr>
        <w:t>What is Dua (Only Lecture) April 26, 2009 Maulana Wahiduddin Khan · 2m 28s · at 52:43 · https://youtu.be/JxIR0o_C7GM?t=3163</w:t>
      </w:r>
    </w:p>
    <w:p>
      <w:r>
        <w:rPr>
          <w:i/>
        </w:rPr>
        <w:t>“Sanjay Gandhi ke zamane ka waqia hai”</w:t>
      </w:r>
    </w:p>
    <w:p>
      <w:r>
        <w:rPr>
          <w:sz w:val="20"/>
        </w:rPr>
        <w:t>52:43  aik qissa main ne bataya tha, us ko bhi main dohrata hoon kyunke is sequence mein is ki importance bahut zyada hai ke Sanjay Gandhi ke zamane ka waqia yeh hai.</w:t>
      </w:r>
      <w:r>
        <w:br/>
      </w:r>
      <w:r>
        <w:rPr>
          <w:sz w:val="20"/>
        </w:rPr>
        <w:t>52:55  hamare Adam Garh ke area ke aik sahib thay jo dehati gaon ke aadmi thay, haan musalman. To woh Sanjay ki party mein shamil ho gaye.</w:t>
      </w:r>
      <w:r>
        <w:br/>
      </w:r>
      <w:r>
        <w:rPr>
          <w:sz w:val="20"/>
        </w:rPr>
        <w:t>53:08  to is zamane mein Sanjay Gandhi ko musalmanon ki zaroorat thi.</w:t>
      </w:r>
      <w:r>
        <w:br/>
      </w:r>
      <w:r>
        <w:rPr>
          <w:sz w:val="20"/>
        </w:rPr>
        <w:t>53:11  to hote hote hote Sanjay Gandhi ne un ko Rai Sahib ka member bana diya. Gaon ka aik aadmi jo hai, New Delhi mein Rai Sahib ka member ban gaya, yahan par us ko jane ke liye ghar mil gaya aur car mil gayi, telephone, car, sab cheez.</w:t>
      </w:r>
      <w:r>
        <w:br/>
      </w:r>
      <w:r>
        <w:rPr>
          <w:sz w:val="20"/>
        </w:rPr>
        <w:t>53:30  to hamare saathi thay Abul Furqan sahib, isi area ke thay, ab un ki death ho chuki hai. Woh aaye to un se milne ke liye gaye, woh jaan pehchan thi.</w:t>
      </w:r>
      <w:r>
        <w:br/>
      </w:r>
      <w:r>
        <w:rPr>
          <w:sz w:val="20"/>
        </w:rPr>
        <w:t>53:42  jab wapas aaye woh to unhon ne kaha sahib, aaj ka waqia batata hoon aap ko. Jab wahan gaye woh, yani jab member parliament ke liye jo residence hotay hain, us mein koi jagah mili thi rehne ke liye, to us mein woh gaye.</w:t>
      </w:r>
      <w:r>
        <w:br/>
      </w:r>
      <w:r>
        <w:rPr>
          <w:sz w:val="20"/>
        </w:rPr>
        <w:t>54:00  ab wahan car hai, telephone hai, sab cheezain hain, furniture hai.</w:t>
      </w:r>
      <w:r>
        <w:br/>
      </w:r>
      <w:r>
        <w:rPr>
          <w:sz w:val="20"/>
        </w:rPr>
        <w:t>54:05  to woh aadmi jo tha, bata rahe the ke shuru se aakhir tak bas yahi kehta raha ke yeh sab sanjay babu ki dein hai, yeh sab sanjay babu ki dein hai.</w:t>
      </w:r>
      <w:r>
        <w:br/>
      </w:r>
      <w:r>
        <w:rPr>
          <w:sz w:val="20"/>
        </w:rPr>
        <w:t>54:22  yeh gehra jazba maine kisi ke andar nahi paya ke yeh sab khawand barkat bartar ki dein hai, woh keh sake.</w:t>
      </w:r>
      <w:r>
        <w:br/>
      </w:r>
      <w:r>
        <w:rPr>
          <w:sz w:val="20"/>
        </w:rPr>
        <w:t>54:32  yeh galaxy, yeh solar system, yeh hawaein, yeh zameen, yeh ghalla, yeh phal, yeh mewa, yeh daryaein jo beh rahi hain, koi yeh keh sakta keh nahi saka.</w:t>
      </w:r>
      <w:r>
        <w:br/>
      </w:r>
      <w:r>
        <w:rPr>
          <w:sz w:val="20"/>
        </w:rPr>
        <w:t>54:46  main maine nahi suna, mere kaano ne yeh sab khawand bartar ki dein hai.</w:t>
      </w:r>
      <w:r>
        <w:br/>
      </w:r>
      <w:r>
        <w:rPr>
          <w:sz w:val="20"/>
        </w:rPr>
        <w:t>54:59  agar koi keh sakta to us ko khuda gaon se nikal kar ke la kar ke dil, yaani capital city mein, us ko abad karta, lekin koi keh nahi saka.</w:t>
      </w:r>
    </w:p>
    <w:p>
      <w:pPr>
        <w:pStyle w:val="Heading2"/>
      </w:pPr>
      <w:r>
        <w:t>every dua is rewarded, needle-in-ocean analogy</w:t>
      </w:r>
    </w:p>
    <w:p>
      <w:r>
        <w:rPr>
          <w:color w:val="666666"/>
          <w:sz w:val="18"/>
        </w:rPr>
        <w:t>Powerful Life-Changing Quranic Duas with Explanation (English) October 27, 2024 · 2m 26s · at 0:59 · https://youtu.be/4cYteSjPIKw?t=59</w:t>
      </w:r>
    </w:p>
    <w:p>
      <w:r>
        <w:rPr>
          <w:i/>
        </w:rPr>
        <w:t>“The Prophet was sitting with the companions, and he said every dua a believer makes...”</w:t>
      </w:r>
    </w:p>
    <w:p>
      <w:r>
        <w:rPr>
          <w:sz w:val="20"/>
        </w:rPr>
        <w:t>0:59  The Prophet Muhammad SAW was sitting with the Sahaba, and the Prophet said that every dua a believer makes Allah give something in return</w:t>
      </w:r>
      <w:r>
        <w:br/>
      </w:r>
      <w:r>
        <w:rPr>
          <w:sz w:val="20"/>
        </w:rPr>
        <w:t>1:13  .Even if that dua is not accepted, Allah compensates it with some other thing. So the Sahaba were very happy, and they said that we will make a lot of duas. They thought if we will make too much duas, that we will all accept. So the Prophet said: "Allah akthar,</w:t>
      </w:r>
      <w:r>
        <w:br/>
      </w:r>
      <w:r>
        <w:rPr>
          <w:sz w:val="20"/>
        </w:rPr>
        <w:t>1:37  God has enough" .And then he said something beautiful</w:t>
      </w:r>
      <w:r>
        <w:br/>
      </w:r>
      <w:r>
        <w:rPr>
          <w:sz w:val="20"/>
        </w:rPr>
        <w:t>1:43  .He said that Allah has said, this is a Hadith Qudsi. Allah has said: "Ya ibadi, law al awwalakum wa akhirakum".</w:t>
      </w:r>
      <w:r>
        <w:br/>
      </w:r>
      <w:r>
        <w:rPr>
          <w:sz w:val="20"/>
        </w:rPr>
        <w:t>1:53  O my servants, O my servants, if your first ones and the last ones, meaning the entire humanity, ones come to you, your men, your people, and your generation,</w:t>
      </w:r>
      <w:r>
        <w:br/>
      </w:r>
      <w:r>
        <w:rPr>
          <w:sz w:val="20"/>
        </w:rPr>
        <w:t>2:09  qamu fi saeed wahid.</w:t>
      </w:r>
      <w:r>
        <w:br/>
      </w:r>
      <w:r>
        <w:rPr>
          <w:sz w:val="20"/>
        </w:rPr>
        <w:t>2:12  they gather together in one place, fasalu ni. And they begin to ask every single desired they have.</w:t>
      </w:r>
      <w:r>
        <w:br/>
      </w:r>
      <w:r>
        <w:rPr>
          <w:sz w:val="20"/>
        </w:rPr>
        <w:t>2:23  fa atit kulla insani masalata. I will give everything to them, fulfilling their desire.</w:t>
      </w:r>
      <w:r>
        <w:br/>
      </w:r>
      <w:r>
        <w:rPr>
          <w:sz w:val="20"/>
        </w:rPr>
        <w:t>2:33  ma naq s zalkum ma'andi, that would not diminish my dominion, illa kama ynaqas al-makhiyat al-bahr.</w:t>
      </w:r>
      <w:r>
        <w:br/>
      </w:r>
      <w:r>
        <w:rPr>
          <w:sz w:val="20"/>
        </w:rPr>
        <w:t>2:46  A'zmchayz a'nidldpd antuda'ushan andtikinaut. Af a'nidlazdpd andada'ushan andtikinaut, haumchwatratvilkiri?</w:t>
      </w:r>
      <w:r>
        <w:br/>
      </w:r>
      <w:r>
        <w:rPr>
          <w:sz w:val="20"/>
        </w:rPr>
        <w:t>2:57  atvilnatkiriyunadrapaf wattr. sawallah his the keys of the treasures of hi wanza'ind</w:t>
      </w:r>
      <w:r>
        <w:br/>
      </w:r>
      <w:r>
        <w:rPr>
          <w:sz w:val="20"/>
        </w:rPr>
        <w:t>3:05  earth. So this is a very hopeful hadith that when you will pray, God will surely listen our dua, and would, and would get some some reward, and that dua which you are making is not accepted.</w:t>
      </w:r>
    </w:p>
    <w:p>
      <w:pPr>
        <w:pStyle w:val="Heading2"/>
      </w:pPr>
      <w:r>
        <w:t>What it really means that God is near you</w:t>
      </w:r>
    </w:p>
    <w:p>
      <w:r>
        <w:rPr>
          <w:color w:val="666666"/>
          <w:sz w:val="18"/>
        </w:rPr>
        <w:t>The Concept of Dua In Islam May 27, 2007 · 2m 37s · at 53:50 · https://youtu.be/wkRQaMb04dI?t=3230</w:t>
      </w:r>
    </w:p>
    <w:p>
      <w:r>
        <w:rPr>
          <w:i/>
        </w:rPr>
        <w:t>“میں اسکے قریب ہوں — 'انی قریب' کا مطلب”</w:t>
      </w:r>
    </w:p>
    <w:p>
      <w:r>
        <w:rPr>
          <w:sz w:val="20"/>
        </w:rPr>
        <w:t>53:50  kyunki Quran mein hai ke "wa idha sa'alaka ibadi anni fa inni qarib".</w:t>
      </w:r>
      <w:r>
        <w:br/>
      </w:r>
      <w:r>
        <w:rPr>
          <w:sz w:val="20"/>
        </w:rPr>
        <w:t>54:03  jab mere bande mujhse poochhein to keh do ke main unse qareeb hoon, uske pukarne ki pukaar ko sunta hoon. Main</w:t>
      </w:r>
      <w:r>
        <w:br/>
      </w:r>
      <w:r>
        <w:rPr>
          <w:sz w:val="20"/>
        </w:rPr>
        <w:t>54:15  main is par ghor kar raha tha ke qareeb hone ka matlab kya hai.</w:t>
      </w:r>
      <w:r>
        <w:br/>
      </w:r>
      <w:r>
        <w:rPr>
          <w:sz w:val="20"/>
        </w:rPr>
        <w:t>54:21  yeh jo hai ke "ani qarib", main iske qareeb hoon, kya matlab kya hai ?</w:t>
      </w:r>
      <w:r>
        <w:br/>
      </w:r>
      <w:r>
        <w:rPr>
          <w:sz w:val="20"/>
        </w:rPr>
        <w:t>54:30  main samajhta hoon ke yeh baat kahi gayi hai Khuda ki taraf se, lekin woh haqeeqat mein woh bande ki taraf se hai. Khuda to qareeb hai hi, Khuda to har waqt qareeb hai, woh daku ke bhi paas hai, woh sabke paas hai.</w:t>
      </w:r>
      <w:r>
        <w:br/>
      </w:r>
      <w:r>
        <w:rPr>
          <w:sz w:val="20"/>
        </w:rPr>
        <w:t>54:45  Khuda to already paas hi paas sabke hai. Yahan kyun kaha gaya ke main qareeb hoon ?</w:t>
      </w:r>
      <w:r>
        <w:br/>
      </w:r>
      <w:r>
        <w:rPr>
          <w:sz w:val="20"/>
        </w:rPr>
        <w:t>54:52  to kaha gaya hai khuda ki taraf se, lekin asal mein yeh bande ki taraf se hai. yani jo banda apne aap ko</w:t>
      </w:r>
      <w:r>
        <w:br/>
      </w:r>
      <w:r>
        <w:rPr>
          <w:sz w:val="20"/>
        </w:rPr>
        <w:t>55:05  aise aisa amal karta hai, banda aisa ke woh woh us waqt bilkul khuda ke qareeb pahunch jata hai. jaise ke badshah ka waqia maine bataya ke us waqt badshah khuda ke qareeb pahunch chuka tha.</w:t>
      </w:r>
      <w:r>
        <w:br/>
      </w:r>
      <w:r>
        <w:rPr>
          <w:sz w:val="20"/>
        </w:rPr>
        <w:t>55:20  is liye mujh se jo nikla to barish ban gaya. woh aise hi Maulana Saeed sahib, main samajhta hoon ke us waqt woh khuda ke qareeb pahunch chuke thay. jo dua unhon ne likhi, woh us waqt woh hone laga. waise hi to yeh jo kaha gaya ke "ani qareeb" ke main qareeb hoon,</w:t>
      </w:r>
      <w:r>
        <w:br/>
      </w:r>
      <w:r>
        <w:rPr>
          <w:sz w:val="20"/>
        </w:rPr>
        <w:t>55:41  iska matlab yeh hai ke tum mere paas pahunch sakte ho agar chaho to.</w:t>
      </w:r>
      <w:r>
        <w:br/>
      </w:r>
      <w:r>
        <w:rPr>
          <w:sz w:val="20"/>
        </w:rPr>
        <w:t>55:50  kyun ke khuda to qareeb hai hi, already sab ke paas hai. woh insaan ko bataya gaya ke main itna zyada tumhare liye meherban hoon</w:t>
      </w:r>
      <w:r>
        <w:br/>
      </w:r>
      <w:r>
        <w:rPr>
          <w:sz w:val="20"/>
        </w:rPr>
        <w:t>56:07  ke agar tum koshish karo, agar tum woh condition poori karo to tum paoge ke tum mere qareeb pahunch chuke ho.</w:t>
      </w:r>
      <w:r>
        <w:br/>
      </w:r>
      <w:r>
        <w:rPr>
          <w:sz w:val="20"/>
        </w:rPr>
        <w:t>56:19  aur phir us waqt jo tum dua karoge, woh woh qubool ho kar rahe gi.</w:t>
      </w:r>
    </w:p>
    <w:p>
      <w:pPr>
        <w:pStyle w:val="Heading2"/>
      </w:pPr>
      <w:r>
        <w:t>courage and the hidden test of faith</w:t>
      </w:r>
    </w:p>
    <w:p>
      <w:r>
        <w:rPr>
          <w:color w:val="666666"/>
          <w:sz w:val="18"/>
        </w:rPr>
        <w:t>Welcome Address by Dr. Rajat Malhotra CPS International Peace Conference April 29-30, 2023 · 2m 34s · at 10:50 · https://youtu.be/z94aS7nevv0?t=650</w:t>
      </w:r>
    </w:p>
    <w:p>
      <w:r>
        <w:rPr>
          <w:i/>
        </w:rPr>
        <w:t>“Pehli himmat toh karni padti hai”</w:t>
      </w:r>
    </w:p>
    <w:p>
      <w:r>
        <w:rPr>
          <w:sz w:val="20"/>
        </w:rPr>
        <w:t>10:50  donon mein jo is common hai, donon yeh saaba, donon jo yeh saaba hai, donon jo jo garv hai, usmein jo is common hai, woh kya hai?</w:t>
      </w:r>
      <w:r>
        <w:br/>
      </w:r>
      <w:r>
        <w:rPr>
          <w:sz w:val="20"/>
        </w:rPr>
        <w:t>11:03  woh ek, woh ek hai ke aap himmat karke human face ban jayein, kyunke pehli himmat to karni padti hai, pehli himmat to karni padti hai, badhai halaat tareekh honge, badhai raahain chal rahi hongi.</w:t>
      </w:r>
      <w:r>
        <w:br/>
      </w:r>
      <w:r>
        <w:rPr>
          <w:sz w:val="20"/>
        </w:rPr>
        <w:t>11:27  badhai kuch ashwaap dikhai nahi denge, phir bhi aapko hafte ko shukna padega. Yeh mat samjhiye ke khwaish dikhai de aaj baap khulkar saamne aa jaye kyunke agar aisa ho jaye to intehaan khatam, test, test khatam. To test ko khatam karke, test ki masla ko khatam karke madad kabhi nahi aati. Yaad rakhiye.</w:t>
      </w:r>
      <w:r>
        <w:br/>
      </w:r>
      <w:r>
        <w:rPr>
          <w:sz w:val="20"/>
        </w:rPr>
        <w:t>11:57  madad aati hai, test par aap qualify karein, tab aati hai. To test kya hai? Hadees baat hai ke man jagal humu Muhammad waidan hum makhirte hi tafahul lao anumumi duniya.</w:t>
      </w:r>
      <w:r>
        <w:br/>
      </w:r>
      <w:r>
        <w:rPr>
          <w:sz w:val="20"/>
        </w:rPr>
        <w:t>12:23  matlab jo Allah ko prospr sole concern bana le dawat-e-Allah ko opera ko chhod de usmein chal pade uske raaste mein. Badhai ashwaap ho gaya na ho, badhai saathi ho gaya na ho, badhai darwaze khule ho gaye na khule ho gaye, apne ko chhod de to jaise hi woh chhodega phir phir preshton ki madad aa jayegi.</w:t>
      </w:r>
      <w:r>
        <w:br/>
      </w:r>
      <w:r>
        <w:rPr>
          <w:sz w:val="20"/>
        </w:rPr>
        <w:t>12:53  to is test mein to barah poora uthana padega.</w:t>
      </w:r>
      <w:r>
        <w:br/>
      </w:r>
      <w:r>
        <w:rPr>
          <w:sz w:val="20"/>
        </w:rPr>
        <w:t>13:00  is test mein barah poora utarna padega ke bazaar aswaap ki ghar mohitgi hogi aur aapko koodna padega</w:t>
      </w:r>
      <w:r>
        <w:br/>
      </w:r>
      <w:r>
        <w:rPr>
          <w:sz w:val="20"/>
        </w:rPr>
        <w:t>13:08  daanv fark ke liye.</w:t>
      </w:r>
      <w:r>
        <w:br/>
      </w:r>
      <w:r>
        <w:rPr>
          <w:sz w:val="20"/>
        </w:rPr>
        <w:t>13:16  to yahi ehsaaba ubal ke waqt hua ehsaaba aasani ke baad fark yahi hai.</w:t>
      </w:r>
      <w:r>
        <w:br/>
      </w:r>
      <w:r>
        <w:rPr>
          <w:sz w:val="20"/>
        </w:rPr>
        <w:t>13:24  yahi mamla asawre surat saath prashah hai ya mamla ikhmanrasurat saathi prashah hai. Ab dekhiye, hadees kehta hai ke zameen mein koi chhota ya bada ghar nahi bachega, jahan Allah ka kalma dakhal na ho jayega. Allah kalma kya hai?</w:t>
      </w:r>
    </w:p>
    <w:p>
      <w:pPr>
        <w:pStyle w:val="Heading2"/>
      </w:pPr>
      <w:r>
        <w:t>building relationships with everyone as part of Islamic mission</w:t>
      </w:r>
    </w:p>
    <w:p>
      <w:r>
        <w:rPr>
          <w:color w:val="666666"/>
          <w:sz w:val="18"/>
        </w:rPr>
        <w:t>Message of Eid-al-Fitr May 03, 2022 Prof. Farida Khanam &amp; Dr. Saniyasnain Khan · 1m 50s · at 4:45 · https://youtu.be/wMBqbwZ8gEs?t=285</w:t>
      </w:r>
    </w:p>
    <w:p>
      <w:r>
        <w:rPr>
          <w:i/>
        </w:rPr>
        <w:t>“Islam jo hai woh ek mission hai aur logon se milna zaroori hai”</w:t>
      </w:r>
    </w:p>
    <w:p>
      <w:r>
        <w:rPr>
          <w:sz w:val="20"/>
        </w:rPr>
        <w:t>4:45  kyunke islam jo hai woh ek mission hai aur is mission ke liye hamein logon se milna, julna, aur logon se achhe taluqat qaim karna, yeh sab bahut zyada zaroori hai.</w:t>
      </w:r>
      <w:r>
        <w:br/>
      </w:r>
      <w:r>
        <w:rPr>
          <w:sz w:val="20"/>
        </w:rPr>
        <w:t>5:00  to hum, main yahi aap logon se request karungi ke aap log is eid ko yeh resolve karein ke aap tamam logon se achhe taluqat qaim karenge aur abhi tak yeh hota tha ke log jab hamein bulate the tab hum unke paas jate the apna literature leke apna agar hamein koi program ke liye koi bulata tha.</w:t>
      </w:r>
      <w:r>
        <w:br/>
      </w:r>
      <w:r>
        <w:rPr>
          <w:sz w:val="20"/>
        </w:rPr>
        <w:t>5:24  lekin mujhe lagta hai ke ab ek hum ek naye daur mein dakhil ho gaye hain aur abey hum hamein khud ek daam karna chahiye, khud pehal karni chahiye aur iski jo shuruaat hai woh miss sarah fatma jo bangalore ki hain unhone isko shuru kiya hai aur bahut hi kamyabi ke sath woh is kaam ko kar rahi hain.</w:t>
      </w:r>
      <w:r>
        <w:br/>
      </w:r>
      <w:r>
        <w:rPr>
          <w:sz w:val="20"/>
        </w:rPr>
        <w:t>5:44  to woh adaron ko main yahan tak ke mandir wagera mein bhi adaron mein bhi jo bhi adare hote hai chahe woh christians ke hai, chahe woh non muslims ke ho, koi si bhi to usmein woh baat karti hai, unse appointment leti hai, unke paas jati hai, unko apna literature pesh karti hai, unki baat sunti hain matlab ek sharing. maulana sahab keh dete hain ke yeh sharing ka yeh sare occasion hote hain. hum unki baat sune.</w:t>
      </w:r>
      <w:r>
        <w:br/>
      </w:r>
      <w:r>
        <w:rPr>
          <w:sz w:val="20"/>
        </w:rPr>
        <w:t>6:13  unko hum apni baat bataye. to isse hamari understanding badhti hai. hamara intellectual development hota hai. to yeh hamare liye bahut zaroori hai aur hamein is kaam ko bahut zyada aage badhana hai. yeh hum log pehle se kar hi rahe hain. har us mauqe ko, pehle maulana sahab kabhi bhi shadiwadi ke mauqe par aise mauqe par kabhi nahi jate the.</w:t>
      </w:r>
      <w:r>
        <w:br/>
      </w:r>
      <w:r>
        <w:rPr>
          <w:sz w:val="20"/>
        </w:rPr>
        <w:t>6:35  lekin unko ek baar ehsaas hua ke woh mauqa jo hota na woh get together jo hota hai usko hamein apne mission ke liye istemal karna chahiye. to unhone kai shadiyan bhi attend kiya aur wahan par hum log apna literature lekar jaya karte the.</w:t>
      </w:r>
    </w:p>
    <w:p>
      <w:pPr>
        <w:pStyle w:val="Heading2"/>
      </w:pPr>
      <w:r>
        <w:t>Fasting: form and training purpose</w:t>
      </w:r>
    </w:p>
    <w:p>
      <w:r>
        <w:rPr>
          <w:color w:val="666666"/>
          <w:sz w:val="18"/>
        </w:rPr>
        <w:t>Ramadan The Month of Fasting 29Aug, 2008 - Maulana Wahiduddin Khan · 2m 35s · at 2:38 · https://youtu.be/O9ie_tCNGHM?t=158</w:t>
      </w:r>
    </w:p>
    <w:p>
      <w:r>
        <w:rPr>
          <w:i/>
        </w:rPr>
        <w:t>“Outwardly, fasting means not eating or drinking”</w:t>
      </w:r>
    </w:p>
    <w:p>
      <w:r>
        <w:rPr>
          <w:sz w:val="20"/>
        </w:rPr>
        <w:t>2:38  to bazahir roze ke zamane mein yeh hota hai ke din ke waqt, yani subah sadiq se suraj ke ghuroob hone tak, khana aur peena chhod diya jata hai.</w:t>
      </w:r>
      <w:r>
        <w:br/>
      </w:r>
      <w:r>
        <w:rPr>
          <w:sz w:val="20"/>
        </w:rPr>
        <w:t>2:55  yani khane aur peene se rukna yeh hai roze ki zahiri surat. lekin roza haqiqat mein har us cheez se rukna hai jis ko Khuda aur Rasool ne mana kiya hai.</w:t>
      </w:r>
      <w:r>
        <w:br/>
      </w:r>
      <w:r>
        <w:rPr>
          <w:sz w:val="20"/>
        </w:rPr>
        <w:t>3:13  har us cheez se rukna hai. yani goya ke roza is maqsad ke liye hai ke aadmi apne aap ko Khuda ki mana ki hui cheezon se rokne ka,</w:t>
      </w:r>
      <w:r>
        <w:br/>
      </w:r>
      <w:r>
        <w:rPr>
          <w:sz w:val="20"/>
        </w:rPr>
        <w:t>3:33  rokne ki tarbiyat le. kyunke dekhiye, ek mahina jab barabar aap roza rakhte hain to psychological strategies jo hain,</w:t>
      </w:r>
      <w:r>
        <w:br/>
      </w:r>
      <w:r>
        <w:rPr>
          <w:sz w:val="20"/>
        </w:rPr>
        <w:t>3:46  nafsiyat ka jo mutala hai, batata hai ke barabar 30 din tak agar aap ek kaam ko karein regular taur par to woh aap ke,</w:t>
      </w:r>
      <w:r>
        <w:br/>
      </w:r>
      <w:r>
        <w:rPr>
          <w:sz w:val="20"/>
        </w:rPr>
        <w:t>4:05  aap ki habit ban jata hai.</w:t>
      </w:r>
      <w:r>
        <w:br/>
      </w:r>
      <w:r>
        <w:rPr>
          <w:sz w:val="20"/>
        </w:rPr>
        <w:t>4:12  yeh hai training, is ka naam hai training. to ek mahine tak jab aap rukte hain, apne aap ko rokte hain khane peene se, galat cheezon se, maslan jhoot bolne se rokte hain,</w:t>
      </w:r>
      <w:r>
        <w:br/>
      </w:r>
      <w:r>
        <w:rPr>
          <w:sz w:val="20"/>
        </w:rPr>
        <w:t>4:26  aur dishonesty se rokte hain, aur violence se rokte hain apne aap ko.</w:t>
      </w:r>
      <w:r>
        <w:br/>
      </w:r>
      <w:r>
        <w:rPr>
          <w:sz w:val="20"/>
        </w:rPr>
        <w:t>4:35  to yeh sari cheezein jo hain, jo mana hain shariyat mein, jab aap is se rokte hain to aap ke andar ek personality banti hai, ek aisi personality jis mein</w:t>
      </w:r>
      <w:r>
        <w:br/>
      </w:r>
      <w:r>
        <w:rPr>
          <w:sz w:val="20"/>
        </w:rPr>
        <w:t>4:49  negative aspect na ho, sirf positive aspect ho. yeh hai roza. to roza darasal tarbiyat ka mahina hai,</w:t>
      </w:r>
      <w:r>
        <w:br/>
      </w:r>
      <w:r>
        <w:rPr>
          <w:sz w:val="20"/>
        </w:rPr>
        <w:t>5:05  training ka mahina hai, apne aap ko tayyar karne ka mahina hai.</w:t>
      </w:r>
    </w:p>
    <w:p>
      <w:pPr>
        <w:pStyle w:val="Heading2"/>
      </w:pPr>
      <w:r>
        <w:t>Historical origins of Sufism as a formalized discipline</w:t>
      </w:r>
    </w:p>
    <w:p>
      <w:r>
        <w:rPr>
          <w:color w:val="666666"/>
          <w:sz w:val="18"/>
        </w:rPr>
        <w:t>Tasawwuf Tajdeed-e-Deen Book by Maulana Wahiduddin Khan · 1m 28s · at 0:01 · https://youtu.be/65H0szmbebY?t=1</w:t>
      </w:r>
    </w:p>
    <w:p>
      <w:r>
        <w:rPr>
          <w:i/>
        </w:rPr>
        <w:t>“Tasawwuf as a spiritual discipline is foreign to Quran and Hadith”</w:t>
      </w:r>
    </w:p>
    <w:p>
      <w:r>
        <w:rPr>
          <w:sz w:val="20"/>
        </w:rPr>
        <w:t>0:01  tasawwuf. tasawwuf ek rohani fun ki hesiyat se quran o hadith mein ajnabi hai. tasawwuf ke naam se sulook aur tazkiya ke jis fun ko kitabon mein madawwan kiya gaya hai,</w:t>
      </w:r>
      <w:r>
        <w:br/>
      </w:r>
      <w:r>
        <w:rPr>
          <w:sz w:val="20"/>
        </w:rPr>
        <w:t>0:15  ya shuyookh apne mureedeen ko jis ki taleem dete rahe hain, woh tamam tar ek izafa hai. apni maujooda shakal mein woh quran o sunnat ke andar maujood nahi.</w:t>
      </w:r>
      <w:r>
        <w:br/>
      </w:r>
      <w:r>
        <w:rPr>
          <w:sz w:val="20"/>
        </w:rPr>
        <w:t>0:26  pehla shakhs jis ko islam ki tareekh mein sufi ke lafz se pukara gaya, woh ghaleban abu hasham al-sufi, mutawaffi 150 hijri the.</w:t>
      </w:r>
      <w:r>
        <w:br/>
      </w:r>
      <w:r>
        <w:rPr>
          <w:sz w:val="20"/>
        </w:rPr>
        <w:t>0:37  tahum is waqt tak sufi ke mani sirf yeh the ke woh shakhs jo zuhd aur ibadat mein ghulu kare. chunke yeh log achhe libaas ko chhod kar soof yani oon ke mamooli kapde apne jism par lapait lete the, is liye unhein sufi kaha jaane laga.</w:t>
      </w:r>
      <w:r>
        <w:br/>
      </w:r>
      <w:r>
        <w:rPr>
          <w:sz w:val="20"/>
        </w:rPr>
        <w:t>0:55  is ke baad is ke qawaid aur istilaahaat banne lage, yahan tak ke teesri sadi hijri mein pahunch kar tasawwuf ne islami roohaniyat ke ek baqayeda fun ki shakal ikhtiyar kar li.</w:t>
      </w:r>
      <w:r>
        <w:br/>
      </w:r>
      <w:r>
        <w:rPr>
          <w:sz w:val="20"/>
        </w:rPr>
        <w:t>1:07  ishraqi falsafa, rahbaniyat aur vedant mein is ke liye kafi mawad tha. is tarah mukhtalif bayroni asar ki madad se ek aisi cheez wajood mein aayi jis par agarcheh islam ka label laga hua tha, magar apni haqeeqat ke aitbaar se woh ek mutawazi mazhab tha jo islam ke andar islam ke muqabil banaya gaya.</w:t>
      </w:r>
    </w:p>
    <w:p>
      <w:pPr>
        <w:pStyle w:val="Heading2"/>
      </w:pPr>
      <w:r>
        <w:t>Fasting promotes patience culture</w:t>
      </w:r>
    </w:p>
    <w:p>
      <w:r>
        <w:rPr>
          <w:color w:val="666666"/>
          <w:sz w:val="18"/>
        </w:rPr>
        <w:t>Ramadan and The Quran | October 14, 2005 | Maulana Wahiduddin Khan · 1m 31s · at 54:05 · https://youtu.be/wi4PL1CwY7w?t=3245</w:t>
      </w:r>
    </w:p>
    <w:p>
      <w:r>
        <w:rPr>
          <w:i/>
        </w:rPr>
        <w:t>“Mein samajhta hoon ke roza sabr culture ko promote karta hai”</w:t>
      </w:r>
    </w:p>
    <w:p>
      <w:r>
        <w:rPr>
          <w:sz w:val="20"/>
        </w:rPr>
        <w:t>54:05  intellectual exchange karen is tarah apna intellectual intellectual development barhaen mein samajhta hon ke ye roze ka zyada bara role hai isi tarah se roze ka jo mein samajhta hon ke roza sabr culture ko promote karta hai hadith mein aata hai ke huwa shahr al sabr roza sabr ka</w:t>
      </w:r>
      <w:r>
        <w:br/>
      </w:r>
      <w:r>
        <w:rPr>
          <w:sz w:val="20"/>
        </w:rPr>
        <w:t>54:35  mahina hai sabr means patience to roza jo hai sabr culture ko promote karne ka naam hai agar mein kahoon to kahoon ga aur sabr yani patience islam mein bohat important is ki har cheez se sabr jara hua hai agar aap daawa work karna chahein koi ulti seedhi bolay ga to aap ko wahan sabr karna pare ga daawa process ruk jaye ga dawat ka process ruk jaye ga</w:t>
      </w:r>
      <w:r>
        <w:br/>
      </w:r>
      <w:r>
        <w:rPr>
          <w:sz w:val="20"/>
        </w:rPr>
        <w:t>55:06  koi bhi aap deen ka kaam karna chahein to tarah tarah ke log milenge to wo log aap ko provoke bhi kar sakte hain aisi baat keh sakte hain ke aap ke andar heat paida ho jaye aap ka hunger paida ho jaye to wahan aap ko sabr karna pare ga patience se kaam lena pare ga warna wo sara process ruk jaye ga to ye jo ye jo roze mein khane par sabr peene par sabr desire par sabr ye</w:t>
      </w:r>
    </w:p>
    <w:p>
      <w:pPr>
        <w:pStyle w:val="Heading2"/>
      </w:pPr>
      <w:r>
        <w:t>A dua for a 'taqwa fast' despite illness</w:t>
      </w:r>
    </w:p>
    <w:p>
      <w:r>
        <w:rPr>
          <w:color w:val="666666"/>
          <w:sz w:val="18"/>
        </w:rPr>
        <w:t>CPS Women Interaction 4 April 30, 2022 · 1m 53s · at 56:00 · https://youtu.be/O8DWIk3naCQ?t=3360</w:t>
      </w:r>
    </w:p>
    <w:p>
      <w:r>
        <w:rPr>
          <w:i/>
        </w:rPr>
        <w:t>“Main apni takleefon ki wajah se roza nahi rakh paati”</w:t>
      </w:r>
    </w:p>
    <w:p>
      <w:r>
        <w:rPr>
          <w:sz w:val="20"/>
        </w:rPr>
        <w:t>56:00  aakhiri ladki meri jo hai woh yeh hai ki main apni takleefon ki wajah se roza nahin rakh paati hoon kai saal se to jo roza na rakhne ki tadap aur shann minditi ka ehsaas ki main khudatar is tarah saamna karungi. mujhse bahut badi galtiyan ghulam ho raha hai. iska ehsaas har din mujhe poori tarah, poore mahine mein karana.</w:t>
      </w:r>
      <w:r>
        <w:br/>
      </w:r>
      <w:r>
        <w:rPr>
          <w:sz w:val="20"/>
        </w:rPr>
        <w:t>56:28  magar agar kala hamare saath aasaniyan karta hai, yeh hum sab jaante hain. main jab pehle roza rakh paati thi to mera roza sirf bhookh pyaas ka roza hota tha. lekin jab roze ki asal jo asli spirit pata chali to woh pyaas ka roza to nahin ho pata magar spirit wala roza rakhne ki koshish karti hoon.</w:t>
      </w:r>
      <w:r>
        <w:br/>
      </w:r>
      <w:r>
        <w:rPr>
          <w:sz w:val="20"/>
        </w:rPr>
        <w:t>56:53  molana sahab ne jaise hamein bataya ki point of reference hamari dwa karni chahiye to maine apne roza na rakhne ke ehsaas ko lekar yeh dwa ki allah maine physical fold ka roza to nahin rakha magar takwa wala roza rakhne ki koshish ki. to meri kamiyon ko darjoza karte aur mujhe aakhirat mein apni rehne se sainav karte.</w:t>
      </w:r>
      <w:r>
        <w:br/>
      </w:r>
      <w:r>
        <w:rPr>
          <w:sz w:val="20"/>
        </w:rPr>
        <w:t>57:20  to yeh meri kuch learning thi jo maine aapke saath share kari.</w:t>
      </w:r>
      <w:r>
        <w:br/>
      </w:r>
      <w:r>
        <w:rPr>
          <w:sz w:val="20"/>
        </w:rPr>
        <w:t>57:25  kal pata hum sabko waaqat ke liye kamyab kar lein.</w:t>
      </w:r>
      <w:r>
        <w:br/>
      </w:r>
      <w:r>
        <w:rPr>
          <w:sz w:val="20"/>
        </w:rPr>
        <w:t>57:31  jaza kar lein.</w:t>
      </w:r>
      <w:r>
        <w:br/>
      </w:r>
      <w:r>
        <w:rPr>
          <w:sz w:val="20"/>
        </w:rPr>
        <w:t>57:36  jaza kar le papa.</w:t>
      </w:r>
      <w:r>
        <w:br/>
      </w:r>
      <w:r>
        <w:rPr>
          <w:sz w:val="20"/>
        </w:rPr>
        <w:t>57:42  hamare paas aur do minute time hai aur kisi lady iske paas koi sawal ho to karein aur</w:t>
      </w:r>
      <w:r>
        <w:br/>
      </w:r>
      <w:r>
        <w:rPr>
          <w:sz w:val="20"/>
        </w:rPr>
        <w:t>57:47  phir hum is session ko takmeel tak le jaye.</w:t>
      </w:r>
      <w:r>
        <w:br/>
      </w:r>
      <w:r>
        <w:rPr>
          <w:sz w:val="20"/>
        </w:rPr>
        <w:t>57:53  haan, aapas mein mera ek sawal tha ki maulana sahab kehte hain ki lailatul jaaiza lailatul qadr se</w:t>
      </w:r>
    </w:p>
    <w:p>
      <w:pPr>
        <w:pStyle w:val="Heading2"/>
      </w:pPr>
      <w:r>
        <w:t>Why a prophet's curse against enemies wasn't accepted</w:t>
      </w:r>
    </w:p>
    <w:p>
      <w:r>
        <w:rPr>
          <w:color w:val="666666"/>
          <w:sz w:val="18"/>
        </w:rPr>
        <w:t>The Importance of Dua | April 4, 2016 | Maulana Wahiduddin Khan · 2m 00s · at 8:27 · https://youtu.be/B9d4B3Nqiww?t=507</w:t>
      </w:r>
    </w:p>
    <w:p>
      <w:r>
        <w:rPr>
          <w:i/>
        </w:rPr>
        <w:t>“Dua wohi qubool hogi jo creation plan ke mutabiq ho”</w:t>
      </w:r>
    </w:p>
    <w:p>
      <w:r>
        <w:rPr>
          <w:sz w:val="20"/>
        </w:rPr>
        <w:t>8:27  dekhiye, yeh bohat important question hai. achi tarah samajh lijiye ke dua wahi qabool hogi jo creational plan of God ke mutabiq ho. iske khilaf ho to quwa'an dua qabool nahi hogi. chahe property ko nuqsaan pahunchaye, jaise ke ek waqea hua Madinah mein jisko kehte hain Bir Ma'unah. wahan jo mukhalifeen the Islam ke</w:t>
      </w:r>
      <w:r>
        <w:br/>
      </w:r>
      <w:r>
        <w:rPr>
          <w:sz w:val="20"/>
        </w:rPr>
        <w:t>8:57  unho ne bohat se sahaba ko qatal kar diya.</w:t>
      </w:r>
      <w:r>
        <w:br/>
      </w:r>
      <w:r>
        <w:rPr>
          <w:sz w:val="20"/>
        </w:rPr>
        <w:t>9:03  to rasool Allah ki zuban se nikla lanat kalma, lanat apne lanat ke logon par.</w:t>
      </w:r>
      <w:r>
        <w:br/>
      </w:r>
      <w:r>
        <w:rPr>
          <w:sz w:val="20"/>
        </w:rPr>
        <w:t>9:09  to qabool nahi hui woh, balke wahi aa gayi farishte ke zariye se ke tum yeh kaam chhod</w:t>
      </w:r>
      <w:r>
        <w:br/>
      </w:r>
      <w:r>
        <w:rPr>
          <w:sz w:val="20"/>
        </w:rPr>
        <w:t>9:15  do, bad dua mat karo.</w:t>
      </w:r>
      <w:r>
        <w:br/>
      </w:r>
      <w:r>
        <w:rPr>
          <w:sz w:val="20"/>
        </w:rPr>
        <w:t>9:21  to is ke baad aap ne koi bad dua nahi ki. kyun?</w:t>
      </w:r>
      <w:r>
        <w:br/>
      </w:r>
      <w:r>
        <w:rPr>
          <w:sz w:val="20"/>
        </w:rPr>
        <w:t>9:27  dekhiye, insan ke mamle ka faisla kisi ki bad dua se nahi ho sakta ke aap bad dua</w:t>
      </w:r>
      <w:r>
        <w:br/>
      </w:r>
      <w:r>
        <w:rPr>
          <w:sz w:val="20"/>
        </w:rPr>
        <w:t>9:32  karte ho aur woh is ka bura ho ho jaye.</w:t>
      </w:r>
      <w:r>
        <w:br/>
      </w:r>
      <w:r>
        <w:rPr>
          <w:sz w:val="20"/>
        </w:rPr>
        <w:t>9:36  laisa lil insani illa ma sa'a.</w:t>
      </w:r>
      <w:r>
        <w:br/>
      </w:r>
      <w:r>
        <w:rPr>
          <w:sz w:val="20"/>
        </w:rPr>
        <w:t>9:40  insan ke sath jo kuch hota hai woh is ke apne hi amal ka nateeja hota hai.</w:t>
      </w:r>
      <w:r>
        <w:br/>
      </w:r>
      <w:r>
        <w:rPr>
          <w:sz w:val="20"/>
        </w:rPr>
        <w:t>9:45  kisi ki dua se hota hai na bad dua se.</w:t>
      </w:r>
      <w:r>
        <w:br/>
      </w:r>
      <w:r>
        <w:rPr>
          <w:sz w:val="20"/>
        </w:rPr>
        <w:t>9:49  kisi ki dua se na to kuch jannat mile gi na kisi ki bad dua se koi hell</w:t>
      </w:r>
      <w:r>
        <w:br/>
      </w:r>
      <w:r>
        <w:rPr>
          <w:sz w:val="20"/>
        </w:rPr>
        <w:t>9:53  chala jayega.</w:t>
      </w:r>
      <w:r>
        <w:br/>
      </w:r>
      <w:r>
        <w:rPr>
          <w:sz w:val="20"/>
        </w:rPr>
        <w:t>9:58  chahe property ko na ho. to dua ke liye samajhna chahiye ke hamari khwahish ek hai, hum is khwahish ke liye dua kar rahe hain. That is not enough. Aap ko janna padega ke aap ki jo khwahish hai, jo aap dua kar rahe hain, woh according to the creation plan hai ya ya ya is se alag hai. Is se alag hai to kabhi nahi qabool hogi. To log bas jaante hain ke mujhe mujhe falan meri zaroorat hai, falan meri khwahish hai, l</w:t>
      </w:r>
    </w:p>
    <w:p>
      <w:pPr>
        <w:pStyle w:val="Heading2"/>
      </w:pPr>
      <w:r>
        <w:t>Muslims unaware of present age</w:t>
      </w:r>
    </w:p>
    <w:p>
      <w:r>
        <w:rPr>
          <w:color w:val="666666"/>
          <w:sz w:val="18"/>
        </w:rPr>
        <w:t>Muslims in the Modern Age, Jan 18, 2009 · 2m 30s · at 0:21 · https://youtu.be/7zDCFtOSWSw?t=21</w:t>
      </w:r>
    </w:p>
    <w:p>
      <w:r>
        <w:rPr>
          <w:i/>
        </w:rPr>
        <w:t>“The theme for this morning is Muslims in the Modern Age”</w:t>
      </w:r>
    </w:p>
    <w:p>
      <w:r>
        <w:rPr>
          <w:sz w:val="20"/>
        </w:rPr>
        <w:t>0:21  The theme for this morning is "Muslims in the Modern Age."</w:t>
      </w:r>
      <w:r>
        <w:br/>
      </w:r>
      <w:r>
        <w:rPr>
          <w:sz w:val="20"/>
        </w:rPr>
        <w:t>0:34  Yesterday I happened to meet two English journalists.</w:t>
      </w:r>
      <w:r>
        <w:br/>
      </w:r>
      <w:r>
        <w:rPr>
          <w:sz w:val="20"/>
        </w:rPr>
        <w:t>0:44  One was a senior journalist from India, and the second was a lady journalist from some foreign countr</w:t>
      </w:r>
      <w:r>
        <w:br/>
      </w:r>
      <w:r>
        <w:rPr>
          <w:sz w:val="20"/>
        </w:rPr>
        <w:t>0:55  y. Both wanted to know my opinion about the Palestinian problem or Arab-Israel problem.</w:t>
      </w:r>
      <w:r>
        <w:br/>
      </w:r>
      <w:r>
        <w:rPr>
          <w:sz w:val="20"/>
        </w:rPr>
        <w:t>1:10  I said that</w:t>
      </w:r>
      <w:r>
        <w:br/>
      </w:r>
      <w:r>
        <w:rPr>
          <w:sz w:val="20"/>
        </w:rPr>
        <w:t>1:16  the Arab-Israel issue is only an offshoot of a greater issue.</w:t>
      </w:r>
      <w:r>
        <w:br/>
      </w:r>
      <w:r>
        <w:rPr>
          <w:sz w:val="20"/>
        </w:rPr>
        <w:t>1:29  The Palestinian problem is only an offshoot of a greater problem. They wanted to know what is that greater problem with Muslims.</w:t>
      </w:r>
      <w:r>
        <w:br/>
      </w:r>
      <w:r>
        <w:rPr>
          <w:sz w:val="20"/>
        </w:rPr>
        <w:t>1:43  I said that</w:t>
      </w:r>
      <w:r>
        <w:br/>
      </w:r>
      <w:r>
        <w:rPr>
          <w:sz w:val="20"/>
        </w:rPr>
        <w:t>1:47  I have studied most of those materials published by Muslim scholars during the 20th century in Urdu, in English, in Arabic.</w:t>
      </w:r>
      <w:r>
        <w:br/>
      </w:r>
      <w:r>
        <w:rPr>
          <w:sz w:val="20"/>
        </w:rPr>
        <w:t>2:04  And I can say with conviction that the most important problem with Muslims is that they lack</w:t>
      </w:r>
      <w:r>
        <w:br/>
      </w:r>
      <w:r>
        <w:rPr>
          <w:sz w:val="20"/>
        </w:rPr>
        <w:t>2:24  the</w:t>
      </w:r>
      <w:r>
        <w:br/>
      </w:r>
      <w:r>
        <w:rPr>
          <w:sz w:val="20"/>
        </w:rPr>
        <w:t>2:27  intellectual awakening.</w:t>
      </w:r>
      <w:r>
        <w:br/>
      </w:r>
      <w:r>
        <w:rPr>
          <w:sz w:val="20"/>
        </w:rPr>
        <w:t>2:31  They don't know what is the present age.</w:t>
      </w:r>
      <w:r>
        <w:br/>
      </w:r>
      <w:r>
        <w:rPr>
          <w:sz w:val="20"/>
        </w:rPr>
        <w:t>2:37  I am saying this about all those Muslims, not only Indian Muslims, from Arabs to non-Arabs, from India to America.</w:t>
      </w:r>
    </w:p>
    <w:p>
      <w:pPr>
        <w:pStyle w:val="Heading2"/>
      </w:pPr>
      <w:r>
        <w:t>Protest never yields positive results</w:t>
      </w:r>
    </w:p>
    <w:p>
      <w:r>
        <w:rPr>
          <w:color w:val="666666"/>
          <w:sz w:val="18"/>
        </w:rPr>
        <w:t>The Method of Planning August 14, 2016 · 1m 28s · at 50:14 · https://youtu.be/84WV8NS2VKQ?t=3014</w:t>
      </w:r>
    </w:p>
    <w:p>
      <w:r>
        <w:rPr>
          <w:i/>
        </w:rPr>
        <w:t>“Ek bhi misaal nahi hai”</w:t>
      </w:r>
    </w:p>
    <w:p>
      <w:r>
        <w:rPr>
          <w:sz w:val="20"/>
        </w:rPr>
        <w:t>50:14  " ek bhi misal nahi, aap jo keh rahe hain, so many examples, ek bhi misal nahi.</w:t>
      </w:r>
      <w:r>
        <w:br/>
      </w:r>
      <w:r>
        <w:rPr>
          <w:sz w:val="20"/>
        </w:rPr>
        <w:t>50:21  kabhi bhi protest ka tareeqa aur opposition politics ya political activities, yeh kabhi bhi koi positive result nahi nikla hai.</w:t>
      </w:r>
      <w:r>
        <w:br/>
      </w:r>
      <w:r>
        <w:rPr>
          <w:sz w:val="20"/>
        </w:rPr>
        <w:t>50:28  ab misal de ke bataon ga, koi ek misal de dijiye.</w:t>
      </w:r>
      <w:r>
        <w:br/>
      </w:r>
      <w:r>
        <w:rPr>
          <w:sz w:val="20"/>
        </w:rPr>
        <w:t>50:36  misal nateeja niklta hai jaise England mein Fabian Society ne jo kaam kiya, is ka result nikla.</w:t>
      </w:r>
      <w:r>
        <w:br/>
      </w:r>
      <w:r>
        <w:rPr>
          <w:sz w:val="20"/>
        </w:rPr>
        <w:t>50:43  unhon ne na protest kiya, na sarkon par aye, na koi demand kiya, kuch bhi nahi.</w:t>
      </w:r>
      <w:r>
        <w:br/>
      </w:r>
      <w:r>
        <w:rPr>
          <w:sz w:val="20"/>
        </w:rPr>
        <w:t>50:50  peaceful tareeqe se unhon ne kaam kiya, aur bohat bara result aa gaya.</w:t>
      </w:r>
      <w:r>
        <w:br/>
      </w:r>
      <w:r>
        <w:rPr>
          <w:sz w:val="20"/>
        </w:rPr>
        <w:t>50:58  aap Fabian Society ko parhiye, aap jo keh rahe hain to is ki misal aap den ge, agle</w:t>
      </w:r>
      <w:r>
        <w:br/>
      </w:r>
      <w:r>
        <w:rPr>
          <w:sz w:val="20"/>
        </w:rPr>
        <w:t>51:05  Sunday ko to bataon ga.</w:t>
      </w:r>
      <w:r>
        <w:br/>
      </w:r>
      <w:r>
        <w:rPr>
          <w:sz w:val="20"/>
        </w:rPr>
        <w:t>51:12  koi ek misal de dijiye ke yeh jo negative activism hai, is se kuch faida nikalta hai.</w:t>
      </w:r>
      <w:r>
        <w:br/>
      </w:r>
      <w:r>
        <w:rPr>
          <w:sz w:val="20"/>
        </w:rPr>
        <w:t>51:20  positive activism se faida nikalta hai, negative activism se faida koi nahi nikalta.</w:t>
      </w:r>
      <w:r>
        <w:br/>
      </w:r>
      <w:r>
        <w:rPr>
          <w:sz w:val="20"/>
        </w:rPr>
        <w:t>51:27  Maulana, agla sawal Mumbai se kiya hai Fayyaz sahib ne, aur unhon ne aap se poocha hai ke</w:t>
      </w:r>
      <w:r>
        <w:br/>
      </w:r>
      <w:r>
        <w:rPr>
          <w:sz w:val="20"/>
        </w:rPr>
        <w:t>51:34  Maulana sahib, can we do DAWA work by using cinema, movies, and documentaries as the medium?</w:t>
      </w:r>
      <w:r>
        <w:br/>
      </w:r>
      <w:r>
        <w:rPr>
          <w:sz w:val="20"/>
        </w:rPr>
        <w:t>51:42  What is your advice to that?</w:t>
      </w:r>
    </w:p>
    <w:p>
      <w:pPr>
        <w:pStyle w:val="Heading2"/>
      </w:pPr>
      <w:r>
        <w:t>Story: angels defend you until you defend yourself</w:t>
      </w:r>
    </w:p>
    <w:p>
      <w:r>
        <w:rPr>
          <w:color w:val="666666"/>
          <w:sz w:val="18"/>
        </w:rPr>
        <w:t>Discovering The Spirit of Ramadan March 16, 2025 · 1m 19s · at 16:43 · https://youtu.be/WrIyg6N7390?t=1003</w:t>
      </w:r>
    </w:p>
    <w:p>
      <w:r>
        <w:rPr>
          <w:i/>
        </w:rPr>
        <w:t>“Abu Bakr once sat with the Prophet, peace be upon him”</w:t>
      </w:r>
    </w:p>
    <w:p>
      <w:r>
        <w:rPr>
          <w:sz w:val="20"/>
        </w:rPr>
        <w:t>16:43  farishtay nahi aayenge is par. aik waqia mujhe yaad aata hai, apa, bohat hi ahem waqia hazrat abubakar r.a. ka hai ke aik martaba hazrat abubakar rasool allah s.a.w. ke sath kisi jagah baithe hue thay.</w:t>
      </w:r>
      <w:r>
        <w:br/>
      </w:r>
      <w:r>
        <w:rPr>
          <w:sz w:val="20"/>
        </w:rPr>
        <w:t>16:54  aik sahab ne aa kar hazrat abubakar ko bura bhala kehna shuru kar diya.</w:t>
      </w:r>
      <w:r>
        <w:br/>
      </w:r>
      <w:r>
        <w:rPr>
          <w:sz w:val="20"/>
        </w:rPr>
        <w:t>16:58  to hazrat abubakar r.a. khamosh rahe, to rasool allah muskara rahe thay. lekin bohat lamba ho gaya un ka bura bhala kehna hazrat abubakar ko.</w:t>
      </w:r>
      <w:r>
        <w:br/>
      </w:r>
      <w:r>
        <w:rPr>
          <w:sz w:val="20"/>
        </w:rPr>
        <w:t>17:08  to hazrat abubakar ne bhi jawab diya. hazrat abubakar ka jawab dena tha ke rasool allah s.a.w. uth kar jaane lagay. ab chounke hazrat abubakar ke liye rasool allah ka uth kar jana zyada nagawar waqia tha banisbat is aadmi ke bura</w:t>
      </w:r>
      <w:r>
        <w:br/>
      </w:r>
      <w:r>
        <w:rPr>
          <w:sz w:val="20"/>
        </w:rPr>
        <w:t>17:23  bhala kehne ke, to foran woh rasool allah ke peechay gaye aur poocha ke allah ke rasool! jab tak mein khamosh tha, aap baithe hue thay aur muskara rahe thay.</w:t>
      </w:r>
      <w:r>
        <w:br/>
      </w:r>
      <w:r>
        <w:rPr>
          <w:sz w:val="20"/>
        </w:rPr>
        <w:t>17:31  lekin jaise hi mein ne un ka jawab diya, us aadmi ka jawab diya, aap uth kar jaane lagay. to kaha: "ae abubakar! kya tum ko maloom nahi hai jab tum khamosh thay to tumhari taraf se farishtay is aadmi ka jawab de rahe thay?</w:t>
      </w:r>
      <w:r>
        <w:br/>
      </w:r>
      <w:r>
        <w:rPr>
          <w:sz w:val="20"/>
        </w:rPr>
        <w:t>17:44  lekin jaise hi tum ne jawab diya, farishtay chalay gaye aur shaitan wahan par aa gaya. to jahan par shaitan hai, wahan par mein nahi reh sakta hoon."</w:t>
      </w:r>
      <w:r>
        <w:br/>
      </w:r>
      <w:r>
        <w:rPr>
          <w:sz w:val="20"/>
        </w:rPr>
        <w:t>17:51  to farishtay jo manfi, aap ne baat batai, bohat ahem hai ke koi bhi manfi zehan jo hoga ya manfi waqia jahan par pesh aa raha hoga, wahan par farishtay nahi aayenge.</w:t>
      </w:r>
    </w:p>
    <w:p>
      <w:pPr>
        <w:pStyle w:val="Heading2"/>
      </w:pPr>
      <w:r>
        <w:t>Ijtihad as reapplication process</w:t>
      </w:r>
    </w:p>
    <w:p>
      <w:r>
        <w:rPr>
          <w:color w:val="666666"/>
          <w:sz w:val="18"/>
        </w:rPr>
        <w:t>An Introduction to Islamic Fiqh July 27, 2007 Maulana Wahiduddin Khan · 2m 04s · at 53:12 · https://youtu.be/6aEZ4hFo1KY?t=3192</w:t>
      </w:r>
    </w:p>
    <w:p>
      <w:r>
        <w:rPr>
          <w:i/>
        </w:rPr>
        <w:t>“Literally Ijtihad means to strive”</w:t>
      </w:r>
    </w:p>
    <w:p>
      <w:r>
        <w:rPr>
          <w:sz w:val="20"/>
        </w:rPr>
        <w:t>53:12  Then what is Ijtihad?</w:t>
      </w:r>
      <w:r>
        <w:br/>
      </w:r>
      <w:r>
        <w:rPr>
          <w:sz w:val="20"/>
        </w:rPr>
        <w:t>53:16  Literally Ijtihad means to strive, to strive. You know Islam is an eternal ideology but situation varies.</w:t>
      </w:r>
      <w:r>
        <w:br/>
      </w:r>
      <w:r>
        <w:rPr>
          <w:sz w:val="20"/>
        </w:rPr>
        <w:t>53:34  Situation varies, situation depends upon civilizational journey.</w:t>
      </w:r>
      <w:r>
        <w:br/>
      </w:r>
      <w:r>
        <w:rPr>
          <w:sz w:val="20"/>
        </w:rPr>
        <w:t>53:42  Civilization is always in journey, civilization is always in travel. So there is always changes in the situation.</w:t>
      </w:r>
      <w:r>
        <w:br/>
      </w:r>
      <w:r>
        <w:rPr>
          <w:sz w:val="20"/>
        </w:rPr>
        <w:t>53:52  So although Islam is an eternal religion but every time there is a question, every time there is a question how to adjust with the changing conditions,</w:t>
      </w:r>
      <w:r>
        <w:br/>
      </w:r>
      <w:r>
        <w:rPr>
          <w:sz w:val="20"/>
        </w:rPr>
        <w:t>54:15  how to accommodate with the changing conditions. So here we need Ijtihad. Ijtihad means at one side you have full knowledge of Islamic teachings.</w:t>
      </w:r>
      <w:r>
        <w:br/>
      </w:r>
      <w:r>
        <w:rPr>
          <w:sz w:val="20"/>
        </w:rPr>
        <w:t>54:36  On one side it means that you have good knowledge in Arabic language, you have good knowledge of Quran and Hadith</w:t>
      </w:r>
      <w:r>
        <w:br/>
      </w:r>
      <w:r>
        <w:rPr>
          <w:sz w:val="20"/>
        </w:rPr>
        <w:t>54:46  . Then you consider the given situation, then you find ways to reapply those eternal principles in your present situation.</w:t>
      </w:r>
      <w:r>
        <w:br/>
      </w:r>
      <w:r>
        <w:rPr>
          <w:sz w:val="20"/>
        </w:rPr>
        <w:t>55:03  So Ijtihad means to find ways of reapplication, to find ways of reapplication of Islam in your situation.</w:t>
      </w:r>
    </w:p>
    <w:p>
      <w:pPr>
        <w:pStyle w:val="Heading2"/>
      </w:pPr>
      <w:r>
        <w:t>Self-decided concessions produce deeper prayer and reflection</w:t>
      </w:r>
    </w:p>
    <w:p>
      <w:r>
        <w:rPr>
          <w:color w:val="666666"/>
          <w:sz w:val="18"/>
        </w:rPr>
        <w:t>Spirit of Worship April 4, 2014 Maulana Wahiduddin Khan · 2m 28s · at 20:10 · https://youtu.be/67oq6WyFJ5I?t=1210</w:t>
      </w:r>
    </w:p>
    <w:p>
      <w:r>
        <w:rPr>
          <w:i/>
        </w:rPr>
        <w:t>“Jab aap khud sochte hain, khud faisla karte hain”</w:t>
      </w:r>
    </w:p>
    <w:p>
      <w:r>
        <w:rPr>
          <w:sz w:val="20"/>
        </w:rPr>
        <w:t>20:10  lekin jab aap khud sochte hain, kisi halat mein aap phanse hue hain, khud sochte hain aur khud faisla karte hain ke mujhe is rukhsat per amal karna chahiye, us waqt yeh ehsas rehta hai aap ke dil mein.</w:t>
      </w:r>
      <w:r>
        <w:br/>
      </w:r>
      <w:r>
        <w:rPr>
          <w:sz w:val="20"/>
        </w:rPr>
        <w:t>20:29  ehsas aata hai ke pata nahi maine rukhsat ka jo option liya hai, woh sahi hai ya galat hai.</w:t>
      </w:r>
      <w:r>
        <w:br/>
      </w:r>
      <w:r>
        <w:rPr>
          <w:sz w:val="20"/>
        </w:rPr>
        <w:t>20:38  pata nahi maine jo rukhsat ka option liya hai, woh sahi hai ya galat. yeh jo ehsas hai, yeh bohat bari ibadat hai.</w:t>
      </w:r>
      <w:r>
        <w:br/>
      </w:r>
      <w:r>
        <w:rPr>
          <w:sz w:val="20"/>
        </w:rPr>
        <w:t>20:46  yeh ehsas jo hai, yeh bohat bari ibadat hai ke pata nahi mera option sahi hai ya galat hai.</w:t>
      </w:r>
      <w:r>
        <w:br/>
      </w:r>
      <w:r>
        <w:rPr>
          <w:sz w:val="20"/>
        </w:rPr>
        <w:t>20:56  us waqt duayein aap karte hain, khuda ya, mere option ko qabool kar le.</w:t>
      </w:r>
      <w:r>
        <w:br/>
      </w:r>
      <w:r>
        <w:rPr>
          <w:sz w:val="20"/>
        </w:rPr>
        <w:t>21:01  agar fuqih ke banaye hue, fuqih ki batayi hui sharton ke mutabiq amal hai to dua nahi niklegi aap ko. tab to yeh hoga ke jo jo fuqih shartein hain, us ke mutabiq maine kar diya.</w:t>
      </w:r>
      <w:r>
        <w:br/>
      </w:r>
      <w:r>
        <w:rPr>
          <w:sz w:val="20"/>
        </w:rPr>
        <w:t>21:15  lekin jab khud se option lete hain ke yahan mujhe falan rukhsat per amal karna chahiye, to aap ke dil mein ek ek ek ek jazba aata hai is baat ka ke pata nahi maine sahi option liya ya galat option liya.</w:t>
      </w:r>
      <w:r>
        <w:br/>
      </w:r>
      <w:r>
        <w:rPr>
          <w:sz w:val="20"/>
        </w:rPr>
        <w:t>21:33  is se duayein nikalti hain, duayein nikalti hain is se aur aap Allah se qareeb ho jate hain.</w:t>
      </w:r>
      <w:r>
        <w:br/>
      </w:r>
      <w:r>
        <w:rPr>
          <w:sz w:val="20"/>
        </w:rPr>
        <w:t>21:42  wusjud waghera ka moamla ho jata hai</w:t>
      </w:r>
      <w:r>
        <w:br/>
      </w:r>
      <w:r>
        <w:rPr>
          <w:sz w:val="20"/>
        </w:rPr>
        <w:t>21:47  aur aap ki thinking bhi izafa hota hai. yani yeh ek ek mehmez hota hoga ke aap ki thinking barhe, aap ki thinking barhe.</w:t>
      </w:r>
      <w:r>
        <w:br/>
      </w:r>
      <w:r>
        <w:rPr>
          <w:sz w:val="20"/>
        </w:rPr>
        <w:t>22:00  yani kaifiyat bhi barhti hain aur tafkir bhi barhti hai.</w:t>
      </w:r>
      <w:r>
        <w:br/>
      </w:r>
      <w:r>
        <w:rPr>
          <w:sz w:val="20"/>
        </w:rPr>
        <w:t>22:06  aap bohat sochte hain, bohat sochte hain, bohat sochte hain ke yeh rukhsat jo main le raha hoon, to mujhe lena chahiye ya nahi lena chahiye.</w:t>
      </w:r>
      <w:r>
        <w:br/>
      </w:r>
      <w:r>
        <w:rPr>
          <w:sz w:val="20"/>
        </w:rPr>
        <w:t>22:19  to tafkeeri amal aap ke andar paida hota hai, thinking process aap ke andar jaari hota hai.</w:t>
      </w:r>
      <w:r>
        <w:br/>
      </w:r>
      <w:r>
        <w:rPr>
          <w:sz w:val="20"/>
        </w:rPr>
        <w:t>22:27  to baaz baar kaifiyat bhi aap ke andar izafa hota hai aur baaz baar tafkeeri amal bhi aap ke andar izafa hota hai.</w:t>
      </w:r>
    </w:p>
    <w:p>
      <w:pPr>
        <w:pStyle w:val="Heading2"/>
      </w:pPr>
      <w:r>
        <w:t>Realization of God is entry to paradise</w:t>
      </w:r>
    </w:p>
    <w:p>
      <w:r>
        <w:rPr>
          <w:color w:val="666666"/>
          <w:sz w:val="18"/>
        </w:rPr>
        <w:t>Hadith Literature - Part-2 (English) March 08, 2007 Maulana Wahiduddin Khan · 1m 37s · at 9:45 · https://youtu.be/xFrbel0h2YQ?t=585</w:t>
      </w:r>
    </w:p>
    <w:p>
      <w:r>
        <w:rPr>
          <w:i/>
        </w:rPr>
        <w:t>“Prophet of Islam has said, Man 'arafa an la ilaha illa Allah dakhala al-jannah”</w:t>
      </w:r>
    </w:p>
    <w:p>
      <w:r>
        <w:rPr>
          <w:sz w:val="20"/>
        </w:rPr>
        <w:t>9:45  Prophet of Islam has said, "Man Arafa Allahu illa Allah Dakhla al-Jannah." One who realizes that there is</w:t>
      </w:r>
      <w:r>
        <w:br/>
      </w:r>
      <w:r>
        <w:rPr>
          <w:sz w:val="20"/>
        </w:rPr>
        <w:t>9:54  no God but one God, he will find entry into Paradise.</w:t>
      </w:r>
      <w:r>
        <w:br/>
      </w:r>
      <w:r>
        <w:rPr>
          <w:sz w:val="20"/>
        </w:rPr>
        <w:t>10:04  It is very, very important because this Hadith tells us—this Hadith tells us that what is the starting</w:t>
      </w:r>
      <w:r>
        <w:br/>
      </w:r>
      <w:r>
        <w:rPr>
          <w:sz w:val="20"/>
        </w:rPr>
        <w:t>10:14  point of Islam?</w:t>
      </w:r>
      <w:r>
        <w:br/>
      </w:r>
      <w:r>
        <w:rPr>
          <w:sz w:val="20"/>
        </w:rPr>
        <w:t>10:24  What is the starting point of this faith?</w:t>
      </w:r>
      <w:r>
        <w:br/>
      </w:r>
      <w:r>
        <w:rPr>
          <w:sz w:val="20"/>
        </w:rPr>
        <w:t>10:29  It is realization.</w:t>
      </w:r>
      <w:r>
        <w:br/>
      </w:r>
      <w:r>
        <w:rPr>
          <w:sz w:val="20"/>
        </w:rPr>
        <w:t>10:34  It is discovery.</w:t>
      </w:r>
      <w:r>
        <w:br/>
      </w:r>
      <w:r>
        <w:rPr>
          <w:sz w:val="20"/>
        </w:rPr>
        <w:t>10:40  So in Arabic, it is al-Ma'rifah.</w:t>
      </w:r>
      <w:r>
        <w:br/>
      </w:r>
      <w:r>
        <w:rPr>
          <w:sz w:val="20"/>
        </w:rPr>
        <w:t>10:45  Ma'rifah means realization.</w:t>
      </w:r>
      <w:r>
        <w:br/>
      </w:r>
      <w:r>
        <w:rPr>
          <w:sz w:val="20"/>
        </w:rPr>
        <w:t>10:51  So the starting point of Islam is realization and not simply recitation of Kalima.</w:t>
      </w:r>
      <w:r>
        <w:br/>
      </w:r>
      <w:r>
        <w:rPr>
          <w:sz w:val="20"/>
        </w:rPr>
        <w:t>10:56  Are born in a Muslim family, there is no starting point of Islam.</w:t>
      </w:r>
      <w:r>
        <w:br/>
      </w:r>
      <w:r>
        <w:rPr>
          <w:sz w:val="20"/>
        </w:rPr>
        <w:t>11:02  Your Islam begins when you realize or discover the truth of Islam, the truth of God's existence.</w:t>
      </w:r>
      <w:r>
        <w:br/>
      </w:r>
      <w:r>
        <w:rPr>
          <w:sz w:val="20"/>
        </w:rPr>
        <w:t>11:22  So when you discover God, when you discover the truth of God, then your Islam begins.</w:t>
      </w:r>
    </w:p>
    <w:p>
      <w:pPr>
        <w:pStyle w:val="Heading2"/>
      </w:pPr>
      <w:r>
        <w:t>Tawaf symbolizes God-centered life</w:t>
      </w:r>
    </w:p>
    <w:p>
      <w:r>
        <w:rPr>
          <w:color w:val="666666"/>
          <w:sz w:val="18"/>
        </w:rPr>
        <w:t>Hajj and Its Application in Daily Life October 20, 2007 Maulana Wahiduddin Khan · 2m 11s · at 18:53 · https://youtu.be/z_FspKZhl5s?t=1133</w:t>
      </w:r>
    </w:p>
    <w:p>
      <w:r>
        <w:rPr>
          <w:i/>
        </w:rPr>
        <w:t>“Then you reach Makkah and the first act is طواف”</w:t>
      </w:r>
    </w:p>
    <w:p>
      <w:r>
        <w:rPr>
          <w:sz w:val="20"/>
        </w:rPr>
        <w:t>18:53  you reach Makkah and the first act required at Makkah is tawaf—tawaf e kaba.</w:t>
      </w:r>
      <w:r>
        <w:br/>
      </w:r>
      <w:r>
        <w:rPr>
          <w:sz w:val="20"/>
        </w:rPr>
        <w:t>19:07  This is the first act. So when you reach Kaba, you perform tawaf seven times.</w:t>
      </w:r>
      <w:r>
        <w:br/>
      </w:r>
      <w:r>
        <w:rPr>
          <w:sz w:val="20"/>
        </w:rPr>
        <w:t>19:24  Now, what is tawaf?</w:t>
      </w:r>
      <w:r>
        <w:br/>
      </w:r>
      <w:r>
        <w:rPr>
          <w:sz w:val="20"/>
        </w:rPr>
        <w:t>19:27  Tawaf is not also not a simply a ritual. Tawaf is also not simply a ritual.</w:t>
      </w:r>
      <w:r>
        <w:br/>
      </w:r>
      <w:r>
        <w:rPr>
          <w:sz w:val="20"/>
        </w:rPr>
        <w:t>19:39  Tawaf is a reality. Tawaf involves a great spirit. Tawaf is a symbol of divine spirit.</w:t>
      </w:r>
      <w:r>
        <w:br/>
      </w:r>
      <w:r>
        <w:rPr>
          <w:sz w:val="20"/>
        </w:rPr>
        <w:t>19:53  You are showing by this tawaf that you have—that God is your sole concern—that now you have adopted a new life.</w:t>
      </w:r>
      <w:r>
        <w:br/>
      </w:r>
      <w:r>
        <w:rPr>
          <w:sz w:val="20"/>
        </w:rPr>
        <w:t>20:08  You have made God your sole concern.</w:t>
      </w:r>
      <w:r>
        <w:br/>
      </w:r>
      <w:r>
        <w:rPr>
          <w:sz w:val="20"/>
        </w:rPr>
        <w:t>20:15  You have adopted God-centered life, God-oriented life, God-oriented culture.</w:t>
      </w:r>
      <w:r>
        <w:br/>
      </w:r>
      <w:r>
        <w:rPr>
          <w:sz w:val="20"/>
        </w:rPr>
        <w:t>20:27  So tawaf is not a</w:t>
      </w:r>
      <w:r>
        <w:br/>
      </w:r>
      <w:r>
        <w:rPr>
          <w:sz w:val="20"/>
        </w:rPr>
        <w:t>20:33  simply a ritual. tawaf symbolizes a great reality—that is making God your sole concern.</w:t>
      </w:r>
      <w:r>
        <w:br/>
      </w:r>
      <w:r>
        <w:rPr>
          <w:sz w:val="20"/>
        </w:rPr>
        <w:t>20:50  And when you make God your sole concern, it revolutionizes your life. It is a great—it is a great event in your life.</w:t>
      </w:r>
    </w:p>
    <w:p>
      <w:pPr>
        <w:pStyle w:val="Heading2"/>
      </w:pPr>
      <w:r>
        <w:t>Gratitude for water digestion</w:t>
      </w:r>
    </w:p>
    <w:p>
      <w:r>
        <w:rPr>
          <w:color w:val="666666"/>
          <w:sz w:val="18"/>
        </w:rPr>
        <w:t>Islam in Daily Life | December 18, 2007 · 3m 00s · at 44:45 · https://youtu.be/wLp27oWti4c?t=2685</w:t>
      </w:r>
    </w:p>
    <w:p>
      <w:r>
        <w:rPr>
          <w:i/>
        </w:rPr>
        <w:t>“Hazrat Umar ne pani piya, shukr kiya”</w:t>
      </w:r>
    </w:p>
    <w:p>
      <w:r>
        <w:rPr>
          <w:sz w:val="20"/>
        </w:rPr>
        <w:t>44:45  uda ko yaad karte rahen. yeh hai zikr. yeh hai zikr. hazrat umar ko pyaas lagi. un ko pani laya gaya. ek glass pani piya unhone. jante hain unhone kya kaha? ab woh bhi dekhiye us ko zikr banaya unhone. zikr ek conversion hai. yaani pani peene ko convert kiya unhone</w:t>
      </w:r>
      <w:r>
        <w:br/>
      </w:r>
      <w:r>
        <w:rPr>
          <w:sz w:val="20"/>
        </w:rPr>
        <w:t>45:15  ek ek khuda ki yaad mein. to zikr basically ek conversion ka naam hai. art of conversion. zikr means to learn the art of conversion. woh kaise? un ko pani laya gaya, unhone pani ko piya. to unhone kaha ke tum ek glass pani pite ho. tumhari body mein pani jata</w:t>
      </w:r>
      <w:r>
        <w:br/>
      </w:r>
      <w:r>
        <w:rPr>
          <w:sz w:val="20"/>
        </w:rPr>
        <w:t>45:45  hai. aur phir woh digest ho jata hai. is par bhi shukr karna hai. kyun ke agar digest na ho to kya ho? tum ne pani piya, pani andar gaya aur digest ho kar tumhari body ka part ban gaya woh. is par bhi shukr karna hai. dekhiye main ne ek insaan ko dekha hai. adham garh mein</w:t>
      </w:r>
      <w:r>
        <w:br/>
      </w:r>
      <w:r>
        <w:rPr>
          <w:sz w:val="20"/>
        </w:rPr>
        <w:t>46:15  adam garh ke town billare ganj mein.</w:t>
      </w:r>
      <w:r>
        <w:br/>
      </w:r>
      <w:r>
        <w:rPr>
          <w:sz w:val="20"/>
        </w:rPr>
        <w:t>46:19  wahan par ek doctor ayub sahab the, un ke paas mein gaya.</w:t>
      </w:r>
      <w:r>
        <w:br/>
      </w:r>
      <w:r>
        <w:rPr>
          <w:sz w:val="20"/>
        </w:rPr>
        <w:t>46:23  ek aadmi wahan aaya hua tha, ek patient.</w:t>
      </w:r>
      <w:r>
        <w:br/>
      </w:r>
      <w:r>
        <w:rPr>
          <w:sz w:val="20"/>
        </w:rPr>
        <w:t>46:27  us ka jab us ka jo body tha sookha hua tha bilkul, sookha hua.</w:t>
      </w:r>
      <w:r>
        <w:br/>
      </w:r>
      <w:r>
        <w:rPr>
          <w:sz w:val="20"/>
        </w:rPr>
        <w:t>46:30  jaise jo kehte hain bhosa, husk.</w:t>
      </w:r>
      <w:r>
        <w:br/>
      </w:r>
      <w:r>
        <w:rPr>
          <w:sz w:val="20"/>
        </w:rPr>
        <w:t>46:34  husk.</w:t>
      </w:r>
      <w:r>
        <w:br/>
      </w:r>
      <w:r>
        <w:rPr>
          <w:sz w:val="20"/>
        </w:rPr>
        <w:t>46:38  sab bhosa lag raha tha.</w:t>
      </w:r>
      <w:r>
        <w:br/>
      </w:r>
      <w:r>
        <w:rPr>
          <w:sz w:val="20"/>
        </w:rPr>
        <w:t>46:42  to maine poocha ke is ka kya mamla hai?</w:t>
      </w:r>
      <w:r>
        <w:br/>
      </w:r>
      <w:r>
        <w:rPr>
          <w:sz w:val="20"/>
        </w:rPr>
        <w:t>46:46  yeh meri aankh ko dekha waqea bata raha hoon aap ko.</w:t>
      </w:r>
      <w:r>
        <w:br/>
      </w:r>
      <w:r>
        <w:rPr>
          <w:sz w:val="20"/>
        </w:rPr>
        <w:t>46:51  unhon ne kaha ke is ke is ka jo system hai is system mein koi aisa defect hai</w:t>
      </w:r>
      <w:r>
        <w:br/>
      </w:r>
      <w:r>
        <w:rPr>
          <w:sz w:val="20"/>
        </w:rPr>
        <w:t>46:56  ke yeh pani nahi pee sakta.</w:t>
      </w:r>
      <w:r>
        <w:br/>
      </w:r>
      <w:r>
        <w:rPr>
          <w:sz w:val="20"/>
        </w:rPr>
        <w:t>47:01  bachpan mein aisa nahi tha.</w:t>
      </w:r>
      <w:r>
        <w:br/>
      </w:r>
      <w:r>
        <w:rPr>
          <w:sz w:val="20"/>
        </w:rPr>
        <w:t>47:06  baad ko ho gaya ke koi defect aa gaya aisa ke pani pee nahi sakta woh.</w:t>
      </w:r>
      <w:r>
        <w:br/>
      </w:r>
      <w:r>
        <w:rPr>
          <w:sz w:val="20"/>
        </w:rPr>
        <w:t>47:11  to jo pani nahi pee sakta tha woh bla pani ke woh zindagi guzar raha tha woh. to kya</w:t>
      </w:r>
      <w:r>
        <w:br/>
      </w:r>
      <w:r>
        <w:rPr>
          <w:sz w:val="20"/>
        </w:rPr>
        <w:t>47:16  hua ke body is ka sookh gaya, bhusi ki tarah ho gaya. ajeeb!</w:t>
      </w:r>
      <w:r>
        <w:br/>
      </w:r>
      <w:r>
        <w:rPr>
          <w:sz w:val="20"/>
        </w:rPr>
        <w:t>47:20  dekhne mein ajeeb haal tha is ka.</w:t>
      </w:r>
      <w:r>
        <w:br/>
      </w:r>
      <w:r>
        <w:rPr>
          <w:sz w:val="20"/>
        </w:rPr>
        <w:t>47:24  to aap sochiye ke Hazrat Umar ne kitni sahi baat kahi.</w:t>
      </w:r>
      <w:r>
        <w:br/>
      </w:r>
      <w:r>
        <w:rPr>
          <w:sz w:val="20"/>
        </w:rPr>
        <w:t>47:29  keh tum aik glass pani piyo to tumhari body mein woh jaye aur phir woh digest ho jaye.</w:t>
      </w:r>
      <w:r>
        <w:br/>
      </w:r>
      <w:r>
        <w:rPr>
          <w:sz w:val="20"/>
        </w:rPr>
        <w:t>47:33  kyun keh pani ka function aap jante hain bohat ziyada hai body mein.</w:t>
      </w:r>
      <w:r>
        <w:br/>
      </w:r>
      <w:r>
        <w:rPr>
          <w:sz w:val="20"/>
        </w:rPr>
        <w:t>47:37  bohat ziyada body pani ka function hai.</w:t>
      </w:r>
      <w:r>
        <w:br/>
      </w:r>
      <w:r>
        <w:rPr>
          <w:sz w:val="20"/>
        </w:rPr>
        <w:t>47:41  pani ka sara agar aap pani na piyen to</w:t>
      </w:r>
    </w:p>
    <w:p>
      <w:pPr>
        <w:pStyle w:val="Heading2"/>
      </w:pPr>
      <w:r>
        <w:t>Hadith: safety, health and food equal the whole world</w:t>
      </w:r>
    </w:p>
    <w:p>
      <w:r>
        <w:rPr>
          <w:color w:val="666666"/>
          <w:sz w:val="18"/>
        </w:rPr>
        <w:t>Message on Eid al-Fitr March 31, 2025 · 1m 05s · at 6:29 · https://youtu.be/Jy7FoybhCUc?t=389</w:t>
      </w:r>
    </w:p>
    <w:p>
      <w:r>
        <w:rPr>
          <w:i/>
        </w:rPr>
        <w:t>“मन असबहा मिनकुम आमिनन”</w:t>
      </w:r>
    </w:p>
    <w:p>
      <w:r>
        <w:rPr>
          <w:sz w:val="20"/>
        </w:rPr>
        <w:t>6:29  yaani god is wait.</w:t>
      </w:r>
      <w:r>
        <w:br/>
      </w:r>
      <w:r>
        <w:rPr>
          <w:sz w:val="20"/>
        </w:rPr>
        <w:t>6:38  to yeh baar baar jo dauraana hai iska matlab hai ki allah taala ki nematton ka idraak, allah</w:t>
      </w:r>
      <w:r>
        <w:br/>
      </w:r>
      <w:r>
        <w:rPr>
          <w:sz w:val="20"/>
        </w:rPr>
        <w:t>6:47  ki jo nematein hain uska shukr ada karne ka din hai aur, hadith mein aata hai, man asbaha</w:t>
      </w:r>
      <w:r>
        <w:br/>
      </w:r>
      <w:r>
        <w:rPr>
          <w:sz w:val="20"/>
        </w:rPr>
        <w:t>6:56  Min kum aameneen ki sir bhi one who wakes up in his house and he feels safe and secure.</w:t>
      </w:r>
      <w:r>
        <w:br/>
      </w:r>
      <w:r>
        <w:rPr>
          <w:sz w:val="20"/>
        </w:rPr>
        <w:t>7:06  waafihi fis sihatihi, and he is healthy in his body. wa indahu ta'amu yawmihi, and he has food for that day, food for one day. yaani jisko yeh saari cheezein hasil hain, usko as if the whole world has been gathered for him.</w:t>
      </w:r>
      <w:r>
        <w:br/>
      </w:r>
      <w:r>
        <w:rPr>
          <w:sz w:val="20"/>
        </w:rPr>
        <w:t>7:34  isi tarike ke, to is tarike se yaani eid ka din, gratitude ka din ban jata hai aur thanksgiving ka din ban jata hai. isi tarah se rasoolullah sallam ne farmaya arba'un. char baatein batai.</w:t>
      </w:r>
    </w:p>
    <w:p>
      <w:pPr>
        <w:pStyle w:val="Heading2"/>
      </w:pPr>
      <w:r>
        <w:t>A bedouin threatens the Prophet with a sword</w:t>
      </w:r>
    </w:p>
    <w:p>
      <w:r>
        <w:rPr>
          <w:color w:val="666666"/>
          <w:sz w:val="18"/>
        </w:rPr>
        <w:t>The Spirit Hajj December 10, 2006 · 2m 26s · at 1:29:58 · https://youtu.be/ZpChhBy6lvU?t=5398</w:t>
      </w:r>
    </w:p>
    <w:p>
      <w:r>
        <w:rPr>
          <w:i/>
        </w:rPr>
        <w:t>“Ek badu jo mushrik tha, usne dekh liya, aap ek ped ke neeche baithe the”</w:t>
      </w:r>
    </w:p>
    <w:p>
      <w:r>
        <w:rPr>
          <w:sz w:val="20"/>
        </w:rPr>
        <w:t>1:29:58  chunancha ek waqe aata hai ke rasool Allah ek bar thay safar mein.</w:t>
      </w:r>
      <w:r>
        <w:br/>
      </w:r>
      <w:r>
        <w:rPr>
          <w:sz w:val="20"/>
        </w:rPr>
        <w:t>1:30:03  to ek badu jo mushrik tha. us ne dekh liya. ek peed ke neeche aap baithe hue thay. to us ke pas suit thi talwar.</w:t>
      </w:r>
      <w:r>
        <w:br/>
      </w:r>
      <w:r>
        <w:rPr>
          <w:sz w:val="20"/>
        </w:rPr>
        <w:t>1:30:16  woh aaya aur talwar le kar khada ho gaya. ke muhammad aaj maine pa liya tum ko aaj to main am ko marun ga.</w:t>
      </w:r>
      <w:r>
        <w:br/>
      </w:r>
      <w:r>
        <w:rPr>
          <w:sz w:val="20"/>
        </w:rPr>
        <w:t>1:30:25  to kaun hai us ne us ne kaha ke kaun hai jo tum ko bachaye mujh se. man yahmeek mini ya muhammad.</w:t>
      </w:r>
      <w:r>
        <w:br/>
      </w:r>
      <w:r>
        <w:rPr>
          <w:sz w:val="20"/>
        </w:rPr>
        <w:t>1:30:34  is badu ne talwar le kar kaha. ke muhammad tum ko maine akele yahan pa liya hai. to man yahmeek mini ya muhammad. aye muhammad tum ko mujh se kaun bachaye ga.</w:t>
      </w:r>
      <w:r>
        <w:br/>
      </w:r>
      <w:r>
        <w:rPr>
          <w:sz w:val="20"/>
        </w:rPr>
        <w:t>1:30:47  to aap ne kaha Allah</w:t>
      </w:r>
      <w:r>
        <w:br/>
      </w:r>
      <w:r>
        <w:rPr>
          <w:sz w:val="20"/>
        </w:rPr>
        <w:t>1:30:50  . jab aap ne kaha Allah. to is badu jo tha. us ke phir. andar se itna demoralize hua. ke us ne.</w:t>
      </w:r>
      <w:r>
        <w:br/>
      </w:r>
      <w:r>
        <w:rPr>
          <w:sz w:val="20"/>
        </w:rPr>
        <w:t>1:31:00  talwar rakh di. aur. yani aap ka hamla nahin kiya. to log us ko log samajhte hain is ko moajza hamari kitabon mein aata hai waqiat aur koi moajza samajhte hain.</w:t>
      </w:r>
      <w:r>
        <w:br/>
      </w:r>
      <w:r>
        <w:rPr>
          <w:sz w:val="20"/>
        </w:rPr>
        <w:t>1:31:12  main samajhta hoon ke moajza nahin hai yeh. insaan ki fitrat address ho jati hai jab aap aisa kehte hain to.</w:t>
      </w:r>
      <w:r>
        <w:br/>
      </w:r>
      <w:r>
        <w:rPr>
          <w:sz w:val="20"/>
        </w:rPr>
        <w:t>1:31:18  insaan ki fitrat yeh hai ke. koi mujh se bara hai. koi supreme hai. yeh fitrat mein hai insaan ki. to woh jab aap aisi boli bolte hain koi jis se uska woh fitrat address ho jaye.</w:t>
      </w:r>
      <w:r>
        <w:br/>
      </w:r>
      <w:r>
        <w:rPr>
          <w:sz w:val="20"/>
        </w:rPr>
        <w:t>1:31:33  to phir hausla kho deta hai woh. jab rasool Allah ne kaha ke Allah mujhe bachaye ga. to woh aadmi ne hausla kho diya.</w:t>
      </w:r>
      <w:r>
        <w:br/>
      </w:r>
      <w:r>
        <w:rPr>
          <w:sz w:val="20"/>
        </w:rPr>
        <w:t>1:31:42  phir us ki himmat nahin hui hamla karne ki.</w:t>
      </w:r>
      <w:r>
        <w:br/>
      </w:r>
      <w:r>
        <w:rPr>
          <w:sz w:val="20"/>
        </w:rPr>
        <w:t>1:31:45  to maine yeh paya hai ke. yeh jo cheez hai. hamara aqeedah. yeh bohat bari cheez hai. bohat bari cheez hai.</w:t>
      </w:r>
      <w:r>
        <w:br/>
      </w:r>
      <w:r>
        <w:rPr>
          <w:sz w:val="20"/>
        </w:rPr>
        <w:t>1:31:58  yani us waqt bhi hamari madad karta hai yeh jab ke koi madadgar hamare liye maujood na ho. jab aap kehte hain ke khuda mujhe bachaye ga. khuda mere sath hai.</w:t>
      </w:r>
      <w:r>
        <w:br/>
      </w:r>
      <w:r>
        <w:rPr>
          <w:sz w:val="20"/>
        </w:rPr>
        <w:t>1:32:10  is aadmi ka ki fitrat address ho jati hai.</w:t>
      </w:r>
      <w:r>
        <w:br/>
      </w:r>
      <w:r>
        <w:rPr>
          <w:sz w:val="20"/>
        </w:rPr>
        <w:t>1:32:13  ke woh woh supreme. jis ko mein mera fitrat supreme maan raha hai woh us ke peechay hai. mein us ka kiya bigaar sakta hoon.</w:t>
      </w:r>
    </w:p>
    <w:p>
      <w:pPr>
        <w:pStyle w:val="Heading2"/>
      </w:pPr>
      <w:r>
        <w:t>introduction to Ramadan, the five pillars, and meaning of fasting</w:t>
      </w:r>
    </w:p>
    <w:p>
      <w:r>
        <w:rPr>
          <w:color w:val="666666"/>
          <w:sz w:val="18"/>
        </w:rPr>
        <w:t>Ramadan The Month of Fasting August 29, 2008 Maulana Wahiduddin Khan · 2m 02s · at 0:36 · https://youtu.be/DcDEAI5bgAg?t=36</w:t>
      </w:r>
    </w:p>
    <w:p>
      <w:r>
        <w:rPr>
          <w:i/>
        </w:rPr>
        <w:t>“Today's topic: Ramadan, the month of fasting”</w:t>
      </w:r>
    </w:p>
    <w:p>
      <w:r>
        <w:rPr>
          <w:sz w:val="20"/>
        </w:rPr>
        <w:t>0:36  aaj ka topic hai:</w:t>
      </w:r>
      <w:r>
        <w:br/>
      </w:r>
      <w:r>
        <w:rPr>
          <w:sz w:val="20"/>
        </w:rPr>
        <w:t>0:41  Ramadan the month of fasting, yani roze ka mahina.</w:t>
      </w:r>
      <w:r>
        <w:br/>
      </w:r>
      <w:r>
        <w:rPr>
          <w:sz w:val="20"/>
        </w:rPr>
        <w:t>0:54  Payambar e Islam Salallahu Alaihi Wasallam ki ek hadith ke mutabiq</w:t>
      </w:r>
      <w:r>
        <w:br/>
      </w:r>
      <w:r>
        <w:rPr>
          <w:sz w:val="20"/>
        </w:rPr>
        <w:t>1:01  islam ke panch rukn hain, yaani panch pillars hain:</w:t>
      </w:r>
      <w:r>
        <w:br/>
      </w:r>
      <w:r>
        <w:rPr>
          <w:sz w:val="20"/>
        </w:rPr>
        <w:t>1:08  imaan, namaz, roza, hajj, aur zakat. is ko kaha jata hai arkan e khamsa.</w:t>
      </w:r>
      <w:r>
        <w:br/>
      </w:r>
      <w:r>
        <w:rPr>
          <w:sz w:val="20"/>
        </w:rPr>
        <w:t>1:22  in panch arkan mein se ek hai roza.</w:t>
      </w:r>
      <w:r>
        <w:br/>
      </w:r>
      <w:r>
        <w:rPr>
          <w:sz w:val="20"/>
        </w:rPr>
        <w:t>1:29  roza poore ek mahine ke liye hota hai, hijri calendar ka nawaan mahina, jis ko ramzan kaha jata hai.</w:t>
      </w:r>
      <w:r>
        <w:br/>
      </w:r>
      <w:r>
        <w:rPr>
          <w:sz w:val="20"/>
        </w:rPr>
        <w:t>1:42  is mahine mein poore ek mahine ke liye roza rakhna yeh hai islam ke panch arkan mein se ek rukn.</w:t>
      </w:r>
      <w:r>
        <w:br/>
      </w:r>
      <w:r>
        <w:rPr>
          <w:sz w:val="20"/>
        </w:rPr>
        <w:t>1:58  urdu mein is ko roza kehte hain, angrezi mein fasting kehte hain, arabic mein is ko saum kaha jata hai.</w:t>
      </w:r>
      <w:r>
        <w:br/>
      </w:r>
      <w:r>
        <w:rPr>
          <w:sz w:val="20"/>
        </w:rPr>
        <w:t>2:11  saum ka matlab hai abstinance, rukna. hadith mein kaha gaya hai ramzan ko shahr e sabr, sabr ka mahina.</w:t>
      </w:r>
      <w:r>
        <w:br/>
      </w:r>
      <w:r>
        <w:rPr>
          <w:sz w:val="20"/>
        </w:rPr>
        <w:t>2:27  to rukne ka mahina ya sabr karne ka mahina dono ek hi baat hain, yaani patience ka mahina.</w:t>
      </w:r>
      <w:r>
        <w:br/>
      </w:r>
      <w:r>
        <w:rPr>
          <w:sz w:val="20"/>
        </w:rPr>
        <w:t>2:39  to bazahir roze ke zamane mein yeh hota hai ke din ke waqt, yaani subah sadiq se suraj ke gharub hone tak, khana aur peena chhod diya jata hai.</w:t>
      </w:r>
    </w:p>
    <w:p>
      <w:pPr>
        <w:pStyle w:val="Heading2"/>
      </w:pPr>
      <w:r>
        <w:t>patience as the key to concentration in prayer</w:t>
      </w:r>
    </w:p>
    <w:p>
      <w:r>
        <w:rPr>
          <w:color w:val="666666"/>
          <w:sz w:val="18"/>
        </w:rPr>
        <w:t>Islamic Prayer (English) February 27, 2007 · 2m 54s · at 52:32 · https://youtu.be/7G6Wa2IGSwE?t=3152</w:t>
      </w:r>
    </w:p>
    <w:p>
      <w:r>
        <w:rPr>
          <w:i/>
        </w:rPr>
        <w:t>“Prayer requires great concentration, and only patience can give you that.”</w:t>
      </w:r>
    </w:p>
    <w:p>
      <w:r>
        <w:rPr>
          <w:sz w:val="20"/>
        </w:rPr>
        <w:t>52:32  there is a verse in the Qur'an: ist'eenoo bis sabri was salat</w:t>
      </w:r>
      <w:r>
        <w:br/>
      </w:r>
      <w:r>
        <w:rPr>
          <w:sz w:val="20"/>
        </w:rPr>
        <w:t>52:41  Seek help</w:t>
      </w:r>
      <w:r>
        <w:br/>
      </w:r>
      <w:r>
        <w:rPr>
          <w:sz w:val="20"/>
        </w:rPr>
        <w:t>52:45  of God by Salat and Sabr, prayer and patience.</w:t>
      </w:r>
      <w:r>
        <w:br/>
      </w:r>
      <w:r>
        <w:rPr>
          <w:sz w:val="20"/>
        </w:rPr>
        <w:t>52:55  This Qur'anic verse tells us that Sabr is also a part of Namaaz.</w:t>
      </w:r>
      <w:r>
        <w:br/>
      </w:r>
      <w:r>
        <w:rPr>
          <w:sz w:val="20"/>
        </w:rPr>
        <w:t>53:07  Sabr is also a part of Namaaz or Islamic prayer. Why? Namaaz or Islamic prayer requires great concentration.</w:t>
      </w:r>
      <w:r>
        <w:br/>
      </w:r>
      <w:r>
        <w:rPr>
          <w:sz w:val="20"/>
        </w:rPr>
        <w:t>53:24  Great, great concentration.</w:t>
      </w:r>
      <w:r>
        <w:br/>
      </w:r>
      <w:r>
        <w:rPr>
          <w:sz w:val="20"/>
        </w:rPr>
        <w:t>53:28  And without Sabr or patience, you cannot attain this kind of concentration.</w:t>
      </w:r>
      <w:r>
        <w:br/>
      </w:r>
      <w:r>
        <w:rPr>
          <w:sz w:val="20"/>
        </w:rPr>
        <w:t>53:44  You know, in this life, every time... In this life, every time, there are distractions, distractions, distractions.</w:t>
      </w:r>
      <w:r>
        <w:br/>
      </w:r>
      <w:r>
        <w:rPr>
          <w:sz w:val="20"/>
        </w:rPr>
        <w:t>53:55  Every time. So you have to save yourself from these distraction</w:t>
      </w:r>
      <w:r>
        <w:br/>
      </w:r>
      <w:r>
        <w:rPr>
          <w:sz w:val="20"/>
        </w:rPr>
        <w:t>54:07  s. And it is Sabr or patience that gives you the strength by which you can restrain yourself from being a victim of those distractions.</w:t>
      </w:r>
      <w:r>
        <w:br/>
      </w:r>
      <w:r>
        <w:rPr>
          <w:sz w:val="20"/>
        </w:rPr>
        <w:t>54:32  So the formula is that</w:t>
      </w:r>
      <w:r>
        <w:br/>
      </w:r>
      <w:r>
        <w:rPr>
          <w:sz w:val="20"/>
        </w:rPr>
        <w:t>54:37  true Salat requires</w:t>
      </w:r>
      <w:r>
        <w:br/>
      </w:r>
      <w:r>
        <w:rPr>
          <w:sz w:val="20"/>
        </w:rPr>
        <w:t>54:42  complete concentration. And</w:t>
      </w:r>
      <w:r>
        <w:br/>
      </w:r>
      <w:r>
        <w:rPr>
          <w:sz w:val="20"/>
        </w:rPr>
        <w:t>54:49  complete concentration can be attained only by saving yourself from all kinds of distractions.</w:t>
      </w:r>
      <w:r>
        <w:br/>
      </w:r>
      <w:r>
        <w:rPr>
          <w:sz w:val="20"/>
        </w:rPr>
        <w:t>55:02  And it is Sabr or patience that gives you that kind of strength</w:t>
      </w:r>
      <w:r>
        <w:br/>
      </w:r>
      <w:r>
        <w:rPr>
          <w:sz w:val="20"/>
        </w:rPr>
        <w:t>55:10  . Only by Sabr, you can save yourself from distractions. So in this sense, Sabr is an integral part of Salat.</w:t>
      </w:r>
    </w:p>
    <w:p>
      <w:pPr>
        <w:pStyle w:val="Heading2"/>
      </w:pPr>
      <w:r>
        <w:t>Arrogance vs modesty: Lord Curzon</w:t>
      </w:r>
    </w:p>
    <w:p>
      <w:r>
        <w:rPr>
          <w:color w:val="666666"/>
          <w:sz w:val="18"/>
        </w:rPr>
        <w:t>Islam in Daily Life | December 18, 2007 · 3m 31s · at 55:55 · https://youtu.be/wLp27oWti4c?t=3355</w:t>
      </w:r>
    </w:p>
    <w:p>
      <w:r>
        <w:rPr>
          <w:i/>
        </w:rPr>
        <w:t>“Lord Curzon the arrogant genius died frustrated”</w:t>
      </w:r>
    </w:p>
    <w:p>
      <w:r>
        <w:rPr>
          <w:sz w:val="20"/>
        </w:rPr>
        <w:t>55:55  hi bara statesman tha Britain ka.</w:t>
      </w:r>
      <w:r>
        <w:br/>
      </w:r>
      <w:r>
        <w:rPr>
          <w:sz w:val="20"/>
        </w:rPr>
        <w:t>56:01  woh yani first world war se pehle India ka viceroy tha woh Lord Curzon.</w:t>
      </w:r>
      <w:r>
        <w:br/>
      </w:r>
      <w:r>
        <w:rPr>
          <w:sz w:val="20"/>
        </w:rPr>
        <w:t>56:07  woh bohat hi brilliant aadmi tha bohat brilliant.</w:t>
      </w:r>
      <w:r>
        <w:br/>
      </w:r>
      <w:r>
        <w:rPr>
          <w:sz w:val="20"/>
        </w:rPr>
        <w:t>56:13  bohat hi learned bhi tha woh.</w:t>
      </w:r>
      <w:r>
        <w:br/>
      </w:r>
      <w:r>
        <w:rPr>
          <w:sz w:val="20"/>
        </w:rPr>
        <w:t>56:20  تو اس کے ایک بائیوگرافیٹر نے لکھا ہے کہ he had no equal</w:t>
      </w:r>
      <w:r>
        <w:br/>
      </w:r>
      <w:r>
        <w:rPr>
          <w:sz w:val="20"/>
        </w:rPr>
        <w:t>56:26  .</w:t>
      </w:r>
      <w:r>
        <w:br/>
      </w:r>
      <w:r>
        <w:rPr>
          <w:sz w:val="20"/>
        </w:rPr>
        <w:t>56:29  Lord Curzon ke bare mein.</w:t>
      </w:r>
      <w:r>
        <w:br/>
      </w:r>
      <w:r>
        <w:rPr>
          <w:sz w:val="20"/>
        </w:rPr>
        <w:t>56:32  he had no equal.</w:t>
      </w:r>
      <w:r>
        <w:br/>
      </w:r>
      <w:r>
        <w:rPr>
          <w:sz w:val="20"/>
        </w:rPr>
        <w:t>56:36  iska koi barabar ka nahi tha.</w:t>
      </w:r>
      <w:r>
        <w:br/>
      </w:r>
      <w:r>
        <w:rPr>
          <w:sz w:val="20"/>
        </w:rPr>
        <w:t>56:39  is ke contemporaries mein iska koi barabar ka nahi tha koi.</w:t>
      </w:r>
      <w:r>
        <w:br/>
      </w:r>
      <w:r>
        <w:rPr>
          <w:sz w:val="20"/>
        </w:rPr>
        <w:t>56:42  he he head no equal.</w:t>
      </w:r>
      <w:r>
        <w:br/>
      </w:r>
      <w:r>
        <w:rPr>
          <w:sz w:val="20"/>
        </w:rPr>
        <w:t>56:46  تو جانتے ہیں کیا ہوا؟ Lord Curzon ایک بہت ہی arrogant آدمی بن گیا۔ arrogant آدمی۔</w:t>
      </w:r>
      <w:r>
        <w:br/>
      </w:r>
      <w:r>
        <w:rPr>
          <w:sz w:val="20"/>
        </w:rPr>
        <w:t>56:49  وہ سمجھتا تھا کہ میں بہت brilliant ہوں، میں بہت ہی learned آدمی ہوں۔</w:t>
      </w:r>
      <w:r>
        <w:br/>
      </w:r>
      <w:r>
        <w:rPr>
          <w:sz w:val="20"/>
        </w:rPr>
        <w:t>56:53  to jab viceroy ki is ka term khatam hua aur</w:t>
      </w:r>
      <w:r>
        <w:br/>
      </w:r>
      <w:r>
        <w:rPr>
          <w:sz w:val="20"/>
        </w:rPr>
        <w:t>56:56  england wapas gaya woh samajhta tha ke mujhe britain ka prime minister hona chahiye.</w:t>
      </w:r>
      <w:r>
        <w:br/>
      </w:r>
      <w:r>
        <w:rPr>
          <w:sz w:val="20"/>
        </w:rPr>
        <w:t>57:00  ke britain mein mujh se bara koi brilliant aadmi nahi hai.</w:t>
      </w:r>
      <w:r>
        <w:br/>
      </w:r>
      <w:r>
        <w:rPr>
          <w:sz w:val="20"/>
        </w:rPr>
        <w:t>57:05  aur prime minister mujh ko banna chahiye.</w:t>
      </w:r>
      <w:r>
        <w:br/>
      </w:r>
      <w:r>
        <w:rPr>
          <w:sz w:val="20"/>
        </w:rPr>
        <w:t>57:09  lekin wahan par jo log thay unhon ne is ko nahi banaya.</w:t>
      </w:r>
      <w:r>
        <w:br/>
      </w:r>
      <w:r>
        <w:rPr>
          <w:sz w:val="20"/>
        </w:rPr>
        <w:t>57:13  prime minister nahi ban saka yeh.</w:t>
      </w:r>
      <w:r>
        <w:br/>
      </w:r>
      <w:r>
        <w:rPr>
          <w:sz w:val="20"/>
        </w:rPr>
        <w:t>57:18  to woh frustration mein mara.</w:t>
      </w:r>
      <w:r>
        <w:br/>
      </w:r>
      <w:r>
        <w:rPr>
          <w:sz w:val="20"/>
        </w:rPr>
        <w:t>57:22  despair mein mara.</w:t>
      </w:r>
      <w:r>
        <w:br/>
      </w:r>
      <w:r>
        <w:rPr>
          <w:sz w:val="20"/>
        </w:rPr>
        <w:t>57:26  aap us ki us ko padhiye us ki biography ko. to aap dekhen ke itna bara brilliant aadmi. us ke paas paisa tha, us ke paas fame thi, us ke paas property thi. us ke paas sab kuch tha. lekin mara woh bilkul frustration mein, despair mein. ab dekhiye yahan par kya hai? us ke andar zikr wali cheez nahi thi. sochne wali baat nahi thi. divine think</w:t>
      </w:r>
      <w:r>
        <w:br/>
      </w:r>
      <w:r>
        <w:rPr>
          <w:sz w:val="20"/>
        </w:rPr>
        <w:t>57:56  ning nahi thi is ke andar.</w:t>
      </w:r>
      <w:r>
        <w:br/>
      </w:r>
      <w:r>
        <w:rPr>
          <w:sz w:val="20"/>
        </w:rPr>
        <w:t>58:01  zikr means divine thinking.</w:t>
      </w:r>
      <w:r>
        <w:br/>
      </w:r>
      <w:r>
        <w:rPr>
          <w:sz w:val="20"/>
        </w:rPr>
        <w:t>58:05  har cheez ko khuda se relate kar ke sochna.</w:t>
      </w:r>
      <w:r>
        <w:br/>
      </w:r>
      <w:r>
        <w:rPr>
          <w:sz w:val="20"/>
        </w:rPr>
        <w:t>58:09  zikr ka matlab hai har cheez ko khuda se relate kar ke sochna.</w:t>
      </w:r>
      <w:r>
        <w:br/>
      </w:r>
      <w:r>
        <w:rPr>
          <w:sz w:val="20"/>
        </w:rPr>
        <w:t>58:13  ab woh kya karta tha? apne ko insaan se relate karta tha.</w:t>
      </w:r>
      <w:r>
        <w:br/>
      </w:r>
      <w:r>
        <w:rPr>
          <w:sz w:val="20"/>
        </w:rPr>
        <w:t>58:18  to doosre insaan lagta tha ke woh is se kam parhe likhe hain, is se kam intelligent hain.</w:t>
      </w:r>
      <w:r>
        <w:br/>
      </w:r>
      <w:r>
        <w:rPr>
          <w:sz w:val="20"/>
        </w:rPr>
        <w:t>58:22  to samajhta tha ke mein zyada hoon, woh kam hain. is se</w:t>
      </w:r>
      <w:r>
        <w:br/>
      </w:r>
      <w:r>
        <w:rPr>
          <w:sz w:val="20"/>
        </w:rPr>
        <w:t>58:26  وہ اس کے اندر کبر آ گیا، arrogance آ گیا۔</w:t>
      </w:r>
      <w:r>
        <w:br/>
      </w:r>
      <w:r>
        <w:rPr>
          <w:sz w:val="20"/>
        </w:rPr>
        <w:t>58:31  agar woh apne aap ko khuda se relate kar ke sochta to kya hota? ke khuda ke muqable</w:t>
      </w:r>
      <w:r>
        <w:br/>
      </w:r>
      <w:r>
        <w:rPr>
          <w:sz w:val="20"/>
        </w:rPr>
        <w:t>58:35  mein mein kuch bhi nahi hoon.</w:t>
      </w:r>
      <w:r>
        <w:br/>
      </w:r>
      <w:r>
        <w:rPr>
          <w:sz w:val="20"/>
        </w:rPr>
        <w:t>58:39  god is great and i am nothing.</w:t>
      </w:r>
      <w:r>
        <w:br/>
      </w:r>
      <w:r>
        <w:rPr>
          <w:sz w:val="20"/>
        </w:rPr>
        <w:t>58:44  to is ke andar modesty aati.</w:t>
      </w:r>
      <w:r>
        <w:br/>
      </w:r>
      <w:r>
        <w:rPr>
          <w:sz w:val="20"/>
        </w:rPr>
        <w:t>58:48  ab dekhiye ke wahi aadmi jo sacha zikr na hone ki wajah se arrogant ban gaya aur frustration mein mara.</w:t>
      </w:r>
      <w:r>
        <w:br/>
      </w:r>
      <w:r>
        <w:rPr>
          <w:sz w:val="20"/>
        </w:rPr>
        <w:t>58:52  wahi aadmi jo hai agar agar woh sachi soch hoti hai is ke andar, khuda ko yaad kar</w:t>
      </w:r>
      <w:r>
        <w:br/>
      </w:r>
      <w:r>
        <w:rPr>
          <w:sz w:val="20"/>
        </w:rPr>
        <w:t>58:56  ta woh. to samajhta hai ke khuda bara hai, main to chota hoon. to us ke andar modesty aati hai. aur modesty is the greatest virtue. aur modesty is the source of all kind of goodness. yeh hai zikr e kaseer. aqool qouli haza wastaghfirullaha li walakum ajmaeen.</w:t>
      </w:r>
    </w:p>
    <w:p>
      <w:pPr>
        <w:pStyle w:val="Heading2"/>
      </w:pPr>
      <w:r>
        <w:t>Suhail ibn Amr's honest regret at Hudaybiyyah</w:t>
      </w:r>
    </w:p>
    <w:p>
      <w:r>
        <w:rPr>
          <w:color w:val="666666"/>
          <w:sz w:val="18"/>
        </w:rPr>
        <w:t>Hajj ek Tareekh-saaz Amal Haqeeqat-E-Hajj Book by Maulana Wahiduddin Khan · 1m 42s · at 14:14 · https://youtu.be/DcyTlpDdbg4?t=854</w:t>
      </w:r>
    </w:p>
    <w:p>
      <w:r>
        <w:rPr>
          <w:i/>
        </w:rPr>
        <w:t>“سہیل ابن عمر نے معاہدے کے الفاظ پر سخت اعتراض کیا۔”</w:t>
      </w:r>
    </w:p>
    <w:p>
      <w:r>
        <w:rPr>
          <w:sz w:val="20"/>
        </w:rPr>
        <w:t>14:14  number do doosri misaal suhail ibn umar ki hai. sulah hudaybiyah ke waqt woh mukhalifeen Islam ke numainda thay.</w:t>
      </w:r>
      <w:r>
        <w:br/>
      </w:r>
      <w:r>
        <w:rPr>
          <w:sz w:val="20"/>
        </w:rPr>
        <w:t>14:26  taweel guft o shuneed ke baad jab muahida likha jaane laga to rasool Allah sal Allah alaihi wasallam ne us ko imla karate hue yeh alfaaz kahehaza ma qada alaihi Muhammad rasool Allah.</w:t>
      </w:r>
      <w:r>
        <w:br/>
      </w:r>
      <w:r>
        <w:rPr>
          <w:sz w:val="20"/>
        </w:rPr>
        <w:t>14:42  suhail ibn umar ne in alfaaz par sakht etraaz kiya. unhone kaha ke Khuda ki qasam agar hum jante ke aap Khuda ke rasool hain to hum aap ko bait Allah se na rokte aur na aap se ladai karte.</w:t>
      </w:r>
      <w:r>
        <w:br/>
      </w:r>
      <w:r>
        <w:rPr>
          <w:sz w:val="20"/>
        </w:rPr>
        <w:t>15:01  wallahi law kunna na'lamu annaka rasoolu Allahi ma sadadna ka'al bayta wala qatalna ka.</w:t>
      </w:r>
      <w:r>
        <w:br/>
      </w:r>
      <w:r>
        <w:rPr>
          <w:sz w:val="20"/>
        </w:rPr>
        <w:t>15:10  baad ki tareekh ne bataya ke suhail ibn umar in alfaaz mein poori tarah saadiq thay. woh waqeatan na samajhne ki wajah se mukhalifat kar rahe thay.</w:t>
      </w:r>
      <w:r>
        <w:br/>
      </w:r>
      <w:r>
        <w:rPr>
          <w:sz w:val="20"/>
        </w:rPr>
        <w:t>15:23  chunancha baad ko jab un ki samajh mein aa gaya ke aap sache paighambar hain to woh imaan laye aur us ke baad apni poori zindagi Islam ki himayat aur taeed mein waqf kar di.</w:t>
      </w:r>
      <w:r>
        <w:br/>
      </w:r>
      <w:r>
        <w:rPr>
          <w:sz w:val="20"/>
        </w:rPr>
        <w:t>15:38  number teen teesri misaal aboo jahal ki hai. aboo jahal ne agarche Islam qubool nahi kiya magar us ke yahan bhi us arab kirdaar ka aisa namoona milta hai jis ki misaal mushkil se kahin doosri jagah milegi.</w:t>
      </w:r>
      <w:r>
        <w:br/>
      </w:r>
      <w:r>
        <w:rPr>
          <w:sz w:val="20"/>
        </w:rPr>
        <w:t>15:57  makki daur ka waqea hai ke ek roz aboo jahal ki mulaqat rasool Allah sal Allah alaihi wasallam se hui. us ne aap ko bohat bura bhala kaha.</w:t>
      </w:r>
    </w:p>
    <w:p>
      <w:pPr>
        <w:pStyle w:val="Heading2"/>
      </w:pPr>
      <w:r>
        <w:t>bedouin man taught four phrases of dhikr</w:t>
      </w:r>
    </w:p>
    <w:p>
      <w:r>
        <w:rPr>
          <w:color w:val="666666"/>
          <w:sz w:val="18"/>
        </w:rPr>
        <w:t>Powerful Life-Changing Quranic Duas with Explanation (English) October 27, 2024 · 1m 50s · at 3:26 · https://youtu.be/4cYteSjPIKw?t=206</w:t>
      </w:r>
    </w:p>
    <w:p>
      <w:r>
        <w:rPr>
          <w:i/>
        </w:rPr>
        <w:t>“A bedouin man came to the Prophet and said, teach me some duas.”</w:t>
      </w:r>
    </w:p>
    <w:p>
      <w:r>
        <w:rPr>
          <w:sz w:val="20"/>
        </w:rPr>
        <w:t>3:26  and the Prophet Muhammad sallallahu alayhi wasallam was teaching his Sahabah, and a Bedouin man came, a village person, not very educated. He said: "Ya Rasulullah, teach me some dua." So the Prophet said:</w:t>
      </w:r>
      <w:r>
        <w:br/>
      </w:r>
      <w:r>
        <w:rPr>
          <w:sz w:val="20"/>
        </w:rPr>
        <w:t>3:46  "yusay subhanallah, alhamdulillah, la ilaha illa Allah, Allah akbar".</w:t>
      </w:r>
      <w:r>
        <w:br/>
      </w:r>
      <w:r>
        <w:rPr>
          <w:sz w:val="20"/>
        </w:rPr>
        <w:t>3:53  so that he can count it: one, two, three, four, and he started going like this. And then he returns. Prophet saw him, and has said: "The prophet said, this means thinking".</w:t>
      </w:r>
      <w:r>
        <w:br/>
      </w:r>
      <w:r>
        <w:rPr>
          <w:sz w:val="20"/>
        </w:rPr>
        <w:t>4:09  sodabidonmankimagitnthe prophet, andsaid: "yarusulallah, subhanallah, alhamdulillah, la ilaha illa Allah, Allah akbar".</w:t>
      </w:r>
      <w:r>
        <w:br/>
      </w:r>
      <w:r>
        <w:rPr>
          <w:sz w:val="20"/>
        </w:rPr>
        <w:t>4:20  dizar al far Allah</w:t>
      </w:r>
      <w:r>
        <w:br/>
      </w:r>
      <w:r>
        <w:rPr>
          <w:sz w:val="20"/>
        </w:rPr>
        <w:t>4:23  ,batwatazfarm? So the prophet said: "When you say Subhanallah, Allah responds, you have spoken the truth".</w:t>
      </w:r>
      <w:r>
        <w:br/>
      </w:r>
      <w:r>
        <w:rPr>
          <w:sz w:val="20"/>
        </w:rPr>
        <w:t>4:36  And when he says alhamdulillah, Allah says: "You have spoken the truth." And when he says la ilaha illa Allah, Allah responds: "You have spoken the truth."</w:t>
      </w:r>
      <w:r>
        <w:br/>
      </w:r>
      <w:r>
        <w:rPr>
          <w:sz w:val="20"/>
        </w:rPr>
        <w:t>4:46  and when you say Allah akbar, Allah says: "You have spoken the truth." And when you say: "O Allah, forgive me</w:t>
      </w:r>
      <w:r>
        <w:br/>
      </w:r>
      <w:r>
        <w:rPr>
          <w:sz w:val="20"/>
        </w:rPr>
        <w:t>4:53  ", Allah says: "I hear and see". And Venus: "O Allah, you are seeing me", Allah says: "I hear and see".</w:t>
      </w:r>
      <w:r>
        <w:br/>
      </w:r>
      <w:r>
        <w:rPr>
          <w:sz w:val="20"/>
        </w:rPr>
        <w:t>5:02  and when you say: "Allah, provide for me?", Allah says: "I heard you." So this is a, so the Bedouin man is counting on his fingers, and he went away.</w:t>
      </w:r>
    </w:p>
    <w:p>
      <w:pPr>
        <w:pStyle w:val="Heading2"/>
      </w:pPr>
      <w:r>
        <w:t>prayer's closing greeting as a pledge of peace to all</w:t>
      </w:r>
    </w:p>
    <w:p>
      <w:r>
        <w:rPr>
          <w:color w:val="666666"/>
          <w:sz w:val="18"/>
        </w:rPr>
        <w:t>Islamic Prayer (English) February 27, 2007 · 2m 00s · at 25:52 · https://youtu.be/7G6Wa2IGSwE?t=1552</w:t>
      </w:r>
    </w:p>
    <w:p>
      <w:r>
        <w:rPr>
          <w:i/>
        </w:rPr>
        <w:t>“By saying this, believers say: you are safe from myself.”</w:t>
      </w:r>
    </w:p>
    <w:p>
      <w:r>
        <w:rPr>
          <w:sz w:val="20"/>
        </w:rPr>
        <w:t>25:52  Explaining this, a great scholar, a great Muslim scholar, a great Islamic scholar has said his name was Ibn Uwayyah.</w:t>
      </w:r>
      <w:r>
        <w:br/>
      </w:r>
      <w:r>
        <w:rPr>
          <w:sz w:val="20"/>
        </w:rPr>
        <w:t>26:10  So Ibn Uwayyah says, "Do you know hal tadri salam Do you know what is saying salam</w:t>
      </w:r>
      <w:r>
        <w:br/>
      </w:r>
      <w:r>
        <w:rPr>
          <w:sz w:val="20"/>
        </w:rPr>
        <w:t>26:22  ? What is the meaning of salam?" yaqool anta aaman minni anta aaman minni By saying this,</w:t>
      </w:r>
      <w:r>
        <w:br/>
      </w:r>
      <w:r>
        <w:rPr>
          <w:sz w:val="20"/>
        </w:rPr>
        <w:t>26:33  the believers say, "Oh people, you are safe from myself.</w:t>
      </w:r>
      <w:r>
        <w:br/>
      </w:r>
      <w:r>
        <w:rPr>
          <w:sz w:val="20"/>
        </w:rPr>
        <w:t>26:44  I am not going to create any problem for you."</w:t>
      </w:r>
      <w:r>
        <w:br/>
      </w:r>
      <w:r>
        <w:rPr>
          <w:sz w:val="20"/>
        </w:rPr>
        <w:t>26:50  So this is the Namaaz or Salat. One who performs this Salat with its literal spirit,</w:t>
      </w:r>
      <w:r>
        <w:br/>
      </w:r>
      <w:r>
        <w:rPr>
          <w:sz w:val="20"/>
        </w:rPr>
        <w:t>27:06  with its inner content and its outer form, so it is but natural that he will live in his societ</w:t>
      </w:r>
      <w:r>
        <w:br/>
      </w:r>
      <w:r>
        <w:rPr>
          <w:sz w:val="20"/>
        </w:rPr>
        <w:t>27:22  y. He must live in his society as a peaceful member.</w:t>
      </w:r>
      <w:r>
        <w:br/>
      </w:r>
      <w:r>
        <w:rPr>
          <w:sz w:val="20"/>
        </w:rPr>
        <w:t>27:31  So Salat inculcates the spirit of peace, the spirit of love towards all human beings.</w:t>
      </w:r>
      <w:r>
        <w:br/>
      </w:r>
      <w:r>
        <w:rPr>
          <w:sz w:val="20"/>
        </w:rPr>
        <w:t>27:42  Salat or Namaaz inculcates the spirit of Taqwa, that is fear of God.</w:t>
      </w:r>
    </w:p>
    <w:p>
      <w:pPr>
        <w:pStyle w:val="Heading2"/>
      </w:pPr>
      <w:r>
        <w:t>Worship as if seeing God signs everywhere</w:t>
      </w:r>
    </w:p>
    <w:p>
      <w:r>
        <w:rPr>
          <w:color w:val="666666"/>
          <w:sz w:val="18"/>
        </w:rPr>
        <w:t>Aspects of Quran &amp; Hadith in Islam (English) | March 20, 2007 | Maulana Wahiduddin Khan · 1m 00s · at 24:41 · https://youtu.be/CJd5YVgHP9k?t=1481</w:t>
      </w:r>
    </w:p>
    <w:p>
      <w:r>
        <w:rPr>
          <w:i/>
        </w:rPr>
        <w:t>“Ta'budu Allah ka'annaka tarahu”</w:t>
      </w:r>
    </w:p>
    <w:p>
      <w:r>
        <w:rPr>
          <w:sz w:val="20"/>
        </w:rPr>
        <w:t>24:41  تَعْبُدُوا اللَّهَ كَانَكَ تَرَاهُ Khuda ki ibadat is tarah karo jaise ke tum us ko dekh rahe ho. ab sochiye ke jis aadmi ka haal yeh ho ke wo Khuda ki yaad mein, Khuda ki yaad us ke dil mein samai rehti ho, har jo bhi observation us ke samne aaye, us mein us ko Khuda ki jhalakiyan dikhai dein. jo bhi experience ho, uska negative</w:t>
      </w:r>
      <w:r>
        <w:br/>
      </w:r>
      <w:r>
        <w:rPr>
          <w:sz w:val="20"/>
        </w:rPr>
        <w:t>25:11  ya positive, us mein wo us ko akhirat ki yaad aati rahe. yani har suraj chand mein bhi Khuda ki jhalak dikhai de. wo to jo aadmi is tarah se zindagi guzar raha ho, us ki ibadat yahi hogi ke ibadat karega to Khuda ka presence mehsoos karega, wo kyunke us ibadat se pehle bhi wo isi haal mein jee raha tha. is baat ko samajh lijiye ke</w:t>
      </w:r>
    </w:p>
    <w:p>
      <w:pPr>
        <w:pStyle w:val="Heading2"/>
      </w:pPr>
      <w:r>
        <w:t>Story of boy asking father for bicycle</w:t>
      </w:r>
    </w:p>
    <w:p>
      <w:r>
        <w:rPr>
          <w:color w:val="666666"/>
          <w:sz w:val="18"/>
        </w:rPr>
        <w:t>Ramadan and The Quran | October 14, 2005 | Maulana Wahiduddin Khan · 2m 33s · at 1:09:54 · https://youtu.be/wi4PL1CwY7w?t=4194</w:t>
      </w:r>
    </w:p>
    <w:p>
      <w:r>
        <w:rPr>
          <w:i/>
        </w:rPr>
        <w:t>“Yeh qissa hai Rampur ka”</w:t>
      </w:r>
    </w:p>
    <w:p>
      <w:r>
        <w:rPr>
          <w:sz w:val="20"/>
        </w:rPr>
        <w:t>1:09:54  cha yeh qissa hai Rampur ka main Rampur mein teen saal raha hoon to Rampur mein ek school teacher the shayad aap mar chuke hon woh school teacher ki aap jante hain ke salary bohat thodi hoti hai aur kai bachhe the un ke to un ke ek bachhe ne un se kaha ke mujhe bicycle chahiye to baap ne kuch jo</w:t>
      </w:r>
      <w:r>
        <w:br/>
      </w:r>
      <w:r>
        <w:rPr>
          <w:sz w:val="20"/>
        </w:rPr>
        <w:t>1:10:24  ab nahi diya sun kar aise taal diya phir kaha phir kaha phir kaha kai din jab us ne kaha ke mujhe bicycle chahiye to kai din ke baad aisa hua ke baap ko ghussa aa gaya baap ne kaha ke dekho main school teacher hoon mere paas bike bicycle kharidne ke liye paisa nahi hai to main tum se akhri baat kar raha hoon ab se agar tum ne mujhe bai</w:t>
      </w:r>
      <w:r>
        <w:br/>
      </w:r>
      <w:r>
        <w:rPr>
          <w:sz w:val="20"/>
        </w:rPr>
        <w:t>1:10:54  cycle ki baat kahi to main tum ko marunga bicycle ki baat sunne ke liye main tayyar nahi hoon ab dekhen ke is ke baad kya hota hai ek revolution aata hai woh beta jo tha jab baap ne aisa kaha to beta ro pada ro kar us ne kaha</w:t>
      </w:r>
      <w:r>
        <w:br/>
      </w:r>
      <w:r>
        <w:rPr>
          <w:sz w:val="20"/>
        </w:rPr>
        <w:t>1:11:28  aap hi to hamare baap hain aap se na kahein to kis se kahein aap hi to hamare baap hain aap se na kahein to kis se kahein is ke munh se jab nikla to baap bhi ro pada aur baap ne kaha achha theek hai main tum ko bicycle dunga agle</w:t>
      </w:r>
      <w:r>
        <w:br/>
      </w:r>
      <w:r>
        <w:rPr>
          <w:sz w:val="20"/>
        </w:rPr>
        <w:t>1:11:58  din kaise kaise kar ke us ne bicycle us ko khareed kar de di ab maine socha is par ke aisa kyun hua wahi dua jo reject ho rahi thi wahi dua qabool kaise ho gayi yeh darkhwast jab bete ne yeh kaha ke aap hi to hamare baap hain aap se na kahein to kis se kahein to is ka matlab yeh hua ke bete ne un ki fatherhood par at</w:t>
      </w:r>
    </w:p>
    <w:p>
      <w:pPr>
        <w:pStyle w:val="Heading2"/>
      </w:pPr>
      <w:r>
        <w:t>Abu Jahl admits fault after insulting the Prophet</w:t>
      </w:r>
    </w:p>
    <w:p>
      <w:r>
        <w:rPr>
          <w:color w:val="666666"/>
          <w:sz w:val="18"/>
        </w:rPr>
        <w:t>Haqeeqat-E-Hajj Book by Maulana Wahiduddin Khan · 1m 27s · at 2:18:16 · https://youtu.be/fNuk7YC0jSM?t=8296</w:t>
      </w:r>
    </w:p>
    <w:p>
      <w:r>
        <w:rPr>
          <w:i/>
        </w:rPr>
        <w:t>“تیسری مثال ابوجہل کی ہے”</w:t>
      </w:r>
    </w:p>
    <w:p>
      <w:r>
        <w:rPr>
          <w:sz w:val="20"/>
        </w:rPr>
        <w:t>2:18:16  makki daur ka waqea hai ke ek roz aboo jehl ki mulaqat rasool Allah sal Allah aleh wasalam se hui. us ne aap ko bohat bura bhala kaha.</w:t>
      </w:r>
      <w:r>
        <w:br/>
      </w:r>
      <w:r>
        <w:rPr>
          <w:sz w:val="20"/>
        </w:rPr>
        <w:t>2:18:27  rasool Allah sal Allah aleh wasalam khamosh rahe. yeh waqea makke ki ek aurat dekh rahi thi. us ne aap ke chacha hamza ibn abdul muttalib se kaha ke aaj aboo jehl ne aap ke bhatije se bohat nazeba andaaz mein kalam kiya hai.</w:t>
      </w:r>
      <w:r>
        <w:br/>
      </w:r>
      <w:r>
        <w:rPr>
          <w:sz w:val="20"/>
        </w:rPr>
        <w:t>2:18:46  us waqt hamza ke haath mein lohe ki kaman thi. woh us ko liye hue aboo jehl ke paas aaye aur kaman se us ke sar par is tarah mara ke uska sar buri tarah zakhmi ho gaya.</w:t>
      </w:r>
      <w:r>
        <w:br/>
      </w:r>
      <w:r>
        <w:rPr>
          <w:sz w:val="20"/>
        </w:rPr>
        <w:t>2:19:02  aboo jehl ke qabile yani bano makhzum ke kuch log hamza ko marne ke liye daude. aboo jehl ne apne aadmiyon ko rok diya aur kaha ke hamza ko chhod do kyunke Khuda ki qasam!</w:t>
      </w:r>
      <w:r>
        <w:br/>
      </w:r>
      <w:r>
        <w:rPr>
          <w:sz w:val="20"/>
        </w:rPr>
        <w:t>2:19:16  main ne un ke bhatije ko aaj bohat bura bhala keh diya tha. da'u aba 'umarata fa'inni wallah qad sabbabtu ibna akhihi sabban qabiha hirqal ke mashhoor waqea mein aata hai ke us ne aboo sufyan se poocha ke kya nabuwat ke ailan se pehle tum logon ne Muhammad ko kabhi jhoot bolte hue paya hai?</w:t>
      </w:r>
    </w:p>
    <w:p>
      <w:pPr>
        <w:pStyle w:val="Heading2"/>
      </w:pPr>
      <w:r>
        <w:t>Bismillah meaning and the foundation metaphor</w:t>
      </w:r>
    </w:p>
    <w:p>
      <w:r>
        <w:rPr>
          <w:color w:val="666666"/>
          <w:sz w:val="18"/>
        </w:rPr>
        <w:t>Dars-e-Quran (Al-Fatihah (The Opening) 1 1-7) July 12, 2015 · 1m 57s · at 3:40 · https://youtu.be/Rv6AjEFe6MI?t=220</w:t>
      </w:r>
    </w:p>
    <w:p>
      <w:r>
        <w:rPr>
          <w:i/>
        </w:rPr>
        <w:t>“Bismillah ir-Rahman ir-Rahim — I begin in the name of Allah”</w:t>
      </w:r>
    </w:p>
    <w:p>
      <w:r>
        <w:rPr>
          <w:sz w:val="20"/>
        </w:rPr>
        <w:t>3:40  bismillah-ir-rehman-ir-rahim ka tarjuma hai: main shuru karta hoon Allah ke naam se jo rehman aur rahim hai.</w:t>
      </w:r>
      <w:r>
        <w:br/>
      </w:r>
      <w:r>
        <w:rPr>
          <w:sz w:val="20"/>
        </w:rPr>
        <w:t>3:54  yeh yeh sirf koi rasmi kalma nahi hai, balkeh yeh bohat hi ahem taleem hai islam ki. hadith mein is ke baray mein aaya hai:</w:t>
      </w:r>
      <w:r>
        <w:br/>
      </w:r>
      <w:r>
        <w:rPr>
          <w:sz w:val="20"/>
        </w:rPr>
        <w:t>4:08  kull amrin zi balin lam yubda' bismillah-ir-rehman-ir-rahim fa huwa aqta'.</w:t>
      </w:r>
      <w:r>
        <w:br/>
      </w:r>
      <w:r>
        <w:rPr>
          <w:sz w:val="20"/>
        </w:rPr>
        <w:t>4:20  yani koi bhi kaam jo bismillah-ir-rehman-ir-rahim ke baghair shuru kiya jaye, aqta' hai. woh aqta' ke maani hote hain kata hua.</w:t>
      </w:r>
      <w:r>
        <w:br/>
      </w:r>
      <w:r>
        <w:rPr>
          <w:sz w:val="20"/>
        </w:rPr>
        <w:t>4:32  yani angrezi mein kahengay cut off, o double f, cut off. toh kata hua kis cheez se?</w:t>
      </w:r>
      <w:r>
        <w:br/>
      </w:r>
      <w:r>
        <w:rPr>
          <w:sz w:val="20"/>
        </w:rPr>
        <w:t>4:42  rehman o rahim se.</w:t>
      </w:r>
      <w:r>
        <w:br/>
      </w:r>
      <w:r>
        <w:rPr>
          <w:sz w:val="20"/>
        </w:rPr>
        <w:t>4:46  khud isi kalme mein jo lafz hai rehman o rahim, toh isi se kata hua, yani rab-ul-alameen se, Allah taala se.</w:t>
      </w:r>
      <w:r>
        <w:br/>
      </w:r>
      <w:r>
        <w:rPr>
          <w:sz w:val="20"/>
        </w:rPr>
        <w:t>4:57  toh dekhiye, har cheez ki aik base hoti hai. is base ke baghair woh woh cheez kati hui hai. jaise drakht ke base hai, us ke neeche ki zameen.</w:t>
      </w:r>
      <w:r>
        <w:br/>
      </w:r>
      <w:r>
        <w:rPr>
          <w:sz w:val="20"/>
        </w:rPr>
        <w:t>5:10  agar drakht ke neeche zameen na ho toh kata hua drakht hai.</w:t>
      </w:r>
      <w:r>
        <w:br/>
      </w:r>
      <w:r>
        <w:rPr>
          <w:sz w:val="20"/>
        </w:rPr>
        <w:t>5:16  fasal ki base hoti hai soil. agar soil na ho toh fasal base se mehroom hai.</w:t>
      </w:r>
      <w:r>
        <w:br/>
      </w:r>
      <w:r>
        <w:rPr>
          <w:sz w:val="20"/>
        </w:rPr>
        <w:t>5:28  to har cheez ki ek base hoti hai. isi base ki wajah se woh finish karta hai, woh aage badhta hai.</w:t>
      </w:r>
    </w:p>
    <w:p>
      <w:pPr>
        <w:pStyle w:val="Heading2"/>
      </w:pPr>
      <w:r>
        <w:t>Hajj rituals mean nothing without the spirit of dawah</w:t>
      </w:r>
    </w:p>
    <w:p>
      <w:r>
        <w:rPr>
          <w:color w:val="666666"/>
          <w:sz w:val="18"/>
        </w:rPr>
        <w:t>Soulful Ramadan Inspiring Duas and Hadiths</w:t>
        <w:br/>
        <w:t>March 10, 2024 · 3m 02s · at 39:08 · https://youtu.be/ZXO-tq7pyQA?t=2348</w:t>
      </w:r>
    </w:p>
    <w:p>
      <w:r>
        <w:rPr>
          <w:i/>
        </w:rPr>
        <w:t>“People think Hajj is just tawaf, Arafat, and throwing pebbles”</w:t>
      </w:r>
    </w:p>
    <w:p>
      <w:r>
        <w:rPr>
          <w:sz w:val="20"/>
        </w:rPr>
        <w:t>39:08  ji, asal mein yeh saari cheezein jo hain, woh log samajhte hain jaake aapne kuch tawaf kar liya, saee kar liya, arafat chale gaye aur rami kar li, aur yahan qayam kiya, wahan qayam kiya, muzdalifa mein ruke aur mina mein ruke aur kankad phenki aur haj ho gaya. asal mein,</w:t>
      </w:r>
      <w:r>
        <w:br/>
      </w:r>
      <w:r>
        <w:rPr>
          <w:sz w:val="20"/>
        </w:rPr>
        <w:t>39:31  hum we are we are supposed to follow the footsteps of the prophet ibrahim. hum</w:t>
      </w:r>
      <w:r>
        <w:br/>
      </w:r>
      <w:r>
        <w:rPr>
          <w:sz w:val="20"/>
        </w:rPr>
        <w:t>39:38  follow ka matlab yeh thodi hai ki bas chale, saee kiya, ritualistic gaye, saat baar chale gaye aur wahan tawaf kar liya aur wahan kankad maar li. yeh to ritual hai. bilkul, lekin iske iske peeche kya hai?</w:t>
      </w:r>
      <w:r>
        <w:br/>
      </w:r>
      <w:r>
        <w:rPr>
          <w:sz w:val="20"/>
        </w:rPr>
        <w:t>39:51  iske peeche yeh hai ki aapke andar wahi jazba bedaar ho jo hazrat ibrahim al salam, hazrat ismail al salam, hazrat hajra, rasoolullah sallallahu alaihi wasallam aur sahaba ke andar bedaar hua tha. yaani dawah. to</w:t>
      </w:r>
      <w:r>
        <w:br/>
      </w:r>
      <w:r>
        <w:rPr>
          <w:sz w:val="20"/>
        </w:rPr>
        <w:t>40:06  agar aap haj karke yeh sabak lekar wahan se laute ki mujhe hazrat ibrahim al salam ka kaam karna hai, ismail al salam ka kaam karna hai, hazrat hajra ke naqsh qadam par chalna hai, woh log kis liye aaye the?</w:t>
      </w:r>
      <w:r>
        <w:br/>
      </w:r>
      <w:r>
        <w:rPr>
          <w:sz w:val="20"/>
        </w:rPr>
        <w:t>40:22  hum makkah dawah ke liye aaye the. hazrat ibrahim al salam ne saari zindagi dawah ki, sirf safar hi karte rahe woh. aur rasoolullah ka bhi yahi kaam tha aur sahaba ka bhi yahi kaam tha. to agar aap aap is tarah se</w:t>
      </w:r>
      <w:r>
        <w:br/>
      </w:r>
      <w:r>
        <w:rPr>
          <w:sz w:val="20"/>
        </w:rPr>
        <w:t>40:35  haj ki spirit ko samjhenge</w:t>
      </w:r>
      <w:r>
        <w:br/>
      </w:r>
      <w:r>
        <w:rPr>
          <w:sz w:val="20"/>
        </w:rPr>
        <w:t>40:38  aur ibrahim al salam, ismail al salam, hazrat hajra aur rasoolullah sallallahu alaihi wasallam aur sahaba ke ke</w:t>
      </w:r>
      <w:r>
        <w:br/>
      </w:r>
      <w:r>
        <w:rPr>
          <w:sz w:val="20"/>
        </w:rPr>
        <w:t>40:46  us raaste ko ikhtiyar karenge jo ke dawat ka raasta hai, logon ko quran ki baatein pahunchane ka</w:t>
      </w:r>
      <w:r>
        <w:br/>
      </w:r>
      <w:r>
        <w:rPr>
          <w:sz w:val="20"/>
        </w:rPr>
        <w:t>40:52  raasta hai, islam ki baatein pahunchane ka raasta hai, rasoolullah sallallahu alaihi wasallam ki ahadees aur unki</w:t>
      </w:r>
      <w:r>
        <w:br/>
      </w:r>
      <w:r>
        <w:rPr>
          <w:sz w:val="20"/>
        </w:rPr>
        <w:t>40:57  teachings ko pahunchane ka raasta hai, us raaste par chalenge.</w:t>
      </w:r>
      <w:r>
        <w:br/>
      </w:r>
      <w:r>
        <w:rPr>
          <w:sz w:val="20"/>
        </w:rPr>
        <w:t>41:00  ji, through out your life, haj karne ke baad agar zindagi badal jaaye logon ki aur</w:t>
      </w:r>
      <w:r>
        <w:br/>
      </w:r>
      <w:r>
        <w:rPr>
          <w:sz w:val="20"/>
        </w:rPr>
        <w:t>41:06  wo dayaan jazba bedaar ho jaaye, tab itna bada reward hai. log haj karke aate hain, batate hain bada achha tent tha wahan aur metro aur yeh aur badi achha safai. yeh aur yeh yeh kya hai?</w:t>
      </w:r>
      <w:r>
        <w:br/>
      </w:r>
      <w:r>
        <w:rPr>
          <w:sz w:val="20"/>
        </w:rPr>
        <w:t>41:18  itna bada mobilization jo poori duniya se log aa rahe hain, hum to to three million people coming from all around the world just for doing some rituals. hum yeh to koi maqsad nahi ho sakta. jo maqsad hai, woh yeh hai ki aap ibrahim al salam ki zindagi ko apnaaye, hum ismail al salam ki zindagi ko apnaaye, r</w:t>
      </w:r>
      <w:r>
        <w:br/>
      </w:r>
      <w:r>
        <w:rPr>
          <w:sz w:val="20"/>
        </w:rPr>
        <w:t>41:41  asoolullah sallallahu alaihi wasallam ki zindagi ko apnaaye aur aur sahaba ki zindagi ko apnaaye. aur woh yahi hai ki aap quran ka paigham saare insano tak pahunchaye, tab yeh bade-bade reward hain. bilkul, warna namumkin hai. ji, bilkul wahi. doctor sahab, high purpose bhi hai. actually, ramzan bhi. doctor sahab, jis tarah maine samjha aapki aaj baaton se ki fasting basically increases the spiritual capability of one's heart.</w:t>
      </w:r>
    </w:p>
    <w:p>
      <w:pPr>
        <w:pStyle w:val="Heading2"/>
      </w:pPr>
      <w:r>
        <w:t>Tahajjud helps refrain from evil</w:t>
      </w:r>
    </w:p>
    <w:p>
      <w:r>
        <w:rPr>
          <w:color w:val="666666"/>
          <w:sz w:val="18"/>
        </w:rPr>
        <w:t>The Spirit of Tahajjud Prayer February 27, 2022 Dr. Saniyasnain Khan · 1m 21s · at 38:26 · https://youtu.be/QKVdxVFto7s?t=2306</w:t>
      </w:r>
    </w:p>
    <w:p>
      <w:r>
        <w:rPr>
          <w:i/>
        </w:rPr>
        <w:t>“Quran mein aata hai namaz ke baare mein”</w:t>
      </w:r>
    </w:p>
    <w:p>
      <w:r>
        <w:rPr>
          <w:sz w:val="20"/>
        </w:rPr>
        <w:t>38:26  but the question that comes in mind is that how does one, how does tahajjud help in refraining from evil? if you can explain that. quran mein aata hai namaz ke bare mein ke innas salata tanhaa anil fashaa'i walmunkar ke namaz buraiyon se bachati hai.</w:t>
      </w:r>
      <w:r>
        <w:br/>
      </w:r>
      <w:r>
        <w:rPr>
          <w:sz w:val="20"/>
        </w:rPr>
        <w:t>38:51  to zahir e tahajjud bhi ek namaz ki tarah ki ek shakal hai balki bahut hi higher form hai. namaz ka ek bahut hi higher form hai. to yakeenan yeh fayda usse bhi hota hoga aur khaas taur se tahajjud jo hai woh aur namazon se alag hai. yaani tahajjud mein ek mushaqqat bhi shamil hai, hardship bhi shamil hai ke raat ko aap so rahe hain, abhi neend poori nahi hui hai, uth jayein.</w:t>
      </w:r>
      <w:r>
        <w:br/>
      </w:r>
      <w:r>
        <w:rPr>
          <w:sz w:val="20"/>
        </w:rPr>
        <w:t>39:17  to woh uthna itna aasan nahi hai aur aajkal jo jis tarah ki lifestyle ho gaya hai, bahut der se bhi sote hain log aur bahut kaam hai din mein to uski wajah se neend poori kiye bagair uth jana ek aasan kaam nahi hai to usmein ek mushaqqat aur hardship, hardship bhi involve hai isliye uski taseer badh jaati hai, asar badh jata hai. to yakeenan usmein bhi yahi fayda hoga jo quran mein namaz ke bare mein aaya hai.</w:t>
      </w:r>
      <w:r>
        <w:br/>
      </w:r>
      <w:r>
        <w:rPr>
          <w:sz w:val="20"/>
        </w:rPr>
        <w:t>39:47  ji mashallah. Doctor sab are there any sayings of the prophet where he is given glad tidings to all those who pray tahajjud? if you can talk a little bit about that. hadithon mein aata hai. bahut achi baatein aati hain. glad tidings jaise aapne kaha.</w:t>
      </w:r>
    </w:p>
    <w:p>
      <w:pPr>
        <w:pStyle w:val="Heading2"/>
      </w:pPr>
      <w:r>
        <w:t>Prophet approves spontaneous prayer</w:t>
      </w:r>
    </w:p>
    <w:p>
      <w:r>
        <w:rPr>
          <w:color w:val="666666"/>
          <w:sz w:val="18"/>
        </w:rPr>
        <w:t>An Introduction to Islamic Fiqh July 27, 2007 Maulana Wahiduddin Khan · 4m 17s · at 33:13 · https://youtu.be/6aEZ4hFo1KY?t=1993</w:t>
      </w:r>
    </w:p>
    <w:p>
      <w:r>
        <w:rPr>
          <w:i/>
        </w:rPr>
        <w:t>“Once the Prophet was leading a congregational prayer in Madinah”</w:t>
      </w:r>
    </w:p>
    <w:p>
      <w:r>
        <w:rPr>
          <w:sz w:val="20"/>
        </w:rPr>
        <w:t>33:13  For example, there is a Hadith that once the Prophet of Islam was leading a congregational prayer in Madinah.</w:t>
      </w:r>
      <w:r>
        <w:br/>
      </w:r>
      <w:r>
        <w:rPr>
          <w:sz w:val="20"/>
        </w:rPr>
        <w:t>33:27  Once the Prophet of Islam was leading a congregational prayer in the Mosque of Madinah.</w:t>
      </w:r>
      <w:r>
        <w:br/>
      </w:r>
      <w:r>
        <w:rPr>
          <w:sz w:val="20"/>
        </w:rPr>
        <w:t>33:38  So you know the prescribed way is that when we</w:t>
      </w:r>
      <w:r>
        <w:br/>
      </w:r>
      <w:r>
        <w:rPr>
          <w:sz w:val="20"/>
        </w:rPr>
        <w:t>33:48  stand from the Ruku, we say, "Rabbana alayk alhamd."</w:t>
      </w:r>
      <w:r>
        <w:br/>
      </w:r>
      <w:r>
        <w:rPr>
          <w:sz w:val="20"/>
        </w:rPr>
        <w:t>34:04  So one companion who was in the who was offering the Namaz, so other companions said, "Rabbana alayk alhamd" by heart.</w:t>
      </w:r>
      <w:r>
        <w:br/>
      </w:r>
      <w:r>
        <w:rPr>
          <w:sz w:val="20"/>
        </w:rPr>
        <w:t>34:22  One companion said loudly, "Rabbana alayk alhamd. Hamdan kasiraan tayyaban wawarakan fi."</w:t>
      </w:r>
      <w:r>
        <w:br/>
      </w:r>
      <w:r>
        <w:rPr>
          <w:sz w:val="20"/>
        </w:rPr>
        <w:t>34:32  The Prophet was there, and all other companions said by heart, "Rabbana alayk alhamd." One companion said loudly, "Rabbana alayk alhamd.</w:t>
      </w:r>
      <w:r>
        <w:br/>
      </w:r>
      <w:r>
        <w:rPr>
          <w:sz w:val="20"/>
        </w:rPr>
        <w:t>34:43  Hamdan kasiraan tayyaban wawarakan fi." So there was a suspense.</w:t>
      </w:r>
      <w:r>
        <w:br/>
      </w:r>
      <w:r>
        <w:rPr>
          <w:sz w:val="20"/>
        </w:rPr>
        <w:t>34:51  There was a suspense. So after complete completion of the complete when he completed the Salat, the Prophet asked,</w:t>
      </w:r>
      <w:r>
        <w:br/>
      </w:r>
      <w:r>
        <w:rPr>
          <w:sz w:val="20"/>
        </w:rPr>
        <w:t>35:06  "Who</w:t>
      </w:r>
      <w:r>
        <w:br/>
      </w:r>
      <w:r>
        <w:rPr>
          <w:sz w:val="20"/>
        </w:rPr>
        <w:t>35:07  said like this?"</w:t>
      </w:r>
      <w:r>
        <w:br/>
      </w:r>
      <w:r>
        <w:rPr>
          <w:sz w:val="20"/>
        </w:rPr>
        <w:t>35:11  So that companion</w:t>
      </w:r>
      <w:r>
        <w:br/>
      </w:r>
      <w:r>
        <w:rPr>
          <w:sz w:val="20"/>
        </w:rPr>
        <w:t>35:16  fell in fear.</w:t>
      </w:r>
      <w:r>
        <w:br/>
      </w:r>
      <w:r>
        <w:rPr>
          <w:sz w:val="20"/>
        </w:rPr>
        <w:t>35:21  He</w:t>
      </w:r>
      <w:r>
        <w:br/>
      </w:r>
      <w:r>
        <w:rPr>
          <w:sz w:val="20"/>
        </w:rPr>
        <w:t>35:25  was of the opinion that I completed wrong perhaps. But the Prophet said, "No, it was not wrong.</w:t>
      </w:r>
      <w:r>
        <w:br/>
      </w:r>
      <w:r>
        <w:rPr>
          <w:sz w:val="20"/>
        </w:rPr>
        <w:t>35:34  You wereright, and God accepted your words." So by this this event shows us the true picture of the Islamic Ibadat,</w:t>
      </w:r>
      <w:r>
        <w:br/>
      </w:r>
      <w:r>
        <w:rPr>
          <w:sz w:val="20"/>
        </w:rPr>
        <w:t>35:52  that Ibadat is not simply to complete some rituals. Ibadat is not simply to</w:t>
      </w:r>
      <w:r>
        <w:br/>
      </w:r>
      <w:r>
        <w:rPr>
          <w:sz w:val="20"/>
        </w:rPr>
        <w:t>36:05  perform some rituals. No. Ibadat is not a form, it is not a set of rituals, but it is a spirited practice.</w:t>
      </w:r>
      <w:r>
        <w:br/>
      </w:r>
      <w:r>
        <w:rPr>
          <w:sz w:val="20"/>
        </w:rPr>
        <w:t>36:20  So when you are full of spirit, you cannot</w:t>
      </w:r>
      <w:r>
        <w:br/>
      </w:r>
      <w:r>
        <w:rPr>
          <w:sz w:val="20"/>
        </w:rPr>
        <w:t>36:29  take a routine. It is impossible. When there is no only spiritless actions can be performed in routine.</w:t>
      </w:r>
      <w:r>
        <w:br/>
      </w:r>
      <w:r>
        <w:rPr>
          <w:sz w:val="20"/>
        </w:rPr>
        <w:t>36:46  So Namaz is not a routine. Salat is not a spiritless routine. A routine without spirit, it is not Namaz.</w:t>
      </w:r>
      <w:r>
        <w:br/>
      </w:r>
      <w:r>
        <w:rPr>
          <w:sz w:val="20"/>
        </w:rPr>
        <w:t>36:55  Namaz is a spiritful action. And when your heart is fully with spirit, you sometimes do against the routine.</w:t>
      </w:r>
      <w:r>
        <w:br/>
      </w:r>
      <w:r>
        <w:rPr>
          <w:sz w:val="20"/>
        </w:rPr>
        <w:t>37:09  Sometimes you will go against the routine. So this was the spirit of that Namaz, that companion. It was the spirit of that companion which went after the routine,</w:t>
      </w:r>
    </w:p>
    <w:p>
      <w:pPr>
        <w:pStyle w:val="Heading2"/>
      </w:pPr>
      <w:r>
        <w:t>Intention as journey from self to God</w:t>
      </w:r>
    </w:p>
    <w:p>
      <w:r>
        <w:rPr>
          <w:color w:val="666666"/>
          <w:sz w:val="18"/>
        </w:rPr>
        <w:t>Hajj and Its Application in Daily Life October 20, 2007 Maulana Wahiduddin Khan · 2m 25s · at 10:40 · https://youtu.be/z_FspKZhl5s?t=640</w:t>
      </w:r>
    </w:p>
    <w:p>
      <w:r>
        <w:rPr>
          <w:i/>
        </w:rPr>
        <w:t>“What is the intention? What is نیت?”</w:t>
      </w:r>
    </w:p>
    <w:p>
      <w:r>
        <w:rPr>
          <w:sz w:val="20"/>
        </w:rPr>
        <w:t>10:40  ? What is niyat? niyat is reorientation—your mind. niyat means reorientation—reactivating your personality.</w:t>
      </w:r>
      <w:r>
        <w:br/>
      </w:r>
      <w:r>
        <w:rPr>
          <w:sz w:val="20"/>
        </w:rPr>
        <w:t>10:57  When you decide that you will perform Hajj this year, you begin all those things that are required during Hajj.</w:t>
      </w:r>
      <w:r>
        <w:br/>
      </w:r>
      <w:r>
        <w:rPr>
          <w:sz w:val="20"/>
        </w:rPr>
        <w:t>11:15  So it is like activating your mind, activating your he</w:t>
      </w:r>
      <w:r>
        <w:br/>
      </w:r>
      <w:r>
        <w:rPr>
          <w:sz w:val="20"/>
        </w:rPr>
        <w:t>11:20  art. It is like reorientation of your life, your personality. So reorientation is the first—is the first part of Hajj.</w:t>
      </w:r>
      <w:r>
        <w:br/>
      </w:r>
      <w:r>
        <w:rPr>
          <w:sz w:val="20"/>
        </w:rPr>
        <w:t>11:33  And this reorientation is required for all your life every day.</w:t>
      </w:r>
      <w:r>
        <w:br/>
      </w:r>
      <w:r>
        <w:rPr>
          <w:sz w:val="20"/>
        </w:rPr>
        <w:t>11:41  By this, you learn that there is a very important part of iman or Islam—that is reorientation.</w:t>
      </w:r>
      <w:r>
        <w:br/>
      </w:r>
      <w:r>
        <w:rPr>
          <w:sz w:val="20"/>
        </w:rPr>
        <w:t>11:52  Every day, you must reorient yourself. Every day, you must reorient yourself. That is, every day, you must rethink about yourself.</w:t>
      </w:r>
      <w:r>
        <w:br/>
      </w:r>
      <w:r>
        <w:rPr>
          <w:sz w:val="20"/>
        </w:rPr>
        <w:t>12:07  Every day, you must reassess your activities</w:t>
      </w:r>
      <w:r>
        <w:br/>
      </w:r>
      <w:r>
        <w:rPr>
          <w:sz w:val="20"/>
        </w:rPr>
        <w:t>12:12  . Every day, you must reorient your mind towards God—from self to God. So Hajj is a journey.</w:t>
      </w:r>
      <w:r>
        <w:br/>
      </w:r>
      <w:r>
        <w:rPr>
          <w:sz w:val="20"/>
        </w:rPr>
        <w:t>12:24  What kind of journey? It is a journey from self to God. You travel from your homeland to Makkah—that is baitullah</w:t>
      </w:r>
      <w:r>
        <w:br/>
      </w:r>
      <w:r>
        <w:rPr>
          <w:sz w:val="20"/>
        </w:rPr>
        <w:t>12:39  . So you—so it is a journey from self to God. It means that Hajj teaches you a new kind of life.</w:t>
      </w:r>
      <w:r>
        <w:br/>
      </w:r>
      <w:r>
        <w:rPr>
          <w:sz w:val="20"/>
        </w:rPr>
        <w:t>12:54  That is, you have to abandon self-oriented life and you have to adopt God-oriented life.</w:t>
      </w:r>
    </w:p>
    <w:p>
      <w:pPr>
        <w:pStyle w:val="Heading2"/>
      </w:pPr>
      <w:r>
        <w:t>Even the Prophet's fiercest enemies admitted the truth</w:t>
      </w:r>
    </w:p>
    <w:p>
      <w:r>
        <w:rPr>
          <w:color w:val="666666"/>
          <w:sz w:val="18"/>
        </w:rPr>
        <w:t>Hajj ek Tareekh-saaz Amal Haqeeqat-E-Hajj Book by Maulana Wahiduddin Khan · 2m 27s · at 15:57 · https://youtu.be/DcyTlpDdbg4?t=957</w:t>
      </w:r>
    </w:p>
    <w:p>
      <w:r>
        <w:rPr>
          <w:i/>
        </w:rPr>
        <w:t>“ابوجہل کی ملاقات رسول اللہ سے ہوئی اور اس نے آپ کو برا بھلا کہا۔”</w:t>
      </w:r>
    </w:p>
    <w:p>
      <w:r>
        <w:rPr>
          <w:sz w:val="20"/>
        </w:rPr>
        <w:t>15:57  makki daur ka waqea hai ke ek roz aboo jahal ki mulaqat rasool Allah sal Allah alaihi wasallam se hui. us ne aap ko bohat bura bhala kaha.</w:t>
      </w:r>
      <w:r>
        <w:br/>
      </w:r>
      <w:r>
        <w:rPr>
          <w:sz w:val="20"/>
        </w:rPr>
        <w:t>16:08  rasool Allah sal Allah alaihi wasallam khamosh rahe. yeh waqea makke ki ek aurat dekh rahi thi. us ne aap ke chacha hamza ibn abdul muttalib se kaha ke aaj aboo jahal ne aap ke bhatije se bohat nazeeba andaaz mein kalam kiya hai.</w:t>
      </w:r>
      <w:r>
        <w:br/>
      </w:r>
      <w:r>
        <w:rPr>
          <w:sz w:val="20"/>
        </w:rPr>
        <w:t>16:27  us waqt hamza ke haath mein lohe ki kaman thi. woh us ko liye hue aboo jahal ke paas aaye aur kaman se us ke sar par is tarah mara ke uska sar buri tarah zakhmi ho gaya.</w:t>
      </w:r>
      <w:r>
        <w:br/>
      </w:r>
      <w:r>
        <w:rPr>
          <w:sz w:val="20"/>
        </w:rPr>
        <w:t>16:42  aboo jahal ke qabile yani banoo makhzoom ke kuch log hamza ko maarne ke liye daude. aboo jahal ne apne aadmiyon ko rok diya aur kaha ke hamza ko chhod do kyun ke Khuda ki qasam</w:t>
      </w:r>
      <w:r>
        <w:br/>
      </w:r>
      <w:r>
        <w:rPr>
          <w:sz w:val="20"/>
        </w:rPr>
        <w:t>16:57  main ne un ke bhatije ko aaj bohat bura bhala keh diya tha. da'oo aba 'amarat fa'inni wallahi qad sabbabtu ibna akhi sabban qabeehan.</w:t>
      </w:r>
      <w:r>
        <w:br/>
      </w:r>
      <w:r>
        <w:rPr>
          <w:sz w:val="20"/>
        </w:rPr>
        <w:t>17:11  harqal ke mashhoor waqe'ay mein aata hai ke us ne abu sufyan se poocha ke kya nabuwwat ke ailaan se pehle tum logon ne muhammad ko kabhi jhoot bolte hue paya hai?</w:t>
      </w:r>
      <w:r>
        <w:br/>
      </w:r>
      <w:r>
        <w:rPr>
          <w:sz w:val="20"/>
        </w:rPr>
        <w:t>17:24  abu sufyan ne kaha ke nahin. yeh waqe'a naqal kar ke ibn kathir likhte hain. wa kaana abu sufyan ada ka ras al kufarti wazaim al mushrikeen.</w:t>
      </w:r>
      <w:r>
        <w:br/>
      </w:r>
      <w:r>
        <w:rPr>
          <w:sz w:val="20"/>
        </w:rPr>
        <w:t>17:38  wa ma'a hadha a'tarafa bil haqq. tafsir ibn kathir al juz al thani safha 410. abu sufyan is waqt kafiron ke sardar aur mushrikon ke leader thay.</w:t>
      </w:r>
      <w:r>
        <w:br/>
      </w:r>
      <w:r>
        <w:rPr>
          <w:sz w:val="20"/>
        </w:rPr>
        <w:t>17:52  iske bawajood unhon ne haq ka aitraf kiya.</w:t>
      </w:r>
      <w:r>
        <w:br/>
      </w:r>
      <w:r>
        <w:rPr>
          <w:sz w:val="20"/>
        </w:rPr>
        <w:t>17:56  yeh thi woh insani nasal jo Hazrat Ibrahim ne</w:t>
      </w:r>
      <w:r>
        <w:br/>
      </w:r>
      <w:r>
        <w:rPr>
          <w:sz w:val="20"/>
        </w:rPr>
        <w:t>18:02  apni aulad ko zibah kar ke banai</w:t>
      </w:r>
      <w:r>
        <w:br/>
      </w:r>
      <w:r>
        <w:rPr>
          <w:sz w:val="20"/>
        </w:rPr>
        <w:t>18:05  aur phir is ke muntakhab afraad ke zariye woh khair ummat bani jis ne dil o jaan se</w:t>
      </w:r>
      <w:r>
        <w:br/>
      </w:r>
      <w:r>
        <w:rPr>
          <w:sz w:val="20"/>
        </w:rPr>
        <w:t>18:12  tauheed ko qabool kiya aur phir be misaal qurbaani ke zariye daur shirk ko khatm kar ke daur</w:t>
      </w:r>
      <w:r>
        <w:br/>
      </w:r>
      <w:r>
        <w:rPr>
          <w:sz w:val="20"/>
        </w:rPr>
        <w:t>18:20  tauheed ko barpa kiya.</w:t>
      </w:r>
      <w:r>
        <w:br/>
      </w:r>
      <w:r>
        <w:rPr>
          <w:sz w:val="20"/>
        </w:rPr>
        <w:t>18:24  hazrat ibrahim se le kar hazrat muhammad tak yeh ek dhai hazar saala mansooba tha. is ka markaz arab ka woh ilaaqa tha jis ko hijaz kaha jata hai aur jis mein makkah waqe' hai.</w:t>
      </w:r>
    </w:p>
    <w:p>
      <w:pPr>
        <w:pStyle w:val="Heading2"/>
      </w:pPr>
      <w:r>
        <w:t>Fasting as self-discipline training</w:t>
      </w:r>
    </w:p>
    <w:p>
      <w:r>
        <w:rPr>
          <w:color w:val="666666"/>
          <w:sz w:val="18"/>
        </w:rPr>
        <w:t>Ramadan October 2, 2005 Maulana Wahiduddin Khan · 1m 30s · at 2:08 · https://youtu.be/s3XMFRsiqC0?t=128</w:t>
      </w:r>
    </w:p>
    <w:p>
      <w:r>
        <w:rPr>
          <w:i/>
        </w:rPr>
        <w:t>“Keh woh apni poori zindagi mein rukne wali zindagi ikhtiyar kare ga”</w:t>
      </w:r>
    </w:p>
    <w:p>
      <w:r>
        <w:rPr>
          <w:sz w:val="20"/>
        </w:rPr>
        <w:t>2:08  ke woh apni poori zindagi mein rukne wali zindagi ikhtiyar karega. yani discipline.</w:t>
      </w:r>
      <w:r>
        <w:br/>
      </w:r>
      <w:r>
        <w:rPr>
          <w:sz w:val="20"/>
        </w:rPr>
        <w:t>2:22  to in this sense roza means</w:t>
      </w:r>
      <w:r>
        <w:br/>
      </w:r>
      <w:r>
        <w:rPr>
          <w:sz w:val="20"/>
        </w:rPr>
        <w:t>2:26  self-discipline.</w:t>
      </w:r>
      <w:r>
        <w:br/>
      </w:r>
      <w:r>
        <w:rPr>
          <w:sz w:val="20"/>
        </w:rPr>
        <w:t>2:32  apne aap par ek discipline, khud apne irade se taari karna, yeh roza hai. lekin hamara jo solar system hai woh bhi apne upar ek discipline ko taari kiye hue hai.</w:t>
      </w:r>
      <w:r>
        <w:br/>
      </w:r>
      <w:r>
        <w:rPr>
          <w:sz w:val="20"/>
        </w:rPr>
        <w:t>2:48  aap jante hain ke solar system</w:t>
      </w:r>
      <w:r>
        <w:br/>
      </w:r>
      <w:r>
        <w:rPr>
          <w:sz w:val="20"/>
        </w:rPr>
        <w:t>2:51  hazaron saal mein ek second ke barabar bhi farq nahi hota is mein. bohat hi tight discipline ke andar woh move karta hai.</w:t>
      </w:r>
      <w:r>
        <w:br/>
      </w:r>
      <w:r>
        <w:rPr>
          <w:sz w:val="20"/>
        </w:rPr>
        <w:t>3:04  to wahan par kya hai? woh discipline</w:t>
      </w:r>
      <w:r>
        <w:br/>
      </w:r>
      <w:r>
        <w:rPr>
          <w:sz w:val="20"/>
        </w:rPr>
        <w:t>3:09  under compulsion hai. aur Khuda ka jo manane wala hai, yani momin, woh apni zindagi mein discipline ko khud apne irade se apnata hai.</w:t>
      </w:r>
      <w:r>
        <w:br/>
      </w:r>
      <w:r>
        <w:rPr>
          <w:sz w:val="20"/>
        </w:rPr>
        <w:t>3:28  is liye yeh kehna sahi hoga ke roze ka matlab hai self-discipline ki training.</w:t>
      </w:r>
    </w:p>
    <w:p>
      <w:pPr>
        <w:pStyle w:val="Heading2"/>
      </w:pPr>
      <w:r>
        <w:t>Revival hadith: Allah renews the faith every century</w:t>
      </w:r>
    </w:p>
    <w:p>
      <w:r>
        <w:rPr>
          <w:color w:val="666666"/>
          <w:sz w:val="18"/>
        </w:rPr>
        <w:t>Revival of Islam March 23, 2014 · 1m 22s · at 5:26 · https://youtu.be/Wc4Vsc4u1JI?t=326</w:t>
      </w:r>
    </w:p>
    <w:p>
      <w:r>
        <w:rPr>
          <w:i/>
        </w:rPr>
        <w:t>“Allah revives this Ummah every hundred years”</w:t>
      </w:r>
    </w:p>
    <w:p>
      <w:r>
        <w:rPr>
          <w:sz w:val="20"/>
        </w:rPr>
        <w:t>5:26  to isi ko kehte hain ahya, revival. hadith mein aata hai ke hadith mein aata hai ke "inna Allah yub'ath ala ra'si kulli mi'ati sanatin man yujaddidu laha deenaha"</w:t>
      </w:r>
      <w:r>
        <w:br/>
      </w:r>
      <w:r>
        <w:rPr>
          <w:sz w:val="20"/>
        </w:rPr>
        <w:t>5:43  . Allah har sau saal ke baad, sau saal ginti kamane mein nahi hai, har sau saal ke baad is ummat mein aise afraad paida kare ga jo is ummat ka revival karenge, jo is ummat ko phir se zinda karenge.</w:t>
      </w:r>
      <w:r>
        <w:br/>
      </w:r>
      <w:r>
        <w:rPr>
          <w:sz w:val="20"/>
        </w:rPr>
        <w:t>6:04  to teen cheez hui. number one, quran ki surat mein islam ka jo matan hai, jo text hai, is ka mehfooz ho jana.</w:t>
      </w:r>
      <w:r>
        <w:br/>
      </w:r>
      <w:r>
        <w:rPr>
          <w:sz w:val="20"/>
        </w:rPr>
        <w:t>6:14  number do, rasool aur ashab e rasool ki surat mein is ka authentic model maujood hona. number teen hai, ahya ka nizam yani revivalism ka nizam.</w:t>
      </w:r>
      <w:r>
        <w:br/>
      </w:r>
      <w:r>
        <w:rPr>
          <w:sz w:val="20"/>
        </w:rPr>
        <w:t>6:30  yeh teen cheezen hain jo hamein maujood maujood rakhna chahiye. ab sawal yeh hai ke baad ke zamane mein yeh jo kaam hai revivalism ka, ahya ka, woh kaise hoga?</w:t>
      </w:r>
    </w:p>
    <w:p>
      <w:pPr>
        <w:pStyle w:val="Heading2"/>
      </w:pPr>
      <w:r>
        <w:t>The Prophet's restless night after keeping coins overnight</w:t>
      </w:r>
    </w:p>
    <w:p>
      <w:r>
        <w:rPr>
          <w:color w:val="666666"/>
          <w:sz w:val="18"/>
        </w:rPr>
        <w:t>The Importance of Zakat May 08, 2022 Dr. Saniyasnain Khan · 2m 10s · at 34:14 · https://youtu.be/92nslWvnQ5Y?t=2054</w:t>
      </w:r>
    </w:p>
    <w:p>
      <w:r>
        <w:rPr>
          <w:i/>
        </w:rPr>
        <w:t>“Aisha noticed he couldn't sleep, tossing and turning all night”</w:t>
      </w:r>
    </w:p>
    <w:p>
      <w:r>
        <w:rPr>
          <w:sz w:val="20"/>
        </w:rPr>
        <w:t>34:14  to woh kya incident hai uske baare mein bhi hum sabko bataein. ek baar aisa hua ki prophet Mohammad ke paas koi aadmi aaya, usne chaar chandi di. auqiya us zamane ki koi weight hota tha, jaise hamare yahan tola, masha waghera nahi hota hai. ji.</w:t>
      </w:r>
      <w:r>
        <w:br/>
      </w:r>
      <w:r>
        <w:rPr>
          <w:sz w:val="20"/>
        </w:rPr>
        <w:t>34:39  to chaar auqiya chandi di to rasoolla sallam ka tareeqa tha ke foran gareebon ko de diya karte the.</w:t>
      </w:r>
      <w:r>
        <w:br/>
      </w:r>
      <w:r>
        <w:rPr>
          <w:sz w:val="20"/>
        </w:rPr>
        <w:t>34:45  to uss waqt teen log baithe hue the jo mohtaaj the zaruratmand, to un teeno ko ek ek</w:t>
      </w:r>
      <w:r>
        <w:br/>
      </w:r>
      <w:r>
        <w:rPr>
          <w:sz w:val="20"/>
        </w:rPr>
        <w:t>34:51  auqiya de diya, ek bach gaya.</w:t>
      </w:r>
      <w:r>
        <w:br/>
      </w:r>
      <w:r>
        <w:rPr>
          <w:sz w:val="20"/>
        </w:rPr>
        <w:t>34:57  to poocha ke koi aur hai mohtaaj usko bhi de dein taake khatm ho jaye.</w:t>
      </w:r>
      <w:r>
        <w:br/>
      </w:r>
      <w:r>
        <w:rPr>
          <w:sz w:val="20"/>
        </w:rPr>
        <w:t>35:03  to woh koi mila nahi uss waqt.</w:t>
      </w:r>
      <w:r>
        <w:br/>
      </w:r>
      <w:r>
        <w:rPr>
          <w:sz w:val="20"/>
        </w:rPr>
        <w:t>35:10  to woh ghar leke chale gaye ek, paauqiya. to raat ko Hazrat Ayesha raziyallahu anha ne dekha ki unko neend nahi aa rahi hai, kabhi karwat badal rahe hain, kabhi idhar karwat badal rahe hain, kabhi gut ke namaz padhne lagte hain, phir lete hain, phir karwat badal rahe hain. to poocha ki kya koi takleef hai aapko? to kaha ki nahi koi takleef nahi hai. to poocha ki kuch hukm naazil hua hai kya?</w:t>
      </w:r>
      <w:r>
        <w:br/>
      </w:r>
      <w:r>
        <w:rPr>
          <w:sz w:val="20"/>
        </w:rPr>
        <w:t>35:35  yaani koi wahi aayi hai, koi revelation aaya hai jismein koi aisi baat hai ki aap ghabra rahe hain usse? to unhone kaha nahi aisa bhi nahi hai. to phir kaha ki kya baat hai phir? to kaha ki yeh yeh dikhaya hai, woh auqiya yeh dikhaya hai, chandi ka jo or tha. kaha ki yeh ek mere paas bach gaya hai, main yeh soch raha hoon kahin kisi ko dene se pehle meri maut aa jaaye.</w:t>
      </w:r>
      <w:r>
        <w:br/>
      </w:r>
      <w:r>
        <w:rPr>
          <w:sz w:val="20"/>
        </w:rPr>
        <w:t>36:02  to is qadar mohtaaj the rasoolullah sallam ke koi bhi cheez apne paas nahi rakhte the. ji. aur balki aapko to maloom hai ki Maulana kabhi yahi tha. ji. kabhi unhone paise apne paas nahi rakhe. ji. bahar safar kar diya, kar liya karte the. ji. aur bina kisi paise ke. ji ji. to mizaj Maulana kabhi yahi tha? ji.</w:t>
      </w:r>
      <w:r>
        <w:br/>
      </w:r>
      <w:r>
        <w:rPr>
          <w:sz w:val="20"/>
        </w:rPr>
        <w:t>36:24  Maulana ka mizaj jaise aapne kaha ki mere ko ek incident yaad aaya doctor sahab, iska doosra aspect hai ki Maulana ke andar itni zyada sensitivity aur seriousness life ko lekar thi, aakhirat ko lekar thi. aapko yaad hoga doctor sahab? bahut interesting incident hai ki yeh shayad saath sattar saal purani baat hai ki ek aadmi ne unko sau rupaye diye aur amanat ke taur par aur kaha ki main kal aakar le lunga.</w:t>
      </w:r>
    </w:p>
    <w:p>
      <w:pPr>
        <w:pStyle w:val="Heading2"/>
      </w:pPr>
      <w:r>
        <w:t>From hajj's global unity into zakat's purpose</w:t>
      </w:r>
    </w:p>
    <w:p>
      <w:r>
        <w:rPr>
          <w:color w:val="666666"/>
          <w:sz w:val="18"/>
        </w:rPr>
        <w:t>Spirit of Zakat 16 May 2007 - Maulana Wahiduddin Khan · 2m 08s · at 9:52 · https://youtu.be/Ptou1yxZS_8?t=592</w:t>
      </w:r>
    </w:p>
    <w:p>
      <w:r>
        <w:rPr>
          <w:i/>
        </w:rPr>
        <w:t>“Then there's the hajj, an international worship”</w:t>
      </w:r>
    </w:p>
    <w:p>
      <w:r>
        <w:rPr>
          <w:sz w:val="20"/>
        </w:rPr>
        <w:t>9:52  . then, there is the hajj. hajj is an international worship.</w:t>
      </w:r>
      <w:r>
        <w:br/>
      </w:r>
      <w:r>
        <w:rPr>
          <w:sz w:val="20"/>
        </w:rPr>
        <w:t>10:03  so, hajj means</w:t>
      </w:r>
      <w:r>
        <w:br/>
      </w:r>
      <w:r>
        <w:rPr>
          <w:sz w:val="20"/>
        </w:rPr>
        <w:t>10:07  managing muslim ummah in international level. Hajj means managing muslim ummah and believer community in international level.</w:t>
      </w:r>
      <w:r>
        <w:br/>
      </w:r>
      <w:r>
        <w:rPr>
          <w:sz w:val="20"/>
        </w:rPr>
        <w:t>10:25  So, Hajj also gives you a very important principle, how to manage international community of Islam.</w:t>
      </w:r>
      <w:r>
        <w:br/>
      </w:r>
      <w:r>
        <w:rPr>
          <w:sz w:val="20"/>
        </w:rPr>
        <w:t>10:37  Deen, there is the Zakat, and in this talk, I am going to say something about Zakat.</w:t>
      </w:r>
      <w:r>
        <w:br/>
      </w:r>
      <w:r>
        <w:rPr>
          <w:sz w:val="20"/>
        </w:rPr>
        <w:t>10:51  Zakat is one of the five principles of Islam, and Zakat is very important for your, for the, for the process of purification.</w:t>
      </w:r>
      <w:r>
        <w:br/>
      </w:r>
      <w:r>
        <w:rPr>
          <w:sz w:val="20"/>
        </w:rPr>
        <w:t>11:11  Zakat literally means purification or making pure</w:t>
      </w:r>
      <w:r>
        <w:br/>
      </w:r>
      <w:r>
        <w:rPr>
          <w:sz w:val="20"/>
        </w:rPr>
        <w:t>11:20  . So, Zakat pertains to money or earning. So, Zakat principle gives you the art of money management, how to manage your money in right way, how to manage your earning according to the God's commandments.</w:t>
      </w:r>
      <w:r>
        <w:br/>
      </w:r>
      <w:r>
        <w:rPr>
          <w:sz w:val="20"/>
        </w:rPr>
        <w:t>11:48  So, Zakat is very important in this regard. Zakat gives you the art of money management.</w:t>
      </w:r>
    </w:p>
    <w:p>
      <w:pPr>
        <w:pStyle w:val="Heading2"/>
      </w:pPr>
      <w:r>
        <w:t>Genuine repentance vs lip service</w:t>
      </w:r>
    </w:p>
    <w:p>
      <w:r>
        <w:rPr>
          <w:color w:val="666666"/>
          <w:sz w:val="18"/>
        </w:rPr>
        <w:t>Hadith-e-Rasool | April 9, 2006 | Maulana Wahiduddin Khan · 2m 39s · at 1:13:36 · https://youtu.be/zxaMbPyrpQY?t=4416</w:t>
      </w:r>
    </w:p>
    <w:p>
      <w:r>
        <w:rPr>
          <w:i/>
        </w:rPr>
        <w:t>“میں ساری کو برا مانتا ہوں”</w:t>
      </w:r>
    </w:p>
    <w:p>
      <w:r>
        <w:rPr>
          <w:sz w:val="20"/>
        </w:rPr>
        <w:t>1:13:36  main sari ko bura manta hoon. koi mujh se sari agar kehta hai to yaqeen kijiye, mujhe khushi nahi hoti. mujhe lagta hai kisi ne patthar maar diya. yani koi aadmi ghalti kare aur mujh se kahe ke sorry, mujhe lagta hai ke us ne patthar maara, kyunke lip service kiya hai? is se acha to aadmi chup rahe. aadmi ko kehna chahiye: "I was wrong, I was wrong, I was wrong".</w:t>
      </w:r>
      <w:r>
        <w:br/>
      </w:r>
      <w:r>
        <w:rPr>
          <w:sz w:val="20"/>
        </w:rPr>
        <w:t>1:14:11  main samajhta hoon ke lip service, yeh sorry jo hai, woh lip service hai. aur "I was wrong" kehna dil ki tarap ka zuban se zahir hona hai. aadmi ke andar ek storm aata hai ke "oho, mujh se itni bari ghalti ho gayi". ek storm uthta hai aadmi ke andar ke maine ghalti kar dali. is storm ka ek zuban</w:t>
      </w:r>
      <w:r>
        <w:br/>
      </w:r>
      <w:r>
        <w:rPr>
          <w:sz w:val="20"/>
        </w:rPr>
        <w:t>1:14:41  par ek thoda sa zahir hota hai ya aadmi kehta hai ke "I was wrong". to jo ghalti ka etraaf lip service ho, woh to ek aur ghalti ka izafa hai. ek ghalti ke baad doosri ghalti karna hai. lekin jo etraaf dil ki tarap ke saath juda hua ho, jo etraaf aadmi ke dil ki pukaar ho,</w:t>
      </w:r>
      <w:r>
        <w:br/>
      </w:r>
      <w:r>
        <w:rPr>
          <w:sz w:val="20"/>
        </w:rPr>
        <w:t>1:15:14  woh ghalti ka etraaf hai aur bilashuba is par bohat bara reward hai. jaisa ke maine arz kiya, hadith aur Quran ke mutabiq yeh ek bohat bari virtue hai, bohat bari neki hai ke aadmi ghalti karne ke baad yeh maane, yeh ke</w:t>
      </w:r>
      <w:r>
        <w:br/>
      </w:r>
      <w:r>
        <w:rPr>
          <w:sz w:val="20"/>
        </w:rPr>
        <w:t>1:15:44  e ke maine ghalti ki, "I was wrong". lekin sorry kehna virtue nahi hai. sorry kehna to ek ek lip service hai. dil ki gehrai ke saath yeh kehna ke "I was wrong" yeh virtue hai. sochiye ke aisa kyun hai? is ki wajah yeh hai</w:t>
      </w:r>
    </w:p>
    <w:p>
      <w:pPr>
        <w:pStyle w:val="Heading2"/>
      </w:pPr>
      <w:r>
        <w:t>Breakfast story triggers reflection on dhikr</w:t>
      </w:r>
    </w:p>
    <w:p>
      <w:r>
        <w:rPr>
          <w:color w:val="666666"/>
          <w:sz w:val="18"/>
        </w:rPr>
        <w:t>Remembrance of God December 30, 2017 · 2m 56s · at 5:43 · https://youtu.be/EAlfS5kuHfA?t=343</w:t>
      </w:r>
    </w:p>
    <w:p>
      <w:r>
        <w:rPr>
          <w:i/>
        </w:rPr>
        <w:t>“Jaisay mein aaj ka apna tajurba batata hoon”</w:t>
      </w:r>
    </w:p>
    <w:p>
      <w:r>
        <w:rPr>
          <w:sz w:val="20"/>
        </w:rPr>
        <w:t>5:43  jaise mein aaj ka apna tajurba batata hoon, aaj ka.</w:t>
      </w:r>
      <w:r>
        <w:br/>
      </w:r>
      <w:r>
        <w:rPr>
          <w:sz w:val="20"/>
        </w:rPr>
        <w:t>5:49  aaj mein subah ko jab utha to routine ke mutabiq mujhe mein bohat hi simple qism ka breakfast deta hoon.</w:t>
      </w:r>
      <w:r>
        <w:br/>
      </w:r>
      <w:r>
        <w:rPr>
          <w:sz w:val="20"/>
        </w:rPr>
        <w:t>6:01  bohat hi simple. to woh laya gaya.</w:t>
      </w:r>
      <w:r>
        <w:br/>
      </w:r>
      <w:r>
        <w:rPr>
          <w:sz w:val="20"/>
        </w:rPr>
        <w:t>6:09  to jab us ko dekha maine to mujhe woh waqia yaad aaya, yaad aaya jo British, ek British pet par guzra tha.</w:t>
      </w:r>
      <w:r>
        <w:br/>
      </w:r>
      <w:r>
        <w:rPr>
          <w:sz w:val="20"/>
        </w:rPr>
        <w:t>6:21  ek British pet ke baray mein aata hai</w:t>
      </w:r>
      <w:r>
        <w:br/>
      </w:r>
      <w:r>
        <w:rPr>
          <w:sz w:val="20"/>
        </w:rPr>
        <w:t>6:29  ke woh khane ki base par tha. woh tha aur aur kuch aur log thay, us ki family ke.</w:t>
      </w:r>
      <w:r>
        <w:br/>
      </w:r>
      <w:r>
        <w:rPr>
          <w:sz w:val="20"/>
        </w:rPr>
        <w:t>6:45  to jab khana base par rakha gaya aur us ne us ko dekha to us ke mind mein yeh aaya ke yeh yeh jo member, yeh jo meri family ke member jo mez ke charon taraf baithe hain,</w:t>
      </w:r>
      <w:r>
        <w:br/>
      </w:r>
      <w:r>
        <w:rPr>
          <w:sz w:val="20"/>
        </w:rPr>
        <w:t>7:00  yeh kya hain? yeh isi khane ka product hai. yeh sab ke sab isi khane ka product hain. unhon ne jo khana khaya tha, wahi khana convert ho kar aurat mard ban gaya.</w:t>
      </w:r>
      <w:r>
        <w:br/>
      </w:r>
      <w:r>
        <w:rPr>
          <w:sz w:val="20"/>
        </w:rPr>
        <w:t>7:22  to us ki mez par ek thi koi mystery, koi bachcha. to us ne ek shair kaha: "It's very hard thing as hard as can be whatever mystery it's translate mystery".</w:t>
      </w:r>
      <w:r>
        <w:br/>
      </w:r>
      <w:r>
        <w:rPr>
          <w:sz w:val="20"/>
        </w:rPr>
        <w:t>7:44  yani yeh bohat hi anokhi baat hai ke mystery its jo khati hai, woh khata, woh kha, woh woh jo khati hai, woh us ke body mein ja kar mystery ki shakal mein convert ho jata hai.</w:t>
      </w:r>
      <w:r>
        <w:br/>
      </w:r>
      <w:r>
        <w:rPr>
          <w:sz w:val="20"/>
        </w:rPr>
        <w:t>8:02  kyun ke woh mystery jo hai, wahi khane ka to conversion hai.</w:t>
      </w:r>
      <w:r>
        <w:br/>
      </w:r>
      <w:r>
        <w:rPr>
          <w:sz w:val="20"/>
        </w:rPr>
        <w:t>8:08  yeh mere mind mein aaya yeh shair. to mein mera mind trigger hua. mujhe ek point of reference mil gaya.</w:t>
      </w:r>
      <w:r>
        <w:br/>
      </w:r>
      <w:r>
        <w:rPr>
          <w:sz w:val="20"/>
        </w:rPr>
        <w:t>8:19  maine socha ke yeh simple baat nahi hai. ek aur baat hai. woh yeh ke jo khana hai, woh to mystery ke ka jo wajood hai, jo mystery jo hai,</w:t>
      </w:r>
    </w:p>
    <w:p>
      <w:pPr>
        <w:pStyle w:val="Heading2"/>
      </w:pPr>
      <w:r>
        <w:t>Judge Islam by scripture, not by believers' practice</w:t>
      </w:r>
    </w:p>
    <w:p>
      <w:r>
        <w:rPr>
          <w:color w:val="666666"/>
          <w:sz w:val="18"/>
        </w:rPr>
        <w:t>The School of Fiqh in Islam (English) April 14, 2007 Maulana Wahiduddin Khan · 2m 25s · at 3:58 · https://youtu.be/Kc-mTjI23HM?t=238</w:t>
      </w:r>
    </w:p>
    <w:p>
      <w:r>
        <w:rPr>
          <w:i/>
        </w:rPr>
        <w:t>“You have to differentiate between Islam and Muslims”</w:t>
      </w:r>
    </w:p>
    <w:p>
      <w:r>
        <w:rPr>
          <w:sz w:val="20"/>
        </w:rPr>
        <w:t>3:58  the first principle, first guiding principle in this regard is the principle of differentiation.</w:t>
      </w:r>
      <w:r>
        <w:br/>
      </w:r>
      <w:r>
        <w:rPr>
          <w:sz w:val="20"/>
        </w:rPr>
        <w:t>4:11  you have to differentiate between Islam and Muslims.</w:t>
      </w:r>
      <w:r>
        <w:br/>
      </w:r>
      <w:r>
        <w:rPr>
          <w:sz w:val="20"/>
        </w:rPr>
        <w:t>4:17  you have to judge in the light of Islamic teachings, Quran and Hadith, not in the light of Muslim practices.</w:t>
      </w:r>
      <w:r>
        <w:br/>
      </w:r>
      <w:r>
        <w:rPr>
          <w:sz w:val="20"/>
        </w:rPr>
        <w:t>4:32  then, I said that this kind of differentiation is found in every</w:t>
      </w:r>
      <w:r>
        <w:br/>
      </w:r>
      <w:r>
        <w:rPr>
          <w:sz w:val="20"/>
        </w:rPr>
        <w:t>4:39  religion. You know, Christianity, as represented by clergy, is based on the concept of atonement and sinship.</w:t>
      </w:r>
      <w:r>
        <w:br/>
      </w:r>
      <w:r>
        <w:rPr>
          <w:sz w:val="20"/>
        </w:rPr>
        <w:t>4:54  but these concepts are not found in the Bible, in its direct text</w:t>
      </w:r>
      <w:r>
        <w:br/>
      </w:r>
      <w:r>
        <w:rPr>
          <w:sz w:val="20"/>
        </w:rPr>
        <w:t>5:06  . Although there are some inferences, but inferences not enough to establish the basic creed of any religion.</w:t>
      </w:r>
      <w:r>
        <w:br/>
      </w:r>
      <w:r>
        <w:rPr>
          <w:sz w:val="20"/>
        </w:rPr>
        <w:t>5:17  . Then, you see, among Hindus, Hindu scholars say that there is no idol worship in Vedas,</w:t>
      </w:r>
      <w:r>
        <w:br/>
      </w:r>
      <w:r>
        <w:rPr>
          <w:sz w:val="20"/>
        </w:rPr>
        <w:t>5:31  but the majority of Hindus are idol worshippers.</w:t>
      </w:r>
      <w:r>
        <w:br/>
      </w:r>
      <w:r>
        <w:rPr>
          <w:sz w:val="20"/>
        </w:rPr>
        <w:t>5:37  . Then, scholars say that in Gita, there is no such caste system which is known at present.</w:t>
      </w:r>
      <w:r>
        <w:br/>
      </w:r>
      <w:r>
        <w:rPr>
          <w:sz w:val="20"/>
        </w:rPr>
        <w:t>5:49  but, you know, the Hindu society is based on caste system. So, this kind of difference is found in any religion.</w:t>
      </w:r>
      <w:r>
        <w:br/>
      </w:r>
      <w:r>
        <w:rPr>
          <w:sz w:val="20"/>
        </w:rPr>
        <w:t>6:03  So, I said that this is the first principle.</w:t>
      </w:r>
      <w:r>
        <w:br/>
      </w:r>
      <w:r>
        <w:rPr>
          <w:sz w:val="20"/>
        </w:rPr>
        <w:t>6:10  if you want to know the exact meaning of Islam, you have to follow this principle, that is principle of differentiation.</w:t>
      </w:r>
    </w:p>
    <w:p>
      <w:pPr>
        <w:pStyle w:val="Heading2"/>
      </w:pPr>
      <w:r>
        <w:t>Umar's question on taqwa: the thorny path parable</w:t>
      </w:r>
    </w:p>
    <w:p>
      <w:r>
        <w:rPr>
          <w:color w:val="666666"/>
          <w:sz w:val="18"/>
        </w:rPr>
        <w:t>Importance of Ramadan March 24, 2024 · 2m 11s · at 24:59 · https://youtu.be/cn67uauGQrc?t=1499</w:t>
      </w:r>
    </w:p>
    <w:p>
      <w:r>
        <w:rPr>
          <w:i/>
        </w:rPr>
        <w:t>“Hazrat Umar ne Ubay ibn Kaab se poocha: taqwa kya hai?”</w:t>
      </w:r>
    </w:p>
    <w:p>
      <w:r>
        <w:rPr>
          <w:sz w:val="20"/>
        </w:rPr>
        <w:t>24:59  woh farishte usi ke paas aayenge jo Khuda se dar kar zindagi guzarega. To ek baar aisa hua ke Hazrat Umar ne Abi ibn Ka'b se poocha ji ke taqwe kya hai? Taqwe ke kya maani hain?</w:t>
      </w:r>
      <w:r>
        <w:br/>
      </w:r>
      <w:r>
        <w:rPr>
          <w:sz w:val="20"/>
        </w:rPr>
        <w:t>25:15  Hazrat Umar sab se sawal karte the ji</w:t>
      </w:r>
      <w:r>
        <w:br/>
      </w:r>
      <w:r>
        <w:rPr>
          <w:sz w:val="20"/>
        </w:rPr>
        <w:t>25:18  jaise Maulana sab se sawal karte the ji to Hazrat Umar ne sawal kiya to Abi ibn Ka'b ne kaha: "Kya aap kisi kaanteydaar raaste se guzre hain?" To Hazrat Umar ne kaha: "Haan." To phir unhone poocha: "Phir aap ne kya kiya?</w:t>
      </w:r>
      <w:r>
        <w:br/>
      </w:r>
      <w:r>
        <w:rPr>
          <w:sz w:val="20"/>
        </w:rPr>
        <w:t>25:32  "Unhone kaha: "Shurt wa staad mein ne apne kapde samet liye aur bachte hue nikal gaya." To Abi ibn Ka'b ne kaha: "Bohat sincere companion the Prophet ke, unhone kaha ke yehi taqwe hai."</w:t>
      </w:r>
      <w:r>
        <w:br/>
      </w:r>
      <w:r>
        <w:rPr>
          <w:sz w:val="20"/>
        </w:rPr>
        <w:t>25:46  Asal mein yeh duniya jo hai dar-ul-imtihan hai, test ka testing ground hai. Yeh duniya to is waja se yahan par har tarah ki cheezein hain, kaanteydaar jhaadiyan bhi hain, seedhe raaste bhi hain.</w:t>
      </w:r>
      <w:r>
        <w:br/>
      </w:r>
      <w:r>
        <w:rPr>
          <w:sz w:val="20"/>
        </w:rPr>
        <w:t>26:01  to humein bachte bachte hue yeh safar tay karna hai taake hum tamam buraiyon se, hum jo hain tamam buraiyon se door reh kar ke apna safar seedhe raaste par chal sakein, mukammal kar sakein.</w:t>
      </w:r>
      <w:r>
        <w:br/>
      </w:r>
      <w:r>
        <w:rPr>
          <w:sz w:val="20"/>
        </w:rPr>
        <w:t>26:20  to muttaqi insaan ka matlab hai ek kaashsan insaan. Matlab jahan us ko dikhai de ke yeh raasta sahi nahin hai to wahin woh kaashsh ho jaye.</w:t>
      </w:r>
      <w:r>
        <w:br/>
      </w:r>
      <w:r>
        <w:rPr>
          <w:sz w:val="20"/>
        </w:rPr>
        <w:t>26:30  ise kehte hain ke hazrat umar itne zyada kaashith the ke inko foran ehsas ho jata tha. shaitan inke paas nahi aata tha, inse darta tha.</w:t>
      </w:r>
      <w:r>
        <w:br/>
      </w:r>
      <w:r>
        <w:rPr>
          <w:sz w:val="20"/>
        </w:rPr>
        <w:t>26:39  kyunke agar hamein pata chal jaye ke yeh shaitan ka behkawa hai to phir shaitan nahi behkata. shaitan isiko behkata hai jo behkta chala jata hai aur isko samajh mein bhi nahi aata ke shaitan behka raha hai.</w:t>
      </w:r>
      <w:r>
        <w:br/>
      </w:r>
      <w:r>
        <w:rPr>
          <w:sz w:val="20"/>
        </w:rPr>
        <w:t>26:53  to yeh khana peena woh hai yeh to bas samajh lijiye ke aalamati tark hai, yani sambhal ke. aur asal tark to wohi hai ke tamam forbidden cheezon se jisko Allah ne mana kiya hai, usse woh hum jee usko chhod dein.</w:t>
      </w:r>
    </w:p>
    <w:p>
      <w:pPr>
        <w:pStyle w:val="Heading2"/>
      </w:pPr>
      <w:r>
        <w:t>true meaning of the dua for good in both worlds</w:t>
      </w:r>
    </w:p>
    <w:p>
      <w:r>
        <w:rPr>
          <w:color w:val="666666"/>
          <w:sz w:val="18"/>
        </w:rPr>
        <w:t>Dars -e-Quran June 30, 2007 · 3m 10s · at 43:05 · https://youtu.be/I2HVuhH6eS8?t=2585</w:t>
      </w:r>
    </w:p>
    <w:p>
      <w:r>
        <w:rPr>
          <w:i/>
        </w:rPr>
        <w:t>“رَبَّنَا آتِنَا فِي الدُّنْيَا حَسَنًا وَفِي الْآخِرَةِ حَسَنًا”</w:t>
      </w:r>
    </w:p>
    <w:p>
      <w:r>
        <w:rPr>
          <w:sz w:val="20"/>
        </w:rPr>
        <w:t>43:05  woh dua us tareeqe se hai ke rabbana atina fid dunya hasanatan wa fil akhirati hasanatan wa qina azabannar</w:t>
      </w:r>
      <w:r>
        <w:br/>
      </w:r>
      <w:r>
        <w:rPr>
          <w:sz w:val="20"/>
        </w:rPr>
        <w:t>43:22  rabbana atina fid dunya hasanatan wa fil akhirati hasanatan wa qina azabannar</w:t>
      </w:r>
      <w:r>
        <w:br/>
      </w:r>
      <w:r>
        <w:rPr>
          <w:sz w:val="20"/>
        </w:rPr>
        <w:t>43:34  is ka tarjuma yeh hai ke ae hamare Rabb! hum ko de dunya mein hasana, ae Rabb!</w:t>
      </w:r>
      <w:r>
        <w:br/>
      </w:r>
      <w:r>
        <w:rPr>
          <w:sz w:val="20"/>
        </w:rPr>
        <w:t>43:45  hum ko de dunya mein hasana aur akhirat mein hasana, aur hum ko bacha</w:t>
      </w:r>
      <w:r>
        <w:br/>
      </w:r>
      <w:r>
        <w:rPr>
          <w:sz w:val="20"/>
        </w:rPr>
        <w:t>43:55  akhirat ke azab se.</w:t>
      </w:r>
      <w:r>
        <w:br/>
      </w:r>
      <w:r>
        <w:rPr>
          <w:sz w:val="20"/>
        </w:rPr>
        <w:t>44:01  yahan hasana ka matlab kya hai?</w:t>
      </w:r>
      <w:r>
        <w:br/>
      </w:r>
      <w:r>
        <w:rPr>
          <w:sz w:val="20"/>
        </w:rPr>
        <w:t>44:03  is ka matlab yeh hai ke dunya mein hum jis ko hasna samajhte hain, hum chahte hain ke hamare paas khoob paisa ho, khoob bara bara business ho, bari bari property hamare paas ho.</w:t>
      </w:r>
      <w:r>
        <w:br/>
      </w:r>
      <w:r>
        <w:rPr>
          <w:sz w:val="20"/>
        </w:rPr>
        <w:t>44:16  to yeh matlab nahi hai ke rabbana atina fid dunya hasana ka matlab yeh nahi hai ke dunya ki achaiyan hamein de de. yeh matlab nahi hai is ka.</w:t>
      </w:r>
      <w:r>
        <w:br/>
      </w:r>
      <w:r>
        <w:rPr>
          <w:sz w:val="20"/>
        </w:rPr>
        <w:t>44:26  dekhiye, is mein khud bata diya gaya hai ke hasana ka criteria kya hai.</w:t>
      </w:r>
      <w:r>
        <w:br/>
      </w:r>
      <w:r>
        <w:rPr>
          <w:sz w:val="20"/>
        </w:rPr>
        <w:t>44:34  woh hai isi mein, dekhiye</w:t>
      </w:r>
      <w:r>
        <w:br/>
      </w:r>
      <w:r>
        <w:rPr>
          <w:sz w:val="20"/>
        </w:rPr>
        <w:t>44:40  waqina azabannar yeh hai criteria aur</w:t>
      </w:r>
      <w:r>
        <w:br/>
      </w:r>
      <w:r>
        <w:rPr>
          <w:sz w:val="20"/>
        </w:rPr>
        <w:t>44:46  bacha hum ko akhirat ke azab se. yeh hai criteria, yani woh zindagi hamein guzarnay ki tofeeq de jo hamein akhirat ki pakar se bachane wali ho,</w:t>
      </w:r>
      <w:r>
        <w:br/>
      </w:r>
      <w:r>
        <w:rPr>
          <w:sz w:val="20"/>
        </w:rPr>
        <w:t>45:04  jo hum ko jannat mein le janay wali ho. yeh matlab hai is ka</w:t>
      </w:r>
      <w:r>
        <w:br/>
      </w:r>
      <w:r>
        <w:rPr>
          <w:sz w:val="20"/>
        </w:rPr>
        <w:t>45:12  rabbana atina fid dunya hasana wa fil akhirati hasana waqina azabannar</w:t>
      </w:r>
      <w:r>
        <w:br/>
      </w:r>
      <w:r>
        <w:rPr>
          <w:sz w:val="20"/>
        </w:rPr>
        <w:t>45:23  to aye rab! hum ko de dunya mein hasana, dunya mein achai. hasana ka matlab hai achai, to is ka matlab yeh nahi ke dunya mein hum jis cheez ko acha samajhte hain,</w:t>
      </w:r>
      <w:r>
        <w:br/>
      </w:r>
      <w:r>
        <w:rPr>
          <w:sz w:val="20"/>
        </w:rPr>
        <w:t>45:39  woh cheez hamein de de. khuda jis ko acha samajhta hai, woh hum mang rahe hain. is ayat, is dua mein khuda mangta hai hasana,</w:t>
      </w:r>
      <w:r>
        <w:br/>
      </w:r>
      <w:r>
        <w:rPr>
          <w:sz w:val="20"/>
        </w:rPr>
        <w:t>45:51  woh hasana jo khuda ke nazdeek hasana ho, yani ke jo mere nazdeek hasana ho.</w:t>
      </w:r>
      <w:r>
        <w:br/>
      </w:r>
      <w:r>
        <w:rPr>
          <w:sz w:val="20"/>
        </w:rPr>
        <w:t>45:59  is baat ko achi tarah samajh lena chahiye ke is dunya mein hamari hasana jo hai, woh nahi murad hai. is se khuda ke nazdeek jo hasana hai, akhirat ka jo hasana hai, dunya ka, woh hamein de de.</w:t>
      </w:r>
    </w:p>
    <w:p>
      <w:pPr>
        <w:pStyle w:val="Heading2"/>
      </w:pPr>
      <w:r>
        <w:t>Fasting process leads to taqwa</w:t>
      </w:r>
    </w:p>
    <w:p>
      <w:r>
        <w:rPr>
          <w:color w:val="666666"/>
          <w:sz w:val="18"/>
        </w:rPr>
        <w:t>Fasting and Re-planning June 18, 2017 · 1m 58s · at 8:09 · https://youtu.be/ekpPWHrK1DI?t=489</w:t>
      </w:r>
    </w:p>
    <w:p>
      <w:r>
        <w:rPr>
          <w:i/>
        </w:rPr>
        <w:t>“Roza rakh kar apne ko zyada alert banana”</w:t>
      </w:r>
    </w:p>
    <w:p>
      <w:r>
        <w:rPr>
          <w:sz w:val="20"/>
        </w:rPr>
        <w:t>8:09  woh kya hai? aap ne roza rakh kar apne ko zyada alert banaya. zyada alert.</w:t>
      </w:r>
      <w:r>
        <w:br/>
      </w:r>
      <w:r>
        <w:rPr>
          <w:sz w:val="20"/>
        </w:rPr>
        <w:t>8:18  zyada senior. senior. roza rakh kar aap ne apne ko zyada alert banaya. zyada senior banaya.</w:t>
      </w:r>
      <w:r>
        <w:br/>
      </w:r>
      <w:r>
        <w:rPr>
          <w:sz w:val="20"/>
        </w:rPr>
        <w:t>8:29  phir aap ne kya kiya? quran ki study ki. quran ko padha.</w:t>
      </w:r>
      <w:r>
        <w:br/>
      </w:r>
      <w:r>
        <w:rPr>
          <w:sz w:val="20"/>
        </w:rPr>
        <w:t>8:37  aur quran se aap ne food hasil kiya. food. discipline food. to phir woh waqt aata hai ke aap ke andar taqwa paida ho.</w:t>
      </w:r>
      <w:r>
        <w:br/>
      </w:r>
      <w:r>
        <w:rPr>
          <w:sz w:val="20"/>
        </w:rPr>
        <w:t>8:49  is ka matlab hai ke first comes roza. deen comes quran.</w:t>
      </w:r>
      <w:r>
        <w:br/>
      </w:r>
      <w:r>
        <w:rPr>
          <w:sz w:val="20"/>
        </w:rPr>
        <w:t>8:59  deen comes da</w:t>
      </w:r>
      <w:r>
        <w:br/>
      </w:r>
      <w:r>
        <w:rPr>
          <w:sz w:val="20"/>
        </w:rPr>
        <w:t>9:05  result of roza.</w:t>
      </w:r>
      <w:r>
        <w:br/>
      </w:r>
      <w:r>
        <w:rPr>
          <w:sz w:val="20"/>
        </w:rPr>
        <w:t>9:10  yani aap ne jaana ke roze ka mahina aa gaya. to aap ne planning ki.</w:t>
      </w:r>
      <w:r>
        <w:br/>
      </w:r>
      <w:r>
        <w:rPr>
          <w:sz w:val="20"/>
        </w:rPr>
        <w:t>9:20  planning is tarah ki ke din mein aap ne roza rakha. phir jab bhi waqt mila din mein ya raat mein to quran ko padha is janne ke liye ke Allah taala ki marzi mere saath kya hai.</w:t>
      </w:r>
      <w:r>
        <w:br/>
      </w:r>
      <w:r>
        <w:rPr>
          <w:sz w:val="20"/>
        </w:rPr>
        <w:t>9:39  sun ka suna is apna mind ko banaya. mind mein ek process jaari kiya.</w:t>
      </w:r>
      <w:r>
        <w:br/>
      </w:r>
      <w:r>
        <w:rPr>
          <w:sz w:val="20"/>
        </w:rPr>
        <w:t>9:49  phir woh culminate ho kar ke bana taqwa.</w:t>
      </w:r>
      <w:r>
        <w:br/>
      </w:r>
      <w:r>
        <w:rPr>
          <w:sz w:val="20"/>
        </w:rPr>
        <w:t>9:55  woh culminate ban kar bana taqwa. yeh hai roza. roza yeh nahi hai ke bas sehri kar liya, iftar kar liya, sehri kar liya, iftar kar liya to roza ho gaya.</w:t>
      </w:r>
    </w:p>
    <w:p>
      <w:pPr>
        <w:pStyle w:val="Heading2"/>
      </w:pPr>
      <w:r>
        <w:t>itikaf explained as retreat from distraction, not from sin</w:t>
      </w:r>
    </w:p>
    <w:p>
      <w:r>
        <w:rPr>
          <w:color w:val="666666"/>
          <w:sz w:val="18"/>
        </w:rPr>
        <w:t>Roza A Spiritual Jihad August 28, 2011 Maulana Wahiduddin Khan · 1m 07s · at 27:22 · https://youtu.be/7Xc_Fl6z5xU?t=1642</w:t>
      </w:r>
    </w:p>
    <w:p>
      <w:r>
        <w:rPr>
          <w:i/>
        </w:rPr>
        <w:t>“Itikaf's 'sin' actually means distraction, not wine or vice”</w:t>
      </w:r>
    </w:p>
    <w:p>
      <w:r>
        <w:rPr>
          <w:sz w:val="20"/>
        </w:rPr>
        <w:t>27:22  Ramzan jo itikaf, itikaf kiya jata hai, itikaf kya hai? Hadees mein aata hai ke huwa ya taq zunub, yaani woh zunub, gunah se itikaf karta hai.</w:t>
      </w:r>
      <w:r>
        <w:br/>
      </w:r>
      <w:r>
        <w:rPr>
          <w:sz w:val="20"/>
        </w:rPr>
        <w:t>27:35  lekin yahan gunah ke maani, yaani sharab peeta, peena, aur, aur, aur khinzir khata, pehle aa kar chhod diya. aag yahan ko nahi.</w:t>
      </w:r>
      <w:r>
        <w:br/>
      </w:r>
      <w:r>
        <w:rPr>
          <w:sz w:val="20"/>
        </w:rPr>
        <w:t>27:46  zunub yahan is maani mein nahi hai. yeh hai distraction ke maani mein, yaani distraction se bacha kar apne aap ko exude kar ke masjid mein lata hai.</w:t>
      </w:r>
      <w:r>
        <w:br/>
      </w:r>
      <w:r>
        <w:rPr>
          <w:sz w:val="20"/>
        </w:rPr>
        <w:t>27:57  woh</w:t>
      </w:r>
      <w:r>
        <w:br/>
      </w:r>
      <w:r>
        <w:rPr>
          <w:sz w:val="20"/>
        </w:rPr>
        <w:t>28:00  distraction se itikaf karta hai. yeh matlab hai is ka. to kaha ke aap distraction se, tak distraction se bahar ki zindagi mein,</w:t>
      </w:r>
      <w:r>
        <w:br/>
      </w:r>
      <w:r>
        <w:rPr>
          <w:sz w:val="20"/>
        </w:rPr>
        <w:t>28:14  ghar mein hain, aap bahar society mein hain, kahin hain, bohat qism ke distraction hote hain. lekin jab aap masjid mein aa ke ekso kar, apne ko ekso karte hain to aap distraction se bach jaate hain.</w:t>
      </w:r>
    </w:p>
    <w:p>
      <w:pPr>
        <w:pStyle w:val="Heading2"/>
      </w:pPr>
      <w:r>
        <w:t>Focus on the blessings you have, not what's missing</w:t>
      </w:r>
    </w:p>
    <w:p>
      <w:r>
        <w:rPr>
          <w:color w:val="666666"/>
          <w:sz w:val="18"/>
        </w:rPr>
        <w:t>Importance of Ramadan March 24, 2024 · 1m 45s · at 12:49 · https://youtu.be/cn67uauGQrc?t=769</w:t>
      </w:r>
    </w:p>
    <w:p>
      <w:r>
        <w:rPr>
          <w:i/>
        </w:rPr>
        <w:t>“Jo cheez mili hui hai, uspar hamara focus hona chahiye”</w:t>
      </w:r>
    </w:p>
    <w:p>
      <w:r>
        <w:rPr>
          <w:sz w:val="20"/>
        </w:rPr>
        <w:t>12:49  to humein jo cheez mili hui hai, uspar hamara focus hona chahiye, na ke na mili hui pe. bilkul ji. to tabhi hamare dil se alhamdulillah niklega.</w:t>
      </w:r>
      <w:r>
        <w:br/>
      </w:r>
      <w:r>
        <w:rPr>
          <w:sz w:val="20"/>
        </w:rPr>
        <w:t>13:00  kyunke agar hum ek hi cheez par woh focus karte rahein ke yeh cheez hamein nahi mili</w:t>
      </w:r>
      <w:r>
        <w:br/>
      </w:r>
      <w:r>
        <w:rPr>
          <w:sz w:val="20"/>
        </w:rPr>
        <w:t>13:05  hui hai, to jab hamare dimagh mein complaint aa jayega aur hum ideal ki talash mein pareshan rahenge ke hamein yeh cheez nahi, hamein available hain, woh cheez available nahi hai, to phir hum kabhi bhi dil se alhamdulillah nahi kar sakte.</w:t>
      </w:r>
      <w:r>
        <w:br/>
      </w:r>
      <w:r>
        <w:rPr>
          <w:sz w:val="20"/>
        </w:rPr>
        <w:t>13:21  ab jaise life support system hai, life support system itni bari blessing hai ke poori kainat mein yeh sari cheezein nahi hain.</w:t>
      </w:r>
      <w:r>
        <w:br/>
      </w:r>
      <w:r>
        <w:rPr>
          <w:sz w:val="20"/>
        </w:rPr>
        <w:t>13:30  bahut zyada talash hui pani ki tamam planets par, har jagah</w:t>
      </w:r>
      <w:r>
        <w:br/>
      </w:r>
      <w:r>
        <w:rPr>
          <w:sz w:val="20"/>
        </w:rPr>
        <w:t>13:35  , lekin kahin kuch nahi mila. to iska matlab hai ke yeh is is duniya mein, is planet Earth par, Allah Ta'ala ne special tareeqe se ek to sabse pehle insaan ko creation hai, phir uske baad tamam cheezon ko create kiya, tamam life support system banaya, uske baad insaan ko yahan rakha.</w:t>
      </w:r>
      <w:r>
        <w:br/>
      </w:r>
      <w:r>
        <w:rPr>
          <w:sz w:val="20"/>
        </w:rPr>
        <w:t>13:56  to insaan ke andar bahut sari unique cheezein</w:t>
      </w:r>
      <w:r>
        <w:br/>
      </w:r>
      <w:r>
        <w:rPr>
          <w:sz w:val="20"/>
        </w:rPr>
        <w:t>14:00  hain. ek lazzat ka ehsaas, matlab insaan har cheez ko enjoy karta hai. achhe khane ko, achhe dress ko, har achhi hawa aah thandi thandi chal rahi hai, usko har cheez ko woh enjoy karta hai.</w:t>
      </w:r>
      <w:r>
        <w:br/>
      </w:r>
      <w:r>
        <w:rPr>
          <w:sz w:val="20"/>
        </w:rPr>
        <w:t>14:13  ab jaanwar hain, woh to bas woh pet bharne ke liye khata hai. to yeh jo cheezein hain, enjoyment hai, happiness hai, yeh sab cheezein Allah Ta'ala ne insaan ko di hui</w:t>
      </w:r>
      <w:r>
        <w:br/>
      </w:r>
      <w:r>
        <w:rPr>
          <w:sz w:val="20"/>
        </w:rPr>
        <w:t>14:25  hain. to insaan ka ko yahi return Allah ko dena hai ke woh khoob khoob Allah ka shukar ada kare. kyunke Allah ko to aur kisi cheez ki zaroorat hai nahi.</w:t>
      </w:r>
    </w:p>
    <w:p>
      <w:pPr>
        <w:pStyle w:val="Heading2"/>
      </w:pPr>
      <w:r>
        <w:t>Hadith: controlling your reaction is fasting's real purpose</w:t>
      </w:r>
    </w:p>
    <w:p>
      <w:r>
        <w:rPr>
          <w:color w:val="666666"/>
          <w:sz w:val="18"/>
        </w:rPr>
        <w:t>Ramadan The Month of Remembrance June 21, 2015 · 2m 28s · at 5:15 · https://youtu.be/D0D6zmqcScc?t=315</w:t>
      </w:r>
    </w:p>
    <w:p>
      <w:r>
        <w:rPr>
          <w:i/>
        </w:rPr>
        <w:t>“Ek hadith hai: jab tum roza rakho to buri baat na nikale”</w:t>
      </w:r>
    </w:p>
    <w:p>
      <w:r>
        <w:rPr>
          <w:sz w:val="20"/>
        </w:rPr>
        <w:t>5:15  ek hadith hai, dekhiye, is hadith mein yeh kaha gaya hai ke jab tum roza rakho to mujh se koshish karo jab roza rakha hai to us ko apni zuban se buri baat nahi nikalna chahiye.</w:t>
      </w:r>
      <w:r>
        <w:br/>
      </w:r>
      <w:r>
        <w:rPr>
          <w:sz w:val="20"/>
        </w:rPr>
        <w:t>5:34  wala yarfus wala yashum. buri baat nahi nikalni chahiye.</w:t>
      </w:r>
      <w:r>
        <w:br/>
      </w:r>
      <w:r>
        <w:rPr>
          <w:sz w:val="20"/>
        </w:rPr>
        <w:t>5:43  aur phir farmaya ke agar koi doosra shakhs tum ko buri baat kahe, gaali de,</w:t>
      </w:r>
      <w:r>
        <w:br/>
      </w:r>
      <w:r>
        <w:rPr>
          <w:sz w:val="20"/>
        </w:rPr>
        <w:t>5:51  koi provocative baat kahe to tum jawab mein khud na bhadak utho, balkeh yeh kaho: inni min al-saaim.</w:t>
      </w:r>
      <w:r>
        <w:br/>
      </w:r>
      <w:r>
        <w:rPr>
          <w:sz w:val="20"/>
        </w:rPr>
        <w:t>6:02  inni min al-saaim. ke bhai, mein to rozedar aadmi hoon, maine roza rakha hai.</w:t>
      </w:r>
      <w:r>
        <w:br/>
      </w:r>
      <w:r>
        <w:rPr>
          <w:sz w:val="20"/>
        </w:rPr>
        <w:t>6:11  iska matlab yeh hai ke rozedar se allah taala ki yeh matloob hai ke us ki zindagi mein reaction na ho. ke doosra kuch kahe to aap bhi bhadak uthen, react karen.</w:t>
      </w:r>
      <w:r>
        <w:br/>
      </w:r>
      <w:r>
        <w:rPr>
          <w:sz w:val="20"/>
        </w:rPr>
        <w:t>6:24  is mein ke doosra aap ko aisi baat kahe jis se aap ke jazbaat ko thes lage, aap</w:t>
      </w:r>
      <w:r>
        <w:br/>
      </w:r>
      <w:r>
        <w:rPr>
          <w:sz w:val="20"/>
        </w:rPr>
        <w:t>6:33  ke andar ishtia'al aa jaye, aap ke andar ghairat jaag uthe, inteqaam jaag uthe, to aap ko apne aap ko rokna chahiye.</w:t>
      </w:r>
      <w:r>
        <w:br/>
      </w:r>
      <w:r>
        <w:rPr>
          <w:sz w:val="20"/>
        </w:rPr>
        <w:t>6:47  aur yeh kehna chahiye ke inni minas saim. inni minas saim. main to bhai rozaydaar hoon, maine to Allah ke hukum se roza rakha rakha hai.</w:t>
      </w:r>
      <w:r>
        <w:br/>
      </w:r>
      <w:r>
        <w:rPr>
          <w:sz w:val="20"/>
        </w:rPr>
        <w:t>6:59  is se aap andaza kar sakte hain ke roza ya Ramzan jo hai is ka maqsad kya hai. is ka maqsad sirf khana peena chhodna nahi hai,</w:t>
      </w:r>
      <w:r>
        <w:br/>
      </w:r>
      <w:r>
        <w:rPr>
          <w:sz w:val="20"/>
        </w:rPr>
        <w:t>7:13  apni aadaaton ko chhodna hai,</w:t>
      </w:r>
      <w:r>
        <w:br/>
      </w:r>
      <w:r>
        <w:rPr>
          <w:sz w:val="20"/>
        </w:rPr>
        <w:t>7:19  reaction ko chhodna hai, negative thinking ko chhodna hai, shikayat ko chhodna hai, samajee zindagi mein yeh sab jo baatein aati hain is ko chhodna hai.</w:t>
      </w:r>
      <w:r>
        <w:br/>
      </w:r>
      <w:r>
        <w:rPr>
          <w:sz w:val="20"/>
        </w:rPr>
        <w:t>7:33  woh to ek ilamati tark hai. to yeh kitni badi baat hai yeh.</w:t>
      </w:r>
    </w:p>
    <w:p>
      <w:pPr>
        <w:pStyle w:val="Heading2"/>
      </w:pPr>
      <w:r>
        <w:t>Defining need essential for akhirah</w:t>
      </w:r>
    </w:p>
    <w:p>
      <w:r>
        <w:rPr>
          <w:color w:val="666666"/>
          <w:sz w:val="18"/>
        </w:rPr>
        <w:t>Q&amp;A 19 Feb 2012 Maulana Wahiduddin Khan · 2m 27s · at 22:54 · https://youtu.be/ZJlQ-Ue_PhY?t=1374</w:t>
      </w:r>
    </w:p>
    <w:p>
      <w:r>
        <w:rPr>
          <w:i/>
        </w:rPr>
        <w:t>“Zaroorat ko koi ginti mein aap hadbandi nahi kar sakte”</w:t>
      </w:r>
    </w:p>
    <w:p>
      <w:r>
        <w:rPr>
          <w:sz w:val="20"/>
        </w:rPr>
        <w:t>22:54  dekhiye, zarurat ko koi ginti mein aap hadbandi nahi kar sakte ki list banayein. aap aisa nahi ho sakta, koi list nahi ban sakti. aap</w:t>
      </w:r>
      <w:r>
        <w:br/>
      </w:r>
      <w:r>
        <w:rPr>
          <w:sz w:val="20"/>
        </w:rPr>
        <w:t>23:08  ki mez, kursi, qalam, pencil, aap char list banayein. aisa nahi ho sakta hai. aadmi ka khud apna kaam hai ki woh jaane ki zarurat kya hai. zarurat ke angrezi mein hota hai need.</w:t>
      </w:r>
      <w:r>
        <w:br/>
      </w:r>
      <w:r>
        <w:rPr>
          <w:sz w:val="20"/>
        </w:rPr>
        <w:t>23:26  need yaani bare need, jiske bagair zindagi mumkin na ho. to ek hadith mein is tarah aaya hai is silsile mein</w:t>
      </w:r>
      <w:r>
        <w:br/>
      </w:r>
      <w:r>
        <w:rPr>
          <w:sz w:val="20"/>
        </w:rPr>
        <w:t>23:42  ki jis aadmi ke paas ek ghar ho, bas rehne ke qabil ghar, aur roti ka tukda aur pani ho, ek khadim ho, to goya ki usko sab cheez mil gayi.</w:t>
      </w:r>
      <w:r>
        <w:br/>
      </w:r>
      <w:r>
        <w:rPr>
          <w:sz w:val="20"/>
        </w:rPr>
        <w:t>24:00  goya ki sab kuch mil gaya. to yeh ek ek isse andaza kar sakte hain ki zarurat ka matlab kya hai. phir bhi koi list nahi bana sakte. aap us aadmi ko jitna zyada ehsas hoga is baat ka</w:t>
      </w:r>
      <w:r>
        <w:br/>
      </w:r>
      <w:r>
        <w:rPr>
          <w:sz w:val="20"/>
        </w:rPr>
        <w:t>24:17  ki yeh duniya jo hai, aish karne ki nahi hai. yeh duniya isliye hai ki haan, hum aisa amal karein jo akhirat mein kaam aaye. to woh har us cheez se bachega jo akhirat ki tayyari mein record bane.</w:t>
      </w:r>
      <w:r>
        <w:br/>
      </w:r>
      <w:r>
        <w:rPr>
          <w:sz w:val="20"/>
        </w:rPr>
        <w:t>24:36  basic baat yeh hai ki akhirat ke hisab se jo mufeed aaye, woh zarurat hai. akhirat ke adwa se uski jiski ahmiyat na ho, woh fazil hai. to yeh criteria yeh banega. criteria koi finish nahi hai, koi list nahi. koi</w:t>
      </w:r>
      <w:r>
        <w:br/>
      </w:r>
      <w:r>
        <w:rPr>
          <w:sz w:val="20"/>
        </w:rPr>
        <w:t>24:53  criteria yeh hai ki woh kaam jo safar akhirat mein mere liye zaroori ho, akhirat ki kamyabi ke liye zaroori ho, to woh to hai need. jo zaroori na ho, to woh luxury hai, woh aish hai,</w:t>
      </w:r>
      <w:r>
        <w:br/>
      </w:r>
      <w:r>
        <w:rPr>
          <w:sz w:val="20"/>
        </w:rPr>
        <w:t>25:09  wo</w:t>
      </w:r>
      <w:r>
        <w:br/>
      </w:r>
      <w:r>
        <w:rPr>
          <w:sz w:val="20"/>
        </w:rPr>
        <w:t>25:10  fuzool cheezon mein apna paisa kharch karna hai. to iska sahi tayyan aadmi khud kar sakta hai, koi doosra aadmi bahar se nahi kar sakta.</w:t>
      </w:r>
    </w:p>
    <w:p>
      <w:pPr>
        <w:pStyle w:val="Heading2"/>
      </w:pPr>
      <w:r>
        <w:t>Minimum and maximum in Islam for spending</w:t>
      </w:r>
    </w:p>
    <w:p>
      <w:r>
        <w:rPr>
          <w:color w:val="666666"/>
          <w:sz w:val="18"/>
        </w:rPr>
        <w:t>Darse Quran 03 07 07 · 3m 10s · at 20:10 · https://youtu.be/-5s9-7Xj6jU?t=1210</w:t>
      </w:r>
    </w:p>
    <w:p>
      <w:r>
        <w:rPr>
          <w:i/>
        </w:rPr>
        <w:t>“Islam mein har maamle mein ek minimum hota hai”</w:t>
      </w:r>
    </w:p>
    <w:p>
      <w:r>
        <w:rPr>
          <w:sz w:val="20"/>
        </w:rPr>
        <w:t>20:10  us mein se woh basic need ko lene ka haqdar hai. aap jante hain ke insaan ki zarooraten hain, insaan ko ghar chahiye, insaan ko kapda chahiye, insaan ko khana chahiye. to is tarah ki basic needs hain. is ke baghair insaan is dunya mein</w:t>
      </w:r>
      <w:r>
        <w:br/>
      </w:r>
      <w:r>
        <w:rPr>
          <w:sz w:val="20"/>
        </w:rPr>
        <w:t>20:45  zindagi guzar nahi sakta. to is ayat, to is to quran ki is ayat ke mutabiq infaq ke bare mein jo usool hai, woh yeh hai ke aadmi apni kamai mein se, apne maal mein se basic need ke qadar lene ka haqdar hai.</w:t>
      </w:r>
      <w:r>
        <w:br/>
      </w:r>
      <w:r>
        <w:rPr>
          <w:sz w:val="20"/>
        </w:rPr>
        <w:t>21:15  basic need se zyada jo maal us ke paas hai, us ko woh khuda ke raste mein kharch kare. yeh hai usool. to yahan main kahunga ke islam mein har mamle mein ek minimum hota hai, ek maximum hota hai. minimum aur maximum har mamle mein.</w:t>
      </w:r>
      <w:r>
        <w:br/>
      </w:r>
      <w:r>
        <w:rPr>
          <w:sz w:val="20"/>
        </w:rPr>
        <w:t>21:46  jaise quran ke mamle mein minimum yeh hai ke aap is ka translation padh len. maximum yeh hai ke aap arabi zaban seekhen aur arabi mein barah e rast, direct taur par jo quran ka text hai arabi zaban mein, us se aap quran ko padhen. to quran ke bare mein bhi minimum aur maximum hai. minimum yeh hai</w:t>
      </w:r>
      <w:r>
        <w:br/>
      </w:r>
      <w:r>
        <w:rPr>
          <w:sz w:val="20"/>
        </w:rPr>
        <w:t>22:17  ke aap quran ka tarjuma padh len, ya aap ko tarjuma padhna bhi nahi aata to kisi ko padhwa kar sun len. yeh minimum hua. aur maximum yeh hai ke aap quran ko direct taur par is ki arabic language mein padhen aur ghaur karen, ghaur kar ke is ke matlab ko samajhen. to hadith mein aata hai ke "likulli aayatin minha zahr wa batr"</w:t>
      </w:r>
      <w:r>
        <w:br/>
      </w:r>
      <w:r>
        <w:rPr>
          <w:sz w:val="20"/>
        </w:rPr>
        <w:t>22:49  yani quran ki har ayat ka kuch matlab quran ki har ayat ka kuch matlab is ke satron mein hai, aur kuch matlab bans satoor hai, yani kuch lines mein hai, kuch between the lines. to lines mein jo baaten hain, woh hain minimum, aur maximum yeh hai ke jo between the lines hai, us ko bhi ghaur kar ke samajhen.</w:t>
      </w:r>
    </w:p>
    <w:p>
      <w:pPr>
        <w:pStyle w:val="Heading2"/>
      </w:pPr>
      <w:r>
        <w:t>The Arabic word Saum means abstinence for God</w:t>
      </w:r>
    </w:p>
    <w:p>
      <w:r>
        <w:rPr>
          <w:color w:val="666666"/>
          <w:sz w:val="18"/>
        </w:rPr>
        <w:t>Roza and The Quran August 15, 2010 · 1m 55s · at 8:57 · https://youtu.be/Aaby-dLkPL4?t=537</w:t>
      </w:r>
    </w:p>
    <w:p>
      <w:r>
        <w:rPr>
          <w:i/>
        </w:rPr>
        <w:t>“روزے کے لیے عربی لفظ صوم ہے”</w:t>
      </w:r>
    </w:p>
    <w:p>
      <w:r>
        <w:rPr>
          <w:sz w:val="20"/>
        </w:rPr>
        <w:t>8:57  dekhen roze ke liye jo arabi mein jo lafz hai woh saum hai. saum. saad wa meem. SAUM.</w:t>
      </w:r>
      <w:r>
        <w:br/>
      </w:r>
      <w:r>
        <w:rPr>
          <w:sz w:val="20"/>
        </w:rPr>
        <w:t>9:08  saum ke maani hote hain abstinence. abstinence yani rukna. arabi mein kehte hain imsak. to saum ke maani imsak hain.</w:t>
      </w:r>
      <w:r>
        <w:br/>
      </w:r>
      <w:r>
        <w:rPr>
          <w:sz w:val="20"/>
        </w:rPr>
        <w:t>9:19  abstinence. to yani khane peene se ruk jana.</w:t>
      </w:r>
      <w:r>
        <w:br/>
      </w:r>
      <w:r>
        <w:rPr>
          <w:sz w:val="20"/>
        </w:rPr>
        <w:t>9:27  daily jo hum khate peete hain us se apne ko rok lena. to abstinence for what? dekhen abstinence for the sake of abstinence nahi ho sakta hai.</w:t>
      </w:r>
      <w:r>
        <w:br/>
      </w:r>
      <w:r>
        <w:rPr>
          <w:sz w:val="20"/>
        </w:rPr>
        <w:t>9:39  rukna baraye rukna. aisa nahi ho sakta hai.</w:t>
      </w:r>
      <w:r>
        <w:br/>
      </w:r>
      <w:r>
        <w:rPr>
          <w:sz w:val="20"/>
        </w:rPr>
        <w:t>9:45  to yahan par sochne ki baat hai. hum soch kar ke yeh janna hai ke abstinence for what?</w:t>
      </w:r>
      <w:r>
        <w:br/>
      </w:r>
      <w:r>
        <w:rPr>
          <w:sz w:val="20"/>
        </w:rPr>
        <w:t>9:57  to mein ne is par socha socha to mujhe is ka jawab jo hai ek hadith mein mila. hadith mein yeh hai ke yado shahwata wa tahama aur ek is mein ek lafz lazzata teen lafz aate hain mukhtalif riwayaton mein. yado shahwata wa tahama lazzata min ajli yani woh chhodta hai mere liye.</w:t>
      </w:r>
      <w:r>
        <w:br/>
      </w:r>
      <w:r>
        <w:rPr>
          <w:sz w:val="20"/>
        </w:rPr>
        <w:t>10:23  khane peene ko, mere routine ko, apne mamoolat ko chhodta hai mere liye. mere liye ke maani kya hue?</w:t>
      </w:r>
      <w:r>
        <w:br/>
      </w:r>
      <w:r>
        <w:rPr>
          <w:sz w:val="20"/>
        </w:rPr>
        <w:t>10:34  yani meri ibadat ke liye, mere baray mein sochne ke liye, apne mind ko mere baray mein lagane ke liye. yeh jo hai mere liye yeh bhi koi mysterious cheez nahi hai.</w:t>
      </w:r>
    </w:p>
    <w:p>
      <w:pPr>
        <w:pStyle w:val="Heading2"/>
      </w:pPr>
      <w:r>
        <w:t>Guidance for the seeker who is receptive</w:t>
      </w:r>
    </w:p>
    <w:p>
      <w:r>
        <w:rPr>
          <w:color w:val="666666"/>
          <w:sz w:val="18"/>
        </w:rPr>
        <w:t>Aspects of Quran &amp; Hadith in Islam (English) | March 20, 2007 | Maulana Wahiduddin Khan · 2m 01s · at 6:56 · https://youtu.be/CJd5YVgHP9k?t=416</w:t>
      </w:r>
    </w:p>
    <w:p>
      <w:r>
        <w:rPr>
          <w:i/>
        </w:rPr>
        <w:t>“Khuda ki hidayat har waqt aa rahi hai”</w:t>
      </w:r>
    </w:p>
    <w:p>
      <w:r>
        <w:rPr>
          <w:sz w:val="20"/>
        </w:rPr>
        <w:t>6:56  yaas ho, wahi seekh kar hai. aur jo seekh kar hai, wahi Khuda ki hidayat ka mustahiq hai. Khuda ki hidayat har waqt aa rahi hai, har taraf Khuda ki hidayat, yaani barish ki tarah baras rahi hai. lekin us ko payega wahi aadmi jo seekh kar ho. is ki misaal aisi hai jaise ke barish ho rahi hai,</w:t>
      </w:r>
      <w:r>
        <w:br/>
      </w:r>
      <w:r>
        <w:rPr>
          <w:sz w:val="20"/>
        </w:rPr>
        <w:t>7:27  lekin hamara bartan jo hai woh ulta rakha hua hai, seedha nahi hai. to barish hogi, lekin hamara bartan phir bhi khali rahega. jab tak bartan seedha na ho, barish ka pani is mein nahi aayega. to Khuda ki taraf se imaan ki tofeeq milna, Khuda ki taraf se sachai ka gyan milna</w:t>
      </w:r>
      <w:r>
        <w:br/>
      </w:r>
      <w:r>
        <w:rPr>
          <w:sz w:val="20"/>
        </w:rPr>
        <w:t>7:58  , yeh sab kab hota hai? jab aadmi seekh kar ho. seekh kar ko kehte hain urdu mein mutalashi. mutalashi. to jab aadmi talash mein, sachai ki talash mein sargardan ho, to use woh kehte hain mutalashi ya seekh kar. aur aise aadmi ke liye Khuda sachai ke darwaze kh</w:t>
      </w:r>
      <w:r>
        <w:br/>
      </w:r>
      <w:r>
        <w:rPr>
          <w:sz w:val="20"/>
        </w:rPr>
        <w:t>8:28  welta hai. is ke baad dekhiye, imaan. yaani jab aadmi ko hidayat milti hai to isi ko hum imaan kehte hain. yaani ideological discovery. imaan ka matlab kya hai? ideological discovery. yaani nazriati daryaft ya idealization. to yeh kya hai? woh yeh nahi hai ke</w:t>
      </w:r>
    </w:p>
    <w:p>
      <w:pPr>
        <w:pStyle w:val="Heading2"/>
      </w:pPr>
      <w:r>
        <w:t>Political power changes, focus on religious freedom</w:t>
      </w:r>
    </w:p>
    <w:p>
      <w:r>
        <w:rPr>
          <w:color w:val="666666"/>
          <w:sz w:val="18"/>
        </w:rPr>
        <w:t>Q&amp;A 20 Aug 2006 Maulana Wahiduddin Khan · 3m 03s · at 41:54 · https://youtu.be/g_6-zerS_N4?t=2514</w:t>
      </w:r>
    </w:p>
    <w:p>
      <w:r>
        <w:rPr>
          <w:i/>
        </w:rPr>
        <w:t>“Political power changes; religious freedom matters most.”</w:t>
      </w:r>
    </w:p>
    <w:p>
      <w:r>
        <w:rPr>
          <w:sz w:val="20"/>
        </w:rPr>
        <w:t>41:54  to musalman to sare planning kar rahe hain. khalifatullah fil arz kehte hain woh. israel to bechara bohat thore se hain. musalman kehte hain ke hum zameen par khuda khaleefa hain, sari zameen par rule karna hamara right hai.</w:t>
      </w:r>
      <w:r>
        <w:br/>
      </w:r>
      <w:r>
        <w:rPr>
          <w:sz w:val="20"/>
        </w:rPr>
        <w:t>42:09  to yeh super israel bana rahe hain log.</w:t>
      </w:r>
      <w:r>
        <w:br/>
      </w:r>
      <w:r>
        <w:rPr>
          <w:sz w:val="20"/>
        </w:rPr>
        <w:t>42:12  aap dekhen, yeh yeh yeh koi soch hai? is tarah aap zinda reh sakte hain? apna right mante hain aap ke hum khalifatullah fil arz hain, sari zameen par rule karna hamara kaam hai.</w:t>
      </w:r>
      <w:r>
        <w:br/>
      </w:r>
      <w:r>
        <w:rPr>
          <w:sz w:val="20"/>
        </w:rPr>
        <w:t>42:26  balkeh iqbal ne to kaha hai ke hai haq jis ke deen ke ihtisab kainat, sari universe par hamara rule hai.</w:t>
      </w:r>
      <w:r>
        <w:br/>
      </w:r>
      <w:r>
        <w:rPr>
          <w:sz w:val="20"/>
        </w:rPr>
        <w:t>42:36  iqbal ka shair hai ke hai haqeeqat jis ke deen ke ihtisab kainat. to musalman to samajhte hain ke hamara rule, hamara right hai ke hum sari universe par rule karen.</w:t>
      </w:r>
      <w:r>
        <w:br/>
      </w:r>
      <w:r>
        <w:rPr>
          <w:sz w:val="20"/>
        </w:rPr>
        <w:t>42:45  israel bechara chota sa ek region bechara tha, to us ko aap, yani kya bhala kehte hain?</w:t>
      </w:r>
      <w:r>
        <w:br/>
      </w:r>
      <w:r>
        <w:rPr>
          <w:sz w:val="20"/>
        </w:rPr>
        <w:t>42:54  kya kya soch hai yeh? ya to dono galat hain ya dono sahi hain. ya jis cheez ke liye aap israel ko blame dein, usi cheez ke liye apne aap ko blame dena parega.</w:t>
      </w:r>
      <w:r>
        <w:br/>
      </w:r>
      <w:r>
        <w:rPr>
          <w:sz w:val="20"/>
        </w:rPr>
        <w:t>43:08  ya dono ko sahi maaniye ya dono galat maaniye. musalman jab woh tha, yani abbasid period ke zamanah, to saudi arab mein ko ghus gaye, yahan qabza kiya, wahan qabza kiya.</w:t>
      </w:r>
      <w:r>
        <w:br/>
      </w:r>
      <w:r>
        <w:rPr>
          <w:sz w:val="20"/>
        </w:rPr>
        <w:t>43:19  woh sahi tha ya galat? isi syria pe musalmanon ne qabza kiya, isi iraq pe musalmanon ne qabza kiya, isi falasteen mein musalmanon ne qabza kiya.</w:t>
      </w:r>
      <w:r>
        <w:br/>
      </w:r>
      <w:r>
        <w:rPr>
          <w:sz w:val="20"/>
        </w:rPr>
        <w:t>43:29  to woh sahi tha ya galat tha?</w:t>
      </w:r>
      <w:r>
        <w:br/>
      </w:r>
      <w:r>
        <w:rPr>
          <w:sz w:val="20"/>
        </w:rPr>
        <w:t>43:32  ek kaisi ajeeb baat hai ke apne isi qism ke kaam ko aap sahi samjhen, isi ke doosre kaam galat samjhen. mera yeh case nahi hai. main manta hoon quran mein hai ke tilka al ayyam nada al nas,</w:t>
      </w:r>
      <w:r>
        <w:br/>
      </w:r>
      <w:r>
        <w:rPr>
          <w:sz w:val="20"/>
        </w:rPr>
        <w:t>43:48  tilka al ayyam nada al nas, yani</w:t>
      </w:r>
      <w:r>
        <w:br/>
      </w:r>
      <w:r>
        <w:rPr>
          <w:sz w:val="20"/>
        </w:rPr>
        <w:t>43:51  political power jo hai, badalta rehta hai. kabhi un ke paas, kabhi un ke paas. political power hamesha aap ke paas nahi rahega. ke aap samjhen ke seven century mein aap political power bana liya falasteen mein, to aap ko rahega woh.</w:t>
      </w:r>
      <w:r>
        <w:br/>
      </w:r>
      <w:r>
        <w:rPr>
          <w:sz w:val="20"/>
        </w:rPr>
        <w:t>44:08  yeh galat soch hai. aap political power kabhi aayega, kabhi nahi rahega. tilka al ayyam al nas. is liye meri jo soch hai yeh hai quran ke mutabiq ke hum yeh na dekhen ke political rule kis ka hai.</w:t>
      </w:r>
      <w:r>
        <w:br/>
      </w:r>
      <w:r>
        <w:rPr>
          <w:sz w:val="20"/>
        </w:rPr>
        <w:t>44:25  hum yeh dekhen kya hamein</w:t>
      </w:r>
      <w:r>
        <w:br/>
      </w:r>
      <w:r>
        <w:rPr>
          <w:sz w:val="20"/>
        </w:rPr>
        <w:t>44:27  religious freedom mili hui hai. agar religious freedom mili hui hai to bas kafi hai. mere nazdeek dekhne ki cheez yeh nahi hai ke political rule kis ka hai.</w:t>
      </w:r>
      <w:r>
        <w:br/>
      </w:r>
      <w:r>
        <w:rPr>
          <w:sz w:val="20"/>
        </w:rPr>
        <w:t>44:41  dekhni chahiye ke political freedom mujhe mili hai ya nahi mili hai. india mein rule agar congress ka ho ya bjp ka ho ya kisi aur ka ho, mujhe agar us ne de rakha hai religious freedom to bas us ke baad mujhe koi kuch aur sochna nahi hai.</w:t>
      </w:r>
    </w:p>
    <w:p>
      <w:pPr>
        <w:pStyle w:val="Heading2"/>
      </w:pPr>
      <w:r>
        <w:t>Ramadan as a speed breaker against wasted time</w:t>
      </w:r>
    </w:p>
    <w:p>
      <w:r>
        <w:rPr>
          <w:color w:val="666666"/>
          <w:sz w:val="18"/>
        </w:rPr>
        <w:t>Spirit of Ramadan April 3, 2022 Prof. Farida Khanam · 2m 13s · at 26:00 · https://youtu.be/cj5T0Atpeu8?t=1560</w:t>
      </w:r>
    </w:p>
    <w:p>
      <w:r>
        <w:rPr>
          <w:i/>
        </w:rPr>
        <w:t>“shopping हराम नहीं है लेकिन waste of time है”</w:t>
      </w:r>
    </w:p>
    <w:p>
      <w:r>
        <w:rPr>
          <w:sz w:val="20"/>
        </w:rPr>
        <w:t>26:00  Yaani is dunya mein hamein aisa lagta hai keh hum bilkul aazad hain jo chahe karein. To yahi ek speed breaker ka kaam deta hai Ramzan jo hai. To hum jo hai apni un cheezon se bachna shuru kar dete hain jo cheezon ke Allah taala ne pasand nahi ki. Kuch to aisi cheezen hain jo keh jaiz hain lekin unko bhi chhodna chahiye kyunkeh woh waste of time hoti hain.</w:t>
      </w:r>
      <w:r>
        <w:br/>
      </w:r>
      <w:r>
        <w:rPr>
          <w:sz w:val="20"/>
        </w:rPr>
        <w:t>26:29  Misal ke taur par shopping, koi shopping haram nahi hai lekin waste of time hai. To baaten karna bohat der der tak log baaten karte rehte hain. To woh sab jaiz hain, lekin waste of time hai. To yahan aadmi bohat zyada mohtat ho jata hai keh kya cheez Khuda ko pasand hai, kya cheez Khuda ko pasand nahi hai. Kyunkeh hamein chahiye keh hum har cheez mein yeh sochein keh haan, Khuda hum se kya chahta hai?</w:t>
      </w:r>
      <w:r>
        <w:br/>
      </w:r>
      <w:r>
        <w:rPr>
          <w:sz w:val="20"/>
        </w:rPr>
        <w:t>26:55  Ke hum jab baithe kuch log milkar woh kehte hain keh hum doosron ko bulate hain kyunkeh hum yahi to talash kar rahe the keh yeh halqa mil gaya jo Khuda ka zikr kar raha hai.</w:t>
      </w:r>
      <w:r>
        <w:br/>
      </w:r>
      <w:r>
        <w:rPr>
          <w:sz w:val="20"/>
        </w:rPr>
        <w:t>27:22  To yeh hamein jab apna ek ek minute ko hamein zaya nahi karna hai. Hamein kuch pata nahi keh hum is dunya mein kitne dinon ke liye aaye hain hamein, kal ka bhi pata nahi. To apna time ka zaya nahi karna hai balkeh apni jo hai har tarah ki distraction ko khatam kar dena hai. Bohat sari distraction aisi hain jo sin nahi hain, lekin hamein usko bhi khatam kar dena hai.</w:t>
      </w:r>
      <w:r>
        <w:br/>
      </w:r>
      <w:r>
        <w:rPr>
          <w:sz w:val="20"/>
        </w:rPr>
        <w:t>27:48  Kyunkeh uski wajah se hum apna time jo hai woh devote nahi kar payenge. Apna jo spiritual self hamein banani hai, usmein devote nahi kar payenge aur hum jo hai usmein aa jayenge. Agar hum, hum apni personality ko develop nahi kar paye, maturity apne andar nahi paida kar paye, to shaitan hamein aasani se behkalega.</w:t>
      </w:r>
      <w:r>
        <w:br/>
      </w:r>
      <w:r>
        <w:rPr>
          <w:sz w:val="20"/>
        </w:rPr>
        <w:t>28:13  To hamein bohat zyada apne aap ko apni personality ko develop karna hai aur shaitan ke behkawe se bachna hai woh. Kyunkeh shaitan janta hai keh yeh insan jo hai itna zyada iske andar desires hain, to usi desire ki rah se woh hamein behkata hai.</w:t>
      </w:r>
    </w:p>
    <w:p>
      <w:pPr>
        <w:pStyle w:val="Heading2"/>
      </w:pPr>
      <w:r>
        <w:t>The two-point formula for receiving divine inspiration</w:t>
      </w:r>
    </w:p>
    <w:p>
      <w:r>
        <w:rPr>
          <w:color w:val="666666"/>
          <w:sz w:val="18"/>
        </w:rPr>
        <w:t>An Intellectual Journey May 1, 2011 · 2m 31s · at 59:58 · https://youtu.be/AqjjyimoIqw?t=3598</w:t>
      </w:r>
    </w:p>
    <w:p>
      <w:r>
        <w:rPr>
          <w:i/>
        </w:rPr>
        <w:t>“Mera teacher khud Allah Ta'ala hai”</w:t>
      </w:r>
    </w:p>
    <w:p>
      <w:r>
        <w:rPr>
          <w:sz w:val="20"/>
        </w:rPr>
        <w:t>59:58  mera teacher khud Allah taala hai, koi doosra teacher nahi.</w:t>
      </w:r>
      <w:r>
        <w:br/>
      </w:r>
      <w:r>
        <w:rPr>
          <w:sz w:val="20"/>
        </w:rPr>
        <w:t>1:00:07  mein raat din dua karta hoon, Ibn Taymiyyah ne jo dua ki thi: "Ya mu'allim Ibrahim 'allimni", to mein to raat din wohi dua karta hoon: "Allah mera mu'allim hai,</w:t>
      </w:r>
      <w:r>
        <w:br/>
      </w:r>
      <w:r>
        <w:rPr>
          <w:sz w:val="20"/>
        </w:rPr>
        <w:t>1:00:21  Allah mera teacher hai,</w:t>
      </w:r>
      <w:r>
        <w:br/>
      </w:r>
      <w:r>
        <w:rPr>
          <w:sz w:val="20"/>
        </w:rPr>
        <w:t>1:00:25  allah hi mujhe inspire karta hai. " main allah ke inspiration se bolta hoon.</w:t>
      </w:r>
      <w:r>
        <w:br/>
      </w:r>
      <w:r>
        <w:rPr>
          <w:sz w:val="20"/>
        </w:rPr>
        <w:t>1:00:34  mere liye kitabein jo hain, woh secondary source hain, secondary source hain, primary source mera jo hai, woh khud divine inspiration hai, jo dua ke zariye kisi bhi shakhs ko milta hai.</w:t>
      </w:r>
      <w:r>
        <w:br/>
      </w:r>
      <w:r>
        <w:rPr>
          <w:sz w:val="20"/>
        </w:rPr>
        <w:t>1:00:51  jo bhi shakhs dua mein mashgool hoga, usko zaroor divine inspiration milega, behtar hai ke woh apne aap ko distraction se bachaye.</w:t>
      </w:r>
      <w:r>
        <w:br/>
      </w:r>
      <w:r>
        <w:rPr>
          <w:sz w:val="20"/>
        </w:rPr>
        <w:t>1:01:04  dua yeh yeh two point formula hai: sach much dua karna aur distraction se apne aap ko bachana.</w:t>
      </w:r>
      <w:r>
        <w:br/>
      </w:r>
      <w:r>
        <w:rPr>
          <w:sz w:val="20"/>
        </w:rPr>
        <w:t>1:01:16  iske baad aap ko ilm ka khazana mil jata hai,</w:t>
      </w:r>
      <w:r>
        <w:br/>
      </w:r>
      <w:r>
        <w:rPr>
          <w:sz w:val="20"/>
        </w:rPr>
        <w:t>1:01:23  ilm ka khazana jo kabhi khatam nahi hota, unending khazana. mushkil mushkil mein na toh log dua karte, na apne ko distraction se bachate.</w:t>
      </w:r>
      <w:r>
        <w:br/>
      </w:r>
      <w:r>
        <w:rPr>
          <w:sz w:val="20"/>
        </w:rPr>
        <w:t>1:01:33  dua ka matlab log samajhte hain ke lafz service, alfaaz rat liye, rate hue alfaaz ko dohra diya, yeh dua nahi hai.</w:t>
      </w:r>
      <w:r>
        <w:br/>
      </w:r>
      <w:r>
        <w:rPr>
          <w:sz w:val="20"/>
        </w:rPr>
        <w:t>1:01:43  dua toh aadmi ke seene se ubalti hai, jaise chashma ubalta hai,</w:t>
      </w:r>
      <w:r>
        <w:br/>
      </w:r>
      <w:r>
        <w:rPr>
          <w:sz w:val="20"/>
        </w:rPr>
        <w:t>1:01:51  aur distraction se bachana yeh yeh bohat hi lazmi taur par zaroori hai. koi bhi shakhs tajurba kar ke dekhe, us par ilm ka ke barish hogi, barish.</w:t>
      </w:r>
      <w:r>
        <w:br/>
      </w:r>
      <w:r>
        <w:rPr>
          <w:sz w:val="20"/>
        </w:rPr>
        <w:t>1:02:06  koi bhi shakhs, koi bhi xyz, agar woh sach much khuda se mangne wala ban jaye, aur sach much woh distraction se apne ko bachaye, toh bilashuba us par ilm ki barish hogi.</w:t>
      </w:r>
      <w:r>
        <w:br/>
      </w:r>
      <w:r>
        <w:rPr>
          <w:sz w:val="20"/>
        </w:rPr>
        <w:t>1:02:22  magar log jante nahi is raaz ko.</w:t>
      </w:r>
    </w:p>
    <w:p>
      <w:pPr>
        <w:pStyle w:val="Heading2"/>
      </w:pPr>
      <w:r>
        <w:t>Gujarat audience eagerly grabs every book offered</w:t>
      </w:r>
    </w:p>
    <w:p>
      <w:r>
        <w:rPr>
          <w:color w:val="666666"/>
          <w:sz w:val="18"/>
        </w:rPr>
        <w:t>The Importance of Modesty March 1, 2009 · 1m 32s · at 13:00 · https://youtu.be/c599K8yDwzk?t=780</w:t>
      </w:r>
    </w:p>
    <w:p>
      <w:r>
        <w:rPr>
          <w:i/>
        </w:rPr>
        <w:t>“I went to Gujarat — and the audience took every single book.”</w:t>
      </w:r>
    </w:p>
    <w:p>
      <w:r>
        <w:rPr>
          <w:sz w:val="20"/>
        </w:rPr>
        <w:t>13:00  to baharhal mein jo keh raha hoon wo yeh keh raha hoon ke mein abhi do din pehle gaya tha gujrat. to wahan par kya hua?</w:t>
      </w:r>
      <w:r>
        <w:br/>
      </w:r>
      <w:r>
        <w:rPr>
          <w:sz w:val="20"/>
        </w:rPr>
        <w:t>13:13  ek all india conference thi wahan par. aur sare is mein log jo thay wo hindu log thay aur doosre mazhab ko mannay walay log thay.</w:t>
      </w:r>
      <w:r>
        <w:br/>
      </w:r>
      <w:r>
        <w:rPr>
          <w:sz w:val="20"/>
        </w:rPr>
        <w:t>13:26  islam ko mannay walay to bas hum hi chand log thay.</w:t>
      </w:r>
      <w:r>
        <w:br/>
      </w:r>
      <w:r>
        <w:rPr>
          <w:sz w:val="20"/>
        </w:rPr>
        <w:t>13:31  to wahan par teen speeches huien. christian ki aur jain mazhab ki aur hindu mazhab ki aur meri speech hui.</w:t>
      </w:r>
      <w:r>
        <w:br/>
      </w:r>
      <w:r>
        <w:rPr>
          <w:sz w:val="20"/>
        </w:rPr>
        <w:t>13:41  to sab se zyada wahan par logon ne meri meri speech ko appreciate kiya. aur wahan par kya tha ke hamare saathi gaye thay wahan par bohat sare bundle mein kitabein le kar ke.</w:t>
      </w:r>
      <w:r>
        <w:br/>
      </w:r>
      <w:r>
        <w:rPr>
          <w:sz w:val="20"/>
        </w:rPr>
        <w:t>13:52  books jo is like literature hai. main sochta tha ke yeh to le aa rahe hain wahan par kya hoga? shayad wahan se lotana paray yeh.</w:t>
      </w:r>
      <w:r>
        <w:br/>
      </w:r>
      <w:r>
        <w:rPr>
          <w:sz w:val="20"/>
        </w:rPr>
        <w:t>14:01  mujhe bohat ajeeb sa lagta tha ke itni sari books hamare saathi wahan le ja rahe hain. to wahan se phir ja ke lotana paray ga.</w:t>
      </w:r>
      <w:r>
        <w:br/>
      </w:r>
      <w:r>
        <w:rPr>
          <w:sz w:val="20"/>
        </w:rPr>
        <w:t>14:10  to khair hua kya? sari kitabein unhon ne loot loot kar le liya logon ne. yani yani in logon ko distribute nahi karna para.</w:t>
      </w:r>
      <w:r>
        <w:br/>
      </w:r>
      <w:r>
        <w:rPr>
          <w:sz w:val="20"/>
        </w:rPr>
        <w:t>14:19  ek jagah rakh diya tha table par aur logon ne loot loot kar le liya. logon ka bayan yeh hai ke woh chheen chheen kar le liya. main to wahan nahi khara hua tha lekin logon ne bataya aur sab kitabein khatam ho gayeen.</w:t>
      </w:r>
    </w:p>
    <w:p>
      <w:pPr>
        <w:pStyle w:val="Heading2"/>
      </w:pPr>
      <w:r>
        <w:t>Kalmah-e-Tauhid as purification of the mind</w:t>
      </w:r>
    </w:p>
    <w:p>
      <w:r>
        <w:rPr>
          <w:color w:val="666666"/>
          <w:sz w:val="18"/>
        </w:rPr>
        <w:t>Spirit of Zakat (English) May 16, 2007 Maulana Wahiduddin Khan · 2m 10s · at 4:03 · https://youtu.be/J-0gHxSsXWc?t=243</w:t>
      </w:r>
    </w:p>
    <w:p>
      <w:r>
        <w:rPr>
          <w:i/>
        </w:rPr>
        <w:t>“Kalmah-e-Tauhid pertains to your belief system.”</w:t>
      </w:r>
    </w:p>
    <w:p>
      <w:r>
        <w:rPr>
          <w:sz w:val="20"/>
        </w:rPr>
        <w:t>4:03  The first is Kalmah-e-Tauhid. Kalmah-e-Tauhid pertains to belief system.</w:t>
      </w:r>
      <w:r>
        <w:br/>
      </w:r>
      <w:r>
        <w:rPr>
          <w:sz w:val="20"/>
        </w:rPr>
        <w:t>4:12  Belief system. So, Kalmah-e-Tauhid is</w:t>
      </w:r>
      <w:r>
        <w:br/>
      </w:r>
      <w:r>
        <w:rPr>
          <w:sz w:val="20"/>
        </w:rPr>
        <w:t>4:20  a way of purification of your thought</w:t>
      </w:r>
      <w:r>
        <w:br/>
      </w:r>
      <w:r>
        <w:rPr>
          <w:sz w:val="20"/>
        </w:rPr>
        <w:t>4:26  . When you believe in the Oneness of God, then you purify your mind.</w:t>
      </w:r>
      <w:r>
        <w:br/>
      </w:r>
      <w:r>
        <w:rPr>
          <w:sz w:val="20"/>
        </w:rPr>
        <w:t>4:37  Because mind may believe in different things. But when you</w:t>
      </w:r>
      <w:r>
        <w:br/>
      </w:r>
      <w:r>
        <w:rPr>
          <w:sz w:val="20"/>
        </w:rPr>
        <w:t>4:48  adopt Kalmah-e-Tauhid, then you find the starting point</w:t>
      </w:r>
      <w:r>
        <w:br/>
      </w:r>
      <w:r>
        <w:rPr>
          <w:sz w:val="20"/>
        </w:rPr>
        <w:t>4:53  . Then you find how to purify your thought, how to purify your mind, how to purify your intellectual being.</w:t>
      </w:r>
      <w:r>
        <w:br/>
      </w:r>
      <w:r>
        <w:rPr>
          <w:sz w:val="20"/>
        </w:rPr>
        <w:t>5:07  So, Kalmah-e-Tauhid means</w:t>
      </w:r>
      <w:r>
        <w:br/>
      </w:r>
      <w:r>
        <w:rPr>
          <w:sz w:val="20"/>
        </w:rPr>
        <w:t>5:13  purifying your intellectual aspect of life. That is mind. That is soul.</w:t>
      </w:r>
      <w:r>
        <w:br/>
      </w:r>
      <w:r>
        <w:rPr>
          <w:sz w:val="20"/>
        </w:rPr>
        <w:t>5:23  So, Kalmah-e-Tauhid is not simply a recitation. It is a principle. It is not simply a recitation.</w:t>
      </w:r>
      <w:r>
        <w:br/>
      </w:r>
      <w:r>
        <w:rPr>
          <w:sz w:val="20"/>
        </w:rPr>
        <w:t>5:34  It is a principle. By this principle, you can purify your mind.</w:t>
      </w:r>
      <w:r>
        <w:br/>
      </w:r>
      <w:r>
        <w:rPr>
          <w:sz w:val="20"/>
        </w:rPr>
        <w:t>5:44  When you believe in the Oneness of God, you find that basic principle by which you can</w:t>
      </w:r>
      <w:r>
        <w:br/>
      </w:r>
      <w:r>
        <w:rPr>
          <w:sz w:val="20"/>
        </w:rPr>
        <w:t>5:58  purify yourself in terms of intellectual development or spiritual development.</w:t>
      </w:r>
      <w:r>
        <w:br/>
      </w:r>
      <w:r>
        <w:rPr>
          <w:sz w:val="20"/>
        </w:rPr>
        <w:t>6:08  So, this is the first principle, first basic principle.</w:t>
      </w:r>
    </w:p>
    <w:p>
      <w:pPr>
        <w:pStyle w:val="Heading2"/>
      </w:pPr>
      <w:r>
        <w:t>Umm Darda's deathbed request to be reunited in paradise</w:t>
      </w:r>
    </w:p>
    <w:p>
      <w:r>
        <w:rPr>
          <w:color w:val="666666"/>
          <w:sz w:val="18"/>
        </w:rPr>
        <w:t>Lessons From The Life of Abu Darda (ra) November 9, 2025 · 2m 23s · at 44:00 · https://youtu.be/5V4oxolMiBA?t=2640</w:t>
      </w:r>
    </w:p>
    <w:p>
      <w:r>
        <w:rPr>
          <w:i/>
        </w:rPr>
        <w:t>“On his deathbed, Umm Darda made one last request”</w:t>
      </w:r>
    </w:p>
    <w:p>
      <w:r>
        <w:rPr>
          <w:sz w:val="20"/>
        </w:rPr>
        <w:t>44:00  Al-Sughra. I want to ask you in that part, that how did she achieve the status of status of a scholar and a teacher of a hadith?</w:t>
      </w:r>
      <w:r>
        <w:br/>
      </w:r>
      <w:r>
        <w:rPr>
          <w:sz w:val="20"/>
        </w:rPr>
        <w:t>44:11  please tell us about that. Umm Dardah Al-Sughra or junior Umm Dardah, as I have told, there were two Umm Dardah. The first wife was also Umm Dardah, she passed away.</w:t>
      </w:r>
      <w:r>
        <w:br/>
      </w:r>
      <w:r>
        <w:rPr>
          <w:sz w:val="20"/>
        </w:rPr>
        <w:t>44:23  then Abu Dardah married another lady who was also called Umm Dardah,</w:t>
      </w:r>
      <w:r>
        <w:br/>
      </w:r>
      <w:r>
        <w:rPr>
          <w:sz w:val="20"/>
        </w:rPr>
        <w:t>44:29  but her actual name was Hajimah bint Wu'ayb. And she herself was not a Sahabiyah, but she met many great Sahabah, and she was one of the most distinguished female scholars of her time.</w:t>
      </w:r>
      <w:r>
        <w:br/>
      </w:r>
      <w:r>
        <w:rPr>
          <w:sz w:val="20"/>
        </w:rPr>
        <w:t>44:46  and she lived with Abu Dardah and became a leading scholar in Syria.</w:t>
      </w:r>
      <w:r>
        <w:br/>
      </w:r>
      <w:r>
        <w:rPr>
          <w:sz w:val="20"/>
        </w:rPr>
        <w:t>44:52  she would teach in Damascus and in Masjid Al-Aqsa, addressing large gatherings. And even the Khalifa Abd al-Malik ibn Marwan used to attend her lessons.</w:t>
      </w:r>
      <w:r>
        <w:br/>
      </w:r>
      <w:r>
        <w:rPr>
          <w:sz w:val="20"/>
        </w:rPr>
        <w:t>45:07  you know, the Dome of the Rock, the beautiful Dome of the Rock, was built by Abd al-Malik ibn Marwan. So he used to attend his classes, her classes</w:t>
      </w:r>
      <w:r>
        <w:br/>
      </w:r>
      <w:r>
        <w:rPr>
          <w:sz w:val="20"/>
        </w:rPr>
        <w:t>45:19  . She narrated most of the ahadith from Abu Dardah. And when Abu Dardah (may Allah be pleased with him) was on his deathbed, she said to him, "You asked my hand from my father in this world, and Allah blessed me with you.</w:t>
      </w:r>
      <w:r>
        <w:br/>
      </w:r>
      <w:r>
        <w:rPr>
          <w:sz w:val="20"/>
        </w:rPr>
        <w:t>45:36  Now I ask you to ask Allah for my hand in Jannah. So I wish to be your wife there as well.</w:t>
      </w:r>
      <w:r>
        <w:br/>
      </w:r>
      <w:r>
        <w:rPr>
          <w:sz w:val="20"/>
        </w:rPr>
        <w:t>45:44  " So he accepted the request, and as he was passing away, he gathered the students and said to them, "Who will prepare himself for a day like this?" He means, he meant that I am about to die</w:t>
      </w:r>
      <w:r>
        <w:br/>
      </w:r>
      <w:r>
        <w:rPr>
          <w:sz w:val="20"/>
        </w:rPr>
        <w:t>46:12  . "You should prepare yourself for this day, which will surely come upon you." Then he passed away with complete peace on his face.</w:t>
      </w:r>
    </w:p>
    <w:p>
      <w:pPr>
        <w:pStyle w:val="Heading2"/>
      </w:pPr>
      <w:r>
        <w:t>Symbolic stoning and real stoning</w:t>
      </w:r>
    </w:p>
    <w:p>
      <w:r>
        <w:rPr>
          <w:color w:val="666666"/>
          <w:sz w:val="18"/>
        </w:rPr>
        <w:t>Hajj and Its Application in Daily Life October 20, 2007 Maulana Wahiduddin Khan · 3m 12s · at 39:35 · https://youtu.be/z_FspKZhl5s?t=2375</w:t>
      </w:r>
    </w:p>
    <w:p>
      <w:r>
        <w:rPr>
          <w:i/>
        </w:rPr>
        <w:t>“Stoning the Satans.”</w:t>
      </w:r>
    </w:p>
    <w:p>
      <w:r>
        <w:rPr>
          <w:sz w:val="20"/>
        </w:rPr>
        <w:t>39:35  Stoning the Satans.</w:t>
      </w:r>
      <w:r>
        <w:br/>
      </w:r>
      <w:r>
        <w:rPr>
          <w:sz w:val="20"/>
        </w:rPr>
        <w:t>39:39  Stoning the Satans. All the Hajjis are required to stone the Satan. It is also a very important ritual during Hajj.</w:t>
      </w:r>
      <w:r>
        <w:br/>
      </w:r>
      <w:r>
        <w:rPr>
          <w:sz w:val="20"/>
        </w:rPr>
        <w:t>39:52  Now, what is this stoning?</w:t>
      </w:r>
      <w:r>
        <w:br/>
      </w:r>
      <w:r>
        <w:rPr>
          <w:sz w:val="20"/>
        </w:rPr>
        <w:t>39:58  During Hajj, it looked like a symbolic stoning, a ritual stoning.</w:t>
      </w:r>
      <w:r>
        <w:br/>
      </w:r>
      <w:r>
        <w:rPr>
          <w:sz w:val="20"/>
        </w:rPr>
        <w:t>40:11  During Hajj, it looked like a ritual stoning. But in fact, it is a symbolic stoning.</w:t>
      </w:r>
      <w:r>
        <w:br/>
      </w:r>
      <w:r>
        <w:rPr>
          <w:sz w:val="20"/>
        </w:rPr>
        <w:t>40:22  It is not a real stoning. Symbolic stoning of Satan. Then this stoning is required in your life, everyday life.</w:t>
      </w:r>
      <w:r>
        <w:br/>
      </w:r>
      <w:r>
        <w:rPr>
          <w:sz w:val="20"/>
        </w:rPr>
        <w:t>40:36  When you return from Hajj and apply, when you return from Hajj and try to apply the Hajj spirit in your life, then begins the real stoning.</w:t>
      </w:r>
      <w:r>
        <w:br/>
      </w:r>
      <w:r>
        <w:rPr>
          <w:sz w:val="20"/>
        </w:rPr>
        <w:t>40:51  When you return from Makkah after observing all those Manasiks and you</w:t>
      </w:r>
      <w:r>
        <w:br/>
      </w:r>
      <w:r>
        <w:rPr>
          <w:sz w:val="20"/>
        </w:rPr>
        <w:t>41:03  begin your living in your family, in your society, then begins the real stoning.</w:t>
      </w:r>
      <w:r>
        <w:br/>
      </w:r>
      <w:r>
        <w:rPr>
          <w:sz w:val="20"/>
        </w:rPr>
        <w:t>41:15  What is that real stoning?</w:t>
      </w:r>
      <w:r>
        <w:br/>
      </w:r>
      <w:r>
        <w:rPr>
          <w:sz w:val="20"/>
        </w:rPr>
        <w:t>41:18  That is that every time Satan tries to mislead you,</w:t>
      </w:r>
      <w:r>
        <w:br/>
      </w:r>
      <w:r>
        <w:rPr>
          <w:sz w:val="20"/>
        </w:rPr>
        <w:t>41:29  every day and night, Satan, Satan is your enemy. Satan is the enemy of man from the beginning of life.</w:t>
      </w:r>
      <w:r>
        <w:br/>
      </w:r>
      <w:r>
        <w:rPr>
          <w:sz w:val="20"/>
        </w:rPr>
        <w:t>41:45  So Satan always tries to mislead you,</w:t>
      </w:r>
      <w:r>
        <w:br/>
      </w:r>
      <w:r>
        <w:rPr>
          <w:sz w:val="20"/>
        </w:rPr>
        <w:t>41:53  tries to deviate you from the straight path</w:t>
      </w:r>
      <w:r>
        <w:br/>
      </w:r>
      <w:r>
        <w:rPr>
          <w:sz w:val="20"/>
        </w:rPr>
        <w:t>42:00  . Here is required a real stoning. You have to fight Satan.</w:t>
      </w:r>
      <w:r>
        <w:br/>
      </w:r>
      <w:r>
        <w:rPr>
          <w:sz w:val="20"/>
        </w:rPr>
        <w:t>42:10  You have to try not to be influenced by Satan.</w:t>
      </w:r>
      <w:r>
        <w:br/>
      </w:r>
      <w:r>
        <w:rPr>
          <w:sz w:val="20"/>
        </w:rPr>
        <w:t>42:17  By Satan. You have to kill Satan. You have to fight Satan. So here is the real stoning.</w:t>
      </w:r>
      <w:r>
        <w:br/>
      </w:r>
      <w:r>
        <w:rPr>
          <w:sz w:val="20"/>
        </w:rPr>
        <w:t>42:29  During Hajj, that was a symbolic stoning. And in your real life, it is required real stoning.</w:t>
      </w:r>
    </w:p>
    <w:p>
      <w:pPr>
        <w:pStyle w:val="Heading2"/>
      </w:pPr>
      <w:r>
        <w:t>Responding to Quranists with the heart, not conflict</w:t>
      </w:r>
    </w:p>
    <w:p>
      <w:r>
        <w:rPr>
          <w:color w:val="666666"/>
          <w:sz w:val="18"/>
        </w:rPr>
        <w:t>An Intellectual Journey May 1, 2011 · 2m 34s · at 1:24:42 · https://youtu.be/AqjjyimoIqw?t=5082</w:t>
      </w:r>
    </w:p>
    <w:p>
      <w:r>
        <w:rPr>
          <w:i/>
        </w:rPr>
        <w:t>“Dekhein, cope ka nazariya hi batil hai”</w:t>
      </w:r>
    </w:p>
    <w:p>
      <w:r>
        <w:rPr>
          <w:sz w:val="20"/>
        </w:rPr>
        <w:t>1:24:42  Kindly suggest how to cope with this problem so that we can stand against this satanic delusion. dekhen, cope ka nazariya hi batil hai, yeh jo nazariya hai ke how to cope, cope ka karna hai,</w:t>
      </w:r>
      <w:r>
        <w:br/>
      </w:r>
      <w:r>
        <w:rPr>
          <w:sz w:val="20"/>
        </w:rPr>
        <w:t>1:24:56  khair khwahi ke sath un ko se miliye, kitaaben dijiye, un ke liye dua kijiye. yeh cope ko jo lafz hai, woh mujhe pasand nahi hai.</w:t>
      </w:r>
      <w:r>
        <w:br/>
      </w:r>
      <w:r>
        <w:rPr>
          <w:sz w:val="20"/>
        </w:rPr>
        <w:t>1:25:07  aisa koi bhi shakhs jo aap ke ilm mein aata hai, us se miliye, us se baat kijiye. agar woh sincere hai aur waqai baat karta hai to baat chalaie, warna us ko kitaab dijiye.</w:t>
      </w:r>
      <w:r>
        <w:br/>
      </w:r>
      <w:r>
        <w:rPr>
          <w:sz w:val="20"/>
        </w:rPr>
        <w:t>1:25:19  is se bhi nahi kaam chalta, dua kijiye. bas un se na to nafrat paida kijiye, na un ko bura samjhiye, kuch nahi.</w:t>
      </w:r>
      <w:r>
        <w:br/>
      </w:r>
      <w:r>
        <w:rPr>
          <w:sz w:val="20"/>
        </w:rPr>
        <w:t>1:25:28  un ko samjhiye ke deviation ka case hai. deviation</w:t>
      </w:r>
      <w:r>
        <w:br/>
      </w:r>
      <w:r>
        <w:rPr>
          <w:sz w:val="20"/>
        </w:rPr>
        <w:t>1:25:33  yeh matlab hai ke bas ek koi saazish hai, yahudiyon ki saazish hai, aur yahudiyon ne saazish kar ke group khara kar rakha. yeh sab yeh soch bilkul galat hai.</w:t>
      </w:r>
      <w:r>
        <w:br/>
      </w:r>
      <w:r>
        <w:rPr>
          <w:sz w:val="20"/>
        </w:rPr>
        <w:t>1:25:42  aksar log yahi karte hain, yeh saazish ke alfaaz mein bayan karte hain, yeh saazish hai. ajeeb ghareeb qism ke tasawwurat musalmanon mein bane hue hain. har cheez ko saazish, har cheez ko saazish, koi saazish nahin.</w:t>
      </w:r>
      <w:r>
        <w:br/>
      </w:r>
      <w:r>
        <w:rPr>
          <w:sz w:val="20"/>
        </w:rPr>
        <w:t>1:25:54  un ki samajh mein nahin baat aa rahi, aap ko samjhaiye aur kitabein dijiye. nahin bhi kaam banta hai to dua kijiye</w:t>
      </w:r>
      <w:r>
        <w:br/>
      </w:r>
      <w:r>
        <w:rPr>
          <w:sz w:val="20"/>
        </w:rPr>
        <w:t>1:26:01  ye. bas yeh mat sochein ke yeh saazish hai, yeh satanic, yeh satanic hain. yeh log yeh sab alfaaz bolne ke maani hain ke aap un ki islaah nahin kar sakte.</w:t>
      </w:r>
      <w:r>
        <w:br/>
      </w:r>
      <w:r>
        <w:rPr>
          <w:sz w:val="20"/>
        </w:rPr>
        <w:t>1:26:10  aap ke dil mein un ke liye khair khwahi nahin hai. yeh tareeqa mein dekh, har islaah dil se shuru hoti hai. yaad rakhiye, har islaah dil se shuru hoti hai.</w:t>
      </w:r>
      <w:r>
        <w:br/>
      </w:r>
      <w:r>
        <w:rPr>
          <w:sz w:val="20"/>
        </w:rPr>
        <w:t>1:26:25  yeh dil mein khair khwahi, dil mein mohabbat, dil mein islaah ka jazba yahan se shuru hota hai. woh to logon ko to hai nahin, bas chahte hain ke bahar ja ke muqabla karein aur takrao karein, fatwa dein ke sahib yeh gumrah hain ya batil hain, yeh jahannum mein jayenge.</w:t>
      </w:r>
      <w:r>
        <w:br/>
      </w:r>
      <w:r>
        <w:rPr>
          <w:sz w:val="20"/>
        </w:rPr>
        <w:t>1:26:42  yeh koi tareeqa nahin hai.</w:t>
      </w:r>
      <w:r>
        <w:br/>
      </w:r>
      <w:r>
        <w:rPr>
          <w:sz w:val="20"/>
        </w:rPr>
        <w:t>1:26:45  to dawat ya islaah shuru hoti hai aap ke dil se, aur aap ke dil se shuru hone ka matlab yeh hai ke sab se pehle un ke khair khwah baniye, un se mohabbat karna seekhiye, un se, un ke,</w:t>
      </w:r>
      <w:r>
        <w:br/>
      </w:r>
      <w:r>
        <w:rPr>
          <w:sz w:val="20"/>
        </w:rPr>
        <w:t>1:27:02  un ke bare mein sanjeedgi ke sath sochiye ke kahan un ka dimagh atka hua hai, kis tarah hum un ke dimagh ko address kar sakte hain. is tarah se kaam hota hai.</w:t>
      </w:r>
    </w:p>
    <w:p>
      <w:pPr>
        <w:pStyle w:val="Heading2"/>
      </w:pPr>
      <w:r>
        <w:t>Fasting requires giving up false speech</w:t>
      </w:r>
    </w:p>
    <w:p>
      <w:r>
        <w:rPr>
          <w:color w:val="666666"/>
          <w:sz w:val="18"/>
        </w:rPr>
        <w:t>The Spirit of Fasting October 2, 2005 Maulana Wahiduddin Khan · 1m 39s · at 22:12 · https://youtu.be/7OwO1UoCxmQ?t=1332</w:t>
      </w:r>
    </w:p>
    <w:p>
      <w:r>
        <w:rPr>
          <w:i/>
        </w:rPr>
        <w:t>“Man lam yada' qawlaz-zoori wal-'amala bihi”</w:t>
      </w:r>
    </w:p>
    <w:p>
      <w:r>
        <w:rPr>
          <w:sz w:val="20"/>
        </w:rPr>
        <w:t>22:12  roza. hadith mein iski wazahat bohat achhe tareeqe se aai hai. mislan rasool Allah sallallahu alaihi wasallam ne farmaya ke man lam yada qawl az zur wa al amal bihi falaisa lillahi hajja fi an yada ta'amahu wa sharabahu.</w:t>
      </w:r>
      <w:r>
        <w:br/>
      </w:r>
      <w:r>
        <w:rPr>
          <w:sz w:val="20"/>
        </w:rPr>
        <w:t>22:35  aap ne farmaya ke jo aadmi roza rakhe magar</w:t>
      </w:r>
      <w:r>
        <w:br/>
      </w:r>
      <w:r>
        <w:rPr>
          <w:sz w:val="20"/>
        </w:rPr>
        <w:t>22:46  woh jhoot bolna aur jhoot par amal karna na chore to khuda ko uski hajat nahi ke woh apna khana aur peena chore de.</w:t>
      </w:r>
      <w:r>
        <w:br/>
      </w:r>
      <w:r>
        <w:rPr>
          <w:sz w:val="20"/>
        </w:rPr>
        <w:t>23:02  ab is par aap ghor kijiyey, kitna wazeh tor par is mein roze ka maqsad bataya gaya hai.</w:t>
      </w:r>
      <w:r>
        <w:br/>
      </w:r>
      <w:r>
        <w:rPr>
          <w:sz w:val="20"/>
        </w:rPr>
        <w:t>23:14  bohat hi wazeh tor par. goya ke yeh jo khane peena chhodne ki taleem hai, woh alamati tark hai.</w:t>
      </w:r>
      <w:r>
        <w:br/>
      </w:r>
      <w:r>
        <w:rPr>
          <w:sz w:val="20"/>
        </w:rPr>
        <w:t>23:26  woh hai alamati tor par chhodna. asal chhodna kya</w:t>
      </w:r>
      <w:r>
        <w:br/>
      </w:r>
      <w:r>
        <w:rPr>
          <w:sz w:val="20"/>
        </w:rPr>
        <w:t>23:30  hai? aadmi jhoot na boley aur ghalat kaam na kare. isi liye to farmaya aap ne ke jis shakhs ne jhoot bolna aur jhoot par amal karna na chhora to khuda ko uski hajat nahi ke woh apna khana aur peena chhod de.</w:t>
      </w:r>
    </w:p>
    <w:p>
      <w:pPr>
        <w:pStyle w:val="Heading2"/>
      </w:pPr>
      <w:r>
        <w:t>Flexibility in prayer times</w:t>
      </w:r>
    </w:p>
    <w:p>
      <w:r>
        <w:rPr>
          <w:color w:val="666666"/>
          <w:sz w:val="18"/>
        </w:rPr>
        <w:t>The Significance of Mosque in Islam 4 January, 2019 · 1m 07s · at 20:12 · https://youtu.be/QnOj_KGHook?t=1212</w:t>
      </w:r>
    </w:p>
    <w:p>
      <w:r>
        <w:rPr>
          <w:i/>
        </w:rPr>
        <w:t>“Yeah, so there is a solution to this.”</w:t>
      </w:r>
    </w:p>
    <w:p>
      <w:r>
        <w:rPr>
          <w:sz w:val="20"/>
        </w:rPr>
        <w:t>20:12  Yeah, so there is a solution to this. This is a phenomenon which we also face. There are a lot of working Muslims, working professionals in companies, and they have to be in the midst of their work</w:t>
      </w:r>
      <w:r>
        <w:br/>
      </w:r>
      <w:r>
        <w:rPr>
          <w:sz w:val="20"/>
        </w:rPr>
        <w:t>20:22  . They cannot leave their work and go and pray. So Islam is a very flexible religion. It allows you to make your prayers before your work and do your prayers after your work.</w:t>
      </w:r>
      <w:r>
        <w:br/>
      </w:r>
      <w:r>
        <w:rPr>
          <w:sz w:val="20"/>
        </w:rPr>
        <w:t>20:32  So you don't have to leave your work, leave everything, and say that, "No, I have to pray. If I don't pray, God will be angry with me." That is not the case. You can always do your prayers after you're done with your work.</w:t>
      </w:r>
      <w:r>
        <w:br/>
      </w:r>
      <w:r>
        <w:rPr>
          <w:sz w:val="20"/>
        </w:rPr>
        <w:t>20:45  Just it. Islam gives that allowance.</w:t>
      </w:r>
      <w:r>
        <w:br/>
      </w:r>
      <w:r>
        <w:rPr>
          <w:sz w:val="20"/>
        </w:rPr>
        <w:t>20:53  Ja, Muslim, ja, so ein Muslim ist verpflichtet, fünfmal zu beten, aber das bedeutet nicht, dass das unbedingt bis in dieser Zeit, aber er kann, ja, es gibt eine gewisse Flexibilität, dass er kann früh morgens beten oder abends beten oder nachmittags beten.</w:t>
      </w:r>
      <w:r>
        <w:br/>
      </w:r>
      <w:r>
        <w:rPr>
          <w:sz w:val="20"/>
        </w:rPr>
        <w:t>21:13  Das ist, gibt es, Islam gibt eine gewisse Flexibilität.</w:t>
      </w:r>
    </w:p>
    <w:p>
      <w:pPr>
        <w:pStyle w:val="Heading2"/>
      </w:pPr>
      <w:r>
        <w:t>God placed a longing for paradise in every human</w:t>
      </w:r>
    </w:p>
    <w:p>
      <w:r>
        <w:rPr>
          <w:color w:val="666666"/>
          <w:sz w:val="18"/>
        </w:rPr>
        <w:t>Roza A Spiritual Jihad August 28, 2011 Maulana Wahiduddin Khan · 1m 41s · at 34:11 · https://youtu.be/7Xc_Fl6z5xU?t=2051</w:t>
      </w:r>
    </w:p>
    <w:p>
      <w:r>
        <w:rPr>
          <w:i/>
        </w:rPr>
        <w:t>“Every human is born wanting paradise — but not here”</w:t>
      </w:r>
    </w:p>
    <w:p>
      <w:r>
        <w:rPr>
          <w:sz w:val="20"/>
        </w:rPr>
        <w:t>34:11  quran ke mutale se, quran ki theory se main yahi samjha hai.</w:t>
      </w:r>
      <w:r>
        <w:br/>
      </w:r>
      <w:r>
        <w:rPr>
          <w:sz w:val="20"/>
        </w:rPr>
        <w:t>34:18  quran kya hai? quran Allah taala ki jo plan hai, us ko batane ka naam batane ke liye quran aaya hai. zindagi ke bare mein jo Allah taala ka mansooba hai, yaani jis ko main kehta hoon creation plan of God, isi ko batane ke liye quran aaya hai.</w:t>
      </w:r>
      <w:r>
        <w:br/>
      </w:r>
      <w:r>
        <w:rPr>
          <w:sz w:val="20"/>
        </w:rPr>
        <w:t>34:37  woh yahi hai:</w:t>
      </w:r>
      <w:r>
        <w:br/>
      </w:r>
      <w:r>
        <w:rPr>
          <w:sz w:val="20"/>
        </w:rPr>
        <w:t>34:40  Allah taala ne insaan ko paida kiya, us ke andar jannat talab rakhi, talab jannat ki talab.</w:t>
      </w:r>
      <w:r>
        <w:br/>
      </w:r>
      <w:r>
        <w:rPr>
          <w:sz w:val="20"/>
        </w:rPr>
        <w:t>34:52  lekin jannat talab is liye nahin hai ke isi dunya mein banayein aap jannat. nahin, jannat talab is liye hai ke aap jannat ke hawale kaam karein.</w:t>
      </w:r>
      <w:r>
        <w:br/>
      </w:r>
      <w:r>
        <w:rPr>
          <w:sz w:val="20"/>
        </w:rPr>
        <w:t>35:03  har insaan jo hai, us ke andar jannat, jannat ki taraf rakhi hui hai.</w:t>
      </w:r>
      <w:r>
        <w:br/>
      </w:r>
      <w:r>
        <w:rPr>
          <w:sz w:val="20"/>
        </w:rPr>
        <w:t>35:09  har insaan talib jannat hai. lekin is liye nahin ke is dunya mein banayein aap jannat. nahin, is liye hai ke aap is dunya mein jannat wale amal karein taake maut ke baad aap ko jannat mile.</w:t>
      </w:r>
      <w:r>
        <w:br/>
      </w:r>
      <w:r>
        <w:rPr>
          <w:sz w:val="20"/>
        </w:rPr>
        <w:t>35:23  is liye isi raaz ko janne ka naam hai raaz hayat.</w:t>
      </w:r>
      <w:r>
        <w:br/>
      </w:r>
      <w:r>
        <w:rPr>
          <w:sz w:val="20"/>
        </w:rPr>
        <w:t>35:32  yahi zindagi ki philosophy hai, yahi zindagi ki ideology hai.</w:t>
      </w:r>
      <w:r>
        <w:br/>
      </w:r>
      <w:r>
        <w:rPr>
          <w:sz w:val="20"/>
        </w:rPr>
        <w:t>35:37  jo log is baat ko jaan lein, wohi successful hain.</w:t>
      </w:r>
    </w:p>
    <w:p>
      <w:pPr>
        <w:pStyle w:val="Heading2"/>
      </w:pPr>
      <w:r>
        <w:t>The true meaning and spirit of taraweeh</w:t>
      </w:r>
    </w:p>
    <w:p>
      <w:r>
        <w:rPr>
          <w:color w:val="666666"/>
          <w:sz w:val="18"/>
        </w:rPr>
        <w:t>Importance and Virtues of Ramadan April 2, 2023 · 1m 37s · at 37:51 · https://youtu.be/M2Phb22Vw_4?t=2271</w:t>
      </w:r>
    </w:p>
    <w:p>
      <w:r>
        <w:rPr>
          <w:i/>
        </w:rPr>
        <w:t>“Taraweeh is not a race to finish the Quran”</w:t>
      </w:r>
    </w:p>
    <w:p>
      <w:r>
        <w:rPr>
          <w:sz w:val="20"/>
        </w:rPr>
        <w:t>37:51  toh tarawih ke bare mein main chahunga aap kuch bataein. zaroor. tarawih darasal wahi cheez hai jisko qiyam-ul-layl kaha gaya hai.</w:t>
      </w:r>
      <w:r>
        <w:br/>
      </w:r>
      <w:r>
        <w:rPr>
          <w:sz w:val="20"/>
        </w:rPr>
        <w:t>38:00  ji yani raat ki namaz. baad mein yeh tarawih ka silsila shuru hua.</w:t>
      </w:r>
      <w:r>
        <w:br/>
      </w:r>
      <w:r>
        <w:rPr>
          <w:sz w:val="20"/>
        </w:rPr>
        <w:t>38:06  ah tarawih ka matlab hai to rest. yani aisa hota hai ke char rakat padh ke, chuki lambi lambi ah rakat hoti hain, toh woh muqtadi jo hain, imam sahab aur muqtadi, thodi der ke liye rest karte hain.</w:t>
      </w:r>
      <w:r>
        <w:br/>
      </w:r>
      <w:r>
        <w:rPr>
          <w:sz w:val="20"/>
        </w:rPr>
        <w:t>38:23  toh isi wajah se iska naam tarawih pad gaya. ah yani ah to take break ah between four rakat.</w:t>
      </w:r>
      <w:r>
        <w:br/>
      </w:r>
      <w:r>
        <w:rPr>
          <w:sz w:val="20"/>
        </w:rPr>
        <w:t>38:32  toh yahan bhi wahi baat hai jo quran ki reading mein maine abhi thodi batane ki koshish ki ke tarawih ka bhi yeh mizaj ban gaya hai ke jaldi jaldi padh ke khatam kar diya jaye.</w:t>
      </w:r>
      <w:r>
        <w:br/>
      </w:r>
      <w:r>
        <w:rPr>
          <w:sz w:val="20"/>
        </w:rPr>
        <w:t>38:43  yani kuch log, ah maine dekha hai ke woh kehte hain ke hum falan masjid mein padhte hain, wahan 15 din mein khatam ho jata hai. ji aur wahan padhte hain, wahan das din mein khatam ho jata hai.</w:t>
      </w:r>
      <w:r>
        <w:br/>
      </w:r>
      <w:r>
        <w:rPr>
          <w:sz w:val="20"/>
        </w:rPr>
        <w:t>38:53  yani yeh koi aisi cheez hai ke jo woh khatam kar ke is se jaan chuda li jaye. balke aisa nahi hai.</w:t>
      </w:r>
      <w:r>
        <w:br/>
      </w:r>
      <w:r>
        <w:rPr>
          <w:sz w:val="20"/>
        </w:rPr>
        <w:t>38:59  ah Maulana ne kaha tha ke tarawih is is collective study of the quran. hmm yani mil ke hum quran ki study karein.</w:t>
      </w:r>
      <w:r>
        <w:br/>
      </w:r>
      <w:r>
        <w:rPr>
          <w:sz w:val="20"/>
        </w:rPr>
        <w:t>39:08  yeh nahi ke woh jaldi jaldi khatam kar dein. koi humare upar bojh hai, woh woh humare upar halka ho jaye. ji balke yeh collective study hai quran ki. yani wahi ghor o fikr aur tadabbur aur tafakkur.</w:t>
      </w:r>
      <w:r>
        <w:br/>
      </w:r>
      <w:r>
        <w:rPr>
          <w:sz w:val="20"/>
        </w:rPr>
        <w:t>39:19  toh itni jaldi jaldi agar padhenge toh woh koi zahir hai koi faida nahi hoga. sirf aap ko yeh ehsas ho jayega ke aap ne namaz ada kardi. toh woh wahi spirit wali baat.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