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browse · full transcripts with timestamps · exported 2026-09-22</w:t>
      </w:r>
    </w:p>
    <w:p>
      <w:pPr>
        <w:pStyle w:val="Heading2"/>
      </w:pPr>
      <w:r>
        <w:t>Youth are immature until age 35</w:t>
      </w:r>
    </w:p>
    <w:p>
      <w:r>
        <w:rPr>
          <w:color w:val="666666"/>
          <w:sz w:val="18"/>
        </w:rPr>
        <w:t>On Issues of the Youth · 1m 00s · at 7:01 · https://youtu.be/iBCPuyaTsc4?t=421</w:t>
      </w:r>
    </w:p>
    <w:p>
      <w:r>
        <w:rPr>
          <w:i/>
        </w:rPr>
        <w:t>“A person matures at 35 years.”</w:t>
      </w:r>
    </w:p>
    <w:p>
      <w:r>
        <w:rPr>
          <w:sz w:val="20"/>
        </w:rPr>
        <w:t>7:01  psychological psychology aur biology mein jo research hui hai, is se pata chalta hai ke aadmi mature hota hai 35 years mein. is se pehle woh mature nahi hota hai. ek nojawan jo hai, woh immature hota hai. 35 years se pehle woh mature hi nahi hota hai. to is ki soch kaise sahi ho sakti hai? agarchay woh energy</w:t>
      </w:r>
      <w:r>
        <w:br/>
      </w:r>
      <w:r>
        <w:rPr>
          <w:sz w:val="20"/>
        </w:rPr>
        <w:t>7:31  etic hota hai, lekin soch ke aitbar se woh immature hota hai. to main yeh kahunga ke youth ka, nojawan ka ya zyada umar ke logon ka kya farq hai? woh farq yeh hai ke nojawan aadmi immat</w:t>
      </w:r>
    </w:p>
    <w:p>
      <w:pPr>
        <w:pStyle w:val="Heading2"/>
      </w:pPr>
      <w:r>
        <w:t>God is all-powerful, man is all-powerless</w:t>
      </w:r>
    </w:p>
    <w:p>
      <w:r>
        <w:rPr>
          <w:color w:val="666666"/>
          <w:sz w:val="18"/>
        </w:rPr>
        <w:t>Ideology of Tawhid June 08, 2008 · 59s · at 1:46 · https://youtu.be/RKhog0mmYGc?t=106</w:t>
      </w:r>
    </w:p>
    <w:p>
      <w:r>
        <w:rPr>
          <w:i/>
        </w:rPr>
        <w:t>“Khuda all-powerful hai, insaan all-powerless hai”</w:t>
      </w:r>
    </w:p>
    <w:p>
      <w:r>
        <w:rPr>
          <w:sz w:val="20"/>
        </w:rPr>
        <w:t>1:46  to khuda jo hai woh all powerful hai, insan all powerless hai.</w:t>
      </w:r>
      <w:r>
        <w:br/>
      </w:r>
      <w:r>
        <w:rPr>
          <w:sz w:val="20"/>
        </w:rPr>
        <w:t>1:55  to sirf bolne ki baat nahi hai, har baat mein hum khuda ki help se hi aage barhte hain, khuda ke support se.</w:t>
      </w:r>
      <w:r>
        <w:br/>
      </w:r>
      <w:r>
        <w:rPr>
          <w:sz w:val="20"/>
        </w:rPr>
        <w:t>2:06  chahe chalna ho, dekhna ho, khana peena ho, kuch bhi ho, kuch bhi ho, kuch bhi ho. hamare paas jo hai woh sirf will power hai, lekin is ke bahar jo kuch hai woh sab khuda ke ikhtiyar mein hai.</w:t>
      </w:r>
      <w:r>
        <w:br/>
      </w:r>
      <w:r>
        <w:rPr>
          <w:sz w:val="20"/>
        </w:rPr>
        <w:t>2:26  to khuda agar, khuda ki support agar hamein na mile to hum kuch bhi nahi kar sakte. aur is ke liye khuda rozana aise namune dikhata rehta hai jo logon ke liye eye opener hon.</w:t>
      </w:r>
    </w:p>
    <w:p>
      <w:pPr>
        <w:pStyle w:val="Heading2"/>
      </w:pPr>
      <w:r>
        <w:t>Iraq war could have been avoided</w:t>
      </w:r>
    </w:p>
    <w:p>
      <w:r>
        <w:rPr>
          <w:color w:val="666666"/>
          <w:sz w:val="18"/>
        </w:rPr>
        <w:t>Living in New Age May 23, 2010 Maulana Wahiduddin Khan · 21s · at 52:15 · https://youtu.be/9SQbGV8c_cw?t=3135</w:t>
      </w:r>
    </w:p>
    <w:p>
      <w:r>
        <w:rPr>
          <w:i/>
        </w:rPr>
        <w:t>“The Iraq war could have been avoided.”</w:t>
      </w:r>
    </w:p>
    <w:p>
      <w:r>
        <w:rPr>
          <w:sz w:val="20"/>
        </w:rPr>
        <w:t>52:15  iraq mein jo ladai hui bush senior aur bush junior ke zamane mein, woh na hoti, kuch bhi na hota.</w:t>
      </w:r>
      <w:r>
        <w:br/>
      </w:r>
      <w:r>
        <w:rPr>
          <w:sz w:val="20"/>
        </w:rPr>
        <w:t>52:24  kyun? america ko yeh dhan hai ke duniya mein democracy aaye, yeh dhan hai ke democracy aaye duniya mein.</w:t>
      </w:r>
    </w:p>
    <w:p>
      <w:pPr>
        <w:pStyle w:val="Heading2"/>
      </w:pPr>
      <w:r>
        <w:t>Quran's directness addressing humans</w:t>
      </w:r>
    </w:p>
    <w:p>
      <w:r>
        <w:rPr>
          <w:color w:val="666666"/>
          <w:sz w:val="18"/>
        </w:rPr>
        <w:t>Quran: A Divine Guide Book | October 24, 2007 | Maulana Wahiduddin Khan · 30s · at 9:21 · https://youtu.be/2fxvc-ZN1HM?t=561</w:t>
      </w:r>
    </w:p>
    <w:p>
      <w:r>
        <w:rPr>
          <w:i/>
        </w:rPr>
        <w:t>“Quran has directness, addressing humans directly”</w:t>
      </w:r>
    </w:p>
    <w:p>
      <w:r>
        <w:rPr>
          <w:sz w:val="20"/>
        </w:rPr>
        <w:t>9:21  ness hai. Direct insan ko address karna. Eha nas, eha insan, aye insan, aye logon, aye bani Adam. Yeh direct khitab hai. Yani Quran mein, Quran ke zariye Khuda direct taur par insan ko address kar raha hai. Dire</w:t>
      </w:r>
    </w:p>
    <w:p>
      <w:pPr>
        <w:pStyle w:val="Heading2"/>
      </w:pPr>
      <w:r>
        <w:t>Don't return evil for evil, be principled not tit-for-tat</w:t>
      </w:r>
    </w:p>
    <w:p>
      <w:r>
        <w:rPr>
          <w:color w:val="666666"/>
          <w:sz w:val="18"/>
        </w:rPr>
        <w:t>Prophet of Mercy October 24, 2021 Prof. Farida Khanam · 47s · at 13:11 · https://youtu.be/qIOdAqzWhNI?t=791</w:t>
      </w:r>
    </w:p>
    <w:p>
      <w:r>
        <w:rPr>
          <w:i/>
        </w:rPr>
        <w:t>“رسول اللہ نے کہا: تم امیہ نہ بنو۔”</w:t>
      </w:r>
    </w:p>
    <w:p>
      <w:r>
        <w:rPr>
          <w:sz w:val="20"/>
        </w:rPr>
        <w:t>13:11  to yeh buland akhlaq kya hai? woh wahi hai ke ek baar Rasool Allah sal Allah alaihi wasallam ne kaha tha ke tum ummiya na bano. ummiya ka matlab woh tit for tat behavior yani jaisa tum karoge waisa hum karenge.</w:t>
      </w:r>
      <w:r>
        <w:br/>
      </w:r>
      <w:r>
        <w:rPr>
          <w:sz w:val="20"/>
        </w:rPr>
        <w:t>13:25  agar tum hamare sath acha karoge to hum tumhare sath acha karenge. tum bura karoge to hum tumhare sath bura karenge. yahi aaj tamam logon ka akhlaq hai.</w:t>
      </w:r>
      <w:r>
        <w:br/>
      </w:r>
      <w:r>
        <w:rPr>
          <w:sz w:val="20"/>
        </w:rPr>
        <w:t>13:34  to aap ne kaha ke nahi, aisa nahi karo balkeh jo tumhare sath acha kare us ke sath acha karo, jo tumhare sath bura kare us ke sath bhi tum acha karo.</w:t>
      </w:r>
      <w:r>
        <w:br/>
      </w:r>
      <w:r>
        <w:rPr>
          <w:sz w:val="20"/>
        </w:rPr>
        <w:t>13:44  koi zulm kare to tum us ko maaf karo aur poori zindagi aap ne yeh kar dikhaya. aur jab aap Madina chale gaye tab bhi aap ne kabhi Quraish ko bura bhala nahi kaha.</w:t>
      </w:r>
    </w:p>
    <w:p>
      <w:pPr>
        <w:pStyle w:val="Heading2"/>
      </w:pPr>
      <w:r>
        <w:t>Car analogy against evolution theory</w:t>
      </w:r>
    </w:p>
    <w:p>
      <w:r>
        <w:rPr>
          <w:color w:val="666666"/>
          <w:sz w:val="18"/>
        </w:rPr>
        <w:t>Islam in the Modern Age December 08, 2006 Maulana Wahiduddin Khan · 30s · at 56:15 · https://youtu.be/sToYBVIXSxQ?t=3375</w:t>
      </w:r>
    </w:p>
    <w:p>
      <w:r>
        <w:rPr>
          <w:i/>
        </w:rPr>
        <w:t>“Every car model was built separately, not evolved”</w:t>
      </w:r>
    </w:p>
    <w:p>
      <w:r>
        <w:rPr>
          <w:sz w:val="20"/>
        </w:rPr>
        <w:t>56:15  aisi ek paadi ek rakhiye. ab aap kahein ke ji is se woh nikli, is se woh nikli, is se woh nikli. to yeh sahi hoga yeh? har gaṛi alag alag banayi gayi hai.</w:t>
      </w:r>
      <w:r>
        <w:br/>
      </w:r>
      <w:r>
        <w:rPr>
          <w:sz w:val="20"/>
        </w:rPr>
        <w:t>56:24  bulk card bhi alag bani hai, ghoṛa gaṛi bhi alag bani hai, jeep bhi alag bani hai, aur ambassador bhi alag bani hai, mercedes bhi alag bani hai.</w:t>
      </w:r>
      <w:r>
        <w:br/>
      </w:r>
      <w:r>
        <w:rPr>
          <w:sz w:val="20"/>
        </w:rPr>
        <w:t>56:33  aisa nahi ke isi se nikalta chala gaya is se woh. to unhon ne kya nikal liya mushabihaton ko le kar ke? ke saari anwaa ek se doosre nikalti chali gayi hain.</w:t>
      </w:r>
      <w:r>
        <w:br/>
      </w:r>
      <w:r>
        <w:rPr>
          <w:sz w:val="20"/>
        </w:rPr>
        <w:t>56:42  bilkul bilkul bilkul bewakoofi ki baat hai.</w:t>
      </w:r>
    </w:p>
    <w:p>
      <w:pPr>
        <w:pStyle w:val="Heading2"/>
      </w:pPr>
      <w:r>
        <w:t>Age of Quran just spread the message</w:t>
      </w:r>
    </w:p>
    <w:p>
      <w:r>
        <w:rPr>
          <w:color w:val="666666"/>
          <w:sz w:val="18"/>
        </w:rPr>
        <w:t>The Age of the Quran March 24, 2019 · 42s · at 26:36 · https://youtu.be/DI5wU5CwcW4?t=1596</w:t>
      </w:r>
    </w:p>
    <w:p>
      <w:r>
        <w:rPr>
          <w:i/>
        </w:rPr>
        <w:t>“Yeh age of Quran hai, age of dawat hai.”</w:t>
      </w:r>
    </w:p>
    <w:p>
      <w:r>
        <w:rPr>
          <w:sz w:val="20"/>
        </w:rPr>
        <w:t>26:36  isi liye main kehta hoon ke yeh age of quran hai, age of dawah hai,</w:t>
      </w:r>
      <w:r>
        <w:br/>
      </w:r>
      <w:r>
        <w:rPr>
          <w:sz w:val="20"/>
        </w:rPr>
        <w:t>26:44  age of quran. kuch nahi karna hai aap ko, bas quran ko phailaiye. sari dunya aap ko welcome karegi. abhi aap ne dekha ke new zealand mein kya hua?</w:t>
      </w:r>
      <w:r>
        <w:br/>
      </w:r>
      <w:r>
        <w:rPr>
          <w:sz w:val="20"/>
        </w:rPr>
        <w:t>26:59  new zealand mein itna zyada welcome kiya gaya quran ko, islam ko, allah ke paigham ko ke prime minister khud nikal pada parliament mein, quran ki awaz sunai di.</w:t>
      </w:r>
    </w:p>
    <w:p>
      <w:pPr>
        <w:pStyle w:val="Heading2"/>
      </w:pPr>
      <w:r>
        <w:t>Hazrat Ali: a person's value lies in their excellence</w:t>
      </w:r>
    </w:p>
    <w:p>
      <w:r>
        <w:rPr>
          <w:color w:val="666666"/>
          <w:sz w:val="18"/>
        </w:rPr>
        <w:t>Man's Place in The Universe June 17, 2007 · 45s · at 1:13:26 · https://youtu.be/CND6qsCMZVU?t=4406</w:t>
      </w:r>
    </w:p>
    <w:p>
      <w:r>
        <w:rPr>
          <w:i/>
        </w:rPr>
        <w:t>“The value of a person lies in excellence”</w:t>
      </w:r>
    </w:p>
    <w:p>
      <w:r>
        <w:rPr>
          <w:sz w:val="20"/>
        </w:rPr>
        <w:t>1:13:26  toh us ko fourth caliph jo hain Hazrat Ali unhon ne kaha ke قيمة المرء مایوس is ka matlab hai ke The value of a person lies in excellence toh</w:t>
      </w:r>
      <w:r>
        <w:br/>
      </w:r>
      <w:r>
        <w:rPr>
          <w:sz w:val="20"/>
        </w:rPr>
        <w:t>1:13:45  ab is ko mein ayat se mila kar ke samajh paya hoon ke aadmi ka jo sab se bari value hai woh yeh hai ke apne فوق ko daryaft kare woh yani jis jo special quality us ko di hai khuda ne us ko woh discover kare phir us ko develop kare us ko aage badhaye usi ke lehaz se uska darja banega</w:t>
      </w:r>
    </w:p>
    <w:p>
      <w:pPr>
        <w:pStyle w:val="Heading2"/>
      </w:pPr>
      <w:r>
        <w:t>Maulana: 'I am a Sufi by birth'</w:t>
      </w:r>
    </w:p>
    <w:p>
      <w:r>
        <w:rPr>
          <w:color w:val="666666"/>
          <w:sz w:val="18"/>
        </w:rPr>
        <w:t>Importance of Travel in Religion July 28, 2024 · 56s · at 1:04:58 · https://youtu.be/a5tfBcUSYXc?t=3898</w:t>
      </w:r>
    </w:p>
    <w:p>
      <w:r>
        <w:rPr>
          <w:i/>
        </w:rPr>
        <w:t>“Maulana always said, 'I am a Sufi by birth.'”</w:t>
      </w:r>
    </w:p>
    <w:p>
      <w:r>
        <w:rPr>
          <w:sz w:val="20"/>
        </w:rPr>
        <w:t>1:04:58  Maulana sahib to kehtay thay, "I am sufi by birth." matlab woh sufi, woh sufism jo ritual based sufism ho gaya tha, us ke qail nahi</w:t>
      </w:r>
      <w:r>
        <w:br/>
      </w:r>
      <w:r>
        <w:rPr>
          <w:sz w:val="20"/>
        </w:rPr>
        <w:t>1:05:09  thay. lekin sufi jo ka jo matlab hai ke purification of the self, simplicity, Khuda se taluq, Khuda se marifat, aur logon se mohabbat, itna ziyada logon se mohabbat karte thay ke mujhe kabhi aisa nahi laga ke doosray logon se,</w:t>
      </w:r>
      <w:r>
        <w:br/>
      </w:r>
      <w:r>
        <w:rPr>
          <w:sz w:val="20"/>
        </w:rPr>
        <w:t>1:05:28  apnay bachon ke ke muqablay mein, doosray logon se woh un ko kam mohabbat hai. ji</w:t>
      </w:r>
      <w:r>
        <w:br/>
      </w:r>
      <w:r>
        <w:rPr>
          <w:sz w:val="20"/>
        </w:rPr>
        <w:t>1:05:34  to yeh sab jo values theen, jo values theen sufia ki, woh sab un ke andar theen. lekin woh rituals jo hain na, yeh sab qawali wali jo baad mein chala hai, yeh sab baad mein yeh doosray culture se bohat sari cheezain Islamize kar li gayi hain.</w:t>
      </w:r>
    </w:p>
    <w:p>
      <w:pPr>
        <w:pStyle w:val="Heading2"/>
      </w:pPr>
      <w:r>
        <w:t>Islam is wisdom, not blind tradition or superstition</w:t>
      </w:r>
    </w:p>
    <w:p>
      <w:r>
        <w:rPr>
          <w:color w:val="666666"/>
          <w:sz w:val="18"/>
        </w:rPr>
        <w:t>Universal Thinking In Islam CPS Women Discussion 27 October 15, 2023 · 44s · at 19:16 · https://youtu.be/p7cYhXsEBIc?t=1156</w:t>
      </w:r>
    </w:p>
    <w:p>
      <w:r>
        <w:rPr>
          <w:i/>
        </w:rPr>
        <w:t>“Islam koi tradition nahi hai, koi riwaj nahi hai”</w:t>
      </w:r>
    </w:p>
    <w:p>
      <w:r>
        <w:rPr>
          <w:sz w:val="20"/>
        </w:rPr>
        <w:t>19:16  to yeh jab hamari thinking hogi, universal thinking hogi tabhi hamein is baat ki clarity bhi hogi. to isliye Islam koi tradition nahi hai, koi rivaj nahi hai, superstitions nahi hai, mysterious believe nahi hai.</w:t>
      </w:r>
      <w:r>
        <w:br/>
      </w:r>
      <w:r>
        <w:rPr>
          <w:sz w:val="20"/>
        </w:rPr>
        <w:t>19:34  Islam wisdom hai aur iman aadmi ko is qabil banata hai ke woh visionary ho, wisdom ho usmein yahi wisdom ka aur visionary hone ka concern ban jaye. to Maulana ne bhi yeh baat kahi hai is hadith ko ke wisdom is the lost property of a believer. yeh hadith hai.</w:t>
      </w:r>
      <w:r>
        <w:br/>
      </w:r>
      <w:r>
        <w:rPr>
          <w:sz w:val="20"/>
        </w:rPr>
        <w:t>20:00  to jahan paye foreign le le wisdom ko aur woh jab bhi ho sakta hai ke woh ek open fiza mein ho, open minded ho insaan, to open minded hoga tabhi woh hum samajh payenge ek scientist ki tarah se ke jahan use ek scientific proof milta hai woh usi tarah se le leta hai.</w:t>
      </w:r>
    </w:p>
    <w:p>
      <w:pPr>
        <w:pStyle w:val="Heading2"/>
      </w:pPr>
      <w:r>
        <w:t>Team work defined as joint effort for one goal</w:t>
      </w:r>
    </w:p>
    <w:p>
      <w:r>
        <w:rPr>
          <w:color w:val="666666"/>
          <w:sz w:val="18"/>
        </w:rPr>
        <w:t>The Importance of Team Work February 5, 2012 · 25s · at 14:26 · https://youtu.be/qBbwznqIqVw?t=866</w:t>
      </w:r>
    </w:p>
    <w:p>
      <w:r>
        <w:rPr>
          <w:i/>
        </w:rPr>
        <w:t>“Joint effort for a single goal”</w:t>
      </w:r>
    </w:p>
    <w:p>
      <w:r>
        <w:rPr>
          <w:sz w:val="20"/>
        </w:rPr>
        <w:t>14:26  to is ko mein kahunga ke joint effort for a single goal.</w:t>
      </w:r>
      <w:r>
        <w:br/>
      </w:r>
      <w:r>
        <w:rPr>
          <w:sz w:val="20"/>
        </w:rPr>
        <w:t>14:35  joint effort for a single goal. ek wahid nishani ke liye, ek wahid maqsad ko samne rakh kar ke mushtarik jud o juhd karna.</w:t>
      </w:r>
    </w:p>
    <w:p>
      <w:pPr>
        <w:pStyle w:val="Heading2"/>
      </w:pPr>
      <w:r>
        <w:t>Quranic rebuttal to divine sonship claim</w:t>
      </w:r>
    </w:p>
    <w:p>
      <w:r>
        <w:rPr>
          <w:color w:val="666666"/>
          <w:sz w:val="18"/>
        </w:rPr>
        <w:t>Dars e Quran Ch 2 Verse 18 22 April 2014 - Maulana Wahiduddin Khan · 24s · at 0:26 · https://youtu.be/L1sLGdsM8tw?t=26</w:t>
      </w:r>
    </w:p>
    <w:p>
      <w:r>
        <w:rPr>
          <w:i/>
        </w:rPr>
        <w:t>“Qul fa lima yu'azzibukum bidhunubikum?”</w:t>
      </w:r>
    </w:p>
    <w:p>
      <w:r>
        <w:rPr>
          <w:sz w:val="20"/>
        </w:rPr>
        <w:t>0:26  qul film y'azzabkum bizunoobikum? bal antum basharum mimma khalaq. yaghfiru liman yashaa'u wa yu'azzibu man yashaa'u.</w:t>
      </w:r>
      <w:r>
        <w:br/>
      </w:r>
      <w:r>
        <w:rPr>
          <w:sz w:val="20"/>
        </w:rPr>
        <w:t>0:37  wa lillahi mulkus samawati wal ardi wa ma bainahuma, wa ilaihil maseer. aur yahood o nasara kehte hain ke hum Khuda ke bete aur us ke mehboob hain.</w:t>
      </w:r>
    </w:p>
    <w:p>
      <w:pPr>
        <w:pStyle w:val="Heading2"/>
      </w:pPr>
      <w:r>
        <w:t>Physical wealth stays behind; only the soul travels on</w:t>
      </w:r>
    </w:p>
    <w:p>
      <w:r>
        <w:rPr>
          <w:color w:val="666666"/>
          <w:sz w:val="18"/>
        </w:rPr>
        <w:t>Kashmir, A Lesson September 14, 2014 · 34s · at 37:10 · https://youtu.be/JQoYEj0Vntc?t=2230</w:t>
      </w:r>
    </w:p>
    <w:p>
      <w:r>
        <w:rPr>
          <w:i/>
        </w:rPr>
        <w:t>“Your physical earnings stay here, they don't go with you”</w:t>
      </w:r>
    </w:p>
    <w:p>
      <w:r>
        <w:rPr>
          <w:sz w:val="20"/>
        </w:rPr>
        <w:t>37:10  yeh sab kya hai?</w:t>
      </w:r>
      <w:r>
        <w:br/>
      </w:r>
      <w:r>
        <w:rPr>
          <w:sz w:val="20"/>
        </w:rPr>
        <w:t>37:11  reminder hai. reminder hai is baat ka ke aaiye insaan dekh le, taraf physical kamai to yahi reh gayi, woh kahan tumhare saath ja rahi hai?</w:t>
      </w:r>
      <w:r>
        <w:br/>
      </w:r>
      <w:r>
        <w:rPr>
          <w:sz w:val="20"/>
        </w:rPr>
        <w:t>37:26  tumhari jo physical kamai thi, jo physical duniya tum ne banai thi, us ko to is se tumhara detachment</w:t>
      </w:r>
      <w:r>
        <w:br/>
      </w:r>
      <w:r>
        <w:rPr>
          <w:sz w:val="20"/>
        </w:rPr>
        <w:t>37:34  ho gaya. ab jo tum ja rahe ho, to tum ja rahe ho apne mind ke saath, apne rooh ke saath, apne soul ke saath.</w:t>
      </w:r>
    </w:p>
    <w:p>
      <w:pPr>
        <w:pStyle w:val="Heading2"/>
      </w:pPr>
      <w:r>
        <w:t>Self-righteousness stops Muslims accepting criticism</w:t>
      </w:r>
    </w:p>
    <w:p>
      <w:r>
        <w:rPr>
          <w:color w:val="666666"/>
          <w:sz w:val="18"/>
        </w:rPr>
        <w:t>Islamization of Muslims January 10, 2010 Maulana Wahiduddin Khan · 42s · at 1:39:32 · https://youtu.be/bjCT5yer37Q?t=5972</w:t>
      </w:r>
    </w:p>
    <w:p>
      <w:r>
        <w:rPr>
          <w:i/>
        </w:rPr>
        <w:t>“Muslims live in self-righteousness, and scholars caused it”</w:t>
      </w:r>
    </w:p>
    <w:p>
      <w:r>
        <w:rPr>
          <w:sz w:val="20"/>
        </w:rPr>
        <w:t>1:39:32  What is the reason for it and how can we rectify this situation? Main samajhta hoon ke sab se bari wajah yeh hai ke Musalman self-right mein jeete hain aur is ki zimmedari hamare ulama par hai.</w:t>
      </w:r>
      <w:r>
        <w:br/>
      </w:r>
      <w:r>
        <w:rPr>
          <w:sz w:val="20"/>
        </w:rPr>
        <w:t>1:39:48  Hamare ulama, hamare masjidain aur madaris yeh yeh mizaj in ke andar inculcate karte hain ke hamara deen sab se afzal, hamara Nabi sab se afzal, hamara Quran sab se afzal, hamari ummat sab se afzal.</w:t>
      </w:r>
      <w:r>
        <w:br/>
      </w:r>
      <w:r>
        <w:rPr>
          <w:sz w:val="20"/>
        </w:rPr>
        <w:t>1:40:01  Yeh jo sikhaya jata hai masjidon mein, madaris mein har jagah, is se kya aa gaya hai? Self-rights, hamari tareekh sab se afzal. Yeh concept jo hai afzaliyat ka, yeh color hai.</w:t>
      </w:r>
    </w:p>
    <w:p>
      <w:pPr>
        <w:pStyle w:val="Heading2"/>
      </w:pPr>
      <w:r>
        <w:t>Blasphemy killing advocates are greatest insulters</w:t>
      </w:r>
    </w:p>
    <w:p>
      <w:r>
        <w:rPr>
          <w:color w:val="666666"/>
          <w:sz w:val="18"/>
        </w:rPr>
        <w:t>Q&amp;A 16 Jan 2011 Maulana Wahiduddin Khan · 40s · at 0:43 · https://youtu.be/N8FHA_uH3QI?t=43</w:t>
      </w:r>
    </w:p>
    <w:p>
      <w:r>
        <w:rPr>
          <w:i/>
        </w:rPr>
        <w:t>“Jo log ye kehte hain ke Rasul Allah ne ye taleem di”</w:t>
      </w:r>
    </w:p>
    <w:p>
      <w:r>
        <w:rPr>
          <w:sz w:val="20"/>
        </w:rPr>
        <w:t>0:43  bilashubah hai. jo log yeh kehte hain ke rasool allah ne yeh taleem di hai ke jo shatm kare usko maar dalo, yeh log sab se bade toheen karne wale hain rasool allah sallallahu alaihi wasallam ki.</w:t>
      </w:r>
      <w:r>
        <w:br/>
      </w:r>
      <w:r>
        <w:rPr>
          <w:sz w:val="20"/>
        </w:rPr>
        <w:t>1:00  dekhiye, quran mein ya hadith mein koi ek bhi aisa reference nahi hai</w:t>
      </w:r>
      <w:r>
        <w:br/>
      </w:r>
      <w:r>
        <w:rPr>
          <w:sz w:val="20"/>
        </w:rPr>
        <w:t>1:05  jo yeh batata ho ke sab-o-shatm jo kare usko maar dalo. yeh bilkul hi baseless nazariya hai, baseless masla hai, baseless hai yeh har aitbaar se.</w:t>
      </w:r>
      <w:r>
        <w:br/>
      </w:r>
      <w:r>
        <w:rPr>
          <w:sz w:val="20"/>
        </w:rPr>
        <w:t>1:16  hai hi nahi kahin yeh. bilashubah bidat hai yeh.</w:t>
      </w:r>
    </w:p>
    <w:p>
      <w:pPr>
        <w:pStyle w:val="Heading2"/>
      </w:pPr>
      <w:r>
        <w:t>Hadith: be a scholar or a student, not neither</w:t>
      </w:r>
    </w:p>
    <w:p>
      <w:r>
        <w:rPr>
          <w:color w:val="666666"/>
          <w:sz w:val="18"/>
        </w:rPr>
        <w:t>Importance of Peace August 17, 2014 · 33s · at 47:30 · https://youtu.be/ifxSwh2Jckw?t=2850</w:t>
      </w:r>
    </w:p>
    <w:p>
      <w:r>
        <w:rPr>
          <w:i/>
        </w:rPr>
        <w:t>“Kun aaliman aw muta'alliman, ya to aalim bano ya student”</w:t>
      </w:r>
    </w:p>
    <w:p>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p>
    <w:p>
      <w:pPr>
        <w:pStyle w:val="Heading2"/>
      </w:pPr>
      <w:r>
        <w:t>Every hardship is a test, not an excuse</w:t>
      </w:r>
    </w:p>
    <w:p>
      <w:r>
        <w:rPr>
          <w:color w:val="666666"/>
          <w:sz w:val="18"/>
        </w:rPr>
        <w:t>Dars-e-Quran June 25, 2007 · 56s · at 29:27 · https://youtu.be/nrgQNgSemyo?t=1767</w:t>
      </w:r>
    </w:p>
    <w:p>
      <w:r>
        <w:rPr>
          <w:i/>
        </w:rPr>
        <w:t>“Yeh test hai, ise excuse mat banaiye”</w:t>
      </w:r>
    </w:p>
    <w:p>
      <w:r>
        <w:rPr>
          <w:sz w:val="20"/>
        </w:rPr>
        <w:t>29:26  ye sab kya hai</w:t>
      </w:r>
      <w:r>
        <w:br/>
      </w:r>
      <w:r>
        <w:rPr>
          <w:sz w:val="20"/>
        </w:rPr>
        <w:t>29:27  ? ye test hai. yani aise aisi situation mein jab aap apne ko payein to us waqt us ko excuse na banaiye, ye sochiye ke ye to test ka mauqa hai,</w:t>
      </w:r>
      <w:r>
        <w:br/>
      </w:r>
      <w:r>
        <w:rPr>
          <w:sz w:val="20"/>
        </w:rPr>
        <w:t>29:46  mujhe sabar ka response dena hai,</w:t>
      </w:r>
      <w:r>
        <w:br/>
      </w:r>
      <w:r>
        <w:rPr>
          <w:sz w:val="20"/>
        </w:rPr>
        <w:t>29:52  sabar ka, patience ka, tolerance ka response dena hai mujhe. to jo musbat response de, yani negative situation create hui,</w:t>
      </w:r>
      <w:r>
        <w:br/>
      </w:r>
      <w:r>
        <w:rPr>
          <w:sz w:val="20"/>
        </w:rPr>
        <w:t>30:07  aur jis ne negative response diya, wo fail ho gaya test mein. aur jis ka haal ye tha ke negative situation create hui to us ne musbat response diya,</w:t>
      </w:r>
      <w:r>
        <w:br/>
      </w:r>
      <w:r>
        <w:rPr>
          <w:sz w:val="20"/>
        </w:rPr>
        <w:t>30:22  wahi test mein kamyab hua</w:t>
      </w:r>
    </w:p>
    <w:p>
      <w:pPr>
        <w:pStyle w:val="Heading2"/>
      </w:pPr>
      <w:r>
        <w:t>Believer as well-wisher for others</w:t>
      </w:r>
    </w:p>
    <w:p>
      <w:r>
        <w:rPr>
          <w:color w:val="666666"/>
          <w:sz w:val="18"/>
        </w:rPr>
        <w:t>Character of a Believer April 16, 2016 Maulana Wahiduddin Khan · 30s · at 33:05 · https://youtu.be/HpOK8NY312g?t=1985</w:t>
      </w:r>
    </w:p>
    <w:p>
      <w:r>
        <w:rPr>
          <w:i/>
        </w:rPr>
        <w:t>“So Mawlana, according to the Quran, one of the very important qualities”</w:t>
      </w:r>
    </w:p>
    <w:p>
      <w:r>
        <w:rPr>
          <w:sz w:val="20"/>
        </w:rPr>
        <w:t>33:05  so Maulana, according to the Quran, one of the very important qualities of a believer is that he is a well-wisher for others. and you are saying a well-wisher does not want to create even the least problem for anyone. and that is what is meant by being a no problem person. Maulana, my next question is that, how should a believer balance the demands of this life while also working for the hereafter?</w:t>
      </w:r>
      <w:r>
        <w:br/>
      </w:r>
      <w:r>
        <w:rPr>
          <w:sz w:val="20"/>
        </w:rPr>
        <w:t>33:35  dekhiye, balance ki baat nahin hai.</w:t>
      </w:r>
    </w:p>
    <w:p>
      <w:pPr>
        <w:pStyle w:val="Heading2"/>
      </w:pPr>
      <w:r>
        <w:t>You must love people before you can call them to faith</w:t>
      </w:r>
    </w:p>
    <w:p>
      <w:r>
        <w:rPr>
          <w:color w:val="666666"/>
          <w:sz w:val="18"/>
        </w:rPr>
        <w:t>Fasting Training for Discipline August 16, 2009 · 29s · at 1:06:03 · https://youtu.be/sZw-RIqkF1c?t=3963</w:t>
      </w:r>
    </w:p>
    <w:p>
      <w:r>
        <w:rPr>
          <w:i/>
        </w:rPr>
        <w:t>“Mad'u se mohabbat karna padta hai, tab dawah ka aaghaz hota hai”</w:t>
      </w:r>
    </w:p>
    <w:p>
      <w:r>
        <w:rPr>
          <w:sz w:val="20"/>
        </w:rPr>
        <w:t>1:06:03  dawat to sab hi sab hi dawat chahtay hain. dawat ka kaam. main ne kaha aap galat keh rahay hain. aap main ne kaha ke madu se mohabbat karna parta hai, tab dawat ka aaghaz hota hai.</w:t>
      </w:r>
      <w:r>
        <w:br/>
      </w:r>
      <w:r>
        <w:rPr>
          <w:sz w:val="20"/>
        </w:rPr>
        <w:t>1:06:18  to mohabbat kaise karenge aap?</w:t>
      </w:r>
      <w:r>
        <w:br/>
      </w:r>
      <w:r>
        <w:rPr>
          <w:sz w:val="20"/>
        </w:rPr>
        <w:t>1:06:22  jab doosron ko aap samjhen ke hamare dushman hain, hamein un se ladna hai, to mohabbat to khatm ho jayegi. Mohabbat khatm ho, dawat bhi khatm ho jayegi.</w:t>
      </w:r>
    </w:p>
    <w:p>
      <w:pPr>
        <w:pStyle w:val="Heading2"/>
      </w:pPr>
      <w:r>
        <w:t>No excuse because Quran is preserved</w:t>
      </w:r>
    </w:p>
    <w:p>
      <w:r>
        <w:rPr>
          <w:color w:val="666666"/>
          <w:sz w:val="18"/>
        </w:rPr>
        <w:t>A Case of Derailment April 25, 2014 · 33s · at 27:52 · https://youtu.be/ERcUTQt6tFY?t=1672</w:t>
      </w:r>
    </w:p>
    <w:p>
      <w:r>
        <w:rPr>
          <w:i/>
        </w:rPr>
        <w:t>“Achhi tarah samajhna chahiye ke yeh daleel qayamat mein chalne wali nahi”</w:t>
      </w:r>
    </w:p>
    <w:p>
      <w:r>
        <w:rPr>
          <w:sz w:val="20"/>
        </w:rPr>
        <w:t>27:52  acchi tarah samajhna chahiye ke yeh daleel qayamat mein chalne wali nahin hai kyunke Quran mehfooz hai.</w:t>
      </w:r>
      <w:r>
        <w:br/>
      </w:r>
      <w:r>
        <w:rPr>
          <w:sz w:val="20"/>
        </w:rPr>
        <w:t>28:00  Quran ek mehfooz kitab ke taur par hamare darmiyan hai. Quran mein kisi qism ki tabdeeli nahin hui hai. sunnat-e-Rasool bhi mehfooz hai.</w:t>
      </w:r>
      <w:r>
        <w:br/>
      </w:r>
      <w:r>
        <w:rPr>
          <w:sz w:val="20"/>
        </w:rPr>
        <w:t>28:10  ahadith-e-Rasool bhi mehfooz hain. to jab yeh sab mehfooz hai, Allah taala ne in ko mehfooz kar diya hai to kisi ka koi uzr nahin suna jaega,</w:t>
      </w:r>
    </w:p>
    <w:p>
      <w:pPr>
        <w:pStyle w:val="Heading2"/>
      </w:pPr>
      <w:r>
        <w:t>Intelligent design implies an intelligent designer</w:t>
      </w:r>
    </w:p>
    <w:p>
      <w:r>
        <w:rPr>
          <w:color w:val="666666"/>
          <w:sz w:val="18"/>
        </w:rPr>
        <w:t>The Existence of God October 7, 2012 · 40s · at 20:51 · https://youtu.be/Hm0ybuokQ8s?t=1251</w:t>
      </w:r>
    </w:p>
    <w:p>
      <w:r>
        <w:rPr>
          <w:i/>
        </w:rPr>
        <w:t>“If there's intelligent design, there must be a designer”</w:t>
      </w:r>
    </w:p>
    <w:p>
      <w:r>
        <w:rPr>
          <w:sz w:val="20"/>
        </w:rPr>
        <w:t>20:51  jab science ne khud yeh daryaft kar liya ke universe mein intelligent design hai, aaj bohat se scientists yeh mante hain ke kainat mein intelligent design hai.</w:t>
      </w:r>
      <w:r>
        <w:br/>
      </w:r>
      <w:r>
        <w:rPr>
          <w:sz w:val="20"/>
        </w:rPr>
        <w:t>21:04  to jab intelligent design aap ne maan liya, yani file ko maan liya to file to hona chahiye. jab intelligent design hai to intelligent designer hona chahiye.</w:t>
      </w:r>
      <w:r>
        <w:br/>
      </w:r>
      <w:r>
        <w:rPr>
          <w:sz w:val="20"/>
        </w:rPr>
        <w:t>21:20  jab intelligent design hai to apne aap is baat prove ho jati hai ke aik intelligent designer hona chahiye. koi file hai to file to hona chahiye.</w:t>
      </w:r>
    </w:p>
    <w:p>
      <w:pPr>
        <w:pStyle w:val="Heading2"/>
      </w:pPr>
      <w:r>
        <w:t>Well-wishing leads to positive opinion</w:t>
      </w:r>
    </w:p>
    <w:p>
      <w:r>
        <w:rPr>
          <w:color w:val="666666"/>
          <w:sz w:val="18"/>
        </w:rPr>
        <w:t>The Problem of Misunderstanding July 02, 2008 · 48s · at 7:47 · https://youtu.be/IP8aFVKtttc?t=467</w:t>
      </w:r>
    </w:p>
    <w:p>
      <w:r>
        <w:rPr>
          <w:i/>
        </w:rPr>
        <w:t>“to ek hi cheez mein aap dekhiye”</w:t>
      </w:r>
    </w:p>
    <w:p>
      <w:r>
        <w:rPr>
          <w:sz w:val="20"/>
        </w:rPr>
        <w:t>7:47  toh ek hi cheez mein aap dekhiye, agar aadmi ke andar well-wishing hai, woh khair khwah hai, toh positive raaye banayega, aur agar woh khair khwah nahi hai toh negative raaye banayega.</w:t>
      </w:r>
      <w:r>
        <w:br/>
      </w:r>
      <w:r>
        <w:rPr>
          <w:sz w:val="20"/>
        </w:rPr>
        <w:t>8:03  misunderstanding kya hai? misunderstanding ka matlab hai negative opinion. Toh aap ne jo maine misaal di, aap ko dekhiye, ek hi cheez hai.</w:t>
      </w:r>
      <w:r>
        <w:br/>
      </w:r>
      <w:r>
        <w:rPr>
          <w:sz w:val="20"/>
        </w:rPr>
        <w:t>8:17  ek hi cheez mein aap positive opinion bana sakte hain, usi cheez mein aap negative opinion bana sakte hain.</w:t>
      </w:r>
      <w:r>
        <w:br/>
      </w:r>
      <w:r>
        <w:rPr>
          <w:sz w:val="20"/>
        </w:rPr>
        <w:t>8:27  toh negative opinion jab aap banayein toh usi ka naam hai misunderstanding.</w:t>
      </w:r>
    </w:p>
    <w:p>
      <w:pPr>
        <w:pStyle w:val="Heading2"/>
      </w:pPr>
      <w:r>
        <w:t>New age not anti-Islam</w:t>
      </w:r>
    </w:p>
    <w:p>
      <w:r>
        <w:rPr>
          <w:color w:val="666666"/>
          <w:sz w:val="18"/>
        </w:rPr>
        <w:t>Islam in A New Age 18 March 2012 Maulana Wahiduddin Khan · 19s · at 5:43 · https://youtu.be/HDisvam9R30?t=343</w:t>
      </w:r>
    </w:p>
    <w:p>
      <w:r>
        <w:rPr>
          <w:i/>
        </w:rPr>
        <w:t>“نیا دور ہرگز ہرگز دشمن اسلام دور نہیں ہے”</w:t>
      </w:r>
    </w:p>
    <w:p>
      <w:r>
        <w:rPr>
          <w:sz w:val="20"/>
        </w:rPr>
        <w:t>5:43  woh to jante hain ke naya daur dushman Islam daur hai. Naya daur har giz har giz dushman Islam daur nahi hai.</w:t>
      </w:r>
      <w:r>
        <w:br/>
      </w:r>
      <w:r>
        <w:rPr>
          <w:sz w:val="20"/>
        </w:rPr>
        <w:t>5:53  woh pro Islam daur hai. Dekhiye, main kai aayatein aur hadithein aap ke samne pesh karunga is baat ko samajhne ke liye.</w:t>
      </w:r>
      <w:r>
        <w:br/>
      </w:r>
      <w:r>
        <w:rPr>
          <w:sz w:val="20"/>
        </w:rPr>
        <w:t>6:03  is se aap ke andar badi maarfat, badi qurbat, bada daawti hausla, Quran ke naye naye maani, yeh sab khulenge, inshallah.</w:t>
      </w:r>
    </w:p>
    <w:p>
      <w:pPr>
        <w:pStyle w:val="Heading2"/>
      </w:pPr>
      <w:r>
        <w:t>Every moment brings a challenge you must accept, not eliminate</w:t>
      </w:r>
    </w:p>
    <w:p>
      <w:r>
        <w:rPr>
          <w:color w:val="666666"/>
          <w:sz w:val="18"/>
        </w:rPr>
        <w:t>Complex Free Soul, November 22, 2015 · 46s · at 1:02:35 · https://youtu.be/Oqwpog-LS7c?t=3755</w:t>
      </w:r>
    </w:p>
    <w:p>
      <w:r>
        <w:rPr>
          <w:i/>
        </w:rPr>
        <w:t>“Abhi ek scooter wala hamara challenge ban gaya”</w:t>
      </w:r>
    </w:p>
    <w:p>
      <w:r>
        <w:rPr>
          <w:sz w:val="20"/>
        </w:rPr>
        <w:t>1:02:35  baqi challenge to har lehaz challenge hai. challenge ko koi limit nahi kar sakta. har waqt challenge hai. abhi main aa raha tha to ek ek scooter wala tha, woh hamare challenge ban gaya.</w:t>
      </w:r>
      <w:r>
        <w:br/>
      </w:r>
      <w:r>
        <w:rPr>
          <w:sz w:val="20"/>
        </w:rPr>
        <w:t>1:02:49  to challenge to aap ko lana hai na eliminate karna hai. woh already already there hai. har waqt challenge, har waqt challenge.</w:t>
      </w:r>
      <w:r>
        <w:br/>
      </w:r>
      <w:r>
        <w:rPr>
          <w:sz w:val="20"/>
        </w:rPr>
        <w:t>1:02:59  sirf explain, negative explanation nahi karna chahiye aap ko.</w:t>
      </w:r>
      <w:r>
        <w:br/>
      </w:r>
      <w:r>
        <w:rPr>
          <w:sz w:val="20"/>
        </w:rPr>
        <w:t>1:03:03  negative explanation nahi keh scooter wala aa gaya tha, woh ghusa ho aur kahay ke yeh kya hai, woh kya hai.</w:t>
      </w:r>
      <w:r>
        <w:br/>
      </w:r>
      <w:r>
        <w:rPr>
          <w:sz w:val="20"/>
        </w:rPr>
        <w:t>1:03:12  challenge to har waqt hai hi hai. challenge koi aadmi challenge ko na la sakta hai, na us ko khatam kar sakta hai.</w:t>
      </w:r>
    </w:p>
    <w:p>
      <w:pPr>
        <w:pStyle w:val="Heading2"/>
      </w:pPr>
      <w:r>
        <w:t>Islam has no manual of rituals to follow</w:t>
      </w:r>
    </w:p>
    <w:p>
      <w:r>
        <w:rPr>
          <w:color w:val="666666"/>
          <w:sz w:val="18"/>
        </w:rPr>
        <w:t>Islam in Daily Life May 26, 2013 · 33s · at 2:26 · https://youtu.be/iNyWPrbyyhA?t=146</w:t>
      </w:r>
    </w:p>
    <w:p>
      <w:r>
        <w:rPr>
          <w:i/>
        </w:rPr>
        <w:t>“Islam ka koi manual andaz mein jawab nahi ho sakta”</w:t>
      </w:r>
    </w:p>
    <w:p>
      <w:r>
        <w:rPr>
          <w:sz w:val="20"/>
        </w:rPr>
        <w:t>2:26  dekhiye, islam in daily life ka koi manual andaaz mein aap ko nahi bata sakte, kyunke islam ka koi manual nahi hai.</w:t>
      </w:r>
      <w:r>
        <w:br/>
      </w:r>
      <w:r>
        <w:rPr>
          <w:sz w:val="20"/>
        </w:rPr>
        <w:t>2:40  koi traditional aik set up ho, kuch dos and don'ts hon, kuch aik list ho rituals ki, us ko hum dohrate rahein rozana.</w:t>
      </w:r>
      <w:r>
        <w:br/>
      </w:r>
      <w:r>
        <w:rPr>
          <w:sz w:val="20"/>
        </w:rPr>
        <w:t>2:54  to islam ka maamla aisa nahi hai.</w:t>
      </w:r>
    </w:p>
    <w:p>
      <w:pPr>
        <w:pStyle w:val="Heading2"/>
      </w:pPr>
      <w:r>
        <w:t>Peace means tolerance and harmony</w:t>
      </w:r>
    </w:p>
    <w:p>
      <w:r>
        <w:rPr>
          <w:color w:val="666666"/>
          <w:sz w:val="18"/>
        </w:rPr>
        <w:t>Social Harmony and Islam | June 10, 2008 · 30s · at 55:22 · https://youtu.be/x_Ocw0CGF0A?t=3322</w:t>
      </w:r>
    </w:p>
    <w:p>
      <w:r>
        <w:rPr>
          <w:i/>
        </w:rPr>
        <w:t>“Peace ka matlab hai tolerance, harmony, adjustment.”</w:t>
      </w:r>
    </w:p>
    <w:p>
      <w:r>
        <w:rPr>
          <w:sz w:val="20"/>
        </w:rPr>
        <w:t>55:22  Peace ka matlab hai tolerance, harmony, adjustment. No problem ban kar rehna. Mein samajhta hoon ke yahi do sab se bari baat hain Islam mein. In term of ideology, jo cheez hai supreme, woh hai tauheed. Aur practical life ke liye</w:t>
      </w:r>
    </w:p>
    <w:p>
      <w:pPr>
        <w:pStyle w:val="Heading2"/>
      </w:pPr>
      <w:r>
        <w:t>Maneuver not confrontation with rulers</w:t>
      </w:r>
    </w:p>
    <w:p>
      <w:r>
        <w:rPr>
          <w:color w:val="666666"/>
          <w:sz w:val="18"/>
        </w:rPr>
        <w:t>Attaining Wisdom through State of Helplessness November 28, 2019 - Maulana Wahiduddin Khan · 44s · at 27:50 · https://youtu.be/dS29D4Pt-3U?t=1670</w:t>
      </w:r>
    </w:p>
    <w:p>
      <w:r>
        <w:rPr>
          <w:i/>
        </w:rPr>
        <w:t>“Maneuver karna chahiye takrao nahi”</w:t>
      </w:r>
    </w:p>
    <w:p>
      <w:r>
        <w:rPr>
          <w:sz w:val="20"/>
        </w:rPr>
        <w:t>27:50  to mein wahid shakhs hoon jinhon ne is ko daryaft kiya ke in logon ko hukmaranon se takrao nahi karna chahiye tha.</w:t>
      </w:r>
      <w:r>
        <w:br/>
      </w:r>
      <w:r>
        <w:rPr>
          <w:sz w:val="20"/>
        </w:rPr>
        <w:t>28:02  bhaga takrao ke</w:t>
      </w:r>
      <w:r>
        <w:br/>
      </w:r>
      <w:r>
        <w:rPr>
          <w:sz w:val="20"/>
        </w:rPr>
        <w:t>28:06  maanish karna chahiye tha maanish. Lekin in sab logon ne takrao phir danda utha liya. Pakistan mein, misr mein, har jagah, falasteen mein.</w:t>
      </w:r>
      <w:r>
        <w:br/>
      </w:r>
      <w:r>
        <w:rPr>
          <w:sz w:val="20"/>
        </w:rPr>
        <w:t>28:18  mein akela hi woh kar sakta hoon. Mein ne kaha ke maanish karna chahiye, takrao nahi karna chahiye. To yeh meri fehrist hai ke mein bas mere bas mein nahi hai tajaddud karna.</w:t>
      </w:r>
    </w:p>
    <w:p>
      <w:pPr>
        <w:pStyle w:val="Heading2"/>
      </w:pPr>
      <w:r>
        <w:t>Give to Caesar what is Caesar's and to God</w:t>
      </w:r>
    </w:p>
    <w:p>
      <w:r>
        <w:rPr>
          <w:color w:val="666666"/>
          <w:sz w:val="18"/>
        </w:rPr>
        <w:t>Conciliatory Approach and Confrontational Approach | March 21, 2010 · 30s · at 36:01 · https://youtu.be/PrfDlx2pfA0?t=2161</w:t>
      </w:r>
    </w:p>
    <w:p>
      <w:r>
        <w:rPr>
          <w:i/>
        </w:rPr>
        <w:t>“Unhon ne formula kya diya jo Bible mein likha hua hai”</w:t>
      </w:r>
    </w:p>
    <w:p>
      <w:r>
        <w:rPr>
          <w:sz w:val="20"/>
        </w:rPr>
        <w:t>36:01  to unhone formula kya diya jo Bible mein likha hua hai, Bible mein padh sakte hain aap,</w:t>
      </w:r>
      <w:r>
        <w:br/>
      </w:r>
      <w:r>
        <w:rPr>
          <w:sz w:val="20"/>
        </w:rPr>
        <w:t>36:09  woh formula yeh hai: "Givo to king, wat is div to king, and givo to God, wat is</w:t>
      </w:r>
      <w:r>
        <w:br/>
      </w:r>
      <w:r>
        <w:rPr>
          <w:sz w:val="20"/>
        </w:rPr>
        <w:t>36:16  div to God, givo to king, wat is div to king, and givo to God, wat is div</w:t>
      </w:r>
      <w:r>
        <w:br/>
      </w:r>
      <w:r>
        <w:rPr>
          <w:sz w:val="20"/>
        </w:rPr>
        <w:t>36:24  to God." Yaani jo jo hukoomat kaha ke woh hukoomat ko do, aur jo Khuda kaha ke</w:t>
      </w:r>
    </w:p>
    <w:p>
      <w:pPr>
        <w:pStyle w:val="Heading2"/>
      </w:pPr>
      <w:r>
        <w:t>Simple Living High Thinking is super formula</w:t>
      </w:r>
    </w:p>
    <w:p>
      <w:r>
        <w:rPr>
          <w:color w:val="666666"/>
          <w:sz w:val="18"/>
        </w:rPr>
        <w:t>Simple Living and High Thinking November 03, 2018 · 30s · at 14:18 · https://youtu.be/6O7ebJVVRII?t=858</w:t>
      </w:r>
    </w:p>
    <w:p>
      <w:r>
        <w:rPr>
          <w:i/>
        </w:rPr>
        <w:t>“Jitna zyada aap sochein utna hi aap discover karenge.”</w:t>
      </w:r>
    </w:p>
    <w:p>
      <w:r>
        <w:rPr>
          <w:sz w:val="20"/>
        </w:rPr>
        <w:t>14:18  toh main samajhta hoon ke jitna zyada aap sochen, jitna zyada sochen, utna hi aap discover karenge ke yeh jo formula hai:</w:t>
      </w:r>
      <w:r>
        <w:br/>
      </w:r>
      <w:r>
        <w:rPr>
          <w:sz w:val="20"/>
        </w:rPr>
        <w:t>14:33  "simple living, high thinking", yeh super formula hai.</w:t>
      </w:r>
      <w:r>
        <w:br/>
      </w:r>
      <w:r>
        <w:rPr>
          <w:sz w:val="20"/>
        </w:rPr>
        <w:t>14:40  yeh super formula hai aur yeh har jagah kaam aata hai.</w:t>
      </w:r>
    </w:p>
    <w:p>
      <w:pPr>
        <w:pStyle w:val="Heading2"/>
      </w:pPr>
      <w:r>
        <w:t>In loss be grateful for what you have</w:t>
      </w:r>
    </w:p>
    <w:p>
      <w:r>
        <w:rPr>
          <w:color w:val="666666"/>
          <w:sz w:val="18"/>
        </w:rPr>
        <w:t>Surah Al-'Asr I November 23, 2014 · 40s · at 44:43 · https://youtu.be/K1G2YJVBE5U?t=2683</w:t>
      </w:r>
    </w:p>
    <w:p>
      <w:r>
        <w:rPr>
          <w:i/>
        </w:rPr>
        <w:t>“Agar aap ko ghaata ho to uske bawajood kya zinda hain aap?”</w:t>
      </w:r>
    </w:p>
    <w:p>
      <w:r>
        <w:rPr>
          <w:sz w:val="20"/>
        </w:rPr>
        <w:t>44:43  ghata ho, loss ho, koi negative experience ho, to is experience ko na sochein.</w:t>
      </w:r>
      <w:r>
        <w:br/>
      </w:r>
      <w:r>
        <w:rPr>
          <w:sz w:val="20"/>
        </w:rPr>
        <w:t>44:53  is ghate ko mat sochein. yeh sochein is ghate ke bawajood kya zinda hain aap?</w:t>
      </w:r>
      <w:r>
        <w:br/>
      </w:r>
      <w:r>
        <w:rPr>
          <w:sz w:val="20"/>
        </w:rPr>
        <w:t>45:00  is ghate ke bawajood kya aap ko khana peena mil raha hai? is ghate ke bawajood kya aap ke badan par kapde hain? is ghate ke bawajood kya aap par rehne ke liye ghar hai?</w:t>
      </w:r>
      <w:r>
        <w:br/>
      </w:r>
      <w:r>
        <w:rPr>
          <w:sz w:val="20"/>
        </w:rPr>
        <w:t>45:11  yeh sochein. agar hai to mashkoor kijiye.</w:t>
      </w:r>
    </w:p>
    <w:p>
      <w:pPr>
        <w:pStyle w:val="Heading2"/>
      </w:pPr>
      <w:r>
        <w:t>Doomsday after conveying message</w:t>
      </w:r>
    </w:p>
    <w:p>
      <w:r>
        <w:rPr>
          <w:color w:val="666666"/>
          <w:sz w:val="18"/>
        </w:rPr>
        <w:t>Muslims in 21st Century (In Conversation with Maulana) 11 04 10 · 1m 00s · at 0:40 · https://youtu.be/MkMop0icjSc?t=40</w:t>
      </w:r>
    </w:p>
    <w:p>
      <w:r>
        <w:rPr>
          <w:i/>
        </w:rPr>
        <w:t>“Yeh bahut zyada serious baat hai”</w:t>
      </w:r>
    </w:p>
    <w:p>
      <w:r>
        <w:rPr>
          <w:sz w:val="20"/>
        </w:rPr>
        <w:t>0:40  bohat zyada serious baat hai.</w:t>
      </w:r>
      <w:r>
        <w:br/>
      </w:r>
      <w:r>
        <w:rPr>
          <w:sz w:val="20"/>
        </w:rPr>
        <w:t>0:50  Qayamat is waqt aayegi jabke logon ko bata diya gaya ho.</w:t>
      </w:r>
      <w:r>
        <w:br/>
      </w:r>
      <w:r>
        <w:rPr>
          <w:sz w:val="20"/>
        </w:rPr>
        <w:t>1:00  Quran mein bohat hi wazeh tor par yeh usool bataya gaya hai ke ma kaana Allah li yuhlik al</w:t>
      </w:r>
      <w:r>
        <w:br/>
      </w:r>
      <w:r>
        <w:rPr>
          <w:sz w:val="20"/>
        </w:rPr>
        <w:t>1:10  quraa bidlun wa huwa ghafiloon.</w:t>
      </w:r>
      <w:r>
        <w:br/>
      </w:r>
      <w:r>
        <w:rPr>
          <w:sz w:val="20"/>
        </w:rPr>
        <w:t>1:17  Allah ka yeh tareeqa nahi ke insaanoun ko halak kare jabke woh bekhabar hon.</w:t>
      </w:r>
      <w:r>
        <w:br/>
      </w:r>
      <w:r>
        <w:rPr>
          <w:sz w:val="20"/>
        </w:rPr>
        <w:t>1:25  To Allah qayamat kya hai? Ek universal harkat hai yeh.</w:t>
      </w:r>
      <w:r>
        <w:br/>
      </w:r>
      <w:r>
        <w:rPr>
          <w:sz w:val="20"/>
        </w:rPr>
        <w:t>1:32  To yeh kab aayegi? Jab logon ko unawareness tod diya</w:t>
      </w:r>
    </w:p>
    <w:p>
      <w:pPr>
        <w:pStyle w:val="Heading2"/>
      </w:pPr>
      <w:r>
        <w:t>Description of painful torment by Pharaoh</w:t>
      </w:r>
    </w:p>
    <w:p>
      <w:r>
        <w:rPr>
          <w:color w:val="666666"/>
          <w:sz w:val="18"/>
        </w:rPr>
        <w:t>Dars-e-Quran, Ch. 2 Verse 49-50 February 25, 2018 · 28s · at 2:00 · https://youtu.be/ogSNikZscgM?t=120</w:t>
      </w:r>
    </w:p>
    <w:p>
      <w:r>
        <w:rPr>
          <w:i/>
        </w:rPr>
        <w:t>“Woh tum ko dardnaak azaab diya karte thay”</w:t>
      </w:r>
    </w:p>
    <w:p>
      <w:r>
        <w:rPr>
          <w:sz w:val="20"/>
        </w:rPr>
        <w:t>2:00  woh tum ko dardnak azab diya karte the, tumhare beton ko zabah karte aur tumhari auraton ko chhod diya karte the.</w:t>
      </w:r>
      <w:r>
        <w:br/>
      </w:r>
      <w:r>
        <w:rPr>
          <w:sz w:val="20"/>
        </w:rPr>
        <w:t>2:11  is museebat mein yeh tumhare rab ki taraf se bohat hi sakht museebat thi. aur jab hum ne darya ko phad kar tumhein paar karaya, phir bachaya tum ko aur doba diya fir'aun ke logon ko aur tum dekhte rahe.</w:t>
      </w:r>
    </w:p>
    <w:p>
      <w:pPr>
        <w:pStyle w:val="Heading2"/>
      </w:pPr>
      <w:r>
        <w:t>Truth cannot be judged socially</w:t>
      </w:r>
    </w:p>
    <w:p>
      <w:r>
        <w:rPr>
          <w:color w:val="666666"/>
          <w:sz w:val="18"/>
        </w:rPr>
        <w:t>The Ideology of Truth July 15, 2007 · 42s · at 10:30 · https://youtu.be/w3OkX5xvqTI?t=630</w:t>
      </w:r>
    </w:p>
    <w:p>
      <w:r>
        <w:rPr>
          <w:i/>
        </w:rPr>
        <w:t>“Main samajhta hoon ke ek criteria nahi galat hai”</w:t>
      </w:r>
    </w:p>
    <w:p>
      <w:r>
        <w:rPr>
          <w:sz w:val="20"/>
        </w:rPr>
        <w:t>10:30  main samajhta hoon ke ek criteria nahin galat hai. yani truth jo hai, is ko aap social criteria se judge kar rahe hain.</w:t>
      </w:r>
      <w:r>
        <w:br/>
      </w:r>
      <w:r>
        <w:rPr>
          <w:sz w:val="20"/>
        </w:rPr>
        <w:t>10:41  aap social criteria se judge kar sakte hain is ko. maslan honesty hai. honesty ko aap social criteria se judge karenge.</w:t>
      </w:r>
      <w:r>
        <w:br/>
      </w:r>
      <w:r>
        <w:rPr>
          <w:sz w:val="20"/>
        </w:rPr>
        <w:t>10:51  yani business community agar ye kahe ke dishonesty mein zyada faida hai to hum honesty kyun banen? to kya aap is ko le kar kahenge ke dishonesty zyada achi cheez hai?</w:t>
      </w:r>
      <w:r>
        <w:br/>
      </w:r>
      <w:r>
        <w:rPr>
          <w:sz w:val="20"/>
        </w:rPr>
        <w:t>11:06  dekhen, truth ko aap social criteria se judge nahin kar sakte.</w:t>
      </w:r>
    </w:p>
    <w:p>
      <w:pPr>
        <w:pStyle w:val="Heading2"/>
      </w:pPr>
      <w:r>
        <w:t>History testifies man is in loss</w:t>
      </w:r>
    </w:p>
    <w:p>
      <w:r>
        <w:rPr>
          <w:color w:val="666666"/>
          <w:sz w:val="18"/>
        </w:rPr>
        <w:t>Human History in Light of the Creation Plan of God 11 May, 2007 - Maulana Wahiduddin Khan · 32s · at 1:39 · https://youtu.be/8m_jiYlUZ0c?t=99</w:t>
      </w:r>
    </w:p>
    <w:p>
      <w:r>
        <w:rPr>
          <w:i/>
        </w:rPr>
        <w:t>“History is a witness that man is in loss.”</w:t>
      </w:r>
    </w:p>
    <w:p>
      <w:r>
        <w:rPr>
          <w:sz w:val="20"/>
        </w:rPr>
        <w:t>1:39  yani history is a witness. ab dekhen, kitna bara statement hai, ek sweeping statement hai. history is a witness that man is in loss.</w:t>
      </w:r>
      <w:r>
        <w:br/>
      </w:r>
      <w:r>
        <w:rPr>
          <w:sz w:val="20"/>
        </w:rPr>
        <w:t>1:55  history is a witness that man is in loss, except those who are believers and those who follow the follow the commandments of God.</w:t>
      </w:r>
    </w:p>
    <w:p>
      <w:pPr>
        <w:pStyle w:val="Heading2"/>
      </w:pPr>
      <w:r>
        <w:t>Controlling yourself is the easiest task there is</w:t>
      </w:r>
    </w:p>
    <w:p>
      <w:r>
        <w:rPr>
          <w:color w:val="666666"/>
          <w:sz w:val="18"/>
        </w:rPr>
        <w:t>From The Spiritual Tree February 20, 2011 · 55s · at 1:04:40 · https://youtu.be/FzOkE_KElUA?t=3880</w:t>
      </w:r>
    </w:p>
    <w:p>
      <w:r>
        <w:rPr>
          <w:i/>
        </w:rPr>
        <w:t>“Apne ko control karne se zyada aasan kya hai?”</w:t>
      </w:r>
    </w:p>
    <w:p>
      <w:r>
        <w:rPr>
          <w:sz w:val="20"/>
        </w:rPr>
        <w:t>1:04:40  ismein kya hai? is mein kuchh nahin chahiye. ye sirf aap ka attitude jo hai, wohi sab kuchh hai. sirf attitude. to ye kitna isse zyada aasan to koi hai? ye hai he nahin ke thinking process ko control kijie. bas it all depends on thinking process.</w:t>
      </w:r>
      <w:r>
        <w:br/>
      </w:r>
      <w:r>
        <w:rPr>
          <w:sz w:val="20"/>
        </w:rPr>
        <w:t>1:05:02  it all depends upon thinking process. to thinking process control kijie. bas negative thought se har waqt aap bache rahenge. yani kisi baahar ko control nahin karna hai, apne ko control karna hai.</w:t>
      </w:r>
      <w:r>
        <w:br/>
      </w:r>
      <w:r>
        <w:rPr>
          <w:sz w:val="20"/>
        </w:rPr>
        <w:t>1:05:15  to apne ko control karne se zyada aasan kaam kya ho sakta hai? aap bataie,</w:t>
      </w:r>
      <w:r>
        <w:br/>
      </w:r>
      <w:r>
        <w:rPr>
          <w:sz w:val="20"/>
        </w:rPr>
        <w:t>1:05:21  apne ko control karne se zyada aasan kya kaam ho sakta hai?</w:t>
      </w:r>
      <w:r>
        <w:br/>
      </w:r>
      <w:r>
        <w:rPr>
          <w:sz w:val="20"/>
        </w:rPr>
        <w:t>1:05:25  to apne thinking process ko control kijie, isko discipline mein rakhiye aur bas negative thought se aap bahut door rahenge.</w:t>
      </w:r>
    </w:p>
    <w:p>
      <w:pPr>
        <w:pStyle w:val="Heading2"/>
      </w:pPr>
      <w:r>
        <w:t>Jesus give to Caesar quote</w:t>
      </w:r>
    </w:p>
    <w:p>
      <w:r>
        <w:rPr>
          <w:color w:val="666666"/>
          <w:sz w:val="18"/>
        </w:rPr>
        <w:t>Dichotomous Thinking: A serious Intellectual Problem, August 12, 2007 · 30s · at 27:33 · https://youtu.be/LvgspzJxu6w?t=1653</w:t>
      </w:r>
    </w:p>
    <w:p>
      <w:r>
        <w:rPr>
          <w:i/>
        </w:rPr>
        <w:t>“Give to Caesar what is Caesar's.”</w:t>
      </w:r>
    </w:p>
    <w:p>
      <w:r>
        <w:rPr>
          <w:sz w:val="20"/>
        </w:rPr>
        <w:t>27:33  kahin aath hai, kahin gyarah hai, kahin kuch zyada hai. to sahi ginti kisi ko pata nahi ke un ke disciples kitne the. to baharhal unhon ne apne disciples se aik bohat zabardast baat kahi. woh thi yeh ke give to caesar what is due to caesar. and give to god what is due to god. jo</w:t>
      </w:r>
    </w:p>
    <w:p>
      <w:pPr>
        <w:pStyle w:val="Heading2"/>
      </w:pPr>
      <w:r>
        <w:t>Prophet ran only dawah politics, never challenged Mecca's rulers</w:t>
      </w:r>
    </w:p>
    <w:p>
      <w:r>
        <w:rPr>
          <w:color w:val="666666"/>
          <w:sz w:val="18"/>
        </w:rPr>
        <w:t>Present Muslims- A Case of Wrong Identity February 13, 2011 · 28s · at 10:52 · https://youtu.be/gDX72gIRL4E?t=652</w:t>
      </w:r>
    </w:p>
    <w:p>
      <w:r>
        <w:rPr>
          <w:i/>
        </w:rPr>
        <w:t>“Rasoolullah ne authority ko challenge karne wali politics nahi chalayi”</w:t>
      </w:r>
    </w:p>
    <w:p>
      <w:r>
        <w:rPr>
          <w:sz w:val="20"/>
        </w:rPr>
        <w:t>10:52  makka mein zulm bhi karte the, woh maarte the rasool Allah ke saahibiyon ko. lekin rasool Allah (SAW) ne ikhtiyaar ko challenge karne wali koi politics nahi chalai. wahan par sirf dawat, sirf dawat, sirf dawat, sirf dawat.</w:t>
      </w:r>
      <w:r>
        <w:br/>
      </w:r>
      <w:r>
        <w:rPr>
          <w:sz w:val="20"/>
        </w:rPr>
        <w:t>11:09  yahan tak ke 13 saal ke baad jab woh log maarne par tule gaye aap ko, tab bhi aap ne uss waqt aap ko saathi itne the ke aap chahte to ladte un se.</w:t>
      </w:r>
    </w:p>
    <w:p>
      <w:pPr>
        <w:pStyle w:val="Heading2"/>
      </w:pPr>
      <w:r>
        <w:t>Dhikr as point of reference from every experience</w:t>
      </w:r>
    </w:p>
    <w:p>
      <w:r>
        <w:rPr>
          <w:color w:val="666666"/>
          <w:sz w:val="18"/>
        </w:rPr>
        <w:t>Remembrance of God December 30, 2017 · 23s · at 0:59 · https://youtu.be/EAlfS5kuHfA?t=59</w:t>
      </w:r>
    </w:p>
    <w:p>
      <w:r>
        <w:rPr>
          <w:i/>
        </w:rPr>
        <w:t>“Zikr yeh hai ke har har experience”</w:t>
      </w:r>
    </w:p>
    <w:p>
      <w:r>
        <w:rPr>
          <w:sz w:val="20"/>
        </w:rPr>
        <w:t>0:59  Zikr yeh hai ke har har experience jo aap ko duniya mein hota hai, us ko point of reference banana.</w:t>
      </w:r>
      <w:r>
        <w:br/>
      </w:r>
      <w:r>
        <w:rPr>
          <w:sz w:val="20"/>
        </w:rPr>
        <w:t>1:14  Har experience. Duniya mein</w:t>
      </w:r>
    </w:p>
    <w:p>
      <w:pPr>
        <w:pStyle w:val="Heading2"/>
      </w:pPr>
      <w:r>
        <w:t>Scholars' mistake led to Qadianism</w:t>
      </w:r>
    </w:p>
    <w:p>
      <w:r>
        <w:rPr>
          <w:color w:val="666666"/>
          <w:sz w:val="18"/>
        </w:rPr>
        <w:t>Q&amp;A 22 Feb 2009 Maulana Wahiduddin Khan · 51s · at 1:30 · https://youtu.be/5SIhCZTzbKY?t=90</w:t>
      </w:r>
    </w:p>
    <w:p>
      <w:r>
        <w:rPr>
          <w:i/>
        </w:rPr>
        <w:t>“Pehla kaam yeh nahi keh aap un ke khilaf ek aur fatwa”</w:t>
      </w:r>
    </w:p>
    <w:p>
      <w:r>
        <w:rPr>
          <w:sz w:val="20"/>
        </w:rPr>
        <w:t>1:30  pehla kaam yeh nahi ke aap un ke khilaaf aik aur fatwa jarr jarr dein. yeh sab se pehli sochne ki baat hai ke yeh masla paida hua kyun?</w:t>
      </w:r>
      <w:r>
        <w:br/>
      </w:r>
      <w:r>
        <w:rPr>
          <w:sz w:val="20"/>
        </w:rPr>
        <w:t>1:41  aap mujhe bataein, kisi bhi baray aalim ka naam jo is baat ko na maanta ho, sab maante hain ke Islam mukammal mazhab hai, Rasool Allah mukammal</w:t>
      </w:r>
      <w:r>
        <w:br/>
      </w:r>
      <w:r>
        <w:rPr>
          <w:sz w:val="20"/>
        </w:rPr>
        <w:t>1:49  Nabi hain. jab mukammal ho gaya to ab doosra kyun aaye ga koi? is ko saboot keh dete hain ke insaniyat jo hai saatvi sadi eesvi mein apne balogh ko pahunch gayi thi.</w:t>
      </w:r>
      <w:r>
        <w:br/>
      </w:r>
      <w:r>
        <w:rPr>
          <w:sz w:val="20"/>
        </w:rPr>
        <w:t>1:59  balogh ka matlab hai maturity. yeh sab saare aalim kehte hain yeh boli. yahin se paida hui hai Qadiyaniat.</w:t>
      </w:r>
      <w:r>
        <w:br/>
      </w:r>
      <w:r>
        <w:rPr>
          <w:sz w:val="20"/>
        </w:rPr>
        <w:t>2:08  to mere nazdeek number pehle zimmedaar hain hamare aalim. doosri zimmedari hai Qadiyaniyon ki. kisi ko is se ikhtilaf ho to mujhe bataein ke kaun aalim hai jo is ne aisa na kaha ho?</w:t>
      </w:r>
    </w:p>
    <w:p>
      <w:pPr>
        <w:pStyle w:val="Heading2"/>
      </w:pPr>
      <w:r>
        <w:t>One drop of hate spoils the heart</w:t>
      </w:r>
    </w:p>
    <w:p>
      <w:r>
        <w:rPr>
          <w:color w:val="666666"/>
          <w:sz w:val="18"/>
        </w:rPr>
        <w:t>Love of God | Maulana Wahiduddin Khan |  4 October 2009 · 1m 01s · at 9:47 · https://youtu.be/dRR8aqMAVww?t=587</w:t>
      </w:r>
    </w:p>
    <w:p>
      <w:r>
        <w:rPr>
          <w:i/>
        </w:rPr>
        <w:t>“ایک ڈراپ ہیٹ سے پانی ناپاک ہو جاتا ہے”</w:t>
      </w:r>
    </w:p>
    <w:p>
      <w:r>
        <w:rPr>
          <w:sz w:val="20"/>
        </w:rPr>
        <w:t>9:47  hiye, fiqh ka masla hai ke agar ek tub paani hai, us mein sirf ek drop aap gandagi ka daal dein to saara paani jo hai woh ganda ho jayega, najeis ho jayega. wuzu ke qabil nahi rahega, nahane ke qabil nahi rahega. ek drop. to yeh mamla aur izafe ke sath aap ke dil aur dimaagh ke bare mein hai.</w:t>
      </w:r>
      <w:r>
        <w:br/>
      </w:r>
      <w:r>
        <w:rPr>
          <w:sz w:val="20"/>
        </w:rPr>
        <w:t>10:19  aap ke dil aur dimaagh mein agar ek drop hate ka pad jaye to saara aap ki soch, aap ke jazbaat sab negative ho jayenge. khuda ki muhabbat ke qabil aap nahi rahenge. isi liye dekhiye, rasool allah sallallahu alaihi wasallam aur aap ke ashaab jo hain, unilaterally woh logon se, logon</w:t>
      </w:r>
    </w:p>
    <w:p>
      <w:pPr>
        <w:pStyle w:val="Heading2"/>
      </w:pPr>
      <w:r>
        <w:t>Hadith: paradise-dwellers' hearts are free of malice</w:t>
      </w:r>
    </w:p>
    <w:p>
      <w:r>
        <w:rPr>
          <w:color w:val="666666"/>
          <w:sz w:val="18"/>
        </w:rPr>
        <w:t>Lessons from The Quran April 30, 2014 · 34s · at 14:00 · https://youtu.be/3Snh2dw-6tk?t=840</w:t>
      </w:r>
    </w:p>
    <w:p>
      <w:r>
        <w:rPr>
          <w:i/>
        </w:rPr>
        <w:t>“Hearts of paradise-dwellers will be like a bird's”</w:t>
      </w:r>
    </w:p>
    <w:p>
      <w:r>
        <w:rPr>
          <w:sz w:val="20"/>
        </w:rPr>
        <w:t>14:00  hadees mein aata hai ke ahle jannat ke baray mein ke afadatum kafadate tair jannat walon ke dil chidiya ke manind honge.</w:t>
      </w:r>
      <w:r>
        <w:br/>
      </w:r>
      <w:r>
        <w:rPr>
          <w:sz w:val="20"/>
        </w:rPr>
        <w:t>14:13  chidiya ke dil mein kisi ke khilaf keena nahi, hasad nahi, bughz nahi, ghussa nahi. Is se khali ho. Yani chidiya poore maanon mein positive, positivity par qaim hoti hai.</w:t>
      </w:r>
      <w:r>
        <w:br/>
      </w:r>
      <w:r>
        <w:rPr>
          <w:sz w:val="20"/>
        </w:rPr>
        <w:t>14:30  yeh insaan ko sabak hai.</w:t>
      </w:r>
    </w:p>
    <w:p>
      <w:pPr>
        <w:pStyle w:val="Heading2"/>
      </w:pPr>
      <w:r>
        <w:t>Discover God in your life</w:t>
      </w:r>
    </w:p>
    <w:p>
      <w:r>
        <w:rPr>
          <w:color w:val="666666"/>
          <w:sz w:val="18"/>
        </w:rPr>
        <w:t>CPS Women Monthly Q and A with Prof. Farida Khanam and Maulana Farhad Ahmed Umeri June 25, 2023 · 48s · at 8:25 · https://youtu.be/EzivDyOKfiE?t=505</w:t>
      </w:r>
    </w:p>
    <w:p>
      <w:r>
        <w:rPr>
          <w:i/>
        </w:rPr>
        <w:t>“Khuda ki discovery karni hai”</w:t>
      </w:r>
    </w:p>
    <w:p>
      <w:r>
        <w:rPr>
          <w:sz w:val="20"/>
        </w:rPr>
        <w:t>8:25  yeh nahi ki aapne kuch kitab padh li aapne kuch duayen yaad kar li aapne namaz padh li kudha ko jab discover apa karenge to yeh sab apa jo hai confusion khatm ho jayega apa arrogance khatm ho jayega aur aapko itni musalsal aapko farishton se inspiration milega to sachchai milne ka yeh matlab nahi hai ki aapne kalma padh liya ya apa muslim family mein paida ho gaye. Apa naam musalman hai to aisa nahi hai.</w:t>
      </w:r>
      <w:r>
        <w:br/>
      </w:r>
      <w:r>
        <w:rPr>
          <w:sz w:val="20"/>
        </w:rPr>
        <w:t>8:55  to balki aapko khuda ki discovery karni hai, khuda ki yaad mein apni zindagi puri bitani hai. har waqt apa apa yeh dekhiye ki apa kahin bhi baithi ho, kuch bhi kaam mein busy ho, aapke dimagh mein khuda ki yaad aati rahe. to samajh lijiye ki apa connection khuda se kaam ho gaya hai.</w:t>
      </w:r>
      <w:r>
        <w:br/>
      </w:r>
      <w:r>
        <w:rPr>
          <w:sz w:val="20"/>
        </w:rPr>
        <w:t>9:13  to jab khuda ki yaad aapko bar bar aayega to uska aapko dil mein itna nahi paida hoga kyunki quran mein aaya hai sachchai ke gehre maan aani mura lena hoga.</w:t>
      </w:r>
    </w:p>
    <w:p>
      <w:pPr>
        <w:pStyle w:val="Heading2"/>
      </w:pPr>
      <w:r>
        <w:t>Treaty of Hudaybiyyah under adversity</w:t>
      </w:r>
    </w:p>
    <w:p>
      <w:r>
        <w:rPr>
          <w:color w:val="666666"/>
          <w:sz w:val="18"/>
        </w:rPr>
        <w:t>Importance of Re-Planning November 6, 2022 · 28s · at 4:26 · https://youtu.be/5rg4BU0r5Ow?t=266</w:t>
      </w:r>
    </w:p>
    <w:p>
      <w:r>
        <w:rPr>
          <w:i/>
        </w:rPr>
        <w:t>“Sulh Hudaibiya das saal ka na-zang mayada tha”</w:t>
      </w:r>
    </w:p>
    <w:p>
      <w:r>
        <w:rPr>
          <w:sz w:val="20"/>
        </w:rPr>
        <w:t>4:26  Sulh Hudaybiyah jo hai woh das saal ka nazang maida tha. Toh us waqt toh sulh Hudaybiyah karne ke liye bohat ziyada halaat jo hai bohat adverse thay. Tamam dushman ki sharaait ko accept karne ke baad hi shulya Hudaybiyah ho paayi thi. Toh lekin ab toh ek universal norm ho gaya hai. Ab toh shulhi ki baat log pasand karte hain.</w:t>
      </w:r>
      <w:r>
        <w:br/>
      </w:r>
      <w:r>
        <w:rPr>
          <w:sz w:val="20"/>
        </w:rPr>
        <w:t>4:54  Puraman andaaz mein kaam karne ki hamein poori ijazat hai. Toh ab ek duniya badal chuki hai. Musalmanon ko chahiye ke woh nai duniya ko samjhen aur usi ke mutabiq kaam karen taake un ko apni jo hasil karna chahte hain woh hasil kar paen. Ji, aap ab yeh bohat hi important baat batai aap ne ke matlab doosron ko blame na karen.</w:t>
      </w:r>
    </w:p>
    <w:p>
      <w:pPr>
        <w:pStyle w:val="Heading2"/>
      </w:pPr>
      <w:r>
        <w:t>parable of a diamond lying in mud</w:t>
      </w:r>
    </w:p>
    <w:p>
      <w:r>
        <w:rPr>
          <w:color w:val="666666"/>
          <w:sz w:val="18"/>
        </w:rPr>
        <w:t>CPS Women Article Discussion 15 January 15, 2023 · 58s · at 53:39 · https://youtu.be/Z_r5cv7WqfE?t=3219</w:t>
      </w:r>
    </w:p>
    <w:p>
      <w:r>
        <w:rPr>
          <w:i/>
        </w:rPr>
        <w:t>“A diamond lying in the mud — would you leave it?”</w:t>
      </w:r>
    </w:p>
    <w:p>
      <w:r>
        <w:rPr>
          <w:sz w:val="20"/>
        </w:rPr>
        <w:t>53:39  lekin jaise ki main ek din soch rahi thi ki ek marti marti matlab zameen par mitti hoti hai to jaise us par ek agar ek koi cheez padi hoti hai ek koi phal pada raha hai ya koi diamond pada raha hai koi cheez to aadmi usko zaroor utha leta hai ki matlab wah cheez usko dekhne mein lagta hai ki yeh cheez hai. to usko utha leta hai lekin insaan yeh nahi janta ki yeh mitti ki kitni value hai.</w:t>
      </w:r>
      <w:r>
        <w:br/>
      </w:r>
      <w:r>
        <w:rPr>
          <w:sz w:val="20"/>
        </w:rPr>
        <w:t>54:07  yeh mitti kitni keemti hai. insaan ko Allah taala ne yeh jo mitti hai us par har cheez is mitti se dene wala agar na de to uska kya hoga? to yahi Khuda ko underestimate karna hai. Khuda se rafat aur doori hai.</w:t>
      </w:r>
      <w:r>
        <w:br/>
      </w:r>
      <w:r>
        <w:rPr>
          <w:sz w:val="20"/>
        </w:rPr>
        <w:t>54:37  Khuda ka iqraaf na karke apne ko Khuda se door kar dena hai. to insaan sochta nahi isliye aisa hota nahi. Maulana sahab keh dete hain ghaflat ki zindagi ek bahut bada dhakka hai. Tala Tala se bas dua hai ki hamein ghaflat ki zindagi se bacha lein. hamari soch ka dayra Khuda se shuru ho payega. Khuda par hi khatm ho.</w:t>
      </w:r>
    </w:p>
    <w:p>
      <w:pPr>
        <w:pStyle w:val="Heading2"/>
      </w:pPr>
      <w:r>
        <w:t>Muhammad born in full light of history</w:t>
      </w:r>
    </w:p>
    <w:p>
      <w:r>
        <w:rPr>
          <w:color w:val="666666"/>
          <w:sz w:val="18"/>
        </w:rPr>
        <w:t>Maqaam-E-Mahmood (A Praiseworthy State ) 16 March 2007 - Maulana Wahiduddin Khan · 35s · at 7:31 · https://youtu.be/aSv5G5V2X8U?t=451</w:t>
      </w:r>
    </w:p>
    <w:p>
      <w:r>
        <w:rPr>
          <w:i/>
        </w:rPr>
        <w:t>“Muhammad was born within the full light of history”</w:t>
      </w:r>
    </w:p>
    <w:p>
      <w:r>
        <w:rPr>
          <w:sz w:val="20"/>
        </w:rPr>
        <w:t>7:31  is liye aap ka record aaya poori tarah se. isi liye ek ek European scholar ne kaha hai ke "Muhammad was born within the full light of history" .</w:t>
      </w:r>
      <w:r>
        <w:br/>
      </w:r>
      <w:r>
        <w:rPr>
          <w:sz w:val="20"/>
        </w:rPr>
        <w:t>7:46  "Muhammad was born within the full light of history" . ye ek exception hai aap ka tamam prophets mein</w:t>
      </w:r>
      <w:r>
        <w:br/>
      </w:r>
      <w:r>
        <w:rPr>
          <w:sz w:val="20"/>
        </w:rPr>
        <w:t>7:54  ke aap ki har cheez record mein hai. jaise hum jante hain ke aap ki birth jo hai wo 570 mein hui.</w:t>
      </w:r>
    </w:p>
    <w:p>
      <w:pPr>
        <w:pStyle w:val="Heading2"/>
      </w:pPr>
      <w:r>
        <w:t>Glass as encyclopedia of civilization</w:t>
      </w:r>
    </w:p>
    <w:p>
      <w:r>
        <w:rPr>
          <w:color w:val="666666"/>
          <w:sz w:val="18"/>
        </w:rPr>
        <w:t>IIC: How to Develop Spiritual Personality · 34s · at 11:31 · https://youtu.be/-XrYpEYwk-Y?t=691</w:t>
      </w:r>
    </w:p>
    <w:p>
      <w:r>
        <w:rPr>
          <w:i/>
        </w:rPr>
        <w:t>“This glass is an encyclopedia”</w:t>
      </w:r>
    </w:p>
    <w:p>
      <w:r>
        <w:rPr>
          <w:sz w:val="20"/>
        </w:rPr>
        <w:t>11:31  hoon, yani isprichual eye se, to mujhe yeh glass jo hai, ek encyclopedia dikhai deta hai.</w:t>
      </w:r>
      <w:r>
        <w:br/>
      </w:r>
      <w:r>
        <w:rPr>
          <w:sz w:val="20"/>
        </w:rPr>
        <w:t>11:40  woh kaise? civilization ki ek lambi journey hai, tab ja kar hamein yeh glass mila hai.</w:t>
      </w:r>
      <w:r>
        <w:br/>
      </w:r>
      <w:r>
        <w:rPr>
          <w:sz w:val="20"/>
        </w:rPr>
        <w:t>11:48  aap dekhiye, pehle insan pani kaise peeta tha? bohat pehle.</w:t>
      </w:r>
      <w:r>
        <w:br/>
      </w:r>
      <w:r>
        <w:rPr>
          <w:sz w:val="20"/>
        </w:rPr>
        <w:t>11:57  pehle insan pani peeta tha by joining his</w:t>
      </w:r>
    </w:p>
    <w:p>
      <w:pPr>
        <w:pStyle w:val="Heading2"/>
      </w:pPr>
      <w:r>
        <w:t>Ego blinds you like an unchecked mirror</w:t>
      </w:r>
    </w:p>
    <w:p>
      <w:r>
        <w:rPr>
          <w:color w:val="666666"/>
          <w:sz w:val="18"/>
        </w:rPr>
        <w:t>CPS Women Article Discussion 18 February 12, 2023 · 51s · at 22:17 · https://youtu.be/uq7nDrs6oZ8?t=1337</w:t>
      </w:r>
    </w:p>
    <w:p>
      <w:r>
        <w:rPr>
          <w:i/>
        </w:rPr>
        <w:t>“Aaj ka insaan apne aap ko bahut zyada arrogance aur ego mein rakhta hai”</w:t>
      </w:r>
    </w:p>
    <w:p>
      <w:r>
        <w:rPr>
          <w:sz w:val="20"/>
        </w:rPr>
        <w:t>22:17  lekin aaj ka insaan apne aap ko bahut zyada arrogance mein aur ego mein rakhta hai. bolana samne bhi to bada ek kai article hain khair molana sahab ke aur ek jo wah bolte the ki jaise sheeshe ke samne khade ho to hamare jo bhi daag dhabbe hain jo bhi nishan hain wah dikhai dete hain samne. usi tarah se doosra insaan aapko bata sakta hai ki aapke andar kya kami hai aur kya zyada hai kya? to wah ek achhi cheez hai.</w:t>
      </w:r>
      <w:r>
        <w:br/>
      </w:r>
      <w:r>
        <w:rPr>
          <w:sz w:val="20"/>
        </w:rPr>
        <w:t>22:46  is tarah se agar hum dekhen jab sheeshe ke paas khade hote hain to humko kuch dikhta hai to hum usko saaf karte hain ya kuch karte hain jo bhi.</w:t>
      </w:r>
      <w:r>
        <w:br/>
      </w:r>
      <w:r>
        <w:rPr>
          <w:sz w:val="20"/>
        </w:rPr>
        <w:t>23:08  to uski baat ekdam matlab aap aise bhi batane wale hote hain ki bhai aap yeh jo cheez bata rahe hain din insaniyat ki jo din aur uski baat islam ki baat to wah bhi galat bata dete hain lekin wah insaan ki baat malana sahab ne batai hai ki jo aala soch rakha hai jisko uske paas nazar ho to wah aapki kamiyon ko bataye.</w:t>
      </w:r>
    </w:p>
    <w:p>
      <w:pPr>
        <w:pStyle w:val="Heading2"/>
      </w:pPr>
      <w:r>
        <w:t>the pen as a symbol of preserved knowledge</w:t>
      </w:r>
    </w:p>
    <w:p>
      <w:r>
        <w:rPr>
          <w:color w:val="666666"/>
          <w:sz w:val="18"/>
        </w:rPr>
        <w:t>History of Islamic Learning May 14, 2006 Part 1 · 40s · at 2:30 · https://youtu.be/wwWdRNJl7Ck?t=150</w:t>
      </w:r>
    </w:p>
    <w:p>
      <w:r>
        <w:rPr>
          <w:i/>
        </w:rPr>
        <w:t>“Pen is a symbol of preserved knowledge”</w:t>
      </w:r>
    </w:p>
    <w:p>
      <w:r>
        <w:rPr>
          <w:sz w:val="20"/>
        </w:rPr>
        <w:t>2:30  yaani pen is a symbol of preserved knowledge jab pen se aap ek book ko likhte hain to aap knowledge ko preserve kar lete hain.</w:t>
      </w:r>
      <w:r>
        <w:br/>
      </w:r>
      <w:r>
        <w:rPr>
          <w:sz w:val="20"/>
        </w:rPr>
        <w:t>2:48  is ka matlab yeh hua ke quran ki soorat mein khuda ne jo religion bheja, woh book form mein bheja aur pehli din se is ke liye yeh determined tha ke woh preserve rahe ga.</w:t>
      </w:r>
    </w:p>
    <w:p>
      <w:pPr>
        <w:pStyle w:val="Heading2"/>
      </w:pPr>
      <w:r>
        <w:t>Jihad means peaceful struggle</w:t>
      </w:r>
    </w:p>
    <w:p>
      <w:r>
        <w:rPr>
          <w:color w:val="666666"/>
          <w:sz w:val="18"/>
        </w:rPr>
        <w:t>Peace and Non Violence - 11. 08. 2007 · 30s · at 1:00:32 · https://youtu.be/e4iKH4GUT3E?t=3632</w:t>
      </w:r>
    </w:p>
    <w:p>
      <w:r>
        <w:rPr>
          <w:i/>
        </w:rPr>
        <w:t>“In Urdu koushish karna.”</w:t>
      </w:r>
    </w:p>
    <w:p>
      <w:r>
        <w:rPr>
          <w:sz w:val="20"/>
        </w:rPr>
        <w:t>1:00:32  In Urdu koushish karna. Jihad has nothing to do with with with with fighting. Quran uses two different words jihad and qatal. Qatal means war. Qatal means defensive war. And jihad means peaceful struggle. I believe that</w:t>
      </w:r>
    </w:p>
    <w:p>
      <w:pPr>
        <w:pStyle w:val="Heading2"/>
      </w:pPr>
      <w:r>
        <w:t>Quran revealed in human language, not angelic language</w:t>
      </w:r>
    </w:p>
    <w:p>
      <w:r>
        <w:rPr>
          <w:color w:val="666666"/>
          <w:sz w:val="18"/>
        </w:rPr>
        <w:t>Dars-e-Quran (Al-Baqarah (The Heifer) 2 20-29 August 2, 2015 · 51s · at 0:43 · https://youtu.be/HHIsKpSiODQ?t=43</w:t>
      </w:r>
    </w:p>
    <w:p>
      <w:r>
        <w:rPr>
          <w:i/>
        </w:rPr>
        <w:t>“Quran kisi aasmani ya farishton ki zaban mein nahi hai”</w:t>
      </w:r>
    </w:p>
    <w:p>
      <w:r>
        <w:rPr>
          <w:sz w:val="20"/>
        </w:rPr>
        <w:t>0:43  dars se pehle mein ek baat arz karna chahta hoon, woh yeh ke Quran kisi aasmani zabaan mein nahi hai, yeh malaika ki zabaan mein nahi hai, woh insaan ki zabaan mein hai.</w:t>
      </w:r>
      <w:r>
        <w:br/>
      </w:r>
      <w:r>
        <w:rPr>
          <w:sz w:val="20"/>
        </w:rPr>
        <w:t>1:01  jo Quran mein huroof-e-muqatta'at hain, Alif Lam Meem, Alif Lam Meem Ra waghera, to woh kya hain?</w:t>
      </w:r>
      <w:r>
        <w:br/>
      </w:r>
      <w:r>
        <w:rPr>
          <w:sz w:val="20"/>
        </w:rPr>
        <w:t>1:09  huroof-e-tahajji hain, yani alphabets.</w:t>
      </w:r>
      <w:r>
        <w:br/>
      </w:r>
      <w:r>
        <w:rPr>
          <w:sz w:val="20"/>
        </w:rPr>
        <w:t>1:13  is baat ki alamat hai yeh ke Quran ki zabaan insaan ki zabaan hai, koi farishton ki zabaan mein nahi hai.</w:t>
      </w:r>
      <w:r>
        <w:br/>
      </w:r>
      <w:r>
        <w:rPr>
          <w:sz w:val="20"/>
        </w:rPr>
        <w:t>1:22  is ka matlab hai ke insaan ki zabaan ko samajhne ke liye jo usloob ikhtiyar kiya jata hai, woh ya usloob Quran ko samajhne ke liye ikhtiyar kiya jayega.</w:t>
      </w:r>
    </w:p>
    <w:p>
      <w:pPr>
        <w:pStyle w:val="Heading2"/>
      </w:pPr>
      <w:r>
        <w:t>Muslims live in complaint</w:t>
      </w:r>
    </w:p>
    <w:p>
      <w:r>
        <w:rPr>
          <w:color w:val="666666"/>
          <w:sz w:val="18"/>
        </w:rPr>
        <w:t>Universal outlook April 09, 2017 · 31s · at 2:21 · https://youtu.be/n3HAPCpom5c?t=141</w:t>
      </w:r>
    </w:p>
    <w:p>
      <w:r>
        <w:rPr>
          <w:i/>
        </w:rPr>
        <w:t>“Muslim shikayat mein jeete hain”</w:t>
      </w:r>
    </w:p>
    <w:p>
      <w:r>
        <w:rPr>
          <w:sz w:val="20"/>
        </w:rPr>
        <w:t>2:21  musalman, saari dunya ke musalman shikayat mein jeete hain. shikayat. yaani america mein rehne wala musalman bhi kehta hai "We are under siege".</w:t>
      </w:r>
      <w:r>
        <w:br/>
      </w:r>
      <w:r>
        <w:rPr>
          <w:sz w:val="20"/>
        </w:rPr>
        <w:t>2:34  india mein, arab mein, jahan bhi musalman hain, shikayat ki bari bolte hain. unhein unhein pata hi nahin ke shikayat ko to khatm ho gaya. shikayat ka age hi khatm ho gaya.</w:t>
      </w:r>
    </w:p>
    <w:p>
      <w:pPr>
        <w:pStyle w:val="Heading2"/>
      </w:pPr>
      <w:r>
        <w:t>Months of travel then, a few hours to Cyprus now</w:t>
      </w:r>
    </w:p>
    <w:p>
      <w:r>
        <w:rPr>
          <w:color w:val="666666"/>
          <w:sz w:val="18"/>
        </w:rPr>
        <w:t>Journey to a Mediterranean Island November 23, 2008 · 30s · at 54:25 · https://youtu.be/uoOiuhWeSIQ?t=3265</w:t>
      </w:r>
    </w:p>
    <w:p>
      <w:r>
        <w:rPr>
          <w:i/>
        </w:rPr>
        <w:t>“اس خاتون کو مدینہ سے سائپرس پہنچنے کے لیے کئی مہینے لگے تھے”</w:t>
      </w:r>
    </w:p>
    <w:p>
      <w:r>
        <w:rPr>
          <w:sz w:val="20"/>
        </w:rPr>
        <w:t>54:25  jab mein wahan dekha, mein ne wahan ka Umm Haram ka maqbara to mein ne socha ke is khatoon ko Madina se Cyprus pohnchne ke liye kai mahine lage the.</w:t>
      </w:r>
      <w:r>
        <w:br/>
      </w:r>
      <w:r>
        <w:rPr>
          <w:sz w:val="20"/>
        </w:rPr>
        <w:t>54:37  kai mahine ke baad woh pahunchi thi wahan par. hum to chand ghanton mein pahunch gaye, chand ghanton mein. to kitna zyada, yaani dunya badal chuki hai,</w:t>
      </w:r>
      <w:r>
        <w:br/>
      </w:r>
      <w:r>
        <w:rPr>
          <w:sz w:val="20"/>
        </w:rPr>
        <w:t>54:52  kitna zyada badal chuki hai.</w:t>
      </w:r>
    </w:p>
    <w:p>
      <w:pPr>
        <w:pStyle w:val="Heading2"/>
      </w:pPr>
      <w:r>
        <w:t>Water creation leads to love of God</w:t>
      </w:r>
    </w:p>
    <w:p>
      <w:r>
        <w:rPr>
          <w:color w:val="666666"/>
          <w:sz w:val="18"/>
        </w:rPr>
        <w:t>Q&amp;A 10 Nov 2011 - Maulana Wahiduddin Khan · 40s · at 38:56 · https://youtu.be/cmBNOsO1nVo?t=2336</w:t>
      </w:r>
    </w:p>
    <w:p>
      <w:r>
        <w:rPr>
          <w:i/>
        </w:rPr>
        <w:t>“To aap sochiye ki paani kaise bana?”</w:t>
      </w:r>
    </w:p>
    <w:p>
      <w:r>
        <w:rPr>
          <w:sz w:val="20"/>
        </w:rPr>
        <w:t>38:56  to aap sochiye ke pani kaise bana? sari kainat mein ke pani nahi, siwaye zameen ke.</w:t>
      </w:r>
      <w:r>
        <w:br/>
      </w:r>
      <w:r>
        <w:rPr>
          <w:sz w:val="20"/>
        </w:rPr>
        <w:t>39:03  sirf zameen hi hai jahan pani hai. aur pani jab nahi tha to yahan gases theen. do gases milne se aik liquid water ban gaya.</w:t>
      </w:r>
      <w:r>
        <w:br/>
      </w:r>
      <w:r>
        <w:rPr>
          <w:sz w:val="20"/>
        </w:rPr>
        <w:t>39:15  aur phir hamare liye itna ziyada mozu hai hamare jism ki zaroorat ke liye.</w:t>
      </w:r>
      <w:r>
        <w:br/>
      </w:r>
      <w:r>
        <w:rPr>
          <w:sz w:val="20"/>
        </w:rPr>
        <w:t>39:21  jaise sochenge, sochenge, sochenge to yaani mohabbat ka chashma ublega aap ke seene mein. to har cheez hum mein bol raha hoon, us ko soch kar ke bhi yahi aap ke andar jazba aayega.</w:t>
      </w:r>
    </w:p>
    <w:p>
      <w:pPr>
        <w:pStyle w:val="Heading2"/>
      </w:pPr>
      <w:r>
        <w:t>Success comes from peace not war</w:t>
      </w:r>
    </w:p>
    <w:p>
      <w:r>
        <w:rPr>
          <w:color w:val="666666"/>
          <w:sz w:val="18"/>
        </w:rPr>
        <w:t>Patience and Tolerance 7 April 2007 - Maulana Wahiduddin Khan · 53s · at 36:06 · https://youtu.be/ZZ3eaEIskmU?t=2166</w:t>
      </w:r>
    </w:p>
    <w:p>
      <w:r>
        <w:rPr>
          <w:i/>
        </w:rPr>
        <w:t>“Kaun duniya mein jang se kamyab hua hai?”</w:t>
      </w:r>
    </w:p>
    <w:p>
      <w:r>
        <w:rPr>
          <w:sz w:val="20"/>
        </w:rPr>
        <w:t>36:06  kon dunya mein jang se kamyab hua hai? is se ziyada be mani baat nahi hai. aman se kamyab hotay hain log, jang se nahi.</w:t>
      </w:r>
      <w:r>
        <w:br/>
      </w:r>
      <w:r>
        <w:rPr>
          <w:sz w:val="20"/>
        </w:rPr>
        <w:t>36:19  kabhi bhi koi bari taraqqi kisi ko aman se milti hai.</w:t>
      </w:r>
      <w:r>
        <w:br/>
      </w:r>
      <w:r>
        <w:rPr>
          <w:sz w:val="20"/>
        </w:rPr>
        <w:t>36:25  jang se nahi milti hai.</w:t>
      </w:r>
      <w:r>
        <w:br/>
      </w:r>
      <w:r>
        <w:rPr>
          <w:sz w:val="20"/>
        </w:rPr>
        <w:t>36:29  beh-haal mein samajhta hoon ke Saddam Hussain ne yeh bohat bari baat kahi. ke nafrat se</w:t>
      </w:r>
    </w:p>
    <w:p>
      <w:pPr>
        <w:pStyle w:val="Heading2"/>
      </w:pPr>
      <w:r>
        <w:t>Prophet's dua for being grateful</w:t>
      </w:r>
    </w:p>
    <w:p>
      <w:r>
        <w:rPr>
          <w:color w:val="666666"/>
          <w:sz w:val="18"/>
        </w:rPr>
        <w:t>The Concept of Shukr in Islam | June 17, 2008 · 1m 00s · at 46:42 · https://youtu.be/ySbCs4MRNXU?t=2802</w:t>
      </w:r>
    </w:p>
    <w:p>
      <w:r>
        <w:rPr>
          <w:i/>
        </w:rPr>
        <w:t>“Rasool Allah ne dua ki: Rabbi ja'alni laka shakkar.”</w:t>
      </w:r>
    </w:p>
    <w:p>
      <w:r>
        <w:rPr>
          <w:sz w:val="20"/>
        </w:rPr>
        <w:t>46:42  woh musnad ahmad mein aayi hai aur tirmizi mein aayi hai, ibn majah mein aayi hai.</w:t>
      </w:r>
      <w:r>
        <w:br/>
      </w:r>
      <w:r>
        <w:rPr>
          <w:sz w:val="20"/>
        </w:rPr>
        <w:t>46:49  yeh hadees yani yeh dua.</w:t>
      </w:r>
      <w:r>
        <w:br/>
      </w:r>
      <w:r>
        <w:rPr>
          <w:sz w:val="20"/>
        </w:rPr>
        <w:t>46:57  is dua ka ek part yeh hai ke rasool Allah ne kaha ke rab j'alni laka shakkara.</w:t>
      </w:r>
      <w:r>
        <w:br/>
      </w:r>
      <w:r>
        <w:rPr>
          <w:sz w:val="20"/>
        </w:rPr>
        <w:t>47:04  bohat ajeeb baat hai is ko sochiye ke rasool Allah ne dua karte hue kaha ke rab j'alni l</w:t>
      </w:r>
      <w:r>
        <w:br/>
      </w:r>
      <w:r>
        <w:rPr>
          <w:sz w:val="20"/>
        </w:rPr>
        <w:t>47:12  ka shakkara. aye khuda mujh ko bohat zyada shukr karne wala bana. shakkara ma'ni bohat shukr karne wala. is mein ek exaggeration hai ye. yani superlative degree mein kaha gaya hai shukr. rab j'alni laka shakkara. aye khuda mujh ko bohat zyada shukr karne wala bana. is ka matlab kya hua? ke jo shukr chahiye</w:t>
      </w:r>
    </w:p>
    <w:p>
      <w:pPr>
        <w:pStyle w:val="Heading2"/>
      </w:pPr>
      <w:r>
        <w:t>Quantitative vs qualitative similarity</w:t>
      </w:r>
    </w:p>
    <w:p>
      <w:r>
        <w:rPr>
          <w:color w:val="666666"/>
          <w:sz w:val="18"/>
        </w:rPr>
        <w:t>Dars-e-Quran, Chapter 2, Verse 25 | November 19, 2017 | Maulana Wahiduddin Khan · 1m 05s · at 36:19 · https://youtu.be/ctvrG32NCgA?t=2179</w:t>
      </w:r>
    </w:p>
    <w:p>
      <w:r>
        <w:rPr>
          <w:i/>
        </w:rPr>
        <w:t>“Jannah is quantitatively similar, qualitatively different.”</w:t>
      </w:r>
    </w:p>
    <w:p>
      <w:r>
        <w:rPr>
          <w:sz w:val="20"/>
        </w:rPr>
        <w:t>36:19  ek farq hai ke ek se maloom hota hai ke jannat hamari jaani pehchani duniya hogi, doosre se</w:t>
      </w:r>
      <w:r>
        <w:br/>
      </w:r>
      <w:r>
        <w:rPr>
          <w:sz w:val="20"/>
        </w:rPr>
        <w:t>36:27  maloom hota hai ke wo to bohat hi yani aisi cheez hogi jis ko na jis ko na</w:t>
      </w:r>
      <w:r>
        <w:br/>
      </w:r>
      <w:r>
        <w:rPr>
          <w:sz w:val="20"/>
        </w:rPr>
        <w:t>36:34  dekha, na suna, na jana.</w:t>
      </w:r>
      <w:r>
        <w:br/>
      </w:r>
      <w:r>
        <w:rPr>
          <w:sz w:val="20"/>
        </w:rPr>
        <w:t>36:42  to is ka matlab yahi hai ke ek jagah jannat ka zikr is ki</w:t>
      </w:r>
      <w:r>
        <w:br/>
      </w:r>
      <w:r>
        <w:rPr>
          <w:sz w:val="20"/>
        </w:rPr>
        <w:t>36:49  quantity ke aitbar se hai, aur doosri jagah quality ke aitbar se hai.</w:t>
      </w:r>
      <w:r>
        <w:br/>
      </w:r>
      <w:r>
        <w:rPr>
          <w:sz w:val="20"/>
        </w:rPr>
        <w:t>36:58  ek jagah is ka zikr kamiati aitbar se hai, doosri jagah doosri jagah is ka zikr kafiati aitbar se hai.</w:t>
      </w:r>
      <w:r>
        <w:br/>
      </w:r>
      <w:r>
        <w:rPr>
          <w:sz w:val="20"/>
        </w:rPr>
        <w:t>37:07  to kisi aadmi ko aisa nahi karna chahiye ke wo jannat ka jannat ko understate kare, jannat ka</w:t>
      </w:r>
      <w:r>
        <w:br/>
      </w:r>
      <w:r>
        <w:rPr>
          <w:sz w:val="20"/>
        </w:rPr>
        <w:t>37:16  kamtar andaza kare.</w:t>
      </w:r>
    </w:p>
    <w:p>
      <w:pPr>
        <w:pStyle w:val="Heading2"/>
      </w:pPr>
      <w:r>
        <w:t>Peace for the sake of peace</w:t>
      </w:r>
    </w:p>
    <w:p>
      <w:r>
        <w:rPr>
          <w:color w:val="666666"/>
          <w:sz w:val="18"/>
        </w:rPr>
        <w:t>Maulana Wahiduddin Khan's Visit to United States Institute of Peace Washington DC | September, 2015 · 33s · at 18:51 · https://youtu.be/7pTlTONi9LY?t=1131</w:t>
      </w:r>
    </w:p>
    <w:p>
      <w:r>
        <w:rPr>
          <w:i/>
        </w:rPr>
        <w:t>“Peace for the sake of peace.”</w:t>
      </w:r>
    </w:p>
    <w:p>
      <w:r>
        <w:rPr>
          <w:sz w:val="20"/>
        </w:rPr>
        <w:t>18:51  Peace for the sake of peace. Peace for the sake of peace.</w:t>
      </w:r>
      <w:r>
        <w:br/>
      </w:r>
      <w:r>
        <w:rPr>
          <w:sz w:val="20"/>
        </w:rPr>
        <w:t>18:55  Peace for the sake of peace.</w:t>
      </w:r>
      <w:r>
        <w:br/>
      </w:r>
      <w:r>
        <w:rPr>
          <w:sz w:val="20"/>
        </w:rPr>
        <w:t>19:00  Peace for the sake of peace.</w:t>
      </w:r>
      <w:r>
        <w:br/>
      </w:r>
      <w:r>
        <w:rPr>
          <w:sz w:val="20"/>
        </w:rPr>
        <w:t>19:05  So first of all, you have to establish peace at any cost.</w:t>
      </w:r>
      <w:r>
        <w:br/>
      </w:r>
      <w:r>
        <w:rPr>
          <w:sz w:val="20"/>
        </w:rPr>
        <w:t>19:10  Then peace will open all the doors of opportunities.</w:t>
      </w:r>
      <w:r>
        <w:br/>
      </w:r>
      <w:r>
        <w:rPr>
          <w:sz w:val="20"/>
        </w:rPr>
        <w:t>19:15  And by availing these opportunities, you can achieve your goal.</w:t>
      </w:r>
      <w:r>
        <w:br/>
      </w:r>
      <w:r>
        <w:rPr>
          <w:sz w:val="20"/>
        </w:rPr>
        <w:t>19:20  And this formula I I discovered in the Quran, in from the life of the Prophet of Islam</w:t>
      </w:r>
    </w:p>
    <w:p>
      <w:pPr>
        <w:pStyle w:val="Heading2"/>
      </w:pPr>
      <w:r>
        <w:t>Love of God is not a love affair</w:t>
      </w:r>
    </w:p>
    <w:p>
      <w:r>
        <w:rPr>
          <w:color w:val="666666"/>
          <w:sz w:val="18"/>
        </w:rPr>
        <w:t>Love of God | Maulana Wahiduddin Khan |  4 October 2009 · 31s · at 40:08 · https://youtu.be/dRR8aqMAVww?t=2408</w:t>
      </w:r>
    </w:p>
    <w:p>
      <w:r>
        <w:rPr>
          <w:i/>
        </w:rPr>
        <w:t>“Love of God is not a matter of romance.”</w:t>
      </w:r>
    </w:p>
    <w:p>
      <w:r>
        <w:rPr>
          <w:sz w:val="20"/>
        </w:rPr>
        <w:t>40:08  aur dekhiye, mohabbat, mohabbat ilahi, koi yeh ishq o aashiq ki baat nahi hai. jaise koi log ishq ilahi ka lafz bolte hain, Allah se, yeh yeh log samajhte hain ke koi love affair ka maamla hai. yeh mohabbat ilahi ka matlab yeh nahi ke koi ishq o aashiq ka maamla hai. yeh mohabbat ilahi ya love of God darasal naam hai acknowledgement ka.</w:t>
      </w:r>
    </w:p>
    <w:p>
      <w:pPr>
        <w:pStyle w:val="Heading2"/>
      </w:pPr>
      <w:r>
        <w:t>Debate model: everyone claims their religion is right</w:t>
      </w:r>
    </w:p>
    <w:p>
      <w:r>
        <w:rPr>
          <w:color w:val="666666"/>
          <w:sz w:val="18"/>
        </w:rPr>
        <w:t>Interfaith Dialogue (English) February 1, 2014 Maulana Wahiduddin Khan · 52s · at 6:25 · https://youtu.be/esM8RDj_new?t=385</w:t>
      </w:r>
    </w:p>
    <w:p>
      <w:r>
        <w:rPr>
          <w:i/>
        </w:rPr>
        <w:t>“I am right. Others are wrong.”</w:t>
      </w:r>
    </w:p>
    <w:p>
      <w:r>
        <w:rPr>
          <w:sz w:val="20"/>
        </w:rPr>
        <w:t>6:25  debate. It is a debating model.</w:t>
      </w:r>
      <w:r>
        <w:br/>
      </w:r>
      <w:r>
        <w:rPr>
          <w:sz w:val="20"/>
        </w:rPr>
        <w:t>6:30  I mean that the other model believes that truth is one. So, everyone tries to establish his superiority.</w:t>
      </w:r>
      <w:r>
        <w:br/>
      </w:r>
      <w:r>
        <w:rPr>
          <w:sz w:val="20"/>
        </w:rPr>
        <w:t>6:43  I amright. Others are wrong.</w:t>
      </w:r>
      <w:r>
        <w:br/>
      </w:r>
      <w:r>
        <w:rPr>
          <w:sz w:val="20"/>
        </w:rPr>
        <w:t>6:50  So, this kind of model also failed because we know that there were so many conferences of such kind, so much literature was published on this subject.</w:t>
      </w:r>
      <w:r>
        <w:br/>
      </w:r>
      <w:r>
        <w:rPr>
          <w:sz w:val="20"/>
        </w:rPr>
        <w:t>7:06  But we see that this kind of exercises failed to establish harmony.</w:t>
      </w:r>
      <w:r>
        <w:br/>
      </w:r>
      <w:r>
        <w:rPr>
          <w:sz w:val="20"/>
        </w:rPr>
        <w:t>7:18  So, now the question is to reassess the whole matter. You have to find some other formula other than these two formulas.</w:t>
      </w:r>
    </w:p>
    <w:p>
      <w:pPr>
        <w:pStyle w:val="Heading2"/>
      </w:pPr>
      <w:r>
        <w:t>Allah grants understanding to whom He wills</w:t>
      </w:r>
    </w:p>
    <w:p>
      <w:r>
        <w:rPr>
          <w:color w:val="666666"/>
          <w:sz w:val="18"/>
        </w:rPr>
        <w:t>Deep Thinking April 3, 2014 - Maulana Wahiduddin Khan · 43s · at 1:28 · https://youtu.be/D2tvutnQTv0?t=88</w:t>
      </w:r>
    </w:p>
    <w:p>
      <w:r>
        <w:rPr>
          <w:i/>
        </w:rPr>
        <w:t>“Bismillah ir-Rahman ir-Rahim”</w:t>
      </w:r>
    </w:p>
    <w:p>
      <w:r>
        <w:rPr>
          <w:sz w:val="20"/>
        </w:rPr>
        <w:t>1:28  بسم اللہ الرحمن الرحیم۔</w:t>
      </w:r>
      <w:r>
        <w:br/>
      </w:r>
      <w:r>
        <w:rPr>
          <w:sz w:val="20"/>
        </w:rPr>
        <w:t>1:35  اس حدیث رسول میں</w:t>
      </w:r>
      <w:r>
        <w:br/>
      </w:r>
      <w:r>
        <w:rPr>
          <w:sz w:val="20"/>
        </w:rPr>
        <w:t>1:41  بتایا گیا ہے کہ اللہ تعالیٰ جس کے لیے خیر کا فیصلہ فرماتا ہے، اس کو تفقع دے دیتا ہے۔</w:t>
      </w:r>
    </w:p>
    <w:p>
      <w:pPr>
        <w:pStyle w:val="Heading2"/>
      </w:pPr>
      <w:r>
        <w:t>Clean the heart before gaining wisdom</w:t>
      </w:r>
    </w:p>
    <w:p>
      <w:r>
        <w:rPr>
          <w:color w:val="666666"/>
          <w:sz w:val="18"/>
        </w:rPr>
        <w:t>Companions of The Prophet (2) 11 July 2021 - Prof. Farida Khanam and Dr. Saniyasnain Khan · 21s · at 10:12 · https://youtu.be/FkhLHnwvUZQ?t=612</w:t>
      </w:r>
    </w:p>
    <w:p>
      <w:r>
        <w:rPr>
          <w:i/>
        </w:rPr>
        <w:t>“Isi tarah tumhara jo dil hai”</w:t>
      </w:r>
    </w:p>
    <w:p>
      <w:r>
        <w:rPr>
          <w:sz w:val="20"/>
        </w:rPr>
        <w:t>10:12  isi tarah tumhara jo dil hai, tumhara jo man hai, woh uske andar negativity hai, hate hai logon ke liye. to main agar koi tumhein gyan ki baat bataoon, tum kahan rakhoge use?</w:t>
      </w:r>
      <w:r>
        <w:br/>
      </w:r>
      <w:r>
        <w:rPr>
          <w:sz w:val="20"/>
        </w:rPr>
        <w:t>10:24  pehle usko saaf karo, phir main kuch bataunga, tab tumhare kaam aayegi. to yeh badi achhi misaal hai. maulana aksar isko bataya karte the</w:t>
      </w:r>
    </w:p>
    <w:p>
      <w:pPr>
        <w:pStyle w:val="Heading2"/>
      </w:pPr>
      <w:r>
        <w:t>Hired a critic to improve myself</w:t>
      </w:r>
    </w:p>
    <w:p>
      <w:r>
        <w:rPr>
          <w:color w:val="666666"/>
          <w:sz w:val="18"/>
        </w:rPr>
        <w:t>My Experience July 19, 2020 Maulana Wahiduddin Khan · 38s · at 1:56 · https://youtu.be/p48Xhw0m5pk?t=116</w:t>
      </w:r>
    </w:p>
    <w:p>
      <w:r>
        <w:rPr>
          <w:i/>
        </w:rPr>
        <w:t>“Tanqeed se zyada fayda hua”</w:t>
      </w:r>
    </w:p>
    <w:p>
      <w:r>
        <w:rPr>
          <w:sz w:val="20"/>
        </w:rPr>
        <w:t>1:56  tanqeed se zyada faida hua is ko apni zindagi mein.</w:t>
      </w:r>
      <w:r>
        <w:br/>
      </w:r>
      <w:r>
        <w:rPr>
          <w:sz w:val="20"/>
        </w:rPr>
        <w:t>2:04  To maine ek sahib ko, chunke mera kaam tha likhna padhna, ek sahib ko baqayda muqarrar kiya maine, un ko mushaira de kar</w:t>
      </w:r>
      <w:r>
        <w:br/>
      </w:r>
      <w:r>
        <w:rPr>
          <w:sz w:val="20"/>
        </w:rPr>
        <w:t>2:19  ke woh meri tanqeed karein. Isi liye as a cut cut kathhi kathhi. To yeh baat hai 1990.</w:t>
      </w:r>
    </w:p>
    <w:p>
      <w:pPr>
        <w:pStyle w:val="Heading2"/>
      </w:pPr>
      <w:r>
        <w:t>Patience from God, haste from Satan</w:t>
      </w:r>
    </w:p>
    <w:p>
      <w:r>
        <w:rPr>
          <w:color w:val="666666"/>
          <w:sz w:val="18"/>
        </w:rPr>
        <w:t>How to Develop Spiritual Personality July 16, 2006 Maulana Wahiduddin Khan · 32s · at 19:19 · https://youtu.be/nxFUXRFboW4?t=1159</w:t>
      </w:r>
    </w:p>
    <w:p>
      <w:r>
        <w:rPr>
          <w:i/>
        </w:rPr>
        <w:t>“Yeh hai zindagi ka formula.”</w:t>
      </w:r>
    </w:p>
    <w:p>
      <w:r>
        <w:rPr>
          <w:sz w:val="20"/>
        </w:rPr>
        <w:t>19:19  ye hai zindagi ka formula. is baat ko hadees mein is tarah kaha gaya hai ke "al-sabr min allah wa al-ajlah min al-shaytan".</w:t>
      </w:r>
      <w:r>
        <w:br/>
      </w:r>
      <w:r>
        <w:rPr>
          <w:sz w:val="20"/>
        </w:rPr>
        <w:t>19:32  yani pehans jo hai woh khuda ki taraf se hai. aur jaldi yeh shaitan ki taraf se hota hai. jab koi aadmi chahta hai jaldi karna, jaldi se aage badhna, jaldi sab kuch kar dalna to woh shaitan us ko activate kar raha hota hai.</w:t>
      </w:r>
    </w:p>
    <w:p>
      <w:pPr>
        <w:pStyle w:val="Heading2"/>
      </w:pPr>
      <w:r>
        <w:t>Our duty to convey God's message equals the prophets' duty</w:t>
      </w:r>
    </w:p>
    <w:p>
      <w:r>
        <w:rPr>
          <w:color w:val="666666"/>
          <w:sz w:val="18"/>
        </w:rPr>
        <w:t>Duties of Ummat-e-Wasat (The Middle Nation) September 25, 2022 · 32s · at 10:49 · https://youtu.be/pIZGjyY5Zv4?t=649</w:t>
      </w:r>
    </w:p>
    <w:p>
      <w:r>
        <w:rPr>
          <w:i/>
        </w:rPr>
        <w:t>“Prophets sacrificed greatly to convey God's message — so must we.”</w:t>
      </w:r>
    </w:p>
    <w:p>
      <w:r>
        <w:rPr>
          <w:sz w:val="20"/>
        </w:rPr>
        <w:t>10:49  Aur is ke liye bohat zyada sacrifices kar ke paighambar Khuda ka paigham logon tak pohnchata tha. To waisi hi hamari duty, hum aaj samajh nahi rahe hain,</w:t>
      </w:r>
      <w:r>
        <w:br/>
      </w:r>
      <w:r>
        <w:rPr>
          <w:sz w:val="20"/>
        </w:rPr>
        <w:t>11:00  lekin Maulana ne bohat zyada likha hai ke hamari isi tarah se hamari duty hai, jaisi ke Rasool ki duty hoti thi. Baqayda Quran mein aaya hai ke agar tum ne as it is baat ko na pohnchaya logon tak to tum ko dohra azaab milega.</w:t>
      </w:r>
      <w:r>
        <w:br/>
      </w:r>
      <w:r>
        <w:rPr>
          <w:sz w:val="20"/>
        </w:rPr>
        <w:t>11:17  Paighambar ke bare mein kaha gaya hai, to aap samajh sakte hain.</w:t>
      </w:r>
    </w:p>
    <w:p>
      <w:pPr>
        <w:pStyle w:val="Heading2"/>
      </w:pPr>
      <w:r>
        <w:t>Turn enemy into friend through love</w:t>
      </w:r>
    </w:p>
    <w:p>
      <w:r>
        <w:rPr>
          <w:color w:val="666666"/>
          <w:sz w:val="18"/>
        </w:rPr>
        <w:t>Islam In the light of Hadith and Sunnah (English) February 22, 2007 Maulana Wahiduddin Khan · 49s · at 34:25 · https://youtu.be/A7MYL_HL6F4?t=2065</w:t>
      </w:r>
    </w:p>
    <w:p>
      <w:r>
        <w:rPr>
          <w:i/>
        </w:rPr>
        <w:t>“So turn this potential into actual. Find friend out of enmity.”</w:t>
      </w:r>
    </w:p>
    <w:p>
      <w:r>
        <w:rPr>
          <w:sz w:val="20"/>
        </w:rPr>
        <w:t>34:25  So turn this potential into actual.</w:t>
      </w:r>
      <w:r>
        <w:br/>
      </w:r>
      <w:r>
        <w:rPr>
          <w:sz w:val="20"/>
        </w:rPr>
        <w:t>34:32  Find friends out of enmity.</w:t>
      </w:r>
      <w:r>
        <w:br/>
      </w:r>
      <w:r>
        <w:rPr>
          <w:sz w:val="20"/>
        </w:rPr>
        <w:t>34:39  What a great idea.</w:t>
      </w:r>
      <w:r>
        <w:br/>
      </w:r>
      <w:r>
        <w:rPr>
          <w:sz w:val="20"/>
        </w:rPr>
        <w:t>34:46  Don't fight, but love your enemy.</w:t>
      </w:r>
      <w:r>
        <w:br/>
      </w:r>
      <w:r>
        <w:rPr>
          <w:sz w:val="20"/>
        </w:rPr>
        <w:t>34:53  Don't try to kill your enemy.</w:t>
      </w:r>
      <w:r>
        <w:br/>
      </w:r>
      <w:r>
        <w:rPr>
          <w:sz w:val="20"/>
        </w:rPr>
        <w:t>35:00  Try to capture your enemy by love, by the power of love.</w:t>
      </w:r>
      <w:r>
        <w:br/>
      </w:r>
      <w:r>
        <w:rPr>
          <w:sz w:val="20"/>
        </w:rPr>
        <w:t>35:07  This is a great, great example of the Prophet of Islam.</w:t>
      </w:r>
      <w:r>
        <w:br/>
      </w:r>
      <w:r>
        <w:rPr>
          <w:sz w:val="20"/>
        </w:rPr>
        <w:t>35:14  So when he says when he said that "Alaisat nafsan" about that Jewish body, that was he not</w:t>
      </w:r>
    </w:p>
    <w:p>
      <w:pPr>
        <w:pStyle w:val="Heading2"/>
      </w:pPr>
      <w:r>
        <w:t>Ignore problem, avail opportunities</w:t>
      </w:r>
    </w:p>
    <w:p>
      <w:r>
        <w:rPr>
          <w:color w:val="666666"/>
          <w:sz w:val="18"/>
        </w:rPr>
        <w:t>A Brief Survey of Islamic History (Part-2) (Eng) February 15, 2007 Maulana Wahiduddin Khan · 28s · at 28:02 · https://youtu.be/SXRM6aE-cV0?t=1682</w:t>
      </w:r>
    </w:p>
    <w:p>
      <w:r>
        <w:rPr>
          <w:i/>
        </w:rPr>
        <w:t>“Yani I can say that his formula at that time was”</w:t>
      </w:r>
    </w:p>
    <w:p>
      <w:r>
        <w:rPr>
          <w:sz w:val="20"/>
        </w:rPr>
        <w:t>28:02  yani i can see that his formula at the time was: ignore the problem, avail the opportunities.</w:t>
      </w:r>
      <w:r>
        <w:br/>
      </w:r>
      <w:r>
        <w:rPr>
          <w:sz w:val="20"/>
        </w:rPr>
        <w:t>28:13  ignore the problem, avail the opportunities. so he ignored the problem of idols and availed the problem of the work.</w:t>
      </w:r>
      <w:r>
        <w:br/>
      </w:r>
      <w:r>
        <w:rPr>
          <w:sz w:val="20"/>
        </w:rPr>
        <w:t>28:24  this was his strategy. this was his method.</w:t>
      </w:r>
    </w:p>
    <w:p>
      <w:pPr>
        <w:pStyle w:val="Heading2"/>
      </w:pPr>
      <w:r>
        <w:t>Definition of Maturity</w:t>
      </w:r>
    </w:p>
    <w:p>
      <w:r>
        <w:rPr>
          <w:color w:val="666666"/>
          <w:sz w:val="18"/>
        </w:rPr>
        <w:t>The Importance of Positive Attitude | November 01, 2007 · 30s · at 34:40 · https://youtu.be/r4zLbCBxPyc?t=2080</w:t>
      </w:r>
    </w:p>
    <w:p>
      <w:r>
        <w:rPr>
          <w:i/>
        </w:rPr>
        <w:t>“Maturity is the ability to live with things we cannot change”</w:t>
      </w:r>
    </w:p>
    <w:p>
      <w:r>
        <w:rPr>
          <w:sz w:val="20"/>
        </w:rPr>
        <w:t>34:40  is the ability to live with things we cannot change.</w:t>
      </w:r>
      <w:r>
        <w:br/>
      </w:r>
      <w:r>
        <w:rPr>
          <w:sz w:val="20"/>
        </w:rPr>
        <w:t>34:48  maturity yani pakhtagi jis ko kehte hain urdu mein, pakhtagi.</w:t>
      </w:r>
      <w:r>
        <w:br/>
      </w:r>
      <w:r>
        <w:rPr>
          <w:sz w:val="20"/>
        </w:rPr>
        <w:t>34:55  maturity bohat bari cheez hai.</w:t>
      </w:r>
      <w:r>
        <w:br/>
      </w:r>
      <w:r>
        <w:rPr>
          <w:sz w:val="20"/>
        </w:rPr>
        <w:t>35:03  to is ki definition yeh hai ke maturity is the ability to live with things we cannot change. duniya</w:t>
      </w:r>
    </w:p>
    <w:p>
      <w:pPr>
        <w:pStyle w:val="Heading2"/>
      </w:pPr>
      <w:r>
        <w:t>Patience defined as acceptance of reality</w:t>
      </w:r>
    </w:p>
    <w:p>
      <w:r>
        <w:rPr>
          <w:color w:val="666666"/>
          <w:sz w:val="18"/>
        </w:rPr>
        <w:t>Problem and Shukr March 15, 2015 · 27s · at 21:26 · https://youtu.be/SPBsXjH1hzM?t=1286</w:t>
      </w:r>
    </w:p>
    <w:p>
      <w:r>
        <w:rPr>
          <w:i/>
        </w:rPr>
        <w:t>“Sabr ka maayne hai acceptance of reality”</w:t>
      </w:r>
    </w:p>
    <w:p>
      <w:r>
        <w:rPr>
          <w:sz w:val="20"/>
        </w:rPr>
        <w:t>21:26  to in baaton ko jab aap jaanen ge, tab aap sabr karen ge. sabr ka matlab kya hai? acceptance of reality. yaani sabr koi negative baat nahi hai.</w:t>
      </w:r>
      <w:r>
        <w:br/>
      </w:r>
      <w:r>
        <w:rPr>
          <w:sz w:val="20"/>
        </w:rPr>
        <w:t>21:38  sabr koi negative baat nahi hai.</w:t>
      </w:r>
      <w:r>
        <w:br/>
      </w:r>
      <w:r>
        <w:rPr>
          <w:sz w:val="20"/>
        </w:rPr>
        <w:t>21:41  sabr means acceptance of reality. yaani aap is baat ko accept karen ke Allah ne jo plan banaya hai, woh behtareen plan hai.</w:t>
      </w:r>
    </w:p>
    <w:p>
      <w:pPr>
        <w:pStyle w:val="Heading2"/>
      </w:pPr>
      <w:r>
        <w:t>Rediscover Islam and reality</w:t>
      </w:r>
    </w:p>
    <w:p>
      <w:r>
        <w:rPr>
          <w:color w:val="666666"/>
          <w:sz w:val="18"/>
        </w:rPr>
        <w:t>The Task Ahead | October 11, 2009 | Maulana Wahiduddin Khan · 30s · at 29:42 · https://youtu.be/07gb5LwpFpg?t=1782</w:t>
      </w:r>
    </w:p>
    <w:p>
      <w:r>
        <w:rPr>
          <w:i/>
        </w:rPr>
        <w:t>“We have to rediscover the reality, rediscover Islam.”</w:t>
      </w:r>
    </w:p>
    <w:p>
      <w:r>
        <w:rPr>
          <w:sz w:val="20"/>
        </w:rPr>
        <w:t>29:42  ek lamba qissa hai aakhir mein suicide bombing ho rahi hai.</w:t>
      </w:r>
      <w:r>
        <w:br/>
      </w:r>
      <w:r>
        <w:rPr>
          <w:sz w:val="20"/>
        </w:rPr>
        <w:t>29:46  apne hi ko maar dalo.</w:t>
      </w:r>
      <w:r>
        <w:br/>
      </w:r>
      <w:r>
        <w:rPr>
          <w:sz w:val="20"/>
        </w:rPr>
        <w:t>29:51  un ko nahi maar sakte to apne ko maar dalo.</w:t>
      </w:r>
      <w:r>
        <w:br/>
      </w:r>
      <w:r>
        <w:rPr>
          <w:sz w:val="20"/>
        </w:rPr>
        <w:t>29:55  تو ہمیں we have to rediscover the reality.</w:t>
      </w:r>
      <w:r>
        <w:br/>
      </w:r>
      <w:r>
        <w:rPr>
          <w:sz w:val="20"/>
        </w:rPr>
        <w:t>29:59  we have to rediscover Islam.</w:t>
      </w:r>
      <w:r>
        <w:br/>
      </w:r>
      <w:r>
        <w:rPr>
          <w:sz w:val="20"/>
        </w:rPr>
        <w:t>30:04  Islam ko phir se rediscover karo.</w:t>
      </w:r>
      <w:r>
        <w:br/>
      </w:r>
      <w:r>
        <w:rPr>
          <w:sz w:val="20"/>
        </w:rPr>
        <w:t>30:08  aur aaj jo taqaza hai woh kya hai?</w:t>
      </w:r>
    </w:p>
    <w:p>
      <w:pPr>
        <w:pStyle w:val="Heading2"/>
      </w:pPr>
      <w:r>
        <w:t>Quran demands creative ijtihadi response</w:t>
      </w:r>
    </w:p>
    <w:p>
      <w:r>
        <w:rPr>
          <w:color w:val="666666"/>
          <w:sz w:val="18"/>
        </w:rPr>
        <w:t>Understanding the Quran April 7, 2019 · 22s · at 17:24 · https://youtu.be/m_Om5MtQJz4?t=1044</w:t>
      </w:r>
    </w:p>
    <w:p>
      <w:r>
        <w:rPr>
          <w:i/>
        </w:rPr>
        <w:t>“Yeh hai Quran ka haq, yani Quran ek creative response darkar hai.”</w:t>
      </w:r>
    </w:p>
    <w:p>
      <w:r>
        <w:rPr>
          <w:sz w:val="20"/>
        </w:rPr>
        <w:t>17:24  quran chahta hai ke is ko parhne wale is ko creative response dein,</w:t>
      </w:r>
      <w:r>
        <w:br/>
      </w:r>
      <w:r>
        <w:rPr>
          <w:sz w:val="20"/>
        </w:rPr>
        <w:t>17:32  ijtehadi response dein. har zamane mein is ko apply karein, naye dhang se, naya andaaz mein. har zamane mein quran ko reapply karein.</w:t>
      </w:r>
    </w:p>
    <w:p>
      <w:pPr>
        <w:pStyle w:val="Heading2"/>
      </w:pPr>
      <w:r>
        <w:t>Iblis was a jinn, not an angel</w:t>
      </w:r>
    </w:p>
    <w:p>
      <w:r>
        <w:rPr>
          <w:color w:val="666666"/>
          <w:sz w:val="18"/>
        </w:rPr>
        <w:t>In Conversation with Maulana Wahiduddin Khan English · 46s · at 59:21 · https://youtu.be/QZrkP8Z3Fv8?t=3561</w:t>
      </w:r>
    </w:p>
    <w:p>
      <w:r>
        <w:rPr>
          <w:i/>
        </w:rPr>
        <w:t>“No, it is wrong, it is a misunderstanding”</w:t>
      </w:r>
    </w:p>
    <w:p>
      <w:r>
        <w:rPr>
          <w:sz w:val="20"/>
        </w:rPr>
        <w:t>59:21  Maulana, in the Qur'an, there are several verses which say that Iblis was an angel. But in Surah Kahf, it is mentioned that Iblis was a jinn.</w:t>
      </w:r>
      <w:r>
        <w:br/>
      </w:r>
      <w:r>
        <w:rPr>
          <w:sz w:val="20"/>
        </w:rPr>
        <w:t>59:32  What is your comment on it? No, it is wrong.</w:t>
      </w:r>
      <w:r>
        <w:br/>
      </w:r>
      <w:r>
        <w:rPr>
          <w:sz w:val="20"/>
        </w:rPr>
        <w:t>59:37  There is no verse in the Qur'an in which the Qur'an mentions that Iblis was an angel. No, not at all.</w:t>
      </w:r>
      <w:r>
        <w:br/>
      </w:r>
      <w:r>
        <w:rPr>
          <w:sz w:val="20"/>
        </w:rPr>
        <w:t>59:47  It is a misunderstanding. Iblis was a jinn, not an angel.</w:t>
      </w:r>
      <w:r>
        <w:br/>
      </w:r>
      <w:r>
        <w:rPr>
          <w:sz w:val="20"/>
        </w:rPr>
        <w:t>59:57  This question is based on some misconception because there is no verse in the Qur'an</w:t>
      </w:r>
    </w:p>
    <w:p>
      <w:pPr>
        <w:pStyle w:val="Heading2"/>
      </w:pPr>
      <w:r>
        <w:t>dialogue as a positive recent development</w:t>
      </w:r>
    </w:p>
    <w:p>
      <w:r>
        <w:rPr>
          <w:color w:val="666666"/>
          <w:sz w:val="18"/>
        </w:rPr>
        <w:t>Position of Islam in a Pluralistic Society (English) March 12, 2007 Maulana Wahiduddin Khan · 54s · at 2:51 · https://youtu.be/zeBT1HGl2n8?t=171</w:t>
      </w:r>
    </w:p>
    <w:p>
      <w:r>
        <w:rPr>
          <w:i/>
        </w:rPr>
        <w:t>“Dialogue is a very recent phenomenon in religion.”</w:t>
      </w:r>
    </w:p>
    <w:p>
      <w:r>
        <w:rPr>
          <w:sz w:val="20"/>
        </w:rPr>
        <w:t>2:51  So now, under the influence of science, you see that everywhere in the world in the world of religion, they speak of dialogue.</w:t>
      </w:r>
      <w:r>
        <w:br/>
      </w:r>
      <w:r>
        <w:rPr>
          <w:sz w:val="20"/>
        </w:rPr>
        <w:t>3:05  Dialogue is a very recent phenomenon. In previous years, there were no such dialogues. So I appreciate this trend.</w:t>
      </w:r>
      <w:r>
        <w:br/>
      </w:r>
      <w:r>
        <w:rPr>
          <w:sz w:val="20"/>
        </w:rPr>
        <w:t>3:17  And it's very good news for a man like myself that dialogue is a very positive activity.</w:t>
      </w:r>
      <w:r>
        <w:br/>
      </w:r>
      <w:r>
        <w:rPr>
          <w:sz w:val="20"/>
        </w:rPr>
        <w:t>3:34  Dialogue is an intellectual activity in a positive sense. So I welcome this initiative.</w:t>
      </w:r>
    </w:p>
    <w:p>
      <w:pPr>
        <w:pStyle w:val="Heading2"/>
      </w:pPr>
      <w:r>
        <w:t>The real test of being God-conscious</w:t>
      </w:r>
    </w:p>
    <w:p>
      <w:r>
        <w:rPr>
          <w:color w:val="666666"/>
          <w:sz w:val="18"/>
        </w:rPr>
        <w:t>Remembrance Memorial Service Honouring Maulana Wahiduddin Khan - 25 April 2021 · 32s · at 51:15 · https://youtu.be/7FuPpaskfBQ?t=3075</w:t>
      </w:r>
    </w:p>
    <w:p>
      <w:r>
        <w:rPr>
          <w:i/>
        </w:rPr>
        <w:t>“Islam is all about being God-conscious and following God's commandments”</w:t>
      </w:r>
    </w:p>
    <w:p>
      <w:r>
        <w:rPr>
          <w:sz w:val="20"/>
        </w:rPr>
        <w:t>51:15  so, the last memory that i think i have is that Maulana says that Islam is all about being God conscious and following God's commandments.</w:t>
      </w:r>
      <w:r>
        <w:br/>
      </w:r>
      <w:r>
        <w:rPr>
          <w:sz w:val="20"/>
        </w:rPr>
        <w:t>51:24  and the fact that you are following God's commandments will be decided by your relations with human</w:t>
      </w:r>
      <w:r>
        <w:br/>
      </w:r>
      <w:r>
        <w:rPr>
          <w:sz w:val="20"/>
        </w:rPr>
        <w:t>51:30  beings. if you have complaints, bitterness and hatred with other human beings, that means you are not really following God. you are not being mindful of God.</w:t>
      </w:r>
      <w:r>
        <w:br/>
      </w:r>
      <w:r>
        <w:rPr>
          <w:sz w:val="20"/>
        </w:rPr>
        <w:t>51:39  so, the test for your being God conscious is your behavior with other human beings. so, that's the most powerful advice that i remember from Maulana.</w:t>
      </w:r>
    </w:p>
    <w:p>
      <w:pPr>
        <w:pStyle w:val="Heading2"/>
      </w:pPr>
      <w:r>
        <w:t>Human government as divine</w:t>
      </w:r>
    </w:p>
    <w:p>
      <w:r>
        <w:rPr>
          <w:color w:val="666666"/>
          <w:sz w:val="18"/>
        </w:rPr>
        <w:t>Dars-e-Quran, Chapter 39, Vs 67 (Glory of God) July 29, 2018 Maulana Wahiduddin Khan · 32s · at 34:57 · https://youtu.be/xKvuhx08hQ4?t=2097</w:t>
      </w:r>
    </w:p>
    <w:p>
      <w:r>
        <w:rPr>
          <w:i/>
        </w:rPr>
        <w:t>“Jo log hukumat-e-Ilahiyya ki baat karte hain, woh”</w:t>
      </w:r>
    </w:p>
    <w:p>
      <w:r>
        <w:rPr>
          <w:sz w:val="20"/>
        </w:rPr>
        <w:t>34:57  to meri zuban pe aik lafz aaya ke jo log hukumat ilahia ki baat karte hain, woh</w:t>
      </w:r>
      <w:r>
        <w:br/>
      </w:r>
      <w:r>
        <w:rPr>
          <w:sz w:val="20"/>
        </w:rPr>
        <w:t>35:11  hukumat ilahia ke naam par hukumat insania ki baat karte hain.</w:t>
      </w:r>
      <w:r>
        <w:br/>
      </w:r>
      <w:r>
        <w:rPr>
          <w:sz w:val="20"/>
        </w:rPr>
        <w:t>35:19  yani kaam to karna hai hukumat insani aur naam de rahe hain hukumat ilahia. Kaisi ajeeb baat hai!</w:t>
      </w:r>
      <w:r>
        <w:br/>
      </w:r>
      <w:r>
        <w:rPr>
          <w:sz w:val="20"/>
        </w:rPr>
        <w:t>35:30  Allah ki hukumat, Allah ka iqtidaar,</w:t>
      </w:r>
    </w:p>
    <w:p>
      <w:pPr>
        <w:pStyle w:val="Heading2"/>
      </w:pPr>
      <w:r>
        <w:t>Pharaoh's magicians suddenly fall into prostration declaring faith</w:t>
      </w:r>
    </w:p>
    <w:p>
      <w:r>
        <w:rPr>
          <w:color w:val="666666"/>
          <w:sz w:val="18"/>
        </w:rPr>
        <w:t>Realization of God November 26, 2024 · 33s · at 12:17 · https://youtu.be/AG1gtOdLvGs?t=737</w:t>
      </w:r>
    </w:p>
    <w:p>
      <w:r>
        <w:rPr>
          <w:i/>
        </w:rPr>
        <w:t>“Woh foran sajde mein gir gaye: aamanna bi Rabbil aalameen.”</w:t>
      </w:r>
    </w:p>
    <w:p>
      <w:r>
        <w:rPr>
          <w:sz w:val="20"/>
        </w:rPr>
        <w:t>12:17  woh foran sajde mein gir gaye. Unhon ne kaha ke aamanna birab bil aalameen rabb e Musa wa Haroon</w:t>
      </w:r>
      <w:r>
        <w:br/>
      </w:r>
      <w:r>
        <w:rPr>
          <w:sz w:val="20"/>
        </w:rPr>
        <w:t>12:24  is ke baad jo un ke andar jo tabdeeli aayi, ab Firon ki taraf se dhamkiyan, yahan tak ke un ko saza bhi de di gayi ke un ke haath pair mukhalif simt kaat diye gaye.</w:t>
      </w:r>
      <w:r>
        <w:br/>
      </w:r>
      <w:r>
        <w:rPr>
          <w:sz w:val="20"/>
        </w:rPr>
        <w:t>12:34  ji, lekin is ke bawajood woh jis daryaft ko unhon ne paya tha, Allah ki jo marifat unhon ne paayi thi, us se mutazalzil hona, us se is mein aisa conviction tha ke unhon ne apni jaan de di magar Allah ki marifat</w:t>
      </w:r>
      <w:r>
        <w:br/>
      </w:r>
      <w:r>
        <w:rPr>
          <w:sz w:val="20"/>
        </w:rPr>
        <w:t>12:51  nahi chhodi. Yahi farq hota hai ke bohat se log wahan par Bani Israel bhi the, Allah ko jaanne wale, manne wale, magar un ke paas jo missing thi, woh daryaft thi, woh marifat thi, woh realization thi.</w:t>
      </w:r>
    </w:p>
    <w:p>
      <w:pPr>
        <w:pStyle w:val="Heading2"/>
      </w:pPr>
      <w:r>
        <w:t>Avoidance as defense strategy</w:t>
      </w:r>
    </w:p>
    <w:p>
      <w:r>
        <w:rPr>
          <w:color w:val="666666"/>
          <w:sz w:val="18"/>
        </w:rPr>
        <w:t>The Life of The Prophet | July 31, 2007 · 32s · at 29:27 · https://youtu.be/IY9aEQThos0?t=1767</w:t>
      </w:r>
    </w:p>
    <w:p>
      <w:r>
        <w:rPr>
          <w:i/>
        </w:rPr>
        <w:t>“He adopted a very unique formula, that is, avoidance”</w:t>
      </w:r>
    </w:p>
    <w:p>
      <w:r>
        <w:rPr>
          <w:sz w:val="20"/>
        </w:rPr>
        <w:t>29:27  It is haram in Islam.</w:t>
      </w:r>
      <w:r>
        <w:br/>
      </w:r>
      <w:r>
        <w:rPr>
          <w:sz w:val="20"/>
        </w:rPr>
        <w:t>29:35  So this was also a very important example set by the Prophet of Islam.</w:t>
      </w:r>
      <w:r>
        <w:br/>
      </w:r>
      <w:r>
        <w:rPr>
          <w:sz w:val="20"/>
        </w:rPr>
        <w:t>29:43  Then also he adopted a very unique formula, that is, avoidance.</w:t>
      </w:r>
      <w:r>
        <w:br/>
      </w:r>
      <w:r>
        <w:rPr>
          <w:sz w:val="20"/>
        </w:rPr>
        <w:t>29:51  According to the record, the Makkan people tried to</w:t>
      </w:r>
    </w:p>
    <w:p>
      <w:pPr>
        <w:pStyle w:val="Heading2"/>
      </w:pPr>
      <w:r>
        <w:t>tawheed as a total personal revolution</w:t>
      </w:r>
    </w:p>
    <w:p>
      <w:r>
        <w:rPr>
          <w:color w:val="666666"/>
          <w:sz w:val="18"/>
        </w:rPr>
        <w:t>What is Islam March 17, 2007 · 48s · at 24:18 · https://youtu.be/xEDxZmsi3Mg?t=1458</w:t>
      </w:r>
    </w:p>
    <w:p>
      <w:r>
        <w:rPr>
          <w:i/>
        </w:rPr>
        <w:t>“This is what is called Tawheed, the oneness of God”</w:t>
      </w:r>
    </w:p>
    <w:p>
      <w:r>
        <w:rPr>
          <w:sz w:val="20"/>
        </w:rPr>
        <w:t>24:18  this is what called tawhid. tawhid, oneness of god. so, when you believe in oneness of god, you,</w:t>
      </w:r>
      <w:r>
        <w:br/>
      </w:r>
      <w:r>
        <w:rPr>
          <w:sz w:val="20"/>
        </w:rPr>
        <w:t>24:31  it becomes a revolution,</w:t>
      </w:r>
      <w:r>
        <w:br/>
      </w:r>
      <w:r>
        <w:rPr>
          <w:sz w:val="20"/>
        </w:rPr>
        <w:t>24:36  an ideal, ideological revolution, an emotional revolution, an intellectual revolution.</w:t>
      </w:r>
      <w:r>
        <w:br/>
      </w:r>
      <w:r>
        <w:rPr>
          <w:sz w:val="20"/>
        </w:rPr>
        <w:t>24:44  das belief transforms your life completely. because</w:t>
      </w:r>
      <w:r>
        <w:br/>
      </w:r>
      <w:r>
        <w:rPr>
          <w:sz w:val="20"/>
        </w:rPr>
        <w:t>24:53  discovery is not a simple thing. when you discover anything in your life, then this discovery covers whole of your life.</w:t>
      </w:r>
    </w:p>
    <w:p>
      <w:pPr>
        <w:pStyle w:val="Heading2"/>
      </w:pPr>
      <w:r>
        <w:t>U-turn from political to dawa activism</w:t>
      </w:r>
    </w:p>
    <w:p>
      <w:r>
        <w:rPr>
          <w:color w:val="666666"/>
          <w:sz w:val="18"/>
        </w:rPr>
        <w:t>Revival of Muslim Ummah I 3rd February 13 · 30s · at 47:35 · https://youtu.be/ArygqklqyhE?t=2855</w:t>
      </w:r>
    </w:p>
    <w:p>
      <w:r>
        <w:rPr>
          <w:i/>
        </w:rPr>
        <w:t>“Yeh hai U-turn.”</w:t>
      </w:r>
    </w:p>
    <w:p>
      <w:r>
        <w:rPr>
          <w:sz w:val="20"/>
        </w:rPr>
        <w:t>47:35  tivism to da'wah activism. yeh hai you turn. yani ab tak Musalman political activism ke rastay pe chal rahe the, ab unhon ne is ko chhod dena hai, chhod kar ke da'wah activism ke rastay par aana hai. koi doosra rasta nahin. poori Muslim ummah jo hai, East se West tak, Arab se Ajam tak, India se jahan bhi tak chale jayen, aap har jagah ek hi</w:t>
      </w:r>
    </w:p>
    <w:p>
      <w:pPr>
        <w:pStyle w:val="Heading2"/>
      </w:pPr>
      <w:r>
        <w:t>Palestine rejection of 92% as second best</w:t>
      </w:r>
    </w:p>
    <w:p>
      <w:r>
        <w:rPr>
          <w:color w:val="666666"/>
          <w:sz w:val="18"/>
        </w:rPr>
        <w:t>Accepting the Second Best February 7, 2010 Maulana Wahiduddin Khan · 38s · at 12:47 · https://youtu.be/OyqL5OCq1Fk?t=767</w:t>
      </w:r>
    </w:p>
    <w:p>
      <w:r>
        <w:rPr>
          <w:i/>
        </w:rPr>
        <w:t>“To unhone kaha ki woh humein de rahe hain 92 fi sad.”</w:t>
      </w:r>
    </w:p>
    <w:p>
      <w:r>
        <w:rPr>
          <w:sz w:val="20"/>
        </w:rPr>
        <w:t>12:47  us ne yeh kaha ke main us ko hum apne qabze mein rakhenge. baqi sab de denge. to woh banta hai 92 feesad. to unhon ne kaha ke woh hamein de rahe hain 92 feesad, sab kahan de rahe hain?</w:t>
      </w:r>
      <w:r>
        <w:br/>
      </w:r>
      <w:r>
        <w:rPr>
          <w:sz w:val="20"/>
        </w:rPr>
        <w:t>13:01  to maine kaha 92 feesad kam, kya kam kiya hai? 92 feesad bohat hai, abhi to aap ke paas kuch bhi nahin hai. kaha nahin nahin, hum poora lenge, kaise de denge, woh hum poora le kar rahenge un se.</w:t>
      </w:r>
      <w:r>
        <w:br/>
      </w:r>
      <w:r>
        <w:rPr>
          <w:sz w:val="20"/>
        </w:rPr>
        <w:t>13:12  ab yahan pe dekhiye, 92 feesad jo hai, woh un ke liye second best tha. first best jo un ke mind mein basa hua hai, 100 feesad.</w:t>
      </w:r>
    </w:p>
    <w:p>
      <w:pPr>
        <w:pStyle w:val="Heading2"/>
      </w:pPr>
      <w:r>
        <w:t>Completing global Quran journey</w:t>
      </w:r>
    </w:p>
    <w:p>
      <w:r>
        <w:rPr>
          <w:color w:val="666666"/>
          <w:sz w:val="18"/>
        </w:rPr>
        <w:t>RIS Talks Maulana Wahiduddin Khan In Pursuit of Peace The Roadmap to Harmonious Societies · 31s · at 18:34 · https://youtu.be/lJPxioppf4o?t=1114</w:t>
      </w:r>
    </w:p>
    <w:p>
      <w:r>
        <w:rPr>
          <w:i/>
        </w:rPr>
        <w:t>“What a thrilling idea that in the twenty-first century,”</w:t>
      </w:r>
    </w:p>
    <w:p>
      <w:r>
        <w:rPr>
          <w:sz w:val="20"/>
        </w:rPr>
        <w:t>18:34  all possibilities including peace are there. What a thrilling idea, what a thrilling idea that in the twenty first century,</w:t>
      </w:r>
      <w:r>
        <w:br/>
      </w:r>
      <w:r>
        <w:rPr>
          <w:sz w:val="20"/>
        </w:rPr>
        <w:t>18:53  we can complete the incomplete global journey of the Quran.</w:t>
      </w:r>
      <w:r>
        <w:br/>
      </w:r>
      <w:r>
        <w:rPr>
          <w:sz w:val="20"/>
        </w:rPr>
        <w:t>19:06  su dis iz da gol. yu haiv tu du,</w:t>
      </w:r>
    </w:p>
    <w:p>
      <w:pPr>
        <w:pStyle w:val="Heading2"/>
      </w:pPr>
      <w:r>
        <w:t>Paradise based on personal record not community</w:t>
      </w:r>
    </w:p>
    <w:p>
      <w:r>
        <w:rPr>
          <w:color w:val="666666"/>
          <w:sz w:val="18"/>
        </w:rPr>
        <w:t>Dars-e-Quran Chapter 2 Verses 79, 85, 111 &amp; 109 5 June 2007 - Maulana Wahiduddin Khan · 50s · at 9:51 · https://youtu.be/rO1zgS9b5sA?t=591</w:t>
      </w:r>
    </w:p>
    <w:p>
      <w:r>
        <w:rPr>
          <w:i/>
        </w:rPr>
        <w:t>“So some community has paradise, some has hell.”</w:t>
      </w:r>
    </w:p>
    <w:p>
      <w:r>
        <w:rPr>
          <w:sz w:val="20"/>
        </w:rPr>
        <w:t>9:51  jannat aur jahannum ko qaumi cheez samajh lena. yaani kuch community hai jis ke liye jannat hai aur kuch community hai jis ke liye jahannum hai.</w:t>
      </w:r>
      <w:r>
        <w:br/>
      </w:r>
      <w:r>
        <w:rPr>
          <w:sz w:val="20"/>
        </w:rPr>
        <w:t>10:05  yeh bilkul absurd baat hai.</w:t>
      </w:r>
      <w:r>
        <w:br/>
      </w:r>
      <w:r>
        <w:rPr>
          <w:sz w:val="20"/>
        </w:rPr>
        <w:t>10:08  jannat ya jahannum ka talluq community se nahi hai. ek ek fard ke apne zaati record se hai.</w:t>
      </w:r>
      <w:r>
        <w:br/>
      </w:r>
      <w:r>
        <w:rPr>
          <w:sz w:val="20"/>
        </w:rPr>
        <w:t>10:19  ek ek fard ne kis tarah apne aap ko duniya mein</w:t>
      </w:r>
      <w:r>
        <w:br/>
      </w:r>
      <w:r>
        <w:rPr>
          <w:sz w:val="20"/>
        </w:rPr>
        <w:t>10:27  kya kiya, kya socha, kya behaviour tha. apne andar kaisi shakhsiyat banai, sab kuch is par depend karta hai.</w:t>
      </w:r>
    </w:p>
    <w:p>
      <w:pPr>
        <w:pStyle w:val="Heading2"/>
      </w:pPr>
      <w:r>
        <w:t>Without creative solutions, conflict and bloodshed follow</w:t>
      </w:r>
    </w:p>
    <w:p>
      <w:r>
        <w:rPr>
          <w:color w:val="666666"/>
          <w:sz w:val="18"/>
        </w:rPr>
        <w:t>Creative Solution or Ijtihadi Hal September 16, 2012 · 24s · at 9:05 · https://youtu.be/yBKbiu0d_1A?t=545</w:t>
      </w:r>
    </w:p>
    <w:p>
      <w:r>
        <w:rPr>
          <w:i/>
        </w:rPr>
        <w:t>“No other formula will work without ijtihad”</w:t>
      </w:r>
    </w:p>
    <w:p>
      <w:r>
        <w:rPr>
          <w:sz w:val="20"/>
        </w:rPr>
        <w:t>9:05  koi doosra formula, koi bhi doosra tareeqa is ko kamyab karne wala nahi hai. kyunke dekhen, problem khatam nahi honge, challenge khatam nahi honge, masail khatam nahi honge, to aap kya karenge?</w:t>
      </w:r>
      <w:r>
        <w:br/>
      </w:r>
      <w:r>
        <w:rPr>
          <w:sz w:val="20"/>
        </w:rPr>
        <w:t>9:19  aap takraenge.</w:t>
      </w:r>
      <w:r>
        <w:br/>
      </w:r>
      <w:r>
        <w:rPr>
          <w:sz w:val="20"/>
        </w:rPr>
        <w:t>9:21  phir kya hoga? bloodshed hoga, janen jayengi, maal ka nuksan hoga.</w:t>
      </w:r>
    </w:p>
    <w:p>
      <w:pPr>
        <w:pStyle w:val="Heading2"/>
      </w:pPr>
      <w:r>
        <w:t>Topic announcement: Fear of God</w:t>
      </w:r>
    </w:p>
    <w:p>
      <w:r>
        <w:rPr>
          <w:color w:val="666666"/>
          <w:sz w:val="18"/>
        </w:rPr>
        <w:t>Fear of God February 21, 2016 · 1m 19s · at 0:21 · https://youtu.be/T-w1IDIeCV4?t=21</w:t>
      </w:r>
    </w:p>
    <w:p>
      <w:r>
        <w:rPr>
          <w:i/>
        </w:rPr>
        <w:t>“Today's topic: Fear of God”</w:t>
      </w:r>
    </w:p>
    <w:p>
      <w:r>
        <w:rPr>
          <w:sz w:val="20"/>
        </w:rPr>
        <w:t>0:21  bismillah rahman rahim, wa salla Allahu ala nabiyyil karim.</w:t>
      </w:r>
      <w:r>
        <w:br/>
      </w:r>
      <w:r>
        <w:rPr>
          <w:sz w:val="20"/>
        </w:rPr>
        <w:t>0:29  rab ishrah li sadri, wa yassir li amri, wah lul uqdatan min lisani, yafqahu qawli.</w:t>
      </w:r>
      <w:r>
        <w:br/>
      </w:r>
      <w:r>
        <w:rPr>
          <w:sz w:val="20"/>
        </w:rPr>
        <w:t>0:38  21 farwari 2016.</w:t>
      </w:r>
      <w:r>
        <w:br/>
      </w:r>
      <w:r>
        <w:rPr>
          <w:sz w:val="20"/>
        </w:rPr>
        <w:t>0:47  aaj ka topic hai khauf-e-khuda, ya Fear of God.</w:t>
      </w:r>
      <w:r>
        <w:br/>
      </w:r>
      <w:r>
        <w:rPr>
          <w:sz w:val="20"/>
        </w:rPr>
        <w:t>0:56  hadith ki ek kitab hai, is ka naam hai "shuab al-iman lil bayhaqi".</w:t>
      </w:r>
      <w:r>
        <w:br/>
      </w:r>
      <w:r>
        <w:rPr>
          <w:sz w:val="20"/>
        </w:rPr>
        <w:t>1:04  is kitab mein ek hadith hai ke rasool Allah sal-lal-lahu alaihi wasallam ne farmaya: ra's al-hikmati makhāfatu Allah.</w:t>
      </w:r>
      <w:r>
        <w:br/>
      </w:r>
      <w:r>
        <w:rPr>
          <w:sz w:val="20"/>
        </w:rPr>
        <w:t>1:13  ra's al-hikmati makhāfatu Allah.</w:t>
      </w:r>
      <w:r>
        <w:br/>
      </w:r>
      <w:r>
        <w:rPr>
          <w:sz w:val="20"/>
        </w:rPr>
        <w:t>1:22  hikmat ka sira Allah ka khauf hai.</w:t>
      </w:r>
      <w:r>
        <w:br/>
      </w:r>
      <w:r>
        <w:rPr>
          <w:sz w:val="20"/>
        </w:rPr>
        <w:t>1:31  yani Fear of God is the greatest wisdom.</w:t>
      </w:r>
      <w:r>
        <w:br/>
      </w:r>
      <w:r>
        <w:rPr>
          <w:sz w:val="20"/>
        </w:rPr>
        <w:t>1:40  is par mein bohat din sochta tha ke Allah ke khauf se wisdom kyun aati hai.</w:t>
      </w:r>
    </w:p>
    <w:p>
      <w:pPr>
        <w:pStyle w:val="Heading2"/>
      </w:pPr>
      <w:r>
        <w:t>Faith wears out, pray for revival</w:t>
      </w:r>
    </w:p>
    <w:p>
      <w:r>
        <w:rPr>
          <w:color w:val="666666"/>
          <w:sz w:val="18"/>
        </w:rPr>
        <w:t>Revival of Faith I 25 Sept, 2011 - Maulana Wahiduddin Khan · 55s · at 4:39 · https://youtu.be/y8_SQ8dJ0w0?t=279</w:t>
      </w:r>
    </w:p>
    <w:p>
      <w:r>
        <w:rPr>
          <w:i/>
        </w:rPr>
        <w:t>“Faith becomes worn out”</w:t>
      </w:r>
    </w:p>
    <w:p>
      <w:r>
        <w:rPr>
          <w:sz w:val="20"/>
        </w:rPr>
        <w:t>4:39  imaan boseeda hota hai, faith becomes worn out.</w:t>
      </w:r>
      <w:r>
        <w:br/>
      </w:r>
      <w:r>
        <w:rPr>
          <w:sz w:val="20"/>
        </w:rPr>
        <w:t>4:50  imaan boseeda hota hai.</w:t>
      </w:r>
      <w:r>
        <w:br/>
      </w:r>
      <w:r>
        <w:rPr>
          <w:sz w:val="20"/>
        </w:rPr>
        <w:t>4:57  to tum imaan ko fi jawfikum yani imaan ka zahir boseeda nahi hota, is ka batin boseeda hota hai,</w:t>
      </w:r>
      <w:r>
        <w:br/>
      </w:r>
      <w:r>
        <w:rPr>
          <w:sz w:val="20"/>
        </w:rPr>
        <w:t>5:11  yani spirit ke aitbar se boseeda hota hai.</w:t>
      </w:r>
      <w:r>
        <w:br/>
      </w:r>
      <w:r>
        <w:rPr>
          <w:sz w:val="20"/>
        </w:rPr>
        <w:t>5:19  to tum is ko allah se dua kiya karte raho ke tumhare imaan ko revive kare, dobara zinda kar de.</w:t>
      </w:r>
    </w:p>
    <w:p>
      <w:pPr>
        <w:pStyle w:val="Heading2"/>
      </w:pPr>
      <w:r>
        <w:t>Humans use only 4% of the brain's potential</w:t>
      </w:r>
    </w:p>
    <w:p>
      <w:r>
        <w:rPr>
          <w:color w:val="666666"/>
          <w:sz w:val="18"/>
        </w:rPr>
        <w:t>CPS Women Article Discussion 4 September 11, 2022 · 29s · at 1:00:18 · https://youtu.be/5Un1Rk-hOVI?t=3618</w:t>
      </w:r>
    </w:p>
    <w:p>
      <w:r>
        <w:rPr>
          <w:i/>
        </w:rPr>
        <w:t>“Scientists have said we are using only 4% of our brain”</w:t>
      </w:r>
    </w:p>
    <w:p>
      <w:r>
        <w:rPr>
          <w:sz w:val="20"/>
        </w:rPr>
        <w:t>1:00:18  kalla kher tak. Exactly. The scientist have said that we are using only 4% of our brain. So you can imagine using the 100% of them. I don't know where we will reach and beyond that. Maybe it's a god's limitation on our, that part to not use it. And just using 4% of our brain, the thinking capacity, we can see so many things beyond, what our two eyes can see.</w:t>
      </w:r>
      <w:r>
        <w:br/>
      </w:r>
      <w:r>
        <w:rPr>
          <w:sz w:val="20"/>
        </w:rPr>
        <w:t>1:00:47  So I it's almost time and dapa has also told us to wrap it up. So pami dapa please end the session with the dua.</w:t>
      </w:r>
    </w:p>
    <w:p>
      <w:pPr>
        <w:pStyle w:val="Heading2"/>
      </w:pPr>
      <w:r>
        <w:t>Defining Fitna Dohima: trial and total darkness</w:t>
      </w:r>
    </w:p>
    <w:p>
      <w:r>
        <w:rPr>
          <w:color w:val="666666"/>
          <w:sz w:val="18"/>
        </w:rPr>
        <w:t>The Age of Deceiving Philosophies I June 21, 2009 Maulana Wahiduddin Khan · 50s · at 1:32 · https://youtu.be/Ytnj8NSIAgQ?t=92</w:t>
      </w:r>
    </w:p>
    <w:p>
      <w:r>
        <w:rPr>
          <w:i/>
        </w:rPr>
        <w:t>“Fitna means trial, dohima means darkness”</w:t>
      </w:r>
    </w:p>
    <w:p>
      <w:r>
        <w:rPr>
          <w:sz w:val="20"/>
        </w:rPr>
        <w:t>1:32  Is ka matlab hai ke yeh jo fitna hoga, fitna means trial, aazmaish. Dukhama ke maani hote hain darkness.</w:t>
      </w:r>
      <w:r>
        <w:br/>
      </w:r>
      <w:r>
        <w:rPr>
          <w:sz w:val="20"/>
        </w:rPr>
        <w:t>1:43  To yeh fitna jo hoga woh yeh Age of Dark, Age of Total Darkness hoga. Age of Total Darkness.</w:t>
      </w:r>
      <w:r>
        <w:br/>
      </w:r>
      <w:r>
        <w:rPr>
          <w:sz w:val="20"/>
        </w:rPr>
        <w:t>1:57  To yeh farmaya ke ke</w:t>
      </w:r>
      <w:r>
        <w:br/>
      </w:r>
      <w:r>
        <w:rPr>
          <w:sz w:val="20"/>
        </w:rPr>
        <w:t>2:02  Har ek par us ki zad padegi.</w:t>
      </w:r>
      <w:r>
        <w:br/>
      </w:r>
      <w:r>
        <w:rPr>
          <w:sz w:val="20"/>
        </w:rPr>
        <w:t>2:08  Yeh jo fitna hoga, it will hit all without any exception. It will hit everyone without any exception.</w:t>
      </w:r>
    </w:p>
    <w:p>
      <w:pPr>
        <w:pStyle w:val="Heading2"/>
      </w:pPr>
      <w:r>
        <w:t>Prophet's only target was dawah, never political power</w:t>
      </w:r>
    </w:p>
    <w:p>
      <w:r>
        <w:rPr>
          <w:color w:val="666666"/>
          <w:sz w:val="18"/>
        </w:rPr>
        <w:t>Islam and Peace May 03, 2015 · 51s · at 11:52 · https://youtu.be/oLR98xFlQTc?t=712</w:t>
      </w:r>
    </w:p>
    <w:p>
      <w:r>
        <w:rPr>
          <w:i/>
        </w:rPr>
        <w:t>“Ye Rasulullah ka target hi nahi tha”</w:t>
      </w:r>
    </w:p>
    <w:p>
      <w:r>
        <w:rPr>
          <w:sz w:val="20"/>
        </w:rPr>
        <w:t>11:52  aye Muhammad, islami shariyat ko naffiz karo, islami qanoon ko. to aisi ayaten na to is surah mein utrin, na is ke baad kisi aur surah mein.</w:t>
      </w:r>
      <w:r>
        <w:br/>
      </w:r>
      <w:r>
        <w:rPr>
          <w:sz w:val="20"/>
        </w:rPr>
        <w:t>12:03  to ye rasool Allah ka ye ye target hi nahi tha. to jo target rasool Allah ka na ho, wo hamara target, target kaise ban sakta hai?</w:t>
      </w:r>
      <w:r>
        <w:br/>
      </w:r>
      <w:r>
        <w:rPr>
          <w:sz w:val="20"/>
        </w:rPr>
        <w:t>12:16  rasool Allah ka target jo tha, wo dawat tha, dawat tha, dawat tha. yani poora quran kitab dawat hai, kitab dawat.</w:t>
      </w:r>
      <w:r>
        <w:br/>
      </w:r>
      <w:r>
        <w:rPr>
          <w:sz w:val="20"/>
        </w:rPr>
        <w:t>12:27  rasool Allah ne makkah mein bhi dawat ka kaam kiya, madine mein bhi dawat ka kaam kiya. aur phir aakhir zamane mein jo hajj, jo jis ko hum kehte hain hajjatul wida, jis ke bahut jald baad aap ki wafat hogi, wahan bhi aap ne kya kaha?</w:t>
      </w:r>
    </w:p>
    <w:p>
      <w:pPr>
        <w:pStyle w:val="Heading2"/>
      </w:pPr>
      <w:r>
        <w:t>Everyone has good nature underneath momentary anger</w:t>
      </w:r>
    </w:p>
    <w:p>
      <w:r>
        <w:rPr>
          <w:color w:val="666666"/>
          <w:sz w:val="18"/>
        </w:rPr>
        <w:t>Islam Has No Place for Terrorism May 4, 2025 · 35s · at 47:19 · https://youtu.be/Q6vPQ2BOOs4?t=2839</w:t>
      </w:r>
    </w:p>
    <w:p>
      <w:r>
        <w:rPr>
          <w:i/>
        </w:rPr>
        <w:t>“Sab log jo hain na, sab mister nature hain”</w:t>
      </w:r>
    </w:p>
    <w:p>
      <w:r>
        <w:rPr>
          <w:sz w:val="20"/>
        </w:rPr>
        <w:t>47:19  ji, to maulana kehte hain ke kehte the ke har cheez jo hai, sab log jo hain na, mister nature hain.</w:t>
      </w:r>
      <w:r>
        <w:br/>
      </w:r>
      <w:r>
        <w:rPr>
          <w:sz w:val="20"/>
        </w:rPr>
        <w:t>47:27  to ab woh waqtiy taur par kuch misunderstanding hoti hai, kuch aisi problem hoti hai, aadmi ko baat samajh mein nahi jaldi aati hai, to is wajah se woh bigad jata hai.</w:t>
      </w:r>
      <w:r>
        <w:br/>
      </w:r>
      <w:r>
        <w:rPr>
          <w:sz w:val="20"/>
        </w:rPr>
        <w:t>47:38  to aap agar us ke sath husn sulook karen to woh dobara woh mister nature ban jayega. to yeh hai quran mein bhi aaya hai:"reconciliation is the best."</w:t>
      </w:r>
      <w:r>
        <w:br/>
      </w:r>
      <w:r>
        <w:rPr>
          <w:sz w:val="20"/>
        </w:rPr>
        <w:t>47:50  "to isi tareeqe se hum dekhte hain ke rasoolullah sallallahu alaihi wasallam ki poori zindagi yeh yeh hai. ji,</w:t>
      </w:r>
    </w:p>
    <w:p>
      <w:pPr>
        <w:pStyle w:val="Heading2"/>
      </w:pPr>
      <w:r>
        <w:t>old chairs example of contentment over personal preference</w:t>
      </w:r>
    </w:p>
    <w:p>
      <w:r>
        <w:rPr>
          <w:color w:val="666666"/>
          <w:sz w:val="18"/>
        </w:rPr>
        <w:t>Prophetic Mission in 21st Century October 2, 2011 Maulana Wahiduddin Khan · 30s · at 1:02:43 · https://youtu.be/ao5gC6SXQXE?t=3763</w:t>
      </w:r>
    </w:p>
    <w:p>
      <w:r>
        <w:rPr>
          <w:i/>
        </w:rPr>
        <w:t>“Meri kamre mein kai kursiyan hain, woh mujhe pasand nahi”</w:t>
      </w:r>
    </w:p>
    <w:p>
      <w:r>
        <w:rPr>
          <w:sz w:val="20"/>
        </w:rPr>
        <w:t>1:02:43  woh kursiyan mujhe pasand nahi hain. woh kursiyan 1983 se hain, aaj se nahi. pasand na hone ke bawajood mein is ko target karta hoon.</w:t>
      </w:r>
      <w:r>
        <w:br/>
      </w:r>
      <w:r>
        <w:rPr>
          <w:sz w:val="20"/>
        </w:rPr>
        <w:t>1:02:54  agar mein chahoon to abhi, abhi kahoon apne bachon se to mere bachay banwa dein ge, form badal dein ge. doosra,</w:t>
      </w:r>
      <w:r>
        <w:br/>
      </w:r>
      <w:r>
        <w:rPr>
          <w:sz w:val="20"/>
        </w:rPr>
        <w:t>1:03:03  mein bachchon se kabhi zikr nahin kiya mein ne is ka ke yeh kursiyan mujhe pasand nahin hain. to ek hai, dekhein, pasand na pasand.</w:t>
      </w:r>
    </w:p>
    <w:p>
      <w:pPr>
        <w:pStyle w:val="Heading2"/>
      </w:pPr>
      <w:r>
        <w:t>Cleaner analogy for self-purification and paradise</w:t>
      </w:r>
    </w:p>
    <w:p>
      <w:r>
        <w:rPr>
          <w:color w:val="666666"/>
          <w:sz w:val="18"/>
        </w:rPr>
        <w:t>Tawbah-e-Nasuh (Sincere Repentance) 16 Feb 2020 - Maulana Wahiduddin Khan · 56s · at 3:54 · https://youtu.be/0CccKs-1Uu8?t=234</w:t>
      </w:r>
    </w:p>
    <w:p>
      <w:r>
        <w:rPr>
          <w:i/>
        </w:rPr>
        <w:t>“Main gaya university ki ek office mein”</w:t>
      </w:r>
    </w:p>
    <w:p>
      <w:r>
        <w:rPr>
          <w:sz w:val="20"/>
        </w:rPr>
        <w:t>3:54  is mamle ko maine samjha ek baar. main gaya university ki ek office mein,</w:t>
      </w:r>
      <w:r>
        <w:br/>
      </w:r>
      <w:r>
        <w:rPr>
          <w:sz w:val="20"/>
        </w:rPr>
        <w:t>4:07  to wahan ek aadmi tha jis ka naam tha cleaner, jis ki post thi. cleaner. yani woh har waqt building mein ghoomta rehta tha aur zara sa bhi kahin</w:t>
      </w:r>
      <w:r>
        <w:br/>
      </w:r>
      <w:r>
        <w:rPr>
          <w:sz w:val="20"/>
        </w:rPr>
        <w:t>4:25  ghard lag gayi ya koi daagh lag gaya to jaldi se us ko saaf karta tha.</w:t>
      </w:r>
      <w:r>
        <w:br/>
      </w:r>
      <w:r>
        <w:rPr>
          <w:sz w:val="20"/>
        </w:rPr>
        <w:t>4:36  is se maine samjha ke jannat mein kon log jayenge aur tauba nasooh ka matlab kya hai.</w:t>
      </w:r>
    </w:p>
    <w:p>
      <w:pPr>
        <w:pStyle w:val="Heading2"/>
      </w:pPr>
      <w:r>
        <w:t>Reason is human specialty</w:t>
      </w:r>
    </w:p>
    <w:p>
      <w:r>
        <w:rPr>
          <w:color w:val="666666"/>
          <w:sz w:val="18"/>
        </w:rPr>
        <w:t>Reason and Human Life | June 25, 2008 · 30s · at 0:44 · https://youtu.be/BlKDj7xKEYA?t=44</w:t>
      </w:r>
    </w:p>
    <w:p>
      <w:r>
        <w:rPr>
          <w:i/>
        </w:rPr>
        <w:t>“Reason is the specialty of humans”</w:t>
      </w:r>
    </w:p>
    <w:p>
      <w:r>
        <w:rPr>
          <w:sz w:val="20"/>
        </w:rPr>
        <w:t>0:44  human life.</w:t>
      </w:r>
      <w:r>
        <w:br/>
      </w:r>
      <w:r>
        <w:rPr>
          <w:sz w:val="20"/>
        </w:rPr>
        <w:t>0:52  insani zindagi mein aqal ka maqam.</w:t>
      </w:r>
      <w:r>
        <w:br/>
      </w:r>
      <w:r>
        <w:rPr>
          <w:sz w:val="20"/>
        </w:rPr>
        <w:t>1:00  dekhiye, is dunya mein ya is universe mein ek to insan hai aur doosri bohat sari cheezain hain.</w:t>
      </w:r>
      <w:r>
        <w:br/>
      </w:r>
      <w:r>
        <w:rPr>
          <w:sz w:val="20"/>
        </w:rPr>
        <w:t>1:07  lekin aqal jo hai</w:t>
      </w:r>
    </w:p>
    <w:p>
      <w:pPr>
        <w:pStyle w:val="Heading2"/>
      </w:pPr>
      <w:r>
        <w:t>Modesty is the root of appreciation</w:t>
      </w:r>
    </w:p>
    <w:p>
      <w:r>
        <w:rPr>
          <w:color w:val="666666"/>
          <w:sz w:val="18"/>
        </w:rPr>
        <w:t>The Importance of Modesty March 1, 2009 · 30s · at 45:30 · https://youtu.be/c599K8yDwzk?t=2730</w:t>
      </w:r>
    </w:p>
    <w:p>
      <w:r>
        <w:rPr>
          <w:i/>
        </w:rPr>
        <w:t>“Without modesty, none of this appreciation is possible.”</w:t>
      </w:r>
    </w:p>
    <w:p>
      <w:r>
        <w:rPr>
          <w:sz w:val="20"/>
        </w:rPr>
        <w:t>45:29  to</w:t>
      </w:r>
      <w:r>
        <w:br/>
      </w:r>
      <w:r>
        <w:rPr>
          <w:sz w:val="20"/>
        </w:rPr>
        <w:t>45:30  aik aik shabd mein yahi kahunga ke appreciating nature banaiye apne andar. aur non appreciating nature jo hai us ko khatm kar diye khatm kar diye khatm kar diye bilkul apne andar se.</w:t>
      </w:r>
      <w:r>
        <w:br/>
      </w:r>
      <w:r>
        <w:rPr>
          <w:sz w:val="20"/>
        </w:rPr>
        <w:t>45:45  is se bohat faiday hotay hain. aur yeh marjesty ke baghair is waqt nahi ho sakta. yaad rakhiye. marjesty is ki jar mein hai.</w:t>
      </w:r>
      <w:r>
        <w:br/>
      </w:r>
      <w:r>
        <w:rPr>
          <w:sz w:val="20"/>
        </w:rPr>
        <w:t>45:56  is jar mein jo hai marjesty hai.</w:t>
      </w:r>
    </w:p>
    <w:p>
      <w:pPr>
        <w:pStyle w:val="Heading2"/>
      </w:pPr>
      <w:r>
        <w:t>political activism is just material activism renamed</w:t>
      </w:r>
    </w:p>
    <w:p>
      <w:r>
        <w:rPr>
          <w:color w:val="666666"/>
          <w:sz w:val="18"/>
        </w:rPr>
        <w:t>Purpose of Creation September 28, 2014 · 59s · at 1:01:11 · https://youtu.be/7M-rzLZzCYw?t=3671</w:t>
      </w:r>
    </w:p>
    <w:p>
      <w:r>
        <w:rPr>
          <w:i/>
        </w:rPr>
        <w:t>“Political activism doosra naam hai material activism ka”</w:t>
      </w:r>
    </w:p>
    <w:p>
      <w:r>
        <w:rPr>
          <w:sz w:val="20"/>
        </w:rPr>
        <w:t>1:01:11  molana deen ki siyasi taabeer ki wajah se marifat ghair matloob ban gayi hai molana duniyaparasati aur siyasi taabeer mein kya farq hai is ke bare mein bataiye dekhiye dono naam ka farq hai dono ek hi hai</w:t>
      </w:r>
      <w:r>
        <w:br/>
      </w:r>
      <w:r>
        <w:rPr>
          <w:sz w:val="20"/>
        </w:rPr>
        <w:t>1:01:34  islam mein political activism hai hi nahi woh political activism jo hai woh kya</w:t>
      </w:r>
      <w:r>
        <w:br/>
      </w:r>
      <w:r>
        <w:rPr>
          <w:sz w:val="20"/>
        </w:rPr>
        <w:t>1:01:40  hai material activism ka doosra naam hai</w:t>
      </w:r>
      <w:r>
        <w:br/>
      </w:r>
      <w:r>
        <w:rPr>
          <w:sz w:val="20"/>
        </w:rPr>
        <w:t>1:01:46  political activism jo hai doosra naam hai material activism ka mere nazdeek dono mein koi farq nahi hai sirf naam ka farq hai Maulana agla ek comment parhna chahenge jo doctor Safeena tabassum ne bheja hai Ajmer se aur unhone likha hai ke today lecture was a thrilling experience for me</w:t>
      </w:r>
    </w:p>
    <w:p>
      <w:pPr>
        <w:pStyle w:val="Heading2"/>
      </w:pPr>
      <w:r>
        <w:t>Defining adjustment versus compromise by intention</w:t>
      </w:r>
    </w:p>
    <w:p>
      <w:r>
        <w:rPr>
          <w:color w:val="666666"/>
          <w:sz w:val="18"/>
        </w:rPr>
        <w:t>The Oneness of God 19 July, 2009 · 59s · at 2:00:10 · https://youtu.be/dAjxTrRiz0g?t=7210</w:t>
      </w:r>
    </w:p>
    <w:p>
      <w:r>
        <w:rPr>
          <w:i/>
        </w:rPr>
        <w:t>“What is the difference between adjustment and compromise?”</w:t>
      </w:r>
    </w:p>
    <w:p>
      <w:r>
        <w:rPr>
          <w:sz w:val="20"/>
        </w:rPr>
        <w:t>2:00:10  das question is from Miss Sadia from Delhi. What is the difference between adjustment and compromise? Kindly comment.</w:t>
      </w:r>
      <w:r>
        <w:br/>
      </w:r>
      <w:r>
        <w:rPr>
          <w:sz w:val="20"/>
        </w:rPr>
        <w:t>2:00:23  dekhein, form ke aitbar se dono mein koi bada farq nahi hai, intention ke lahaz se farq hai.</w:t>
      </w:r>
      <w:r>
        <w:br/>
      </w:r>
      <w:r>
        <w:rPr>
          <w:sz w:val="20"/>
        </w:rPr>
        <w:t>2:00:31  agar aap kisi principle ke liye, kisi bade cause ke liye, kisi bade maqsad ke liye aap karein to is ko adjustment kaha jayega.</w:t>
      </w:r>
      <w:r>
        <w:br/>
      </w:r>
      <w:r>
        <w:rPr>
          <w:sz w:val="20"/>
        </w:rPr>
        <w:t>2:00:42  aur mahaz petty maqsad ke liye, bilkul sirf yani zaati personal interest ke liye, zaati cheezon ke liye karein to woh compromise</w:t>
      </w:r>
      <w:r>
        <w:br/>
      </w:r>
      <w:r>
        <w:rPr>
          <w:sz w:val="20"/>
        </w:rPr>
        <w:t>2:00:53  kaha jayega. Adjustment aur compromise dono jo hain, apni shakal ke aitbar se taqreeban ek hi hain ke adjustment jo hota hai, woh principle ke liye hota hai aur compromise jo hota hai, woh aam taur par material gain ke liye hota hai.</w:t>
      </w:r>
    </w:p>
    <w:p>
      <w:pPr>
        <w:pStyle w:val="Heading2"/>
      </w:pPr>
      <w:r>
        <w:t>Modesty leads to closeness to God</w:t>
      </w:r>
    </w:p>
    <w:p>
      <w:r>
        <w:rPr>
          <w:color w:val="666666"/>
          <w:sz w:val="18"/>
        </w:rPr>
        <w:t>Simple Living and High Thinking November 03, 2018 · 44s · at 1:49 · https://youtu.be/6O7ebJVVRII?t=109</w:t>
      </w:r>
    </w:p>
    <w:p>
      <w:r>
        <w:rPr>
          <w:i/>
        </w:rPr>
        <w:t>“Yeh bohat zyada aham baat hai.”</w:t>
      </w:r>
    </w:p>
    <w:p>
      <w:r>
        <w:rPr>
          <w:sz w:val="20"/>
        </w:rPr>
        <w:t>1:49  yeh bohat zyada aham baat hai.</w:t>
      </w:r>
      <w:r>
        <w:br/>
      </w:r>
      <w:r>
        <w:rPr>
          <w:sz w:val="20"/>
        </w:rPr>
        <w:t>1:55  yani</w:t>
      </w:r>
      <w:r>
        <w:br/>
      </w:r>
      <w:r>
        <w:rPr>
          <w:sz w:val="20"/>
        </w:rPr>
        <w:t>1:59  Allah se qurbat sirf is ki Allah se sirf is insaan ko milti hai jis ke andar modesty ho.</w:t>
      </w:r>
      <w:r>
        <w:br/>
      </w:r>
      <w:r>
        <w:rPr>
          <w:sz w:val="20"/>
        </w:rPr>
        <w:t>2:11  modesty ke baghair khalq se qurbat milna impossible hai. Kyun ke yeh sirf modesty hai jo insaan aur khalq ke darmiyan nisbat qaim karti hai.</w:t>
      </w:r>
    </w:p>
    <w:p>
      <w:pPr>
        <w:pStyle w:val="Heading2"/>
      </w:pPr>
      <w:r>
        <w:t>Change yourself to change the world</w:t>
      </w:r>
    </w:p>
    <w:p>
      <w:r>
        <w:rPr>
          <w:color w:val="666666"/>
          <w:sz w:val="18"/>
        </w:rPr>
        <w:t>The Real Problem before Mankind August 3, 2008 · 49s · at 47:10 · https://youtu.be/ndFl4lXCq_c?t=2830</w:t>
      </w:r>
    </w:p>
    <w:p>
      <w:r>
        <w:rPr>
          <w:i/>
        </w:rPr>
        <w:t>“If you want to change the world, change yourself first”</w:t>
      </w:r>
    </w:p>
    <w:p>
      <w:r>
        <w:rPr>
          <w:sz w:val="20"/>
        </w:rPr>
        <w:t>47:10  kisi ne bohat sahi kaha hai ke ke agar tum dunya ko badalna chahte ho to sab se pehle apne aap ko badal dalo. kisi ne kaha hai ke agar tum dunya ko badalna chahte ho to sab se pehle apne aap ko badal dalo,</w:t>
      </w:r>
      <w:r>
        <w:br/>
      </w:r>
      <w:r>
        <w:rPr>
          <w:sz w:val="20"/>
        </w:rPr>
        <w:t>47:30  yani change your self and you will be able to change the whole world.</w:t>
      </w:r>
      <w:r>
        <w:br/>
      </w:r>
      <w:r>
        <w:rPr>
          <w:sz w:val="20"/>
        </w:rPr>
        <w:t>47:38  to yaad rakhiye, hum apne ko jitna badal payenge, utna hi hamari activities effective hongi, utna hi hum dunya mein badlao la payenge.</w:t>
      </w:r>
      <w:r>
        <w:br/>
      </w:r>
      <w:r>
        <w:rPr>
          <w:sz w:val="20"/>
        </w:rPr>
        <w:t>47:53  jo aadmi apne ko na badal sake, to doosron ko kya badlega? woh</w:t>
      </w:r>
    </w:p>
    <w:p>
      <w:pPr>
        <w:pStyle w:val="Heading2"/>
      </w:pPr>
      <w:r>
        <w:t>Shopping management and avoiding impulse buying</w:t>
      </w:r>
    </w:p>
    <w:p>
      <w:r>
        <w:rPr>
          <w:color w:val="666666"/>
          <w:sz w:val="18"/>
        </w:rPr>
        <w:t>The Secret of Success 5 Feb, 2008 - Maulana Wahiduddin Khan · 48s · at 18:30 · https://youtu.be/aI0KGyoK7NM?t=1110</w:t>
      </w:r>
    </w:p>
    <w:p>
      <w:r>
        <w:rPr>
          <w:i/>
        </w:rPr>
        <w:t>“Main samajhta hoon ke zyada tar log hain”</w:t>
      </w:r>
    </w:p>
    <w:p>
      <w:r>
        <w:rPr>
          <w:sz w:val="20"/>
        </w:rPr>
        <w:t>18:30  main samajhta hoon ke zyada tar log hain jo shopping management ko nahi jante. They don't know the art of shopping management.</w:t>
      </w:r>
      <w:r>
        <w:br/>
      </w:r>
      <w:r>
        <w:rPr>
          <w:sz w:val="20"/>
        </w:rPr>
        <w:t>18:40  bas chale jayenge aur is ke baad dekhenge jo achhi lagi hai woh kharid liya, jo achhi lagi kharid liya.</w:t>
      </w:r>
      <w:r>
        <w:br/>
      </w:r>
      <w:r>
        <w:rPr>
          <w:sz w:val="20"/>
        </w:rPr>
        <w:t>18:52  aaj kal yeh hai ke main kisi ghar jata hoon, agar to woh har aadmi ghar ek store wall hota hai, store. saman se bhara hua. main logon se kehta hoon ke bhai aap ghar banayein apne liye ke saman ke liye.</w:t>
      </w:r>
      <w:r>
        <w:br/>
      </w:r>
      <w:r>
        <w:rPr>
          <w:sz w:val="20"/>
        </w:rPr>
        <w:t>19:06  ghar jo banaya hai apne rehne ke liye ke saman bharne ke liye. yeh isi liye hota hai ke shopping center chale gaye, dekh dekh kar kharidari karne lage.</w:t>
      </w:r>
    </w:p>
    <w:p>
      <w:pPr>
        <w:pStyle w:val="Heading2"/>
      </w:pPr>
      <w:r>
        <w:t>Discovering Islam was his own deliberate choice</w:t>
      </w:r>
    </w:p>
    <w:p>
      <w:r>
        <w:rPr>
          <w:color w:val="666666"/>
          <w:sz w:val="18"/>
        </w:rPr>
        <w:t>On World Religions Diversity not Dissension March 9, 2013 · 42s · at 11:25 · https://youtu.be/8enJoTTAH5k?t=685</w:t>
      </w:r>
    </w:p>
    <w:p>
      <w:r>
        <w:rPr>
          <w:i/>
        </w:rPr>
        <w:t>“I discovered that Islam was my choice, not my birth”</w:t>
      </w:r>
    </w:p>
    <w:p>
      <w:r>
        <w:rPr>
          <w:sz w:val="20"/>
        </w:rPr>
        <w:t>11:25  So what happened after a long study of Quran and Sunnah, another relevant teacher, I discovered that Islam was my choice, although it was not my birth religion.</w:t>
      </w:r>
      <w:r>
        <w:br/>
      </w:r>
      <w:r>
        <w:rPr>
          <w:sz w:val="20"/>
        </w:rPr>
        <w:t>11:50  I can say that I am not a Muslim by birth, but I am a Muslim by choice. And here I would like to mention that Swami Vivekananda is my benefactor.</w:t>
      </w:r>
    </w:p>
    <w:p>
      <w:pPr>
        <w:pStyle w:val="Heading2"/>
      </w:pPr>
      <w:r>
        <w:t>Art of Life Management theme</w:t>
      </w:r>
    </w:p>
    <w:p>
      <w:r>
        <w:rPr>
          <w:color w:val="666666"/>
          <w:sz w:val="18"/>
        </w:rPr>
        <w:t>Art of Life Management | October 23, 2007 · 30s · at 0:42 · https://youtu.be/Zp3-HZBflTc?t=42</w:t>
      </w:r>
    </w:p>
    <w:p>
      <w:r>
        <w:rPr>
          <w:i/>
        </w:rPr>
        <w:t>“Art of Life Management”</w:t>
      </w:r>
    </w:p>
    <w:p>
      <w:r>
        <w:rPr>
          <w:sz w:val="20"/>
        </w:rPr>
        <w:t>0:42  woh hai "Art of Life Management", zindagi ko kamyab banane ka tareeqa.</w:t>
      </w:r>
      <w:r>
        <w:br/>
      </w:r>
      <w:r>
        <w:rPr>
          <w:sz w:val="20"/>
        </w:rPr>
        <w:t>0:53  aaj kal aap kisi se bhi milein, chahe us ke paas power ho, paisa ho, ghar ho, car</w:t>
      </w:r>
      <w:r>
        <w:br/>
      </w:r>
      <w:r>
        <w:rPr>
          <w:sz w:val="20"/>
        </w:rPr>
        <w:t>1:03  ho, sab kuch hote hue bhi woh andar se</w:t>
      </w:r>
    </w:p>
    <w:p>
      <w:pPr>
        <w:pStyle w:val="Heading2"/>
      </w:pPr>
      <w:r>
        <w:t>Islamic legal principle: everything is lawful by default</w:t>
      </w:r>
    </w:p>
    <w:p>
      <w:r>
        <w:rPr>
          <w:color w:val="666666"/>
          <w:sz w:val="18"/>
        </w:rPr>
        <w:t>Road to God July 25, 2010 Maulana Wahiduddin Khan · 1m 01s · at 1:15:58 · https://youtu.be/1kLAQHcFaFk?t=4558</w:t>
      </w:r>
    </w:p>
    <w:p>
      <w:r>
        <w:rPr>
          <w:i/>
        </w:rPr>
        <w:t>“Everything is lawful unless declared unlawful”</w:t>
      </w:r>
    </w:p>
    <w:p>
      <w:r>
        <w:rPr>
          <w:sz w:val="20"/>
        </w:rPr>
        <w:t>1:15:58  haan, bilkul jaiz hai. is mein koi qawaid ki baat hi nahi hai. dekhein, aik bohat zabardast principle hai fiqh mein, bohat zabardast:</w:t>
      </w:r>
      <w:r>
        <w:br/>
      </w:r>
      <w:r>
        <w:rPr>
          <w:sz w:val="20"/>
        </w:rPr>
        <w:t>1:16:11  al-aslu fil ashyaa' al-ibaahah yaani kitna zabardast yeh hai: al-aslu fil ashyaa' al-ibaahah yaani cheezon mein asal in ka jaiz hona hai.</w:t>
      </w:r>
      <w:r>
        <w:br/>
      </w:r>
      <w:r>
        <w:rPr>
          <w:sz w:val="20"/>
        </w:rPr>
        <w:t>1:16:26  har cheez, har cheez jaiz hai jab tak is ke najaaiz hone ko na bataya jaye. yaani Everything is lawful unless it is declared as unlawful to</w:t>
      </w:r>
      <w:r>
        <w:br/>
      </w:r>
      <w:r>
        <w:rPr>
          <w:sz w:val="20"/>
        </w:rPr>
        <w:t>1:16:40  kahin bhi aisa nahi hai ke deen na do. jab nahi hai to phir jaiz hai. woh jab bhi quran o hadees mein kahin likha hua nahi hai ke tumhari aankh ya tumhara khoon jo hai, kisi aur ko nahi diya ja sakta, yeh najaaiz hai, to ab to woh jaiz rahega.</w:t>
      </w:r>
    </w:p>
    <w:p>
      <w:pPr>
        <w:pStyle w:val="Heading2"/>
      </w:pPr>
      <w:r>
        <w:t>Love of God without seeking reward</w:t>
      </w:r>
    </w:p>
    <w:p>
      <w:r>
        <w:rPr>
          <w:color w:val="666666"/>
          <w:sz w:val="18"/>
        </w:rPr>
        <w:t>Sufism an Introduction August 13, 2020 Prof. Farida Khanam · 36s · at 20:05 · https://youtu.be/7VOpY8OvRdM?t=1205</w:t>
      </w:r>
    </w:p>
    <w:p>
      <w:r>
        <w:rPr>
          <w:i/>
        </w:rPr>
        <w:t>“Main Allah ki mohabbat kisi jaza ke liye nahi karti”</w:t>
      </w:r>
    </w:p>
    <w:p>
      <w:r>
        <w:rPr>
          <w:sz w:val="20"/>
        </w:rPr>
        <w:t>20:05  rabia basri ne kaha ke main Khuda ki mohabbat kisi jaza ya inaam ki khatir nahi karti. balkeh sirf is liye karti hoon ke mujhe Allah ki mohabbat hasil ho.</w:t>
      </w:r>
      <w:r>
        <w:br/>
      </w:r>
      <w:r>
        <w:rPr>
          <w:sz w:val="20"/>
        </w:rPr>
        <w:t>20:20  wo kehti thi main jannat ke liye bhi nahi</w:t>
      </w:r>
      <w:r>
        <w:br/>
      </w:r>
      <w:r>
        <w:rPr>
          <w:sz w:val="20"/>
        </w:rPr>
        <w:t>20:22  mohabbat Allah ki ibadat karti. balkeh mujhe sirf Khuda ki raza chahiye. sirf Khuda ki mohabbat mujhe chahiye. to hum ko Khuda se taluq qaim karna hai.</w:t>
      </w:r>
      <w:r>
        <w:br/>
      </w:r>
      <w:r>
        <w:rPr>
          <w:sz w:val="20"/>
        </w:rPr>
        <w:t>20:34  isi mein hamari dunya ka bhi bhala hai. isi mein akhirat ka bhi bhala hai.</w:t>
      </w:r>
    </w:p>
    <w:p>
      <w:pPr>
        <w:pStyle w:val="Heading2"/>
      </w:pPr>
      <w:r>
        <w:t>Chasing happiness felt like chasing a mirage</w:t>
      </w:r>
    </w:p>
    <w:p>
      <w:r>
        <w:rPr>
          <w:color w:val="666666"/>
          <w:sz w:val="18"/>
        </w:rPr>
        <w:t>Experiences Sharing by CPS Members November 11, 2006 Maulana Wahiduddin Khan · 24s · at 39:46 · https://youtu.be/VhS3VofQlHo?t=2386</w:t>
      </w:r>
    </w:p>
    <w:p>
      <w:r>
        <w:rPr>
          <w:i/>
        </w:rPr>
        <w:t>“I would do silly things like green and purple nail polish”</w:t>
      </w:r>
    </w:p>
    <w:p>
      <w:r>
        <w:rPr>
          <w:sz w:val="20"/>
        </w:rPr>
        <w:t>39:46  ppy i would do silly things like putting green nail polish and purple nail polish and stuff like that to give me some kick in life and i realized that i was every happiness was like a mirage for me i would aim for that happiness reach that stage feel happy very moment and that was it it was over so there was no permanent happiness a</w:t>
      </w:r>
    </w:p>
    <w:p>
      <w:pPr>
        <w:pStyle w:val="Heading2"/>
      </w:pPr>
      <w:r>
        <w:t>Jews blamed Persian kings</w:t>
      </w:r>
    </w:p>
    <w:p>
      <w:r>
        <w:rPr>
          <w:color w:val="666666"/>
          <w:sz w:val="18"/>
        </w:rPr>
        <w:t>Divine Warning 29 Oct 2013 - Maulana Wahiduddin Khan · 22s · at 5:52 · https://youtu.be/ITyLA4216tA?t=352</w:t>
      </w:r>
    </w:p>
    <w:p>
      <w:r>
        <w:rPr>
          <w:i/>
        </w:rPr>
        <w:t>“Jaisa ke yahood ke saath hua ke Iran aur Babal ke badshahon ne hamla kiya”</w:t>
      </w:r>
    </w:p>
    <w:p>
      <w:r>
        <w:rPr>
          <w:sz w:val="20"/>
        </w:rPr>
        <w:t>5:52  jaisa ke yahood ke saath hua ke Iran aur Babal ke badshahon ne yahood par hamla kiya, un ki tod phod ki.</w:t>
      </w:r>
      <w:r>
        <w:br/>
      </w:r>
      <w:r>
        <w:rPr>
          <w:sz w:val="20"/>
        </w:rPr>
        <w:t>6:02  to yahood ne kya kiya? in waqiaat ko Iran aur Babal ke badshahon ki taraf mansoob kar ke un ke khilaaf shikayat ka toofan khara kar diya.</w:t>
      </w:r>
    </w:p>
    <w:p>
      <w:pPr>
        <w:pStyle w:val="Heading2"/>
      </w:pPr>
      <w:r>
        <w:t>Martyrdom desire question</w:t>
      </w:r>
    </w:p>
    <w:p>
      <w:r>
        <w:rPr>
          <w:color w:val="666666"/>
          <w:sz w:val="18"/>
        </w:rPr>
        <w:t>In Conversation with Khaja Kaleemuddin 29 Aug 2021 · 31s · at 1:09:16 · https://youtu.be/oKq_ptPZOVE?t=4156</w:t>
      </w:r>
    </w:p>
    <w:p>
      <w:r>
        <w:rPr>
          <w:i/>
        </w:rPr>
        <w:t>“کیا آپ کو شہید ہونے کی تمنا نہیں”</w:t>
      </w:r>
    </w:p>
    <w:p>
      <w:r>
        <w:rPr>
          <w:sz w:val="20"/>
        </w:rPr>
        <w:t>1:09:16  kyunki maulana ki sari ideology jo hai woh peaceful ideology thi aur non confrontational hai toh unhone kaha ke kya aap ko shaheed hone ko hone ki tamanna nahi</w:t>
      </w:r>
      <w:r>
        <w:br/>
      </w:r>
      <w:r>
        <w:rPr>
          <w:sz w:val="20"/>
        </w:rPr>
        <w:t>1:09:30  hai aap ko ji toh maulana ne fori short back kiya ke aap samajhte hain ke main zinda hoon ji ji toh toh woh kyunki aalim the woh fori samajh gaye ek dum jo hai khamosh ho gaye woh woh aur doosri baat jo hai</w:t>
      </w:r>
    </w:p>
    <w:p>
      <w:pPr>
        <w:pStyle w:val="Heading2"/>
      </w:pPr>
      <w:r>
        <w:t>Hadith: you will see God like the full moon</w:t>
      </w:r>
    </w:p>
    <w:p>
      <w:r>
        <w:rPr>
          <w:color w:val="666666"/>
          <w:sz w:val="18"/>
        </w:rPr>
        <w:t>Lessons from The Story of Prophet Moses Part 5, October 30, 2022 · 58s · at 25:12 · https://youtu.be/Yei6NJ0s5wI?t=1512</w:t>
      </w:r>
    </w:p>
    <w:p>
      <w:r>
        <w:rPr>
          <w:i/>
        </w:rPr>
        <w:t>“Tum apne Rab ko chaand ki tarah dekhoge”</w:t>
      </w:r>
    </w:p>
    <w:p>
      <w:r>
        <w:rPr>
          <w:sz w:val="20"/>
        </w:rPr>
        <w:t>25:11  h</w:t>
      </w:r>
      <w:r>
        <w:br/>
      </w:r>
      <w:r>
        <w:rPr>
          <w:sz w:val="20"/>
        </w:rPr>
        <w:t>25:12  mm, to un un ki riwayat hai jarir bin abdullah ki ke ek baar prophet muhammad sallallahu alaihi wasallam ke sath baithe hue the.</w:t>
      </w:r>
      <w:r>
        <w:br/>
      </w:r>
      <w:r>
        <w:rPr>
          <w:sz w:val="20"/>
        </w:rPr>
        <w:t>25:20  hmm, aur chaudhveen ki ki raat thi. ji, bilkul chand poora wazeh tha. to rasool allah ne farmaya ke tum yaqeenan apne rab ko isi tarah dekhoge jis tarah tum is chand ko dekh rahe ho.</w:t>
      </w:r>
      <w:r>
        <w:br/>
      </w:r>
      <w:r>
        <w:rPr>
          <w:sz w:val="20"/>
        </w:rPr>
        <w:t>25:35  ji, ji, ji, aur ek baat kahi ke is ke dekhne mein tum dhakka mukki nahi karoge. hmm, ji, aap ko pata hai na ke jab hajj karne jaate hain to hajar aswad chhoone ke liye ya choomne ke liye bara dhakka mukki karna padta hai.</w:t>
      </w:r>
      <w:r>
        <w:br/>
      </w:r>
      <w:r>
        <w:rPr>
          <w:sz w:val="20"/>
        </w:rPr>
        <w:t>25:49  ji, ji, yaani jo spirit hai hajj ki woh bilkul khatam ho jati hai ke aap push kar ke jayen kisi ko dekhne</w:t>
      </w:r>
      <w:r>
        <w:br/>
      </w:r>
      <w:r>
        <w:rPr>
          <w:sz w:val="20"/>
        </w:rPr>
        <w:t>25:55  ۔ to is mein yeh baat hai ke dhakka mukki nahi hogi. bare itminan se aap khuda ko dekhenge jaise aap is chand ko dekh rahe hain. ji, aisi ek aur hadith hai ke jannat wale apne kamon mein masroof honge.</w:t>
      </w:r>
    </w:p>
    <w:p>
      <w:pPr>
        <w:pStyle w:val="Heading2"/>
      </w:pPr>
      <w:r>
        <w:t>Change is always a challenge, learn its true purpose</w:t>
      </w:r>
    </w:p>
    <w:p>
      <w:r>
        <w:rPr>
          <w:color w:val="666666"/>
          <w:sz w:val="18"/>
        </w:rPr>
        <w:t>The Process of Revival, October 25, 2015 · 21s · at 40:56 · https://youtu.be/3uQ8DbD8Sgg?t=2456</w:t>
      </w:r>
    </w:p>
    <w:p>
      <w:r>
        <w:rPr>
          <w:i/>
        </w:rPr>
        <w:t>“Change hamesha challenge hi hota hai”</w:t>
      </w:r>
    </w:p>
    <w:p>
      <w:r>
        <w:rPr>
          <w:sz w:val="20"/>
        </w:rPr>
        <w:t>40:56  ؟ Change hamesha challenge hi hota hai. Change. lekin kuch cheezein periphery par hoti hain. periphery par. isi ko le kar mukhalif ban jate hain log.</w:t>
      </w:r>
      <w:r>
        <w:br/>
      </w:r>
      <w:r>
        <w:rPr>
          <w:sz w:val="20"/>
        </w:rPr>
        <w:t>41:08  isi liye ke mukhalif ban jate hain. is ki is ko essence kya hai, is ka yani joy kya hai, is ko jaanna chahiye.</w:t>
      </w:r>
    </w:p>
    <w:p>
      <w:pPr>
        <w:pStyle w:val="Heading2"/>
      </w:pPr>
      <w:r>
        <w:t>Muslims have same hell belief as Jews</w:t>
      </w:r>
    </w:p>
    <w:p>
      <w:r>
        <w:rPr>
          <w:color w:val="666666"/>
          <w:sz w:val="18"/>
        </w:rPr>
        <w:t>Dars-e-Quran Chapter 2 Verses 79, 85, 111 &amp; 109 5 June 2007 - Maulana Wahiduddin Khan · 40s · at 6:19 · https://youtu.be/rO1zgS9b5sA?t=379</w:t>
      </w:r>
    </w:p>
    <w:p>
      <w:r>
        <w:rPr>
          <w:i/>
        </w:rPr>
        <w:t>“The Jews thought the fire would touch them only a few days.”</w:t>
      </w:r>
    </w:p>
    <w:p>
      <w:r>
        <w:rPr>
          <w:sz w:val="20"/>
        </w:rPr>
        <w:t>6:19  yahood yeh samajhte the ke lan tamassana nar Allah ayam ma'doodah.</w:t>
      </w:r>
      <w:r>
        <w:br/>
      </w:r>
      <w:r>
        <w:rPr>
          <w:sz w:val="20"/>
        </w:rPr>
        <w:t>6:29  hum ko jahannum ki aag sirf chand din chhooe gi. aaj musalmanon mein yahi aqeedah phaila hua hai.</w:t>
      </w:r>
      <w:r>
        <w:br/>
      </w:r>
      <w:r>
        <w:rPr>
          <w:sz w:val="20"/>
        </w:rPr>
        <w:t>6:40  sare musalman yeh samajhte hain ke humein to jahannum mein jana nahi hai.</w:t>
      </w:r>
      <w:r>
        <w:br/>
      </w:r>
      <w:r>
        <w:rPr>
          <w:sz w:val="20"/>
        </w:rPr>
        <w:t>6:45  agar gaye to chand din ke liye jana hoga. theek wohi aqeedah jo yahood mein tha, wohi aaj musalmanon mein hai.</w:t>
      </w:r>
    </w:p>
    <w:p>
      <w:pPr>
        <w:pStyle w:val="Heading2"/>
      </w:pPr>
      <w:r>
        <w:t>First point of ma'rifah: discover servanthood</w:t>
      </w:r>
    </w:p>
    <w:p>
      <w:r>
        <w:rPr>
          <w:color w:val="666666"/>
          <w:sz w:val="18"/>
        </w:rPr>
        <w:t>Success in Life And Life Hereafter April 20, 2014 Maulana Wahiduddin Khan · 28s · at 5:03 · https://youtu.be/L2-KYLbot1I?t=303</w:t>
      </w:r>
    </w:p>
    <w:p>
      <w:r>
        <w:rPr>
          <w:i/>
        </w:rPr>
        <w:t>“تو اس پر غور کیجیے”</w:t>
      </w:r>
    </w:p>
    <w:p>
      <w:r>
        <w:rPr>
          <w:sz w:val="20"/>
        </w:rPr>
        <w:t>5:03  to is par ghaur kijiye. pehli baat hai marifat ka pehla point yeh hai ke insaan apne aap ko daryaft kare ke woh Allah ka abd hai.</w:t>
      </w:r>
      <w:r>
        <w:br/>
      </w:r>
      <w:r>
        <w:rPr>
          <w:sz w:val="20"/>
        </w:rPr>
        <w:t>5:15  Allah ka banda hai.</w:t>
      </w:r>
      <w:r>
        <w:br/>
      </w:r>
      <w:r>
        <w:rPr>
          <w:sz w:val="20"/>
        </w:rPr>
        <w:t>5:19  yeh bohat hi ahem baat hai. sahi maano mein apne ko Allah ka banda hone ke aitbar se daryaft karna yeh koi aasan kaam nahi hai.</w:t>
      </w:r>
    </w:p>
    <w:p>
      <w:pPr>
        <w:pStyle w:val="Heading2"/>
      </w:pPr>
      <w:r>
        <w:t>Muslims' pride and hate psychology</w:t>
      </w:r>
    </w:p>
    <w:p>
      <w:r>
        <w:rPr>
          <w:color w:val="666666"/>
          <w:sz w:val="18"/>
        </w:rPr>
        <w:t>Present Day Muslims Jan 13, 2013 - Maulana Wahiduddin Khan · 32s · at 24:00 · https://youtu.be/z5q4zuu7kKY?t=1440</w:t>
      </w:r>
    </w:p>
    <w:p>
      <w:r>
        <w:rPr>
          <w:i/>
        </w:rPr>
        <w:t>“Apne baare mein fakhar, doosre ke baare mein nafrat”</w:t>
      </w:r>
    </w:p>
    <w:p>
      <w:r>
        <w:rPr>
          <w:sz w:val="20"/>
        </w:rPr>
        <w:t>24:00  yani poori duniya ke musalmanon ka. apne bare mein fakhr, doosre ke bare mein nafrat.</w:t>
      </w:r>
      <w:r>
        <w:br/>
      </w:r>
      <w:r>
        <w:rPr>
          <w:sz w:val="20"/>
        </w:rPr>
        <w:t>24:10  apne bare mein fakhr, doosre ke bare mein nafrat. apne bare mein fakhr, doosre ke bare mein nafrat aur yeh unhi ek ki baat nahi hai.</w:t>
      </w:r>
      <w:r>
        <w:br/>
      </w:r>
      <w:r>
        <w:rPr>
          <w:sz w:val="20"/>
        </w:rPr>
        <w:t>24:19  aap kahin bhi India mein ya kisi bhi mulk mein chand musalmanon ko jahan dekhen un se miliye aap aur baat kijiye. thori dair mein aap mehsoos kar lenge ke woh sab ki nafsiyat yahi hai.</w:t>
      </w:r>
    </w:p>
    <w:p>
      <w:pPr>
        <w:pStyle w:val="Heading2"/>
      </w:pPr>
      <w:r>
        <w:t>Rock spring story — 'I too am a rock'</w:t>
      </w:r>
    </w:p>
    <w:p>
      <w:r>
        <w:rPr>
          <w:color w:val="666666"/>
          <w:sz w:val="18"/>
        </w:rPr>
        <w:t>What is Dua (Only Lecture) April 26, 2009 Maulana Wahiduddin Khan · 50s · at 58:32 · https://youtu.be/JxIR0o_C7GM?t=3512</w:t>
      </w:r>
    </w:p>
    <w:p>
      <w:r>
        <w:rPr>
          <w:i/>
        </w:rPr>
        <w:t>“Main bhi ek pathar hoon, mere pathar mein chashma jaari ho jaye”</w:t>
      </w:r>
    </w:p>
    <w:p>
      <w:r>
        <w:rPr>
          <w:sz w:val="20"/>
        </w:rPr>
        <w:t>58:32  main ek bar tha, ek pahari ilaqe mein gaya, wahan pathreela ilaqqa tha, is mein se chashma nikal raha tha, pathar ka chashma nikal raha hai.</w:t>
      </w:r>
      <w:r>
        <w:br/>
      </w:r>
      <w:r>
        <w:rPr>
          <w:sz w:val="20"/>
        </w:rPr>
        <w:t>58:42  is ko dekhte hi main meri aankhon se bhi chashma jari ho gaya ke khuda, main bhi ek pathar hoon, to chahe to mere pathar mein isi tarah chashma jari ho jaye.</w:t>
      </w:r>
      <w:r>
        <w:br/>
      </w:r>
      <w:r>
        <w:rPr>
          <w:sz w:val="20"/>
        </w:rPr>
        <w:t>58:52  to mere pathreeli wajood mein, mere pathreeli wajood mein to chahe chashma jari ho jaye.</w:t>
      </w:r>
      <w:r>
        <w:br/>
      </w:r>
      <w:r>
        <w:rPr>
          <w:sz w:val="20"/>
        </w:rPr>
        <w:t>59:03  har waqt, har lamha aap ke liye</w:t>
      </w:r>
      <w:r>
        <w:br/>
      </w:r>
      <w:r>
        <w:rPr>
          <w:sz w:val="20"/>
        </w:rPr>
        <w:t>59:13  point of reference maujood hai, har lamha.</w:t>
      </w:r>
    </w:p>
    <w:p>
      <w:pPr>
        <w:pStyle w:val="Heading2"/>
      </w:pPr>
      <w:r>
        <w:t>Exam hall bell analogy explaining sudden death</w:t>
      </w:r>
    </w:p>
    <w:p>
      <w:r>
        <w:rPr>
          <w:color w:val="666666"/>
          <w:sz w:val="18"/>
        </w:rPr>
        <w:t>Computer A Sign of God January 27, 2008 Maulana Wahiduddin Khan · 41s · at 51:51 · https://youtu.be/MdBcX_Q_rWg?t=3111</w:t>
      </w:r>
    </w:p>
    <w:p>
      <w:r>
        <w:rPr>
          <w:i/>
        </w:rPr>
        <w:t>“Jaise student exam hall mein baithe hote hain”</w:t>
      </w:r>
    </w:p>
    <w:p>
      <w:r>
        <w:rPr>
          <w:sz w:val="20"/>
        </w:rPr>
        <w:t>51:51  maut aayi to time khatam. jis tarah se aap jante hain ke student jo hai, woh baithe hue hain examination hall mein.</w:t>
      </w:r>
      <w:r>
        <w:br/>
      </w:r>
      <w:r>
        <w:rPr>
          <w:sz w:val="20"/>
        </w:rPr>
        <w:t>52:02  ab jaise teen ghante hua to foran ghanti baji</w:t>
      </w:r>
      <w:r>
        <w:br/>
      </w:r>
      <w:r>
        <w:rPr>
          <w:sz w:val="20"/>
        </w:rPr>
        <w:t>52:05  . to ghanti student ki death ki nahi hoti hai, time ko khatam karne ki hoti hai. yaani teen ghante ke baad, jo teen ghante ke baad jo wahan alarm baji,</w:t>
      </w:r>
      <w:r>
        <w:br/>
      </w:r>
      <w:r>
        <w:rPr>
          <w:sz w:val="20"/>
        </w:rPr>
        <w:t>52:20  to is ka matlab nahi ke student ki maut ka alarm tha, woh nahi. woh testing period khatam hoga, is ka alarm tha, woh.</w:t>
      </w:r>
    </w:p>
    <w:p>
      <w:pPr>
        <w:pStyle w:val="Heading2"/>
      </w:pPr>
      <w:r>
        <w:t>Prophet was orphaned, so no single model fits everyone</w:t>
      </w:r>
    </w:p>
    <w:p>
      <w:r>
        <w:rPr>
          <w:color w:val="666666"/>
          <w:sz w:val="18"/>
        </w:rPr>
        <w:t>The Prophetic Guidance February 18, 2007 · 52s · at 44:35 · https://youtu.be/5K7MiAVqNNA?t=2675</w:t>
      </w:r>
    </w:p>
    <w:p>
      <w:r>
        <w:rPr>
          <w:i/>
        </w:rPr>
        <w:t>“Rasool Allah ka maa baap ki khidmat ka namoona nahi milega”</w:t>
      </w:r>
    </w:p>
    <w:p>
      <w:r>
        <w:rPr>
          <w:sz w:val="20"/>
        </w:rPr>
        <w:t>44:35  andhere mein bhatken ge. kyunke ek rasool ke haan sare ek sare misalein namumkin hain ke milein.</w:t>
      </w:r>
      <w:r>
        <w:br/>
      </w:r>
      <w:r>
        <w:rPr>
          <w:sz w:val="20"/>
        </w:rPr>
        <w:t>44:43  jaise rasool Allah jo hain aap maa baap ki kaise khidmat karein? toh aap bataiye ke rasool Allah ka kya namuna milega aap ko? kyunke woh toh yateem the na baap na maa.</w:t>
      </w:r>
      <w:r>
        <w:br/>
      </w:r>
      <w:r>
        <w:rPr>
          <w:sz w:val="20"/>
        </w:rPr>
        <w:t>44:54  toh ek shakhs jo apne maa baap ki khidmat karna chahta ho toh rasool Allah kaise namuna denge is ko? bataiye. ek shakhs ka beta hai bete ko kaise woh tarbiyat kare?</w:t>
      </w:r>
      <w:r>
        <w:br/>
      </w:r>
      <w:r>
        <w:rPr>
          <w:sz w:val="20"/>
        </w:rPr>
        <w:t>45:05  toh rasool Allah ka nahi namuna milega aap ko? toh aap bete hi nahi the kuch? aap bataiye. kya karenge aap?</w:t>
      </w:r>
      <w:r>
        <w:br/>
      </w:r>
      <w:r>
        <w:rPr>
          <w:sz w:val="20"/>
        </w:rPr>
        <w:t>45:16  yeh kitni bari felicity hai jis mein musalman hazar saal se jee rahe hain. kitni bari felicity hai. isi felicity ne musalmanon ko tabah kar rakha hai.</w:t>
      </w:r>
    </w:p>
    <w:p>
      <w:pPr>
        <w:pStyle w:val="Heading2"/>
      </w:pPr>
      <w:r>
        <w:t>In da'wah, quality matters more than numbers</w:t>
      </w:r>
    </w:p>
    <w:p>
      <w:r>
        <w:rPr>
          <w:color w:val="666666"/>
          <w:sz w:val="18"/>
        </w:rPr>
        <w:t>Muslims in Diaspora 9 jan 2007 (English) · 20s · at 24:50 · https://youtu.be/oAi49l7nuOI?t=1490</w:t>
      </w:r>
    </w:p>
    <w:p>
      <w:r>
        <w:rPr>
          <w:i/>
        </w:rPr>
        <w:t>“It is not numbers that count, it is quality.”</w:t>
      </w:r>
    </w:p>
    <w:p>
      <w:r>
        <w:rPr>
          <w:sz w:val="20"/>
        </w:rPr>
        <w:t>24:50  But I don't believe like this. It is not numbers that count. It is quality that counts.</w:t>
      </w:r>
      <w:r>
        <w:br/>
      </w:r>
      <w:r>
        <w:rPr>
          <w:sz w:val="20"/>
        </w:rPr>
        <w:t>24:58  So, even if they were few in numbers, but I called them a positive diaspora because through these people, there was da'wah work.</w:t>
      </w:r>
    </w:p>
    <w:p>
      <w:pPr>
        <w:pStyle w:val="Heading2"/>
      </w:pPr>
      <w:r>
        <w:t>Ignore the problem, avoid the opportunity formula</w:t>
      </w:r>
    </w:p>
    <w:p>
      <w:r>
        <w:rPr>
          <w:color w:val="666666"/>
          <w:sz w:val="18"/>
        </w:rPr>
        <w:t>Freedom of Expression in Islam April 1, 2007 Maulana Wahiduddin Khan · 54s · at 24:45 · https://youtu.be/k-gj-Uu0sqA?t=1485</w:t>
      </w:r>
    </w:p>
    <w:p>
      <w:r>
        <w:rPr>
          <w:i/>
        </w:rPr>
        <w:t>“Ignore the problem, avoid the opportunity — the formula”</w:t>
      </w:r>
    </w:p>
    <w:p>
      <w:r>
        <w:rPr>
          <w:sz w:val="20"/>
        </w:rPr>
        <w:t>24:45  to kya kya aap ne aap ka tareeqa kya tha aap ne bohat hi yani aap impatiently observe kiya impatiently hi observe the situation impatiently hi assess the situation impatiently then he discovered a great formula</w:t>
      </w:r>
      <w:r>
        <w:br/>
      </w:r>
      <w:r>
        <w:rPr>
          <w:sz w:val="20"/>
        </w:rPr>
        <w:t>25:11  that formula was that formula was ignore the problem avail the opportunities super formula ke matlab beton ko ignore karo lekin beton ki wajah se wahan aik aik audience daily aata hai</w:t>
      </w:r>
      <w:r>
        <w:br/>
      </w:r>
      <w:r>
        <w:rPr>
          <w:sz w:val="20"/>
        </w:rPr>
        <w:t>25:30  360 idol jo thay to us ke jo mannay walay thay poojnay walay thay wo atay thay wahan par un ka darshan karnay ke liye</w:t>
      </w:r>
    </w:p>
    <w:p>
      <w:pPr>
        <w:pStyle w:val="Heading2"/>
      </w:pPr>
      <w:r>
        <w:t>Root of misunderstanding is being well-wisher</w:t>
      </w:r>
    </w:p>
    <w:p>
      <w:r>
        <w:rPr>
          <w:color w:val="666666"/>
          <w:sz w:val="18"/>
        </w:rPr>
        <w:t>The Problem of Misunderstanding July 02, 2008 · 26s · at 3:05 · https://youtu.be/IP8aFVKtttc?t=185</w:t>
      </w:r>
    </w:p>
    <w:p>
      <w:r>
        <w:rPr>
          <w:i/>
        </w:rPr>
        <w:t>“to samajh mein yahi baat aai”</w:t>
      </w:r>
    </w:p>
    <w:p>
      <w:r>
        <w:rPr>
          <w:sz w:val="20"/>
        </w:rPr>
        <w:t>3:05  to samajh mein yahi baat aayi ke sara raaz yeh hai ke aap doosre ke well-wisher hain ya nahi.</w:t>
      </w:r>
      <w:r>
        <w:br/>
      </w:r>
      <w:r>
        <w:rPr>
          <w:sz w:val="20"/>
        </w:rPr>
        <w:t>3:15  well-wisher hain to misunderstanding nahi hogi, aur agar aap well-wisher nahi hain to foran aap ko aik galat fehmi ho jayegi.</w:t>
      </w:r>
    </w:p>
    <w:p>
      <w:pPr>
        <w:pStyle w:val="Heading2"/>
      </w:pPr>
      <w:r>
        <w:t>Quranic references prove divine origin</w:t>
      </w:r>
    </w:p>
    <w:p>
      <w:r>
        <w:rPr>
          <w:color w:val="666666"/>
          <w:sz w:val="18"/>
        </w:rPr>
        <w:t>Scientific Affirmation of the Quran I 15th Dec 07 - Maulana Wahiduddin Khan · 26s · at 22:03 · https://youtu.be/pt0FaCDlfAY?t=1323</w:t>
      </w:r>
    </w:p>
    <w:p>
      <w:r>
        <w:rPr>
          <w:i/>
        </w:rPr>
        <w:t>“This kind of references in the Quran”</w:t>
      </w:r>
    </w:p>
    <w:p>
      <w:r>
        <w:rPr>
          <w:sz w:val="20"/>
        </w:rPr>
        <w:t>22:03  So, these kind of references in the Quran prove that Quran was revealed by God Almighty, who knows everything.</w:t>
      </w:r>
      <w:r>
        <w:br/>
      </w:r>
      <w:r>
        <w:rPr>
          <w:sz w:val="20"/>
        </w:rPr>
        <w:t>22:18  God Almighty knows everything. he knows da past, he knows da present, he knows da future.</w:t>
      </w:r>
    </w:p>
    <w:p>
      <w:pPr>
        <w:pStyle w:val="Heading2"/>
      </w:pPr>
      <w:r>
        <w:t>Intuition is key to knowing God</w:t>
      </w:r>
    </w:p>
    <w:p>
      <w:r>
        <w:rPr>
          <w:color w:val="666666"/>
          <w:sz w:val="18"/>
        </w:rPr>
        <w:t>Interaction with CPS Ulema October 3, 2020 Maulana Wahiduddin Khan · 48s · at 15:40 · https://youtu.be/5MzuTftI8jY?t=940</w:t>
      </w:r>
    </w:p>
    <w:p>
      <w:r>
        <w:rPr>
          <w:i/>
        </w:rPr>
        <w:t>“Science does not give you the ultimate.”</w:t>
      </w:r>
    </w:p>
    <w:p>
      <w:r>
        <w:rPr>
          <w:sz w:val="20"/>
        </w:rPr>
        <w:t>15:40  dek</w:t>
      </w:r>
      <w:r>
        <w:br/>
      </w:r>
      <w:r>
        <w:rPr>
          <w:sz w:val="20"/>
        </w:rPr>
        <w:t>15:41  hiye, science ka ilm aap ko</w:t>
      </w:r>
      <w:r>
        <w:br/>
      </w:r>
      <w:r>
        <w:rPr>
          <w:sz w:val="20"/>
        </w:rPr>
        <w:t>15:46  faizil cheez nahi deta.</w:t>
      </w:r>
      <w:r>
        <w:br/>
      </w:r>
      <w:r>
        <w:rPr>
          <w:sz w:val="20"/>
        </w:rPr>
        <w:t>15:54  woh madadgar hai. science ka ilm aap ke liye madadgar hai, kyunke science ke ilm ke bawajood intuition ki zaroorat rehti hai.</w:t>
      </w:r>
      <w:r>
        <w:br/>
      </w:r>
      <w:r>
        <w:rPr>
          <w:sz w:val="20"/>
        </w:rPr>
        <w:t>16:05  faizil jo cheez hai, woh intuition hai. aap is ghor o fikr karte hain, padhte hain aur Allah ko daryaft karte hain toh jo aakhri cheez jo aap ko pahunchati hai Allah tak, woh intuition hai.</w:t>
      </w:r>
    </w:p>
    <w:p>
      <w:pPr>
        <w:pStyle w:val="Heading2"/>
      </w:pPr>
      <w:r>
        <w:t>Every discovery reveals more to discover</w:t>
      </w:r>
    </w:p>
    <w:p>
      <w:r>
        <w:rPr>
          <w:color w:val="666666"/>
          <w:sz w:val="18"/>
        </w:rPr>
        <w:t>Human Knowledge and Divine Knowledge February 17, 2008 · 47s · at 7:58 · https://youtu.be/FVOvdC0uY1c?t=478</w:t>
      </w:r>
    </w:p>
    <w:p>
      <w:r>
        <w:rPr>
          <w:i/>
        </w:rPr>
        <w:t>“Har discovery ne ek nayi discovery ka clue diya”</w:t>
      </w:r>
    </w:p>
    <w:p>
      <w:r>
        <w:rPr>
          <w:sz w:val="20"/>
        </w:rPr>
        <w:t>7:58  har discovery ne aik nai discovery ka clue diya.</w:t>
      </w:r>
      <w:r>
        <w:br/>
      </w:r>
      <w:r>
        <w:rPr>
          <w:sz w:val="20"/>
        </w:rPr>
        <w:t>8:07  har baar jab koi nai baat jani insaan ne to maloom hua ke is ke beyond bhi koi baat hai, is ke beyond bhi koi baat hai.</w:t>
      </w:r>
      <w:r>
        <w:br/>
      </w:r>
      <w:r>
        <w:rPr>
          <w:sz w:val="20"/>
        </w:rPr>
        <w:t>8:17  yeh tha safar insani soch ka.</w:t>
      </w:r>
      <w:r>
        <w:br/>
      </w:r>
      <w:r>
        <w:rPr>
          <w:sz w:val="20"/>
        </w:rPr>
        <w:t>8:30  every time, every discovery, every discovery tells that there is something more to to discover.</w:t>
      </w:r>
    </w:p>
    <w:p>
      <w:pPr>
        <w:pStyle w:val="Heading2"/>
      </w:pPr>
      <w:r>
        <w:t>meaning of the closing greeting of prayer</w:t>
      </w:r>
    </w:p>
    <w:p>
      <w:r>
        <w:rPr>
          <w:color w:val="666666"/>
          <w:sz w:val="18"/>
        </w:rPr>
        <w:t>Islamic Prayer (English) February 27, 2007 · 58s · at 25:52 · https://youtu.be/7G6Wa2IGSwE?t=1552</w:t>
      </w:r>
    </w:p>
    <w:p>
      <w:r>
        <w:rPr>
          <w:i/>
        </w:rPr>
        <w:t>“Do you know what is the meaning of Salaam?”</w:t>
      </w:r>
    </w:p>
    <w:p>
      <w:r>
        <w:rPr>
          <w:sz w:val="20"/>
        </w:rPr>
        <w:t>25:52  Explaining this, a great scholar, a great Muslim scholar, a great Islamic scholar has said his name was Ibn Uwayyah.</w:t>
      </w:r>
      <w:r>
        <w:br/>
      </w:r>
      <w:r>
        <w:rPr>
          <w:sz w:val="20"/>
        </w:rPr>
        <w:t>26:10  So Ibn Uwayyah says, "Do you know hal tadri salam Do you know what is saying salam</w:t>
      </w:r>
      <w:r>
        <w:br/>
      </w:r>
      <w:r>
        <w:rPr>
          <w:sz w:val="20"/>
        </w:rPr>
        <w:t>26:22  ? What is the meaning of salam?" yaqool anta aaman minni anta aaman minni By saying this,</w:t>
      </w:r>
      <w:r>
        <w:br/>
      </w:r>
      <w:r>
        <w:rPr>
          <w:sz w:val="20"/>
        </w:rPr>
        <w:t>26:33  the believers say, "Oh people, you are safe from myself.</w:t>
      </w:r>
      <w:r>
        <w:br/>
      </w:r>
      <w:r>
        <w:rPr>
          <w:sz w:val="20"/>
        </w:rPr>
        <w:t>26:44  I am not going to create any problem for you."</w:t>
      </w:r>
    </w:p>
    <w:p>
      <w:pPr>
        <w:pStyle w:val="Heading2"/>
      </w:pPr>
      <w:r>
        <w:t>ignoring a problem is a valid third option</w:t>
      </w:r>
    </w:p>
    <w:p>
      <w:r>
        <w:rPr>
          <w:color w:val="666666"/>
          <w:sz w:val="18"/>
        </w:rPr>
        <w:t>The Art of Thinking January 28, 2024 · 31s · at 20:17 · https://youtu.be/lpUsTrs0ulo?t=1217</w:t>
      </w:r>
    </w:p>
    <w:p>
      <w:r>
        <w:rPr>
          <w:i/>
        </w:rPr>
        <w:t>“There is a third possible option: just ignore the problem”</w:t>
      </w:r>
    </w:p>
    <w:p>
      <w:r>
        <w:rPr>
          <w:sz w:val="20"/>
        </w:rPr>
        <w:t>20:17  hai. to yeh hamein is ko baat ko gehrai se samajhna hai ke ek teesri mumkin soorat bhi hai, aur woh hai ke is ko koi bhi masla hai, to is ko hum nazar andaaz karen.</w:t>
      </w:r>
      <w:r>
        <w:br/>
      </w:r>
      <w:r>
        <w:rPr>
          <w:sz w:val="20"/>
        </w:rPr>
        <w:t>20:30  to yeh nahin samjhen ke bas ya to ek ya yeh masla jo hai, kabhi khatam hone wala nahin hai, masla hal hone wala nahin hai. to wahan hum hamein a'iraz karna, tolerate karna, nazar andaaz karna, yeh masle ka hal hota hai.</w:t>
      </w:r>
    </w:p>
    <w:p>
      <w:pPr>
        <w:pStyle w:val="Heading2"/>
      </w:pPr>
      <w:r>
        <w:t>True spirit of Islam is peace</w:t>
      </w:r>
    </w:p>
    <w:p>
      <w:r>
        <w:rPr>
          <w:color w:val="666666"/>
          <w:sz w:val="18"/>
        </w:rPr>
        <w:t>Islam and Peace (Part 2) (English) January 17, 2007 Maulana Wahiduddin Khan · 22s · at 35:43 · https://youtu.be/K5H4b8y4E7g?t=2143</w:t>
      </w:r>
    </w:p>
    <w:p>
      <w:r>
        <w:rPr>
          <w:i/>
        </w:rPr>
        <w:t>“This is the true spirit of Islam.”</w:t>
      </w:r>
    </w:p>
    <w:p>
      <w:r>
        <w:rPr>
          <w:sz w:val="20"/>
        </w:rPr>
        <w:t>35:43  this is the true spirit of islam.</w:t>
      </w:r>
      <w:r>
        <w:br/>
      </w:r>
      <w:r>
        <w:rPr>
          <w:sz w:val="20"/>
        </w:rPr>
        <w:t>35:49  every momin is lover of peace rather than lover of war and violence.</w:t>
      </w:r>
      <w:r>
        <w:br/>
      </w:r>
      <w:r>
        <w:rPr>
          <w:sz w:val="20"/>
        </w:rPr>
        <w:t>36:00  the prophet of islam has said</w:t>
      </w:r>
    </w:p>
    <w:p>
      <w:pPr>
        <w:pStyle w:val="Heading2"/>
      </w:pPr>
      <w:r>
        <w:t>Man is helpless, God is all-powerful</w:t>
      </w:r>
    </w:p>
    <w:p>
      <w:r>
        <w:rPr>
          <w:color w:val="666666"/>
          <w:sz w:val="18"/>
        </w:rPr>
        <w:t>Maarifah (God-Realization) December 26, 2021 Dr. Saniyasnain Khan · 45s · at 28:21 · https://youtu.be/cQ9o_l5mrbI?t=1701</w:t>
      </w:r>
    </w:p>
    <w:p>
      <w:r>
        <w:rPr>
          <w:i/>
        </w:rPr>
        <w:t>“انسان یہ جانے کہ وہ ہیلپ لیس ہے اور عاجز ہے”</w:t>
      </w:r>
    </w:p>
    <w:p>
      <w:r>
        <w:rPr>
          <w:sz w:val="20"/>
        </w:rPr>
        <w:t>28:21  hai ajz yani helplessness ke insan yeh jaane ke insan helpless hai aur ajiz hai aur balkeh ajiz mutlaq hai yani apne aap ko all helpless aur khuda ko all powerful qadir mutlaq ajiz mutlaq aur qadir mutlaq</w:t>
      </w:r>
      <w:r>
        <w:br/>
      </w:r>
      <w:r>
        <w:rPr>
          <w:sz w:val="20"/>
        </w:rPr>
        <w:t>28:40  aah yeh yeh cheez jo hai ke insan aah lene wala hai aur khuda dene wala hai aah insan taker hai aur khuda giver hai insan aah aah aah munim hai aur khuda munim hai to yeh yeh jo aah relation hai jab insan yeh samajhta hai tab us ke andar ajizi aati hai aur aur modesty aati hai</w:t>
      </w:r>
    </w:p>
    <w:p>
      <w:pPr>
        <w:pStyle w:val="Heading2"/>
      </w:pPr>
      <w:r>
        <w:t>No scheme against you succeeds without Allah's will</w:t>
      </w:r>
    </w:p>
    <w:p>
      <w:r>
        <w:rPr>
          <w:color w:val="666666"/>
          <w:sz w:val="18"/>
        </w:rPr>
        <w:t>Lessons from The Story of Prophet Moses Part 1, August 1, 2022 · 53s · at 25:16 · https://youtu.be/JsRmjNQQHLY?t=1516</w:t>
      </w:r>
    </w:p>
    <w:p>
      <w:r>
        <w:rPr>
          <w:i/>
        </w:rPr>
        <w:t>“कोई भी बड़ी से बड़ी तदबीर कर ले आपके खिलाफ...”</w:t>
      </w:r>
    </w:p>
    <w:p>
      <w:r>
        <w:rPr>
          <w:sz w:val="20"/>
        </w:rPr>
        <w:t>25:16  ji, to jo sabak humko yahan milta hai ki koi bhi kisi bhi tarah ki badi se badi tadbeer kar le aapke khilaf, agar allah ko manzoor nahi hogi, to kabhi bhi wo kamyab nahi ho sakta. ji, aur yahan maulana ne likha hai, main usko padhunga ki allah taala apne nek bandon ke liye khatra ko mawa mein tabdeel kar deta hai, yaani danger ko opportunity mein tabdeel kar deta hai aur khone ko pane ka jeena bana deta</w:t>
      </w:r>
      <w:r>
        <w:br/>
      </w:r>
      <w:r>
        <w:rPr>
          <w:sz w:val="20"/>
        </w:rPr>
        <w:t>25:45  hai. wo khauf ko,</w:t>
      </w:r>
      <w:r>
        <w:br/>
      </w:r>
      <w:r>
        <w:rPr>
          <w:sz w:val="20"/>
        </w:rPr>
        <w:t>25:50  wo khauf ke halaat ko aasani mein badal deta hai. wo anhoni ke andar honi ke mawa nikal deta hai. khuda tamam tadbeer karne walon se behtar tadbeer karne wala hai. wo hamesha apne nek bandon ki madad karta hai aur zalim bandon ki nahi. ji</w:t>
      </w:r>
    </w:p>
    <w:p>
      <w:pPr>
        <w:pStyle w:val="Heading2"/>
      </w:pPr>
      <w:r>
        <w:t>nuclear energy's positive and negative uses</w:t>
      </w:r>
    </w:p>
    <w:p>
      <w:r>
        <w:rPr>
          <w:color w:val="666666"/>
          <w:sz w:val="18"/>
        </w:rPr>
        <w:t>Signs of Doomsday November 7, 2021 Prof. Farida Khanam · 46s · at 10:08 · https://youtu.be/RQZchtP6uRg?t=608</w:t>
      </w:r>
    </w:p>
    <w:p>
      <w:r>
        <w:rPr>
          <w:i/>
        </w:rPr>
        <w:t>“Log ne nuclear energy ko atom bomb ke tor par istemal kiya”</w:t>
      </w:r>
    </w:p>
    <w:p>
      <w:r>
        <w:rPr>
          <w:sz w:val="20"/>
        </w:rPr>
        <w:t>10:08  to shayad rasool Allah sal Allah alayh wasallam usi negative istemal ko refer kar rahay thay ke log negative is ka istemal kar ke jo sari cheezein jo ijad huien hain jaisay ab aap misal ke tor par atom, atom nuclear energy leejiyay.</w:t>
      </w:r>
      <w:r>
        <w:br/>
      </w:r>
      <w:r>
        <w:rPr>
          <w:sz w:val="20"/>
        </w:rPr>
        <w:t>10:28  nuclear energy se bohat kuch kaam ho sakta hai lekin logon ne us ko atom bomb ke tor par istemal kiya. to har cheez ka minus pehlu bhi hota hai aur plus pehlu bhi hota hai.</w:t>
      </w:r>
      <w:r>
        <w:br/>
      </w:r>
      <w:r>
        <w:rPr>
          <w:sz w:val="20"/>
        </w:rPr>
        <w:t>10:40  negative bhi hota hai, positive bhi hota hai. to agar us ko positively liya jaye, us ka positive istemal kiya jaye to woh progress and development hota hai aur negative istemal kiya jaye to destruction hota hai.</w:t>
      </w:r>
    </w:p>
    <w:p>
      <w:pPr>
        <w:pStyle w:val="Heading2"/>
      </w:pPr>
      <w:r>
        <w:t>Allahu Akbar meaning modesty</w:t>
      </w:r>
    </w:p>
    <w:p>
      <w:r>
        <w:rPr>
          <w:color w:val="666666"/>
          <w:sz w:val="18"/>
        </w:rPr>
        <w:t>Islam in Daily Life | December 18, 2007 · 1m 02s · at 16:07 · https://youtu.be/wLp27oWti4c?t=967</w:t>
      </w:r>
    </w:p>
    <w:p>
      <w:r>
        <w:rPr>
          <w:i/>
        </w:rPr>
        <w:t>“Allahu Akbar means God is great and I am not great”</w:t>
      </w:r>
    </w:p>
    <w:p>
      <w:r>
        <w:rPr>
          <w:sz w:val="20"/>
        </w:rPr>
        <w:t>16:07  jo aap ka creator hai, jo aap ka sustainer hai.</w:t>
      </w:r>
      <w:r>
        <w:br/>
      </w:r>
      <w:r>
        <w:rPr>
          <w:sz w:val="20"/>
        </w:rPr>
        <w:t>16:11  jo har cheez aap ko deta hai.</w:t>
      </w:r>
      <w:r>
        <w:br/>
      </w:r>
      <w:r>
        <w:rPr>
          <w:sz w:val="20"/>
        </w:rPr>
        <w:t>16:16  tu aap ne kaha ke Allah Akbar.</w:t>
      </w:r>
      <w:r>
        <w:br/>
      </w:r>
      <w:r>
        <w:rPr>
          <w:sz w:val="20"/>
        </w:rPr>
        <w:t>16:20  God is Great.</w:t>
      </w:r>
      <w:r>
        <w:br/>
      </w:r>
      <w:r>
        <w:rPr>
          <w:sz w:val="20"/>
        </w:rPr>
        <w:t>16:25  lekin is mein ek aur cheez implicit hai.</w:t>
      </w:r>
      <w:r>
        <w:br/>
      </w:r>
      <w:r>
        <w:rPr>
          <w:sz w:val="20"/>
        </w:rPr>
        <w:t>16:29  woh kya? god is great and i am not great.</w:t>
      </w:r>
      <w:r>
        <w:br/>
      </w:r>
      <w:r>
        <w:rPr>
          <w:sz w:val="20"/>
        </w:rPr>
        <w:t>16:33  khuda ko bara kehna apne aap mein us ke andar yeh</w:t>
      </w:r>
      <w:r>
        <w:br/>
      </w:r>
      <w:r>
        <w:rPr>
          <w:sz w:val="20"/>
        </w:rPr>
        <w:t>16:38  meaning shamil hai ke i am not great.</w:t>
      </w:r>
      <w:r>
        <w:br/>
      </w:r>
      <w:r>
        <w:rPr>
          <w:sz w:val="20"/>
        </w:rPr>
        <w:t>16:43  toh yeh kya hua? yeh hai modesty ka lesson. modesty.</w:t>
      </w:r>
      <w:r>
        <w:br/>
      </w:r>
      <w:r>
        <w:rPr>
          <w:sz w:val="20"/>
        </w:rPr>
        <w:t>16:48  kyun ke namaz aap ko modesty ka, ka, ka dose deti hai.</w:t>
      </w:r>
      <w:r>
        <w:br/>
      </w:r>
      <w:r>
        <w:rPr>
          <w:sz w:val="20"/>
        </w:rPr>
        <w:t>16:53  isi liye aap ruku mein jhukte hain, sajda mein zameen par sar rakhte hain.</w:t>
      </w:r>
      <w:r>
        <w:br/>
      </w:r>
      <w:r>
        <w:rPr>
          <w:sz w:val="20"/>
        </w:rPr>
        <w:t>16:59  yeh sab kya hai? modesty.</w:t>
      </w:r>
      <w:r>
        <w:br/>
      </w:r>
      <w:r>
        <w:rPr>
          <w:sz w:val="20"/>
        </w:rPr>
        <w:t>17:04  toh namaz ka ek, namaz ek spirit aap ko inculcate karti hai.</w:t>
      </w:r>
    </w:p>
    <w:p>
      <w:pPr>
        <w:pStyle w:val="Heading2"/>
      </w:pPr>
      <w:r>
        <w:t>Maulana's dawn sitting routine at office</w:t>
      </w:r>
    </w:p>
    <w:p>
      <w:r>
        <w:rPr>
          <w:color w:val="666666"/>
          <w:sz w:val="18"/>
        </w:rPr>
        <w:t>Realization of God August 19, 2018 Maulana Wahiduddin Khan · 25s · at 0:35 · https://youtu.be/jIFP26iWEKQ?t=35</w:t>
      </w:r>
    </w:p>
    <w:p>
      <w:r>
        <w:rPr>
          <w:i/>
        </w:rPr>
        <w:t>“Mera mamool hai ke main apne office ke samne subah ko”</w:t>
      </w:r>
    </w:p>
    <w:p>
      <w:r>
        <w:rPr>
          <w:sz w:val="20"/>
        </w:rPr>
        <w:t>0:35  mera mamool hai ke main apne office ke samne subah ko</w:t>
      </w:r>
      <w:r>
        <w:br/>
      </w:r>
      <w:r>
        <w:rPr>
          <w:sz w:val="20"/>
        </w:rPr>
        <w:t>0:44  der tak baithta hoon, yani jis ko kehte hain dawn. dawn ke waqt.</w:t>
      </w:r>
      <w:r>
        <w:br/>
      </w:r>
      <w:r>
        <w:rPr>
          <w:sz w:val="20"/>
        </w:rPr>
        <w:t>0:55  subah sawere ka waqt.</w:t>
      </w:r>
    </w:p>
    <w:p>
      <w:pPr>
        <w:pStyle w:val="Heading2"/>
      </w:pPr>
      <w:r>
        <w:t>Best formula is status quoism</w:t>
      </w:r>
    </w:p>
    <w:p>
      <w:r>
        <w:rPr>
          <w:color w:val="666666"/>
          <w:sz w:val="18"/>
        </w:rPr>
        <w:t>The Art of Counselling | May 16, 2008 · 30s · at 56:13 · https://youtu.be/0ijVj9Cw34k?t=3373</w:t>
      </w:r>
    </w:p>
    <w:p>
      <w:r>
        <w:rPr>
          <w:i/>
        </w:rPr>
        <w:t>“Is duniya excuses par nahi chal sakti hai”</w:t>
      </w:r>
    </w:p>
    <w:p>
      <w:r>
        <w:rPr>
          <w:sz w:val="20"/>
        </w:rPr>
        <w:t>56:13  yeh duniya excuse par nahin chal sakti hai.</w:t>
      </w:r>
      <w:r>
        <w:br/>
      </w:r>
      <w:r>
        <w:rPr>
          <w:sz w:val="20"/>
        </w:rPr>
        <w:t>56:19  yeh duniya chal rahi hai realities par.</w:t>
      </w:r>
      <w:r>
        <w:br/>
      </w:r>
      <w:r>
        <w:rPr>
          <w:sz w:val="20"/>
        </w:rPr>
        <w:t>56:25  ek sahab mere paas aaye.</w:t>
      </w:r>
      <w:r>
        <w:br/>
      </w:r>
      <w:r>
        <w:rPr>
          <w:sz w:val="20"/>
        </w:rPr>
        <w:t>56:31  to un ke kuch problem the.</w:t>
      </w:r>
      <w:r>
        <w:br/>
      </w:r>
      <w:r>
        <w:rPr>
          <w:sz w:val="20"/>
        </w:rPr>
        <w:t>56:37  میں نے کہا کہ best formula کیا ہے؟ Best formula ہے status quoism۔ عام طور</w:t>
      </w:r>
    </w:p>
    <w:p>
      <w:pPr>
        <w:pStyle w:val="Heading2"/>
      </w:pPr>
      <w:r>
        <w:t>life is the art of the possible</w:t>
      </w:r>
    </w:p>
    <w:p>
      <w:r>
        <w:rPr>
          <w:color w:val="666666"/>
          <w:sz w:val="18"/>
        </w:rPr>
        <w:t>Principle of Avoidance in Islam December 12, 2010 · 41s · at 30:01 · https://youtu.be/W5DQnHPN1y4?t=1801</w:t>
      </w:r>
    </w:p>
    <w:p>
      <w:r>
        <w:rPr>
          <w:i/>
        </w:rPr>
        <w:t>“پولیٹکس از آرٹ آف دا ممکن، لائف از آرٹ آف دا ممکن”</w:t>
      </w:r>
    </w:p>
    <w:p>
      <w:r>
        <w:rPr>
          <w:sz w:val="20"/>
        </w:rPr>
        <w:t>30:01  har mauqe par aisa hota hai ke ek cheez hoti hai mumkin, ek hoti hai namumkin. to to kaha jata hai ke politics is art of the mumkin.</w:t>
      </w:r>
      <w:r>
        <w:br/>
      </w:r>
      <w:r>
        <w:rPr>
          <w:sz w:val="20"/>
        </w:rPr>
        <w:t>30:13  yeh yeh politics ki baat nahi, poori zindagi ki baat hai. ke life is art of the mumkin.</w:t>
      </w:r>
      <w:r>
        <w:br/>
      </w:r>
      <w:r>
        <w:rPr>
          <w:sz w:val="20"/>
        </w:rPr>
        <w:t>30:21  yeh jo kaha gaya hai ke politics is art of the mumkin, us ko aap wasee ma'ni mein lijiye.</w:t>
      </w:r>
      <w:r>
        <w:br/>
      </w:r>
      <w:r>
        <w:rPr>
          <w:sz w:val="20"/>
        </w:rPr>
        <w:t>30:30  to kaha jayega ke life is art of the mumkin. yahi i'raaz hai, yahi sabr hai, yahi bardasht hai, yahi tahammul hai.</w:t>
      </w:r>
    </w:p>
    <w:p>
      <w:pPr>
        <w:pStyle w:val="Heading2"/>
      </w:pPr>
      <w:r>
        <w:t>true believers love God more than anything else</w:t>
      </w:r>
    </w:p>
    <w:p>
      <w:r>
        <w:rPr>
          <w:color w:val="666666"/>
          <w:sz w:val="18"/>
        </w:rPr>
        <w:t>Love of God, May 03, 2009 · 46s · at 1:56 · https://youtu.be/wGde_cOIw9Q?t=116</w:t>
      </w:r>
    </w:p>
    <w:p>
      <w:r>
        <w:rPr>
          <w:i/>
        </w:rPr>
        <w:t>“Believers love God most”</w:t>
      </w:r>
    </w:p>
    <w:p>
      <w:r>
        <w:rPr>
          <w:sz w:val="20"/>
        </w:rPr>
        <w:t>1:56  lekin jo Allah, jo Allah ko manne wale hain sach much, to unko sab se zyada mohabbat khuda se hoti hai.</w:t>
      </w:r>
      <w:r>
        <w:br/>
      </w:r>
      <w:r>
        <w:rPr>
          <w:sz w:val="20"/>
        </w:rPr>
        <w:t>2:06  believers love god most. ahl-e-iman jo hain, woh sab se zyada mohabbat khuda se karte hain.</w:t>
      </w:r>
      <w:r>
        <w:br/>
      </w:r>
      <w:r>
        <w:rPr>
          <w:sz w:val="20"/>
        </w:rPr>
        <w:t>2:17  believers love god most. mohabbat ko agar aap lughat ke aitbaar se janna chahein to dictionary mein iska matlab bataya jata hai:</w:t>
      </w:r>
      <w:r>
        <w:br/>
      </w:r>
      <w:r>
        <w:rPr>
          <w:sz w:val="20"/>
        </w:rPr>
        <w:t>2:33  strong affection. mohabbat kya hai? strong affection.</w:t>
      </w:r>
    </w:p>
    <w:p>
      <w:pPr>
        <w:pStyle w:val="Heading2"/>
      </w:pPr>
      <w:r>
        <w:t>fearing your neighbors as enemies is a self-made prison</w:t>
      </w:r>
    </w:p>
    <w:p>
      <w:r>
        <w:rPr>
          <w:color w:val="666666"/>
          <w:sz w:val="18"/>
        </w:rPr>
        <w:t>Month of Ramadan and The Quran 15 July 2012 · 51s · at 53:16 · https://youtu.be/BxiaMbKdoo8?t=3196</w:t>
      </w:r>
    </w:p>
    <w:p>
      <w:r>
        <w:rPr>
          <w:i/>
        </w:rPr>
        <w:t>“استغفراللہ یہ کون سی سوچ ہے آپ کی؟”</w:t>
      </w:r>
    </w:p>
    <w:p>
      <w:r>
        <w:rPr>
          <w:sz w:val="20"/>
        </w:rPr>
        <w:t>53:16  yani kaha ke bahar sab log bheriye hain woh un ke bachche kha jayenge is liye pareshan rehte hain jab tak wapas na aayen woh. to mein ne kaha astaghfirullah yeh kaun si soch hai aap ki?</w:t>
      </w:r>
      <w:r>
        <w:br/>
      </w:r>
      <w:r>
        <w:rPr>
          <w:sz w:val="20"/>
        </w:rPr>
        <w:t>53:27  dusre insan ko apna bhai nahi samajhte aap is liye aisa hain. aap dusre musalmanon ko dushman samajhte hain. aap samajhte hain ke dusre insan dushman hain.</w:t>
      </w:r>
      <w:r>
        <w:br/>
      </w:r>
      <w:r>
        <w:rPr>
          <w:sz w:val="20"/>
        </w:rPr>
        <w:t>53:37  mere khayal mein aap conspiracy kar rahe hain. woh anti muslim hain.</w:t>
      </w:r>
      <w:r>
        <w:br/>
      </w:r>
      <w:r>
        <w:rPr>
          <w:sz w:val="20"/>
        </w:rPr>
        <w:t>53:43  is wajah se aap yani apne apne hi nafsiyat ka yani prison hain. pade hue hain.</w:t>
      </w:r>
      <w:r>
        <w:br/>
      </w:r>
      <w:r>
        <w:rPr>
          <w:sz w:val="20"/>
        </w:rPr>
        <w:t>53:53  yeh self self prison psychology hai yeh. ke chunke aap ne farz kar rakha hai ke sare log jo hain aas pas jitne bhi hain woh islam ke dushman hain, mere dushman hain.</w:t>
      </w:r>
    </w:p>
    <w:p>
      <w:pPr>
        <w:pStyle w:val="Heading2"/>
      </w:pPr>
      <w:r>
        <w:t>hadith: Prophet always chose the easier, peaceful course</w:t>
      </w:r>
    </w:p>
    <w:p>
      <w:r>
        <w:rPr>
          <w:color w:val="666666"/>
          <w:sz w:val="18"/>
        </w:rPr>
        <w:t>Peaceful Activism vs Violent Activism May 23, 2009 · 48s · at 23:49 · https://youtu.be/LlwiET1Kb5w?t=1429</w:t>
      </w:r>
    </w:p>
    <w:p>
      <w:r>
        <w:rPr>
          <w:i/>
        </w:rPr>
        <w:t>“There's a hadith in Sahih Bukhari about the Prophet's policy.”</w:t>
      </w:r>
    </w:p>
    <w:p>
      <w:r>
        <w:rPr>
          <w:sz w:val="20"/>
        </w:rPr>
        <w:t>23:49  there is a hadith in the, in sahih al-bukhari, that rasulullah sallallahu alaihi wasallam,</w:t>
      </w:r>
      <w:r>
        <w:br/>
      </w:r>
      <w:r>
        <w:rPr>
          <w:sz w:val="20"/>
        </w:rPr>
        <w:t>24:01  it means that whenever the prophet had to choose between the two, he always opted for easier course of action rather than harder course of action.</w:t>
      </w:r>
      <w:r>
        <w:br/>
      </w:r>
      <w:r>
        <w:rPr>
          <w:sz w:val="20"/>
        </w:rPr>
        <w:t>24:12  in other words, peaceful course of action rather than violent course of action.</w:t>
      </w:r>
      <w:r>
        <w:br/>
      </w:r>
      <w:r>
        <w:rPr>
          <w:sz w:val="20"/>
        </w:rPr>
        <w:t>24:18  this was the basic, this is the basic principle of prophet of Islam. this is the was the general policy of the prophet of Islam.</w:t>
      </w:r>
      <w:r>
        <w:br/>
      </w:r>
      <w:r>
        <w:rPr>
          <w:sz w:val="20"/>
        </w:rPr>
        <w:t>24:29  this hadith give us what was the general policy of the prophet of Islam.</w:t>
      </w:r>
    </w:p>
    <w:p>
      <w:pPr>
        <w:pStyle w:val="Heading2"/>
      </w:pPr>
      <w:r>
        <w:t>hadith on the believer's insight and Allah's light</w:t>
      </w:r>
    </w:p>
    <w:p>
      <w:r>
        <w:rPr>
          <w:color w:val="666666"/>
          <w:sz w:val="18"/>
        </w:rPr>
        <w:t>What is Wisdom CPS Women Session · 35s · at 1:11 · https://youtu.be/l73-Js3cVkc?t=71</w:t>
      </w:r>
    </w:p>
    <w:p>
      <w:r>
        <w:rPr>
          <w:i/>
        </w:rPr>
        <w:t>“Beware the believer's insight — he sees with Allah's light”</w:t>
      </w:r>
    </w:p>
    <w:p>
      <w:r>
        <w:rPr>
          <w:sz w:val="20"/>
        </w:rPr>
        <w:t>1:11  Yahi wisdom hai. Ek hadees mein Rasool Allah Sal Allah o Alaihi Wasallam ne farmaya ke momin ki hoshiyari se bacho, kyunke woh Allah ke noor se dekhta hai.</w:t>
      </w:r>
      <w:r>
        <w:br/>
      </w:r>
      <w:r>
        <w:rPr>
          <w:sz w:val="20"/>
        </w:rPr>
        <w:t>1:21  Is ka matlab yeh nahi ke hoshiyari ya samajhdari kisi group ke liye muqaddar kar di gayi hai ya ek mysterious tor par momin ko de di jaati hai, balke is ka matlab yeh hai ke yeh imaan ki ek sifat hai.</w:t>
      </w:r>
      <w:r>
        <w:br/>
      </w:r>
      <w:r>
        <w:rPr>
          <w:sz w:val="20"/>
        </w:rPr>
        <w:t>1:35  Jab kisi ko haqeeqi imaan kisi ke dil mein paida hota hai to us ke andar wohi quality develop ho jayegi jis ko wisdom kaha jayega ya samajhdari kaha jayega.</w:t>
      </w:r>
    </w:p>
    <w:p>
      <w:pPr>
        <w:pStyle w:val="Heading2"/>
      </w:pPr>
      <w:r>
        <w:t>Topic: Peace of Mind or Spiritual Peace</w:t>
      </w:r>
    </w:p>
    <w:p>
      <w:r>
        <w:rPr>
          <w:color w:val="666666"/>
          <w:sz w:val="18"/>
        </w:rPr>
        <w:t>Peace of Mind April 19, 2015 Maulana Wahiduddin Khan · 42m 27s · at 0:21 · https://youtu.be/bGLY0ALNtjw?t=21</w:t>
      </w:r>
    </w:p>
    <w:p>
      <w:r>
        <w:rPr>
          <w:i/>
        </w:rPr>
        <w:t>“Aaj ka topic hai: Peace of Mind, ya rohani sukoon”</w:t>
      </w:r>
    </w:p>
    <w:p>
      <w:r>
        <w:rPr>
          <w:sz w:val="20"/>
        </w:rPr>
        <w:t>0:21  bismillah rahman rahim,</w:t>
      </w:r>
      <w:r>
        <w:br/>
      </w:r>
      <w:r>
        <w:rPr>
          <w:sz w:val="20"/>
        </w:rPr>
        <w:t>0:25  wasalli Allahu ala nabiyil karim.</w:t>
      </w:r>
      <w:r>
        <w:br/>
      </w:r>
      <w:r>
        <w:rPr>
          <w:sz w:val="20"/>
        </w:rPr>
        <w:t>0:29  rab ishrah li sadri,</w:t>
      </w:r>
      <w:r>
        <w:br/>
      </w:r>
      <w:r>
        <w:rPr>
          <w:sz w:val="20"/>
        </w:rPr>
        <w:t>0:33  wassar li amri,</w:t>
      </w:r>
      <w:r>
        <w:br/>
      </w:r>
      <w:r>
        <w:rPr>
          <w:sz w:val="20"/>
        </w:rPr>
        <w:t>0:35  wahul uqdata min lisani</w:t>
      </w:r>
      <w:r>
        <w:br/>
      </w:r>
      <w:r>
        <w:rPr>
          <w:sz w:val="20"/>
        </w:rPr>
        <w:t>0:38  yafqa qawli. 19</w:t>
      </w:r>
      <w:r>
        <w:br/>
      </w:r>
      <w:r>
        <w:rPr>
          <w:sz w:val="20"/>
        </w:rPr>
        <w:t>0:43  april 2015. aaj ka topic hai:</w:t>
      </w:r>
      <w:r>
        <w:br/>
      </w:r>
      <w:r>
        <w:rPr>
          <w:sz w:val="20"/>
        </w:rPr>
        <w:t>0:52  peace of mind,</w:t>
      </w:r>
      <w:r>
        <w:br/>
      </w:r>
      <w:r>
        <w:rPr>
          <w:sz w:val="20"/>
        </w:rPr>
        <w:t>0:54  ya rohani sukoon.</w:t>
      </w:r>
      <w:r>
        <w:br/>
      </w:r>
      <w:r>
        <w:rPr>
          <w:sz w:val="20"/>
        </w:rPr>
        <w:t>0:56  meri zindagi ka aik</w:t>
      </w:r>
      <w:r>
        <w:br/>
      </w:r>
      <w:r>
        <w:rPr>
          <w:sz w:val="20"/>
        </w:rPr>
        <w:t>1:00  experience yeh hai</w:t>
      </w:r>
      <w:r>
        <w:br/>
      </w:r>
      <w:r>
        <w:rPr>
          <w:sz w:val="20"/>
        </w:rPr>
        <w:t>1:02  keh aadmi ko</w:t>
      </w:r>
      <w:r>
        <w:br/>
      </w:r>
      <w:r>
        <w:rPr>
          <w:sz w:val="20"/>
        </w:rPr>
        <w:t>1:05  har cheez parhna chahiye, har mazhab ko, har discipline ko.</w:t>
      </w:r>
      <w:r>
        <w:br/>
      </w:r>
      <w:r>
        <w:rPr>
          <w:sz w:val="20"/>
        </w:rPr>
        <w:t>1:11  Woh kisi ek discipline mein, kisi ek tradition mein yaqeen rakhta ho, tab bhi parhna chahiye.</w:t>
      </w:r>
      <w:r>
        <w:br/>
      </w:r>
      <w:r>
        <w:rPr>
          <w:sz w:val="20"/>
        </w:rPr>
        <w:t>1:20  Aur har cheez aap ko</w:t>
      </w:r>
      <w:r>
        <w:br/>
      </w:r>
      <w:r>
        <w:rPr>
          <w:sz w:val="20"/>
        </w:rPr>
        <w:t>1:24  faida degi.</w:t>
      </w:r>
      <w:r>
        <w:br/>
      </w:r>
      <w:r>
        <w:rPr>
          <w:sz w:val="20"/>
        </w:rPr>
        <w:t>1:27  Lekin ek condition hai, woh yeh keh aap empty mind ho kar</w:t>
      </w:r>
      <w:r>
        <w:br/>
      </w:r>
      <w:r>
        <w:rPr>
          <w:sz w:val="20"/>
        </w:rPr>
        <w:t>1:34  doosri cheezon ko parhein.</w:t>
      </w:r>
      <w:r>
        <w:br/>
      </w:r>
      <w:r>
        <w:rPr>
          <w:sz w:val="20"/>
        </w:rPr>
        <w:t>1:36  Agar aap ka andar</w:t>
      </w:r>
      <w:r>
        <w:br/>
      </w:r>
      <w:r>
        <w:rPr>
          <w:sz w:val="20"/>
        </w:rPr>
        <w:t>1:39  bias hoga toh aap ko aap ki study faida nahi degi.</w:t>
      </w:r>
      <w:r>
        <w:br/>
      </w:r>
      <w:r>
        <w:rPr>
          <w:sz w:val="20"/>
        </w:rPr>
        <w:t>1:49  Mujhe ek waqia yaad aata hai</w:t>
      </w:r>
      <w:r>
        <w:br/>
      </w:r>
      <w:r>
        <w:rPr>
          <w:sz w:val="20"/>
        </w:rPr>
        <w:t>1:51  keh Swami Vivekanand ek martaba</w:t>
      </w:r>
      <w:r>
        <w:br/>
      </w:r>
      <w:r>
        <w:rPr>
          <w:sz w:val="20"/>
        </w:rPr>
        <w:t>1:56  kisi conference mein thay,</w:t>
      </w:r>
      <w:r>
        <w:br/>
      </w:r>
      <w:r>
        <w:rPr>
          <w:sz w:val="20"/>
        </w:rPr>
        <w:t>2:03  toh un se poocha gaya keh Indian philosophy ka</w:t>
      </w:r>
      <w:r>
        <w:br/>
      </w:r>
      <w:r>
        <w:rPr>
          <w:sz w:val="20"/>
        </w:rPr>
        <w:t>2:08  khulasa kya hai.</w:t>
      </w:r>
      <w:r>
        <w:br/>
      </w:r>
      <w:r>
        <w:rPr>
          <w:sz w:val="20"/>
        </w:rPr>
        <w:t>2:11  Toh wahan blackboard tha, blackboard par unhon ne ek bohat bara zero laga diya, 0 likh</w:t>
      </w:r>
      <w:r>
        <w:br/>
      </w:r>
      <w:r>
        <w:rPr>
          <w:sz w:val="20"/>
        </w:rPr>
        <w:t>2:17  diya, keh Indian philosophy ka khulasa hai zero.</w:t>
      </w:r>
      <w:r>
        <w:br/>
      </w:r>
      <w:r>
        <w:rPr>
          <w:sz w:val="20"/>
        </w:rPr>
        <w:t>2:26  Dekhiye, main is ko manta hoon.</w:t>
      </w:r>
      <w:r>
        <w:br/>
      </w:r>
      <w:r>
        <w:rPr>
          <w:sz w:val="20"/>
        </w:rPr>
        <w:t>2:30  Zero ka matlab yeh nahi keh aap</w:t>
      </w:r>
      <w:r>
        <w:br/>
      </w:r>
      <w:r>
        <w:rPr>
          <w:sz w:val="20"/>
        </w:rPr>
        <w:t>2:34  apne mind ko</w:t>
      </w:r>
      <w:r>
        <w:br/>
      </w:r>
      <w:r>
        <w:rPr>
          <w:sz w:val="20"/>
        </w:rPr>
        <w:t>2:37  khali kar lein.</w:t>
      </w:r>
      <w:r>
        <w:br/>
      </w:r>
      <w:r>
        <w:rPr>
          <w:sz w:val="20"/>
        </w:rPr>
        <w:t>2:38  Nahi, mind ko empty karein is sense mein keh aap poore mani mein objective</w:t>
      </w:r>
      <w:r>
        <w:br/>
      </w:r>
      <w:r>
        <w:rPr>
          <w:sz w:val="20"/>
        </w:rPr>
        <w:t>2:47  ban jayein. Yani objective mind se cheezon ko parhna.</w:t>
      </w:r>
      <w:r>
        <w:br/>
      </w:r>
      <w:r>
        <w:rPr>
          <w:sz w:val="20"/>
        </w:rPr>
        <w:t>2:52  Tab har cheez mein faida hota hai aap ko.</w:t>
      </w:r>
      <w:r>
        <w:br/>
      </w:r>
      <w:r>
        <w:rPr>
          <w:sz w:val="20"/>
        </w:rPr>
        <w:t>2:56  Toh aaj ke ek misaal mein deta hoon, is silsile mein.</w:t>
      </w:r>
      <w:r>
        <w:br/>
      </w:r>
      <w:r>
        <w:rPr>
          <w:sz w:val="20"/>
        </w:rPr>
        <w:t>3:01  dekhiye, yeh aaj ka daily news paper hai.</w:t>
      </w:r>
      <w:r>
        <w:br/>
      </w:r>
      <w:r>
        <w:rPr>
          <w:sz w:val="20"/>
        </w:rPr>
        <w:t>3:08  is mein aik article chapa hai:</w:t>
      </w:r>
      <w:r>
        <w:br/>
      </w:r>
      <w:r>
        <w:rPr>
          <w:sz w:val="20"/>
        </w:rPr>
        <w:t>3:11  "why live a boring life".</w:t>
      </w:r>
      <w:r>
        <w:br/>
      </w:r>
      <w:r>
        <w:rPr>
          <w:sz w:val="20"/>
        </w:rPr>
        <w:t>3:17  why live a boring life.</w:t>
      </w:r>
      <w:r>
        <w:br/>
      </w:r>
      <w:r>
        <w:rPr>
          <w:sz w:val="20"/>
        </w:rPr>
        <w:t>3:23  yani kyun hum</w:t>
      </w:r>
      <w:r>
        <w:br/>
      </w:r>
      <w:r>
        <w:rPr>
          <w:sz w:val="20"/>
        </w:rPr>
        <w:t>3:26  boring zindagi guzarein?</w:t>
      </w:r>
      <w:r>
        <w:br/>
      </w:r>
      <w:r>
        <w:rPr>
          <w:sz w:val="20"/>
        </w:rPr>
        <w:t>3:29  is par mein sochne laga.</w:t>
      </w:r>
      <w:r>
        <w:br/>
      </w:r>
      <w:r>
        <w:rPr>
          <w:sz w:val="20"/>
        </w:rPr>
        <w:t>3:34  mein apne ghar ke bahir, hamare ghar ke bahir jo</w:t>
      </w:r>
      <w:r>
        <w:br/>
      </w:r>
      <w:r>
        <w:rPr>
          <w:sz w:val="20"/>
        </w:rPr>
        <w:t>3:41  jagah hai, khuli, wahan par baitha hua tha.</w:t>
      </w:r>
      <w:r>
        <w:br/>
      </w:r>
      <w:r>
        <w:rPr>
          <w:sz w:val="20"/>
        </w:rPr>
        <w:t>3:46  to mere samne se gaariyan guzar rahi theen.</w:t>
      </w:r>
      <w:r>
        <w:br/>
      </w:r>
      <w:r>
        <w:rPr>
          <w:sz w:val="20"/>
        </w:rPr>
        <w:t>3:49  carain, motor cycle.</w:t>
      </w:r>
      <w:r>
        <w:br/>
      </w:r>
      <w:r>
        <w:rPr>
          <w:sz w:val="20"/>
        </w:rPr>
        <w:t>3:53  wo bar bar wo horn baja rahe the, horn.</w:t>
      </w:r>
      <w:r>
        <w:br/>
      </w:r>
      <w:r>
        <w:rPr>
          <w:sz w:val="20"/>
        </w:rPr>
        <w:t>3:57  to horn mujh ko disturb kar raha tha.</w:t>
      </w:r>
      <w:r>
        <w:br/>
      </w:r>
      <w:r>
        <w:rPr>
          <w:sz w:val="20"/>
        </w:rPr>
        <w:t>4:00  to mein is waqt</w:t>
      </w:r>
      <w:r>
        <w:br/>
      </w:r>
      <w:r>
        <w:rPr>
          <w:sz w:val="20"/>
        </w:rPr>
        <w:t>4:03  boarding ke, boredom ke halat mein tha, bore ho raha tha.</w:t>
      </w:r>
      <w:r>
        <w:br/>
      </w:r>
      <w:r>
        <w:rPr>
          <w:sz w:val="20"/>
        </w:rPr>
        <w:t>4:10  to mein ne socha ke dunya to boring experience se bhari hui hai.</w:t>
      </w:r>
      <w:r>
        <w:br/>
      </w:r>
      <w:r>
        <w:rPr>
          <w:sz w:val="20"/>
        </w:rPr>
        <w:t>4:17  to kaise hum apne ko</w:t>
      </w:r>
      <w:r>
        <w:br/>
      </w:r>
      <w:r>
        <w:rPr>
          <w:sz w:val="20"/>
        </w:rPr>
        <w:t>4:21  boredom se bachayein?</w:t>
      </w:r>
      <w:r>
        <w:br/>
      </w:r>
      <w:r>
        <w:rPr>
          <w:sz w:val="20"/>
        </w:rPr>
        <w:t>4:24  is par sochne laga mein.</w:t>
      </w:r>
      <w:r>
        <w:br/>
      </w:r>
      <w:r>
        <w:rPr>
          <w:sz w:val="20"/>
        </w:rPr>
        <w:t>4:30  to meri samajh mein is waqt aik ayat, Quran Majeed ki aik ayat aayi:</w:t>
      </w:r>
      <w:r>
        <w:br/>
      </w:r>
      <w:r>
        <w:rPr>
          <w:sz w:val="20"/>
        </w:rPr>
        <w:t>4:35  "ala bi zikrillah tatmainnal quloob".</w:t>
      </w:r>
      <w:r>
        <w:br/>
      </w:r>
      <w:r>
        <w:rPr>
          <w:sz w:val="20"/>
        </w:rPr>
        <w:t>4:39  yaad rakho, Allah ki yaad se dilon ko itminan hasil hota hai.</w:t>
      </w:r>
      <w:r>
        <w:br/>
      </w:r>
      <w:r>
        <w:rPr>
          <w:sz w:val="20"/>
        </w:rPr>
        <w:t>4:51  phir mein ne socha ke Allah ko yaad karne se itminan kaise hasil hota hai? Kaise?</w:t>
      </w:r>
      <w:r>
        <w:br/>
      </w:r>
      <w:r>
        <w:rPr>
          <w:sz w:val="20"/>
        </w:rPr>
        <w:t>4:59  is ka matlab hai ke God ka jo creation hai,</w:t>
      </w:r>
      <w:r>
        <w:br/>
      </w:r>
      <w:r>
        <w:rPr>
          <w:sz w:val="20"/>
        </w:rPr>
        <w:t>5:04  God ne jo dunya banai hai, is mein sochna.</w:t>
      </w:r>
      <w:r>
        <w:br/>
      </w:r>
      <w:r>
        <w:rPr>
          <w:sz w:val="20"/>
        </w:rPr>
        <w:t>5:09  phir yeh sochte hue</w:t>
      </w:r>
      <w:r>
        <w:br/>
      </w:r>
      <w:r>
        <w:rPr>
          <w:sz w:val="20"/>
        </w:rPr>
        <w:t>5:12  mere mind mein yeh aaya</w:t>
      </w:r>
      <w:r>
        <w:br/>
      </w:r>
      <w:r>
        <w:rPr>
          <w:sz w:val="20"/>
        </w:rPr>
        <w:t>5:16  keh jis tarah hamare road</w:t>
      </w:r>
      <w:r>
        <w:br/>
      </w:r>
      <w:r>
        <w:rPr>
          <w:sz w:val="20"/>
        </w:rPr>
        <w:t>5:19  par gaariyan chal rahi hain, woh ek movement hai.</w:t>
      </w:r>
      <w:r>
        <w:br/>
      </w:r>
      <w:r>
        <w:rPr>
          <w:sz w:val="20"/>
        </w:rPr>
        <w:t>5:25  aise hi poore universe mein movement hai.</w:t>
      </w:r>
      <w:r>
        <w:br/>
      </w:r>
      <w:r>
        <w:rPr>
          <w:sz w:val="20"/>
        </w:rPr>
        <w:t>5:28  aap jante hain keh poori universe on the move hai.</w:t>
      </w:r>
      <w:r>
        <w:br/>
      </w:r>
      <w:r>
        <w:rPr>
          <w:sz w:val="20"/>
        </w:rPr>
        <w:t>5:33  yeh stars chal rahe hain,</w:t>
      </w:r>
      <w:r>
        <w:br/>
      </w:r>
      <w:r>
        <w:rPr>
          <w:sz w:val="20"/>
        </w:rPr>
        <w:t>5:37  planets chal rahe hain, suraj chand chal rahe hain.</w:t>
      </w:r>
      <w:r>
        <w:br/>
      </w:r>
      <w:r>
        <w:rPr>
          <w:sz w:val="20"/>
        </w:rPr>
        <w:t>5:42  aur unki jo speed hai, hamare hawa jahan se zyada tez hai.</w:t>
      </w:r>
      <w:r>
        <w:br/>
      </w:r>
      <w:r>
        <w:rPr>
          <w:sz w:val="20"/>
        </w:rPr>
        <w:t>5:49  magar wahan koi shor nahin.</w:t>
      </w:r>
      <w:r>
        <w:br/>
      </w:r>
      <w:r>
        <w:rPr>
          <w:sz w:val="20"/>
        </w:rPr>
        <w:t>5:52  wahan koi noise nahin.</w:t>
      </w:r>
      <w:r>
        <w:br/>
      </w:r>
      <w:r>
        <w:rPr>
          <w:sz w:val="20"/>
        </w:rPr>
        <w:t>5:57  wahan koi horn nahin bajata.</w:t>
      </w:r>
      <w:r>
        <w:br/>
      </w:r>
      <w:r>
        <w:rPr>
          <w:sz w:val="20"/>
        </w:rPr>
        <w:t>6:01  toh main ne socha keh yeh toh hamari bohat choti duniya hai.</w:t>
      </w:r>
      <w:r>
        <w:br/>
      </w:r>
      <w:r>
        <w:rPr>
          <w:sz w:val="20"/>
        </w:rPr>
        <w:t>6:04  yeh road hai, is par sawariyan guzar rahi hain, toh bohat choti duniya hai.</w:t>
      </w:r>
      <w:r>
        <w:br/>
      </w:r>
      <w:r>
        <w:rPr>
          <w:sz w:val="20"/>
        </w:rPr>
        <w:t>6:09  jo zyada bari duniya hai,</w:t>
      </w:r>
      <w:r>
        <w:br/>
      </w:r>
      <w:r>
        <w:rPr>
          <w:sz w:val="20"/>
        </w:rPr>
        <w:t>6:12  wahan bhi vehicle chal rahe hain,</w:t>
      </w:r>
      <w:r>
        <w:br/>
      </w:r>
      <w:r>
        <w:rPr>
          <w:sz w:val="20"/>
        </w:rPr>
        <w:t>6:15  koi shor nahin.</w:t>
      </w:r>
      <w:r>
        <w:br/>
      </w:r>
      <w:r>
        <w:rPr>
          <w:sz w:val="20"/>
        </w:rPr>
        <w:t>6:18  toh is par main ne daryaft kiya creator ko, keh creator kitna bara hai,</w:t>
      </w:r>
      <w:r>
        <w:br/>
      </w:r>
      <w:r>
        <w:rPr>
          <w:sz w:val="20"/>
        </w:rPr>
        <w:t>6:25  kitna zyada taqat wala hai,</w:t>
      </w:r>
      <w:r>
        <w:br/>
      </w:r>
      <w:r>
        <w:rPr>
          <w:sz w:val="20"/>
        </w:rPr>
        <w:t>6:31  keh itni bari duniya woh chala raha hai.</w:t>
      </w:r>
      <w:r>
        <w:br/>
      </w:r>
      <w:r>
        <w:rPr>
          <w:sz w:val="20"/>
        </w:rPr>
        <w:t>6:34  itni bari duniya mein har taraf harkat hai, har taraf movement hai.</w:t>
      </w:r>
      <w:r>
        <w:br/>
      </w:r>
      <w:r>
        <w:rPr>
          <w:sz w:val="20"/>
        </w:rPr>
        <w:t>6:39  magar kahin na koi horn bajata, na koi shor hota, koi noise pollution nahin.</w:t>
      </w:r>
      <w:r>
        <w:br/>
      </w:r>
      <w:r>
        <w:rPr>
          <w:sz w:val="20"/>
        </w:rPr>
        <w:t>6:47  toh Khuda ki azmat, Khuda ki badai</w:t>
      </w:r>
      <w:r>
        <w:br/>
      </w:r>
      <w:r>
        <w:rPr>
          <w:sz w:val="20"/>
        </w:rPr>
        <w:t>6:50  jab main sochne laga toh har cheez benoise ho gayi.</w:t>
      </w:r>
      <w:r>
        <w:br/>
      </w:r>
      <w:r>
        <w:rPr>
          <w:sz w:val="20"/>
        </w:rPr>
        <w:t>6:54  har cheez benoise ho gayi.</w:t>
      </w:r>
      <w:r>
        <w:br/>
      </w:r>
      <w:r>
        <w:rPr>
          <w:sz w:val="20"/>
        </w:rPr>
        <w:t>6:57  yeh hai peace of mind.</w:t>
      </w:r>
      <w:r>
        <w:br/>
      </w:r>
      <w:r>
        <w:rPr>
          <w:sz w:val="20"/>
        </w:rPr>
        <w:t>7:00  to mein samajhta hoon ke peace of mind jo hai, woh yeh hai</w:t>
      </w:r>
      <w:r>
        <w:br/>
      </w:r>
      <w:r>
        <w:rPr>
          <w:sz w:val="20"/>
        </w:rPr>
        <w:t>7:06  ke hum cheezon mein</w:t>
      </w:r>
      <w:r>
        <w:br/>
      </w:r>
      <w:r>
        <w:rPr>
          <w:sz w:val="20"/>
        </w:rPr>
        <w:t>7:09  ya creation mein creator ko discover karein.</w:t>
      </w:r>
      <w:r>
        <w:br/>
      </w:r>
      <w:r>
        <w:rPr>
          <w:sz w:val="20"/>
        </w:rPr>
        <w:t>7:14  isi se, isi se hamein peace of mind milega.</w:t>
      </w:r>
      <w:r>
        <w:br/>
      </w:r>
      <w:r>
        <w:rPr>
          <w:sz w:val="20"/>
        </w:rPr>
        <w:t>7:17  kyunke iske baad hamein ek, hamare andar ek creative thinking aayegi.</w:t>
      </w:r>
      <w:r>
        <w:br/>
      </w:r>
      <w:r>
        <w:rPr>
          <w:sz w:val="20"/>
        </w:rPr>
        <w:t>7:22  ek high thinking aayegi.</w:t>
      </w:r>
      <w:r>
        <w:br/>
      </w:r>
      <w:r>
        <w:rPr>
          <w:sz w:val="20"/>
        </w:rPr>
        <w:t>7:24  ek bade level par jeene ke qabil ho jayenge.</w:t>
      </w:r>
      <w:r>
        <w:br/>
      </w:r>
      <w:r>
        <w:rPr>
          <w:sz w:val="20"/>
        </w:rPr>
        <w:t>7:27  wohi hamein peace of mind dega.</w:t>
      </w:r>
      <w:r>
        <w:br/>
      </w:r>
      <w:r>
        <w:rPr>
          <w:sz w:val="20"/>
        </w:rPr>
        <w:t>7:32  phir mujhe yaad aaya,</w:t>
      </w:r>
      <w:r>
        <w:br/>
      </w:r>
      <w:r>
        <w:rPr>
          <w:sz w:val="20"/>
        </w:rPr>
        <w:t>7:35  Bertrand Russell ne, Bertrand Russell ki ek kitaab hai</w:t>
      </w:r>
      <w:r>
        <w:br/>
      </w:r>
      <w:r>
        <w:rPr>
          <w:sz w:val="20"/>
        </w:rPr>
        <w:t>7:41  "Human Knowledge". Is mein woh likhta hai ke knowledge ki do qismein hain:</w:t>
      </w:r>
      <w:r>
        <w:br/>
      </w:r>
      <w:r>
        <w:rPr>
          <w:sz w:val="20"/>
        </w:rPr>
        <w:t>7:49  knowledge of things, knowledge of truth.</w:t>
      </w:r>
      <w:r>
        <w:br/>
      </w:r>
      <w:r>
        <w:rPr>
          <w:sz w:val="20"/>
        </w:rPr>
        <w:t>7:53  cheezon ka ilm aur sachai ka ilm.</w:t>
      </w:r>
      <w:r>
        <w:br/>
      </w:r>
      <w:r>
        <w:rPr>
          <w:sz w:val="20"/>
        </w:rPr>
        <w:t>7:59  is par sochte hue, sochte hue, sochte hue mujhe samajh, mujhe samajh aaya</w:t>
      </w:r>
      <w:r>
        <w:br/>
      </w:r>
      <w:r>
        <w:rPr>
          <w:sz w:val="20"/>
        </w:rPr>
        <w:t>8:04  ke duniya mein har, jitne bhi things item hain, har cheez mein truth maujood hai.</w:t>
      </w:r>
      <w:r>
        <w:br/>
      </w:r>
      <w:r>
        <w:rPr>
          <w:sz w:val="20"/>
        </w:rPr>
        <w:t>8:15  hum agar hum sirf thing ko dekhenge to hamein,</w:t>
      </w:r>
      <w:r>
        <w:br/>
      </w:r>
      <w:r>
        <w:rPr>
          <w:sz w:val="20"/>
        </w:rPr>
        <w:t>8:20  hum bore ho jayenge.</w:t>
      </w:r>
      <w:r>
        <w:br/>
      </w:r>
      <w:r>
        <w:rPr>
          <w:sz w:val="20"/>
        </w:rPr>
        <w:t>8:22  lekin agar thing ko dekhte hue hum deeper sense mein lein usko, aur usko hum truth</w:t>
      </w:r>
      <w:r>
        <w:br/>
      </w:r>
      <w:r>
        <w:rPr>
          <w:sz w:val="20"/>
        </w:rPr>
        <w:t>8:27  tak pahunch jayein,</w:t>
      </w:r>
      <w:r>
        <w:br/>
      </w:r>
      <w:r>
        <w:rPr>
          <w:sz w:val="20"/>
        </w:rPr>
        <w:t>8:30  to wahan ek aisi badi duniya mil jayegi hamein jeene ke liye, ke wahan boredom bilkul minimize</w:t>
      </w:r>
      <w:r>
        <w:br/>
      </w:r>
      <w:r>
        <w:rPr>
          <w:sz w:val="20"/>
        </w:rPr>
        <w:t>8:37  ho jayega.</w:t>
      </w:r>
      <w:r>
        <w:br/>
      </w:r>
      <w:r>
        <w:rPr>
          <w:sz w:val="20"/>
        </w:rPr>
        <w:t>8:39  wahan har cheez minimize ho jayegi.</w:t>
      </w:r>
      <w:r>
        <w:br/>
      </w:r>
      <w:r>
        <w:rPr>
          <w:sz w:val="20"/>
        </w:rPr>
        <w:t>8:43  وہ اسی حالت کا نام ہے peace of mind.</w:t>
      </w:r>
      <w:r>
        <w:br/>
      </w:r>
      <w:r>
        <w:rPr>
          <w:sz w:val="20"/>
        </w:rPr>
        <w:t>8:48  peace of mind,</w:t>
      </w:r>
      <w:r>
        <w:br/>
      </w:r>
      <w:r>
        <w:rPr>
          <w:sz w:val="20"/>
        </w:rPr>
        <w:t>8:50  mein samajhta hoon ke ek, ek,</w:t>
      </w:r>
      <w:r>
        <w:br/>
      </w:r>
      <w:r>
        <w:rPr>
          <w:sz w:val="20"/>
        </w:rPr>
        <w:t>8:55  aik zehni halat, aik intellectual state ka naam hai.</w:t>
      </w:r>
      <w:r>
        <w:br/>
      </w:r>
      <w:r>
        <w:rPr>
          <w:sz w:val="20"/>
        </w:rPr>
        <w:t>9:00  wo ecstasy ka naam nahi hai.</w:t>
      </w:r>
      <w:r>
        <w:br/>
      </w:r>
      <w:r>
        <w:rPr>
          <w:sz w:val="20"/>
        </w:rPr>
        <w:t>9:04  ecstasy jo hai,</w:t>
      </w:r>
      <w:r>
        <w:br/>
      </w:r>
      <w:r>
        <w:rPr>
          <w:sz w:val="20"/>
        </w:rPr>
        <w:t>9:07  wo mein dekh, aik,</w:t>
      </w:r>
      <w:r>
        <w:br/>
      </w:r>
      <w:r>
        <w:rPr>
          <w:sz w:val="20"/>
        </w:rPr>
        <w:t>9:11  aik, aik tasawwurati</w:t>
      </w:r>
      <w:r>
        <w:br/>
      </w:r>
      <w:r>
        <w:rPr>
          <w:sz w:val="20"/>
        </w:rPr>
        <w:t>9:14  cheez hai. jaise maine aik kitaab parhi,</w:t>
      </w:r>
      <w:r>
        <w:br/>
      </w:r>
      <w:r>
        <w:rPr>
          <w:sz w:val="20"/>
        </w:rPr>
        <w:t>9:19  us ka title tha</w:t>
      </w:r>
      <w:r>
        <w:br/>
      </w:r>
      <w:r>
        <w:rPr>
          <w:sz w:val="20"/>
        </w:rPr>
        <w:t>9:22  "umang ho sood hiz friday".</w:t>
      </w:r>
      <w:r>
        <w:br/>
      </w:r>
      <w:r>
        <w:rPr>
          <w:sz w:val="20"/>
        </w:rPr>
        <w:t>9:25  تو میں یہ سمجھتا تھا پہلے کہ شاید وہاں کہتا ہے کہ کسی آدمی نے اپنی Friday کو</w:t>
      </w:r>
      <w:r>
        <w:br/>
      </w:r>
      <w:r>
        <w:rPr>
          <w:sz w:val="20"/>
        </w:rPr>
        <w:t>9:30  becha aur wo chala gaya paharon mein.</w:t>
      </w:r>
      <w:r>
        <w:br/>
      </w:r>
      <w:r>
        <w:rPr>
          <w:sz w:val="20"/>
        </w:rPr>
        <w:t>9:33  baat maloom hua ke yeh fiction hai.</w:t>
      </w:r>
      <w:r>
        <w:br/>
      </w:r>
      <w:r>
        <w:rPr>
          <w:sz w:val="20"/>
        </w:rPr>
        <w:t>9:37  yani is mein bataya gaya tha ke aik aadmi ke paas friday thi, jo bohat hi mehngi gaari</w:t>
      </w:r>
      <w:r>
        <w:br/>
      </w:r>
      <w:r>
        <w:rPr>
          <w:sz w:val="20"/>
        </w:rPr>
        <w:t>9:43  hoti hai. is ko becha, is ne bech ke chala gaya paharon mein.</w:t>
      </w:r>
      <w:r>
        <w:br/>
      </w:r>
      <w:r>
        <w:rPr>
          <w:sz w:val="20"/>
        </w:rPr>
        <w:t>9:48  اور وہاں پر اس کو peace of mind مل گیا۔</w:t>
      </w:r>
      <w:r>
        <w:br/>
      </w:r>
      <w:r>
        <w:rPr>
          <w:sz w:val="20"/>
        </w:rPr>
        <w:t>9:51  lekin yeh, yeh fiction tha, waqia nahi tha wo.</w:t>
      </w:r>
      <w:r>
        <w:br/>
      </w:r>
      <w:r>
        <w:rPr>
          <w:sz w:val="20"/>
        </w:rPr>
        <w:t>9:55  yani shuru mein title dekh kar mein samjha tha ke, samjha tha ke shayad yeh waqia ho.</w:t>
      </w:r>
      <w:r>
        <w:br/>
      </w:r>
      <w:r>
        <w:rPr>
          <w:sz w:val="20"/>
        </w:rPr>
        <w:t>10:00  isi liye maine kitaab ko parha.</w:t>
      </w:r>
      <w:r>
        <w:br/>
      </w:r>
      <w:r>
        <w:rPr>
          <w:sz w:val="20"/>
        </w:rPr>
        <w:t>10:03  baat maloom hui ke yeh to fiction hai.</w:t>
      </w:r>
      <w:r>
        <w:br/>
      </w:r>
      <w:r>
        <w:rPr>
          <w:sz w:val="20"/>
        </w:rPr>
        <w:t>10:06  تو یہ جو peace of mind ہے، یہ peace of mind ایک فکشن میں آپ دیکھ سکتے ہیں،</w:t>
      </w:r>
      <w:r>
        <w:br/>
      </w:r>
      <w:r>
        <w:rPr>
          <w:sz w:val="20"/>
        </w:rPr>
        <w:t>10:12  waqia mein nahi.</w:t>
      </w:r>
      <w:r>
        <w:br/>
      </w:r>
      <w:r>
        <w:rPr>
          <w:sz w:val="20"/>
        </w:rPr>
        <w:t>10:15  waqia mein nahi.</w:t>
      </w:r>
      <w:r>
        <w:br/>
      </w:r>
      <w:r>
        <w:rPr>
          <w:sz w:val="20"/>
        </w:rPr>
        <w:t>10:17  yani aap jayenge kahin janglon mein, kisi paharon mein, kisi seclusion mein,</w:t>
      </w:r>
      <w:r>
        <w:br/>
      </w:r>
      <w:r>
        <w:rPr>
          <w:sz w:val="20"/>
        </w:rPr>
        <w:t>10:25  تو جو چیز آپ کو ملے گی وہ کوئی peace of mind نہیں ہوگا۔</w:t>
      </w:r>
      <w:r>
        <w:br/>
      </w:r>
      <w:r>
        <w:rPr>
          <w:sz w:val="20"/>
        </w:rPr>
        <w:t>10:30  wo aik, aik bhalaawa hoga.</w:t>
      </w:r>
      <w:r>
        <w:br/>
      </w:r>
      <w:r>
        <w:rPr>
          <w:sz w:val="20"/>
        </w:rPr>
        <w:t>10:33  jaise aap haqeeqi life mein jo problem hai, jo bitterness hai, is ko bhulane ke liye kahin aap</w:t>
      </w:r>
      <w:r>
        <w:br/>
      </w:r>
      <w:r>
        <w:rPr>
          <w:sz w:val="20"/>
        </w:rPr>
        <w:t>10:41  چلے جائیں۔ تو دیکھیے، بھلاوا جو ہے وہ peace of mind نہیں ہے۔</w:t>
      </w:r>
      <w:r>
        <w:br/>
      </w:r>
      <w:r>
        <w:rPr>
          <w:sz w:val="20"/>
        </w:rPr>
        <w:t>10:48  peace of mind aik intellectual,</w:t>
      </w:r>
      <w:r>
        <w:br/>
      </w:r>
      <w:r>
        <w:rPr>
          <w:sz w:val="20"/>
        </w:rPr>
        <w:t>10:52  aik intellectual finding ka naam hai.</w:t>
      </w:r>
      <w:r>
        <w:br/>
      </w:r>
      <w:r>
        <w:rPr>
          <w:sz w:val="20"/>
        </w:rPr>
        <w:t>10:55  bhulane ka naam nahi hai.</w:t>
      </w:r>
      <w:r>
        <w:br/>
      </w:r>
      <w:r>
        <w:rPr>
          <w:sz w:val="20"/>
        </w:rPr>
        <w:t>10:57  bhula, agar bhulawa ho to phir to, phir to wo anesthesia</w:t>
      </w:r>
      <w:r>
        <w:br/>
      </w:r>
      <w:r>
        <w:rPr>
          <w:sz w:val="20"/>
        </w:rPr>
        <w:t>11:02  لے لیں آپ، اور آپ کو مل جائے گا peace of mind.</w:t>
      </w:r>
      <w:r>
        <w:br/>
      </w:r>
      <w:r>
        <w:rPr>
          <w:sz w:val="20"/>
        </w:rPr>
        <w:t>11:06  تو intellectual anesthesia نہیں، peace of mind.</w:t>
      </w:r>
      <w:r>
        <w:br/>
      </w:r>
      <w:r>
        <w:rPr>
          <w:sz w:val="20"/>
        </w:rPr>
        <w:t>11:10  Peace of mind کسی قسم کے intellectual anesthesia کا نام نہیں ہے۔</w:t>
      </w:r>
      <w:r>
        <w:br/>
      </w:r>
      <w:r>
        <w:rPr>
          <w:sz w:val="20"/>
        </w:rPr>
        <w:t>11:17  balkeh high, oonche, bohat hi oonche darje ke intellectual development ka naam hai.</w:t>
      </w:r>
      <w:r>
        <w:br/>
      </w:r>
      <w:r>
        <w:rPr>
          <w:sz w:val="20"/>
        </w:rPr>
        <w:t>11:26  woh development jahan aap things mein truth ko dekhne lage.</w:t>
      </w:r>
      <w:r>
        <w:br/>
      </w:r>
      <w:r>
        <w:rPr>
          <w:sz w:val="20"/>
        </w:rPr>
        <w:t>11:32  creation mein aap creator ko dekhne lage.</w:t>
      </w:r>
      <w:r>
        <w:br/>
      </w:r>
      <w:r>
        <w:rPr>
          <w:sz w:val="20"/>
        </w:rPr>
        <w:t>11:37  tab jo aap ko jo finding hogi, jo aap ki discovery hogi, jo aap ka realization hoga, us</w:t>
      </w:r>
      <w:r>
        <w:br/>
      </w:r>
      <w:r>
        <w:rPr>
          <w:sz w:val="20"/>
        </w:rPr>
        <w:t>11:44  se aap ko peace of mind milega.</w:t>
      </w:r>
      <w:r>
        <w:br/>
      </w:r>
      <w:r>
        <w:rPr>
          <w:sz w:val="20"/>
        </w:rPr>
        <w:t>11:48  jaise maine misaal di</w:t>
      </w:r>
      <w:r>
        <w:br/>
      </w:r>
      <w:r>
        <w:rPr>
          <w:sz w:val="20"/>
        </w:rPr>
        <w:t>11:51  ke road ke</w:t>
      </w:r>
      <w:r>
        <w:br/>
      </w:r>
      <w:r>
        <w:rPr>
          <w:sz w:val="20"/>
        </w:rPr>
        <w:t>11:54  par jo sawariyan, sawariyan chal rahi thin aur horn baja rahi thin aur shor kar rahi thin, to</w:t>
      </w:r>
      <w:r>
        <w:br/>
      </w:r>
      <w:r>
        <w:rPr>
          <w:sz w:val="20"/>
        </w:rPr>
        <w:t>12:01  is se ek noise pollution paida ho raha tha.</w:t>
      </w:r>
      <w:r>
        <w:br/>
      </w:r>
      <w:r>
        <w:rPr>
          <w:sz w:val="20"/>
        </w:rPr>
        <w:t>12:04  is, woh mujhe disturb kiye hue tha.</w:t>
      </w:r>
      <w:r>
        <w:br/>
      </w:r>
      <w:r>
        <w:rPr>
          <w:sz w:val="20"/>
        </w:rPr>
        <w:t>12:07  lekin jab main universal thinking mere andar aa gayi, universal thinking, ke poore universe mein</w:t>
      </w:r>
      <w:r>
        <w:br/>
      </w:r>
      <w:r>
        <w:rPr>
          <w:sz w:val="20"/>
        </w:rPr>
        <w:t>12:16  movement jaari hai,</w:t>
      </w:r>
      <w:r>
        <w:br/>
      </w:r>
      <w:r>
        <w:rPr>
          <w:sz w:val="20"/>
        </w:rPr>
        <w:t>12:19  ab wahan koi noise nahin, koi noise pollution nahin, to woh yeh, yeh finding itni zyada badi thi</w:t>
      </w:r>
      <w:r>
        <w:br/>
      </w:r>
      <w:r>
        <w:rPr>
          <w:sz w:val="20"/>
        </w:rPr>
        <w:t>12:28  mere liye ke har cheez minimize ho gayi.</w:t>
      </w:r>
      <w:r>
        <w:br/>
      </w:r>
      <w:r>
        <w:rPr>
          <w:sz w:val="20"/>
        </w:rPr>
        <w:t>12:32  jaise aap apne ghar se airport jayein</w:t>
      </w:r>
      <w:r>
        <w:br/>
      </w:r>
      <w:r>
        <w:rPr>
          <w:sz w:val="20"/>
        </w:rPr>
        <w:t>12:38  to raaste mein aap ko sawariyan milegi, horn ki awaaz sunai degi, tarah tarah ke notions,</w:t>
      </w:r>
      <w:r>
        <w:br/>
      </w:r>
      <w:r>
        <w:rPr>
          <w:sz w:val="20"/>
        </w:rPr>
        <w:t>12:46  ghar se airport tak tarah tarah ke notions se guzrenge aap.</w:t>
      </w:r>
      <w:r>
        <w:br/>
      </w:r>
      <w:r>
        <w:rPr>
          <w:sz w:val="20"/>
        </w:rPr>
        <w:t>12:50  lekin jab aap hawa jahaz badh jayenge aur 35,000 feet ki bulandi par jab jahaz udne lage</w:t>
      </w:r>
      <w:r>
        <w:br/>
      </w:r>
      <w:r>
        <w:rPr>
          <w:sz w:val="20"/>
        </w:rPr>
        <w:t>12:57  ga, to woh sab khatam ho chuka hoga.</w:t>
      </w:r>
      <w:r>
        <w:br/>
      </w:r>
      <w:r>
        <w:rPr>
          <w:sz w:val="20"/>
        </w:rPr>
        <w:t>13:01  woh sab minimize ho chuka hoga.</w:t>
      </w:r>
      <w:r>
        <w:br/>
      </w:r>
      <w:r>
        <w:rPr>
          <w:sz w:val="20"/>
        </w:rPr>
        <w:t>13:05  to main samajhta hoon ke yahi experience</w:t>
      </w:r>
      <w:r>
        <w:br/>
      </w:r>
      <w:r>
        <w:rPr>
          <w:sz w:val="20"/>
        </w:rPr>
        <w:t>13:08  roz, daily life mein agar aap kisi ko mil jaye to that is peace of mind.</w:t>
      </w:r>
      <w:r>
        <w:br/>
      </w:r>
      <w:r>
        <w:rPr>
          <w:sz w:val="20"/>
        </w:rPr>
        <w:t>13:13  to main samajhta hoon ke</w:t>
      </w:r>
      <w:r>
        <w:br/>
      </w:r>
      <w:r>
        <w:rPr>
          <w:sz w:val="20"/>
        </w:rPr>
        <w:t>13:16  is duniya ke har particle mein, har atom mein, har thing mein, har thing mein truth hai.</w:t>
      </w:r>
      <w:r>
        <w:br/>
      </w:r>
      <w:r>
        <w:rPr>
          <w:sz w:val="20"/>
        </w:rPr>
        <w:t>13:24  yaani har creation mein creator ka</w:t>
      </w:r>
      <w:r>
        <w:br/>
      </w:r>
      <w:r>
        <w:rPr>
          <w:sz w:val="20"/>
        </w:rPr>
        <w:t>13:30  jalwa hai. jab is tak pohnch jayen aap, tab aap ko sahi maano mein peace of mind milta</w:t>
      </w:r>
      <w:r>
        <w:br/>
      </w:r>
      <w:r>
        <w:rPr>
          <w:sz w:val="20"/>
        </w:rPr>
        <w:t>13:36  hai. warna nahin.</w:t>
      </w:r>
      <w:r>
        <w:br/>
      </w:r>
      <w:r>
        <w:rPr>
          <w:sz w:val="20"/>
        </w:rPr>
        <w:t>13:39  phir in baaton ko sochte hue,</w:t>
      </w:r>
      <w:r>
        <w:br/>
      </w:r>
      <w:r>
        <w:rPr>
          <w:sz w:val="20"/>
        </w:rPr>
        <w:t>13:42  dekhiye, maine is se pehle arz kiya tha yahan par ke aap ko itna prepared mind hona</w:t>
      </w:r>
      <w:r>
        <w:br/>
      </w:r>
      <w:r>
        <w:rPr>
          <w:sz w:val="20"/>
        </w:rPr>
        <w:t>13:48  chahiye ke aap ka mind cheezon ko dekh kar trigger ho jaye.</w:t>
      </w:r>
      <w:r>
        <w:br/>
      </w:r>
      <w:r>
        <w:rPr>
          <w:sz w:val="20"/>
        </w:rPr>
        <w:t>13:55  aap jante hain ke science mein jo discoveries hoti hain, woh isi liye hoti hain ke scientist</w:t>
      </w:r>
      <w:r>
        <w:br/>
      </w:r>
      <w:r>
        <w:rPr>
          <w:sz w:val="20"/>
        </w:rPr>
        <w:t>14:04  apni laboratory mein kaam kar raha hai, woh koi experiment kar raha hai, is beech mein koi cheez</w:t>
      </w:r>
      <w:r>
        <w:br/>
      </w:r>
      <w:r>
        <w:rPr>
          <w:sz w:val="20"/>
        </w:rPr>
        <w:t>14:09  flash hoti hai, is se uska mind trigger hota hai, phir woh ek discovery tak pohnchta hai.</w:t>
      </w:r>
      <w:r>
        <w:br/>
      </w:r>
      <w:r>
        <w:rPr>
          <w:sz w:val="20"/>
        </w:rPr>
        <w:t>14:15  jaise yeh bijli hai,</w:t>
      </w:r>
      <w:r>
        <w:br/>
      </w:r>
      <w:r>
        <w:rPr>
          <w:sz w:val="20"/>
        </w:rPr>
        <w:t>14:17  Faraday apne is pe kaam kar raha tha, to koi cheez flash hui, is se uska mind</w:t>
      </w:r>
      <w:r>
        <w:br/>
      </w:r>
      <w:r>
        <w:rPr>
          <w:sz w:val="20"/>
        </w:rPr>
        <w:t>14:23  trigger hua, phir woh is yahan tak pohncha ke is formula daryaft kiya us ne ke electricity means</w:t>
      </w:r>
      <w:r>
        <w:br/>
      </w:r>
      <w:r>
        <w:rPr>
          <w:sz w:val="20"/>
        </w:rPr>
        <w:t>14:31  flow of electron.</w:t>
      </w:r>
      <w:r>
        <w:br/>
      </w:r>
      <w:r>
        <w:rPr>
          <w:sz w:val="20"/>
        </w:rPr>
        <w:t>14:33  electricity means flow of electron.</w:t>
      </w:r>
      <w:r>
        <w:br/>
      </w:r>
      <w:r>
        <w:rPr>
          <w:sz w:val="20"/>
        </w:rPr>
        <w:t>14:36  to yahi muamla spiritual field ka bhi hai.</w:t>
      </w:r>
      <w:r>
        <w:br/>
      </w:r>
      <w:r>
        <w:rPr>
          <w:sz w:val="20"/>
        </w:rPr>
        <w:t>14:39  jo science mein hota hai, wahi spiritual field mein bhi hota hai.</w:t>
      </w:r>
      <w:r>
        <w:br/>
      </w:r>
      <w:r>
        <w:rPr>
          <w:sz w:val="20"/>
        </w:rPr>
        <w:t>14:45  aadmi ko chahiye ke woh itna zyada,</w:t>
      </w:r>
      <w:r>
        <w:br/>
      </w:r>
      <w:r>
        <w:rPr>
          <w:sz w:val="20"/>
        </w:rPr>
        <w:t>14:49  اس کا مائنڈ اتنا زیادہ پریپیئر ہو،</w:t>
      </w:r>
      <w:r>
        <w:br/>
      </w:r>
      <w:r>
        <w:rPr>
          <w:sz w:val="20"/>
        </w:rPr>
        <w:t>14:52  وہ اتنا زیادہ prepared mind ہو کہ جب وہ چیزوں کو دیکھے، جب وہ پڑھے، observe کرے، کوئی</w:t>
      </w:r>
      <w:r>
        <w:br/>
      </w:r>
      <w:r>
        <w:rPr>
          <w:sz w:val="20"/>
        </w:rPr>
        <w:t>15:01  experience میں گزرے، تو اس کا مائنڈ ٹریگر ہو جائے۔</w:t>
      </w:r>
      <w:r>
        <w:br/>
      </w:r>
      <w:r>
        <w:rPr>
          <w:sz w:val="20"/>
        </w:rPr>
        <w:t>15:06  is ka mind jab trigger hoga to bari bari cheezain daryaft hongi is ko.</w:t>
      </w:r>
      <w:r>
        <w:br/>
      </w:r>
      <w:r>
        <w:rPr>
          <w:sz w:val="20"/>
        </w:rPr>
        <w:t>15:12  bari bari cheezain daryaft hongi.</w:t>
      </w:r>
      <w:r>
        <w:br/>
      </w:r>
      <w:r>
        <w:rPr>
          <w:sz w:val="20"/>
        </w:rPr>
        <w:t>15:14  جیسے آج جو میں نے بتایا آپ کو، میرا mind trigger ہو گیا۔</w:t>
      </w:r>
      <w:r>
        <w:br/>
      </w:r>
      <w:r>
        <w:rPr>
          <w:sz w:val="20"/>
        </w:rPr>
        <w:t>15:19  تو trigger ہوا تو میرا مائنڈ لگا سوچنے، لگا سوچنے، لگا سوچنے۔</w:t>
      </w:r>
      <w:r>
        <w:br/>
      </w:r>
      <w:r>
        <w:rPr>
          <w:sz w:val="20"/>
        </w:rPr>
        <w:t>15:24  ek bari anokhi baat daryaft hui.</w:t>
      </w:r>
      <w:r>
        <w:br/>
      </w:r>
      <w:r>
        <w:rPr>
          <w:sz w:val="20"/>
        </w:rPr>
        <w:t>15:28  ek bohat hi anokhi baat</w:t>
      </w:r>
      <w:r>
        <w:br/>
      </w:r>
      <w:r>
        <w:rPr>
          <w:sz w:val="20"/>
        </w:rPr>
        <w:t>15:31  ke maine musalmanon ki kitabein parhi hain aur</w:t>
      </w:r>
      <w:r>
        <w:br/>
      </w:r>
      <w:r>
        <w:rPr>
          <w:sz w:val="20"/>
        </w:rPr>
        <w:t>15:37  muslim mulkon mein safar kar ke gaya hoon, aur yahan bhi daily musalmanon se mulaqatein hoti hain.</w:t>
      </w:r>
      <w:r>
        <w:br/>
      </w:r>
      <w:r>
        <w:rPr>
          <w:sz w:val="20"/>
        </w:rPr>
        <w:t>15:43  میں نے پایا ہے کہ تمام مسلمان، perhaps without exception،</w:t>
      </w:r>
      <w:r>
        <w:br/>
      </w:r>
      <w:r>
        <w:rPr>
          <w:sz w:val="20"/>
        </w:rPr>
        <w:t>15:50  West ke baray mein, Western world ke baray mein negative hain.</w:t>
      </w:r>
      <w:r>
        <w:br/>
      </w:r>
      <w:r>
        <w:rPr>
          <w:sz w:val="20"/>
        </w:rPr>
        <w:t>15:56  Western world ke bare mein negative hain.</w:t>
      </w:r>
      <w:r>
        <w:br/>
      </w:r>
      <w:r>
        <w:rPr>
          <w:sz w:val="20"/>
        </w:rPr>
        <w:t>15:58  woh Western civilization ke baray mein negative hain.</w:t>
      </w:r>
      <w:r>
        <w:br/>
      </w:r>
      <w:r>
        <w:rPr>
          <w:sz w:val="20"/>
        </w:rPr>
        <w:t>16:04  kyun? woh kuch baaton ko jante hain.</w:t>
      </w:r>
      <w:r>
        <w:br/>
      </w:r>
      <w:r>
        <w:rPr>
          <w:sz w:val="20"/>
        </w:rPr>
        <w:t>16:08  kuch baaton ko jante hain.</w:t>
      </w:r>
      <w:r>
        <w:br/>
      </w:r>
      <w:r>
        <w:rPr>
          <w:sz w:val="20"/>
        </w:rPr>
        <w:t>16:10  mislan yeh ke amreeka israel ko support kyun karta hai?</w:t>
      </w:r>
      <w:r>
        <w:br/>
      </w:r>
      <w:r>
        <w:rPr>
          <w:sz w:val="20"/>
        </w:rPr>
        <w:t>16:16  colonial powers ne kyun otman park ko khatam kiya? is tarah kuch cheezon ko jante hain.</w:t>
      </w:r>
      <w:r>
        <w:br/>
      </w:r>
      <w:r>
        <w:rPr>
          <w:sz w:val="20"/>
        </w:rPr>
        <w:t>16:25  lekin agar woh</w:t>
      </w:r>
      <w:r>
        <w:br/>
      </w:r>
      <w:r>
        <w:rPr>
          <w:sz w:val="20"/>
        </w:rPr>
        <w:t>16:28  prepared mind ہوں تو ایک بہت بڑی چیز دریافت کریں گے۔</w:t>
      </w:r>
      <w:r>
        <w:br/>
      </w:r>
      <w:r>
        <w:rPr>
          <w:sz w:val="20"/>
        </w:rPr>
        <w:t>16:33  kyunke unhon ne kaise, aisa, is tarah ke waqeat kaise hue? kaise woh kamyab hue aisa karne mein?</w:t>
      </w:r>
      <w:r>
        <w:br/>
      </w:r>
      <w:r>
        <w:rPr>
          <w:sz w:val="20"/>
        </w:rPr>
        <w:t>16:42  اس کا راز تھا کہ انہوں نے nature میں جو hidden treasure تھا، technology کی شکل میں، اس</w:t>
      </w:r>
      <w:r>
        <w:br/>
      </w:r>
      <w:r>
        <w:rPr>
          <w:sz w:val="20"/>
        </w:rPr>
        <w:t>16:49  ko daryaft kiya.</w:t>
      </w:r>
      <w:r>
        <w:br/>
      </w:r>
      <w:r>
        <w:rPr>
          <w:sz w:val="20"/>
        </w:rPr>
        <w:t>16:51  yeh technology jo hai, woh kya hai? nature mein chupi hui thi.</w:t>
      </w:r>
      <w:r>
        <w:br/>
      </w:r>
      <w:r>
        <w:rPr>
          <w:sz w:val="20"/>
        </w:rPr>
        <w:t>16:58  ٹیکنالوجی میں as a hidden treasure وہ چھپی ہوئی تھی۔</w:t>
      </w:r>
      <w:r>
        <w:br/>
      </w:r>
      <w:r>
        <w:rPr>
          <w:sz w:val="20"/>
        </w:rPr>
        <w:t>17:02  is ko daryaft kiya unhon ne.</w:t>
      </w:r>
      <w:r>
        <w:br/>
      </w:r>
      <w:r>
        <w:rPr>
          <w:sz w:val="20"/>
        </w:rPr>
        <w:t>17:04  toh sab cheezein banai unhon ne.</w:t>
      </w:r>
      <w:r>
        <w:br/>
      </w:r>
      <w:r>
        <w:rPr>
          <w:sz w:val="20"/>
        </w:rPr>
        <w:t>17:06  technology develop ki unhon ne.</w:t>
      </w:r>
      <w:r>
        <w:br/>
      </w:r>
      <w:r>
        <w:rPr>
          <w:sz w:val="20"/>
        </w:rPr>
        <w:t>17:09  unhon ne hawa jahaz banaye, car banai,</w:t>
      </w:r>
      <w:r>
        <w:br/>
      </w:r>
      <w:r>
        <w:rPr>
          <w:sz w:val="20"/>
        </w:rPr>
        <w:t>17:13  spaceship banaye, engine banaye, factoryan banai, industry lagai.</w:t>
      </w:r>
      <w:r>
        <w:br/>
      </w:r>
      <w:r>
        <w:rPr>
          <w:sz w:val="20"/>
        </w:rPr>
        <w:t>17:17  woh sab kya tha?</w:t>
      </w:r>
      <w:r>
        <w:br/>
      </w:r>
      <w:r>
        <w:rPr>
          <w:sz w:val="20"/>
        </w:rPr>
        <w:t>17:20  وہ سب تھا نیچر میں جو hidden technology تھی، اس کو دریافت کرنے کے نتیجے میں یہ ہوا۔</w:t>
      </w:r>
      <w:r>
        <w:br/>
      </w:r>
      <w:r>
        <w:rPr>
          <w:sz w:val="20"/>
        </w:rPr>
        <w:t>17:27  toh sara jo karishma hai, woh</w:t>
      </w:r>
      <w:r>
        <w:br/>
      </w:r>
      <w:r>
        <w:rPr>
          <w:sz w:val="20"/>
        </w:rPr>
        <w:t>17:31  nature mein chupi hui</w:t>
      </w:r>
      <w:r>
        <w:br/>
      </w:r>
      <w:r>
        <w:rPr>
          <w:sz w:val="20"/>
        </w:rPr>
        <w:t>17:35  technology ko daryaft karne ka.</w:t>
      </w:r>
      <w:r>
        <w:br/>
      </w:r>
      <w:r>
        <w:rPr>
          <w:sz w:val="20"/>
        </w:rPr>
        <w:t>17:39  toh maine socha ke yeh, yeh jo technology unhon ne daryaft ki hai,</w:t>
      </w:r>
      <w:r>
        <w:br/>
      </w:r>
      <w:r>
        <w:rPr>
          <w:sz w:val="20"/>
        </w:rPr>
        <w:t>17:46  mislan main yahan bol raha hoon dilli mein, aur potentially dunya bhar mein meri baat sun rahe hain</w:t>
      </w:r>
      <w:r>
        <w:br/>
      </w:r>
      <w:r>
        <w:rPr>
          <w:sz w:val="20"/>
        </w:rPr>
        <w:t>17:51  log. potentially. yani meri tasveer, meri awaz, sab kuch har jagah pahunch rahi hai.</w:t>
      </w:r>
      <w:r>
        <w:br/>
      </w:r>
      <w:r>
        <w:rPr>
          <w:sz w:val="20"/>
        </w:rPr>
        <w:t>18:00  potentially. toh yeh jo hai, agar musalmanon ke andar dawat ka mizaj ho, woh jante hon ke musalman</w:t>
      </w:r>
      <w:r>
        <w:br/>
      </w:r>
      <w:r>
        <w:rPr>
          <w:sz w:val="20"/>
        </w:rPr>
        <w:t>18:11  ka mission dawat ka mission hai,</w:t>
      </w:r>
      <w:r>
        <w:br/>
      </w:r>
      <w:r>
        <w:rPr>
          <w:sz w:val="20"/>
        </w:rPr>
        <w:t>18:14  toh woh kya sochenge?</w:t>
      </w:r>
      <w:r>
        <w:br/>
      </w:r>
      <w:r>
        <w:rPr>
          <w:sz w:val="20"/>
        </w:rPr>
        <w:t>18:17  woh yeh sochenge ke western civilization ka license share toh hum ko mil raha hai.</w:t>
      </w:r>
      <w:r>
        <w:br/>
      </w:r>
      <w:r>
        <w:rPr>
          <w:sz w:val="20"/>
        </w:rPr>
        <w:t>18:22  license share. kyunke agar hum un, is technology ko istemal karein dawat ke liye, dawat ka matlab hai,</w:t>
      </w:r>
      <w:r>
        <w:br/>
      </w:r>
      <w:r>
        <w:rPr>
          <w:sz w:val="20"/>
        </w:rPr>
        <w:t>18:32  yani god ke message ko sari dunya mein pahunchana, peaceful message ko pahunchana.</w:t>
      </w:r>
      <w:r>
        <w:br/>
      </w:r>
      <w:r>
        <w:rPr>
          <w:sz w:val="20"/>
        </w:rPr>
        <w:t>18:42  to aap jante hain ke</w:t>
      </w:r>
      <w:r>
        <w:br/>
      </w:r>
      <w:r>
        <w:rPr>
          <w:sz w:val="20"/>
        </w:rPr>
        <w:t>18:45  western civilization se pehle yeh possible nahi tha ke dunya bhar mein yeh message pohanchaya jaye.</w:t>
      </w:r>
      <w:r>
        <w:br/>
      </w:r>
      <w:r>
        <w:rPr>
          <w:sz w:val="20"/>
        </w:rPr>
        <w:t>18:51  jo divine message hai,</w:t>
      </w:r>
      <w:r>
        <w:br/>
      </w:r>
      <w:r>
        <w:rPr>
          <w:sz w:val="20"/>
        </w:rPr>
        <w:t>18:55  jo peaceful message hai creator ka, us ko sirf local level par hum pohancha sakte thay.</w:t>
      </w:r>
      <w:r>
        <w:br/>
      </w:r>
      <w:r>
        <w:rPr>
          <w:sz w:val="20"/>
        </w:rPr>
        <w:t>19:03  global level par nahi.</w:t>
      </w:r>
      <w:r>
        <w:br/>
      </w:r>
      <w:r>
        <w:rPr>
          <w:sz w:val="20"/>
        </w:rPr>
        <w:t>19:06  to yeh western civilization hai</w:t>
      </w:r>
      <w:r>
        <w:br/>
      </w:r>
      <w:r>
        <w:rPr>
          <w:sz w:val="20"/>
        </w:rPr>
        <w:t>19:11  jinhon ne is ko possible banaya.</w:t>
      </w:r>
      <w:r>
        <w:br/>
      </w:r>
      <w:r>
        <w:rPr>
          <w:sz w:val="20"/>
        </w:rPr>
        <w:t>19:13  misal aap jante hain ke</w:t>
      </w:r>
      <w:r>
        <w:br/>
      </w:r>
      <w:r>
        <w:rPr>
          <w:sz w:val="20"/>
        </w:rPr>
        <w:t>19:18  hawai jahaz ki sanat</w:t>
      </w:r>
      <w:r>
        <w:br/>
      </w:r>
      <w:r>
        <w:rPr>
          <w:sz w:val="20"/>
        </w:rPr>
        <w:t>19:21  develop hui zyada tar first world war ke darmiyan.</w:t>
      </w:r>
      <w:r>
        <w:br/>
      </w:r>
      <w:r>
        <w:rPr>
          <w:sz w:val="20"/>
        </w:rPr>
        <w:t>19:26  aise hi yeh jo communication hai,</w:t>
      </w:r>
      <w:r>
        <w:br/>
      </w:r>
      <w:r>
        <w:rPr>
          <w:sz w:val="20"/>
        </w:rPr>
        <w:t>19:31  yeh zyada tar develop hua second world war ke darmiyan.</w:t>
      </w:r>
      <w:r>
        <w:br/>
      </w:r>
      <w:r>
        <w:rPr>
          <w:sz w:val="20"/>
        </w:rPr>
        <w:t>19:36  yeh kal unhon ne kiya, western world ne kiya, unhon ne kiya apne maqsad ke liye, apne commercial</w:t>
      </w:r>
      <w:r>
        <w:br/>
      </w:r>
      <w:r>
        <w:rPr>
          <w:sz w:val="20"/>
        </w:rPr>
        <w:t>19:42  purpose ke liye ya worldly purpose ke liye.</w:t>
      </w:r>
      <w:r>
        <w:br/>
      </w:r>
      <w:r>
        <w:rPr>
          <w:sz w:val="20"/>
        </w:rPr>
        <w:t>19:45  lekin jo daai hai,</w:t>
      </w:r>
      <w:r>
        <w:br/>
      </w:r>
      <w:r>
        <w:rPr>
          <w:sz w:val="20"/>
        </w:rPr>
        <w:t>19:48  us ko istemal karta hai is technology ko, is communication ko,</w:t>
      </w:r>
      <w:r>
        <w:br/>
      </w:r>
      <w:r>
        <w:rPr>
          <w:sz w:val="20"/>
        </w:rPr>
        <w:t>19:56  God ke mission ke liye, God ke mission ko phailane ke liye.</w:t>
      </w:r>
      <w:r>
        <w:br/>
      </w:r>
      <w:r>
        <w:rPr>
          <w:sz w:val="20"/>
        </w:rPr>
        <w:t>20:00  yani ek aise kaam ke liye jis ka bohat bara reward is ko akhirat mein milega.</w:t>
      </w:r>
      <w:r>
        <w:br/>
      </w:r>
      <w:r>
        <w:rPr>
          <w:sz w:val="20"/>
        </w:rPr>
        <w:t>20:06  us ko paradise milegi.</w:t>
      </w:r>
      <w:r>
        <w:br/>
      </w:r>
      <w:r>
        <w:rPr>
          <w:sz w:val="20"/>
        </w:rPr>
        <w:t>20:10  yani ek believer</w:t>
      </w:r>
      <w:r>
        <w:br/>
      </w:r>
      <w:r>
        <w:rPr>
          <w:sz w:val="20"/>
        </w:rPr>
        <w:t>20:12  jo sacha daai ho, us ke dil mein logon ki khair khwahi ho,</w:t>
      </w:r>
      <w:r>
        <w:br/>
      </w:r>
      <w:r>
        <w:rPr>
          <w:sz w:val="20"/>
        </w:rPr>
        <w:t>20:18  aur logon ki khair khwahi ke liye peaceful andaaz mein</w:t>
      </w:r>
      <w:r>
        <w:br/>
      </w:r>
      <w:r>
        <w:rPr>
          <w:sz w:val="20"/>
        </w:rPr>
        <w:t>20:23  woh Khuda ke paigham ko pohanchaye,</w:t>
      </w:r>
      <w:r>
        <w:br/>
      </w:r>
      <w:r>
        <w:rPr>
          <w:sz w:val="20"/>
        </w:rPr>
        <w:t>20:27  divine mission ko phailaye,</w:t>
      </w:r>
      <w:r>
        <w:br/>
      </w:r>
      <w:r>
        <w:rPr>
          <w:sz w:val="20"/>
        </w:rPr>
        <w:t>20:33  to woh akhirat mein bohat hi bara eternal reward payega, eternal reward.</w:t>
      </w:r>
      <w:r>
        <w:br/>
      </w:r>
      <w:r>
        <w:rPr>
          <w:sz w:val="20"/>
        </w:rPr>
        <w:t>20:40  to istemal to karega yahi, yahi communication,</w:t>
      </w:r>
      <w:r>
        <w:br/>
      </w:r>
      <w:r>
        <w:rPr>
          <w:sz w:val="20"/>
        </w:rPr>
        <w:t>20:45  yahi technology. To western, west ke log jo is ko istemal kar rahe hain, wo apne worldly purpose</w:t>
      </w:r>
      <w:r>
        <w:br/>
      </w:r>
      <w:r>
        <w:rPr>
          <w:sz w:val="20"/>
        </w:rPr>
        <w:t>20:54  ke liye istemal kar rahe hain.</w:t>
      </w:r>
      <w:r>
        <w:br/>
      </w:r>
      <w:r>
        <w:rPr>
          <w:sz w:val="20"/>
        </w:rPr>
        <w:t>20:56  Aur daai istemal karega to is ko akhirat mein reward milega.</w:t>
      </w:r>
      <w:r>
        <w:br/>
      </w:r>
      <w:r>
        <w:rPr>
          <w:sz w:val="20"/>
        </w:rPr>
        <w:t>21:01  To isi ko main keh raha hoon ke licence share to isi ko milta hai.</w:t>
      </w:r>
      <w:r>
        <w:br/>
      </w:r>
      <w:r>
        <w:rPr>
          <w:sz w:val="20"/>
        </w:rPr>
        <w:t>21:06  In ko to bohat chota faida milta hai, aur daai ko bohat bara faida milta hai.</w:t>
      </w:r>
      <w:r>
        <w:br/>
      </w:r>
      <w:r>
        <w:rPr>
          <w:sz w:val="20"/>
        </w:rPr>
        <w:t>21:12  Aik ajeeb ghareeb khayal mere zehan mein aaya ke jo log west ke dushman ho gaye hain, wo</w:t>
      </w:r>
      <w:r>
        <w:br/>
      </w:r>
      <w:r>
        <w:rPr>
          <w:sz w:val="20"/>
        </w:rPr>
        <w:t>21:20  agar is jaan lein is baat ko, to west ko apna benefactor samjhein.</w:t>
      </w:r>
      <w:r>
        <w:br/>
      </w:r>
      <w:r>
        <w:rPr>
          <w:sz w:val="20"/>
        </w:rPr>
        <w:t>21:25  Benefactor. Ke west ki wajah se yeh mumkin hua ke hum Khuda ke message ko</w:t>
      </w:r>
      <w:r>
        <w:br/>
      </w:r>
      <w:r>
        <w:rPr>
          <w:sz w:val="20"/>
        </w:rPr>
        <w:t>21:34  global level pouncha sakein.</w:t>
      </w:r>
      <w:r>
        <w:br/>
      </w:r>
      <w:r>
        <w:rPr>
          <w:sz w:val="20"/>
        </w:rPr>
        <w:t>21:37  Kyunke aap dekhiye, predicate place unhon ne develop kiya,</w:t>
      </w:r>
      <w:r>
        <w:br/>
      </w:r>
      <w:r>
        <w:rPr>
          <w:sz w:val="20"/>
        </w:rPr>
        <w:t>21:42  camera unhon ne develop kiya, computer unhon ne develop kiya, hawai jahaz unhon ne develop kiya, modern communication</w:t>
      </w:r>
      <w:r>
        <w:br/>
      </w:r>
      <w:r>
        <w:rPr>
          <w:sz w:val="20"/>
        </w:rPr>
        <w:t>21:49  saara unhon ne develop kiya.</w:t>
      </w:r>
      <w:r>
        <w:br/>
      </w:r>
      <w:r>
        <w:rPr>
          <w:sz w:val="20"/>
        </w:rPr>
        <w:t>21:51  Is mein Muslim qaumon ka to koi dakhal nahi hai.</w:t>
      </w:r>
      <w:r>
        <w:br/>
      </w:r>
      <w:r>
        <w:rPr>
          <w:sz w:val="20"/>
        </w:rPr>
        <w:t>21:55  Koi bhi cheez nahi hai jo ke Muslim mulkon mein ya Arab mein develop hui ho.</w:t>
      </w:r>
      <w:r>
        <w:br/>
      </w:r>
      <w:r>
        <w:rPr>
          <w:sz w:val="20"/>
        </w:rPr>
        <w:t>22:00  Saari cheezein develop hui hain western world mein.</w:t>
      </w:r>
      <w:r>
        <w:br/>
      </w:r>
      <w:r>
        <w:rPr>
          <w:sz w:val="20"/>
        </w:rPr>
        <w:t>22:03  To unhon ne kiya is ko apne commercial purpose ke liye, worldly purpose ke liye.</w:t>
      </w:r>
      <w:r>
        <w:br/>
      </w:r>
      <w:r>
        <w:rPr>
          <w:sz w:val="20"/>
        </w:rPr>
        <w:t>22:10  Ab aik believer is ko istemal kare dawat ke liye,</w:t>
      </w:r>
      <w:r>
        <w:br/>
      </w:r>
      <w:r>
        <w:rPr>
          <w:sz w:val="20"/>
        </w:rPr>
        <w:t>22:14  to is ka matlab ke wo aik aisay mission ke liye is ko istemal kar raha hai jis</w:t>
      </w:r>
      <w:r>
        <w:br/>
      </w:r>
      <w:r>
        <w:rPr>
          <w:sz w:val="20"/>
        </w:rPr>
        <w:t>22:19  ka reward is ko eternal life mein milega, eternally.</w:t>
      </w:r>
      <w:r>
        <w:br/>
      </w:r>
      <w:r>
        <w:rPr>
          <w:sz w:val="20"/>
        </w:rPr>
        <w:t>22:25  To is ko, is ko main keh raha hoon ke licence share to isi ko hua.</w:t>
      </w:r>
      <w:r>
        <w:br/>
      </w:r>
      <w:r>
        <w:rPr>
          <w:sz w:val="20"/>
        </w:rPr>
        <w:t>22:31  Zyada bara in ko less than one percent mila, aur believers ko to more than ninety nine percent</w:t>
      </w:r>
      <w:r>
        <w:br/>
      </w:r>
      <w:r>
        <w:rPr>
          <w:sz w:val="20"/>
        </w:rPr>
        <w:t>22:39  mila. Agar yeh sochein to western world</w:t>
      </w:r>
      <w:r>
        <w:br/>
      </w:r>
      <w:r>
        <w:rPr>
          <w:sz w:val="20"/>
        </w:rPr>
        <w:t>22:45  ko hum samjhein ke yeh to benefactor hamara hai.</w:t>
      </w:r>
      <w:r>
        <w:br/>
      </w:r>
      <w:r>
        <w:rPr>
          <w:sz w:val="20"/>
        </w:rPr>
        <w:t>22:48  To main samajhta hoon ke insaan is liye paida nahi kiya gaya hai ke wo jungle mein chala</w:t>
      </w:r>
      <w:r>
        <w:br/>
      </w:r>
      <w:r>
        <w:rPr>
          <w:sz w:val="20"/>
        </w:rPr>
        <w:t>22:53  jaaye, ecstasy mein jiye.</w:t>
      </w:r>
      <w:r>
        <w:br/>
      </w:r>
      <w:r>
        <w:rPr>
          <w:sz w:val="20"/>
        </w:rPr>
        <w:t>22:57  nahin, woh is liye paida kiya hoga ke apne mind ko unfold kare.</w:t>
      </w:r>
      <w:r>
        <w:br/>
      </w:r>
      <w:r>
        <w:rPr>
          <w:sz w:val="20"/>
        </w:rPr>
        <w:t>23:02  yeh mind jo hai, is ke andar bohat ziyada capacity hai.</w:t>
      </w:r>
      <w:r>
        <w:br/>
      </w:r>
      <w:r>
        <w:rPr>
          <w:sz w:val="20"/>
        </w:rPr>
        <w:t>23:07  is mind ko unfold kar ke logon ne telescope banaya, microscope banaya, hawa jahaz banaya.</w:t>
      </w:r>
      <w:r>
        <w:br/>
      </w:r>
      <w:r>
        <w:rPr>
          <w:sz w:val="20"/>
        </w:rPr>
        <w:t>23:15  to hum is mind ko, yaani</w:t>
      </w:r>
      <w:r>
        <w:br/>
      </w:r>
      <w:r>
        <w:rPr>
          <w:sz w:val="20"/>
        </w:rPr>
        <w:t>23:19  le ke jangall mein koi chala jaaye,</w:t>
      </w:r>
      <w:r>
        <w:br/>
      </w:r>
      <w:r>
        <w:rPr>
          <w:sz w:val="20"/>
        </w:rPr>
        <w:t>23:22  to mein samajhta hoon ke creator ka jo plan hai, woh hai mind ko unfold karna,</w:t>
      </w:r>
      <w:r>
        <w:br/>
      </w:r>
      <w:r>
        <w:rPr>
          <w:sz w:val="20"/>
        </w:rPr>
        <w:t>23:30  taake is ke andar hidden treasure jo hai zahir ho.</w:t>
      </w:r>
      <w:r>
        <w:br/>
      </w:r>
      <w:r>
        <w:rPr>
          <w:sz w:val="20"/>
        </w:rPr>
        <w:t>23:32  yeh saara jo, jo nature mein jo technology thi, us ko daryaft kaise kiya gaya? Mind ke zariye</w:t>
      </w:r>
      <w:r>
        <w:br/>
      </w:r>
      <w:r>
        <w:rPr>
          <w:sz w:val="20"/>
        </w:rPr>
        <w:t>23:39  se. Mind ke zariye se.</w:t>
      </w:r>
      <w:r>
        <w:br/>
      </w:r>
      <w:r>
        <w:rPr>
          <w:sz w:val="20"/>
        </w:rPr>
        <w:t>23:43  agar mind ko istemal na karte to yeh technology poori ki poori nature mein chupi hui pari rehti.</w:t>
      </w:r>
      <w:r>
        <w:br/>
      </w:r>
      <w:r>
        <w:rPr>
          <w:sz w:val="20"/>
        </w:rPr>
        <w:t>23:53  to mein samajhta hoon ke sab se bara jo insaan ka</w:t>
      </w:r>
      <w:r>
        <w:br/>
      </w:r>
      <w:r>
        <w:rPr>
          <w:sz w:val="20"/>
        </w:rPr>
        <w:t>23:58  jo kaam hai, woh hai apne mind ko unfold karna.</w:t>
      </w:r>
      <w:r>
        <w:br/>
      </w:r>
      <w:r>
        <w:rPr>
          <w:sz w:val="20"/>
        </w:rPr>
        <w:t>24:04  aur unfold karne ke liye zaroori hai ke aap ke paas,</w:t>
      </w:r>
      <w:r>
        <w:br/>
      </w:r>
      <w:r>
        <w:rPr>
          <w:sz w:val="20"/>
        </w:rPr>
        <w:t>24:08  aap, aap ek, ek aur wisdom aap ke andar ho.</w:t>
      </w:r>
      <w:r>
        <w:br/>
      </w:r>
      <w:r>
        <w:rPr>
          <w:sz w:val="20"/>
        </w:rPr>
        <w:t>24:13  ek aur wisdom.</w:t>
      </w:r>
      <w:r>
        <w:br/>
      </w:r>
      <w:r>
        <w:rPr>
          <w:sz w:val="20"/>
        </w:rPr>
        <w:t>24:14  woh yeh hai ke aap kisi negative experience se disturb na hon.</w:t>
      </w:r>
      <w:r>
        <w:br/>
      </w:r>
      <w:r>
        <w:rPr>
          <w:sz w:val="20"/>
        </w:rPr>
        <w:t>24:20  negative experience se aap negative na ho jaayen.</w:t>
      </w:r>
      <w:r>
        <w:br/>
      </w:r>
      <w:r>
        <w:rPr>
          <w:sz w:val="20"/>
        </w:rPr>
        <w:t>24:23  reaction mein na pad jaayen.</w:t>
      </w:r>
      <w:r>
        <w:br/>
      </w:r>
      <w:r>
        <w:rPr>
          <w:sz w:val="20"/>
        </w:rPr>
        <w:t>24:28  jaise mein ne misaal di ke musalman saari duniya mein</w:t>
      </w:r>
      <w:r>
        <w:br/>
      </w:r>
      <w:r>
        <w:rPr>
          <w:sz w:val="20"/>
        </w:rPr>
        <w:t>24:36  west ke khilaaf ho rahe hain.</w:t>
      </w:r>
      <w:r>
        <w:br/>
      </w:r>
      <w:r>
        <w:rPr>
          <w:sz w:val="20"/>
        </w:rPr>
        <w:t>24:38  sab ke sab samajhte hain ke west hamara enemy hai.</w:t>
      </w:r>
      <w:r>
        <w:br/>
      </w:r>
      <w:r>
        <w:rPr>
          <w:sz w:val="20"/>
        </w:rPr>
        <w:t>24:44  is ki wajah se woh bohat bari baat</w:t>
      </w:r>
      <w:r>
        <w:br/>
      </w:r>
      <w:r>
        <w:rPr>
          <w:sz w:val="20"/>
        </w:rPr>
        <w:t>24:47  daryaft nahin kar paa rahe ke west un ka benefactor hai.</w:t>
      </w:r>
      <w:r>
        <w:br/>
      </w:r>
      <w:r>
        <w:rPr>
          <w:sz w:val="20"/>
        </w:rPr>
        <w:t>24:52  west ne un ko yeh mauqa diya ke woh apne mission ko,</w:t>
      </w:r>
      <w:r>
        <w:br/>
      </w:r>
      <w:r>
        <w:rPr>
          <w:sz w:val="20"/>
        </w:rPr>
        <w:t>24:59  apne mission ko global level par phailaa sakain.</w:t>
      </w:r>
      <w:r>
        <w:br/>
      </w:r>
      <w:r>
        <w:rPr>
          <w:sz w:val="20"/>
        </w:rPr>
        <w:t>25:02  is se pehle possible hi nahin tha.</w:t>
      </w:r>
      <w:r>
        <w:br/>
      </w:r>
      <w:r>
        <w:rPr>
          <w:sz w:val="20"/>
        </w:rPr>
        <w:t>25:05  is se pehle possible nahin tha.</w:t>
      </w:r>
      <w:r>
        <w:br/>
      </w:r>
      <w:r>
        <w:rPr>
          <w:sz w:val="20"/>
        </w:rPr>
        <w:t>25:11  misalan ek, ek tabai thay, woh arab se niklay.</w:t>
      </w:r>
      <w:r>
        <w:br/>
      </w:r>
      <w:r>
        <w:rPr>
          <w:sz w:val="20"/>
        </w:rPr>
        <w:t>25:16  un ka shauq yeh tha ke quran ke message ko sari dunya mein pahunchain.</w:t>
      </w:r>
      <w:r>
        <w:br/>
      </w:r>
      <w:r>
        <w:rPr>
          <w:sz w:val="20"/>
        </w:rPr>
        <w:t>25:21  is waqt un ko pata nahin tha dunya kitni bari hai.</w:t>
      </w:r>
      <w:r>
        <w:br/>
      </w:r>
      <w:r>
        <w:rPr>
          <w:sz w:val="20"/>
        </w:rPr>
        <w:t>25:26  to apne sathiyon ke sath woh arab se niklay.</w:t>
      </w:r>
      <w:r>
        <w:br/>
      </w:r>
      <w:r>
        <w:rPr>
          <w:sz w:val="20"/>
        </w:rPr>
        <w:t>25:29  phir woh hotay hotay africa mein pahunchay.</w:t>
      </w:r>
      <w:r>
        <w:br/>
      </w:r>
      <w:r>
        <w:rPr>
          <w:sz w:val="20"/>
        </w:rPr>
        <w:t>25:33  africa mein chalte hue ghoṛe par sawaar thay woh.</w:t>
      </w:r>
      <w:r>
        <w:br/>
      </w:r>
      <w:r>
        <w:rPr>
          <w:sz w:val="20"/>
        </w:rPr>
        <w:t>25:37  atlantic ke kinare pahunch gay.</w:t>
      </w:r>
      <w:r>
        <w:br/>
      </w:r>
      <w:r>
        <w:rPr>
          <w:sz w:val="20"/>
        </w:rPr>
        <w:t>25:39  jahan samandar tha.</w:t>
      </w:r>
      <w:r>
        <w:br/>
      </w:r>
      <w:r>
        <w:rPr>
          <w:sz w:val="20"/>
        </w:rPr>
        <w:t>25:41  ab un ko pata nahin ke atlantic is paar kya hai.</w:t>
      </w:r>
      <w:r>
        <w:br/>
      </w:r>
      <w:r>
        <w:rPr>
          <w:sz w:val="20"/>
        </w:rPr>
        <w:t>25:45  to wahan woh kharay ho gay.</w:t>
      </w:r>
      <w:r>
        <w:br/>
      </w:r>
      <w:r>
        <w:rPr>
          <w:sz w:val="20"/>
        </w:rPr>
        <w:t>25:48  aur is waqt unhon ne kaha tha ke khudaaya agar mujhe maloom hota ke is samandar ke is</w:t>
      </w:r>
      <w:r>
        <w:br/>
      </w:r>
      <w:r>
        <w:rPr>
          <w:sz w:val="20"/>
        </w:rPr>
        <w:t>25:53  paar bhi koi dunya hai to main apna ghoṛa samandar mein daal deta.</w:t>
      </w:r>
      <w:r>
        <w:br/>
      </w:r>
      <w:r>
        <w:rPr>
          <w:sz w:val="20"/>
        </w:rPr>
        <w:t>25:59  to yeh, to aaj woh, aaj woh cheez kis ne khatam ki?</w:t>
      </w:r>
      <w:r>
        <w:br/>
      </w:r>
      <w:r>
        <w:rPr>
          <w:sz w:val="20"/>
        </w:rPr>
        <w:t>26:04  geography ka ilm kis ne diya?</w:t>
      </w:r>
      <w:r>
        <w:br/>
      </w:r>
      <w:r>
        <w:rPr>
          <w:sz w:val="20"/>
        </w:rPr>
        <w:t>26:07  sawariyan kis ne din? communication kis ne diya? kis ne is ko possible banaya ke hum kitaben chhap</w:t>
      </w:r>
      <w:r>
        <w:br/>
      </w:r>
      <w:r>
        <w:rPr>
          <w:sz w:val="20"/>
        </w:rPr>
        <w:t>26:13  kar dunya mein pahunchayen? yeh west ne kiya.</w:t>
      </w:r>
      <w:r>
        <w:br/>
      </w:r>
      <w:r>
        <w:rPr>
          <w:sz w:val="20"/>
        </w:rPr>
        <w:t>26:17  to kya west hamara supporter ban gaya?</w:t>
      </w:r>
      <w:r>
        <w:br/>
      </w:r>
      <w:r>
        <w:rPr>
          <w:sz w:val="20"/>
        </w:rPr>
        <w:t>26:22  west jo hai woh hamara supporter ban gaya.</w:t>
      </w:r>
      <w:r>
        <w:br/>
      </w:r>
      <w:r>
        <w:rPr>
          <w:sz w:val="20"/>
        </w:rPr>
        <w:t>26:26  lekin chuna ke musalmanon par yeh wazeh nahin ke un ka mission kya hai,</w:t>
      </w:r>
      <w:r>
        <w:br/>
      </w:r>
      <w:r>
        <w:rPr>
          <w:sz w:val="20"/>
        </w:rPr>
        <w:t>26:33  kal ek bohat lamba maqala maine parha, is mein unhon ne bataya ke musalmanon ka mission hai</w:t>
      </w:r>
      <w:r>
        <w:br/>
      </w:r>
      <w:r>
        <w:rPr>
          <w:sz w:val="20"/>
        </w:rPr>
        <w:t>26:39  ke sari dunya mein islam ka hukm qaim karen.</w:t>
      </w:r>
      <w:r>
        <w:br/>
      </w:r>
      <w:r>
        <w:rPr>
          <w:sz w:val="20"/>
        </w:rPr>
        <w:t>26:42  bilkul treatable baat yeh hai.</w:t>
      </w:r>
      <w:r>
        <w:br/>
      </w:r>
      <w:r>
        <w:rPr>
          <w:sz w:val="20"/>
        </w:rPr>
        <w:t>26:45  mein ne socha ke sari dunya mein islam ki hukoomat to kabhi qaim nahi hui, aur na ho</w:t>
      </w:r>
      <w:r>
        <w:br/>
      </w:r>
      <w:r>
        <w:rPr>
          <w:sz w:val="20"/>
        </w:rPr>
        <w:t>26:50  سکتی ہے۔ تو کیا خدا ایک ایسا مشن دے گا اپنے ماننے والوں کو جو سرے سے achievable</w:t>
      </w:r>
      <w:r>
        <w:br/>
      </w:r>
      <w:r>
        <w:rPr>
          <w:sz w:val="20"/>
        </w:rPr>
        <w:t>26:58  na ho? agar mission yeh hai ke sari dunya mein islam ki hukoomat,</w:t>
      </w:r>
      <w:r>
        <w:br/>
      </w:r>
      <w:r>
        <w:rPr>
          <w:sz w:val="20"/>
        </w:rPr>
        <w:t>27:04  aur islam ki hukoomat ka lafz hi ghalat hai.</w:t>
      </w:r>
      <w:r>
        <w:br/>
      </w:r>
      <w:r>
        <w:rPr>
          <w:sz w:val="20"/>
        </w:rPr>
        <w:t>27:08  islam ko aadmi to aadmi to hai nahi.</w:t>
      </w:r>
      <w:r>
        <w:br/>
      </w:r>
      <w:r>
        <w:rPr>
          <w:sz w:val="20"/>
        </w:rPr>
        <w:t>27:11  islam to ek ideology hai.</w:t>
      </w:r>
      <w:r>
        <w:br/>
      </w:r>
      <w:r>
        <w:rPr>
          <w:sz w:val="20"/>
        </w:rPr>
        <w:t>27:13  hukoomat to insanon ki qaim hoti hai.</w:t>
      </w:r>
      <w:r>
        <w:br/>
      </w:r>
      <w:r>
        <w:rPr>
          <w:sz w:val="20"/>
        </w:rPr>
        <w:t>27:17  jo so called</w:t>
      </w:r>
      <w:r>
        <w:br/>
      </w:r>
      <w:r>
        <w:rPr>
          <w:sz w:val="20"/>
        </w:rPr>
        <w:t>27:20  Age hai Islami hukoomat ka, woh Islami hukoomat ka age nahin hai woh.</w:t>
      </w:r>
      <w:r>
        <w:br/>
      </w:r>
      <w:r>
        <w:rPr>
          <w:sz w:val="20"/>
        </w:rPr>
        <w:t>27:26  yani rasool Allah ke baad dunya mein jo</w:t>
      </w:r>
      <w:r>
        <w:br/>
      </w:r>
      <w:r>
        <w:rPr>
          <w:sz w:val="20"/>
        </w:rPr>
        <w:t>27:31  taqreeban ek hazar tak, ek hazar saal tak musalmanon ki hukoomatein qaim huin,</w:t>
      </w:r>
      <w:r>
        <w:br/>
      </w:r>
      <w:r>
        <w:rPr>
          <w:sz w:val="20"/>
        </w:rPr>
        <w:t>27:38  empire banaye musalmanon ne, jagah jagah un ki hukoomatein qaim huin.</w:t>
      </w:r>
      <w:r>
        <w:br/>
      </w:r>
      <w:r>
        <w:rPr>
          <w:sz w:val="20"/>
        </w:rPr>
        <w:t>27:42  تو وہ اسلامی حکومتیں تھیں، وہ تو dynasty تھی۔</w:t>
      </w:r>
      <w:r>
        <w:br/>
      </w:r>
      <w:r>
        <w:rPr>
          <w:sz w:val="20"/>
        </w:rPr>
        <w:t>27:46  yani muawiya ke baad jo dynasty ka daur shuru hua, to kabhi khatam nahi hua.</w:t>
      </w:r>
      <w:r>
        <w:br/>
      </w:r>
      <w:r>
        <w:rPr>
          <w:sz w:val="20"/>
        </w:rPr>
        <w:t>27:53  moghul hukoomat dynasty ki hukoomat thi.</w:t>
      </w:r>
      <w:r>
        <w:br/>
      </w:r>
      <w:r>
        <w:rPr>
          <w:sz w:val="20"/>
        </w:rPr>
        <w:t>27:56  ottoman empire dynasty ki thi.</w:t>
      </w:r>
      <w:r>
        <w:br/>
      </w:r>
      <w:r>
        <w:rPr>
          <w:sz w:val="20"/>
        </w:rPr>
        <w:t>27:58  jitne bhi hukoomatein hain, woh sab dynasty theen.</w:t>
      </w:r>
      <w:r>
        <w:br/>
      </w:r>
      <w:r>
        <w:rPr>
          <w:sz w:val="20"/>
        </w:rPr>
        <w:t>28:01  yani khandan ki hukoomat.</w:t>
      </w:r>
      <w:r>
        <w:br/>
      </w:r>
      <w:r>
        <w:rPr>
          <w:sz w:val="20"/>
        </w:rPr>
        <w:t>28:03  iska islami hukoomat kahan nahi ghalat hai?</w:t>
      </w:r>
      <w:r>
        <w:br/>
      </w:r>
      <w:r>
        <w:rPr>
          <w:sz w:val="20"/>
        </w:rPr>
        <w:t>28:07  yeh jo muddat hai, itni lambi,</w:t>
      </w:r>
      <w:r>
        <w:br/>
      </w:r>
      <w:r>
        <w:rPr>
          <w:sz w:val="20"/>
        </w:rPr>
        <w:t>28:12  isko yeh kehna ke islami hukoomat thi, yeh musalmanon ki hukoomat bhi nahi keh sakte aap is</w:t>
      </w:r>
      <w:r>
        <w:br/>
      </w:r>
      <w:r>
        <w:rPr>
          <w:sz w:val="20"/>
        </w:rPr>
        <w:t>28:19  ko. is ko kahein ke dynasty,</w:t>
      </w:r>
      <w:r>
        <w:br/>
      </w:r>
      <w:r>
        <w:rPr>
          <w:sz w:val="20"/>
        </w:rPr>
        <w:t>28:23  dynasty rule. تو اسلامی حکومت کا تصور ایک بالکل ہی ایک ridiculous تصور ہے، کیونکہ وہ کبھی achievable</w:t>
      </w:r>
      <w:r>
        <w:br/>
      </w:r>
      <w:r>
        <w:rPr>
          <w:sz w:val="20"/>
        </w:rPr>
        <w:t>28:32  nahi woh. to islam ki ideology ko phailana hai, na ke islam ke rule ko phailana hai.</w:t>
      </w:r>
      <w:r>
        <w:br/>
      </w:r>
      <w:r>
        <w:rPr>
          <w:sz w:val="20"/>
        </w:rPr>
        <w:t>28:41  yani hamara jo mission hai, woh yeh nahi ke hum</w:t>
      </w:r>
      <w:r>
        <w:br/>
      </w:r>
      <w:r>
        <w:rPr>
          <w:sz w:val="20"/>
        </w:rPr>
        <w:t>28:45  islami hukoomat ke naam par sari dunya se ladein.</w:t>
      </w:r>
      <w:r>
        <w:br/>
      </w:r>
      <w:r>
        <w:rPr>
          <w:sz w:val="20"/>
        </w:rPr>
        <w:t>28:48  yeh, yeh mission hi nahi hai.</w:t>
      </w:r>
      <w:r>
        <w:br/>
      </w:r>
      <w:r>
        <w:rPr>
          <w:sz w:val="20"/>
        </w:rPr>
        <w:t>28:50  hamara kaam hai ke islam ka jo paigham hai, tauheed ka jo paigham hai, oneness of god ka</w:t>
      </w:r>
      <w:r>
        <w:br/>
      </w:r>
      <w:r>
        <w:rPr>
          <w:sz w:val="20"/>
        </w:rPr>
        <w:t>28:56  jo paigham hai, us ko sari dunya tak pohnchayein.</w:t>
      </w:r>
      <w:r>
        <w:br/>
      </w:r>
      <w:r>
        <w:rPr>
          <w:sz w:val="20"/>
        </w:rPr>
        <w:t>29:04  تو اس لحاظ سے آپ سوچیے کہ پورے پچھلے ہزار سال کے دوران کبھی یہ possible نہیں ہوا</w:t>
      </w:r>
      <w:r>
        <w:br/>
      </w:r>
      <w:r>
        <w:rPr>
          <w:sz w:val="20"/>
        </w:rPr>
        <w:t>29:10  tha ke islam ke paigham ko ya tauheed ke paigham ko global level pohanchaya jaye.</w:t>
      </w:r>
      <w:r>
        <w:br/>
      </w:r>
      <w:r>
        <w:rPr>
          <w:sz w:val="20"/>
        </w:rPr>
        <w:t>29:20  wo to western civilization ke douran possible hua.</w:t>
      </w:r>
      <w:r>
        <w:br/>
      </w:r>
      <w:r>
        <w:rPr>
          <w:sz w:val="20"/>
        </w:rPr>
        <w:t>29:26  to western civilization jo hamari benefactor hai, us ne hum ko yeh mauqa diya.</w:t>
      </w:r>
      <w:r>
        <w:br/>
      </w:r>
      <w:r>
        <w:rPr>
          <w:sz w:val="20"/>
        </w:rPr>
        <w:t>29:35  to mein samajhta hoon ke peace of mind ka sab se bara formula yeh hai ke hum negative</w:t>
      </w:r>
      <w:r>
        <w:br/>
      </w:r>
      <w:r>
        <w:rPr>
          <w:sz w:val="20"/>
        </w:rPr>
        <w:t>29:40  thought ko, negative experience ko positive thought mein badal saken.</w:t>
      </w:r>
      <w:r>
        <w:br/>
      </w:r>
      <w:r>
        <w:rPr>
          <w:sz w:val="20"/>
        </w:rPr>
        <w:t>29:47  aur koi doosra nahin.</w:t>
      </w:r>
      <w:r>
        <w:br/>
      </w:r>
      <w:r>
        <w:rPr>
          <w:sz w:val="20"/>
        </w:rPr>
        <w:t>29:50  aap jungle chale jayen, tab bhi aap ko peace nahin milega.</w:t>
      </w:r>
      <w:r>
        <w:br/>
      </w:r>
      <w:r>
        <w:rPr>
          <w:sz w:val="20"/>
        </w:rPr>
        <w:t>29:53  aap secularism mein chale jayen, tab bhi peace nahin milne wala hai.</w:t>
      </w:r>
      <w:r>
        <w:br/>
      </w:r>
      <w:r>
        <w:rPr>
          <w:sz w:val="20"/>
        </w:rPr>
        <w:t>29:57  agar, agar, yani bil farz koi cheez milegi to woh ecstasy, ecstasy hogi.</w:t>
      </w:r>
      <w:r>
        <w:br/>
      </w:r>
      <w:r>
        <w:rPr>
          <w:sz w:val="20"/>
        </w:rPr>
        <w:t>30:06  ecstasy jo hai, wo to</w:t>
      </w:r>
      <w:r>
        <w:br/>
      </w:r>
      <w:r>
        <w:rPr>
          <w:sz w:val="20"/>
        </w:rPr>
        <w:t>30:10  bohat hi choti baat hai.</w:t>
      </w:r>
      <w:r>
        <w:br/>
      </w:r>
      <w:r>
        <w:rPr>
          <w:sz w:val="20"/>
        </w:rPr>
        <w:t>30:13  intellectual development milna chahiye.</w:t>
      </w:r>
      <w:r>
        <w:br/>
      </w:r>
      <w:r>
        <w:rPr>
          <w:sz w:val="20"/>
        </w:rPr>
        <w:t>30:16  insan ke level ki baat yeh hai ke us ko, us ko, us ke andar creative thinking aaye,</w:t>
      </w:r>
      <w:r>
        <w:br/>
      </w:r>
      <w:r>
        <w:rPr>
          <w:sz w:val="20"/>
        </w:rPr>
        <w:t>30:23  us ke andar intellectual development ho,</w:t>
      </w:r>
      <w:r>
        <w:br/>
      </w:r>
      <w:r>
        <w:rPr>
          <w:sz w:val="20"/>
        </w:rPr>
        <w:t>30:27  us ke andar high thinking aaye.</w:t>
      </w:r>
      <w:r>
        <w:br/>
      </w:r>
      <w:r>
        <w:rPr>
          <w:sz w:val="20"/>
        </w:rPr>
        <w:t>30:30  ecstasy to ek animal ki bhi ho sakti hai.</w:t>
      </w:r>
      <w:r>
        <w:br/>
      </w:r>
      <w:r>
        <w:rPr>
          <w:sz w:val="20"/>
        </w:rPr>
        <w:t>30:35  to hamara goal ecstasy nahin hai, hamara goal intellectual development hai.</w:t>
      </w:r>
      <w:r>
        <w:br/>
      </w:r>
      <w:r>
        <w:rPr>
          <w:sz w:val="20"/>
        </w:rPr>
        <w:t>30:41  to intellectual development ke zariye se jo peace mile, wahi real peace hai.</w:t>
      </w:r>
      <w:r>
        <w:br/>
      </w:r>
      <w:r>
        <w:rPr>
          <w:sz w:val="20"/>
        </w:rPr>
        <w:t>30:47  is peace ka raaz kya hai? thing mein truth ko discover karna.</w:t>
      </w:r>
      <w:r>
        <w:br/>
      </w:r>
      <w:r>
        <w:rPr>
          <w:sz w:val="20"/>
        </w:rPr>
        <w:t>30:54  thing mein truth ko discover karna.</w:t>
      </w:r>
      <w:r>
        <w:br/>
      </w:r>
      <w:r>
        <w:rPr>
          <w:sz w:val="20"/>
        </w:rPr>
        <w:t>30:56  creation mein creator ko discover karna.</w:t>
      </w:r>
      <w:r>
        <w:br/>
      </w:r>
      <w:r>
        <w:rPr>
          <w:sz w:val="20"/>
        </w:rPr>
        <w:t>31:01  aur yeh is waqt mumkin hoga jab ke aap negative experience ko positive thought mein convert kar saken.</w:t>
      </w:r>
      <w:r>
        <w:br/>
      </w:r>
      <w:r>
        <w:rPr>
          <w:sz w:val="20"/>
        </w:rPr>
        <w:t>31:08  is ke baghair nahin ho sakta.</w:t>
      </w:r>
      <w:r>
        <w:br/>
      </w:r>
      <w:r>
        <w:rPr>
          <w:sz w:val="20"/>
        </w:rPr>
        <w:t>31:10  mein samajhta hoon ke is duniya mein</w:t>
      </w:r>
      <w:r>
        <w:br/>
      </w:r>
      <w:r>
        <w:rPr>
          <w:sz w:val="20"/>
        </w:rPr>
        <w:t>31:14  sab kuch jo hai, wo intellectual level par hota hai.</w:t>
      </w:r>
      <w:r>
        <w:br/>
      </w:r>
      <w:r>
        <w:rPr>
          <w:sz w:val="20"/>
        </w:rPr>
        <w:t>31:19  intelectual level par.</w:t>
      </w:r>
      <w:r>
        <w:br/>
      </w:r>
      <w:r>
        <w:rPr>
          <w:sz w:val="20"/>
        </w:rPr>
        <w:t>31:20  unesco ka dictum hai ke wallace begins from mind.</w:t>
      </w:r>
      <w:r>
        <w:br/>
      </w:r>
      <w:r>
        <w:rPr>
          <w:sz w:val="20"/>
        </w:rPr>
        <w:t>31:28  main kehta hoon har cheez mind se shuru hoti hai.</w:t>
      </w:r>
      <w:r>
        <w:br/>
      </w:r>
      <w:r>
        <w:rPr>
          <w:sz w:val="20"/>
        </w:rPr>
        <w:t>31:30  wallace ki baat nahi hai.</w:t>
      </w:r>
      <w:r>
        <w:br/>
      </w:r>
      <w:r>
        <w:rPr>
          <w:sz w:val="20"/>
        </w:rPr>
        <w:t>31:33  yani agar aap chahte hain ke aap ko</w:t>
      </w:r>
      <w:r>
        <w:br/>
      </w:r>
      <w:r>
        <w:rPr>
          <w:sz w:val="20"/>
        </w:rPr>
        <w:t>31:38  peace ho, peaceful mind aap ke andar ho, tab bhi woh soch ki satah se shuru hoga.</w:t>
      </w:r>
      <w:r>
        <w:br/>
      </w:r>
      <w:r>
        <w:rPr>
          <w:sz w:val="20"/>
        </w:rPr>
        <w:t>31:43  apni soch ko aap peaceful banayenge, tab aap ko peace milega.</w:t>
      </w:r>
      <w:r>
        <w:br/>
      </w:r>
      <w:r>
        <w:rPr>
          <w:sz w:val="20"/>
        </w:rPr>
        <w:t>31:49  sab kuch milti hai aap ko peace ki satah par.</w:t>
      </w:r>
      <w:r>
        <w:br/>
      </w:r>
      <w:r>
        <w:rPr>
          <w:sz w:val="20"/>
        </w:rPr>
        <w:t>31:56  aur sab se bara, main samajhta hoon ke jo kaam karna hai kisi insan ko, woh yeh hai</w:t>
      </w:r>
      <w:r>
        <w:br/>
      </w:r>
      <w:r>
        <w:rPr>
          <w:sz w:val="20"/>
        </w:rPr>
        <w:t>32:06  ke woh negative,</w:t>
      </w:r>
      <w:r>
        <w:br/>
      </w:r>
      <w:r>
        <w:rPr>
          <w:sz w:val="20"/>
        </w:rPr>
        <w:t>32:10  dekhiye, is dunya mein negative experience to hoga hi.</w:t>
      </w:r>
      <w:r>
        <w:br/>
      </w:r>
      <w:r>
        <w:rPr>
          <w:sz w:val="20"/>
        </w:rPr>
        <w:t>32:13  yeh mumkin nahi ke negative experience na ho.</w:t>
      </w:r>
      <w:r>
        <w:br/>
      </w:r>
      <w:r>
        <w:rPr>
          <w:sz w:val="20"/>
        </w:rPr>
        <w:t>32:16  lekin is ko aap positivity mein convert kar saken.</w:t>
      </w:r>
      <w:r>
        <w:br/>
      </w:r>
      <w:r>
        <w:rPr>
          <w:sz w:val="20"/>
        </w:rPr>
        <w:t>32:20  misalan ek, abhi ek sahab mujh se mile, woh ek,</w:t>
      </w:r>
      <w:r>
        <w:br/>
      </w:r>
      <w:r>
        <w:rPr>
          <w:sz w:val="20"/>
        </w:rPr>
        <w:t>32:25  ek multinational company mein kaam,</w:t>
      </w:r>
      <w:r>
        <w:br/>
      </w:r>
      <w:r>
        <w:rPr>
          <w:sz w:val="20"/>
        </w:rPr>
        <w:t>32:29  un ko job karte hain.</w:t>
      </w:r>
      <w:r>
        <w:br/>
      </w:r>
      <w:r>
        <w:rPr>
          <w:sz w:val="20"/>
        </w:rPr>
        <w:t>32:31  to lage shikayat karne.</w:t>
      </w:r>
      <w:r>
        <w:br/>
      </w:r>
      <w:r>
        <w:rPr>
          <w:sz w:val="20"/>
        </w:rPr>
        <w:t>32:33  unhone shikayat kiya, kya thi? ke sahab, promotion mein mujhe, mere sath discrimination hua.</w:t>
      </w:r>
      <w:r>
        <w:br/>
      </w:r>
      <w:r>
        <w:rPr>
          <w:sz w:val="20"/>
        </w:rPr>
        <w:t>32:42  promotion mein mere sath discrimination hua.</w:t>
      </w:r>
      <w:r>
        <w:br/>
      </w:r>
      <w:r>
        <w:rPr>
          <w:sz w:val="20"/>
        </w:rPr>
        <w:t>32:44  aur falan ko promote kar diya gaya, mujhe nahi kiya gaya.</w:t>
      </w:r>
      <w:r>
        <w:br/>
      </w:r>
      <w:r>
        <w:rPr>
          <w:sz w:val="20"/>
        </w:rPr>
        <w:t>32:49  to main ne kaha ke yeh bataiye</w:t>
      </w:r>
      <w:r>
        <w:br/>
      </w:r>
      <w:r>
        <w:rPr>
          <w:sz w:val="20"/>
        </w:rPr>
        <w:t>32:51  ke aap company mein job milne se pehle aap ki jo economic position thi, us se aaj better</w:t>
      </w:r>
      <w:r>
        <w:br/>
      </w:r>
      <w:r>
        <w:rPr>
          <w:sz w:val="20"/>
        </w:rPr>
        <w:t>32:59  hai ke nahi? us se kharab hai aap ki? kaha is se to bohat better hai.</w:t>
      </w:r>
      <w:r>
        <w:br/>
      </w:r>
      <w:r>
        <w:rPr>
          <w:sz w:val="20"/>
        </w:rPr>
        <w:t>33:03  yani company mein job milne se pehle jo un ki halat thi, maashi,</w:t>
      </w:r>
      <w:r>
        <w:br/>
      </w:r>
      <w:r>
        <w:rPr>
          <w:sz w:val="20"/>
        </w:rPr>
        <w:t>33:10  to aaj us se hum bohat better hain.</w:t>
      </w:r>
      <w:r>
        <w:br/>
      </w:r>
      <w:r>
        <w:rPr>
          <w:sz w:val="20"/>
        </w:rPr>
        <w:t>33:12  unho ne kaha is par shor kyon nahin karte?</w:t>
      </w:r>
      <w:r>
        <w:br/>
      </w:r>
      <w:r>
        <w:rPr>
          <w:sz w:val="20"/>
        </w:rPr>
        <w:t>33:15  is par shor kyon nahin karte?</w:t>
      </w:r>
      <w:r>
        <w:br/>
      </w:r>
      <w:r>
        <w:rPr>
          <w:sz w:val="20"/>
        </w:rPr>
        <w:t>33:19  isi ko main kehta hoon thing mein truth ko daryaft karna.</w:t>
      </w:r>
      <w:r>
        <w:br/>
      </w:r>
      <w:r>
        <w:rPr>
          <w:sz w:val="20"/>
        </w:rPr>
        <w:t>33:23  nashukri mein shukr ke item ko daryaft karna.</w:t>
      </w:r>
      <w:r>
        <w:br/>
      </w:r>
      <w:r>
        <w:rPr>
          <w:sz w:val="20"/>
        </w:rPr>
        <w:t>33:28  hamesha aadmi kya karta hai?</w:t>
      </w:r>
      <w:r>
        <w:br/>
      </w:r>
      <w:r>
        <w:rPr>
          <w:sz w:val="20"/>
        </w:rPr>
        <w:t>33:32  ke yeh main yeh kahunga ke sara muamla angle of vision ka hai.</w:t>
      </w:r>
      <w:r>
        <w:br/>
      </w:r>
      <w:r>
        <w:rPr>
          <w:sz w:val="20"/>
        </w:rPr>
        <w:t>33:38  angle of vision.</w:t>
      </w:r>
      <w:r>
        <w:br/>
      </w:r>
      <w:r>
        <w:rPr>
          <w:sz w:val="20"/>
        </w:rPr>
        <w:t>33:40  agar aap ka angle of vision aik ho to aap ko idhar shukr aayega, peace aayega.</w:t>
      </w:r>
      <w:r>
        <w:br/>
      </w:r>
      <w:r>
        <w:rPr>
          <w:sz w:val="20"/>
        </w:rPr>
        <w:t>33:47  angle of vision, angle of vision doosra ho to aap ke andar negative thought aayenge, nafrat aaye</w:t>
      </w:r>
      <w:r>
        <w:br/>
      </w:r>
      <w:r>
        <w:rPr>
          <w:sz w:val="20"/>
        </w:rPr>
        <w:t>33:52  gi. aur aap</w:t>
      </w:r>
      <w:r>
        <w:br/>
      </w:r>
      <w:r>
        <w:rPr>
          <w:sz w:val="20"/>
        </w:rPr>
        <w:t>33:55  ghussa, ghusse mein jeene lagenge.</w:t>
      </w:r>
      <w:r>
        <w:br/>
      </w:r>
      <w:r>
        <w:rPr>
          <w:sz w:val="20"/>
        </w:rPr>
        <w:t>33:58  to apne angle of vision ko sahi karna chahiye.</w:t>
      </w:r>
      <w:r>
        <w:br/>
      </w:r>
      <w:r>
        <w:rPr>
          <w:sz w:val="20"/>
        </w:rPr>
        <w:t>34:02  cheezon ko sahi angle se dekhna seekhein.</w:t>
      </w:r>
      <w:r>
        <w:br/>
      </w:r>
      <w:r>
        <w:rPr>
          <w:sz w:val="20"/>
        </w:rPr>
        <w:t>34:08  cheezon ko sahi angle se dekhna seekhein.</w:t>
      </w:r>
      <w:r>
        <w:br/>
      </w:r>
      <w:r>
        <w:rPr>
          <w:sz w:val="20"/>
        </w:rPr>
        <w:t>34:12  is ke baad aap ko</w:t>
      </w:r>
      <w:r>
        <w:br/>
      </w:r>
      <w:r>
        <w:rPr>
          <w:sz w:val="20"/>
        </w:rPr>
        <w:t>34:15  peace of mind hasil ho jayega.</w:t>
      </w:r>
      <w:r>
        <w:br/>
      </w:r>
      <w:r>
        <w:rPr>
          <w:sz w:val="20"/>
        </w:rPr>
        <w:t>34:18  to main boredom ko, main samajhta hoon ke aik,</w:t>
      </w:r>
      <w:r>
        <w:br/>
      </w:r>
      <w:r>
        <w:rPr>
          <w:sz w:val="20"/>
        </w:rPr>
        <w:t>34:23  aap boredom jis ko hum kehte hain, woh kya hai?</w:t>
      </w:r>
      <w:r>
        <w:br/>
      </w:r>
      <w:r>
        <w:rPr>
          <w:sz w:val="20"/>
        </w:rPr>
        <w:t>34:27  yani failure, fail, yani</w:t>
      </w:r>
      <w:r>
        <w:br/>
      </w:r>
      <w:r>
        <w:rPr>
          <w:sz w:val="20"/>
        </w:rPr>
        <w:t>34:33  zindagi ki jo creation plan Allah taala ka hai, us ko daryaft na karna.</w:t>
      </w:r>
      <w:r>
        <w:br/>
      </w:r>
      <w:r>
        <w:rPr>
          <w:sz w:val="20"/>
        </w:rPr>
        <w:t>34:40  creation plan ko aap daryaft na karenge to kahin boredom aayega, kahin aap react karenge</w:t>
      </w:r>
      <w:r>
        <w:br/>
      </w:r>
      <w:r>
        <w:rPr>
          <w:sz w:val="20"/>
        </w:rPr>
        <w:t>34:45  ge, kahin aap negative ho jayenge.</w:t>
      </w:r>
      <w:r>
        <w:br/>
      </w:r>
      <w:r>
        <w:rPr>
          <w:sz w:val="20"/>
        </w:rPr>
        <w:t>34:49  to sara muamla yeh hai ke, woh yeh hai ke aap</w:t>
      </w:r>
      <w:r>
        <w:br/>
      </w:r>
      <w:r>
        <w:rPr>
          <w:sz w:val="20"/>
        </w:rPr>
        <w:t>34:52  creation plan of God ko daryaft kar saken.</w:t>
      </w:r>
      <w:r>
        <w:br/>
      </w:r>
      <w:r>
        <w:rPr>
          <w:sz w:val="20"/>
        </w:rPr>
        <w:t>35:00  misal ke taur par aik misal main deta hoon</w:t>
      </w:r>
      <w:r>
        <w:br/>
      </w:r>
      <w:r>
        <w:rPr>
          <w:sz w:val="20"/>
        </w:rPr>
        <w:t>35:03  keh aksar philosopher yeh mante hain keh dunya mein evil hai, jis ko problem evil kehte hain.</w:t>
      </w:r>
      <w:r>
        <w:br/>
      </w:r>
      <w:r>
        <w:rPr>
          <w:sz w:val="20"/>
        </w:rPr>
        <w:t>35:15  to problem evil kya hai? main kehta hoon problem evil nahi, woh hai problem of challenge.</w:t>
      </w:r>
      <w:r>
        <w:br/>
      </w:r>
      <w:r>
        <w:rPr>
          <w:sz w:val="20"/>
        </w:rPr>
        <w:t>35:22  yani is ko aik ghalat naam de rakha hai.</w:t>
      </w:r>
      <w:r>
        <w:br/>
      </w:r>
      <w:r>
        <w:rPr>
          <w:sz w:val="20"/>
        </w:rPr>
        <w:t>35:26  bad naam de rakha hai keh problem of challenge ko kehte hain problem of evil.</w:t>
      </w:r>
      <w:r>
        <w:br/>
      </w:r>
      <w:r>
        <w:rPr>
          <w:sz w:val="20"/>
        </w:rPr>
        <w:t>35:34  jo creator hai, us ne dunya ka jo banaya hai, naqsha, woh base karta hai competition par, challenge</w:t>
      </w:r>
      <w:r>
        <w:br/>
      </w:r>
      <w:r>
        <w:rPr>
          <w:sz w:val="20"/>
        </w:rPr>
        <w:t>35:43  par. to jab azadi par, jab logon ko azadi hogi to dunya mein competition hoga, aik se doosre</w:t>
      </w:r>
      <w:r>
        <w:br/>
      </w:r>
      <w:r>
        <w:rPr>
          <w:sz w:val="20"/>
        </w:rPr>
        <w:t>35:53  ko challenge hoga.</w:t>
      </w:r>
      <w:r>
        <w:br/>
      </w:r>
      <w:r>
        <w:rPr>
          <w:sz w:val="20"/>
        </w:rPr>
        <w:t>35:55  to zahir hai keh kahin kisi ke baad banegi, kisi ki bigregi.</w:t>
      </w:r>
      <w:r>
        <w:br/>
      </w:r>
      <w:r>
        <w:rPr>
          <w:sz w:val="20"/>
        </w:rPr>
        <w:t>35:59  kahin, kahin kisi ko kuch hoga, kahin kisi ko kuch hoga.</w:t>
      </w:r>
      <w:r>
        <w:br/>
      </w:r>
      <w:r>
        <w:rPr>
          <w:sz w:val="20"/>
        </w:rPr>
        <w:t>36:02  to that is due to,</w:t>
      </w:r>
      <w:r>
        <w:br/>
      </w:r>
      <w:r>
        <w:rPr>
          <w:sz w:val="20"/>
        </w:rPr>
        <w:t>36:05  is baat ka nateeja hai keh dunya mein, dunya ka nizam challenge par qaim hai.</w:t>
      </w:r>
      <w:r>
        <w:br/>
      </w:r>
      <w:r>
        <w:rPr>
          <w:sz w:val="20"/>
        </w:rPr>
        <w:t>36:11  agar aap yeh samajh lein keh dunya ka nizam challenge par qaim hai, aur challenge se hi taraqqi</w:t>
      </w:r>
      <w:r>
        <w:br/>
      </w:r>
      <w:r>
        <w:rPr>
          <w:sz w:val="20"/>
        </w:rPr>
        <w:t>36:17  ہوتی ہے۔ No challenge, no development.</w:t>
      </w:r>
      <w:r>
        <w:br/>
      </w:r>
      <w:r>
        <w:rPr>
          <w:sz w:val="20"/>
        </w:rPr>
        <w:t>36:22  no competition, no development.</w:t>
      </w:r>
      <w:r>
        <w:br/>
      </w:r>
      <w:r>
        <w:rPr>
          <w:sz w:val="20"/>
        </w:rPr>
        <w:t>36:24  تو آپ بالکل، آپ کو peace، آپ کے مائنڈ میں peace آ جائے گا۔</w:t>
      </w:r>
      <w:r>
        <w:br/>
      </w:r>
      <w:r>
        <w:rPr>
          <w:sz w:val="20"/>
        </w:rPr>
        <w:t>36:29  agar, lekin agar aap is tarah na sochein,</w:t>
      </w:r>
      <w:r>
        <w:br/>
      </w:r>
      <w:r>
        <w:rPr>
          <w:sz w:val="20"/>
        </w:rPr>
        <w:t>36:33  یعنی اس کو چیلنج کے اینگل سے نہ دیکھیں، تو آپ کو evil, evil نظر آئے گا، evil.</w:t>
      </w:r>
      <w:r>
        <w:br/>
      </w:r>
      <w:r>
        <w:rPr>
          <w:sz w:val="20"/>
        </w:rPr>
        <w:t>36:41  تو میں سمجھتا ہوں کہ جو لوگ یہ کہتے ہیں کہ دنیا میں problem of evil ہے، وہ</w:t>
      </w:r>
      <w:r>
        <w:br/>
      </w:r>
      <w:r>
        <w:rPr>
          <w:sz w:val="20"/>
        </w:rPr>
        <w:t>36:46  wrong angle say dekh rahe hain duniya ko.</w:t>
      </w:r>
      <w:r>
        <w:br/>
      </w:r>
      <w:r>
        <w:rPr>
          <w:sz w:val="20"/>
        </w:rPr>
        <w:t>36:50  jo log kehte hain keh dunya mein,</w:t>
      </w:r>
      <w:r>
        <w:br/>
      </w:r>
      <w:r>
        <w:rPr>
          <w:sz w:val="20"/>
        </w:rPr>
        <w:t>36:54  aise jo human rights activist hain, woh bhi isi ghalati karte hain keh woh</w:t>
      </w:r>
      <w:r>
        <w:br/>
      </w:r>
      <w:r>
        <w:rPr>
          <w:sz w:val="20"/>
        </w:rPr>
        <w:t>37:00  right ko dekhte hain, duty ko nahi dekhte.</w:t>
      </w:r>
      <w:r>
        <w:br/>
      </w:r>
      <w:r>
        <w:rPr>
          <w:sz w:val="20"/>
        </w:rPr>
        <w:t>37:04  aur jitne human rights activist</w:t>
      </w:r>
      <w:r>
        <w:br/>
      </w:r>
      <w:r>
        <w:rPr>
          <w:sz w:val="20"/>
        </w:rPr>
        <w:t>37:07  کو میں جانتا ہوں، وہ سب negative، سب protestant ہوتے ہیں۔</w:t>
      </w:r>
      <w:r>
        <w:br/>
      </w:r>
      <w:r>
        <w:rPr>
          <w:sz w:val="20"/>
        </w:rPr>
        <w:t>37:13  یعنی human rights کو لے کر پروٹیسٹنٹ بنے رہتے ہیں وہ۔</w:t>
      </w:r>
      <w:r>
        <w:br/>
      </w:r>
      <w:r>
        <w:rPr>
          <w:sz w:val="20"/>
        </w:rPr>
        <w:t>37:17  critic bane rehte hain.</w:t>
      </w:r>
      <w:r>
        <w:br/>
      </w:r>
      <w:r>
        <w:rPr>
          <w:sz w:val="20"/>
        </w:rPr>
        <w:t>37:20  to human rights ka violation jis ko kehte hain log, woh haqeeqatan competition ka phenomenon hai, challenge ka</w:t>
      </w:r>
      <w:r>
        <w:br/>
      </w:r>
      <w:r>
        <w:rPr>
          <w:sz w:val="20"/>
        </w:rPr>
        <w:t>37:28  phenomena ہے۔ تو لوگوں کے اندر یہ مزاج بنائیں کہ وہ چیلنج کو beat کرنا سیکھیں۔</w:t>
      </w:r>
      <w:r>
        <w:br/>
      </w:r>
      <w:r>
        <w:rPr>
          <w:sz w:val="20"/>
        </w:rPr>
        <w:t>37:36  اپنے آپ کو competition میں stand کر سکیں، یہ ان کے اندر مزاج پیدا کیجیے۔</w:t>
      </w:r>
      <w:r>
        <w:br/>
      </w:r>
      <w:r>
        <w:rPr>
          <w:sz w:val="20"/>
        </w:rPr>
        <w:t>37:46  main samajhta hoon keh sab se bara reformer woh nahi hai jo dunya mein</w:t>
      </w:r>
      <w:r>
        <w:br/>
      </w:r>
      <w:r>
        <w:rPr>
          <w:sz w:val="20"/>
        </w:rPr>
        <w:t>37:53  zulm ka point out kare keh dekho yeh zulm ho raha hai, dekho yeh</w:t>
      </w:r>
      <w:r>
        <w:br/>
      </w:r>
      <w:r>
        <w:rPr>
          <w:sz w:val="20"/>
        </w:rPr>
        <w:t>38:03  Rights, human rights ka violation ho raha hai.</w:t>
      </w:r>
      <w:r>
        <w:br/>
      </w:r>
      <w:r>
        <w:rPr>
          <w:sz w:val="20"/>
        </w:rPr>
        <w:t>38:06  main nahi samajhta woh bara reformer hai.</w:t>
      </w:r>
      <w:r>
        <w:br/>
      </w:r>
      <w:r>
        <w:rPr>
          <w:sz w:val="20"/>
        </w:rPr>
        <w:t>38:11  bara reformer woh hai jo bataye keh yeh to creation plan of God hai, is mein tum apna</w:t>
      </w:r>
      <w:r>
        <w:br/>
      </w:r>
      <w:r>
        <w:rPr>
          <w:sz w:val="20"/>
        </w:rPr>
        <w:t>38:15  rasta banao. apne ko is qabil banao keh tum challenge ko meet kar sako.</w:t>
      </w:r>
      <w:r>
        <w:br/>
      </w:r>
      <w:r>
        <w:rPr>
          <w:sz w:val="20"/>
        </w:rPr>
        <w:t>38:20  woh hai, woh hai reformer.</w:t>
      </w:r>
      <w:r>
        <w:br/>
      </w:r>
      <w:r>
        <w:rPr>
          <w:sz w:val="20"/>
        </w:rPr>
        <w:t>38:25  yeh wajah hai ke jitne bhi human right activist hotay hain, sab negative hotay hain, sab protestant hotay</w:t>
      </w:r>
      <w:r>
        <w:br/>
      </w:r>
      <w:r>
        <w:rPr>
          <w:sz w:val="20"/>
        </w:rPr>
        <w:t>38:30  hain, sab sirf complaint karte rehte hain.</w:t>
      </w:r>
      <w:r>
        <w:br/>
      </w:r>
      <w:r>
        <w:rPr>
          <w:sz w:val="20"/>
        </w:rPr>
        <w:t>38:33  complaint, complaint, complaint.</w:t>
      </w:r>
      <w:r>
        <w:br/>
      </w:r>
      <w:r>
        <w:rPr>
          <w:sz w:val="20"/>
        </w:rPr>
        <w:t>38:39  toh cheezon ko</w:t>
      </w:r>
      <w:r>
        <w:br/>
      </w:r>
      <w:r>
        <w:rPr>
          <w:sz w:val="20"/>
        </w:rPr>
        <w:t>38:41  right angle se dekhna</w:t>
      </w:r>
      <w:r>
        <w:br/>
      </w:r>
      <w:r>
        <w:rPr>
          <w:sz w:val="20"/>
        </w:rPr>
        <w:t>38:44  seekh leejie, toh aap ko peace of mind ho jaye ga.</w:t>
      </w:r>
      <w:r>
        <w:br/>
      </w:r>
      <w:r>
        <w:rPr>
          <w:sz w:val="20"/>
        </w:rPr>
        <w:t>38:49  agar right angle se na dekhen ge toh, toh aap ko peace of mind nahi rahe ga.</w:t>
      </w:r>
      <w:r>
        <w:br/>
      </w:r>
      <w:r>
        <w:rPr>
          <w:sz w:val="20"/>
        </w:rPr>
        <w:t>38:58  toh mein samajhta hoon ke jitni bhi cheezen hain ke boredom hai, negative thinking hai, anger hai, hate</w:t>
      </w:r>
      <w:r>
        <w:br/>
      </w:r>
      <w:r>
        <w:rPr>
          <w:sz w:val="20"/>
        </w:rPr>
        <w:t>39:06  hai, yeh jitni bhi negative cheezen hain, sab ke sab mere nazdeek nateeja hain wrong angle se cheezon</w:t>
      </w:r>
      <w:r>
        <w:br/>
      </w:r>
      <w:r>
        <w:rPr>
          <w:sz w:val="20"/>
        </w:rPr>
        <w:t>39:17  ko dekhna. agar aap right angle se cheezon ko dekhen toh yeh sab apne aap dis, disappear</w:t>
      </w:r>
      <w:r>
        <w:br/>
      </w:r>
      <w:r>
        <w:rPr>
          <w:sz w:val="20"/>
        </w:rPr>
        <w:t>39:23  ho jayen gi.</w:t>
      </w:r>
      <w:r>
        <w:br/>
      </w:r>
      <w:r>
        <w:rPr>
          <w:sz w:val="20"/>
        </w:rPr>
        <w:t>39:26  aur apne aap ko, aap, apne aap ko, aap ko peace of mind hasil ho jaye ga.</w:t>
      </w:r>
      <w:r>
        <w:br/>
      </w:r>
      <w:r>
        <w:rPr>
          <w:sz w:val="20"/>
        </w:rPr>
        <w:t>39:36  yehi woh raaz hai jis ko</w:t>
      </w:r>
      <w:r>
        <w:br/>
      </w:r>
      <w:r>
        <w:rPr>
          <w:sz w:val="20"/>
        </w:rPr>
        <w:t>39:40  janne ka naam wisdom hai.</w:t>
      </w:r>
      <w:r>
        <w:br/>
      </w:r>
      <w:r>
        <w:rPr>
          <w:sz w:val="20"/>
        </w:rPr>
        <w:t>39:44  wisdom. jaise muslim mulkon mein aap akhbar mein parhte hon ge ke, ke log bomb marte hain aur</w:t>
      </w:r>
      <w:r>
        <w:br/>
      </w:r>
      <w:r>
        <w:rPr>
          <w:sz w:val="20"/>
        </w:rPr>
        <w:t>39:55  tarah tarah ki violence karte hain.</w:t>
      </w:r>
      <w:r>
        <w:br/>
      </w:r>
      <w:r>
        <w:rPr>
          <w:sz w:val="20"/>
        </w:rPr>
        <w:t>39:57  kyunke kuch shikayatein un ko hain.</w:t>
      </w:r>
      <w:r>
        <w:br/>
      </w:r>
      <w:r>
        <w:rPr>
          <w:sz w:val="20"/>
        </w:rPr>
        <w:t>39:59  lekin woh shikayatein kya hain? mere nazdeek woh shikayatein nahi hain, woh challenge ke waqiyat hain.</w:t>
      </w:r>
      <w:r>
        <w:br/>
      </w:r>
      <w:r>
        <w:rPr>
          <w:sz w:val="20"/>
        </w:rPr>
        <w:t>40:07  mere nazdeek yahan na koi zalim hai na koi mazloom hai.</w:t>
      </w:r>
      <w:r>
        <w:br/>
      </w:r>
      <w:r>
        <w:rPr>
          <w:sz w:val="20"/>
        </w:rPr>
        <w:t>40:12  yeh duniya challenge par base karti hai.</w:t>
      </w:r>
      <w:r>
        <w:br/>
      </w:r>
      <w:r>
        <w:rPr>
          <w:sz w:val="20"/>
        </w:rPr>
        <w:t>40:15  challenge hai, competition hai, freedom hai.</w:t>
      </w:r>
      <w:r>
        <w:br/>
      </w:r>
      <w:r>
        <w:rPr>
          <w:sz w:val="20"/>
        </w:rPr>
        <w:t>40:18  is liye yeh sab waqiyat ho rahe hain.</w:t>
      </w:r>
      <w:r>
        <w:br/>
      </w:r>
      <w:r>
        <w:rPr>
          <w:sz w:val="20"/>
        </w:rPr>
        <w:t>40:25  toh khulasa yeh hai ke agar aap duniya ko positive angle se dekhen toh aap ke andar peace</w:t>
      </w:r>
      <w:r>
        <w:br/>
      </w:r>
      <w:r>
        <w:rPr>
          <w:sz w:val="20"/>
        </w:rPr>
        <w:t>40:31  ful mind banega.</w:t>
      </w:r>
      <w:r>
        <w:br/>
      </w:r>
      <w:r>
        <w:rPr>
          <w:sz w:val="20"/>
        </w:rPr>
        <w:t>40:33  negative angle se dekhen, dekhen ge to aap ka peace of mind jo hai bhang ho jayega.</w:t>
      </w:r>
      <w:r>
        <w:br/>
      </w:r>
      <w:r>
        <w:rPr>
          <w:sz w:val="20"/>
        </w:rPr>
        <w:t>40:41  yeh main samjha hoon zindagi ka khulasa.</w:t>
      </w:r>
      <w:r>
        <w:br/>
      </w:r>
      <w:r>
        <w:rPr>
          <w:sz w:val="20"/>
        </w:rPr>
        <w:t>40:45  aur isi ko main wisdom samajhta hoon.</w:t>
      </w:r>
      <w:r>
        <w:br/>
      </w:r>
      <w:r>
        <w:rPr>
          <w:sz w:val="20"/>
        </w:rPr>
        <w:t>40:51  ek hadith hai ke riyaz al hikmat makhafat allah,</w:t>
      </w:r>
      <w:r>
        <w:br/>
      </w:r>
      <w:r>
        <w:rPr>
          <w:sz w:val="20"/>
        </w:rPr>
        <w:t>40:56  is ka literal translation yeh hai ke sab se bari wisdom hai allah ka dar.</w:t>
      </w:r>
      <w:r>
        <w:br/>
      </w:r>
      <w:r>
        <w:rPr>
          <w:sz w:val="20"/>
        </w:rPr>
        <w:t>41:04  sab se bari wisdom hai allah ka dar.</w:t>
      </w:r>
      <w:r>
        <w:br/>
      </w:r>
      <w:r>
        <w:rPr>
          <w:sz w:val="20"/>
        </w:rPr>
        <w:t>41:06  to dar yahan par, is ko literal mani mein na lijie.</w:t>
      </w:r>
      <w:r>
        <w:br/>
      </w:r>
      <w:r>
        <w:rPr>
          <w:sz w:val="20"/>
        </w:rPr>
        <w:t>41:12  dar ka matlab hai, yani divine angle se cheezon ko dekhna.</w:t>
      </w:r>
      <w:r>
        <w:br/>
      </w:r>
      <w:r>
        <w:rPr>
          <w:sz w:val="20"/>
        </w:rPr>
        <w:t>41:18  divine angle se cheezon ko dekhna.</w:t>
      </w:r>
      <w:r>
        <w:br/>
      </w:r>
      <w:r>
        <w:rPr>
          <w:sz w:val="20"/>
        </w:rPr>
        <w:t>41:20  yeh, yeh agar paida ho jaye to aadmi bilkul positive ho jayega.</w:t>
      </w:r>
      <w:r>
        <w:br/>
      </w:r>
      <w:r>
        <w:rPr>
          <w:sz w:val="20"/>
        </w:rPr>
        <w:t>41:30  to yeh us waqt hota hai jab aap bohat zyada sochen,</w:t>
      </w:r>
      <w:r>
        <w:br/>
      </w:r>
      <w:r>
        <w:rPr>
          <w:sz w:val="20"/>
        </w:rPr>
        <w:t>41:35  bohat zyada, sirf akhbar mein ek cheez parha aur us ke baad aap ghussa ho gaye ke dekho</w:t>
      </w:r>
      <w:r>
        <w:br/>
      </w:r>
      <w:r>
        <w:rPr>
          <w:sz w:val="20"/>
        </w:rPr>
        <w:t>41:41  aisa ho raha hai.</w:t>
      </w:r>
      <w:r>
        <w:br/>
      </w:r>
      <w:r>
        <w:rPr>
          <w:sz w:val="20"/>
        </w:rPr>
        <w:t>41:42  is ki teh tak jaiye.</w:t>
      </w:r>
      <w:r>
        <w:br/>
      </w:r>
      <w:r>
        <w:rPr>
          <w:sz w:val="20"/>
        </w:rPr>
        <w:t>41:45  is ki teh tak jaiye.</w:t>
      </w:r>
      <w:r>
        <w:br/>
      </w:r>
      <w:r>
        <w:rPr>
          <w:sz w:val="20"/>
        </w:rPr>
        <w:t>41:48  misalan ek jagah ek company right hua, bohat zyada khabron mein chapa.</w:t>
      </w:r>
      <w:r>
        <w:br/>
      </w:r>
      <w:r>
        <w:rPr>
          <w:sz w:val="20"/>
        </w:rPr>
        <w:t>41:52  to main wahan gaya,</w:t>
      </w:r>
      <w:r>
        <w:br/>
      </w:r>
      <w:r>
        <w:rPr>
          <w:sz w:val="20"/>
        </w:rPr>
        <w:t>41:54  tahqeeq ki. to maloom hua ke company right jo tha, woh right nahi tha, woh retaliation tha.</w:t>
      </w:r>
      <w:r>
        <w:br/>
      </w:r>
      <w:r>
        <w:rPr>
          <w:sz w:val="20"/>
        </w:rPr>
        <w:t>42:02  yani ek committee ne kuch kiya, doosri committee ne retaliate kiya.</w:t>
      </w:r>
      <w:r>
        <w:br/>
      </w:r>
      <w:r>
        <w:rPr>
          <w:sz w:val="20"/>
        </w:rPr>
        <w:t>42:08  tumhare logon ko samjhaya ke tum, tum apni taraf se jo tum ne kiya woh na karte to</w:t>
      </w:r>
      <w:r>
        <w:br/>
      </w:r>
      <w:r>
        <w:rPr>
          <w:sz w:val="20"/>
        </w:rPr>
        <w:t>42:13  retaliation bhi na hota.</w:t>
      </w:r>
      <w:r>
        <w:br/>
      </w:r>
      <w:r>
        <w:rPr>
          <w:sz w:val="20"/>
        </w:rPr>
        <w:t>42:15  is ko right kyun kehte ho?</w:t>
      </w:r>
      <w:r>
        <w:br/>
      </w:r>
      <w:r>
        <w:rPr>
          <w:sz w:val="20"/>
        </w:rPr>
        <w:t>42:20  yeh isi ka naam wisdom hai.</w:t>
      </w:r>
      <w:r>
        <w:br/>
      </w:r>
      <w:r>
        <w:rPr>
          <w:sz w:val="20"/>
        </w:rPr>
        <w:t>42:22  to jab khuda ke angle se hum cheezon ko dekhen ge to hamare wisdom ho jayegi hamare</w:t>
      </w:r>
      <w:r>
        <w:br/>
      </w:r>
      <w:r>
        <w:rPr>
          <w:sz w:val="20"/>
        </w:rPr>
        <w:t>42:27  andar. main samajhta hoon ke yahi</w:t>
      </w:r>
      <w:r>
        <w:br/>
      </w:r>
      <w:r>
        <w:rPr>
          <w:sz w:val="20"/>
        </w:rPr>
        <w:t>42:32  hikmat ka sira hai, yahi wisdom ki baat hai.</w:t>
      </w:r>
      <w:r>
        <w:br/>
      </w:r>
      <w:r>
        <w:rPr>
          <w:sz w:val="20"/>
        </w:rPr>
        <w:t>42:36  to meri dua hai ke Allah taala hum sab ko tofeeq de ke hum cheezon ko right angle</w:t>
      </w:r>
      <w:r>
        <w:br/>
      </w:r>
      <w:r>
        <w:rPr>
          <w:sz w:val="20"/>
        </w:rPr>
        <w:t>42:41  se dekhen. Assalam o alaikum wa rehmatullah.</w:t>
      </w:r>
      <w:r>
        <w:br/>
      </w:r>
      <w:r>
        <w:rPr>
          <w:sz w:val="20"/>
        </w:rPr>
        <w:t>42:45  Okay, we will start with the question answer session now</w:t>
      </w:r>
      <w:r>
        <w:br/>
      </w:r>
      <w:r>
        <w:rPr>
          <w:sz w:val="20"/>
        </w:rPr>
        <w:t>42:48  All the online viewers are requested to send their questions on info@cpsglobal.org.</w:t>
      </w:r>
    </w:p>
    <w:p>
      <w:pPr>
        <w:pStyle w:val="Heading2"/>
      </w:pPr>
      <w:r>
        <w:t>Da'iyah must not despair, be patient</w:t>
      </w:r>
    </w:p>
    <w:p>
      <w:r>
        <w:rPr>
          <w:color w:val="666666"/>
          <w:sz w:val="18"/>
        </w:rPr>
        <w:t>Dayee and Madu | March 13, 2014 · 30s · at 16:43 · https://youtu.be/6fLoZ_EV4Ks?t=1003</w:t>
      </w:r>
    </w:p>
    <w:p>
      <w:r>
        <w:rPr>
          <w:i/>
        </w:rPr>
        <w:t>“Woh mayus na ho, woh ek tarfa sabr kare”</w:t>
      </w:r>
    </w:p>
    <w:p>
      <w:r>
        <w:rPr>
          <w:sz w:val="20"/>
        </w:rPr>
        <w:t>16:43  , woh un ko hukum na lagaye, balkeh khamoshi ke sath, hamdardi ke sath, khirqai ke sath un par dawat ka kaam jari rakhe. un ke liye duaein kare. yeh soche ke kaun sa usloob aisa mein ikhtiyar karoon jo un ko</w:t>
      </w:r>
    </w:p>
    <w:p>
      <w:pPr>
        <w:pStyle w:val="Heading2"/>
      </w:pPr>
      <w:r>
        <w:t>A birth certificate doesn't make you Muslim</w:t>
      </w:r>
    </w:p>
    <w:p>
      <w:r>
        <w:rPr>
          <w:color w:val="666666"/>
          <w:sz w:val="18"/>
        </w:rPr>
        <w:t>An Introduction to Islam (English) July 18, 2008 · 32s · at 36:07 · https://youtu.be/FU4NlA3rUhs?t=2167</w:t>
      </w:r>
    </w:p>
    <w:p>
      <w:r>
        <w:rPr>
          <w:i/>
        </w:rPr>
        <w:t>“A birth certificate alone cannot give you the title of Muslim.”</w:t>
      </w:r>
    </w:p>
    <w:p>
      <w:r>
        <w:rPr>
          <w:sz w:val="20"/>
        </w:rPr>
        <w:t>36:07  no birth, no birth momin or muslim. simply a birth, birth certificate, only a birth certificate can not give you the title of muslim.</w:t>
      </w:r>
      <w:r>
        <w:br/>
      </w:r>
      <w:r>
        <w:rPr>
          <w:sz w:val="20"/>
        </w:rPr>
        <w:t>36:25  when you adhere the principle of islam, when you follow the teaching of islam, then you are a muslim, then you are momin.</w:t>
      </w:r>
    </w:p>
    <w:p>
      <w:pPr>
        <w:pStyle w:val="Heading2"/>
      </w:pPr>
      <w:r>
        <w:t>sincerity is the condition for real faith</w:t>
      </w:r>
    </w:p>
    <w:p>
      <w:r>
        <w:rPr>
          <w:color w:val="666666"/>
          <w:sz w:val="18"/>
        </w:rPr>
        <w:t>Dars-e-Quran (Al-Baqarah (The Heifer) 2 7-19) July 26, 2015 · 33s · at 9:46 · https://youtu.be/kSrW4z79AHE?t=586</w:t>
      </w:r>
    </w:p>
    <w:p>
      <w:r>
        <w:rPr>
          <w:i/>
        </w:rPr>
        <w:t>“Allah's mercy is only for the sincere”</w:t>
      </w:r>
    </w:p>
    <w:p>
      <w:r>
        <w:rPr>
          <w:sz w:val="20"/>
        </w:rPr>
        <w:t>9:46  kyun? Allah ki rehmat is in logon ke liye hai jo ikhlas ke sath iman ikhtiyar karein.</w:t>
      </w:r>
      <w:r>
        <w:br/>
      </w:r>
      <w:r>
        <w:rPr>
          <w:sz w:val="20"/>
        </w:rPr>
        <w:t>10:00  ikhalas ke sath sare, yani Allah ke jo ahkam hain, us pe ikhlas ke sath amal karein. ikhlas shart hai.</w:t>
      </w:r>
      <w:r>
        <w:br/>
      </w:r>
      <w:r>
        <w:rPr>
          <w:sz w:val="20"/>
        </w:rPr>
        <w:t>10:10  ikhalas ke baghair koi iman ya islam Allah ka mo'tabar nahi. yukhadi'oon allaha wal ladheena amanu.</w:t>
      </w:r>
    </w:p>
    <w:p>
      <w:pPr>
        <w:pStyle w:val="Heading2"/>
      </w:pPr>
      <w:r>
        <w:t>Submission as the universal religion</w:t>
      </w:r>
    </w:p>
    <w:p>
      <w:r>
        <w:rPr>
          <w:color w:val="666666"/>
          <w:sz w:val="18"/>
        </w:rPr>
        <w:t>Towards Understanding Islam (English) March 22, 2007 Maulana Wahiduddin Khan · 32s · at 1:13 · https://youtu.be/jXvJkbWa2MM?t=73</w:t>
      </w:r>
    </w:p>
    <w:p>
      <w:r>
        <w:rPr>
          <w:i/>
        </w:rPr>
        <w:t>“So, submission is the only religion for both man and the universe”</w:t>
      </w:r>
    </w:p>
    <w:p>
      <w:r>
        <w:rPr>
          <w:sz w:val="20"/>
        </w:rPr>
        <w:t>1:13  so submission is the only religion for both man and the universe.</w:t>
      </w:r>
      <w:r>
        <w:br/>
      </w:r>
      <w:r>
        <w:rPr>
          <w:sz w:val="20"/>
        </w:rPr>
        <w:t>1:23  according to the quran, al-islam is the religion of the universe.</w:t>
      </w:r>
      <w:r>
        <w:br/>
      </w:r>
      <w:r>
        <w:rPr>
          <w:sz w:val="20"/>
        </w:rPr>
        <w:t>1:34  the whole universe is following this religion or this pattern.</w:t>
      </w:r>
      <w:r>
        <w:br/>
      </w:r>
      <w:r>
        <w:rPr>
          <w:sz w:val="20"/>
        </w:rPr>
        <w:t>1:45  then all the prophets were sent with this religion.</w:t>
      </w:r>
    </w:p>
    <w:p>
      <w:pPr>
        <w:pStyle w:val="Heading2"/>
      </w:pPr>
      <w:r>
        <w:t>Novel analogy shows need for big target</w:t>
      </w:r>
    </w:p>
    <w:p>
      <w:r>
        <w:rPr>
          <w:color w:val="666666"/>
          <w:sz w:val="18"/>
        </w:rPr>
        <w:t>Fragments of a CPS Mind 5 May 2006 - Maulana Wahiduddin Khan · 1m 03s · at 18:01 · https://youtu.be/_IxGI6LsK8o?t=1081</w:t>
      </w:r>
    </w:p>
    <w:p>
      <w:r>
        <w:rPr>
          <w:i/>
        </w:rPr>
        <w:t>“Ek misaal deta hoon aap ko”</w:t>
      </w:r>
    </w:p>
    <w:p>
      <w:r>
        <w:rPr>
          <w:sz w:val="20"/>
        </w:rPr>
        <w:t>18:01  aik misaal mein deta hoon aap ko. aik sacha waqia hai ke aik shakhs ne aik novel likhi.</w:t>
      </w:r>
      <w:r>
        <w:br/>
      </w:r>
      <w:r>
        <w:rPr>
          <w:sz w:val="20"/>
        </w:rPr>
        <w:t>18:11  wo novel bohat moti thi, yaani yaani kai hazar pages mein thi, several thousand pages mein wo novel thi.</w:t>
      </w:r>
      <w:r>
        <w:br/>
      </w:r>
      <w:r>
        <w:rPr>
          <w:sz w:val="20"/>
        </w:rPr>
        <w:t>18:23  to is ke dost ne jab dekha to us ne kaha ke ye itni itna itna mota novel to kaise likha tum ne?</w:t>
      </w:r>
      <w:r>
        <w:br/>
      </w:r>
      <w:r>
        <w:rPr>
          <w:sz w:val="20"/>
        </w:rPr>
        <w:t>18:33  tum akta nahi gaye? likhte bor nahi ho gaye? us ne jawab diya ke nahi,</w:t>
      </w:r>
      <w:r>
        <w:br/>
      </w:r>
      <w:r>
        <w:rPr>
          <w:sz w:val="20"/>
        </w:rPr>
        <w:t>18:43  is liye ke jab mein aik paragraph likhta tha to meri nazar agle paragraph par hoti thi.</w:t>
      </w:r>
      <w:r>
        <w:br/>
      </w:r>
      <w:r>
        <w:rPr>
          <w:sz w:val="20"/>
        </w:rPr>
        <w:t>18:52  agar aap ke samne itna bara kitab ka nishana ho ke is ke paragraph khatam na hote hon, aik ke baad aik, aik ke baad aik, to aap aktainge nahi.</w:t>
      </w:r>
    </w:p>
    <w:p>
      <w:pPr>
        <w:pStyle w:val="Heading2"/>
      </w:pPr>
      <w:r>
        <w:t>A person's intention survives even after death</w:t>
      </w:r>
    </w:p>
    <w:p>
      <w:r>
        <w:rPr>
          <w:color w:val="666666"/>
          <w:sz w:val="18"/>
        </w:rPr>
        <w:t>Life and Death December 8, 2013 · 40s · at 3:18 · https://youtu.be/scYn0iBgP4E?t=198</w:t>
      </w:r>
    </w:p>
    <w:p>
      <w:r>
        <w:rPr>
          <w:i/>
        </w:rPr>
        <w:t>“Islam mein ek badi anokhi taleem yeh hai”</w:t>
      </w:r>
    </w:p>
    <w:p>
      <w:r>
        <w:rPr>
          <w:sz w:val="20"/>
        </w:rPr>
        <w:t>3:18  Islam mein ek bari anokhi taleem yeh hai ke aadmi jab jab aadmi ki jab death hoti hai to poori tarah woh is dunya se kat jata hai.</w:t>
      </w:r>
      <w:r>
        <w:br/>
      </w:r>
      <w:r>
        <w:rPr>
          <w:sz w:val="20"/>
        </w:rPr>
        <w:t>3:33  poori tarah.</w:t>
      </w:r>
      <w:r>
        <w:br/>
      </w:r>
      <w:r>
        <w:rPr>
          <w:sz w:val="20"/>
        </w:rPr>
        <w:t>3:36  lekin ek cheez us ki baqi rehti hai. woh hai us ki niyat, uska intention.</w:t>
      </w:r>
      <w:r>
        <w:br/>
      </w:r>
      <w:r>
        <w:rPr>
          <w:sz w:val="20"/>
        </w:rPr>
        <w:t>3:47  yani jo us ki niyat thi, jo uska intention tha, woh us ke baad bhi dunya mein baqi rehti hai. us ke baad bhi woh us ko pohnchti rehti hai.</w:t>
      </w:r>
    </w:p>
    <w:p>
      <w:pPr>
        <w:pStyle w:val="Heading2"/>
      </w:pPr>
      <w:r>
        <w:t>Prophet forgave enemies after conquering Mecca</w:t>
      </w:r>
    </w:p>
    <w:p>
      <w:r>
        <w:rPr>
          <w:color w:val="666666"/>
          <w:sz w:val="18"/>
        </w:rPr>
        <w:t>A Talk Given by Prof. Farida Khanam at Vidyajyoti College Theology September 2, 2022 · 29s · at 30:29 · https://youtu.be/xWunZk7U6xo?t=1829</w:t>
      </w:r>
    </w:p>
    <w:p>
      <w:r>
        <w:rPr>
          <w:i/>
        </w:rPr>
        <w:t>“The prophet did not punish even those who killed Muslims”</w:t>
      </w:r>
    </w:p>
    <w:p>
      <w:r>
        <w:rPr>
          <w:sz w:val="20"/>
        </w:rPr>
        <w:t>30:29  Prophet did not punish even those enemies who had killed so many muslims, who had waged so many wars, who had done all the atrocities that was possible. So the when the prophet forgave them all, so you know, in everyone there is conscience. Their conscience was awakened and very soon they all accepted Islam.</w:t>
      </w:r>
      <w:r>
        <w:br/>
      </w:r>
      <w:r>
        <w:rPr>
          <w:sz w:val="20"/>
        </w:rPr>
        <w:t>30:58  That is why, you know, in very short time the whole Arabia accepted Islam because of prophet's policy of forgiveness. And there is another policy, talif akal, softening of the heart.</w:t>
      </w:r>
    </w:p>
    <w:p>
      <w:pPr>
        <w:pStyle w:val="Heading2"/>
      </w:pPr>
      <w:r>
        <w:t>Theme of lecture rationalization of evil</w:t>
      </w:r>
    </w:p>
    <w:p>
      <w:r>
        <w:rPr>
          <w:color w:val="666666"/>
          <w:sz w:val="18"/>
        </w:rPr>
        <w:t>Rationalization of Evil 15 Feb 2009 - Maulana Wahiduddin Khan · 27s · at 0:38 · https://youtu.be/agi0wNsOO84?t=38</w:t>
      </w:r>
    </w:p>
    <w:p>
      <w:r>
        <w:rPr>
          <w:i/>
        </w:rPr>
        <w:t>“Aaj ki jo talk hai, uski theme hai 'Rationalization of Evil'.”</w:t>
      </w:r>
    </w:p>
    <w:p>
      <w:r>
        <w:rPr>
          <w:sz w:val="20"/>
        </w:rPr>
        <w:t>0:38  aaj ki jo talk hai, is ki theme hai "rationalization of evil".</w:t>
      </w:r>
      <w:r>
        <w:br/>
      </w:r>
      <w:r>
        <w:rPr>
          <w:sz w:val="20"/>
        </w:rPr>
        <w:t>0:53  yeh aaj mujhe ek cheez discover hui, is ko main chahta hoon aap ko aap ke samne lana.</w:t>
      </w:r>
    </w:p>
    <w:p>
      <w:pPr>
        <w:pStyle w:val="Heading2"/>
      </w:pPr>
      <w:r>
        <w:t>A companion's story defining taqwa via a thorny bush</w:t>
      </w:r>
    </w:p>
    <w:p>
      <w:r>
        <w:rPr>
          <w:color w:val="666666"/>
          <w:sz w:val="18"/>
        </w:rPr>
        <w:t>The Spirit of Roza Sept 7, 2008 · 30s · at 17:41 · https://youtu.be/C9G1oBdqoKk?t=1061</w:t>
      </w:r>
    </w:p>
    <w:p>
      <w:r>
        <w:rPr>
          <w:i/>
        </w:rPr>
        <w:t>“Kabhi ek kaante daar jhaadi se guzre ho?”</w:t>
      </w:r>
    </w:p>
    <w:p>
      <w:r>
        <w:rPr>
          <w:sz w:val="20"/>
        </w:rPr>
        <w:t>17:41  ek sahabi ne bataye baat ho rahi thi ek sahabi se do sahabi se ke taqwa kya hai? to unhon ne kaha ke tum kabhi ek aisi jhaari mein gaye ho jo jis ko kehte hain thorny bush,</w:t>
      </w:r>
      <w:r>
        <w:br/>
      </w:r>
      <w:r>
        <w:rPr>
          <w:sz w:val="20"/>
        </w:rPr>
        <w:t>17:58  kaantay daar jhaari.</w:t>
      </w:r>
      <w:r>
        <w:br/>
      </w:r>
      <w:r>
        <w:rPr>
          <w:sz w:val="20"/>
        </w:rPr>
        <w:t>18:01  to kaise guzre is se? unhon ne kaha ke maine apne kapre ko sameta bachte bachte nikal gaya. to unhon ne kaha ke zaalik al-taqwa, yahi taqwa hai.</w:t>
      </w:r>
    </w:p>
    <w:p>
      <w:pPr>
        <w:pStyle w:val="Heading2"/>
      </w:pPr>
      <w:r>
        <w:t>jihad literally means 'to strive,' not violence</w:t>
      </w:r>
    </w:p>
    <w:p>
      <w:r>
        <w:rPr>
          <w:color w:val="666666"/>
          <w:sz w:val="18"/>
        </w:rPr>
        <w:t>Human Equality in Islam July 1, 2007 Maulana Wahiduddin Khan · 28s · at 34:35 · https://youtu.be/5aJvpiCYbzQ?t=2075</w:t>
      </w:r>
    </w:p>
    <w:p>
      <w:r>
        <w:rPr>
          <w:i/>
        </w:rPr>
        <w:t>“Jihad literally means to strive — not war”</w:t>
      </w:r>
    </w:p>
    <w:p>
      <w:r>
        <w:rPr>
          <w:sz w:val="20"/>
        </w:rPr>
        <w:t>34:35  Dekhen, jihad jo hai, jihad ke maani ek to yeh hai ke jihad ke maani war nahin hai, violence nahin hai. Jihad literally means to strive, to struggle.</w:t>
      </w:r>
      <w:r>
        <w:br/>
      </w:r>
      <w:r>
        <w:rPr>
          <w:sz w:val="20"/>
        </w:rPr>
        <w:t>34:47  bas koshish karna, koshish karna kisi baat ke liye koshish karna. Aap logon mein acha character laane ke liye aap koshish kar rahe ho to woh jihad hai.</w:t>
      </w:r>
    </w:p>
    <w:p>
      <w:pPr>
        <w:pStyle w:val="Heading2"/>
      </w:pPr>
      <w:r>
        <w:t>Allah's help means only one thing: dawah</w:t>
      </w:r>
    </w:p>
    <w:p>
      <w:r>
        <w:rPr>
          <w:color w:val="666666"/>
          <w:sz w:val="18"/>
        </w:rPr>
        <w:t>The Concept of Divine Help June 16, 2013 · 43s · at 20:40 · https://youtu.be/b0QaxGSnAOI?t=1240</w:t>
      </w:r>
    </w:p>
    <w:p>
      <w:r>
        <w:rPr>
          <w:i/>
        </w:rPr>
        <w:t>“یہ جو آیت ہے ولاینصرن اللہ اس کا مطلب کیا ہے؟”</w:t>
      </w:r>
    </w:p>
    <w:p>
      <w:r>
        <w:rPr>
          <w:sz w:val="20"/>
        </w:rPr>
        <w:t>20:40  yeh jo ayat hai walayansurunnallaha is ka matlab kya hai? Allah madad karega.</w:t>
      </w:r>
      <w:r>
        <w:br/>
      </w:r>
      <w:r>
        <w:rPr>
          <w:sz w:val="20"/>
        </w:rPr>
        <w:t>20:49  is ki jo madad kare, Allah ki. Allah ki madad kya hai? woh sirf ek hai. woh hai dawat e ila Allah.</w:t>
      </w:r>
      <w:r>
        <w:br/>
      </w:r>
      <w:r>
        <w:rPr>
          <w:sz w:val="20"/>
        </w:rPr>
        <w:t>20:57  dawat e ila Allah. dawat e ila Allah ko Allah ne apni madad karna kaha hai. aur dawat e ila Allah ka kaam jab karegi ummat, to is ko Allah ki madad hasil hogi.</w:t>
      </w:r>
      <w:r>
        <w:br/>
      </w:r>
      <w:r>
        <w:rPr>
          <w:sz w:val="20"/>
        </w:rPr>
        <w:t>21:13  to bilkul saaf taur par yeh samajh lijiye ke Allah ki nusrat ka jo wada hai, woh sirf ek kaam par hai. woh hai dawat e ila Allah ka kaam.</w:t>
      </w:r>
    </w:p>
    <w:p>
      <w:pPr>
        <w:pStyle w:val="Heading2"/>
      </w:pPr>
      <w:r>
        <w:t>Not gender equality but gender complementarity</w:t>
      </w:r>
    </w:p>
    <w:p>
      <w:r>
        <w:rPr>
          <w:color w:val="666666"/>
          <w:sz w:val="18"/>
        </w:rPr>
        <w:t>The Status of Women in Islam (English) February 28, 2007 Maulana Wahiduddin Khan · 25s · at 3:59 · https://youtu.be/pSLnXzYImXo?t=239</w:t>
      </w:r>
    </w:p>
    <w:p>
      <w:r>
        <w:rPr>
          <w:i/>
        </w:rPr>
        <w:t>“So according to God's creation plan”</w:t>
      </w:r>
    </w:p>
    <w:p>
      <w:r>
        <w:rPr>
          <w:sz w:val="20"/>
        </w:rPr>
        <w:t>3:59  so according to the gods creation plan,</w:t>
      </w:r>
      <w:r>
        <w:br/>
      </w:r>
      <w:r>
        <w:rPr>
          <w:sz w:val="20"/>
        </w:rPr>
        <w:t>4:04  the important thing is not gender equality, but it is gender complementarity.</w:t>
      </w:r>
    </w:p>
    <w:p>
      <w:pPr>
        <w:pStyle w:val="Heading2"/>
      </w:pPr>
      <w:r>
        <w:t>Truth exists only at the intellectual level, not physical</w:t>
      </w:r>
    </w:p>
    <w:p>
      <w:r>
        <w:rPr>
          <w:color w:val="666666"/>
          <w:sz w:val="18"/>
        </w:rPr>
        <w:t>Why People live in Despair September 2, 2007 · 29s · at 18:36 · https://youtu.be/BHfgOfzXf00?t=1116</w:t>
      </w:r>
    </w:p>
    <w:p>
      <w:r>
        <w:rPr>
          <w:i/>
        </w:rPr>
        <w:t>“Truth is never found at the physical level.”</w:t>
      </w:r>
    </w:p>
    <w:p>
      <w:r>
        <w:rPr>
          <w:sz w:val="20"/>
        </w:rPr>
        <w:t>18:36  koi social service aur milli work mein apne ko laga deta hai. samajhta hai ke haan, mujhe mil jayega. lekin milta nahi hai. kyun? dekhen, aap ko sachai physical level pe kabhi nahi milegi.</w:t>
      </w:r>
      <w:r>
        <w:br/>
      </w:r>
      <w:r>
        <w:rPr>
          <w:sz w:val="20"/>
        </w:rPr>
        <w:t>18:49  wo intellectual level pe milegi. basic baat yeh hai.</w:t>
      </w:r>
      <w:r>
        <w:br/>
      </w:r>
      <w:r>
        <w:rPr>
          <w:sz w:val="20"/>
        </w:rPr>
        <w:t>18:56  sachai ko jab bhi aap payenge, intellectual level par payenge. aur log physical level par sachai ko talash kar rahe hain.</w:t>
      </w:r>
    </w:p>
    <w:p>
      <w:pPr>
        <w:pStyle w:val="Heading2"/>
      </w:pPr>
      <w:r>
        <w:t>character assassination is a sin rooted in guesswork</w:t>
      </w:r>
    </w:p>
    <w:p>
      <w:r>
        <w:rPr>
          <w:color w:val="666666"/>
          <w:sz w:val="18"/>
        </w:rPr>
        <w:t>How to Build A Strong Personality June 14, 2008 · 42s · at 27:09 · https://youtu.be/CEzRHSVoQlI?t=1629</w:t>
      </w:r>
    </w:p>
    <w:p>
      <w:r>
        <w:rPr>
          <w:i/>
        </w:rPr>
        <w:t>“Aaj kal negative remark ki mashhoor surat character assassination hai”</w:t>
      </w:r>
    </w:p>
    <w:p>
      <w:r>
        <w:rPr>
          <w:sz w:val="20"/>
        </w:rPr>
        <w:t>27:09  tab to zaroor pakad hogi. is zamane mein, aaj kal jo hai, negative remark ki bohat hi well known surat woh hai jis ko kehte hain character assassination.</w:t>
      </w:r>
      <w:r>
        <w:br/>
      </w:r>
      <w:r>
        <w:rPr>
          <w:sz w:val="20"/>
        </w:rPr>
        <w:t>27:24  character assassination yani kisi ke character ke bare mein aisi baat kehna jis se us ki image kharab hoti ho.</w:t>
      </w:r>
      <w:r>
        <w:br/>
      </w:r>
      <w:r>
        <w:rPr>
          <w:sz w:val="20"/>
        </w:rPr>
        <w:t>27:35  jis se us ki image kharab hoti ho, to woh negative remark hai. aur negative remark bhi ek zan ke base par hota hai, ek guman ke base par hota hai.</w:t>
      </w:r>
      <w:r>
        <w:br/>
      </w:r>
      <w:r>
        <w:rPr>
          <w:sz w:val="20"/>
        </w:rPr>
        <w:t>27:46  lekin woh aisa remark kharab hai, woh gunah hai.</w:t>
      </w:r>
    </w:p>
    <w:p>
      <w:pPr>
        <w:pStyle w:val="Heading2"/>
      </w:pPr>
      <w:r>
        <w:t>Faith is voluntary; Pharaoh's deathbed belief rejected</w:t>
      </w:r>
    </w:p>
    <w:p>
      <w:r>
        <w:rPr>
          <w:color w:val="666666"/>
          <w:sz w:val="18"/>
        </w:rPr>
        <w:t>Lessons from The Story of Prophet Moses Part 5, October 30, 2022 · 28s · at 1:11 · https://youtu.be/Yei6NJ0s5wI?t=71</w:t>
      </w:r>
    </w:p>
    <w:p>
      <w:r>
        <w:rPr>
          <w:i/>
        </w:rPr>
        <w:t>“Uski faryad Allah reject kar dete hain”</w:t>
      </w:r>
    </w:p>
    <w:p>
      <w:r>
        <w:rPr>
          <w:sz w:val="20"/>
        </w:rPr>
        <w:t>1:11  lekin is ki yeh faryad allah taala reject kar dete hain, aur sachai to yeh bhi hai ke iman jo hai woh voluntary level pe zahir kiya jata hai, na ke compulsion ke level pe.</w:t>
      </w:r>
      <w:r>
        <w:br/>
      </w:r>
      <w:r>
        <w:rPr>
          <w:sz w:val="20"/>
        </w:rPr>
        <w:t>1:24  aur firon ke sath yahi hua ke is ne compulsion ke level pe apni aakhri lamhe par allah par iman lane ki baat kahi. to quran mein phir doctor sahab aata hai ke allah taala khitab karte hain ke "We will save your body."</w:t>
      </w:r>
    </w:p>
    <w:p>
      <w:pPr>
        <w:pStyle w:val="Heading2"/>
      </w:pPr>
      <w:r>
        <w:t>Remembrance of God is greatest</w:t>
      </w:r>
    </w:p>
    <w:p>
      <w:r>
        <w:rPr>
          <w:color w:val="666666"/>
          <w:sz w:val="18"/>
        </w:rPr>
        <w:t>The Concept of Zikr in Islam | August 11, 2007 · 30s · at 2:11 · https://youtu.be/uFNX0KiI6dc?t=131</w:t>
      </w:r>
    </w:p>
    <w:p>
      <w:r>
        <w:rPr>
          <w:i/>
        </w:rPr>
        <w:t>“And remembrance of God is the greatest.”</w:t>
      </w:r>
    </w:p>
    <w:p>
      <w:r>
        <w:rPr>
          <w:sz w:val="20"/>
        </w:rPr>
        <w:t>2:11  rullahi akbar. And zikr of God is the greatest. Then there are a number of hadiths that are saying the prophet of Islam that tell us that zikr has a very high value in the Islamic system.</w:t>
      </w:r>
    </w:p>
    <w:p>
      <w:pPr>
        <w:pStyle w:val="Heading2"/>
      </w:pPr>
      <w:r>
        <w:t>Hatred is societal not natural</w:t>
      </w:r>
    </w:p>
    <w:p>
      <w:r>
        <w:rPr>
          <w:color w:val="666666"/>
          <w:sz w:val="18"/>
        </w:rPr>
        <w:t>Q&amp;A · 26s · at 7:55 · https://youtu.be/W2DKBK6QYTY?t=475</w:t>
      </w:r>
    </w:p>
    <w:p>
      <w:r>
        <w:rPr>
          <w:i/>
        </w:rPr>
        <w:t>“Hate mein jeeta hai insaan. Kyun hate mein jeeta hai?”</w:t>
      </w:r>
    </w:p>
    <w:p>
      <w:r>
        <w:rPr>
          <w:sz w:val="20"/>
        </w:rPr>
        <w:t>7:55  wo sab wahi thi jo kisi ke hate ke khilaf thi. aur mohabbat par agar koi movement chalaen, mohabbat ko lekar ke, to wo usko koi response nahi milta. kyunki. to hate mein jeeta hai insan</w:t>
      </w:r>
      <w:r>
        <w:br/>
      </w:r>
      <w:r>
        <w:rPr>
          <w:sz w:val="20"/>
        </w:rPr>
        <w:t>8:12  । kyon hate mein jeeta hai? yeh nahi ki hate jo hai, part of nature nahi hai. that is part of society hai.</w:t>
      </w:r>
    </w:p>
    <w:p>
      <w:pPr>
        <w:pStyle w:val="Heading2"/>
      </w:pPr>
      <w:r>
        <w:t>In Islam the back seat is the rule</w:t>
      </w:r>
    </w:p>
    <w:p>
      <w:r>
        <w:rPr>
          <w:color w:val="666666"/>
          <w:sz w:val="18"/>
        </w:rPr>
        <w:t>Concept of Modesty in Islam (English) June 20, 2007 · 27s · at 8:42 · https://youtu.be/mHQWcOA-2qo?t=522</w:t>
      </w:r>
    </w:p>
    <w:p>
      <w:r>
        <w:rPr>
          <w:i/>
        </w:rPr>
        <w:t>“In Islam, back seat is the rule.”</w:t>
      </w:r>
    </w:p>
    <w:p>
      <w:r>
        <w:rPr>
          <w:sz w:val="20"/>
        </w:rPr>
        <w:t>8:42  back seat is rule.</w:t>
      </w:r>
      <w:r>
        <w:br/>
      </w:r>
      <w:r>
        <w:rPr>
          <w:sz w:val="20"/>
        </w:rPr>
        <w:t>8:46  and seat of imam is an exception. so this is islam.</w:t>
      </w:r>
      <w:r>
        <w:br/>
      </w:r>
      <w:r>
        <w:rPr>
          <w:sz w:val="20"/>
        </w:rPr>
        <w:t>8:59  there is no exaggeration to say islam is religion of modesty. religion of modesty.</w:t>
      </w:r>
    </w:p>
    <w:p>
      <w:pPr>
        <w:pStyle w:val="Heading2"/>
      </w:pPr>
      <w:r>
        <w:t>Social compatibility misunderstanding</w:t>
      </w:r>
    </w:p>
    <w:p>
      <w:r>
        <w:rPr>
          <w:color w:val="666666"/>
          <w:sz w:val="18"/>
        </w:rPr>
        <w:t>Social Harmony and Islam | June 10, 2008 · 31s · at 0:44 · https://youtu.be/x_Ocw0CGF0A?t=44</w:t>
      </w:r>
    </w:p>
    <w:p>
      <w:r>
        <w:rPr>
          <w:i/>
        </w:rPr>
        <w:t>“Aik sahib ne kaha ke Islam mein social compatibility nahi hai.”</w:t>
      </w:r>
    </w:p>
    <w:p>
      <w:r>
        <w:rPr>
          <w:sz w:val="20"/>
        </w:rPr>
        <w:t>0:44  social compatibility nahi hai.</w:t>
      </w:r>
      <w:r>
        <w:br/>
      </w:r>
      <w:r>
        <w:rPr>
          <w:sz w:val="20"/>
        </w:rPr>
        <w:t>0:52  yeh ek sahib ki baat nahi hai, bohat se log aisa samajhte hain ke islam doosrey system ke</w:t>
      </w:r>
      <w:r>
        <w:br/>
      </w:r>
      <w:r>
        <w:rPr>
          <w:sz w:val="20"/>
        </w:rPr>
        <w:t>1:00  sath adjust karke nahi reh sakta.</w:t>
      </w:r>
      <w:r>
        <w:br/>
      </w:r>
      <w:r>
        <w:rPr>
          <w:sz w:val="20"/>
        </w:rPr>
        <w:t>1:07  to yeh samjha jane laga hai ke islam mein social compatibility nahi hai.</w:t>
      </w:r>
    </w:p>
    <w:p>
      <w:pPr>
        <w:pStyle w:val="Heading2"/>
      </w:pPr>
      <w:r>
        <w:t>Husband under wife's authority humorously</w:t>
      </w:r>
    </w:p>
    <w:p>
      <w:r>
        <w:rPr>
          <w:color w:val="666666"/>
          <w:sz w:val="18"/>
        </w:rPr>
        <w:t>In conversation with Prof. Farida Khanam · 23s · at 27:21 · https://youtu.be/65KKekibzU0?t=1641</w:t>
      </w:r>
    </w:p>
    <w:p>
      <w:r>
        <w:rPr>
          <w:i/>
        </w:rPr>
        <w:t>“Hum to pehle hum apni ahliya ke under the”</w:t>
      </w:r>
    </w:p>
    <w:p>
      <w:r>
        <w:rPr>
          <w:sz w:val="20"/>
        </w:rPr>
        <w:t>27:21  aur hamare haan Maulana kehte rehte hain, hum to pehle hum apni ahliya ke under mein thay, ab Farida ke under mein hain. woh apna apna likhna parhna, uss mein un ko bohat sukoon rehta hai. aur baqi jo ghar ka management hai, woh auratain chala rahi hain. aisi bohat gharon mein hota hoga. to aisa kuch woh absolute sense mein woh nahin hai.</w:t>
      </w:r>
    </w:p>
    <w:p>
      <w:pPr>
        <w:pStyle w:val="Heading2"/>
      </w:pPr>
      <w:r>
        <w:t>woman's mood single-handedly makes or breaks the home</w:t>
      </w:r>
    </w:p>
    <w:p>
      <w:r>
        <w:rPr>
          <w:color w:val="666666"/>
          <w:sz w:val="18"/>
        </w:rPr>
        <w:t>Ghar Aek Taleem Gaah CPS Women Article Discussion 21 June 11, 2023 · 51s · at 7:43 · https://youtu.be/EK-bR9q2TpA?t=463</w:t>
      </w:r>
    </w:p>
    <w:p>
      <w:r>
        <w:rPr>
          <w:i/>
        </w:rPr>
        <w:t>“Ek aurat ke banne se ghar banta hai”</w:t>
      </w:r>
    </w:p>
    <w:p>
      <w:r>
        <w:rPr>
          <w:sz w:val="20"/>
        </w:rPr>
        <w:t>7:43  ghar ke andar ke mahol ki lekin yeh yeh bhi samajhne ki baat yeh hai ke ghar ke andar ka mahol jo hai uski responsibility ek aurat ki hi hai. ek aurat ko ke banne mein ghar banta hai aur ek aurat ki bigadne se ghar bigad jata hai.</w:t>
      </w:r>
      <w:r>
        <w:br/>
      </w:r>
      <w:r>
        <w:rPr>
          <w:sz w:val="20"/>
        </w:rPr>
        <w:t>8:00  isi liye aurat ko behtareen kulana bhi kaha gaya hai aur is platform par jahan hum ladies aisi</w:t>
      </w:r>
      <w:r>
        <w:br/>
      </w:r>
      <w:r>
        <w:rPr>
          <w:sz w:val="20"/>
        </w:rPr>
        <w:t>8:08  zehan ki apne zehan ki parwarish kar rahe hain, khuda ke mutabiq apne mind ko prepare kar rahe</w:t>
      </w:r>
      <w:r>
        <w:br/>
      </w:r>
      <w:r>
        <w:rPr>
          <w:sz w:val="20"/>
        </w:rPr>
        <w:t>8:17  hain, prepare karna chahte hain toh ek aurat hone ke naate hamein yeh jaanna chahiye ki yeh hamare</w:t>
      </w:r>
      <w:r>
        <w:br/>
      </w:r>
      <w:r>
        <w:rPr>
          <w:sz w:val="20"/>
        </w:rPr>
        <w:t>8:25  ghar mein kaun sa tareeqa islami tareeqa hai aur kaun sa tareeqa ghair islami hai.</w:t>
      </w:r>
      <w:r>
        <w:br/>
      </w:r>
      <w:r>
        <w:rPr>
          <w:sz w:val="20"/>
        </w:rPr>
        <w:t>8:34  aurat jitni zyada matlab iske liye aurat ko jitni zyada taleem yafta hogi utni zyada woh apni zimmedariyon ko ada kar sakti hai. kyunke haqeeqat yaani jo sachai hai woh sachai hai chahe usko koi follow na kar raha ho aur galat galti hai chahe usko har insaan follow kar raha ho.</w:t>
      </w:r>
    </w:p>
    <w:p>
      <w:pPr>
        <w:pStyle w:val="Heading2"/>
      </w:pPr>
      <w:r>
        <w:t>Old politician's plea for hope</w:t>
      </w:r>
    </w:p>
    <w:p>
      <w:r>
        <w:rPr>
          <w:color w:val="666666"/>
          <w:sz w:val="18"/>
        </w:rPr>
        <w:t>The Goal for Human Beings in The Quran February 03, 2019 Maulana Wahiduddin Khan · 30s · at 9:52 · https://youtu.be/QZH5SHaAxCc?t=592</w:t>
      </w:r>
    </w:p>
    <w:p>
      <w:r>
        <w:rPr>
          <w:i/>
        </w:rPr>
        <w:t>“Life has lost all meaning.”</w:t>
      </w:r>
    </w:p>
    <w:p>
      <w:r>
        <w:rPr>
          <w:sz w:val="20"/>
        </w:rPr>
        <w:t>9:52  life has lost all meaning.</w:t>
      </w:r>
      <w:r>
        <w:br/>
      </w:r>
      <w:r>
        <w:rPr>
          <w:sz w:val="20"/>
        </w:rPr>
        <w:t>9:58  i am going to take a fateful leap into the unknown." see his wording.</w:t>
      </w:r>
      <w:r>
        <w:br/>
      </w:r>
      <w:r>
        <w:rPr>
          <w:sz w:val="20"/>
        </w:rPr>
        <w:t>10:06  he said: "i am going to take a fateful leap into the unknown." young man, can you give me ray of hope?</w:t>
      </w:r>
    </w:p>
    <w:p>
      <w:pPr>
        <w:pStyle w:val="Heading2"/>
      </w:pPr>
      <w:r>
        <w:t>Prophet Solomon calls political power a test, not a gift</w:t>
      </w:r>
    </w:p>
    <w:p>
      <w:r>
        <w:rPr>
          <w:color w:val="666666"/>
          <w:sz w:val="18"/>
        </w:rPr>
        <w:t>Izhar-e-Deen January 5, 2007 Maulana Wahiduddin Khan · 38s · at 4:15 · https://youtu.be/k7A-QmCYPhM?t=255</w:t>
      </w:r>
    </w:p>
    <w:p>
      <w:r>
        <w:rPr>
          <w:i/>
        </w:rPr>
        <w:t>“Hazrat Sulaiman ne khud kaha: political power ek test paper hai”</w:t>
      </w:r>
    </w:p>
    <w:p>
      <w:r>
        <w:rPr>
          <w:sz w:val="20"/>
        </w:rPr>
        <w:t>4:15  kyun? quran hi mein ek paighambar, Hazrat Sulaiman alaihi salam, jo paighambar bhi the aur king bhi the, woh political power bhi un ke paas tha.</w:t>
      </w:r>
      <w:r>
        <w:br/>
      </w:r>
      <w:r>
        <w:rPr>
          <w:sz w:val="20"/>
        </w:rPr>
        <w:t>4:26  to quran mein wazeh taur par bataya gaya un ki zuban se ke unhone kaha ke yeh political power jo hai, yeh hai test paper.</w:t>
      </w:r>
      <w:r>
        <w:br/>
      </w:r>
      <w:r>
        <w:rPr>
          <w:sz w:val="20"/>
        </w:rPr>
        <w:t>4:36  test paper.</w:t>
      </w:r>
      <w:r>
        <w:br/>
      </w:r>
      <w:r>
        <w:rPr>
          <w:sz w:val="20"/>
        </w:rPr>
        <w:t>4:39  unhone yeh nahi kaha ke yeh inaam hai, yeh blessing hai, yeh reward hai, yeh nahi kaha unhone. unhone kaha ke yeh political power test ke liye hai.</w:t>
      </w:r>
    </w:p>
    <w:p>
      <w:pPr>
        <w:pStyle w:val="Heading2"/>
      </w:pPr>
      <w:r>
        <w:t>Be God-oriented: essence of Quran</w:t>
      </w:r>
    </w:p>
    <w:p>
      <w:r>
        <w:rPr>
          <w:color w:val="666666"/>
          <w:sz w:val="18"/>
        </w:rPr>
        <w:t>Message of the Quran August 20, 2017 · 45s · at 7:15 · https://youtu.be/BrbrZxP37pk?t=435</w:t>
      </w:r>
    </w:p>
    <w:p>
      <w:r>
        <w:rPr>
          <w:i/>
        </w:rPr>
        <w:t>“Kun rabbaniyyeen – be God-oriented.”</w:t>
      </w:r>
    </w:p>
    <w:p>
      <w:r>
        <w:rPr>
          <w:sz w:val="20"/>
        </w:rPr>
        <w:t>7:15  is message ka just kya hai to woh is ayat mein milta hai, yani Quran ke ek chapter hai Aal e Imran number teen, is mein yeh ayat hai ke: "Kaun Rabbaaniyyun?" Kaun Rabbaaniyyun ka matlab hote hain: "Rab wale bano</w:t>
      </w:r>
      <w:r>
        <w:br/>
      </w:r>
      <w:r>
        <w:rPr>
          <w:sz w:val="20"/>
        </w:rPr>
        <w:t>7:38  !" Ae logo, Rab wale bano! Yeh Rab wale bano ka matlab kya hua? Wahi cheez hai jisko hum aaj kehte hain spirituality, yani God based spirituality ya God oriented spirituality.</w:t>
      </w:r>
    </w:p>
    <w:p>
      <w:pPr>
        <w:pStyle w:val="Heading2"/>
      </w:pPr>
      <w:r>
        <w:t>Why creative thinking matters for big tasks</w:t>
      </w:r>
    </w:p>
    <w:p>
      <w:r>
        <w:rPr>
          <w:color w:val="666666"/>
          <w:sz w:val="18"/>
        </w:rPr>
        <w:t>CPS Mission Conference 2023 April 30, 2023 · 20s · at 46:54 · https://youtu.be/sfTBajRastM?t=2814</w:t>
      </w:r>
    </w:p>
    <w:p>
      <w:r>
        <w:rPr>
          <w:i/>
        </w:rPr>
        <w:t>“किसी भी बड़े काम के लिए क्रिएटिव थिंकिंग बहुत जरूरी है”</w:t>
      </w:r>
    </w:p>
    <w:p>
      <w:r>
        <w:rPr>
          <w:sz w:val="20"/>
        </w:rPr>
        <w:t>46:54  kisi bhi barhe kaam ke liye yeh bohat zaroori hai ke is ke bare mein hamare andar creative thinking ho.</w:t>
      </w:r>
      <w:r>
        <w:br/>
      </w:r>
      <w:r>
        <w:rPr>
          <w:sz w:val="20"/>
        </w:rPr>
        <w:t>47:03  agar koi bataye aap ko ke yeh glass utha kar is mez par rakh doon, aur is ke baad aap kuch na kar sakein, to aap ek koi barha kaam, koi bhi barha kaam kaise karein g</w:t>
      </w:r>
    </w:p>
    <w:p>
      <w:pPr>
        <w:pStyle w:val="Heading2"/>
      </w:pPr>
      <w:r>
        <w:t>Suffering as compression for growth</w:t>
      </w:r>
    </w:p>
    <w:p>
      <w:r>
        <w:rPr>
          <w:color w:val="666666"/>
          <w:sz w:val="18"/>
        </w:rPr>
        <w:t>Interaction with CPS Ulema August 29, 2020 Maulana Wahiduddin Khan · 26s · at 31:57 · https://youtu.be/bHowfdKdeAs?t=1917</w:t>
      </w:r>
    </w:p>
    <w:p>
      <w:r>
        <w:rPr>
          <w:i/>
        </w:rPr>
        <w:t>“Every suffering is compression.”</w:t>
      </w:r>
    </w:p>
    <w:p>
      <w:r>
        <w:rPr>
          <w:sz w:val="20"/>
        </w:rPr>
        <w:t>31:57  har safarng compression hai.</w:t>
      </w:r>
      <w:r>
        <w:br/>
      </w:r>
      <w:r>
        <w:rPr>
          <w:sz w:val="20"/>
        </w:rPr>
        <w:t>32:07  yeh allah ka tareeqa hai, kyunke aap dekhiye jitna bhi positive kaam duniya mein hua hai, har jagah aap dekhenge ke safarng wahan zaroor hai.</w:t>
      </w:r>
    </w:p>
    <w:p>
      <w:pPr>
        <w:pStyle w:val="Heading2"/>
      </w:pPr>
      <w:r>
        <w:t>Anger is an opportunity for paradise</w:t>
      </w:r>
    </w:p>
    <w:p>
      <w:r>
        <w:rPr>
          <w:color w:val="666666"/>
          <w:sz w:val="18"/>
        </w:rPr>
        <w:t>How to Find Paradise 4 March 2006 - Maulana Wahiduddin Khan · 50s · at 15:30 · https://youtu.be/ETQ3G-36wyI?t=930</w:t>
      </w:r>
    </w:p>
    <w:p>
      <w:r>
        <w:rPr>
          <w:i/>
        </w:rPr>
        <w:t>“Anger is not evil; it is an opportunity.”</w:t>
      </w:r>
    </w:p>
    <w:p>
      <w:r>
        <w:rPr>
          <w:sz w:val="20"/>
        </w:rPr>
        <w:t>15:30  anger kis liye hai? anger aik evil nahi hai, anger aik opportunity hai. paradise culture ke mutabiq Quran mein hai ke jannat wale kon hain?</w:t>
      </w:r>
      <w:r>
        <w:br/>
      </w:r>
      <w:r>
        <w:rPr>
          <w:sz w:val="20"/>
        </w:rPr>
        <w:t>15:48  "wa idha ma ghadibu hum yaghfiroon"</w:t>
      </w:r>
      <w:r>
        <w:br/>
      </w:r>
      <w:r>
        <w:rPr>
          <w:sz w:val="20"/>
        </w:rPr>
        <w:t>15:56  jannat wale woh log hain ke jab unhein ghussa aata hai to woh maaf kar dete hain,</w:t>
      </w:r>
      <w:r>
        <w:br/>
      </w:r>
      <w:r>
        <w:rPr>
          <w:sz w:val="20"/>
        </w:rPr>
        <w:t>16:06  jo gh</w:t>
      </w:r>
      <w:r>
        <w:br/>
      </w:r>
      <w:r>
        <w:rPr>
          <w:sz w:val="20"/>
        </w:rPr>
        <w:t>16:07  usse ko pee jaate hain. yani paradise culture yeh hai ke aap anger ko convert karein aik aur behtar cheez mein, yani negative,</w:t>
      </w:r>
    </w:p>
    <w:p>
      <w:pPr>
        <w:pStyle w:val="Heading2"/>
      </w:pPr>
      <w:r>
        <w:t>Freedom of option not result</w:t>
      </w:r>
    </w:p>
    <w:p>
      <w:r>
        <w:rPr>
          <w:color w:val="666666"/>
          <w:sz w:val="18"/>
        </w:rPr>
        <w:t>Art of Life Management (English) April 13, 2007 Maulana Wahiduddin Khan · 35s · at 1:51 · https://youtu.be/XBfCGmKsAig?t=111</w:t>
      </w:r>
    </w:p>
    <w:p>
      <w:r>
        <w:rPr>
          <w:i/>
        </w:rPr>
        <w:t>“You are free to opt any one of the options”</w:t>
      </w:r>
    </w:p>
    <w:p>
      <w:r>
        <w:rPr>
          <w:sz w:val="20"/>
        </w:rPr>
        <w:t>1:51  you are free to opt any one of the options. but here is a crucial point</w:t>
      </w:r>
      <w:r>
        <w:br/>
      </w:r>
      <w:r>
        <w:rPr>
          <w:sz w:val="20"/>
        </w:rPr>
        <w:t>2:04  : you hew freedom of option, but not freedom of result. you can not save your self from negative results.</w:t>
      </w:r>
      <w:r>
        <w:br/>
      </w:r>
      <w:r>
        <w:rPr>
          <w:sz w:val="20"/>
        </w:rPr>
        <w:t>2:20  it is impossible for you. man has freedom</w:t>
      </w:r>
    </w:p>
    <w:p>
      <w:pPr>
        <w:pStyle w:val="Heading2"/>
      </w:pPr>
      <w:r>
        <w:t>problem-oriented thinking is a satanic distraction</w:t>
      </w:r>
    </w:p>
    <w:p>
      <w:r>
        <w:rPr>
          <w:color w:val="666666"/>
          <w:sz w:val="18"/>
        </w:rPr>
        <w:t>Purpose of Human Life December 2, 2012 · 37s · at 40:10 · https://youtu.be/EAoYsEtqWd8?t=2410</w:t>
      </w:r>
    </w:p>
    <w:p>
      <w:r>
        <w:rPr>
          <w:i/>
        </w:rPr>
        <w:t>“Sari duniya ke musalmanon ki soch problem-oriented hai”</w:t>
      </w:r>
    </w:p>
    <w:p>
      <w:r>
        <w:rPr>
          <w:sz w:val="20"/>
        </w:rPr>
        <w:t>40:10  saara din duniya ke musalmanon ki soch problem oriented soch hai. Duniya bhar ke musalman problem oriented soch.</w:t>
      </w:r>
      <w:r>
        <w:br/>
      </w:r>
      <w:r>
        <w:rPr>
          <w:sz w:val="20"/>
        </w:rPr>
        <w:t>40:22  kisi bhi yahan se le kar America tak, kisi bhi liye yahan se Arab tak, kisi bhi liye sab problem ki baatein karega.</w:t>
      </w:r>
      <w:r>
        <w:br/>
      </w:r>
      <w:r>
        <w:rPr>
          <w:sz w:val="20"/>
        </w:rPr>
        <w:t>40:34  koi bhi opportunities ki baat nahi karta,</w:t>
      </w:r>
      <w:r>
        <w:br/>
      </w:r>
      <w:r>
        <w:rPr>
          <w:sz w:val="20"/>
        </w:rPr>
        <w:t>40:37  bas problem, problem, problem. Yeh to shaitani, ek shaitani yani behkawa hai, shaitani behkawa hai.</w:t>
      </w:r>
    </w:p>
    <w:p>
      <w:pPr>
        <w:pStyle w:val="Heading2"/>
      </w:pPr>
      <w:r>
        <w:t>What fasting (sawm) really means beyond food</w:t>
      </w:r>
    </w:p>
    <w:p>
      <w:r>
        <w:rPr>
          <w:color w:val="666666"/>
          <w:sz w:val="18"/>
        </w:rPr>
        <w:t>Importance of Ramadan March 24, 2024 · 31s · at 1:32 · https://youtu.be/cn67uauGQrc?t=92</w:t>
      </w:r>
    </w:p>
    <w:p>
      <w:r>
        <w:rPr>
          <w:i/>
        </w:rPr>
        <w:t>“Sawm means restraining yourself from every evil, not just food”</w:t>
      </w:r>
    </w:p>
    <w:p>
      <w:r>
        <w:rPr>
          <w:sz w:val="20"/>
        </w:rPr>
        <w:t>1:32  saum? Iske bare mein aap hum sab ko bataein. Saum ke Arabi mein kehte hain rukna, saim rukne wala.</w:t>
      </w:r>
      <w:r>
        <w:br/>
      </w:r>
      <w:r>
        <w:rPr>
          <w:sz w:val="20"/>
        </w:rPr>
        <w:t>1:43  Yani parhezgar, har buraiyon se rukne wala. Sirf khana peena nahi rokna, balkeh har burai se rokne wala apne aap ko.</w:t>
      </w:r>
      <w:r>
        <w:br/>
      </w:r>
      <w:r>
        <w:rPr>
          <w:sz w:val="20"/>
        </w:rPr>
        <w:t>1:53  To yeh iska matlab hai ke humein roze ke zariye se bohat sari cheezon ki tarbiyat di gayi hai.</w:t>
      </w:r>
    </w:p>
    <w:p>
      <w:pPr>
        <w:pStyle w:val="Heading2"/>
      </w:pPr>
      <w:r>
        <w:t>death turns an all-rounder into a zero-rounder instantly</w:t>
      </w:r>
    </w:p>
    <w:p>
      <w:r>
        <w:rPr>
          <w:color w:val="666666"/>
          <w:sz w:val="18"/>
        </w:rPr>
        <w:t>Beginning of the End February 9, 2007 Maulana Wahiduddin Khan · 37s · at 29:22 · https://youtu.be/wzRYtn704oE?t=1762</w:t>
      </w:r>
    </w:p>
    <w:p>
      <w:r>
        <w:rPr>
          <w:i/>
        </w:rPr>
        <w:t>“70 سال میں آدمی آل راؤنڈر بنتا ہے”</w:t>
      </w:r>
    </w:p>
    <w:p>
      <w:r>
        <w:rPr>
          <w:sz w:val="20"/>
        </w:rPr>
        <w:t>29:22  to is ko parhte hue maine socha ke duniya ki thori si zindagi mein 70 saal mein aadmi all-rounder banta hai. halanke aik second ke baad woh zero rounder ban jata hai.</w:t>
      </w:r>
      <w:r>
        <w:br/>
      </w:r>
      <w:r>
        <w:rPr>
          <w:sz w:val="20"/>
        </w:rPr>
        <w:t>29:34  marte hi zero rounder. das, pachas saal, chalis saal, sattar saal ki zindagi mein woh all rounder banta hai.</w:t>
      </w:r>
      <w:r>
        <w:br/>
      </w:r>
      <w:r>
        <w:rPr>
          <w:sz w:val="20"/>
        </w:rPr>
        <w:t>29:44  halankey jaise hi woh mara ek second mein woh zero rounder ban gaya.</w:t>
      </w:r>
      <w:r>
        <w:br/>
      </w:r>
      <w:r>
        <w:rPr>
          <w:sz w:val="20"/>
        </w:rPr>
        <w:t>29:49  saari sab sab kuch khatam. sab kuch khatam. "yeh tamuna faradah". yeh sabaq hai.</w:t>
      </w:r>
    </w:p>
    <w:p>
      <w:pPr>
        <w:pStyle w:val="Heading2"/>
      </w:pPr>
      <w:r>
        <w:t>Read even if you cannot read</w:t>
      </w:r>
    </w:p>
    <w:p>
      <w:r>
        <w:rPr>
          <w:color w:val="666666"/>
          <w:sz w:val="18"/>
        </w:rPr>
        <w:t>The Message of the Quran - Part-2 (English) | March 07, 2007 | Maulana Wahiduddin Khan · 1m 00s · at 11:54 · https://youtu.be/oqDHIm3IUw4?t=714</w:t>
      </w:r>
    </w:p>
    <w:p>
      <w:r>
        <w:rPr>
          <w:i/>
        </w:rPr>
        <w:t>“Read even if you cannot read”</w:t>
      </w:r>
    </w:p>
    <w:p>
      <w:r>
        <w:rPr>
          <w:sz w:val="20"/>
        </w:rPr>
        <w:t>11:54  What— what it means— it means that read even if you cannot read. It is a very strange— read even if you cannot read. Read even if you cannot read. It is a great lesson. It tells us that the mind has enormous capacity. Mind has en</w:t>
      </w:r>
      <w:r>
        <w:br/>
      </w:r>
      <w:r>
        <w:rPr>
          <w:sz w:val="20"/>
        </w:rPr>
        <w:t>12:24  ormous capacity. It means that if you try, if you struggle, if you strive, you can achieve impossible, which seemingly— which, which seemingly is impossible. What is impossible in present can</w:t>
      </w:r>
    </w:p>
    <w:p>
      <w:pPr>
        <w:pStyle w:val="Heading2"/>
      </w:pPr>
      <w:r>
        <w:t>Quran's wonders never end, keep discovering</w:t>
      </w:r>
    </w:p>
    <w:p>
      <w:r>
        <w:rPr>
          <w:color w:val="666666"/>
          <w:sz w:val="18"/>
        </w:rPr>
        <w:t>Discovery of The Quran August 4, 2013 · 44s · at 3:14 · https://youtu.be/B76kcz6qc_4?t=194</w:t>
      </w:r>
    </w:p>
    <w:p>
      <w:r>
        <w:rPr>
          <w:i/>
        </w:rPr>
        <w:t>“La tanqadi ajaibuhu — Quran ke ajaib kabhi khatam nahi honge”</w:t>
      </w:r>
    </w:p>
    <w:p>
      <w:r>
        <w:rPr>
          <w:sz w:val="20"/>
        </w:rPr>
        <w:t>3:14  dekhiye, hadith mein aata hai ke "la tanqadi ajaib" . quran ke ajaib kabhi khatam nahi honge. to yeh ajaib kahan hain?</w:t>
      </w:r>
      <w:r>
        <w:br/>
      </w:r>
      <w:r>
        <w:rPr>
          <w:sz w:val="20"/>
        </w:rPr>
        <w:t>3:25  quran ki pages pages mein nahi hain,</w:t>
      </w:r>
      <w:r>
        <w:br/>
      </w:r>
      <w:r>
        <w:rPr>
          <w:sz w:val="20"/>
        </w:rPr>
        <w:t>3:28  woh padhne wale ke mind mein hain. quran ke ajaib khatam nahi hone ka matlab yeh hai ke quran ka padhne wala qayamat tak quran mein nayi nayi baatein discover karta rahega.</w:t>
      </w:r>
      <w:r>
        <w:br/>
      </w:r>
      <w:r>
        <w:rPr>
          <w:sz w:val="20"/>
        </w:rPr>
        <w:t>3:45  yeh matlab hai is ka. aur agar aisa na ho, yaani aap bar bar nayi baatein discover na karen, to phir aap ke andar stagnation aa jayegi.</w:t>
      </w:r>
    </w:p>
    <w:p>
      <w:pPr>
        <w:pStyle w:val="Heading2"/>
      </w:pPr>
      <w:r>
        <w:t>Without modesty there is no Islam at all</w:t>
      </w:r>
    </w:p>
    <w:p>
      <w:r>
        <w:rPr>
          <w:color w:val="666666"/>
          <w:sz w:val="18"/>
        </w:rPr>
        <w:t>Concept of Modesty in Islam (English) June 20, 2007 · 34s · at 1:03 · https://youtu.be/mHQWcOA-2qo?t=63</w:t>
      </w:r>
    </w:p>
    <w:p>
      <w:r>
        <w:rPr>
          <w:i/>
        </w:rPr>
        <w:t>“I can say without modesty, there is no Islam.”</w:t>
      </w:r>
    </w:p>
    <w:p>
      <w:r>
        <w:rPr>
          <w:sz w:val="20"/>
        </w:rPr>
        <w:t>1:03  this is the law of nature. as islam is religion of nature, so modesty has a very special place in islamic teachings.</w:t>
      </w:r>
      <w:r>
        <w:br/>
      </w:r>
      <w:r>
        <w:rPr>
          <w:sz w:val="20"/>
        </w:rPr>
        <w:t>1:21  i can say without modesty, there is no islam.</w:t>
      </w:r>
      <w:r>
        <w:br/>
      </w:r>
      <w:r>
        <w:rPr>
          <w:sz w:val="20"/>
        </w:rPr>
        <w:t>1:32  without modesty, there is no islam.</w:t>
      </w:r>
    </w:p>
    <w:p>
      <w:pPr>
        <w:pStyle w:val="Heading2"/>
      </w:pPr>
      <w:r>
        <w:t>Parsi father teaches child to trust no one but God</w:t>
      </w:r>
    </w:p>
    <w:p>
      <w:r>
        <w:rPr>
          <w:color w:val="666666"/>
          <w:sz w:val="18"/>
        </w:rPr>
        <w:t>Hadith-e-Jibril, April 21, 2013 · 50s · at 1:33:13 · https://youtu.be/0rF6Ou0pDog?t=5593</w:t>
      </w:r>
    </w:p>
    <w:p>
      <w:r>
        <w:rPr>
          <w:i/>
        </w:rPr>
        <w:t>“ایک پارسی نے اپنے بیٹے کو میز پر کھڑا کیا”</w:t>
      </w:r>
    </w:p>
    <w:p>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p>
    <w:p>
      <w:pPr>
        <w:pStyle w:val="Heading2"/>
      </w:pPr>
      <w:r>
        <w:t>Allah's concern is not punishment</w:t>
      </w:r>
    </w:p>
    <w:p>
      <w:r>
        <w:rPr>
          <w:color w:val="666666"/>
          <w:sz w:val="18"/>
        </w:rPr>
        <w:t>The Concept of Paradise and Hell July 22, 2017 · 31s · at 2:15 · https://youtu.be/gG6ZaAIyeb4?t=135</w:t>
      </w:r>
    </w:p>
    <w:p>
      <w:r>
        <w:rPr>
          <w:i/>
        </w:rPr>
        <w:t>“Yeh jo farmaya ke Allah tum ko azaab de kar kya karega?”</w:t>
      </w:r>
    </w:p>
    <w:p>
      <w:r>
        <w:rPr>
          <w:sz w:val="20"/>
        </w:rPr>
        <w:t>2:15  yeh jo farmaya ke allah tum ko azab de kar kya karega, matlab allah ki concern nahi ke azab de, yeh concern hi nahi hai.</w:t>
      </w:r>
      <w:r>
        <w:br/>
      </w:r>
      <w:r>
        <w:rPr>
          <w:sz w:val="20"/>
        </w:rPr>
        <w:t>2:31  allah ka yeh concern hi nahi hai ke tum ko azab de. kyun? agar allah ke jo us ki baatein hain, jo quran hai, us mein kahin fit nahi hota aala azab,</w:t>
      </w:r>
    </w:p>
    <w:p>
      <w:pPr>
        <w:pStyle w:val="Heading2"/>
      </w:pPr>
      <w:r>
        <w:t>Prophet's advice: walk calmly, no rushing</w:t>
      </w:r>
    </w:p>
    <w:p>
      <w:r>
        <w:rPr>
          <w:color w:val="666666"/>
          <w:sz w:val="18"/>
        </w:rPr>
        <w:t>Rasulullah ka Hajj Haqeeqat-E-Hajj Book by Maulana Wahiduddin Khan · 19s · at 22:53 · https://youtu.be/-f0kUKfC0Wg?t=1373</w:t>
      </w:r>
    </w:p>
    <w:p>
      <w:r>
        <w:rPr>
          <w:i/>
        </w:rPr>
        <w:t>“السکینہ، ایہا الناس! لوگو، سکون سے چلو”</w:t>
      </w:r>
    </w:p>
    <w:p>
      <w:r>
        <w:rPr>
          <w:sz w:val="20"/>
        </w:rPr>
        <w:t>22:53  aap ne kaha: al sakinah, ayyuha al nas! al sakinah, ayyuha al nas! fa inna al birra laysa bil izaa'ah.</w:t>
      </w:r>
      <w:r>
        <w:br/>
      </w:r>
      <w:r>
        <w:rPr>
          <w:sz w:val="20"/>
        </w:rPr>
        <w:t>23:06  logon! sukoon aur itminan ke sath chalo۔ dorna koi sawab ki baat nahi۔</w:t>
      </w:r>
    </w:p>
    <w:p>
      <w:pPr>
        <w:pStyle w:val="Heading2"/>
      </w:pPr>
      <w:r>
        <w:t>Quran is not a science book</w:t>
      </w:r>
    </w:p>
    <w:p>
      <w:r>
        <w:rPr>
          <w:color w:val="666666"/>
          <w:sz w:val="18"/>
        </w:rPr>
        <w:t>AL RISALA AUGUST 2017 AUDIO VERSION · 55s · at 5:27 · https://youtu.be/bnYqzmsK1HI?t=327</w:t>
      </w:r>
    </w:p>
    <w:p>
      <w:r>
        <w:rPr>
          <w:i/>
        </w:rPr>
        <w:t>“The idea of scientific content in Quran is baseless”</w:t>
      </w:r>
    </w:p>
    <w:p>
      <w:r>
        <w:rPr>
          <w:sz w:val="20"/>
        </w:rPr>
        <w:t>5:27  quran mein saensy mazameen ka yeh nazariya beshak ek be bunyad nazariya hai. quran in maanon mein har giz koi saensy kitaab nahi, lekin ek aur aitbar se yeh baat bilkul durust hai,</w:t>
      </w:r>
      <w:r>
        <w:br/>
      </w:r>
      <w:r>
        <w:rPr>
          <w:sz w:val="20"/>
        </w:rPr>
        <w:t>5:43  woh yeh ke jadeed saensy tehqiqat fahm-e-quran mein madadgar ki hesiyat rakhti hain. masalan quran mein bataya gaya hai: waja'alna minal ma'i kullu shai'in hayyin yaani aur hum ne pani se har jandar cheez ko banaya.</w:t>
      </w:r>
      <w:r>
        <w:br/>
      </w:r>
      <w:r>
        <w:rPr>
          <w:sz w:val="20"/>
        </w:rPr>
        <w:t>6:03  yeh baat pichle daur ka qari-e-quran bhi ibtidai taur par janta tha, magar maujooda zamane ka qari-e-quran jab is ayat ko science ki nai daryafton ke sath mila kar parhta hai to woh is ki mazeed tafseel jaan leta hai.</w:t>
      </w:r>
    </w:p>
    <w:p>
      <w:pPr>
        <w:pStyle w:val="Heading2"/>
      </w:pPr>
      <w:r>
        <w:t>Need to think beyond words</w:t>
      </w:r>
    </w:p>
    <w:p>
      <w:r>
        <w:rPr>
          <w:color w:val="666666"/>
          <w:sz w:val="18"/>
        </w:rPr>
        <w:t>Universal Study of The Quran 26 July, 2019 - Maulana Wahiduddin Khan · 27s · at 5:40 · https://youtu.be/Ac4V122XwXA?t=340</w:t>
      </w:r>
    </w:p>
    <w:p>
      <w:r>
        <w:rPr>
          <w:i/>
        </w:rPr>
        <w:t>“Aap ko soch ki satah par aap ko jaana padega”</w:t>
      </w:r>
    </w:p>
    <w:p>
      <w:r>
        <w:rPr>
          <w:sz w:val="20"/>
        </w:rPr>
        <w:t>5:40  aap ko soch ki satah par aap ko jana padega.</w:t>
      </w:r>
      <w:r>
        <w:br/>
      </w:r>
      <w:r>
        <w:rPr>
          <w:sz w:val="20"/>
        </w:rPr>
        <w:t>5:49  misalan main ek choti si misal deta hoon. aaj mera mind trigger hua. ye jo keh raha hoon main, ye aaj hi mere mind mein aaya ke مرور se murad wo alfaaz ka parhna nahi hai.</w:t>
      </w:r>
    </w:p>
    <w:p>
      <w:pPr>
        <w:pStyle w:val="Heading2"/>
      </w:pPr>
      <w:r>
        <w:t>Qana'at means planning on remainder</w:t>
      </w:r>
    </w:p>
    <w:p>
      <w:r>
        <w:rPr>
          <w:color w:val="666666"/>
          <w:sz w:val="18"/>
        </w:rPr>
        <w:t>Prophetic Guidance | October 04, 2015 · 31s · at 2:53 · https://youtu.be/xkQO53EdaVU?t=173</w:t>
      </w:r>
    </w:p>
    <w:p>
      <w:r>
        <w:rPr>
          <w:i/>
        </w:rPr>
        <w:t>“Qana'at means planning based on remainder.”</w:t>
      </w:r>
    </w:p>
    <w:p>
      <w:r>
        <w:rPr>
          <w:sz w:val="20"/>
        </w:rPr>
        <w:t>2:53  jis ka taluq zindagi ke sare pehluon se hai.</w:t>
      </w:r>
      <w:r>
        <w:br/>
      </w:r>
      <w:r>
        <w:rPr>
          <w:sz w:val="20"/>
        </w:rPr>
        <w:t>3:01  mein is ko agar apne lafzon mein kahoon to woh yeh hoga ke qanaat ka matlab hai baqi</w:t>
      </w:r>
      <w:r>
        <w:br/>
      </w:r>
      <w:r>
        <w:rPr>
          <w:sz w:val="20"/>
        </w:rPr>
        <w:t>3:09  madda par planning, baqi madda par mansooba.</w:t>
      </w:r>
      <w:r>
        <w:br/>
      </w:r>
      <w:r>
        <w:rPr>
          <w:sz w:val="20"/>
        </w:rPr>
        <w:t>3:17  yani planning based on remnant.</w:t>
      </w:r>
    </w:p>
    <w:p>
      <w:pPr>
        <w:pStyle w:val="Heading2"/>
      </w:pPr>
      <w:r>
        <w:t>Signs of Qayamah already appeared</w:t>
      </w:r>
    </w:p>
    <w:p>
      <w:r>
        <w:rPr>
          <w:color w:val="666666"/>
          <w:sz w:val="18"/>
        </w:rPr>
        <w:t>Doomsday Knocking at the Door April 18, 2010 Maulana Wahiduddin Khan · 21s · at 25:40 · https://youtu.be/-kau2ZHfsXc?t=1540</w:t>
      </w:r>
    </w:p>
    <w:p>
      <w:r>
        <w:rPr>
          <w:i/>
        </w:rPr>
        <w:t>“Main samajhta hoon ki jo alamaat zahir ho rahi hain”</w:t>
      </w:r>
    </w:p>
    <w:p>
      <w:r>
        <w:rPr>
          <w:sz w:val="20"/>
        </w:rPr>
        <w:t>25:40  to main samajhta hoon ke jo alamatain zahir ho rahi hain, is sari alamatain zahir ho chuki hain jo das alamatain batai gayi hain hadith mein.</w:t>
      </w:r>
      <w:r>
        <w:br/>
      </w:r>
      <w:r>
        <w:rPr>
          <w:sz w:val="20"/>
        </w:rPr>
        <w:t>25:50  pani ke baray mein bataya gaya, pani bohat kam ho jaye ga to already pani bohat kam ho chuka. Yani aik to pani kam ho ho gaya.</w:t>
      </w:r>
    </w:p>
    <w:p>
      <w:pPr>
        <w:pStyle w:val="Heading2"/>
      </w:pPr>
      <w:r>
        <w:t>Ibn Umar says the fitna has already ended</w:t>
      </w:r>
    </w:p>
    <w:p>
      <w:r>
        <w:rPr>
          <w:color w:val="666666"/>
          <w:sz w:val="18"/>
        </w:rPr>
        <w:t>Creative Solution or Ijtihadi Hal September 16, 2012 · 35s · at 30:55 · https://youtu.be/yBKbiu0d_1A?t=1855</w:t>
      </w:r>
    </w:p>
    <w:p>
      <w:r>
        <w:rPr>
          <w:i/>
        </w:rPr>
        <w:t>“The real fitna is already over, we ended it”</w:t>
      </w:r>
    </w:p>
    <w:p>
      <w:r>
        <w:rPr>
          <w:sz w:val="20"/>
        </w:rPr>
        <w:t>30:55  To Hazrat Abdullah ne kaha ke fitna to khatm ho chuka, "qatfalna" woh to hum ne khatm kar diya, ab to tum phir se fitna paida kar rahay ho.</w:t>
      </w:r>
      <w:r>
        <w:br/>
      </w:r>
      <w:r>
        <w:rPr>
          <w:sz w:val="20"/>
        </w:rPr>
        <w:t>31:06  Woh to fitna to khatm ho chuka. Fitna khatm hone ke maani kya hain? Asal jo maqsood tha, jis ki wajah se takrao paish aaya tha, woh tha yani religious freedom, mazhab ki azaadi,</w:t>
      </w:r>
      <w:r>
        <w:br/>
      </w:r>
      <w:r>
        <w:rPr>
          <w:sz w:val="20"/>
        </w:rPr>
        <w:t>31:21  da'wat-e-Ilah ki azaadi. Woh ho gaya, ab koi rukawat nahi hai. Woh taaqatein ab khatm ho gayeen jo rukawat daal daal ti theen,</w:t>
      </w:r>
    </w:p>
    <w:p>
      <w:pPr>
        <w:pStyle w:val="Heading2"/>
      </w:pPr>
      <w:r>
        <w:t>trust, patience, prayer — Yusuf's life lesson</w:t>
      </w:r>
    </w:p>
    <w:p>
      <w:r>
        <w:rPr>
          <w:color w:val="666666"/>
          <w:sz w:val="18"/>
        </w:rPr>
        <w:t>Lessons from The Story of Prophet Yusuf Part 2 June 5, 2022 · 34s · at 26:57 · https://youtu.be/k1b1r4F2rnI?t=1617</w:t>
      </w:r>
    </w:p>
    <w:p>
      <w:r>
        <w:rPr>
          <w:i/>
        </w:rPr>
        <w:t>“صرف یہ چاہیے کہ اللہ کے اوپر مکمل بھروسہ رکھے۔”</w:t>
      </w:r>
    </w:p>
    <w:p>
      <w:r>
        <w:rPr>
          <w:sz w:val="20"/>
        </w:rPr>
        <w:t>26:57  sirf yeh chahiye ke Allah ke upar mukammal bharosa rakhe aur sabr kare aur dua</w:t>
      </w:r>
      <w:r>
        <w:br/>
      </w:r>
      <w:r>
        <w:rPr>
          <w:sz w:val="20"/>
        </w:rPr>
        <w:t>27:05  kare. yahi cheez humein milti hai Yosuf alaihissalam ki zindagi se ke unhon ne kabhi koi complaint nahi ki, kabhi koi negative alfaaz un ke zuban se nahi nikle.</w:t>
      </w:r>
      <w:r>
        <w:br/>
      </w:r>
      <w:r>
        <w:rPr>
          <w:sz w:val="20"/>
        </w:rPr>
        <w:t>27:15  bas sirf dua aur sabr aur intezar. har cheez ko jaise Maulana kehte the ke intezar ke khane mein daal do. ji to yeh bohat achi yani yahan is mein sabak humein milta hai.</w:t>
      </w:r>
      <w:r>
        <w:br/>
      </w:r>
      <w:r>
        <w:rPr>
          <w:sz w:val="20"/>
        </w:rPr>
        <w:t>27:28  ji ji bohat achi line aap ne kahi</w:t>
      </w:r>
    </w:p>
    <w:p>
      <w:pPr>
        <w:pStyle w:val="Heading2"/>
      </w:pPr>
      <w:r>
        <w:t>Musharraf's line reworked into a spiritual retort</w:t>
      </w:r>
    </w:p>
    <w:p>
      <w:r>
        <w:rPr>
          <w:color w:val="666666"/>
          <w:sz w:val="18"/>
        </w:rPr>
        <w:t>Road to God July 25, 2010 Maulana Wahiduddin Khan · 24s · at 6:03 · https://youtu.be/1kLAQHcFaFk?t=363</w:t>
      </w:r>
    </w:p>
    <w:p>
      <w:r>
        <w:rPr>
          <w:i/>
        </w:rPr>
        <w:t>“Kashmir runs in our blood, he said”</w:t>
      </w:r>
    </w:p>
    <w:p>
      <w:r>
        <w:rPr>
          <w:sz w:val="20"/>
        </w:rPr>
        <w:t>6:03  to unhon ne kaha tha ke Pakistaniyon ke bare mein aur apne bare mein ke "Kashmir runs in our blood".</w:t>
      </w:r>
      <w:r>
        <w:br/>
      </w:r>
      <w:r>
        <w:rPr>
          <w:sz w:val="20"/>
        </w:rPr>
        <w:t>6:17  mein kehta hoon ke yeh pulon ka muamla hai, mera muamla hai ke "god runs in my blood".</w:t>
      </w:r>
    </w:p>
    <w:p>
      <w:pPr>
        <w:pStyle w:val="Heading2"/>
      </w:pPr>
      <w:r>
        <w:t>Fear of judgment for lack of deeds</w:t>
      </w:r>
    </w:p>
    <w:p>
      <w:r>
        <w:rPr>
          <w:color w:val="666666"/>
          <w:sz w:val="18"/>
        </w:rPr>
        <w:t>Eid Message Discover the Ijtihadi Interpretation of Islam 25 May 2020 Maulana Wahiduddin Khan · 1m 08s · at 1:18 · https://youtu.be/mYGzV0rDsC0?t=78</w:t>
      </w:r>
    </w:p>
    <w:p>
      <w:r>
        <w:rPr>
          <w:i/>
        </w:rPr>
        <w:t>“Seeing it, I started crying.”</w:t>
      </w:r>
    </w:p>
    <w:p>
      <w:r>
        <w:rPr>
          <w:sz w:val="20"/>
        </w:rPr>
        <w:t>1:18  to is ko dekh kar mujhe rona aa gaya.</w:t>
      </w:r>
      <w:r>
        <w:br/>
      </w:r>
      <w:r>
        <w:rPr>
          <w:sz w:val="20"/>
        </w:rPr>
        <w:t>1:30  mein kha to nahin saka lekin rona aa gaya. aap jante hain ke mein boodha aadmi hoon.</w:t>
      </w:r>
      <w:r>
        <w:br/>
      </w:r>
      <w:r>
        <w:rPr>
          <w:sz w:val="20"/>
        </w:rPr>
        <w:t>1:40  rona is par aa gaya ke anqareeb woh din aane wala hai jab ke ek farishta</w:t>
      </w:r>
      <w:r>
        <w:br/>
      </w:r>
      <w:r>
        <w:rPr>
          <w:sz w:val="20"/>
        </w:rPr>
        <w:t>1:54  mere aamaal</w:t>
      </w:r>
      <w:r>
        <w:br/>
      </w:r>
      <w:r>
        <w:rPr>
          <w:sz w:val="20"/>
        </w:rPr>
        <w:t>2:00  ko le kar mere saamne pesh karega. dekh yeh hain tere aamaal.</w:t>
      </w:r>
      <w:r>
        <w:br/>
      </w:r>
      <w:r>
        <w:rPr>
          <w:sz w:val="20"/>
        </w:rPr>
        <w:t>2:14  to log is ko kuch bhi samajhte hon lekin haqeeqat yeh hai ke mein apne ko ek be-amal insaan samajhta hoon, be-amal.</w:t>
      </w:r>
    </w:p>
    <w:p>
      <w:pPr>
        <w:pStyle w:val="Heading2"/>
      </w:pPr>
      <w:r>
        <w:t>Arrogance is the only unforgivable sin</w:t>
      </w:r>
    </w:p>
    <w:p>
      <w:r>
        <w:rPr>
          <w:color w:val="666666"/>
          <w:sz w:val="18"/>
        </w:rPr>
        <w:t>Divine Inspiration September 17, 2017 Maulana Wahiduddin Khan · 29s · at 12:41 · https://youtu.be/xn4EhCPAE3o?t=761</w:t>
      </w:r>
    </w:p>
    <w:p>
      <w:r>
        <w:rPr>
          <w:i/>
        </w:rPr>
        <w:t>“The one thing Allah will not forgive is arrogance.”</w:t>
      </w:r>
    </w:p>
    <w:p>
      <w:r>
        <w:rPr>
          <w:sz w:val="20"/>
        </w:rPr>
        <w:t>12:41  main sunta hoon ke is dunya mein sab se zyada jo buri cheez hai, jo kisi insaan ko jahannum ka mustahiq banati hai,</w:t>
      </w:r>
      <w:r>
        <w:br/>
      </w:r>
      <w:r>
        <w:rPr>
          <w:sz w:val="20"/>
        </w:rPr>
        <w:t>12:56  woh hai sarkashi. is ki english mein kahenge: "Arogance". "Arogance". ek hi cheez aisi hai jis ko Allah maaf nahin karega.</w:t>
      </w:r>
    </w:p>
    <w:p>
      <w:pPr>
        <w:pStyle w:val="Heading2"/>
      </w:pPr>
      <w:r>
        <w:t>Fasting is a compulsory reminder of God's blessings</w:t>
      </w:r>
    </w:p>
    <w:p>
      <w:r>
        <w:rPr>
          <w:color w:val="666666"/>
          <w:sz w:val="18"/>
        </w:rPr>
        <w:t>The Spirit of Roza Sept 7, 2008 · 34s · at 12:26 · https://youtu.be/C9G1oBdqoKk?t=746</w:t>
      </w:r>
    </w:p>
    <w:p>
      <w:r>
        <w:rPr>
          <w:i/>
        </w:rPr>
        <w:t>“Yeh sab blessing hi blessing hai”</w:t>
      </w:r>
    </w:p>
    <w:p>
      <w:r>
        <w:rPr>
          <w:sz w:val="20"/>
        </w:rPr>
        <w:t>12:26  yeh sab blessing hi blessing hai. to khane peene ke mamle mein aik compulsive experience karwa kar ke sari cheezon ke bare mein hamein yaad dilaya jata hai.</w:t>
      </w:r>
      <w:r>
        <w:br/>
      </w:r>
      <w:r>
        <w:rPr>
          <w:sz w:val="20"/>
        </w:rPr>
        <w:t>12:40  to roza jo hai woh aik qism ka compulsive reminder hai. Khuda ki blessing ke liye. agar aadmi abhi mein jo flood aaya hai UP mein ya Bihar mein Assam mein to hazaron janwar is mein mar gaye.</w:t>
      </w:r>
    </w:p>
    <w:p>
      <w:pPr>
        <w:pStyle w:val="Heading2"/>
      </w:pPr>
      <w:r>
        <w:t>Quran's unique divine address style</w:t>
      </w:r>
    </w:p>
    <w:p>
      <w:r>
        <w:rPr>
          <w:color w:val="666666"/>
          <w:sz w:val="18"/>
        </w:rPr>
        <w:t>Realization of God 12 May 2018 - Maulana Wahiduddin Khan · 44s · at 7:54 · https://youtu.be/Z_0nn6MHsog?t=474</w:t>
      </w:r>
    </w:p>
    <w:p>
      <w:r>
        <w:rPr>
          <w:i/>
        </w:rPr>
        <w:t>“Yeh khuda ka kalam nahi ho sakta”</w:t>
      </w:r>
    </w:p>
    <w:p>
      <w:r>
        <w:rPr>
          <w:sz w:val="20"/>
        </w:rPr>
        <w:t>7:54  yeh yeh khuda ka kalam nahi ho sakta, yeh insaan ka kalam ho sakta hai.</w:t>
      </w:r>
      <w:r>
        <w:br/>
      </w:r>
      <w:r>
        <w:rPr>
          <w:sz w:val="20"/>
        </w:rPr>
        <w:t>7:59  to quran mein jo usloob hai, aye insaan, aye bani adam, is tarah ke jo alfaaz hain, woh sirf khuda hi bol sakta hai, koi insaan nahi bol sakta.</w:t>
      </w:r>
      <w:r>
        <w:br/>
      </w:r>
      <w:r>
        <w:rPr>
          <w:sz w:val="20"/>
        </w:rPr>
        <w:t>8:13  poore quran mein aisa hi hai.</w:t>
      </w:r>
      <w:r>
        <w:br/>
      </w:r>
      <w:r>
        <w:rPr>
          <w:sz w:val="20"/>
        </w:rPr>
        <w:t>8:18  to main samajhta hoon ke yahi woh cheez hai jo quran ko ek special kalam ka ehsaas deti hai ke insani usloob nahi hai, woh koi insaniyat se bartar koi hasti hai jo bol rahi hai.</w:t>
      </w:r>
    </w:p>
    <w:p>
      <w:pPr>
        <w:pStyle w:val="Heading2"/>
      </w:pPr>
      <w:r>
        <w:t>Prophet separated worship and politics</w:t>
      </w:r>
    </w:p>
    <w:p>
      <w:r>
        <w:rPr>
          <w:color w:val="666666"/>
          <w:sz w:val="18"/>
        </w:rPr>
        <w:t>Charity in Islam (In Conversation with Maulana) July 22, 2007 · 59s · at 27:37 · https://youtu.be/FGw1nzGmS4g?t=1657</w:t>
      </w:r>
    </w:p>
    <w:p>
      <w:r>
        <w:rPr>
          <w:i/>
        </w:rPr>
        <w:t>“Profit ne ibadat ko aur politics ko detach kar diya.”</w:t>
      </w:r>
    </w:p>
    <w:p>
      <w:r>
        <w:rPr>
          <w:sz w:val="20"/>
        </w:rPr>
        <w:t>27:37  to rasoolullah ne is tarike se humein bataya hai ki political rule jo hai, yeh sab bilkul alag cheezein hain. uska ibadat se koi talluq nahin hai.</w:t>
      </w:r>
      <w:r>
        <w:br/>
      </w:r>
      <w:r>
        <w:rPr>
          <w:sz w:val="20"/>
        </w:rPr>
        <w:t>27:52  profit ne ibadat ko aur politics ko detach kar diya, alag kar diya ek doosre se.</w:t>
      </w:r>
      <w:r>
        <w:br/>
      </w:r>
      <w:r>
        <w:rPr>
          <w:sz w:val="20"/>
        </w:rPr>
        <w:t>27:59  rule koi bhi kare, ibadat hum khuda ki karna hai, hum woh karte rahenge.</w:t>
      </w:r>
      <w:r>
        <w:br/>
      </w:r>
      <w:r>
        <w:rPr>
          <w:sz w:val="20"/>
        </w:rPr>
        <w:t>28:03  usko to aap dono dono ko alag kar diya.</w:t>
      </w:r>
      <w:r>
        <w:br/>
      </w:r>
      <w:r>
        <w:rPr>
          <w:sz w:val="20"/>
        </w:rPr>
        <w:t>28:07  ab jo mufti fatwa de, uska fatwa hi galat hai.</w:t>
      </w:r>
      <w:r>
        <w:br/>
      </w:r>
      <w:r>
        <w:rPr>
          <w:sz w:val="20"/>
        </w:rPr>
        <w:t>28:10  uske fatwe ko hum reject kar denge.</w:t>
      </w:r>
      <w:r>
        <w:br/>
      </w:r>
      <w:r>
        <w:rPr>
          <w:sz w:val="20"/>
        </w:rPr>
        <w:t>28:14  usko his fata is rejected.</w:t>
      </w:r>
      <w:r>
        <w:br/>
      </w:r>
      <w:r>
        <w:rPr>
          <w:sz w:val="20"/>
        </w:rPr>
        <w:t>28:19  ab woh bahut hi khush ho gaye.</w:t>
      </w:r>
      <w:r>
        <w:br/>
      </w:r>
      <w:r>
        <w:rPr>
          <w:sz w:val="20"/>
        </w:rPr>
        <w:t>28:23  to mere nazdeek yeh jo baatein karte hain log, muslim ke ruler jo hai, kharab ho gaya, uski</w:t>
      </w:r>
      <w:r>
        <w:br/>
      </w:r>
      <w:r>
        <w:rPr>
          <w:sz w:val="20"/>
        </w:rPr>
        <w:t>28:28  kharabi karna, yeh sab bilkul yaani yeh haram siyasat hai.</w:t>
      </w:r>
      <w:r>
        <w:br/>
      </w:r>
      <w:r>
        <w:rPr>
          <w:sz w:val="20"/>
        </w:rPr>
        <w:t>28:33  bila shubah hai, unlawful siyasat hai.</w:t>
      </w:r>
      <w:r>
        <w:br/>
      </w:r>
      <w:r>
        <w:rPr>
          <w:sz w:val="20"/>
        </w:rPr>
        <w:t>28:35  yeh aur saare muslim countries</w:t>
      </w:r>
    </w:p>
    <w:p>
      <w:pPr>
        <w:pStyle w:val="Heading2"/>
      </w:pPr>
      <w:r>
        <w:t>Unlimited desires vs limited world contradiction</w:t>
      </w:r>
    </w:p>
    <w:p>
      <w:r>
        <w:rPr>
          <w:color w:val="666666"/>
          <w:sz w:val="18"/>
        </w:rPr>
        <w:t>Road to Paradise April 09, 2007 Maulana Wahiduddin Khan · 55s · at 3:14 · https://youtu.be/JQRch_DCKv4?t=194</w:t>
      </w:r>
    </w:p>
    <w:p>
      <w:r>
        <w:rPr>
          <w:i/>
        </w:rPr>
        <w:t>“Is a testing ground, everyone is put in test.”</w:t>
      </w:r>
    </w:p>
    <w:p>
      <w:r>
        <w:rPr>
          <w:sz w:val="20"/>
        </w:rPr>
        <w:t>3:14  As a testing ground, everyone is put on test.</w:t>
      </w:r>
      <w:r>
        <w:br/>
      </w:r>
      <w:r>
        <w:rPr>
          <w:sz w:val="20"/>
        </w:rPr>
        <w:t>3:23  So it is not possible to achieve that kind of goal.</w:t>
      </w:r>
      <w:r>
        <w:br/>
      </w:r>
      <w:r>
        <w:rPr>
          <w:sz w:val="20"/>
        </w:rPr>
        <w:t>3:33  The fatal aspect of this issue is that desires are unlimited.</w:t>
      </w:r>
      <w:r>
        <w:br/>
      </w:r>
      <w:r>
        <w:rPr>
          <w:sz w:val="20"/>
        </w:rPr>
        <w:t>3:42  Desires are unlimited, but the present world is limited.</w:t>
      </w:r>
      <w:r>
        <w:br/>
      </w:r>
      <w:r>
        <w:rPr>
          <w:sz w:val="20"/>
        </w:rPr>
        <w:t>3:52  so how you can achieve unlimited desires in a limited world? there is a contradiction. there is a fatal type of contradiction.</w:t>
      </w:r>
      <w:r>
        <w:br/>
      </w:r>
      <w:r>
        <w:rPr>
          <w:sz w:val="20"/>
        </w:rPr>
        <w:t>4:09  It is this contradiction that is eternally obstacle towards achieving our goal.</w:t>
      </w:r>
    </w:p>
    <w:p>
      <w:pPr>
        <w:pStyle w:val="Heading2"/>
      </w:pPr>
      <w:r>
        <w:t>One dictator goes, another dictator comes in his place</w:t>
      </w:r>
    </w:p>
    <w:p>
      <w:r>
        <w:rPr>
          <w:color w:val="666666"/>
          <w:sz w:val="18"/>
        </w:rPr>
        <w:t>Present Muslims- A Case of Wrong Identity February 13, 2011 · 46s · at 40:58 · https://youtu.be/gDX72gIRL4E?t=2458</w:t>
      </w:r>
    </w:p>
    <w:p>
      <w:r>
        <w:rPr>
          <w:i/>
        </w:rPr>
        <w:t>“Times of India chapa: Dictator goes”</w:t>
      </w:r>
    </w:p>
    <w:p>
      <w:r>
        <w:rPr>
          <w:sz w:val="20"/>
        </w:rPr>
        <w:t>40:58  yeh 48 mein nahi nikla, natija 52 mein nahi nikla. iske baad ek ke baad ek aaye. times of India mein chhaapa tha, jab husni mubarak gaye to chhaapa tha ke woh "dictator goes".</w:t>
      </w:r>
      <w:r>
        <w:br/>
      </w:r>
      <w:r>
        <w:rPr>
          <w:sz w:val="20"/>
        </w:rPr>
        <w:t>41:18  tu mein ne kaha ke nahi, yeh galat unwaan hai.</w:t>
      </w:r>
      <w:r>
        <w:br/>
      </w:r>
      <w:r>
        <w:rPr>
          <w:sz w:val="20"/>
        </w:rPr>
        <w:t>41:22  times of India mein kal ki kal ya parson chhaapa tha ke "dictator goes", yani husni mubarak jo dictator tha, woh gaya.</w:t>
      </w:r>
      <w:r>
        <w:br/>
      </w:r>
      <w:r>
        <w:rPr>
          <w:sz w:val="20"/>
        </w:rPr>
        <w:t>41:31  mein ne kaha galat thi, nahi, yeh hona chahiye ke "one dictator goes, other dictator comes". yani ek dictator gaya, doosra dictator aa raha hai,</w:t>
      </w:r>
    </w:p>
    <w:p>
      <w:pPr>
        <w:pStyle w:val="Heading2"/>
      </w:pPr>
      <w:r>
        <w:t>Love your enemy saves yourself</w:t>
      </w:r>
    </w:p>
    <w:p>
      <w:r>
        <w:rPr>
          <w:color w:val="666666"/>
          <w:sz w:val="18"/>
        </w:rPr>
        <w:t>Moral Values in Islam 10 July, 2008 - Maulana Wahiduddin Khan · 38s · at 11:00 · https://youtu.be/IdBtIDNiLUg?t=660</w:t>
      </w:r>
    </w:p>
    <w:p>
      <w:r>
        <w:rPr>
          <w:i/>
        </w:rPr>
        <w:t>“Love your enemy means save yourself.”</w:t>
      </w:r>
    </w:p>
    <w:p>
      <w:r>
        <w:rPr>
          <w:sz w:val="20"/>
        </w:rPr>
        <w:t>11:00  I would like to see that: "Love your enemy" means save yourself.</w:t>
      </w:r>
      <w:r>
        <w:br/>
      </w:r>
      <w:r>
        <w:rPr>
          <w:sz w:val="20"/>
        </w:rPr>
        <w:t>11:12  lu yur salf, wai?</w:t>
      </w:r>
      <w:r>
        <w:br/>
      </w:r>
      <w:r>
        <w:rPr>
          <w:sz w:val="20"/>
        </w:rPr>
        <w:t>11:18  When you love your enemy, you are saving yourself from being a victim of destruction.</w:t>
      </w:r>
      <w:r>
        <w:br/>
      </w:r>
      <w:r>
        <w:rPr>
          <w:sz w:val="20"/>
        </w:rPr>
        <w:t>11:30  Enmity means destruction, hate means destruction.</w:t>
      </w:r>
    </w:p>
    <w:p>
      <w:pPr>
        <w:pStyle w:val="Heading2"/>
      </w:pPr>
      <w:r>
        <w:t>Pharaoh's opposition to Moses' da'wa</w:t>
      </w:r>
    </w:p>
    <w:p>
      <w:r>
        <w:rPr>
          <w:color w:val="666666"/>
          <w:sz w:val="18"/>
        </w:rPr>
        <w:t>The Right Path May 24, 2015 Maulana Wahiduddin Khan · 17s · at 1:02:23 · https://youtu.be/BYPgvndFDA8?t=3743</w:t>
      </w:r>
    </w:p>
    <w:p>
      <w:r>
        <w:rPr>
          <w:i/>
        </w:rPr>
        <w:t>“اٹ واز فرعون ہو سیڈ ٹو موسی”</w:t>
      </w:r>
    </w:p>
    <w:p>
      <w:r>
        <w:rPr>
          <w:sz w:val="20"/>
        </w:rPr>
        <w:t>1:02:23  It was Pharaoh who said to Musa that he wants to unseat him and his clan. Musa was only there for peaceful da'wah as approved by Allah.</w:t>
      </w:r>
    </w:p>
    <w:p>
      <w:pPr>
        <w:pStyle w:val="Heading2"/>
      </w:pPr>
      <w:r>
        <w:t>Test today: recognize inventors</w:t>
      </w:r>
    </w:p>
    <w:p>
      <w:r>
        <w:rPr>
          <w:color w:val="666666"/>
          <w:sz w:val="18"/>
        </w:rPr>
        <w:t>Dars-e-Quran, Chapter 2, Verses 55-57 | March 25, 2018 · 1m 02s · at 14:30 · https://youtu.be/2MykDXfNV_w?t=870</w:t>
      </w:r>
    </w:p>
    <w:p>
      <w:r>
        <w:rPr>
          <w:i/>
        </w:rPr>
        <w:t>“In later times, the test will be to recognize inventors.”</w:t>
      </w:r>
    </w:p>
    <w:p>
      <w:r>
        <w:rPr>
          <w:sz w:val="20"/>
        </w:rPr>
        <w:t>14:30  to is ke matlab kya hue ke pehle zamane mein agar test yeh tha ke aap khatam un nabiyyin</w:t>
      </w:r>
      <w:r>
        <w:br/>
      </w:r>
      <w:r>
        <w:rPr>
          <w:sz w:val="20"/>
        </w:rPr>
        <w:t>14:41  ko pehchanein, yaad rakhiye yeh bohat hi important baat hai ke pichhle zamane mein, yaani seventh century AD</w:t>
      </w:r>
      <w:r>
        <w:br/>
      </w:r>
      <w:r>
        <w:rPr>
          <w:sz w:val="20"/>
        </w:rPr>
        <w:t>14:51  se pehle, agar test yeh tha ke log paighambar ko pehchanein</w:t>
      </w:r>
      <w:r>
        <w:br/>
      </w:r>
      <w:r>
        <w:rPr>
          <w:sz w:val="20"/>
        </w:rPr>
        <w:t>15:02  to baad ke zamane mein yeh test hoga ke log mujideen ko pehchanein.</w:t>
      </w:r>
      <w:r>
        <w:br/>
      </w:r>
      <w:r>
        <w:rPr>
          <w:sz w:val="20"/>
        </w:rPr>
        <w:t>15:12  hata ke bukhari mein to yeh riwayat hai ke wahan fajr ka lafz hai: "fajir in Allah ul fajir."</w:t>
      </w:r>
      <w:r>
        <w:br/>
      </w:r>
      <w:r>
        <w:rPr>
          <w:sz w:val="20"/>
        </w:rPr>
        <w:t>15:22  yaani Allah baad ke zamane mein</w:t>
      </w:r>
    </w:p>
    <w:p>
      <w:pPr>
        <w:pStyle w:val="Heading2"/>
      </w:pPr>
      <w:r>
        <w:t>Gratitude is for the Giver</w:t>
      </w:r>
    </w:p>
    <w:p>
      <w:r>
        <w:rPr>
          <w:color w:val="666666"/>
          <w:sz w:val="18"/>
        </w:rPr>
        <w:t>Shukr 18 Jan 2020 - Maulana Wahiduddin Khan · 24s · at 21:04 · https://youtu.be/5gy8neGGM_E?t=1264</w:t>
      </w:r>
    </w:p>
    <w:p>
      <w:r>
        <w:rPr>
          <w:i/>
        </w:rPr>
        <w:t>“Shukr hota hai giver ka”</w:t>
      </w:r>
    </w:p>
    <w:p>
      <w:r>
        <w:rPr>
          <w:sz w:val="20"/>
        </w:rPr>
        <w:t>21:04  nahi, dekhiye, shukr hota hai giver ka. universe shukr nahi, universe giver nahi hai.</w:t>
      </w:r>
      <w:r>
        <w:br/>
      </w:r>
      <w:r>
        <w:rPr>
          <w:sz w:val="20"/>
        </w:rPr>
        <w:t>21:13  giver nahi hai. giver to</w:t>
      </w:r>
      <w:r>
        <w:br/>
      </w:r>
      <w:r>
        <w:rPr>
          <w:sz w:val="20"/>
        </w:rPr>
        <w:t>21:19  khuda hai. jo giver hai, us ko agar aap ne iqrar nahi kiya to acknowledgement nahi hua woh.</w:t>
      </w:r>
    </w:p>
    <w:p>
      <w:pPr>
        <w:pStyle w:val="Heading2"/>
      </w:pPr>
      <w:r>
        <w:t>hadith: speak good or remain completely silent</w:t>
      </w:r>
    </w:p>
    <w:p>
      <w:r>
        <w:rPr>
          <w:color w:val="666666"/>
          <w:sz w:val="18"/>
        </w:rPr>
        <w:t>Dars-e-Quran June 26, 2007 · 46s · at 17:33 · https://youtu.be/5ztGu9ZGu6s?t=1053</w:t>
      </w:r>
    </w:p>
    <w:p>
      <w:r>
        <w:rPr>
          <w:i/>
        </w:rPr>
        <w:t>“Whoever believes in Allah — speak good or stay silent”</w:t>
      </w:r>
    </w:p>
    <w:p>
      <w:r>
        <w:rPr>
          <w:sz w:val="20"/>
        </w:rPr>
        <w:t>17:33  Quran mein jo baat kahi gayi, Hadees mein is tarah se hai ke "man kan yu'min billahi wal yawm al akhir falyaqul khayran wal yusmit".</w:t>
      </w:r>
      <w:r>
        <w:br/>
      </w:r>
      <w:r>
        <w:rPr>
          <w:sz w:val="20"/>
        </w:rPr>
        <w:t>17:49  jo aadmi Allah par aur aakhirat par imaan rakhta ho, to is ko chahiye ke woh bolay to bhali baat bolay, woh na chup rahay.</w:t>
      </w:r>
      <w:r>
        <w:br/>
      </w:r>
      <w:r>
        <w:rPr>
          <w:sz w:val="20"/>
        </w:rPr>
        <w:t>18:05  is ka matlab hai ke jo aadmi Khuda par yaqeen rakhega, jo aadmi aakhirat ki peshi se dray ga, jis aadmi ke dil mein yeh baitha hua hoga ke meri baat ko Khuda sun raha hai,</w:t>
      </w:r>
    </w:p>
    <w:p>
      <w:pPr>
        <w:pStyle w:val="Heading2"/>
      </w:pPr>
      <w:r>
        <w:t>Satan beautifies evil through rationalization</w:t>
      </w:r>
    </w:p>
    <w:p>
      <w:r>
        <w:rPr>
          <w:color w:val="666666"/>
          <w:sz w:val="18"/>
        </w:rPr>
        <w:t>Rationalization of Evil Feb 15, 2009 · 48s · at 1:04 · https://youtu.be/WbeB4g7sNQ4?t=64</w:t>
      </w:r>
    </w:p>
    <w:p>
      <w:r>
        <w:rPr>
          <w:i/>
        </w:rPr>
        <w:t>“قرآن میں ہے کہ شیطان تزئین کرتا ہے”</w:t>
      </w:r>
    </w:p>
    <w:p>
      <w:r>
        <w:rPr>
          <w:sz w:val="20"/>
        </w:rPr>
        <w:t>1:04  Dekhiye, Quran mein hai ke Shaitan tazeen karta hai. Yani aadmi ko</w:t>
      </w:r>
      <w:r>
        <w:br/>
      </w:r>
      <w:r>
        <w:rPr>
          <w:sz w:val="20"/>
        </w:rPr>
        <w:t>1:12  burai ke towele aata hai, tazeen kar ke</w:t>
      </w:r>
      <w:r>
        <w:br/>
      </w:r>
      <w:r>
        <w:rPr>
          <w:sz w:val="20"/>
        </w:rPr>
        <w:t>1:15  . Tazeen ka matlab hota hai, yani khoobsurat bana kar batata hai. Beautify kar ke batata hai burai ko.</w:t>
      </w:r>
      <w:r>
        <w:br/>
      </w:r>
      <w:r>
        <w:rPr>
          <w:sz w:val="20"/>
        </w:rPr>
        <w:t>1:26  Aur Dajjal yahi kaam karega, to Dajjal ka matlab hotay hain "Great Deceiver". To mein sochta tha ke yeh khoobsurat banana ya deceive karna kya hai?</w:t>
      </w:r>
      <w:r>
        <w:br/>
      </w:r>
      <w:r>
        <w:rPr>
          <w:sz w:val="20"/>
        </w:rPr>
        <w:t>1:38  Shaitani kya hai aur Dajjali kya hai</w:t>
      </w:r>
      <w:r>
        <w:br/>
      </w:r>
      <w:r>
        <w:rPr>
          <w:sz w:val="20"/>
        </w:rPr>
        <w:t>1:40  ? To aaj mujhe samajh mein aaya ke yeh hai "Rationalization". Burai ko rationalize karna.</w:t>
      </w:r>
    </w:p>
    <w:p>
      <w:pPr>
        <w:pStyle w:val="Heading2"/>
      </w:pPr>
      <w:r>
        <w:t>Only humans have unlimited desires, unlike animals</w:t>
      </w:r>
    </w:p>
    <w:p>
      <w:r>
        <w:rPr>
          <w:color w:val="666666"/>
          <w:sz w:val="18"/>
        </w:rPr>
        <w:t>The Importance of Sincerity 13 May 2014 · 55s · at 7:18 · https://youtu.be/w5Rr0YFc5T0?t=438</w:t>
      </w:r>
    </w:p>
    <w:p>
      <w:r>
        <w:rPr>
          <w:i/>
        </w:rPr>
        <w:t>“Insan ke siwa kisi makhlooq ki koi khwahish nahi”</w:t>
      </w:r>
    </w:p>
    <w:p>
      <w:r>
        <w:rPr>
          <w:sz w:val="20"/>
        </w:rPr>
        <w:t>7:18  yeh aik sawal hai ke kyun aisa hai? ab dekhiye, insaan ke siwa jo doosri makhlooqat hain, un ki koi khwahish nahi.</w:t>
      </w:r>
      <w:r>
        <w:br/>
      </w:r>
      <w:r>
        <w:rPr>
          <w:sz w:val="20"/>
        </w:rPr>
        <w:t>7:31  pahar hain, samandar hain, sitaray hain, sayaray hain, hawaein hain, to un ki koi khwahish nahi hai.</w:t>
      </w:r>
      <w:r>
        <w:br/>
      </w:r>
      <w:r>
        <w:rPr>
          <w:sz w:val="20"/>
        </w:rPr>
        <w:t>7:44  hata ke animal ki bhi koi khwahish nahi hai.</w:t>
      </w:r>
      <w:r>
        <w:br/>
      </w:r>
      <w:r>
        <w:rPr>
          <w:sz w:val="20"/>
        </w:rPr>
        <w:t>7:46  kaha jata hai ke animal ke sirf do pehlu hotay hain, un ke do cheezon ka taqaza hota hai un ki fitrat mein, yani safety aur food.</w:t>
      </w:r>
      <w:r>
        <w:br/>
      </w:r>
      <w:r>
        <w:rPr>
          <w:sz w:val="20"/>
        </w:rPr>
        <w:t>8:02  khana milta rahe un ko aur aur un ko mehfooz rahe woh doosray janwaron se. lekin insaan ke andar to be-panah khwahishein hain.</w:t>
      </w:r>
    </w:p>
    <w:p>
      <w:pPr>
        <w:pStyle w:val="Heading2"/>
      </w:pPr>
      <w:r>
        <w:t>Think before action</w:t>
      </w:r>
    </w:p>
    <w:p>
      <w:r>
        <w:rPr>
          <w:color w:val="666666"/>
          <w:sz w:val="18"/>
        </w:rPr>
        <w:t>Result Oriented Life 23 Jan, 08 - Maulana Wahiduddin Khan · 27s · at 28:36 · https://youtu.be/eA6rtcPn-rY?t=1716</w:t>
      </w:r>
    </w:p>
    <w:p>
      <w:r>
        <w:rPr>
          <w:i/>
        </w:rPr>
        <w:t>“No one is ready to think.”</w:t>
      </w:r>
    </w:p>
    <w:p>
      <w:r>
        <w:rPr>
          <w:sz w:val="20"/>
        </w:rPr>
        <w:t>28:36  no one is ready to think. first of all, you have think. then thinking before action.</w:t>
      </w:r>
      <w:r>
        <w:br/>
      </w:r>
      <w:r>
        <w:rPr>
          <w:sz w:val="20"/>
        </w:rPr>
        <w:t>28:46  this is the formula. think before action. assess before action.</w:t>
      </w:r>
      <w:r>
        <w:br/>
      </w:r>
      <w:r>
        <w:rPr>
          <w:sz w:val="20"/>
        </w:rPr>
        <w:t>28:54  examine before action.</w:t>
      </w:r>
    </w:p>
    <w:p>
      <w:pPr>
        <w:pStyle w:val="Heading2"/>
      </w:pPr>
      <w:r>
        <w:t>Man is not robot, full of desires</w:t>
      </w:r>
    </w:p>
    <w:p>
      <w:r>
        <w:rPr>
          <w:color w:val="666666"/>
          <w:sz w:val="18"/>
        </w:rPr>
        <w:t>Laws of 30 seconds (English) | April 10, 2007 | Maulana Wahiduddin Khan · 31s · at 24:20 · https://youtu.be/gO17yriKYfs?t=1460</w:t>
      </w:r>
    </w:p>
    <w:p>
      <w:r>
        <w:rPr>
          <w:i/>
        </w:rPr>
        <w:t>“Man is not robot.”</w:t>
      </w:r>
    </w:p>
    <w:p>
      <w:r>
        <w:rPr>
          <w:sz w:val="20"/>
        </w:rPr>
        <w:t>24:20  ne insan ko khwahishat ke sath banaya, khwahish, khwahish. lekin sath hi sath, khuda ne har insan mein, har mard aur aurat mein ek qudrati nizaam faraham kiya hai. yeh qudrati nizaam, jisay main 30 second ka qanoon kehta hoon. ke jab aap ki khwahish aap par hamla karti hai, aur aap kuch</w:t>
      </w:r>
    </w:p>
    <w:p>
      <w:pPr>
        <w:pStyle w:val="Heading2"/>
      </w:pPr>
      <w:r>
        <w:t>Dichotomous thinking limits options</w:t>
      </w:r>
    </w:p>
    <w:p>
      <w:r>
        <w:rPr>
          <w:color w:val="666666"/>
          <w:sz w:val="18"/>
        </w:rPr>
        <w:t>Peace and Non-Violence in Islam | August 11, 2007 · 30s · at 6:48 · https://youtu.be/wUS1pJ-A3dw?t=408</w:t>
      </w:r>
    </w:p>
    <w:p>
      <w:r>
        <w:rPr>
          <w:i/>
        </w:rPr>
        <w:t>“Victims of Dichotomous thinking”</w:t>
      </w:r>
    </w:p>
    <w:p>
      <w:r>
        <w:rPr>
          <w:sz w:val="20"/>
        </w:rPr>
        <w:t xml:space="preserve">6:48  </w:t>
      </w:r>
      <w:r>
        <w:br/>
      </w:r>
      <w:r>
        <w:rPr>
          <w:sz w:val="20"/>
        </w:rPr>
        <w:t>6:56  I can say that the reason is that these people are victims of Dichotomous thinking.</w:t>
      </w:r>
      <w:r>
        <w:br/>
      </w:r>
      <w:r>
        <w:rPr>
          <w:sz w:val="20"/>
        </w:rPr>
        <w:t>7:03  These people are victims of Dichotomous thinking.</w:t>
      </w:r>
      <w:r>
        <w:br/>
      </w:r>
      <w:r>
        <w:rPr>
          <w:sz w:val="20"/>
        </w:rPr>
        <w:t>7:11  They know nothing except either do Jihad or sit idle.</w:t>
      </w:r>
    </w:p>
    <w:p>
      <w:pPr>
        <w:pStyle w:val="Heading2"/>
      </w:pPr>
      <w:r>
        <w:t>Defining religious extremism as wanting others to conform</w:t>
      </w:r>
    </w:p>
    <w:p>
      <w:r>
        <w:rPr>
          <w:color w:val="666666"/>
          <w:sz w:val="18"/>
        </w:rPr>
        <w:t>Political Interpretation of Islam January 26, 2014 · 46s · at 7:34 · https://youtu.be/hXKqLTQcOzw?t=454</w:t>
      </w:r>
    </w:p>
    <w:p>
      <w:r>
        <w:rPr>
          <w:i/>
        </w:rPr>
        <w:t>“What is religious extremism (ghuluw)? Let me explain”</w:t>
      </w:r>
    </w:p>
    <w:p>
      <w:r>
        <w:rPr>
          <w:sz w:val="20"/>
        </w:rPr>
        <w:t>7:34  kyun ke pichli ummaten jo halak huin, woh ghalu ki wajah se halak huin. ghalu ya extremes kya hai?</w:t>
      </w:r>
      <w:r>
        <w:br/>
      </w:r>
      <w:r>
        <w:rPr>
          <w:sz w:val="20"/>
        </w:rPr>
        <w:t>7:45  ghalu ya extremes jo hai, woh yeh hai, is ko mein kahon ga ke in culture of intolerance. jab aap apne aqeeday ko khud follow karen,</w:t>
      </w:r>
      <w:r>
        <w:br/>
      </w:r>
      <w:r>
        <w:rPr>
          <w:sz w:val="20"/>
        </w:rPr>
        <w:t>7:58  apne mazhab par khud chalen to woh ghalu nahi hota.</w:t>
      </w:r>
      <w:r>
        <w:br/>
      </w:r>
      <w:r>
        <w:rPr>
          <w:sz w:val="20"/>
        </w:rPr>
        <w:t>8:05  lekin jab aap yeh chahen ke jo mera aqeeda hai, wohi doosre manen, jo mera tareeqa hai, wohi doosre manen, to is se intolerance aata hai.</w:t>
      </w:r>
    </w:p>
    <w:p>
      <w:pPr>
        <w:pStyle w:val="Heading2"/>
      </w:pPr>
      <w:r>
        <w:t>Muslims never truly condemn violence done in Islam's name</w:t>
      </w:r>
    </w:p>
    <w:p>
      <w:r>
        <w:rPr>
          <w:color w:val="666666"/>
          <w:sz w:val="18"/>
        </w:rPr>
        <w:t>Islam and Peace August 25, 2013 · 28s · at 16:53 · https://youtu.be/WbBu4W6AUUs?t=1013</w:t>
      </w:r>
    </w:p>
    <w:p>
      <w:r>
        <w:rPr>
          <w:i/>
        </w:rPr>
        <w:t>“They still don't consider violence to be wrong”</w:t>
      </w:r>
    </w:p>
    <w:p>
      <w:r>
        <w:rPr>
          <w:sz w:val="20"/>
        </w:rPr>
        <w:t>16:52  yeh sab to kehte</w:t>
      </w:r>
      <w:r>
        <w:br/>
      </w:r>
      <w:r>
        <w:rPr>
          <w:sz w:val="20"/>
        </w:rPr>
        <w:t>16:53  nahi. to ek drama hai yeh logon ki nazar mein ke aap chand camp lagayenge, aap wahan blood donation karenge. to is maane mein kya hua hai ke dil se abhi tak yeh log violence ko bura nahi samajh rahe.</w:t>
      </w:r>
      <w:r>
        <w:br/>
      </w:r>
      <w:r>
        <w:rPr>
          <w:sz w:val="20"/>
        </w:rPr>
        <w:t>17:07  agar samajhte to condemn karte.</w:t>
      </w:r>
      <w:r>
        <w:br/>
      </w:r>
      <w:r>
        <w:rPr>
          <w:sz w:val="20"/>
        </w:rPr>
        <w:t>17:11  abhi bhi dil se violence ko bura nahi samajhte. jo log jehad ke naam par suicide bombing karte hain, usko koi koi condemn nahi karta.</w:t>
      </w:r>
    </w:p>
    <w:p>
      <w:pPr>
        <w:pStyle w:val="Heading2"/>
      </w:pPr>
      <w:r>
        <w:t>Sabr means wait and see policy</w:t>
      </w:r>
    </w:p>
    <w:p>
      <w:r>
        <w:rPr>
          <w:color w:val="666666"/>
          <w:sz w:val="18"/>
        </w:rPr>
        <w:t>From The Spiritual Tree 28 Nov, 2010 - Maulana Wahiduddin Khan · 28s · at 5:37 · https://youtu.be/LDMY7FjQRIE?t=337</w:t>
      </w:r>
    </w:p>
    <w:p>
      <w:r>
        <w:rPr>
          <w:i/>
        </w:rPr>
        <w:t>“Yeh wohi hai jisko Quran mein sabr kaha gaya hai”</w:t>
      </w:r>
    </w:p>
    <w:p>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p>
    <w:p>
      <w:pPr>
        <w:pStyle w:val="Heading2"/>
      </w:pPr>
      <w:r>
        <w:t>size and grandeur of a deed mean nothing to God</w:t>
      </w:r>
    </w:p>
    <w:p>
      <w:r>
        <w:rPr>
          <w:color w:val="666666"/>
          <w:sz w:val="18"/>
        </w:rPr>
        <w:t>CPS Women Article Discussion 19 May 14, 2023 · 24s · at 5:47 · https://youtu.be/IF_kPOoba7s?t=347</w:t>
      </w:r>
    </w:p>
    <w:p>
      <w:r>
        <w:rPr>
          <w:i/>
        </w:rPr>
        <w:t>“बड़े पैमाने पर करना अल्लाह के नज़दीक कुछ नहीं”</w:t>
      </w:r>
    </w:p>
    <w:p>
      <w:r>
        <w:rPr>
          <w:sz w:val="20"/>
        </w:rPr>
        <w:t>5:47  to allah ki nazar mein kisi kaam ko bade peimane par karna ya bahut zyada dhuro dham se karne ka matlab teen teen tari nahi hai. uska naam teen nahi hai. allah taala ke nazdeek ek bahut chhota sa amal bhi khali soda ke liye ho. woh amal ek bada amal ho jata hai. wahi iman ke aur deen ke mutabiq hota hai.</w:t>
      </w:r>
      <w:r>
        <w:br/>
      </w:r>
      <w:r>
        <w:rPr>
          <w:sz w:val="20"/>
        </w:rPr>
        <w:t>6:11  to iman itna gehrai ke saath insaan ki rooh mein rach bas jaye ki insaan tagwah ki zindagi guzarnne lage. khuddah ke khauf ke saath guzarnne lage. bas itna hi kar lena aalah ke nazdeek bada amal hota hai. lekin insaan jo hai zawahir deen par isliye qaim rehta hai kyunki usne khuda ko uske kalam ko totality mein nahi paya hota hai.</w:t>
      </w:r>
    </w:p>
    <w:p>
      <w:pPr>
        <w:pStyle w:val="Heading2"/>
      </w:pPr>
      <w:r>
        <w:t>definition of hypocrisy as double standard</w:t>
      </w:r>
    </w:p>
    <w:p>
      <w:r>
        <w:rPr>
          <w:color w:val="666666"/>
          <w:sz w:val="18"/>
        </w:rPr>
        <w:t>Principle of Avoidance in Islam December 12, 2010 · 35s · at 1:33:01 · https://youtu.be/W5DQnHPN1y4?t=5581</w:t>
      </w:r>
    </w:p>
    <w:p>
      <w:r>
        <w:rPr>
          <w:i/>
        </w:rPr>
        <w:t>“منافقت کا مطلب کیا ہے؟”</w:t>
      </w:r>
    </w:p>
    <w:p>
      <w:r>
        <w:rPr>
          <w:sz w:val="20"/>
        </w:rPr>
        <w:t>1:33:01  zaban se usool ki baat bolna, amal mein woh karna jis mein faida hai.</w:t>
      </w:r>
      <w:r>
        <w:br/>
      </w:r>
      <w:r>
        <w:rPr>
          <w:sz w:val="20"/>
        </w:rPr>
        <w:t>1:33:08  yaad rakhen, munafiqat isi ka naam hota hai ke zaban se toh aap usool ki baaten karen, Quran padhen aur Hadees padhen, aur jab mauqa aaye apne interest ka toh apne interest pe chalay jayen.</w:t>
      </w:r>
      <w:r>
        <w:br/>
      </w:r>
      <w:r>
        <w:rPr>
          <w:sz w:val="20"/>
        </w:rPr>
        <w:t>1:33:19  phir bhool jayen ke Quran mein kya hai, Hadees mein kya hai. yeh munafiqat hai.</w:t>
      </w:r>
      <w:r>
        <w:br/>
      </w:r>
      <w:r>
        <w:rPr>
          <w:sz w:val="20"/>
        </w:rPr>
        <w:t>1:33:26  toh woh log zaroor pakray jayen ge Allah Ta'ala ke haan, jo chaltay hain apne interest par, baat karte hain Islam ki. bas kabhi bachen ge nahi aisay log.</w:t>
      </w:r>
    </w:p>
    <w:p>
      <w:pPr>
        <w:pStyle w:val="Heading2"/>
      </w:pPr>
      <w:r>
        <w:t>Quran: everything in creation serves mankind</w:t>
      </w:r>
    </w:p>
    <w:p>
      <w:r>
        <w:rPr>
          <w:color w:val="666666"/>
          <w:sz w:val="18"/>
        </w:rPr>
        <w:t>God and Man February 19, 2012 · 26s · at 19:15 · https://youtu.be/rL4g0LOU3wo?t=1155</w:t>
      </w:r>
    </w:p>
    <w:p>
      <w:r>
        <w:rPr>
          <w:i/>
        </w:rPr>
        <w:t>“Everything in heaven and earth serves you”</w:t>
      </w:r>
    </w:p>
    <w:p>
      <w:r>
        <w:rPr>
          <w:sz w:val="20"/>
        </w:rPr>
        <w:t>19:15  dekhiye, quran mein hai ke khalaqal qalba ma'a fi as-samawati wa ma'a fi al-ardi jamee'an yaani zameen o aasman hain, jo kuch hai, sab ka sab tumhare liye hum ne musakhkhar kar diya, tumhari khidmat mein laga diya hai.</w:t>
      </w:r>
      <w:r>
        <w:br/>
      </w:r>
      <w:r>
        <w:rPr>
          <w:sz w:val="20"/>
        </w:rPr>
        <w:t>19:35  yeh saari kainat hamari khidmat mein lagi hui hai.</w:t>
      </w:r>
    </w:p>
    <w:p>
      <w:pPr>
        <w:pStyle w:val="Heading2"/>
      </w:pPr>
      <w:r>
        <w:t>Islamic state concept is baseless in Islam</w:t>
      </w:r>
    </w:p>
    <w:p>
      <w:r>
        <w:rPr>
          <w:color w:val="666666"/>
          <w:sz w:val="18"/>
        </w:rPr>
        <w:t>Interaction with CPS Ulema September 12, 2020 Maulana Wahiduddin Khan · 37s · at 19:35 · https://youtu.be/JOOC8q8aGFM?t=1175</w:t>
      </w:r>
    </w:p>
    <w:p>
      <w:r>
        <w:rPr>
          <w:i/>
        </w:rPr>
        <w:t>“Bhai, Muslim riyasat ka concept hi baseless hai”</w:t>
      </w:r>
    </w:p>
    <w:p>
      <w:r>
        <w:rPr>
          <w:sz w:val="20"/>
        </w:rPr>
        <w:t>19:35  bhai, muslim riyasat ka concept hi baseless hai, baseless. rasool Allah ne kab bhi kaha ke mujhe islami riyasat qaim karna hai?</w:t>
      </w:r>
      <w:r>
        <w:br/>
      </w:r>
      <w:r>
        <w:rPr>
          <w:sz w:val="20"/>
        </w:rPr>
        <w:t>19:45  mujhe bataiye kon si ayat hai, kon si hadith hai? yeh tha hi nahi. yeh to kuch logon ne jin ki jis ka mutala bohat ziyada gehre nahi tha, muslim hukumat, muslim riyasat jo bana diya,</w:t>
      </w:r>
      <w:r>
        <w:br/>
      </w:r>
      <w:r>
        <w:rPr>
          <w:sz w:val="20"/>
        </w:rPr>
        <w:t>20:01  yeh yeh bana diya. khud galat hai yeh. yeh muslim riyasat ka koi concept islam mein maujood hi nahi hai.</w:t>
      </w:r>
    </w:p>
    <w:p>
      <w:pPr>
        <w:pStyle w:val="Heading2"/>
      </w:pPr>
      <w:r>
        <w:t>Goosebumps as sign of faith</w:t>
      </w:r>
    </w:p>
    <w:p>
      <w:r>
        <w:rPr>
          <w:color w:val="666666"/>
          <w:sz w:val="18"/>
        </w:rPr>
        <w:t>Al Risala, February 2018 · 30s · at 16:55 · https://youtu.be/02jBj-XIuhc?t=1015</w:t>
      </w:r>
    </w:p>
    <w:p>
      <w:r>
        <w:rPr>
          <w:i/>
        </w:rPr>
        <w:t>“Iqshirar kya hai?”</w:t>
      </w:r>
    </w:p>
    <w:p>
      <w:r>
        <w:rPr>
          <w:sz w:val="20"/>
        </w:rPr>
        <w:t>16:55  darja yeh hai ke is ko abdi jannat mein dakhla mil jaye.</w:t>
      </w:r>
      <w:r>
        <w:br/>
      </w:r>
      <w:r>
        <w:rPr>
          <w:sz w:val="20"/>
        </w:rPr>
        <w:t>17:06  iqshirar kya hai? quran ki ek ayat mein momin ki sifat in alfaz mein batai gayi hai: "allah</w:t>
      </w:r>
      <w:r>
        <w:br/>
      </w:r>
      <w:r>
        <w:rPr>
          <w:sz w:val="20"/>
        </w:rPr>
        <w:t>17:16  nazzala ahsanul hadees kitaba mutashabiha mathani</w:t>
      </w:r>
    </w:p>
    <w:p>
      <w:pPr>
        <w:pStyle w:val="Heading2"/>
      </w:pPr>
      <w:r>
        <w:t>No imperfect mind can create a perfect world</w:t>
      </w:r>
    </w:p>
    <w:p>
      <w:r>
        <w:rPr>
          <w:color w:val="666666"/>
          <w:sz w:val="18"/>
        </w:rPr>
        <w:t>The Glory Of God 5 February 2006 - Maulana Wahiduddin Khan · 34s · at 1:31:16 · https://youtu.be/Yah55gLyV8I?t=5476</w:t>
      </w:r>
    </w:p>
    <w:p>
      <w:r>
        <w:rPr>
          <w:i/>
        </w:rPr>
        <w:t>“Koi bhi imperfect mind perfect world ko create nahi kar sakta”</w:t>
      </w:r>
    </w:p>
    <w:p>
      <w:r>
        <w:rPr>
          <w:sz w:val="20"/>
        </w:rPr>
        <w:t>1:31:16  ke koi bhi imperfect mind perfect world ko create nahi kar sakta.</w:t>
      </w:r>
      <w:r>
        <w:br/>
      </w:r>
      <w:r>
        <w:rPr>
          <w:sz w:val="20"/>
        </w:rPr>
        <w:t>1:31:30  jaise koi bhi imperfect engineer ek perfect machine nahi bana sakta.</w:t>
      </w:r>
      <w:r>
        <w:br/>
      </w:r>
      <w:r>
        <w:rPr>
          <w:sz w:val="20"/>
        </w:rPr>
        <w:t>1:31:38  isi tarah koi imperfect mind perfect world ko nahi bana sakta.</w:t>
      </w:r>
    </w:p>
    <w:p>
      <w:pPr>
        <w:pStyle w:val="Heading2"/>
      </w:pPr>
      <w:r>
        <w:t>Tension makes a man superman</w:t>
      </w:r>
    </w:p>
    <w:p>
      <w:r>
        <w:rPr>
          <w:color w:val="666666"/>
          <w:sz w:val="18"/>
        </w:rPr>
        <w:t>How to Remove Tension February 11, 2007 Maulana Wahiduddin Khan · 21s · at 28:52 · https://youtu.be/_PB2YOm8cV8?t=1732</w:t>
      </w:r>
    </w:p>
    <w:p>
      <w:r>
        <w:rPr>
          <w:i/>
        </w:rPr>
        <w:t>“Tension makes a man superman”</w:t>
      </w:r>
    </w:p>
    <w:p>
      <w:r>
        <w:rPr>
          <w:sz w:val="20"/>
        </w:rPr>
        <w:t>28:52  tension makes a man superman yaad rakhiye.</w:t>
      </w:r>
      <w:r>
        <w:br/>
      </w:r>
      <w:r>
        <w:rPr>
          <w:sz w:val="20"/>
        </w:rPr>
        <w:t>28:56  tension makes a man superman. tension se bara koi brickle nahi zameen par. kyunke tension aap ka to brain start bhi lata hai. aap ke mind ko activate karta hai.</w:t>
      </w:r>
      <w:r>
        <w:br/>
      </w:r>
      <w:r>
        <w:rPr>
          <w:sz w:val="20"/>
        </w:rPr>
        <w:t>29:08  aap ke mind ki awakening ko barhata hai.</w:t>
      </w:r>
    </w:p>
    <w:p>
      <w:pPr>
        <w:pStyle w:val="Heading2"/>
      </w:pPr>
      <w:r>
        <w:t>On Judgment Day the beloved of God are called first</w:t>
      </w:r>
    </w:p>
    <w:p>
      <w:r>
        <w:rPr>
          <w:color w:val="666666"/>
          <w:sz w:val="18"/>
        </w:rPr>
        <w:t>Team Spirit November 29, 2013 Maulana Wahiduddin Khan · 29s · at 57:31 · https://youtu.be/KRZ_uy8sxk0?t=3451</w:t>
      </w:r>
    </w:p>
    <w:p>
      <w:r>
        <w:rPr>
          <w:i/>
        </w:rPr>
        <w:t>“Qayamat mein pukara jayega: Allah ke mahboob bande kahan hain?”</w:t>
      </w:r>
    </w:p>
    <w:p>
      <w:r>
        <w:rPr>
          <w:sz w:val="20"/>
        </w:rPr>
        <w:t>57:31  qayamat mein awaz lagai jayegi kon hai woh log jo Allah ke mehboob bande hain, aayen idhar, un ke liye jannat ke darwaze khole jayenge sab se pehle.</w:t>
      </w:r>
      <w:r>
        <w:br/>
      </w:r>
      <w:r>
        <w:rPr>
          <w:sz w:val="20"/>
        </w:rPr>
        <w:t>57:42  to agar aap ko yeh tamanna ho ke mujhe pukara jaye ke dekho woh us ko bulao, woh us ko bulao, us ko bulao, to then you have to fulfill the condition.</w:t>
      </w:r>
    </w:p>
    <w:p>
      <w:pPr>
        <w:pStyle w:val="Heading2"/>
      </w:pPr>
      <w:r>
        <w:t>Blind poet insight on sighted lack</w:t>
      </w:r>
    </w:p>
    <w:p>
      <w:r>
        <w:rPr>
          <w:color w:val="666666"/>
          <w:sz w:val="18"/>
        </w:rPr>
        <w:t>Spiritual Light Nov 26, 2006 Maulana Wahiduddin Khan · 40s · at 19:53 · https://youtu.be/IhfHxIakZOw?t=1193</w:t>
      </w:r>
    </w:p>
    <w:p>
      <w:r>
        <w:rPr>
          <w:i/>
        </w:rPr>
        <w:t>“Why mention us we are blind Kashfi”</w:t>
      </w:r>
    </w:p>
    <w:p>
      <w:r>
        <w:rPr>
          <w:sz w:val="20"/>
        </w:rPr>
        <w:t>19:53  hamara zikr hi kiya, hum to nabina hain kashfi. hamara zikr hi kiya, hum to nabina hain kashfi.</w:t>
      </w:r>
      <w:r>
        <w:br/>
      </w:r>
      <w:r>
        <w:rPr>
          <w:sz w:val="20"/>
        </w:rPr>
        <w:t>20:10  nazar walon ko bhi hum ne bohat, nazar walon ko bhi hum ne, kya thay sahib? nazar walon mein bhi hum ne baseerat ki kami pai.</w:t>
      </w:r>
      <w:r>
        <w:br/>
      </w:r>
      <w:r>
        <w:rPr>
          <w:sz w:val="20"/>
        </w:rPr>
        <w:t>20:19  nazar walon mein bhi hum ne baseerat ki kami pai. nazar walon mein bhi hum ne baseerat ki kami pai. to hamara zikr hi kiya, hum to nabina hain kashfi.</w:t>
      </w:r>
    </w:p>
    <w:p>
      <w:pPr>
        <w:pStyle w:val="Heading2"/>
      </w:pPr>
      <w:r>
        <w:t>BJP as reaction to Muslim behavior</w:t>
      </w:r>
    </w:p>
    <w:p>
      <w:r>
        <w:rPr>
          <w:color w:val="666666"/>
          <w:sz w:val="18"/>
        </w:rPr>
        <w:t>Gujrat Riots | May 23, 2009 - Maulana Wahiduddin Khan · 30s · at 22:51 · https://youtu.be/QO70zMFtXGY?t=1371</w:t>
      </w:r>
    </w:p>
    <w:p>
      <w:r>
        <w:rPr>
          <w:i/>
        </w:rPr>
        <w:t>“VHP and BJP are nothing but reaction of Muslims' wrong behavior.”</w:t>
      </w:r>
    </w:p>
    <w:p>
      <w:r>
        <w:rPr>
          <w:sz w:val="20"/>
        </w:rPr>
        <w:t>22:51  will change the heart of the other, other, other side. Otherwise controversy will continue. So I, I would like to say that VHP and BJP are nothing but reaction of Muslims' wrong behavior. You can change their attitude if you change your own attitude. So according to, I'm a very, very realistic person, in</w:t>
      </w:r>
    </w:p>
    <w:p>
      <w:pPr>
        <w:pStyle w:val="Heading2"/>
      </w:pPr>
      <w:r>
        <w:t>three types of people that surprised Prophet Isa</w:t>
      </w:r>
    </w:p>
    <w:p>
      <w:r>
        <w:rPr>
          <w:color w:val="666666"/>
          <w:sz w:val="18"/>
        </w:rPr>
        <w:t>Creation Plan of God (English) June 30, 2024 Dr. Rajat Malhotra · 26s · at 23:18 · https://youtu.be/w1muAtEno7E?t=1398</w:t>
      </w:r>
    </w:p>
    <w:p>
      <w:r>
        <w:rPr>
          <w:i/>
        </w:rPr>
        <w:t>“Three people, Isa alayhis salam said, surprise me”</w:t>
      </w:r>
    </w:p>
    <w:p>
      <w:r>
        <w:rPr>
          <w:sz w:val="20"/>
        </w:rPr>
        <w:t>23:18  Three people, Isa alaih salam said, surprise me. First, one who seeks this world while death seeks him. Second, one who builds the mansion, the homes, lofty houses while grave is his abode. One who laughs his heart out while fire is, before before him.</w:t>
      </w:r>
      <w:r>
        <w:br/>
      </w:r>
      <w:r>
        <w:rPr>
          <w:sz w:val="20"/>
        </w:rPr>
        <w:t>23:44  So this is, this is how, you know, you should reflect and, at the same time not lose, you know, the focus, but at the same time, you know, there are many other things. We spoke about life, we spoke about death. Now in this journey of life and death, there are many experiences, which can either derail you or which can keep you on the focus.</w:t>
      </w:r>
    </w:p>
    <w:p>
      <w:pPr>
        <w:pStyle w:val="Heading2"/>
      </w:pPr>
      <w:r>
        <w:t>Freedom ends where another's nose begins</w:t>
      </w:r>
    </w:p>
    <w:p>
      <w:r>
        <w:rPr>
          <w:color w:val="666666"/>
          <w:sz w:val="18"/>
        </w:rPr>
        <w:t>The Policy of Sulh (Resolution) in Islam 13 June 2009 - Maulana Wahiduddin Khan · 24s · at 38:44 · https://youtu.be/_1M1-7-0TD4?t=2324</w:t>
      </w:r>
    </w:p>
    <w:p>
      <w:r>
        <w:rPr>
          <w:i/>
        </w:rPr>
        <w:t>“Your freedom means where my nose begins”</w:t>
      </w:r>
    </w:p>
    <w:p>
      <w:r>
        <w:rPr>
          <w:sz w:val="20"/>
        </w:rPr>
        <w:t>38:44  , but my brother, your freedom means where my nose begins. this is the best illustration of the, of the spirit of the present age.</w:t>
      </w:r>
      <w:r>
        <w:br/>
      </w:r>
      <w:r>
        <w:rPr>
          <w:sz w:val="20"/>
        </w:rPr>
        <w:t>39:02  your freedom means where my nose begins.</w:t>
      </w:r>
    </w:p>
    <w:p>
      <w:pPr>
        <w:pStyle w:val="Heading2"/>
      </w:pPr>
      <w:r>
        <w:t>Personality development requires strong incentive</w:t>
      </w:r>
    </w:p>
    <w:p>
      <w:r>
        <w:rPr>
          <w:color w:val="666666"/>
          <w:sz w:val="18"/>
        </w:rPr>
        <w:t>About De-Conditioning | April 06, 2008 | Maulana Wahiduddin Khan · 30s · at 58:38 · https://youtu.be/ltg0EF3eK0E?t=3518</w:t>
      </w:r>
    </w:p>
    <w:p>
      <w:r>
        <w:rPr>
          <w:i/>
        </w:rPr>
        <w:t>“Personality Development Requires A Very Very Strong Incentive”</w:t>
      </w:r>
    </w:p>
    <w:p>
      <w:r>
        <w:rPr>
          <w:sz w:val="20"/>
        </w:rPr>
        <w:t>58:38  of personality development requires a very very strong incentive haqule qaulihaza wastaghfirullaha li walakum ajmaeen.</w:t>
      </w:r>
    </w:p>
    <w:p>
      <w:pPr>
        <w:pStyle w:val="Heading2"/>
      </w:pPr>
      <w:r>
        <w:t>Angel replies for the silent believer</w:t>
      </w:r>
    </w:p>
    <w:p>
      <w:r>
        <w:rPr>
          <w:color w:val="666666"/>
          <w:sz w:val="18"/>
        </w:rPr>
        <w:t>Pearls of Wisdom (Prophetic Wisdom) · 39s · at 8:55 · https://youtu.be/ZOZcMOF7jxM?t=535</w:t>
      </w:r>
    </w:p>
    <w:p>
      <w:r>
        <w:rPr>
          <w:i/>
        </w:rPr>
        <w:t>“To aap ne ek bohat badi baat kahi”</w:t>
      </w:r>
    </w:p>
    <w:p>
      <w:r>
        <w:rPr>
          <w:sz w:val="20"/>
        </w:rPr>
        <w:t>8:55  To aap ne ek bahut badi baat kahi. Jo Himalaya pahadon se zyada badi baat hai. Yahi hai Khuda ke noor se dekhna.</w:t>
      </w:r>
      <w:r>
        <w:br/>
      </w:r>
      <w:r>
        <w:rPr>
          <w:sz w:val="20"/>
        </w:rPr>
        <w:t>9:09  Woh kya? Aap ne kaha ke jab tum chup chap the, to Khuda ka farishta tumhari taraf se jawab de raha tha.</w:t>
      </w:r>
      <w:r>
        <w:br/>
      </w:r>
      <w:r>
        <w:rPr>
          <w:sz w:val="20"/>
        </w:rPr>
        <w:t>9:23  Aur jab tum ne khud hi sambhal liya apna mamla, aur tum khud lagay bolne, to farishta wahan se chala gaya.</w:t>
      </w:r>
    </w:p>
    <w:p>
      <w:pPr>
        <w:pStyle w:val="Heading2"/>
      </w:pPr>
      <w:r>
        <w:t>Becoming a 'big bird thinker' who rises above ideologies</w:t>
      </w:r>
    </w:p>
    <w:p>
      <w:r>
        <w:rPr>
          <w:color w:val="666666"/>
          <w:sz w:val="18"/>
        </w:rPr>
        <w:t>The Purpose of Existence September9, 2012 · 31s · at 20:24 · https://youtu.be/GB_OC-LeGCE?t=1224</w:t>
      </w:r>
    </w:p>
    <w:p>
      <w:r>
        <w:rPr>
          <w:i/>
        </w:rPr>
        <w:t>“Ismein kehta hoon 'big bird thinker'”</w:t>
      </w:r>
    </w:p>
    <w:p>
      <w:r>
        <w:rPr>
          <w:sz w:val="20"/>
        </w:rPr>
        <w:t>20:24  kya kya thought phaila rakhe hain? in sab ke, yani in sab se oopar uth kar woh sochta hai, jis ko main kehta hoon "big bird thinker".</w:t>
      </w:r>
      <w:r>
        <w:br/>
      </w:r>
      <w:r>
        <w:rPr>
          <w:sz w:val="20"/>
        </w:rPr>
        <w:t>20:37  big bird thinker ban kar sochta hai. phir us ko self discovery hoti hai, khud soch kar daryaft karta hai. woh phir woh khara hota hai, woh kehta hai: "Khuda sachai yeh hai." Allah ko woh insan matloob hain</w:t>
      </w:r>
    </w:p>
    <w:p>
      <w:pPr>
        <w:pStyle w:val="Heading2"/>
      </w:pPr>
      <w:r>
        <w:t>Avoid being problem for others</w:t>
      </w:r>
    </w:p>
    <w:p>
      <w:r>
        <w:rPr>
          <w:color w:val="666666"/>
          <w:sz w:val="18"/>
        </w:rPr>
        <w:t>Lessons from Hajj | November 13, 2007 · 31s · at 16:59 · https://youtu.be/8a-iN7u2YQs?t=1019</w:t>
      </w:r>
    </w:p>
    <w:p>
      <w:r>
        <w:rPr>
          <w:i/>
        </w:rPr>
        <w:t>“Dusron ke liye mas'ala na banein”</w:t>
      </w:r>
    </w:p>
    <w:p>
      <w:r>
        <w:rPr>
          <w:sz w:val="20"/>
        </w:rPr>
        <w:t>16:59  kyun? doosroN ke masle se bachne ka sab se aasan formula yeh hai ke aap un ke liye</w:t>
      </w:r>
      <w:r>
        <w:br/>
      </w:r>
      <w:r>
        <w:rPr>
          <w:sz w:val="20"/>
        </w:rPr>
        <w:t>17:04  masla na paida kareN.</w:t>
      </w:r>
      <w:r>
        <w:br/>
      </w:r>
      <w:r>
        <w:rPr>
          <w:sz w:val="20"/>
        </w:rPr>
        <w:t>17:09  sab se aasan formula yahi hai.</w:t>
      </w:r>
      <w:r>
        <w:br/>
      </w:r>
      <w:r>
        <w:rPr>
          <w:sz w:val="20"/>
        </w:rPr>
        <w:t>17:14  aap jab doosroN ke liye masla na baneN ge to doosre bhi aap ke liye masla nahiN baneN ge.</w:t>
      </w:r>
      <w:r>
        <w:br/>
      </w:r>
      <w:r>
        <w:rPr>
          <w:sz w:val="20"/>
        </w:rPr>
        <w:t>17:20  aur phir samaj mein peace aaye ga.</w:t>
      </w:r>
      <w:r>
        <w:br/>
      </w:r>
      <w:r>
        <w:rPr>
          <w:sz w:val="20"/>
        </w:rPr>
        <w:t>17:25  to is ke liye aap ko qurbani karni parti hai.</w:t>
      </w:r>
    </w:p>
    <w:p>
      <w:pPr>
        <w:pStyle w:val="Heading2"/>
      </w:pPr>
      <w:r>
        <w:t>Peace is greatest good</w:t>
      </w:r>
    </w:p>
    <w:p>
      <w:r>
        <w:rPr>
          <w:color w:val="666666"/>
          <w:sz w:val="18"/>
        </w:rPr>
        <w:t>Shantum Seth Group Q&amp;A EL 02 Feb, 08 - Maulana Wahiduddin Khan · 52s · at 1:57 · https://youtu.be/97Uy6wSnQp8?t=117</w:t>
      </w:r>
    </w:p>
    <w:p>
      <w:r>
        <w:rPr>
          <w:i/>
        </w:rPr>
        <w:t>“Peace is the greatest good in Islam.”</w:t>
      </w:r>
    </w:p>
    <w:p>
      <w:r>
        <w:rPr>
          <w:sz w:val="20"/>
        </w:rPr>
        <w:t>1:57  According to my study, I can say that in Islam, peace is the samambonam, greatest good.</w:t>
      </w:r>
      <w:r>
        <w:br/>
      </w:r>
      <w:r>
        <w:rPr>
          <w:sz w:val="20"/>
        </w:rPr>
        <w:t>2:12  Why?</w:t>
      </w:r>
      <w:r>
        <w:br/>
      </w:r>
      <w:r>
        <w:rPr>
          <w:sz w:val="20"/>
        </w:rPr>
        <w:t>2:13  Because without peace, you cannot do anything.</w:t>
      </w:r>
      <w:r>
        <w:br/>
      </w:r>
      <w:r>
        <w:rPr>
          <w:sz w:val="20"/>
        </w:rPr>
        <w:t>2:23  Prayer, even prayer, it requires peaceful atmosphere. Without peaceful atmosphere, you cannot do anything.</w:t>
      </w:r>
      <w:r>
        <w:br/>
      </w:r>
      <w:r>
        <w:rPr>
          <w:sz w:val="20"/>
        </w:rPr>
        <w:t>2:37  So in Islam, peace is the samambonam. Then if you read Quran, you will find that</w:t>
      </w:r>
    </w:p>
    <w:p>
      <w:pPr>
        <w:pStyle w:val="Heading2"/>
      </w:pPr>
      <w:r>
        <w:t>Angels are now the trendsetters</w:t>
      </w:r>
    </w:p>
    <w:p>
      <w:r>
        <w:rPr>
          <w:color w:val="666666"/>
          <w:sz w:val="18"/>
        </w:rPr>
        <w:t>Quran Stall at the World Book Fair January 12, 2019 · 31s · at 15:15 · https://youtu.be/qAV6i3yvMjE?t=915</w:t>
      </w:r>
    </w:p>
    <w:p>
      <w:r>
        <w:rPr>
          <w:i/>
        </w:rPr>
        <w:t>“Parents know the old trend, but God changed it”</w:t>
      </w:r>
    </w:p>
    <w:p>
      <w:r>
        <w:rPr>
          <w:sz w:val="20"/>
        </w:rPr>
        <w:t>15:15  jis ko parent jante hain, lekin ab Allah taala ne trend badal diya hai. now the angels are trend setter.</w:t>
      </w:r>
      <w:r>
        <w:br/>
      </w:r>
      <w:r>
        <w:rPr>
          <w:sz w:val="20"/>
        </w:rPr>
        <w:t>15:29  yeh bohat ajeeb baat hai ke pehle trend setter jo tha woh old concept tha, ab jo concept hai woh woh hai jo angels ka diya hua trend setter hai.</w:t>
      </w:r>
    </w:p>
    <w:p>
      <w:pPr>
        <w:pStyle w:val="Heading2"/>
      </w:pPr>
      <w:r>
        <w:t>The reveal: 'I am Yusuf' moment of recognition</w:t>
      </w:r>
    </w:p>
    <w:p>
      <w:r>
        <w:rPr>
          <w:color w:val="666666"/>
          <w:sz w:val="18"/>
        </w:rPr>
        <w:t>Understanding Sufism August 07, 2022 · 59s · at 28:00 · https://youtu.be/DCJ11IpxcOA?t=1680</w:t>
      </w:r>
    </w:p>
    <w:p>
      <w:r>
        <w:rPr>
          <w:i/>
        </w:rPr>
        <w:t>“Jab taaj tara to woh pehchan gaye, sachai saamne aa gayi”</w:t>
      </w:r>
    </w:p>
    <w:p>
      <w:r>
        <w:rPr>
          <w:sz w:val="20"/>
        </w:rPr>
        <w:t>28:00  ji. to jab taaj utara to woh pehchan gaye. sachchai saamne aa gayi. haan woh pehchan gaye ke yeh yeh yeh Yusuf</w:t>
      </w:r>
      <w:r>
        <w:br/>
      </w:r>
      <w:r>
        <w:rPr>
          <w:sz w:val="20"/>
        </w:rPr>
        <w:t>28:08  hain. ji. ji. ji. lekin yeh doctor sahib jaise kahani se hum yeh jaante hain ke sachchai saamne aa gayi unhone apne shanakht ko jo hai reveal kar diya. reveal kar diya.</w:t>
      </w:r>
      <w:r>
        <w:br/>
      </w:r>
      <w:r>
        <w:rPr>
          <w:sz w:val="20"/>
        </w:rPr>
        <w:t>28:21  agar woh chahte to badla le sakte the kyunke unke saath jo unhone matlab jo roo ki thi woh extreme provocative thi lekin unhone apne bhaiyon ko maaf kar diya to doctor sahib iske aage kahani kaise badhi iske aage ka hissa kya hai iske bare mein bataein.</w:t>
      </w:r>
      <w:r>
        <w:br/>
      </w:r>
      <w:r>
        <w:rPr>
          <w:sz w:val="20"/>
        </w:rPr>
        <w:t>28:39  haan jab bhaiyon ko pata chala ke yeh Yusuf hai to woh hairan ho gaye aur woh bole ke kiya tum hi Yusuf ho to unhone kaha haan mein Yusuf hoon qala ana Yusuf wa hadha akhi mein Yusuf hoon aur yeh mera bhai hai yani Bani Amin ki taraf kaha qad manna Allah 'alayna Allah ta'ala ne hamare upar bada fazl kiya</w:t>
      </w:r>
    </w:p>
    <w:p>
      <w:pPr>
        <w:pStyle w:val="Heading2"/>
      </w:pPr>
      <w:r>
        <w:t>all humans made from one substance, regardless of race</w:t>
      </w:r>
    </w:p>
    <w:p>
      <w:r>
        <w:rPr>
          <w:color w:val="666666"/>
          <w:sz w:val="18"/>
        </w:rPr>
        <w:t>Human Equality in Islam July 1, 2007 Maulana Wahiduddin Khan · 38s · at 11:26 · https://youtu.be/5aJvpiCYbzQ?t=686</w:t>
      </w:r>
    </w:p>
    <w:p>
      <w:r>
        <w:rPr>
          <w:i/>
        </w:rPr>
        <w:t>“God made Adam and Eve from one single substance”</w:t>
      </w:r>
    </w:p>
    <w:p>
      <w:r>
        <w:rPr>
          <w:sz w:val="20"/>
        </w:rPr>
        <w:t>11:26  jab sab ke sab blood brothers hain, Quran mein hai ke Khuda ne ek hi substance se paida kiya Adam ko aur un ki biwi Hawa ko.</w:t>
      </w:r>
      <w:r>
        <w:br/>
      </w:r>
      <w:r>
        <w:rPr>
          <w:sz w:val="20"/>
        </w:rPr>
        <w:t>11:36  ek hi substance se. to isi se sare log bane. is mani ke black ho ya white ho, sab ka substance ek hai.</w:t>
      </w:r>
      <w:r>
        <w:br/>
      </w:r>
      <w:r>
        <w:rPr>
          <w:sz w:val="20"/>
        </w:rPr>
        <w:t>11:49  to is ka matlab yeh hua ke jis tarah se main rehta hoon apni family mein, jis pyar ki bhavna ke sath, isi tarah mujhe rehna hai sare insanon ke beech mein.</w:t>
      </w:r>
    </w:p>
    <w:p>
      <w:pPr>
        <w:pStyle w:val="Heading2"/>
      </w:pPr>
      <w:r>
        <w:t>Proverb: never do what you must undo</w:t>
      </w:r>
    </w:p>
    <w:p>
      <w:r>
        <w:rPr>
          <w:color w:val="666666"/>
          <w:sz w:val="18"/>
        </w:rPr>
        <w:t>Between Possible and Impossible December 9, 2012 · 30s · at 5:40 · https://youtu.be/Q0tC7obKbT8?t=340</w:t>
      </w:r>
    </w:p>
    <w:p>
      <w:r>
        <w:rPr>
          <w:i/>
        </w:rPr>
        <w:t>“پرانا ایک مثل ہے پرشین کا”</w:t>
      </w:r>
    </w:p>
    <w:p>
      <w:r>
        <w:rPr>
          <w:sz w:val="20"/>
        </w:rPr>
        <w:t>5:40  to purana aik misl hai persian ka ke "kaja kar kunad aaqil ki baz ayad pashaimani" . yani aadmi agar, aadmi aisa kaam kyun kare jis ko usay wapas lena ho?</w:t>
      </w:r>
      <w:r>
        <w:br/>
      </w:r>
      <w:r>
        <w:rPr>
          <w:sz w:val="20"/>
        </w:rPr>
        <w:t>5:58  to unhon ne aik taraf yeh dunya ko dikhaya ke "I am not a competent president of Egypt" . mein politics ko nahi janta.</w:t>
      </w:r>
    </w:p>
    <w:p>
      <w:pPr>
        <w:pStyle w:val="Heading2"/>
      </w:pPr>
      <w:r>
        <w:t>Political power belongs to God's domain alone</w:t>
      </w:r>
    </w:p>
    <w:p>
      <w:r>
        <w:rPr>
          <w:color w:val="666666"/>
          <w:sz w:val="18"/>
        </w:rPr>
        <w:t>Historical Role of Islam November 19, 2006 Maulana Wahiduddin Khan · 58s · at 20:40 · https://youtu.be/mBLorblU68E?t=1240</w:t>
      </w:r>
    </w:p>
    <w:p>
      <w:r>
        <w:rPr>
          <w:i/>
        </w:rPr>
        <w:t>“Allah maalikul mulk — power dena, cheenna khuda ka kaam hai”</w:t>
      </w:r>
    </w:p>
    <w:p>
      <w:r>
        <w:rPr>
          <w:sz w:val="20"/>
        </w:rPr>
        <w:t>20:40  is is ka teacher Khuda kya hota hai? aap nahi kar sakte. Quran mein likha hua hai: "Allah malik ul mulk tu ul mulka man tasha wa tanza ul mulka miman tasha".</w:t>
      </w:r>
      <w:r>
        <w:br/>
      </w:r>
      <w:r>
        <w:rPr>
          <w:sz w:val="20"/>
        </w:rPr>
        <w:t>20:54  yani yeh Khuda hai jo kisi ko power, political power deta hai, kisi se political power chheenta hai. to aap God ke domain mein dakhil ho gaye.</w:t>
      </w:r>
      <w:r>
        <w:br/>
      </w:r>
      <w:r>
        <w:rPr>
          <w:sz w:val="20"/>
        </w:rPr>
        <w:t>21:05  yani political power ko dena, political power ko chheenna, yeh Khuda ke ikhtiyar ki baat hai. to Tony Blair aur aur aur George Bush ne kya kiya?</w:t>
      </w:r>
      <w:r>
        <w:br/>
      </w:r>
      <w:r>
        <w:rPr>
          <w:sz w:val="20"/>
        </w:rPr>
        <w:t>21:17  Khuda ke domain mein dakhil ho gaye.</w:t>
      </w:r>
      <w:r>
        <w:br/>
      </w:r>
      <w:r>
        <w:rPr>
          <w:sz w:val="20"/>
        </w:rPr>
        <w:t>21:20  to jo Khuda ke domain mein dakhil hoga, kya aap samajhte hain ke woh woh kamyab hoga? woh successful hoga? woh kabhi nahi.</w:t>
      </w:r>
      <w:r>
        <w:br/>
      </w:r>
      <w:r>
        <w:rPr>
          <w:sz w:val="20"/>
        </w:rPr>
        <w:t>21:29  yeh doom to failure. yeh doom to failure.</w:t>
      </w:r>
    </w:p>
    <w:p>
      <w:pPr>
        <w:pStyle w:val="Heading2"/>
      </w:pPr>
      <w:r>
        <w:t>Fitna of intellectual darkness</w:t>
      </w:r>
    </w:p>
    <w:p>
      <w:r>
        <w:rPr>
          <w:color w:val="666666"/>
          <w:sz w:val="18"/>
        </w:rPr>
        <w:t>Revival of Islam July 21, 2008 · 45s · at 20:04 · https://youtu.be/Rr4sGbJUbQw?t=1204</w:t>
      </w:r>
    </w:p>
    <w:p>
      <w:r>
        <w:rPr>
          <w:i/>
        </w:rPr>
        <w:t>“Fitna of darkness”</w:t>
      </w:r>
    </w:p>
    <w:p>
      <w:r>
        <w:rPr>
          <w:sz w:val="20"/>
        </w:rPr>
        <w:t>20:04  fitna ka matlab problem dohma ka matlab darkness</w:t>
      </w:r>
      <w:r>
        <w:br/>
      </w:r>
      <w:r>
        <w:rPr>
          <w:sz w:val="20"/>
        </w:rPr>
        <w:t>20:10  darkness ka problem darkness ka fitna</w:t>
      </w:r>
      <w:r>
        <w:br/>
      </w:r>
      <w:r>
        <w:rPr>
          <w:sz w:val="20"/>
        </w:rPr>
        <w:t>20:16  is par main ne socha ke kya matlab hai darkness is ka matlab hai intellectual darkness</w:t>
      </w:r>
      <w:r>
        <w:br/>
      </w:r>
      <w:r>
        <w:rPr>
          <w:sz w:val="20"/>
        </w:rPr>
        <w:t>20:23  intellectual darkness aur is ka matlab yahi hai ke islam ke naam par information ka ek jangall hoga</w:t>
      </w:r>
      <w:r>
        <w:br/>
      </w:r>
      <w:r>
        <w:rPr>
          <w:sz w:val="20"/>
        </w:rPr>
        <w:t>20:32  jangall interpretation ka ek jangall hoga aadmi kahin sort out kare is ko kahin samjhe ke yeh asal</w:t>
      </w:r>
      <w:r>
        <w:br/>
      </w:r>
      <w:r>
        <w:rPr>
          <w:sz w:val="20"/>
        </w:rPr>
        <w:t>20:40  islam hai aur yeh</w:t>
      </w:r>
      <w:r>
        <w:br/>
      </w:r>
      <w:r>
        <w:rPr>
          <w:sz w:val="20"/>
        </w:rPr>
        <w:t>20:42  milawat milawat wala islam hai</w:t>
      </w:r>
      <w:r>
        <w:br/>
      </w:r>
      <w:r>
        <w:rPr>
          <w:sz w:val="20"/>
        </w:rPr>
        <w:t>20:47  to is zamane mein ajeeb yeh masla</w:t>
      </w:r>
    </w:p>
    <w:p>
      <w:pPr>
        <w:pStyle w:val="Heading2"/>
      </w:pPr>
      <w:r>
        <w:t>Fasting is formal, not real essence</w:t>
      </w:r>
    </w:p>
    <w:p>
      <w:r>
        <w:rPr>
          <w:color w:val="666666"/>
          <w:sz w:val="18"/>
        </w:rPr>
        <w:t>Adopt A Life of Fasting May 1, 2020 Maulana Wahiduddin Khan · 30s · at 1:34 · https://youtu.be/oH6_1ogi0o4?t=94</w:t>
      </w:r>
    </w:p>
    <w:p>
      <w:r>
        <w:rPr>
          <w:i/>
        </w:rPr>
        <w:t>“Magar yeh jaanna chahiye keh yeh jo”</w:t>
      </w:r>
    </w:p>
    <w:p>
      <w:r>
        <w:rPr>
          <w:sz w:val="20"/>
        </w:rPr>
        <w:t>1:34  magar yeh janna chahiye ke yeh jo</w:t>
      </w:r>
      <w:r>
        <w:br/>
      </w:r>
      <w:r>
        <w:rPr>
          <w:sz w:val="20"/>
        </w:rPr>
        <w:t>1:42  waqt muqarrar ke liye khana peena chhod diya jata hai, woh haramti tor par hai,</w:t>
      </w:r>
      <w:r>
        <w:br/>
      </w:r>
      <w:r>
        <w:rPr>
          <w:sz w:val="20"/>
        </w:rPr>
        <w:t>1:57  wohi asal nahi hai.</w:t>
      </w:r>
    </w:p>
    <w:p>
      <w:pPr>
        <w:pStyle w:val="Heading2"/>
      </w:pPr>
      <w:r>
        <w:t>No one remains forever deaf to truth</w:t>
      </w:r>
    </w:p>
    <w:p>
      <w:r>
        <w:rPr>
          <w:color w:val="666666"/>
          <w:sz w:val="18"/>
        </w:rPr>
        <w:t>Dayee and Madu | March 13, 2014 · 35s · at 20:48 · https://youtu.be/6fLoZ_EV4Ks?t=1248</w:t>
      </w:r>
    </w:p>
    <w:p>
      <w:r>
        <w:rPr>
          <w:i/>
        </w:rPr>
        <w:t>“Aisa koi nahi hota jo andha bahra bana rahe”</w:t>
      </w:r>
    </w:p>
    <w:p>
      <w:r>
        <w:rPr>
          <w:sz w:val="20"/>
        </w:rPr>
        <w:t>20:48  hai jo andha bhara bana rahe.</w:t>
      </w:r>
      <w:r>
        <w:br/>
      </w:r>
      <w:r>
        <w:rPr>
          <w:sz w:val="20"/>
        </w:rPr>
        <w:t>20:54  aisa koi nahi hota.</w:t>
      </w:r>
      <w:r>
        <w:br/>
      </w:r>
      <w:r>
        <w:rPr>
          <w:sz w:val="20"/>
        </w:rPr>
        <w:t>21:00  us ke andar inqilab aa sakta hai, us ke andar tabdeeli aa sakti hai.</w:t>
      </w:r>
      <w:r>
        <w:br/>
      </w:r>
      <w:r>
        <w:rPr>
          <w:sz w:val="20"/>
        </w:rPr>
        <w:t>21:06  woh inkar ke baad iqrar kar sakta hai.</w:t>
      </w:r>
      <w:r>
        <w:br/>
      </w:r>
      <w:r>
        <w:rPr>
          <w:sz w:val="20"/>
        </w:rPr>
        <w:t>21:12  to madu khwah koi bhi rosh ikhtiyar kare, daai ki zimmedari khatam nahi hoti.</w:t>
      </w:r>
      <w:r>
        <w:br/>
      </w:r>
      <w:r>
        <w:rPr>
          <w:sz w:val="20"/>
        </w:rPr>
        <w:t>21:18  daai ko phir bhi apni dawat ke kaam ko badastoor jari rakhna hai.</w:t>
      </w:r>
    </w:p>
    <w:p>
      <w:pPr>
        <w:pStyle w:val="Heading2"/>
      </w:pPr>
      <w:r>
        <w:t>Quran verse peace is best</w:t>
      </w:r>
    </w:p>
    <w:p>
      <w:r>
        <w:rPr>
          <w:color w:val="666666"/>
          <w:sz w:val="18"/>
        </w:rPr>
        <w:t>Peace is the Best Feb 24, 2019 Maulana Wahiduddin Khan · 46s · at 8:20 · https://youtu.be/_g-QEQwscFE?t=500</w:t>
      </w:r>
    </w:p>
    <w:p>
      <w:r>
        <w:rPr>
          <w:i/>
        </w:rPr>
        <w:t>“To mujhe Quran ki ek ayat yaad aayi”</w:t>
      </w:r>
    </w:p>
    <w:p>
      <w:r>
        <w:rPr>
          <w:sz w:val="20"/>
        </w:rPr>
        <w:t>8:20  to mujhe Quran ki ek ayat yaad aayi. Quran ki ek ayat: "Asl khair".</w:t>
      </w:r>
      <w:r>
        <w:br/>
      </w:r>
      <w:r>
        <w:rPr>
          <w:sz w:val="20"/>
        </w:rPr>
        <w:t>8:30  "Asl khair" ka matlab hai "peace is the best". Is ka matlab kya hua? Quran ki wisdom jo hai, Quran ki wisdom ko extract karne ke liye, samajhne ke liye</w:t>
      </w:r>
      <w:r>
        <w:br/>
      </w:r>
      <w:r>
        <w:rPr>
          <w:sz w:val="20"/>
        </w:rPr>
        <w:t>8:49  aap ko sochna parta hai, isay dhoond ke nikalna parta hai. to yeh jo ayat hai "asal khair", is ka matlab hai "peace is the best".</w:t>
      </w:r>
    </w:p>
    <w:p>
      <w:pPr>
        <w:pStyle w:val="Heading2"/>
      </w:pPr>
      <w:r>
        <w:t>Do dawah work to revive Islam</w:t>
      </w:r>
    </w:p>
    <w:p>
      <w:r>
        <w:rPr>
          <w:color w:val="666666"/>
          <w:sz w:val="18"/>
        </w:rPr>
        <w:t>Conversation on Ijtihad May 30, 2016 · 30s · at 40:37 · https://youtu.be/prSCheJ32q0?t=2437</w:t>
      </w:r>
    </w:p>
    <w:p>
      <w:r>
        <w:rPr>
          <w:i/>
        </w:rPr>
        <w:t>“Bas dawat, da'wati kaam kijiye”</w:t>
      </w:r>
    </w:p>
    <w:p>
      <w:r>
        <w:rPr>
          <w:sz w:val="20"/>
        </w:rPr>
        <w:t>40:37  bas dawat dawati kaam kijiye. khoob kitabein phailaiye. quran phailaiye. logon se discuss kijiye. aur logon ko meeting kar ke logon ko bataiye. isi ko kehte hain dawah work. to dawah work kijiye. yahi hai tareeqa. but molana sahib most of the Muslims today are not doing dawah work what is the reason according to you for this?</w:t>
      </w:r>
      <w:r>
        <w:br/>
      </w:r>
      <w:r>
        <w:rPr>
          <w:sz w:val="20"/>
        </w:rPr>
        <w:t>41:07  haan dawat ka kaam jo hai baad ke zamane mein yani is tareeqe se jaiz nahi raha jis</w:t>
      </w:r>
    </w:p>
    <w:p>
      <w:pPr>
        <w:pStyle w:val="Heading2"/>
      </w:pPr>
      <w:r>
        <w:t>Allah's mission is peaceful dawah</w:t>
      </w:r>
    </w:p>
    <w:p>
      <w:r>
        <w:rPr>
          <w:color w:val="666666"/>
          <w:sz w:val="18"/>
        </w:rPr>
        <w:t>Al Risala, July 2018 · 22s · at 8:00 · https://youtu.be/n1KVRke8n4E?t=480</w:t>
      </w:r>
    </w:p>
    <w:p>
      <w:r>
        <w:rPr>
          <w:i/>
        </w:rPr>
        <w:t>“Allah ka mission kya hai? Allah ki marzi ko bandon tak pahunchana”</w:t>
      </w:r>
    </w:p>
    <w:p>
      <w:r>
        <w:rPr>
          <w:sz w:val="20"/>
        </w:rPr>
        <w:t>8:00  Allah ka mission kya hai? Allah ki marzi ko Allah ke bondon tak peraman tareeqay se pohanchana.</w:t>
      </w:r>
      <w:r>
        <w:br/>
      </w:r>
      <w:r>
        <w:rPr>
          <w:sz w:val="20"/>
        </w:rPr>
        <w:t>8:11  aisa insaan Allah ka mehboob banda ban jata hai. aisay insaan ko Allah khusoosi nematon se sarfaraz karta hai.</w:t>
      </w:r>
    </w:p>
    <w:p>
      <w:pPr>
        <w:pStyle w:val="Heading2"/>
      </w:pPr>
      <w:r>
        <w:t>Knowledge requires giving everything to gain it</w:t>
      </w:r>
    </w:p>
    <w:p>
      <w:r>
        <w:rPr>
          <w:color w:val="666666"/>
          <w:sz w:val="18"/>
        </w:rPr>
        <w:t>Follow Law of the Land 29 Nov 2019 - Maulana Wahiduddin Khan · 53s · at 0:15 · https://youtu.be/miwE6TbkdAY?t=15</w:t>
      </w:r>
    </w:p>
    <w:p>
      <w:r>
        <w:rPr>
          <w:i/>
        </w:rPr>
        <w:t>“Knowledge is not given in part until you give all.”</w:t>
      </w:r>
    </w:p>
    <w:p>
      <w:r>
        <w:rPr>
          <w:sz w:val="20"/>
        </w:rPr>
        <w:t>0:15  dekhen ilm ke bare mein hai la yuti ka juzv hatta tu ti kullak.</w:t>
      </w:r>
      <w:r>
        <w:br/>
      </w:r>
      <w:r>
        <w:rPr>
          <w:sz w:val="20"/>
        </w:rPr>
        <w:t>0:27  kya alfaaz hain sahib? kya alfaaz hain? al-ilm la yuti ka juzv hatta tu ti kullak.</w:t>
      </w:r>
      <w:r>
        <w:br/>
      </w:r>
      <w:r>
        <w:rPr>
          <w:sz w:val="20"/>
        </w:rPr>
        <w:t>0:38  tu ti</w:t>
      </w:r>
      <w:r>
        <w:br/>
      </w:r>
      <w:r>
        <w:rPr>
          <w:sz w:val="20"/>
        </w:rPr>
        <w:t>0:40  kullak. yahi kuch aur hai?</w:t>
      </w:r>
      <w:r>
        <w:br/>
      </w:r>
      <w:r>
        <w:rPr>
          <w:sz w:val="20"/>
        </w:rPr>
        <w:t>0:48  la.</w:t>
      </w:r>
      <w:r>
        <w:br/>
      </w:r>
      <w:r>
        <w:rPr>
          <w:sz w:val="20"/>
        </w:rPr>
        <w:t>1:00  aise bhi hai al-ilm la yuti ka ba'zahu hatta tu ti kullak.</w:t>
      </w:r>
    </w:p>
    <w:p>
      <w:pPr>
        <w:pStyle w:val="Heading2"/>
      </w:pPr>
      <w:r>
        <w:t>Love marriage is actually lust marriage</w:t>
      </w:r>
    </w:p>
    <w:p>
      <w:r>
        <w:rPr>
          <w:color w:val="666666"/>
          <w:sz w:val="18"/>
        </w:rPr>
        <w:t>Divine Management in History Q&amp;A - Maulana Wahiduddin Khan 7th April 2013 · 23s · at 13:43 · https://youtu.be/iWpZL-9HAx8?t=823</w:t>
      </w:r>
    </w:p>
    <w:p>
      <w:r>
        <w:rPr>
          <w:i/>
        </w:rPr>
        <w:t>“Love marriage hoti hi nahi, wo lust marriage hoti hai”</w:t>
      </w:r>
    </w:p>
    <w:p>
      <w:r>
        <w:rPr>
          <w:sz w:val="20"/>
        </w:rPr>
        <w:t>13:43  to maine kaha ki love marriage hoti hi nahi, wo lust marriage hoti hai. l u s t, lust marriage hoti hai, love marriage hoti hi nahi. to unhone maan mana, kaha sahi keh rahe hain aap. nahi sahab, bilkul. yaani main isko jahilon ki baatein samajhta hoon, jiska ilm se, science se koi taluq nahi.</w:t>
      </w:r>
    </w:p>
    <w:p>
      <w:pPr>
        <w:pStyle w:val="Heading2"/>
      </w:pPr>
      <w:r>
        <w:t>Paradise veiled by disliked things</w:t>
      </w:r>
    </w:p>
    <w:p>
      <w:r>
        <w:rPr>
          <w:color w:val="666666"/>
          <w:sz w:val="18"/>
        </w:rPr>
        <w:t>Who Deserve Paradise July 29, 2017 · 35s · at 8:15 · https://youtu.be/lU3Lf-9oslM?t=495</w:t>
      </w:r>
    </w:p>
    <w:p>
      <w:r>
        <w:rPr>
          <w:i/>
        </w:rPr>
        <w:t>“Hujibat al-jannatu bil-makarih.”</w:t>
      </w:r>
    </w:p>
    <w:p>
      <w:r>
        <w:rPr>
          <w:sz w:val="20"/>
        </w:rPr>
        <w:t>8:15  ab mazeed is mein aik pehlu hai jo hum ko hadith se maloom hoti hai. hadith se aik hadith hai ke: "hajabat al-jannah bil-buqarah." hajabat al-jannah bil-buqarah.</w:t>
      </w:r>
      <w:r>
        <w:br/>
      </w:r>
      <w:r>
        <w:rPr>
          <w:sz w:val="20"/>
        </w:rPr>
        <w:t>8:31  jannah nagawar cheezon se dhank di gayi hai. yaani aap already to hain jannah mein, lekin is par parda pada hua hai makrooh cheezon ka, nagawar cheezon ka.</w:t>
      </w:r>
    </w:p>
    <w:p>
      <w:pPr>
        <w:pStyle w:val="Heading2"/>
      </w:pPr>
      <w:r>
        <w:t>Living truthfully leads to paradise</w:t>
      </w:r>
    </w:p>
    <w:p>
      <w:r>
        <w:rPr>
          <w:color w:val="666666"/>
          <w:sz w:val="18"/>
        </w:rPr>
        <w:t>Darkness at Noon May 11, 2008 Maulana Wahiduddin Khan · 28s · at 15:34 · https://youtu.be/dHDBJ60V6J8?t=934</w:t>
      </w:r>
    </w:p>
    <w:p>
      <w:r>
        <w:rPr>
          <w:i/>
        </w:rPr>
        <w:t>“Sachay gharon mein, sachay mahaul mein”</w:t>
      </w:r>
    </w:p>
    <w:p>
      <w:r>
        <w:rPr>
          <w:sz w:val="20"/>
        </w:rPr>
        <w:t>15:34  sachay gharon mein, sachay mahol mein. to wahan ke liye ahel kaun karega? jo is dunya mein azadi ke mahol mein sachai ko follow kare.</w:t>
      </w:r>
      <w:r>
        <w:br/>
      </w:r>
      <w:r>
        <w:rPr>
          <w:sz w:val="20"/>
        </w:rPr>
        <w:t>15:48  to agar yeh janta koi quistr to woh kehta hai yeh to bohat acha hai, 50, 60 saal aaj sachay ban kar raho aur is ke baad jannat mein chale jao.</w:t>
      </w:r>
    </w:p>
    <w:p>
      <w:pPr>
        <w:pStyle w:val="Heading2"/>
      </w:pPr>
      <w:r>
        <w:t>Be like the sparrow - keep singing despite the stones</w:t>
      </w:r>
    </w:p>
    <w:p>
      <w:r>
        <w:rPr>
          <w:color w:val="666666"/>
          <w:sz w:val="18"/>
        </w:rPr>
        <w:t>Building a Heavenly Personality May 28, 2023 · 42s · at 1:15:52 · https://youtu.be/xl1-jaw6zwg?t=4552</w:t>
      </w:r>
    </w:p>
    <w:p>
      <w:r>
        <w:rPr>
          <w:i/>
        </w:rPr>
        <w:t>“A sparrow gets pelted with stones but keeps on chirping”</w:t>
      </w:r>
    </w:p>
    <w:p>
      <w:r>
        <w:rPr>
          <w:sz w:val="20"/>
        </w:rPr>
        <w:t>1:15:51  Ji,</w:t>
      </w:r>
      <w:r>
        <w:br/>
      </w:r>
      <w:r>
        <w:rPr>
          <w:sz w:val="20"/>
        </w:rPr>
        <w:t>1:15:52  To in humari jo woh humari ek aisi personality ban jaati hai ke jaise Maulana ne misaal di hai ji chidiya ke chidiya har waqt chehchahati rehti hai.</w:t>
      </w:r>
      <w:r>
        <w:br/>
      </w:r>
      <w:r>
        <w:rPr>
          <w:sz w:val="20"/>
        </w:rPr>
        <w:t>1:16:02  Matlab bahut saare janwar hain jo sakht qism se retaliate karte hain, lekin chidiya ek aisi cheez, creature hai ke usko aap pathar bhi maarein, kankar maarein, lekin woh chehchahati rahegi, ja ke ek ek shaakh se ja ke doosri shaakh pe baith jayegi.</w:t>
      </w:r>
      <w:r>
        <w:br/>
      </w:r>
      <w:r>
        <w:rPr>
          <w:sz w:val="20"/>
        </w:rPr>
        <w:t>1:16:21  To humein apne aap ko aise hi bana lena hai. To is se na sirf yeh ke inko duniya mein kamyabi milegi, log inse mutassir honge, balkeh woh aakhirat mein bhi jannat mein basane ke qabil thehrenge.</w:t>
      </w:r>
    </w:p>
    <w:p>
      <w:pPr>
        <w:pStyle w:val="Heading2"/>
      </w:pPr>
      <w:r>
        <w:t>Body is a vehicle, don't starve the mind</w:t>
      </w:r>
    </w:p>
    <w:p>
      <w:r>
        <w:rPr>
          <w:color w:val="666666"/>
          <w:sz w:val="18"/>
        </w:rPr>
        <w:t>Materialism and Intellectual Dwarfism 29th April 2012 · 29s · at 6:00 · https://youtu.be/qHzARL_r3I4?t=360</w:t>
      </w:r>
    </w:p>
    <w:p>
      <w:r>
        <w:rPr>
          <w:i/>
        </w:rPr>
        <w:t>“Sabse badi cheez jo aapko mili hai, wo baadi hai”</w:t>
      </w:r>
    </w:p>
    <w:p>
      <w:r>
        <w:rPr>
          <w:sz w:val="20"/>
        </w:rPr>
        <w:t>6:00  toh yeh bohat ziyada serious masla hai. is ko sochna chahiye har aadmi ko. kyunke dekhiye, sab se bari cheez jo aap ko mili hai, woh body hai.</w:t>
      </w:r>
      <w:r>
        <w:br/>
      </w:r>
      <w:r>
        <w:rPr>
          <w:sz w:val="20"/>
        </w:rPr>
        <w:t>6:11  body toh vehicle hai, vehicle. sabzi bachi aap ko mind mila hua hai. yeh body aap ka vehicle hai.</w:t>
      </w:r>
      <w:r>
        <w:br/>
      </w:r>
      <w:r>
        <w:rPr>
          <w:sz w:val="20"/>
        </w:rPr>
        <w:t>6:20  toh vehicle, vehicle ki khoob polish karein aap, aur mind ko starvation mein rakhein toh yeh aqalmandi nahi hogi.</w:t>
      </w:r>
      <w:r>
        <w:br/>
      </w:r>
      <w:r>
        <w:rPr>
          <w:sz w:val="20"/>
        </w:rPr>
        <w:t>6:30  lekin bad-qismati se aaj kal sab ka yahi haal hai. at drink and be merry mein jeete hain log, chahe yeh lafz na bhi jante hon.</w:t>
      </w:r>
    </w:p>
    <w:p>
      <w:pPr>
        <w:pStyle w:val="Heading2"/>
      </w:pPr>
      <w:r>
        <w:t>Bloodless conquest of Mecca</w:t>
      </w:r>
    </w:p>
    <w:p>
      <w:r>
        <w:rPr>
          <w:color w:val="666666"/>
          <w:sz w:val="18"/>
        </w:rPr>
        <w:t>Life of The Prophet of Islam in Brief (English) March 19, 2007 Maulana Wahiduddin Khan · 21s · at 25:38 · https://youtu.be/dGDEatt8oFg?t=1538</w:t>
      </w:r>
    </w:p>
    <w:p>
      <w:r>
        <w:rPr>
          <w:i/>
        </w:rPr>
        <w:t>“So without any war, without any bloodshed, Mecca was captured”</w:t>
      </w:r>
    </w:p>
    <w:p>
      <w:r>
        <w:rPr>
          <w:sz w:val="20"/>
        </w:rPr>
        <w:t>25:38  So without any war, without any bloodshed, Makkah was captured.</w:t>
      </w:r>
      <w:r>
        <w:br/>
      </w:r>
      <w:r>
        <w:rPr>
          <w:sz w:val="20"/>
        </w:rPr>
        <w:t>25:48  And when Makkah was captured, the whole Arabia was captured because Makkah was center of Arabia.</w:t>
      </w:r>
    </w:p>
    <w:p>
      <w:pPr>
        <w:pStyle w:val="Heading2"/>
      </w:pPr>
      <w:r>
        <w:t>Only humans have two options</w:t>
      </w:r>
    </w:p>
    <w:p>
      <w:r>
        <w:rPr>
          <w:color w:val="666666"/>
          <w:sz w:val="18"/>
        </w:rPr>
        <w:t>Creation Plan of God December 4, 2007 · 48s · at 23:35 · https://youtu.be/aSR7zWVopSE?t=1415</w:t>
      </w:r>
    </w:p>
    <w:p>
      <w:r>
        <w:rPr>
          <w:i/>
        </w:rPr>
        <w:t>“Only humans have two options”</w:t>
      </w:r>
    </w:p>
    <w:p>
      <w:r>
        <w:rPr>
          <w:sz w:val="20"/>
        </w:rPr>
        <w:t>23:35  ya toh follow kare ya inhiraf kare. ya sahi istemal kare freedom ka ya galat istemal kare. toh do option sirf insaan ko hasil hain.</w:t>
      </w:r>
      <w:r>
        <w:br/>
      </w:r>
      <w:r>
        <w:rPr>
          <w:sz w:val="20"/>
        </w:rPr>
        <w:t>23:47  kisi bhi is poori universe mein kisi ko bhi hasil nahi. yani ghaas se le kar kahkashan tak kisi ko do option nahi mila hua hai.</w:t>
      </w:r>
      <w:r>
        <w:br/>
      </w:r>
      <w:r>
        <w:rPr>
          <w:sz w:val="20"/>
        </w:rPr>
        <w:t>23:57  sab ko option aik hai. ghaas se le kar kahkashan tak kisi ke liye do option nahi hain.</w:t>
      </w:r>
      <w:r>
        <w:br/>
      </w:r>
      <w:r>
        <w:rPr>
          <w:sz w:val="20"/>
        </w:rPr>
        <w:t>24:07  sirf insaan hai jis ke liye do option hain. ya toh ya toh azadi ko galat istemal kare ya sahi istemal kare is ka. toh insaan ko chounke do option mil gaya isi se aisa hua ke evil paida hogaya.</w:t>
      </w:r>
    </w:p>
    <w:p>
      <w:pPr>
        <w:pStyle w:val="Heading2"/>
      </w:pPr>
      <w:r>
        <w:t>Definition of wisdom as sorting relevant from irrelevant</w:t>
      </w:r>
    </w:p>
    <w:p>
      <w:r>
        <w:rPr>
          <w:color w:val="666666"/>
          <w:sz w:val="18"/>
        </w:rPr>
        <w:t>The Importance of Wisdom | July 24, 2016 · 30s · at 5:19 · https://youtu.be/9wXSSWclq6Q?t=319</w:t>
      </w:r>
    </w:p>
    <w:p>
      <w:r>
        <w:rPr>
          <w:i/>
        </w:rPr>
        <w:t>“Wisdom is ability to discover relevant by sorting irrelevant.”</w:t>
      </w:r>
    </w:p>
    <w:p>
      <w:r>
        <w:rPr>
          <w:sz w:val="20"/>
        </w:rPr>
        <w:t>5:19  relative part nahi hai, is ka real part nahi hai, balkeh relative part hai. ideology ka ke saath jo history judti hai, woh Islam ka real part nahi hoti, woh relative part hoti hai. to aql ki ya wisdom ki jo definition meri samajh mein aayi hai, woh yeh hai ke the ability to discover</w:t>
      </w:r>
    </w:p>
    <w:p>
      <w:pPr>
        <w:pStyle w:val="Heading2"/>
      </w:pPr>
      <w:r>
        <w:t>Believer free from negativity, master of anger management</w:t>
      </w:r>
    </w:p>
    <w:p>
      <w:r>
        <w:rPr>
          <w:color w:val="666666"/>
          <w:sz w:val="18"/>
        </w:rPr>
        <w:t>Momin is like a tree | April 11, 2007 · 30s · at 21:43 · https://youtu.be/buv324nJoBk?t=1303</w:t>
      </w:r>
    </w:p>
    <w:p>
      <w:r>
        <w:rPr>
          <w:i/>
        </w:rPr>
        <w:t>“Every tree is free of malice, revenge, anger”</w:t>
      </w:r>
    </w:p>
    <w:p>
      <w:r>
        <w:rPr>
          <w:sz w:val="20"/>
        </w:rPr>
        <w:t>21:43  every tree, tree is free of malice, free of revenge, free of anger. So is the case of momin. Momin is free of all these negative thoughts. Momin is, momin has, momin is master of the art of management, art of difference management, art of malice management</w:t>
      </w:r>
    </w:p>
    <w:p>
      <w:pPr>
        <w:pStyle w:val="Heading2"/>
      </w:pPr>
      <w:r>
        <w:t>True faith is belief in the unseen</w:t>
      </w:r>
    </w:p>
    <w:p>
      <w:r>
        <w:rPr>
          <w:color w:val="666666"/>
          <w:sz w:val="18"/>
        </w:rPr>
        <w:t>The Message of Islam March 29, 2014 Maulana Wahiduddin Khan · 32s · at 11:15 · https://youtu.be/cVBrjiI9ngY?t=675</w:t>
      </w:r>
    </w:p>
    <w:p>
      <w:r>
        <w:rPr>
          <w:i/>
        </w:rPr>
        <w:t>“Iman is belief in the unseen, not after death.”</w:t>
      </w:r>
    </w:p>
    <w:p>
      <w:r>
        <w:rPr>
          <w:sz w:val="20"/>
        </w:rPr>
        <w:t>11:15  yahan aap daryaft karen ge ke imaan naam hai ghayb par imaan laane ka. yani Allah ke nazdeek woh imaan mu'tabar hai jo ghayb mein rehte hue aap haasil karen.</w:t>
      </w:r>
      <w:r>
        <w:br/>
      </w:r>
      <w:r>
        <w:rPr>
          <w:sz w:val="20"/>
        </w:rPr>
        <w:t>11:34  maut ke baad to shuhood ho jaye ga, jab qayamat aa jaye gi to shuhood ho jaye ga. is waqt ka imaan mu'tabar nahin,</w:t>
      </w:r>
      <w:r>
        <w:br/>
      </w:r>
      <w:r>
        <w:rPr>
          <w:sz w:val="20"/>
        </w:rPr>
        <w:t>11:45  is waqt ka imaan mu'tabar nahin.</w:t>
      </w:r>
    </w:p>
    <w:p>
      <w:pPr>
        <w:pStyle w:val="Heading2"/>
      </w:pPr>
      <w:r>
        <w:t>Wonder and beauty are uniquely human perceptions</w:t>
      </w:r>
    </w:p>
    <w:p>
      <w:r>
        <w:rPr>
          <w:color w:val="666666"/>
          <w:sz w:val="18"/>
        </w:rPr>
        <w:t>Man and Paradise May 05, 2013 · 52s · at 13:53 · https://youtu.be/VyFgim3pvts?t=833</w:t>
      </w:r>
    </w:p>
    <w:p>
      <w:r>
        <w:rPr>
          <w:i/>
        </w:rPr>
        <w:t>“Wonderful morning and beautiful assembly, said the commentator”</w:t>
      </w:r>
    </w:p>
    <w:p>
      <w:r>
        <w:rPr>
          <w:sz w:val="20"/>
        </w:rPr>
        <w:t>13:53  to commentator ne jab shuru kiya to us ki zuban se nikla: "wonderful morning and beautiful assembly,</w:t>
      </w:r>
      <w:r>
        <w:br/>
      </w:r>
      <w:r>
        <w:rPr>
          <w:sz w:val="20"/>
        </w:rPr>
        <w:t>14:06  wonderful morning and beautiful assembly". to mein ne socha ke yeh yeh jo cheez hai, kisi cheez ko wonderful tor par daryaft karna, yeh to sirf insan ki sifat hai.</w:t>
      </w:r>
      <w:r>
        <w:br/>
      </w:r>
      <w:r>
        <w:rPr>
          <w:sz w:val="20"/>
        </w:rPr>
        <w:t>14:23  koi sher ya hathi ya koi star aur planet yeh janta nahi, koi jo wonderful hoti hai. bohat ajeeb baat yeh hai,</w:t>
      </w:r>
      <w:r>
        <w:br/>
      </w:r>
      <w:r>
        <w:rPr>
          <w:sz w:val="20"/>
        </w:rPr>
        <w:t>14:35  koi bhi yeh lafz bol nahi sakta itne baray universe mein ke "wonderful morning, beautiful assembly". yeh sirf insan ki khusoosiyat hai.</w:t>
      </w:r>
    </w:p>
    <w:p>
      <w:pPr>
        <w:pStyle w:val="Heading2"/>
      </w:pPr>
      <w:r>
        <w:t>Intense love for God is a blessing, not automatic</w:t>
      </w:r>
    </w:p>
    <w:p>
      <w:r>
        <w:rPr>
          <w:color w:val="666666"/>
          <w:sz w:val="18"/>
        </w:rPr>
        <w:t>Concept of God December 7, 2014 · 29s · at 34:12 · https://youtu.be/dCgL9lp8EAo?t=2052</w:t>
      </w:r>
    </w:p>
    <w:p>
      <w:r>
        <w:rPr>
          <w:i/>
        </w:rPr>
        <w:t>“Hub shadid - intense love - is Allah's own blessing”</w:t>
      </w:r>
    </w:p>
    <w:p>
      <w:r>
        <w:rPr>
          <w:sz w:val="20"/>
        </w:rPr>
        <w:t>34:12  hubb shadeed. hubb shadeed yaad rakhiye, Allah taala ki aik meharbani hai. hubb shadeed Allah taala ki aik blessing hai.</w:t>
      </w:r>
      <w:r>
        <w:br/>
      </w:r>
      <w:r>
        <w:rPr>
          <w:sz w:val="20"/>
        </w:rPr>
        <w:t>34:26  yeh blessing is insaan ko milti hai jo us ki sharton ko poora kare, jo us ki condition ko poora kare. aisa nahi ho sakta.</w:t>
      </w:r>
    </w:p>
    <w:p>
      <w:pPr>
        <w:pStyle w:val="Heading2"/>
      </w:pPr>
      <w:r>
        <w:t>Whole earth and sky in Allah's hand on Judgment Day</w:t>
      </w:r>
    </w:p>
    <w:p>
      <w:r>
        <w:rPr>
          <w:color w:val="666666"/>
          <w:sz w:val="18"/>
        </w:rPr>
        <w:t>The End of Human History August 12, 2012 · 48s · at 15:27 · https://youtu.be/QWdHb9pVkAY?t=927</w:t>
      </w:r>
    </w:p>
    <w:p>
      <w:r>
        <w:rPr>
          <w:i/>
        </w:rPr>
        <w:t>“Logon ne Allah ko underestimate kiya”</w:t>
      </w:r>
    </w:p>
    <w:p>
      <w:r>
        <w:rPr>
          <w:sz w:val="20"/>
        </w:rPr>
        <w:t>15:27  Is ka matlab yeh hai ke logon ne Allah ko underestimate kiya.</w:t>
      </w:r>
      <w:r>
        <w:br/>
      </w:r>
      <w:r>
        <w:rPr>
          <w:sz w:val="20"/>
        </w:rPr>
        <w:t>15:36  Logon ne Allah ko underestimate kiya, halanke qyamat ke din aisa hoga ke poori zameen Allah ke ek hath mein hogi aur sara aasman Allah ke doosre hath mein hoga.</w:t>
      </w:r>
      <w:r>
        <w:br/>
      </w:r>
      <w:r>
        <w:rPr>
          <w:sz w:val="20"/>
        </w:rPr>
        <w:t>15:53  Yeh yeh taqat hai Allah taala ki. Toh pak hai Allah is shirk se jo kar rahe hain. Dekhiye, mufassireen ne ab tak is ko jod rakha tha isnam parasti se, idol worship se ke log buton ko pooj rahe hain aur Khuda ki azmat ka unhein pata nahi.</w:t>
      </w:r>
    </w:p>
    <w:p>
      <w:pPr>
        <w:pStyle w:val="Heading2"/>
      </w:pPr>
      <w:r>
        <w:t>The Quran is God's self-introduction to the world</w:t>
      </w:r>
    </w:p>
    <w:p>
      <w:r>
        <w:rPr>
          <w:color w:val="666666"/>
          <w:sz w:val="18"/>
        </w:rPr>
        <w:t>Roza and Quran July 18, 2010 · 39s · at 12:13 · https://youtu.be/TSjqSQEb0EQ?t=733</w:t>
      </w:r>
    </w:p>
    <w:p>
      <w:r>
        <w:rPr>
          <w:i/>
        </w:rPr>
        <w:t>“The Quran is an introduction to its author.”</w:t>
      </w:r>
    </w:p>
    <w:p>
      <w:r>
        <w:rPr>
          <w:sz w:val="20"/>
        </w:rPr>
        <w:t>12:13  to quran kya hai? "Quran is an introduction to its author."</w:t>
      </w:r>
      <w:r>
        <w:br/>
      </w:r>
      <w:r>
        <w:rPr>
          <w:sz w:val="20"/>
        </w:rPr>
        <w:t>12:22  quran ka musannif khud Allah taala hai, khud Khuda hai. to quran jab aayega, padhega to is mein us ko Khuda ka taaruf milega, Khuda ka taaruf milega.</w:t>
      </w:r>
      <w:r>
        <w:br/>
      </w:r>
      <w:r>
        <w:rPr>
          <w:sz w:val="20"/>
        </w:rPr>
        <w:t>12:34  mein samajhta hoon ke yeh jo hamare jo aas paas ki duniya hai, woh kya hai? woh non verbal introduction of God hai.</w:t>
      </w:r>
      <w:r>
        <w:br/>
      </w:r>
      <w:r>
        <w:rPr>
          <w:sz w:val="20"/>
        </w:rPr>
        <w:t>12:46  aur quran jo hai, verbal introduction of God hai.</w:t>
      </w:r>
    </w:p>
    <w:p>
      <w:pPr>
        <w:pStyle w:val="Heading2"/>
      </w:pPr>
      <w:r>
        <w:t>No excuse justifies leaving the team</w:t>
      </w:r>
    </w:p>
    <w:p>
      <w:r>
        <w:rPr>
          <w:color w:val="666666"/>
          <w:sz w:val="18"/>
        </w:rPr>
        <w:t>Conveying The Message of God November 27, 2022 · 28s · at 1:02:19 · https://youtu.be/1MUWodugLKU?t=3739</w:t>
      </w:r>
    </w:p>
    <w:p>
      <w:r>
        <w:rPr>
          <w:i/>
        </w:rPr>
        <w:t>“Never let any excuse separate you from the team”</w:t>
      </w:r>
    </w:p>
    <w:p>
      <w:r>
        <w:rPr>
          <w:sz w:val="20"/>
        </w:rPr>
        <w:t>1:02:19  mera aakhiri wale se molana ne hamesha jo hamein nasiyat kiye hain aur khas taur se mujhe bhi ki hai. ji. ki kisi bhi excuse ko ab banakar team se alag mat hoiyega. ji.</w:t>
      </w:r>
      <w:r>
        <w:br/>
      </w:r>
      <w:r>
        <w:rPr>
          <w:sz w:val="20"/>
        </w:rPr>
        <w:t>1:02:47  Kisi bhi, kisi bhi excuse ko waisa nahi hua. Ji.</w:t>
      </w:r>
    </w:p>
    <w:p>
      <w:pPr>
        <w:pStyle w:val="Heading2"/>
      </w:pPr>
      <w:r>
        <w:t>Interest is the strongest human instinct</w:t>
      </w:r>
    </w:p>
    <w:p>
      <w:r>
        <w:rPr>
          <w:color w:val="666666"/>
          <w:sz w:val="18"/>
        </w:rPr>
        <w:t>Peace of Mind April 19, 2015 Maulana Wahiduddin Khan · 59s · at 1:03:18 · https://youtu.be/bGLY0ALNtjw?t=3798</w:t>
      </w:r>
    </w:p>
    <w:p>
      <w:r>
        <w:rPr>
          <w:i/>
        </w:rPr>
        <w:t>“Har interest sab se zyada taqatwar jazba hai insaan ke andar”</w:t>
      </w:r>
    </w:p>
    <w:p>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r>
        <w:br/>
      </w:r>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p>
    <w:p>
      <w:pPr>
        <w:pStyle w:val="Heading2"/>
      </w:pPr>
      <w:r>
        <w:t>Spirituality simple living high thinking</w:t>
      </w:r>
    </w:p>
    <w:p>
      <w:r>
        <w:rPr>
          <w:color w:val="666666"/>
          <w:sz w:val="18"/>
        </w:rPr>
        <w:t>Divine Guidance November 25, 2007 · 31s · at 41:35 · https://youtu.be/behjBAj_J_Y?t=2495</w:t>
      </w:r>
    </w:p>
    <w:p>
      <w:r>
        <w:rPr>
          <w:i/>
        </w:rPr>
        <w:t>“Simple living, high thinking.”</w:t>
      </w:r>
    </w:p>
    <w:p>
      <w:r>
        <w:rPr>
          <w:sz w:val="20"/>
        </w:rPr>
        <w:t>41:35  simple living, high thinking. main samajhta hoon ke isi ka naam spirituality hai. simple living, high thinking.</w:t>
      </w:r>
      <w:r>
        <w:br/>
      </w:r>
      <w:r>
        <w:rPr>
          <w:sz w:val="20"/>
        </w:rPr>
        <w:t>41:44  spirituality means high thinking. oopar uth kar sochna. ek hota hai animal level par sochna. animal level kya hai?</w:t>
      </w:r>
      <w:r>
        <w:br/>
      </w:r>
      <w:r>
        <w:rPr>
          <w:sz w:val="20"/>
        </w:rPr>
        <w:t>41:55  ke ek dog ne doosre dog ko dekha, kuch ladne laga. yeh hai animal level. aur insaan ka level hai ke is se oopar uth jaye aadmi.</w:t>
      </w:r>
    </w:p>
    <w:p>
      <w:pPr>
        <w:pStyle w:val="Heading2"/>
      </w:pPr>
      <w:r>
        <w:t>Negative experience more important</w:t>
      </w:r>
    </w:p>
    <w:p>
      <w:r>
        <w:rPr>
          <w:color w:val="666666"/>
          <w:sz w:val="18"/>
        </w:rPr>
        <w:t>Surah Al-'Asr I November 23, 2014 Maulana Wahiduddin Khan · 30s · at 32:19 · https://youtu.be/3dBMIUC0Dqw?t=1939</w:t>
      </w:r>
    </w:p>
    <w:p>
      <w:r>
        <w:rPr>
          <w:i/>
        </w:rPr>
        <w:t>“Negative experience is more important than positive.”</w:t>
      </w:r>
    </w:p>
    <w:p>
      <w:r>
        <w:rPr>
          <w:sz w:val="20"/>
        </w:rPr>
        <w:t>32:19  ke zindagi mein negative experience ki ahmiyat zyada hai ba muqabla positive experience ke.</w:t>
      </w:r>
      <w:r>
        <w:br/>
      </w:r>
      <w:r>
        <w:rPr>
          <w:sz w:val="20"/>
        </w:rPr>
        <w:t>32:31  bohat ajeeb discovery mujhe hui. ke zindagi mein positive experience kam ahmiyat rakhta hai.</w:t>
      </w:r>
      <w:r>
        <w:br/>
      </w:r>
      <w:r>
        <w:rPr>
          <w:sz w:val="20"/>
        </w:rPr>
        <w:t>32:40  aur negative experience zyada ahmiyat rakhta hai. kyun? yeh dekhen positive experience se aap ke andar</w:t>
      </w:r>
    </w:p>
    <w:p>
      <w:pPr>
        <w:pStyle w:val="Heading2"/>
      </w:pPr>
      <w:r>
        <w:t>Time to create news of peace, not violence</w:t>
      </w:r>
    </w:p>
    <w:p>
      <w:r>
        <w:rPr>
          <w:color w:val="666666"/>
          <w:sz w:val="18"/>
        </w:rPr>
        <w:t>Kashmir Dwah Meet November 27, 2011 · 46s · at 13:14 · https://youtu.be/1eNX-LJ65so?t=794</w:t>
      </w:r>
    </w:p>
    <w:p>
      <w:r>
        <w:rPr>
          <w:i/>
        </w:rPr>
        <w:t>“Kisi ke liye muqaddar hai woh nayi news create kare”</w:t>
      </w:r>
    </w:p>
    <w:p>
      <w:r>
        <w:rPr>
          <w:sz w:val="20"/>
        </w:rPr>
        <w:t>13:14  to is duniya mein kisi ke liye muqaddar hai ke woh ek nayi news create kare. ek nayi news create kare. log bomb mar kar ke violence ki news create karte rahe hain ab tak.</w:t>
      </w:r>
      <w:r>
        <w:br/>
      </w:r>
      <w:r>
        <w:rPr>
          <w:sz w:val="20"/>
        </w:rPr>
        <w:t>13:31  gun chala kar, bomb mar kar, military chala kar,</w:t>
      </w:r>
      <w:r>
        <w:br/>
      </w:r>
      <w:r>
        <w:rPr>
          <w:sz w:val="20"/>
        </w:rPr>
        <w:t>13:39  violence ki news create karte rahe hain.</w:t>
      </w:r>
      <w:r>
        <w:br/>
      </w:r>
      <w:r>
        <w:rPr>
          <w:sz w:val="20"/>
        </w:rPr>
        <w:t>13:43  ab aap ko yeh karna hai ke aap peace ki news create karein. duniya ko yeh batayein ke Islam is religion of peace.</w:t>
      </w:r>
    </w:p>
    <w:p>
      <w:pPr>
        <w:pStyle w:val="Heading2"/>
      </w:pPr>
      <w:r>
        <w:t>Defining tazkiya as purification of the self</w:t>
      </w:r>
    </w:p>
    <w:p>
      <w:r>
        <w:rPr>
          <w:color w:val="666666"/>
          <w:sz w:val="18"/>
        </w:rPr>
        <w:t>Tazkiya-e-Nafs Book by Maulana Wahiduddin Khan · 28s · at 0:44 · https://youtu.be/LbGPnJWmj1A?t=44</w:t>
      </w:r>
    </w:p>
    <w:p>
      <w:r>
        <w:rPr>
          <w:i/>
        </w:rPr>
        <w:t>“Tazkiya ke maani tatheer yani purification ke hain”</w:t>
      </w:r>
    </w:p>
    <w:p>
      <w:r>
        <w:rPr>
          <w:sz w:val="20"/>
        </w:rPr>
        <w:t>0:44  tazkiyah ke mani tahir yani purification ke hain, yani pak karna, nafs ki targheebat aur shaitan ke waswas se apne aap ko bachana,</w:t>
      </w:r>
      <w:r>
        <w:br/>
      </w:r>
      <w:r>
        <w:rPr>
          <w:sz w:val="20"/>
        </w:rPr>
        <w:t>0:54  logon ki taraf se paish aane wale naghwaar tajrubaat ke mauqa par apne aap ko manfi rad-e-amal se mehfooz rakhna, un muharkaat se ghair mutaasir reh kar zindagi guzarna jo aadmi ko sirat-e-mustaqeem se hatane wale hain, waghera.</w:t>
      </w:r>
    </w:p>
    <w:p>
      <w:pPr>
        <w:pStyle w:val="Heading2"/>
      </w:pPr>
      <w:r>
        <w:t>Wherever a person dies, that's where they rise</w:t>
      </w:r>
    </w:p>
    <w:p>
      <w:r>
        <w:rPr>
          <w:color w:val="666666"/>
          <w:sz w:val="18"/>
        </w:rPr>
        <w:t>Taqwa and Patience November 29, 2013 Maulana Wahiduddin Khan · 39s · at 52:38 · https://youtu.be/HhJ22onYSzk?t=3158</w:t>
      </w:r>
    </w:p>
    <w:p>
      <w:r>
        <w:rPr>
          <w:i/>
        </w:rPr>
        <w:t>“Aadmi jahan marega, wahin uthega”</w:t>
      </w:r>
    </w:p>
    <w:p>
      <w:r>
        <w:rPr>
          <w:sz w:val="20"/>
        </w:rPr>
        <w:t>52:38  soch kar jeena seekhiye.</w:t>
      </w:r>
      <w:r>
        <w:br/>
      </w:r>
      <w:r>
        <w:rPr>
          <w:sz w:val="20"/>
        </w:rPr>
        <w:t>52:44  mein aksar kaha karta hoon ke aadmi jahan maray ga, wohin uthay ga. woh jahan maray ga, wohin uthay ga. yani jis darjay marifat par aap maray, usi darjay marifat par abadi tor par baqi rahen ge.</w:t>
      </w:r>
      <w:r>
        <w:br/>
      </w:r>
      <w:r>
        <w:rPr>
          <w:sz w:val="20"/>
        </w:rPr>
        <w:t>52:58  aap iss mein marne ke baad izafa hone wala nahin hai.</w:t>
      </w:r>
      <w:r>
        <w:br/>
      </w:r>
      <w:r>
        <w:rPr>
          <w:sz w:val="20"/>
        </w:rPr>
        <w:t>53:05  yani haqiqaton ki haqiqaton se aashna hone ka jis darjay par aap pohanchay aur jahan aap ki maut aayi, bas wohin aap wohin aap paray rahen ge.</w:t>
      </w:r>
    </w:p>
    <w:p>
      <w:pPr>
        <w:pStyle w:val="Heading2"/>
      </w:pPr>
      <w:r>
        <w:t>one word so harmful it could pollute an ocean</w:t>
      </w:r>
    </w:p>
    <w:p>
      <w:r>
        <w:rPr>
          <w:color w:val="666666"/>
          <w:sz w:val="18"/>
        </w:rPr>
        <w:t>How to Build A Strong Personality June 14, 2008 · 36s · at 33:43 · https://youtu.be/CEzRHSVoQlI?t=2023</w:t>
      </w:r>
    </w:p>
    <w:p>
      <w:r>
        <w:rPr>
          <w:i/>
        </w:rPr>
        <w:t>“Tum ne aisi baat kahi jo samandar ko pollute kar de”</w:t>
      </w:r>
    </w:p>
    <w:p>
      <w:r>
        <w:rPr>
          <w:sz w:val="20"/>
        </w:rPr>
        <w:t>33:43  to yeh yani aik qism ka negative remark tha, yani bohat hi slight sense mein.</w:t>
      </w:r>
      <w:r>
        <w:br/>
      </w:r>
      <w:r>
        <w:rPr>
          <w:sz w:val="20"/>
        </w:rPr>
        <w:t>33:53  to aap ne kaha keh tum ne aik aisi baat kahi jis ko agar dala jaye samandar mein to samandar ka pani pollute ho jaye, samandar mein pollution phail jaye.</w:t>
      </w:r>
      <w:r>
        <w:br/>
      </w:r>
      <w:r>
        <w:rPr>
          <w:sz w:val="20"/>
        </w:rPr>
        <w:t>34:08  sirf itna kaha tha keh woh to woh naati khatoon, woh naati aurat.</w:t>
      </w:r>
    </w:p>
    <w:p>
      <w:pPr>
        <w:pStyle w:val="Heading2"/>
      </w:pPr>
      <w:r>
        <w:t>Why consider us enemies; we are sacrificial goats</w:t>
      </w:r>
    </w:p>
    <w:p>
      <w:r>
        <w:rPr>
          <w:color w:val="666666"/>
          <w:sz w:val="18"/>
        </w:rPr>
        <w:t>Good News from Kashmir May 14, 2017 · 30s · at 13:55 · https://youtu.be/2XwuYi_nH28?t=835</w:t>
      </w:r>
    </w:p>
    <w:p>
      <w:r>
        <w:rPr>
          <w:i/>
        </w:rPr>
        <w:t>“Aap humein dushman kyun samajhte hain?”</w:t>
      </w:r>
    </w:p>
    <w:p>
      <w:r>
        <w:rPr>
          <w:sz w:val="20"/>
        </w:rPr>
        <w:t>13:55  dushman kyon samajhte hain? bohat anokhi baat.</w:t>
      </w:r>
      <w:r>
        <w:br/>
      </w:r>
      <w:r>
        <w:rPr>
          <w:sz w:val="20"/>
        </w:rPr>
        <w:t>14:00  aap hum ko dushman kyon samajhte hain? hum to aap ke liye qurbani ke bakre hain.</w:t>
      </w:r>
      <w:r>
        <w:br/>
      </w:r>
      <w:r>
        <w:rPr>
          <w:sz w:val="20"/>
        </w:rPr>
        <w:t>14:04  jahan jahan zibah kar dijiye.</w:t>
      </w:r>
      <w:r>
        <w:br/>
      </w:r>
      <w:r>
        <w:rPr>
          <w:sz w:val="20"/>
        </w:rPr>
        <w:t>14:08  hum to aap ki safety ke liye hain.</w:t>
      </w:r>
      <w:r>
        <w:br/>
      </w:r>
      <w:r>
        <w:rPr>
          <w:sz w:val="20"/>
        </w:rPr>
        <w:t>14:13  hum ko dushman kyon samajhte hain aap? hum to aap ke liye qurbani ke bakre hain.</w:t>
      </w:r>
      <w:r>
        <w:br/>
      </w:r>
      <w:r>
        <w:rPr>
          <w:sz w:val="20"/>
        </w:rPr>
        <w:t>14:17  jahan jahan zibah kar dijiye.</w:t>
      </w:r>
      <w:r>
        <w:br/>
      </w:r>
      <w:r>
        <w:rPr>
          <w:sz w:val="20"/>
        </w:rPr>
        <w:t>14:21  yeh bohat bara raaz hai ke adar party ko apne</w:t>
      </w:r>
    </w:p>
    <w:p>
      <w:pPr>
        <w:pStyle w:val="Heading2"/>
      </w:pPr>
      <w:r>
        <w:t>Hadith on worst scholars</w:t>
      </w:r>
    </w:p>
    <w:p>
      <w:r>
        <w:rPr>
          <w:color w:val="666666"/>
          <w:sz w:val="18"/>
        </w:rPr>
        <w:t>The Age of Alternative April 24, 2016 · 22s · at 19:51 · https://youtu.be/JoilI-TK4Ig?t=1191</w:t>
      </w:r>
    </w:p>
    <w:p>
      <w:r>
        <w:rPr>
          <w:i/>
        </w:rPr>
        <w:t>“There will come a time when scholars are the worst creatures.”</w:t>
      </w:r>
    </w:p>
    <w:p>
      <w:r>
        <w:rPr>
          <w:sz w:val="20"/>
        </w:rPr>
        <w:t>19:51  aik hadith hai ke aik zamana aaye ga jab ke ulama aasman ke neeche sab se buri makhlooq honge.</w:t>
      </w:r>
      <w:r>
        <w:br/>
      </w:r>
      <w:r>
        <w:rPr>
          <w:sz w:val="20"/>
        </w:rPr>
        <w:t>20:04  aik zamana aaye ga jab ke ulama, musalman ulama, aasman ke neeche sab se buri makhlooq honge. Dekhiye, yeh sakht lafz hai.</w:t>
      </w:r>
    </w:p>
    <w:p>
      <w:pPr>
        <w:pStyle w:val="Heading2"/>
      </w:pPr>
      <w:r>
        <w:t>Islamization of government is an impossible ideal</w:t>
      </w:r>
    </w:p>
    <w:p>
      <w:r>
        <w:rPr>
          <w:color w:val="666666"/>
          <w:sz w:val="18"/>
        </w:rPr>
        <w:t>Islam and Democracy January 23, 2011 · 41s · at 1:10:34 · https://youtu.be/SgxyqSf267U?t=4234</w:t>
      </w:r>
    </w:p>
    <w:p>
      <w:r>
        <w:rPr>
          <w:i/>
        </w:rPr>
        <w:t>“Can Islamization of government ever be possible anywhere?”</w:t>
      </w:r>
    </w:p>
    <w:p>
      <w:r>
        <w:rPr>
          <w:sz w:val="20"/>
        </w:rPr>
        <w:t>1:10:34  mister gp s bhalwar ne delhi se likha hai can the concept of islamization of government be ever possible anywhere in the world ideal sense mein kabhi nahi ho sakta impossible hai</w:t>
      </w:r>
      <w:r>
        <w:br/>
      </w:r>
      <w:r>
        <w:rPr>
          <w:sz w:val="20"/>
        </w:rPr>
        <w:t>1:10:54  islam ideal state ka kehta hi nahi kabhi yeh bhi ap samajh lijiye ke islam mein hargiz hargiz aisa kahin nahi hai ideal state ideal system yeh hai hi nahi yeh to logon ne bana rakha hai aisa ideal character mumkin hai ideal ek individual apne aap ko ideal bana sakta hai</w:t>
      </w:r>
    </w:p>
    <w:p>
      <w:pPr>
        <w:pStyle w:val="Heading2"/>
      </w:pPr>
      <w:r>
        <w:t>Consciousness over words in prayer</w:t>
      </w:r>
    </w:p>
    <w:p>
      <w:r>
        <w:rPr>
          <w:color w:val="666666"/>
          <w:sz w:val="18"/>
        </w:rPr>
        <w:t>The Straight Path October 30, 2011 Maulana Wahiduddin Khan · 22s · at 3:19 · https://youtu.be/PKFHe82Jz58?t=199</w:t>
      </w:r>
    </w:p>
    <w:p>
      <w:r>
        <w:rPr>
          <w:i/>
        </w:rPr>
        <w:t>“Shu'oor-e-Fatiha, na ke alfaz-e-Fatiha”</w:t>
      </w:r>
    </w:p>
    <w:p>
      <w:r>
        <w:rPr>
          <w:sz w:val="20"/>
        </w:rPr>
        <w:t>3:19  la salata illa bifatihal kitab matlab yeh hai ke shaoor fatiha, na ke alfaaz fatiha.</w:t>
      </w:r>
      <w:r>
        <w:br/>
      </w:r>
      <w:r>
        <w:rPr>
          <w:sz w:val="20"/>
        </w:rPr>
        <w:t>3:30  yeh matlab harghiz nahi hai ke alfaaz fatiha ke sath namaz parhna, nahi, shaoor fatiha ke sath namaz parhna.</w:t>
      </w:r>
    </w:p>
    <w:p>
      <w:pPr>
        <w:pStyle w:val="Heading2"/>
      </w:pPr>
      <w:r>
        <w:t>Cough example shows helplessness and God realization</w:t>
      </w:r>
    </w:p>
    <w:p>
      <w:r>
        <w:rPr>
          <w:color w:val="666666"/>
          <w:sz w:val="18"/>
        </w:rPr>
        <w:t>How to Deepen God Realization February 29, 2020 Maulana Wahiduddin Khan · 1m 12s · at 1:15 · https://youtu.be/1PL67G9Wcjc?t=75</w:t>
      </w:r>
    </w:p>
    <w:p>
      <w:r>
        <w:rPr>
          <w:i/>
        </w:rPr>
        <w:t>“Misaalan, abhi mujhe khansi aa gayi”</w:t>
      </w:r>
    </w:p>
    <w:p>
      <w:r>
        <w:rPr>
          <w:sz w:val="20"/>
        </w:rPr>
        <w:t>1:15  Misal ke taur par, abhi mujhe khansi aa gayi, maine socha ke khansi bazahir ek mamooli</w:t>
      </w:r>
      <w:r>
        <w:br/>
      </w:r>
      <w:r>
        <w:rPr>
          <w:sz w:val="20"/>
        </w:rPr>
        <w:t>1:30  cheez hai,</w:t>
      </w:r>
      <w:r>
        <w:br/>
      </w:r>
      <w:r>
        <w:rPr>
          <w:sz w:val="20"/>
        </w:rPr>
        <w:t>1:33  lekin koi bhi dawa mere tajrube mein aisi nahi hai jo is ko</w:t>
      </w:r>
      <w:r>
        <w:br/>
      </w:r>
      <w:r>
        <w:rPr>
          <w:sz w:val="20"/>
        </w:rPr>
        <w:t>1:47  foran khatm kar de. To khansi mujhe</w:t>
      </w:r>
      <w:r>
        <w:br/>
      </w:r>
      <w:r>
        <w:rPr>
          <w:sz w:val="20"/>
        </w:rPr>
        <w:t>1:57  mere izzat ko batati hai, yani creation ke muqable mein helplessness ko, helplessness ko.</w:t>
      </w:r>
      <w:r>
        <w:br/>
      </w:r>
      <w:r>
        <w:rPr>
          <w:sz w:val="20"/>
        </w:rPr>
        <w:t>2:10  yahi hai khuda ki marifat mein gehrai paida karna, khuda ki marifat mein yaqeen ko barhana.</w:t>
      </w:r>
    </w:p>
    <w:p>
      <w:pPr>
        <w:pStyle w:val="Heading2"/>
      </w:pPr>
      <w:r>
        <w:t>Formula: forgive yourself, forget others</w:t>
      </w:r>
    </w:p>
    <w:p>
      <w:r>
        <w:rPr>
          <w:color w:val="666666"/>
          <w:sz w:val="18"/>
        </w:rPr>
        <w:t>Putting End to Complaints April 22, 2020 Maulana Wahiduddin Khan · 42s · at 6:25 · https://youtu.be/jwchAfcFrkM?t=385</w:t>
      </w:r>
    </w:p>
    <w:p>
      <w:r>
        <w:rPr>
          <w:i/>
        </w:rPr>
        <w:t>“Shikayat ke maamle mein yaad rakhiye, ek hi formula hai”</w:t>
      </w:r>
    </w:p>
    <w:p>
      <w:r>
        <w:rPr>
          <w:sz w:val="20"/>
        </w:rPr>
        <w:t>6:25  shikayat ke muamle mein yaad rakhiye, aik hi formula hai:</w:t>
      </w:r>
      <w:r>
        <w:br/>
      </w:r>
      <w:r>
        <w:rPr>
          <w:sz w:val="20"/>
        </w:rPr>
        <w:t>6:33  mere liye, ab mere liye maafi,</w:t>
      </w:r>
      <w:r>
        <w:br/>
      </w:r>
      <w:r>
        <w:rPr>
          <w:sz w:val="20"/>
        </w:rPr>
        <w:t>6:48  aur doosre ke liye</w:t>
      </w:r>
      <w:r>
        <w:br/>
      </w:r>
      <w:r>
        <w:rPr>
          <w:sz w:val="20"/>
        </w:rPr>
        <w:t>6:55  bhool jana. To maine yeh kiya,</w:t>
      </w:r>
    </w:p>
    <w:p>
      <w:pPr>
        <w:pStyle w:val="Heading2"/>
      </w:pPr>
      <w:r>
        <w:t>A devil boasts to Iblis about causing a divorce</w:t>
      </w:r>
    </w:p>
    <w:p>
      <w:r>
        <w:rPr>
          <w:color w:val="666666"/>
          <w:sz w:val="18"/>
        </w:rPr>
        <w:t>Married Life April 29, 2017 Maulana Wahiduddin Khan · 56s · at 2:31 · https://youtu.be/ONfOGL9_VHg?t=151</w:t>
      </w:r>
    </w:p>
    <w:p>
      <w:r>
        <w:rPr>
          <w:i/>
        </w:rPr>
        <w:t>“Ek shaitan aaya, kaha maine married couple mein talaq karwa di”</w:t>
      </w:r>
    </w:p>
    <w:p>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True character is how you treat those who disagree with you</w:t>
      </w:r>
    </w:p>
    <w:p>
      <w:r>
        <w:rPr>
          <w:color w:val="666666"/>
          <w:sz w:val="18"/>
        </w:rPr>
        <w:t>Remembrance Memorial Service Honouring Maulana Wahiduddin Khan - 25 April 2021 · 57s · at 1:00:51 · https://youtu.be/7FuPpaskfBQ?t=3651</w:t>
      </w:r>
    </w:p>
    <w:p>
      <w:r>
        <w:rPr>
          <w:i/>
        </w:rPr>
        <w:t>“If you're kind to those who share your views, that's nothing special”</w:t>
      </w:r>
    </w:p>
    <w:p>
      <w:r>
        <w:rPr>
          <w:sz w:val="20"/>
        </w:rPr>
        <w:t>1:00:51  and i am sure that, you know, they will do extremely well in the coming years. and i would like to just close off with one quote from one of his books.</w:t>
      </w:r>
      <w:r>
        <w:br/>
      </w:r>
      <w:r>
        <w:rPr>
          <w:sz w:val="20"/>
        </w:rPr>
        <w:t>1:01:03  if you are well mended towards those views, towards those who views are similar to yours, you may be said to exhibit a fairly good character.</w:t>
      </w:r>
      <w:r>
        <w:br/>
      </w:r>
      <w:r>
        <w:rPr>
          <w:sz w:val="20"/>
        </w:rPr>
        <w:t>1:01:14  but if you behave properly with those holding divergent views from you or who criticize you, then you deserve to be credited with having an excellent character.</w:t>
      </w:r>
      <w:r>
        <w:br/>
      </w:r>
      <w:r>
        <w:rPr>
          <w:sz w:val="20"/>
        </w:rPr>
        <w:t>1:01:28  so these are the words which Maulana sahib has blessed us with. and as Maria sister has said early that he was a tree. and, and we have his knowledge with us.</w:t>
      </w:r>
      <w:r>
        <w:br/>
      </w:r>
      <w:r>
        <w:rPr>
          <w:sz w:val="20"/>
        </w:rPr>
        <w:t>1:01:38  we have his treasure trove with us. and, and Professor Farida mem had also said that, you know, that he was in the habit of reading. and he was a living embodiment of reading and writing.</w:t>
      </w:r>
    </w:p>
    <w:p>
      <w:pPr>
        <w:pStyle w:val="Heading2"/>
      </w:pPr>
      <w:r>
        <w:t>Quran isn't a sword — real jihad is struggle</w:t>
      </w:r>
    </w:p>
    <w:p>
      <w:r>
        <w:rPr>
          <w:color w:val="666666"/>
          <w:sz w:val="18"/>
        </w:rPr>
        <w:t>How to Understand The Quran July 19, 2007 · 35s · at 37:00 · https://youtu.be/usxOhncIdq4?t=2220</w:t>
      </w:r>
    </w:p>
    <w:p>
      <w:r>
        <w:rPr>
          <w:i/>
        </w:rPr>
        <w:t>“Quran to koi talwar nahi hai, koi bandook nahi”</w:t>
      </w:r>
    </w:p>
    <w:p>
      <w:r>
        <w:rPr>
          <w:sz w:val="20"/>
        </w:rPr>
        <w:t>37:00  aur bara jihad. to quran, ab aap sochenge, aisa aadmi sochega ke quran to koi talwar nahi hai, koi bandook nahi hai.</w:t>
      </w:r>
      <w:r>
        <w:br/>
      </w:r>
      <w:r>
        <w:rPr>
          <w:sz w:val="20"/>
        </w:rPr>
        <w:t>37:10  to talwar nahi hai jab quran, to quran ke zariye bara jihad kaise kiya jayega? tab woh samajh mein aayega ke yahan jihad ka matlab qital hai hi nahi,</w:t>
      </w:r>
      <w:r>
        <w:br/>
      </w:r>
      <w:r>
        <w:rPr>
          <w:sz w:val="20"/>
        </w:rPr>
        <w:t>37:25  yahan jahad ka matlab hai judo jehad, yani daawa, istraggle, daawati, judo jehad.</w:t>
      </w:r>
    </w:p>
    <w:p>
      <w:pPr>
        <w:pStyle w:val="Heading2"/>
      </w:pPr>
      <w:r>
        <w:t>God's final call to humanity</w:t>
      </w:r>
    </w:p>
    <w:p>
      <w:r>
        <w:rPr>
          <w:color w:val="666666"/>
          <w:sz w:val="18"/>
        </w:rPr>
        <w:t>Purpose of Human Life I 2nd Dec. '12 · 2m 30s · at 14:24 · https://youtu.be/ilEf2fol6Gk?t=864</w:t>
      </w:r>
    </w:p>
    <w:p>
      <w:r>
        <w:rPr>
          <w:i/>
        </w:rPr>
        <w:t>“یہ اللہ کی طرف سے فائنل کال ہے”</w:t>
      </w:r>
    </w:p>
    <w:p>
      <w:r>
        <w:rPr>
          <w:sz w:val="20"/>
        </w:rPr>
        <w:t>14:24  mulk rahenge tab bhi aap par kuch nahi hoga. aap sari duniya ko fateh kar lein, sari duniya mein musalmanon ki hukumat qaim ho jaye, to kya karenge aap? sara pani khali ho jaye ga, to kya karenge aap? na peenay ke liye kheti, na peenay ke liye pani, na khana pakane ke liye pani, na kheti ke liye pani. sare musalman jo hain, kya khwab dekh rahe hain? duniya bhar mein un ki</w:t>
      </w:r>
      <w:r>
        <w:br/>
      </w:r>
      <w:r>
        <w:rPr>
          <w:sz w:val="20"/>
        </w:rPr>
        <w:t>14:54  hukumat qaim ho jaye. aur Khuda kya dikha raha hai aap ko? ke jab tak tumhari duniya mein hukumat qaim ho jaye gi, tab tak to sara pani khali ho chuka hoga. kya karoge? yeh hai Allah ki taraf se final call. airport par aap jate hain to aap dekhte hain ke woh awaz deta hai woh announcer ke jahaz ab janay wala hai. jab tak waqt qareeb aa jata</w:t>
      </w:r>
      <w:r>
        <w:br/>
      </w:r>
      <w:r>
        <w:rPr>
          <w:sz w:val="20"/>
        </w:rPr>
        <w:t>15:24  hai to final call deta hai ke ab jahaz urr jaye ga, tum ko daur kar aao, tum bhago. to yeh sare jo hain, yeh zale, yeh tsunami, yeh pani ka pighalna, north ka south ki jo ice cap hai, woh pighal pighal kar samandar mein jana, yeh sab final</w:t>
      </w:r>
      <w:r>
        <w:br/>
      </w:r>
      <w:r>
        <w:rPr>
          <w:sz w:val="20"/>
        </w:rPr>
        <w:t>15:54  call hai. final call hai ke jo kuch karna hai kar lo, is izzat deen ke liye, is jannat ke liye. Allah taala bata raha hai, aye insan, tu maal ke liye daud raha hai, tu land ke liye daud raha hai, tu mulkon ko qabza karne ke liye daud raha hai. lekin aakhir kar kya honay wala hai? bohat jald.</w:t>
      </w:r>
      <w:r>
        <w:br/>
      </w:r>
      <w:r>
        <w:rPr>
          <w:sz w:val="20"/>
        </w:rPr>
        <w:t>16:24  to tumhare paas mulk ho gaye, lekin pani nahi hoga, to kya karoge? paise bharoge. to tayyari karo is duniya ki, jahan par jis ko jannat kaha gaya hai, jahan ka meetha pani abadi hai, jahan ke baghat abadi hain, jahan ki nematein abadi hain, attendal hain.</w:t>
      </w:r>
    </w:p>
    <w:p>
      <w:pPr>
        <w:pStyle w:val="Heading2"/>
      </w:pPr>
      <w:r>
        <w:t>Paradise through fulfilling mission</w:t>
      </w:r>
    </w:p>
    <w:p>
      <w:r>
        <w:rPr>
          <w:color w:val="666666"/>
          <w:sz w:val="18"/>
        </w:rPr>
        <w:t>Revival of Abrahamic Mission October 28, 2012 Maulana Wahiduddin Khan · 15s · at 31:24 · https://youtu.be/_lPI1oLa-00?t=1884</w:t>
      </w:r>
    </w:p>
    <w:p>
      <w:r>
        <w:rPr>
          <w:i/>
        </w:rPr>
        <w:t>“Paradise is achieved by fulfilling the Prophet's mission.”</w:t>
      </w:r>
    </w:p>
    <w:p>
      <w:r>
        <w:rPr>
          <w:sz w:val="20"/>
        </w:rPr>
        <w:t>31:24  yeh namumkin hai.</w:t>
      </w:r>
      <w:r>
        <w:br/>
      </w:r>
      <w:r>
        <w:rPr>
          <w:sz w:val="20"/>
        </w:rPr>
        <w:t>31:28  jannat milegi Rasool Allah ke mission ko poora karne par. yani dawat-e-Allah ke liye jahad karne par.</w:t>
      </w:r>
    </w:p>
    <w:p>
      <w:pPr>
        <w:pStyle w:val="Heading2"/>
      </w:pPr>
      <w:r>
        <w:t>Surah Yusuf as the best story</w:t>
      </w:r>
    </w:p>
    <w:p>
      <w:r>
        <w:rPr>
          <w:color w:val="666666"/>
          <w:sz w:val="18"/>
        </w:rPr>
        <w:t>The Message of Surah Yusuf Political Management April 14, 2020 Maulana Wahiduddin Khan · 22s · at 1:10 · https://youtu.be/bpwEh5brv2M?t=70</w:t>
      </w:r>
    </w:p>
    <w:p>
      <w:r>
        <w:rPr>
          <w:i/>
        </w:rPr>
        <w:t>“Isko kaha gaya hai Ahsan al-Qisas”</w:t>
      </w:r>
    </w:p>
    <w:p>
      <w:r>
        <w:rPr>
          <w:sz w:val="20"/>
        </w:rPr>
        <w:t>1:10  to un ka jo waqia bayan kiya gaya hai quran mein, us ko kaha gaya hai ahsan-ul-qisas, yani Best Story.</w:t>
      </w:r>
      <w:r>
        <w:br/>
      </w:r>
      <w:r>
        <w:rPr>
          <w:sz w:val="20"/>
        </w:rPr>
        <w:t>1:27  Best Story.</w:t>
      </w:r>
    </w:p>
    <w:p>
      <w:pPr>
        <w:pStyle w:val="Heading2"/>
      </w:pPr>
      <w:r>
        <w:t>Paradise as God's neighborhood</w:t>
      </w:r>
    </w:p>
    <w:p>
      <w:r>
        <w:rPr>
          <w:color w:val="666666"/>
          <w:sz w:val="18"/>
        </w:rPr>
        <w:t>Addressal To Italy Team 17 07 2014 · 15s · at 28:50 · https://youtu.be/JcYQKvBkKIU?t=1730</w:t>
      </w:r>
    </w:p>
    <w:p>
      <w:r>
        <w:rPr>
          <w:i/>
        </w:rPr>
        <w:t>“Paradise is the neighborhood of God.”</w:t>
      </w:r>
    </w:p>
    <w:p>
      <w:r>
        <w:rPr>
          <w:sz w:val="20"/>
        </w:rPr>
        <w:t>28:50  paradise is the neighborhood of god. quindi che cos'è il paradiso? il paradiso è tutta l'umanità, tutti i vicini di dio, dell'umanità intera.</w:t>
      </w:r>
      <w:r>
        <w:br/>
      </w:r>
      <w:r>
        <w:rPr>
          <w:sz w:val="20"/>
        </w:rPr>
        <w:t>29:05  there is a verse in the quran in terms of du'a: "rabbim li baitan inta kafil jannah." "o god, give me a home in your neighborhood." this is the paradise. i think that paradise is a very refined calling, an ideal calling, perfect calling in the neighborhood of god.</w:t>
      </w:r>
    </w:p>
    <w:p>
      <w:pPr>
        <w:pStyle w:val="Heading2"/>
      </w:pPr>
      <w:r>
        <w:t>Man's perfect world quest</w:t>
      </w:r>
    </w:p>
    <w:p>
      <w:r>
        <w:rPr>
          <w:color w:val="666666"/>
          <w:sz w:val="18"/>
        </w:rPr>
        <w:t>Al RISALA MAY 2017 AUDIO · 32s · at 7:55 · https://youtu.be/qxzZEgCL0lM?t=475</w:t>
      </w:r>
    </w:p>
    <w:p>
      <w:r>
        <w:rPr>
          <w:i/>
        </w:rPr>
        <w:t>“What is Paradise? It is known to every person.”</w:t>
      </w:r>
    </w:p>
    <w:p>
      <w:r>
        <w:rPr>
          <w:sz w:val="20"/>
        </w:rPr>
        <w:t>7:55  jannat kya hai? Jannat har insaan ke liye aik maloom cheez hai. Har insaan apni paidaish ke aitbaar se mayar pasand, yaani perfectionist hota hai.</w:t>
      </w:r>
      <w:r>
        <w:br/>
      </w:r>
      <w:r>
        <w:rPr>
          <w:sz w:val="20"/>
        </w:rPr>
        <w:t>8:10  apne is paidaishi mizaj ki bina par har aadmi apni pasand ki dunya, yaani desired world, ki talash mein rehta hai, lekin har insaan aakhir kar is daryaft tak pohanchta hai ke us ki pasand ki dunya yahan maujood nahi.</w:t>
      </w:r>
    </w:p>
    <w:p>
      <w:pPr>
        <w:pStyle w:val="Heading2"/>
      </w:pPr>
      <w:r>
        <w:t>Quranic basis: fight only if attacked first</w:t>
      </w:r>
    </w:p>
    <w:p>
      <w:r>
        <w:rPr>
          <w:color w:val="666666"/>
          <w:sz w:val="18"/>
        </w:rPr>
        <w:t>Dars-e-Quran June 29, 2007 · 36s · at 55:49 · https://youtu.be/J6t7KRe6Hl8?t=3349</w:t>
      </w:r>
    </w:p>
    <w:p>
      <w:r>
        <w:rPr>
          <w:i/>
        </w:rPr>
        <w:t>“فَإِنْ قَاتُلُوكُمْ فَاقْتُلُوهُمْ”</w:t>
      </w:r>
    </w:p>
    <w:p>
      <w:r>
        <w:rPr>
          <w:sz w:val="20"/>
        </w:rPr>
        <w:t>55:49  FA IN QATALUKUM FAQTULUHUM yeh hai ayat number 191.</w:t>
      </w:r>
      <w:r>
        <w:br/>
      </w:r>
      <w:r>
        <w:rPr>
          <w:sz w:val="20"/>
        </w:rPr>
        <w:t>56:02  yani agar woh tum se jang karein to tum bhi un se jang kar sakte ho. is ke mani kya hue?</w:t>
      </w:r>
      <w:r>
        <w:br/>
      </w:r>
      <w:r>
        <w:rPr>
          <w:sz w:val="20"/>
        </w:rPr>
        <w:t>56:11  ke momin ke liye jang karna sirf is waqt jaiz hai jab ke doosra Attack kar de. doosra Aggression kar de.</w:t>
      </w:r>
      <w:r>
        <w:br/>
      </w:r>
      <w:r>
        <w:rPr>
          <w:sz w:val="20"/>
        </w:rPr>
        <w:t>56:20  doosra hamla kar de.</w:t>
      </w:r>
    </w:p>
    <w:p>
      <w:pPr>
        <w:pStyle w:val="Heading2"/>
      </w:pPr>
      <w:r>
        <w:t>Emperor Babur called Kashmir paradise then died empty-handed</w:t>
      </w:r>
    </w:p>
    <w:p>
      <w:r>
        <w:rPr>
          <w:color w:val="666666"/>
          <w:sz w:val="18"/>
        </w:rPr>
        <w:t>A Talk by Maulana Given to The Members of Kashmir October 31, 2011 · 38s · at 9:17 · https://youtu.be/WU9aSqw2rCs?t=557</w:t>
      </w:r>
    </w:p>
    <w:p>
      <w:r>
        <w:rPr>
          <w:i/>
        </w:rPr>
        <w:t>“Agar firdaus ba roye zameen ast, hameen ast”</w:t>
      </w:r>
    </w:p>
    <w:p>
      <w:r>
        <w:rPr>
          <w:sz w:val="20"/>
        </w:rPr>
        <w:t>9:17  Kashmir ko dekh kar us ne kaha tha: "Agar agar firdaus bar-ru-e-zamin ast, hamin ast o hamin ast o hamin ast" ke zameen agar jannat zameen par hai to yahi Kashmir jannat hai.</w:t>
      </w:r>
      <w:r>
        <w:br/>
      </w:r>
      <w:r>
        <w:rPr>
          <w:sz w:val="20"/>
        </w:rPr>
        <w:t>9:36  Lekin is jannat ki sirf yun jhalak mili, bas is mein rehne se naseeb nahi hua. Aur char saal ke baad hi woh akhirat mein chala gaya, jahan ke liye us ne koi taameer nahi ki thi.</w:t>
      </w:r>
      <w:r>
        <w:br/>
      </w:r>
      <w:r>
        <w:rPr>
          <w:sz w:val="20"/>
        </w:rPr>
        <w:t>9:47  Balkay us ne kaha tha ke "Babar ba-aish kosh ke alam-e-dobarah nist".</w:t>
      </w:r>
    </w:p>
    <w:p>
      <w:pPr>
        <w:pStyle w:val="Heading2"/>
      </w:pPr>
      <w:r>
        <w:t>Objective thinking for angelic thoughts</w:t>
      </w:r>
    </w:p>
    <w:p>
      <w:r>
        <w:rPr>
          <w:color w:val="666666"/>
          <w:sz w:val="18"/>
        </w:rPr>
        <w:t>Muslims in 21st Century (In Conversation with Maulana) 11 04 10 · 30s · at 29:36 · https://youtu.be/MkMop0icjSc?t=1776</w:t>
      </w:r>
    </w:p>
    <w:p>
      <w:r>
        <w:rPr>
          <w:i/>
        </w:rPr>
        <w:t>“Is hike ko janane ke liye aap ko objective banna padega”</w:t>
      </w:r>
    </w:p>
    <w:p>
      <w:r>
        <w:rPr>
          <w:sz w:val="20"/>
        </w:rPr>
        <w:t>29:36  is hype ko janne ke liye aap ko objective banna pare ga, unbiased thinking laani pare gi</w:t>
      </w:r>
      <w:r>
        <w:br/>
      </w:r>
      <w:r>
        <w:rPr>
          <w:sz w:val="20"/>
        </w:rPr>
        <w:t>29:42  aap ko apne andar.</w:t>
      </w:r>
      <w:r>
        <w:br/>
      </w:r>
      <w:r>
        <w:rPr>
          <w:sz w:val="20"/>
        </w:rPr>
        <w:t>29:48  jab bhi ho, dekhiye, jo counseling hogi, ya to is mein hate hoga ya love hoga.</w:t>
      </w:r>
      <w:r>
        <w:br/>
      </w:r>
      <w:r>
        <w:rPr>
          <w:sz w:val="20"/>
        </w:rPr>
        <w:t>29:54  hate hai to subject shaitan ki counseling hai, love hai to farishte ki counseling hai.</w:t>
      </w:r>
      <w:r>
        <w:br/>
      </w:r>
      <w:r>
        <w:rPr>
          <w:sz w:val="20"/>
        </w:rPr>
        <w:t>30:00  ya to ghussa hoga ya bardasht</w:t>
      </w:r>
    </w:p>
    <w:p>
      <w:pPr>
        <w:pStyle w:val="Heading2"/>
      </w:pPr>
      <w:r>
        <w:t>Overcoming despair and self-discovery</w:t>
      </w:r>
    </w:p>
    <w:p>
      <w:r>
        <w:rPr>
          <w:color w:val="666666"/>
          <w:sz w:val="18"/>
        </w:rPr>
        <w:t>Divine Guidance November 20, 2016 · 4m 58s · at 55:48 · https://youtu.be/tbcloc-fvSE?t=3348</w:t>
      </w:r>
    </w:p>
    <w:p>
      <w:r>
        <w:rPr>
          <w:i/>
        </w:rPr>
        <w:t>“I can't win because I don't have potential”</w:t>
      </w:r>
    </w:p>
    <w:p>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r>
        <w:br/>
      </w:r>
      <w:r>
        <w:rPr>
          <w:sz w:val="20"/>
        </w:rPr>
        <w:t>1:00:19  maulana, agla sawal dilli se kiya hai mister ajay divedi ne.</w:t>
      </w:r>
      <w:r>
        <w:br/>
      </w:r>
      <w:r>
        <w:rPr>
          <w:sz w:val="20"/>
        </w:rPr>
        <w:t>1:00:24  unhon ne likha hai: maulana sahib, quran says God made this world as testing ground for human beings.</w:t>
      </w:r>
      <w:r>
        <w:br/>
      </w:r>
      <w:r>
        <w:rPr>
          <w:sz w:val="20"/>
        </w:rPr>
        <w:t>1:00:30  however, a secular mind explains life in many ways.</w:t>
      </w:r>
      <w:r>
        <w:br/>
      </w:r>
      <w:r>
        <w:rPr>
          <w:sz w:val="20"/>
        </w:rPr>
        <w:t>1:00:35  like, life is a celebration, life is a journey, etc.</w:t>
      </w:r>
      <w:r>
        <w:br/>
      </w:r>
      <w:r>
        <w:rPr>
          <w:sz w:val="20"/>
        </w:rPr>
        <w:t>1:00:40  how can we explain the concept of test to a secular non-religious mind?</w:t>
      </w:r>
      <w:r>
        <w:br/>
      </w:r>
      <w:r>
        <w:rPr>
          <w:sz w:val="20"/>
        </w:rPr>
        <w:t>1:00:46  what is your guidance to all of us on this?</w:t>
      </w:r>
    </w:p>
    <w:p>
      <w:pPr>
        <w:pStyle w:val="Heading2"/>
      </w:pPr>
      <w:r>
        <w:t>the awaited hour has arrived, time to wake up</w:t>
      </w:r>
    </w:p>
    <w:p>
      <w:r>
        <w:rPr>
          <w:color w:val="666666"/>
          <w:sz w:val="18"/>
        </w:rPr>
        <w:t>Thought of The Day February 08, 2009 · 30s · at 20:09 · https://youtu.be/tn8PNm6y2mg?t=1209</w:t>
      </w:r>
    </w:p>
    <w:p>
      <w:r>
        <w:rPr>
          <w:i/>
        </w:rPr>
        <w:t>“Jo waqt aana tha, woh aa chuka — ab jaago”</w:t>
      </w:r>
    </w:p>
    <w:p>
      <w:r>
        <w:rPr>
          <w:sz w:val="20"/>
        </w:rPr>
        <w:t>20:09  to jo quran mein kaha gaya tha ke aatifat al aatifa daur that was to come, has come, aane wala waqt aa chuka,</w:t>
      </w:r>
      <w:r>
        <w:br/>
      </w:r>
      <w:r>
        <w:rPr>
          <w:sz w:val="20"/>
        </w:rPr>
        <w:t>20:23  ab jaago, ab jaag jao.</w:t>
      </w:r>
      <w:r>
        <w:br/>
      </w:r>
      <w:r>
        <w:rPr>
          <w:sz w:val="20"/>
        </w:rPr>
        <w:t>20:29  yahan mein aap ko yeh arz karna chahta hoon ke hamein kis line par sochna hai?</w:t>
      </w:r>
    </w:p>
    <w:p>
      <w:pPr>
        <w:pStyle w:val="Heading2"/>
      </w:pPr>
      <w:r>
        <w:t>Hijra as strategy not flight</w:t>
      </w:r>
    </w:p>
    <w:p>
      <w:r>
        <w:rPr>
          <w:color w:val="666666"/>
          <w:sz w:val="18"/>
        </w:rPr>
        <w:t>Islami Dawat (Al-Risala Aug-19) · 28s · at 3:31 · https://youtu.be/MONd5JFRwf8?t=211</w:t>
      </w:r>
    </w:p>
    <w:p>
      <w:r>
        <w:rPr>
          <w:i/>
        </w:rPr>
        <w:t>“Prophet decided to migrate from Makkah”</w:t>
      </w:r>
    </w:p>
    <w:p>
      <w:r>
        <w:rPr>
          <w:sz w:val="20"/>
        </w:rPr>
        <w:t>3:31  is waqt peghambar e islam sallallahu alaihi wasallam ne makka se hijrat ka faisla kiya. hijrat kya thi?</w:t>
      </w:r>
      <w:r>
        <w:br/>
      </w:r>
      <w:r>
        <w:rPr>
          <w:sz w:val="20"/>
        </w:rPr>
        <w:t>3:40  wo farar, ya flight, ya paspai na thi. hijrat darasal ek tadbeer thi jis ke zariye peghambar e islam ne islami dawat ko mutashaddidana takrao ki taraf marne se bachaya.</w:t>
      </w:r>
    </w:p>
    <w:p>
      <w:pPr>
        <w:pStyle w:val="Heading2"/>
      </w:pPr>
      <w:r>
        <w:t>Hadith that every prophet tended sheep</w:t>
      </w:r>
    </w:p>
    <w:p>
      <w:r>
        <w:rPr>
          <w:color w:val="666666"/>
          <w:sz w:val="18"/>
        </w:rPr>
        <w:t>The Story of Hazrat Khadija Part I December 4, 2022 · 41s · at 16:15 · https://youtu.be/cNzPbtW9AV0?t=975</w:t>
      </w:r>
    </w:p>
    <w:p>
      <w:r>
        <w:rPr>
          <w:i/>
        </w:rPr>
        <w:t>“No prophet has ever lived who did not shepherd sheep”</w:t>
      </w:r>
    </w:p>
    <w:p>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p>
    <w:p>
      <w:pPr>
        <w:pStyle w:val="Heading2"/>
      </w:pPr>
      <w:r>
        <w:t>Aisha: reciting words isn't truly reading the Quran</w:t>
      </w:r>
    </w:p>
    <w:p>
      <w:r>
        <w:rPr>
          <w:color w:val="666666"/>
          <w:sz w:val="18"/>
        </w:rPr>
        <w:t>How to Understand The Quran July 19, 2007 · 28s · at 13:15 · https://youtu.be/usxOhncIdq4?t=795</w:t>
      </w:r>
    </w:p>
    <w:p>
      <w:r>
        <w:rPr>
          <w:i/>
        </w:rPr>
        <w:t>“Ulaika qara wa lam yaqrau”</w:t>
      </w:r>
    </w:p>
    <w:p>
      <w:r>
        <w:rPr>
          <w:sz w:val="20"/>
        </w:rPr>
        <w:t>13:15  woh parhte hain, parhte hain, woh khatam kar lete hain. to hazrat aisha ne kaha ke ulaiqa qarao wa lam yaqra'o ulaiqa qarao wa lam yaqr</w:t>
      </w:r>
      <w:r>
        <w:br/>
      </w:r>
      <w:r>
        <w:rPr>
          <w:sz w:val="20"/>
        </w:rPr>
        <w:t>13:27  au unhon ne quran ko parha magar unhon ne quran ko nahi parha.</w:t>
      </w:r>
      <w:r>
        <w:br/>
      </w:r>
      <w:r>
        <w:rPr>
          <w:sz w:val="20"/>
        </w:rPr>
        <w:t>13:35  to unhon ne kaha lafzon ko dohrana yeh hazrat aisha ke nazdeek quran ko parhna nahi tha.</w:t>
      </w:r>
    </w:p>
    <w:p>
      <w:pPr>
        <w:pStyle w:val="Heading2"/>
      </w:pPr>
      <w:r>
        <w:t>Daily re-planning is essential</w:t>
      </w:r>
    </w:p>
    <w:p>
      <w:r>
        <w:rPr>
          <w:color w:val="666666"/>
          <w:sz w:val="18"/>
        </w:rPr>
        <w:t>Replanning | February 26, 2017 · 30s · at 19:43 · https://youtu.be/E120hwMH9x8?t=1183</w:t>
      </w:r>
    </w:p>
    <w:p>
      <w:r>
        <w:rPr>
          <w:i/>
        </w:rPr>
        <w:t>“Kul yom hu fi shan, har din tujh ko re-planning karni hai.”</w:t>
      </w:r>
    </w:p>
    <w:p>
      <w:r>
        <w:rPr>
          <w:sz w:val="20"/>
        </w:rPr>
        <w:t>19:43  quran ke usloob ko samjhiye kal yaum ho fi shan bazahir Allah ke bare mein hai lekin insan</w:t>
      </w:r>
      <w:r>
        <w:br/>
      </w:r>
      <w:r>
        <w:rPr>
          <w:sz w:val="20"/>
        </w:rPr>
        <w:t>19:50  ko message diya gaya hai ye message diya gaya hai is mein aye insan har din tujh ko</w:t>
      </w:r>
      <w:r>
        <w:br/>
      </w:r>
      <w:r>
        <w:rPr>
          <w:sz w:val="20"/>
        </w:rPr>
        <w:t>19:58  re planning karni hai har din tum ko nai baat daryaft karni hai har din tum ko re</w:t>
      </w:r>
      <w:r>
        <w:br/>
      </w:r>
      <w:r>
        <w:rPr>
          <w:sz w:val="20"/>
        </w:rPr>
        <w:t>20:06  discovery par khara hona hai yeh hai is ke andar message.</w:t>
      </w:r>
    </w:p>
    <w:p>
      <w:pPr>
        <w:pStyle w:val="Heading2"/>
      </w:pPr>
      <w:r>
        <w:t>Muslims misjudged scientific age as enemy</w:t>
      </w:r>
    </w:p>
    <w:p>
      <w:r>
        <w:rPr>
          <w:color w:val="666666"/>
          <w:sz w:val="18"/>
        </w:rPr>
        <w:t>Islam in A New Age August 30, 2020 Maulana Wahiduddin Khan · 45s · at 5:50 · https://youtu.be/R2EEb2xSIcA?t=350</w:t>
      </w:r>
    </w:p>
    <w:p>
      <w:r>
        <w:rPr>
          <w:i/>
        </w:rPr>
        <w:t>“Aur Musalmanon ne isko dushman samajh liya”</w:t>
      </w:r>
    </w:p>
    <w:p>
      <w:r>
        <w:rPr>
          <w:sz w:val="20"/>
        </w:rPr>
        <w:t>5:50  aur musalmanon ne is ko dushman samajh liya.</w:t>
      </w:r>
      <w:r>
        <w:br/>
      </w:r>
      <w:r>
        <w:rPr>
          <w:sz w:val="20"/>
        </w:rPr>
        <w:t>5:57  main samajhta hoon ke sirf CPS ka group jo hai, wahi is mamle mein exception hai,</w:t>
      </w:r>
      <w:r>
        <w:br/>
      </w:r>
      <w:r>
        <w:rPr>
          <w:sz w:val="20"/>
        </w:rPr>
        <w:t>6:09  aur shayad koi exception nahin. isi liye aap CPS ke logon se milein to un mein aap nafrat ki boli nahin sunenge.</w:t>
      </w:r>
      <w:r>
        <w:br/>
      </w:r>
      <w:r>
        <w:rPr>
          <w:sz w:val="20"/>
        </w:rPr>
        <w:t>6:23  aur CPS ke siwa dunya mein kahin jis muslim group se milein, har muslim group negative boli bolega, manfi boli bolega.</w:t>
      </w:r>
    </w:p>
    <w:p>
      <w:pPr>
        <w:pStyle w:val="Heading2"/>
      </w:pPr>
      <w:r>
        <w:t>I am incomplete without paradise, and so is it</w:t>
      </w:r>
    </w:p>
    <w:p>
      <w:r>
        <w:rPr>
          <w:color w:val="666666"/>
          <w:sz w:val="18"/>
        </w:rPr>
        <w:t>People of Paradise October 10, 2010 Maulana Wahiduddin Khan · 31s · at 31:19 · https://youtu.be/pd7R3BQmNck?t=1879</w:t>
      </w:r>
    </w:p>
    <w:p>
      <w:r>
        <w:rPr>
          <w:i/>
        </w:rPr>
        <w:t>“Jannat ke baghair main kuch nahi, jannat mere baghair kuch nahi”</w:t>
      </w:r>
    </w:p>
    <w:p>
      <w:r>
        <w:rPr>
          <w:sz w:val="20"/>
        </w:rPr>
        <w:t>31:19  woh is mehsoos kare ga keh jannat ke baghair mein kuch nahi aur jannat mere baghair kuch nahi.</w:t>
      </w:r>
      <w:r>
        <w:br/>
      </w:r>
      <w:r>
        <w:rPr>
          <w:sz w:val="20"/>
        </w:rPr>
        <w:t>31:30  yeh kaisi anokhi daryaft hai?</w:t>
      </w:r>
      <w:r>
        <w:br/>
      </w:r>
      <w:r>
        <w:rPr>
          <w:sz w:val="20"/>
        </w:rPr>
        <w:t>31:37  yani mere baghair jannat bhi adhoori</w:t>
      </w:r>
      <w:r>
        <w:br/>
      </w:r>
      <w:r>
        <w:rPr>
          <w:sz w:val="20"/>
        </w:rPr>
        <w:t>31:42  aur jannat ke baghair mein adhoora.</w:t>
      </w:r>
    </w:p>
    <w:p>
      <w:pPr>
        <w:pStyle w:val="Heading2"/>
      </w:pPr>
      <w:r>
        <w:t>Musa's prayer: take everything but not my reason</w:t>
      </w:r>
    </w:p>
    <w:p>
      <w:r>
        <w:rPr>
          <w:color w:val="666666"/>
          <w:sz w:val="18"/>
        </w:rPr>
        <w:t>Material Science and Spiritual Science 20 May 2012 · 28s · at 55:38 · https://youtu.be/4K6CxjThlxQ?t=3338</w:t>
      </w:r>
    </w:p>
    <w:p>
      <w:r>
        <w:rPr>
          <w:i/>
        </w:rPr>
        <w:t>“Aye Khuda, meri qaum se sab kuch cheenna par aqal mat cheenna”</w:t>
      </w:r>
    </w:p>
    <w:p>
      <w:r>
        <w:rPr>
          <w:sz w:val="20"/>
        </w:rPr>
        <w:t>55:38  aye khuda mere mere meri qom se sab kuch chheenna par aqal mat chheenna to allah taala ne kaha ke aye musa jab hum kisi se jab kisi se hum ko kisi ko mehroom karna hota hai to sab se pehle wo aqliyat chheente hain wahi muamla musalmanon ka hai</w:t>
      </w:r>
      <w:r>
        <w:br/>
      </w:r>
      <w:r>
        <w:rPr>
          <w:sz w:val="20"/>
        </w:rPr>
        <w:t>55:59  ke pathar marenge taake idhar se bomb aaye yani jagah jagah ye ap bhai mujhe mubarak</w:t>
      </w:r>
    </w:p>
    <w:p>
      <w:pPr>
        <w:pStyle w:val="Heading2"/>
      </w:pPr>
      <w:r>
        <w:t>No one is disabled, only differently abled</w:t>
      </w:r>
    </w:p>
    <w:p>
      <w:r>
        <w:rPr>
          <w:color w:val="666666"/>
          <w:sz w:val="18"/>
        </w:rPr>
        <w:t>The Concept of Doomsday in islam May 16, 2009 · 47s · at 17:32 · https://youtu.be/yPjFg8vwSLw?t=1052</w:t>
      </w:r>
    </w:p>
    <w:p>
      <w:r>
        <w:rPr>
          <w:i/>
        </w:rPr>
        <w:t>“The latest term used in this regard is differently abled.”</w:t>
      </w:r>
    </w:p>
    <w:p>
      <w:r>
        <w:rPr>
          <w:sz w:val="20"/>
        </w:rPr>
        <w:t>17:32  And the latest term used in this regard is differently abled.</w:t>
      </w:r>
      <w:r>
        <w:br/>
      </w:r>
      <w:r>
        <w:rPr>
          <w:sz w:val="20"/>
        </w:rPr>
        <w:t>17:43  Differently abled. In another perspective, layer.</w:t>
      </w:r>
      <w:r>
        <w:br/>
      </w:r>
      <w:r>
        <w:rPr>
          <w:sz w:val="20"/>
        </w:rPr>
        <w:t>17:48  So this is the recent research in this regard. So those persons who were</w:t>
      </w:r>
      <w:r>
        <w:br/>
      </w:r>
      <w:r>
        <w:rPr>
          <w:sz w:val="20"/>
        </w:rPr>
        <w:t>17:57  regarded as disabled--so according to the recent research, they are not disabled. They are differently abled.</w:t>
      </w:r>
      <w:r>
        <w:br/>
      </w:r>
      <w:r>
        <w:rPr>
          <w:sz w:val="20"/>
        </w:rPr>
        <w:t>18:11  So in such a world, we have no excuse. No excuse.</w:t>
      </w:r>
    </w:p>
    <w:p>
      <w:pPr>
        <w:pStyle w:val="Heading2"/>
      </w:pPr>
      <w:r>
        <w:t>Whole universe praises Allah</w:t>
      </w:r>
    </w:p>
    <w:p>
      <w:r>
        <w:rPr>
          <w:color w:val="666666"/>
          <w:sz w:val="18"/>
        </w:rPr>
        <w:t>The Importance of Education, Feb. 15, 2014 - Maulana Wahiduddin Khan · 50s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p>
    <w:p>
      <w:pPr>
        <w:pStyle w:val="Heading2"/>
      </w:pPr>
      <w:r>
        <w:t>Lesson from death: we will also die</w:t>
      </w:r>
    </w:p>
    <w:p>
      <w:r>
        <w:rPr>
          <w:color w:val="666666"/>
          <w:sz w:val="18"/>
        </w:rPr>
        <w:t>The Concept of Death in Islam August 7, 2007 · 32s · at 4:30 · https://youtu.be/pB0cQfYw91E?t=270</w:t>
      </w:r>
    </w:p>
    <w:p>
      <w:r>
        <w:rPr>
          <w:i/>
        </w:rPr>
        <w:t>“I think this is the only lesson from death”</w:t>
      </w:r>
    </w:p>
    <w:p>
      <w:r>
        <w:rPr>
          <w:sz w:val="20"/>
        </w:rPr>
        <w:t>4:30  I think this is the only lesson that we can take from the death</w:t>
      </w:r>
      <w:r>
        <w:br/>
      </w:r>
      <w:r>
        <w:rPr>
          <w:sz w:val="20"/>
        </w:rPr>
        <w:t>4:43  . When we see a person that he was going to die, so we have to take this lesson that very soon I am also going to death.</w:t>
      </w:r>
    </w:p>
    <w:p>
      <w:pPr>
        <w:pStyle w:val="Heading2"/>
      </w:pPr>
      <w:r>
        <w:t>Soap in the bucket, cosmic order story</w:t>
      </w:r>
    </w:p>
    <w:p>
      <w:r>
        <w:rPr>
          <w:color w:val="666666"/>
          <w:sz w:val="18"/>
        </w:rPr>
        <w:t>The Existence of God October 7, 2012 · 40s · at 17:57 · https://youtu.be/Hm0ybuokQ8s?t=1077</w:t>
      </w:r>
    </w:p>
    <w:p>
      <w:r>
        <w:rPr>
          <w:i/>
        </w:rPr>
        <w:t>“Soap slipped from my hand into the bucket”</w:t>
      </w:r>
    </w:p>
    <w:p>
      <w:r>
        <w:rPr>
          <w:sz w:val="20"/>
        </w:rPr>
        <w:t>17:57  aik hath mein mug tha, aik hath mein sabun tha. to sabun maine lagaya apne sir mein aur idhar. to sabun chhoot kar gir gaya.</w:t>
      </w:r>
      <w:r>
        <w:br/>
      </w:r>
      <w:r>
        <w:rPr>
          <w:sz w:val="20"/>
        </w:rPr>
        <w:t>18:07  aur jante hain kahan gira? balti ke pani mein chala gaya.</w:t>
      </w:r>
      <w:r>
        <w:br/>
      </w:r>
      <w:r>
        <w:rPr>
          <w:sz w:val="20"/>
        </w:rPr>
        <w:t>18:11  to mein rone laga ke khudaaya! kis tarah is ka mera muamla hai? aur billion trillion se ziyada sitare hain, koi sitara toot kar nahi gir parta.</w:t>
      </w:r>
      <w:r>
        <w:br/>
      </w:r>
      <w:r>
        <w:rPr>
          <w:sz w:val="20"/>
        </w:rPr>
        <w:t>18:24  maine socha ke itne ziyada stars hain, agar koi star toot kar gir pade samandar mein to kya haal hoga mera?</w:t>
      </w:r>
      <w:r>
        <w:br/>
      </w:r>
      <w:r>
        <w:rPr>
          <w:sz w:val="20"/>
        </w:rPr>
        <w:t>18:35  kya haal hamara hoga?</w:t>
      </w:r>
    </w:p>
    <w:p>
      <w:pPr>
        <w:pStyle w:val="Heading2"/>
      </w:pPr>
      <w:r>
        <w:t>Working for God brings immense reward</w:t>
      </w:r>
    </w:p>
    <w:p>
      <w:r>
        <w:rPr>
          <w:color w:val="666666"/>
          <w:sz w:val="18"/>
        </w:rPr>
        <w:t>Purpose of Human Life I 2nd Dec. '12 · 1m 37s · at 39:26 · https://youtu.be/ilEf2fol6Gk?t=2366</w:t>
      </w:r>
    </w:p>
    <w:p>
      <w:r>
        <w:rPr>
          <w:i/>
        </w:rPr>
        <w:t>“جو آدمی اللہ کا کام کرے”</w:t>
      </w:r>
    </w:p>
    <w:p>
      <w:r>
        <w:rPr>
          <w:sz w:val="20"/>
        </w:rPr>
        <w:t>39:26  is ko samjhiye, is ko samjhiye. yeh jo akhbar maine padha aur Quran ki ayat ko dekha ke log bohat hi chhoti cheezon ke liye, thode se maal ke liye, ya thodi si land ke liye, thodi si property ki ladai kar rahe hain. aur Allah taala phir poori rosh ka pesh kar raha hai aap ke liye ke tum</w:t>
      </w:r>
      <w:r>
        <w:br/>
      </w:r>
      <w:r>
        <w:rPr>
          <w:sz w:val="20"/>
        </w:rPr>
        <w:t>39:58  dawah Allah ka kaam karo aur sari jannat tumhare liye hai. kyun ke dawah Allah ka kaam kya hai? yeh Allah ka kaam hai. is ko Quran mein kaha gaya Allah ki madad karna. is ko Allah ki madad karna kaha gaya hai. aik hi kaam aisa hai jis ko Allah ne apni madad karna bataya hai Quran mein. aur woh hai dawah Allah.</w:t>
      </w:r>
      <w:r>
        <w:br/>
      </w:r>
      <w:r>
        <w:rPr>
          <w:sz w:val="20"/>
        </w:rPr>
        <w:t>40:31  ab ghor kijiye ke jo aadmi Allah ka kaam kare to Allah kitna zyada is ko inaam de ga. is ka andaza nahin kar sakte aap. to yeh woh baaten hain jis par hamein sochna chahiye. log yeh baaton ko soch rahe hain. sare jo log insan kya soch rahe hain?</w:t>
      </w:r>
    </w:p>
    <w:p>
      <w:pPr>
        <w:pStyle w:val="Heading2"/>
      </w:pPr>
      <w:r>
        <w:t>Hadith ranking Khadijah among the best women ever</w:t>
      </w:r>
    </w:p>
    <w:p>
      <w:r>
        <w:rPr>
          <w:color w:val="666666"/>
          <w:sz w:val="18"/>
        </w:rPr>
        <w:t>The Story of Hazrat Khadija Part I December 4, 2022 · 24s · at 0:35 · https://youtu.be/cNzPbtW9AV0?t=35</w:t>
      </w:r>
    </w:p>
    <w:p>
      <w:r>
        <w:rPr>
          <w:i/>
        </w:rPr>
        <w:t>“Khadijah is the best woman of this nation”</w:t>
      </w:r>
    </w:p>
    <w:p>
      <w:r>
        <w:rPr>
          <w:sz w:val="20"/>
        </w:rPr>
        <w:t>0:34  Hazrat</w:t>
      </w:r>
      <w:r>
        <w:br/>
      </w:r>
      <w:r>
        <w:rPr>
          <w:sz w:val="20"/>
        </w:rPr>
        <w:t>0:35  rat Ali once narrated that Prophet Muhammad said, "Mary the daughter of Imran was the best among the women of the world of her times, and Khadijah is the best among the women of this nation." so if there is a woman in Islam to be emulated, then Hazrat Khadijah indeed ranks at the top.</w:t>
      </w:r>
      <w:r>
        <w:br/>
      </w:r>
      <w:r>
        <w:rPr>
          <w:sz w:val="20"/>
        </w:rPr>
        <w:t>0:58  She</w:t>
      </w:r>
    </w:p>
    <w:p>
      <w:pPr>
        <w:pStyle w:val="Heading2"/>
      </w:pPr>
      <w:r>
        <w:t>First discrimination slogan by Iblis</w:t>
      </w:r>
    </w:p>
    <w:p>
      <w:r>
        <w:rPr>
          <w:color w:val="666666"/>
          <w:sz w:val="18"/>
        </w:rPr>
        <w:t>Opportunities of the Modern Age | March 05, 2017 · 32s · at 15:04 · https://youtu.be/Cv8QEwvQ_fY?t=904</w:t>
      </w:r>
    </w:p>
    <w:p>
      <w:r>
        <w:rPr>
          <w:i/>
        </w:rPr>
        <w:t>“Sab se pehla naara discrimination ka lagaya Iblis ne”</w:t>
      </w:r>
    </w:p>
    <w:p>
      <w:r>
        <w:rPr>
          <w:sz w:val="20"/>
        </w:rPr>
        <w:t>15:04  kaam karein insan community aur jinn community takrayein nahi aapas mein to jinn community ka jo sardar tha</w:t>
      </w:r>
      <w:r>
        <w:br/>
      </w:r>
      <w:r>
        <w:rPr>
          <w:sz w:val="20"/>
        </w:rPr>
        <w:t>15:15  iblis us ne ye narah lagaya sab se pehla history mein sab se pehla narah discrimination ka lagaya</w:t>
      </w:r>
      <w:r>
        <w:br/>
      </w:r>
      <w:r>
        <w:rPr>
          <w:sz w:val="20"/>
        </w:rPr>
        <w:t>15:26  saitan ne us ne kaha ke khalaqtu min nar wa khalaqtani min tin</w:t>
      </w:r>
    </w:p>
    <w:p>
      <w:pPr>
        <w:pStyle w:val="Heading2"/>
      </w:pPr>
      <w:r>
        <w:t>Why Quran says 'mission' not 'messenger'</w:t>
      </w:r>
    </w:p>
    <w:p>
      <w:r>
        <w:rPr>
          <w:color w:val="666666"/>
          <w:sz w:val="18"/>
        </w:rPr>
        <w:t>Experience of Hyderabad CPS Meet December 1, 2013 · 54s · at 13:33 · https://youtu.be/Y8mcxF2Lhyc?t=813</w:t>
      </w:r>
    </w:p>
    <w:p>
      <w:r>
        <w:rPr>
          <w:i/>
        </w:rPr>
        <w:t>“Yahan rasool ka lafz kyun nahi, risalat ka lafz kyun aaya hai?”</w:t>
      </w:r>
    </w:p>
    <w:p>
      <w:r>
        <w:rPr>
          <w:sz w:val="20"/>
        </w:rPr>
        <w:t>13:33  rakha hai. yahan risalat ka maani aam tor par log rasool maan lete hain, fard ko yani Rasool Allah ko kahan paida karein. lekin sawal yeh hai ke agar rasool bola to lafz risalat kyun aaya hai yahan par?</w:t>
      </w:r>
      <w:r>
        <w:br/>
      </w:r>
      <w:r>
        <w:rPr>
          <w:sz w:val="20"/>
        </w:rPr>
        <w:t>13:46  aap ghor kijiye ke murad rasool to risalat ka lafz kyun aaya hai? risalat ke maani wohi hain jis ko hum kehte hain mission.</w:t>
      </w:r>
      <w:r>
        <w:br/>
      </w:r>
      <w:r>
        <w:rPr>
          <w:sz w:val="20"/>
        </w:rPr>
        <w:t>13:56  to rasool to aik fard ke liye kab bola jaye ga? falan shakhs rasool hai. lekin risalat ka lafz mission ke liye bola jata hai.</w:t>
      </w:r>
      <w:r>
        <w:br/>
      </w:r>
      <w:r>
        <w:rPr>
          <w:sz w:val="20"/>
        </w:rPr>
        <w:t>14:06  is ka maani yeh hai ke "God knows better where to place His mission". yeh is ka literal tarjuma yeh hoga</w:t>
      </w:r>
      <w:r>
        <w:br/>
      </w:r>
      <w:r>
        <w:rPr>
          <w:sz w:val="20"/>
        </w:rPr>
        <w:t>14:18  yani "God better knows where to place His mission". kahan rakha hai apne mission ko?</w:t>
      </w:r>
    </w:p>
    <w:p>
      <w:pPr>
        <w:pStyle w:val="Heading2"/>
      </w:pPr>
      <w:r>
        <w:t>The strong control their anger</w:t>
      </w:r>
    </w:p>
    <w:p>
      <w:r>
        <w:rPr>
          <w:color w:val="666666"/>
          <w:sz w:val="18"/>
        </w:rPr>
        <w:t>Don't Be Angry Culture January 15, 2012 Maulana Wahiduddin Khan · 36s · at 23:01 · https://youtu.be/rY1Ikwmwwdk?t=1381</w:t>
      </w:r>
    </w:p>
    <w:p>
      <w:r>
        <w:rPr>
          <w:i/>
        </w:rPr>
        <w:t>“Ek hadith hai: 'Inna shadeed yamliku indal ghadab'”</w:t>
      </w:r>
    </w:p>
    <w:p>
      <w:r>
        <w:rPr>
          <w:sz w:val="20"/>
        </w:rPr>
        <w:t>23:01  Ek hadith hai: "In</w:t>
      </w:r>
      <w:r>
        <w:br/>
      </w:r>
      <w:r>
        <w:rPr>
          <w:sz w:val="20"/>
        </w:rPr>
        <w:t>23:09  shadeed yamilk ind al-ghadab". Yani taqatwar woh nahi hai jo pachhar de larai mein, larka pachhar de.</w:t>
      </w:r>
      <w:r>
        <w:br/>
      </w:r>
      <w:r>
        <w:rPr>
          <w:sz w:val="20"/>
        </w:rPr>
        <w:t>23:20  Nahi. Taqatwar woh hai jo apne ghusay ko control kar le.</w:t>
      </w:r>
      <w:r>
        <w:br/>
      </w:r>
      <w:r>
        <w:rPr>
          <w:sz w:val="20"/>
        </w:rPr>
        <w:t>23:29  Jo apne ghusay ko control kar le. Kyunke aap larr kar kisi ko pachhara aap ne to kya kiya aap ne? Ek aadmi ko apna dushman bana liya aap ne.</w:t>
      </w:r>
    </w:p>
    <w:p>
      <w:pPr>
        <w:pStyle w:val="Heading2"/>
      </w:pPr>
      <w:r>
        <w:t>customer and death both come unannounced</w:t>
      </w:r>
    </w:p>
    <w:p>
      <w:r>
        <w:rPr>
          <w:color w:val="666666"/>
          <w:sz w:val="18"/>
        </w:rPr>
        <w:t>The Secret of Success June 26, 2008 Maulana Wahiduddin Khan · 28s · at 34:26 · https://youtu.be/_vqfB9XcpPs?t=2066</w:t>
      </w:r>
    </w:p>
    <w:p>
      <w:r>
        <w:rPr>
          <w:i/>
        </w:rPr>
        <w:t>“گاہک کی اور موت کی کوئی ٹائم نہیں ہوتا”</w:t>
      </w:r>
    </w:p>
    <w:p>
      <w:r>
        <w:rPr>
          <w:sz w:val="20"/>
        </w:rPr>
        <w:t>34:26  kisi ne sahi kaha hai ke gaahak ki aur maut ki koi time nahi hota. customer ka aur death ka koi time nahi hota.</w:t>
      </w:r>
      <w:r>
        <w:br/>
      </w:r>
      <w:r>
        <w:rPr>
          <w:sz w:val="20"/>
        </w:rPr>
        <w:t>34:36  kab customer aa jaaye kuch pata nahi. kab death aa jaaye kuch pata nahi.</w:t>
      </w:r>
      <w:r>
        <w:br/>
      </w:r>
      <w:r>
        <w:rPr>
          <w:sz w:val="20"/>
        </w:rPr>
        <w:t>34:43  to kisi ne kaha ke do cheezon ka koi time nahi hota.</w:t>
      </w:r>
      <w:r>
        <w:br/>
      </w:r>
      <w:r>
        <w:rPr>
          <w:sz w:val="20"/>
        </w:rPr>
        <w:t>34:46  customer ka aur death ka. to yeh hua wahan par.</w:t>
      </w:r>
    </w:p>
    <w:p>
      <w:pPr>
        <w:pStyle w:val="Heading2"/>
      </w:pPr>
      <w:r>
        <w:t>Misconception of problem as obstacle</w:t>
      </w:r>
    </w:p>
    <w:p>
      <w:r>
        <w:rPr>
          <w:color w:val="666666"/>
          <w:sz w:val="18"/>
        </w:rPr>
        <w:t>How to Deal with Problems December 7, 2008 · 32s · at 16:40 · https://youtu.be/03Wx7Ydxf84?t=1000</w:t>
      </w:r>
    </w:p>
    <w:p>
      <w:r>
        <w:rPr>
          <w:i/>
        </w:rPr>
        <w:t>“General kya hota hai ke log samajhte hain ke problem obstacle hai”</w:t>
      </w:r>
    </w:p>
    <w:p>
      <w:r>
        <w:rPr>
          <w:sz w:val="20"/>
        </w:rPr>
        <w:t>16:40  Generally kya hota hai ki log samajhte hain ki problem is an obstacle. So we have to remove it.</w:t>
      </w:r>
      <w:r>
        <w:br/>
      </w:r>
      <w:r>
        <w:rPr>
          <w:sz w:val="20"/>
        </w:rPr>
        <w:t>16:51  More than ninety-nine percent logon ka khayal yahi hai. They take problem as an obstacle. aur phir us se ladna shuru kar dete hain. us se ladna shuru kar dete hain.</w:t>
      </w:r>
      <w:r>
        <w:br/>
      </w:r>
      <w:r>
        <w:rPr>
          <w:sz w:val="20"/>
        </w:rPr>
        <w:t>17:03  kyun? woh chahte hain ki problem ko khatam karna hai. usko</w:t>
      </w:r>
    </w:p>
    <w:p>
      <w:pPr>
        <w:pStyle w:val="Heading2"/>
      </w:pPr>
      <w:r>
        <w:t>Helplessness prerequisite for truth</w:t>
      </w:r>
    </w:p>
    <w:p>
      <w:r>
        <w:rPr>
          <w:color w:val="666666"/>
          <w:sz w:val="18"/>
        </w:rPr>
        <w:t>Man &amp; Paradise Aug 18, 2013 - Maulana Wahiduddin Khan · 38s · at 13:25 · https://youtu.be/yKy1suwbP8o?t=805</w:t>
      </w:r>
    </w:p>
    <w:p>
      <w:r>
        <w:rPr>
          <w:i/>
        </w:rPr>
        <w:t>“Until you discover your helplessness”</w:t>
      </w:r>
    </w:p>
    <w:p>
      <w:r>
        <w:rPr>
          <w:sz w:val="20"/>
        </w:rPr>
        <w:t>13:25  isi ko main keh raha hoon ke jab tak aap apne ajz ko daryaft na karein, apni helplessness, helplessness, helplessness ko, tab tak aap ko sachai ka asar nahi milta.</w:t>
      </w:r>
      <w:r>
        <w:br/>
      </w:r>
      <w:r>
        <w:rPr>
          <w:sz w:val="20"/>
        </w:rPr>
        <w:t>13:39  "al-ilmu indallah". pehle yeh daryaft kijiye ke main be-ilm hoon, ilm wala toh sirf Allah hai.</w:t>
      </w:r>
      <w:r>
        <w:br/>
      </w:r>
      <w:r>
        <w:rPr>
          <w:sz w:val="20"/>
        </w:rPr>
        <w:t>13:51  tab aap ka safar shuru hoga, tab aap ko sachai milegi, tab aap haqeeqat ko discover kar paenge.</w:t>
      </w:r>
    </w:p>
    <w:p>
      <w:pPr>
        <w:pStyle w:val="Heading2"/>
      </w:pPr>
      <w:r>
        <w:t>Listening with an empty mind</w:t>
      </w:r>
    </w:p>
    <w:p>
      <w:r>
        <w:rPr>
          <w:color w:val="666666"/>
          <w:sz w:val="18"/>
        </w:rPr>
        <w:t>Comparative Study of Religions | May 30, 2010 | Maulana Wahiduddin Khan · 30s · at 14:56 · https://youtu.be/W5Pm3XIyyz8?t=896</w:t>
      </w:r>
    </w:p>
    <w:p>
      <w:r>
        <w:rPr>
          <w:i/>
        </w:rPr>
        <w:t>“Main bilkul empty mind ho kar baat sunta hoon.”</w:t>
      </w:r>
    </w:p>
    <w:p>
      <w:r>
        <w:rPr>
          <w:sz w:val="20"/>
        </w:rPr>
        <w:t>14:56  to khuda ke fazl se mera mizaj yeh hai ke main bilkul empty mind ho kar baat sunta</w:t>
      </w:r>
      <w:r>
        <w:br/>
      </w:r>
      <w:r>
        <w:rPr>
          <w:sz w:val="20"/>
        </w:rPr>
        <w:t>15:00  hoon kisi ki.</w:t>
      </w:r>
      <w:r>
        <w:br/>
      </w:r>
      <w:r>
        <w:rPr>
          <w:sz w:val="20"/>
        </w:rPr>
        <w:t>15:04  koi dako hai, koi mere khilaf hai, koi mera dushman hai, koi islam ko nahi manta, kuch bhi ho.</w:t>
      </w:r>
      <w:r>
        <w:br/>
      </w:r>
      <w:r>
        <w:rPr>
          <w:sz w:val="20"/>
        </w:rPr>
        <w:t>15:09  That is his problem.</w:t>
      </w:r>
      <w:r>
        <w:br/>
      </w:r>
      <w:r>
        <w:rPr>
          <w:sz w:val="20"/>
        </w:rPr>
        <w:t>15:13  woh uska problem hai, problem nahi hai.</w:t>
      </w:r>
      <w:r>
        <w:br/>
      </w:r>
      <w:r>
        <w:rPr>
          <w:sz w:val="20"/>
        </w:rPr>
        <w:t>15:17  bilkul empty mind ho kar sunta hoon.</w:t>
      </w:r>
      <w:r>
        <w:br/>
      </w:r>
      <w:r>
        <w:rPr>
          <w:sz w:val="20"/>
        </w:rPr>
        <w:t>15:22  to har ek ke haan mujhe koi aisi cheez mil jati hai jis se mera intellectual development hota hai.</w:t>
      </w:r>
    </w:p>
    <w:p>
      <w:pPr>
        <w:pStyle w:val="Heading2"/>
      </w:pPr>
      <w:r>
        <w:t>Negative vs positive response shapes personality</w:t>
      </w:r>
    </w:p>
    <w:p>
      <w:r>
        <w:rPr>
          <w:color w:val="666666"/>
          <w:sz w:val="18"/>
        </w:rPr>
        <w:t>Positive Response August 11, 2018 · 22s · at 5:45 · https://youtu.be/W9oH8kJHTWg?t=345</w:t>
      </w:r>
    </w:p>
    <w:p>
      <w:r>
        <w:rPr>
          <w:i/>
        </w:rPr>
        <w:t>“Agar aap ne negative response diya”</w:t>
      </w:r>
    </w:p>
    <w:p>
      <w:r>
        <w:rPr>
          <w:sz w:val="20"/>
        </w:rPr>
        <w:t>5:45  agar aap ne negative response diya to aap ki personality ka development negative andaaz mein hoga.</w:t>
      </w:r>
      <w:r>
        <w:br/>
      </w:r>
      <w:r>
        <w:rPr>
          <w:sz w:val="20"/>
        </w:rPr>
        <w:t>5:56  agar aap ne positive response diya to aap ki personality ka ka development positive andaaz mein hoga.</w:t>
      </w:r>
    </w:p>
    <w:p>
      <w:pPr>
        <w:pStyle w:val="Heading2"/>
      </w:pPr>
      <w:r>
        <w:t>Men's tension in mind, women's in eyes</w:t>
      </w:r>
    </w:p>
    <w:p>
      <w:r>
        <w:rPr>
          <w:color w:val="666666"/>
          <w:sz w:val="18"/>
        </w:rPr>
        <w:t>Tears for God Alone June 26, 2014 Maulana Wahiduddin Khan · 36s · at 13:01 · https://youtu.be/GVeuIvyb8wY?t=781</w:t>
      </w:r>
    </w:p>
    <w:p>
      <w:r>
        <w:rPr>
          <w:i/>
        </w:rPr>
        <w:t>“Sar chahe woh koi Elizabeth ho, samjhe aap? Chahe koi doosra ho”</w:t>
      </w:r>
    </w:p>
    <w:p>
      <w:r>
        <w:rPr>
          <w:sz w:val="20"/>
        </w:rPr>
        <w:t>13:01  is ka tension is ki aankh mein hota hai. mard ka tension is ke mind mein hota hai. here is the beginning. yahan par aap to kar sako beginning to kuch banne ki baat hai, nahi to kuch banne wali nahi hai.</w:t>
      </w:r>
      <w:r>
        <w:br/>
      </w:r>
      <w:r>
        <w:rPr>
          <w:sz w:val="20"/>
        </w:rPr>
        <w:t>13:15  to mardon se main nahi kehta ke rona chhoro. main kehta hoon tension chhoro. auraton se kehta hoon rona chhoro. mard jo hai mind mein tension leta hai.</w:t>
      </w:r>
      <w:r>
        <w:br/>
      </w:r>
      <w:r>
        <w:rPr>
          <w:sz w:val="20"/>
        </w:rPr>
        <w:t>13:28  is ka isi ki wajah se Khuda se door ho jata hai woh. tension ki wajah se insan mard Khuda se door ho jata hai.</w:t>
      </w:r>
    </w:p>
    <w:p>
      <w:pPr>
        <w:pStyle w:val="Heading2"/>
      </w:pPr>
      <w:r>
        <w:t>Prophets give two things</w:t>
      </w:r>
    </w:p>
    <w:p>
      <w:r>
        <w:rPr>
          <w:color w:val="666666"/>
          <w:sz w:val="18"/>
        </w:rPr>
        <w:t>Dars-e-Quran, Chapter 62, V. 2 (Prophetic Wisdom) August 26, 2018 · 27s · at 1:10 · https://youtu.be/Btsoiq8qvLI?t=70</w:t>
      </w:r>
    </w:p>
    <w:p>
      <w:r>
        <w:rPr>
          <w:i/>
        </w:rPr>
        <w:t>“Nabi anbia ka kaam hota tha insaan ko do cheezein dena”</w:t>
      </w:r>
    </w:p>
    <w:p>
      <w:r>
        <w:rPr>
          <w:sz w:val="20"/>
        </w:rPr>
        <w:t>1:10  rasool Allah ke liye bhi aur doosre nabiyon ke liye bhi, ke nabi anbiya ka kaam hota tha insan ko do cheezein dena: kitab aur hikmat.</w:t>
      </w:r>
      <w:r>
        <w:br/>
      </w:r>
      <w:r>
        <w:rPr>
          <w:sz w:val="20"/>
        </w:rPr>
        <w:t>1:26  to do cheezon se murad kya hai, aaj inshallah isi ki wazahat ki jayegi. aap koi ek ayat padhiye.</w:t>
      </w:r>
    </w:p>
    <w:p>
      <w:pPr>
        <w:pStyle w:val="Heading2"/>
      </w:pPr>
      <w:r>
        <w:t>Quran's promise to the soul that stayed content</w:t>
      </w:r>
    </w:p>
    <w:p>
      <w:r>
        <w:rPr>
          <w:color w:val="666666"/>
          <w:sz w:val="18"/>
        </w:rPr>
        <w:t>God oriented Life January 6, 2007 · 1m 06s · at 1:01:59 · https://youtu.be/UdJ9eWU_OCo?t=3719</w:t>
      </w:r>
    </w:p>
    <w:p>
      <w:r>
        <w:rPr>
          <w:i/>
        </w:rPr>
        <w:t>“Ae nafs-e-mutmainna — the soul at peace”</w:t>
      </w:r>
    </w:p>
    <w:p>
      <w:r>
        <w:rPr>
          <w:sz w:val="20"/>
        </w:rPr>
        <w:t>1:01:59  ae nafs mutmain, ae ae woh insaan jo raazi raha mere scheme par. nafs mutmain ka matlab hai ke woh insaan jo khuda ki scheme par raazi raha, khuda ke naqshe par raazi raha,</w:t>
      </w:r>
      <w:r>
        <w:br/>
      </w:r>
      <w:r>
        <w:rPr>
          <w:sz w:val="20"/>
        </w:rPr>
        <w:t>1:02:15  yani khuda ka jo creation plan hai, us se raazi raha. to khuda ne jo jo kaha tha, jis tarah rehne ke liye us par raazi raha hai, woh woh hai nafs mutmain.</w:t>
      </w:r>
      <w:r>
        <w:br/>
      </w:r>
      <w:r>
        <w:rPr>
          <w:sz w:val="20"/>
        </w:rPr>
        <w:t>1:02:28  to farmaya ke jab woh marega, aisa insaan to wahan khuda kahega ke "ae nafs mutmain", yani "aya ae woh insaan jo meri scheme par raazi raha, main tujh se raazi, tu mujh se raazi".</w:t>
      </w:r>
      <w:r>
        <w:br/>
      </w:r>
      <w:r>
        <w:rPr>
          <w:sz w:val="20"/>
        </w:rPr>
        <w:t>1:02:45  ya ayyat nafsul mutmainnah,</w:t>
      </w:r>
      <w:r>
        <w:br/>
      </w:r>
      <w:r>
        <w:rPr>
          <w:sz w:val="20"/>
        </w:rPr>
        <w:t>1:02:50  ae nafs mutmain, yani jo khuda ki scheme ab theek thi, dunya mein hai, jo creation plan khuda ka hai, ya chahta hai khuda ke is tarah insaan rahe, to jo is tarah raha, woh nafs mutmain hai.</w:t>
      </w:r>
    </w:p>
    <w:p>
      <w:pPr>
        <w:pStyle w:val="Heading2"/>
      </w:pPr>
      <w:r>
        <w:t>Quran verse: two paths, worldly or afterlife goals</w:t>
      </w:r>
    </w:p>
    <w:p>
      <w:r>
        <w:rPr>
          <w:color w:val="666666"/>
          <w:sz w:val="18"/>
        </w:rPr>
        <w:t>Life's Journey April 12, 2015 · 40s · at 0:59 · https://youtu.be/9AF97mfiIPc?t=59</w:t>
      </w:r>
    </w:p>
    <w:p>
      <w:r>
        <w:rPr>
          <w:i/>
        </w:rPr>
        <w:t>“Tum mein koi dunya chahta hai, koi aakhirat”</w:t>
      </w:r>
    </w:p>
    <w:p>
      <w:r>
        <w:rPr>
          <w:sz w:val="20"/>
        </w:rPr>
        <w:t>0:59  quran mein aik ayat hai, Aal-e-Imran, 152.</w:t>
      </w:r>
      <w:r>
        <w:br/>
      </w:r>
      <w:r>
        <w:rPr>
          <w:sz w:val="20"/>
        </w:rPr>
        <w:t>1:08  minkum mein yareed dunya wa minkum mein yareed akhirat. is ka translation hai: tum mein se koi hai jo dunya chahta hai, aur koi hai jo akhirat chahta hai.</w:t>
      </w:r>
      <w:r>
        <w:br/>
      </w:r>
      <w:r>
        <w:rPr>
          <w:sz w:val="20"/>
        </w:rPr>
        <w:t>1:27  is ka matlab hai ke zindagi ke safar ke do tareeqay hain. aik hai dunya ke liye safar karna, aik akhirat ke liye safar karna.</w:t>
      </w:r>
    </w:p>
    <w:p>
      <w:pPr>
        <w:pStyle w:val="Heading2"/>
      </w:pPr>
      <w:r>
        <w:t>Thirst proves water exists, weakness is real</w:t>
      </w:r>
    </w:p>
    <w:p>
      <w:r>
        <w:rPr>
          <w:color w:val="666666"/>
          <w:sz w:val="18"/>
        </w:rPr>
        <w:t>The Existence of God October 7, 2012 · 59s · at 25:52 · https://youtu.be/Hm0ybuokQ8s?t=1552</w:t>
      </w:r>
    </w:p>
    <w:p>
      <w:r>
        <w:rPr>
          <w:i/>
        </w:rPr>
        <w:t>“When there's thirst, water also exists in this world”</w:t>
      </w:r>
    </w:p>
    <w:p>
      <w:r>
        <w:rPr>
          <w:sz w:val="20"/>
        </w:rPr>
        <w:t>25:52  aur jab pyas hai to kya hai is dunya mein? pani bhi maujood hai.</w:t>
      </w:r>
      <w:r>
        <w:br/>
      </w:r>
      <w:r>
        <w:rPr>
          <w:sz w:val="20"/>
        </w:rPr>
        <w:t>25:58  bohat ajeeb cheez hai ke pyas hai to pani bhi maujood hai. bhook hai to khana bhi maujood hai. lung hai to oxygen bhi maujood hai.</w:t>
      </w:r>
      <w:r>
        <w:br/>
      </w:r>
      <w:r>
        <w:rPr>
          <w:sz w:val="20"/>
        </w:rPr>
        <w:t>26:11  to isi tarah se agar insan kahin nature talash kar rahi hai, Khuda ko, ek paradise ko, zyada mechanical world ko, to aap isi par kyun nahi qayas karte ke wo ek reality hai?</w:t>
      </w:r>
      <w:r>
        <w:br/>
      </w:r>
      <w:r>
        <w:rPr>
          <w:sz w:val="20"/>
        </w:rPr>
        <w:t>26:26  jis tarah pyas ek reality hai, iska proof yeh hai ke iske liye pani maujood hai. pyas bhook ek reality hai, iska proof yeh hai ke khana maujood hai.</w:t>
      </w:r>
      <w:r>
        <w:br/>
      </w:r>
      <w:r>
        <w:rPr>
          <w:sz w:val="20"/>
        </w:rPr>
        <w:t>26:39  lung ek reality hai, iska proof yeh hai ke oxygen maujood hai. isi tarah se jis cheez ko aap keh rahe hain weakness, wo weakness bhi ek reality hai.</w:t>
      </w:r>
    </w:p>
    <w:p>
      <w:pPr>
        <w:pStyle w:val="Heading2"/>
      </w:pPr>
      <w:r>
        <w:t>Umar's line: God made men free</w:t>
      </w:r>
    </w:p>
    <w:p>
      <w:r>
        <w:rPr>
          <w:color w:val="666666"/>
          <w:sz w:val="18"/>
        </w:rPr>
        <w:t>Islam &amp; The Prophet of Islam October 21, 2012 · 49s · at 40:22 · https://youtu.be/qdki-pNoY3I?t=2422</w:t>
      </w:r>
    </w:p>
    <w:p>
      <w:r>
        <w:rPr>
          <w:i/>
        </w:rPr>
        <w:t>“Allah ne logon ko azad paida kiya tha, tumne ghulam bana liya”</w:t>
      </w:r>
    </w:p>
    <w:p>
      <w:r>
        <w:rPr>
          <w:sz w:val="20"/>
        </w:rPr>
        <w:t>40:22  Hazrat Umar ne kaha tha ke Hazrat Umar ne kaha tha us waqt yeh jumla governor se ke "</w:t>
      </w:r>
      <w:r>
        <w:br/>
      </w:r>
      <w:r>
        <w:rPr>
          <w:sz w:val="20"/>
        </w:rPr>
        <w:t>40:32  Allah ne logon ko azaad paida kiya tha, tum ne kab se inko ghulam bana liya".</w:t>
      </w:r>
      <w:r>
        <w:br/>
      </w:r>
      <w:r>
        <w:rPr>
          <w:sz w:val="20"/>
        </w:rPr>
        <w:t>40:42  Hazrat Umar ne us waqt kaha tha ke "Allah ne insano ko azaad paida kiya tha, tum ne kab se inko ghulam bana liya".</w:t>
      </w:r>
      <w:r>
        <w:br/>
      </w:r>
      <w:r>
        <w:rPr>
          <w:sz w:val="20"/>
        </w:rPr>
        <w:t>40:51  yahi cheez dekhiye, Rousseau ne dohrai hai apni kitaab mein "Social Contract" ke "man was born free but I see him in chains". yeh hai wahi woh aawaz jo democracy ki hai, wahi aakar isi ki culmination tha jo Europe mein poora hua.</w:t>
      </w:r>
    </w:p>
    <w:p>
      <w:pPr>
        <w:pStyle w:val="Heading2"/>
      </w:pPr>
      <w:r>
        <w:t>Pledge to God in solitude</w:t>
      </w:r>
    </w:p>
    <w:p>
      <w:r>
        <w:rPr>
          <w:color w:val="666666"/>
          <w:sz w:val="18"/>
        </w:rPr>
        <w:t>Good Tidings and Warnings for Dayees | June 2, 2006 | Maulana Wahiduddin Khan · 32s · at 24:26 · https://youtu.be/Cnoe4ckWtrg?t=1466</w:t>
      </w:r>
    </w:p>
    <w:p>
      <w:r>
        <w:rPr>
          <w:i/>
        </w:rPr>
        <w:t>“Khuda se aap apni tanhaaiyon mein apne dil ki zaban se yeh kahein”</w:t>
      </w:r>
    </w:p>
    <w:p>
      <w:r>
        <w:rPr>
          <w:sz w:val="20"/>
        </w:rPr>
        <w:t>24:26  khuda se aap apni tanhaiyon mein apne dil ki zuban se yeh kahein ke khudaya, jo sachai tu ne kholi hai mere upar, main ab is se kabhi hatne wala nahi hoon. aur phir aap kabhi is se na hatein. yeh aap ko pledge lena hai.</w:t>
      </w:r>
    </w:p>
    <w:p>
      <w:pPr>
        <w:pStyle w:val="Heading2"/>
      </w:pPr>
      <w:r>
        <w:t>Theoretical vs practical in Islam and politics</w:t>
      </w:r>
    </w:p>
    <w:p>
      <w:r>
        <w:rPr>
          <w:color w:val="666666"/>
          <w:sz w:val="18"/>
        </w:rPr>
        <w:t>Religion and Politics (In Conversation with Maulana) November 04, 2007 · 44s · at 0:56 · https://youtu.be/Q1MvGENe-O4?t=56</w:t>
      </w:r>
    </w:p>
    <w:p>
      <w:r>
        <w:rPr>
          <w:i/>
        </w:rPr>
        <w:t>“Ek baat nahi samajh paaye log”</w:t>
      </w:r>
    </w:p>
    <w:p>
      <w:r>
        <w:rPr>
          <w:sz w:val="20"/>
        </w:rPr>
        <w:t>0:56  dekhein, aik baat nahi samajh paye log ke aik hai theoretical sense mein alag hona, aik hai practical sense mein alag hona.</w:t>
      </w:r>
      <w:r>
        <w:br/>
      </w:r>
      <w:r>
        <w:rPr>
          <w:sz w:val="20"/>
        </w:rPr>
        <w:t>1:08  to theoretical sense mein bilashuba religion aur politics dono shamil hain islam mein. lekin practical sense mein nahi.</w:t>
      </w:r>
      <w:r>
        <w:br/>
      </w:r>
      <w:r>
        <w:rPr>
          <w:sz w:val="20"/>
        </w:rPr>
        <w:t>1:20  log samajh nahi paye is cheez ko ke theoretical sense mein kya matlab hota hai, practical sense mein kya matlab hota hai.</w:t>
      </w:r>
      <w:r>
        <w:br/>
      </w:r>
      <w:r>
        <w:rPr>
          <w:sz w:val="20"/>
        </w:rPr>
        <w:t>1:30  to practical sense mein islam aur politics alag hi alag hain. woh islam keh raha hoon. practical sense mein mazhab aur politics islam mein alag hi alag hain.</w:t>
      </w:r>
    </w:p>
    <w:p>
      <w:pPr>
        <w:pStyle w:val="Heading2"/>
      </w:pPr>
      <w:r>
        <w:t>Key to re-planning: admit I was wrong</w:t>
      </w:r>
    </w:p>
    <w:p>
      <w:r>
        <w:rPr>
          <w:color w:val="666666"/>
          <w:sz w:val="18"/>
        </w:rPr>
        <w:t>Fasting and Re-planning June 18, 2017 · 32s · at 40:26 · https://youtu.be/ekpPWHrK1DI?t=2426</w:t>
      </w:r>
    </w:p>
    <w:p>
      <w:r>
        <w:rPr>
          <w:i/>
        </w:rPr>
        <w:t>“Re-planning ka aik darwaza hai”</w:t>
      </w:r>
    </w:p>
    <w:p>
      <w:r>
        <w:rPr>
          <w:sz w:val="20"/>
        </w:rPr>
        <w:t>40:26  hai re planning ka ek darwaza hai jisko kholne ki jo kunji hai wo yeh khullam khulla</w:t>
      </w:r>
      <w:r>
        <w:br/>
      </w:r>
      <w:r>
        <w:rPr>
          <w:sz w:val="20"/>
        </w:rPr>
        <w:t>40:35  ایک کہنا I was wrong. I was wrong.</w:t>
      </w:r>
      <w:r>
        <w:br/>
      </w:r>
      <w:r>
        <w:rPr>
          <w:sz w:val="20"/>
        </w:rPr>
        <w:t>40:40  hazrat adam se ghalti hui unhon ne kaha ke i was wrong hazrat yunus se ghalti hui unhon</w:t>
      </w:r>
      <w:r>
        <w:br/>
      </w:r>
      <w:r>
        <w:rPr>
          <w:sz w:val="20"/>
        </w:rPr>
        <w:t>40:47  ne kaha ke i was wrong to dobara un ke tamam darwaze khol diye gaye</w:t>
      </w:r>
      <w:r>
        <w:br/>
      </w:r>
      <w:r>
        <w:rPr>
          <w:sz w:val="20"/>
        </w:rPr>
        <w:t>40:54  rabbana zalamna anfusana</w:t>
      </w:r>
    </w:p>
    <w:p>
      <w:pPr>
        <w:pStyle w:val="Heading2"/>
      </w:pPr>
      <w:r>
        <w:t>Prophet's mission is selfless, expects nothing in return</w:t>
      </w:r>
    </w:p>
    <w:p>
      <w:r>
        <w:rPr>
          <w:color w:val="666666"/>
          <w:sz w:val="18"/>
        </w:rPr>
        <w:t>Character of A Dayee January 29, 2014 · 27s · at 2:24 · https://youtu.be/HiPTrIHGmTE?t=144</w:t>
      </w:r>
    </w:p>
    <w:p>
      <w:r>
        <w:rPr>
          <w:i/>
        </w:rPr>
        <w:t>“Yeh ek selfless person ka kaam hai”</w:t>
      </w:r>
    </w:p>
    <w:p>
      <w:r>
        <w:rPr>
          <w:sz w:val="20"/>
        </w:rPr>
        <w:t>2:24  pehla jo hissa hai ke kaho ke main tum se koi ajr nahi chahta, to yeh batata hai ke yeh ek selfless person ka kaam hai.</w:t>
      </w:r>
      <w:r>
        <w:br/>
      </w:r>
      <w:r>
        <w:rPr>
          <w:sz w:val="20"/>
        </w:rPr>
        <w:t>2:39  yani peghambar bata raha hai ke main tum se mujhe koi wages nahi lena hai, koi badla nahi lena hai, koi shohrat nahi lena hai tum se.</w:t>
      </w:r>
    </w:p>
    <w:p>
      <w:pPr>
        <w:pStyle w:val="Heading2"/>
      </w:pPr>
      <w:r>
        <w:t>Carlyle's rebuttal: where did Muhammad's sword come from</w:t>
      </w:r>
    </w:p>
    <w:p>
      <w:r>
        <w:rPr>
          <w:color w:val="666666"/>
          <w:sz w:val="18"/>
        </w:rPr>
        <w:t>About Deconditioning April 6, 2008 · 51s · at 6:23 · https://youtu.be/CaCcbaMubWs?t=383</w:t>
      </w:r>
    </w:p>
    <w:p>
      <w:r>
        <w:rPr>
          <w:i/>
        </w:rPr>
        <w:t>“You say Muhammad spread Islam by the sword — from where?”</w:t>
      </w:r>
    </w:p>
    <w:p>
      <w:r>
        <w:rPr>
          <w:sz w:val="20"/>
        </w:rPr>
        <w:t>6:23  . to is mein ek bohat hi, ek ek simple baat se sab ko khatam kar diya us ne. unhon ne kaha ke tum kehte ho ke Muhammad ne sword ke zariye Islam phailaya, to yeh sword aayi kahan se?</w:t>
      </w:r>
      <w:r>
        <w:br/>
      </w:r>
      <w:r>
        <w:rPr>
          <w:sz w:val="20"/>
        </w:rPr>
        <w:t>6:39  Muhammad to akele the. yeh 610 AD mein jab unhon ne kaha ke main Khuda ka Paighambar hoon, to woh to akele the bilkul.</w:t>
      </w:r>
      <w:r>
        <w:br/>
      </w:r>
      <w:r>
        <w:rPr>
          <w:sz w:val="20"/>
        </w:rPr>
        <w:t>6:50  to woh kehta hai ke sword aayi ke</w:t>
      </w:r>
      <w:r>
        <w:br/>
      </w:r>
      <w:r>
        <w:rPr>
          <w:sz w:val="20"/>
        </w:rPr>
        <w:t>6:52  aan se? kehte hain saare logon ko sword se maarne ke liye to ek army army chahiye. woh army kahan se aayi? Muhammad ke paas to na money tha, na empire tha, na government tha,</w:t>
      </w:r>
      <w:r>
        <w:br/>
      </w:r>
      <w:r>
        <w:rPr>
          <w:sz w:val="20"/>
        </w:rPr>
        <w:t>7:06  kuch nahin tha. to yeh sword aayi kahan se? jis ne logon ko maar maar ke Musalman banaya. to is se un ka trend jo hai, badla.</w:t>
      </w:r>
    </w:p>
    <w:p>
      <w:pPr>
        <w:pStyle w:val="Heading2"/>
      </w:pPr>
      <w:r>
        <w:t>Three falsehoods ended by science and democracy</w:t>
      </w:r>
    </w:p>
    <w:p>
      <w:r>
        <w:rPr>
          <w:color w:val="666666"/>
          <w:sz w:val="18"/>
        </w:rPr>
        <w:t>Journey of History I 23 Dec, 2012 - Maulana Wahiduddin Khan · 32s · at 22:26 · https://youtu.be/1NvRxiYKTnc?t=1346</w:t>
      </w:r>
    </w:p>
    <w:p>
      <w:r>
        <w:rPr>
          <w:i/>
        </w:rPr>
        <w:t>“Nature worship ko khatam kiya physical sciences ne.”</w:t>
      </w:r>
    </w:p>
    <w:p>
      <w:r>
        <w:rPr>
          <w:sz w:val="20"/>
        </w:rPr>
        <w:t>22:26  To dekhen, nature worship ko khatam kiya physical sciences ne. Kingship ko khatam kiya democracy ne.</w:t>
      </w:r>
      <w:r>
        <w:br/>
      </w:r>
      <w:r>
        <w:rPr>
          <w:sz w:val="20"/>
        </w:rPr>
        <w:t>22:35  Aur humanism ko khatam kar raha hai global warming.</w:t>
      </w:r>
      <w:r>
        <w:br/>
      </w:r>
      <w:r>
        <w:rPr>
          <w:sz w:val="20"/>
        </w:rPr>
        <w:t>22:41  Insaan ka helpless sabit hona, yeh sabit karta hai ke humanism ki philosophy aik false philosophy thi. Insaan ko kuch hi qudrat nahi, kuch bhi nahi kar sakta hai insaan.</w:t>
      </w:r>
      <w:r>
        <w:br/>
      </w:r>
      <w:r>
        <w:rPr>
          <w:sz w:val="20"/>
        </w:rPr>
        <w:t>22:53  Insaan ki bas mein nahi hai ke woh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