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ethics · full transcripts with timestamps · exported 2026-09-22</w:t>
      </w:r>
    </w:p>
    <w:p>
      <w:pPr>
        <w:pStyle w:val="Heading2"/>
      </w:pPr>
      <w:r>
        <w:t>Prophet's advice: Don't be angry</w:t>
      </w:r>
    </w:p>
    <w:p>
      <w:r>
        <w:rPr>
          <w:color w:val="666666"/>
          <w:sz w:val="18"/>
        </w:rPr>
        <w:t>Don't Be Angry Culture January 15, 2012 Maulana Wahiduddin Khan · 54s · at 2:03 · https://youtu.be/rY1Ikwmwwdk?t=123</w:t>
      </w:r>
    </w:p>
    <w:p>
      <w:r>
        <w:rPr>
          <w:i/>
        </w:rPr>
        <w:t>“Ek sahabi Rasool Allah ke paas aaye”</w:t>
      </w:r>
    </w:p>
    <w:p>
      <w:r>
        <w:rPr>
          <w:sz w:val="20"/>
        </w:rPr>
        <w:t>2:03  aik riwayat mein aata hai ke aik sahabi rasool Allah ke paas aaye, unhon ne aik sawal kiya.</w:t>
      </w:r>
      <w:r>
        <w:br/>
      </w:r>
      <w:r>
        <w:rPr>
          <w:sz w:val="20"/>
        </w:rPr>
        <w:t>2:15  unhon ne kaha ke: "ya rasool Allah, allimni kalimatin aish biha, wa la tukassir alayya faansa".</w:t>
      </w:r>
      <w:r>
        <w:br/>
      </w:r>
      <w:r>
        <w:rPr>
          <w:sz w:val="20"/>
        </w:rPr>
        <w:t>2:29  is sawal ka tarjuma yeh hai ke: "ae Allah ke rasool,</w:t>
      </w:r>
      <w:r>
        <w:br/>
      </w:r>
      <w:r>
        <w:rPr>
          <w:sz w:val="20"/>
        </w:rPr>
        <w:t>2:36  mujhe koi aisi baat bataiye jis mein mein jiyoon, aur woh lambi na ho ke mein bhool jaon".</w:t>
      </w:r>
      <w:r>
        <w:br/>
      </w:r>
      <w:r>
        <w:rPr>
          <w:sz w:val="20"/>
        </w:rPr>
        <w:t>2:47  to aap ne jawab diya: "la taghzab", "Don't be angry", ghussa na karo.</w:t>
      </w:r>
    </w:p>
    <w:p>
      <w:pPr>
        <w:pStyle w:val="Heading2"/>
      </w:pPr>
      <w:r>
        <w:t>Oppression time is best for earning reward</w:t>
      </w:r>
    </w:p>
    <w:p>
      <w:r>
        <w:rPr>
          <w:color w:val="666666"/>
          <w:sz w:val="18"/>
        </w:rPr>
        <w:t>Double Reward 15 Feb 2020 - Maulana Wahiduddin Khan · 28s · at 4:50 · https://youtu.be/Os-Kuq1-wAk?t=290</w:t>
      </w:r>
    </w:p>
    <w:p>
      <w:r>
        <w:rPr>
          <w:i/>
        </w:rPr>
        <w:t>“To jab koi aap ke saath achha sulook na kare”</w:t>
      </w:r>
    </w:p>
    <w:p>
      <w:r>
        <w:rPr>
          <w:sz w:val="20"/>
        </w:rPr>
        <w:t>4:50  to jab koi aap ko, aap ke sath acha, acha sulook na kare, to aam taur par aisa hota hai ke log ghussa ho jate hain.</w:t>
      </w:r>
      <w:r>
        <w:br/>
      </w:r>
      <w:r>
        <w:rPr>
          <w:sz w:val="20"/>
        </w:rPr>
        <w:t>5:03  halankeh wohi waqt hai ke aap ziyada sawab len, ziyada reward len.</w:t>
      </w:r>
      <w:r>
        <w:br/>
      </w:r>
      <w:r>
        <w:rPr>
          <w:sz w:val="20"/>
        </w:rPr>
        <w:t>5:12  ziyada reward len.</w:t>
      </w:r>
    </w:p>
    <w:p>
      <w:pPr>
        <w:pStyle w:val="Heading2"/>
      </w:pPr>
      <w:r>
        <w:t>Prayer means trust in Allah</w:t>
      </w:r>
    </w:p>
    <w:p>
      <w:r>
        <w:rPr>
          <w:color w:val="666666"/>
          <w:sz w:val="18"/>
        </w:rPr>
        <w:t>Dars-e-Quran, Chapter 2, Verses 44-46, January 28, 2018 · 1m 00s · at 27:15 · https://youtu.be/3Kd5InuBtFA?t=1635</w:t>
      </w:r>
    </w:p>
    <w:p>
      <w:r>
        <w:rPr>
          <w:i/>
        </w:rPr>
        <w:t>“نماز کا مطلب کیا ہے؟ اللہ پر بھروسہ کرو”</w:t>
      </w:r>
    </w:p>
    <w:p>
      <w:r>
        <w:rPr>
          <w:sz w:val="20"/>
        </w:rPr>
        <w:t>27:15  namaz ka matlab kya hai? Allah par bharosa karo, Allah par bharosa karo, Allah se dua karo.</w:t>
      </w:r>
      <w:r>
        <w:br/>
      </w:r>
      <w:r>
        <w:rPr>
          <w:sz w:val="20"/>
        </w:rPr>
        <w:t>27:23  to yeh is is ayat ko is time mein bhi sabr o salat aap masjid ke mahol ko le</w:t>
      </w:r>
      <w:r>
        <w:br/>
      </w:r>
      <w:r>
        <w:rPr>
          <w:sz w:val="20"/>
        </w:rPr>
        <w:t>27:30  kar samajhna chahenge to nahi samjhenge.</w:t>
      </w:r>
      <w:r>
        <w:br/>
      </w:r>
      <w:r>
        <w:rPr>
          <w:sz w:val="20"/>
        </w:rPr>
        <w:t>27:38  aaj jo aaj jo masjidon ka mahol hai,</w:t>
      </w:r>
      <w:r>
        <w:br/>
      </w:r>
      <w:r>
        <w:rPr>
          <w:sz w:val="20"/>
        </w:rPr>
        <w:t>27:46  wahan ke mahol ko le kar samajhna chahein aap to nahi samajh sakte.</w:t>
      </w:r>
      <w:r>
        <w:br/>
      </w:r>
      <w:r>
        <w:rPr>
          <w:sz w:val="20"/>
        </w:rPr>
        <w:t>27:53  aap wahan jo mahol tha makkah madine mein, saatvi sadi eesvi mein, us ko le kar sochiye, tab</w:t>
      </w:r>
      <w:r>
        <w:br/>
      </w:r>
      <w:r>
        <w:rPr>
          <w:sz w:val="20"/>
        </w:rPr>
        <w:t>28:01  samajh payenge aap keh kya matlab hai sabr ka, kya matlab hai namaz ka.</w:t>
      </w:r>
      <w:r>
        <w:br/>
      </w:r>
      <w:r>
        <w:rPr>
          <w:sz w:val="20"/>
        </w:rPr>
        <w:t>28:08  is ka matlab yeh hai keh dawat</w:t>
      </w:r>
    </w:p>
    <w:p>
      <w:pPr>
        <w:pStyle w:val="Heading2"/>
      </w:pPr>
      <w:r>
        <w:t>Qatal does not mean physical war</w:t>
      </w:r>
    </w:p>
    <w:p>
      <w:r>
        <w:rPr>
          <w:color w:val="666666"/>
          <w:sz w:val="18"/>
        </w:rPr>
        <w:t>Religious Understanding October 18, 2015 Maulana Wahiduddin Khan · 46s · at 5:37 · https://youtu.be/yt5TAVhva6E?t=337</w:t>
      </w:r>
    </w:p>
    <w:p>
      <w:r>
        <w:rPr>
          <w:i/>
        </w:rPr>
        <w:t>“Toh mainne is par socha to mujhe samajh mein aaya”</w:t>
      </w:r>
    </w:p>
    <w:p>
      <w:r>
        <w:rPr>
          <w:sz w:val="20"/>
        </w:rPr>
        <w:t>5:37  to main main ne is par socha to mujhe samajh mein aaya ke qitaal ka lafz jang ke maani mein nahin hai.</w:t>
      </w:r>
      <w:r>
        <w:br/>
      </w:r>
      <w:r>
        <w:rPr>
          <w:sz w:val="20"/>
        </w:rPr>
        <w:t>5:47  jaise main ne ek mazmoon mein parha maulana hafiz ur rehman sawari ke baray mein. to is mein likha tha ke maulana hafiz ur rehman sahib ne sari umar firqa parasti ke khilaaf ladaai ki.</w:t>
      </w:r>
      <w:r>
        <w:br/>
      </w:r>
      <w:r>
        <w:rPr>
          <w:sz w:val="20"/>
        </w:rPr>
        <w:t>6:07  maulana hafiz ur rehman sahib ne sari umar firqa parasti ke khilaaf ladaai ki.</w:t>
      </w:r>
      <w:r>
        <w:br/>
      </w:r>
      <w:r>
        <w:rPr>
          <w:sz w:val="20"/>
        </w:rPr>
        <w:t>6:13  to yahan ladaai ka maani yeh nahin ke talwaar chalaai ya bandook chalaai. matlab firqa parasti ke khilaaf taqreerein ki, koshishein ki.</w:t>
      </w:r>
      <w:r>
        <w:br/>
      </w:r>
      <w:r>
        <w:rPr>
          <w:sz w:val="20"/>
        </w:rPr>
        <w:t>6:24  to har zabaan mein aisa hota hai ke kisi cheez ko ziyada zor dene ke liye koi lafz istemaal kar liya jata hai.</w:t>
      </w:r>
    </w:p>
    <w:p>
      <w:pPr>
        <w:pStyle w:val="Heading2"/>
      </w:pPr>
      <w:r>
        <w:t>only your good or bad deeds go with you</w:t>
      </w:r>
    </w:p>
    <w:p>
      <w:r>
        <w:rPr>
          <w:color w:val="666666"/>
          <w:sz w:val="18"/>
        </w:rPr>
        <w:t>Good Relationships CPS Women Discussion 23 September 10, 2023 · 26s · at 19:55 · https://youtu.be/5UlMoC6-jGU?t=1195</w:t>
      </w:r>
    </w:p>
    <w:p>
      <w:r>
        <w:rPr>
          <w:i/>
        </w:rPr>
        <w:t>“Only our good or bad deeds will go with us”</w:t>
      </w:r>
    </w:p>
    <w:p>
      <w:r>
        <w:rPr>
          <w:sz w:val="20"/>
        </w:rPr>
        <w:t>19:55  to hamare saath to sirf hamare achhe amal ya bure amal jo bhi hain woh jayenge. agar achhe amal kiye hain to achhe bure amal kiye hain to bure aur usmein doosron se akhlaaq ki bahut important baat hai. to yeh duniya to bahut thode waqt ke liye hai. hum sab jaante hain asal cheez to aaqrat jo ki abdiya aur eternal hai.</w:t>
      </w:r>
      <w:r>
        <w:br/>
      </w:r>
      <w:r>
        <w:rPr>
          <w:sz w:val="20"/>
        </w:rPr>
        <w:t>20:21  allah hamein quran mein tarah tarah se guidance deta hai especially doosron ke talluqaat ki achhi relation rakhna.</w:t>
      </w:r>
    </w:p>
    <w:p>
      <w:pPr>
        <w:pStyle w:val="Heading2"/>
      </w:pPr>
      <w:r>
        <w:t>Formula of nature equals Islamic formula</w:t>
      </w:r>
    </w:p>
    <w:p>
      <w:r>
        <w:rPr>
          <w:color w:val="666666"/>
          <w:sz w:val="18"/>
        </w:rPr>
        <w:t>Art of War and Islam · 47s · at 2:26 · https://youtu.be/LvYP_pf17S0?t=146</w:t>
      </w:r>
    </w:p>
    <w:p>
      <w:r>
        <w:rPr>
          <w:i/>
        </w:rPr>
        <w:t>“It is a formula of nature”</w:t>
      </w:r>
    </w:p>
    <w:p>
      <w:r>
        <w:rPr>
          <w:sz w:val="20"/>
        </w:rPr>
        <w:t>2:26  this is the only formula of successful life in this earth.</w:t>
      </w:r>
      <w:r>
        <w:br/>
      </w:r>
      <w:r>
        <w:rPr>
          <w:sz w:val="20"/>
        </w:rPr>
        <w:t>2:40  then it is not a formula of a military general. it is a formula of nature.</w:t>
      </w:r>
      <w:r>
        <w:br/>
      </w:r>
      <w:r>
        <w:rPr>
          <w:sz w:val="20"/>
        </w:rPr>
        <w:t>2:52  it is a formula of nature. and as islam is a religion of nature, as islam is a religion of nature, so this formula is also an islamic formula.</w:t>
      </w:r>
    </w:p>
    <w:p>
      <w:pPr>
        <w:pStyle w:val="Heading2"/>
      </w:pPr>
      <w:r>
        <w:t>The strong control their anger</w:t>
      </w:r>
    </w:p>
    <w:p>
      <w:r>
        <w:rPr>
          <w:color w:val="666666"/>
          <w:sz w:val="18"/>
        </w:rPr>
        <w:t>Don't Be Angry Culture January 15, 2012 Maulana Wahiduddin Khan · 36s · at 23:01 · https://youtu.be/rY1Ikwmwwdk?t=1381</w:t>
      </w:r>
    </w:p>
    <w:p>
      <w:r>
        <w:rPr>
          <w:i/>
        </w:rPr>
        <w:t>“Ek hadith hai: 'Inna shadeed yamliku indal ghadab'”</w:t>
      </w:r>
    </w:p>
    <w:p>
      <w:r>
        <w:rPr>
          <w:sz w:val="20"/>
        </w:rPr>
        <w:t>23:01  Ek hadith hai: "In</w:t>
      </w:r>
      <w:r>
        <w:br/>
      </w:r>
      <w:r>
        <w:rPr>
          <w:sz w:val="20"/>
        </w:rPr>
        <w:t>23:09  shadeed yamilk ind al-ghadab". Yani taqatwar woh nahi hai jo pachhar de larai mein, larka pachhar de.</w:t>
      </w:r>
      <w:r>
        <w:br/>
      </w:r>
      <w:r>
        <w:rPr>
          <w:sz w:val="20"/>
        </w:rPr>
        <w:t>23:20  Nahi. Taqatwar woh hai jo apne ghusay ko control kar le.</w:t>
      </w:r>
      <w:r>
        <w:br/>
      </w:r>
      <w:r>
        <w:rPr>
          <w:sz w:val="20"/>
        </w:rPr>
        <w:t>23:29  Jo apne ghusay ko control kar le. Kyunke aap larr kar kisi ko pachhara aap ne to kya kiya aap ne? Ek aadmi ko apna dushman bana liya aap ne.</w:t>
      </w:r>
    </w:p>
    <w:p>
      <w:pPr>
        <w:pStyle w:val="Heading2"/>
      </w:pPr>
      <w:r>
        <w:t>Avoid reaction to find opportunities</w:t>
      </w:r>
    </w:p>
    <w:p>
      <w:r>
        <w:rPr>
          <w:color w:val="666666"/>
          <w:sz w:val="18"/>
        </w:rPr>
        <w:t>The Case of Present Day Muslims (In Conversation with Maulana) February 14, 2010 · 33s · at 10:51 · https://youtu.be/Rw-5WYJKQtw?t=651</w:t>
      </w:r>
    </w:p>
    <w:p>
      <w:r>
        <w:rPr>
          <w:i/>
        </w:rPr>
        <w:t>“The most important thing is to save yourself from reaction.”</w:t>
      </w:r>
    </w:p>
    <w:p>
      <w:r>
        <w:rPr>
          <w:sz w:val="20"/>
        </w:rPr>
        <w:t>10:51  dekhen ek sab se aham baat hai ke reaction se apne ko bachaiye.</w:t>
      </w:r>
      <w:r>
        <w:br/>
      </w:r>
      <w:r>
        <w:rPr>
          <w:sz w:val="20"/>
        </w:rPr>
        <w:t>10:59  sab se aham baat yeh hai ke aap apne ko reaction se bachaye, bas reaction mein parein to woh dikhai nahi degi, opportunity dikhai nahi degi. mujhe bar bar aisa hua hai mere saath khud ke koi cheez hui, koi problem aaya to agar main main ne react kiya to opportunity mujhe dikhai nahi degi, main us ko kho doonga.</w:t>
      </w:r>
    </w:p>
    <w:p>
      <w:pPr>
        <w:pStyle w:val="Heading2"/>
      </w:pPr>
      <w:r>
        <w:t>Modesty is key to success</w:t>
      </w:r>
    </w:p>
    <w:p>
      <w:r>
        <w:rPr>
          <w:color w:val="666666"/>
          <w:sz w:val="18"/>
        </w:rPr>
        <w:t>Islam in Daily Life I 26 Dec, 2010 - Maulana Wahiduddin Khan · 39s · at 20:35 · https://youtu.be/S7ahMQ1iyp0?t=1235</w:t>
      </w:r>
    </w:p>
    <w:p>
      <w:r>
        <w:rPr>
          <w:i/>
        </w:rPr>
        <w:t>“Allahu akbar ka matlab hai modesty”</w:t>
      </w:r>
    </w:p>
    <w:p>
      <w:r>
        <w:rPr>
          <w:sz w:val="20"/>
        </w:rPr>
        <w:t>20:35  ab kitni ajeeb baat hai yeh ke "Allah Akbar" ka matlab hai modesty. modesty.</w:t>
      </w:r>
      <w:r>
        <w:br/>
      </w:r>
      <w:r>
        <w:rPr>
          <w:sz w:val="20"/>
        </w:rPr>
        <w:t>20:45  modesty is a key to all kinds of success.</w:t>
      </w:r>
      <w:r>
        <w:br/>
      </w:r>
      <w:r>
        <w:rPr>
          <w:sz w:val="20"/>
        </w:rPr>
        <w:t>20:53  sab sari sab se bari value, sab se bari sifat</w:t>
      </w:r>
      <w:r>
        <w:br/>
      </w:r>
      <w:r>
        <w:rPr>
          <w:sz w:val="20"/>
        </w:rPr>
        <w:t>21:02  modesty hai. yani tawazu. hadith mein aata hai ke: "man tawada' rafa' Allah". jis ke andar tawazu aa gayi to Allah us ko bara darja deta hai.</w:t>
      </w:r>
    </w:p>
    <w:p>
      <w:pPr>
        <w:pStyle w:val="Heading2"/>
      </w:pPr>
      <w:r>
        <w:t>Three conditions of repentance in Islam</w:t>
      </w:r>
    </w:p>
    <w:p>
      <w:r>
        <w:rPr>
          <w:color w:val="666666"/>
          <w:sz w:val="18"/>
        </w:rPr>
        <w:t>Understanding Islam (In Conversation with Maulana) June 20, 2010 Maulana Wahidudidn Khan · 36s · at 13:40 · https://youtu.be/7UylaPL-iO8?t=820</w:t>
      </w:r>
    </w:p>
    <w:p>
      <w:r>
        <w:rPr>
          <w:i/>
        </w:rPr>
        <w:t>“Dekhiye, Quran mein hai keh jo toba karta hai”</w:t>
      </w:r>
    </w:p>
    <w:p>
      <w:r>
        <w:rPr>
          <w:sz w:val="20"/>
        </w:rPr>
        <w:t>13:40  dekhiye, Quran mein hai ke jo tauba karta hai to us ki tauba maaf ho jati hai. tauba ka maani hai lotna, paltna.</w:t>
      </w:r>
      <w:r>
        <w:br/>
      </w:r>
      <w:r>
        <w:rPr>
          <w:sz w:val="20"/>
        </w:rPr>
        <w:t>13:52  to toba ke liye ulama ne teen shartein batai hain. toba, toba mein is ko english mein keh sakte hain woh introspection,</w:t>
      </w:r>
      <w:r>
        <w:br/>
      </w:r>
      <w:r>
        <w:rPr>
          <w:sz w:val="20"/>
        </w:rPr>
        <w:t>14:05  repentance, introspection. to toba ki teen shartein batai hain. number one, nadamat. al tobat al naddm kaha gaya hai.</w:t>
      </w:r>
    </w:p>
    <w:p>
      <w:pPr>
        <w:pStyle w:val="Heading2"/>
      </w:pPr>
      <w:r>
        <w:t>Islam in Daily Life is gratitude</w:t>
      </w:r>
    </w:p>
    <w:p>
      <w:r>
        <w:rPr>
          <w:color w:val="666666"/>
          <w:sz w:val="18"/>
        </w:rPr>
        <w:t>Islam in Daily Life I 26 Dec, 2010 - Maulana Wahiduddin Khan · 30s · at 57:19 · https://youtu.be/S7ahMQ1iyp0?t=3439</w:t>
      </w:r>
    </w:p>
    <w:p>
      <w:r>
        <w:rPr>
          <w:i/>
        </w:rPr>
        <w:t>“Yeh hai Islam in Daily Life ka matlab”</w:t>
      </w:r>
    </w:p>
    <w:p>
      <w:r>
        <w:rPr>
          <w:sz w:val="20"/>
        </w:rPr>
        <w:t>57:19  to yeh hai islam in day life ka matlab. islam in day life yaad rahe, koi ritual mein jeene ka naam nahin hai.</w:t>
      </w:r>
      <w:r>
        <w:br/>
      </w:r>
      <w:r>
        <w:rPr>
          <w:sz w:val="20"/>
        </w:rPr>
        <w:t>57:29  kuch rituals nahin hain, kuch subah kar lo, sham kar lo, rituals nahin. shukr ke samandar mein ghota lagane ka naam hai.</w:t>
      </w:r>
      <w:r>
        <w:br/>
      </w:r>
      <w:r>
        <w:rPr>
          <w:sz w:val="20"/>
        </w:rPr>
        <w:t>57:42  apne andar jannati shakhsiyat banane ka naam hai.</w:t>
      </w:r>
    </w:p>
    <w:p>
      <w:pPr>
        <w:pStyle w:val="Heading2"/>
      </w:pPr>
      <w:r>
        <w:t>Power of patient thought</w:t>
      </w:r>
    </w:p>
    <w:p>
      <w:r>
        <w:rPr>
          <w:color w:val="666666"/>
          <w:sz w:val="18"/>
        </w:rPr>
        <w:t>Power of Patience | June 16, 2010 | Maulana Wahiduddin Khan · 30s · at 5:19 · https://youtu.be/FlWqljdLKHE?t=319</w:t>
      </w:r>
    </w:p>
    <w:p>
      <w:r>
        <w:rPr>
          <w:i/>
        </w:rPr>
        <w:t>“I only have the power of patient thought.”</w:t>
      </w:r>
    </w:p>
    <w:p>
      <w:r>
        <w:rPr>
          <w:sz w:val="20"/>
        </w:rPr>
        <w:t>5:19  only the power of patient thought yaani mere andar koi alag dhang ki لیاقت nahi hai special qism ki.</w:t>
      </w:r>
      <w:r>
        <w:br/>
      </w:r>
      <w:r>
        <w:rPr>
          <w:sz w:val="20"/>
        </w:rPr>
        <w:t>5:25  aik hi cheez mere andar hai ke bohat ziyada patiently sochna.</w:t>
      </w:r>
      <w:r>
        <w:br/>
      </w:r>
      <w:r>
        <w:rPr>
          <w:sz w:val="20"/>
        </w:rPr>
        <w:t>5:31  kisi aik cheez par focus kar ke patiently sochna yeh meri taqat hai.</w:t>
      </w:r>
      <w:r>
        <w:br/>
      </w:r>
      <w:r>
        <w:rPr>
          <w:sz w:val="20"/>
        </w:rPr>
        <w:t>5:37  is se woh founder of modern science ban gaya.</w:t>
      </w:r>
      <w:r>
        <w:br/>
      </w:r>
      <w:r>
        <w:rPr>
          <w:sz w:val="20"/>
        </w:rPr>
        <w:t>5:43  dekhen sabr kya karta hai</w:t>
      </w:r>
    </w:p>
    <w:p>
      <w:pPr>
        <w:pStyle w:val="Heading2"/>
      </w:pPr>
      <w:r>
        <w:t>Muslims mistook their own theory's failure for Islam's failure</w:t>
      </w:r>
    </w:p>
    <w:p>
      <w:r>
        <w:rPr>
          <w:color w:val="666666"/>
          <w:sz w:val="18"/>
        </w:rPr>
        <w:t>Is Islam in Danger, January 10, 2007 · 23s · at 29:28 · https://youtu.be/1vrUjeA7508?t=1768</w:t>
      </w:r>
    </w:p>
    <w:p>
      <w:r>
        <w:rPr>
          <w:i/>
        </w:rPr>
        <w:t>“مسلمانوں نے خود سے اسلام کا جو نظریہ بنایا تھا وہ غلط ثابت ہو گیا”</w:t>
      </w:r>
    </w:p>
    <w:p>
      <w:r>
        <w:rPr>
          <w:sz w:val="20"/>
        </w:rPr>
        <w:t>29:28  to unhon ne samjha ke khud islam galat sabit ho gaya hai. aur hungama karnay lagay. islam khatray mein hai, islam khatray mein hai, islam khatray mein hai. islam na kabhi khatray mein tha, yani islam khatray mein hai.</w:t>
      </w:r>
      <w:r>
        <w:br/>
      </w:r>
      <w:r>
        <w:rPr>
          <w:sz w:val="20"/>
        </w:rPr>
        <w:t>29:42  islam ka muslim nazariya khatray mein hai. is muslim nazariye ko khatam karo. jis tarah se aik church ne. dekhiye church ne kya kiya?</w:t>
      </w:r>
    </w:p>
    <w:p>
      <w:pPr>
        <w:pStyle w:val="Heading2"/>
      </w:pPr>
      <w:r>
        <w:t>Believer like tree in positivity</w:t>
      </w:r>
    </w:p>
    <w:p>
      <w:r>
        <w:rPr>
          <w:color w:val="666666"/>
          <w:sz w:val="18"/>
        </w:rPr>
        <w:t>From the Spiritual Tree 20 February 2011 - Maulana Wahiduddin Khan · 36s · at 2:37 · https://youtu.be/FpBLnD-xv6A?t=157</w:t>
      </w:r>
    </w:p>
    <w:p>
      <w:r>
        <w:rPr>
          <w:i/>
        </w:rPr>
        <w:t>“To Quran mein phir yaad aaya mujhe”</w:t>
      </w:r>
    </w:p>
    <w:p>
      <w:r>
        <w:rPr>
          <w:sz w:val="20"/>
        </w:rPr>
        <w:t>2:37  to quran mein phir yaad aaya mujhe, quran majeed mein misaal di gayi hai ke sachcha jo believer hai, Allah ko manane wala, woh darakht ki manind hota hai.</w:t>
      </w:r>
      <w:r>
        <w:br/>
      </w:r>
      <w:r>
        <w:rPr>
          <w:sz w:val="20"/>
        </w:rPr>
        <w:t>2:53  to Allah taala ne sari cheezon mein se ek hi cheez ko chuna, believer ki misaal ke liye. to is ka kam az kam ek pehlu yeh hai ke woh hamesha positivity mein jeeta hai.</w:t>
      </w:r>
    </w:p>
    <w:p>
      <w:pPr>
        <w:pStyle w:val="Heading2"/>
      </w:pPr>
      <w:r>
        <w:t>Patience from God, haste from Satan</w:t>
      </w:r>
    </w:p>
    <w:p>
      <w:r>
        <w:rPr>
          <w:color w:val="666666"/>
          <w:sz w:val="18"/>
        </w:rPr>
        <w:t>How to Develop Spiritual Personality July 16, 2006 Maulana Wahiduddin Khan · 32s · at 19:19 · https://youtu.be/nxFUXRFboW4?t=1159</w:t>
      </w:r>
    </w:p>
    <w:p>
      <w:r>
        <w:rPr>
          <w:i/>
        </w:rPr>
        <w:t>“Yeh hai zindagi ka formula.”</w:t>
      </w:r>
    </w:p>
    <w:p>
      <w:r>
        <w:rPr>
          <w:sz w:val="20"/>
        </w:rPr>
        <w:t>19:19  ye hai zindagi ka formula. is baat ko hadees mein is tarah kaha gaya hai ke "al-sabr min allah wa al-ajlah min al-shaytan".</w:t>
      </w:r>
      <w:r>
        <w:br/>
      </w:r>
      <w:r>
        <w:rPr>
          <w:sz w:val="20"/>
        </w:rPr>
        <w:t>19:32  yani pehans jo hai woh khuda ki taraf se hai. aur jaldi yeh shaitan ki taraf se hota hai. jab koi aadmi chahta hai jaldi karna, jaldi se aage badhna, jaldi sab kuch kar dalna to woh shaitan us ko activate kar raha hota hai.</w:t>
      </w:r>
    </w:p>
    <w:p>
      <w:pPr>
        <w:pStyle w:val="Heading2"/>
      </w:pPr>
      <w:r>
        <w:t>Political power comes from God, not from grabbing it</w:t>
      </w:r>
    </w:p>
    <w:p>
      <w:r>
        <w:rPr>
          <w:color w:val="666666"/>
          <w:sz w:val="18"/>
        </w:rPr>
        <w:t>Importance of Shukr (Thankfulness) July 24, 2022 · 48s · at 43:31 · https://youtu.be/MgWNIv0k1sk?t=2611</w:t>
      </w:r>
    </w:p>
    <w:p>
      <w:r>
        <w:rPr>
          <w:i/>
        </w:rPr>
        <w:t>“Yeh power Allah ke dene se milta hai”</w:t>
      </w:r>
    </w:p>
    <w:p>
      <w:r>
        <w:rPr>
          <w:sz w:val="20"/>
        </w:rPr>
        <w:t>43:31  to yeh bilkul galat hai, total sense mein galat hai.</w:t>
      </w:r>
      <w:r>
        <w:br/>
      </w:r>
      <w:r>
        <w:rPr>
          <w:sz w:val="20"/>
        </w:rPr>
        <w:t>43:36  kyunke jo hamein kaam karna hai, woh tazkiya-e-nafs ka karna hai. apne andar hamein positive personality develop karni hai. kyunke jab Allah taala dekhenge ke hamare andar salahiyat paida ho gayi hai hukumat sambhalne ki, tabhi hum ko Allah power dega.</w:t>
      </w:r>
      <w:r>
        <w:br/>
      </w:r>
      <w:r>
        <w:rPr>
          <w:sz w:val="20"/>
        </w:rPr>
        <w:t>43:55  to yeh power Allah ke dene se milta hai.</w:t>
      </w:r>
      <w:r>
        <w:br/>
      </w:r>
      <w:r>
        <w:rPr>
          <w:sz w:val="20"/>
        </w:rPr>
        <w:t>43:58  to aap log Allah ki jurisdiction mein dakhil hone ki koshish na karein. kyunke is se milega kuch nahi, siwaye apne aap ko, apni apni barbadi ke siwa aur kuch nahi milne wala hai.</w:t>
      </w:r>
      <w:r>
        <w:br/>
      </w:r>
      <w:r>
        <w:rPr>
          <w:sz w:val="20"/>
        </w:rPr>
        <w:t>44:14  to hamein jo kya karna hai? ke sirf apni positive personality banani hai.</w:t>
      </w:r>
    </w:p>
    <w:p>
      <w:pPr>
        <w:pStyle w:val="Heading2"/>
      </w:pPr>
      <w:r>
        <w:t>Invisibility not proof of nonexistence</w:t>
      </w:r>
    </w:p>
    <w:p>
      <w:r>
        <w:rPr>
          <w:color w:val="666666"/>
          <w:sz w:val="18"/>
        </w:rPr>
        <w:t>Journey of Divine Civilization | January 24, 2010 · 30s · at 33:17 · https://youtu.be/QCWXCjeZxnc?t=1997</w:t>
      </w:r>
    </w:p>
    <w:p>
      <w:r>
        <w:rPr>
          <w:i/>
        </w:rPr>
        <w:t>“Secular log kar chuke thay”</w:t>
      </w:r>
    </w:p>
    <w:p>
      <w:r>
        <w:rPr>
          <w:sz w:val="20"/>
        </w:rPr>
        <w:t>33:17  secular log kar chukay thay, yani secular logon ne prove kiya, usay prove kiya ke khuda ka wajood hai.</w:t>
      </w:r>
      <w:r>
        <w:br/>
      </w:r>
      <w:r>
        <w:rPr>
          <w:sz w:val="20"/>
        </w:rPr>
        <w:t>33:22  khuda ka invisible hona yeh saboot nahi ke khuda ka wajood nahi hai.</w:t>
      </w:r>
      <w:r>
        <w:br/>
      </w:r>
      <w:r>
        <w:rPr>
          <w:sz w:val="20"/>
        </w:rPr>
        <w:t>33:27  kyunke sari material world bhi invisible hai.</w:t>
      </w:r>
      <w:r>
        <w:br/>
      </w:r>
      <w:r>
        <w:rPr>
          <w:sz w:val="20"/>
        </w:rPr>
        <w:t>33:32  yani sara matter khud invisible hai.</w:t>
      </w:r>
      <w:r>
        <w:br/>
      </w:r>
      <w:r>
        <w:rPr>
          <w:sz w:val="20"/>
        </w:rPr>
        <w:t>33:37  jab material safar hamara pohancha electron tak, to hamein maloom hua ke material matter bhi invisible hai.</w:t>
      </w:r>
      <w:r>
        <w:br/>
      </w:r>
      <w:r>
        <w:rPr>
          <w:sz w:val="20"/>
        </w:rPr>
        <w:t>33:42  to matter invisible hai, to character</w:t>
      </w:r>
    </w:p>
    <w:p>
      <w:pPr>
        <w:pStyle w:val="Heading2"/>
      </w:pPr>
      <w:r>
        <w:t>Truthful personality leads to honorable seat</w:t>
      </w:r>
    </w:p>
    <w:p>
      <w:r>
        <w:rPr>
          <w:color w:val="666666"/>
          <w:sz w:val="18"/>
        </w:rPr>
        <w:t>Speaking Truth (In conversation with Maulan) · 22s · at 21:57 · https://youtu.be/Fi3Z0-JgBac?t=1317</w:t>
      </w:r>
    </w:p>
    <w:p>
      <w:r>
        <w:rPr>
          <w:i/>
        </w:rPr>
        <w:t>“Agar aapne apni personality banayi hai, sachchi personality”</w:t>
      </w:r>
    </w:p>
    <w:p>
      <w:r>
        <w:rPr>
          <w:sz w:val="20"/>
        </w:rPr>
        <w:t>21:57  yaani personality development ke saath maine joda hai is ko. ki agar aap ne apni personality banayi hai, sachchi personality, to aap ko khuda ke pados mein jagah milegi bahut hi honorable seat par. nahin to nahin milegi. yeh hai mera dekh fark dono mein.</w:t>
      </w:r>
    </w:p>
    <w:p>
      <w:pPr>
        <w:pStyle w:val="Heading2"/>
      </w:pPr>
      <w:r>
        <w:t>Highest level of patience and self-defense</w:t>
      </w:r>
    </w:p>
    <w:p>
      <w:r>
        <w:rPr>
          <w:color w:val="666666"/>
          <w:sz w:val="18"/>
        </w:rPr>
        <w:t>Become Alert at Satan's Negative Influence Dec 14 2019 - Maulana Wahiduddin Khan · 56s · at 9:07 · https://youtu.be/njCxCpiLQ60?t=547</w:t>
      </w:r>
    </w:p>
    <w:p>
      <w:r>
        <w:rPr>
          <w:i/>
        </w:rPr>
        <w:t>“Insaan par self-defense jaluwa aa jata hai”</w:t>
      </w:r>
    </w:p>
    <w:p>
      <w:r>
        <w:rPr>
          <w:sz w:val="20"/>
        </w:rPr>
        <w:t>9:07  insan ka, insan par self defence jalwa aa jata hai.</w:t>
      </w:r>
      <w:r>
        <w:br/>
      </w:r>
      <w:r>
        <w:rPr>
          <w:sz w:val="20"/>
        </w:rPr>
        <w:t>9:17  woh us ko self respect ka masla bana leta hai. aur bajaye haq knowledge karne ke, woh apne ko bachane ki fikr mein lag jata hai.</w:t>
      </w:r>
      <w:r>
        <w:br/>
      </w:r>
      <w:r>
        <w:rPr>
          <w:sz w:val="20"/>
        </w:rPr>
        <w:t>9:34  mere khayal se to aise hi hota hai.</w:t>
      </w:r>
      <w:r>
        <w:br/>
      </w:r>
      <w:r>
        <w:rPr>
          <w:sz w:val="20"/>
        </w:rPr>
        <w:t>9:40  to is se sabr, is se aadmi ko bachata hai.</w:t>
      </w:r>
      <w:r>
        <w:br/>
      </w:r>
      <w:r>
        <w:rPr>
          <w:sz w:val="20"/>
        </w:rPr>
        <w:t>9:48  yeh sabr ki sab se oonchi qism hai.</w:t>
      </w:r>
      <w:r>
        <w:br/>
      </w:r>
      <w:r>
        <w:rPr>
          <w:sz w:val="20"/>
        </w:rPr>
        <w:t>10:00  jo aadmi apne aap ko</w:t>
      </w:r>
    </w:p>
    <w:p>
      <w:pPr>
        <w:pStyle w:val="Heading2"/>
      </w:pPr>
      <w:r>
        <w:t>Moon's lesson: never judge things by face value</w:t>
      </w:r>
    </w:p>
    <w:p>
      <w:r>
        <w:rPr>
          <w:color w:val="666666"/>
          <w:sz w:val="18"/>
        </w:rPr>
        <w:t>Fasting A Source of Spiritual Empowerment August 21, 2011 Maulana Wahiduddin Khan · 51s · at 17:19 · https://youtu.be/Z0EbPlujcf0?t=1039</w:t>
      </w:r>
    </w:p>
    <w:p>
      <w:r>
        <w:rPr>
          <w:i/>
        </w:rPr>
        <w:t>“Iska matlab hai cheezon ko Face Value par na lo”</w:t>
      </w:r>
    </w:p>
    <w:p>
      <w:r>
        <w:rPr>
          <w:sz w:val="20"/>
        </w:rPr>
        <w:t>17:19  Is ka matlab hai ke cheezon ko face value par na lo.</w:t>
      </w:r>
      <w:r>
        <w:br/>
      </w:r>
      <w:r>
        <w:rPr>
          <w:sz w:val="20"/>
        </w:rPr>
        <w:t>17:24  Kitna bara ajeeb sabak hai yeh.</w:t>
      </w:r>
      <w:r>
        <w:br/>
      </w:r>
      <w:r>
        <w:rPr>
          <w:sz w:val="20"/>
        </w:rPr>
        <w:t>17:29  kitna ajeeb sabaq hai. Face Revolve par lein aap to aap kahenge chand ek bareek sa, ek ek cheez hai, bohat bareek si.</w:t>
      </w:r>
      <w:r>
        <w:br/>
      </w:r>
      <w:r>
        <w:rPr>
          <w:sz w:val="20"/>
        </w:rPr>
        <w:t>17:42  dhage ki tarah. lekin aap gehrai mein jayenge to kahenge nahi chand to ek bohat bara, ek bohat bari chattan hai, bohat bara woh hai, ek sayara hai.</w:t>
      </w:r>
      <w:r>
        <w:br/>
      </w:r>
      <w:r>
        <w:rPr>
          <w:sz w:val="20"/>
        </w:rPr>
        <w:t>17:55  to goya chand yeh bhi sabaq de raha hai ke cheezon ko Face Value par mat lo. Face Value par loge to tumhare andar kya hoga?</w:t>
      </w:r>
      <w:r>
        <w:br/>
      </w:r>
      <w:r>
        <w:rPr>
          <w:sz w:val="20"/>
        </w:rPr>
        <w:t>18:04  Misunderstanding aayegi. baton ko samjhoge nahi.</w:t>
      </w:r>
    </w:p>
    <w:p>
      <w:pPr>
        <w:pStyle w:val="Heading2"/>
      </w:pPr>
      <w:r>
        <w:t>Tree dries then revives, lesson of patience</w:t>
      </w:r>
    </w:p>
    <w:p>
      <w:r>
        <w:rPr>
          <w:color w:val="666666"/>
          <w:sz w:val="18"/>
        </w:rPr>
        <w:t>From The Spiritual Tree 28 Nov, 2010 - Maulana Wahiduddin Khan · 59s · at 1:42 · https://youtu.be/LDMY7FjQRIE?t=102</w:t>
      </w:r>
    </w:p>
    <w:p>
      <w:r>
        <w:rPr>
          <w:i/>
        </w:rPr>
        <w:t>“To hamara jo yeh peer hai hamare ghar ke samne”</w:t>
      </w:r>
    </w:p>
    <w:p>
      <w:r>
        <w:rPr>
          <w:sz w:val="20"/>
        </w:rPr>
        <w:t>1:42  to hamara jo yeh peed hai hamare ghar ke saamne,</w:t>
      </w:r>
      <w:r>
        <w:br/>
      </w:r>
      <w:r>
        <w:rPr>
          <w:sz w:val="20"/>
        </w:rPr>
        <w:t>1:47  woh kuch mahine pehle ek dum sookh gaya tha, lakri ki tarah se, jis ko urdu mein kehte hain "thandh".</w:t>
      </w:r>
      <w:r>
        <w:br/>
      </w:r>
      <w:r>
        <w:rPr>
          <w:sz w:val="20"/>
        </w:rPr>
        <w:t>1:58  to mein samjha ke ab yeh sookh gaya, ab khatam ho gaya, ab is ki umar nahi rahi baqi.</w:t>
      </w:r>
      <w:r>
        <w:br/>
      </w:r>
      <w:r>
        <w:rPr>
          <w:sz w:val="20"/>
        </w:rPr>
        <w:t>2:09  lekin jab baarish hui, mausam badla, to woh phir hara bhara ho gaya. Ab is waqt woh ek hara bhara drakht hai.</w:t>
      </w:r>
      <w:r>
        <w:br/>
      </w:r>
      <w:r>
        <w:rPr>
          <w:sz w:val="20"/>
        </w:rPr>
        <w:t>2:24  to is ko dekh kar mujhe ek inspiration aaya. Woh yeh ke is dunya mein jo nizaam hai woh yeh hai ke "wait and see".</w:t>
      </w:r>
    </w:p>
    <w:p>
      <w:pPr>
        <w:pStyle w:val="Heading2"/>
      </w:pPr>
      <w:r>
        <w:t>Forgiveness through prayer</w:t>
      </w:r>
    </w:p>
    <w:p>
      <w:r>
        <w:rPr>
          <w:color w:val="666666"/>
          <w:sz w:val="18"/>
        </w:rPr>
        <w:t>Anger An Obstacle to wisdom 5 Jan 2020 - Maulana Wahiduddin Khan · 34s · at 1:09:58 · https://youtu.be/q0VPtCsiYrI?t=4198</w:t>
      </w:r>
    </w:p>
    <w:p>
      <w:r>
        <w:rPr>
          <w:i/>
        </w:rPr>
        <w:t>“Dua is a great gift item.”</w:t>
      </w:r>
    </w:p>
    <w:p>
      <w:r>
        <w:rPr>
          <w:sz w:val="20"/>
        </w:rPr>
        <w:t>1:09:58  lekin dua bhi ek ek giver item hai, giver dua ek azeem tareen qism ka giver item hai.</w:t>
      </w:r>
      <w:r>
        <w:br/>
      </w:r>
      <w:r>
        <w:rPr>
          <w:sz w:val="20"/>
        </w:rPr>
        <w:t>1:10:15  kisi insan ke liye aap jab dua karte hain to sare farishte amin karte hain, amin karte hain, amin karte hain. to dua ek bohat bara giver item hai,</w:t>
      </w:r>
      <w:r>
        <w:br/>
      </w:r>
      <w:r>
        <w:rPr>
          <w:sz w:val="20"/>
        </w:rPr>
        <w:t>1:10:28  aap nafe ban jate hain.</w:t>
      </w:r>
    </w:p>
    <w:p>
      <w:pPr>
        <w:pStyle w:val="Heading2"/>
      </w:pPr>
      <w:r>
        <w:t>Accepting God's plan brings great reward</w:t>
      </w:r>
    </w:p>
    <w:p>
      <w:r>
        <w:rPr>
          <w:color w:val="666666"/>
          <w:sz w:val="18"/>
        </w:rPr>
        <w:t>Attaining Wisdom through State of Helplessness November 28, 2019 - Maulana Wahiduddin Khan · 35s · at 1:36 · https://youtu.be/dS29D4Pt-3U?t=96</w:t>
      </w:r>
    </w:p>
    <w:p>
      <w:r>
        <w:rPr>
          <w:i/>
        </w:rPr>
        <w:t>“Creation plan ke saath takraao na karna sabse bada inaam ka sabab hai”</w:t>
      </w:r>
    </w:p>
    <w:p>
      <w:r>
        <w:rPr>
          <w:sz w:val="20"/>
        </w:rPr>
        <w:t>1:36  to creation plan ke sath takrao na karna, yeh sab se bara inaam ka sabab</w:t>
      </w:r>
      <w:r>
        <w:br/>
      </w:r>
      <w:r>
        <w:rPr>
          <w:sz w:val="20"/>
        </w:rPr>
        <w:t>1:41  hai. haan,</w:t>
      </w:r>
      <w:r>
        <w:br/>
      </w:r>
      <w:r>
        <w:rPr>
          <w:sz w:val="20"/>
        </w:rPr>
        <w:t>1:52  jab aap ki chahat ke mutabiq kaam na ban raha hai to samajh len ke yeh creation plan yahan par haail hai.</w:t>
      </w:r>
      <w:r>
        <w:br/>
      </w:r>
      <w:r>
        <w:rPr>
          <w:sz w:val="20"/>
        </w:rPr>
        <w:t>2:04  aur phir razi ho jaiye.</w:t>
      </w:r>
    </w:p>
    <w:p>
      <w:pPr>
        <w:pStyle w:val="Heading2"/>
      </w:pPr>
      <w:r>
        <w:t>Origin of thrilling gratitude</w:t>
      </w:r>
    </w:p>
    <w:p>
      <w:r>
        <w:rPr>
          <w:color w:val="666666"/>
          <w:sz w:val="18"/>
        </w:rPr>
        <w:t>The Concept of Shukr in Islam | June 17, 2008 · 31s · at 8:28 · https://youtu.be/ySbCs4MRNXU?t=508</w:t>
      </w:r>
    </w:p>
    <w:p>
      <w:r>
        <w:rPr>
          <w:i/>
        </w:rPr>
        <w:t>“Thrilling shukr aata hai sochne se, normal shukr rat liye.”</w:t>
      </w:r>
    </w:p>
    <w:p>
      <w:r>
        <w:rPr>
          <w:sz w:val="20"/>
        </w:rPr>
        <w:t>8:28  personality ko hila de.</w:t>
      </w:r>
      <w:r>
        <w:br/>
      </w:r>
      <w:r>
        <w:rPr>
          <w:sz w:val="20"/>
        </w:rPr>
        <w:t>8:33  aur woh shukr jo hai, jo thrilling shukr jis ko main ne kaha, woh aata hai sochne se.</w:t>
      </w:r>
      <w:r>
        <w:br/>
      </w:r>
      <w:r>
        <w:rPr>
          <w:sz w:val="20"/>
        </w:rPr>
        <w:t>8:38  yeh normal shukr jis ko maine kaha, woh toh kuch kuch shabd hain, un ko aap rat</w:t>
      </w:r>
      <w:r>
        <w:br/>
      </w:r>
      <w:r>
        <w:rPr>
          <w:sz w:val="20"/>
        </w:rPr>
        <w:t>8:43  leejiye aur bolte rahiye.</w:t>
      </w:r>
      <w:r>
        <w:br/>
      </w:r>
      <w:r>
        <w:rPr>
          <w:sz w:val="20"/>
        </w:rPr>
        <w:t>8:49  subhanallah, alhamdulillah, allah o akbar, kuch yaad kar leejiye, woh bolte rahiye.</w:t>
      </w:r>
      <w:r>
        <w:br/>
      </w:r>
      <w:r>
        <w:rPr>
          <w:sz w:val="20"/>
        </w:rPr>
        <w:t>8:54  is ke liye na sochne ki zaroorat hai na kuch.</w:t>
      </w:r>
    </w:p>
    <w:p>
      <w:pPr>
        <w:pStyle w:val="Heading2"/>
      </w:pPr>
      <w:r>
        <w:t>Wisdom is essential for gratitude</w:t>
      </w:r>
    </w:p>
    <w:p>
      <w:r>
        <w:rPr>
          <w:color w:val="666666"/>
          <w:sz w:val="18"/>
        </w:rPr>
        <w:t>What is Shukr (Gratitude) January 30, 2014 Maulana Wahiduddin Khan · 25s · at 1:28 · https://youtu.be/V4LkYRRzQ3E?t=88</w:t>
      </w:r>
    </w:p>
    <w:p>
      <w:r>
        <w:rPr>
          <w:i/>
        </w:rPr>
        <w:t>“Hikmat nahi to shukr bhi nahi”</w:t>
      </w:r>
    </w:p>
    <w:p>
      <w:r>
        <w:rPr>
          <w:sz w:val="20"/>
        </w:rPr>
        <w:t>1:28  hikmat nahi to shukr bhi nahi.</w:t>
      </w:r>
      <w:r>
        <w:br/>
      </w:r>
      <w:r>
        <w:rPr>
          <w:sz w:val="20"/>
        </w:rPr>
        <w:t>1:34  shukr ka jo, shukr ki jo ibadat hai, to shukr se pehle hikmat zaroori hai.</w:t>
      </w:r>
      <w:r>
        <w:br/>
      </w:r>
      <w:r>
        <w:rPr>
          <w:sz w:val="20"/>
        </w:rPr>
        <w:t>1:44  yani hikmat jo hai, ka pre shukr keh sakte hain aap is ko.</w:t>
      </w:r>
    </w:p>
    <w:p>
      <w:pPr>
        <w:pStyle w:val="Heading2"/>
      </w:pPr>
      <w:r>
        <w:t>Western civilization cannot be an enemy of Islam</w:t>
      </w:r>
    </w:p>
    <w:p>
      <w:r>
        <w:rPr>
          <w:color w:val="666666"/>
          <w:sz w:val="18"/>
        </w:rPr>
        <w:t>Is Islam in Danger, January 10, 2007 · 56s · at 7:42 · https://youtu.be/1vrUjeA7508?t=462</w:t>
      </w:r>
    </w:p>
    <w:p>
      <w:r>
        <w:rPr>
          <w:i/>
        </w:rPr>
        <w:t>“پھر یہ کہا جاتا ہے کہ Western Civilization نے حملہ کیا ہوا ہے ہمارے مذہب پر”</w:t>
      </w:r>
    </w:p>
    <w:p>
      <w:r>
        <w:rPr>
          <w:sz w:val="20"/>
        </w:rPr>
        <w:t>7:42  Islam se is ka koi ta'alluq nahi hai. Phir yeh kaha jaata hai ke dekhiye, Western Civilization jo hai woh hamla kiya hua hai hamare mazhab par.</w:t>
      </w:r>
      <w:r>
        <w:br/>
      </w:r>
      <w:r>
        <w:rPr>
          <w:sz w:val="20"/>
        </w:rPr>
        <w:t>7:58  Saare literature jo padhein aap is zamane mein jo likha gaya hai, us mein Western Civilization ko project kiya jaata hai Enemy of Islam ke taur par.</w:t>
      </w:r>
      <w:r>
        <w:br/>
      </w:r>
      <w:r>
        <w:rPr>
          <w:sz w:val="20"/>
        </w:rPr>
        <w:t>8:10  Saara hi literature, without any exception.</w:t>
      </w:r>
      <w:r>
        <w:br/>
      </w:r>
      <w:r>
        <w:rPr>
          <w:sz w:val="20"/>
        </w:rPr>
        <w:t>8:15  without any exception. Western Civilization ko project kiya jaata hai Enemy of Islam ke taur par.</w:t>
      </w:r>
      <w:r>
        <w:br/>
      </w:r>
      <w:r>
        <w:rPr>
          <w:sz w:val="20"/>
        </w:rPr>
        <w:t>8:24  Yeh bilkul be buniyad baat hai.</w:t>
      </w:r>
      <w:r>
        <w:br/>
      </w:r>
      <w:r>
        <w:rPr>
          <w:sz w:val="20"/>
        </w:rPr>
        <w:t>8:28  Koi Civilization Islam ke liye Enemy nahi ban sakti. Civilization kya hai?</w:t>
      </w:r>
    </w:p>
    <w:p>
      <w:pPr>
        <w:pStyle w:val="Heading2"/>
      </w:pPr>
      <w:r>
        <w:t>Anger will come, you must learn to subtract it</w:t>
      </w:r>
    </w:p>
    <w:p>
      <w:r>
        <w:rPr>
          <w:color w:val="666666"/>
          <w:sz w:val="18"/>
        </w:rPr>
        <w:t>Lessons from The Quran And Hadith · 35s · at 36:30 · https://youtu.be/fBflSQEPstg?t=2190</w:t>
      </w:r>
    </w:p>
    <w:p>
      <w:r>
        <w:rPr>
          <w:i/>
        </w:rPr>
        <w:t>“Ghussa to aayega, lekin usse minus karna padega.”</w:t>
      </w:r>
    </w:p>
    <w:p>
      <w:r>
        <w:rPr>
          <w:sz w:val="20"/>
        </w:rPr>
        <w:t>36:30  ghussa to aayega lekin ghusse ko andar hi andar minus karna parega.</w:t>
      </w:r>
      <w:r>
        <w:br/>
      </w:r>
      <w:r>
        <w:rPr>
          <w:sz w:val="20"/>
        </w:rPr>
        <w:t>36:40  you have to know the art of anger management</w:t>
      </w:r>
      <w:r>
        <w:br/>
      </w:r>
      <w:r>
        <w:rPr>
          <w:sz w:val="20"/>
        </w:rPr>
        <w:t>36:46  to saare jazbaat aayenge, aap ko minus karna padega.</w:t>
      </w:r>
      <w:r>
        <w:br/>
      </w:r>
      <w:r>
        <w:rPr>
          <w:sz w:val="20"/>
        </w:rPr>
        <w:t>36:53  nafrat ke jazbaat aayenge, hasad ke jazbaat aayenge, ishtia'al bhadkega dil ke andar. saare manfi jazbaat dil ke andar aayenge lekin aap ko minus karna padega.</w:t>
      </w:r>
    </w:p>
    <w:p>
      <w:pPr>
        <w:pStyle w:val="Heading2"/>
      </w:pPr>
      <w:r>
        <w:t>See the result to control anger</w:t>
      </w:r>
    </w:p>
    <w:p>
      <w:r>
        <w:rPr>
          <w:color w:val="666666"/>
          <w:sz w:val="18"/>
        </w:rPr>
        <w:t>Patience and Creative Thinking April 20, 2020 Maulana Wahiduddin Khan · 51s · at 42:20 · https://youtu.be/zhpSQwyj_6Q?t=2540</w:t>
      </w:r>
    </w:p>
    <w:p>
      <w:r>
        <w:rPr>
          <w:i/>
        </w:rPr>
        <w:t>“Ek kaam, result ko dekhiye”</w:t>
      </w:r>
    </w:p>
    <w:p>
      <w:r>
        <w:rPr>
          <w:sz w:val="20"/>
        </w:rPr>
        <w:t>42:20  sirf ek kaam, result ko dekhiye. you have to see the result result ko dekhiye.</w:t>
      </w:r>
      <w:r>
        <w:br/>
      </w:r>
      <w:r>
        <w:rPr>
          <w:sz w:val="20"/>
        </w:rPr>
        <w:t>42:31  kyunke ghusse ka result hamesha ulta hota hai.</w:t>
      </w:r>
      <w:r>
        <w:br/>
      </w:r>
      <w:r>
        <w:rPr>
          <w:sz w:val="20"/>
        </w:rPr>
        <w:t>42:41  patience ka result hamesha acha hota hai. jitne bhi waqiat aap ko yaad aayen, sab sab ka</w:t>
      </w:r>
      <w:r>
        <w:br/>
      </w:r>
      <w:r>
        <w:rPr>
          <w:sz w:val="20"/>
        </w:rPr>
        <w:t>42:51  janchiye, dekhiye. kabhi bhi ghusse ka result acha nahi aayega.</w:t>
      </w:r>
      <w:r>
        <w:br/>
      </w:r>
      <w:r>
        <w:rPr>
          <w:sz w:val="20"/>
        </w:rPr>
        <w:t>42:58  hamesha patience ka result hamesha acha aayega. to you have to see the result.</w:t>
      </w:r>
      <w:r>
        <w:br/>
      </w:r>
      <w:r>
        <w:rPr>
          <w:sz w:val="20"/>
        </w:rPr>
        <w:t>43:12  doctor naghma siddiqui likhti hain: maulana, I feel anger does occur, but we have not to allow it to flare up and keep silent.</w:t>
      </w:r>
    </w:p>
    <w:p>
      <w:pPr>
        <w:pStyle w:val="Heading2"/>
      </w:pPr>
      <w:r>
        <w:t>Definition of ijtihad as reapplication</w:t>
      </w:r>
    </w:p>
    <w:p>
      <w:r>
        <w:rPr>
          <w:color w:val="666666"/>
          <w:sz w:val="18"/>
        </w:rPr>
        <w:t>The Importance of Ijtihad August 1, 2010 · 26s · at 8:47 · https://youtu.be/3q98aQ-j2ks?t=527</w:t>
      </w:r>
    </w:p>
    <w:p>
      <w:r>
        <w:rPr>
          <w:i/>
        </w:rPr>
        <w:t>“Ijtihad kya hai? Dekhen, ijtihad jo hai”</w:t>
      </w:r>
    </w:p>
    <w:p>
      <w:r>
        <w:rPr>
          <w:sz w:val="20"/>
        </w:rPr>
        <w:t>8:47  woh term yahi hai, is ka matlab ke yani Islam ke usool ko naye halaat mein reapply karna.</w:t>
      </w:r>
      <w:r>
        <w:br/>
      </w:r>
      <w:r>
        <w:rPr>
          <w:sz w:val="20"/>
        </w:rPr>
        <w:t>9:03  to discover how to reapply the Islamic principle in the changing situation . yeh hai ijtihad.</w:t>
      </w:r>
    </w:p>
    <w:p>
      <w:pPr>
        <w:pStyle w:val="Heading2"/>
      </w:pPr>
      <w:r>
        <w:t>People complain about jobs despite blessings</w:t>
      </w:r>
    </w:p>
    <w:p>
      <w:r>
        <w:rPr>
          <w:color w:val="666666"/>
          <w:sz w:val="18"/>
        </w:rPr>
        <w:t>Creative Marefat 8 April 2017 - Maulana Wahiduddin Khan · 57s · at 9:00 · https://youtu.be/I2hKHNIQ-1U?t=540</w:t>
      </w:r>
    </w:p>
    <w:p>
      <w:r>
        <w:rPr>
          <w:i/>
        </w:rPr>
        <w:t>“To kabhi bhi aap negative na hon”</w:t>
      </w:r>
    </w:p>
    <w:p>
      <w:r>
        <w:rPr>
          <w:sz w:val="20"/>
        </w:rPr>
        <w:t>9:00  to kabhi bhi aap negative na hon. maslan aap dekhiye jo log service karte hain kisi company mein, jis se miliye, kuch na kuch shikayat ki baat bole ga woh.</w:t>
      </w:r>
      <w:r>
        <w:br/>
      </w:r>
      <w:r>
        <w:rPr>
          <w:sz w:val="20"/>
        </w:rPr>
        <w:t>9:12  kisi chahe woh top ka ho is mein, tab bhi kuch na kuch shikayat ki boli bole ga. halankay woh to woh to woh kaam kar raha hai, woh company woh kaam kar rahi hai jo Hazrat Maryam ke liye Zakariya ne kiya tha.</w:t>
      </w:r>
      <w:r>
        <w:br/>
      </w:r>
      <w:r>
        <w:rPr>
          <w:sz w:val="20"/>
        </w:rPr>
        <w:t>9:25  yani ek kaam bhi economic base de rahi hai. Hazrat Maryam ke liye Zakariya economic base ban gaye. woh bhi bohat mamooli darja batayein.</w:t>
      </w:r>
      <w:r>
        <w:br/>
      </w:r>
      <w:r>
        <w:rPr>
          <w:sz w:val="20"/>
        </w:rPr>
        <w:t>9:36  ek choti si kothri banati thi, woh subah shaam un ko khana mil jata tha. aap to that se rehte hain,</w:t>
      </w:r>
      <w:r>
        <w:br/>
      </w:r>
      <w:r>
        <w:rPr>
          <w:sz w:val="20"/>
        </w:rPr>
        <w:t>9:43  model flat pe rehte hain, car par chalte hain, hawa jahaz safar karte hain, bank balance aap ke paas hai. to aap ko jo company aap de rahi hai, wo is se bohat zyada hai jo Maryam ko Hazrat Zakariya de rahe the.</w:t>
      </w:r>
    </w:p>
    <w:p>
      <w:pPr>
        <w:pStyle w:val="Heading2"/>
      </w:pPr>
      <w:r>
        <w:t>Man is a rational animal</w:t>
      </w:r>
    </w:p>
    <w:p>
      <w:r>
        <w:rPr>
          <w:color w:val="666666"/>
          <w:sz w:val="18"/>
        </w:rPr>
        <w:t>Moral Values in Islam 10 July, 2008 - Maulana Wahiduddin Khan · 32s · at 7:16 · https://youtu.be/IdBtIDNiLUg?t=436</w:t>
      </w:r>
    </w:p>
    <w:p>
      <w:r>
        <w:rPr>
          <w:i/>
        </w:rPr>
        <w:t>“Man is a rational animal.”</w:t>
      </w:r>
    </w:p>
    <w:p>
      <w:r>
        <w:rPr>
          <w:sz w:val="20"/>
        </w:rPr>
        <w:t>7:16  you know, man is a rational animal.</w:t>
      </w:r>
      <w:r>
        <w:br/>
      </w:r>
      <w:r>
        <w:rPr>
          <w:sz w:val="20"/>
        </w:rPr>
        <w:t>7:24  man always tries to reason out everything.</w:t>
      </w:r>
      <w:r>
        <w:br/>
      </w:r>
      <w:r>
        <w:rPr>
          <w:sz w:val="20"/>
        </w:rPr>
        <w:t>7:33  so, man it is human nature. it is human nature. man mind, man nature, us.</w:t>
      </w:r>
    </w:p>
    <w:p>
      <w:pPr>
        <w:pStyle w:val="Heading2"/>
      </w:pPr>
      <w:r>
        <w:t>the deep meaning behind saying Assalamu Alaikum</w:t>
      </w:r>
    </w:p>
    <w:p>
      <w:r>
        <w:rPr>
          <w:color w:val="666666"/>
          <w:sz w:val="18"/>
        </w:rPr>
        <w:t>Good Relationships CPS Women Discussion 23 September 10, 2023 · 52s · at 44:23 · https://youtu.be/5UlMoC6-jGU?t=2663</w:t>
      </w:r>
    </w:p>
    <w:p>
      <w:r>
        <w:rPr>
          <w:i/>
        </w:rPr>
        <w:t>“When we meet, we say Assalamu Alaikum — peace be upon you”</w:t>
      </w:r>
    </w:p>
    <w:p>
      <w:r>
        <w:rPr>
          <w:sz w:val="20"/>
        </w:rPr>
        <w:t>44:23  Thank you Apa ki mujhe abhi bhi Apa ki baat se yeh yaad aaya jab hum ek doosre se milte hain toh hum salaam karte hain. Assalamu alaikum. This is a very important. Iska meaning hai peace be upon you. Yeh humein ek doosre se kehna chahiye, chahe hum kisi se bhi mile. Toh ise ek hamari bahut hi good relationship ki shuruaat hoti hai jab hum kisi ko salaam karte hain.</w:t>
      </w:r>
      <w:r>
        <w:br/>
      </w:r>
      <w:r>
        <w:rPr>
          <w:sz w:val="20"/>
        </w:rPr>
        <w:t>44:50  Toh jaise ki quran ne kaha hai ki when you meet each other, offer good wishes and blessings for safety. One who conveys to you a message of safety and security and also when a courteous greeting is offered to you, meet it with a greeting, still more courteous or at least of equal courtesy. This is the verse of surah al-nisa chapter four verse 86.</w:t>
      </w:r>
      <w:r>
        <w:br/>
      </w:r>
      <w:r>
        <w:rPr>
          <w:sz w:val="20"/>
        </w:rPr>
        <w:t>45:15  With this we come to an end with a very good beautiful session that we had, lot of learning and lot of good sharing, lot of good content. Alhamdulillah, Inshallah we meet again next week Sunday with the new topic and I encourage and request all the ladies to please share your learning in a very short but do share your learning. Assalam nipur.</w:t>
      </w:r>
    </w:p>
    <w:p>
      <w:pPr>
        <w:pStyle w:val="Heading2"/>
      </w:pPr>
      <w:r>
        <w:t>Benefit of non-confrontation with hadith</w:t>
      </w:r>
    </w:p>
    <w:p>
      <w:r>
        <w:rPr>
          <w:color w:val="666666"/>
          <w:sz w:val="18"/>
        </w:rPr>
        <w:t>The Importance of Non Confrontational Method, | August 29, 2010 · 30s · at 5:52 · https://youtu.be/8ZGB0tWQtg8?t=352</w:t>
      </w:r>
    </w:p>
    <w:p>
      <w:r>
        <w:rPr>
          <w:i/>
        </w:rPr>
        <w:t>“Instantly, starting point is found.”</w:t>
      </w:r>
    </w:p>
    <w:p>
      <w:r>
        <w:rPr>
          <w:sz w:val="20"/>
        </w:rPr>
        <w:t>5:52  instantly, starting point mil jata.</w:t>
      </w:r>
      <w:r>
        <w:br/>
      </w:r>
      <w:r>
        <w:rPr>
          <w:sz w:val="20"/>
        </w:rPr>
        <w:t>5:57  Yeh hai faida is ka.</w:t>
      </w:r>
      <w:r>
        <w:br/>
      </w:r>
      <w:r>
        <w:rPr>
          <w:sz w:val="20"/>
        </w:rPr>
        <w:t>6:02  Al-sulhu khairun ka.</w:t>
      </w:r>
      <w:r>
        <w:br/>
      </w:r>
      <w:r>
        <w:rPr>
          <w:sz w:val="20"/>
        </w:rPr>
        <w:t>6:07  Ya non-confrontational approach ka.</w:t>
      </w:r>
      <w:r>
        <w:br/>
      </w:r>
      <w:r>
        <w:rPr>
          <w:sz w:val="20"/>
        </w:rPr>
        <w:t>6:12  Isi liye hadith mein aata hai ke: "Inna Allaha yu'ti al-rifqa ma'na yu'ti al-rifqa".</w:t>
      </w:r>
      <w:r>
        <w:br/>
      </w:r>
      <w:r>
        <w:rPr>
          <w:sz w:val="20"/>
        </w:rPr>
        <w:t>6:17  yani lafzi tarjuma to yeh hai ke yani</w:t>
      </w:r>
    </w:p>
    <w:p>
      <w:pPr>
        <w:pStyle w:val="Heading2"/>
      </w:pPr>
      <w:r>
        <w:t>Hadith: ingratitude to people blocks gratitude to God</w:t>
      </w:r>
    </w:p>
    <w:p>
      <w:r>
        <w:rPr>
          <w:color w:val="666666"/>
          <w:sz w:val="18"/>
        </w:rPr>
        <w:t>Problem and Shukr March 15, 2015 · 37s · at 8:50 · https://youtu.be/SPBsXjH1hzM?t=530</w:t>
      </w:r>
    </w:p>
    <w:p>
      <w:r>
        <w:rPr>
          <w:i/>
        </w:rPr>
        <w:t>“Man lam yashkur an-naas lam yashkur Allah”</w:t>
      </w:r>
    </w:p>
    <w:p>
      <w:r>
        <w:rPr>
          <w:sz w:val="20"/>
        </w:rPr>
        <w:t>8:50  al-Tirmidhi jo hadith ki ek kitab hai, yani chha kitaben jo siha kayati hain, un mein se ek hai woh. to is mein ek riwayat in alfaz mein aayi hai: "man lam yashkur al-nas lam yashkur Allah".</w:t>
      </w:r>
      <w:r>
        <w:br/>
      </w:r>
      <w:r>
        <w:rPr>
          <w:sz w:val="20"/>
        </w:rPr>
        <w:t>9:08  "man lam yashkur al-nas lam yashkur Allah".</w:t>
      </w:r>
      <w:r>
        <w:br/>
      </w:r>
      <w:r>
        <w:rPr>
          <w:sz w:val="20"/>
        </w:rPr>
        <w:t>9:12  jo shakhs</w:t>
      </w:r>
      <w:r>
        <w:br/>
      </w:r>
      <w:r>
        <w:rPr>
          <w:sz w:val="20"/>
        </w:rPr>
        <w:t>9:16  insan ka shukar nahi karega, woh Allah ka shukar bhi nahi karega. is ko bhi bohat dinon se sochta tha kya matlab hai is ka.</w:t>
      </w:r>
    </w:p>
    <w:p>
      <w:pPr>
        <w:pStyle w:val="Heading2"/>
      </w:pPr>
      <w:r>
        <w:t>Developing sincerity</w:t>
      </w:r>
    </w:p>
    <w:p>
      <w:r>
        <w:rPr>
          <w:color w:val="666666"/>
          <w:sz w:val="18"/>
        </w:rPr>
        <w:t>Interaction February 22, 2020 Maulana Wahiduddin Khan · 34s · at 20:53 · https://youtu.be/s4MIiunBRxI?t=1253</w:t>
      </w:r>
    </w:p>
    <w:p>
      <w:r>
        <w:rPr>
          <w:i/>
        </w:rPr>
        <w:t>“Develop your sincerity.”</w:t>
      </w:r>
    </w:p>
    <w:p>
      <w:r>
        <w:rPr>
          <w:sz w:val="20"/>
        </w:rPr>
        <w:t>20:53  to apni sincerity ko develop kijiye. sincerity nahi rahegi, to kuch kehne se koi faida nahi hai. sincerity ko marne na dijiye.</w:t>
      </w:r>
      <w:r>
        <w:br/>
      </w:r>
      <w:r>
        <w:rPr>
          <w:sz w:val="20"/>
        </w:rPr>
        <w:t>21:09  marne ka matlab ye hai ke agar main us amar, us dalit ke ghar na jaata, to is baat ko maine apni sincerity ko daba diya, usko dead kar diya. to phir hamesha ke liye hogi wo.</w:t>
      </w:r>
    </w:p>
    <w:p>
      <w:pPr>
        <w:pStyle w:val="Heading2"/>
      </w:pPr>
      <w:r>
        <w:t>The Quran has no single chapter on ethics</w:t>
      </w:r>
    </w:p>
    <w:p>
      <w:r>
        <w:rPr>
          <w:color w:val="666666"/>
          <w:sz w:val="18"/>
        </w:rPr>
        <w:t>Ethical Values in Islam, June 19, 2008 · 44s · at 54:18 · https://youtu.be/2yPff80nSBY?t=3258</w:t>
      </w:r>
    </w:p>
    <w:p>
      <w:r>
        <w:rPr>
          <w:i/>
        </w:rPr>
        <w:t>“No chapter of the Quran is titled 'Islam's ethical system'”</w:t>
      </w:r>
    </w:p>
    <w:p>
      <w:r>
        <w:rPr>
          <w:sz w:val="20"/>
        </w:rPr>
        <w:t>54:18  quran mein koi ek surah aisi nahi hai jahan ke iska naam ho ke islam ka ikhlaqi nizam ya ethical system main islam.</w:t>
      </w:r>
      <w:r>
        <w:br/>
      </w:r>
      <w:r>
        <w:rPr>
          <w:sz w:val="20"/>
        </w:rPr>
        <w:t>54:33  aisa koi chapter nahi hai quran majeed mein.</w:t>
      </w:r>
      <w:r>
        <w:br/>
      </w:r>
      <w:r>
        <w:rPr>
          <w:sz w:val="20"/>
        </w:rPr>
        <w:t>54:36  aam taur par jo insani kitabein hoti hain, is mein aisa hota hai: chapter, chapter, chapter, chapter ke ek chapter rahe ga ek aspect par, doosra chapter rahe ga agle aspect par, teesra chapter rahe ga kisi aur aspect par.</w:t>
      </w:r>
      <w:r>
        <w:br/>
      </w:r>
      <w:r>
        <w:rPr>
          <w:sz w:val="20"/>
        </w:rPr>
        <w:t>54:53  to aspect wise jo hai, woh chapter banaye jate hain kitab ke. quran mein aisa nahi hai.</w:t>
      </w:r>
    </w:p>
    <w:p>
      <w:pPr>
        <w:pStyle w:val="Heading2"/>
      </w:pPr>
      <w:r>
        <w:t>High regard for Naseem Sahib</w:t>
      </w:r>
    </w:p>
    <w:p>
      <w:r>
        <w:rPr>
          <w:color w:val="666666"/>
          <w:sz w:val="18"/>
        </w:rPr>
        <w:t>Dr Naseem Siddiqui Memorial Part 1 · 51s · at 23:28 · https://youtu.be/q-kccRjp1iU?t=1408</w:t>
      </w:r>
    </w:p>
    <w:p>
      <w:r>
        <w:rPr>
          <w:i/>
        </w:rPr>
        <w:t>“Whosoever came in contact with Naseem Sahib holds the highest regard for him.”</w:t>
      </w:r>
    </w:p>
    <w:p>
      <w:r>
        <w:rPr>
          <w:sz w:val="20"/>
        </w:rPr>
        <w:t>23:28  I would now request Dr.</w:t>
      </w:r>
      <w:r>
        <w:br/>
      </w:r>
      <w:r>
        <w:rPr>
          <w:sz w:val="20"/>
        </w:rPr>
        <w:t>23:35  Neera Narang from CIA Alumni Association, Delhi University, to read out the condolence message.</w:t>
      </w:r>
      <w:r>
        <w:br/>
      </w:r>
      <w:r>
        <w:rPr>
          <w:sz w:val="20"/>
        </w:rPr>
        <w:t>23:42  On behalf of the CIA Alumni Association, I am reading out the condolence message.</w:t>
      </w:r>
      <w:r>
        <w:br/>
      </w:r>
      <w:r>
        <w:rPr>
          <w:sz w:val="20"/>
        </w:rPr>
        <w:t>23:49  All the members of the CIA Alumni Association Fraternity feel greatly grieved on hearing the sad demise of</w:t>
      </w:r>
      <w:r>
        <w:br/>
      </w:r>
      <w:r>
        <w:rPr>
          <w:sz w:val="20"/>
        </w:rPr>
        <w:t>23:57  one of its most loved and active members, Dr. Naseem Siddiqui.</w:t>
      </w:r>
      <w:r>
        <w:br/>
      </w:r>
      <w:r>
        <w:rPr>
          <w:sz w:val="20"/>
        </w:rPr>
        <w:t>24:04  In his lifetime, he not only contributed to the propagation of science education, but also was extremely active</w:t>
      </w:r>
      <w:r>
        <w:br/>
      </w:r>
      <w:r>
        <w:rPr>
          <w:sz w:val="20"/>
        </w:rPr>
        <w:t>24:11  in promoting a comprehensive cause of education per se.</w:t>
      </w:r>
      <w:r>
        <w:br/>
      </w:r>
      <w:r>
        <w:rPr>
          <w:sz w:val="20"/>
        </w:rPr>
        <w:t>24:19  Whosoever came in contact with Naseem Sahib holds the highest regard for him. His childlike innocence, boyish charm, exuberance, boisterous laughter, and endearing ways will always remain alive in us.</w:t>
      </w:r>
    </w:p>
    <w:p>
      <w:pPr>
        <w:pStyle w:val="Heading2"/>
      </w:pPr>
      <w:r>
        <w:t>Anger is man's biggest enemy</w:t>
      </w:r>
    </w:p>
    <w:p>
      <w:r>
        <w:rPr>
          <w:color w:val="666666"/>
          <w:sz w:val="18"/>
        </w:rPr>
        <w:t>Don't Be Angry Culture January 15, 2012 Maulana Wahiduddin Khan · 35s · at 1:06 · https://youtu.be/rY1Ikwmwwdk?t=66</w:t>
      </w:r>
    </w:p>
    <w:p>
      <w:r>
        <w:rPr>
          <w:i/>
        </w:rPr>
        <w:t>“Main samajhta hoon ke yeh bohat hi aham baat hai”</w:t>
      </w:r>
    </w:p>
    <w:p>
      <w:r>
        <w:rPr>
          <w:sz w:val="20"/>
        </w:rPr>
        <w:t>1:06  mein samajhta hoon ke yeh bohat hi aham baat hai ke hum yeh janen ke insaan ka sab se bara dushman ghussa hai.</w:t>
      </w:r>
      <w:r>
        <w:br/>
      </w:r>
      <w:r>
        <w:rPr>
          <w:sz w:val="20"/>
        </w:rPr>
        <w:t>1:21  jitni baat bigadti hai zindagi mein, woh sab ghussay ki wajah se bigadti hai.</w:t>
      </w:r>
      <w:r>
        <w:br/>
      </w:r>
      <w:r>
        <w:rPr>
          <w:sz w:val="20"/>
        </w:rPr>
        <w:t>1:29  aur jitni baat banti hai zindagi mein, woh us waqt banti hai jab ke aap apne ghussay ko control kar len.</w:t>
      </w:r>
    </w:p>
    <w:p>
      <w:pPr>
        <w:pStyle w:val="Heading2"/>
      </w:pPr>
      <w:r>
        <w:t>Discover modern civilization as blessing</w:t>
      </w:r>
    </w:p>
    <w:p>
      <w:r>
        <w:rPr>
          <w:color w:val="666666"/>
          <w:sz w:val="18"/>
        </w:rPr>
        <w:t>Creative Marefat 8 April 2017 - Maulana Wahiduddin Khan · 25s · at 15:38 · https://youtu.be/I2hKHNIQ-1U?t=938</w:t>
      </w:r>
    </w:p>
    <w:p>
      <w:r>
        <w:rPr>
          <w:i/>
        </w:rPr>
        <w:t>“Modern jo civilization hai, usko discover kijiye as a blessing”</w:t>
      </w:r>
    </w:p>
    <w:p>
      <w:r>
        <w:rPr>
          <w:sz w:val="20"/>
        </w:rPr>
        <w:t>15:38  to jab aap ke andar yeh baat bar bar mein yeh baat kehta hoon ke modern jo civilization hai, us ko discover kijiye as a blessing.</w:t>
      </w:r>
      <w:r>
        <w:br/>
      </w:r>
      <w:r>
        <w:rPr>
          <w:sz w:val="20"/>
        </w:rPr>
        <w:t>15:52  kyun kehta hoon main? kyun ke wisdom ka development nahin hoga aap ke andar, rizq nahin pahuncha aap ko. jo rizq maryam ko aata tha, woh rizq nahin pahunche ga aap ko.</w:t>
      </w:r>
    </w:p>
    <w:p>
      <w:pPr>
        <w:pStyle w:val="Heading2"/>
      </w:pPr>
      <w:r>
        <w:t>Purposeful person plans morning, reflects each evening</w:t>
      </w:r>
    </w:p>
    <w:p>
      <w:r>
        <w:rPr>
          <w:color w:val="666666"/>
          <w:sz w:val="18"/>
        </w:rPr>
        <w:t>The Quran 11 90 CPS Women Weekly Discussion 32 December 10, 2023 · 29s · at 7:53 · https://youtu.be/GB7dNbRkNI4?t=473</w:t>
      </w:r>
    </w:p>
    <w:p>
      <w:r>
        <w:rPr>
          <w:i/>
        </w:rPr>
        <w:t>“बामकसद आदमी सुबह मनसूबा बनाए, शाम को महासबा करे”</w:t>
      </w:r>
    </w:p>
    <w:p>
      <w:r>
        <w:rPr>
          <w:sz w:val="20"/>
        </w:rPr>
        <w:t>7:53  to aakhir mein Maulana sahib ki line se khatm karti hoon ke Maulana sahib likhte hain ke ba maqsad aadmi ki pehchan yeh hai ke subah ko woh apna mansooba banaye, apni planning kare aur shaam ko woh apna muhasba kare, apna introspection kare. Yahi meri learning thi Shabina. Jaisa Kalyapa, kuch important important points jo aapne kaha ke apni galtiyon ko aitraaf karen.</w:t>
      </w:r>
      <w:r>
        <w:br/>
      </w:r>
      <w:r>
        <w:rPr>
          <w:sz w:val="20"/>
        </w:rPr>
        <w:t>8:22  isse kya modesty develop hoti hai ek individual ke andar?</w:t>
      </w:r>
    </w:p>
    <w:p>
      <w:pPr>
        <w:pStyle w:val="Heading2"/>
      </w:pPr>
      <w:r>
        <w:t>Confidence is good overconfidence is bad</w:t>
      </w:r>
    </w:p>
    <w:p>
      <w:r>
        <w:rPr>
          <w:color w:val="666666"/>
          <w:sz w:val="18"/>
        </w:rPr>
        <w:t>Q&amp;A 03 Jan 2010 - Maulana Wahiduddin Khan · 25s · at 40:03 · https://youtu.be/tEiK4snkN_Y?t=2403</w:t>
      </w:r>
    </w:p>
    <w:p>
      <w:r>
        <w:rPr>
          <w:i/>
        </w:rPr>
        <w:t>“Confidence is good but overconfidence is equally bad”</w:t>
      </w:r>
    </w:p>
    <w:p>
      <w:r>
        <w:rPr>
          <w:sz w:val="20"/>
        </w:rPr>
        <w:t>40:03  ek naujawan mujh se autograph lene ke liye apne woh diya. unhon ne diary to maine unki diary mein likh diya ke confidence is good, but over confidence is equally bad. confidence is good, but over confidence is equally bad. to dekhiye,</w:t>
      </w:r>
    </w:p>
    <w:p>
      <w:pPr>
        <w:pStyle w:val="Heading2"/>
      </w:pPr>
      <w:r>
        <w:t>Flexibility in Islamic practices</w:t>
      </w:r>
    </w:p>
    <w:p>
      <w:r>
        <w:rPr>
          <w:color w:val="666666"/>
          <w:sz w:val="18"/>
        </w:rPr>
        <w:t>Ramadan Q and A Session with Prof. Farida Khanam 27th March' 2022 · 25s · at 27:23 · https://youtu.be/M_pJVGZWKIM?t=1643</w:t>
      </w:r>
    </w:p>
    <w:p>
      <w:r>
        <w:rPr>
          <w:i/>
        </w:rPr>
        <w:t>“Agar hum wazu nahi kar sakte to tayammum kar sakte”</w:t>
      </w:r>
    </w:p>
    <w:p>
      <w:r>
        <w:rPr>
          <w:sz w:val="20"/>
        </w:rPr>
        <w:t>27:23  misal ke daur par main batati hoon ki agar hum wazu nahi kar sakte hain hum kisi bimari hai, thanda hai mausam hai to hum tayammum kar sakte hain hum khade hokar namaz nahi padh sakte hain to baithkar namaz padh sakte hain to Islam itna beautiful religion hai usmein taayamat tak ke hisab se usmein saare intezammat kar diye gaye hain logon ki rigidity se problem ho raha hai.</w:t>
      </w:r>
      <w:r>
        <w:br/>
      </w:r>
      <w:r>
        <w:rPr>
          <w:sz w:val="20"/>
        </w:rPr>
        <w:t>27:48  to yeh rigidity hai uski wajah se problem ho raha hai Islam mein koi problem nahi hai. akela to permanent hai hota ek hai permanent hai namaz roza aaj zakat.</w:t>
      </w:r>
    </w:p>
    <w:p>
      <w:pPr>
        <w:pStyle w:val="Heading2"/>
      </w:pPr>
      <w:r>
        <w:t>Law of nature: every problem hides an opportunity</w:t>
      </w:r>
    </w:p>
    <w:p>
      <w:r>
        <w:rPr>
          <w:color w:val="666666"/>
          <w:sz w:val="18"/>
        </w:rPr>
        <w:t>Don't Be Angry Culture January 15, 2012 · 45s · at 1:22:11 · https://youtu.be/NrA3X8y_FLY?t=4931</w:t>
      </w:r>
    </w:p>
    <w:p>
      <w:r>
        <w:rPr>
          <w:i/>
        </w:rPr>
        <w:t>“Zindagi ki misal aisi hai jaise gulab ka phool”</w:t>
      </w:r>
    </w:p>
    <w:p>
      <w:r>
        <w:rPr>
          <w:sz w:val="20"/>
        </w:rPr>
        <w:t>1:22:11  yeh Allah taala ne zindagi ka namoona dikha diya hai ke zindagi mein kaante rahenge, problem rahenge. tum ko ek hi kaam karna hai ke problem ko avoid karo, ko ignore karo.</w:t>
      </w:r>
      <w:r>
        <w:br/>
      </w:r>
      <w:r>
        <w:rPr>
          <w:sz w:val="20"/>
        </w:rPr>
        <w:t>1:22:26  aur quran mein dekhiye, fitrat ka usool bataya gaya hai: "la of nature, ana ma osra". yeh la of nature hai. is ka matlab hai ke "Where there are problems, there are opportunities."</w:t>
      </w:r>
      <w:r>
        <w:br/>
      </w:r>
      <w:r>
        <w:rPr>
          <w:sz w:val="20"/>
        </w:rPr>
        <w:t>1:22:40  yeh la of nature hai. kabhi bhi aisa nahi ho sakta zindagi mein ke problem ho, opportunity na ho. to aap problem ko ignore kijiye aur to wohin wohin dekhenge aap opportunity maujood hai.</w:t>
      </w:r>
    </w:p>
    <w:p>
      <w:pPr>
        <w:pStyle w:val="Heading2"/>
      </w:pPr>
      <w:r>
        <w:t>Result-oriented actions</w:t>
      </w:r>
    </w:p>
    <w:p>
      <w:r>
        <w:rPr>
          <w:color w:val="666666"/>
          <w:sz w:val="18"/>
        </w:rPr>
        <w:t>How to Develop Spiritual Personality July 16, 2006 Maulana Wahiduddin Khan · 33s · at 13:30 · https://youtu.be/nxFUXRFboW4?t=810</w:t>
      </w:r>
    </w:p>
    <w:p>
      <w:r>
        <w:rPr>
          <w:i/>
        </w:rPr>
        <w:t>“Yani iska matlab kya hai? Your actions must be result oriented.”</w:t>
      </w:r>
    </w:p>
    <w:p>
      <w:r>
        <w:rPr>
          <w:sz w:val="20"/>
        </w:rPr>
        <w:t>13:30  Yani is ka matlab kya hai? Your actions must be result oriented. Jab aap koi kaam karein, jab aap koi baat bolein ya koi action lein to sochein ke kya is ka koi positive result nikalne wala hai?</w:t>
      </w:r>
      <w:r>
        <w:br/>
      </w:r>
      <w:r>
        <w:rPr>
          <w:sz w:val="20"/>
        </w:rPr>
        <w:t>13:48  Agar nahi nikalne wala hai to us kaam ko chhodiye. Na kijiye. To main ne kaha ke aap ka tajurba khud batata hai ke Denmark ke khilaf jo hungama khara kiya gaya is ka koi result nahi nikalne wala tha.</w:t>
      </w:r>
    </w:p>
    <w:p>
      <w:pPr>
        <w:pStyle w:val="Heading2"/>
      </w:pPr>
      <w:r>
        <w:t>Satan's challenge of ingratitude</w:t>
      </w:r>
    </w:p>
    <w:p>
      <w:r>
        <w:rPr>
          <w:color w:val="666666"/>
          <w:sz w:val="18"/>
        </w:rPr>
        <w:t>From the Spiritual Tree 20 February 2011 - Maulana Wahiduddin Khan · 40s · at 10:35 · https://youtu.be/FpBLnD-xv6A?t=635</w:t>
      </w:r>
    </w:p>
    <w:p>
      <w:r>
        <w:rPr>
          <w:i/>
        </w:rPr>
        <w:t>“Khuda se kaha usne ke tu majority ko nahi paaye ga”</w:t>
      </w:r>
    </w:p>
    <w:p>
      <w:r>
        <w:rPr>
          <w:sz w:val="20"/>
        </w:rPr>
        <w:t>10:35  khuda se kaha us ne keh tu majority ko nahi paye ga shukr karne wala. ab dekhiye keh shukr karne walay ka matlab kya hai?</w:t>
      </w:r>
      <w:r>
        <w:br/>
      </w:r>
      <w:r>
        <w:rPr>
          <w:sz w:val="20"/>
        </w:rPr>
        <w:t>10:49  shukr karne wale ka matlab kya hai? wahi hai jo shaitan ki misaal mein dikhai deta hai. yaani aadmi ko 99 cheezain mili hui hain, ek cheez nahi mili hai.</w:t>
      </w:r>
      <w:r>
        <w:br/>
      </w:r>
      <w:r>
        <w:rPr>
          <w:sz w:val="20"/>
        </w:rPr>
        <w:t>11:03  yaani iblis ko ya jinnaat ko is waqt bhi 99 cheezain mili hui theen. ek cheez nahi mili thi jo Allah taala ne Adam ko de di thi.</w:t>
      </w:r>
    </w:p>
    <w:p>
      <w:pPr>
        <w:pStyle w:val="Heading2"/>
      </w:pPr>
      <w:r>
        <w:t>Deconditioning starts from self</w:t>
      </w:r>
    </w:p>
    <w:p>
      <w:r>
        <w:rPr>
          <w:color w:val="666666"/>
          <w:sz w:val="18"/>
        </w:rPr>
        <w:t>Q&amp;A 24 May 2009 Maulana Wahiduddin Khan · 50s · at 30:07 · https://youtu.be/Ek6Ct3LZGOs?t=1807</w:t>
      </w:r>
    </w:p>
    <w:p>
      <w:r>
        <w:rPr>
          <w:i/>
        </w:rPr>
        <w:t>“De-conditioning apne aap se shuru hoti hai.”</w:t>
      </w:r>
    </w:p>
    <w:p>
      <w:r>
        <w:rPr>
          <w:sz w:val="20"/>
        </w:rPr>
        <w:t>30:07  ab jo deconditioning ki baat hai, to main samajhta hoon ke iski starting apne aap se hoti hai. jis aadmi ne apne ko apni deconditioning na ki ho, woh doosron ko nahin kar sakta.</w:t>
      </w:r>
      <w:r>
        <w:br/>
      </w:r>
      <w:r>
        <w:rPr>
          <w:sz w:val="20"/>
        </w:rPr>
        <w:t>30:17  yaad rakhiye, charity begins from home, jo angrezi mein kaha jata hai, charity begins from home.</w:t>
      </w:r>
      <w:r>
        <w:br/>
      </w:r>
      <w:r>
        <w:rPr>
          <w:sz w:val="20"/>
        </w:rPr>
        <w:t>30:25  to deconditioning apne aap se shuru hoti hai. ab bahut hi mushkil kaam hai, yaad rakhiye, deconditioning. deconditioning ko main agar define karoon doosre shabdon mein to main kahunga merciless introspection.</w:t>
      </w:r>
      <w:r>
        <w:br/>
      </w:r>
      <w:r>
        <w:rPr>
          <w:sz w:val="20"/>
        </w:rPr>
        <w:t>30:44  deconditioning kaun kar payega? apni khud, apni jo merciless introspection kare, to kaun karta hai? hum ko koi mila nahin aisa aadmi.</w:t>
      </w:r>
    </w:p>
    <w:p>
      <w:pPr>
        <w:pStyle w:val="Heading2"/>
      </w:pPr>
      <w:r>
        <w:t>Complaining is impatience; accepting positively is real patience</w:t>
      </w:r>
    </w:p>
    <w:p>
      <w:r>
        <w:rPr>
          <w:color w:val="666666"/>
          <w:sz w:val="18"/>
        </w:rPr>
        <w:t>CPS Women Article Discussion 17 February 5, 2023 · 43s · at 43:45 · https://youtu.be/YwT3btklNZk?t=2625</w:t>
      </w:r>
    </w:p>
    <w:p>
      <w:r>
        <w:rPr>
          <w:i/>
        </w:rPr>
        <w:t>“गिले शिकवे करना ही बेसबरी है”</w:t>
      </w:r>
    </w:p>
    <w:p>
      <w:r>
        <w:rPr>
          <w:sz w:val="20"/>
        </w:rPr>
        <w:t>43:45  nahin jo aapne baat yah. maine kaha aapne jo yah baat kahi ki majboori mein sabr karna, gile shikwe karna agar humne gile shikwe kare to yahi to besabri hai.</w:t>
      </w:r>
      <w:r>
        <w:br/>
      </w:r>
      <w:r>
        <w:rPr>
          <w:sz w:val="20"/>
        </w:rPr>
        <w:t>43:58  yah to sabr nahin hai agar hum bagair bes gile shikwe karke usko positively lein to yah baat bahut achhi aapne batai ki gile shikwe nahin karna hai aur yah soche ki allah hamein vah karega to positively hamein positive dekhkar hi sabr karna hai. to vahi hamein vahi bahaduri hai aur usi ka hi naam matlab hamein dega. yaad hoga.</w:t>
      </w:r>
      <w:r>
        <w:br/>
      </w:r>
      <w:r>
        <w:rPr>
          <w:sz w:val="20"/>
        </w:rPr>
        <w:t>44:28  aur bahut mushkil kaam bhi hai, bahut mushkil hai. mushkil hai. mushkil hai. mushkil kaam to bahut mushkil hai. tabhi to bakjuri hai. theek hai tabhi bakjuri hai. ji. aur jab hum aap yah samajhte hain to vah mushkil aasan ho jati hai. jab aap sochte hain ki iska inaam bhi milna hai aur hum yah sahi kaam kar rahe hain to vah mushkil phir kitni mushkil nahin rahti vah aasani lagti hai.</w:t>
      </w:r>
    </w:p>
    <w:p>
      <w:pPr>
        <w:pStyle w:val="Heading2"/>
      </w:pPr>
      <w:r>
        <w:t>Principle of unilateral complaint resolution</w:t>
      </w:r>
    </w:p>
    <w:p>
      <w:r>
        <w:rPr>
          <w:color w:val="666666"/>
          <w:sz w:val="18"/>
        </w:rPr>
        <w:t>Putting End to Complaints April 22, 2020 Maulana Wahiduddin Khan · 1m 02s · at 3:48 · https://youtu.be/jwchAfcFrkM?t=228</w:t>
      </w:r>
    </w:p>
    <w:p>
      <w:r>
        <w:rPr>
          <w:i/>
        </w:rPr>
        <w:t>“Yaad rakhiye, ek usool”</w:t>
      </w:r>
    </w:p>
    <w:p>
      <w:r>
        <w:rPr>
          <w:sz w:val="20"/>
        </w:rPr>
        <w:t>3:48  yaad rakhiye, ek usool</w:t>
      </w:r>
      <w:r>
        <w:br/>
      </w:r>
      <w:r>
        <w:rPr>
          <w:sz w:val="20"/>
        </w:rPr>
        <w:t>3:51  main ne paya apni zindagi mein ke shikayat hamesha yak tarfa buniyad par khatm hoti hai, yak tarfa matlab hai related buniyad par.</w:t>
      </w:r>
      <w:r>
        <w:br/>
      </w:r>
      <w:r>
        <w:rPr>
          <w:sz w:val="20"/>
        </w:rPr>
        <w:t>4:07  to mujhe</w:t>
      </w:r>
      <w:r>
        <w:br/>
      </w:r>
      <w:r>
        <w:rPr>
          <w:sz w:val="20"/>
        </w:rPr>
        <w:t>4:09  bohat saaf shikayat thi aik sahib se, lekin maine yeh tay kiya ke main shikayat ko yak tarfa buniyad par khatm karta hoon.</w:t>
      </w:r>
      <w:r>
        <w:br/>
      </w:r>
      <w:r>
        <w:rPr>
          <w:sz w:val="20"/>
        </w:rPr>
        <w:t>4:28  ghalti kisi ki bhi ho, chahe kisi ki bhi ho, lekin meri taraf se woh khatm.</w:t>
      </w:r>
      <w:r>
        <w:br/>
      </w:r>
      <w:r>
        <w:rPr>
          <w:sz w:val="20"/>
        </w:rPr>
        <w:t>4:43  yeh aap sab ko karna hai.</w:t>
      </w:r>
    </w:p>
    <w:p>
      <w:pPr>
        <w:pStyle w:val="Heading2"/>
      </w:pPr>
      <w:r>
        <w:t>Prophet's advice: Don't be angry</w:t>
      </w:r>
    </w:p>
    <w:p>
      <w:r>
        <w:rPr>
          <w:color w:val="666666"/>
          <w:sz w:val="18"/>
        </w:rPr>
        <w:t>Art of War and Islam · 27s · at 4:57 · https://youtu.be/LvYP_pf17S0?t=297</w:t>
      </w:r>
    </w:p>
    <w:p>
      <w:r>
        <w:rPr>
          <w:i/>
        </w:rPr>
        <w:t>“Once a man came to the Prophet”</w:t>
      </w:r>
    </w:p>
    <w:p>
      <w:r>
        <w:rPr>
          <w:sz w:val="20"/>
        </w:rPr>
        <w:t>4:57  Once a man came to the Prophet of Islam, he said, "O Prophet, give me a master advice by which I may be able to address, I may be able to manage all the affairs of my life." The Prophet said,</w:t>
      </w:r>
      <w:r>
        <w:br/>
      </w:r>
      <w:r>
        <w:rPr>
          <w:sz w:val="20"/>
        </w:rPr>
        <w:t>5:18  "La tağzab." Don't be angry.</w:t>
      </w:r>
    </w:p>
    <w:p>
      <w:pPr>
        <w:pStyle w:val="Heading2"/>
      </w:pPr>
      <w:r>
        <w:t>Understanding destiny and sincerity</w:t>
      </w:r>
    </w:p>
    <w:p>
      <w:r>
        <w:rPr>
          <w:color w:val="666666"/>
          <w:sz w:val="18"/>
        </w:rPr>
        <w:t>Interaction February 22, 2020 Maulana Wahiduddin Khan · 59s · at 1:40 · https://youtu.be/s4MIiunBRxI?t=100</w:t>
      </w:r>
    </w:p>
    <w:p>
      <w:r>
        <w:rPr>
          <w:i/>
        </w:rPr>
        <w:t>“People take only half the hadith.”</w:t>
      </w:r>
    </w:p>
    <w:p>
      <w:r>
        <w:rPr>
          <w:sz w:val="20"/>
        </w:rPr>
        <w:t>1:40  hadis ko samajhne mein galti ye hoti hai ki log aadhi hadis lete hain, aadhi nahi lete. Aadhi lete hain, aadhi nahi lete. Dekhiye, hadis mein ek taraf ye hai ki Allah ne</w:t>
      </w:r>
      <w:r>
        <w:br/>
      </w:r>
      <w:r>
        <w:rPr>
          <w:sz w:val="20"/>
        </w:rPr>
        <w:t>1:59  har insaan ki destiny likh di hai.</w:t>
      </w:r>
      <w:r>
        <w:br/>
      </w:r>
      <w:r>
        <w:rPr>
          <w:sz w:val="20"/>
        </w:rPr>
        <w:t>2:06  usi hadis se doosri baat ye hai, doosri hadison mein, ki Allah ne, Allah ka jo plan hai, Allah ke jo nazdeek jo good aur bad hai,</w:t>
      </w:r>
      <w:r>
        <w:br/>
      </w:r>
      <w:r>
        <w:rPr>
          <w:sz w:val="20"/>
        </w:rPr>
        <w:t>2:22  sab likh diya hai. To dekhiye, ye hadis us insaan ke bare mein hai jo sincere ho. Sincere insaan ke liye har baat hoti hai, yaad rakhiye. Insincere logon ko koi baat nahi hoti hai.</w:t>
      </w:r>
    </w:p>
    <w:p>
      <w:pPr>
        <w:pStyle w:val="Heading2"/>
      </w:pPr>
      <w:r>
        <w:t>Correct meaning of Kunu qawwamin</w:t>
      </w:r>
    </w:p>
    <w:p>
      <w:r>
        <w:rPr>
          <w:color w:val="666666"/>
          <w:sz w:val="18"/>
        </w:rPr>
        <w:t>The Concept of Justice in Islam May 03, 2007 · 26s · at 10:28 · https://youtu.be/DY5SY8H554c?t=628</w:t>
      </w:r>
    </w:p>
    <w:p>
      <w:r>
        <w:rPr>
          <w:i/>
        </w:rPr>
        <w:t>“Kunu qawwamin bil-qist means follow the principles of justice firmly.”</w:t>
      </w:r>
    </w:p>
    <w:p>
      <w:r>
        <w:rPr>
          <w:sz w:val="20"/>
        </w:rPr>
        <w:t>10:28  Kunu qawwamin bil-qist means follow the principles of justice firmly. Kunu qawwamin bil-qist means follow the principles of justice firmly.</w:t>
      </w:r>
      <w:r>
        <w:br/>
      </w:r>
      <w:r>
        <w:rPr>
          <w:sz w:val="20"/>
        </w:rPr>
        <w:t>10:48  But they have interpreted this verse quite wrongly.</w:t>
      </w:r>
    </w:p>
    <w:p>
      <w:pPr>
        <w:pStyle w:val="Heading2"/>
      </w:pPr>
      <w:r>
        <w:t>Ego is satanic, duty is key</w:t>
      </w:r>
    </w:p>
    <w:p>
      <w:r>
        <w:rPr>
          <w:color w:val="666666"/>
          <w:sz w:val="18"/>
        </w:rPr>
        <w:t>Combined Efforts April 14, 2018 · 55s · at 25:21 · https://youtu.be/0Sv4c7bEwX4?t=1521</w:t>
      </w:r>
    </w:p>
    <w:p>
      <w:r>
        <w:rPr>
          <w:i/>
        </w:rPr>
        <w:t>“Ego to shaitani feal hai”</w:t>
      </w:r>
    </w:p>
    <w:p>
      <w:r>
        <w:rPr>
          <w:sz w:val="20"/>
        </w:rPr>
        <w:t>25:21  ego to shaitani feal hai. ego to shaitani jazba hai. jo cheez important hai woh hai duty ka ehsas.</w:t>
      </w:r>
      <w:r>
        <w:br/>
      </w:r>
      <w:r>
        <w:rPr>
          <w:sz w:val="20"/>
        </w:rPr>
        <w:t>25:34  duty ka ehsas, mein ka ehsas nahi. ego ke maani mein ka ehsas aur duty ke maani kaam ka ehsas. jitna zyada duty ka ehsas hoga, utne zyada aadmi apne ko useful banayega.</w:t>
      </w:r>
      <w:r>
        <w:br/>
      </w:r>
      <w:r>
        <w:rPr>
          <w:sz w:val="20"/>
        </w:rPr>
        <w:t>25:51  aur jitna zyada mein ka ehsas hoga, utna hi woh girta chala jayega, girta chala jayega.</w:t>
      </w:r>
      <w:r>
        <w:br/>
      </w:r>
      <w:r>
        <w:rPr>
          <w:sz w:val="20"/>
        </w:rPr>
        <w:t>26:00  yeh to beautiful term hai yeh. yeh beautiful term hai. ego less speed ka naam hai confidence. jahan ego khatam ho jaye, wahan se confidence shuru hota hai.</w:t>
      </w:r>
    </w:p>
    <w:p>
      <w:pPr>
        <w:pStyle w:val="Heading2"/>
      </w:pPr>
      <w:r>
        <w:t>Formula for gratitude and acceptance</w:t>
      </w:r>
    </w:p>
    <w:p>
      <w:r>
        <w:rPr>
          <w:color w:val="666666"/>
          <w:sz w:val="18"/>
        </w:rPr>
        <w:t>Indian Muslims May 18, 2014 Maulana Wahiduddin Khan · 42s · at 9:45 · https://youtu.be/jHtuZ4UgvEw?t=585</w:t>
      </w:r>
    </w:p>
    <w:p>
      <w:r>
        <w:rPr>
          <w:i/>
        </w:rPr>
        <w:t>“To sahi formula kya hai?”</w:t>
      </w:r>
    </w:p>
    <w:p>
      <w:r>
        <w:rPr>
          <w:sz w:val="20"/>
        </w:rPr>
        <w:t>9:45  yahi woh cheez hai jo aap ke andar shikayatein paida karti hai. agarche ghair zaroori shikayatein hain. kyunke insani duniya mein agar equal bases par nahi hai to khuda ki duniya mein to hai?</w:t>
      </w:r>
      <w:r>
        <w:br/>
      </w:r>
      <w:r>
        <w:rPr>
          <w:sz w:val="20"/>
        </w:rPr>
        <w:t>10:03  to sahi formula kya hai? khuda ki duniya mein jo aap ko mil raha hai, us par shukr kijiye. aur insaan ki duniya mein jo mil raha hai, us ko us ko as it is le lijiye.</w:t>
      </w:r>
      <w:r>
        <w:br/>
      </w:r>
      <w:r>
        <w:rPr>
          <w:sz w:val="20"/>
        </w:rPr>
        <w:t>10:16  wahan bhi shukriya hi shukr karenge aap. jab jo mila hua hai, usi par. allah ki taraf se to aap ko milega hundred percent.</w:t>
      </w:r>
    </w:p>
    <w:p>
      <w:pPr>
        <w:pStyle w:val="Heading2"/>
      </w:pPr>
      <w:r>
        <w:t>Gold cannot replace water</w:t>
      </w:r>
    </w:p>
    <w:p>
      <w:r>
        <w:rPr>
          <w:color w:val="666666"/>
          <w:sz w:val="18"/>
        </w:rPr>
        <w:t>The Importance of Shukr 19 Dec, 2010 - Maulana Wahiduddin Khan · 55s · at 6:47 · https://youtu.be/F4mVn0DwH34?t=407</w:t>
      </w:r>
    </w:p>
    <w:p>
      <w:r>
        <w:rPr>
          <w:i/>
        </w:rPr>
        <w:t>“To us waqt aap ko koi sona de de bahut saara.”</w:t>
      </w:r>
    </w:p>
    <w:p>
      <w:r>
        <w:rPr>
          <w:sz w:val="20"/>
        </w:rPr>
        <w:t>6:47  To us waqt aap ko koi sona de de, bohat sara. Sone ka pahaad de de koi. To aap kya kahenge?</w:t>
      </w:r>
      <w:r>
        <w:br/>
      </w:r>
      <w:r>
        <w:rPr>
          <w:sz w:val="20"/>
        </w:rPr>
        <w:t>6:57  Aap kahenge bhai sona to pani ka substitute nahi hai.</w:t>
      </w:r>
      <w:r>
        <w:br/>
      </w:r>
      <w:r>
        <w:rPr>
          <w:sz w:val="20"/>
        </w:rPr>
        <w:t>7:06  Gold can not be taken as water. Drinking water jo hai is ka badal sona nahi hai.</w:t>
      </w:r>
      <w:r>
        <w:br/>
      </w:r>
      <w:r>
        <w:rPr>
          <w:sz w:val="20"/>
        </w:rPr>
        <w:t>7:17  Gold is not like drinking water. Yani gold jo hai aap ki pyaas ko nahi bujha sakta.</w:t>
      </w:r>
      <w:r>
        <w:br/>
      </w:r>
      <w:r>
        <w:rPr>
          <w:sz w:val="20"/>
        </w:rPr>
        <w:t>7:28  Chahay kitna hi zyada aap ke paas ho. Aap daudenge pani ke liye. To jis waqt aap ko pani na mile tab samajh mein aata hai ke pani kya cheez hai.</w:t>
      </w:r>
    </w:p>
    <w:p>
      <w:pPr>
        <w:pStyle w:val="Heading2"/>
      </w:pPr>
      <w:r>
        <w:t>Contradiction leads to tension</w:t>
      </w:r>
    </w:p>
    <w:p>
      <w:r>
        <w:rPr>
          <w:color w:val="666666"/>
          <w:sz w:val="18"/>
        </w:rPr>
        <w:t>Ancient Shirk or Modern Shirk February 1, 2008 Maulana Wahiduddin Khan · 29s · at 13:24 · https://youtu.be/LB6iBYerQmw?t=804</w:t>
      </w:r>
    </w:p>
    <w:p>
      <w:r>
        <w:rPr>
          <w:i/>
        </w:rPr>
        <w:t>“Present man is living in contradiction and result is in tension”</w:t>
      </w:r>
    </w:p>
    <w:p>
      <w:r>
        <w:rPr>
          <w:sz w:val="20"/>
        </w:rPr>
        <w:t>13:24  Yani present man is living in contradiction and result is in tension.</w:t>
      </w:r>
      <w:r>
        <w:br/>
      </w:r>
      <w:r>
        <w:rPr>
          <w:sz w:val="20"/>
        </w:rPr>
        <w:t>13:32  And the direct result of this contradiction is tension and stress. Aaj ka insaan jeeta hai tazad mein, contradiction mein.</w:t>
      </w:r>
      <w:r>
        <w:br/>
      </w:r>
      <w:r>
        <w:rPr>
          <w:sz w:val="20"/>
        </w:rPr>
        <w:t>13:43  Isi ka barah e raast nateeja hai tension aur stress. Woh kaise? Is ko ghor kijiye.</w:t>
      </w:r>
    </w:p>
    <w:p>
      <w:pPr>
        <w:pStyle w:val="Heading2"/>
      </w:pPr>
      <w:r>
        <w:t>lying is called the greatest evil of all</w:t>
      </w:r>
    </w:p>
    <w:p>
      <w:r>
        <w:rPr>
          <w:color w:val="666666"/>
          <w:sz w:val="18"/>
        </w:rPr>
        <w:t>How to Build A Strong Personality June 14, 2008 · 20s · at 43:29 · https://youtu.be/CEzRHSVoQlI?t=2609</w:t>
      </w:r>
    </w:p>
    <w:p>
      <w:r>
        <w:rPr>
          <w:i/>
        </w:rPr>
        <w:t>“Jab chhupa nahi sakte to phir kya karen”</w:t>
      </w:r>
    </w:p>
    <w:p>
      <w:r>
        <w:rPr>
          <w:sz w:val="20"/>
        </w:rPr>
        <w:t>43:29  jab chhipa nahi sakte to phir kya karein?</w:t>
      </w:r>
      <w:r>
        <w:br/>
      </w:r>
      <w:r>
        <w:rPr>
          <w:sz w:val="20"/>
        </w:rPr>
        <w:t>43:32  to jhoot jo hai, saare evils ka yani sab se bada evil hai, greatest evil hai insaan ki zindagi mein.</w:t>
      </w:r>
    </w:p>
    <w:p>
      <w:pPr>
        <w:pStyle w:val="Heading2"/>
      </w:pPr>
      <w:r>
        <w:t>Patience is the price you pay for gratitude</w:t>
      </w:r>
    </w:p>
    <w:p>
      <w:r>
        <w:rPr>
          <w:color w:val="666666"/>
          <w:sz w:val="18"/>
        </w:rPr>
        <w:t>Problem and Shukr March 15, 2015 · 27s · at 56:32 · https://youtu.be/SPBsXjH1hzM?t=3392</w:t>
      </w:r>
    </w:p>
    <w:p>
      <w:r>
        <w:rPr>
          <w:i/>
        </w:rPr>
        <w:t>“Patience jo hai wahi price hai duniya mein hamd ke sath jeene ke liye”</w:t>
      </w:r>
    </w:p>
    <w:p>
      <w:r>
        <w:rPr>
          <w:sz w:val="20"/>
        </w:rPr>
        <w:t>56:32  please guide me from where to begin, as i really want to change myself. dekhiye, patience jo hai, wahi to prize hai.</w:t>
      </w:r>
      <w:r>
        <w:br/>
      </w:r>
      <w:r>
        <w:rPr>
          <w:sz w:val="20"/>
        </w:rPr>
        <w:t>56:41  patience jo hai, wahi price hai dunya mein hamd aur shukr ke sath jeene ke liye. to aap price nahi denge to cheez milegi kaise aap ko?</w:t>
      </w:r>
      <w:r>
        <w:br/>
      </w:r>
      <w:r>
        <w:rPr>
          <w:sz w:val="20"/>
        </w:rPr>
        <w:t>56:52  aap ko ek car khareedna hai to kya aap baghair price diye car mil jayegi aap ko?</w:t>
      </w:r>
    </w:p>
    <w:p>
      <w:pPr>
        <w:pStyle w:val="Heading2"/>
      </w:pPr>
      <w:r>
        <w:t>Patience protects you from distraction</w:t>
      </w:r>
    </w:p>
    <w:p>
      <w:r>
        <w:rPr>
          <w:color w:val="666666"/>
          <w:sz w:val="18"/>
        </w:rPr>
        <w:t>Power of Peace June 6, 2010 Maulana Wahiduddin Khan · 32s · at 5:46 · https://youtu.be/QNnouRoYI38?t=346</w:t>
      </w:r>
    </w:p>
    <w:p>
      <w:r>
        <w:rPr>
          <w:i/>
        </w:rPr>
        <w:t>“Sabr distraction se bachata hai”</w:t>
      </w:r>
    </w:p>
    <w:p>
      <w:r>
        <w:rPr>
          <w:sz w:val="20"/>
        </w:rPr>
        <w:t>5:46  dekhein, sabr kya karta hai? patience kya karta hai? ya sahan sheelta kya karti hai? woh yeh karti hai ke aap ko distraction se bachati hai.</w:t>
      </w:r>
      <w:r>
        <w:br/>
      </w:r>
      <w:r>
        <w:rPr>
          <w:sz w:val="20"/>
        </w:rPr>
        <w:t>6:03  Distraction se bachati hai. aur distraction se bachna, yahi to sab se bari taqat hai. is se to bari koi cheez nahi.</w:t>
      </w:r>
      <w:r>
        <w:br/>
      </w:r>
      <w:r>
        <w:rPr>
          <w:sz w:val="20"/>
        </w:rPr>
        <w:t>6:15  is se bari to koi cheez nahi.</w:t>
      </w:r>
    </w:p>
    <w:p>
      <w:pPr>
        <w:pStyle w:val="Heading2"/>
      </w:pPr>
      <w:r>
        <w:t>Human nature: inborn need for gratitude</w:t>
      </w:r>
    </w:p>
    <w:p>
      <w:r>
        <w:rPr>
          <w:color w:val="666666"/>
          <w:sz w:val="18"/>
        </w:rPr>
        <w:t>Ancient Shirk or Modern Shirk February 1, 2008 Maulana Wahiduddin Khan · 33s · at 13:52 · https://youtu.be/LB6iBYerQmw?t=832</w:t>
      </w:r>
    </w:p>
    <w:p>
      <w:r>
        <w:rPr>
          <w:i/>
        </w:rPr>
        <w:t>“Insaan by birth ek nature le kar paida hua hai”</w:t>
      </w:r>
    </w:p>
    <w:p>
      <w:r>
        <w:rPr>
          <w:sz w:val="20"/>
        </w:rPr>
        <w:t>13:52  Dekhiye, jaisa ke main ne arz kiya, insaan by birth ek nature le kar paida hua hai. Woh nature hai tashakkur, gratitude, acknowledge karna.</w:t>
      </w:r>
      <w:r>
        <w:br/>
      </w:r>
      <w:r>
        <w:rPr>
          <w:sz w:val="20"/>
        </w:rPr>
        <w:t>14:08  Insaan ki nature mein yeh cheez introven hai. Nature mein introven hai ke kisi se kuch mile to us ko acknowledge kare.</w:t>
      </w:r>
      <w:r>
        <w:br/>
      </w:r>
      <w:r>
        <w:rPr>
          <w:sz w:val="20"/>
        </w:rPr>
        <w:t>14:20  Kisi se kuch mile to us ka etraf kare.</w:t>
      </w:r>
    </w:p>
    <w:p>
      <w:pPr>
        <w:pStyle w:val="Heading2"/>
      </w:pPr>
      <w:r>
        <w:t>Discover opportunities without problems</w:t>
      </w:r>
    </w:p>
    <w:p>
      <w:r>
        <w:rPr>
          <w:color w:val="666666"/>
          <w:sz w:val="18"/>
        </w:rPr>
        <w:t>The Importance of Non Confrontational Method, | August 29, 2010 · 30s · at 26:43 · https://youtu.be/8ZGB0tWQtg8?t=1603</w:t>
      </w:r>
    </w:p>
    <w:p>
      <w:r>
        <w:rPr>
          <w:i/>
        </w:rPr>
        <w:t>“Without creating problems, discover opportunities.”</w:t>
      </w:r>
    </w:p>
    <w:p>
      <w:r>
        <w:rPr>
          <w:sz w:val="20"/>
        </w:rPr>
        <w:t>26:43  mein ahmiyat kis baat ki hai? Allah ki nazar mein ahmiyat yeh hai ke aap problem nah create</w:t>
      </w:r>
      <w:r>
        <w:br/>
      </w:r>
      <w:r>
        <w:rPr>
          <w:sz w:val="20"/>
        </w:rPr>
        <w:t>26:48  karte hue jo opportunity hai us ko discover kijiye aur us ko avail kijiye.</w:t>
      </w:r>
      <w:r>
        <w:br/>
      </w:r>
      <w:r>
        <w:rPr>
          <w:sz w:val="20"/>
        </w:rPr>
        <w:t>26:53  dunya se nafrat karna chhod dijiye.</w:t>
      </w:r>
      <w:r>
        <w:br/>
      </w:r>
      <w:r>
        <w:rPr>
          <w:sz w:val="20"/>
        </w:rPr>
        <w:t>26:58  ladna bhadna chhod dijiye.</w:t>
      </w:r>
      <w:r>
        <w:br/>
      </w:r>
      <w:r>
        <w:rPr>
          <w:sz w:val="20"/>
        </w:rPr>
        <w:t>27:03  takrao chhod dijiye.</w:t>
      </w:r>
      <w:r>
        <w:br/>
      </w:r>
      <w:r>
        <w:rPr>
          <w:sz w:val="20"/>
        </w:rPr>
        <w:t>27:08  aur ek hi kaam kijiye ke discover kijiye ke aap jo situation</w:t>
      </w:r>
    </w:p>
    <w:p>
      <w:pPr>
        <w:pStyle w:val="Heading2"/>
      </w:pPr>
      <w:r>
        <w:t>Persian proverb: patience is bitter, its fruit sweet</w:t>
      </w:r>
    </w:p>
    <w:p>
      <w:r>
        <w:rPr>
          <w:color w:val="666666"/>
          <w:sz w:val="18"/>
        </w:rPr>
        <w:t>Importance of Patience in Islam December 11, 2022 · 21s · at 23:19 · https://youtu.be/Cy59II1dC-I?t=1399</w:t>
      </w:r>
    </w:p>
    <w:p>
      <w:r>
        <w:rPr>
          <w:i/>
        </w:rPr>
        <w:t>“Sabr talkh ast, walekin bar-e-sheereen darad”</w:t>
      </w:r>
    </w:p>
    <w:p>
      <w:r>
        <w:rPr>
          <w:sz w:val="20"/>
        </w:rPr>
        <w:t>23:19  to us mein Persian mein kehte hain, "sabr talkh hast wa lekin bar-e-shirin daarad." sabr to bohat kadwa hai, lekin uska phal bohat meetha hai. jee, aap bohat aham baat batai aap ne. aur asal mein yeh bhi hai ke sabr ka jo ta'alluq hai,</w:t>
      </w:r>
    </w:p>
    <w:p>
      <w:pPr>
        <w:pStyle w:val="Heading2"/>
      </w:pPr>
      <w:r>
        <w:t>Snake bite and modern convenience contrast</w:t>
      </w:r>
    </w:p>
    <w:p>
      <w:r>
        <w:rPr>
          <w:color w:val="666666"/>
          <w:sz w:val="18"/>
        </w:rPr>
        <w:t>Interaction with Umries 26 July, 2019 - Maulana Wahiduddin Khan · 59s · at 23:04 · https://youtu.be/x26fUHWfzFg?t=1384</w:t>
      </w:r>
    </w:p>
    <w:p>
      <w:r>
        <w:rPr>
          <w:i/>
        </w:rPr>
        <w:t>“Saap ne kaat liya mujhe”</w:t>
      </w:r>
    </w:p>
    <w:p>
      <w:r>
        <w:rPr>
          <w:sz w:val="20"/>
        </w:rPr>
        <w:t>23:04  yaani kaat hi sare nahin ke latak gaya woh daant phansa kar ke latak gaya to mein ne jhatka diya use to nikla woh</w:t>
      </w:r>
      <w:r>
        <w:br/>
      </w:r>
      <w:r>
        <w:rPr>
          <w:sz w:val="20"/>
        </w:rPr>
        <w:t>23:19  ab woh muddaton saalon tak mujhe paon mein dard hota raha</w:t>
      </w:r>
      <w:r>
        <w:br/>
      </w:r>
      <w:r>
        <w:rPr>
          <w:sz w:val="20"/>
        </w:rPr>
        <w:t>23:27  aaj kal nahi ho raha hai lekin kabhi kabhi ubhar aata hai</w:t>
      </w:r>
      <w:r>
        <w:br/>
      </w:r>
      <w:r>
        <w:rPr>
          <w:sz w:val="20"/>
        </w:rPr>
        <w:t>23:33  sirf ek message ke liye</w:t>
      </w:r>
      <w:r>
        <w:br/>
      </w:r>
      <w:r>
        <w:rPr>
          <w:sz w:val="20"/>
        </w:rPr>
        <w:t>23:36  aur aaj kya hai aapki jeb mein mobile hai button dabaiye aur secondon mein yahan se wahan</w:t>
      </w:r>
      <w:r>
        <w:br/>
      </w:r>
      <w:r>
        <w:rPr>
          <w:sz w:val="20"/>
        </w:rPr>
        <w:t>23:43  pehanch jayega</w:t>
      </w:r>
      <w:r>
        <w:br/>
      </w:r>
      <w:r>
        <w:rPr>
          <w:sz w:val="20"/>
        </w:rPr>
        <w:t>23:45  bahria saraiwo hi nahi bahria se deewar</w:t>
      </w:r>
      <w:r>
        <w:br/>
      </w:r>
      <w:r>
        <w:rPr>
          <w:sz w:val="20"/>
        </w:rPr>
        <w:t>23:50  kahin bhi yeh kis ki dein hai</w:t>
      </w:r>
      <w:r>
        <w:br/>
      </w:r>
      <w:r>
        <w:rPr>
          <w:sz w:val="20"/>
        </w:rPr>
        <w:t>23:56  maghrib ki dein hai</w:t>
      </w:r>
      <w:r>
        <w:br/>
      </w:r>
      <w:r>
        <w:rPr>
          <w:sz w:val="20"/>
        </w:rPr>
        <w:t>23:58  aur is ko aap marna chahte hain jhoote jhoote</w:t>
      </w:r>
      <w:r>
        <w:br/>
      </w:r>
      <w:r>
        <w:rPr>
          <w:sz w:val="20"/>
        </w:rPr>
        <w:t>24:02  jhoota excuse nahi</w:t>
      </w:r>
    </w:p>
    <w:p>
      <w:pPr>
        <w:pStyle w:val="Heading2"/>
      </w:pPr>
      <w:r>
        <w:t>Avoid complaint and protest at all costs</w:t>
      </w:r>
    </w:p>
    <w:p>
      <w:r>
        <w:rPr>
          <w:color w:val="666666"/>
          <w:sz w:val="18"/>
        </w:rPr>
        <w:t>Problem and Shukr March 15, 2015 · 21s · at 23:52 · https://youtu.be/SPBsXjH1hzM?t=1432</w:t>
      </w:r>
    </w:p>
    <w:p>
      <w:r>
        <w:rPr>
          <w:i/>
        </w:rPr>
        <w:t>“Aakhri had tak shikayat se bacho, protest se bacho”</w:t>
      </w:r>
    </w:p>
    <w:p>
      <w:r>
        <w:rPr>
          <w:sz w:val="20"/>
        </w:rPr>
        <w:t>23:52  is liye sabr ka jo falsafa Quran mein hai, us ka matlab yeh hai: aakhri had tak shikaayat se bacho. aakhri had tak complaint se bacho.</w:t>
      </w:r>
      <w:r>
        <w:br/>
      </w:r>
      <w:r>
        <w:rPr>
          <w:sz w:val="20"/>
        </w:rPr>
        <w:t>24:01  aakhri had tak protest se bacho. aakhri had tak negative thinking se bacho. ya sabr. to phir kya hoga?</w:t>
      </w:r>
      <w:r>
        <w:br/>
      </w:r>
      <w:r>
        <w:rPr>
          <w:sz w:val="20"/>
        </w:rPr>
        <w:t>24:11  ke aap ka mind unfold hone lagega.</w:t>
      </w:r>
    </w:p>
    <w:p>
      <w:pPr>
        <w:pStyle w:val="Heading2"/>
      </w:pPr>
      <w:r>
        <w:t>Truth concerns every human being</w:t>
      </w:r>
    </w:p>
    <w:p>
      <w:r>
        <w:rPr>
          <w:color w:val="666666"/>
          <w:sz w:val="18"/>
        </w:rPr>
        <w:t>How to Find Truth | August 8, 2007 · 1m 00s · at 0:40 · https://youtu.be/YaxWNPN2K5A?t=40</w:t>
      </w:r>
    </w:p>
    <w:p>
      <w:r>
        <w:rPr>
          <w:i/>
        </w:rPr>
        <w:t>“Truth is a concern of every human being”</w:t>
      </w:r>
    </w:p>
    <w:p>
      <w:r>
        <w:rPr>
          <w:sz w:val="20"/>
        </w:rPr>
        <w:t>0:40  Truth, how to find truth.</w:t>
      </w:r>
      <w:r>
        <w:br/>
      </w:r>
      <w:r>
        <w:rPr>
          <w:sz w:val="20"/>
        </w:rPr>
        <w:t>0:50  You know, truth is a concern of every human being, man and woman both.</w:t>
      </w:r>
      <w:r>
        <w:br/>
      </w:r>
      <w:r>
        <w:rPr>
          <w:sz w:val="20"/>
        </w:rPr>
        <w:t>1:00  Everyone wants to know who am I, what is the purpose of my</w:t>
      </w:r>
      <w:r>
        <w:br/>
      </w:r>
      <w:r>
        <w:rPr>
          <w:sz w:val="20"/>
        </w:rPr>
        <w:t>1:10  my life, what is death, what is pre death period, and what is after death period. all these questions relate to the truth, so everyone wants to know what is truth, what is the meaning of my life, wa</w:t>
      </w:r>
    </w:p>
    <w:p>
      <w:pPr>
        <w:pStyle w:val="Heading2"/>
      </w:pPr>
      <w:r>
        <w:t>Hadith on mixing with people</w:t>
      </w:r>
    </w:p>
    <w:p>
      <w:r>
        <w:rPr>
          <w:color w:val="666666"/>
          <w:sz w:val="18"/>
        </w:rPr>
        <w:t>Combined Efforts April 14, 2018 · 48s · at 0:46 · https://youtu.be/0Sv4c7bEwX4?t=46</w:t>
      </w:r>
    </w:p>
    <w:p>
      <w:r>
        <w:rPr>
          <w:i/>
        </w:rPr>
        <w:t>“Al-mu'min alladhi yukhalitu al-nas”</w:t>
      </w:r>
    </w:p>
    <w:p>
      <w:r>
        <w:rPr>
          <w:sz w:val="20"/>
        </w:rPr>
        <w:t>0:46  an ibn umar, an an nabi sallallahu alaihi wasallam qala: "al momin alladhi yukhalit an nas wa yasbiru ala azaahim a'zamu ajran min alladhi la yukhalituhum wa la yasbiru ala azaahim." qala hajjaj: "khairun min alladhi la yukhalituhum." tarjama</w:t>
      </w:r>
      <w:r>
        <w:br/>
      </w:r>
      <w:r>
        <w:rPr>
          <w:sz w:val="20"/>
        </w:rPr>
        <w:t>1:06  h padhiye. musnad ahmad, hadith number 5022. ibn umar se riwayat hai: nabi sallallahu alaihi wasallam ne kaha: "wo momin jo logon se milta julta hai aur us ki takleef par sabr karta hai,</w:t>
      </w:r>
      <w:r>
        <w:br/>
      </w:r>
      <w:r>
        <w:rPr>
          <w:sz w:val="20"/>
        </w:rPr>
        <w:t>1:20  zyada ajr wala hai us se jo logon se nahi milta aur un ki takleef par sabr nahi karta." ek riwayat mein hai ke un se behtar hai jo un se nahi milta.</w:t>
      </w:r>
    </w:p>
    <w:p>
      <w:pPr>
        <w:pStyle w:val="Heading2"/>
      </w:pPr>
      <w:r>
        <w:t>Hadith: anger corrupts divine wisdom</w:t>
      </w:r>
    </w:p>
    <w:p>
      <w:r>
        <w:rPr>
          <w:color w:val="666666"/>
          <w:sz w:val="18"/>
        </w:rPr>
        <w:t>Don't Be Angry Culture January 15, 2012 · 40s · at 6:52 · https://youtu.be/NrA3X8y_FLY?t=412</w:t>
      </w:r>
    </w:p>
    <w:p>
      <w:r>
        <w:rPr>
          <w:i/>
        </w:rPr>
        <w:t>“In al-ghadaba layufsidu al-eman”</w:t>
      </w:r>
    </w:p>
    <w:p>
      <w:r>
        <w:rPr>
          <w:sz w:val="20"/>
        </w:rPr>
        <w:t>6:52  "in al-ghadab la yashhad al-iman" . ghussa aadmi ke iman mein fasaad daal deta hai.</w:t>
      </w:r>
      <w:r>
        <w:br/>
      </w:r>
      <w:r>
        <w:rPr>
          <w:sz w:val="20"/>
        </w:rPr>
        <w:t>7:05  yahan iman ka lafz saada taur par aik rasmi aqeeday ke matlab mein nahi hai, woh hai Divine Wisdom ke matlab mein.</w:t>
      </w:r>
      <w:r>
        <w:br/>
      </w:r>
      <w:r>
        <w:rPr>
          <w:sz w:val="20"/>
        </w:rPr>
        <w:t>7:17  is ka matlab yeh hua ke "Anger corrupts the Divine Wisdom." "Anger corrupts the Divine Wisdom."</w:t>
      </w:r>
    </w:p>
    <w:p>
      <w:pPr>
        <w:pStyle w:val="Heading2"/>
      </w:pPr>
      <w:r>
        <w:t>Reconciliation means adjustment, patience, and compromise</w:t>
      </w:r>
    </w:p>
    <w:p>
      <w:r>
        <w:rPr>
          <w:color w:val="666666"/>
          <w:sz w:val="18"/>
        </w:rPr>
        <w:t>Adjustment the Only Option I January 26, 2010 · 25s · at 7:10 · https://youtu.be/5jDoLit5NWU?t=430</w:t>
      </w:r>
    </w:p>
    <w:p>
      <w:r>
        <w:rPr>
          <w:i/>
        </w:rPr>
        <w:t>“Is aayat ka tarjuma hai reconciliation is the best”</w:t>
      </w:r>
    </w:p>
    <w:p>
      <w:r>
        <w:rPr>
          <w:sz w:val="20"/>
        </w:rPr>
        <w:t>7:10  is ayat ka tarjuma hai reconciliation is the best. and now what is reconciliation? reconciliation means adjustment, patience, compromise, adopting pragmatic approach.</w:t>
      </w:r>
      <w:r>
        <w:br/>
      </w:r>
      <w:r>
        <w:rPr>
          <w:sz w:val="20"/>
        </w:rPr>
        <w:t>7:35  yeh hai reconciliation.</w:t>
      </w:r>
    </w:p>
    <w:p>
      <w:pPr>
        <w:pStyle w:val="Heading2"/>
      </w:pPr>
      <w:r>
        <w:t>Ajz kamil as extent of qudrat kamilah</w:t>
      </w:r>
    </w:p>
    <w:p>
      <w:r>
        <w:rPr>
          <w:color w:val="666666"/>
          <w:sz w:val="18"/>
        </w:rPr>
        <w:t>Attaining Wisdom through State of Helplessness November 28, 2019 - Maulana Wahiduddin Khan · 56s · at 31:55 · https://youtu.be/dS29D4Pt-3U?t=1915</w:t>
      </w:r>
    </w:p>
    <w:p>
      <w:r>
        <w:rPr>
          <w:i/>
        </w:rPr>
        <w:t>“Qudrat kamilah ke muqable mein ajz kamil ka doosra extent”</w:t>
      </w:r>
    </w:p>
    <w:p>
      <w:r>
        <w:rPr>
          <w:sz w:val="20"/>
        </w:rPr>
        <w:t>31:55  khuda jab qadir hai, yeh jumla koi poori tareekh mein soch bhi nahi sakta, lekin likhna toh bohat door ki baat hai. yeh sirf mere jaisa kamzor aadmi soch sakta tha.</w:t>
      </w:r>
      <w:r>
        <w:br/>
      </w:r>
      <w:r>
        <w:rPr>
          <w:sz w:val="20"/>
        </w:rPr>
        <w:t>32:08  bataiye, jumla kya hai? woh</w:t>
      </w:r>
      <w:r>
        <w:br/>
      </w:r>
      <w:r>
        <w:rPr>
          <w:sz w:val="20"/>
        </w:rPr>
        <w:t>32:22  qudrat-e-kamilah ke muqable mein ajz-e-kamil ka doosra extend banat</w:t>
      </w:r>
      <w:r>
        <w:br/>
      </w:r>
      <w:r>
        <w:rPr>
          <w:sz w:val="20"/>
        </w:rPr>
        <w:t>32:29  a hai. ji ji, yeh yeh jumla hai meri taraf tareekh mein koi soch bhi nahi saka kyunke log ajz-e-kamil ki satah pe hote hi nahi.</w:t>
      </w:r>
      <w:r>
        <w:br/>
      </w:r>
      <w:r>
        <w:rPr>
          <w:sz w:val="20"/>
        </w:rPr>
        <w:t>32:41  woh aap ne jo kiya jaane, woh qadir-e-mutlaq ke muqable mein aajiz-e-mutlaq ka extend banata hai.</w:t>
      </w:r>
    </w:p>
    <w:p>
      <w:pPr>
        <w:pStyle w:val="Heading2"/>
      </w:pPr>
      <w:r>
        <w:t>Definition of shukr (gratitude) in Islam</w:t>
      </w:r>
    </w:p>
    <w:p>
      <w:r>
        <w:rPr>
          <w:color w:val="666666"/>
          <w:sz w:val="18"/>
        </w:rPr>
        <w:t>The Concept of Shukr in Islam | June 17, 2008 · 1m 00s · at 0:44 · https://youtu.be/ySbCs4MRNXU?t=44</w:t>
      </w:r>
    </w:p>
    <w:p>
      <w:r>
        <w:rPr>
          <w:i/>
        </w:rPr>
        <w:t>“Shukr ka matlab hai aetraf karna, grateful hona.”</w:t>
      </w:r>
    </w:p>
    <w:p>
      <w:r>
        <w:rPr>
          <w:sz w:val="20"/>
        </w:rPr>
        <w:t>0:44  shukr in Islam.</w:t>
      </w:r>
      <w:r>
        <w:br/>
      </w:r>
      <w:r>
        <w:rPr>
          <w:sz w:val="20"/>
        </w:rPr>
        <w:t>0:52  Shukr ki bohat zyada importance hai Islam mein.</w:t>
      </w:r>
      <w:r>
        <w:br/>
      </w:r>
      <w:r>
        <w:rPr>
          <w:sz w:val="20"/>
        </w:rPr>
        <w:t>0:59  Shukr ka matlab hai etiraf karna, grateful hona.</w:t>
      </w:r>
      <w:r>
        <w:br/>
      </w:r>
      <w:r>
        <w:rPr>
          <w:sz w:val="20"/>
        </w:rPr>
        <w:t>1:07  Toh Khuda ka grateful hona, gratefulness ka ehsas aana aadmi</w:t>
      </w:r>
      <w:r>
        <w:br/>
      </w:r>
      <w:r>
        <w:rPr>
          <w:sz w:val="20"/>
        </w:rPr>
        <w:t>1:14  ke andar, isi ko kehte hain shukr.</w:t>
      </w:r>
      <w:r>
        <w:br/>
      </w:r>
      <w:r>
        <w:rPr>
          <w:sz w:val="20"/>
        </w:rPr>
        <w:t>1:20  Yaani jab insan ko kisi se kuch milta hai, jab insan ke sath koi aadmi ehsan karta hai,</w:t>
      </w:r>
      <w:r>
        <w:br/>
      </w:r>
      <w:r>
        <w:rPr>
          <w:sz w:val="20"/>
        </w:rPr>
        <w:t>1:26  kuch deta hai usko, toh uske andar etiraf ka jazba paida hota hai.</w:t>
      </w:r>
      <w:r>
        <w:br/>
      </w:r>
      <w:r>
        <w:rPr>
          <w:sz w:val="20"/>
        </w:rPr>
        <w:t>1:32  Isi ko shukr kehte hain.</w:t>
      </w:r>
      <w:r>
        <w:br/>
      </w:r>
      <w:r>
        <w:rPr>
          <w:sz w:val="20"/>
        </w:rPr>
        <w:t>1:38  Insan ke in</w:t>
      </w:r>
    </w:p>
    <w:p>
      <w:pPr>
        <w:pStyle w:val="Heading2"/>
      </w:pPr>
      <w:r>
        <w:t>Sabr means wait and see policy</w:t>
      </w:r>
    </w:p>
    <w:p>
      <w:r>
        <w:rPr>
          <w:color w:val="666666"/>
          <w:sz w:val="18"/>
        </w:rPr>
        <w:t>From The Spiritual Tree 28 Nov, 2010 - Maulana Wahiduddin Khan · 28s · at 5:37 · https://youtu.be/LDMY7FjQRIE?t=337</w:t>
      </w:r>
    </w:p>
    <w:p>
      <w:r>
        <w:rPr>
          <w:i/>
        </w:rPr>
        <w:t>“Yeh wohi hai jisko Quran mein sabr kaha gaya hai”</w:t>
      </w:r>
    </w:p>
    <w:p>
      <w:r>
        <w:rPr>
          <w:sz w:val="20"/>
        </w:rPr>
        <w:t>5:37  yeh wahi hai jis ko quran mein sabr kaha gaya hai. sabr kya hai? sabr maani hote hain patience, bardasht, tahammul.</w:t>
      </w:r>
      <w:r>
        <w:br/>
      </w:r>
      <w:r>
        <w:rPr>
          <w:sz w:val="20"/>
        </w:rPr>
        <w:t>5:46  to wahi kiya hai? wahi to hai. sabr ka matlab hai "wait and see" ki policy.</w:t>
      </w:r>
      <w:r>
        <w:br/>
      </w:r>
      <w:r>
        <w:rPr>
          <w:sz w:val="20"/>
        </w:rPr>
        <w:t>5:55  hadees mein aata hai ke "ilmun nasr ma'as sabr". jaan lo ke kamyabi sabr ke saath juri hui hai.</w:t>
      </w:r>
    </w:p>
    <w:p>
      <w:pPr>
        <w:pStyle w:val="Heading2"/>
      </w:pPr>
      <w:r>
        <w:t>True meaning of durood is sacrifice</w:t>
      </w:r>
    </w:p>
    <w:p>
      <w:r>
        <w:rPr>
          <w:color w:val="666666"/>
          <w:sz w:val="18"/>
        </w:rPr>
        <w:t>Understanding Islam (In Conversation with Maulana) June 20, 2010 Maulana Wahidudidn Khan · 36s · at 23:57 · https://youtu.be/7UylaPL-iO8?t=1437</w:t>
      </w:r>
    </w:p>
    <w:p>
      <w:r>
        <w:rPr>
          <w:i/>
        </w:rPr>
        <w:t>“Aaj kal is ko ek ritual ke taur par liya gaya hai”</w:t>
      </w:r>
    </w:p>
    <w:p>
      <w:r>
        <w:rPr>
          <w:sz w:val="20"/>
        </w:rPr>
        <w:t>23:57  aj kal is ko aik ritual ke taur par liya gaya hai. rasool Allah ka naam aaye to foran kahein sallallahu alaihi wasallam. yeh matlab is ka nahi hai. yeh is ka matlab nahi hai.</w:t>
      </w:r>
      <w:r>
        <w:br/>
      </w:r>
      <w:r>
        <w:rPr>
          <w:sz w:val="20"/>
        </w:rPr>
        <w:t>24:12  is ka matlab yeh hai ke rasool Allah ne jo kaam kiya woh bilashubah aik bohat hi bada yani sacrifice ka kaam tha.</w:t>
      </w:r>
      <w:r>
        <w:br/>
      </w:r>
      <w:r>
        <w:rPr>
          <w:sz w:val="20"/>
        </w:rPr>
        <w:t>24:24  yani aise dor mein jab ke yeh kehna ke Khuda ek hai us par pathar mare jate thay. Aaj ka zamana nahi tha woh.</w:t>
      </w:r>
    </w:p>
    <w:p>
      <w:pPr>
        <w:pStyle w:val="Heading2"/>
      </w:pPr>
      <w:r>
        <w:t>Wall of modesty explained to priest</w:t>
      </w:r>
    </w:p>
    <w:p>
      <w:r>
        <w:rPr>
          <w:color w:val="666666"/>
          <w:sz w:val="18"/>
        </w:rPr>
        <w:t>CPS Mission · 59s · at 21:44 · https://youtu.be/Ial-p18iypI?t=1304</w:t>
      </w:r>
    </w:p>
    <w:p>
      <w:r>
        <w:rPr>
          <w:i/>
        </w:rPr>
        <w:t>“I humbly presented this explanation to the priest.”</w:t>
      </w:r>
    </w:p>
    <w:p>
      <w:r>
        <w:rPr>
          <w:sz w:val="20"/>
        </w:rPr>
        <w:t>21:44  i humbly presented this explanation to the press, saying that the wall here does not refer to a wall of brick and mortar, rather it refers to a wall of modesty.</w:t>
      </w:r>
      <w:r>
        <w:br/>
      </w:r>
      <w:r>
        <w:rPr>
          <w:sz w:val="20"/>
        </w:rPr>
        <w:t>21:57  this is a wall which a woman should build around her self with her grace and dignity which will act as a protection in her interactions.</w:t>
      </w:r>
      <w:r>
        <w:br/>
      </w:r>
      <w:r>
        <w:rPr>
          <w:sz w:val="20"/>
        </w:rPr>
        <w:t>22:07  any one in his interactions with a woman</w:t>
      </w:r>
      <w:r>
        <w:br/>
      </w:r>
      <w:r>
        <w:rPr>
          <w:sz w:val="20"/>
        </w:rPr>
        <w:t>22:11  harbors any indecent intention should feel the presence of a wall of respect between him and the lady he is dealing with.</w:t>
      </w:r>
      <w:r>
        <w:br/>
      </w:r>
      <w:r>
        <w:rPr>
          <w:sz w:val="20"/>
        </w:rPr>
        <w:t>22:22  upon hearing this, the press said, sister, this is a very meaningful explanation. considering this incident, is it not necessary that we need to understand them in the present context for our own implementation and to present its beautiful and profound as</w:t>
      </w:r>
    </w:p>
    <w:p>
      <w:pPr>
        <w:pStyle w:val="Heading2"/>
      </w:pPr>
      <w:r>
        <w:t>Saying Alhamdulillah out of habit is just lip service</w:t>
      </w:r>
    </w:p>
    <w:p>
      <w:r>
        <w:rPr>
          <w:color w:val="666666"/>
          <w:sz w:val="18"/>
        </w:rPr>
        <w:t>Importance of Shukr (Thankfulness) July 24, 2022 · 30s · at 27:39 · https://youtu.be/MgWNIv0k1sk?t=1659</w:t>
      </w:r>
    </w:p>
    <w:p>
      <w:r>
        <w:rPr>
          <w:i/>
        </w:rPr>
        <w:t>“Allah ki badai apne baap dada jaisi karo”</w:t>
      </w:r>
    </w:p>
    <w:p>
      <w:r>
        <w:rPr>
          <w:sz w:val="20"/>
        </w:rPr>
        <w:t>27:39  quran mein aaya hai ke Allah ki barhai is tarah karo jis tarah tum apne baap dada ki, apne ancestors ki barhai karte ho</w:t>
      </w:r>
      <w:r>
        <w:br/>
      </w:r>
      <w:r>
        <w:rPr>
          <w:sz w:val="20"/>
        </w:rPr>
        <w:t>27:47  . to jo aisi barhai kare, jo apne baap dada aur ancestors wali barhai kare, Allah taala ki charcha kare, to wohi samajh lijiye, wohi real charcha hai.</w:t>
      </w:r>
      <w:r>
        <w:br/>
      </w:r>
      <w:r>
        <w:rPr>
          <w:sz w:val="20"/>
        </w:rPr>
        <w:t>27:59  yeh jo munh se jo alhamdulillah jo aaj kal raaij ho gaya hai, yeh is ki koi value nahin hai Allah ke nazdeek. is ko hum keh sakte hain lip service.</w:t>
      </w:r>
    </w:p>
    <w:p>
      <w:pPr>
        <w:pStyle w:val="Heading2"/>
      </w:pPr>
      <w:r>
        <w:t>Islamic gradual method beats impulsive triple talaq</w:t>
      </w:r>
    </w:p>
    <w:p>
      <w:r>
        <w:rPr>
          <w:color w:val="666666"/>
          <w:sz w:val="18"/>
        </w:rPr>
        <w:t>Power of Peace June 6, 2010 Maulana Wahiduddin Khan · 39s · at 44:51 · https://youtu.be/QNnouRoYI38?t=2691</w:t>
      </w:r>
    </w:p>
    <w:p>
      <w:r>
        <w:rPr>
          <w:i/>
        </w:rPr>
        <w:t>“Ek sahab aaye, kaha biwi ko talaq dena hai”</w:t>
      </w:r>
    </w:p>
    <w:p>
      <w:r>
        <w:rPr>
          <w:sz w:val="20"/>
        </w:rPr>
        <w:t>44:51  jab bhi kahin baat bigadti hai, jab kahin breakdown hota hai, jo be sabri ki wajah se hota hai. mere paas ek sahib aaye ke unhon ne kaha main apni biwi ko talaq dena chahta hoon.</w:t>
      </w:r>
      <w:r>
        <w:br/>
      </w:r>
      <w:r>
        <w:rPr>
          <w:sz w:val="20"/>
        </w:rPr>
        <w:t>45:03  yeh baat, woh baat, duniya bhar ki baat. to maine kaha theek hai. talaq dene ke liye aap ek hi baithak mein talaq, talaq, talaq mat kijiye. islam ka tareeqa hai, us ko pakriye.</w:t>
      </w:r>
      <w:r>
        <w:br/>
      </w:r>
      <w:r>
        <w:rPr>
          <w:sz w:val="20"/>
        </w:rPr>
        <w:t>45:14  pehla mahine mein kahiye ke main tum ko ek talaq deta hoon.</w:t>
      </w:r>
      <w:r>
        <w:br/>
      </w:r>
      <w:r>
        <w:rPr>
          <w:sz w:val="20"/>
        </w:rPr>
        <w:t>45:19  dusra mahine kahiye ke maine tum ko talaq diya. teesra mahine mein us ko finalize kijiye. kai log mere paas aaye, main is tarah un ko bataya to phir lote nahi woh.</w:t>
      </w:r>
    </w:p>
    <w:p>
      <w:pPr>
        <w:pStyle w:val="Heading2"/>
      </w:pPr>
      <w:r>
        <w:t>Religious honor culture is pre-Islamic ignorance, not Islam</w:t>
      </w:r>
    </w:p>
    <w:p>
      <w:r>
        <w:rPr>
          <w:color w:val="666666"/>
          <w:sz w:val="18"/>
        </w:rPr>
        <w:t>Don't Be Angry Culture January 15, 2012 · 47s · at 1:17:33 · https://youtu.be/NrA3X8y_FLY?t=4653</w:t>
      </w:r>
    </w:p>
    <w:p>
      <w:r>
        <w:rPr>
          <w:i/>
        </w:rPr>
        <w:t>“Deeni ghairat koi cheez nahi hai, nothing hai Islam mein”</w:t>
      </w:r>
    </w:p>
    <w:p>
      <w:r>
        <w:rPr>
          <w:sz w:val="20"/>
        </w:rPr>
        <w:t>1:17:33  deen ghairat koi cheez nahin hai, nothing hai Islam mein. kuch nahin. deen ghairat ek jahiliyat hai, yeh jahiliyat ki cheez hai.</w:t>
      </w:r>
      <w:r>
        <w:br/>
      </w:r>
      <w:r>
        <w:rPr>
          <w:sz w:val="20"/>
        </w:rPr>
        <w:t>1:17:47  quran mein kaha gaya hai "hamiyatul jahiliyah" jis ko kaha gaya, wohi deen ghairat hai. kuch nahin, deen ghairat kya cheez hai?</w:t>
      </w:r>
      <w:r>
        <w:br/>
      </w:r>
      <w:r>
        <w:rPr>
          <w:sz w:val="20"/>
        </w:rPr>
        <w:t>1:17:56  yani yeh lafz "hadith" mein aaya hai quran mein aur is ko itna bara darja de rakha hai.</w:t>
      </w:r>
      <w:r>
        <w:br/>
      </w:r>
      <w:r>
        <w:rPr>
          <w:sz w:val="20"/>
        </w:rPr>
        <w:t>1:18:02  yaad rakhiye, deen ghairat ka lafz na quran mein hai na hadith mein hai. neki sahabi ne is lafz ko bhi istemal kiya. main is ko hamiyat jahiliyah manta hoon, is ko koi haqeeqat is ki nahin.</w:t>
      </w:r>
    </w:p>
    <w:p>
      <w:pPr>
        <w:pStyle w:val="Heading2"/>
      </w:pPr>
      <w:r>
        <w:t>Travel as intellectual journey</w:t>
      </w:r>
    </w:p>
    <w:p>
      <w:r>
        <w:rPr>
          <w:color w:val="666666"/>
          <w:sz w:val="18"/>
        </w:rPr>
        <w:t>An Intellectual journey 1 May 2011 - Maulana Wahiduddin Khan · 36s · at 0:55 · https://youtu.be/lnfjC7x_s2A?t=55</w:t>
      </w:r>
    </w:p>
    <w:p>
      <w:r>
        <w:rPr>
          <w:i/>
        </w:rPr>
        <w:t>“Har safar mera intellectual journey hota hai”</w:t>
      </w:r>
    </w:p>
    <w:p>
      <w:r>
        <w:rPr>
          <w:sz w:val="20"/>
        </w:rPr>
        <w:t>0:55  har safar mera jo hai woh intellectual journey hota hai ya rohani safar hota hai,</w:t>
      </w:r>
      <w:r>
        <w:br/>
      </w:r>
      <w:r>
        <w:rPr>
          <w:sz w:val="20"/>
        </w:rPr>
        <w:t>1:06  physical safar nahi hota.</w:t>
      </w:r>
      <w:r>
        <w:br/>
      </w:r>
      <w:r>
        <w:rPr>
          <w:sz w:val="20"/>
        </w:rPr>
        <w:t>1:11  aur mein samajhta hoon ke safar jo hai bohat bari cheez hai. safar mein aap ko naye naye experience hote hain, naye naye logon se interaction hota hai,</w:t>
      </w:r>
      <w:r>
        <w:br/>
      </w:r>
      <w:r>
        <w:rPr>
          <w:sz w:val="20"/>
        </w:rPr>
        <w:t>1:27  naye naye cheezein aap ko observation mein aati hain.</w:t>
      </w:r>
    </w:p>
    <w:p>
      <w:pPr>
        <w:pStyle w:val="Heading2"/>
      </w:pPr>
      <w:r>
        <w:t>Two types of planning</w:t>
      </w:r>
    </w:p>
    <w:p>
      <w:r>
        <w:rPr>
          <w:color w:val="666666"/>
          <w:sz w:val="18"/>
        </w:rPr>
        <w:t>Patience and Creative Thinking April 20, 2020 Maulana Wahiduddin Khan · 40s · at 16:34 · https://youtu.be/zhpSQwyj_6Q?t=994</w:t>
      </w:r>
    </w:p>
    <w:p>
      <w:r>
        <w:rPr>
          <w:i/>
        </w:rPr>
        <w:t>“Ek planning yeh hai jo mabni par reaction ho”</w:t>
      </w:r>
    </w:p>
    <w:p>
      <w:r>
        <w:rPr>
          <w:sz w:val="20"/>
        </w:rPr>
        <w:t>16:34  mabni par reaction ho, aap bhark uthe, ghussa ho gaye, negative thought aap ko dara gaya, aur us ki buniyad par aap ne kuch planning kar dali.</w:t>
      </w:r>
      <w:r>
        <w:br/>
      </w:r>
      <w:r>
        <w:rPr>
          <w:sz w:val="20"/>
        </w:rPr>
        <w:t>16:47  aur ek hai ke aap apni bharke rahen,</w:t>
      </w:r>
      <w:r>
        <w:br/>
      </w:r>
      <w:r>
        <w:rPr>
          <w:sz w:val="20"/>
        </w:rPr>
        <w:t>16:52  aap ne koi reaction nahin dikhaya, socha, socha, socha, sochte sochte aap ne khamosh planning ki.</w:t>
      </w:r>
      <w:r>
        <w:br/>
      </w:r>
      <w:r>
        <w:rPr>
          <w:sz w:val="20"/>
        </w:rPr>
        <w:t>17:02  aise hi log kaamyaab hote hain.</w:t>
      </w:r>
    </w:p>
    <w:p>
      <w:pPr>
        <w:pStyle w:val="Heading2"/>
      </w:pPr>
      <w:r>
        <w:t>Ijtihad even at risk of error</w:t>
      </w:r>
    </w:p>
    <w:p>
      <w:r>
        <w:rPr>
          <w:color w:val="666666"/>
          <w:sz w:val="18"/>
        </w:rPr>
        <w:t>The Importance of Ijtihad August 1, 2010 · 24s · at 38:44 · https://youtu.be/3q98aQ-j2ks?t=2324</w:t>
      </w:r>
    </w:p>
    <w:p>
      <w:r>
        <w:rPr>
          <w:i/>
        </w:rPr>
        <w:t>“Aap is ka matlab yeh hai ke you have to exercise ijtihad at any cost.”</w:t>
      </w:r>
    </w:p>
    <w:p>
      <w:r>
        <w:rPr>
          <w:sz w:val="20"/>
        </w:rPr>
        <w:t>38:44  aap is ka matlab yeh hai ke you have to exercise ijtihad at any cost.</w:t>
      </w:r>
      <w:r>
        <w:br/>
      </w:r>
      <w:r>
        <w:rPr>
          <w:sz w:val="20"/>
        </w:rPr>
        <w:t>38:54  kitni ahem baat hai yeh!</w:t>
      </w:r>
      <w:r>
        <w:br/>
      </w:r>
      <w:r>
        <w:rPr>
          <w:sz w:val="20"/>
        </w:rPr>
        <w:t>39:00  yani exercise ijtihad even at the risk of wrong ijtihad.</w:t>
      </w:r>
    </w:p>
    <w:p>
      <w:pPr>
        <w:pStyle w:val="Heading2"/>
      </w:pPr>
      <w:r>
        <w:t>Justice from God requires justice to people</w:t>
      </w:r>
    </w:p>
    <w:p>
      <w:r>
        <w:rPr>
          <w:color w:val="666666"/>
          <w:sz w:val="18"/>
        </w:rPr>
        <w:t>The Concept of Justice in Islam May 03, 2007 · 56s · at 30:10 · https://youtu.be/DY5SY8H554c?t=1810</w:t>
      </w:r>
    </w:p>
    <w:p>
      <w:r>
        <w:rPr>
          <w:i/>
        </w:rPr>
        <w:t>“If you want justice from God, you have to be just with people.”</w:t>
      </w:r>
    </w:p>
    <w:p>
      <w:r>
        <w:rPr>
          <w:sz w:val="20"/>
        </w:rPr>
        <w:t>30:10  if you want justice from God, you have to be just with people.</w:t>
      </w:r>
      <w:r>
        <w:br/>
      </w:r>
      <w:r>
        <w:rPr>
          <w:sz w:val="20"/>
        </w:rPr>
        <w:t>30:21  "Irhamu manfil arz, yarhamukum manfil sumaa." "Lam yashkuru nas,</w:t>
      </w:r>
      <w:r>
        <w:br/>
      </w:r>
      <w:r>
        <w:rPr>
          <w:sz w:val="20"/>
        </w:rPr>
        <w:t>30:33  malla yashkuru Allah." Then there are some other verses and Hadiths.</w:t>
      </w:r>
      <w:r>
        <w:br/>
      </w:r>
      <w:r>
        <w:rPr>
          <w:sz w:val="20"/>
        </w:rPr>
        <w:t>30:43  These references tell us that if you want to find justice from God, you have to be just with other people</w:t>
      </w:r>
      <w:r>
        <w:br/>
      </w:r>
      <w:r>
        <w:rPr>
          <w:sz w:val="20"/>
        </w:rPr>
        <w:t>30:56  . Do justice with people and you will find justice from God. This is the Islamic principle.</w:t>
      </w:r>
    </w:p>
    <w:p>
      <w:pPr>
        <w:pStyle w:val="Heading2"/>
      </w:pPr>
      <w:r>
        <w:t>Hadith on thanking people</w:t>
      </w:r>
    </w:p>
    <w:p>
      <w:r>
        <w:rPr>
          <w:color w:val="666666"/>
          <w:sz w:val="18"/>
        </w:rPr>
        <w:t>Indian Muslims May 18, 2014 Maulana Wahiduddin Khan · 21s · at 14:58 · https://youtu.be/jHtuZ4UgvEw?t=898</w:t>
      </w:r>
    </w:p>
    <w:p>
      <w:r>
        <w:rPr>
          <w:i/>
        </w:rPr>
        <w:t>“Man lam yashkur an-nas lam yashkur Allah”</w:t>
      </w:r>
    </w:p>
    <w:p>
      <w:r>
        <w:rPr>
          <w:sz w:val="20"/>
        </w:rPr>
        <w:t>14:58  hadith mein aata hai ke</w:t>
      </w:r>
      <w:r>
        <w:br/>
      </w:r>
      <w:r>
        <w:rPr>
          <w:sz w:val="20"/>
        </w:rPr>
        <w:t>15:04  man lam yashkur an-nas lam yashkur allah. jo insan ka eteraf nahi kare ga, woh allah ka bhi eteraf nahi kare ga. dono taraf jaye ga woh. insanon ke bare mein bhi be eterafi aur allah ke bare mein bhi be eterafi.</w:t>
      </w:r>
    </w:p>
    <w:p>
      <w:pPr>
        <w:pStyle w:val="Heading2"/>
      </w:pPr>
      <w:r>
        <w:t>Waiting for good days with patience is an act of worship</w:t>
      </w:r>
    </w:p>
    <w:p>
      <w:r>
        <w:rPr>
          <w:color w:val="666666"/>
          <w:sz w:val="18"/>
        </w:rPr>
        <w:t>CPS Women Article Discussion 17 February 5, 2023 · 30s · at 34:48 · https://youtu.be/YwT3btklNZk?t=2088</w:t>
      </w:r>
    </w:p>
    <w:p>
      <w:r>
        <w:rPr>
          <w:i/>
        </w:rPr>
        <w:t>“सब्र के साथ अच्छे दिनों का इंतज़ार करना भी एक इबादत है”</w:t>
      </w:r>
    </w:p>
    <w:p>
      <w:r>
        <w:rPr>
          <w:sz w:val="20"/>
        </w:rPr>
        <w:t>34:48  to sabr usse agar relate karein to sabr ke saath achhe dino ka intezar karna bhi ek ibadat hai. yeh hadees hai na ab? raziya ne jo pata hai. haan haan. ek ibadat hai haan raziya. haan yeh molana ka humne kahin court hai yeh ki achhe dino ka intezar karna bhi hai ki vaadat hai. yeh vaadat hai haan hadeesh hai. yeh hadeesh hai. yeh vaadat nahi sabse badi vaadat hai shayad. sabse badi yeh vaadat hai. haan.</w:t>
      </w:r>
      <w:r>
        <w:br/>
      </w:r>
      <w:r>
        <w:rPr>
          <w:sz w:val="20"/>
        </w:rPr>
        <w:t>35:18  aisa hi us tarah ki vaadasya mujhko yaad aagayi hai. inhone bahut achha analysis kiya hai. haan. doctor safeena kuch keh rahi thi aap?</w:t>
      </w:r>
    </w:p>
    <w:p>
      <w:pPr>
        <w:pStyle w:val="Heading2"/>
      </w:pPr>
      <w:r>
        <w:t>Patience means wise planning</w:t>
      </w:r>
    </w:p>
    <w:p>
      <w:r>
        <w:rPr>
          <w:color w:val="666666"/>
          <w:sz w:val="18"/>
        </w:rPr>
        <w:t>Power of Patience | June 16, 2010 | Maulana Wahiduddin Khan · 30s · at 35:39 · https://youtu.be/FlWqljdLKHE?t=2139</w:t>
      </w:r>
    </w:p>
    <w:p>
      <w:r>
        <w:rPr>
          <w:i/>
        </w:rPr>
        <w:t>“Patience means wise planning.”</w:t>
      </w:r>
    </w:p>
    <w:p>
      <w:r>
        <w:rPr>
          <w:sz w:val="20"/>
        </w:rPr>
        <w:t>35:39  ye karna yeh chahiye ke bhai subhan sehilta sabr bardasht tahammul patience dekhen patience kya cheez hai patience</w:t>
      </w:r>
      <w:r>
        <w:br/>
      </w:r>
      <w:r>
        <w:rPr>
          <w:sz w:val="20"/>
        </w:rPr>
        <w:t>35:49  jo hai koi cowardice nahi hai boz dili nahi hai patience means wise planning patience means wise planning yaani</w:t>
      </w:r>
      <w:r>
        <w:br/>
      </w:r>
      <w:r>
        <w:rPr>
          <w:sz w:val="20"/>
        </w:rPr>
        <w:t>35:59  jab koi baat aayi to aap bhadke nahi aap bhadke nahi</w:t>
      </w:r>
    </w:p>
    <w:p>
      <w:pPr>
        <w:pStyle w:val="Heading2"/>
      </w:pPr>
      <w:r>
        <w:t>Hazrat Ali's formula: whatever happened was for good</w:t>
      </w:r>
    </w:p>
    <w:p>
      <w:r>
        <w:rPr>
          <w:color w:val="666666"/>
          <w:sz w:val="18"/>
        </w:rPr>
        <w:t>Power of Peace June 6, 2010 Maulana Wahiduddin Khan · 28s · at 54:46 · https://youtu.be/QNnouRoYI38?t=3286</w:t>
      </w:r>
    </w:p>
    <w:p>
      <w:r>
        <w:rPr>
          <w:i/>
        </w:rPr>
        <w:t>“Al-khair fima waqa — whatever happened, happened for good”</w:t>
      </w:r>
    </w:p>
    <w:p>
      <w:r>
        <w:rPr>
          <w:sz w:val="20"/>
        </w:rPr>
        <w:t>54:46  bhaṛak bhaṛak kar laṛta rahe ga aur ghussa kare ga, tension mein rahe ga hamesha. aik bohat bara faida sabr ka yeh hai ke aap ko tension free bana deta hai sabr.</w:t>
      </w:r>
      <w:r>
        <w:br/>
      </w:r>
      <w:r>
        <w:rPr>
          <w:sz w:val="20"/>
        </w:rPr>
        <w:t>55:00  bohat bara faida. jaisay Hazrat Ali ka qoul hai ke al-khair fima waqa' jo ho gaya wohi theek tha.</w:t>
      </w:r>
      <w:r>
        <w:br/>
      </w:r>
      <w:r>
        <w:rPr>
          <w:sz w:val="20"/>
        </w:rPr>
        <w:t>55:11  Whatever happened, happened for good.</w:t>
      </w:r>
    </w:p>
    <w:p>
      <w:pPr>
        <w:pStyle w:val="Heading2"/>
      </w:pPr>
      <w:r>
        <w:t>Patience is key to success</w:t>
      </w:r>
    </w:p>
    <w:p>
      <w:r>
        <w:rPr>
          <w:color w:val="666666"/>
          <w:sz w:val="18"/>
        </w:rPr>
        <w:t>Interview Session with Maulana Wahiduddin Khan English · 25s · at 21:01 · https://youtu.be/oNKYrZsbzr4?t=1261</w:t>
      </w:r>
    </w:p>
    <w:p>
      <w:r>
        <w:rPr>
          <w:i/>
        </w:rPr>
        <w:t>“Patience is the summum bonum.”</w:t>
      </w:r>
    </w:p>
    <w:p>
      <w:r>
        <w:rPr>
          <w:sz w:val="20"/>
        </w:rPr>
        <w:t>21:01  patience is the summum bonum. Patience is the summum bonum. This, the Prophet of Islam, has said that,</w:t>
      </w:r>
      <w:r>
        <w:br/>
      </w:r>
      <w:r>
        <w:rPr>
          <w:sz w:val="20"/>
        </w:rPr>
        <w:t>21:16  "Patience is the key to all success." Patience is the key to success. Without patience, there is no success.</w:t>
      </w:r>
      <w:r>
        <w:br/>
      </w:r>
      <w:r>
        <w:rPr>
          <w:sz w:val="20"/>
        </w:rPr>
        <w:t>21:27  And I would like to add that patience is not a negative thing.</w:t>
      </w:r>
    </w:p>
    <w:p>
      <w:pPr>
        <w:pStyle w:val="Heading2"/>
      </w:pPr>
      <w:r>
        <w:t>Maulana's gratitude in illness</w:t>
      </w:r>
    </w:p>
    <w:p>
      <w:r>
        <w:rPr>
          <w:color w:val="666666"/>
          <w:sz w:val="18"/>
        </w:rPr>
        <w:t>Ramadan Q and A Session with Prof. Farida Khanam 27th March' 2022 · 49s · at 21:12 · https://youtu.be/M_pJVGZWKIM?t=1272</w:t>
      </w:r>
    </w:p>
    <w:p>
      <w:r>
        <w:rPr>
          <w:i/>
        </w:rPr>
        <w:t>“Main aapko batati hoon Maulana sahab ke aakhri saal”</w:t>
      </w:r>
    </w:p>
    <w:p>
      <w:r>
        <w:rPr>
          <w:sz w:val="20"/>
        </w:rPr>
        <w:t>21:12  main aapko batati hoon ki mauran sahab ke aakhiri saal mein bahut bimar rahe hain phir saans lena</w:t>
      </w:r>
      <w:r>
        <w:br/>
      </w:r>
      <w:r>
        <w:rPr>
          <w:sz w:val="20"/>
        </w:rPr>
        <w:t>21:18  bhi unko mushkil ho raha tha lekin ek lafz bhi wo nahi bolte the ki mujhe pareshani hai</w:t>
      </w:r>
      <w:r>
        <w:br/>
      </w:r>
      <w:r>
        <w:rPr>
          <w:sz w:val="20"/>
        </w:rPr>
        <w:t>21:24  main takleef mein hoon bolte hi nahi to kuch to phir hum hamari samajh mein bhi nahi aata</w:t>
      </w:r>
      <w:r>
        <w:br/>
      </w:r>
      <w:r>
        <w:rPr>
          <w:sz w:val="20"/>
        </w:rPr>
        <w:t>21:30  tha ki wo itne bimar hain kyunki wo kuch bolte nahi the bilkul hi nahi bolte the kuch</w:t>
      </w:r>
      <w:r>
        <w:br/>
      </w:r>
      <w:r>
        <w:rPr>
          <w:sz w:val="20"/>
        </w:rPr>
        <w:t>21:36  bhi aur aakhiri waqt tak bas positivity positivity ki baat karte rahe to maine kuch socha ki jo</w:t>
      </w:r>
      <w:r>
        <w:br/>
      </w:r>
      <w:r>
        <w:rPr>
          <w:sz w:val="20"/>
        </w:rPr>
        <w:t>21:42  kuch natala ki taraf se hamein mila hua hai hazaron lakhon cheezein mili hui hain agar aap us</w:t>
      </w:r>
      <w:r>
        <w:br/>
      </w:r>
      <w:r>
        <w:rPr>
          <w:sz w:val="20"/>
        </w:rPr>
        <w:t>21:48  par shukr ada karein to hamare shukr kabhi khatm hi nahi hoga ki hum jo cheez na mili</w:t>
      </w:r>
      <w:r>
        <w:br/>
      </w:r>
      <w:r>
        <w:rPr>
          <w:sz w:val="20"/>
        </w:rPr>
        <w:t>21:54  hui hai uski na shukri karein.</w:t>
      </w:r>
      <w:r>
        <w:br/>
      </w:r>
      <w:r>
        <w:rPr>
          <w:sz w:val="20"/>
        </w:rPr>
        <w:t>22:01  ab farsh kariye ke hum hum health mili hui hai, humein pura life support system mila hua hai, humein ek aisi duniya mili hui hai jahan hamari saari zaroortein poori ho rahi hain.</w:t>
      </w:r>
    </w:p>
    <w:p>
      <w:pPr>
        <w:pStyle w:val="Heading2"/>
      </w:pPr>
      <w:r>
        <w:t>Quran's promise: gratitude brings increased blessings</w:t>
      </w:r>
    </w:p>
    <w:p>
      <w:r>
        <w:rPr>
          <w:color w:val="666666"/>
          <w:sz w:val="18"/>
        </w:rPr>
        <w:t>Importance of Shukr (Thankfulness) July 24, 2022 · 35s · at 17:54 · https://youtu.be/MgWNIv0k1sk?t=1074</w:t>
      </w:r>
    </w:p>
    <w:p>
      <w:r>
        <w:rPr>
          <w:i/>
        </w:rPr>
        <w:t>“Agar tum shukr ada karoge to hum tumko aur denge”</w:t>
      </w:r>
    </w:p>
    <w:p>
      <w:r>
        <w:rPr>
          <w:sz w:val="20"/>
        </w:rPr>
        <w:t>17:54  yeh nahi ke jo kuch hamein mila hua hai, is ka shukr ada karein, kyunke agar hum is ka shukr ada karein ge to Allah taala khush hon ge, aur hamein aur zyada dein ge.</w:t>
      </w:r>
      <w:r>
        <w:br/>
      </w:r>
      <w:r>
        <w:rPr>
          <w:sz w:val="20"/>
        </w:rPr>
        <w:t>18:05  lekin hum shukriya nahi ada karte, jo kuch mila hua hai, usi ka shukr nahi ada karte. to Allah taala ne jo Quran mein kaha hai ke</w:t>
      </w:r>
      <w:r>
        <w:br/>
      </w:r>
      <w:r>
        <w:rPr>
          <w:sz w:val="20"/>
        </w:rPr>
        <w:t>18:15  lan shaqartum la azeedannakum agar tum shukr ada karo ge to hum tum ko aur zyada dein ge. to hamein dekhna hai, aur hadith mein aaya hai ke apne se kam ko dekho.</w:t>
      </w:r>
    </w:p>
    <w:p>
      <w:pPr>
        <w:pStyle w:val="Heading2"/>
      </w:pPr>
      <w:r>
        <w:t>Violence is the worst method</w:t>
      </w:r>
    </w:p>
    <w:p>
      <w:r>
        <w:rPr>
          <w:color w:val="666666"/>
          <w:sz w:val="18"/>
        </w:rPr>
        <w:t>Dars-e-Quran, Chapter 2, Verse 37 | January  07, 2018 · 31s · at 28:40 · https://youtu.be/ao6Cr57KuEM?t=1720</w:t>
      </w:r>
    </w:p>
    <w:p>
      <w:r>
        <w:rPr>
          <w:i/>
        </w:rPr>
        <w:t>“Larai ka tareeqa sab se bura hai”</w:t>
      </w:r>
    </w:p>
    <w:p>
      <w:r>
        <w:rPr>
          <w:sz w:val="20"/>
        </w:rPr>
        <w:t>28:40  aap goli marenge to woh ek goli marega, to woh do goli marega.</w:t>
      </w:r>
      <w:r>
        <w:br/>
      </w:r>
      <w:r>
        <w:rPr>
          <w:sz w:val="20"/>
        </w:rPr>
        <w:t>28:46  det is chain reaction.</w:t>
      </w:r>
      <w:r>
        <w:br/>
      </w:r>
      <w:r>
        <w:rPr>
          <w:sz w:val="20"/>
        </w:rPr>
        <w:t>28:52  to ladaai ka tareeqa sab se zyada bura tareeqa hai.</w:t>
      </w:r>
      <w:r>
        <w:br/>
      </w:r>
      <w:r>
        <w:rPr>
          <w:sz w:val="20"/>
        </w:rPr>
        <w:t>28:58  yaad rakhiye, ladaai ka tareeqa sab se zyada bura tareeqa hai.</w:t>
      </w:r>
      <w:r>
        <w:br/>
      </w:r>
      <w:r>
        <w:rPr>
          <w:sz w:val="20"/>
        </w:rPr>
        <w:t>29:05  kyunke woh in terms of result, woh chain reaction paida karta hai.</w:t>
      </w:r>
    </w:p>
    <w:p>
      <w:pPr>
        <w:pStyle w:val="Heading2"/>
      </w:pPr>
      <w:r>
        <w:t>Sabr means non-confrontational approach</w:t>
      </w:r>
    </w:p>
    <w:p>
      <w:r>
        <w:rPr>
          <w:color w:val="666666"/>
          <w:sz w:val="18"/>
        </w:rPr>
        <w:t>Dars-e-Quran, Chapter 2, Verses 44-46, January 28, 2018 · 1m 02s · at 25:12 · https://youtu.be/3Kd5InuBtFA?t=1512</w:t>
      </w:r>
    </w:p>
    <w:p>
      <w:r>
        <w:rPr>
          <w:i/>
        </w:rPr>
        <w:t>“صبر سے مدد لو کا مطلب ہے نان کانفronٹیشنل اپروچ”</w:t>
      </w:r>
    </w:p>
    <w:p>
      <w:r>
        <w:rPr>
          <w:sz w:val="20"/>
        </w:rPr>
        <w:t>25:12  صبر سے مدد لو کا مطلب یہ ہے کہ non-confrontational approach.</w:t>
      </w:r>
      <w:r>
        <w:br/>
      </w:r>
      <w:r>
        <w:rPr>
          <w:sz w:val="20"/>
        </w:rPr>
        <w:t>25:20  صبر کا مطلب ہے non-confrontational approach.</w:t>
      </w:r>
      <w:r>
        <w:br/>
      </w:r>
      <w:r>
        <w:rPr>
          <w:sz w:val="20"/>
        </w:rPr>
        <w:t>25:27  یعنی تم اگر ٹکراؤ کرو گے تو تم کو retaliation پیش آئے گا۔</w:t>
      </w:r>
      <w:r>
        <w:br/>
      </w:r>
      <w:r>
        <w:rPr>
          <w:sz w:val="20"/>
        </w:rPr>
        <w:t>25:35  lekin agar tum takrao na karo,</w:t>
      </w:r>
      <w:r>
        <w:br/>
      </w:r>
      <w:r>
        <w:rPr>
          <w:sz w:val="20"/>
        </w:rPr>
        <w:t>25:43  tum target karo, tum avoid karo, tum peaceful tareeqa ikhtiyar karo, to tum is se bach jao</w:t>
      </w:r>
      <w:r>
        <w:br/>
      </w:r>
      <w:r>
        <w:rPr>
          <w:sz w:val="20"/>
        </w:rPr>
        <w:t>25:51  گے کہ بڑی آسانی جو ہے retaliate کرے۔</w:t>
      </w:r>
      <w:r>
        <w:br/>
      </w:r>
      <w:r>
        <w:rPr>
          <w:sz w:val="20"/>
        </w:rPr>
        <w:t>25:59  aur ab to woh zamana bhi khatm ho gaya.</w:t>
      </w:r>
      <w:r>
        <w:br/>
      </w:r>
      <w:r>
        <w:rPr>
          <w:sz w:val="20"/>
        </w:rPr>
        <w:t>26:06  تو صبر سے مدد لو ke maani hain ke sabirana method ikhtiyar kar ke madad lo is se.</w:t>
      </w:r>
    </w:p>
    <w:p>
      <w:pPr>
        <w:pStyle w:val="Heading2"/>
      </w:pPr>
      <w:r>
        <w:t>Gratitude paired with patience</w:t>
      </w:r>
    </w:p>
    <w:p>
      <w:r>
        <w:rPr>
          <w:color w:val="666666"/>
          <w:sz w:val="18"/>
        </w:rPr>
        <w:t>The Concept of Shukr in Islam | June 17, 2008 · 30s · at 33:27 · https://youtu.be/ySbCs4MRNXU?t=2007</w:t>
      </w:r>
    </w:p>
    <w:p>
      <w:r>
        <w:rPr>
          <w:i/>
        </w:rPr>
        <w:t>“La kulli sabbaarin shakoor – jo shukr ke saath sabr kare.”</w:t>
      </w:r>
    </w:p>
    <w:p>
      <w:r>
        <w:rPr>
          <w:sz w:val="20"/>
        </w:rPr>
        <w:t>33:27  Quran ko aap parhein to aik cheez bar bar Quran mein aai hai. li kull sabbar shakoor. li kull sabbar shakoor. yani jo shukr karne ke sath sath sabr karne wala ho. aur sabbar maani bohat ziyada shukr karne wala. bohat ziyada shukr karne wala. Quran mein yeh ayat kai bar aai hai ke shukr karne wal</w:t>
      </w:r>
    </w:p>
    <w:p>
      <w:pPr>
        <w:pStyle w:val="Heading2"/>
      </w:pPr>
      <w:r>
        <w:t>Don't divorce in anger</w:t>
      </w:r>
    </w:p>
    <w:p>
      <w:r>
        <w:rPr>
          <w:color w:val="666666"/>
          <w:sz w:val="18"/>
        </w:rPr>
        <w:t>Power of Patience | June 16, 2010 | Maulana Wahiduddin Khan · 30s · at 11:56 · https://youtu.be/FlWqljdLKHE?t=716</w:t>
      </w:r>
    </w:p>
    <w:p>
      <w:r>
        <w:rPr>
          <w:i/>
        </w:rPr>
        <w:t>“If you quarrel, don't say divorce, just stay quiet.”</w:t>
      </w:r>
    </w:p>
    <w:p>
      <w:r>
        <w:rPr>
          <w:sz w:val="20"/>
        </w:rPr>
        <w:t xml:space="preserve">11:56  </w:t>
      </w:r>
      <w:r>
        <w:br/>
      </w:r>
      <w:r>
        <w:rPr>
          <w:sz w:val="20"/>
        </w:rPr>
        <w:t>11:59  din mein jhagṛa ho gaya.</w:t>
      </w:r>
      <w:r>
        <w:br/>
      </w:r>
      <w:r>
        <w:rPr>
          <w:sz w:val="20"/>
        </w:rPr>
        <w:t>12:02  agar mard jo hai aaj kal jo hai talaq talaq kar dete hain yeh na karen.</w:t>
      </w:r>
      <w:r>
        <w:br/>
      </w:r>
      <w:r>
        <w:rPr>
          <w:sz w:val="20"/>
        </w:rPr>
        <w:t>12:05  chup chap rahen.</w:t>
      </w:r>
      <w:r>
        <w:br/>
      </w:r>
      <w:r>
        <w:rPr>
          <w:sz w:val="20"/>
        </w:rPr>
        <w:t>12:08  chup chap rahen aur raat ko so jayen.</w:t>
      </w:r>
      <w:r>
        <w:br/>
      </w:r>
      <w:r>
        <w:rPr>
          <w:sz w:val="20"/>
        </w:rPr>
        <w:t>12:11  jhagṛa ho gaya ghussa ghussa ho gaya lekin yeh na karen ke talaq talaq.</w:t>
      </w:r>
      <w:r>
        <w:br/>
      </w:r>
      <w:r>
        <w:rPr>
          <w:sz w:val="20"/>
        </w:rPr>
        <w:t>12:14  chup chap so jayen.</w:t>
      </w:r>
      <w:r>
        <w:br/>
      </w:r>
      <w:r>
        <w:rPr>
          <w:sz w:val="20"/>
        </w:rPr>
        <w:t>12:17  subah uthen ge normal hon ge dono ke dono.</w:t>
      </w:r>
      <w:r>
        <w:br/>
      </w:r>
      <w:r>
        <w:rPr>
          <w:sz w:val="20"/>
        </w:rPr>
        <w:t>12:20  yeh nature ka process hai.</w:t>
      </w:r>
      <w:r>
        <w:br/>
      </w:r>
      <w:r>
        <w:rPr>
          <w:sz w:val="20"/>
        </w:rPr>
        <w:t>12:23  jab aap ke mind mein kuch aisi baat aati hai</w:t>
      </w:r>
    </w:p>
    <w:p>
      <w:pPr>
        <w:pStyle w:val="Heading2"/>
      </w:pPr>
      <w:r>
        <w:t>Objectivity is first condition for Quran</w:t>
      </w:r>
    </w:p>
    <w:p>
      <w:r>
        <w:rPr>
          <w:color w:val="666666"/>
          <w:sz w:val="18"/>
        </w:rPr>
        <w:t>Q&amp;A 03 Jan 2010 - Maulana Wahiduddin Khan · 34s · at 50:26 · https://youtu.be/tEiK4snkN_Y?t=3026</w:t>
      </w:r>
    </w:p>
    <w:p>
      <w:r>
        <w:rPr>
          <w:i/>
        </w:rPr>
        <w:t>“Sabse pehli jo condition hai woh hai objectivity”</w:t>
      </w:r>
    </w:p>
    <w:p>
      <w:r>
        <w:rPr>
          <w:sz w:val="20"/>
        </w:rPr>
        <w:t>50:26  sabse pehli jo condition hai, woh hai objectivity.</w:t>
      </w:r>
      <w:r>
        <w:br/>
      </w:r>
      <w:r>
        <w:rPr>
          <w:sz w:val="20"/>
        </w:rPr>
        <w:t>50:32  ऑब्जेक्टिविटी यानी मुस्लिम ओरिएंटेड थिंकिंग लोग भरी हुई है।</w:t>
      </w:r>
      <w:r>
        <w:br/>
      </w:r>
      <w:r>
        <w:rPr>
          <w:sz w:val="20"/>
        </w:rPr>
        <w:t>50:37  woh dushman hai, yeh bhara hua hai.</w:t>
      </w:r>
      <w:r>
        <w:br/>
      </w:r>
      <w:r>
        <w:rPr>
          <w:sz w:val="20"/>
        </w:rPr>
        <w:t>50:40  duniya conspiracy kar rahi hai, woh bhara hua hai.</w:t>
      </w:r>
      <w:r>
        <w:br/>
      </w:r>
      <w:r>
        <w:rPr>
          <w:sz w:val="20"/>
        </w:rPr>
        <w:t>50:42  usi ko lekar Quran padhenge, to kuch bhi samajh mein nahi aayega.</w:t>
      </w:r>
      <w:r>
        <w:br/>
      </w:r>
      <w:r>
        <w:rPr>
          <w:sz w:val="20"/>
        </w:rPr>
        <w:t>50:46  to sabse pehle zaroorat hai objectivity, apne mind ko free karna har qism ke negative thought se.</w:t>
      </w:r>
      <w:r>
        <w:br/>
      </w:r>
      <w:r>
        <w:rPr>
          <w:sz w:val="20"/>
        </w:rPr>
        <w:t>50:55  to in logon ne chuki free kiya nahi.</w:t>
      </w:r>
    </w:p>
    <w:p>
      <w:pPr>
        <w:pStyle w:val="Heading2"/>
      </w:pPr>
      <w:r>
        <w:t>War yields no gain, victory a trick</w:t>
      </w:r>
    </w:p>
    <w:p>
      <w:r>
        <w:rPr>
          <w:color w:val="666666"/>
          <w:sz w:val="18"/>
        </w:rPr>
        <w:t>Interview Session with Maulana Wahiduddin Khan English · 28s · at 25:49 · https://youtu.be/oNKYrZsbzr4?t=1549</w:t>
      </w:r>
    </w:p>
    <w:p>
      <w:r>
        <w:rPr>
          <w:i/>
        </w:rPr>
        <w:t>“I don't think that anyone can gain anything from war.”</w:t>
      </w:r>
    </w:p>
    <w:p>
      <w:r>
        <w:rPr>
          <w:sz w:val="20"/>
        </w:rPr>
        <w:t>25:49  ? I don't think that anyone can gain anything from war. I think that</w:t>
      </w:r>
      <w:r>
        <w:br/>
      </w:r>
      <w:r>
        <w:rPr>
          <w:sz w:val="20"/>
        </w:rPr>
        <w:t>26:02  every victory is a trick victory. In this world, every victory is a trick victory. By defeat, you can find more opportunities than by victory.</w:t>
      </w:r>
    </w:p>
    <w:p>
      <w:pPr>
        <w:pStyle w:val="Heading2"/>
      </w:pPr>
      <w:r>
        <w:t>cultivate your inner self before relationships</w:t>
      </w:r>
    </w:p>
    <w:p>
      <w:r>
        <w:rPr>
          <w:color w:val="666666"/>
          <w:sz w:val="18"/>
        </w:rPr>
        <w:t>Good Relationships CPS Women Discussion 23 September 10, 2023 · 53s · at 1:52 · https://youtu.be/5UlMoC6-jGU?t=112</w:t>
      </w:r>
    </w:p>
    <w:p>
      <w:r>
        <w:rPr>
          <w:i/>
        </w:rPr>
        <w:t>“Logon se behtar talluqat banane ke liye khud pehle apna sudharo”</w:t>
      </w:r>
    </w:p>
    <w:p>
      <w:r>
        <w:rPr>
          <w:sz w:val="20"/>
        </w:rPr>
        <w:t>1:52  logon se behtar ta'alluqat banane ke liye khud pehle apne andar ki parvarish karni parti hai. apne aap ko qudrat ke banaye hue jo banaya hua jo shaira hai us par time rakhna hota hai. wahi insaan jo hai aala insaan ban pata hai. lekin jab hum apne ko qudrat ke raste se hata dete hain to hamare andar har tarah ka bigaad paida hoga.</w:t>
      </w:r>
      <w:r>
        <w:br/>
      </w:r>
      <w:r>
        <w:rPr>
          <w:sz w:val="20"/>
        </w:rPr>
        <w:t>2:17  apne ko bada samajhna, doosron ko kamtar samajhna, apni fahishon mein jeena aur isi ko sahi samajhkar apni soch bana lena, sab bigaad ka rasta hota hai. to Islamic culture rehmat ka culture hai aur khuda rahim hai to woh chahta hai ki uske bande bhi rahim bankar rahen. tamam logon ke liye rahim insaan kaun ho sakta hai? isko Maulana sahib ne bahut achhe se khat apni kitabon mein likha hai.</w:t>
      </w:r>
      <w:r>
        <w:br/>
      </w:r>
      <w:r>
        <w:rPr>
          <w:sz w:val="20"/>
        </w:rPr>
        <w:t>2:45  abhi main Maulana sahib ka kuch din pehle ek video daala gaya tha jismein unhone bataya tha ki sabse badi cheez yeh nahi hai ki aap 99% number le aayen. badi cheez yeh hai ki aapke andar aala qualities hon. aala numbers se zyada important aala qualities ki hai. aala qualities yeh hai ki aap time ko manage karna jaane. zindagi simple, zindagi ko simple rakhen. aap koi promise karen doosron se to usko poora karen.</w:t>
      </w:r>
    </w:p>
    <w:p>
      <w:pPr>
        <w:pStyle w:val="Heading2"/>
      </w:pPr>
      <w:r>
        <w:t>Quran: any threat to Islam can only come from within</w:t>
      </w:r>
    </w:p>
    <w:p>
      <w:r>
        <w:rPr>
          <w:color w:val="666666"/>
          <w:sz w:val="18"/>
        </w:rPr>
        <w:t>Is Islam in Danger, January 10, 2007 · 36s · at 3:33 · https://youtu.be/1vrUjeA7508?t=213</w:t>
      </w:r>
    </w:p>
    <w:p>
      <w:r>
        <w:rPr>
          <w:i/>
        </w:rPr>
        <w:t>“فَلَا تَخْشَوْهُمْ وَاخْشَوْنَ”</w:t>
      </w:r>
    </w:p>
    <w:p>
      <w:r>
        <w:rPr>
          <w:sz w:val="20"/>
        </w:rPr>
        <w:t>3:33  "fala takhshawhum wakhshawni" yani ab khashiyat insani ka zamana hi khatam ho gaya,</w:t>
      </w:r>
      <w:r>
        <w:br/>
      </w:r>
      <w:r>
        <w:rPr>
          <w:sz w:val="20"/>
        </w:rPr>
        <w:t>3:41  ab khashiyat rabbani ka zamana aa gaya hai. In other words, jo bhi danger Islam ke liye aayega woh from within hoga, from without nahi hoga.</w:t>
      </w:r>
      <w:r>
        <w:br/>
      </w:r>
      <w:r>
        <w:rPr>
          <w:sz w:val="20"/>
        </w:rPr>
        <w:t>4:01  yani musalmanon ki taraf se hoga, na ke ghair musalmanon ki taraf se. is ko achhi tarah samajh lijiye.</w:t>
      </w:r>
    </w:p>
    <w:p>
      <w:pPr>
        <w:pStyle w:val="Heading2"/>
      </w:pPr>
      <w:r>
        <w:t>Patience essential for dawah</w:t>
      </w:r>
    </w:p>
    <w:p>
      <w:r>
        <w:rPr>
          <w:color w:val="666666"/>
          <w:sz w:val="18"/>
        </w:rPr>
        <w:t>The Importance of Non Confrontational Method, | August 29, 2010 · 31s · at 17:05 · https://youtu.be/8ZGB0tWQtg8?t=1025</w:t>
      </w:r>
    </w:p>
    <w:p>
      <w:r>
        <w:rPr>
          <w:i/>
        </w:rPr>
        <w:t>“And be patient with your Lord.”</w:t>
      </w:r>
    </w:p>
    <w:p>
      <w:r>
        <w:rPr>
          <w:sz w:val="20"/>
        </w:rPr>
        <w:t>17:05  .</w:t>
      </w:r>
      <w:r>
        <w:br/>
      </w:r>
      <w:r>
        <w:rPr>
          <w:sz w:val="20"/>
        </w:rPr>
        <w:t>17:09  is mein phir kya hai? walrabbaka fasbir.</w:t>
      </w:r>
      <w:r>
        <w:br/>
      </w:r>
      <w:r>
        <w:rPr>
          <w:sz w:val="20"/>
        </w:rPr>
        <w:t>17:12  aur sabr karo.</w:t>
      </w:r>
      <w:r>
        <w:br/>
      </w:r>
      <w:r>
        <w:rPr>
          <w:sz w:val="20"/>
        </w:rPr>
        <w:t>17:15  yani da'wat karo aur sabr karo.</w:t>
      </w:r>
      <w:r>
        <w:br/>
      </w:r>
      <w:r>
        <w:rPr>
          <w:sz w:val="20"/>
        </w:rPr>
        <w:t>17:18  da'wat karo aur sabr karo.</w:t>
      </w:r>
      <w:r>
        <w:br/>
      </w:r>
      <w:r>
        <w:rPr>
          <w:sz w:val="20"/>
        </w:rPr>
        <w:t>17:21  kyunke sabr ke baghair da'wat nahi.</w:t>
      </w:r>
      <w:r>
        <w:br/>
      </w:r>
      <w:r>
        <w:rPr>
          <w:sz w:val="20"/>
        </w:rPr>
        <w:t>17:25  صبر کا مطلب یہی ہے کہ accept the reality, accept the status quo.</w:t>
      </w:r>
      <w:r>
        <w:br/>
      </w:r>
      <w:r>
        <w:rPr>
          <w:sz w:val="20"/>
        </w:rPr>
        <w:t>17:28  yeh hi sabr hai.</w:t>
      </w:r>
      <w:r>
        <w:br/>
      </w:r>
      <w:r>
        <w:rPr>
          <w:sz w:val="20"/>
        </w:rPr>
        <w:t>17:31  kisi bhi situation mein ek status quo hota hai.</w:t>
      </w:r>
      <w:r>
        <w:br/>
      </w:r>
      <w:r>
        <w:rPr>
          <w:sz w:val="20"/>
        </w:rPr>
        <w:t>17:34  kisi bhi, is ki kisi bhi situation mein hamesha.</w:t>
      </w:r>
    </w:p>
    <w:p>
      <w:pPr>
        <w:pStyle w:val="Heading2"/>
      </w:pPr>
      <w:r>
        <w:t>Who is actually in danger? Not Islam</w:t>
      </w:r>
    </w:p>
    <w:p>
      <w:r>
        <w:rPr>
          <w:color w:val="666666"/>
          <w:sz w:val="18"/>
        </w:rPr>
        <w:t>Is Islam in Danger, January 10, 2007 · 21s · at 38:53 · https://youtu.be/1vrUjeA7508?t=2333</w:t>
      </w:r>
    </w:p>
    <w:p>
      <w:r>
        <w:rPr>
          <w:i/>
        </w:rPr>
        <w:t>“اسی کو وہ کہتے ہیں کہ اسلام خطرے میں ہے، خطرے میں کون ہے؟”</w:t>
      </w:r>
    </w:p>
    <w:p>
      <w:r>
        <w:rPr>
          <w:sz w:val="20"/>
        </w:rPr>
        <w:t>38:53  isi ko woh kehte hain ke islam khatre mein hai. muslim ummah khatre mein hai. muslim army khatre mein hai.</w:t>
      </w:r>
      <w:r>
        <w:br/>
      </w:r>
      <w:r>
        <w:rPr>
          <w:sz w:val="20"/>
        </w:rPr>
        <w:t>39:02  khatre mein kaun hai? islam nahin hai. maine is pe bohat socha ke woh jo kehta hai ke me not is ka kya matlab hai?</w:t>
      </w:r>
    </w:p>
    <w:p>
      <w:pPr>
        <w:pStyle w:val="Heading2"/>
      </w:pPr>
      <w:r>
        <w:t>Unilateral ethics in Islam</w:t>
      </w:r>
    </w:p>
    <w:p>
      <w:r>
        <w:rPr>
          <w:color w:val="666666"/>
          <w:sz w:val="18"/>
        </w:rPr>
        <w:t>Art of War and Islam · 38s · at 53:11 · https://youtu.be/LvYP_pf17S0?t=3191</w:t>
      </w:r>
    </w:p>
    <w:p>
      <w:r>
        <w:rPr>
          <w:i/>
        </w:rPr>
        <w:t>“All Islamic principles are based on unilateralism”</w:t>
      </w:r>
    </w:p>
    <w:p>
      <w:r>
        <w:rPr>
          <w:sz w:val="20"/>
        </w:rPr>
        <w:t>53:11  All the Islamic principles are based on unilateralism. Islam</w:t>
      </w:r>
      <w:r>
        <w:br/>
      </w:r>
      <w:r>
        <w:rPr>
          <w:sz w:val="20"/>
        </w:rPr>
        <w:t>53:25  ic ethics is unilateral ethics, not and not bilateral ethics. According to Islam, bilateral ethics is not possible.</w:t>
      </w:r>
      <w:r>
        <w:br/>
      </w:r>
      <w:r>
        <w:rPr>
          <w:sz w:val="20"/>
        </w:rPr>
        <w:t>53:41  Only unilateral ethics are possible.</w:t>
      </w:r>
    </w:p>
    <w:p>
      <w:pPr>
        <w:pStyle w:val="Heading2"/>
      </w:pPr>
      <w:r>
        <w:t>Definition of Maturity</w:t>
      </w:r>
    </w:p>
    <w:p>
      <w:r>
        <w:rPr>
          <w:color w:val="666666"/>
          <w:sz w:val="18"/>
        </w:rPr>
        <w:t>The Importance of Positive Attitude | November 01, 2007 · 30s · at 34:40 · https://youtu.be/r4zLbCBxPyc?t=2080</w:t>
      </w:r>
    </w:p>
    <w:p>
      <w:r>
        <w:rPr>
          <w:i/>
        </w:rPr>
        <w:t>“Maturity is the ability to live with things we cannot change”</w:t>
      </w:r>
    </w:p>
    <w:p>
      <w:r>
        <w:rPr>
          <w:sz w:val="20"/>
        </w:rPr>
        <w:t>34:40  is the ability to live with things we cannot change.</w:t>
      </w:r>
      <w:r>
        <w:br/>
      </w:r>
      <w:r>
        <w:rPr>
          <w:sz w:val="20"/>
        </w:rPr>
        <w:t>34:48  maturity yani pakhtagi jis ko kehte hain urdu mein, pakhtagi.</w:t>
      </w:r>
      <w:r>
        <w:br/>
      </w:r>
      <w:r>
        <w:rPr>
          <w:sz w:val="20"/>
        </w:rPr>
        <w:t>34:55  maturity bohat bari cheez hai.</w:t>
      </w:r>
      <w:r>
        <w:br/>
      </w:r>
      <w:r>
        <w:rPr>
          <w:sz w:val="20"/>
        </w:rPr>
        <w:t>35:03  to is ki definition yeh hai ke maturity is the ability to live with things we cannot change. duniya</w:t>
      </w:r>
    </w:p>
    <w:p>
      <w:pPr>
        <w:pStyle w:val="Heading2"/>
      </w:pPr>
      <w:r>
        <w:t>Refuting Prophet saw God in Miraj</w:t>
      </w:r>
    </w:p>
    <w:p>
      <w:r>
        <w:rPr>
          <w:color w:val="666666"/>
          <w:sz w:val="18"/>
        </w:rPr>
        <w:t>Understanding Islam (In Conversation with Maulana) June 20, 2010 Maulana Wahidudidn Khan · 32s · at 35:10 · https://youtu.be/7UylaPL-iO8?t=2110</w:t>
      </w:r>
    </w:p>
    <w:p>
      <w:r>
        <w:rPr>
          <w:i/>
        </w:rPr>
        <w:t>“Yeh bilkul hi be-asas aqeeda hai keh Rasool Allah ne Allah ko dekha”</w:t>
      </w:r>
    </w:p>
    <w:p>
      <w:r>
        <w:rPr>
          <w:sz w:val="20"/>
        </w:rPr>
        <w:t>35:10  dekhiye, yeh bilkul hi yani baseless aqeeda hai ke rasool Allah ne Allah taala ko dekha aur Hazrat Aisha saaf saaf kehti hain ke jis ne yeh kaha woh jhoot bola.</w:t>
      </w:r>
      <w:r>
        <w:br/>
      </w:r>
      <w:r>
        <w:rPr>
          <w:sz w:val="20"/>
        </w:rPr>
        <w:t>35:26  Hazrat Aisha ke sath hadith maujood hai ke jo yeh kahe ke rasool Allah ne Allah taala ko dekha, us ne jhoot kaha, faqat khasa. aur waqea yeh hai ke Allah ki tazgeer hai.</w:t>
      </w:r>
      <w:r>
        <w:br/>
      </w:r>
      <w:r>
        <w:rPr>
          <w:sz w:val="20"/>
        </w:rPr>
        <w:t>35:37  yeh ab kya samajhte hain Allah taala ko?</w:t>
      </w:r>
    </w:p>
    <w:p>
      <w:pPr>
        <w:pStyle w:val="Heading2"/>
      </w:pPr>
      <w:r>
        <w:t>Justice has nothing to do with politics</w:t>
      </w:r>
    </w:p>
    <w:p>
      <w:r>
        <w:rPr>
          <w:color w:val="666666"/>
          <w:sz w:val="18"/>
        </w:rPr>
        <w:t>The Concept of Justice in Islam May 03, 2007 · 35s · at 4:26 · https://youtu.be/DY5SY8H554c?t=266</w:t>
      </w:r>
    </w:p>
    <w:p>
      <w:r>
        <w:rPr>
          <w:i/>
        </w:rPr>
        <w:t>“Justice has nothing to do with politics or political power.”</w:t>
      </w:r>
    </w:p>
    <w:p>
      <w:r>
        <w:rPr>
          <w:sz w:val="20"/>
        </w:rPr>
        <w:t>4:26  both are two different issues. Justice has nothing to do with politics or political power.</w:t>
      </w:r>
      <w:r>
        <w:br/>
      </w:r>
      <w:r>
        <w:rPr>
          <w:sz w:val="20"/>
        </w:rPr>
        <w:t>4:39  Justice is completely justice</w:t>
      </w:r>
      <w:r>
        <w:br/>
      </w:r>
      <w:r>
        <w:rPr>
          <w:sz w:val="20"/>
        </w:rPr>
        <w:t>4:48  describes the responsibility of an individual. Individual. If you</w:t>
      </w:r>
    </w:p>
    <w:p>
      <w:pPr>
        <w:pStyle w:val="Heading2"/>
      </w:pPr>
      <w:r>
        <w:t>Crying baby is nature's exercise, patience example</w:t>
      </w:r>
    </w:p>
    <w:p>
      <w:r>
        <w:rPr>
          <w:color w:val="666666"/>
          <w:sz w:val="18"/>
        </w:rPr>
        <w:t>Power of Peace June 6, 2010 Maulana Wahiduddin Khan · 58s · at 4:09 · https://youtu.be/QNnouRoYI38?t=249</w:t>
      </w:r>
    </w:p>
    <w:p>
      <w:r>
        <w:rPr>
          <w:i/>
        </w:rPr>
        <w:t>“Mera bachcha jab rota hai dil tarapta hai”</w:t>
      </w:r>
    </w:p>
    <w:p>
      <w:r>
        <w:rPr>
          <w:sz w:val="20"/>
        </w:rPr>
        <w:t>4:09  jaise aaj meri baat cheet hui aik aik lady se,</w:t>
      </w:r>
      <w:r>
        <w:br/>
      </w:r>
      <w:r>
        <w:rPr>
          <w:sz w:val="20"/>
        </w:rPr>
        <w:t>4:13  to unho ne kaha ke mera bachcha jab rota hai to mera dil tarpne lagta hai. maine kaha ke agar bachche ke rone par aap sabr karein to aap bohat bara faida milega aap ko.</w:t>
      </w:r>
      <w:r>
        <w:br/>
      </w:r>
      <w:r>
        <w:rPr>
          <w:sz w:val="20"/>
        </w:rPr>
        <w:t>4:26  bachcha jab rota hai to nature us ki exercise karwati hai. bachcha daur to sakta nahi, to wohi exercise us ki—rone se sara exercise hoti hai—yeh jo hai na, yeh sab.</w:t>
      </w:r>
      <w:r>
        <w:br/>
      </w:r>
      <w:r>
        <w:rPr>
          <w:sz w:val="20"/>
        </w:rPr>
        <w:t>4:38  haath paon maarta hai.</w:t>
      </w:r>
      <w:r>
        <w:br/>
      </w:r>
      <w:r>
        <w:rPr>
          <w:sz w:val="20"/>
        </w:rPr>
        <w:t>4:42  to bachche ka rona bachche ki exercise hai. ab chunke maein jo hain ya baap jo hain, sabr nahi kar paate, daurte hain us ko god mein le lete hain.</w:t>
      </w:r>
      <w:r>
        <w:br/>
      </w:r>
      <w:r>
        <w:rPr>
          <w:sz w:val="20"/>
        </w:rPr>
        <w:t>4:54  kya hua? unho ne us ko—us process ko—stop kar diya. Exercise ke process ko stop kar diya.</w:t>
      </w:r>
      <w:r>
        <w:br/>
      </w:r>
      <w:r>
        <w:rPr>
          <w:sz w:val="20"/>
        </w:rPr>
        <w:t>5:04  us ko kamzor bana diya.</w:t>
      </w:r>
    </w:p>
    <w:p>
      <w:pPr>
        <w:pStyle w:val="Heading2"/>
      </w:pPr>
      <w:r>
        <w:t>Remember blessings to increase gratitude</w:t>
      </w:r>
    </w:p>
    <w:p>
      <w:r>
        <w:rPr>
          <w:color w:val="666666"/>
          <w:sz w:val="18"/>
        </w:rPr>
        <w:t>Prayer for the Country April 05, 2020 Maulana Wahiduddin Khan · 28s · at 18:31 · https://youtu.be/9Fh70tItjlQ?t=1111</w:t>
      </w:r>
    </w:p>
    <w:p>
      <w:r>
        <w:rPr>
          <w:i/>
        </w:rPr>
        <w:t>“Yeh ek bahut badi zaroorat hai ke log mile hue ko yaad karein.”</w:t>
      </w:r>
    </w:p>
    <w:p>
      <w:r>
        <w:rPr>
          <w:sz w:val="20"/>
        </w:rPr>
        <w:t>18:31  yeh ek bohat bari zaroorat hai ke log mile hue ko yaad karein. mile hue ko. log ab darbadar bhi kya karte hain ke khoye hue ko yaad kar ke irritation karte hain.</w:t>
      </w:r>
      <w:r>
        <w:br/>
      </w:r>
      <w:r>
        <w:rPr>
          <w:sz w:val="20"/>
        </w:rPr>
        <w:t>18:49  mile hue ko yaad kijiye taake aap ko shukr mein izafa ho.</w:t>
      </w:r>
    </w:p>
    <w:p>
      <w:pPr>
        <w:pStyle w:val="Heading2"/>
      </w:pPr>
      <w:r>
        <w:t>Impatience versus wise thinking, life's secret</w:t>
      </w:r>
    </w:p>
    <w:p>
      <w:r>
        <w:rPr>
          <w:color w:val="666666"/>
          <w:sz w:val="18"/>
        </w:rPr>
        <w:t>Importance of Patience in Islam December 11, 2022 · 27s · at 19:04 · https://youtu.be/Cy59II1dC-I?t=1144</w:t>
      </w:r>
    </w:p>
    <w:p>
      <w:r>
        <w:rPr>
          <w:i/>
        </w:rPr>
        <w:t>“Impatience is unwise thinking, patience is wise thinking”</w:t>
      </w:r>
    </w:p>
    <w:p>
      <w:r>
        <w:rPr>
          <w:sz w:val="20"/>
        </w:rPr>
        <w:t>19:04  Jazak Allah, aapka bohat hi simple andaaz mein aap ne bataya ke "impatience is a result of unwise thinking and patience is a result of wise thinking and this is a secret of life and also of wise planning." to aap yeh bhi bataiye ke kya benefits hain iske aur kyun sabr darkaar hai aaj aaj ki duniya mein. iske bare mein bataiye.</w:t>
      </w:r>
    </w:p>
    <w:p>
      <w:pPr>
        <w:pStyle w:val="Heading2"/>
      </w:pPr>
      <w:r>
        <w:t>Conspiracy vs patience and taqwa</w:t>
      </w:r>
    </w:p>
    <w:p>
      <w:r>
        <w:rPr>
          <w:color w:val="666666"/>
          <w:sz w:val="18"/>
        </w:rPr>
        <w:t>Q&amp;A 24 May 2009 Maulana Wahiduddin Khan · 21s · at 1:25 · https://youtu.be/Ek6Ct3LZGOs?t=85</w:t>
      </w:r>
    </w:p>
    <w:p>
      <w:r>
        <w:rPr>
          <w:i/>
        </w:rPr>
        <w:t>“Conspiracy hai, yeh problem nahi hai.”</w:t>
      </w:r>
    </w:p>
    <w:p>
      <w:r>
        <w:rPr>
          <w:sz w:val="20"/>
        </w:rPr>
        <w:t>1:25  conspiracy hai, yeh problem nahi hai.</w:t>
      </w:r>
      <w:r>
        <w:br/>
      </w:r>
      <w:r>
        <w:rPr>
          <w:sz w:val="20"/>
        </w:rPr>
        <w:t>1:30  yani saazish ka hona, yeh problem nahi hai. sabr o taqwa ka na hona, yeh problem hai. kitni bari baat hai Quran ki is ayat ke jab bhi aap ko lage ke koi aap ka saazish kar raha hai aap ke khilaaf,</w:t>
      </w:r>
    </w:p>
    <w:p>
      <w:pPr>
        <w:pStyle w:val="Heading2"/>
      </w:pPr>
      <w:r>
        <w:t>Lockdown as blessing for introspection</w:t>
      </w:r>
    </w:p>
    <w:p>
      <w:r>
        <w:rPr>
          <w:color w:val="666666"/>
          <w:sz w:val="18"/>
        </w:rPr>
        <w:t>Prayer for the Country April 05, 2020 Maulana Wahiduddin Khan · 25s · at 0:28 · https://youtu.be/9Fh70tItjlQ?t=28</w:t>
      </w:r>
    </w:p>
    <w:p>
      <w:r>
        <w:rPr>
          <w:i/>
        </w:rPr>
        <w:t>“Aap jaante hain ke aaj kal hamare yahan lockdown ka mamla hai.”</w:t>
      </w:r>
    </w:p>
    <w:p>
      <w:r>
        <w:rPr>
          <w:sz w:val="20"/>
        </w:rPr>
        <w:t>0:28  aap jante hain ke aaj kal hamare haan lockdown ka muamla hai.</w:t>
      </w:r>
      <w:r>
        <w:br/>
      </w:r>
      <w:r>
        <w:rPr>
          <w:sz w:val="20"/>
        </w:rPr>
        <w:t>0:38  main samajhta hoon ke yeh hamare liye aik nemat ka moqa hai. hum sab logon ke liye moqa hai ke woh introspection karen.</w:t>
      </w:r>
    </w:p>
    <w:p>
      <w:pPr>
        <w:pStyle w:val="Heading2"/>
      </w:pPr>
      <w:r>
        <w:t>Love your enemy saves yourself</w:t>
      </w:r>
    </w:p>
    <w:p>
      <w:r>
        <w:rPr>
          <w:color w:val="666666"/>
          <w:sz w:val="18"/>
        </w:rPr>
        <w:t>Moral Values in Islam 10 July, 2008 - Maulana Wahiduddin Khan · 38s · at 11:00 · https://youtu.be/IdBtIDNiLUg?t=660</w:t>
      </w:r>
    </w:p>
    <w:p>
      <w:r>
        <w:rPr>
          <w:i/>
        </w:rPr>
        <w:t>“Love your enemy means save yourself.”</w:t>
      </w:r>
    </w:p>
    <w:p>
      <w:r>
        <w:rPr>
          <w:sz w:val="20"/>
        </w:rPr>
        <w:t>11:00  I would like to see that: "Love your enemy" means save yourself.</w:t>
      </w:r>
      <w:r>
        <w:br/>
      </w:r>
      <w:r>
        <w:rPr>
          <w:sz w:val="20"/>
        </w:rPr>
        <w:t>11:12  lu yur salf, wai?</w:t>
      </w:r>
      <w:r>
        <w:br/>
      </w:r>
      <w:r>
        <w:rPr>
          <w:sz w:val="20"/>
        </w:rPr>
        <w:t>11:18  When you love your enemy, you are saving yourself from being a victim of destruction.</w:t>
      </w:r>
      <w:r>
        <w:br/>
      </w:r>
      <w:r>
        <w:rPr>
          <w:sz w:val="20"/>
        </w:rPr>
        <w:t>11:30  Enmity means destruction, hate means destruction.</w:t>
      </w:r>
    </w:p>
    <w:p>
      <w:pPr>
        <w:pStyle w:val="Heading2"/>
      </w:pPr>
      <w:r>
        <w:t>Blaming others instead of owning your own mistakes</w:t>
      </w:r>
    </w:p>
    <w:p>
      <w:r>
        <w:rPr>
          <w:color w:val="666666"/>
          <w:sz w:val="18"/>
        </w:rPr>
        <w:t>Don't Be Angry Culture January 15, 2012 · 38s · at 1:09:58 · https://youtu.be/NrA3X8y_FLY?t=4198</w:t>
      </w:r>
    </w:p>
    <w:p>
      <w:r>
        <w:rPr>
          <w:i/>
        </w:rPr>
        <w:t>“Har aadmi apne kiye ko bhugatta hai”</w:t>
      </w:r>
    </w:p>
    <w:p>
      <w:r>
        <w:rPr>
          <w:sz w:val="20"/>
        </w:rPr>
        <w:t>1:09:58  to jar mein jo hai, jar mein woh manfi soch hai. manfi soch ke musalmanon, musalman is daur mein pichhad gaye to samajhte hain ke doosra un ko pichha kiya hua hai.</w:t>
      </w:r>
      <w:r>
        <w:br/>
      </w:r>
      <w:r>
        <w:rPr>
          <w:sz w:val="20"/>
        </w:rPr>
        <w:t>1:10:10  yani apni ghalti apne upar nahi dalte. quran mein to hai ke har aadmi apne kiye ko bhagta hai. apne kiye ko saaf saaf likha hua hai ke aadmi apne kiye ko bhagta hai.</w:t>
      </w:r>
      <w:r>
        <w:br/>
      </w:r>
      <w:r>
        <w:rPr>
          <w:sz w:val="20"/>
        </w:rPr>
        <w:t>1:10:26  kisi ki sazish se, kisi ki dushmani se koi nuqsan nahi hota is ka. lekin musalmanon ne, musalman matlab un ke un ke rehanmaon ne yeh ghalt zehn dala.</w:t>
      </w:r>
    </w:p>
    <w:p>
      <w:pPr>
        <w:pStyle w:val="Heading2"/>
      </w:pPr>
      <w:r>
        <w:t>Maulana's humility in seeking feedback</w:t>
      </w:r>
    </w:p>
    <w:p>
      <w:r>
        <w:rPr>
          <w:color w:val="666666"/>
          <w:sz w:val="18"/>
        </w:rPr>
        <w:t>CPS Mission · 32s · at 8:42 · https://youtu.be/Ial-p18iypI?t=522</w:t>
      </w:r>
    </w:p>
    <w:p>
      <w:r>
        <w:rPr>
          <w:i/>
        </w:rPr>
        <w:t>“With an intention of not disturbing Maulana, I would not call him.”</w:t>
      </w:r>
    </w:p>
    <w:p>
      <w:r>
        <w:rPr>
          <w:sz w:val="20"/>
        </w:rPr>
        <w:t>8:42  . with an intention of not disturbing Maulana Sahib, I would not call him on the phone. Once Maulana Sahib remarked, saying, don't you want my teachings?</w:t>
      </w:r>
      <w:r>
        <w:br/>
      </w:r>
      <w:r>
        <w:rPr>
          <w:sz w:val="20"/>
        </w:rPr>
        <w:t>8:53  I answer them, saying, Maulana Sahib, day and night, I am reading your articles to put them together in the Spirit of Islam magazine.</w:t>
      </w:r>
      <w:r>
        <w:br/>
      </w:r>
      <w:r>
        <w:rPr>
          <w:sz w:val="20"/>
        </w:rPr>
        <w:t>9:03  de ar da tichings far mi. Maulana sahib immediately said, I was wrong in the most humble tone and called upon God's blessings for me.</w:t>
      </w:r>
    </w:p>
    <w:p>
      <w:pPr>
        <w:pStyle w:val="Heading2"/>
      </w:pPr>
      <w:r>
        <w:t>Moral decline since childhood, once-private acts now public</w:t>
      </w:r>
    </w:p>
    <w:p>
      <w:r>
        <w:rPr>
          <w:color w:val="666666"/>
          <w:sz w:val="18"/>
        </w:rPr>
        <w:t>Ethical Values in Islam, June 19, 2008 · 28s · at 1:13 · https://youtu.be/2yPff80nSBY?t=73</w:t>
      </w:r>
    </w:p>
    <w:p>
      <w:r>
        <w:rPr>
          <w:i/>
        </w:rPr>
        <w:t>“Today's biggest deterioration has happened in moral values”</w:t>
      </w:r>
    </w:p>
    <w:p>
      <w:r>
        <w:rPr>
          <w:sz w:val="20"/>
        </w:rPr>
        <w:t>1:13  aaj kal ke zamane mein aap jante hain ke sab se zyada jis cheez mein deterioration hua hai, woh moral values mein hua hai.</w:t>
      </w:r>
      <w:r>
        <w:br/>
      </w:r>
      <w:r>
        <w:rPr>
          <w:sz w:val="20"/>
        </w:rPr>
        <w:t>1:26  hamare bachpan ke zamane mein jo baat aadmi akele mein bhi nahi kar sakta tha, woh aaj khule taur par sadkon par karta hai.</w:t>
      </w:r>
      <w:r>
        <w:br/>
      </w:r>
      <w:r>
        <w:rPr>
          <w:sz w:val="20"/>
        </w:rPr>
        <w:t>1:38  itna farq ho gaya hai.</w:t>
      </w:r>
    </w:p>
    <w:p>
      <w:pPr>
        <w:pStyle w:val="Heading2"/>
      </w:pPr>
      <w:r>
        <w:t>Qur'an's essence is one word: gratitude</w:t>
      </w:r>
    </w:p>
    <w:p>
      <w:r>
        <w:rPr>
          <w:color w:val="666666"/>
          <w:sz w:val="18"/>
        </w:rPr>
        <w:t>Lessons from The Quran And Hadith · 31s · at 1:18 · https://youtu.be/fBflSQEPstg?t=78</w:t>
      </w:r>
    </w:p>
    <w:p>
      <w:r>
        <w:rPr>
          <w:i/>
        </w:rPr>
        <w:t>“Ek shakhs ne poocha: Quran ka khulasa kya hai?”</w:t>
      </w:r>
    </w:p>
    <w:p>
      <w:r>
        <w:rPr>
          <w:sz w:val="20"/>
        </w:rPr>
        <w:t>1:18  Ek shakhs ne mujh se poocha ke Quran ka khulasa kya hai? To maine kaha ke jo Quran ki jo pehli ayat hai, wahi Quran ka khulasa hai.</w:t>
      </w:r>
      <w:r>
        <w:br/>
      </w:r>
      <w:r>
        <w:rPr>
          <w:sz w:val="20"/>
        </w:rPr>
        <w:t>1:33  Yaani shukr. Allah Ta'ala ki blessings, Allah Ta'ala ki nematوں ka ehsaas kar ke aadmi ke andar shukr ka jazba paida ho.</w:t>
      </w:r>
    </w:p>
    <w:p>
      <w:pPr>
        <w:pStyle w:val="Heading2"/>
      </w:pPr>
      <w:r>
        <w:t>Highest sense of justice is concession</w:t>
      </w:r>
    </w:p>
    <w:p>
      <w:r>
        <w:rPr>
          <w:color w:val="666666"/>
          <w:sz w:val="18"/>
        </w:rPr>
        <w:t>The Concept of Justice in Islam May 03, 2007 · 47s · at 52:09 · https://youtu.be/DY5SY8H554c?t=3129</w:t>
      </w:r>
    </w:p>
    <w:p>
      <w:r>
        <w:rPr>
          <w:i/>
        </w:rPr>
        <w:t>“The highest sense of justice is to give concession to others.”</w:t>
      </w:r>
    </w:p>
    <w:p>
      <w:r>
        <w:rPr>
          <w:sz w:val="20"/>
        </w:rPr>
        <w:t>52:09  And the highest sense of justice is to give concession to others.</w:t>
      </w:r>
      <w:r>
        <w:br/>
      </w:r>
      <w:r>
        <w:rPr>
          <w:sz w:val="20"/>
        </w:rPr>
        <w:t>52:20  To give concession to others. Every time when you live in a society</w:t>
      </w:r>
      <w:r>
        <w:br/>
      </w:r>
      <w:r>
        <w:rPr>
          <w:sz w:val="20"/>
        </w:rPr>
        <w:t>52:30  when you live in a society, every time you</w:t>
      </w:r>
      <w:r>
        <w:br/>
      </w:r>
      <w:r>
        <w:rPr>
          <w:sz w:val="20"/>
        </w:rPr>
        <w:t>52:40  find some bad experiences, some unpleasant experiences every time, every day and night,</w:t>
      </w:r>
    </w:p>
    <w:p>
      <w:pPr>
        <w:pStyle w:val="Heading2"/>
      </w:pPr>
      <w:r>
        <w:t>Lack of thinking power leads to distraction</w:t>
      </w:r>
    </w:p>
    <w:p>
      <w:r>
        <w:rPr>
          <w:color w:val="666666"/>
          <w:sz w:val="18"/>
        </w:rPr>
        <w:t>An Intellectual journey 1 May 2011 - Maulana Wahiduddin Khan · 36s · at 2:17 · https://youtu.be/lnfjC7x_s2A?t=137</w:t>
      </w:r>
    </w:p>
    <w:p>
      <w:r>
        <w:rPr>
          <w:i/>
        </w:rPr>
        <w:t>“Logon ke andar thinking capacity nahi hai”</w:t>
      </w:r>
    </w:p>
    <w:p>
      <w:r>
        <w:rPr>
          <w:sz w:val="20"/>
        </w:rPr>
        <w:t>2:17  is ki wajah hai ke logon ke andar thinking capacity nahi hai.</w:t>
      </w:r>
      <w:r>
        <w:br/>
      </w:r>
      <w:r>
        <w:rPr>
          <w:sz w:val="20"/>
        </w:rPr>
        <w:t>2:27  people are deprived from thinking power. log jantay nahi sochna kiya hai, bas jo cheezein woh dikhai deti hain bazahir,</w:t>
      </w:r>
      <w:r>
        <w:br/>
      </w:r>
      <w:r>
        <w:rPr>
          <w:sz w:val="20"/>
        </w:rPr>
        <w:t>2:41  isi mein gum rehte hain. yani un ka poora safar jo hai distraction mein</w:t>
      </w:r>
      <w:r>
        <w:br/>
      </w:r>
      <w:r>
        <w:rPr>
          <w:sz w:val="20"/>
        </w:rPr>
        <w:t>2:47  hota hai.</w:t>
      </w:r>
    </w:p>
    <w:p>
      <w:pPr>
        <w:pStyle w:val="Heading2"/>
      </w:pPr>
      <w:r>
        <w:t>Ego leads to breakdown</w:t>
      </w:r>
    </w:p>
    <w:p>
      <w:r>
        <w:rPr>
          <w:color w:val="666666"/>
          <w:sz w:val="18"/>
        </w:rPr>
        <w:t>The Importance of Positive Attitude | November 01, 2007 · 31s · at 36:41 · https://youtu.be/r4zLbCBxPyc?t=2201</w:t>
      </w:r>
    </w:p>
    <w:p>
      <w:r>
        <w:rPr>
          <w:i/>
        </w:rPr>
        <w:t>“When one's ego is touched it turns into super ego”</w:t>
      </w:r>
    </w:p>
    <w:p>
      <w:r>
        <w:rPr>
          <w:sz w:val="20"/>
        </w:rPr>
        <w:t>36:41  to mard ke bare mein maine ek formula banaya hai woh yeh hai.</w:t>
      </w:r>
      <w:r>
        <w:br/>
      </w:r>
      <w:r>
        <w:rPr>
          <w:sz w:val="20"/>
        </w:rPr>
        <w:t>36:46  ke mard ke ego ko aap touch karte hain to isi se breakdown hota hai, isi se fasaad</w:t>
      </w:r>
      <w:r>
        <w:br/>
      </w:r>
      <w:r>
        <w:rPr>
          <w:sz w:val="20"/>
        </w:rPr>
        <w:t>36:50  hota hai, isi se danga hota hai.</w:t>
      </w:r>
      <w:r>
        <w:br/>
      </w:r>
      <w:r>
        <w:rPr>
          <w:sz w:val="20"/>
        </w:rPr>
        <w:t>36:54  to is ka formula yeh hai ke When one's Ego is touched it turns into Super Ego and</w:t>
      </w:r>
      <w:r>
        <w:br/>
      </w:r>
      <w:r>
        <w:rPr>
          <w:sz w:val="20"/>
        </w:rPr>
        <w:t>36:59  the result is Breakdown۔</w:t>
      </w:r>
      <w:r>
        <w:br/>
      </w:r>
      <w:r>
        <w:rPr>
          <w:sz w:val="20"/>
        </w:rPr>
        <w:t>37:03  Ego ko Avoid kijiye, Ego ko Touch na kijiye aap۔</w:t>
      </w:r>
      <w:r>
        <w:br/>
      </w:r>
      <w:r>
        <w:rPr>
          <w:sz w:val="20"/>
        </w:rPr>
        <w:t>37:08  agar aap chahte hain ke Peace baqi rahe, shanti baqi rahe, aman baqi rahe۔</w:t>
      </w:r>
    </w:p>
    <w:p>
      <w:pPr>
        <w:pStyle w:val="Heading2"/>
      </w:pPr>
      <w:r>
        <w:t>Shukr is essence of deen</w:t>
      </w:r>
    </w:p>
    <w:p>
      <w:r>
        <w:rPr>
          <w:color w:val="666666"/>
          <w:sz w:val="18"/>
        </w:rPr>
        <w:t>The Importance of Shukr 19 Dec, 2010 - Maulana Wahiduddin Khan · 36s · at 1:34 · https://youtu.be/F4mVn0DwH34?t=94</w:t>
      </w:r>
    </w:p>
    <w:p>
      <w:r>
        <w:rPr>
          <w:i/>
        </w:rPr>
        <w:t>“To shukr jo hai woh deen ka khulasa hai.”</w:t>
      </w:r>
    </w:p>
    <w:p>
      <w:r>
        <w:rPr>
          <w:sz w:val="20"/>
        </w:rPr>
        <w:t>1:34  to shukr jo hai woh deen ka khulasa hai.</w:t>
      </w:r>
      <w:r>
        <w:br/>
      </w:r>
      <w:r>
        <w:rPr>
          <w:sz w:val="20"/>
        </w:rPr>
        <w:t>1:42  quran ko aap kholain to aap ko sab se pehla jo word milega woh hai alhamdulillah. alhamdulillah rabbil alameen. hamd ka matlab hai yahi.</w:t>
      </w:r>
      <w:r>
        <w:br/>
      </w:r>
      <w:r>
        <w:rPr>
          <w:sz w:val="20"/>
        </w:rPr>
        <w:t>1:56  kai andaaz se is ko aap keh sakte hain ke tareef karna, shukr karna, acknowledge karna, sab ka khulasa aik hi hai. yaani is mein hai alhamdulillah rabbil alameen.</w:t>
      </w:r>
    </w:p>
    <w:p>
      <w:pPr>
        <w:pStyle w:val="Heading2"/>
      </w:pPr>
      <w:r>
        <w:t>Getting angry lets the other person control you</w:t>
      </w:r>
    </w:p>
    <w:p>
      <w:r>
        <w:rPr>
          <w:color w:val="666666"/>
          <w:sz w:val="18"/>
        </w:rPr>
        <w:t>Importance of Patience in Islam December 11, 2022 · 27s · at 57:39 · https://youtu.be/Cy59II1dC-I?t=3459</w:t>
      </w:r>
    </w:p>
    <w:p>
      <w:r>
        <w:rPr>
          <w:i/>
        </w:rPr>
        <w:t>“Getting angry means you're letting that person dictate you”</w:t>
      </w:r>
    </w:p>
    <w:p>
      <w:r>
        <w:rPr>
          <w:sz w:val="20"/>
        </w:rPr>
        <w:t>57:39  Ek ek cheez to mujhe ekdam fauran yaad aati hai aapka ke woh kehte the ke jab aap kisi ki baat se gussa ho rahe hain, to iska matlab yeh hai that you are allowing that person to dictate you. So don't get dictated by that person, kyunke phir aapki sochne ki kshamta, aapki jo creativity hai, woh sab khatm ho jati hai. To kuch aur aap ismein aap batana chahe. Ismein dono ba</w:t>
      </w:r>
    </w:p>
    <w:p>
      <w:pPr>
        <w:pStyle w:val="Heading2"/>
      </w:pPr>
      <w:r>
        <w:t>Muslims fail to discover India</w:t>
      </w:r>
    </w:p>
    <w:p>
      <w:r>
        <w:rPr>
          <w:color w:val="666666"/>
          <w:sz w:val="18"/>
        </w:rPr>
        <w:t>Indian Muslims May 18, 2014 Maulana Wahiduddin Khan · 34s · at 15:19 · https://youtu.be/jHtuZ4UgvEw?t=919</w:t>
      </w:r>
    </w:p>
    <w:p>
      <w:r>
        <w:rPr>
          <w:i/>
        </w:rPr>
        <w:t>“Choonke Musalman is mulk mein jeete hain negativity mein”</w:t>
      </w:r>
    </w:p>
    <w:p>
      <w:r>
        <w:rPr>
          <w:sz w:val="20"/>
        </w:rPr>
        <w:t>15:19  chunki musalman is mulk mein jeete hain negativity mein, is wajah se india mein ek bohat hi bari cheez, hamare part se bari cheez hai, is ko woh daryaft nahi kar sake.</w:t>
      </w:r>
      <w:r>
        <w:br/>
      </w:r>
      <w:r>
        <w:rPr>
          <w:sz w:val="20"/>
        </w:rPr>
        <w:t>15:31  daryaft nahi kar sake. mujhe sarey indiya mein koi ek musalman nahi maloom hai jis ne daryaft kiya ho ke indiya kya hai.</w:t>
      </w:r>
      <w:r>
        <w:br/>
      </w:r>
      <w:r>
        <w:rPr>
          <w:sz w:val="20"/>
        </w:rPr>
        <w:t>15:41  kyunke jo jeeta hai, nashukri mein. idhar zulm ho raha ho, idhar hamare khilaf sazishain ho rahi hain aur kya ho raha hai, kya ho raha hai, is mein jeetay hain.</w:t>
      </w:r>
    </w:p>
    <w:p>
      <w:pPr>
        <w:pStyle w:val="Heading2"/>
      </w:pPr>
      <w:r>
        <w:t>Compare self to God for humility</w:t>
      </w:r>
    </w:p>
    <w:p>
      <w:r>
        <w:rPr>
          <w:color w:val="666666"/>
          <w:sz w:val="18"/>
        </w:rPr>
        <w:t>Combined Efforts April 14, 2018 · 49s · at 37:03 · https://youtu.be/0Sv4c7bEwX4?t=2223</w:t>
      </w:r>
    </w:p>
    <w:p>
      <w:r>
        <w:rPr>
          <w:i/>
        </w:rPr>
        <w:t>“Main hamesha compare karta hoon apne aap ko god se”</w:t>
      </w:r>
    </w:p>
    <w:p>
      <w:r>
        <w:rPr>
          <w:sz w:val="20"/>
        </w:rPr>
        <w:t>37:03  yaqeen kijiye, rozana compare karta hoon. in comparison that we understand. to main jab compare karta hoon to apne ko bohat chota pata hoon aur khuda ko bohat bara pata hoon.</w:t>
      </w:r>
      <w:r>
        <w:br/>
      </w:r>
      <w:r>
        <w:rPr>
          <w:sz w:val="20"/>
        </w:rPr>
        <w:t>37:17  to phir jo is tarah compare kare, wo wo uska ego kahan se aa jayega? kahan se aa jayega?</w:t>
      </w:r>
      <w:r>
        <w:br/>
      </w:r>
      <w:r>
        <w:rPr>
          <w:sz w:val="20"/>
        </w:rPr>
        <w:t>37:26  khuda ke direct hukum ke khilaf kiya? adam ne khuda ne direct kaha tha, us pe pass na jana.</w:t>
      </w:r>
      <w:r>
        <w:br/>
      </w:r>
      <w:r>
        <w:rPr>
          <w:sz w:val="20"/>
        </w:rPr>
        <w:t>37:36  direct kaha, phir bhi adam ne us ko kharab kar diya. to khuda ek ek kahega ab se ke mera mera direct mera hukum ko nahi follow kiya adam ne aur main ne us ko maaf kar diya.</w:t>
      </w:r>
    </w:p>
    <w:p>
      <w:pPr>
        <w:pStyle w:val="Heading2"/>
      </w:pPr>
      <w:r>
        <w:t>Prophet's encouragement for ijtihad</w:t>
      </w:r>
    </w:p>
    <w:p>
      <w:r>
        <w:rPr>
          <w:color w:val="666666"/>
          <w:sz w:val="18"/>
        </w:rPr>
        <w:t>The Importance of Ijtihad August 1, 2010 · 23s · at 40:58 · https://youtu.be/3q98aQ-j2ks?t=2458</w:t>
      </w:r>
    </w:p>
    <w:p>
      <w:r>
        <w:rPr>
          <w:i/>
        </w:rPr>
        <w:t>“Yeh jo Rasulullah ne itna encourage kiya tha, isliye kiya tha”</w:t>
      </w:r>
    </w:p>
    <w:p>
      <w:r>
        <w:rPr>
          <w:sz w:val="20"/>
        </w:rPr>
        <w:t>40:58  yani itni bari revolutionary taleem thi. Rasool Allah ne itna encourage kiya tha ijtihad par, isi liye ke Islam kabhi blind ali la ke phans na jaye.</w:t>
      </w:r>
      <w:r>
        <w:br/>
      </w:r>
      <w:r>
        <w:rPr>
          <w:sz w:val="20"/>
        </w:rPr>
        <w:t>41:11  yeh jo Rasool Allah ne itna encourage kiya tha, isi liye kiya tha ke aisa na ho ke musalman blind ali ja ke phans ke reh jaye.</w:t>
      </w:r>
    </w:p>
    <w:p>
      <w:pPr>
        <w:pStyle w:val="Heading2"/>
      </w:pPr>
      <w:r>
        <w:t>Gratitude for blessings brings more</w:t>
      </w:r>
    </w:p>
    <w:p>
      <w:r>
        <w:rPr>
          <w:color w:val="666666"/>
          <w:sz w:val="18"/>
        </w:rPr>
        <w:t>Prayer for the Country April 05, 2020 Maulana Wahiduddin Khan · 32s · at 20:21 · https://youtu.be/9Fh70tItjlQ?t=1221</w:t>
      </w:r>
    </w:p>
    <w:p>
      <w:r>
        <w:rPr>
          <w:i/>
        </w:rPr>
        <w:t>“Na mile hue ko agar yaad karenge hum to nashukri aayegi.”</w:t>
      </w:r>
    </w:p>
    <w:p>
      <w:r>
        <w:rPr>
          <w:sz w:val="20"/>
        </w:rPr>
        <w:t>20:21  Na mila hue ko agar yaad karenge hum to nashukri aayegi. Lekin mile hue ko yaad karenge to shukr ka jazba paida hoga.</w:t>
      </w:r>
      <w:r>
        <w:br/>
      </w:r>
      <w:r>
        <w:rPr>
          <w:sz w:val="20"/>
        </w:rPr>
        <w:t>20:31  To isi ki taleem di gayi hai Quran mein ke mile hue ko khoob shukr karo. Mile hue ke etraf karo, guzarish karo. To aur cheezein milegi.</w:t>
      </w:r>
      <w:r>
        <w:br/>
      </w:r>
      <w:r>
        <w:rPr>
          <w:sz w:val="20"/>
        </w:rPr>
        <w:t>20:46  aur cheezein tum ko supply ki jayengi.</w:t>
      </w:r>
    </w:p>
    <w:p>
      <w:pPr>
        <w:pStyle w:val="Heading2"/>
      </w:pPr>
      <w:r>
        <w:t>Comparison reveals true value</w:t>
      </w:r>
    </w:p>
    <w:p>
      <w:r>
        <w:rPr>
          <w:color w:val="666666"/>
          <w:sz w:val="18"/>
        </w:rPr>
        <w:t>The Importance of Shukr 19 Dec, 2010 - Maulana Wahiduddin Khan · 33s · at 12:17 · https://youtu.be/F4mVn0DwH34?t=737</w:t>
      </w:r>
    </w:p>
    <w:p>
      <w:r>
        <w:rPr>
          <w:i/>
        </w:rPr>
        <w:t>“Kehte hain comparison that we understand.”</w:t>
      </w:r>
    </w:p>
    <w:p>
      <w:r>
        <w:rPr>
          <w:sz w:val="20"/>
        </w:rPr>
        <w:t>12:17  kaha jata hai ke in comparison that we understand. yeh ek universal masla hai. arabi mein bhi hai ke torf al ashya cheezein apni zid se pehchani jati hain.</w:t>
      </w:r>
      <w:r>
        <w:br/>
      </w:r>
      <w:r>
        <w:rPr>
          <w:sz w:val="20"/>
        </w:rPr>
        <w:t>12:32  tu jo aadmi chahta ho ke woh shukr kare to is ko chahiye ke woh compare kar ke cheezon ko dekhna jaane.</w:t>
      </w:r>
      <w:r>
        <w:br/>
      </w:r>
      <w:r>
        <w:rPr>
          <w:sz w:val="20"/>
        </w:rPr>
        <w:t>12:41  ab aaj hi ki mein ek misaal deta hoon. aaj mujhe Quran ka ek acha chhaapa hua nuskha mere samne aaya. jaise yeh Quran hai dekhiye.</w:t>
      </w:r>
    </w:p>
    <w:p>
      <w:pPr>
        <w:pStyle w:val="Heading2"/>
      </w:pPr>
      <w:r>
        <w:t>Seeking forgiveness carries enormous spiritual virtue</w:t>
      </w:r>
    </w:p>
    <w:p>
      <w:r>
        <w:rPr>
          <w:color w:val="666666"/>
          <w:sz w:val="18"/>
        </w:rPr>
        <w:t>The Quran 11 90 CPS Women Weekly Discussion 32 December 10, 2023 · 36s · at 31:14 · https://youtu.be/GB7dNbRkNI4?t=1874</w:t>
      </w:r>
    </w:p>
    <w:p>
      <w:r>
        <w:rPr>
          <w:i/>
        </w:rPr>
        <w:t>“इस्तग़फ़ार की बहुत बड़ी फ़ज़ीलत है”</w:t>
      </w:r>
    </w:p>
    <w:p>
      <w:r>
        <w:rPr>
          <w:sz w:val="20"/>
        </w:rPr>
        <w:t>31:14  to isteghfar ki bahut badi fazeelat hai aur surainuh mein bhi iski tafseelan aaye the bayan hui ki</w:t>
      </w:r>
      <w:r>
        <w:br/>
      </w:r>
      <w:r>
        <w:rPr>
          <w:sz w:val="20"/>
        </w:rPr>
        <w:t>31:21  isteghfar ki kitni faayde hi, kitne faayde hi isteghfar ke.</w:t>
      </w:r>
      <w:r>
        <w:br/>
      </w:r>
      <w:r>
        <w:rPr>
          <w:sz w:val="20"/>
        </w:rPr>
        <w:t>31:28  apne khaum se farmaate main meri khaum.</w:t>
      </w:r>
      <w:r>
        <w:br/>
      </w:r>
      <w:r>
        <w:rPr>
          <w:sz w:val="20"/>
        </w:rPr>
        <w:t>31:35  tum isteghfar karo, allah se isteghfar karo.</w:t>
      </w:r>
      <w:r>
        <w:br/>
      </w:r>
      <w:r>
        <w:rPr>
          <w:sz w:val="20"/>
        </w:rPr>
        <w:t>31:42  tumhein bahut si cheezon se allah taala namaazega.</w:t>
      </w:r>
      <w:r>
        <w:br/>
      </w:r>
      <w:r>
        <w:rPr>
          <w:sz w:val="20"/>
        </w:rPr>
        <w:t>31:50  aur insan hai na jab jab apne aap ko checks and balance par rakhta hai. jab istighfar karta hai to apne aap ka muhasiba karta hai aur apne aap ko check karta hai aur gunahon se use bachne ki lahitala bhi toufi khadda dete hain. to istighfar hamari zindagi ka ek hissa hona chahiye.</w:t>
      </w:r>
    </w:p>
    <w:p>
      <w:pPr>
        <w:pStyle w:val="Heading2"/>
      </w:pPr>
      <w:r>
        <w:t>Moral values are actually universal values across religions</w:t>
      </w:r>
    </w:p>
    <w:p>
      <w:r>
        <w:rPr>
          <w:color w:val="666666"/>
          <w:sz w:val="18"/>
        </w:rPr>
        <w:t>Ethical Values in Islam, June 19, 2008 · 44s · at 2:04 · https://youtu.be/2yPff80nSBY?t=124</w:t>
      </w:r>
    </w:p>
    <w:p>
      <w:r>
        <w:rPr>
          <w:i/>
        </w:rPr>
        <w:t>“Moral values, human values — these are universal values”</w:t>
      </w:r>
    </w:p>
    <w:p>
      <w:r>
        <w:rPr>
          <w:sz w:val="20"/>
        </w:rPr>
        <w:t>2:04  yahan main kahunga ke moral values naam hai universal values ka.</w:t>
      </w:r>
      <w:r>
        <w:br/>
      </w:r>
      <w:r>
        <w:rPr>
          <w:sz w:val="20"/>
        </w:rPr>
        <w:t>2:15  moral values ya human values, jo bhi aap kahein, to woh darasal universal values ka naam hai, yani afaqi aqdar.</w:t>
      </w:r>
      <w:r>
        <w:br/>
      </w:r>
      <w:r>
        <w:rPr>
          <w:sz w:val="20"/>
        </w:rPr>
        <w:t>2:26  is mein aaj jahan tak maine padha hai, different mazhab mein lagbhag wahi qadrein hain, wahi values hain. Kyun ke insaan jab aapas mein mil kar rahein, ek society ki shakal mein,</w:t>
      </w:r>
      <w:r>
        <w:br/>
      </w:r>
      <w:r>
        <w:rPr>
          <w:sz w:val="20"/>
        </w:rPr>
        <w:t>2:41  to har jagah isi value ki zaroorat hoti hai jo kisi doosri jagah.</w:t>
      </w:r>
    </w:p>
    <w:p>
      <w:pPr>
        <w:pStyle w:val="Heading2"/>
      </w:pPr>
      <w:r>
        <w:t>Dissent is a neutral word</w:t>
      </w:r>
    </w:p>
    <w:p>
      <w:r>
        <w:rPr>
          <w:color w:val="666666"/>
          <w:sz w:val="18"/>
        </w:rPr>
        <w:t>When God's Name is Invoked December 21, 2019 - Interaction with Maulana Wahiduddin Khan, · 39s · at 34:06 · https://youtu.be/jgNjICoo-Cw?t=2046</w:t>
      </w:r>
    </w:p>
    <w:p>
      <w:r>
        <w:rPr>
          <w:i/>
        </w:rPr>
        <w:t>“To Dissent ek neutral word hai.”</w:t>
      </w:r>
    </w:p>
    <w:p>
      <w:r>
        <w:rPr>
          <w:sz w:val="20"/>
        </w:rPr>
        <w:t>34:06  To Dissent aik neutral word hai,</w:t>
      </w:r>
      <w:r>
        <w:br/>
      </w:r>
      <w:r>
        <w:rPr>
          <w:sz w:val="20"/>
        </w:rPr>
        <w:t>34:12  difference neutral word nahi hai. Dissent neutral word hai. Yani mujhe aap se ikhtilaf ho to main yeh bhi samjhun, yeh nahi samjhna ke bas meri baat sahi hai, aap ki sab galat hai.</w:t>
      </w:r>
      <w:r>
        <w:br/>
      </w:r>
      <w:r>
        <w:rPr>
          <w:sz w:val="20"/>
        </w:rPr>
        <w:t>34:27  Ho sakta hai ke aap ki baat sahi ho. Isi aaj ka insan jab bolta hai, aik rai dega to yeh kahega ke apni baat kehte hue yeh bhi keh dega ke maybe I am,</w:t>
      </w:r>
    </w:p>
    <w:p>
      <w:pPr>
        <w:pStyle w:val="Heading2"/>
      </w:pPr>
      <w:r>
        <w:t>hurting other people makes a person worthless</w:t>
      </w:r>
    </w:p>
    <w:p>
      <w:r>
        <w:rPr>
          <w:color w:val="666666"/>
          <w:sz w:val="18"/>
        </w:rPr>
        <w:t>Good Relationships CPS Women Discussion 23 September 10, 2023 · 29s · at 43:27 · https://youtu.be/5UlMoC6-jGU?t=2607</w:t>
      </w:r>
    </w:p>
    <w:p>
      <w:r>
        <w:rPr>
          <w:i/>
        </w:rPr>
        <w:t>“Whoever hurts other people is a person without any worth”</w:t>
      </w:r>
    </w:p>
    <w:p>
      <w:r>
        <w:rPr>
          <w:sz w:val="20"/>
        </w:rPr>
        <w:t>43:27  Har aadmi ko chahiye ki woh samaj ke andar is tarah rahe ki usse kisi ko takleef na pahunche. Aisa har qaul aur amal goya doosron ko satana hai aur jo aadmi doosre insano ko sataye, woh ek bekeemat aadmi hai.</w:t>
      </w:r>
      <w:r>
        <w:br/>
      </w:r>
      <w:r>
        <w:rPr>
          <w:sz w:val="20"/>
        </w:rPr>
        <w:t>43:56  Khuda ki nazar mein bhi aur bando ki nazar mein bhi. Toh yeh line bahut hi dara dene wali hai. Main Allah taala se dua karti hoon ki Allah taala hum sab ek doosre ke liye rehmat bane. Ek doosre ke liye museebat na bane taaki hum aakhir mein be keemat na thehrein. Khuda ki nazar mein keemat wale ban jaaye. Amin.</w:t>
      </w:r>
    </w:p>
    <w:p>
      <w:pPr>
        <w:pStyle w:val="Heading2"/>
      </w:pPr>
      <w:r>
        <w:t>positivity transforms every relationship around you</w:t>
      </w:r>
    </w:p>
    <w:p>
      <w:r>
        <w:rPr>
          <w:color w:val="666666"/>
          <w:sz w:val="18"/>
        </w:rPr>
        <w:t>Good Relationships CPS Women Discussion 23 September 10, 2023 · 28s · at 21:20 · https://youtu.be/5UlMoC6-jGU?t=1280</w:t>
      </w:r>
    </w:p>
    <w:p>
      <w:r>
        <w:rPr>
          <w:i/>
        </w:rPr>
        <w:t>“When positivity enters our life, our relationships improve too”</w:t>
      </w:r>
    </w:p>
    <w:p>
      <w:r>
        <w:rPr>
          <w:sz w:val="20"/>
        </w:rPr>
        <w:t>21:20  to jab yeh positivity hamari zindagi mein aati hai to husband wife ke ghar par jaise bhi ka ghar ki relations aur yeh talluqaat mera har doosre insaan se family ko, rishtedaron ko, neighbors ko aur poori society ko improve karta hai. poora mahaul badalta hai.</w:t>
      </w:r>
      <w:r>
        <w:br/>
      </w:r>
      <w:r>
        <w:rPr>
          <w:sz w:val="20"/>
        </w:rPr>
        <w:t>21:48  to molara ko ki personality ko banne mein bahut ghlat kari hai aur hum unke shukrgaar hain ki yeh saari cheezein jahan se unhone hum logon ko di hain aur hakshan karein ki humne kisi ke saath ghlat kaam to nahi ki kiya. agar kiya hai to use maafi mange. to uski himmat humein jo dalni hai ki hum maafi mange.</w:t>
      </w:r>
    </w:p>
    <w:p>
      <w:pPr>
        <w:pStyle w:val="Heading2"/>
      </w:pPr>
      <w:r>
        <w:t>Misconception about patience as cowardice</w:t>
      </w:r>
    </w:p>
    <w:p>
      <w:r>
        <w:rPr>
          <w:color w:val="666666"/>
          <w:sz w:val="18"/>
        </w:rPr>
        <w:t>Power of Patience | June 16, 2010 | Maulana Wahiduddin Khan · 30s · at 0:43 · https://youtu.be/FlWqljdLKHE?t=43</w:t>
      </w:r>
    </w:p>
    <w:p>
      <w:r>
        <w:rPr>
          <w:i/>
        </w:rPr>
        <w:t>“Some think patience is cowardice, but that's ignorance.”</w:t>
      </w:r>
    </w:p>
    <w:p>
      <w:r>
        <w:rPr>
          <w:sz w:val="20"/>
        </w:rPr>
        <w:t>0:43  yani sabr o tahammul ki taqat.</w:t>
      </w:r>
      <w:r>
        <w:br/>
      </w:r>
      <w:r>
        <w:rPr>
          <w:sz w:val="20"/>
        </w:rPr>
        <w:t>0:50  kuch log sabr ko ka matlab hota hai bardasht karna.</w:t>
      </w:r>
      <w:r>
        <w:br/>
      </w:r>
      <w:r>
        <w:rPr>
          <w:sz w:val="20"/>
        </w:rPr>
        <w:t>0:58  to kuch log samajhte hain ke bardasht karna jo hai yeh to cowardice hai to buzdi hai.</w:t>
      </w:r>
      <w:r>
        <w:br/>
      </w:r>
      <w:r>
        <w:rPr>
          <w:sz w:val="20"/>
        </w:rPr>
        <w:t>1:05  lekin yeh nasamjhi ki baat hai.</w:t>
      </w:r>
    </w:p>
    <w:p>
      <w:pPr>
        <w:pStyle w:val="Heading2"/>
      </w:pPr>
      <w:r>
        <w:t>Avoidance on road keep left like driving</w:t>
      </w:r>
    </w:p>
    <w:p>
      <w:r>
        <w:rPr>
          <w:color w:val="666666"/>
          <w:sz w:val="18"/>
        </w:rPr>
        <w:t>Principle of Avoidance in Islam I 12 Dec, 2010 - Maulana Wahiduddin Khan · 55s · at 1:48 · https://youtu.be/LcEmPmf5es0?t=108</w:t>
      </w:r>
    </w:p>
    <w:p>
      <w:r>
        <w:rPr>
          <w:i/>
        </w:rPr>
        <w:t>“To is ko maine misaal di ke aap road par chaltay hain.”</w:t>
      </w:r>
    </w:p>
    <w:p>
      <w:r>
        <w:rPr>
          <w:sz w:val="20"/>
        </w:rPr>
        <w:t>1:48  to is ko main ne misaal di ke aap road par chalte hain to aap keep left ka usool ikhtiyar karte hain, keep left ka principle.</w:t>
      </w:r>
      <w:r>
        <w:br/>
      </w:r>
      <w:r>
        <w:rPr>
          <w:sz w:val="20"/>
        </w:rPr>
        <w:t>2:01  apni gaadi ko aap baayein chalate hain,</w:t>
      </w:r>
      <w:r>
        <w:br/>
      </w:r>
      <w:r>
        <w:rPr>
          <w:sz w:val="20"/>
        </w:rPr>
        <w:t>2:05  keep straight nahin chalate aap, seedhe daurayein apni gaadi, keep straight. kyun?</w:t>
      </w:r>
      <w:r>
        <w:br/>
      </w:r>
      <w:r>
        <w:rPr>
          <w:sz w:val="20"/>
        </w:rPr>
        <w:t>2:14  is liye aap ko idhar wali idhar se aane wali gaadi se e'raaz karna hai, takraao na ho. to daily aap road par yahi karte hain</w:t>
      </w:r>
      <w:r>
        <w:br/>
      </w:r>
      <w:r>
        <w:rPr>
          <w:sz w:val="20"/>
        </w:rPr>
        <w:t>2:24  ke avoid karte hain, tab aap apni manzil par pahunch paate hain. avoid dhak rahe hain to takraao ho, accident ho, hospital bhi jaayein, kuch bhi ho jayega.</w:t>
      </w:r>
    </w:p>
    <w:p>
      <w:pPr>
        <w:pStyle w:val="Heading2"/>
      </w:pPr>
      <w:r>
        <w:t>Sacrifice of one's opinion is hardest</w:t>
      </w:r>
    </w:p>
    <w:p>
      <w:r>
        <w:rPr>
          <w:color w:val="666666"/>
          <w:sz w:val="18"/>
        </w:rPr>
        <w:t>CPS Mission · 20s · at 11:20 · https://youtu.be/Ial-p18iypI?t=680</w:t>
      </w:r>
    </w:p>
    <w:p>
      <w:r>
        <w:rPr>
          <w:i/>
        </w:rPr>
        <w:t>“As per Maulana's teaching, that the most difficult sacrifice is that”</w:t>
      </w:r>
    </w:p>
    <w:p>
      <w:r>
        <w:rPr>
          <w:sz w:val="20"/>
        </w:rPr>
        <w:t>11:19  e</w:t>
      </w:r>
      <w:r>
        <w:br/>
      </w:r>
      <w:r>
        <w:rPr>
          <w:sz w:val="20"/>
        </w:rPr>
        <w:t>11:20  each one prays for the others, ever ready to sacrifice their opinions for the greater good. as per maulana sahib teaching, that the most difficult sacrifice is that of one's opinion.</w:t>
      </w:r>
      <w:r>
        <w:br/>
      </w:r>
      <w:r>
        <w:rPr>
          <w:sz w:val="20"/>
        </w:rPr>
        <w:t>11:34  as God wills, every CPS member is a one person to missions.</w:t>
      </w:r>
    </w:p>
    <w:p>
      <w:pPr>
        <w:pStyle w:val="Heading2"/>
      </w:pPr>
      <w:r>
        <w:t>Whatever happened, happened for good</w:t>
      </w:r>
    </w:p>
    <w:p>
      <w:r>
        <w:rPr>
          <w:color w:val="666666"/>
          <w:sz w:val="18"/>
        </w:rPr>
        <w:t>Power of Patience | June 16, 2010 | Maulana Wahiduddin Khan · 30s · at 54:59 · https://youtu.be/FlWqljdLKHE?t=3299</w:t>
      </w:r>
    </w:p>
    <w:p>
      <w:r>
        <w:rPr>
          <w:i/>
        </w:rPr>
        <w:t>“Whatever happened, happened for good.”</w:t>
      </w:r>
    </w:p>
    <w:p>
      <w:r>
        <w:rPr>
          <w:sz w:val="20"/>
        </w:rPr>
        <w:t>54:59  ha aik bohat bara faida sabr ka yeh hai ke aap ko tension free bana deta hai sabr</w:t>
      </w:r>
      <w:r>
        <w:br/>
      </w:r>
      <w:r>
        <w:rPr>
          <w:sz w:val="20"/>
        </w:rPr>
        <w:t>55:06  bohat bara faida jaise hazrat ali ka qaul hai ke al khair fima waqa jo ho gaya wohi theek</w:t>
      </w:r>
      <w:r>
        <w:br/>
      </w:r>
      <w:r>
        <w:rPr>
          <w:sz w:val="20"/>
        </w:rPr>
        <w:t>55:14  tha whatever happened happened for good ab aik aik koi baat bigad gayi koi nuqsan ho gaya mislan</w:t>
      </w:r>
      <w:r>
        <w:br/>
      </w:r>
      <w:r>
        <w:rPr>
          <w:sz w:val="20"/>
        </w:rPr>
        <w:t>55:22  kabhi kisi ka job chhoot jata hai</w:t>
      </w:r>
    </w:p>
    <w:p>
      <w:pPr>
        <w:pStyle w:val="Heading2"/>
      </w:pPr>
      <w:r>
        <w:t>Patience means rechecking, rethinking, and replanning</w:t>
      </w:r>
    </w:p>
    <w:p>
      <w:r>
        <w:rPr>
          <w:color w:val="666666"/>
          <w:sz w:val="18"/>
        </w:rPr>
        <w:t>CPS Women Article Discussion 17 February 5, 2023 · 26s · at 26:54 · https://youtu.be/YwT3btklNZk?t=1614</w:t>
      </w:r>
    </w:p>
    <w:p>
      <w:r>
        <w:rPr>
          <w:i/>
        </w:rPr>
        <w:t>“सब्र का दूसरा नाम है rechecking, rethinking and replanning”</w:t>
      </w:r>
    </w:p>
    <w:p>
      <w:r>
        <w:rPr>
          <w:sz w:val="20"/>
        </w:rPr>
        <w:t>26:54  iska mani main yeh samajh payi hoon ki jo log sabar karte hain, sabar sabar ka doosra naam hai rechecking, rethinking and replanning. to jo insaan ke andar iska quality rahega woh sabr ke saath yeh sari cheezon ko apnayega to woh kamyab hoga. kyun kamyab hoga ki allah unka saath hai. khuda sabarg karne walon ke saath hai.</w:t>
      </w:r>
      <w:r>
        <w:br/>
      </w:r>
      <w:r>
        <w:rPr>
          <w:sz w:val="20"/>
        </w:rPr>
        <w:t>27:20  to unke dimagh sahi tarah kaam karne lagti hain. tab woh sabr ke saath se kamyab bankar successful ho jayega. yeh yahi main rakhna hoon main unse intezar. hamesha ki tarah accha hai usmein bahut hi acchi learning hai. woh process hai.</w:t>
      </w:r>
    </w:p>
    <w:p>
      <w:pPr>
        <w:pStyle w:val="Heading2"/>
      </w:pPr>
      <w:r>
        <w:t>War only in defense</w:t>
      </w:r>
    </w:p>
    <w:p>
      <w:r>
        <w:rPr>
          <w:color w:val="666666"/>
          <w:sz w:val="18"/>
        </w:rPr>
        <w:t>Interview Session with Maulana Wahiduddin Khan English · 24s · at 10:17 · https://youtu.be/oNKYrZsbzr4?t=617</w:t>
      </w:r>
    </w:p>
    <w:p>
      <w:r>
        <w:rPr>
          <w:i/>
        </w:rPr>
        <w:t>“War is allowed only when there is attack.”</w:t>
      </w:r>
    </w:p>
    <w:p>
      <w:r>
        <w:rPr>
          <w:sz w:val="20"/>
        </w:rPr>
        <w:t>10:16  No.</w:t>
      </w:r>
      <w:r>
        <w:br/>
      </w:r>
      <w:r>
        <w:rPr>
          <w:sz w:val="20"/>
        </w:rPr>
        <w:t>10:17  If you want justice, you have to struggle peacefully, peacefully. War is allowed only when there is attack.</w:t>
      </w:r>
      <w:r>
        <w:br/>
      </w:r>
      <w:r>
        <w:rPr>
          <w:sz w:val="20"/>
        </w:rPr>
        <w:t>10:30  Otherwise, you have to stick to peaceful struggle. This is my study.</w:t>
      </w:r>
    </w:p>
    <w:p>
      <w:pPr>
        <w:pStyle w:val="Heading2"/>
      </w:pPr>
      <w:r>
        <w:t>the phrase that starts self-correction: I was wrong</w:t>
      </w:r>
    </w:p>
    <w:p>
      <w:r>
        <w:rPr>
          <w:color w:val="666666"/>
          <w:sz w:val="18"/>
        </w:rPr>
        <w:t>How to Build A Strong Personality June 14, 2008 · 35s · at 14:44 · https://youtu.be/CEzRHSVoQlI?t=884</w:t>
      </w:r>
    </w:p>
    <w:p>
      <w:r>
        <w:rPr>
          <w:i/>
        </w:rPr>
        <w:t>“Wo hai ye kehna khule dil se ke I was wrong”</w:t>
      </w:r>
    </w:p>
    <w:p>
      <w:r>
        <w:rPr>
          <w:sz w:val="20"/>
        </w:rPr>
        <w:t>14:44  woh hai yeh kehna khule dil se ke i was wrong. i was wrong.</w:t>
      </w:r>
      <w:r>
        <w:br/>
      </w:r>
      <w:r>
        <w:rPr>
          <w:sz w:val="20"/>
        </w:rPr>
        <w:t>14:54  dekhiye, jab aap yeh kehte hain to apne andar aap self correction ka process jaari kar dete hain.</w:t>
      </w:r>
      <w:r>
        <w:br/>
      </w:r>
      <w:r>
        <w:rPr>
          <w:sz w:val="20"/>
        </w:rPr>
        <w:t>15:03  jab bhi aap ne yeh keh diya ke i was wrong, is ka matlab kya hua? ke aap ne apne aap ko correct kiya, aage ke liye decide kiya ke aap aisa nahi karenge.</w:t>
      </w:r>
    </w:p>
    <w:p>
      <w:pPr>
        <w:pStyle w:val="Heading2"/>
      </w:pPr>
      <w:r>
        <w:t>Best sinner is one who repents after erring</w:t>
      </w:r>
    </w:p>
    <w:p>
      <w:r>
        <w:rPr>
          <w:color w:val="666666"/>
          <w:sz w:val="18"/>
        </w:rPr>
        <w:t>The Quran 11 90 CPS Women Weekly Discussion 32 December 10, 2023 · 32s · at 5:28 · https://youtu.be/GB7dNbRkNI4?t=328</w:t>
      </w:r>
    </w:p>
    <w:p>
      <w:r>
        <w:rPr>
          <w:i/>
        </w:rPr>
        <w:t>“हर इंसान ख़ताकार है, सबसे अच्छा वह जो तोबा करे”</w:t>
      </w:r>
    </w:p>
    <w:p>
      <w:r>
        <w:rPr>
          <w:sz w:val="20"/>
        </w:rPr>
        <w:t>5:28  to hadith mein bataya gaya hai ki har insan khata kar hai aur sabse achha khata kar yani sinner woh</w:t>
      </w:r>
      <w:r>
        <w:br/>
      </w:r>
      <w:r>
        <w:rPr>
          <w:sz w:val="20"/>
        </w:rPr>
        <w:t>5:33  hai jo khata ke baad toba kare.</w:t>
      </w:r>
      <w:r>
        <w:br/>
      </w:r>
      <w:r>
        <w:rPr>
          <w:sz w:val="20"/>
        </w:rPr>
        <w:t>5:38  molana wahiduddin sahib kehte hain ki galti ka itraaf karna, accept karna, galti ko manna ek bahut bada</w:t>
      </w:r>
      <w:r>
        <w:br/>
      </w:r>
      <w:r>
        <w:rPr>
          <w:sz w:val="20"/>
        </w:rPr>
        <w:t>5:44  badi badak ka amal hai.</w:t>
      </w:r>
      <w:r>
        <w:br/>
      </w:r>
      <w:r>
        <w:rPr>
          <w:sz w:val="20"/>
        </w:rPr>
        <w:t>5:49  khuda ke muqable mein apni galti ka itraaf karna toba hai aur insan ke muqable mein usko galti</w:t>
      </w:r>
      <w:r>
        <w:br/>
      </w:r>
      <w:r>
        <w:rPr>
          <w:sz w:val="20"/>
        </w:rPr>
        <w:t>5:54  ka itraaf karna kehte hain yani apni galti ko manna kehte hain.</w:t>
      </w:r>
      <w:r>
        <w:br/>
      </w:r>
      <w:r>
        <w:rPr>
          <w:sz w:val="20"/>
        </w:rPr>
        <w:t>6:00  Asavere usool ki zindagi ka agar mutala kiya jaye to batate hain ke woh bahut zyada toba karne wale aur itraaf karne wale thay. Bahut sare aise waqiyat hain jahan unki koi ghalti nahi hoti thi. Qanooni hisab se unki koi ghalti nahi hoti thi. Phir bhi woh kehte thay mujhse ghalti hui, mujhko maaf kar do.</w:t>
      </w:r>
    </w:p>
    <w:p>
      <w:pPr>
        <w:pStyle w:val="Heading2"/>
      </w:pPr>
      <w:r>
        <w:t>Hindu helped send me home</w:t>
      </w:r>
    </w:p>
    <w:p>
      <w:r>
        <w:rPr>
          <w:color w:val="666666"/>
          <w:sz w:val="18"/>
        </w:rPr>
        <w:t>The Importance of Shukr 19 Dec, 2010 - Maulana Wahiduddin Khan · 40s · at 46:23 · https://youtu.be/F4mVn0DwH34?t=2783</w:t>
      </w:r>
    </w:p>
    <w:p>
      <w:r>
        <w:rPr>
          <w:i/>
        </w:rPr>
        <w:t>“Is Hindu ne mujhe dekha to usne kaha.”</w:t>
      </w:r>
    </w:p>
    <w:p>
      <w:r>
        <w:rPr>
          <w:sz w:val="20"/>
        </w:rPr>
        <w:t>46:23  is hindu ne mujhe dekha to is ne kaha ke yeh larka jo hai achhe ghar ka maloom hota hai yeh bhaag kar aa gaya hai is ko wapas karna hai</w:t>
      </w:r>
      <w:r>
        <w:br/>
      </w:r>
      <w:r>
        <w:rPr>
          <w:sz w:val="20"/>
        </w:rPr>
        <w:t>46:36  to is is woh jo jo hindu tha woh</w:t>
      </w:r>
      <w:r>
        <w:br/>
      </w:r>
      <w:r>
        <w:rPr>
          <w:sz w:val="20"/>
        </w:rPr>
        <w:t>46:44  isi ne paisa diya mere kiray ka aur qureshi sahab ne ticket le kar mujhe wapas bheja phir mein wapas aaya to mein sochta hoon ke agar mein kood pada hota is ne mar gaya hota to aaj mein jahannum mein hota</w:t>
      </w:r>
    </w:p>
    <w:p>
      <w:pPr>
        <w:pStyle w:val="Heading2"/>
      </w:pPr>
      <w:r>
        <w:t>Why loving your enemy actually saves yourself</w:t>
      </w:r>
    </w:p>
    <w:p>
      <w:r>
        <w:rPr>
          <w:color w:val="666666"/>
          <w:sz w:val="18"/>
        </w:rPr>
        <w:t>Human Values · 42s · at 16:01 · https://youtu.be/Art0kheDD40?t=961</w:t>
      </w:r>
    </w:p>
    <w:p>
      <w:r>
        <w:rPr>
          <w:i/>
        </w:rPr>
        <w:t>“Why love your enemy? To save yourself”</w:t>
      </w:r>
    </w:p>
    <w:p>
      <w:r>
        <w:rPr>
          <w:sz w:val="20"/>
        </w:rPr>
        <w:t>16:01  to save yourself. is liye ke aap jab dushmani karen ge to aap nafrat karen ge. aap revenge mein chale jayen ge.</w:t>
      </w:r>
      <w:r>
        <w:br/>
      </w:r>
      <w:r>
        <w:rPr>
          <w:sz w:val="20"/>
        </w:rPr>
        <w:t>16:10  aap intiqam lena chahen ge. to kya hoga? there is destruction.</w:t>
      </w:r>
      <w:r>
        <w:br/>
      </w:r>
      <w:r>
        <w:rPr>
          <w:sz w:val="20"/>
        </w:rPr>
        <w:t>16:18  destruction. yani apne energy ka destruction, apne time ka destruction. jo kuch kar sakte hain aap ke betterment ke liye</w:t>
      </w:r>
      <w:r>
        <w:br/>
      </w:r>
      <w:r>
        <w:rPr>
          <w:sz w:val="20"/>
        </w:rPr>
        <w:t>16:29  us ko aap us ko aap waste karen ge doosre ko destroy karne ke liye. to love your enemy ka matlab yeh hai is mein understood yeh hai ke love yourself.</w:t>
      </w:r>
    </w:p>
    <w:p>
      <w:pPr>
        <w:pStyle w:val="Heading2"/>
      </w:pPr>
      <w:r>
        <w:t>Seen through virtues</w:t>
      </w:r>
    </w:p>
    <w:p>
      <w:r>
        <w:rPr>
          <w:color w:val="666666"/>
          <w:sz w:val="18"/>
        </w:rPr>
        <w:t>Dr Naseem Siddiqui Memorial Part 1 · 33s · at 21:38 · https://youtu.be/q-kccRjp1iU?t=1298</w:t>
      </w:r>
    </w:p>
    <w:p>
      <w:r>
        <w:rPr>
          <w:i/>
        </w:rPr>
        <w:t>“Woh dikhenge nahin. But he would be seen through his virtues.”</w:t>
      </w:r>
    </w:p>
    <w:p>
      <w:r>
        <w:rPr>
          <w:sz w:val="20"/>
        </w:rPr>
        <w:t>21:38  wo dikhenge nahi.</w:t>
      </w:r>
      <w:r>
        <w:br/>
      </w:r>
      <w:r>
        <w:rPr>
          <w:sz w:val="20"/>
        </w:rPr>
        <w:t>21:43  But he would be seen through his virtues.</w:t>
      </w:r>
      <w:r>
        <w:br/>
      </w:r>
      <w:r>
        <w:rPr>
          <w:sz w:val="20"/>
        </w:rPr>
        <w:t>21:49  unki achhi aadatein.</w:t>
      </w:r>
      <w:r>
        <w:br/>
      </w:r>
      <w:r>
        <w:rPr>
          <w:sz w:val="20"/>
        </w:rPr>
        <w:t>21:54  kuch log zindagi ke bare mein bahut kuch kehte hain, magar amal, amal nahi dikhta.</w:t>
      </w:r>
      <w:r>
        <w:br/>
      </w:r>
      <w:r>
        <w:rPr>
          <w:sz w:val="20"/>
        </w:rPr>
        <w:t>22:00  taimiya bohat kam kehte thay, par un ke amal bohat zor ki baatein karte thay.</w:t>
      </w:r>
      <w:r>
        <w:br/>
      </w:r>
      <w:r>
        <w:rPr>
          <w:sz w:val="20"/>
        </w:rPr>
        <w:t>22:05  He would no longer be here to motivate us.</w:t>
      </w:r>
      <w:r>
        <w:br/>
      </w:r>
      <w:r>
        <w:rPr>
          <w:sz w:val="20"/>
        </w:rPr>
        <w:t>22:11  But we would always get inspired by his indefatigable spirit to live and die in peace.</w:t>
      </w:r>
    </w:p>
    <w:p>
      <w:pPr>
        <w:pStyle w:val="Heading2"/>
      </w:pPr>
      <w:r>
        <w:t>Love all including your enemy</w:t>
      </w:r>
    </w:p>
    <w:p>
      <w:r>
        <w:rPr>
          <w:color w:val="666666"/>
          <w:sz w:val="18"/>
        </w:rPr>
        <w:t>Interview Session with Maulana Wahiduddin Khan English · 26s · at 27:01 · https://youtu.be/oNKYrZsbzr4?t=1621</w:t>
      </w:r>
    </w:p>
    <w:p>
      <w:r>
        <w:rPr>
          <w:i/>
        </w:rPr>
        <w:t>“Love your enemy means love all, including your enemy.”</w:t>
      </w:r>
    </w:p>
    <w:p>
      <w:r>
        <w:rPr>
          <w:sz w:val="20"/>
        </w:rPr>
        <w:t>27:01  Love your enemy. Love your enemy means love all, including your enemy. This is my religion.</w:t>
      </w:r>
      <w:r>
        <w:br/>
      </w:r>
      <w:r>
        <w:rPr>
          <w:sz w:val="20"/>
        </w:rPr>
        <w:t>27:15  Love your enemy means love all, including your enemy. This is the most beautiful formula of life. Through this</w:t>
      </w:r>
    </w:p>
    <w:p>
      <w:pPr>
        <w:pStyle w:val="Heading2"/>
      </w:pPr>
      <w:r>
        <w:t>We don't even realize when we're sinning</w:t>
      </w:r>
    </w:p>
    <w:p>
      <w:r>
        <w:rPr>
          <w:color w:val="666666"/>
          <w:sz w:val="18"/>
        </w:rPr>
        <w:t>The Quran 11 90 CPS Women Weekly Discussion 32 December 10, 2023 · 27s · at 49:24 · https://youtu.be/GB7dNbRkNI4?t=2964</w:t>
      </w:r>
    </w:p>
    <w:p>
      <w:r>
        <w:rPr>
          <w:i/>
        </w:rPr>
        <w:t>“हमको यही नहीं पता कि हम ग़लती कर रहे हैं”</w:t>
      </w:r>
    </w:p>
    <w:p>
      <w:r>
        <w:rPr>
          <w:sz w:val="20"/>
        </w:rPr>
        <w:t>49:24  humko yahi nahin pata ki hum ghalti kar rahe hain aur humko yahi nahin pata ki humne kitni badi ghalti kiya hai. to har waqt har waqt alladara se yeh bhi dua karna hai humein ki hum ghalti se humko bacha hamari har jo ghlat aadaten hain usse humko bachaye aur humein sahi nazar se humein har cheezon ko humko dikhaye aur allah taala humein is tarah ke karne ki tafeeq de. ameen.</w:t>
      </w:r>
      <w:r>
        <w:br/>
      </w:r>
      <w:r>
        <w:rPr>
          <w:sz w:val="20"/>
        </w:rPr>
        <w:t>49:51  jaisa kar lahabad. ameen, jaise ki aapne abhi kaha apa to aaj subah mein main wahi lecture shayad aap usi lecture se hi related kuch keh rahi hain. maine bhi Maulana ke lecture mein yahi suna ki hum zara si baat ke har situation mein negative ho jate hain doston ke liye.</w:t>
      </w:r>
    </w:p>
    <w:p>
      <w:pPr>
        <w:pStyle w:val="Heading2"/>
      </w:pPr>
      <w:r>
        <w:t>Japan's U-turn from war to peace</w:t>
      </w:r>
    </w:p>
    <w:p>
      <w:r>
        <w:rPr>
          <w:color w:val="666666"/>
          <w:sz w:val="18"/>
        </w:rPr>
        <w:t>The Importance of Non Confrontational Method, | August 29, 2010 · 30s · at 37:28 · https://youtu.be/8ZGB0tWQtg8?t=2248</w:t>
      </w:r>
    </w:p>
    <w:p>
      <w:r>
        <w:rPr>
          <w:i/>
        </w:rPr>
        <w:t>“Japan was a warlike nation but took a U-turn.”</w:t>
      </w:r>
    </w:p>
    <w:p>
      <w:r>
        <w:rPr>
          <w:sz w:val="20"/>
        </w:rPr>
        <w:t>37:28  second world war se pehle japan jo tha bohat hi ladaka qaum thi, ladne wali. lekin second world war ke baad U-turn le liya unhon ne. yani khudkush bombari sab se pehle japan ne shuru ki thi. jis ko harakiri kehte thay woh. to second world war se pehle japan jo tha dunya ki sab se zyada ladaka qaum thi, ladne wali. lekin is</w:t>
      </w:r>
    </w:p>
    <w:p>
      <w:pPr>
        <w:pStyle w:val="Heading2"/>
      </w:pPr>
      <w:r>
        <w:t>Readiness to surrender before reason</w:t>
      </w:r>
    </w:p>
    <w:p>
      <w:r>
        <w:rPr>
          <w:color w:val="666666"/>
          <w:sz w:val="18"/>
        </w:rPr>
        <w:t>How to Find Truth | August 8, 2007 · 1m 03s · at 41:21 · https://youtu.be/YaxWNPN2K5A?t=2481</w:t>
      </w:r>
    </w:p>
    <w:p>
      <w:r>
        <w:rPr>
          <w:i/>
        </w:rPr>
        <w:t>“The third condition is readiness to surrender before reason”</w:t>
      </w:r>
    </w:p>
    <w:p>
      <w:r>
        <w:rPr>
          <w:sz w:val="20"/>
        </w:rPr>
        <w:t>41:21  The third condition in this pursuit is readiness to surrender before reason.</w:t>
      </w:r>
      <w:r>
        <w:br/>
      </w:r>
      <w:r>
        <w:rPr>
          <w:sz w:val="20"/>
        </w:rPr>
        <w:t>41:31  readiness to surrender before reason.</w:t>
      </w:r>
      <w:r>
        <w:br/>
      </w:r>
      <w:r>
        <w:rPr>
          <w:sz w:val="20"/>
        </w:rPr>
        <w:t>41:42  This is the third condition.</w:t>
      </w:r>
      <w:r>
        <w:br/>
      </w:r>
      <w:r>
        <w:rPr>
          <w:sz w:val="20"/>
        </w:rPr>
        <w:t>41:53  Now, to state this point, I will give an example.</w:t>
      </w:r>
      <w:r>
        <w:br/>
      </w:r>
      <w:r>
        <w:rPr>
          <w:sz w:val="20"/>
        </w:rPr>
        <w:t>42:08  In 1965, I was in Lucknow, so I happened to meet a scholar. He</w:t>
      </w:r>
    </w:p>
    <w:p>
      <w:pPr>
        <w:pStyle w:val="Heading2"/>
      </w:pPr>
      <w:r>
        <w:t>30-second trick to control anger</w:t>
      </w:r>
    </w:p>
    <w:p>
      <w:r>
        <w:rPr>
          <w:color w:val="666666"/>
          <w:sz w:val="18"/>
        </w:rPr>
        <w:t>Fasting A Source of Spiritual Empowerment August 21, 2011 Maulana Wahiduddin Khan · 1m 06s · at 49:12 · https://youtu.be/Z0EbPlujcf0?t=2952</w:t>
      </w:r>
    </w:p>
    <w:p>
      <w:r>
        <w:rPr>
          <w:i/>
        </w:rPr>
        <w:t>“Jab bhi ghussa aata hai mujhe, foran chup ho jata hoon”</w:t>
      </w:r>
    </w:p>
    <w:p>
      <w:r>
        <w:rPr>
          <w:sz w:val="20"/>
        </w:rPr>
        <w:t>49:12  mera tareeqa hai ke jab bhi woh ghussa aata hai mujhe to foran mein chup ho jata hoon. ghussa aaya foran chup ho gaya.</w:t>
      </w:r>
      <w:r>
        <w:br/>
      </w:r>
      <w:r>
        <w:rPr>
          <w:sz w:val="20"/>
        </w:rPr>
        <w:t>49:27  thori dair ke liye apna aap ghussa khatam ho jata hai.</w:t>
      </w:r>
      <w:r>
        <w:br/>
      </w:r>
      <w:r>
        <w:rPr>
          <w:sz w:val="20"/>
        </w:rPr>
        <w:t>49:31  dekhiye ghussa jab aata hai to lagta hai ke aag badan mein lag gayi. is waqt jab ke ghussa hai. thori dair ke liye badan mein yeh lagta hai ke aag lagi hui hai.</w:t>
      </w:r>
      <w:r>
        <w:br/>
      </w:r>
      <w:r>
        <w:rPr>
          <w:sz w:val="20"/>
        </w:rPr>
        <w:t>49:43  lekin woh Momentary hota hai Momentary.</w:t>
      </w:r>
      <w:r>
        <w:br/>
      </w:r>
      <w:r>
        <w:rPr>
          <w:sz w:val="20"/>
        </w:rPr>
        <w:t>49:49  bas thori dair ke liye bardasht kar lijiyye.</w:t>
      </w:r>
      <w:r>
        <w:br/>
      </w:r>
      <w:r>
        <w:rPr>
          <w:sz w:val="20"/>
        </w:rPr>
        <w:t>49:54  mera tajurba yeh hai ke sirf tees second bardasht kar lijiyye aap. thirty second.</w:t>
      </w:r>
      <w:r>
        <w:br/>
      </w:r>
      <w:r>
        <w:rPr>
          <w:sz w:val="20"/>
        </w:rPr>
        <w:t>50:02  aur is ke baad kya ho ga? ghussa thanda hone lage ga.</w:t>
      </w:r>
      <w:r>
        <w:br/>
      </w:r>
      <w:r>
        <w:rPr>
          <w:sz w:val="20"/>
        </w:rPr>
        <w:t>50:08  aik baat yaad rakhiye. ke yeh koi ghair fitri baat hai ke koi kahe ke mere andar to ghussa hi nahi.</w:t>
      </w:r>
    </w:p>
    <w:p>
      <w:pPr>
        <w:pStyle w:val="Heading2"/>
      </w:pPr>
      <w:r>
        <w:t>Beneficial lie better than harmful truth</w:t>
      </w:r>
    </w:p>
    <w:p>
      <w:r>
        <w:rPr>
          <w:color w:val="666666"/>
          <w:sz w:val="18"/>
        </w:rPr>
        <w:t>Speaking Truth (In conversation with Maulan) · 27s · at 5:53 · https://youtu.be/Fi3Z0-JgBac?t=353</w:t>
      </w:r>
    </w:p>
    <w:p>
      <w:r>
        <w:rPr>
          <w:i/>
        </w:rPr>
        <w:t>“A beneficial lie is better than a truth that stirs trouble”</w:t>
      </w:r>
    </w:p>
    <w:p>
      <w:r>
        <w:rPr>
          <w:sz w:val="20"/>
        </w:rPr>
        <w:t>5:53  woh jaayaz hai. aur jo jhoot bolna pade exploitation ke liye, zyada faida lene ke liye, doosron ko bewakoof banane ke liye, woh jaayaz nahi hai. sheikh saadi ne kaha tha ke "daroghe maslahat aamez bih az raasti fitna angez."</w:t>
      </w:r>
    </w:p>
    <w:p>
      <w:pPr>
        <w:pStyle w:val="Heading2"/>
      </w:pPr>
      <w:r>
        <w:t>Discovery of steam power</w:t>
      </w:r>
    </w:p>
    <w:p>
      <w:r>
        <w:rPr>
          <w:color w:val="666666"/>
          <w:sz w:val="18"/>
        </w:rPr>
        <w:t>Journey of Divine Civilization | January 24, 2010 · 31s · at 19:32 · https://youtu.be/QCWXCjeZxnc?t=1172</w:t>
      </w:r>
    </w:p>
    <w:p>
      <w:r>
        <w:rPr>
          <w:i/>
        </w:rPr>
        <w:t>“Phir insaan ne dekha ki paani ko ubala gaya”</w:t>
      </w:r>
    </w:p>
    <w:p>
      <w:r>
        <w:rPr>
          <w:sz w:val="20"/>
        </w:rPr>
        <w:t>19:32  .</w:t>
      </w:r>
      <w:r>
        <w:br/>
      </w:r>
      <w:r>
        <w:rPr>
          <w:sz w:val="20"/>
        </w:rPr>
        <w:t>19:36  phir insaan ne dekha ke pani ko ubala gaya.</w:t>
      </w:r>
      <w:r>
        <w:br/>
      </w:r>
      <w:r>
        <w:rPr>
          <w:sz w:val="20"/>
        </w:rPr>
        <w:t>19:40  jab temperature barha to yeh yeh dhakan ubal gaya.</w:t>
      </w:r>
      <w:r>
        <w:br/>
      </w:r>
      <w:r>
        <w:rPr>
          <w:sz w:val="20"/>
        </w:rPr>
        <w:t>19:44  is se kya hua? steam power ki daryaft hui.</w:t>
      </w:r>
      <w:r>
        <w:br/>
      </w:r>
      <w:r>
        <w:rPr>
          <w:sz w:val="20"/>
        </w:rPr>
        <w:t>19:48  phir injan banaye gaye.</w:t>
      </w:r>
      <w:r>
        <w:br/>
      </w:r>
      <w:r>
        <w:rPr>
          <w:sz w:val="20"/>
        </w:rPr>
        <w:t>19:52  injan banaye gaye.</w:t>
      </w:r>
      <w:r>
        <w:br/>
      </w:r>
      <w:r>
        <w:rPr>
          <w:sz w:val="20"/>
        </w:rPr>
        <w:t>19:56  aisi jarni aage barhti rahi, aage barhti rahi.</w:t>
      </w:r>
      <w:r>
        <w:br/>
      </w:r>
      <w:r>
        <w:rPr>
          <w:sz w:val="20"/>
        </w:rPr>
        <w:t>20:00  is ke baad ek scientist ko apne lab mein experiment karte hue yeh mila</w:t>
      </w:r>
    </w:p>
    <w:p>
      <w:pPr>
        <w:pStyle w:val="Heading2"/>
      </w:pPr>
      <w:r>
        <w:t>Western people are not enemies</w:t>
      </w:r>
    </w:p>
    <w:p>
      <w:r>
        <w:rPr>
          <w:color w:val="666666"/>
          <w:sz w:val="18"/>
        </w:rPr>
        <w:t>Interview Session with Maulana Wahiduddin Khan English · 28s · at 10:59 · https://youtu.be/oNKYrZsbzr4?t=659</w:t>
      </w:r>
    </w:p>
    <w:p>
      <w:r>
        <w:rPr>
          <w:i/>
        </w:rPr>
        <w:t>“I think that Western people are not our enemies.”</w:t>
      </w:r>
    </w:p>
    <w:p>
      <w:r>
        <w:rPr>
          <w:sz w:val="20"/>
        </w:rPr>
        <w:t>10:59  i think that western people are not our enemies. they are human beings.</w:t>
      </w:r>
      <w:r>
        <w:br/>
      </w:r>
      <w:r>
        <w:rPr>
          <w:sz w:val="20"/>
        </w:rPr>
        <w:t>11:09  if there are some complaints, so you have to go to dialogue.</w:t>
      </w:r>
      <w:r>
        <w:br/>
      </w:r>
      <w:r>
        <w:rPr>
          <w:sz w:val="20"/>
        </w:rPr>
        <w:t>11:15  why fighting? why hate? so hate is not in the scheme of Islam. i'm quite against all those kinds of hate and violence and intolerance.</w:t>
      </w:r>
    </w:p>
    <w:p>
      <w:pPr>
        <w:pStyle w:val="Heading2"/>
      </w:pPr>
      <w:r>
        <w:t>No justice in our world</w:t>
      </w:r>
    </w:p>
    <w:p>
      <w:r>
        <w:rPr>
          <w:color w:val="666666"/>
          <w:sz w:val="18"/>
        </w:rPr>
        <w:t>How to Find Truth | August 8, 2007 · 1m 01s · at 4:15 · https://youtu.be/YaxWNPN2K5A?t=255</w:t>
      </w:r>
    </w:p>
    <w:p>
      <w:r>
        <w:rPr>
          <w:i/>
        </w:rPr>
        <w:t>“There is no justice in our world”</w:t>
      </w:r>
    </w:p>
    <w:p>
      <w:r>
        <w:rPr>
          <w:sz w:val="20"/>
        </w:rPr>
        <w:t>4:15  Example, everyone wants justice.</w:t>
      </w:r>
      <w:r>
        <w:br/>
      </w:r>
      <w:r>
        <w:rPr>
          <w:sz w:val="20"/>
        </w:rPr>
        <w:t>4:23  Justice is a part of the nature.</w:t>
      </w:r>
      <w:r>
        <w:br/>
      </w:r>
      <w:r>
        <w:rPr>
          <w:sz w:val="20"/>
        </w:rPr>
        <w:t>4:31  Everyone wants that wicked must be punished, and nice people must be rewarded.</w:t>
      </w:r>
      <w:r>
        <w:br/>
      </w:r>
      <w:r>
        <w:rPr>
          <w:sz w:val="20"/>
        </w:rPr>
        <w:t>4:38  This is justice. But</w:t>
      </w:r>
      <w:r>
        <w:br/>
      </w:r>
      <w:r>
        <w:rPr>
          <w:sz w:val="20"/>
        </w:rPr>
        <w:t>4:46  There is no justice in our world, so this creates discontentment.</w:t>
      </w:r>
      <w:r>
        <w:br/>
      </w:r>
      <w:r>
        <w:rPr>
          <w:sz w:val="20"/>
        </w:rPr>
        <w:t>5:01  We as a human being want justice, but the world we live in is unjust world, is an unjust world. Then</w:t>
      </w:r>
    </w:p>
    <w:p>
      <w:pPr>
        <w:pStyle w:val="Heading2"/>
      </w:pPr>
      <w:r>
        <w:t>Importance of Positive Attitude</w:t>
      </w:r>
    </w:p>
    <w:p>
      <w:r>
        <w:rPr>
          <w:color w:val="666666"/>
          <w:sz w:val="18"/>
        </w:rPr>
        <w:t>The Importance of Positive Attitude | November 01, 2007 · 30s · at 0:43 · https://youtu.be/r4zLbCBxPyc?t=43</w:t>
      </w:r>
    </w:p>
    <w:p>
      <w:r>
        <w:rPr>
          <w:i/>
        </w:rPr>
        <w:t>“Positive Attitude is the most important thing in life”</w:t>
      </w:r>
    </w:p>
    <w:p>
      <w:r>
        <w:rPr>
          <w:sz w:val="20"/>
        </w:rPr>
        <w:t>0:43  "Importance of Positive Attitude" yani musbat tarz-e fikr ki ahmiyat.</w:t>
      </w:r>
      <w:r>
        <w:br/>
      </w:r>
      <w:r>
        <w:rPr>
          <w:sz w:val="20"/>
        </w:rPr>
        <w:t>0:53  مثبت طرز فکر یا Positive Attitude زندگی میں سب سے زیادہ important چیز ہے۔</w:t>
      </w:r>
      <w:r>
        <w:br/>
      </w:r>
      <w:r>
        <w:rPr>
          <w:sz w:val="20"/>
        </w:rPr>
        <w:t>1:03  mein samajhta hoon ke sari doosri jo achhi baatein hain</w:t>
      </w:r>
    </w:p>
    <w:p>
      <w:pPr>
        <w:pStyle w:val="Heading2"/>
      </w:pPr>
      <w:r>
        <w:t>Longing for God's arrival</w:t>
      </w:r>
    </w:p>
    <w:p>
      <w:r>
        <w:rPr>
          <w:color w:val="666666"/>
          <w:sz w:val="18"/>
        </w:rPr>
        <w:t>When God's Name is Invoked December 21, 2019 - Interaction with Maulana Wahiduddin Khan, · 38s · at 49:35 · https://youtu.be/jgNjICoo-Cw?t=2975</w:t>
      </w:r>
    </w:p>
    <w:p>
      <w:r>
        <w:rPr>
          <w:i/>
        </w:rPr>
        <w:t>“Khudawand tu kab aayega?”</w:t>
      </w:r>
    </w:p>
    <w:p>
      <w:r>
        <w:rPr>
          <w:sz w:val="20"/>
        </w:rPr>
        <w:t>49:35  main kab tak tere aanay ka intezar karoon?</w:t>
      </w:r>
      <w:r>
        <w:br/>
      </w:r>
      <w:r>
        <w:rPr>
          <w:sz w:val="20"/>
        </w:rPr>
        <w:t>49:41  yeh kehta tha, rota tha. to is se maine yeh samjha hai ke jo jo sawal aap farma rahe hain, woh naam hai, yaani self discovered truth par khara hona,</w:t>
      </w:r>
      <w:r>
        <w:br/>
      </w:r>
      <w:r>
        <w:rPr>
          <w:sz w:val="20"/>
        </w:rPr>
        <w:t>49:58  self discovered truth par khara hona. aur main Allah ke fazl se isi par khara hua hoon, is ke bahir jo process chala, main process, process of tadabbur, process of tadabbur.</w:t>
      </w:r>
    </w:p>
    <w:p>
      <w:pPr>
        <w:pStyle w:val="Heading2"/>
      </w:pPr>
      <w:r>
        <w:t>No one can close the door of repentance for anyone</w:t>
      </w:r>
    </w:p>
    <w:p>
      <w:r>
        <w:rPr>
          <w:color w:val="666666"/>
          <w:sz w:val="18"/>
        </w:rPr>
        <w:t>Don't Be Angry Culture January 15, 2012 · 35s · at 1:13:44 · https://youtu.be/NrA3X8y_FLY?t=4424</w:t>
      </w:r>
    </w:p>
    <w:p>
      <w:r>
        <w:rPr>
          <w:i/>
        </w:rPr>
        <w:t>“Kya tauba ka darwaza kisi ke liye hum band kar sakte hain?”</w:t>
      </w:r>
    </w:p>
    <w:p>
      <w:r>
        <w:rPr>
          <w:sz w:val="20"/>
        </w:rPr>
        <w:t>1:13:44  maulana, agla sawal lete hain jo aya hai chennai se maulana israr ul hassan sahib ka. unhon ne likha hai: "maulana, kya tauba ka darwaza kisi ke liye hum band kar sakte hain?" "yeh to sochna bhi kufr hai ke hum band kar sakte hain." yaani khuda ke domain mein dakhil hona hai.</w:t>
      </w:r>
      <w:r>
        <w:br/>
      </w:r>
      <w:r>
        <w:rPr>
          <w:sz w:val="20"/>
        </w:rPr>
        <w:t>1:14:06  yeh kaise koi himmat karta hai yeh kehne ki?</w:t>
      </w:r>
      <w:r>
        <w:br/>
      </w:r>
      <w:r>
        <w:rPr>
          <w:sz w:val="20"/>
        </w:rPr>
        <w:t>1:14:11  tauba ka darwaza kholna aur band karna, dono allah ke ikhtiyar mein hai, hamare ikhtiyar mein nahi hai.</w:t>
      </w:r>
    </w:p>
    <w:p>
      <w:pPr>
        <w:pStyle w:val="Heading2"/>
      </w:pPr>
      <w:r>
        <w:t>Patience is the greatest power</w:t>
      </w:r>
    </w:p>
    <w:p>
      <w:r>
        <w:rPr>
          <w:color w:val="666666"/>
          <w:sz w:val="18"/>
        </w:rPr>
        <w:t>Power of Patience | June 16, 2010 | Maulana Wahiduddin Khan · 30s · at 1:13 · https://youtu.be/FlWqljdLKHE?t=73</w:t>
      </w:r>
    </w:p>
    <w:p>
      <w:r>
        <w:rPr>
          <w:i/>
        </w:rPr>
        <w:t>“Patience is the greatest power.”</w:t>
      </w:r>
    </w:p>
    <w:p>
      <w:r>
        <w:rPr>
          <w:sz w:val="20"/>
        </w:rPr>
        <w:t>1:13  sabr sab se bari taqat hai.</w:t>
      </w:r>
      <w:r>
        <w:br/>
      </w:r>
      <w:r>
        <w:rPr>
          <w:sz w:val="20"/>
        </w:rPr>
        <w:t>1:19  Patience sab se bari taqat hai.</w:t>
      </w:r>
      <w:r>
        <w:br/>
      </w:r>
      <w:r>
        <w:rPr>
          <w:sz w:val="20"/>
        </w:rPr>
        <w:t>1:25  quran mein aik ayat hai innalaha ma'as sabireen khuda hai sabr walon ke sath.</w:t>
      </w:r>
      <w:r>
        <w:br/>
      </w:r>
      <w:r>
        <w:rPr>
          <w:sz w:val="20"/>
        </w:rPr>
        <w:t>1:31  khuda in ka sath deta hai jo patience dikhaen.</w:t>
      </w:r>
      <w:r>
        <w:br/>
      </w:r>
      <w:r>
        <w:rPr>
          <w:sz w:val="20"/>
        </w:rPr>
        <w:t>1:37  jo dunya mein sehan shويلta ke sath</w:t>
      </w:r>
    </w:p>
    <w:p>
      <w:pPr>
        <w:pStyle w:val="Heading2"/>
      </w:pPr>
      <w:r>
        <w:t>Sabr is silent planning</w:t>
      </w:r>
    </w:p>
    <w:p>
      <w:r>
        <w:rPr>
          <w:color w:val="666666"/>
          <w:sz w:val="18"/>
        </w:rPr>
        <w:t>Patience and Creative Thinking April 20, 2020 Maulana Wahiduddin Khan · 34s · at 10:55 · https://youtu.be/zhpSQwyj_6Q?t=655</w:t>
      </w:r>
    </w:p>
    <w:p>
      <w:r>
        <w:rPr>
          <w:i/>
        </w:rPr>
        <w:t>“Sabr ke maani, sabr kya cheez hai?”</w:t>
      </w:r>
    </w:p>
    <w:p>
      <w:r>
        <w:rPr>
          <w:sz w:val="20"/>
        </w:rPr>
        <w:t>10:55  sabr ke maani, sabr kya cheez hai? sabr naam hai khamosh</w:t>
      </w:r>
      <w:r>
        <w:br/>
      </w:r>
      <w:r>
        <w:rPr>
          <w:sz w:val="20"/>
        </w:rPr>
        <w:t>11:02  planning. sabr naam hai khamosh planning ka.</w:t>
      </w:r>
      <w:r>
        <w:br/>
      </w:r>
      <w:r>
        <w:rPr>
          <w:sz w:val="20"/>
        </w:rPr>
        <w:t>11:14  sabr koi buzdi nahi hai, sabr koi buzdi ki baat nahi hai.</w:t>
      </w:r>
    </w:p>
    <w:p>
      <w:pPr>
        <w:pStyle w:val="Heading2"/>
      </w:pPr>
      <w:r>
        <w:t>Fight without anger or hate</w:t>
      </w:r>
    </w:p>
    <w:p>
      <w:r>
        <w:rPr>
          <w:color w:val="666666"/>
          <w:sz w:val="18"/>
        </w:rPr>
        <w:t>Art of War and Islam · 32s · at 1:31 · https://youtu.be/LvYP_pf17S0?t=91</w:t>
      </w:r>
    </w:p>
    <w:p>
      <w:r>
        <w:rPr>
          <w:i/>
        </w:rPr>
        <w:t>“The most effective armed forces fight without anger”</w:t>
      </w:r>
    </w:p>
    <w:p>
      <w:r>
        <w:rPr>
          <w:sz w:val="20"/>
        </w:rPr>
        <w:t>1:31  the most effective—it is his wording—the most effective</w:t>
      </w:r>
      <w:r>
        <w:br/>
      </w:r>
      <w:r>
        <w:rPr>
          <w:sz w:val="20"/>
        </w:rPr>
        <w:t>1:43  armed forces are those who</w:t>
      </w:r>
      <w:r>
        <w:br/>
      </w:r>
      <w:r>
        <w:rPr>
          <w:sz w:val="20"/>
        </w:rPr>
        <w:t>1:53  fight without anger or hate.</w:t>
      </w:r>
    </w:p>
    <w:p>
      <w:pPr>
        <w:pStyle w:val="Heading2"/>
      </w:pPr>
      <w:r>
        <w:t>Muslims call the Prophet a role model but don't follow him</w:t>
      </w:r>
    </w:p>
    <w:p>
      <w:r>
        <w:rPr>
          <w:color w:val="666666"/>
          <w:sz w:val="18"/>
        </w:rPr>
        <w:t>Good Relationships CPS Women Discussion 23 September 10, 2023 · 42s · at 28:14 · https://youtu.be/5UlMoC6-jGU?t=1694</w:t>
      </w:r>
    </w:p>
    <w:p>
      <w:r>
        <w:rPr>
          <w:i/>
        </w:rPr>
        <w:t>“We call Prophet Muhammad our role model but don't follow him”</w:t>
      </w:r>
    </w:p>
    <w:p>
      <w:r>
        <w:rPr>
          <w:sz w:val="20"/>
        </w:rPr>
        <w:t>28:14  Papa you are very very true in saying this ki aaj agar musalmanon mein kami hai to prophet muhammad ko wah apna role model kehte to hain, kehte hain lekin mante nahin hain. We have often often seen in our society.</w:t>
      </w:r>
      <w:r>
        <w:br/>
      </w:r>
      <w:r>
        <w:rPr>
          <w:sz w:val="20"/>
        </w:rPr>
        <w:t>28:30  Hum jinke saath uthte hain, baithte hain, zara si tal vital ho jati hai, kuch situation mein fark aa jata hai, wah ekdam apne us par aa jate hain and they start abusing aur aise aise words bolte hain ki ek shock lagta hai ki yeh banda jo abhi itna achha bana hua tha achanak se us ki personality ka doosra roop nazar aata hai. We often see this kind of thing happening in our society.</w:t>
      </w:r>
      <w:r>
        <w:br/>
      </w:r>
      <w:r>
        <w:rPr>
          <w:sz w:val="20"/>
        </w:rPr>
        <w:t>28:56  To question hota hai wahan ki prophet mohammad jo hamare role model hain, hum unko kitna follow karte hain? Unki zindagi ko bilkul follow nahin karte hain. Unse bada example bilkul nahin ho sakta. Jaise ki aapne abhi ansar aur mahajdin ke bare mein ek beautiful example diya hai.</w:t>
      </w:r>
    </w:p>
    <w:p>
      <w:pPr>
        <w:pStyle w:val="Heading2"/>
      </w:pPr>
      <w:r>
        <w:t>Alhamdulillah as lip service</w:t>
      </w:r>
    </w:p>
    <w:p>
      <w:r>
        <w:rPr>
          <w:color w:val="666666"/>
          <w:sz w:val="18"/>
        </w:rPr>
        <w:t>Q&amp;A 08 July 2007 - Maulana Wahiduddin Khan · 20s · at 3:09 · https://youtu.be/k921gOjkIaw?t=189</w:t>
      </w:r>
    </w:p>
    <w:p>
      <w:r>
        <w:rPr>
          <w:i/>
        </w:rPr>
        <w:t>“I don't consider Alhamdulillah as gratitude.”</w:t>
      </w:r>
    </w:p>
    <w:p>
      <w:r>
        <w:rPr>
          <w:sz w:val="20"/>
        </w:rPr>
        <w:t>3:09  mein is ko "alhamdulillah" nahi samajhta, is ko sirf lip service samajhta hoon. "alhamdulillah" aik spirit hai, aik storm hai jo aadmi ke dil mein aata hai.</w:t>
      </w:r>
      <w:r>
        <w:br/>
      </w:r>
      <w:r>
        <w:rPr>
          <w:sz w:val="20"/>
        </w:rPr>
        <w:t>3:20  woh zabaan se bhi ada ho sakta hai, zaroori nahi. mein yeh nahi kehta hoon ke zabaan se ada nahi hoga, lekin woh jo zabaan se niklta hai, niklta hai woh woh aik aur hi cheez hota hai.</w:t>
      </w:r>
    </w:p>
    <w:p>
      <w:pPr>
        <w:pStyle w:val="Heading2"/>
      </w:pPr>
      <w:r>
        <w:t>Shaytan challenges Allah over gratitude</w:t>
      </w:r>
    </w:p>
    <w:p>
      <w:r>
        <w:rPr>
          <w:color w:val="666666"/>
          <w:sz w:val="18"/>
        </w:rPr>
        <w:t>The Importance of Shukr 19 Dec, 2010 - Maulana Wahiduddin Khan · 48s · at 21:25 · https://youtu.be/F4mVn0DwH34?t=1285</w:t>
      </w:r>
    </w:p>
    <w:p>
      <w:r>
        <w:rPr>
          <w:i/>
        </w:rPr>
        <w:t>“Dekhiye Quran mein Iblees ne Allah ko challenge diya.”</w:t>
      </w:r>
    </w:p>
    <w:p>
      <w:r>
        <w:rPr>
          <w:sz w:val="20"/>
        </w:rPr>
        <w:t>21:25  dekhiye quran majeed mein iblis ka qissa hai. iblis ne allah ko challenge diya. aur kaha ke main sab ko behkaoonga.</w:t>
      </w:r>
      <w:r>
        <w:br/>
      </w:r>
      <w:r>
        <w:rPr>
          <w:sz w:val="20"/>
        </w:rPr>
        <w:t>21:40  sab ko behkaoonga. falā tajadū aktharahum shākirīn. khuda se kaha shaitan ne.</w:t>
      </w:r>
      <w:r>
        <w:br/>
      </w:r>
      <w:r>
        <w:rPr>
          <w:sz w:val="20"/>
        </w:rPr>
        <w:t>21:49  kyunki allah ko azadi di thi. ek muddat tak ke liye shaitan ko azadi thi, iblis ko.</w:t>
      </w:r>
      <w:r>
        <w:br/>
      </w:r>
      <w:r>
        <w:rPr>
          <w:sz w:val="20"/>
        </w:rPr>
        <w:t>21:59  har waqt yahan hum hamare aas paas shaitan hote hain. kyunki woh dikhai nahin dete is liye hum jante nahin. is ne apna ghool, apni army sari duniya mein phaila diya.</w:t>
      </w:r>
    </w:p>
    <w:p>
      <w:pPr>
        <w:pStyle w:val="Heading2"/>
      </w:pPr>
      <w:r>
        <w:t>character assassination is a sin rooted in guesswork</w:t>
      </w:r>
    </w:p>
    <w:p>
      <w:r>
        <w:rPr>
          <w:color w:val="666666"/>
          <w:sz w:val="18"/>
        </w:rPr>
        <w:t>How to Build A Strong Personality June 14, 2008 · 42s · at 27:09 · https://youtu.be/CEzRHSVoQlI?t=1629</w:t>
      </w:r>
    </w:p>
    <w:p>
      <w:r>
        <w:rPr>
          <w:i/>
        </w:rPr>
        <w:t>“Aaj kal negative remark ki mashhoor surat character assassination hai”</w:t>
      </w:r>
    </w:p>
    <w:p>
      <w:r>
        <w:rPr>
          <w:sz w:val="20"/>
        </w:rPr>
        <w:t>27:09  tab to zaroor pakad hogi. is zamane mein, aaj kal jo hai, negative remark ki bohat hi well known surat woh hai jis ko kehte hain character assassination.</w:t>
      </w:r>
      <w:r>
        <w:br/>
      </w:r>
      <w:r>
        <w:rPr>
          <w:sz w:val="20"/>
        </w:rPr>
        <w:t>27:24  character assassination yani kisi ke character ke bare mein aisi baat kehna jis se us ki image kharab hoti ho.</w:t>
      </w:r>
      <w:r>
        <w:br/>
      </w:r>
      <w:r>
        <w:rPr>
          <w:sz w:val="20"/>
        </w:rPr>
        <w:t>27:35  jis se us ki image kharab hoti ho, to woh negative remark hai. aur negative remark bhi ek zan ke base par hota hai, ek guman ke base par hota hai.</w:t>
      </w:r>
      <w:r>
        <w:br/>
      </w:r>
      <w:r>
        <w:rPr>
          <w:sz w:val="20"/>
        </w:rPr>
        <w:t>27:46  lekin woh aisa remark kharab hai, woh gunah hai.</w:t>
      </w:r>
    </w:p>
    <w:p>
      <w:pPr>
        <w:pStyle w:val="Heading2"/>
      </w:pPr>
      <w:r>
        <w:t>Key principles of Islamic spirituality</w:t>
      </w:r>
    </w:p>
    <w:p>
      <w:r>
        <w:rPr>
          <w:color w:val="666666"/>
          <w:sz w:val="18"/>
        </w:rPr>
        <w:t>CPS Mission · 23s · at 6:17 · https://youtu.be/Ial-p18iypI?t=377</w:t>
      </w:r>
    </w:p>
    <w:p>
      <w:r>
        <w:rPr>
          <w:i/>
        </w:rPr>
        <w:t>“Maintaining peace for its own sake without attaching conditions.”</w:t>
      </w:r>
    </w:p>
    <w:p>
      <w:r>
        <w:rPr>
          <w:sz w:val="20"/>
        </w:rPr>
        <w:t>6:17  a duty-conscious society, and not being rights-conscious. Analysis of situations to get the right perspectives.</w:t>
      </w:r>
      <w:r>
        <w:br/>
      </w:r>
      <w:r>
        <w:rPr>
          <w:sz w:val="20"/>
        </w:rPr>
        <w:t>6:26  true meaning of patience which is an active virtue and not a passive virtue which is at the foundation of all other virtues.</w:t>
      </w:r>
      <w:r>
        <w:br/>
      </w:r>
      <w:r>
        <w:rPr>
          <w:sz w:val="20"/>
        </w:rPr>
        <w:t>6:35  meaning of jihad in terms of struggle and not violence.</w:t>
      </w:r>
    </w:p>
    <w:p>
      <w:pPr>
        <w:pStyle w:val="Heading2"/>
      </w:pPr>
      <w:r>
        <w:t>Accepting reality to avoid conflict</w:t>
      </w:r>
    </w:p>
    <w:p>
      <w:r>
        <w:rPr>
          <w:color w:val="666666"/>
          <w:sz w:val="18"/>
        </w:rPr>
        <w:t>The Importance of Non Confrontational Method, | August 29, 2010 · 30s · at 17:37 · https://youtu.be/8ZGB0tWQtg8?t=1057</w:t>
      </w:r>
    </w:p>
    <w:p>
      <w:r>
        <w:rPr>
          <w:i/>
        </w:rPr>
        <w:t>“Accept the reality, don't confront.”</w:t>
      </w:r>
    </w:p>
    <w:p>
      <w:r>
        <w:rPr>
          <w:sz w:val="20"/>
        </w:rPr>
        <w:t>17:37  to is ko maan lo, takrao mat karo.</w:t>
      </w:r>
      <w:r>
        <w:br/>
      </w:r>
      <w:r>
        <w:rPr>
          <w:sz w:val="20"/>
        </w:rPr>
        <w:t>17:40  jaise hazrat yusuf ne jo status quo tha us ko maan liya.</w:t>
      </w:r>
      <w:r>
        <w:br/>
      </w:r>
      <w:r>
        <w:rPr>
          <w:sz w:val="20"/>
        </w:rPr>
        <w:t>17:43  na maante to takrao karte to ladai bhadai hoti.</w:t>
      </w:r>
      <w:r>
        <w:br/>
      </w:r>
      <w:r>
        <w:rPr>
          <w:sz w:val="20"/>
        </w:rPr>
        <w:t>17:46  faida kuch nahi tha.</w:t>
      </w:r>
      <w:r>
        <w:br/>
      </w:r>
      <w:r>
        <w:rPr>
          <w:sz w:val="20"/>
        </w:rPr>
        <w:t>17:49  yahi kaam is zamane mein kahin bhi nahi musalmanon ne kiya.</w:t>
      </w:r>
      <w:r>
        <w:br/>
      </w:r>
      <w:r>
        <w:rPr>
          <w:sz w:val="20"/>
        </w:rPr>
        <w:t>17:52  har jagah ladai, har jagah takrao.</w:t>
      </w:r>
      <w:r>
        <w:br/>
      </w:r>
      <w:r>
        <w:rPr>
          <w:sz w:val="20"/>
        </w:rPr>
        <w:t>17:55  har jagah jihad.</w:t>
      </w:r>
      <w:r>
        <w:br/>
      </w:r>
      <w:r>
        <w:rPr>
          <w:sz w:val="20"/>
        </w:rPr>
        <w:t>17:58  jihad applicable nahi tha yahan par.</w:t>
      </w:r>
      <w:r>
        <w:br/>
      </w:r>
      <w:r>
        <w:rPr>
          <w:sz w:val="20"/>
        </w:rPr>
        <w:t>18:01  yahan par sulah applicable thi.</w:t>
      </w:r>
      <w:r>
        <w:br/>
      </w:r>
      <w:r>
        <w:rPr>
          <w:sz w:val="20"/>
        </w:rPr>
        <w:t>18:04  jitni bhi jag</w:t>
      </w:r>
    </w:p>
    <w:p>
      <w:pPr>
        <w:pStyle w:val="Heading2"/>
      </w:pPr>
      <w:r>
        <w:t>Declared and undeclared language of Quran</w:t>
      </w:r>
    </w:p>
    <w:p>
      <w:r>
        <w:rPr>
          <w:color w:val="666666"/>
          <w:sz w:val="18"/>
        </w:rPr>
        <w:t>Creative Marefat 8 April 2017 - Maulana Wahiduddin Khan · 23s · at 1:25 · https://youtu.be/I2hKHNIQ-1U?t=85</w:t>
      </w:r>
    </w:p>
    <w:p>
      <w:r>
        <w:rPr>
          <w:i/>
        </w:rPr>
        <w:t>“Aik baat declared language mein hai”</w:t>
      </w:r>
    </w:p>
    <w:p>
      <w:r>
        <w:rPr>
          <w:sz w:val="20"/>
        </w:rPr>
        <w:t>1:25  aap ko discover karna hai. Ek baat</w:t>
      </w:r>
      <w:r>
        <w:br/>
      </w:r>
      <w:r>
        <w:rPr>
          <w:sz w:val="20"/>
        </w:rPr>
        <w:t>1:31  declared language mein hai, ek hai undeclared language mein. To aap ko apne aap ko itna zyada develop karna hai, develop development ke isi level ka naam hai creative thinking.</w:t>
      </w:r>
    </w:p>
    <w:p>
      <w:pPr>
        <w:pStyle w:val="Heading2"/>
      </w:pPr>
      <w:r>
        <w:t>Example of vocabulary difference: bayan vs lecture</w:t>
      </w:r>
    </w:p>
    <w:p>
      <w:r>
        <w:rPr>
          <w:color w:val="666666"/>
          <w:sz w:val="18"/>
        </w:rPr>
        <w:t>Religious Understanding October 18, 2015 Maulana Wahiduddin Khan · 38s · at 3:17 · https://youtu.be/yt5TAVhva6E?t=197</w:t>
      </w:r>
    </w:p>
    <w:p>
      <w:r>
        <w:rPr>
          <w:i/>
        </w:rPr>
        <w:t>“Main aapko ek misaal deta hoon.”</w:t>
      </w:r>
    </w:p>
    <w:p>
      <w:r>
        <w:rPr>
          <w:sz w:val="20"/>
        </w:rPr>
        <w:t>3:17  main aap ko ek misaal deta hoon, saada misaal.</w:t>
      </w:r>
      <w:r>
        <w:br/>
      </w:r>
      <w:r>
        <w:rPr>
          <w:sz w:val="20"/>
        </w:rPr>
        <w:t>3:21  jaise aap kahen ke falan masjid mein falan molana sahib ka bayan hota hai, to woh log samajh jayenge is ko jo bayan ka, jin ke mani mein bayan ke lafz se jo aashna hai,</w:t>
      </w:r>
      <w:r>
        <w:br/>
      </w:r>
      <w:r>
        <w:rPr>
          <w:sz w:val="20"/>
        </w:rPr>
        <w:t>3:38  lafz bayan ke lafz se aashna hai. lekin dusra aadmi nahin samjhega.</w:t>
      </w:r>
      <w:r>
        <w:br/>
      </w:r>
      <w:r>
        <w:rPr>
          <w:sz w:val="20"/>
        </w:rPr>
        <w:t>3:45  is ko kahen ke falan masjid mein molana molana sahib ka lecture hota hai to woh samjhega, kyunke lecture ke lafz se woh aashna hai.</w:t>
      </w:r>
    </w:p>
    <w:p>
      <w:pPr>
        <w:pStyle w:val="Heading2"/>
      </w:pPr>
      <w:r>
        <w:t>Introducing power of patience as today's topic</w:t>
      </w:r>
    </w:p>
    <w:p>
      <w:r>
        <w:rPr>
          <w:color w:val="666666"/>
          <w:sz w:val="18"/>
        </w:rPr>
        <w:t>Power of Peace June 6, 2010 Maulana Wahiduddin Khan · 38s · at 0:34 · https://youtu.be/QNnouRoYI38?t=34</w:t>
      </w:r>
    </w:p>
    <w:p>
      <w:r>
        <w:rPr>
          <w:i/>
        </w:rPr>
        <w:t>“Aaj ka topic hai Power of Patience”</w:t>
      </w:r>
    </w:p>
    <w:p>
      <w:r>
        <w:rPr>
          <w:sz w:val="20"/>
        </w:rPr>
        <w:t>0:34  aaj ka topic hai "power of patience"، yani sabr o tahammul ki taqat۔</w:t>
      </w:r>
      <w:r>
        <w:br/>
      </w:r>
      <w:r>
        <w:rPr>
          <w:sz w:val="20"/>
        </w:rPr>
        <w:t>0:48  kuch log sabr ko—sabr ka matlab hota hai bardasht karna—</w:t>
      </w:r>
      <w:r>
        <w:br/>
      </w:r>
      <w:r>
        <w:rPr>
          <w:sz w:val="20"/>
        </w:rPr>
        <w:t>0:57  to kuch log samajhte hain ke bardasht karna jo hai yeh, yeh to cowardice hai, to buzdi hai۔ lekin yeh nasamjhi ki baat hai۔</w:t>
      </w:r>
    </w:p>
    <w:p>
      <w:pPr>
        <w:pStyle w:val="Heading2"/>
      </w:pPr>
      <w:r>
        <w:t>Apologizing to a dalit</w:t>
      </w:r>
    </w:p>
    <w:p>
      <w:r>
        <w:rPr>
          <w:color w:val="666666"/>
          <w:sz w:val="18"/>
        </w:rPr>
        <w:t>Interaction February 22, 2020 Maulana Wahiduddin Khan · 41s · at 7:41 · https://youtu.be/s4MIiunBRxI?t=461</w:t>
      </w:r>
    </w:p>
    <w:p>
      <w:r>
        <w:rPr>
          <w:i/>
        </w:rPr>
        <w:t>“I went to his village to apologize.”</w:t>
      </w:r>
    </w:p>
    <w:p>
      <w:r>
        <w:rPr>
          <w:sz w:val="20"/>
        </w:rPr>
        <w:t>7:41  kaam karta raha. aur main apne gaon se chalkar wahan gaya, uske gaon. to ek jhopdi banai thi, bahut. poochtaach ke main pahuncha wahan. jab khatkaya, to uske andar se wo Ramnath nikla.</w:t>
      </w:r>
      <w:r>
        <w:br/>
      </w:r>
      <w:r>
        <w:rPr>
          <w:sz w:val="20"/>
        </w:rPr>
        <w:t>8:02  to wo bahut ghabra gaya ki kaise aa gaye. to maine kaha, maine falan din tumko maar diya tha, to main uski maafi mangne ke liye aaya hoon. to wo mere paon pe gir pada. to saahab, us din maine jo nek ki neki kamai,</w:t>
      </w:r>
    </w:p>
    <w:p>
      <w:pPr>
        <w:pStyle w:val="Heading2"/>
      </w:pPr>
      <w:r>
        <w:t>The real meaning of jihad is struggle, not warfare</w:t>
      </w:r>
    </w:p>
    <w:p>
      <w:r>
        <w:rPr>
          <w:color w:val="666666"/>
          <w:sz w:val="18"/>
        </w:rPr>
        <w:t>Don't Be Angry Culture January 15, 2012 · 30s · at 1:23:32 · https://youtu.be/NrA3X8y_FLY?t=5012</w:t>
      </w:r>
    </w:p>
    <w:p>
      <w:r>
        <w:rPr>
          <w:i/>
        </w:rPr>
        <w:t>“Jihad ka mani koshish hai, qatal nahi”</w:t>
      </w:r>
    </w:p>
    <w:p>
      <w:r>
        <w:rPr>
          <w:sz w:val="20"/>
        </w:rPr>
        <w:t>1:23:32  jihad ka matlab koshish hai. jihad ka matlab hai struggle, bas aur kuch nahi. jihad ka matlab qitaal nahi hai. jo is ko kahe qitaal, woh sarkashi karta hai.</w:t>
      </w:r>
      <w:r>
        <w:br/>
      </w:r>
      <w:r>
        <w:rPr>
          <w:sz w:val="20"/>
        </w:rPr>
        <w:t>1:23:47  yani kisi bhi achhe kaam ke liye jo koshish karte hain, wahi jihad hai. ladna bhidna ek alag cheez hai, is ka jihad se koi taaluq nahi hai.</w:t>
      </w:r>
      <w:r>
        <w:br/>
      </w:r>
      <w:r>
        <w:rPr>
          <w:sz w:val="20"/>
        </w:rPr>
        <w:t>1:23:57  mein ek hi ayat aap ko bataoon, ja kar quran mein ja kar parhiye, aap surah furqan mein:</w:t>
      </w:r>
      <w:r>
        <w:br/>
      </w:r>
      <w:r>
        <w:rPr>
          <w:sz w:val="20"/>
        </w:rPr>
        <w:t>1:24:03  "Wajاهدhum bih jahadan kabira". yani quran ke zariye jihad karo, jihad kabir. to aap jante hain, quran jo hai, koi koi talwar to nahi, bandook to nahi, bomb nahi.</w:t>
      </w:r>
    </w:p>
    <w:p>
      <w:pPr>
        <w:pStyle w:val="Heading2"/>
      </w:pPr>
      <w:r>
        <w:t>Patience means wise planning, not cowardice</w:t>
      </w:r>
    </w:p>
    <w:p>
      <w:r>
        <w:rPr>
          <w:color w:val="666666"/>
          <w:sz w:val="18"/>
        </w:rPr>
        <w:t>Power of Peace June 6, 2010 Maulana Wahiduddin Khan · 44s · at 35:34 · https://youtu.be/QNnouRoYI38?t=2134</w:t>
      </w:r>
    </w:p>
    <w:p>
      <w:r>
        <w:rPr>
          <w:i/>
        </w:rPr>
        <w:t>“Patience means wise planning”</w:t>
      </w:r>
    </w:p>
    <w:p>
      <w:r>
        <w:rPr>
          <w:sz w:val="20"/>
        </w:rPr>
        <w:t>35:34  karna yeh chahiye ke bhai sabr, sabr, bardasht, sabr, bardasht, tahammul, patience. dekhein patience kya cheez hai? patience jo hai woh koi cowardice nahi hai, boz dili nahi hai.</w:t>
      </w:r>
      <w:r>
        <w:br/>
      </w:r>
      <w:r>
        <w:rPr>
          <w:sz w:val="20"/>
        </w:rPr>
        <w:t>35:47  patience means wise planning. patience means wise planning. yani jab koi baat aayi to aap bhadke nahi.</w:t>
      </w:r>
      <w:r>
        <w:br/>
      </w:r>
      <w:r>
        <w:rPr>
          <w:sz w:val="20"/>
        </w:rPr>
        <w:t>36:01  aap bhadke nahi, provoke nahi hue.</w:t>
      </w:r>
      <w:r>
        <w:br/>
      </w:r>
      <w:r>
        <w:rPr>
          <w:sz w:val="20"/>
        </w:rPr>
        <w:t>36:04  aap le kar ke sochne, discuss karne lage, mashwara karne lage. assessment lene lage. khoob socha, khoob.</w:t>
      </w:r>
      <w:r>
        <w:br/>
      </w:r>
      <w:r>
        <w:rPr>
          <w:sz w:val="20"/>
        </w:rPr>
        <w:t>36:13  aur phir soch samajh kar ek plan banaya.</w:t>
      </w:r>
    </w:p>
    <w:p>
      <w:pPr>
        <w:pStyle w:val="Heading2"/>
      </w:pPr>
      <w:r>
        <w:t>Peace is price of patience</w:t>
      </w:r>
    </w:p>
    <w:p>
      <w:r>
        <w:rPr>
          <w:color w:val="666666"/>
          <w:sz w:val="18"/>
        </w:rPr>
        <w:t>Interview Session with Maulana Wahiduddin Khan English · 38s · at 13:53 · https://youtu.be/oNKYrZsbzr4?t=833</w:t>
      </w:r>
    </w:p>
    <w:p>
      <w:r>
        <w:rPr>
          <w:i/>
        </w:rPr>
        <w:t>“Peace is the price of patience.”</w:t>
      </w:r>
    </w:p>
    <w:p>
      <w:r>
        <w:rPr>
          <w:sz w:val="20"/>
        </w:rPr>
        <w:t>13:53  peace is the price of patience. and by patience, i mean that if there are some problems, you have to avoid that problem, and you have to avail those opportunities because, according to islam, according to the qur'an,</w:t>
      </w:r>
      <w:r>
        <w:br/>
      </w:r>
      <w:r>
        <w:rPr>
          <w:sz w:val="20"/>
        </w:rPr>
        <w:t>14:13  every time there are numerous opportunities. in namal usra isra,</w:t>
      </w:r>
      <w:r>
        <w:br/>
      </w:r>
      <w:r>
        <w:rPr>
          <w:sz w:val="20"/>
        </w:rPr>
        <w:t>14:19  it means that when there are problems, there are opportunities. so the simple formula is that avoid the problem and avail the opportunities.</w:t>
      </w:r>
    </w:p>
    <w:p>
      <w:pPr>
        <w:pStyle w:val="Heading2"/>
      </w:pPr>
      <w:r>
        <w:t>Continuous growth through humility</w:t>
      </w:r>
    </w:p>
    <w:p>
      <w:r>
        <w:rPr>
          <w:color w:val="666666"/>
          <w:sz w:val="18"/>
        </w:rPr>
        <w:t>Dars-e-Quran, Chapter 2, Verse 37 | January  07, 2018 · 30s · at 13:25 · https://youtu.be/ao6Cr57KuEM?t=805</w:t>
      </w:r>
    </w:p>
    <w:p>
      <w:r>
        <w:rPr>
          <w:i/>
        </w:rPr>
        <w:t>“Aap ka wisdom, aap ka zehni irtiqa”</w:t>
      </w:r>
    </w:p>
    <w:p>
      <w:r>
        <w:rPr>
          <w:sz w:val="20"/>
        </w:rPr>
        <w:t>13:25  t non stop jari rahega.</w:t>
      </w:r>
      <w:r>
        <w:br/>
      </w:r>
      <w:r>
        <w:rPr>
          <w:sz w:val="20"/>
        </w:rPr>
        <w:t>13:33  aap ka wisdom, aap ka zehni irtiqaa non stop jari rahega.</w:t>
      </w:r>
      <w:r>
        <w:br/>
      </w:r>
      <w:r>
        <w:rPr>
          <w:sz w:val="20"/>
        </w:rPr>
        <w:t>13:41  yahan tak ke aap pehle agar ben the to is ke baad aap super ben ban jayenge.</w:t>
      </w:r>
      <w:r>
        <w:br/>
      </w:r>
      <w:r>
        <w:rPr>
          <w:sz w:val="20"/>
        </w:rPr>
        <w:t>13:48  yeh kaisi ajeeb baat hai</w:t>
      </w:r>
    </w:p>
    <w:p>
      <w:pPr>
        <w:pStyle w:val="Heading2"/>
      </w:pPr>
      <w:r>
        <w:t>Bad dua is not allowed in Islam</w:t>
      </w:r>
    </w:p>
    <w:p>
      <w:r>
        <w:rPr>
          <w:color w:val="666666"/>
          <w:sz w:val="18"/>
        </w:rPr>
        <w:t>Putting End to Complaints April 22, 2020 Maulana Wahiduddin Khan · 31s · at 9:07 · https://youtu.be/jwchAfcFrkM?t=547</w:t>
      </w:r>
    </w:p>
    <w:p>
      <w:r>
        <w:rPr>
          <w:i/>
        </w:rPr>
        <w:t>“Bad dua nahi, yaad rakhiye”</w:t>
      </w:r>
    </w:p>
    <w:p>
      <w:r>
        <w:rPr>
          <w:sz w:val="20"/>
        </w:rPr>
        <w:t>9:07  bad dua nahi, yaad rakhiye, bad dua islam mein jaiz nahi hai.</w:t>
      </w:r>
      <w:r>
        <w:br/>
      </w:r>
      <w:r>
        <w:rPr>
          <w:sz w:val="20"/>
        </w:rPr>
        <w:t>9:16  hum sab logon ko yeh karna hai ke agar hum bad dua karte thay to is ko chhod dein, hamesha ke liye.</w:t>
      </w:r>
      <w:r>
        <w:br/>
      </w:r>
      <w:r>
        <w:rPr>
          <w:sz w:val="20"/>
        </w:rPr>
        <w:t>9:31  agar hum samajhte thay ke ghalati doosre ki hai to is ko maaf kar dein,</w:t>
      </w:r>
    </w:p>
    <w:p>
      <w:pPr>
        <w:pStyle w:val="Heading2"/>
      </w:pPr>
      <w:r>
        <w:t>Universe is custom-made for humanity, scientist's quote</w:t>
      </w:r>
    </w:p>
    <w:p>
      <w:r>
        <w:rPr>
          <w:color w:val="666666"/>
          <w:sz w:val="18"/>
        </w:rPr>
        <w:t>Problem and Shukr March 15, 2015 · 34s · at 6:56 · https://youtu.be/SPBsXjH1hzM?t=416</w:t>
      </w:r>
    </w:p>
    <w:p>
      <w:r>
        <w:rPr>
          <w:i/>
        </w:rPr>
        <w:t>“Kisi scientist ne kaha: universe is a custom-made universe”</w:t>
      </w:r>
    </w:p>
    <w:p>
      <w:r>
        <w:rPr>
          <w:sz w:val="20"/>
        </w:rPr>
        <w:t>6:56  to poori kainat ko Allah taala ne aap ke liye custom made corner bana diya.</w:t>
      </w:r>
      <w:r>
        <w:br/>
      </w:r>
      <w:r>
        <w:rPr>
          <w:sz w:val="20"/>
        </w:rPr>
        <w:t>7:01  kisi scientist ne sahi kaha hai ke "Universe is a custom made universe". poori universe ko Allah ne insaan ke liye custom made universe bana diya.</w:t>
      </w:r>
      <w:r>
        <w:br/>
      </w:r>
      <w:r>
        <w:rPr>
          <w:sz w:val="20"/>
        </w:rPr>
        <w:t>7:14  jis ka tajurba har lamha insan ko hota hai.</w:t>
      </w:r>
      <w:r>
        <w:br/>
      </w:r>
      <w:r>
        <w:rPr>
          <w:sz w:val="20"/>
        </w:rPr>
        <w:t>7:19  is ko light chahiye to suraj light de raha hai. is ko oxygen chahiye to hawa oxygen pohncha rahi hai. is ko ghiza chahiye to zameen mein ghizayen ug rahi hain.</w:t>
      </w:r>
    </w:p>
    <w:p>
      <w:pPr>
        <w:pStyle w:val="Heading2"/>
      </w:pPr>
      <w:r>
        <w:t>Gratitude not pride</w:t>
      </w:r>
    </w:p>
    <w:p>
      <w:r>
        <w:rPr>
          <w:color w:val="666666"/>
          <w:sz w:val="18"/>
        </w:rPr>
        <w:t>Journey of Divine Civilization | January 24, 2010 · 30s · at 41:23 · https://youtu.be/QCWXCjeZxnc?t=2483</w:t>
      </w:r>
    </w:p>
    <w:p>
      <w:r>
        <w:rPr>
          <w:i/>
        </w:rPr>
        <w:t>“To yeh dekhiye”</w:t>
      </w:r>
    </w:p>
    <w:p>
      <w:r>
        <w:rPr>
          <w:sz w:val="20"/>
        </w:rPr>
        <w:t>41:23  to ye dekhiye, koi fakhr ki baat nahi hai, ye shukr ki baat hai.</w:t>
      </w:r>
      <w:r>
        <w:br/>
      </w:r>
      <w:r>
        <w:rPr>
          <w:sz w:val="20"/>
        </w:rPr>
        <w:t>41:27  sainkdo saal se agar kaam nahi ho raha tha aur aap ko Allah taala ne tofeeq di hai</w:t>
      </w:r>
      <w:r>
        <w:br/>
      </w:r>
      <w:r>
        <w:rPr>
          <w:sz w:val="20"/>
        </w:rPr>
        <w:t>41:32  kaam karne ki, to shukr kijiye is par. shukr.</w:t>
      </w:r>
      <w:r>
        <w:br/>
      </w:r>
      <w:r>
        <w:rPr>
          <w:sz w:val="20"/>
        </w:rPr>
        <w:t>41:36  quran mein ek bahut ajeeb baat hai.</w:t>
      </w:r>
      <w:r>
        <w:br/>
      </w:r>
      <w:r>
        <w:rPr>
          <w:sz w:val="20"/>
        </w:rPr>
        <w:t>41:40  atkhl baba sajdan.</w:t>
      </w:r>
      <w:r>
        <w:br/>
      </w:r>
      <w:r>
        <w:rPr>
          <w:sz w:val="20"/>
        </w:rPr>
        <w:t>41:44  israel ke se kaha gaya tha ke tum dakhil ho jao falasteen mein aur sajda karte hue.</w:t>
      </w:r>
      <w:r>
        <w:br/>
      </w:r>
      <w:r>
        <w:rPr>
          <w:sz w:val="20"/>
        </w:rPr>
        <w:t>41:49  atkhl baba sajdan.</w:t>
      </w:r>
    </w:p>
    <w:p>
      <w:pPr>
        <w:pStyle w:val="Heading2"/>
      </w:pPr>
      <w:r>
        <w:t>Sawm as weapon against Satan</w:t>
      </w:r>
    </w:p>
    <w:p>
      <w:r>
        <w:rPr>
          <w:color w:val="666666"/>
          <w:sz w:val="18"/>
        </w:rPr>
        <w:t>Fasting I 9th May 07 · 42s · at 42:55 · https://youtu.be/FU1JoXdA9us?t=2575</w:t>
      </w:r>
    </w:p>
    <w:p>
      <w:r>
        <w:rPr>
          <w:i/>
        </w:rPr>
        <w:t>“Then Sawm or fasting makes you able to fight your greatest enemy”</w:t>
      </w:r>
    </w:p>
    <w:p>
      <w:r>
        <w:rPr>
          <w:sz w:val="20"/>
        </w:rPr>
        <w:t>42:55  ings of Islam.</w:t>
      </w:r>
      <w:r>
        <w:br/>
      </w:r>
      <w:r>
        <w:rPr>
          <w:sz w:val="20"/>
        </w:rPr>
        <w:t>43:09  Then Sawm or fasting makes you able to fight your greatest enemy, that is Satan. Satan.</w:t>
      </w:r>
      <w:r>
        <w:br/>
      </w:r>
      <w:r>
        <w:rPr>
          <w:sz w:val="20"/>
        </w:rPr>
        <w:t>43:23  There is a verse in the Quran that, "Wh</w:t>
      </w:r>
    </w:p>
    <w:p>
      <w:pPr>
        <w:pStyle w:val="Heading2"/>
      </w:pPr>
      <w:r>
        <w:t>Character assassination example proves the golden rule</w:t>
      </w:r>
    </w:p>
    <w:p>
      <w:r>
        <w:rPr>
          <w:color w:val="666666"/>
          <w:sz w:val="18"/>
        </w:rPr>
        <w:t>Ethical Values in Islam, June 19, 2008 · 45s · at 4:31 · https://youtu.be/2yPff80nSBY?t=271</w:t>
      </w:r>
    </w:p>
    <w:p>
      <w:r>
        <w:rPr>
          <w:i/>
        </w:rPr>
        <w:t>“If someone slanders me, would I like that?”</w:t>
      </w:r>
    </w:p>
    <w:p>
      <w:r>
        <w:rPr>
          <w:sz w:val="20"/>
        </w:rPr>
        <w:t>4:31  misalan mere bare mein koi, koi mujhe, misalan mujhe koi badnaam kare, jis ko kehte hain character assassination, to kis ko acha lagega?</w:t>
      </w:r>
      <w:r>
        <w:br/>
      </w:r>
      <w:r>
        <w:rPr>
          <w:sz w:val="20"/>
        </w:rPr>
        <w:t>4:46  sab ko bura lagega. To mujhe bura lagta hai jab mera koi, jis ko kehte hain Urdu mein kardar kashi, character assassination, koi kare,</w:t>
      </w:r>
      <w:r>
        <w:br/>
      </w:r>
      <w:r>
        <w:rPr>
          <w:sz w:val="20"/>
        </w:rPr>
        <w:t>4:59  mere par aib lagaye, to mujhe bura lagta hai. To isi se samajhna chahiye ke doosre ko bura lagega. Aise hi dekhiye, kisi se maamla hua, time par us ne paisa ada kar diya,</w:t>
      </w:r>
    </w:p>
    <w:p>
      <w:pPr>
        <w:pStyle w:val="Heading2"/>
      </w:pPr>
      <w:r>
        <w:t>With every hardship come double the opportunities</w:t>
      </w:r>
    </w:p>
    <w:p>
      <w:r>
        <w:rPr>
          <w:color w:val="666666"/>
          <w:sz w:val="18"/>
        </w:rPr>
        <w:t>Importance of Shukr (Thankfulness) July 24, 2022 · 33s · at 34:27 · https://youtu.be/MgWNIv0k1sk?t=2067</w:t>
      </w:r>
    </w:p>
    <w:p>
      <w:r>
        <w:rPr>
          <w:i/>
        </w:rPr>
        <w:t>“Quran mein aya hai, inna ma'al usri yusra”</w:t>
      </w:r>
    </w:p>
    <w:p>
      <w:r>
        <w:rPr>
          <w:sz w:val="20"/>
        </w:rPr>
        <w:t>34:27  to is dunya mein to problem isi liye hain ke insan ko azadi di gayi hai. Log, har aadmi apni apni azadi ka sahi galat istemal kar raha hai.</w:t>
      </w:r>
      <w:r>
        <w:br/>
      </w:r>
      <w:r>
        <w:rPr>
          <w:sz w:val="20"/>
        </w:rPr>
        <w:t>34:36  to problem to honge. Lekin problem ko jo Quran mein aya hai innamal yusri yusra innamal yusri yusra to problem ek hain to opportunities double</w:t>
      </w:r>
      <w:r>
        <w:br/>
      </w:r>
      <w:r>
        <w:rPr>
          <w:sz w:val="20"/>
        </w:rPr>
        <w:t>34:46  hain ji. To is opportunities ko istemal kar ke hum apne problems ka solution pa sakte hain. Aur aapa, ye jo problem se oopar uth kar sochna hai, isi ko Quran mein shayad khul ke azeem kaha gaya hai.</w:t>
      </w:r>
    </w:p>
    <w:p>
      <w:pPr>
        <w:pStyle w:val="Heading2"/>
      </w:pPr>
      <w:r>
        <w:t>Hadith: paradise is surrounded by hardships</w:t>
      </w:r>
    </w:p>
    <w:p>
      <w:r>
        <w:rPr>
          <w:color w:val="666666"/>
          <w:sz w:val="18"/>
        </w:rPr>
        <w:t>CPS Women Article Discussion 17 February 5, 2023 · 29s · at 19:17 · https://youtu.be/YwT3btklNZk?t=1157</w:t>
      </w:r>
    </w:p>
    <w:p>
      <w:r>
        <w:rPr>
          <w:i/>
        </w:rPr>
        <w:t>“जन्नत नागवारियों से ढक दी गई है — एक हदीस”</w:t>
      </w:r>
    </w:p>
    <w:p>
      <w:r>
        <w:rPr>
          <w:sz w:val="20"/>
        </w:rPr>
        <w:t>19:17  hum logon ko maulana sahabi se milegi aur ek hadesh hai jo ki yeh hai ki jannat naqush gawariyon se thaak di gayi hai. to uska matlab yeh maulana sahab ne bataya ki allah ne apni duniya ka nizam is tarah banaya hai. yahan jannat ki taraf badhne wale ke liye naqushkwar halaat se guzre bagair ja raha hi rahi hai. to yeh bhi bahut accha explain kiya malana sahab ne.</w:t>
      </w:r>
      <w:r>
        <w:br/>
      </w:r>
      <w:r>
        <w:rPr>
          <w:sz w:val="20"/>
        </w:rPr>
        <w:t>19:46  baqi asha hi dusra sastinon ko aap kuch bolengi? aslahalik hoon. aslahalik hoon. aslaha. hum koi sabke setalon se hum yeh experiential learning se share kar sakte hain aap logon se.</w:t>
      </w:r>
    </w:p>
    <w:p>
      <w:pPr>
        <w:pStyle w:val="Heading2"/>
      </w:pPr>
      <w:r>
        <w:t>Ego is activated by Satan, conscience by angels</w:t>
      </w:r>
    </w:p>
    <w:p>
      <w:r>
        <w:rPr>
          <w:color w:val="666666"/>
          <w:sz w:val="18"/>
        </w:rPr>
        <w:t>Don't Be Angry Culture January 15, 2012 · 36s · at 20:02 · https://youtu.be/NrA3X8y_FLY?t=1202</w:t>
      </w:r>
    </w:p>
    <w:p>
      <w:r>
        <w:rPr>
          <w:i/>
        </w:rPr>
        <w:t>“Ek hai ego, ek hai zameer”</w:t>
      </w:r>
    </w:p>
    <w:p>
      <w:r>
        <w:rPr>
          <w:sz w:val="20"/>
        </w:rPr>
        <w:t>20:02  to zamir ko activate karte hain farishtay. yaad rakhiye, aik hai ego, aik hai zamir. ego aur conscience.</w:t>
      </w:r>
      <w:r>
        <w:br/>
      </w:r>
      <w:r>
        <w:rPr>
          <w:sz w:val="20"/>
        </w:rPr>
        <w:t>20:11  ego ko activate karta hai shaitan. aur zamir ko activate karte hain farishtay.</w:t>
      </w:r>
      <w:r>
        <w:br/>
      </w:r>
      <w:r>
        <w:rPr>
          <w:sz w:val="20"/>
        </w:rPr>
        <w:t>20:18  to jab Hazrat Abubakar chup thay, to us aadmi ke zamir ko activate kar rahay thay farishtay.</w:t>
      </w:r>
      <w:r>
        <w:br/>
      </w:r>
      <w:r>
        <w:rPr>
          <w:sz w:val="20"/>
        </w:rPr>
        <w:t>20:28  jab Hazrat Abubakar bol paray, to wahan shaitan ko para ke woh ego ko activate karay.</w:t>
      </w:r>
    </w:p>
    <w:p>
      <w:pPr>
        <w:pStyle w:val="Heading2"/>
      </w:pPr>
      <w:r>
        <w:t>everyone lies indirectly even if not directly</w:t>
      </w:r>
    </w:p>
    <w:p>
      <w:r>
        <w:rPr>
          <w:color w:val="666666"/>
          <w:sz w:val="18"/>
        </w:rPr>
        <w:t>How to Build A Strong Personality June 14, 2008 · 52s · at 38:42 · https://youtu.be/CEzRHSVoQlI?t=2322</w:t>
      </w:r>
    </w:p>
    <w:p>
      <w:r>
        <w:rPr>
          <w:i/>
        </w:rPr>
        <w:t>“Ek hai direct jhoot, ek hai indirect jhoot”</w:t>
      </w:r>
    </w:p>
    <w:p>
      <w:r>
        <w:rPr>
          <w:sz w:val="20"/>
        </w:rPr>
        <w:t>38:42  indirect way mein jhoot bolna.</w:t>
      </w:r>
      <w:r>
        <w:br/>
      </w:r>
      <w:r>
        <w:rPr>
          <w:sz w:val="20"/>
        </w:rPr>
        <w:t>38:45  to ek hai direct jhoot, ek hai indirect way mein jhoot bolna. to direct jhoot to bolne wale aap kam milenge, lekin indirect jhoot to sab hi bolte hain.</w:t>
      </w:r>
      <w:r>
        <w:br/>
      </w:r>
      <w:r>
        <w:rPr>
          <w:sz w:val="20"/>
        </w:rPr>
        <w:t>39:01  kyun? is zamane mein ek obsession logon ko yeh rehta hai ke samaj mein meri image kharab na ho,</w:t>
      </w:r>
      <w:r>
        <w:br/>
      </w:r>
      <w:r>
        <w:rPr>
          <w:sz w:val="20"/>
        </w:rPr>
        <w:t>39:12  society mein meri image kharab na ho. yeh obsession rehta hai in ko. to insan to aap jante hain ke to is human, insan se ghaltiyan hoti rehti hain.</w:t>
      </w:r>
      <w:r>
        <w:br/>
      </w:r>
      <w:r>
        <w:rPr>
          <w:sz w:val="20"/>
        </w:rPr>
        <w:t>39:26  to is dar se woh apni ghalti ko ghalti nahi kehte ke samaj mein un ki image kharab ho jayegi.</w:t>
      </w:r>
    </w:p>
    <w:p>
      <w:pPr>
        <w:pStyle w:val="Heading2"/>
      </w:pPr>
      <w:r>
        <w:t>stepping back even when you're right is also sunnah</w:t>
      </w:r>
    </w:p>
    <w:p>
      <w:r>
        <w:rPr>
          <w:color w:val="666666"/>
          <w:sz w:val="18"/>
        </w:rPr>
        <w:t>Good Relationships CPS Women Discussion 23 September 10, 2023 · 43s · at 30:33 · https://youtu.be/5UlMoC6-jGU?t=1833</w:t>
      </w:r>
    </w:p>
    <w:p>
      <w:r>
        <w:rPr>
          <w:i/>
        </w:rPr>
        <w:t>“Even when we are right, stepping back is also a sunnah”</w:t>
      </w:r>
    </w:p>
    <w:p>
      <w:r>
        <w:rPr>
          <w:sz w:val="20"/>
        </w:rPr>
        <w:t>30:33  Aap jaisa bhi hai hum sab milkar aapko de denge. Aap isko hata liya karen kitna? To wah kehne lagi jab hum haft par hain to hum kyun jhuke hain? Yeh bahut bada kitna aajkal duniya mein phail gaya hai ki wah apne aap ko sahi samajhte hain aur uske baad jab wah sahi hote hain to wah bilkul bhi badalna nahin chahte. Chahe unko us wah itna bada bata diya jaye.</w:t>
      </w:r>
      <w:r>
        <w:br/>
      </w:r>
      <w:r>
        <w:rPr>
          <w:sz w:val="20"/>
        </w:rPr>
        <w:t>30:56  To hum sabko yeh baat jaan leni chahiye ki kai baar haq par hote hue bhi hum humein ek kadam peeche karna yeh bhi ek uswah hai aur yeh jaise ne bataya unki zindagi se sabit hai aapse le solam. Yeh main kehna chah rahi thi. Main ek hadish waise bata sakti hoon shavi. Ji.</w:t>
      </w:r>
      <w:r>
        <w:br/>
      </w:r>
      <w:r>
        <w:rPr>
          <w:sz w:val="20"/>
        </w:rPr>
        <w:t>31:16  Hadish hai na ki jaan lo ki napasandida baat par sabr karne mein bahut zyada bhalai hai aur sab ke saath allah ki madad aati hai aur takleef ke saath shadgi hai aur mushkil ke saath aasani hai. To agar hum is tarah ki hadish matlab wahin cheez hai ki musalman jo hai apne hadish par khair nahin kar sakte.</w:t>
      </w:r>
    </w:p>
    <w:p>
      <w:pPr>
        <w:pStyle w:val="Heading2"/>
      </w:pPr>
      <w:r>
        <w:t>Both truth and lie require sacrifice</w:t>
      </w:r>
    </w:p>
    <w:p>
      <w:r>
        <w:rPr>
          <w:color w:val="666666"/>
          <w:sz w:val="18"/>
        </w:rPr>
        <w:t>Speaking Truth (In conversation with Maulan) · 45s · at 1:55 · https://youtu.be/Fi3Z0-JgBac?t=115</w:t>
      </w:r>
    </w:p>
    <w:p>
      <w:r>
        <w:rPr>
          <w:i/>
        </w:rPr>
        <w:t>“Jo log jhooth bolkar apni zindagi banate hain”</w:t>
      </w:r>
    </w:p>
    <w:p>
      <w:r>
        <w:rPr>
          <w:sz w:val="20"/>
        </w:rPr>
        <w:t>1:55  jo log jhoot bolkar apni zindagi banate hain.</w:t>
      </w:r>
      <w:r>
        <w:br/>
      </w:r>
      <w:r>
        <w:rPr>
          <w:sz w:val="20"/>
        </w:rPr>
        <w:t>1:58  unhe bhi kahin na kahin sacrifice toh karni padti hai.</w:t>
      </w:r>
      <w:r>
        <w:br/>
      </w:r>
      <w:r>
        <w:rPr>
          <w:sz w:val="20"/>
        </w:rPr>
        <w:t>2:01  ki duniya mein, aap jante hain ki hamesha</w:t>
      </w:r>
      <w:r>
        <w:br/>
      </w:r>
      <w:r>
        <w:rPr>
          <w:sz w:val="20"/>
        </w:rPr>
        <w:t>2:05  oonch-neech hota rehta hai.</w:t>
      </w:r>
      <w:r>
        <w:br/>
      </w:r>
      <w:r>
        <w:rPr>
          <w:sz w:val="20"/>
        </w:rPr>
        <w:t>2:07  main samajhta hoon ki sacrifice dono taraf karni padti hai.</w:t>
      </w:r>
      <w:r>
        <w:br/>
      </w:r>
      <w:r>
        <w:rPr>
          <w:sz w:val="20"/>
        </w:rPr>
        <w:t>2:12  ek baar jab main bombay mein gaya, toh ek doodh ki dukaan thi.</w:t>
      </w:r>
      <w:r>
        <w:br/>
      </w:r>
      <w:r>
        <w:rPr>
          <w:sz w:val="20"/>
        </w:rPr>
        <w:t>2:17  wahan badi bheed lagi hui thi.</w:t>
      </w:r>
      <w:r>
        <w:br/>
      </w:r>
      <w:r>
        <w:rPr>
          <w:sz w:val="20"/>
        </w:rPr>
        <w:t>2:21  toh maine socha ki shayad yeh sasta bechte honge doodh.</w:t>
      </w:r>
      <w:r>
        <w:br/>
      </w:r>
      <w:r>
        <w:rPr>
          <w:sz w:val="20"/>
        </w:rPr>
        <w:t>2:24  sasta hone ki bheed hai yahan.</w:t>
      </w:r>
      <w:r>
        <w:br/>
      </w:r>
      <w:r>
        <w:rPr>
          <w:sz w:val="20"/>
        </w:rPr>
        <w:t>2:27  toh pata chala ki nahi, woh mehnga bech rahe the.</w:t>
      </w:r>
      <w:r>
        <w:br/>
      </w:r>
      <w:r>
        <w:rPr>
          <w:sz w:val="20"/>
        </w:rPr>
        <w:t>2:29  woh yeh bombay ka qissa hai.</w:t>
      </w:r>
      <w:r>
        <w:br/>
      </w:r>
      <w:r>
        <w:rPr>
          <w:sz w:val="20"/>
        </w:rPr>
        <w:t>2:33  toh maine unse mila phir.</w:t>
      </w:r>
      <w:r>
        <w:br/>
      </w:r>
      <w:r>
        <w:rPr>
          <w:sz w:val="20"/>
        </w:rPr>
        <w:t>2:36  toh unhone kaha ke main</w:t>
      </w:r>
      <w:r>
        <w:br/>
      </w:r>
      <w:r>
        <w:rPr>
          <w:sz w:val="20"/>
        </w:rPr>
        <w:t>2:39  pure milk supply</w:t>
      </w:r>
    </w:p>
    <w:p>
      <w:pPr>
        <w:pStyle w:val="Heading2"/>
      </w:pPr>
      <w:r>
        <w:t>Two levels of religious understanding</w:t>
      </w:r>
    </w:p>
    <w:p>
      <w:r>
        <w:rPr>
          <w:color w:val="666666"/>
          <w:sz w:val="18"/>
        </w:rPr>
        <w:t>Religious Understanding October 18, 2015 Maulana Wahiduddin Khan · 56s · at 0:53 · https://youtu.be/yt5TAVhva6E?t=53</w:t>
      </w:r>
    </w:p>
    <w:p>
      <w:r>
        <w:rPr>
          <w:i/>
        </w:rPr>
        <w:t>“Deen ko samajhne ke do level hain.”</w:t>
      </w:r>
    </w:p>
    <w:p>
      <w:r>
        <w:rPr>
          <w:sz w:val="20"/>
        </w:rPr>
        <w:t>0:53  deen ko samajhne ke do level hain.</w:t>
      </w:r>
      <w:r>
        <w:br/>
      </w:r>
      <w:r>
        <w:rPr>
          <w:sz w:val="20"/>
        </w:rPr>
        <w:t>1:04  do level ka zikr khud hadith mein maujood hai: "likul hadd muttalioon".</w:t>
      </w:r>
      <w:r>
        <w:br/>
      </w:r>
      <w:r>
        <w:rPr>
          <w:sz w:val="20"/>
        </w:rPr>
        <w:t>1:12  to de level ka matlab yeh hai ke ek hai saada level, ke kisi hadith mein ya kisi ayat, quran ki ayat mein jo baat kahi gayi hai, us ka tarjuma padh kar jo baat samajh mein aaye, saada taur par us ko maan lena.</w:t>
      </w:r>
      <w:r>
        <w:br/>
      </w:r>
      <w:r>
        <w:rPr>
          <w:sz w:val="20"/>
        </w:rPr>
        <w:t>1:31  yeh hai ek level.</w:t>
      </w:r>
      <w:r>
        <w:br/>
      </w:r>
      <w:r>
        <w:rPr>
          <w:sz w:val="20"/>
        </w:rPr>
        <w:t>1:35  dusra level yeh hai ke is ko sochna, is par tadabbur karna, aur phir is ki deep meaning tak pahunchna.</w:t>
      </w:r>
      <w:r>
        <w:br/>
      </w:r>
      <w:r>
        <w:rPr>
          <w:sz w:val="20"/>
        </w:rPr>
        <w:t>1:45  yeh dusra level hai.</w:t>
      </w:r>
    </w:p>
    <w:p>
      <w:pPr>
        <w:pStyle w:val="Heading2"/>
      </w:pPr>
      <w:r>
        <w:t>Artist reveals patience is secret to greatness</w:t>
      </w:r>
    </w:p>
    <w:p>
      <w:r>
        <w:rPr>
          <w:color w:val="666666"/>
          <w:sz w:val="18"/>
        </w:rPr>
        <w:t>Fasting A Source of Spiritual Empowerment August 21, 2011 Maulana Wahiduddin Khan · 46s · at 36:55 · https://youtu.be/Z0EbPlujcf0?t=2215</w:t>
      </w:r>
    </w:p>
    <w:p>
      <w:r>
        <w:rPr>
          <w:i/>
        </w:rPr>
        <w:t>“All India Radio par ek artist ka interview sun raha tha”</w:t>
      </w:r>
    </w:p>
    <w:p>
      <w:r>
        <w:rPr>
          <w:sz w:val="20"/>
        </w:rPr>
        <w:t>36:55  aal india radio par. to is se poocha gaya is artist se.</w:t>
      </w:r>
      <w:r>
        <w:br/>
      </w:r>
      <w:r>
        <w:rPr>
          <w:sz w:val="20"/>
        </w:rPr>
        <w:t>37:06  ke what makes an artist a great artist?</w:t>
      </w:r>
      <w:r>
        <w:br/>
      </w:r>
      <w:r>
        <w:rPr>
          <w:sz w:val="20"/>
        </w:rPr>
        <w:t>37:11  koi artist bara artist kaise banta hai?</w:t>
      </w:r>
      <w:r>
        <w:br/>
      </w:r>
      <w:r>
        <w:rPr>
          <w:sz w:val="20"/>
        </w:rPr>
        <w:t>37:18  is ne kaha in a single word patience. patience sabr tahammul bardasht.</w:t>
      </w:r>
      <w:r>
        <w:br/>
      </w:r>
      <w:r>
        <w:rPr>
          <w:sz w:val="20"/>
        </w:rPr>
        <w:t>37:31  yani artist ko bara artist banne ke liye sab se bari cheez jo chahiye woh hai sabr tahammul bardasht. kyun?</w:t>
      </w:r>
      <w:r>
        <w:br/>
      </w:r>
      <w:r>
        <w:rPr>
          <w:sz w:val="20"/>
        </w:rPr>
        <w:t>37:42  aik lambi koshish karni parti hai.</w:t>
      </w:r>
    </w:p>
    <w:p>
      <w:pPr>
        <w:pStyle w:val="Heading2"/>
      </w:pPr>
      <w:r>
        <w:t>Meaning of Quranic phrase asfal safileen</w:t>
      </w:r>
    </w:p>
    <w:p>
      <w:r>
        <w:rPr>
          <w:color w:val="666666"/>
          <w:sz w:val="18"/>
        </w:rPr>
        <w:t>Power of Peace June 6, 2010 Maulana Wahiduddin Khan · 42s · at 1:48:48 · https://youtu.be/QNnouRoYI38?t=6528</w:t>
      </w:r>
    </w:p>
    <w:p>
      <w:r>
        <w:rPr>
          <w:i/>
        </w:rPr>
        <w:t>“Asfal safileen ka matlab hai insan ko azaadi mili hai”</w:t>
      </w:r>
    </w:p>
    <w:p>
      <w:r>
        <w:rPr>
          <w:sz w:val="20"/>
        </w:rPr>
        <w:t>1:48:48  uss ka matlab yahi hai keh uss ko itni bari cheez di jo kisi ko nahi di thi. Freedom. Freedom of choice. uss se bari cheez to koi ho nahi sakti.</w:t>
      </w:r>
      <w:r>
        <w:br/>
      </w:r>
      <w:r>
        <w:rPr>
          <w:sz w:val="20"/>
        </w:rPr>
        <w:t>1:49:02  yani aik bohat bara exception hai keh sari kainat itni bari hai, itni bari hai, itni bari hai. sirf insan ko freedom mila hua hai. lekin uss ko misuse kar ke aadmi aap ko animal se neechay le aata hai.</w:t>
      </w:r>
      <w:r>
        <w:br/>
      </w:r>
      <w:r>
        <w:rPr>
          <w:sz w:val="20"/>
        </w:rPr>
        <w:t>1:49:16  uss ayat ka matlab yahi hai keh agar aadmi proper use kare to uss ko bohat bara darja barh jata hai uss ka. aur agar misuse kare to uss ka darja bilkul sab se animal se bhi neechay le aata hai.</w:t>
      </w:r>
    </w:p>
    <w:p>
      <w:pPr>
        <w:pStyle w:val="Heading2"/>
      </w:pPr>
      <w:r>
        <w:t>Quran 31:18 against arrogance toward others</w:t>
      </w:r>
    </w:p>
    <w:p>
      <w:r>
        <w:rPr>
          <w:color w:val="666666"/>
          <w:sz w:val="18"/>
        </w:rPr>
        <w:t>Good Relationships CPS Women Discussion 23 September 10, 2023 · 21s · at 39:45 · https://youtu.be/5UlMoC6-jGU?t=2385</w:t>
      </w:r>
    </w:p>
    <w:p>
      <w:r>
        <w:rPr>
          <w:i/>
        </w:rPr>
        <w:t>“Don't strut on the earth in arrogance, Allah dislikes the proud”</w:t>
      </w:r>
    </w:p>
    <w:p>
      <w:r>
        <w:rPr>
          <w:sz w:val="20"/>
        </w:rPr>
        <w:t>39:45  Toh Allah taala mein bol rahe hain yahan tum zameen par akadkar mat chalo aur logon se munh pro se dheero mat. Kyunki Allah taala arrogant ko aur jo pro feel hote hain un logon ko kabhi pasand nahi karega.</w:t>
      </w:r>
      <w:r>
        <w:br/>
      </w:r>
      <w:r>
        <w:rPr>
          <w:sz w:val="20"/>
        </w:rPr>
        <w:t>40:06  Toh hum doosron ke saath bahut garmi ke saath aur simplicity ke saath, humbleness ke saath rehne se hum unse good relationships maintain kar sakte hain aur ek doosre se learn kar sakte hain, grow kar sakte hain. Hamari jo role hai yahan acchi tarah play kar sakte hain. Thank you, Ayisha.</w:t>
      </w:r>
    </w:p>
    <w:p>
      <w:pPr>
        <w:pStyle w:val="Heading2"/>
      </w:pPr>
      <w:r>
        <w:t>Stars avoid collision for billions of years</w:t>
      </w:r>
    </w:p>
    <w:p>
      <w:r>
        <w:rPr>
          <w:color w:val="666666"/>
          <w:sz w:val="18"/>
        </w:rPr>
        <w:t>Principle of Avoidance in Islam I 12 Dec, 2010 - Maulana Wahiduddin Khan · 22s · at 13:25 · https://youtu.be/LcEmPmf5es0?t=805</w:t>
      </w:r>
    </w:p>
    <w:p>
      <w:r>
        <w:rPr>
          <w:i/>
        </w:rPr>
        <w:t>“Billion years se daud rahe hain, takkar nahi hota.”</w:t>
      </w:r>
    </w:p>
    <w:p>
      <w:r>
        <w:rPr>
          <w:sz w:val="20"/>
        </w:rPr>
        <w:t>13:25  billion billion years se daud rahe hain lekin in mein takrao nahi hota.</w:t>
      </w:r>
      <w:r>
        <w:br/>
      </w:r>
      <w:r>
        <w:rPr>
          <w:sz w:val="20"/>
        </w:rPr>
        <w:t>13:29  kyun? woh principal of avoidance par qaim rehte hain hamesha. ek sitara doosre sitare se takraye baghair apni movement ko jaari karta hai.</w:t>
      </w:r>
    </w:p>
    <w:p>
      <w:pPr>
        <w:pStyle w:val="Heading2"/>
      </w:pPr>
      <w:r>
        <w:t>Positive Attitude means Avoidance</w:t>
      </w:r>
    </w:p>
    <w:p>
      <w:r>
        <w:rPr>
          <w:color w:val="666666"/>
          <w:sz w:val="18"/>
        </w:rPr>
        <w:t>The Importance of Positive Attitude | November 01, 2007 · 30s · at 2:14 · https://youtu.be/r4zLbCBxPyc?t=134</w:t>
      </w:r>
    </w:p>
    <w:p>
      <w:r>
        <w:rPr>
          <w:i/>
        </w:rPr>
        <w:t>“Positive Attitude ka matlab hai Attitude of Avoidance”</w:t>
      </w:r>
    </w:p>
    <w:p>
      <w:r>
        <w:rPr>
          <w:sz w:val="20"/>
        </w:rPr>
        <w:t>2:14  to meri samajh mein aaya ke positive attitude sach poochhen to naam hai "attitude of" yani avoidance ka. attitude of avoidance, avoid karna. is ko quran mein aaraaz kaha gaya hai. aaraaz. aaraaz ka matlab hai avoid kar</w:t>
      </w:r>
    </w:p>
    <w:p>
      <w:pPr>
        <w:pStyle w:val="Heading2"/>
      </w:pPr>
      <w:r>
        <w:t>Shopping management and avoiding impulse buying</w:t>
      </w:r>
    </w:p>
    <w:p>
      <w:r>
        <w:rPr>
          <w:color w:val="666666"/>
          <w:sz w:val="18"/>
        </w:rPr>
        <w:t>The Secret of Success 5 Feb, 2008 - Maulana Wahiduddin Khan · 48s · at 18:30 · https://youtu.be/aI0KGyoK7NM?t=1110</w:t>
      </w:r>
    </w:p>
    <w:p>
      <w:r>
        <w:rPr>
          <w:i/>
        </w:rPr>
        <w:t>“Main samajhta hoon ke zyada tar log hain”</w:t>
      </w:r>
    </w:p>
    <w:p>
      <w:r>
        <w:rPr>
          <w:sz w:val="20"/>
        </w:rPr>
        <w:t>18:30  main samajhta hoon ke zyada tar log hain jo shopping management ko nahi jante. They don't know the art of shopping management.</w:t>
      </w:r>
      <w:r>
        <w:br/>
      </w:r>
      <w:r>
        <w:rPr>
          <w:sz w:val="20"/>
        </w:rPr>
        <w:t>18:40  bas chale jayenge aur is ke baad dekhenge jo achhi lagi hai woh kharid liya, jo achhi lagi kharid liya.</w:t>
      </w:r>
      <w:r>
        <w:br/>
      </w:r>
      <w:r>
        <w:rPr>
          <w:sz w:val="20"/>
        </w:rPr>
        <w:t>18:52  aaj kal yeh hai ke main kisi ghar jata hoon, agar to woh har aadmi ghar ek store wall hota hai, store. saman se bhara hua. main logon se kehta hoon ke bhai aap ghar banayein apne liye ke saman ke liye.</w:t>
      </w:r>
      <w:r>
        <w:br/>
      </w:r>
      <w:r>
        <w:rPr>
          <w:sz w:val="20"/>
        </w:rPr>
        <w:t>19:06  ghar jo banaya hai apne rehne ke liye ke saman bharne ke liye. yeh isi liye hota hai ke shopping center chale gaye, dekh dekh kar kharidari karne lage.</w:t>
      </w:r>
    </w:p>
    <w:p>
      <w:pPr>
        <w:pStyle w:val="Heading2"/>
      </w:pPr>
      <w:r>
        <w:t>True strength is controlling anger, not wrestling</w:t>
      </w:r>
    </w:p>
    <w:p>
      <w:r>
        <w:rPr>
          <w:color w:val="666666"/>
          <w:sz w:val="18"/>
        </w:rPr>
        <w:t>Don't Be Angry Culture January 15, 2012 · 36s · at 22:20 · https://youtu.be/NrA3X8y_FLY?t=1340</w:t>
      </w:r>
    </w:p>
    <w:p>
      <w:r>
        <w:rPr>
          <w:i/>
        </w:rPr>
        <w:t>“Taqatwar wo nahi jo ladai mein pachhaar de”</w:t>
      </w:r>
    </w:p>
    <w:p>
      <w:r>
        <w:rPr>
          <w:sz w:val="20"/>
        </w:rPr>
        <w:t>22:20  ek hadith hai laysa shadeedul basar</w:t>
      </w:r>
      <w:r>
        <w:br/>
      </w:r>
      <w:r>
        <w:rPr>
          <w:sz w:val="20"/>
        </w:rPr>
        <w:t>22:27  inna shadeeda mayamliku indal ghadab yaani taqatwar woh nahi hai jo pachhad de ladai mein, ladka pachhad de.</w:t>
      </w:r>
      <w:r>
        <w:br/>
      </w:r>
      <w:r>
        <w:rPr>
          <w:sz w:val="20"/>
        </w:rPr>
        <w:t>22:39  nahin. taqatwar woh hai jo apne ghusse ko control kar le.</w:t>
      </w:r>
      <w:r>
        <w:br/>
      </w:r>
      <w:r>
        <w:rPr>
          <w:sz w:val="20"/>
        </w:rPr>
        <w:t>22:48  jo apne ghusse ko control kar le. kyunke aap larr kar kisi ko pachhada aap ne to kya kiya aap ne? ek aadmi ko apna dushman bana liya aap ne.</w:t>
      </w:r>
    </w:p>
    <w:p>
      <w:pPr>
        <w:pStyle w:val="Heading2"/>
      </w:pPr>
      <w:r>
        <w:t>Hadith: Taste of faith from being pleased</w:t>
      </w:r>
    </w:p>
    <w:p>
      <w:r>
        <w:rPr>
          <w:color w:val="666666"/>
          <w:sz w:val="18"/>
        </w:rPr>
        <w:t>Religious Understanding October 18, 2015 Maulana Wahiduddin Khan · 25s · at 7:48 · https://youtu.be/yt5TAVhva6E?t=468</w:t>
      </w:r>
    </w:p>
    <w:p>
      <w:r>
        <w:rPr>
          <w:i/>
        </w:rPr>
        <w:t>“Dhaaqa ta'ma al-imaan mani radhiya billahi rabba”</w:t>
      </w:r>
    </w:p>
    <w:p>
      <w:r>
        <w:rPr>
          <w:sz w:val="20"/>
        </w:rPr>
        <w:t>7:48  "zaak ta'am al eeman man raliya billahi rabban wa bil islami deenan wa bi muhammadin rasoolan".</w:t>
      </w:r>
      <w:r>
        <w:br/>
      </w:r>
      <w:r>
        <w:rPr>
          <w:sz w:val="20"/>
        </w:rPr>
        <w:t>7:57  imaan ka mazaa chakhha us shakhs ne jo raazi ho gaya Allah par ko rabb maan kar, aur Islam ko apna deen maan kar, aur Muhammad ko apna rasool maan kar.</w:t>
      </w:r>
    </w:p>
    <w:p>
      <w:pPr>
        <w:pStyle w:val="Heading2"/>
      </w:pPr>
      <w:r>
        <w:t>Protest is forbidden in Islam</w:t>
      </w:r>
    </w:p>
    <w:p>
      <w:r>
        <w:rPr>
          <w:color w:val="666666"/>
          <w:sz w:val="18"/>
        </w:rPr>
        <w:t>Interaction February 22, 2020 Maulana Wahiduddin Khan · 28s · at 37:42 · https://youtu.be/s4MIiunBRxI?t=2262</w:t>
      </w:r>
    </w:p>
    <w:p>
      <w:r>
        <w:rPr>
          <w:i/>
        </w:rPr>
        <w:t>“Protest is absolutely forbidden.”</w:t>
      </w:r>
    </w:p>
    <w:p>
      <w:r>
        <w:rPr>
          <w:sz w:val="20"/>
        </w:rPr>
        <w:t>37:42  htejaj. protest to behad hi haram hai. jayaz hi nahi hai wo.</w:t>
      </w:r>
      <w:r>
        <w:br/>
      </w:r>
      <w:r>
        <w:rPr>
          <w:sz w:val="20"/>
        </w:rPr>
        <w:t>37:49  usko main usko jayaz nahi samajhta. kyunki dekhiye, rasoolullah sallallahu alaihi wasallam ke zamane mein, aaj jo kuch musalmanon ke paas beet raha hai, usse hazar guna bada masla tha ke kaaba mein but. gaur kijiye ke isse bada burai kya ho sakti hai ke kaaba mein but. rasoolullah ne kabhi ek lafz bhi</w:t>
      </w:r>
    </w:p>
    <w:p>
      <w:pPr>
        <w:pStyle w:val="Heading2"/>
      </w:pPr>
      <w:r>
        <w:t>Formula: forgive yourself, forget others</w:t>
      </w:r>
    </w:p>
    <w:p>
      <w:r>
        <w:rPr>
          <w:color w:val="666666"/>
          <w:sz w:val="18"/>
        </w:rPr>
        <w:t>Putting End to Complaints April 22, 2020 Maulana Wahiduddin Khan · 42s · at 6:25 · https://youtu.be/jwchAfcFrkM?t=385</w:t>
      </w:r>
    </w:p>
    <w:p>
      <w:r>
        <w:rPr>
          <w:i/>
        </w:rPr>
        <w:t>“Shikayat ke maamle mein yaad rakhiye, ek hi formula hai”</w:t>
      </w:r>
    </w:p>
    <w:p>
      <w:r>
        <w:rPr>
          <w:sz w:val="20"/>
        </w:rPr>
        <w:t>6:25  shikayat ke muamle mein yaad rakhiye, aik hi formula hai:</w:t>
      </w:r>
      <w:r>
        <w:br/>
      </w:r>
      <w:r>
        <w:rPr>
          <w:sz w:val="20"/>
        </w:rPr>
        <w:t>6:33  mere liye, ab mere liye maafi,</w:t>
      </w:r>
      <w:r>
        <w:br/>
      </w:r>
      <w:r>
        <w:rPr>
          <w:sz w:val="20"/>
        </w:rPr>
        <w:t>6:48  aur doosre ke liye</w:t>
      </w:r>
      <w:r>
        <w:br/>
      </w:r>
      <w:r>
        <w:rPr>
          <w:sz w:val="20"/>
        </w:rPr>
        <w:t>6:55  bhool jana. To maine yeh kiya,</w:t>
      </w:r>
    </w:p>
    <w:p>
      <w:pPr>
        <w:pStyle w:val="Heading2"/>
      </w:pPr>
      <w:r>
        <w:t>Dua for willpower in Ramadan</w:t>
      </w:r>
    </w:p>
    <w:p>
      <w:r>
        <w:rPr>
          <w:color w:val="666666"/>
          <w:sz w:val="18"/>
        </w:rPr>
        <w:t>Ramadan Q and A Session with Prof. Farida Khanam 27th March' 2022 · 39s · at 35:51 · https://youtu.be/M_pJVGZWKIM?t=2151</w:t>
      </w:r>
    </w:p>
    <w:p>
      <w:r>
        <w:rPr>
          <w:i/>
        </w:rPr>
        <w:t>“Rabbe yassir, Allah mere liye aasani kar de”</w:t>
      </w:r>
    </w:p>
    <w:p>
      <w:r>
        <w:rPr>
          <w:sz w:val="20"/>
        </w:rPr>
        <w:t>35:51  to kabhi jab main pareshan hoti hoon to yeh dua karti hoon.</w:t>
      </w:r>
      <w:r>
        <w:br/>
      </w:r>
      <w:r>
        <w:rPr>
          <w:sz w:val="20"/>
        </w:rPr>
        <w:t>35:57  rabbe yassir, ae allah mere liye aasani kar de.</w:t>
      </w:r>
      <w:r>
        <w:br/>
      </w:r>
      <w:r>
        <w:rPr>
          <w:sz w:val="20"/>
        </w:rPr>
        <w:t>36:04  wala tu assir mere liye mushkil na karo.</w:t>
      </w:r>
      <w:r>
        <w:br/>
      </w:r>
      <w:r>
        <w:rPr>
          <w:sz w:val="20"/>
        </w:rPr>
        <w:t>36:10  to yeh dua kar sakti hain aur thoda sa kai aise kaam hote hain jisme aadmi lage jaise</w:t>
      </w:r>
      <w:r>
        <w:br/>
      </w:r>
      <w:r>
        <w:rPr>
          <w:sz w:val="20"/>
        </w:rPr>
        <w:t>36:17  ghar mein kai kaam hote hain lag jaye to uska thoda sa mind divert ho jata hai tension</w:t>
      </w:r>
      <w:r>
        <w:br/>
      </w:r>
      <w:r>
        <w:rPr>
          <w:sz w:val="20"/>
        </w:rPr>
        <w:t>36:23  khatm ho jata hai</w:t>
      </w:r>
      <w:r>
        <w:br/>
      </w:r>
      <w:r>
        <w:rPr>
          <w:sz w:val="20"/>
        </w:rPr>
        <w:t>36:30  ji. ji.</w:t>
      </w:r>
    </w:p>
    <w:p>
      <w:pPr>
        <w:pStyle w:val="Heading2"/>
      </w:pPr>
      <w:r>
        <w:t>paradise is literally God's neighborhood</w:t>
      </w:r>
    </w:p>
    <w:p>
      <w:r>
        <w:rPr>
          <w:color w:val="666666"/>
          <w:sz w:val="18"/>
        </w:rPr>
        <w:t>How to Build A Strong Personality June 14, 2008 · 38s · at 19:20 · https://youtu.be/CEzRHSVoQlI?t=1160</w:t>
      </w:r>
    </w:p>
    <w:p>
      <w:r>
        <w:rPr>
          <w:i/>
        </w:rPr>
        <w:t>“Paradise khuda ke neighborhood ka naam hai”</w:t>
      </w:r>
    </w:p>
    <w:p>
      <w:r>
        <w:rPr>
          <w:sz w:val="20"/>
        </w:rPr>
        <w:t>19:20  paradise to aap dekhiye, khuda ke neighborhood ka naam hai paradise.</w:t>
      </w:r>
      <w:r>
        <w:br/>
      </w:r>
      <w:r>
        <w:rPr>
          <w:sz w:val="20"/>
        </w:rPr>
        <w:t>19:30  kaisi ajeeb baat hai.</w:t>
      </w:r>
      <w:r>
        <w:br/>
      </w:r>
      <w:r>
        <w:rPr>
          <w:sz w:val="20"/>
        </w:rPr>
        <w:t>19:37  rublu baitna fil jannah. is ayat se maloom hota hai ke</w:t>
      </w:r>
      <w:r>
        <w:br/>
      </w:r>
      <w:r>
        <w:rPr>
          <w:sz w:val="20"/>
        </w:rPr>
        <w:t>19:41  ke neighborhood ke paradise kya hai. khuda ke neighborhood mein rehne ka naam hai paradise. ab aap sochiye, kya khuda ke neighborhood mein aise logon ko jagah milegi jis ke, jinke andar weak personality ho?</w:t>
      </w:r>
    </w:p>
    <w:p>
      <w:pPr>
        <w:pStyle w:val="Heading2"/>
      </w:pPr>
      <w:r>
        <w:t>Stalin's weapons versus Maulana's threefold call for patience</w:t>
      </w:r>
    </w:p>
    <w:p>
      <w:r>
        <w:rPr>
          <w:color w:val="666666"/>
          <w:sz w:val="18"/>
        </w:rPr>
        <w:t>Importance of Patience in Islam December 11, 2022 · 56s · at 19:32 · https://youtu.be/Cy59II1dC-I?t=1172</w:t>
      </w:r>
    </w:p>
    <w:p>
      <w:r>
        <w:rPr>
          <w:i/>
        </w:rPr>
        <w:t>“Stalin said 'weapons'; Maulana said 'patience, patience, patience'”</w:t>
      </w:r>
    </w:p>
    <w:p>
      <w:r>
        <w:rPr>
          <w:sz w:val="20"/>
        </w:rPr>
        <w:t>19:32  sabr ke benefits to itne zyada hain ke usko jo hai ginti uski nahi ho sakti hai. to ek main misaal Maulana ne apni ek tehreer mein ek di hai, Joseph Stalin ki, ke jab woh ishtiraki inqilab ke liye kaam kar rahe the,</w:t>
      </w:r>
      <w:r>
        <w:br/>
      </w:r>
      <w:r>
        <w:rPr>
          <w:sz w:val="20"/>
        </w:rPr>
        <w:t>19:49  1917 ki baat hai, to unhon ne ek taqreer ki. us mein kaha ke hamein teen cheezon ki zaroorat hai: hathiyaar awwal, hathiyaar doyam, hathiyaar soyam, phir aakhir mein phir hathiyaar. to</w:t>
      </w:r>
      <w:r>
        <w:br/>
      </w:r>
      <w:r>
        <w:rPr>
          <w:sz w:val="20"/>
        </w:rPr>
        <w:t>20:02  Maulana ne likha hai ke hamein pur aman jah-o-jihad jo hamein karni hai, uske liye hamein teen cheezon ki zaroorat hai: awwal sabr, doyam sabr, soyam sabr aur aakhir mein phir sabr. jee, to ab dekhiye ke Maulana ki kitni zabardast mukhalifat hui. ek zamana aisa aaya ke koi na aata tha, na koi telephone call aati thi. jab Babri Masjid ka jab unhon ne solution pesh kiya tha,</w:t>
      </w:r>
    </w:p>
    <w:p>
      <w:pPr>
        <w:pStyle w:val="Heading2"/>
      </w:pPr>
      <w:r>
        <w:t>Addressing a crowd never builds a moral society</w:t>
      </w:r>
    </w:p>
    <w:p>
      <w:r>
        <w:rPr>
          <w:color w:val="666666"/>
          <w:sz w:val="18"/>
        </w:rPr>
        <w:t>Ethical Values in Islam, June 19, 2008 · 42s · at 47:26 · https://youtu.be/2yPff80nSBY?t=2846</w:t>
      </w:r>
    </w:p>
    <w:p>
      <w:r>
        <w:rPr>
          <w:i/>
        </w:rPr>
        <w:t>“Addressing a crowd never creates a moral environment”</w:t>
      </w:r>
    </w:p>
    <w:p>
      <w:r>
        <w:rPr>
          <w:sz w:val="20"/>
        </w:rPr>
        <w:t>47:26  zyada bada zariya hai. aur doosri cheez yeh bhi is mein janna chahiye ke crowd ko address karne se kabhi bhi moral mahaul nahi banta.</w:t>
      </w:r>
      <w:r>
        <w:br/>
      </w:r>
      <w:r>
        <w:rPr>
          <w:sz w:val="20"/>
        </w:rPr>
        <w:t>47:38  individual ko address karna parta hai. individual ko</w:t>
      </w:r>
      <w:r>
        <w:br/>
      </w:r>
      <w:r>
        <w:rPr>
          <w:sz w:val="20"/>
        </w:rPr>
        <w:t>47:44  aap bari bari bari bheed ikattha karein aur is mein stage par khare hon aur khoob is mein apni aytri dikhayein aur akhbar mein aaye, TV mein aaye.</w:t>
      </w:r>
      <w:r>
        <w:br/>
      </w:r>
      <w:r>
        <w:rPr>
          <w:sz w:val="20"/>
        </w:rPr>
        <w:t>47:54  is se nahi, yeh is ka naam moral education nahi hai. is ka naam moral education nahi hai. moral education toh ek bohat hi sincere kaam hai, bohat hi serious kaam hai.</w:t>
      </w:r>
    </w:p>
    <w:p>
      <w:pPr>
        <w:pStyle w:val="Heading2"/>
      </w:pPr>
      <w:r>
        <w:t>Fasting is symbolic, real goal is rising above materialism</w:t>
      </w:r>
    </w:p>
    <w:p>
      <w:r>
        <w:rPr>
          <w:color w:val="666666"/>
          <w:sz w:val="18"/>
        </w:rPr>
        <w:t>Fasting A Source of Spiritual Empowerment August 21, 2011 Maulana Wahiduddin Khan · 55s · at 2:15 · https://youtu.be/Z0EbPlujcf0?t=135</w:t>
      </w:r>
    </w:p>
    <w:p>
      <w:r>
        <w:rPr>
          <w:i/>
        </w:rPr>
        <w:t>“Roza ko Arabi mein Saum kehte hain”</w:t>
      </w:r>
    </w:p>
    <w:p>
      <w:r>
        <w:rPr>
          <w:sz w:val="20"/>
        </w:rPr>
        <w:t>2:15  roza ko arabi mein saum kehte hain.</w:t>
      </w:r>
      <w:r>
        <w:br/>
      </w:r>
      <w:r>
        <w:rPr>
          <w:sz w:val="20"/>
        </w:rPr>
        <w:t>2:21  saum ke maani hote hain abstinence, yani rukna.</w:t>
      </w:r>
      <w:r>
        <w:br/>
      </w:r>
      <w:r>
        <w:rPr>
          <w:sz w:val="20"/>
        </w:rPr>
        <w:t>2:28  angrezi mein kehte hain fasting. to yeh</w:t>
      </w:r>
      <w:r>
        <w:br/>
      </w:r>
      <w:r>
        <w:rPr>
          <w:sz w:val="20"/>
        </w:rPr>
        <w:t>2:36  jo khana aur peena din ke auqaat mein band kiya jata hai yeh ek symbolic abstinence hai.</w:t>
      </w:r>
      <w:r>
        <w:br/>
      </w:r>
      <w:r>
        <w:rPr>
          <w:sz w:val="20"/>
        </w:rPr>
        <w:t>2:49  alamaati taur par rukna hai. asal cheez kya hai?</w:t>
      </w:r>
      <w:r>
        <w:br/>
      </w:r>
      <w:r>
        <w:rPr>
          <w:sz w:val="20"/>
        </w:rPr>
        <w:t>2:56  asal cheez yeh hai ke aadmi apne aap ko materialism se oopar uthaye aur spirituality apne andar paida kare.</w:t>
      </w:r>
    </w:p>
    <w:p>
      <w:pPr>
        <w:pStyle w:val="Heading2"/>
      </w:pPr>
      <w:r>
        <w:t>Prophet's dua for being grateful</w:t>
      </w:r>
    </w:p>
    <w:p>
      <w:r>
        <w:rPr>
          <w:color w:val="666666"/>
          <w:sz w:val="18"/>
        </w:rPr>
        <w:t>The Concept of Shukr in Islam | June 17, 2008 · 1m 00s · at 46:42 · https://youtu.be/ySbCs4MRNXU?t=2802</w:t>
      </w:r>
    </w:p>
    <w:p>
      <w:r>
        <w:rPr>
          <w:i/>
        </w:rPr>
        <w:t>“Rasool Allah ne dua ki: Rabbi ja'alni laka shakkar.”</w:t>
      </w:r>
    </w:p>
    <w:p>
      <w:r>
        <w:rPr>
          <w:sz w:val="20"/>
        </w:rPr>
        <w:t>46:42  woh musnad ahmad mein aayi hai aur tirmizi mein aayi hai, ibn majah mein aayi hai.</w:t>
      </w:r>
      <w:r>
        <w:br/>
      </w:r>
      <w:r>
        <w:rPr>
          <w:sz w:val="20"/>
        </w:rPr>
        <w:t>46:49  yeh hadees yani yeh dua.</w:t>
      </w:r>
      <w:r>
        <w:br/>
      </w:r>
      <w:r>
        <w:rPr>
          <w:sz w:val="20"/>
        </w:rPr>
        <w:t>46:57  is dua ka ek part yeh hai ke rasool Allah ne kaha ke rab j'alni laka shakkara.</w:t>
      </w:r>
      <w:r>
        <w:br/>
      </w:r>
      <w:r>
        <w:rPr>
          <w:sz w:val="20"/>
        </w:rPr>
        <w:t>47:04  bohat ajeeb baat hai is ko sochiye ke rasool Allah ne dua karte hue kaha ke rab j'alni l</w:t>
      </w:r>
      <w:r>
        <w:br/>
      </w:r>
      <w:r>
        <w:rPr>
          <w:sz w:val="20"/>
        </w:rPr>
        <w:t>47:12  ka shakkara. aye khuda mujh ko bohat zyada shukr karne wala bana. shakkara ma'ni bohat shukr karne wala. is mein ek exaggeration hai ye. yani superlative degree mein kaha gaya hai shukr. rab j'alni laka shakkara. aye khuda mujh ko bohat zyada shukr karne wala bana. is ka matlab kya hua? ke jo shukr chahiye</w:t>
      </w:r>
    </w:p>
    <w:p>
      <w:pPr>
        <w:pStyle w:val="Heading2"/>
      </w:pPr>
      <w:r>
        <w:t>Patience at home but not outside</w:t>
      </w:r>
    </w:p>
    <w:p>
      <w:r>
        <w:rPr>
          <w:color w:val="666666"/>
          <w:sz w:val="18"/>
        </w:rPr>
        <w:t>Religious Understanding October 18, 2015 Maulana Wahiduddin Khan · 40s · at 45:26 · https://youtu.be/yt5TAVhva6E?t=2726</w:t>
      </w:r>
    </w:p>
    <w:p>
      <w:r>
        <w:rPr>
          <w:i/>
        </w:rPr>
        <w:t>“Ghar mein har aadmi sabr karta hai.”</w:t>
      </w:r>
    </w:p>
    <w:p>
      <w:r>
        <w:rPr>
          <w:sz w:val="20"/>
        </w:rPr>
        <w:t>45:26  ghar mein har aadmi sabr karte hi karta hai. na kare to ghar ujad jaye.</w:t>
      </w:r>
      <w:r>
        <w:br/>
      </w:r>
      <w:r>
        <w:rPr>
          <w:sz w:val="20"/>
        </w:rPr>
        <w:t>45:38  main ek ghar, ek sahib ke ghar mein baitha tha. main</w:t>
      </w:r>
      <w:r>
        <w:br/>
      </w:r>
      <w:r>
        <w:rPr>
          <w:sz w:val="20"/>
        </w:rPr>
        <w:t>45:43  koi chhota bachcha, woh gend khel raha tha. to gend un ka munh par laga, un ke baap ke munh par laga ke. to hansne lagay.</w:t>
      </w:r>
      <w:r>
        <w:br/>
      </w:r>
      <w:r>
        <w:rPr>
          <w:sz w:val="20"/>
        </w:rPr>
        <w:t>45:53  to bachcha agar phere, phenke to aap ko munh par lag ja kar ke to aap hansne lagtay hain. aur road par agar koi kahin se koi aa jaye, koi konkri to aap ghussa ho jatay hain.</w:t>
      </w:r>
    </w:p>
    <w:p>
      <w:pPr>
        <w:pStyle w:val="Heading2"/>
      </w:pPr>
      <w:r>
        <w:t>Point of reference concept unknown</w:t>
      </w:r>
    </w:p>
    <w:p>
      <w:r>
        <w:rPr>
          <w:color w:val="666666"/>
          <w:sz w:val="18"/>
        </w:rPr>
        <w:t>An Intellectual journey 1 May 2011 - Maulana Wahiduddin Khan · 47s · at 4:44 · https://youtu.be/lnfjC7x_s2A?t=284</w:t>
      </w:r>
    </w:p>
    <w:p>
      <w:r>
        <w:rPr>
          <w:i/>
        </w:rPr>
        <w:t>“Point of reference ka concept hi logon ko nahi maloom”</w:t>
      </w:r>
    </w:p>
    <w:p>
      <w:r>
        <w:rPr>
          <w:sz w:val="20"/>
        </w:rPr>
        <w:t>4:44  to kuch jo jo item hain marifat ke,</w:t>
      </w:r>
      <w:r>
        <w:br/>
      </w:r>
      <w:r>
        <w:rPr>
          <w:sz w:val="20"/>
        </w:rPr>
        <w:t>4:51  discovery ke, realization ke,</w:t>
      </w:r>
      <w:r>
        <w:br/>
      </w:r>
      <w:r>
        <w:rPr>
          <w:sz w:val="20"/>
        </w:rPr>
        <w:t>4:56  is se mehroom rehte hain woh. Dekhiye, har is dunya mein har waqea aik point of reference hai. Logon ko pata hi nahin ke point of reference ko istemal karte hue is se koi cheez discover karein.</w:t>
      </w:r>
      <w:r>
        <w:br/>
      </w:r>
      <w:r>
        <w:rPr>
          <w:sz w:val="20"/>
        </w:rPr>
        <w:t>5:14  yani point of reference ke concept hi logon ko nahin maloom. Woh to bas entertainment mein, hawa mein, khane peene mein, shopping, yeh sab mein waqt guzarenge aur wapas aa jayenge.</w:t>
      </w:r>
    </w:p>
    <w:p>
      <w:pPr>
        <w:pStyle w:val="Heading2"/>
      </w:pPr>
      <w:r>
        <w:t>Quranic definition and importance of patience (sabr)</w:t>
      </w:r>
    </w:p>
    <w:p>
      <w:r>
        <w:rPr>
          <w:color w:val="666666"/>
          <w:sz w:val="18"/>
        </w:rPr>
        <w:t>Importance of Patience in Islam December 11, 2022 · 34s · at 1:46 · https://youtu.be/Cy59II1dC-I?t=106</w:t>
      </w:r>
    </w:p>
    <w:p>
      <w:r>
        <w:rPr>
          <w:i/>
        </w:rPr>
        <w:t>“Sabr appears 103 times in the Quran”</w:t>
      </w:r>
    </w:p>
    <w:p>
      <w:r>
        <w:rPr>
          <w:sz w:val="20"/>
        </w:rPr>
        <w:t>1:46  What is patience? Iske baare mein aap hum sabko bataen. Sabr ki importance bahut zyada hai aur humein Quran se maloom hota hai ke sabr kitna zyada</w:t>
      </w:r>
      <w:r>
        <w:br/>
      </w:r>
      <w:r>
        <w:rPr>
          <w:sz w:val="20"/>
        </w:rPr>
        <w:t>2:00  hai. Hamein Quran mein sabr ka lafz 103 baar aaya hai aur sabbar, bahut zyada sabr karne wala, wah chaar baar aaya hai. Isi se aap samajh sakte hain ke sabr kitna zyada important hai. Sabr ke maane hain rukna, bardasht karna, himmat se kaam lena.</w:t>
      </w:r>
    </w:p>
    <w:p>
      <w:pPr>
        <w:pStyle w:val="Heading2"/>
      </w:pPr>
      <w:r>
        <w:t>False hopes business of dargahs</w:t>
      </w:r>
    </w:p>
    <w:p>
      <w:r>
        <w:rPr>
          <w:color w:val="666666"/>
          <w:sz w:val="18"/>
        </w:rPr>
        <w:t>Understanding Islam (In Conversation with Maulana) June 20, 2010 Maulana Wahidudidn Khan · 35s · at 8:26 · https://youtu.be/7UylaPL-iO8?t=506</w:t>
      </w:r>
    </w:p>
    <w:p>
      <w:r>
        <w:rPr>
          <w:i/>
        </w:rPr>
        <w:t>“Main is ko kehta hoon false hopes business”</w:t>
      </w:r>
    </w:p>
    <w:p>
      <w:r>
        <w:rPr>
          <w:sz w:val="20"/>
        </w:rPr>
        <w:t>8:26  main is ko kehta hoon false hopes business. koi dargah ya koi qabar kisi ke murad ko poora nahi kar sakti.</w:t>
      </w:r>
      <w:r>
        <w:br/>
      </w:r>
      <w:r>
        <w:rPr>
          <w:sz w:val="20"/>
        </w:rPr>
        <w:t>8:35  bilkul hi yeh absurd baat hai. lekin yeh afwah phaili hui hai. to yeh false hopes business hai. logon ko yeh yani farzi yaqeen ho gaya hai ke yahan hum aayenge to hamara sab poora ho jayega.</w:t>
      </w:r>
      <w:r>
        <w:br/>
      </w:r>
      <w:r>
        <w:rPr>
          <w:sz w:val="20"/>
        </w:rPr>
        <w:t>8:51  mujhe apne gaon ka qissa yaad aata hai ke hamare gaon mein ek sahab the, ab un ki death ho chuki hai. to woh dargahon mein jaate the, yaani qabron, jahan qabrein hoti hain wahan par.</w:t>
      </w:r>
    </w:p>
    <w:p>
      <w:pPr>
        <w:pStyle w:val="Heading2"/>
      </w:pPr>
      <w:r>
        <w:t>Ego clash leads to avoidance difficulty</w:t>
      </w:r>
    </w:p>
    <w:p>
      <w:r>
        <w:rPr>
          <w:color w:val="666666"/>
          <w:sz w:val="18"/>
        </w:rPr>
        <w:t>Principle of Avoidance in Islam I 12 Dec, 2010 - Maulana Wahiduddin Khan · 33s · at 3:00 · https://youtu.be/LcEmPmf5es0?t=180</w:t>
      </w:r>
    </w:p>
    <w:p>
      <w:r>
        <w:rPr>
          <w:i/>
        </w:rPr>
        <w:t>“Car mister non-ego hai, us se ego clash nahi hota.”</w:t>
      </w:r>
    </w:p>
    <w:p>
      <w:r>
        <w:rPr>
          <w:sz w:val="20"/>
        </w:rPr>
        <w:t>3:00  insaan nahin hota bazahir. to yeh main ne kaha ke yeh sab ego ka masla hai. car mister non ego hai, to is se aap ko ego clash nahin hota.</w:t>
      </w:r>
      <w:r>
        <w:br/>
      </w:r>
      <w:r>
        <w:rPr>
          <w:sz w:val="20"/>
        </w:rPr>
        <w:t>3:13  insaan se jab maamla pada to ego clash ho jata hai.</w:t>
      </w:r>
      <w:r>
        <w:br/>
      </w:r>
      <w:r>
        <w:rPr>
          <w:sz w:val="20"/>
        </w:rPr>
        <w:t>3:17  do ego ka takraao, ek aap ka ego, ek doosre ka ego. to jab aap e'raaz nahin karna chahte to haqeeqatan aap egoist hote hain us waqt.</w:t>
      </w:r>
    </w:p>
    <w:p>
      <w:pPr>
        <w:pStyle w:val="Heading2"/>
      </w:pPr>
      <w:r>
        <w:t>Hasty response is impatience, considered response is patience</w:t>
      </w:r>
    </w:p>
    <w:p>
      <w:r>
        <w:rPr>
          <w:color w:val="666666"/>
          <w:sz w:val="18"/>
        </w:rPr>
        <w:t>Importance of Patience in Islam December 11, 2022 · 29s · at 11:51 · https://youtu.be/Cy59II1dC-I?t=711</w:t>
      </w:r>
    </w:p>
    <w:p>
      <w:r>
        <w:rPr>
          <w:i/>
        </w:rPr>
        <w:t>“A hasty response is impatience; a considered one is patience”</w:t>
      </w:r>
    </w:p>
    <w:p>
      <w:r>
        <w:rPr>
          <w:sz w:val="20"/>
        </w:rPr>
        <w:t>11:51  to yahi jo hai, isko maulana ne kaha hai ki sabr jo hai, woh haste response ke matlab haste response jo hai, woh besabr hai aur considered response jo hai, woh sabr hai. to is tarike se hamein lagta hai ki jo sabr jo hai, na karna jo hai, woh wisdom se mutalik hai. to maulana ne poori ek kitab hi poori wisdom par likhi hui hai aur bahut sare articles hain.</w:t>
      </w:r>
    </w:p>
    <w:p>
      <w:pPr>
        <w:pStyle w:val="Heading2"/>
      </w:pPr>
      <w:r>
        <w:t>Principle-based sabr vs self-interest sabr, backed by hadith</w:t>
      </w:r>
    </w:p>
    <w:p>
      <w:r>
        <w:rPr>
          <w:color w:val="666666"/>
          <w:sz w:val="18"/>
        </w:rPr>
        <w:t>CPS Women Article Discussion 17 February 5, 2023 · 55s · at 4:33 · https://youtu.be/YwT3btklNZk?t=273</w:t>
      </w:r>
    </w:p>
    <w:p>
      <w:r>
        <w:rPr>
          <w:i/>
        </w:rPr>
        <w:t>“अगर उसूल की बुनियाद पर सब्र न करें तो मफ़ाद की बुनियाद पर करना पड़ेगा”</w:t>
      </w:r>
    </w:p>
    <w:p>
      <w:r>
        <w:rPr>
          <w:sz w:val="20"/>
        </w:rPr>
        <w:t>4:33  agar aap usool ki buniyad par swar na karen to aapko mofaad ki buniyad par swar karna padega aur isi doosri ravish ka naam munaafikt hai. sabr ke bare mein islam mein bahut zyada highlight kiya gaya hai aur quran mein bahut si aayaton mein sabr ki importance batayi gayi, sabr ki naseehat di gayi.</w:t>
      </w:r>
      <w:r>
        <w:br/>
      </w:r>
      <w:r>
        <w:rPr>
          <w:sz w:val="20"/>
        </w:rPr>
        <w:t>5:02  yahan tak ki uske liye beshab ajar ka wada kiya gaya. kisi aayat mein use jannat mein jaane ka rasta bhi bataya gaya. bahut si hadeesen bhi is hawale se hain jo sabr ki naseehat karti hain. ek hadees hai maslan ke sabr tamam achhe akhlaq ki jama hai. to agar koi insaan achhe akhlaq par hona chahta hai to usko sabir hona laazmi hai.</w:t>
      </w:r>
      <w:r>
        <w:br/>
      </w:r>
      <w:r>
        <w:rPr>
          <w:sz w:val="20"/>
        </w:rPr>
        <w:t>5:28  is article se yeh pata chala ki agar humne isko yani sabr ko as a principal apni life mein include kiya hai, usko taiyar kiya hai to, to to hum sab hum sabir kahlayenge. allah ki nazar mein hum uske moomin bande kahlayenge.</w:t>
      </w:r>
    </w:p>
    <w:p>
      <w:pPr>
        <w:pStyle w:val="Heading2"/>
      </w:pPr>
      <w:r>
        <w:t>Life's earning is love</w:t>
      </w:r>
    </w:p>
    <w:p>
      <w:r>
        <w:rPr>
          <w:color w:val="666666"/>
          <w:sz w:val="18"/>
        </w:rPr>
        <w:t>Dr Naseem Siddiqui Memorial Part 1 · 29s · at 22:20 · https://youtu.be/q-kccRjp1iU?t=1340</w:t>
      </w:r>
    </w:p>
    <w:p>
      <w:r>
        <w:rPr>
          <w:i/>
        </w:rPr>
        <w:t>“Woh kehte hain na ki zindagi ki kamai kya hai?”</w:t>
      </w:r>
    </w:p>
    <w:p>
      <w:r>
        <w:rPr>
          <w:sz w:val="20"/>
        </w:rPr>
        <w:t>22:20  wo kehte hain na ke zindagi ki kamai kya hai, yahi to hai. itna sara pyar. taimiya, yun teri chahatein sambhali hain, jaise eidi ho mere bachpan ki. You have left us, but we can never leave you. Allah Hafiz.</w:t>
      </w:r>
      <w:r>
        <w:br/>
      </w:r>
      <w:r>
        <w:rPr>
          <w:sz w:val="20"/>
        </w:rPr>
        <w:t>22:49  Before I invite another colleague of Dr. Siddiqui, I would like to read a small message from his granddaughter, Araiish, who lives in USA. She has written, "I know I will miss him terribly, I already do, but he has left me with such fond memories. I hope I can explain to my babies what an incredible person he was.</w:t>
      </w:r>
    </w:p>
    <w:p>
      <w:pPr>
        <w:pStyle w:val="Heading2"/>
      </w:pPr>
      <w:r>
        <w:t>The golden rule found in every scripture</w:t>
      </w:r>
    </w:p>
    <w:p>
      <w:r>
        <w:rPr>
          <w:color w:val="666666"/>
          <w:sz w:val="18"/>
        </w:rPr>
        <w:t>Ethical Values in Islam, June 19, 2008 · 48s · at 3:01 · https://youtu.be/2yPff80nSBY?t=181</w:t>
      </w:r>
    </w:p>
    <w:p>
      <w:r>
        <w:rPr>
          <w:i/>
        </w:rPr>
        <w:t>“What you like for yourself, like for others too”</w:t>
      </w:r>
    </w:p>
    <w:p>
      <w:r>
        <w:rPr>
          <w:sz w:val="20"/>
        </w:rPr>
        <w:t>3:01  woh kya? Woh yeh hai ke jo kuch tum apne liye pasand karte ho, wahi doosre ke liye pasand karo.</w:t>
      </w:r>
      <w:r>
        <w:br/>
      </w:r>
      <w:r>
        <w:rPr>
          <w:sz w:val="20"/>
        </w:rPr>
        <w:t>3:20  jo cheez tumhe khud napasanad ho, us ko doosre ke liye bhi napasanad samjho.</w:t>
      </w:r>
      <w:r>
        <w:br/>
      </w:r>
      <w:r>
        <w:rPr>
          <w:sz w:val="20"/>
        </w:rPr>
        <w:t>3:29  isi ko shayar ne kaha tha ke na karo kisi se, na karo bhool kar kisi se tum sulook aisa ke jo tum se koi karta tumhein nagawar hota.</w:t>
      </w:r>
    </w:p>
    <w:p>
      <w:pPr>
        <w:pStyle w:val="Heading2"/>
      </w:pPr>
      <w:r>
        <w:t>Islam is a no-problem religion</w:t>
      </w:r>
    </w:p>
    <w:p>
      <w:r>
        <w:rPr>
          <w:color w:val="666666"/>
          <w:sz w:val="18"/>
        </w:rPr>
        <w:t>Islam in Daily Life I 26 Dec, 2010 - Maulana Wahiduddin Khan · 25s · at 2:54 · https://youtu.be/S7ahMQ1iyp0?t=174</w:t>
      </w:r>
    </w:p>
    <w:p>
      <w:r>
        <w:rPr>
          <w:i/>
        </w:rPr>
        <w:t>“Agar Muslimon ko alag kar ke dekhiye aap”</w:t>
      </w:r>
    </w:p>
    <w:p>
      <w:r>
        <w:rPr>
          <w:sz w:val="20"/>
        </w:rPr>
        <w:t>2:54  theek hai? ek Musalmanon ko alag kar ke dekhein aap, toh Islam jo hai,</w:t>
      </w:r>
      <w:r>
        <w:br/>
      </w:r>
      <w:r>
        <w:rPr>
          <w:sz w:val="20"/>
        </w:rPr>
        <w:t>3:00  woh no problem religion hai.</w:t>
      </w:r>
      <w:r>
        <w:br/>
      </w:r>
      <w:r>
        <w:rPr>
          <w:sz w:val="20"/>
        </w:rPr>
        <w:t>3:04  yaani ulta hai. so you have to differentiate between Islam and Muslims. you have to judge Muslims in the light of Islamic teachings, and not vice versa.</w:t>
      </w:r>
    </w:p>
    <w:p>
      <w:pPr>
        <w:pStyle w:val="Heading2"/>
      </w:pPr>
      <w:r>
        <w:t>Data collected but interpretation missed</w:t>
      </w:r>
    </w:p>
    <w:p>
      <w:r>
        <w:rPr>
          <w:color w:val="666666"/>
          <w:sz w:val="18"/>
        </w:rPr>
        <w:t>Journey of Divine Civilization | January 24, 2010 · 31s · at 4:22 · https://youtu.be/QCWXCjeZxnc?t=262</w:t>
      </w:r>
    </w:p>
    <w:p>
      <w:r>
        <w:rPr>
          <w:i/>
        </w:rPr>
        <w:t>“Yeh baqi tha”</w:t>
      </w:r>
    </w:p>
    <w:p>
      <w:r>
        <w:rPr>
          <w:sz w:val="20"/>
        </w:rPr>
        <w:t>4:22  woh Musalman kar hi nahi sake.</w:t>
      </w:r>
      <w:r>
        <w:br/>
      </w:r>
      <w:r>
        <w:rPr>
          <w:sz w:val="20"/>
        </w:rPr>
        <w:t>4:28  yahan tak ke khuda ne yaajooj maajooj ko uthaya, yani maghribi qaumon ko.</w:t>
      </w:r>
      <w:r>
        <w:br/>
      </w:r>
      <w:r>
        <w:rPr>
          <w:sz w:val="20"/>
        </w:rPr>
        <w:t>4:34  to nature ko in fold kiya hai maghribi qaumon ne, jis ko quran mein yaajooj maajooj kaha gaya hai.</w:t>
      </w:r>
      <w:r>
        <w:br/>
      </w:r>
      <w:r>
        <w:rPr>
          <w:sz w:val="20"/>
        </w:rPr>
        <w:t>4:41  lekin unhon ne kya kiya hai? sirf data faraham kar diya hai, is se aage nahin.</w:t>
      </w:r>
      <w:r>
        <w:br/>
      </w:r>
      <w:r>
        <w:rPr>
          <w:sz w:val="20"/>
        </w:rPr>
        <w:t>4:47  is data ko istemal kar ke is ko marifat ka maani phailana,</w:t>
      </w:r>
      <w:r>
        <w:br/>
      </w:r>
      <w:r>
        <w:rPr>
          <w:sz w:val="20"/>
        </w:rPr>
        <w:t>4:54  yeh baqi tha. yaani interpretation baqi tha. data unhone collect kar diya, nature ko unfold kar ke. lekin us ko interpretation, in terms of, in terms of marifat jo karna tha, woh sarr-e-aam se hua nahi. yeh bohat bari tragedy hai. to yeh baat mere zehan mein kab aayi? jab kal ke paper mein aur aaj ke paper mein maine dekha ke</w:t>
      </w:r>
    </w:p>
    <w:p>
      <w:pPr>
        <w:pStyle w:val="Heading2"/>
      </w:pPr>
      <w:r>
        <w:t>Drinking leftover water drop</w:t>
      </w:r>
    </w:p>
    <w:p>
      <w:r>
        <w:rPr>
          <w:color w:val="666666"/>
          <w:sz w:val="18"/>
        </w:rPr>
        <w:t>The Importance of Shukr 19 Dec, 2010 - Maulana Wahiduddin Khan · 52s · at 3:28 · https://youtu.be/F4mVn0DwH34?t=208</w:t>
      </w:r>
    </w:p>
    <w:p>
      <w:r>
        <w:rPr>
          <w:i/>
        </w:rPr>
        <w:t>“Aakhir mein jab mujhe uthna tha to glass mein ne uthaya.”</w:t>
      </w:r>
    </w:p>
    <w:p>
      <w:r>
        <w:rPr>
          <w:sz w:val="20"/>
        </w:rPr>
        <w:t>3:28  aakhir mein jab mujhe uthna tha to glass mein ne uthaya. is mein pani tha nahi.</w:t>
      </w:r>
      <w:r>
        <w:br/>
      </w:r>
      <w:r>
        <w:rPr>
          <w:sz w:val="20"/>
        </w:rPr>
        <w:t>3:39  to log jaldi se daure ke pani chahiye, pani dene ke liye. mein ne kaha nahi mujhe pani nahi chahiye, mujhe dekhna tha ke is glass mein koi koi qatra pani ka bach gaya to us ko mein khatam kar doon.</w:t>
      </w:r>
      <w:r>
        <w:br/>
      </w:r>
      <w:r>
        <w:rPr>
          <w:sz w:val="20"/>
        </w:rPr>
        <w:t>3:57  aadmi pani pita hai to koi na koi bach jata hai is mein. to is bache hue pani ko khatam karne ke liye mein ne woh glass uthaya. ke ek bhi drop agar is ke andar ho, ek boond, to mein us ko pi loon.</w:t>
      </w:r>
      <w:r>
        <w:br/>
      </w:r>
      <w:r>
        <w:rPr>
          <w:sz w:val="20"/>
        </w:rPr>
        <w:t>4:13  to logon ko bara taajjub hua ke aap ek drop ke liye</w:t>
      </w:r>
      <w:r>
        <w:br/>
      </w:r>
      <w:r>
        <w:rPr>
          <w:sz w:val="20"/>
        </w:rPr>
        <w:t>4:21  us ko peena chahte hain, hum to aadha glass chhod dete hain.</w:t>
      </w:r>
    </w:p>
    <w:p>
      <w:pPr>
        <w:pStyle w:val="Heading2"/>
      </w:pPr>
      <w:r>
        <w:t>Tawheed vs Shirk: gratitude to Creator or creation</w:t>
      </w:r>
    </w:p>
    <w:p>
      <w:r>
        <w:rPr>
          <w:color w:val="666666"/>
          <w:sz w:val="18"/>
        </w:rPr>
        <w:t>Ancient Shirk or Modern Shirk February 1, 2008 Maulana Wahiduddin Khan · 46s · at 3:37 · https://youtu.be/LB6iBYerQmw?t=217</w:t>
      </w:r>
    </w:p>
    <w:p>
      <w:r>
        <w:rPr>
          <w:i/>
        </w:rPr>
        <w:t>“Tawheed yeh hai ke aap Khuda ko acknowledge karein”</w:t>
      </w:r>
    </w:p>
    <w:p>
      <w:r>
        <w:rPr>
          <w:sz w:val="20"/>
        </w:rPr>
        <w:t>3:37  tauheed yeh hai ke aap Khuda ko acknowledge karen, ya creator ko acknowledge karen, ya khaliq ko acknowledge karen.</w:t>
      </w:r>
      <w:r>
        <w:br/>
      </w:r>
      <w:r>
        <w:rPr>
          <w:sz w:val="20"/>
        </w:rPr>
        <w:t>3:48  aur shirk kya hai? other than God. other than God kaun hai? creature hai, makhlooq hai, paida ki hui cheezein hain.</w:t>
      </w:r>
      <w:r>
        <w:br/>
      </w:r>
      <w:r>
        <w:rPr>
          <w:sz w:val="20"/>
        </w:rPr>
        <w:t>3:58  isko aap acknowledge karen.</w:t>
      </w:r>
      <w:r>
        <w:br/>
      </w:r>
      <w:r>
        <w:rPr>
          <w:sz w:val="20"/>
        </w:rPr>
        <w:t>4:03  to khaliq ko ya creator ko apna gratitude pesh karna, yeh tauheed hai. aur creature ko ya makhlooqat ko apna gratitude pesh karna, yeh shirk hai.</w:t>
      </w:r>
    </w:p>
    <w:p>
      <w:pPr>
        <w:pStyle w:val="Heading2"/>
      </w:pPr>
      <w:r>
        <w:t>Definition of a true Muslim</w:t>
      </w:r>
    </w:p>
    <w:p>
      <w:r>
        <w:rPr>
          <w:color w:val="666666"/>
          <w:sz w:val="18"/>
        </w:rPr>
        <w:t>Islam in Daily Life I 26 Dec, 2010 - Maulana Wahiduddin Khan · 28s · at 5:47 · https://youtu.be/S7ahMQ1iyp0?t=347</w:t>
      </w:r>
    </w:p>
    <w:p>
      <w:r>
        <w:rPr>
          <w:i/>
        </w:rPr>
        <w:t>“Al-muslim man salima al-nas min lisanihi wa yadihi”</w:t>
      </w:r>
    </w:p>
    <w:p>
      <w:r>
        <w:rPr>
          <w:sz w:val="20"/>
        </w:rPr>
        <w:t>5:47  "Al-muslim man salima al-nas bi-lisanih wa yadih".</w:t>
      </w:r>
      <w:r>
        <w:br/>
      </w:r>
      <w:r>
        <w:rPr>
          <w:sz w:val="20"/>
        </w:rPr>
        <w:t>5:55  "A true muslim is one by whose hands and tongue people are safe". yani sacha momin woh hai jo is tarah rahe society mein ke logon ko is se takleef na pohanchay, na is ke hath se, na is ki zuban se.</w:t>
      </w:r>
    </w:p>
    <w:p>
      <w:pPr>
        <w:pStyle w:val="Heading2"/>
      </w:pPr>
      <w:r>
        <w:t>Intellectual dishonesty called the greatest crime</w:t>
      </w:r>
    </w:p>
    <w:p>
      <w:r>
        <w:rPr>
          <w:color w:val="666666"/>
          <w:sz w:val="18"/>
        </w:rPr>
        <w:t>Problem and Shukr March 15, 2015 · 26s · at 32:24 · https://youtu.be/SPBsXjH1hzM?t=1944</w:t>
      </w:r>
    </w:p>
    <w:p>
      <w:r>
        <w:rPr>
          <w:i/>
        </w:rPr>
        <w:t>“Intellectual dishonesty gets crime hai”</w:t>
      </w:r>
    </w:p>
    <w:p>
      <w:r>
        <w:rPr>
          <w:sz w:val="20"/>
        </w:rPr>
        <w:t>32:24  aap ghaur kijiye ke intellectual dishonesty ka case jiska ban jaye, woh kitni badi gunaah mein mubtala hai.</w:t>
      </w:r>
      <w:r>
        <w:br/>
      </w:r>
      <w:r>
        <w:rPr>
          <w:sz w:val="20"/>
        </w:rPr>
        <w:t>32:33  intellectual dishonesty toh gets crime hai. intellectual dishonesty gets crime hai. is ka na duniya mein koi is ki jagah hai, na aakhirat mein is ki koi koi jagah hai.</w:t>
      </w:r>
    </w:p>
    <w:p>
      <w:pPr>
        <w:pStyle w:val="Heading2"/>
      </w:pPr>
      <w:r>
        <w:t>Peaceful activism versus violent activism defined</w:t>
      </w:r>
    </w:p>
    <w:p>
      <w:r>
        <w:rPr>
          <w:color w:val="666666"/>
          <w:sz w:val="18"/>
        </w:rPr>
        <w:t>Don't Be Angry Culture January 15, 2012 · 33s · at 1:00:42 · https://youtu.be/NrA3X8y_FLY?t=3642</w:t>
      </w:r>
    </w:p>
    <w:p>
      <w:r>
        <w:rPr>
          <w:i/>
        </w:rPr>
        <w:t>“Ek hai Peaceful Activism, ek hai Violent Activism”</w:t>
      </w:r>
    </w:p>
    <w:p>
      <w:r>
        <w:rPr>
          <w:sz w:val="20"/>
        </w:rPr>
        <w:t>1:00:42  Yaani ek hai Peaceful Activism, ek hai Violent Activism. To fiqah ki taqat ka matlab hai Peaceful Activism ka tareeqa ikhtiyar karna.</w:t>
      </w:r>
      <w:r>
        <w:br/>
      </w:r>
      <w:r>
        <w:rPr>
          <w:sz w:val="20"/>
        </w:rPr>
        <w:t>1:00:57  Aur is ka ulta hai Violent Activism. Yaani tashaddud ke zariye se kamyabi hasil karne ki koshish karna.</w:t>
      </w:r>
      <w:r>
        <w:br/>
      </w:r>
      <w:r>
        <w:rPr>
          <w:sz w:val="20"/>
        </w:rPr>
        <w:t>1:01:05  To zindagi, yaani tareekh batati hai ke kabhi bhi Violent Activism kisi ke liye mufeed nahi hua hai.</w:t>
      </w:r>
    </w:p>
    <w:p>
      <w:pPr>
        <w:pStyle w:val="Heading2"/>
      </w:pPr>
      <w:r>
        <w:t>Three requirements to find truth</w:t>
      </w:r>
    </w:p>
    <w:p>
      <w:r>
        <w:rPr>
          <w:color w:val="666666"/>
          <w:sz w:val="18"/>
        </w:rPr>
        <w:t>How to Find Truth | August 8, 2007 · 1m 00s · at 57:05 · https://youtu.be/YaxWNPN2K5A?t=3425</w:t>
      </w:r>
    </w:p>
    <w:p>
      <w:r>
        <w:rPr>
          <w:i/>
        </w:rPr>
        <w:t>“These three things are required: seeking spirit, sincerity, and readiness to surrender before reason”</w:t>
      </w:r>
    </w:p>
    <w:p>
      <w:r>
        <w:rPr>
          <w:sz w:val="20"/>
        </w:rPr>
        <w:t>57:05  The existence of God by inferential argument.</w:t>
      </w:r>
      <w:r>
        <w:br/>
      </w:r>
      <w:r>
        <w:rPr>
          <w:sz w:val="20"/>
        </w:rPr>
        <w:t>57:10  It was this background that made him speechless.</w:t>
      </w:r>
      <w:r>
        <w:br/>
      </w:r>
      <w:r>
        <w:rPr>
          <w:sz w:val="20"/>
        </w:rPr>
        <w:t>57:15  So, he was, I think he was a sincere person.</w:t>
      </w:r>
      <w:r>
        <w:br/>
      </w:r>
      <w:r>
        <w:rPr>
          <w:sz w:val="20"/>
        </w:rPr>
        <w:t>57:20  He was ready to surrender before reason.</w:t>
      </w:r>
      <w:r>
        <w:br/>
      </w:r>
      <w:r>
        <w:rPr>
          <w:sz w:val="20"/>
        </w:rPr>
        <w:t>57:25  So, he surrendered.</w:t>
      </w:r>
      <w:r>
        <w:br/>
      </w:r>
      <w:r>
        <w:rPr>
          <w:sz w:val="20"/>
        </w:rPr>
        <w:t>57:30  So, these three things are required.</w:t>
      </w:r>
      <w:r>
        <w:br/>
      </w:r>
      <w:r>
        <w:rPr>
          <w:sz w:val="20"/>
        </w:rPr>
        <w:t>57:35  : One is seeking spirit, second is sincerity, and third is readiness to surrender before reason.</w:t>
      </w:r>
      <w:r>
        <w:br/>
      </w:r>
      <w:r>
        <w:rPr>
          <w:sz w:val="20"/>
        </w:rPr>
        <w:t>57:45  So, only those people can find truth who have these three qualities, otherwise not.</w:t>
      </w:r>
      <w:r>
        <w:br/>
      </w:r>
      <w:r>
        <w:rPr>
          <w:sz w:val="20"/>
        </w:rPr>
        <w:t>57:55  So, if you are a true seeker</w:t>
      </w:r>
      <w:r>
        <w:br/>
      </w:r>
      <w:r>
        <w:rPr>
          <w:sz w:val="20"/>
        </w:rPr>
        <w:t>58:06  , if you want to if you want to find God, if you want to find truth, then</w:t>
      </w:r>
    </w:p>
    <w:p>
      <w:pPr>
        <w:pStyle w:val="Heading2"/>
      </w:pPr>
      <w:r>
        <w:t>Same criterion to prove anything</w:t>
      </w:r>
    </w:p>
    <w:p>
      <w:r>
        <w:rPr>
          <w:color w:val="666666"/>
          <w:sz w:val="18"/>
        </w:rPr>
        <w:t>How to Find Truth | August 8, 2007 · 1m 03s · at 44:57 · https://youtu.be/YaxWNPN2K5A?t=2697</w:t>
      </w:r>
    </w:p>
    <w:p>
      <w:r>
        <w:rPr>
          <w:i/>
        </w:rPr>
        <w:t>“I said the same criterion you have to prove anything else”</w:t>
      </w:r>
    </w:p>
    <w:p>
      <w:r>
        <w:rPr>
          <w:sz w:val="20"/>
        </w:rPr>
        <w:t>44:57  is.</w:t>
      </w:r>
      <w:r>
        <w:br/>
      </w:r>
      <w:r>
        <w:rPr>
          <w:sz w:val="20"/>
        </w:rPr>
        <w:t>45:05  After a little pause, I said the same criterion which you have to prove anything else.</w:t>
      </w:r>
      <w:r>
        <w:br/>
      </w:r>
      <w:r>
        <w:rPr>
          <w:sz w:val="20"/>
        </w:rPr>
        <w:t>45:13  I have the same criterion which you have to prove anything else.</w:t>
      </w:r>
      <w:r>
        <w:br/>
      </w:r>
      <w:r>
        <w:rPr>
          <w:sz w:val="20"/>
        </w:rPr>
        <w:t>45:22  And he became silent.</w:t>
      </w:r>
      <w:r>
        <w:br/>
      </w:r>
      <w:r>
        <w:rPr>
          <w:sz w:val="20"/>
        </w:rPr>
        <w:t>45:30  Conversation reached to the end.</w:t>
      </w:r>
      <w:r>
        <w:br/>
      </w:r>
      <w:r>
        <w:rPr>
          <w:sz w:val="20"/>
        </w:rPr>
        <w:t>45:35  It was shortest dialogue perhaps in history.</w:t>
      </w:r>
      <w:r>
        <w:br/>
      </w:r>
      <w:r>
        <w:rPr>
          <w:sz w:val="20"/>
        </w:rPr>
        <w:t>45:40  One question, one answer.</w:t>
      </w:r>
      <w:r>
        <w:br/>
      </w:r>
      <w:r>
        <w:rPr>
          <w:sz w:val="20"/>
        </w:rPr>
        <w:t>45:45  And it was the, and the dialogue ended.</w:t>
      </w:r>
      <w:r>
        <w:br/>
      </w:r>
      <w:r>
        <w:rPr>
          <w:sz w:val="20"/>
        </w:rPr>
        <w:t>45:50  Perhaps it was the shortest dialogue in the history.</w:t>
      </w:r>
      <w:r>
        <w:br/>
      </w:r>
      <w:r>
        <w:rPr>
          <w:sz w:val="20"/>
        </w:rPr>
        <w:t>45:55  He said what criterion, wa</w:t>
      </w:r>
    </w:p>
    <w:p>
      <w:pPr>
        <w:pStyle w:val="Heading2"/>
      </w:pPr>
      <w:r>
        <w:t>Satan's plan specifically targets human gratitude</w:t>
      </w:r>
    </w:p>
    <w:p>
      <w:r>
        <w:rPr>
          <w:color w:val="666666"/>
          <w:sz w:val="18"/>
        </w:rPr>
        <w:t>Importance of Shukr (Thankfulness) July 24, 2022 · 24s · at 9:25 · https://youtu.be/MgWNIv0k1sk?t=565</w:t>
      </w:r>
    </w:p>
    <w:p>
      <w:r>
        <w:rPr>
          <w:i/>
        </w:rPr>
        <w:t>“Insan bohot hi kamzor makhlooq hai”</w:t>
      </w:r>
    </w:p>
    <w:p>
      <w:r>
        <w:rPr>
          <w:sz w:val="20"/>
        </w:rPr>
        <w:t>9:25  insaan to bohat hi kamzor makhlooq hai, mein to is ko saare ko behka doon ga.</w:t>
      </w:r>
      <w:r>
        <w:br/>
      </w:r>
      <w:r>
        <w:rPr>
          <w:sz w:val="20"/>
        </w:rPr>
        <w:t>9:31  to us ne kaha ke jo khaas baat us ne kahi ke bohat kam logon ko aap shukr karne wala payein ge.</w:t>
      </w:r>
      <w:r>
        <w:br/>
      </w:r>
      <w:r>
        <w:rPr>
          <w:sz w:val="20"/>
        </w:rPr>
        <w:t>9:40  to is ka matlab hai ke shukr jo hai woh bohat hi zyada important hai hamara Khuda se taluq banane mein.</w:t>
      </w:r>
    </w:p>
    <w:p>
      <w:pPr>
        <w:pStyle w:val="Heading2"/>
      </w:pPr>
      <w:r>
        <w:t>Why patience is the ultimate solution in Islam</w:t>
      </w:r>
    </w:p>
    <w:p>
      <w:r>
        <w:rPr>
          <w:color w:val="666666"/>
          <w:sz w:val="18"/>
        </w:rPr>
        <w:t>Importance of Patience in Islam December 11, 2022 · 31s · at 0:19 · https://youtu.be/Cy59II1dC-I?t=19</w:t>
      </w:r>
    </w:p>
    <w:p>
      <w:r>
        <w:rPr>
          <w:i/>
        </w:rPr>
        <w:t>“One of Islam's important teachings is patience”</w:t>
      </w:r>
    </w:p>
    <w:p>
      <w:r>
        <w:rPr>
          <w:sz w:val="20"/>
        </w:rPr>
        <w:t>0:19  One of the important teachings of Islam is patience. Patience is undoubtedly the superior solution to all the problems.</w:t>
      </w:r>
      <w:r>
        <w:br/>
      </w:r>
      <w:r>
        <w:rPr>
          <w:sz w:val="20"/>
        </w:rPr>
        <w:t>0:29  If you look at the present world, it is designed in such a way that one faces unpleasant situations repeatedly.</w:t>
      </w:r>
      <w:r>
        <w:br/>
      </w:r>
      <w:r>
        <w:rPr>
          <w:sz w:val="20"/>
        </w:rPr>
        <w:t>0:39  Therefore, if a person gets entangled in such unpleasant situations, then he would fail to advance along the path of human progress.</w:t>
      </w:r>
    </w:p>
    <w:p>
      <w:pPr>
        <w:pStyle w:val="Heading2"/>
      </w:pPr>
      <w:r>
        <w:t>Definition of a true believer, momin</w:t>
      </w:r>
    </w:p>
    <w:p>
      <w:r>
        <w:rPr>
          <w:color w:val="666666"/>
          <w:sz w:val="18"/>
        </w:rPr>
        <w:t>Fasting A Source of Spiritual Empowerment August 21, 2011 Maulana Wahiduddin Khan · 51s · at 8:34 · https://youtu.be/Z0EbPlujcf0?t=514</w:t>
      </w:r>
    </w:p>
    <w:p>
      <w:r>
        <w:rPr>
          <w:i/>
        </w:rPr>
        <w:t>“Momin woh hai jis ko Allah ki discovery hoti hai”</w:t>
      </w:r>
    </w:p>
    <w:p>
      <w:r>
        <w:rPr>
          <w:sz w:val="20"/>
        </w:rPr>
        <w:t>8:34  momin woh hai jisko allah ki discovery hoti hai momin woh hai jo allah ki marifat mein jeeta hai.</w:t>
      </w:r>
      <w:r>
        <w:br/>
      </w:r>
      <w:r>
        <w:rPr>
          <w:sz w:val="20"/>
        </w:rPr>
        <w:t>8:49  momin woh hai jisko allah ki qurbat ki talash hoti hai.</w:t>
      </w:r>
      <w:r>
        <w:br/>
      </w:r>
      <w:r>
        <w:rPr>
          <w:sz w:val="20"/>
        </w:rPr>
        <w:t>8:57  momin woh hai jo har waqt subah sham yeh sochta hai ke kaise mere andar woh personality bane ke main akhirat mein jannat mein dakhle ka mustahiq qarar paun.</w:t>
      </w:r>
      <w:r>
        <w:br/>
      </w:r>
      <w:r>
        <w:rPr>
          <w:sz w:val="20"/>
        </w:rPr>
        <w:t>9:16  aisa insan hai momin to jab momin aisa insan hai to isi ke lihaz se aap batayenge rizq ka matlab.</w:t>
      </w:r>
    </w:p>
    <w:p>
      <w:pPr>
        <w:pStyle w:val="Heading2"/>
      </w:pPr>
      <w:r>
        <w:t>Claim that Islam is in danger is self-rejecting</w:t>
      </w:r>
    </w:p>
    <w:p>
      <w:r>
        <w:rPr>
          <w:color w:val="666666"/>
          <w:sz w:val="18"/>
        </w:rPr>
        <w:t>Is Islam in Danger, January 10, 2007 · 25s · at 2:48 · https://youtu.be/1vrUjeA7508?t=168</w:t>
      </w:r>
    </w:p>
    <w:p>
      <w:r>
        <w:rPr>
          <w:i/>
        </w:rPr>
        <w:t>“ساری کتابوں میں یہی لکھا ہوا ہے کہ اسلام خطرے میں ہے”</w:t>
      </w:r>
    </w:p>
    <w:p>
      <w:r>
        <w:rPr>
          <w:sz w:val="20"/>
        </w:rPr>
        <w:t>2:48  sari kitabon mein yahi likha hua hai aur sari zubanen yahi bol rahi hain ke Islam khatre mein hai.</w:t>
      </w:r>
      <w:r>
        <w:br/>
      </w:r>
      <w:r>
        <w:rPr>
          <w:sz w:val="20"/>
        </w:rPr>
        <w:t>2:58  dekhen, yeh jo baat hai to main kahunga ke "Prima facie it stands rejected." yeh apne aap hi mein qabil e radd hai.</w:t>
      </w:r>
    </w:p>
    <w:p>
      <w:pPr>
        <w:pStyle w:val="Heading2"/>
      </w:pPr>
      <w:r>
        <w:t>Seeking spirit from intellectual discontentment</w:t>
      </w:r>
    </w:p>
    <w:p>
      <w:r>
        <w:rPr>
          <w:color w:val="666666"/>
          <w:sz w:val="18"/>
        </w:rPr>
        <w:t>How to Find Truth | August 8, 2007 · 1m 02s · at 2:13 · https://youtu.be/YaxWNPN2K5A?t=133</w:t>
      </w:r>
    </w:p>
    <w:p>
      <w:r>
        <w:rPr>
          <w:i/>
        </w:rPr>
        <w:t>“Seeking spirit is the result of pursuit”</w:t>
      </w:r>
    </w:p>
    <w:p>
      <w:r>
        <w:rPr>
          <w:sz w:val="20"/>
        </w:rPr>
        <w:t>2:13  why this question? it is, I think that, seeking spirit is a, seeking spirit is the result of this</w:t>
      </w:r>
      <w:r>
        <w:br/>
      </w:r>
      <w:r>
        <w:rPr>
          <w:sz w:val="20"/>
        </w:rPr>
        <w:t>2:45  pursuit.</w:t>
      </w:r>
      <w:r>
        <w:br/>
      </w:r>
      <w:r>
        <w:rPr>
          <w:sz w:val="20"/>
        </w:rPr>
        <w:t>2:52  Pursuit of truth is a result of one's seeking spirit.</w:t>
      </w:r>
      <w:r>
        <w:br/>
      </w:r>
      <w:r>
        <w:rPr>
          <w:sz w:val="20"/>
        </w:rPr>
        <w:t>3:00  Man is a seeking animal.</w:t>
      </w:r>
      <w:r>
        <w:br/>
      </w:r>
      <w:r>
        <w:rPr>
          <w:sz w:val="20"/>
        </w:rPr>
        <w:t>3:07  Now, what is seeking? Seeking is intellectual discontentment.</w:t>
      </w:r>
    </w:p>
    <w:p>
      <w:pPr>
        <w:pStyle w:val="Heading2"/>
      </w:pPr>
      <w:r>
        <w:t>Anger is from shaitan</w:t>
      </w:r>
    </w:p>
    <w:p>
      <w:r>
        <w:rPr>
          <w:color w:val="666666"/>
          <w:sz w:val="18"/>
        </w:rPr>
        <w:t>Don't Be Angry Culture January 15, 2012 Maulana Wahiduddin Khan · 30s · at 54:50 · https://youtu.be/rY1Ikwmwwdk?t=3290</w:t>
      </w:r>
    </w:p>
    <w:p>
      <w:r>
        <w:rPr>
          <w:i/>
        </w:rPr>
        <w:t>“Ghusa aaye to samjhein ke shaitan ghus aaya”</w:t>
      </w:r>
    </w:p>
    <w:p>
      <w:r>
        <w:rPr>
          <w:sz w:val="20"/>
        </w:rPr>
        <w:t>54:50  to ghussa aaye to yahi karna chahiye.</w:t>
      </w:r>
      <w:r>
        <w:br/>
      </w:r>
      <w:r>
        <w:rPr>
          <w:sz w:val="20"/>
        </w:rPr>
        <w:t>54:53  ghussa aaye to samjhein ke shaitan shaitan ghus aaya. ghussa aaya hai to samjhein ke shaitan ghus aaya hai. aur phir yahi padhiye.</w:t>
      </w:r>
      <w:r>
        <w:br/>
      </w:r>
      <w:r>
        <w:rPr>
          <w:sz w:val="20"/>
        </w:rPr>
        <w:t>55:05  Allah</w:t>
      </w:r>
    </w:p>
    <w:p>
      <w:pPr>
        <w:pStyle w:val="Heading2"/>
      </w:pPr>
      <w:r>
        <w:t>Maneuver not confrontation with rulers</w:t>
      </w:r>
    </w:p>
    <w:p>
      <w:r>
        <w:rPr>
          <w:color w:val="666666"/>
          <w:sz w:val="18"/>
        </w:rPr>
        <w:t>Attaining Wisdom through State of Helplessness November 28, 2019 - Maulana Wahiduddin Khan · 44s · at 27:50 · https://youtu.be/dS29D4Pt-3U?t=1670</w:t>
      </w:r>
    </w:p>
    <w:p>
      <w:r>
        <w:rPr>
          <w:i/>
        </w:rPr>
        <w:t>“Maneuver karna chahiye takrao nahi”</w:t>
      </w:r>
    </w:p>
    <w:p>
      <w:r>
        <w:rPr>
          <w:sz w:val="20"/>
        </w:rPr>
        <w:t>27:50  to mein wahid shakhs hoon jinhon ne is ko daryaft kiya ke in logon ko hukmaranon se takrao nahi karna chahiye tha.</w:t>
      </w:r>
      <w:r>
        <w:br/>
      </w:r>
      <w:r>
        <w:rPr>
          <w:sz w:val="20"/>
        </w:rPr>
        <w:t>28:02  bhaga takrao ke</w:t>
      </w:r>
      <w:r>
        <w:br/>
      </w:r>
      <w:r>
        <w:rPr>
          <w:sz w:val="20"/>
        </w:rPr>
        <w:t>28:06  maanish karna chahiye tha maanish. Lekin in sab logon ne takrao phir danda utha liya. Pakistan mein, misr mein, har jagah, falasteen mein.</w:t>
      </w:r>
      <w:r>
        <w:br/>
      </w:r>
      <w:r>
        <w:rPr>
          <w:sz w:val="20"/>
        </w:rPr>
        <w:t>28:18  mein akela hi woh kar sakta hoon. Mein ne kaha ke maanish karna chahiye, takrao nahi karna chahiye. To yeh meri fehrist hai ke mein bas mere bas mein nahi hai tajaddud karna.</w:t>
      </w:r>
    </w:p>
    <w:p>
      <w:pPr>
        <w:pStyle w:val="Heading2"/>
      </w:pPr>
      <w:r>
        <w:t>Sabr is an ibadah</w:t>
      </w:r>
    </w:p>
    <w:p>
      <w:r>
        <w:rPr>
          <w:color w:val="666666"/>
          <w:sz w:val="18"/>
        </w:rPr>
        <w:t>Ramadan Q and A Session with Prof. Farida Khanam 27th March' 2022 · 31s · at 41:32 · https://youtu.be/M_pJVGZWKIM?t=2492</w:t>
      </w:r>
    </w:p>
    <w:p>
      <w:r>
        <w:rPr>
          <w:i/>
        </w:rPr>
        <w:t>“Maulana sahab ne kaha tha sabr to ek ibadat hai”</w:t>
      </w:r>
    </w:p>
    <w:p>
      <w:r>
        <w:rPr>
          <w:sz w:val="20"/>
        </w:rPr>
        <w:t>41:32  to molana sahib ne kaha tha sabr to ek ibadat hai.</w:t>
      </w:r>
      <w:r>
        <w:br/>
      </w:r>
      <w:r>
        <w:rPr>
          <w:sz w:val="20"/>
        </w:rPr>
        <w:t>41:38  तो क्या है you have sagaroon aaj roam bagair hisaab hum without measure hum sabr ka aaj roam dete</w:t>
      </w:r>
      <w:r>
        <w:br/>
      </w:r>
      <w:r>
        <w:rPr>
          <w:sz w:val="20"/>
        </w:rPr>
        <w:t>41:44  hain to sabr to jitna karne ka mauka mile utni achha hai hamein to hamara to reward hi</w:t>
      </w:r>
      <w:r>
        <w:br/>
      </w:r>
      <w:r>
        <w:rPr>
          <w:sz w:val="20"/>
        </w:rPr>
        <w:t>41:50  badh raha hai na isliye sabr se kabhi pareshan mat hui hai.</w:t>
      </w:r>
      <w:r>
        <w:br/>
      </w:r>
      <w:r>
        <w:rPr>
          <w:sz w:val="20"/>
        </w:rPr>
        <w:t>41:56  allah taala hamein mauka de raha hai reward dene ke liye.</w:t>
      </w:r>
      <w:r>
        <w:br/>
      </w:r>
      <w:r>
        <w:rPr>
          <w:sz w:val="20"/>
        </w:rPr>
        <w:t>42:03  Clear ho gaya apa. Shukriya. Thank you papa. achha ek sawal papa yeh Ramzan aur taravi se matlab hai ke achha kai log ek jagah ikatthe kisi building mein rehte hain aur yeh Ramzan ka mahina shuru ho raha hai aur taravi bhi shuru ho rahi hai. toh ek jaise ke ek jagah assign ho jata hai ke wahan par mard aurat ek partition ya kuch distance create karke auratein bhi imam ke peeche namaz padh sakti hain.</w:t>
      </w:r>
    </w:p>
    <w:p>
      <w:pPr>
        <w:pStyle w:val="Heading2"/>
      </w:pPr>
      <w:r>
        <w:t>Anger spoils positive thinking</w:t>
      </w:r>
    </w:p>
    <w:p>
      <w:r>
        <w:rPr>
          <w:color w:val="666666"/>
          <w:sz w:val="18"/>
        </w:rPr>
        <w:t>Anger An Obstacle to wisdom 5 Jan 2020 - Maulana Wahiduddin Khan · 35s · at 4:12 · https://youtu.be/q0VPtCsiYrI?t=252</w:t>
      </w:r>
    </w:p>
    <w:p>
      <w:r>
        <w:rPr>
          <w:i/>
        </w:rPr>
        <w:t>“When he gets angry, his entire setup gets spoiled.”</w:t>
      </w:r>
    </w:p>
    <w:p>
      <w:r>
        <w:rPr>
          <w:sz w:val="20"/>
        </w:rPr>
        <w:t>4:12  lekin jab woh ghussa mein aa jaye to uska sara setup bigad jata hai.</w:t>
      </w:r>
      <w:r>
        <w:br/>
      </w:r>
      <w:r>
        <w:rPr>
          <w:sz w:val="20"/>
        </w:rPr>
        <w:t>4:24  positive thinking aap ko</w:t>
      </w:r>
      <w:r>
        <w:br/>
      </w:r>
      <w:r>
        <w:rPr>
          <w:sz w:val="20"/>
        </w:rPr>
        <w:t>4:29  universal treasure ka malik bana rakhti hai. aur jaise hi aap ghussa mein aa jayein to sab kuch bigad jata hai.</w:t>
      </w:r>
    </w:p>
    <w:p>
      <w:pPr>
        <w:pStyle w:val="Heading2"/>
      </w:pPr>
      <w:r>
        <w:t>Quran: reward of the patient is beyond measure</w:t>
      </w:r>
    </w:p>
    <w:p>
      <w:r>
        <w:rPr>
          <w:color w:val="666666"/>
          <w:sz w:val="18"/>
        </w:rPr>
        <w:t>Importance of Patience in Islam December 11, 2022 · 29s · at 24:15 · https://youtu.be/Cy59II1dC-I?t=1455</w:t>
      </w:r>
    </w:p>
    <w:p>
      <w:r>
        <w:rPr>
          <w:i/>
        </w:rPr>
        <w:t>“Innama yuwaffa sabiruna ajrahum bighayri hisab”</w:t>
      </w:r>
    </w:p>
    <w:p>
      <w:r>
        <w:rPr>
          <w:sz w:val="20"/>
        </w:rPr>
        <w:t>24:15  Quran mein aaya hai, "innama yuwaffa sabiruna ajrahum bighair hisab." ke Allah taala ke yahan sabr karne walon ka hisaab, sabr karne walon ka ajr behisaab hai. aisa ayat kisi bhi ibaadat ke liye nahi aayi hai. to ek baar Maulana se kisi ne kaha ke, "sabr kab tak?" to Maulana ne kaha ke, "aap kabhi aap ne poocha hai ke ibaadat kab tak?" to isi tareeqe se sabr to sabse badi ibaadat hai.</w:t>
      </w:r>
    </w:p>
    <w:p>
      <w:pPr>
        <w:pStyle w:val="Heading2"/>
      </w:pPr>
      <w:r>
        <w:t>Sabr as entry point for tazkiyah</w:t>
      </w:r>
    </w:p>
    <w:p>
      <w:r>
        <w:rPr>
          <w:color w:val="666666"/>
          <w:sz w:val="18"/>
        </w:rPr>
        <w:t>Become Alert at Satan's Negative Influence Dec 14 2019 - Maulana Wahiduddin Khan · 25s · at 2:36 · https://youtu.be/njCxCpiLQ60?t=156</w:t>
      </w:r>
    </w:p>
    <w:p>
      <w:r>
        <w:rPr>
          <w:i/>
        </w:rPr>
        <w:t>“Dekhiye, meri samajh ke mutabiq”</w:t>
      </w:r>
    </w:p>
    <w:p>
      <w:r>
        <w:rPr>
          <w:sz w:val="20"/>
        </w:rPr>
        <w:t>2:36  dekhein, meri samajh ke mutabiq</w:t>
      </w:r>
      <w:r>
        <w:br/>
      </w:r>
      <w:r>
        <w:rPr>
          <w:sz w:val="20"/>
        </w:rPr>
        <w:t>2:45  sabr</w:t>
      </w:r>
      <w:r>
        <w:br/>
      </w:r>
      <w:r>
        <w:rPr>
          <w:sz w:val="20"/>
        </w:rPr>
        <w:t>2:50  tazkiya ka entry point hai.</w:t>
      </w:r>
      <w:r>
        <w:br/>
      </w:r>
      <w:r>
        <w:rPr>
          <w:sz w:val="20"/>
        </w:rPr>
        <w:t>2:56  sabr hai to tazkiya nahi hai.</w:t>
      </w:r>
    </w:p>
    <w:p>
      <w:pPr>
        <w:pStyle w:val="Heading2"/>
      </w:pPr>
      <w:r>
        <w:t>Two support systems for life</w:t>
      </w:r>
    </w:p>
    <w:p>
      <w:r>
        <w:rPr>
          <w:color w:val="666666"/>
          <w:sz w:val="18"/>
        </w:rPr>
        <w:t>Moral Values in Islam 10 July, 2008 - Maulana Wahiduddin Khan · 40s · at 38:31 · https://youtu.be/IdBtIDNiLUg?t=2311</w:t>
      </w:r>
    </w:p>
    <w:p>
      <w:r>
        <w:rPr>
          <w:i/>
        </w:rPr>
        <w:t>“We are living between two helping systems.”</w:t>
      </w:r>
    </w:p>
    <w:p>
      <w:r>
        <w:rPr>
          <w:sz w:val="20"/>
        </w:rPr>
        <w:t>38:31  between two helping system. one is natural support system and the second is civilizational support system.</w:t>
      </w:r>
      <w:r>
        <w:br/>
      </w:r>
      <w:r>
        <w:rPr>
          <w:sz w:val="20"/>
        </w:rPr>
        <w:t>38:48  by natural support system, i mean sun light and this planet earth and water and mountain and air and oxygen and food</w:t>
      </w:r>
    </w:p>
    <w:p>
      <w:pPr>
        <w:pStyle w:val="Heading2"/>
      </w:pPr>
      <w:r>
        <w:t>Animal eating from a field vs a man stealing crops</w:t>
      </w:r>
    </w:p>
    <w:p>
      <w:r>
        <w:rPr>
          <w:color w:val="666666"/>
          <w:sz w:val="18"/>
        </w:rPr>
        <w:t>Ethical Values in Islam, June 19, 2008 · 58s · at 8:46 · https://youtu.be/2yPff80nSBY?t=526</w:t>
      </w:r>
    </w:p>
    <w:p>
      <w:r>
        <w:rPr>
          <w:i/>
        </w:rPr>
        <w:t>“An animal doesn't know it should eat only its own field”</w:t>
      </w:r>
    </w:p>
    <w:p>
      <w:r>
        <w:rPr>
          <w:sz w:val="20"/>
        </w:rPr>
        <w:t>8:46  jaise kisi doosre ka khet hai, us khet mein fasal lagi hui hai. ab animal koi wahan se guzre ga to lage khane us ko</w:t>
      </w:r>
      <w:r>
        <w:br/>
      </w:r>
      <w:r>
        <w:rPr>
          <w:sz w:val="20"/>
        </w:rPr>
        <w:t>8:57  . us ko pata nahi ke mujhe apne khet se khana chahiye, doosre khet se nahi khana chahiye. lekin jab insaan is mein aise hi kaam kare ke doosre ke khet mein lage,</w:t>
      </w:r>
      <w:r>
        <w:br/>
      </w:r>
      <w:r>
        <w:rPr>
          <w:sz w:val="20"/>
        </w:rPr>
        <w:t>9:12  yaani us ko is mein kaate, us ko kaat ke ghar le jaye, us mein khaye, to woh uska dil, uska consciousness bataye ga ke tum galat kaam kar rahe ho, yaani tum chori kar rahe ho.</w:t>
      </w:r>
      <w:r>
        <w:br/>
      </w:r>
      <w:r>
        <w:rPr>
          <w:sz w:val="20"/>
        </w:rPr>
        <w:t>9:27  to sach poochhen to moral values insaan ko animal se alag karti hain. animal ke haan koi moral values nahi, lekin insaan ke haan moral values hain.</w:t>
      </w:r>
    </w:p>
    <w:p>
      <w:pPr>
        <w:pStyle w:val="Heading2"/>
      </w:pPr>
      <w:r>
        <w:t>Wisdom is intellectual truth is moral</w:t>
      </w:r>
    </w:p>
    <w:p>
      <w:r>
        <w:rPr>
          <w:color w:val="666666"/>
          <w:sz w:val="18"/>
        </w:rPr>
        <w:t>Speaking Truth (In conversation with Maulan) · 21s · at 13:04 · https://youtu.be/Fi3Z0-JgBac?t=784</w:t>
      </w:r>
    </w:p>
    <w:p>
      <w:r>
        <w:rPr>
          <w:i/>
        </w:rPr>
        <w:t>“Uska taalluq yaani intellectual development se hai”</w:t>
      </w:r>
    </w:p>
    <w:p>
      <w:r>
        <w:rPr>
          <w:sz w:val="20"/>
        </w:rPr>
        <w:t>13:04  uska taluq yaani intellectual development se hai. intellectual capacity se hai. aur jo jhoot bolna ya sach bolna, yah jo baat hai, yah to ek moral values ki baat hai.</w:t>
      </w:r>
    </w:p>
    <w:p>
      <w:pPr>
        <w:pStyle w:val="Heading2"/>
      </w:pPr>
      <w:r>
        <w:t>Final verdict: it's Muslims' version, not Islam, in danger</w:t>
      </w:r>
    </w:p>
    <w:p>
      <w:r>
        <w:rPr>
          <w:color w:val="666666"/>
          <w:sz w:val="18"/>
        </w:rPr>
        <w:t>Is Islam in Danger, January 10, 2007 · 27s · at 44:32 · https://youtu.be/1vrUjeA7508?t=2672</w:t>
      </w:r>
    </w:p>
    <w:p>
      <w:r>
        <w:rPr>
          <w:i/>
        </w:rPr>
        <w:t>“اسلام خطرے میں ہے — اتنا جب بولا جا رہا ہے تو بالکل غلط ہے”</w:t>
      </w:r>
    </w:p>
    <w:p>
      <w:r>
        <w:rPr>
          <w:sz w:val="20"/>
        </w:rPr>
        <w:t>44:32  is baat ko achi tarah samajh lijiye. ke mamla kya hai. islam khatre mein hai. itna jab bola ja raha hai to bilkul ghalat.</w:t>
      </w:r>
      <w:r>
        <w:br/>
      </w:r>
      <w:r>
        <w:rPr>
          <w:sz w:val="20"/>
        </w:rPr>
        <w:t>44:42  yeh boli hai. jo cheez khatre mein hai woh musalmanon ka apna. banaya hua islam ka nazariya hai.</w:t>
      </w:r>
      <w:r>
        <w:br/>
      </w:r>
      <w:r>
        <w:rPr>
          <w:sz w:val="20"/>
        </w:rPr>
        <w:t>44:52  yani islam ka muslim nazariya khatre mein hai na ke islam khatre mein hai.</w:t>
      </w:r>
    </w:p>
    <w:p>
      <w:pPr>
        <w:pStyle w:val="Heading2"/>
      </w:pPr>
      <w:r>
        <w:t>Freedom ends where nose begins</w:t>
      </w:r>
    </w:p>
    <w:p>
      <w:r>
        <w:rPr>
          <w:color w:val="666666"/>
          <w:sz w:val="18"/>
        </w:rPr>
        <w:t>Dars-e-Quran, Chapter 2, Verses 44-46, January 28, 2018 · 30s · at 20:34 · https://youtu.be/3Kd5InuBtFA?t=1234</w:t>
      </w:r>
    </w:p>
    <w:p>
      <w:r>
        <w:rPr>
          <w:i/>
        </w:rPr>
        <w:t>“Your freedom ends where my nose begins”</w:t>
      </w:r>
    </w:p>
    <w:p>
      <w:r>
        <w:rPr>
          <w:sz w:val="20"/>
        </w:rPr>
        <w:t>20:34  "Your freedom ends where my nose begins." بس یہی شرط ہے آج کی دنیا کی۔</w:t>
      </w:r>
      <w:r>
        <w:br/>
      </w:r>
      <w:r>
        <w:rPr>
          <w:sz w:val="20"/>
        </w:rPr>
        <w:t>20:41  best yeh illustration hai ke aaj ki duniya kya hai.</w:t>
      </w:r>
      <w:r>
        <w:br/>
      </w:r>
      <w:r>
        <w:rPr>
          <w:sz w:val="20"/>
        </w:rPr>
        <w:t>20:49  aap kisi ki nose ko hit na kijiye to aap ko total freedom hai.</w:t>
      </w:r>
      <w:r>
        <w:br/>
      </w:r>
      <w:r>
        <w:rPr>
          <w:sz w:val="20"/>
        </w:rPr>
        <w:t>20:56  jis tarah musalman shikayat karte hain ke america ne gulf war kyun ki, kyun musalmanon ko</w:t>
      </w:r>
    </w:p>
    <w:p>
      <w:pPr>
        <w:pStyle w:val="Heading2"/>
      </w:pPr>
      <w:r>
        <w:t>True Alhamdulillah not lip service</w:t>
      </w:r>
    </w:p>
    <w:p>
      <w:r>
        <w:rPr>
          <w:color w:val="666666"/>
          <w:sz w:val="18"/>
        </w:rPr>
        <w:t>Art of War and Islam · 25s · at 56:01 · https://youtu.be/LvYP_pf17S0?t=3361</w:t>
      </w:r>
    </w:p>
    <w:p>
      <w:r>
        <w:rPr>
          <w:i/>
        </w:rPr>
        <w:t>“If you are living in hate”</w:t>
      </w:r>
    </w:p>
    <w:p>
      <w:r>
        <w:rPr>
          <w:sz w:val="20"/>
        </w:rPr>
        <w:t>56:01  If you are living in hate, if you are living in intolerance, if you are living in enmity, if you are living in negativity and you say "Alhamdulillah," this "Alhamdulillah" is nothing but lip service.</w:t>
      </w:r>
    </w:p>
    <w:p>
      <w:pPr>
        <w:pStyle w:val="Heading2"/>
      </w:pPr>
      <w:r>
        <w:t>Anger comes from Satan; the prescribed dua</w:t>
      </w:r>
    </w:p>
    <w:p>
      <w:r>
        <w:rPr>
          <w:color w:val="666666"/>
          <w:sz w:val="18"/>
        </w:rPr>
        <w:t>Don't Be Angry Culture January 15, 2012 · 53s · at 52:59 · https://youtu.be/NrA3X8y_FLY?t=3179</w:t>
      </w:r>
    </w:p>
    <w:p>
      <w:r>
        <w:rPr>
          <w:i/>
        </w:rPr>
        <w:t>“Ghussa jo hai, wo al-ghadab minash-shaitan”</w:t>
      </w:r>
    </w:p>
    <w:p>
      <w:r>
        <w:rPr>
          <w:sz w:val="20"/>
        </w:rPr>
        <w:t>52:59  Hadees mein aata hai ke ghussa jo hai, woh Al Ghadab min al Shaitan. ghussa Shaitan ki wajah se aata hai.</w:t>
      </w:r>
      <w:r>
        <w:br/>
      </w:r>
      <w:r>
        <w:rPr>
          <w:sz w:val="20"/>
        </w:rPr>
        <w:t>53:09  Shaitan Activate kar ke aap ke andar ghussa paida karta hai.</w:t>
      </w:r>
      <w:r>
        <w:br/>
      </w:r>
      <w:r>
        <w:rPr>
          <w:sz w:val="20"/>
        </w:rPr>
        <w:t>53:13  to aap dekhiye ke Islam mein yeh taleem di gayi ke Allahumma a'udhu billahi min al Shaitan al Rajim kaho jab tumhare andar koi bura khayal aa jaye.</w:t>
      </w:r>
      <w:r>
        <w:br/>
      </w:r>
      <w:r>
        <w:rPr>
          <w:sz w:val="20"/>
        </w:rPr>
        <w:t>53:25  to ghussa aaye to yahi karna chahiye. ghussa aaye to samjhein ke Shaitan ko ghusaya hai. ghussa aaya hai to samjhein ke Shaitan ghusaya hai.</w:t>
      </w:r>
      <w:r>
        <w:br/>
      </w:r>
      <w:r>
        <w:rPr>
          <w:sz w:val="20"/>
        </w:rPr>
        <w:t>53:38  aur phir yahi padhiye. Allah inni a'udhu bika min</w:t>
      </w:r>
      <w:r>
        <w:br/>
      </w:r>
      <w:r>
        <w:rPr>
          <w:sz w:val="20"/>
        </w:rPr>
        <w:t>53:43  al Shaitan al Rajim. to yeh bohat hi ahem Hadees hai jo maine aap ko sunai. ke Al Ghadab</w:t>
      </w:r>
    </w:p>
    <w:p>
      <w:pPr>
        <w:pStyle w:val="Heading2"/>
      </w:pPr>
      <w:r>
        <w:t>Daily habit of admitting 'I was wrong'</w:t>
      </w:r>
    </w:p>
    <w:p>
      <w:r>
        <w:rPr>
          <w:color w:val="666666"/>
          <w:sz w:val="18"/>
        </w:rPr>
        <w:t>Power of Peace June 6, 2010 Maulana Wahiduddin Khan · 38s · at 1:44:59 · https://youtu.be/QNnouRoYI38?t=6299</w:t>
      </w:r>
    </w:p>
    <w:p>
      <w:r>
        <w:rPr>
          <w:i/>
        </w:rPr>
        <w:t>“Main roz mauka doondhta hoon kehne ko main galat tha”</w:t>
      </w:r>
    </w:p>
    <w:p>
      <w:r>
        <w:rPr>
          <w:sz w:val="20"/>
        </w:rPr>
        <w:t>1:44:59  Kal parson mein kisi se keh raha tha ke dekhein, main rozana mauqa dhoondta hoon yeh kehne ke liye ke I was wrong. Rozana, ghar ke andar hoon ya kahin</w:t>
      </w:r>
      <w:r>
        <w:br/>
      </w:r>
      <w:r>
        <w:rPr>
          <w:sz w:val="20"/>
        </w:rPr>
        <w:t>1:45:10  bhi, koi mauqa, jaldi se kehta hoon ke I was wrong. Kyun? Farishton ke record mein apni modesty ko establish karne ke liye.</w:t>
      </w:r>
      <w:r>
        <w:br/>
      </w:r>
      <w:r>
        <w:rPr>
          <w:sz w:val="20"/>
        </w:rPr>
        <w:t>1:45:22  Yaani yeh main nahi dekhta ke ghalti meri hai ke doosre ki hai. Yeh main nahi dekhta. Bas main jaldi se kehta hoon I was wrong.</w:t>
      </w:r>
      <w:r>
        <w:br/>
      </w:r>
      <w:r>
        <w:rPr>
          <w:sz w:val="20"/>
        </w:rPr>
        <w:t>1:45:35  Aur yeh bohat zabardast formula</w:t>
      </w:r>
    </w:p>
    <w:p>
      <w:pPr>
        <w:pStyle w:val="Heading2"/>
      </w:pPr>
      <w:r>
        <w:t>Prayer as alternative to complaint</w:t>
      </w:r>
    </w:p>
    <w:p>
      <w:r>
        <w:rPr>
          <w:color w:val="666666"/>
          <w:sz w:val="18"/>
        </w:rPr>
        <w:t>From the Spiritual Tree 20 February 2011 - Maulana Wahiduddin Khan · 24s · at 52:06 · https://youtu.be/FpBLnD-xv6A?t=3126</w:t>
      </w:r>
    </w:p>
    <w:p>
      <w:r>
        <w:rPr>
          <w:i/>
        </w:rPr>
        <w:t>“Shikayat ka alternative dua hai”</w:t>
      </w:r>
    </w:p>
    <w:p>
      <w:r>
        <w:rPr>
          <w:sz w:val="20"/>
        </w:rPr>
        <w:t>52:06  shikayat ka alternative dua hai. jahan aap dekhen ke aap ko koi cheez pasand nahi aa rahi hai aur aap ke andar shikayat develop ho rahi hai, to jaldi se dua kijiye.</w:t>
      </w:r>
      <w:r>
        <w:br/>
      </w:r>
      <w:r>
        <w:rPr>
          <w:sz w:val="20"/>
        </w:rPr>
        <w:t>52:21  dua alternative hai shikayat ka. dua alternative hai negative thinking ka. dua alternative hai protest ka.</w:t>
      </w:r>
    </w:p>
    <w:p>
      <w:pPr>
        <w:pStyle w:val="Heading2"/>
      </w:pPr>
      <w:r>
        <w:t>Prime Minister silences crowd</w:t>
      </w:r>
    </w:p>
    <w:p>
      <w:r>
        <w:rPr>
          <w:color w:val="666666"/>
          <w:sz w:val="18"/>
        </w:rPr>
        <w:t>When God's Name is Invoked December 21, 2019 - Interaction with Maulana Wahiduddin Khan, · 56s · at 4:08 · https://youtu.be/jgNjICoo-Cw?t=248</w:t>
      </w:r>
    </w:p>
    <w:p>
      <w:r>
        <w:rPr>
          <w:i/>
        </w:rPr>
        <w:t>“Jaise mein ek martaba bahar ek carfare main tha.”</w:t>
      </w:r>
    </w:p>
    <w:p>
      <w:r>
        <w:rPr>
          <w:sz w:val="20"/>
        </w:rPr>
        <w:t>4:08  jaise main aik martaba bahar aik carforst mein tha to aane walay log baithe hue thay,</w:t>
      </w:r>
      <w:r>
        <w:br/>
      </w:r>
      <w:r>
        <w:rPr>
          <w:sz w:val="20"/>
        </w:rPr>
        <w:t>4:23  aapas mein baatein bhi kar rahay thay. to aane wala shakhs mulk ka Prime Minister tha,</w:t>
      </w:r>
      <w:r>
        <w:br/>
      </w:r>
      <w:r>
        <w:rPr>
          <w:sz w:val="20"/>
        </w:rPr>
        <w:t>4:35  bohat jalal wala aadmi tha.</w:t>
      </w:r>
      <w:r>
        <w:br/>
      </w:r>
      <w:r>
        <w:rPr>
          <w:sz w:val="20"/>
        </w:rPr>
        <w:t>4:47  to kisi ne keh diya ke Prime Minister sahib aa rahay hain. jaise hi unhon ne yeh kaha, sab</w:t>
      </w:r>
      <w:r>
        <w:br/>
      </w:r>
      <w:r>
        <w:rPr>
          <w:sz w:val="20"/>
        </w:rPr>
        <w:t>5:00  ek second mein chup ho gaye.</w:t>
      </w:r>
    </w:p>
    <w:p>
      <w:pPr>
        <w:pStyle w:val="Heading2"/>
      </w:pPr>
      <w:r>
        <w:t>Spirit translates into action</w:t>
      </w:r>
    </w:p>
    <w:p>
      <w:r>
        <w:rPr>
          <w:color w:val="666666"/>
          <w:sz w:val="18"/>
        </w:rPr>
        <w:t>Art of War and Islam · 43s · at 32:57 · https://youtu.be/LvYP_pf17S0?t=1977</w:t>
      </w:r>
    </w:p>
    <w:p>
      <w:r>
        <w:rPr>
          <w:i/>
        </w:rPr>
        <w:t>“Spirit is bound to translate into action”</w:t>
      </w:r>
    </w:p>
    <w:p>
      <w:r>
        <w:rPr>
          <w:sz w:val="20"/>
        </w:rPr>
        <w:t>32:57  It is impossible that if you inculcate spirit, then it is impossible that spirit will not translate into action.</w:t>
      </w:r>
      <w:r>
        <w:br/>
      </w:r>
      <w:r>
        <w:rPr>
          <w:sz w:val="20"/>
        </w:rPr>
        <w:t>33:10  Spirit is bound to translate into action. So the Qur'an always gives emphasize, always emphasizes the spirit rather than form.</w:t>
      </w:r>
      <w:r>
        <w:br/>
      </w:r>
      <w:r>
        <w:rPr>
          <w:sz w:val="20"/>
        </w:rPr>
        <w:t>33:29  Form is a byproduct of spirit. Form is a byproduct of spirit.</w:t>
      </w:r>
    </w:p>
    <w:p>
      <w:pPr>
        <w:pStyle w:val="Heading2"/>
      </w:pPr>
      <w:r>
        <w:t>Sawm as eternal worship in spirit</w:t>
      </w:r>
    </w:p>
    <w:p>
      <w:r>
        <w:rPr>
          <w:color w:val="666666"/>
          <w:sz w:val="18"/>
        </w:rPr>
        <w:t>Fasting I 9th May 07 · 30s · at 5:48 · https://youtu.be/FU1JoXdA9us?t=348</w:t>
      </w:r>
    </w:p>
    <w:p>
      <w:r>
        <w:rPr>
          <w:i/>
        </w:rPr>
        <w:t>“Sawm in its present form is a specific ibadah”</w:t>
      </w:r>
    </w:p>
    <w:p>
      <w:r>
        <w:rPr>
          <w:sz w:val="20"/>
        </w:rPr>
        <w:t>5:48  in its present form is a specific ibadah, but in the previous history, there were some different forms.</w:t>
      </w:r>
      <w:r>
        <w:br/>
      </w:r>
      <w:r>
        <w:rPr>
          <w:sz w:val="20"/>
        </w:rPr>
        <w:t>6:03  So when I say that Sawm was an eternal ibadah</w:t>
      </w:r>
    </w:p>
    <w:p>
      <w:pPr>
        <w:pStyle w:val="Heading2"/>
      </w:pPr>
      <w:r>
        <w:t>Definition of moral values</w:t>
      </w:r>
    </w:p>
    <w:p>
      <w:r>
        <w:rPr>
          <w:color w:val="666666"/>
          <w:sz w:val="18"/>
        </w:rPr>
        <w:t>Moral Values in Islam 10 July, 2008 - Maulana Wahiduddin Khan · 42s · at 0:59 · https://youtu.be/IdBtIDNiLUg?t=59</w:t>
      </w:r>
    </w:p>
    <w:p>
      <w:r>
        <w:rPr>
          <w:i/>
        </w:rPr>
        <w:t>“Moral values means social values.”</w:t>
      </w:r>
    </w:p>
    <w:p>
      <w:r>
        <w:rPr>
          <w:sz w:val="20"/>
        </w:rPr>
        <w:t>0:59  Moral values means social values,</w:t>
      </w:r>
      <w:r>
        <w:br/>
      </w:r>
      <w:r>
        <w:rPr>
          <w:sz w:val="20"/>
        </w:rPr>
        <w:t>1:07  living with right conduct among other people, in your family, in your neighborhood, as well as in the vast ocean of humanity.</w:t>
      </w:r>
      <w:r>
        <w:br/>
      </w:r>
      <w:r>
        <w:rPr>
          <w:sz w:val="20"/>
        </w:rPr>
        <w:t>1:29  So, ordering right conduct in the society, that is moral values.</w:t>
      </w:r>
    </w:p>
    <w:p>
      <w:pPr>
        <w:pStyle w:val="Heading2"/>
      </w:pPr>
      <w:r>
        <w:t>Fatwas against Satanic Verses</w:t>
      </w:r>
    </w:p>
    <w:p>
      <w:r>
        <w:rPr>
          <w:color w:val="666666"/>
          <w:sz w:val="18"/>
        </w:rPr>
        <w:t>Journey of Divine Civilization | January 24, 2010 · 30s · at 31:45 · https://youtu.be/QCWXCjeZxnc?t=1905</w:t>
      </w:r>
    </w:p>
    <w:p>
      <w:r>
        <w:rPr>
          <w:i/>
        </w:rPr>
        <w:t>“Satanic Verses to woh fatwe lage”</w:t>
      </w:r>
    </w:p>
    <w:p>
      <w:r>
        <w:rPr>
          <w:sz w:val="20"/>
        </w:rPr>
        <w:t>31:45  Satanic Verses, to woh fatway lagay, saray dunya kay log fatway diye, maro maro maro is ko. maar to nahi sakay lekin fatwa to diya. main hi is mein alag raaz say. ab Denmark ka jo aadmi hai, us kay ghar mein ghus gaya marnay kay liye. wahan security lagi hui hai. yeh koi kaam hai bataiye? yeh to deviating point thay. deviating point. aap ko debate nahi hona tha. distracting point thay yeh. aap ko aik kaam karna hai, yahan say wahan tak, yahan say wahan tak,</w:t>
      </w:r>
    </w:p>
    <w:p>
      <w:pPr>
        <w:pStyle w:val="Heading2"/>
      </w:pPr>
      <w:r>
        <w:t>Secular people are Yajuj Majuj</w:t>
      </w:r>
    </w:p>
    <w:p>
      <w:r>
        <w:rPr>
          <w:color w:val="666666"/>
          <w:sz w:val="18"/>
        </w:rPr>
        <w:t>Journey of Divine Civilization | January 24, 2010 · 30s · at 30:45 · https://youtu.be/QCWXCjeZxnc?t=1845</w:t>
      </w:r>
    </w:p>
    <w:p>
      <w:r>
        <w:rPr>
          <w:i/>
        </w:rPr>
        <w:t>“Yajuj Majuj kamaane hain secular log”</w:t>
      </w:r>
    </w:p>
    <w:p>
      <w:r>
        <w:rPr>
          <w:sz w:val="20"/>
        </w:rPr>
        <w:t>30:45  ajooj majooj kamane hain secular log. yaajooj majooj kya hain? secular log. yeh sara safar-e-marifat secular logon nay kiya hai. aur jo believers hain, un ka yahi aik hi karmanama hai kay unhonay mehfooz rakha Quran ko. to lekin secular log jo kar kar paye kya? woh sirf data ikhatta kar sakay. bas agay aik kaam jo hai, ab believers ko karna hai. aur yahan par hamaray rehbar, hamaray ulama phir phir dobar</w:t>
      </w:r>
    </w:p>
    <w:p>
      <w:pPr>
        <w:pStyle w:val="Heading2"/>
      </w:pPr>
      <w:r>
        <w:t>Ramadan means involving yourself, not outsourcing worship</w:t>
      </w:r>
    </w:p>
    <w:p>
      <w:r>
        <w:rPr>
          <w:color w:val="666666"/>
          <w:sz w:val="18"/>
        </w:rPr>
        <w:t>Fasting A Source of Spiritual Empowerment August 21, 2011 Maulana Wahiduddin Khan · 42s · at 28:18 · https://youtu.be/Z0EbPlujcf0?t=1698</w:t>
      </w:r>
    </w:p>
    <w:p>
      <w:r>
        <w:rPr>
          <w:i/>
        </w:rPr>
        <w:t>“Ramzan ka matlab hai apne aap ko Involve karna”</w:t>
      </w:r>
    </w:p>
    <w:p>
      <w:r>
        <w:rPr>
          <w:sz w:val="20"/>
        </w:rPr>
        <w:t>28:18  dekhein ramzan ka matlab hai apne aap ko Involve karna.</w:t>
      </w:r>
      <w:r>
        <w:br/>
      </w:r>
      <w:r>
        <w:rPr>
          <w:sz w:val="20"/>
        </w:rPr>
        <w:t>28:25  yeh nahi ke kiraye de kar kisi se aap roza rakhwa dein.</w:t>
      </w:r>
      <w:r>
        <w:br/>
      </w:r>
      <w:r>
        <w:rPr>
          <w:sz w:val="20"/>
        </w:rPr>
        <w:t>28:31  kahin se Quran parhwa dein. yeh kirayedari ka mamla nahi hai. apne aap ko Involve karne ka mamla hai.</w:t>
      </w:r>
      <w:r>
        <w:br/>
      </w:r>
      <w:r>
        <w:rPr>
          <w:sz w:val="20"/>
        </w:rPr>
        <w:t>28:42  to aaj mein soch raha tha bohat dil tarap utha mera yeh soch kar ke insaan kaisi ajib cheez hai.</w:t>
      </w:r>
      <w:r>
        <w:br/>
      </w:r>
      <w:r>
        <w:rPr>
          <w:sz w:val="20"/>
        </w:rPr>
        <w:t>28:54  Khuda dekhna chahta hai aap ka Involvement.</w:t>
      </w:r>
    </w:p>
    <w:p>
      <w:pPr>
        <w:pStyle w:val="Heading2"/>
      </w:pPr>
      <w:r>
        <w:t>Hadith: God rewards gentleness, not violence</w:t>
      </w:r>
    </w:p>
    <w:p>
      <w:r>
        <w:rPr>
          <w:color w:val="666666"/>
          <w:sz w:val="18"/>
        </w:rPr>
        <w:t>Don't Be Angry Culture January 15, 2012 · 45s · at 1:01:39 · https://youtu.be/NrA3X8y_FLY?t=3699</w:t>
      </w:r>
    </w:p>
    <w:p>
      <w:r>
        <w:rPr>
          <w:i/>
        </w:rPr>
        <w:t>“Innallaha ya'ti ar-rifqa ma la yu'ti al-unf”</w:t>
      </w:r>
    </w:p>
    <w:p>
      <w:r>
        <w:rPr>
          <w:sz w:val="20"/>
        </w:rPr>
        <w:t>1:01:39  Hadees mein hai yeh baat wazeh taur par: إن الله یعطی الرفق مولا یعطی العنف yaani God grants to non-viol</w:t>
      </w:r>
      <w:r>
        <w:br/>
      </w:r>
      <w:r>
        <w:rPr>
          <w:sz w:val="20"/>
        </w:rPr>
        <w:t>1:01:52  ence what He does not grant to violence. Khuda Peace par woh cheez deta hai jo tashaddud par nahi deta.</w:t>
      </w:r>
      <w:r>
        <w:br/>
      </w:r>
      <w:r>
        <w:rPr>
          <w:sz w:val="20"/>
        </w:rPr>
        <w:t>1:02:02  Yeh fitrat ka usool hai, tareekh ki shahadat hai, aur Quran o Hadees mein yeh baat wazeh taur par batai gayi hai. Hadees Quran mein hai: إن أصله خير</w:t>
      </w:r>
      <w:r>
        <w:br/>
      </w:r>
      <w:r>
        <w:rPr>
          <w:sz w:val="20"/>
        </w:rPr>
        <w:t>1:02:14  Yaani parman shakti se aap jab hasil karein, karne ki koshish karein, karte hain ek kaam ko to maqsad hasil hota hai aur koi baat bigadne nahi paati.</w:t>
      </w:r>
    </w:p>
    <w:p>
      <w:pPr>
        <w:pStyle w:val="Heading2"/>
      </w:pPr>
      <w:r>
        <w:t>Maulana's personal creativity method</w:t>
      </w:r>
    </w:p>
    <w:p>
      <w:r>
        <w:rPr>
          <w:color w:val="666666"/>
          <w:sz w:val="18"/>
        </w:rPr>
        <w:t>Patience and Creative Thinking April 20, 2020 Maulana Wahiduddin Khan · 45s · at 22:30 · https://youtu.be/zhpSQwyj_6Q?t=1350</w:t>
      </w:r>
    </w:p>
    <w:p>
      <w:r>
        <w:rPr>
          <w:i/>
        </w:rPr>
        <w:t>“Maine hamesha apni creativity ko barhai”</w:t>
      </w:r>
    </w:p>
    <w:p>
      <w:r>
        <w:rPr>
          <w:sz w:val="20"/>
        </w:rPr>
        <w:t>22:30  main ne hamesha apni creativity ko barhai. is ka tareeqa yeh tha ke main ne reaction kabhi nahin kiya,</w:t>
      </w:r>
      <w:r>
        <w:br/>
      </w:r>
      <w:r>
        <w:rPr>
          <w:sz w:val="20"/>
        </w:rPr>
        <w:t>22:40  hamesha reaction kabhi nahin kiya.</w:t>
      </w:r>
      <w:r>
        <w:br/>
      </w:r>
      <w:r>
        <w:rPr>
          <w:sz w:val="20"/>
        </w:rPr>
        <w:t>22:49  meri poori live is baat ka saboot hai ke main ne kabhi reaction nahin kiya, to ab is kaam mein</w:t>
      </w:r>
      <w:r>
        <w:br/>
      </w:r>
      <w:r>
        <w:rPr>
          <w:sz w:val="20"/>
        </w:rPr>
        <w:t>23:02  to meri creativity barhti gayi.</w:t>
      </w:r>
    </w:p>
    <w:p>
      <w:pPr>
        <w:pStyle w:val="Heading2"/>
      </w:pPr>
      <w:r>
        <w:t>Insincere Alhamdulillah widespread among people</w:t>
      </w:r>
    </w:p>
    <w:p>
      <w:r>
        <w:rPr>
          <w:color w:val="666666"/>
          <w:sz w:val="18"/>
        </w:rPr>
        <w:t>Creative Marefat 8 April 2017 - Maulana Wahiduddin Khan · 39s · at 10:01 · https://youtu.be/I2hKHNIQ-1U?t=601</w:t>
      </w:r>
    </w:p>
    <w:p>
      <w:r>
        <w:rPr>
          <w:i/>
        </w:rPr>
        <w:t>“Bas jhoota Alhamdulillah har har aadmi karega”</w:t>
      </w:r>
    </w:p>
    <w:p>
      <w:r>
        <w:rPr>
          <w:sz w:val="20"/>
        </w:rPr>
        <w:t>10:01  shikayat. bas jhoota Alhamdulillah har har aadmi karega. aaj kal ya jis se main milta hoon to baat baat par Alhamdulillah, Alhamdulillah mujhe bohat ghussa aata hai ke jhoota Alhamdulillah hai, jhoota Alhamdulillah.</w:t>
      </w:r>
      <w:r>
        <w:br/>
      </w:r>
      <w:r>
        <w:rPr>
          <w:sz w:val="20"/>
        </w:rPr>
        <w:t>10:15  kisi ne ab tak mujhe aisa aadmi nahi mila jo company ki mein jo us ko job mila ho, us par Alhamdulillah kahe.</w:t>
      </w:r>
      <w:r>
        <w:br/>
      </w:r>
      <w:r>
        <w:rPr>
          <w:sz w:val="20"/>
        </w:rPr>
        <w:t>10:23  koi aisa hi nahi mila. communication pe kisi ne Alhamdulillah nahi kaha, modern civilization pe kisi ne Alhamdulillah nahi kaha, par jhoot jhoot par bol rahe hain, Alhamdulillah sachai par nahi bol rahe.</w:t>
      </w:r>
    </w:p>
    <w:p>
      <w:pPr>
        <w:pStyle w:val="Heading2"/>
      </w:pPr>
      <w:r>
        <w:t>Islam itself isn't in danger, its Muslim version is</w:t>
      </w:r>
    </w:p>
    <w:p>
      <w:r>
        <w:rPr>
          <w:color w:val="666666"/>
          <w:sz w:val="18"/>
        </w:rPr>
        <w:t>Is Islam in Danger, January 10, 2007 · 45s · at 9:45 · https://youtu.be/1vrUjeA7508?t=585</w:t>
      </w:r>
    </w:p>
    <w:p>
      <w:r>
        <w:rPr>
          <w:i/>
        </w:rPr>
        <w:t>“میں بہت ہی سوچ سمجھ کر یہ بات کہہ رہا ہوں”</w:t>
      </w:r>
    </w:p>
    <w:p>
      <w:r>
        <w:rPr>
          <w:sz w:val="20"/>
        </w:rPr>
        <w:t>9:45  Dekhiye, main bohat hi soch samajh kar yeh baat keh raha hoon</w:t>
      </w:r>
      <w:r>
        <w:br/>
      </w:r>
      <w:r>
        <w:rPr>
          <w:sz w:val="20"/>
        </w:rPr>
        <w:t>9:53  Ke Islam khatre mein nahi hai. Islam ka Muslim version khatre mein hai.</w:t>
      </w:r>
      <w:r>
        <w:br/>
      </w:r>
      <w:r>
        <w:rPr>
          <w:sz w:val="20"/>
        </w:rPr>
        <w:t>10:07  Main phir dohrata hoon ke Islam yaani maujooda, aaj ki duniya mein, maujooda duniya mein, Islam khatre mein nahi hai.</w:t>
      </w:r>
      <w:r>
        <w:br/>
      </w:r>
      <w:r>
        <w:rPr>
          <w:sz w:val="20"/>
        </w:rPr>
        <w:t>10:20  Musalmanon ka, Musalmanon ne khud se jo Islam ka version banaya hai woh khatre mein hai.</w:t>
      </w:r>
    </w:p>
    <w:p>
      <w:pPr>
        <w:pStyle w:val="Heading2"/>
      </w:pPr>
      <w:r>
        <w:t>Prophet's advice: don't be angry, respond positively</w:t>
      </w:r>
    </w:p>
    <w:p>
      <w:r>
        <w:rPr>
          <w:color w:val="666666"/>
          <w:sz w:val="18"/>
        </w:rPr>
        <w:t>Human Values · 47s · at 21:54 · https://youtu.be/Art0kheDD40?t=1314</w:t>
      </w:r>
    </w:p>
    <w:p>
      <w:r>
        <w:rPr>
          <w:i/>
        </w:rPr>
        <w:t>“La taghdab — don't be angry, the Prophet's master advice”</w:t>
      </w:r>
    </w:p>
    <w:p>
      <w:r>
        <w:rPr>
          <w:sz w:val="20"/>
        </w:rPr>
        <w:t>21:54  aap ne dedh sab bole la taghzab don't be angry ab mein is par sochna shuru kiya maine ke ghussa na karo ka matlab kya hua</w:t>
      </w:r>
      <w:r>
        <w:br/>
      </w:r>
      <w:r>
        <w:rPr>
          <w:sz w:val="20"/>
        </w:rPr>
        <w:t>22:11  ghussa na karo ka matlab yeh samajh mein aaya ke positive thinking mein jiyo hamesha positivity mein jiyo</w:t>
      </w:r>
      <w:r>
        <w:br/>
      </w:r>
      <w:r>
        <w:rPr>
          <w:sz w:val="20"/>
        </w:rPr>
        <w:t>22:22  yani respond positively even in negative situations ghussa na karo ka matlab kya hai aas paas to kuch se kuch cheezein hoti rehti hain kuch na kuch provocation kuch na kuch unwanted situation to hum kaise ghussa na karein</w:t>
      </w:r>
      <w:r>
        <w:br/>
      </w:r>
      <w:r>
        <w:rPr>
          <w:sz w:val="20"/>
        </w:rPr>
        <w:t>22:42  yeh hai art of conversion art of conversion to ghussa na karo ka matlab maine yeh nikala kyunke mera ek manna yeh hai ke jo bhi jo holy books mein hai jo bhi logon ne bataya hai agar aap us ko convert na kar sakein to aap samajh nahi payenge</w:t>
      </w:r>
    </w:p>
    <w:p>
      <w:pPr>
        <w:pStyle w:val="Heading2"/>
      </w:pPr>
      <w:r>
        <w:t>Silence as anger remedy</w:t>
      </w:r>
    </w:p>
    <w:p>
      <w:r>
        <w:rPr>
          <w:color w:val="666666"/>
          <w:sz w:val="18"/>
        </w:rPr>
        <w:t>Anger An Obstacle to wisdom 5 Jan 2020 - Maulana Wahiduddin Khan · 24s · at 1:01:52 · https://youtu.be/q0VPtCsiYrI?t=3712</w:t>
      </w:r>
    </w:p>
    <w:p>
      <w:r>
        <w:rPr>
          <w:i/>
        </w:rPr>
        <w:t>“Just become silent when you are angry.”</w:t>
      </w:r>
    </w:p>
    <w:p>
      <w:r>
        <w:rPr>
          <w:sz w:val="20"/>
        </w:rPr>
        <w:t>1:01:52  Woh kya hai? Aap chup ho jaiye. Jab aap ko kisi se par ghussa hai to kuch mat kijiye, sirf chup ho jaiye.</w:t>
      </w:r>
      <w:r>
        <w:br/>
      </w:r>
      <w:r>
        <w:rPr>
          <w:sz w:val="20"/>
        </w:rPr>
        <w:t>1:02:05  Main ne bohat baar tajurba kiya is ko ke agar aap chup ho jate hain to kya hota hai ke nature ka process chal parta hai.</w:t>
      </w:r>
    </w:p>
    <w:p>
      <w:pPr>
        <w:pStyle w:val="Heading2"/>
      </w:pPr>
      <w:r>
        <w:t>Being a good listener</w:t>
      </w:r>
    </w:p>
    <w:p>
      <w:r>
        <w:rPr>
          <w:color w:val="666666"/>
          <w:sz w:val="18"/>
        </w:rPr>
        <w:t>When God's Name is Invoked December 21, 2019 - Interaction with Maulana Wahiduddin Khan, · 37s · at 21:18 · https://youtu.be/jgNjICoo-Cw?t=1278</w:t>
      </w:r>
    </w:p>
    <w:p>
      <w:r>
        <w:rPr>
          <w:i/>
        </w:rPr>
        <w:t>“To maine kaha ke I am trying to be a good listener.”</w:t>
      </w:r>
    </w:p>
    <w:p>
      <w:r>
        <w:rPr>
          <w:sz w:val="20"/>
        </w:rPr>
        <w:t>21:18  to mein ne kaha ke I am trying to be a good listener,</w:t>
      </w:r>
      <w:r>
        <w:br/>
      </w:r>
      <w:r>
        <w:rPr>
          <w:sz w:val="20"/>
        </w:rPr>
        <w:t>21:25  I am trying to be a good listener. mein samajhta hoon ke sunna bhi ek ek cheez hai, log bolne hi koi cheez sochte hain, lekin jab aadmi ko bohat ziyada jannat aur jahannum ka ehsaas ho jaye to wo sunne ko bhi sab samjhega ke yeh bhi ek cheez hai,</w:t>
      </w:r>
      <w:r>
        <w:br/>
      </w:r>
      <w:r>
        <w:rPr>
          <w:sz w:val="20"/>
        </w:rPr>
        <w:t>21:45  yeh bhi ek valuable cheez hai. jo log sirf</w:t>
      </w:r>
    </w:p>
    <w:p>
      <w:pPr>
        <w:pStyle w:val="Heading2"/>
      </w:pPr>
      <w:r>
        <w:t>Hamd truly means gratitude, not praise</w:t>
      </w:r>
    </w:p>
    <w:p>
      <w:r>
        <w:rPr>
          <w:color w:val="666666"/>
          <w:sz w:val="18"/>
        </w:rPr>
        <w:t>Problem and Shukr March 15, 2015 · 38s · at 1:16 · https://youtu.be/SPBsXjH1hzM?t=76</w:t>
      </w:r>
    </w:p>
    <w:p>
      <w:r>
        <w:rPr>
          <w:i/>
        </w:rPr>
        <w:t>“Hamd ke maayne hote hain shukr, praise nahi”</w:t>
      </w:r>
    </w:p>
    <w:p>
      <w:r>
        <w:rPr>
          <w:sz w:val="20"/>
        </w:rPr>
        <w:t>1:16  hamd ke maani hote hain shukr. haqeeqat, hamd ki haqeeqat shukr hai, praise nahi hai. to "alhamdulillah rabbil alameen" ka matlab hai: "alshukr lillahi rabbil alameen".</w:t>
      </w:r>
      <w:r>
        <w:br/>
      </w:r>
      <w:r>
        <w:rPr>
          <w:sz w:val="20"/>
        </w:rPr>
        <w:t>1:35  to shukr aap karte hain kab? jab aap ko comfortable life ho, sab cheez aap ki durust ho, koi masla aap ko pareshan na kar raha ho, tab aap kehte hain ke Allah ka shukr hai.</w:t>
      </w:r>
    </w:p>
    <w:p>
      <w:pPr>
        <w:pStyle w:val="Heading2"/>
      </w:pPr>
      <w:r>
        <w:t>How to attain paradise: purifying the soul</w:t>
      </w:r>
    </w:p>
    <w:p>
      <w:r>
        <w:rPr>
          <w:color w:val="666666"/>
          <w:sz w:val="18"/>
        </w:rPr>
        <w:t>Don't Be Angry Culture January 15, 2012 · 56s · at 1:25:32 · https://youtu.be/NrA3X8y_FLY?t=5132</w:t>
      </w:r>
    </w:p>
    <w:p>
      <w:r>
        <w:rPr>
          <w:i/>
        </w:rPr>
        <w:t>“Paradise us ke liye hai jo apna tazkiya kare”</w:t>
      </w:r>
    </w:p>
    <w:p>
      <w:r>
        <w:rPr>
          <w:sz w:val="20"/>
        </w:rPr>
        <w:t>1:25:32  dekhein, quran mein is ka jawab hai ke "Zalika jaza man tazakka". paradise is ke liye hai jo apna tazkiya kare.</w:t>
      </w:r>
      <w:r>
        <w:br/>
      </w:r>
      <w:r>
        <w:rPr>
          <w:sz w:val="20"/>
        </w:rPr>
        <w:t>1:25:45  tazkiya ka matlab hai purify karna. yani aap, yani, yani apne soul ko purify karna, apne aap ko pak karna.</w:t>
      </w:r>
      <w:r>
        <w:br/>
      </w:r>
      <w:r>
        <w:rPr>
          <w:sz w:val="20"/>
        </w:rPr>
        <w:t>1:25:58  pak karna kya hai?</w:t>
      </w:r>
      <w:r>
        <w:br/>
      </w:r>
      <w:r>
        <w:rPr>
          <w:sz w:val="20"/>
        </w:rPr>
        <w:t>1:26:00  negative thinking se pak karna, nafrat se pak karna, hasad se pak karna, haras se pak karna. jitne bhi negative cheezein hain, use pak karna.</w:t>
      </w:r>
      <w:r>
        <w:br/>
      </w:r>
      <w:r>
        <w:rPr>
          <w:sz w:val="20"/>
        </w:rPr>
        <w:t>1:26:13  to is se aap ke andar ek ek shakhsiyat banti hai, yani purified soul banta hai. wahi purified soul jo hai, is ke liye isi ke liye jannat hai.</w:t>
      </w:r>
      <w:r>
        <w:br/>
      </w:r>
      <w:r>
        <w:rPr>
          <w:sz w:val="20"/>
        </w:rPr>
        <w:t>1:26:24  "Zalika jaza mantazakka".</w:t>
      </w:r>
    </w:p>
    <w:p>
      <w:pPr>
        <w:pStyle w:val="Heading2"/>
      </w:pPr>
      <w:r>
        <w:t>Personalization leads to immense gratitude</w:t>
      </w:r>
    </w:p>
    <w:p>
      <w:r>
        <w:rPr>
          <w:color w:val="666666"/>
          <w:sz w:val="18"/>
        </w:rPr>
        <w:t>An Intellectual journey 1 May 2011 - Maulana Wahiduddin Khan · 38s · at 10:12 · https://youtu.be/lnfjC7x_s2A?t=612</w:t>
      </w:r>
    </w:p>
    <w:p>
      <w:r>
        <w:rPr>
          <w:i/>
        </w:rPr>
        <w:t>“Shukar ka ek Himalaya shukar aata hai”</w:t>
      </w:r>
    </w:p>
    <w:p>
      <w:r>
        <w:rPr>
          <w:sz w:val="20"/>
        </w:rPr>
        <w:t>10:12  shukr ka ek yani ek himalaya shukr aata hai, warna to ek chhota shukr rahega. ek shukr ka ek zara aap ke andar rahega.</w:t>
      </w:r>
      <w:r>
        <w:br/>
      </w:r>
      <w:r>
        <w:rPr>
          <w:sz w:val="20"/>
        </w:rPr>
        <w:t>10:23  yani aap ne apne liye ek car khareedi, farz ki jiye,</w:t>
      </w:r>
      <w:r>
        <w:br/>
      </w:r>
      <w:r>
        <w:rPr>
          <w:sz w:val="20"/>
        </w:rPr>
        <w:t>10:29  to itna shukr aap ko aayega. lekin poori humanity ko jo mil raha hai, poori mankind ko jo mil raha hai, us ko aap personalize karein to kya hoga?</w:t>
      </w:r>
      <w:r>
        <w:br/>
      </w:r>
      <w:r>
        <w:rPr>
          <w:sz w:val="20"/>
        </w:rPr>
        <w:t>10:40  yani shukr ka ek samandar, oceanic shukr aaya aap ke andar. to mein Allah ke fazl se personalize karta hoon. mein yeh nahi sochta mujhe kya mila.</w:t>
      </w:r>
    </w:p>
    <w:p>
      <w:pPr>
        <w:pStyle w:val="Heading2"/>
      </w:pPr>
      <w:r>
        <w:t>Iblis refuses to bow, then openly challenges God</w:t>
      </w:r>
    </w:p>
    <w:p>
      <w:r>
        <w:rPr>
          <w:color w:val="666666"/>
          <w:sz w:val="18"/>
        </w:rPr>
        <w:t>Importance of Shukr (Thankfulness) July 24, 2022 · 34s · at 6:01 · https://youtu.be/MgWNIv0k1sk?t=361</w:t>
      </w:r>
    </w:p>
    <w:p>
      <w:r>
        <w:rPr>
          <w:i/>
        </w:rPr>
        <w:t>“Ablees ne inkar kiya, phir Khuda ko challenge kiya”</w:t>
      </w:r>
    </w:p>
    <w:p>
      <w:r>
        <w:rPr>
          <w:sz w:val="20"/>
        </w:rPr>
        <w:t>6:01  jab Allah taala ne Adam ko create kiya to unhone sabhi jinon aur farishton ko woh sajda karne ke liye kaha. farishte foran sajde mein gir pade, lekin Iblees ne inkar kar diya.</w:t>
      </w:r>
      <w:r>
        <w:br/>
      </w:r>
      <w:r>
        <w:rPr>
          <w:sz w:val="20"/>
        </w:rPr>
        <w:t>6:13  aur is ke baad Iblees ne yeh challenge kiya Khuda ko ke main in ke upar aage se aaunga, peeche se aaunga, dayein se aaunga, bayein se aaunga</w:t>
      </w:r>
      <w:r>
        <w:br/>
      </w:r>
      <w:r>
        <w:rPr>
          <w:sz w:val="20"/>
        </w:rPr>
        <w:t>6:24  ga, aur you will find most of them ungrateful. to yeh jo challenge throw kiya apa us ne, aur wahin pe hum ek farishton ka bhi example dekhte hain.</w:t>
      </w:r>
    </w:p>
    <w:p>
      <w:pPr>
        <w:pStyle w:val="Heading2"/>
      </w:pPr>
      <w:r>
        <w:t>How do you kill a tiger non-violently</w:t>
      </w:r>
    </w:p>
    <w:p>
      <w:r>
        <w:rPr>
          <w:color w:val="666666"/>
          <w:sz w:val="18"/>
        </w:rPr>
        <w:t>Power of Peace June 6, 2010 Maulana Wahiduddin Khan · 41s · at 1:04:08 · https://youtu.be/QNnouRoYI38?t=3848</w:t>
      </w:r>
    </w:p>
    <w:p>
      <w:r>
        <w:rPr>
          <w:i/>
        </w:rPr>
        <w:t>“Kindly wire instructions how to kill a tiger non-violently”</w:t>
      </w:r>
    </w:p>
    <w:p>
      <w:r>
        <w:rPr>
          <w:sz w:val="20"/>
        </w:rPr>
        <w:t>1:04:08  to unhone kaha tha kindly wire instructions how to kill a tiger non-violently kyunke agar doosra aadmi aa raha hai hathiyaar le kar to ab bhi hathiyaar chalate the.</w:t>
      </w:r>
      <w:r>
        <w:br/>
      </w:r>
      <w:r>
        <w:rPr>
          <w:sz w:val="20"/>
        </w:rPr>
        <w:t>1:04:20  ab is ne to kuch nahi, kapda bhi utaar diya, hathiyaar bhi chhod diya. to aap kaise maarein is ko? to aap dekhiye ke kis tarah se woh jeet ho gayi is ki.</w:t>
      </w:r>
      <w:r>
        <w:br/>
      </w:r>
      <w:r>
        <w:rPr>
          <w:sz w:val="20"/>
        </w:rPr>
        <w:t>1:04:32  aur hadith mein hai dekhiye yahi baat. innalaha yu'ti al-rifqa ma la yu'ti al-'unf is ka matlab hai God grants to non-violence.</w:t>
      </w:r>
      <w:r>
        <w:br/>
      </w:r>
      <w:r>
        <w:rPr>
          <w:sz w:val="20"/>
        </w:rPr>
        <w:t>1:04:45  What He does not grant to violence.</w:t>
      </w:r>
    </w:p>
    <w:p>
      <w:pPr>
        <w:pStyle w:val="Heading2"/>
      </w:pPr>
      <w:r>
        <w:t>Abnormal situations carry a potential divine reward</w:t>
      </w:r>
    </w:p>
    <w:p>
      <w:r>
        <w:rPr>
          <w:color w:val="666666"/>
          <w:sz w:val="18"/>
        </w:rPr>
        <w:t>Importance of Patience in Islam December 11, 2022 · 36s · at 10:01 · https://youtu.be/Cy59II1dC-I?t=601</w:t>
      </w:r>
    </w:p>
    <w:p>
      <w:r>
        <w:rPr>
          <w:i/>
        </w:rPr>
        <w:t>“An abnormal situation carries a potential reward”</w:t>
      </w:r>
    </w:p>
    <w:p>
      <w:r>
        <w:rPr>
          <w:sz w:val="20"/>
        </w:rPr>
        <w:t>10:01  aapka yeh bahut achha bataya aapne ki ab normal situation mein ek insan ka test hota hai. balki ek abnormal situation mein, aapka yeh kaha ja sakta hai ki ek abnormal situation ek potential reward ko sath lekar aati hai.</w:t>
      </w:r>
      <w:r>
        <w:br/>
      </w:r>
      <w:r>
        <w:rPr>
          <w:sz w:val="20"/>
        </w:rPr>
        <w:t>10:14  agar aap us waqt, if you are able to rise above that situation and stay positive, then you become the recipient of gods blessings. to jo ek potential reward rakha gaya hai, woh us insan ko mil jata hai agar woh ab normal condition mein react na karein. achha, aap ab maulana wahiduddin khan sahab ne beshumar literature sabr ke upar likha hai, kaha hai. main</w:t>
      </w:r>
    </w:p>
    <w:p>
      <w:pPr>
        <w:pStyle w:val="Heading2"/>
      </w:pPr>
      <w:r>
        <w:t>Mission means conveying truth peacefully</w:t>
      </w:r>
    </w:p>
    <w:p>
      <w:r>
        <w:rPr>
          <w:color w:val="666666"/>
          <w:sz w:val="18"/>
        </w:rPr>
        <w:t>Q&amp;A 24 May 2009 Maulana Wahiduddin Khan · 37s · at 24:47 · https://youtu.be/Ek6Ct3LZGOs?t=1487</w:t>
      </w:r>
    </w:p>
    <w:p>
      <w:r>
        <w:rPr>
          <w:i/>
        </w:rPr>
        <w:t>“Mission ka matlab hota hai yani ek hai follow karna.”</w:t>
      </w:r>
    </w:p>
    <w:p>
      <w:r>
        <w:rPr>
          <w:sz w:val="20"/>
        </w:rPr>
        <w:t>24:47  to follow karne mein ek aap khud kisi baat pe jana, aap khud follow kar rahe hain is ko. mission yeh hai ke doosron tak pahunchana.</w:t>
      </w:r>
      <w:r>
        <w:br/>
      </w:r>
      <w:r>
        <w:rPr>
          <w:sz w:val="20"/>
        </w:rPr>
        <w:t>24:55  mission mein expansion shamil hai. expansion to aap ko ek sachai mili, us sachai ko aap ne pakad liya, us ko follow kar rahe hain aap.</w:t>
      </w:r>
      <w:r>
        <w:br/>
      </w:r>
      <w:r>
        <w:rPr>
          <w:sz w:val="20"/>
        </w:rPr>
        <w:t>25:06  to yeh ek shakal hai. doosri yeh hai ke aap ke andar yeh jazba paida ho ke doosre bhi is sachai ko janen. to peaceful tareeqe se, khair khwahi ke sath, mohabbat ke sath</w:t>
      </w:r>
      <w:r>
        <w:br/>
      </w:r>
      <w:r>
        <w:rPr>
          <w:sz w:val="20"/>
        </w:rPr>
        <w:t>25:15  aap doosron ki us ko disseminate karen. us ko doosron tak convey karne ki koshish karen. to yeh that is mission.</w:t>
      </w:r>
    </w:p>
    <w:p>
      <w:pPr>
        <w:pStyle w:val="Heading2"/>
      </w:pPr>
      <w:r>
        <w:t>Struggle activates the mind for reward</w:t>
      </w:r>
    </w:p>
    <w:p>
      <w:r>
        <w:rPr>
          <w:color w:val="666666"/>
          <w:sz w:val="18"/>
        </w:rPr>
        <w:t>Double Reward 15 Feb 2020 - Maulana Wahiduddin Khan · 34s · at 1:40 · https://youtu.be/Os-Kuq1-wAk?t=100</w:t>
      </w:r>
    </w:p>
    <w:p>
      <w:r>
        <w:rPr>
          <w:i/>
        </w:rPr>
        <w:t>“Jab aadmi koi aisa kaam kare jismein usko zyada struggle karna pade.”</w:t>
      </w:r>
    </w:p>
    <w:p>
      <w:r>
        <w:rPr>
          <w:sz w:val="20"/>
        </w:rPr>
        <w:t>1:40  ziyada reward hai. is per ghor karte hue yeh samajh mein aaya ke jab aadmi koi aisa kaam kare jis mein us ko ziyada struggle karna pare,</w:t>
      </w:r>
      <w:r>
        <w:br/>
      </w:r>
      <w:r>
        <w:rPr>
          <w:sz w:val="20"/>
        </w:rPr>
        <w:t>1:59  to us waqt is ka mind ziyada activate hota hai.</w:t>
      </w:r>
      <w:r>
        <w:br/>
      </w:r>
      <w:r>
        <w:rPr>
          <w:sz w:val="20"/>
        </w:rPr>
        <w:t>2:06  is ka mind ziyada activate hota hai. misaal ke taur par dekhiye,</w:t>
      </w:r>
    </w:p>
    <w:p>
      <w:pPr>
        <w:pStyle w:val="Heading2"/>
      </w:pPr>
      <w:r>
        <w:t>Justice is individual responsibility</w:t>
      </w:r>
    </w:p>
    <w:p>
      <w:r>
        <w:rPr>
          <w:color w:val="666666"/>
          <w:sz w:val="18"/>
        </w:rPr>
        <w:t>The Concept of Justice in Islam May 03, 2007 · 25s · at 5:48 · https://youtu.be/DY5SY8H554c?t=348</w:t>
      </w:r>
    </w:p>
    <w:p>
      <w:r>
        <w:rPr>
          <w:i/>
        </w:rPr>
        <w:t>“Justice is an individual responsibility.”</w:t>
      </w:r>
    </w:p>
    <w:p>
      <w:r>
        <w:rPr>
          <w:sz w:val="20"/>
        </w:rPr>
        <w:t>5:48  deal with the individual responsibility. According to all these fifty verses, justice is an individual responsibility.</w:t>
      </w:r>
      <w:r>
        <w:br/>
      </w:r>
      <w:r>
        <w:rPr>
          <w:sz w:val="20"/>
        </w:rPr>
        <w:t>6:04  It has nothing to do with politics or political power.</w:t>
      </w:r>
    </w:p>
    <w:p>
      <w:pPr>
        <w:pStyle w:val="Heading2"/>
      </w:pPr>
      <w:r>
        <w:t>Hadith: paradise ignored, hellfire chased</w:t>
      </w:r>
    </w:p>
    <w:p>
      <w:r>
        <w:rPr>
          <w:color w:val="666666"/>
          <w:sz w:val="18"/>
        </w:rPr>
        <w:t>Problem and Shukr March 15, 2015 · 28s · at 34:43 · https://youtu.be/SPBsXjH1hzM?t=2083</w:t>
      </w:r>
    </w:p>
    <w:p>
      <w:r>
        <w:rPr>
          <w:i/>
        </w:rPr>
        <w:t>“Maine dekha jannat itni qeemti hai lekin log sote hain”</w:t>
      </w:r>
    </w:p>
    <w:p>
      <w:r>
        <w:rPr>
          <w:sz w:val="20"/>
        </w:rPr>
        <w:t>34:43  jaise dekhiye ek hadees hai: "Ma ra'aitu mithla jannatin naama talibuha wa ma ra'aitu mithla naarin naama haaribuha" yaani aap ne farmaya ke main ne dekha ke insaan ke liye jannat itni qeemti cheez hai lekin woh us ke baare mein so gaya hai aur jahannum mein tez bachne ki cheez hai lekin us ke baad us ke baad daud raha hai woh.</w:t>
      </w:r>
    </w:p>
    <w:p>
      <w:pPr>
        <w:pStyle w:val="Heading2"/>
      </w:pPr>
      <w:r>
        <w:t>Complaint hides opportunity to forgive</w:t>
      </w:r>
    </w:p>
    <w:p>
      <w:r>
        <w:rPr>
          <w:color w:val="666666"/>
          <w:sz w:val="18"/>
        </w:rPr>
        <w:t>Double Reward 15 Feb 2020 - Maulana Wahiduddin Khan · 36s · at 7:44 · https://youtu.be/Os-Kuq1-wAk?t=464</w:t>
      </w:r>
    </w:p>
    <w:p>
      <w:r>
        <w:rPr>
          <w:i/>
        </w:rPr>
        <w:t>“Kaisi ajeeb baat hai.”</w:t>
      </w:r>
    </w:p>
    <w:p>
      <w:r>
        <w:rPr>
          <w:sz w:val="20"/>
        </w:rPr>
        <w:t>7:44  ziyada sawab kamayen. kaisi ajib baat hai. log kya karte hain ke shikayat de ke baith jate hain, udas ho jate hain, ghussa ho jate hain,</w:t>
      </w:r>
      <w:r>
        <w:br/>
      </w:r>
      <w:r>
        <w:rPr>
          <w:sz w:val="20"/>
        </w:rPr>
        <w:t>7:58  shikayat de ke baithte hain. lekin jahan shikayat de ke baithte hain log, wahan un ke liye ek aur mauqa chupa hua hai,</w:t>
      </w:r>
      <w:r>
        <w:br/>
      </w:r>
      <w:r>
        <w:rPr>
          <w:sz w:val="20"/>
        </w:rPr>
        <w:t>8:10  woh yeh ke is ko maaf karen. maaf karne ke baad to sirf yeh nahin hai ke maaf kiya, maaf kiya keh diya. nahin, acha sulook karna.</w:t>
      </w:r>
    </w:p>
    <w:p>
      <w:pPr>
        <w:pStyle w:val="Heading2"/>
      </w:pPr>
      <w:r>
        <w:t>Patience is a positive term</w:t>
      </w:r>
    </w:p>
    <w:p>
      <w:r>
        <w:rPr>
          <w:color w:val="666666"/>
          <w:sz w:val="18"/>
        </w:rPr>
        <w:t>When God's Name is Invoked December 21, 2019 - Interaction with Maulana Wahiduddin Khan, · 52s · at 42:07 · https://youtu.be/jgNjICoo-Cw?t=2527</w:t>
      </w:r>
    </w:p>
    <w:p>
      <w:r>
        <w:rPr>
          <w:i/>
        </w:rPr>
        <w:t>“Sabr koi negative term nahi hai.”</w:t>
      </w:r>
    </w:p>
    <w:p>
      <w:r>
        <w:rPr>
          <w:sz w:val="20"/>
        </w:rPr>
        <w:t>42:07  sabr koi negative term nahi hai. Woh aala</w:t>
      </w:r>
      <w:r>
        <w:br/>
      </w:r>
      <w:r>
        <w:rPr>
          <w:sz w:val="20"/>
        </w:rPr>
        <w:t>42:16  aala thinking ka ek stage hai. Agar jab aala thinking chahe karna, bohat baghair gurez soch karna chahein to aap ko sabr karna pare ga.</w:t>
      </w:r>
      <w:r>
        <w:br/>
      </w:r>
      <w:r>
        <w:rPr>
          <w:sz w:val="20"/>
        </w:rPr>
        <w:t>42:29  Sabr ka matlab nahi ke danda marein to sabr karein. Nahi, nahi,</w:t>
      </w:r>
      <w:r>
        <w:br/>
      </w:r>
      <w:r>
        <w:rPr>
          <w:sz w:val="20"/>
        </w:rPr>
        <w:t>42:38  yeh</w:t>
      </w:r>
      <w:r>
        <w:br/>
      </w:r>
      <w:r>
        <w:rPr>
          <w:sz w:val="20"/>
        </w:rPr>
        <w:t>42:41  hasty hasty thinking ka ulta hai. Yeh hasty thinking ka ulta. Aap der tak sochein, bohat zyada us ko nahi karein, bohat zyada deep thinking mein jayein.</w:t>
      </w:r>
    </w:p>
    <w:p>
      <w:pPr>
        <w:pStyle w:val="Heading2"/>
      </w:pPr>
      <w:r>
        <w:t>Prophets without dawah role in Quran</w:t>
      </w:r>
    </w:p>
    <w:p>
      <w:r>
        <w:rPr>
          <w:color w:val="666666"/>
          <w:sz w:val="18"/>
        </w:rPr>
        <w:t>The Importance of Non Confrontational Method, | August 29, 2010 · 30s · at 8:53 · https://youtu.be/8ZGB0tWQtg8?t=533</w:t>
      </w:r>
    </w:p>
    <w:p>
      <w:r>
        <w:rPr>
          <w:i/>
        </w:rPr>
        <w:t>“Three prophets have no dawah role in the Quran.”</w:t>
      </w:r>
    </w:p>
    <w:p>
      <w:r>
        <w:rPr>
          <w:sz w:val="20"/>
        </w:rPr>
        <w:t>8:53  jitnay peghambar hain, Hazrat Nuh hain, Hazrat Ibrahim hain, Hazrat Musa hain, Hazrat Isa hain, jitnay bhi hain,</w:t>
      </w:r>
      <w:r>
        <w:br/>
      </w:r>
      <w:r>
        <w:rPr>
          <w:sz w:val="20"/>
        </w:rPr>
        <w:t>8:58  Quran Majeed mein unke daawati role bataye gaye hain.</w:t>
      </w:r>
      <w:r>
        <w:br/>
      </w:r>
      <w:r>
        <w:rPr>
          <w:sz w:val="20"/>
        </w:rPr>
        <w:t>9:03  yeh teen peghambar aisay hain inka koi daawati role hi nahi.</w:t>
      </w:r>
      <w:r>
        <w:br/>
      </w:r>
      <w:r>
        <w:rPr>
          <w:sz w:val="20"/>
        </w:rPr>
        <w:t>9:08  aik zara sa, aik thora sa waqia hai Hazrat Yusuf ka ke jail mein jo qadi tha us</w:t>
      </w:r>
      <w:r>
        <w:br/>
      </w:r>
      <w:r>
        <w:rPr>
          <w:sz w:val="20"/>
        </w:rPr>
        <w:t>9:13  se unhon ne aik baat cheet ki.</w:t>
      </w:r>
      <w:r>
        <w:br/>
      </w:r>
      <w:r>
        <w:rPr>
          <w:sz w:val="20"/>
        </w:rPr>
        <w:t>9:18  to woh koi daawati role nahi kaha jayega.</w:t>
      </w:r>
    </w:p>
    <w:p>
      <w:pPr>
        <w:pStyle w:val="Heading2"/>
      </w:pPr>
      <w:r>
        <w:t>Prayer is just prayer</w:t>
      </w:r>
    </w:p>
    <w:p>
      <w:r>
        <w:rPr>
          <w:color w:val="666666"/>
          <w:sz w:val="18"/>
        </w:rPr>
        <w:t>The Case of Present Day Muslims (In Conversation with Maulana) February 14, 2010 · 23s · at 32:10 · https://youtu.be/Rw-5WYJKQtw?t=1930</w:t>
      </w:r>
    </w:p>
    <w:p>
      <w:r>
        <w:rPr>
          <w:i/>
        </w:rPr>
        <w:t>“Understand that prayer is just prayer.”</w:t>
      </w:r>
    </w:p>
    <w:p>
      <w:r>
        <w:rPr>
          <w:sz w:val="20"/>
        </w:rPr>
        <w:t>32:10  yeh samajh lijiye aap is ko ke namaz to bas namaz hai. bas sunnat muakkadah, sunnat ghair muakkadah, aur yeh kahan kahan hadith mein hai?</w:t>
      </w:r>
      <w:r>
        <w:br/>
      </w:r>
      <w:r>
        <w:rPr>
          <w:sz w:val="20"/>
        </w:rPr>
        <w:t>32:19  yeh sab hai kahan hai? mujhe bataiye. bas namaz to namaz hai. yeh is taqseem ko le kar namaz padhenge, aap to kabhi namaz nahi ada kar paayenge.</w:t>
      </w:r>
      <w:r>
        <w:br/>
      </w:r>
      <w:r>
        <w:rPr>
          <w:sz w:val="20"/>
        </w:rPr>
        <w:t>32:30  aap</w:t>
      </w:r>
    </w:p>
    <w:p>
      <w:pPr>
        <w:pStyle w:val="Heading2"/>
      </w:pPr>
      <w:r>
        <w:t>Seeking spirit and intellectual discontentment</w:t>
      </w:r>
    </w:p>
    <w:p>
      <w:r>
        <w:rPr>
          <w:color w:val="666666"/>
          <w:sz w:val="18"/>
        </w:rPr>
        <w:t>How to Find Truth | August 8, 2007 · 1m 00s · at 12:01 · https://youtu.be/YaxWNPN2K5A?t=721</w:t>
      </w:r>
    </w:p>
    <w:p>
      <w:r>
        <w:rPr>
          <w:i/>
        </w:rPr>
        <w:t>“Seeking spirit and intellectual discontentment are one and the same”</w:t>
      </w:r>
    </w:p>
    <w:p>
      <w:r>
        <w:rPr>
          <w:sz w:val="20"/>
        </w:rPr>
        <w:t>12:01  There are three conditions.</w:t>
      </w:r>
      <w:r>
        <w:br/>
      </w:r>
      <w:r>
        <w:rPr>
          <w:sz w:val="20"/>
        </w:rPr>
        <w:t>12:07  There are three conditions of this finding.</w:t>
      </w:r>
      <w:r>
        <w:br/>
      </w:r>
      <w:r>
        <w:rPr>
          <w:sz w:val="20"/>
        </w:rPr>
        <w:t>12:13  One is, one is seeking spirit, or intellectual discontentment.</w:t>
      </w:r>
      <w:r>
        <w:br/>
      </w:r>
      <w:r>
        <w:rPr>
          <w:sz w:val="20"/>
        </w:rPr>
        <w:t>12:19  Seeking spirit and intellectual discontentment are both one and the same.</w:t>
      </w:r>
      <w:r>
        <w:br/>
      </w:r>
      <w:r>
        <w:rPr>
          <w:sz w:val="20"/>
        </w:rPr>
        <w:t>12:25  So one is the seeking spirit. The second</w:t>
      </w:r>
      <w:r>
        <w:br/>
      </w:r>
      <w:r>
        <w:rPr>
          <w:sz w:val="20"/>
        </w:rPr>
        <w:t>12:31  is sincerity.</w:t>
      </w:r>
      <w:r>
        <w:br/>
      </w:r>
      <w:r>
        <w:rPr>
          <w:sz w:val="20"/>
        </w:rPr>
        <w:t>12:37  And third is readiness to surrender before reason.</w:t>
      </w:r>
      <w:r>
        <w:br/>
      </w:r>
      <w:r>
        <w:rPr>
          <w:sz w:val="20"/>
        </w:rPr>
        <w:t>12:43  These are three conditions.</w:t>
      </w:r>
      <w:r>
        <w:br/>
      </w:r>
      <w:r>
        <w:rPr>
          <w:sz w:val="20"/>
        </w:rPr>
        <w:t>12:49  Without these three conditions, no can, no one can discover the truth.</w:t>
      </w:r>
      <w:r>
        <w:br/>
      </w:r>
      <w:r>
        <w:rPr>
          <w:sz w:val="20"/>
        </w:rPr>
        <w:t>12:55  No one can find the truth.</w:t>
      </w:r>
    </w:p>
    <w:p>
      <w:pPr>
        <w:pStyle w:val="Heading2"/>
      </w:pPr>
      <w:r>
        <w:t>Everyone needs a graveyard to bury others' hurts</w:t>
      </w:r>
    </w:p>
    <w:p>
      <w:r>
        <w:rPr>
          <w:color w:val="666666"/>
          <w:sz w:val="18"/>
        </w:rPr>
        <w:t>Lessons from The Quran And Hadith · 38s · at 31:08 · https://youtu.be/fBflSQEPstg?t=1868</w:t>
      </w:r>
    </w:p>
    <w:p>
      <w:r>
        <w:rPr>
          <w:i/>
        </w:rPr>
        <w:t>“Har aadmi ke paas ek bada qabristan hona chahiye.”</w:t>
      </w:r>
    </w:p>
    <w:p>
      <w:r>
        <w:rPr>
          <w:sz w:val="20"/>
        </w:rPr>
        <w:t>31:08  Kisi ne sahi kaha ke har aadmi ke paas ek bahut bada qabristan hona chahiye. Har aadmi ke paas ek bahut bada qabristan hona chahiye.</w:t>
      </w:r>
      <w:r>
        <w:br/>
      </w:r>
      <w:r>
        <w:rPr>
          <w:sz w:val="20"/>
        </w:rPr>
        <w:t>31:18  Jiske andar woh doosron ki ezaon ko dafan kar sake.</w:t>
      </w:r>
      <w:r>
        <w:br/>
      </w:r>
      <w:r>
        <w:rPr>
          <w:sz w:val="20"/>
        </w:rPr>
        <w:t>31:25  Jab aadmi sataye, jab aadmi eza pahunchaye to usko dafan kar sake is qabristan mein.</w:t>
      </w:r>
      <w:r>
        <w:br/>
      </w:r>
      <w:r>
        <w:rPr>
          <w:sz w:val="20"/>
        </w:rPr>
        <w:t>31:36  Yeh hai sabr. To yeh iska faida kya hota hai? Iska faida yeh hota hai ke aapke andar sakaratmak personality banti hai.</w:t>
      </w:r>
    </w:p>
    <w:p>
      <w:pPr>
        <w:pStyle w:val="Heading2"/>
      </w:pPr>
      <w:r>
        <w:t>Quran verse: believers forgive instead of returning anger</w:t>
      </w:r>
    </w:p>
    <w:p>
      <w:r>
        <w:rPr>
          <w:color w:val="666666"/>
          <w:sz w:val="18"/>
        </w:rPr>
        <w:t>Don't Be Angry Culture January 15, 2012 · 37s · at 3:29 · https://youtu.be/NrA3X8y_FLY?t=209</w:t>
      </w:r>
    </w:p>
    <w:p>
      <w:r>
        <w:rPr>
          <w:i/>
        </w:rPr>
        <w:t>“Wa iza ma ghadibu hum yaghfirun”</w:t>
      </w:r>
    </w:p>
    <w:p>
      <w:r>
        <w:rPr>
          <w:sz w:val="20"/>
        </w:rPr>
        <w:t>3:29  misalan Quran mein hai ke "wa idha ma ghadibu hum yaghfirun" .</w:t>
      </w:r>
      <w:r>
        <w:br/>
      </w:r>
      <w:r>
        <w:rPr>
          <w:sz w:val="20"/>
        </w:rPr>
        <w:t>3:34  jab ghussa aata to woh maaf kar dete hain. yaani aaya ghussa, lotaya kya? maafi. yaani aap ke dil mein to ghussa aaya, lekin doosron ko jo cheez mili,</w:t>
      </w:r>
      <w:r>
        <w:br/>
      </w:r>
      <w:r>
        <w:rPr>
          <w:sz w:val="20"/>
        </w:rPr>
        <w:t>3:50  woh ghussa nahi mila, woh maafi mili. kaisi ajeeb taleem hai yeh. is se yeh bhi maloom hua ke ghussa aana yeh ek natural baat hai.</w:t>
      </w:r>
    </w:p>
    <w:p>
      <w:pPr>
        <w:pStyle w:val="Heading2"/>
      </w:pPr>
      <w:r>
        <w:t>Maturity is living with what you can't change</w:t>
      </w:r>
    </w:p>
    <w:p>
      <w:r>
        <w:rPr>
          <w:color w:val="666666"/>
          <w:sz w:val="18"/>
        </w:rPr>
        <w:t>Principle of Avoidance in Islam I 12 Dec, 2010 - Maulana Wahiduddin Khan · 35s · at 46:24 · https://youtu.be/LcEmPmf5es0?t=2784</w:t>
      </w:r>
    </w:p>
    <w:p>
      <w:r>
        <w:rPr>
          <w:i/>
        </w:rPr>
        <w:t>“Maine ek martaba padha tha ke maturity kya hai.”</w:t>
      </w:r>
    </w:p>
    <w:p>
      <w:r>
        <w:rPr>
          <w:sz w:val="20"/>
        </w:rPr>
        <w:t>46:24  hota hi rehta hai yeh. to protest kyun karen aap is cheez ko jis ko aap badal nahin sakte.</w:t>
      </w:r>
      <w:r>
        <w:br/>
      </w:r>
      <w:r>
        <w:rPr>
          <w:sz w:val="20"/>
        </w:rPr>
        <w:t>46:33  main ne ek martaba parha tha ke maturity kya hai. maturity kya hai? maturity yeh hai ke aap in cheezon ke sath normal tareeqe se reh saken jis ko aap badal nahin sakte.</w:t>
      </w:r>
      <w:r>
        <w:br/>
      </w:r>
      <w:r>
        <w:rPr>
          <w:sz w:val="20"/>
        </w:rPr>
        <w:t>46:47  maturity yeh hai ke aap in cheezon ke sath normal tareeqe se reh saken jis ko aap badal nahin sakte.</w:t>
      </w:r>
    </w:p>
    <w:p>
      <w:pPr>
        <w:pStyle w:val="Heading2"/>
      </w:pPr>
      <w:r>
        <w:t>Thrilling shukr vs lip service</w:t>
      </w:r>
    </w:p>
    <w:p>
      <w:r>
        <w:rPr>
          <w:color w:val="666666"/>
          <w:sz w:val="18"/>
        </w:rPr>
        <w:t>The Concept of Shukr in Islam | June 17, 2008 · 30s · at 7:58 · https://youtu.be/ySbCs4MRNXU?t=478</w:t>
      </w:r>
    </w:p>
    <w:p>
      <w:r>
        <w:rPr>
          <w:i/>
        </w:rPr>
        <w:t>“Yeh koi shukr nahi, shukr to thrilling shukr hai.”</w:t>
      </w:r>
    </w:p>
    <w:p>
      <w:r>
        <w:rPr>
          <w:sz w:val="20"/>
        </w:rPr>
        <w:t>7:58  bari universe ko banaya, kya is ka haq yahi hai ke woh hum kuch shabd bol dein, kuch</w:t>
      </w:r>
      <w:r>
        <w:br/>
      </w:r>
      <w:r>
        <w:rPr>
          <w:sz w:val="20"/>
        </w:rPr>
        <w:t>8:04  words bol dein, ek lip service kar dein? kya yahi is ka haq ada karna hai? yeh koi</w:t>
      </w:r>
      <w:r>
        <w:br/>
      </w:r>
      <w:r>
        <w:rPr>
          <w:sz w:val="20"/>
        </w:rPr>
        <w:t>8:10  shukr nahin hai.</w:t>
      </w:r>
      <w:r>
        <w:br/>
      </w:r>
      <w:r>
        <w:rPr>
          <w:sz w:val="20"/>
        </w:rPr>
        <w:t>8:16  shukr to wohi hai jo thrilling shukr ho.</w:t>
      </w:r>
      <w:r>
        <w:br/>
      </w:r>
      <w:r>
        <w:rPr>
          <w:sz w:val="20"/>
        </w:rPr>
        <w:t>8:22  jo thrilling shukr ho, jo aap ke poore</w:t>
      </w:r>
    </w:p>
    <w:p>
      <w:pPr>
        <w:pStyle w:val="Heading2"/>
      </w:pPr>
      <w:r>
        <w:t>Quranic call to God</w:t>
      </w:r>
    </w:p>
    <w:p>
      <w:r>
        <w:rPr>
          <w:color w:val="666666"/>
          <w:sz w:val="18"/>
        </w:rPr>
        <w:t>Dr Naseem Siddiqui Memorial Part 1 · 27s · at 3:51 · https://youtu.be/q-kccRjp1iU?t=231</w:t>
      </w:r>
    </w:p>
    <w:p>
      <w:r>
        <w:rPr>
          <w:i/>
        </w:rPr>
        <w:t>“Who speaks better than one who calls to God”</w:t>
      </w:r>
    </w:p>
    <w:p>
      <w:r>
        <w:rPr>
          <w:sz w:val="20"/>
        </w:rPr>
        <w:t>3:51  Who speaks better than one who calls to God and does good works and says, 'I am surely of those who submit'? Good and evil deeds are not equal; repel evil with what is better, then you will see that one who was once your enemy has become your dearest friend.</w:t>
      </w:r>
      <w:r>
        <w:br/>
      </w:r>
      <w:r>
        <w:rPr>
          <w:sz w:val="20"/>
        </w:rPr>
        <w:t>4:18  But no one will be granted such goodness except those who exercise patience and self-restraint; no one is granted it save those who are truly fortunate. If a prompting from Satan should stir you, seek refuge with God; He is the All-Hearing and the All-Knowing." Thank you.</w:t>
      </w:r>
    </w:p>
    <w:p>
      <w:pPr>
        <w:pStyle w:val="Heading2"/>
      </w:pPr>
      <w:r>
        <w:t>A believer never harms their neighbor, hadith</w:t>
      </w:r>
    </w:p>
    <w:p>
      <w:r>
        <w:rPr>
          <w:color w:val="666666"/>
          <w:sz w:val="18"/>
        </w:rPr>
        <w:t>Human Values · 53s · at 32:35 · https://youtu.be/Art0kheDD40?t=1955</w:t>
      </w:r>
    </w:p>
    <w:p>
      <w:r>
        <w:rPr>
          <w:i/>
        </w:rPr>
        <w:t>“Whoever's neighbor isn't safe from him is not a believer”</w:t>
      </w:r>
    </w:p>
    <w:p>
      <w:r>
        <w:rPr>
          <w:sz w:val="20"/>
        </w:rPr>
        <w:t>32:35  is society mein ek harmless ban kar person ban kar raho yeh minimum requirement hai is ki importance itni zyada hai ke ek hadith mein hai ke wallah la yaman wallah la yaman wallah la yaman allazi la yaman</w:t>
      </w:r>
      <w:r>
        <w:br/>
      </w:r>
      <w:r>
        <w:rPr>
          <w:sz w:val="20"/>
        </w:rPr>
        <w:t>32:58  is ka is ka matlab yeh hai ke he is not a believer he is not a believer he is not a believer who creates problems for other</w:t>
      </w:r>
      <w:r>
        <w:br/>
      </w:r>
      <w:r>
        <w:rPr>
          <w:sz w:val="20"/>
        </w:rPr>
        <w:t>33:13  itni zyada importance hai ke agar ek aadmi apne paros ko apne doosre logon ko aam phal bana hua hai to momin nahin hai aur believer nahin hai itni importance hai</w:t>
      </w:r>
    </w:p>
    <w:p>
      <w:pPr>
        <w:pStyle w:val="Heading2"/>
      </w:pPr>
      <w:r>
        <w:t>Gratitude comes from thinking and reflection</w:t>
      </w:r>
    </w:p>
    <w:p>
      <w:r>
        <w:rPr>
          <w:color w:val="666666"/>
          <w:sz w:val="18"/>
        </w:rPr>
        <w:t>Q&amp;A 03 Jan 2010 - Maulana Wahiduddin Khan · 25s · at 0:29 · https://youtu.be/tEiK4snkN_Y?t=29</w:t>
      </w:r>
    </w:p>
    <w:p>
      <w:r>
        <w:rPr>
          <w:i/>
        </w:rPr>
        <w:t>“Dekhiye shukr jo hai gratefulness jo hai woh sochne se aati hai”</w:t>
      </w:r>
    </w:p>
    <w:p>
      <w:r>
        <w:rPr>
          <w:sz w:val="20"/>
        </w:rPr>
        <w:t>0:29  Dekhiye, shukr jo hai, gratefulness jo hai, woh sochne se aati hai. Sochenge nahi to shukr bhi nahi ayega. Jaise maine abhi glass ko dekha,</w:t>
      </w:r>
      <w:r>
        <w:br/>
      </w:r>
      <w:r>
        <w:rPr>
          <w:sz w:val="20"/>
        </w:rPr>
        <w:t>0:48  to main socha ki dekhiye, gilaas bol nahin sakta.</w:t>
      </w:r>
    </w:p>
    <w:p>
      <w:pPr>
        <w:pStyle w:val="Heading2"/>
      </w:pPr>
      <w:r>
        <w:t>Man cannot live by bread alone quote</w:t>
      </w:r>
    </w:p>
    <w:p>
      <w:r>
        <w:rPr>
          <w:color w:val="666666"/>
          <w:sz w:val="18"/>
        </w:rPr>
        <w:t>Fasting A Source of Spiritual Empowerment August 21, 2011 Maulana Wahiduddin Khan · 45s · at 10:54 · https://youtu.be/Z0EbPlujcf0?t=654</w:t>
      </w:r>
    </w:p>
    <w:p>
      <w:r>
        <w:rPr>
          <w:i/>
        </w:rPr>
        <w:t>“Insaan sirf roti par ji nahi sakta”</w:t>
      </w:r>
    </w:p>
    <w:p>
      <w:r>
        <w:rPr>
          <w:sz w:val="20"/>
        </w:rPr>
        <w:t>10:54  ya andar ki shakhsiyat. to woh aik aur cheez hai. to isi isi doosray insaan ke aitbaar se kaha tha Hazrat Masih ne "Man cannot live by bread alone".</w:t>
      </w:r>
      <w:r>
        <w:br/>
      </w:r>
      <w:r>
        <w:rPr>
          <w:sz w:val="20"/>
        </w:rPr>
        <w:t>11:11  insaan sirf roti par jee nahi sakta.</w:t>
      </w:r>
      <w:r>
        <w:br/>
      </w:r>
      <w:r>
        <w:rPr>
          <w:sz w:val="20"/>
        </w:rPr>
        <w:t>11:14  to Body to roti par jee sakta hai. Body ka jo rizq hai woh to roti hi hai. unhon ne jo kaha ke "Man cannot live by bread alone" to yeh doosray insaan ke baray mein kaha unhon ne.</w:t>
      </w:r>
      <w:r>
        <w:br/>
      </w:r>
      <w:r>
        <w:rPr>
          <w:sz w:val="20"/>
        </w:rPr>
        <w:t>11:29  ke is ko aik aur roti chahiye. aik aur rizq chahiye. aik aur khurak chahiye. aik aur Food chahiye.</w:t>
      </w:r>
    </w:p>
    <w:p>
      <w:pPr>
        <w:pStyle w:val="Heading2"/>
      </w:pPr>
      <w:r>
        <w:t>Newton's secret: only the power of patient thought</w:t>
      </w:r>
    </w:p>
    <w:p>
      <w:r>
        <w:rPr>
          <w:color w:val="666666"/>
          <w:sz w:val="18"/>
        </w:rPr>
        <w:t>Power of Peace June 6, 2010 Maulana Wahiduddin Khan · 39s · at 5:07 · https://youtu.be/QNnouRoYI38?t=307</w:t>
      </w:r>
    </w:p>
    <w:p>
      <w:r>
        <w:rPr>
          <w:i/>
        </w:rPr>
        <w:t>“I have no special sagacity, only patient thought”</w:t>
      </w:r>
    </w:p>
    <w:p>
      <w:r>
        <w:rPr>
          <w:sz w:val="20"/>
        </w:rPr>
        <w:t>5:07  to sabr ko jahan bhi aap dekhein, to mein newton ko keh raha tha ke newton jo hai, baad ko us ne poocha gaya tha, us ne kaha ke "I have no special sagacity; only the power of patient thought".</w:t>
      </w:r>
      <w:r>
        <w:br/>
      </w:r>
      <w:r>
        <w:rPr>
          <w:sz w:val="20"/>
        </w:rPr>
        <w:t>5:23  yani mere andar koi alag dhang ki liyaqat nahi hai, special qism ki. aik hi cheez mere andar hai ke bohat ziyada patiently sochna.</w:t>
      </w:r>
      <w:r>
        <w:br/>
      </w:r>
      <w:r>
        <w:rPr>
          <w:sz w:val="20"/>
        </w:rPr>
        <w:t>5:36  kisi aik cheez par focus kar ke patiently sochna, yeh meri taqat hai. is se woh founder of modern science ban gaya.</w:t>
      </w:r>
    </w:p>
    <w:p>
      <w:pPr>
        <w:pStyle w:val="Heading2"/>
      </w:pPr>
      <w:r>
        <w:t>Patience is the real power</w:t>
      </w:r>
    </w:p>
    <w:p>
      <w:r>
        <w:rPr>
          <w:color w:val="666666"/>
          <w:sz w:val="18"/>
        </w:rPr>
        <w:t>Patience and Creative Thinking April 20, 2020 Maulana Wahiduddin Khan · 23s · at 5:24 · https://youtu.be/zhpSQwyj_6Q?t=324</w:t>
      </w:r>
    </w:p>
    <w:p>
      <w:r>
        <w:rPr>
          <w:i/>
        </w:rPr>
        <w:t>“Ek bohat ahem baat batayi gayi hai”</w:t>
      </w:r>
    </w:p>
    <w:p>
      <w:r>
        <w:rPr>
          <w:sz w:val="20"/>
        </w:rPr>
        <w:t>5:24  ek bohat ahem baat batayi gayi hai, bohat ahem baat, ke is duniya mein patience asal taqat hai.</w:t>
      </w:r>
      <w:r>
        <w:br/>
      </w:r>
      <w:r>
        <w:rPr>
          <w:sz w:val="20"/>
        </w:rPr>
        <w:t>5:38  is duniya mein patience asal taqat hai.</w:t>
      </w:r>
    </w:p>
    <w:p>
      <w:pPr>
        <w:pStyle w:val="Heading2"/>
      </w:pPr>
      <w:r>
        <w:t>Live in psychology of praise</w:t>
      </w:r>
    </w:p>
    <w:p>
      <w:r>
        <w:rPr>
          <w:color w:val="666666"/>
          <w:sz w:val="18"/>
        </w:rPr>
        <w:t>From the Spiritual Tree 20 February 2011 - Maulana Wahiduddin Khan · 25s · at 16:16 · https://youtu.be/FpBLnD-xv6A?t=976</w:t>
      </w:r>
    </w:p>
    <w:p>
      <w:r>
        <w:rPr>
          <w:i/>
        </w:rPr>
        <w:t>“Allah jo deen chahta hai insaan se us ka khulasa yeh hai”</w:t>
      </w:r>
    </w:p>
    <w:p>
      <w:r>
        <w:rPr>
          <w:sz w:val="20"/>
        </w:rPr>
        <w:t>16:16  allah jo deen chahta hai insaan se is ka khulasa yeh hai ke aap hamd ki nafsiyat mein jiyein. hamd ki sentiment mein jiyein.</w:t>
      </w:r>
      <w:r>
        <w:br/>
      </w:r>
      <w:r>
        <w:rPr>
          <w:sz w:val="20"/>
        </w:rPr>
        <w:t>16:28  hamd ke zehan ke sath jiyein. yaani shukr ke. "alhamdulillah rabbil alameen" yeh koi koi yaani kuch shabdon ki baat nahi hai.</w:t>
      </w:r>
    </w:p>
    <w:p>
      <w:pPr>
        <w:pStyle w:val="Heading2"/>
      </w:pPr>
      <w:r>
        <w:t>Focus mind like magnifying glass</w:t>
      </w:r>
    </w:p>
    <w:p>
      <w:r>
        <w:rPr>
          <w:color w:val="666666"/>
          <w:sz w:val="18"/>
        </w:rPr>
        <w:t>Ramadan Q and A Session with Prof. Farida Khanam 27th March' 2022 · 23s · at 5:28 · https://youtu.be/M_pJVGZWKIM?t=328</w:t>
      </w:r>
    </w:p>
    <w:p>
      <w:r>
        <w:rPr>
          <w:i/>
        </w:rPr>
        <w:t>“Mind ko focused hona chahiye jaisa magnifying glass”</w:t>
      </w:r>
    </w:p>
    <w:p>
      <w:r>
        <w:rPr>
          <w:sz w:val="20"/>
        </w:rPr>
        <w:t>5:28  mind ko focused hona chahiye jaise magnifying glass hota hai na to usko jab aap dhoop mein rakhein to sari rays ko wah ek focus par kar deta hai. phir itna focused wah raise ho jati hain ke wah jal jata hai. kaagaz jal jata hai. mujhe lagta hai yeh gaalepan chaala jhaan nahi bataya tha yeh baat.</w:t>
      </w:r>
      <w:r>
        <w:br/>
      </w:r>
      <w:r>
        <w:rPr>
          <w:sz w:val="20"/>
        </w:rPr>
        <w:t>5:51  to to is tarike se jab tak hum apne mind ko focus nahi karenge wah jo spiritual ek development hota hai personality ka wah nahi kar payenge. wah khali talawat karte rahenge khali talawat se kuch nahi hoga kyunke hamein chahiye ke quran mein tadabbur karein, tafakkur karein. jaise sahaba karte the. hum koi nayi baat nahi keh rahe hain. sahaba aise hi na quran padhte the. sirf tulabat nahi karte the.</w:t>
      </w:r>
    </w:p>
    <w:p>
      <w:pPr>
        <w:pStyle w:val="Heading2"/>
      </w:pPr>
      <w:r>
        <w:t>Not thinking is impatience, thinking is patience</w:t>
      </w:r>
    </w:p>
    <w:p>
      <w:r>
        <w:rPr>
          <w:color w:val="666666"/>
          <w:sz w:val="18"/>
        </w:rPr>
        <w:t>From The Spiritual Tree 28 Nov, 2010 - Maulana Wahiduddin Khan · 26s · at 7:51 · https://youtu.be/LDMY7FjQRIE?t=471</w:t>
      </w:r>
    </w:p>
    <w:p>
      <w:r>
        <w:rPr>
          <w:i/>
        </w:rPr>
        <w:t>“Aadmi sabr karega to kya karega? Sochega”</w:t>
      </w:r>
    </w:p>
    <w:p>
      <w:r>
        <w:rPr>
          <w:sz w:val="20"/>
        </w:rPr>
        <w:t>7:51  aadmi sabr karega to kya karega? sochega. pehle sochna, phir action lena. pehle sochna, phir koi step lena.</w:t>
      </w:r>
      <w:r>
        <w:br/>
      </w:r>
      <w:r>
        <w:rPr>
          <w:sz w:val="20"/>
        </w:rPr>
        <w:t>8:06  to na sochne ka naam hai besabri aur sochne ka naam hai sabr.</w:t>
      </w:r>
    </w:p>
    <w:p>
      <w:pPr>
        <w:pStyle w:val="Heading2"/>
      </w:pPr>
      <w:r>
        <w:t>Introducing the Don't Be Angry culture concept</w:t>
      </w:r>
    </w:p>
    <w:p>
      <w:r>
        <w:rPr>
          <w:color w:val="666666"/>
          <w:sz w:val="18"/>
        </w:rPr>
        <w:t>Don't Be Angry Culture January 15, 2012 · 29s · at 0:35 · https://youtu.be/NrA3X8y_FLY?t=35</w:t>
      </w:r>
    </w:p>
    <w:p>
      <w:r>
        <w:rPr>
          <w:i/>
        </w:rPr>
        <w:t>“Aaj ka title hai: la taghdab culture”</w:t>
      </w:r>
    </w:p>
    <w:p>
      <w:r>
        <w:rPr>
          <w:sz w:val="20"/>
        </w:rPr>
        <w:t>0:35  aaj ka title hai: "la taghzab culture".</w:t>
      </w:r>
      <w:r>
        <w:br/>
      </w:r>
      <w:r>
        <w:rPr>
          <w:sz w:val="20"/>
        </w:rPr>
        <w:t>0:45  aik hadith mein hai ke "la taghzab", ghussa na karo, isi se main ne yeh title liya hai. la taghzab culture ka matlab hai "Don't be angry" culture.</w:t>
      </w:r>
    </w:p>
    <w:p>
      <w:pPr>
        <w:pStyle w:val="Heading2"/>
      </w:pPr>
      <w:r>
        <w:t>circumstances don't decide your character, principles do</w:t>
      </w:r>
    </w:p>
    <w:p>
      <w:r>
        <w:rPr>
          <w:color w:val="666666"/>
          <w:sz w:val="18"/>
        </w:rPr>
        <w:t>Good Relationships CPS Women Discussion 23 September 10, 2023 · 28s · at 6:56 · https://youtu.be/5UlMoC6-jGU?t=416</w:t>
      </w:r>
    </w:p>
    <w:p>
      <w:r>
        <w:rPr>
          <w:i/>
        </w:rPr>
        <w:t>“Halaat hamare character ka faisla nahi karte”</w:t>
      </w:r>
    </w:p>
    <w:p>
      <w:r>
        <w:rPr>
          <w:sz w:val="20"/>
        </w:rPr>
        <w:t>6:56  halaat hamare character ka faisla nahi karte balki hamara apna socha samjha usool hamare character ka faisla karta hai. yaani khudai usool par qaym rehna, taqwah par qaym rehna. yeh islami ikhlaq hai aur bausul insaan islami ikhlaq par qaym rehta hai aur yahi hamare aapas ke relation ko behtar banata hai. achha musalman, to beghar sochiye samjhiye zindagi guzarna.</w:t>
      </w:r>
      <w:r>
        <w:br/>
      </w:r>
      <w:r>
        <w:rPr>
          <w:sz w:val="20"/>
        </w:rPr>
        <w:t>7:24  beghar kisi cheez ko samjhe bas guzarte rehna jo hamari zindagi mein jo bhi hamari samajh ban gayi, to yeh achha musalman nahi banata, achha insaan nahi banata. Islam ka maqsad hai ki insaan ki soch ko iski islah ho aur jis insaan ki soch mein Islam utar jaye, woh apne aap achha insaan ban jata hai aur kisi ke liye bhala na sochna, aisi soch yaqeenan Islam se khali hogi.</w:t>
      </w:r>
    </w:p>
    <w:p>
      <w:pPr>
        <w:pStyle w:val="Heading2"/>
      </w:pPr>
      <w:r>
        <w:t>Patience is key to God's law</w:t>
      </w:r>
    </w:p>
    <w:p>
      <w:r>
        <w:rPr>
          <w:color w:val="666666"/>
          <w:sz w:val="18"/>
        </w:rPr>
        <w:t>Patience and Creative Thinking April 20, 2020 Maulana Wahiduddin Khan · 29s · at 1:12 · https://youtu.be/zhpSQwyj_6Q?t=72</w:t>
      </w:r>
    </w:p>
    <w:p>
      <w:r>
        <w:rPr>
          <w:i/>
        </w:rPr>
        <w:t>“Woh kya hai? Woh hai sabr, patience”</w:t>
      </w:r>
    </w:p>
    <w:p>
      <w:r>
        <w:rPr>
          <w:sz w:val="20"/>
        </w:rPr>
        <w:t>1:12  woh kya hai? woh hai sabr, patience, wallahu ma'a al-sabireen. yani Allah ke is qanoon ka faida is ko milta hai jo sabr ka saboot de, patience ka saboot de.</w:t>
      </w:r>
    </w:p>
    <w:p>
      <w:pPr>
        <w:pStyle w:val="Heading2"/>
      </w:pPr>
      <w:r>
        <w:t>Every person faces heaven or hell as the two outcomes</w:t>
      </w:r>
    </w:p>
    <w:p>
      <w:r>
        <w:rPr>
          <w:color w:val="666666"/>
          <w:sz w:val="18"/>
        </w:rPr>
        <w:t>Ethical Values in Islam, June 19, 2008 · 57s · at 30:32 · https://youtu.be/2yPff80nSBY?t=1832</w:t>
      </w:r>
    </w:p>
    <w:p>
      <w:r>
        <w:rPr>
          <w:i/>
        </w:rPr>
        <w:t>“Every person gets one of two results: punishment or reward”</w:t>
      </w:r>
    </w:p>
    <w:p>
      <w:r>
        <w:rPr>
          <w:sz w:val="20"/>
        </w:rPr>
        <w:t>30:32  do result har aadmi, do mein se aik result har aadmi ko milne wala hai: ya punishment ya reward. punishment wala jo hai, woh hell mein jayega, reward wala jo hai, woh paradise mein jayega.</w:t>
      </w:r>
      <w:r>
        <w:br/>
      </w:r>
      <w:r>
        <w:rPr>
          <w:sz w:val="20"/>
        </w:rPr>
        <w:t>30:48  yeh cheez aadmi ko control mein rakhti hai. yeh cheez aadmi ke liye goya ke speed breaker ka kaam karti hai. speed breaker kyun?</w:t>
      </w:r>
      <w:r>
        <w:br/>
      </w:r>
      <w:r>
        <w:rPr>
          <w:sz w:val="20"/>
        </w:rPr>
        <w:t>31:01  har mauqe par jahan is ko yeh choice ho, yeh choice ho ke woh sahi kare ya galat kare, jhoot bole ya sach bole,</w:t>
      </w:r>
      <w:r>
        <w:br/>
      </w:r>
      <w:r>
        <w:rPr>
          <w:sz w:val="20"/>
        </w:rPr>
        <w:t>31:17  honesty ke sath rahe ya dishonesty ke sath rahe, apni freedom ko misuse kare ya proper use kare. jab yeh choice aaye</w:t>
      </w:r>
    </w:p>
    <w:p>
      <w:pPr>
        <w:pStyle w:val="Heading2"/>
      </w:pPr>
      <w:r>
        <w:t>Role of patience in self-awareness</w:t>
      </w:r>
    </w:p>
    <w:p>
      <w:r>
        <w:rPr>
          <w:color w:val="666666"/>
          <w:sz w:val="18"/>
        </w:rPr>
        <w:t>Become Alert at Satan's Negative Influence Dec 14 2019 - Maulana Wahiduddin Khan · 40s · at 6:20 · https://youtu.be/njCxCpiLQ60?t=380</w:t>
      </w:r>
    </w:p>
    <w:p>
      <w:r>
        <w:rPr>
          <w:i/>
        </w:rPr>
        <w:t>“To sabr ka kirdar yehi hai”</w:t>
      </w:r>
    </w:p>
    <w:p>
      <w:r>
        <w:rPr>
          <w:sz w:val="20"/>
        </w:rPr>
        <w:t>6:20  to sabr ka kirdaar yahi hai.</w:t>
      </w:r>
      <w:r>
        <w:br/>
      </w:r>
      <w:r>
        <w:rPr>
          <w:sz w:val="20"/>
        </w:rPr>
        <w:t>6:28  aur yeh bohat ahem kirdaar hai.</w:t>
      </w:r>
      <w:r>
        <w:br/>
      </w:r>
      <w:r>
        <w:rPr>
          <w:sz w:val="20"/>
        </w:rPr>
        <w:t>6:34  sabr ko point out karta hai ke kahan woh uska relevant hoga. relevant.</w:t>
      </w:r>
      <w:r>
        <w:br/>
      </w:r>
      <w:r>
        <w:rPr>
          <w:sz w:val="20"/>
        </w:rPr>
        <w:t>6:43  jab aadmi apne relevant ko jaane aur us se apne aap ko bachaye tab us ke upar tazkiya ka rasta khul jata hai.</w:t>
      </w:r>
    </w:p>
    <w:p>
      <w:pPr>
        <w:pStyle w:val="Heading2"/>
      </w:pPr>
      <w:r>
        <w:t>Desert cactus metaphor: hardship builds resilience</w:t>
      </w:r>
    </w:p>
    <w:p>
      <w:r>
        <w:rPr>
          <w:color w:val="666666"/>
          <w:sz w:val="18"/>
        </w:rPr>
        <w:t>CPS Women Article Discussion 17 February 5, 2023 · 49s · at 40:56 · https://youtu.be/YwT3btklNZk?t=2456</w:t>
      </w:r>
    </w:p>
    <w:p>
      <w:r>
        <w:rPr>
          <w:i/>
        </w:rPr>
        <w:t>“जैसे desert में cactus climate को adopt कर लेते हैं”</w:t>
      </w:r>
    </w:p>
    <w:p>
      <w:r>
        <w:rPr>
          <w:sz w:val="20"/>
        </w:rPr>
        <w:t>40:56  haan haan aur aapka ek ek example aur mujhe yaad aa raha hai. jo jaise yah hota hai na desert, desert mein jo cactus wagairah paida hote hain us climate mein to vah itne matlab uske kehna chahiye ki wahan ki climate ko adopt kar lete hain aur uske according panapte hain.</w:t>
      </w:r>
      <w:r>
        <w:br/>
      </w:r>
      <w:r>
        <w:rPr>
          <w:sz w:val="20"/>
        </w:rPr>
        <w:t>41:20  to agar hamare upar test bhi aate hain aur hum patients usmein rakhte hain to hamari jo tarbiyat hoti hai jaise ki doctor safina ne kaha hai ki humko na uske according is tarah se hamari vah ho jati hai ki humein majbooti aati hai. strong bante hain hum log. bahut achha bataya rajiya, bahut achha.</w:t>
      </w:r>
      <w:r>
        <w:br/>
      </w:r>
      <w:r>
        <w:rPr>
          <w:sz w:val="20"/>
        </w:rPr>
        <w:t>41:45  matlab sara nichod bata diya hai ki sabr ko kyon malayana sahab ne bahaduri bataya hai. ji ji bilkul. yaad aa gaya mujhe. sab number hai kuch kehna chah rahi hai. hum soch rahe hain ki sabr hum logon ka hal lamha mein karna hai.</w:t>
      </w:r>
    </w:p>
    <w:p>
      <w:pPr>
        <w:pStyle w:val="Heading2"/>
      </w:pPr>
      <w:r>
        <w:t>Bernard Shaw quote on the spirit of forgetting</w:t>
      </w:r>
    </w:p>
    <w:p>
      <w:r>
        <w:rPr>
          <w:color w:val="666666"/>
          <w:sz w:val="18"/>
        </w:rPr>
        <w:t>Lessons from The Quran And Hadith · 26s · at 5:22 · https://youtu.be/fBflSQEPstg?t=322</w:t>
      </w:r>
    </w:p>
    <w:p>
      <w:r>
        <w:rPr>
          <w:i/>
        </w:rPr>
        <w:t>“Bernard Shaw said: forgetting nothing makes you uneducated.”</w:t>
      </w:r>
    </w:p>
    <w:p>
      <w:r>
        <w:rPr>
          <w:sz w:val="20"/>
        </w:rPr>
        <w:t>5:22  Martin Dawson, Bernard Shaw ne kaha tha ke jis aadmi ke paas bhulane ko kuchh na ho, wahi sab se zyada uneducated insaan hai.</w:t>
      </w:r>
      <w:r>
        <w:br/>
      </w:r>
      <w:r>
        <w:rPr>
          <w:sz w:val="20"/>
        </w:rPr>
        <w:t>5:36  to main yeh kahunga ke jis aadmi ke paas bhulane ko, bhulane wali spirit na ho, woh sachcha shukr Allah taala ka ata nahin kar sakta.</w:t>
      </w:r>
      <w:r>
        <w:br/>
      </w:r>
      <w:r>
        <w:rPr>
          <w:sz w:val="20"/>
        </w:rPr>
        <w:t>5:47  kabhi nahin.</w:t>
      </w:r>
    </w:p>
    <w:p>
      <w:pPr>
        <w:pStyle w:val="Heading2"/>
      </w:pPr>
      <w:r>
        <w:t>Defusion of the issue</w:t>
      </w:r>
    </w:p>
    <w:p>
      <w:r>
        <w:rPr>
          <w:color w:val="666666"/>
          <w:sz w:val="18"/>
        </w:rPr>
        <w:t>Journey of Divine Civilization | January 24, 2010 · 30s · at 10:25 · https://youtu.be/QCWXCjeZxnc?t=625</w:t>
      </w:r>
    </w:p>
    <w:p>
      <w:r>
        <w:rPr>
          <w:i/>
        </w:rPr>
        <w:t>“Yeh tha defuse karna”</w:t>
      </w:r>
    </w:p>
    <w:p>
      <w:r>
        <w:rPr>
          <w:sz w:val="20"/>
        </w:rPr>
        <w:t>10:25  yeh tha diffuse karna.</w:t>
      </w:r>
      <w:r>
        <w:br/>
      </w:r>
      <w:r>
        <w:rPr>
          <w:sz w:val="20"/>
        </w:rPr>
        <w:t>10:29  to yeh agar hamare ulma yeh karte ke bhai, is ko tum sharai masla kyun banate ho? yeh</w:t>
      </w:r>
      <w:r>
        <w:br/>
      </w:r>
      <w:r>
        <w:rPr>
          <w:sz w:val="20"/>
        </w:rPr>
        <w:t>10:33  to shanakht ka masla hai, pehchan ka masla hai.</w:t>
      </w:r>
      <w:r>
        <w:br/>
      </w:r>
      <w:r>
        <w:rPr>
          <w:sz w:val="20"/>
        </w:rPr>
        <w:t>10:37  aur pehchan ke liye hum is se pehle hi is ko jaiz qarar diye hue hain, passport mein</w:t>
      </w:r>
      <w:r>
        <w:br/>
      </w:r>
      <w:r>
        <w:rPr>
          <w:sz w:val="20"/>
        </w:rPr>
        <w:t>10:40  aur doosre legal document mein.</w:t>
      </w:r>
      <w:r>
        <w:br/>
      </w:r>
      <w:r>
        <w:rPr>
          <w:sz w:val="20"/>
        </w:rPr>
        <w:t>10:44  ya diffuse karna.</w:t>
      </w:r>
      <w:r>
        <w:br/>
      </w:r>
      <w:r>
        <w:rPr>
          <w:sz w:val="20"/>
        </w:rPr>
        <w:t>10:48  ab log uljhe hue hain, isi uljhe hue hain, isi uljhe hue hain.</w:t>
      </w:r>
      <w:r>
        <w:br/>
      </w:r>
      <w:r>
        <w:rPr>
          <w:sz w:val="20"/>
        </w:rPr>
        <w:t>10:52  to bar bar aise waqiat hote hain aur musalman ulma aur rehnuma is mein</w:t>
      </w:r>
    </w:p>
    <w:p>
      <w:pPr>
        <w:pStyle w:val="Heading2"/>
      </w:pPr>
      <w:r>
        <w:t>Fewer questions mean more thinking</w:t>
      </w:r>
    </w:p>
    <w:p>
      <w:r>
        <w:rPr>
          <w:color w:val="666666"/>
          <w:sz w:val="18"/>
        </w:rPr>
        <w:t>Attaining Wisdom through State of Helplessness November 28, 2019 - Maulana Wahiduddin Khan · 36s · at 13:01 · https://youtu.be/dS29D4Pt-3U?t=781</w:t>
      </w:r>
    </w:p>
    <w:p>
      <w:r>
        <w:rPr>
          <w:i/>
        </w:rPr>
        <w:t>“Sawal karna koi matloob cheez nahi hai”</w:t>
      </w:r>
    </w:p>
    <w:p>
      <w:r>
        <w:rPr>
          <w:sz w:val="20"/>
        </w:rPr>
        <w:t>13:01  hmm, yeh yeh yeh dekhiye, is ka matlab yeh hai ke sawal karna yeh koi matloob cheez nahi hai.</w:t>
      </w:r>
      <w:r>
        <w:br/>
      </w:r>
      <w:r>
        <w:rPr>
          <w:sz w:val="20"/>
        </w:rPr>
        <w:t>13:14  aisi cheez ka aap sawal ko khud hi hal kijiye, apni aqal ko istemal kijiye. jab aap ki aqal kaam na kar rahi ho to aap sawal kijiye.</w:t>
      </w:r>
      <w:r>
        <w:br/>
      </w:r>
      <w:r>
        <w:rPr>
          <w:sz w:val="20"/>
        </w:rPr>
        <w:t>13:27  kam sawal karne ka mani hai ke taqal zyada, yani aqli ghor o fikr zyada karna.</w:t>
      </w:r>
    </w:p>
    <w:p>
      <w:pPr>
        <w:pStyle w:val="Heading2"/>
      </w:pPr>
      <w:r>
        <w:t>Myth: overeating at sehri actually voids the fast</w:t>
      </w:r>
    </w:p>
    <w:p>
      <w:r>
        <w:rPr>
          <w:color w:val="666666"/>
          <w:sz w:val="18"/>
        </w:rPr>
        <w:t>Fasting A Source of Spiritual Empowerment August 21, 2011 Maulana Wahiduddin Khan · 41s · at 57:45 · https://youtu.be/Z0EbPlujcf0?t=3465</w:t>
      </w:r>
    </w:p>
    <w:p>
      <w:r>
        <w:rPr>
          <w:i/>
        </w:rPr>
        <w:t>“Aajkal ek ghalat nazariya phaila hua hai khoob khao piyo sehri mein”</w:t>
      </w:r>
    </w:p>
    <w:p>
      <w:r>
        <w:rPr>
          <w:sz w:val="20"/>
        </w:rPr>
        <w:t>57:45  yahan mein aik baat izafa karunga keh aaj kal aik aik ghalat nazariya phaila hua hai keh khoob khao piyo sehri ke waqt taake dil ko bhooki na lagay.</w:t>
      </w:r>
      <w:r>
        <w:br/>
      </w:r>
      <w:r>
        <w:rPr>
          <w:sz w:val="20"/>
        </w:rPr>
        <w:t>57:58  yeh roze ko batil karna hai.</w:t>
      </w:r>
      <w:r>
        <w:br/>
      </w:r>
      <w:r>
        <w:rPr>
          <w:sz w:val="20"/>
        </w:rPr>
        <w:t>58:04  roze ko batil karna hai. mamool ke mutabiq khaiye. taake din mein bhook lagay din mein piyas bhi lagay.</w:t>
      </w:r>
      <w:r>
        <w:br/>
      </w:r>
      <w:r>
        <w:rPr>
          <w:sz w:val="20"/>
        </w:rPr>
        <w:t>58:15  khaas tarah ke khane banaye jatay hain. keh khaas tarah ke khane kha lo to phir neend hi to phir woh bhook nahi lagay gi. yeh to roze ko batil karna hai.</w:t>
      </w:r>
    </w:p>
    <w:p>
      <w:pPr>
        <w:pStyle w:val="Heading2"/>
      </w:pPr>
      <w:r>
        <w:t>Patience is the source of every good deed</w:t>
      </w:r>
    </w:p>
    <w:p>
      <w:r>
        <w:rPr>
          <w:color w:val="666666"/>
          <w:sz w:val="18"/>
        </w:rPr>
        <w:t>Importance of Patience in Islam December 11, 2022 · 51s · at 29:51 · https://youtu.be/Cy59II1dC-I?t=1791</w:t>
      </w:r>
    </w:p>
    <w:p>
      <w:r>
        <w:rPr>
          <w:i/>
        </w:rPr>
        <w:t>“Our biggest task in life is self-purification”</w:t>
      </w:r>
    </w:p>
    <w:p>
      <w:r>
        <w:rPr>
          <w:sz w:val="20"/>
        </w:rPr>
        <w:t>29:51  gi. To hamein jo sabse bada kaam karna hai is duniya mein, wah apna taskiya karna hai, apne ko purify karni hai. Aur yeh bagair sabr ke nahin ho sakta. Isi liye sabr ka ajr jo hai, na wah bagair hisab hai. Kyunki har kaam jo hai, na sabr ke hi zariye se ho sakta hai. Jo Allah taala chahte hain, jis tarike se ke is duniya mein insaan apni zindagi guzare, wah bagair sabr ke nahin ho sakta.</w:t>
      </w:r>
      <w:r>
        <w:br/>
      </w:r>
      <w:r>
        <w:rPr>
          <w:sz w:val="20"/>
        </w:rPr>
        <w:t>30:20  to sabr tamam nekiyon ka source hai. Tamam nekiyan sabr hi ke zariye se milti hain. Isi liye sabr ka ajr jo hai, Quran mein bagair hisab bataya gaya hai. Ji, jazaak Allah. Aap kuch comments padhna chahunga. Yeh comment bheja hai Miss Farida Kamran ne Pakistan se. Unhone li</w:t>
      </w:r>
    </w:p>
    <w:p>
      <w:pPr>
        <w:pStyle w:val="Heading2"/>
      </w:pPr>
      <w:r>
        <w:t>Example of patience at home: servant drops food</w:t>
      </w:r>
    </w:p>
    <w:p>
      <w:r>
        <w:rPr>
          <w:color w:val="666666"/>
          <w:sz w:val="18"/>
        </w:rPr>
        <w:t>Religious Understanding October 18, 2015 Maulana Wahiduddin Khan · 56s · at 48:01 · https://youtu.be/yt5TAVhva6E?t=2881</w:t>
      </w:r>
    </w:p>
    <w:p>
      <w:r>
        <w:rPr>
          <w:i/>
        </w:rPr>
        <w:t>“Main ek sahib ke ghar par, unhon ne mujhe bulaaya khaane par.”</w:t>
      </w:r>
    </w:p>
    <w:p>
      <w:r>
        <w:rPr>
          <w:sz w:val="20"/>
        </w:rPr>
        <w:t>48:01  main aik sahib ke ghar par, unhon ne mujhe bulaya khane par. khane par main tha, kuch aur log thay. to un ka aik servant tha, woh khana la raha tha.</w:t>
      </w:r>
      <w:r>
        <w:br/>
      </w:r>
      <w:r>
        <w:rPr>
          <w:sz w:val="20"/>
        </w:rPr>
        <w:t>48:15  to khana woh laya to koi salan tha, koi shorbay dar salan. aisay hi us ko baray bartan jo hota hai, jis ko kehtay hain qab, us mein la raha tha.</w:t>
      </w:r>
      <w:r>
        <w:br/>
      </w:r>
      <w:r>
        <w:rPr>
          <w:sz w:val="20"/>
        </w:rPr>
        <w:t>48:29  to woh aisa hua ke jab woh ghar ke jo malik thay, un ke paas pohancha tha, woh gir gaya.</w:t>
      </w:r>
      <w:r>
        <w:br/>
      </w:r>
      <w:r>
        <w:rPr>
          <w:sz w:val="20"/>
        </w:rPr>
        <w:t>48:39  to sara salan isi ke sar pe gir gaya. ghar ke malik jo thay, sara sherwani pehray hue thay, sara woh.</w:t>
      </w:r>
      <w:r>
        <w:br/>
      </w:r>
      <w:r>
        <w:rPr>
          <w:sz w:val="20"/>
        </w:rPr>
        <w:t>48:51  to woh muskurah kar reh gay. woh shayad servant nahin tha, un ka beta hi tha.</w:t>
      </w:r>
    </w:p>
    <w:p>
      <w:pPr>
        <w:pStyle w:val="Heading2"/>
      </w:pPr>
      <w:r>
        <w:t>Happiness from truth is greatest prize</w:t>
      </w:r>
    </w:p>
    <w:p>
      <w:r>
        <w:rPr>
          <w:color w:val="666666"/>
          <w:sz w:val="18"/>
        </w:rPr>
        <w:t>Speaking Truth (In conversation with Maulan) · 30s · at 0:24 · https://youtu.be/Fi3Z0-JgBac?t=24</w:t>
      </w:r>
    </w:p>
    <w:p>
      <w:r>
        <w:rPr>
          <w:i/>
        </w:rPr>
        <w:t>“Dekhiye, yeh question bahut aasaan toh nahi hai”</w:t>
      </w:r>
    </w:p>
    <w:p>
      <w:r>
        <w:rPr>
          <w:sz w:val="20"/>
        </w:rPr>
        <w:t>0:24  dekhiye, yeh question bohat asan to nahi hai, lekin mera aik tajurba hai. woh yeh hai ke</w:t>
      </w:r>
      <w:r>
        <w:br/>
      </w:r>
      <w:r>
        <w:rPr>
          <w:sz w:val="20"/>
        </w:rPr>
        <w:t>0:39  door se dekhne mein to lagta hai ke bohat mushkil hai sach par rehna. lekin agar aadmi aik bar yeh decision le le ke mujhe to sachi par rehna hai,</w:t>
      </w:r>
    </w:p>
    <w:p>
      <w:pPr>
        <w:pStyle w:val="Heading2"/>
      </w:pPr>
      <w:r>
        <w:t>Definition of patience: forgive, tolerate, forget</w:t>
      </w:r>
    </w:p>
    <w:p>
      <w:r>
        <w:rPr>
          <w:color w:val="666666"/>
          <w:sz w:val="18"/>
        </w:rPr>
        <w:t>Lessons from The Quran And Hadith · 43s · at 8:05 · https://youtu.be/fBflSQEPstg?t=485</w:t>
      </w:r>
    </w:p>
    <w:p>
      <w:r>
        <w:rPr>
          <w:i/>
        </w:rPr>
        <w:t>“Sabr ka matlab kya hai? Avoid karna, tolerate karna, bhula dena.”</w:t>
      </w:r>
    </w:p>
    <w:p>
      <w:r>
        <w:rPr>
          <w:sz w:val="20"/>
        </w:rPr>
        <w:t>8:05  to sacha shukr karne ke liye zaroori hai ke aap ke andar sabr ki spirit ho. sabr ki spirit ka matlab kya hai? avoid karna, tolerate karna, bhula dena.</w:t>
      </w:r>
      <w:r>
        <w:br/>
      </w:r>
      <w:r>
        <w:rPr>
          <w:sz w:val="20"/>
        </w:rPr>
        <w:t>8:17  badi se badi baaton ko nazar andaaz kar dena. jab aap aisa karenge to aap ka dil saaf suthra dil rahega.</w:t>
      </w:r>
      <w:r>
        <w:br/>
      </w:r>
      <w:r>
        <w:rPr>
          <w:sz w:val="20"/>
        </w:rPr>
        <w:t>8:29  aap ka dil positive thought ka dil hoga.</w:t>
      </w:r>
      <w:r>
        <w:br/>
      </w:r>
      <w:r>
        <w:rPr>
          <w:sz w:val="20"/>
        </w:rPr>
        <w:t>8:34  aap ka dil negative thought se pak hoga. tab aap ke andar thrill wala shukr paida hoga. aur tab aap sacha shukr kar sakenge.</w:t>
      </w:r>
    </w:p>
    <w:p>
      <w:pPr>
        <w:pStyle w:val="Heading2"/>
      </w:pPr>
      <w:r>
        <w:t>Silence as introspection</w:t>
      </w:r>
    </w:p>
    <w:p>
      <w:r>
        <w:rPr>
          <w:color w:val="666666"/>
          <w:sz w:val="18"/>
        </w:rPr>
        <w:t>How to Develop Spiritual Personality July 16, 2006 Maulana Wahiduddin Khan · 26s · at 34:56 · https://youtu.be/nxFUXRFboW4?t=2096</w:t>
      </w:r>
    </w:p>
    <w:p>
      <w:r>
        <w:rPr>
          <w:i/>
        </w:rPr>
        <w:t>“Dekhiye sochte sochte mujhe samajh mein aaya ke chup rehna introspection hai.”</w:t>
      </w:r>
    </w:p>
    <w:p>
      <w:r>
        <w:rPr>
          <w:sz w:val="20"/>
        </w:rPr>
        <w:t>34:56  dekhiye sochte sochte mujhe samajh mein aaya ki chup rehna darasal introspection hai.</w:t>
      </w:r>
      <w:r>
        <w:br/>
      </w:r>
      <w:r>
        <w:rPr>
          <w:sz w:val="20"/>
        </w:rPr>
        <w:t>35:07  ehtisab hai, apna muhasba hai. jo chup raha usne nijaat paayi. yani jisne apna introspection kiya, apna muhasba kiya usne nijaat paayi.</w:t>
      </w:r>
    </w:p>
    <w:p>
      <w:pPr>
        <w:pStyle w:val="Heading2"/>
      </w:pPr>
      <w:r>
        <w:t>Life's way is patience and self-control</w:t>
      </w:r>
    </w:p>
    <w:p>
      <w:r>
        <w:rPr>
          <w:color w:val="666666"/>
          <w:sz w:val="18"/>
        </w:rPr>
        <w:t>Realistic Approach March 30, 2014 Maulana Wahiduddin Khan · 33s · at 13:49 · https://youtu.be/K36UonBsGlA?t=829</w:t>
      </w:r>
    </w:p>
    <w:p>
      <w:r>
        <w:rPr>
          <w:i/>
        </w:rPr>
        <w:t>“This is the way of life, this is the way of patience.”</w:t>
      </w:r>
    </w:p>
    <w:p>
      <w:r>
        <w:rPr>
          <w:sz w:val="20"/>
        </w:rPr>
        <w:t>13:49  yeh hai zindagi ka tareeqa. yeh hai sabr ka tareeqa. is duniya mein sabr ke baghair aap ko kuch nahin mil sakta.</w:t>
      </w:r>
      <w:r>
        <w:br/>
      </w:r>
      <w:r>
        <w:rPr>
          <w:sz w:val="20"/>
        </w:rPr>
        <w:t>14:01  sabr ke baghair aap ko kuch nahin mil sakta. to Musalman sabr karne ke liye tayyar nahin hain. sabr ke ma'ani kya hain?</w:t>
      </w:r>
      <w:r>
        <w:br/>
      </w:r>
      <w:r>
        <w:rPr>
          <w:sz w:val="20"/>
        </w:rPr>
        <w:t>14:13  yani sabr ke ma'ani hain ke apne jazbat ko thaam kar ke aap daryaft karein duniya ko. apne jazbat mein na jiyein aap.</w:t>
      </w:r>
    </w:p>
    <w:p>
      <w:pPr>
        <w:pStyle w:val="Heading2"/>
      </w:pPr>
      <w:r>
        <w:t>God as personal discovery, not tradition</w:t>
      </w:r>
    </w:p>
    <w:p>
      <w:r>
        <w:rPr>
          <w:color w:val="666666"/>
          <w:sz w:val="18"/>
        </w:rPr>
        <w:t>Interview Session with Maulana Wahiduddin Khan English · 29s · at 3:24 · https://youtu.be/oNKYrZsbzr4?t=204</w:t>
      </w:r>
    </w:p>
    <w:p>
      <w:r>
        <w:rPr>
          <w:i/>
        </w:rPr>
        <w:t>“Tawhid means oneness of God.”</w:t>
      </w:r>
    </w:p>
    <w:p>
      <w:r>
        <w:rPr>
          <w:sz w:val="20"/>
        </w:rPr>
        <w:t>3:24  Tawhid means oneness of God. So God is my discovery. God is not only for me, God is not simply a traditional belief.</w:t>
      </w:r>
      <w:r>
        <w:br/>
      </w:r>
      <w:r>
        <w:rPr>
          <w:sz w:val="20"/>
        </w:rPr>
        <w:t>3:38  God is my discovery.</w:t>
      </w:r>
      <w:r>
        <w:br/>
      </w:r>
      <w:r>
        <w:rPr>
          <w:sz w:val="20"/>
        </w:rPr>
        <w:t>3:41  So I discovered that God is the Creator. God is the Sustainer. God is the Lord of the universe. So we have to make God our sole concern.</w:t>
      </w:r>
    </w:p>
    <w:p>
      <w:pPr>
        <w:pStyle w:val="Heading2"/>
      </w:pPr>
      <w:r>
        <w:t>Ordinary and creative ma'rifah</w:t>
      </w:r>
    </w:p>
    <w:p>
      <w:r>
        <w:rPr>
          <w:color w:val="666666"/>
          <w:sz w:val="18"/>
        </w:rPr>
        <w:t>Creative Marefat 8 April 2017 - Maulana Wahiduddin Khan · 24s · at 0:31 · https://youtu.be/I2hKHNIQ-1U?t=31</w:t>
      </w:r>
    </w:p>
    <w:p>
      <w:r>
        <w:rPr>
          <w:i/>
        </w:rPr>
        <w:t>“Is waqt mujhe creative ma'rifat ke baare mein kuch kehna hai”</w:t>
      </w:r>
    </w:p>
    <w:p>
      <w:r>
        <w:rPr>
          <w:sz w:val="20"/>
        </w:rPr>
        <w:t>0:31  is waqt mujhe creative marifat ke bare mein kuch kehna hai. dekhein, marifat ek hoti hai aam, ek hoti hai creative marifat.</w:t>
      </w:r>
      <w:r>
        <w:br/>
      </w:r>
      <w:r>
        <w:rPr>
          <w:sz w:val="20"/>
        </w:rPr>
        <w:t>0:46  to</w:t>
      </w:r>
      <w:r>
        <w:br/>
      </w:r>
      <w:r>
        <w:rPr>
          <w:sz w:val="20"/>
        </w:rPr>
        <w:t>0:48  yeh baat mein hadith ki buniyad par keh raha hoon.</w:t>
      </w:r>
    </w:p>
    <w:p>
      <w:pPr>
        <w:pStyle w:val="Heading2"/>
      </w:pPr>
      <w:r>
        <w:t>Honesty and hard work as job market credit card</w:t>
      </w:r>
    </w:p>
    <w:p>
      <w:r>
        <w:rPr>
          <w:color w:val="666666"/>
          <w:sz w:val="18"/>
        </w:rPr>
        <w:t>The Secret of Success 5 Feb, 2008 - Maulana Wahiduddin Khan · 46s · at 1:19 · https://youtu.be/aI0KGyoK7NM?t=79</w:t>
      </w:r>
    </w:p>
    <w:p>
      <w:r>
        <w:rPr>
          <w:i/>
        </w:rPr>
        <w:t>“To maine kaha ki aise hi job market mein”</w:t>
      </w:r>
    </w:p>
    <w:p>
      <w:r>
        <w:rPr>
          <w:sz w:val="20"/>
        </w:rPr>
        <w:t>1:19  to maine kaha ke isi tarah se job market mein bhi ek credit card hota hai, woh kya hai? honesty and hardworking.</w:t>
      </w:r>
      <w:r>
        <w:br/>
      </w:r>
      <w:r>
        <w:rPr>
          <w:sz w:val="20"/>
        </w:rPr>
        <w:t>1:32  maine kaha ke agar aap ke andar yeh do quality hon, honesty aur hardworking, yani danadari aur mehnat, to samjhiye ke job market ka credit card aap ke paas maujood hai.</w:t>
      </w:r>
      <w:r>
        <w:br/>
      </w:r>
      <w:r>
        <w:rPr>
          <w:sz w:val="20"/>
        </w:rPr>
        <w:t>1:56  aap jis jagah bhi jayenge, log aap ko accept karenge,</w:t>
      </w:r>
    </w:p>
    <w:p>
      <w:pPr>
        <w:pStyle w:val="Heading2"/>
      </w:pPr>
      <w:r>
        <w:t>Patience is bravery, cowardice breeds hypocrisy</w:t>
      </w:r>
    </w:p>
    <w:p>
      <w:r>
        <w:rPr>
          <w:color w:val="666666"/>
          <w:sz w:val="18"/>
        </w:rPr>
        <w:t>CPS Women Article Discussion 17 February 5, 2023 · 42s · at 1:32 · https://youtu.be/YwT3btklNZk?t=92</w:t>
      </w:r>
    </w:p>
    <w:p>
      <w:r>
        <w:rPr>
          <w:i/>
        </w:rPr>
        <w:t>“सब्र बहादुरी है और बेसबरी बुज़दिली”</w:t>
      </w:r>
    </w:p>
    <w:p>
      <w:r>
        <w:rPr>
          <w:sz w:val="20"/>
        </w:rPr>
        <w:t>1:32  to doctor safeena? assa ramesh ko. bismillah hai rahman e rahim sabr bahaduri hai. sabr bahaduri hai aur besabri buzdiili.</w:t>
      </w:r>
      <w:r>
        <w:br/>
      </w:r>
      <w:r>
        <w:rPr>
          <w:sz w:val="20"/>
        </w:rPr>
        <w:t>1:45  jo log sabr karne par tayyar na hon, unhein aakhirkaar busdil bankar is duniya mein rehna padega aur busdili ka doosra naam munaafarat hai jisne zyada, jisse zyada buri akhlaqi sefat aur koi nahi. maujooda duniya mein khud fitre nizaam ke tehat baar baar aisa hota hai ki ek insaan ko doosre insaan se shikayat paida hoti hai.</w:t>
      </w:r>
      <w:r>
        <w:br/>
      </w:r>
      <w:r>
        <w:rPr>
          <w:sz w:val="20"/>
        </w:rPr>
        <w:t>2:14  ek insaan ko doosre insaan se koi zehni ya jismani takleef pahunchti hai. yeh ek laazmi soorathal hai. yeh maamla insani zindagi ke aakhaaz mein haabil aur kaabil ke takraav ki soorat mein paida hua.</w:t>
      </w:r>
    </w:p>
    <w:p>
      <w:pPr>
        <w:pStyle w:val="Heading2"/>
      </w:pPr>
      <w:r>
        <w:t>Rely on your own strength proverb</w:t>
      </w:r>
    </w:p>
    <w:p>
      <w:r>
        <w:rPr>
          <w:color w:val="666666"/>
          <w:sz w:val="18"/>
        </w:rPr>
        <w:t>The Secret of Success 5 Feb, 2008 - Maulana Wahiduddin Khan · 58s · at 10:33 · https://youtu.be/aI0KGyoK7NM?t=633</w:t>
      </w:r>
    </w:p>
    <w:p>
      <w:r>
        <w:rPr>
          <w:i/>
        </w:rPr>
        <w:t>“Woh kya? 'Bul to apna bul'”</w:t>
      </w:r>
    </w:p>
    <w:p>
      <w:r>
        <w:rPr>
          <w:sz w:val="20"/>
        </w:rPr>
        <w:t>10:33  woh kya? "bil to apna bil". hamare ek buzurg the, hamare gaon mein.</w:t>
      </w:r>
      <w:r>
        <w:br/>
      </w:r>
      <w:r>
        <w:rPr>
          <w:sz w:val="20"/>
        </w:rPr>
        <w:t>10:42  woh kehte the ke "bil to apna bil". is ka matlab hai ke apni taqat par bharosa karo.</w:t>
      </w:r>
      <w:r>
        <w:br/>
      </w:r>
      <w:r>
        <w:rPr>
          <w:sz w:val="20"/>
        </w:rPr>
        <w:t>10:53  doosre ke bharose kabhi bhi koi mansooba na banao. doosre ke bharose par koi chhalang mat lagao.</w:t>
      </w:r>
      <w:r>
        <w:br/>
      </w:r>
      <w:r>
        <w:rPr>
          <w:sz w:val="20"/>
        </w:rPr>
        <w:t>11:06  wohi karo jis ka tumhare paas zarea maujood hai. wahi karo jis ki taqat tumhare andar maujood hai.</w:t>
      </w:r>
      <w:r>
        <w:br/>
      </w:r>
      <w:r>
        <w:rPr>
          <w:sz w:val="20"/>
        </w:rPr>
        <w:t>11:19  to woh kaha karte the ke "bil to apna bil". jo apne bas mein hai, bas usi ke hisab se mansooba bandi karo.</w:t>
      </w:r>
    </w:p>
    <w:p>
      <w:pPr>
        <w:pStyle w:val="Heading2"/>
      </w:pPr>
      <w:r>
        <w:t>Forgiving a curse as an act of worship</w:t>
      </w:r>
    </w:p>
    <w:p>
      <w:r>
        <w:rPr>
          <w:color w:val="666666"/>
          <w:sz w:val="18"/>
        </w:rPr>
        <w:t>Interaction with Umries 26 July, 2019 - Maulana Wahiduddin Khan · 52s · at 5:05 · https://youtu.be/x26fUHWfzFg?t=305</w:t>
      </w:r>
    </w:p>
    <w:p>
      <w:r>
        <w:rPr>
          <w:i/>
        </w:rPr>
        <w:t>“To zaahir hai ke yeh bohat ghusse ki baat hai”</w:t>
      </w:r>
    </w:p>
    <w:p>
      <w:r>
        <w:rPr>
          <w:sz w:val="20"/>
        </w:rPr>
        <w:t>5:05  to zahir hai keh yeh bohat ghusse ki baat hai. koi bhi shakhs ghussa ho jayega. to main ghussa nahi hua. maine yeh dua ki keh khudaaya is shakhs ne mere bare mein aisa jo kaha to main usko maaf karta hoon.</w:t>
      </w:r>
      <w:r>
        <w:br/>
      </w:r>
      <w:r>
        <w:rPr>
          <w:sz w:val="20"/>
        </w:rPr>
        <w:t>5:21  aur koi amal mere paas nahi hai. to to meri isi maafi ko mere liye amal bana de aur meri jannat muqaddar kar de.</w:t>
      </w:r>
      <w:r>
        <w:br/>
      </w:r>
      <w:r>
        <w:rPr>
          <w:sz w:val="20"/>
        </w:rPr>
        <w:t>5:36  main dekhiye sab se aasan. is mein karna kuch hai nahi aap ko. sirf dil se is aadmi ko khair khwah ban jana hai.</w:t>
      </w:r>
      <w:r>
        <w:br/>
      </w:r>
      <w:r>
        <w:rPr>
          <w:sz w:val="20"/>
        </w:rPr>
        <w:t>5:48  aur to kuch karna nahi hai. main to samajhta hoon is se zyada aasan to koi hai nahi. hain</w:t>
      </w:r>
    </w:p>
    <w:p>
      <w:pPr>
        <w:pStyle w:val="Heading2"/>
      </w:pPr>
      <w:r>
        <w:t>Quran's call to peace is our mission</w:t>
      </w:r>
    </w:p>
    <w:p>
      <w:r>
        <w:rPr>
          <w:color w:val="666666"/>
          <w:sz w:val="18"/>
        </w:rPr>
        <w:t>Prayer for the Country April 05, 2020 Maulana Wahiduddin Khan · 23s · at 8:25 · https://youtu.be/9Fh70tItjlQ?t=505</w:t>
      </w:r>
    </w:p>
    <w:p>
      <w:r>
        <w:rPr>
          <w:i/>
        </w:rPr>
        <w:t>“Aur Quran ki ek aayat hai ke 'Wallahu yad'u ila dar as-salam'”</w:t>
      </w:r>
    </w:p>
    <w:p>
      <w:r>
        <w:rPr>
          <w:sz w:val="20"/>
        </w:rPr>
        <w:t>8:25  aur quran ki ek ayat hai ke "wallahiyad'u ila daris-salam".</w:t>
      </w:r>
      <w:r>
        <w:br/>
      </w:r>
      <w:r>
        <w:rPr>
          <w:sz w:val="20"/>
        </w:rPr>
        <w:t>8:32  allah bulata hai aman ke ghar ki taraf, shanti ke ghar ki taraf. yeh hamara mission hai.</w:t>
      </w:r>
      <w:r>
        <w:br/>
      </w:r>
      <w:r>
        <w:rPr>
          <w:sz w:val="20"/>
        </w:rPr>
        <w:t>8:42  humein chahiye ke hum is mauqe ko isi ke liye istemal karein</w:t>
      </w:r>
    </w:p>
    <w:p>
      <w:pPr>
        <w:pStyle w:val="Heading2"/>
      </w:pPr>
      <w:r>
        <w:t>Double reaction vs silence ends conflict</w:t>
      </w:r>
    </w:p>
    <w:p>
      <w:r>
        <w:rPr>
          <w:color w:val="666666"/>
          <w:sz w:val="18"/>
        </w:rPr>
        <w:t>Double Reward 15 Feb 2020 - Maulana Wahiduddin Khan · 32s · at 21:23 · https://youtu.be/Os-Kuq1-wAk?t=1283</w:t>
      </w:r>
    </w:p>
    <w:p>
      <w:r>
        <w:rPr>
          <w:i/>
        </w:rPr>
        <w:t>“Negative thought aap ko, aap bhi kuch bolein to kya hota hai?”</w:t>
      </w:r>
    </w:p>
    <w:p>
      <w:r>
        <w:rPr>
          <w:sz w:val="20"/>
        </w:rPr>
        <w:t>21:23  yani reaction, double reaction banta hai. woh bhi us ne bhi react kiya, aap bhi react kar rahe hain. lekin aap agar chup ho jayein to kuch nahi, wahin, wahin, wahin, wahin khatam, wahin, wahin khatam.</w:t>
      </w:r>
      <w:r>
        <w:br/>
      </w:r>
      <w:r>
        <w:rPr>
          <w:sz w:val="20"/>
        </w:rPr>
        <w:t>21:42  best, best tareeqa jo hai nature ke mutalliq, nature aap ki help mein aa jati hai. jab aap in, in inteqaam na kar lein,</w:t>
      </w:r>
    </w:p>
    <w:p>
      <w:pPr>
        <w:pStyle w:val="Heading2"/>
      </w:pPr>
      <w:r>
        <w:t>Wisdom means explaining things favorably</w:t>
      </w:r>
    </w:p>
    <w:p>
      <w:r>
        <w:rPr>
          <w:color w:val="666666"/>
          <w:sz w:val="18"/>
        </w:rPr>
        <w:t>What is Shukr (Gratitude) January 30, 2014 Maulana Wahiduddin Khan · 24s · at 11:44 · https://youtu.be/V4LkYRRzQ3E?t=704</w:t>
      </w:r>
    </w:p>
    <w:p>
      <w:r>
        <w:rPr>
          <w:i/>
        </w:rPr>
        <w:t>“Hikmat kya hai?”</w:t>
      </w:r>
    </w:p>
    <w:p>
      <w:r>
        <w:rPr>
          <w:sz w:val="20"/>
        </w:rPr>
        <w:t>11:44  Favorable andaaz mein Explain karna.</w:t>
      </w:r>
      <w:r>
        <w:br/>
      </w:r>
      <w:r>
        <w:rPr>
          <w:sz w:val="20"/>
        </w:rPr>
        <w:t>11:48  jo halaat hain un ko aap aise Explain kar payen jo aap ke liye Favorable hain. jin se yeh maloom ho ke yeh to Normal, yeh to, yeh to Normal baat hai.</w:t>
      </w:r>
    </w:p>
    <w:p>
      <w:pPr>
        <w:pStyle w:val="Heading2"/>
      </w:pPr>
      <w:r>
        <w:t>Prophet Ibrahim's patience when thrown into the fire</w:t>
      </w:r>
    </w:p>
    <w:p>
      <w:r>
        <w:rPr>
          <w:color w:val="666666"/>
          <w:sz w:val="18"/>
        </w:rPr>
        <w:t>Importance of Patience in Islam December 11, 2022 · 33s · at 43:41 · https://youtu.be/Cy59II1dC-I?t=2621</w:t>
      </w:r>
    </w:p>
    <w:p>
      <w:r>
        <w:rPr>
          <w:i/>
        </w:rPr>
        <w:t>“They threw Ibrahim into the fire for saying God is One”</w:t>
      </w:r>
    </w:p>
    <w:p>
      <w:r>
        <w:rPr>
          <w:sz w:val="20"/>
        </w:rPr>
        <w:t>43:41  hai. Ab Hazrat Ibrahim (AS) ko dekhiye ke logon ne jab aapne kaha ke Khuda ek hai,</w:t>
      </w:r>
      <w:r>
        <w:br/>
      </w:r>
      <w:r>
        <w:rPr>
          <w:sz w:val="20"/>
        </w:rPr>
        <w:t>43:48  to logon ne unko</w:t>
      </w:r>
      <w:r>
        <w:br/>
      </w:r>
      <w:r>
        <w:rPr>
          <w:sz w:val="20"/>
        </w:rPr>
        <w:t>43:50  aag mein daal diya.</w:t>
      </w:r>
      <w:r>
        <w:br/>
      </w:r>
      <w:r>
        <w:rPr>
          <w:sz w:val="20"/>
        </w:rPr>
        <w:t>43:51  Allah taala ne woh aag ko thanda kar diya, lekin unhone to aag mein dala.</w:t>
      </w:r>
      <w:r>
        <w:br/>
      </w:r>
      <w:r>
        <w:rPr>
          <w:sz w:val="20"/>
        </w:rPr>
        <w:t>43:56  to is tarike se, lekin unhone koi jang nahi ki, koi kuch nahi kiya, na koi bura bhala</w:t>
      </w:r>
      <w:r>
        <w:br/>
      </w:r>
      <w:r>
        <w:rPr>
          <w:sz w:val="20"/>
        </w:rPr>
        <w:t>44:01  kaha. Ya to paighambar dua karte the ya paighambar woh jagah chhodkar doosri jagah chale jaate the aur</w:t>
      </w:r>
      <w:r>
        <w:br/>
      </w:r>
      <w:r>
        <w:rPr>
          <w:sz w:val="20"/>
        </w:rPr>
        <w:t>44:08  wahan par doosri jagah kaam karte the, jahan ke halaat zyada favorable hote the.</w:t>
      </w:r>
    </w:p>
    <w:p>
      <w:pPr>
        <w:pStyle w:val="Heading2"/>
      </w:pPr>
      <w:r>
        <w:t>Formula of wait wait wait for better tomorrow</w:t>
      </w:r>
    </w:p>
    <w:p>
      <w:r>
        <w:rPr>
          <w:color w:val="666666"/>
          <w:sz w:val="18"/>
        </w:rPr>
        <w:t>From The Spiritual Tree 28 Nov, 2010 - Maulana Wahiduddin Khan · 51s · at 3:14 · https://youtu.be/LDMY7FjQRIE?t=194</w:t>
      </w:r>
    </w:p>
    <w:p>
      <w:r>
        <w:rPr>
          <w:i/>
        </w:rPr>
        <w:t>“To isi ko le kar mein ek formula dena chahta hoon”</w:t>
      </w:r>
    </w:p>
    <w:p>
      <w:r>
        <w:rPr>
          <w:sz w:val="20"/>
        </w:rPr>
        <w:t>3:14  to isi ko le kar mein ek formula dena chahunga ke "Wait, wait, wait,</w:t>
      </w:r>
      <w:r>
        <w:br/>
      </w:r>
      <w:r>
        <w:rPr>
          <w:sz w:val="20"/>
        </w:rPr>
        <w:t>3:21  and there must be a better tomorrow".</w:t>
      </w:r>
      <w:r>
        <w:br/>
      </w:r>
      <w:r>
        <w:rPr>
          <w:sz w:val="20"/>
        </w:rPr>
        <w:t>3:28  yani jo hamara jo spiritual tree tha, sookh gaya tha, lekin aaj woh hara bhara hai.</w:t>
      </w:r>
      <w:r>
        <w:br/>
      </w:r>
      <w:r>
        <w:rPr>
          <w:sz w:val="20"/>
        </w:rPr>
        <w:t>3:36  to woh yahi, yahi yani yahi message de raha hai woh, khamosh zabaan mein: "intezaar karo, intezaar karo, intezaar karo, aur mustaqbil acha niklega".</w:t>
      </w:r>
      <w:r>
        <w:br/>
      </w:r>
      <w:r>
        <w:rPr>
          <w:sz w:val="20"/>
        </w:rPr>
        <w:t>3:50  to isi ko mein formulate kar raha hoon ke "Wait, wait, wait, and there must be a better tomorrow". "Wait, wait, wait, and there must be a better tomorrow".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