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theme faith · full transcripts with timestamps · exported 2026-09-22</w:t>
      </w:r>
    </w:p>
    <w:p>
      <w:pPr>
        <w:pStyle w:val="Heading2"/>
      </w:pPr>
      <w:r>
        <w:t>Defining adjustment versus compromise by intention</w:t>
      </w:r>
    </w:p>
    <w:p>
      <w:r>
        <w:rPr>
          <w:color w:val="666666"/>
          <w:sz w:val="18"/>
        </w:rPr>
        <w:t>The Oneness of God 19 July, 2009 · 59s · at 2:00:10 · https://youtu.be/dAjxTrRiz0g?t=7210</w:t>
      </w:r>
    </w:p>
    <w:p>
      <w:r>
        <w:rPr>
          <w:i/>
        </w:rPr>
        <w:t>“What is the difference between adjustment and compromise?”</w:t>
      </w:r>
    </w:p>
    <w:p>
      <w:r>
        <w:rPr>
          <w:sz w:val="20"/>
        </w:rPr>
        <w:t>2:00:10  das question is from Miss Sadia from Delhi. What is the difference between adjustment and compromise? Kindly comment.</w:t>
      </w:r>
      <w:r>
        <w:br/>
      </w:r>
      <w:r>
        <w:rPr>
          <w:sz w:val="20"/>
        </w:rPr>
        <w:t>2:00:23  dekhein, form ke aitbar se dono mein koi bada farq nahi hai, intention ke lahaz se farq hai.</w:t>
      </w:r>
      <w:r>
        <w:br/>
      </w:r>
      <w:r>
        <w:rPr>
          <w:sz w:val="20"/>
        </w:rPr>
        <w:t>2:00:31  agar aap kisi principle ke liye, kisi bade cause ke liye, kisi bade maqsad ke liye aap karein to is ko adjustment kaha jayega.</w:t>
      </w:r>
      <w:r>
        <w:br/>
      </w:r>
      <w:r>
        <w:rPr>
          <w:sz w:val="20"/>
        </w:rPr>
        <w:t>2:00:42  aur mahaz petty maqsad ke liye, bilkul sirf yani zaati personal interest ke liye, zaati cheezon ke liye karein to woh compromise</w:t>
      </w:r>
      <w:r>
        <w:br/>
      </w:r>
      <w:r>
        <w:rPr>
          <w:sz w:val="20"/>
        </w:rPr>
        <w:t>2:00:53  kaha jayega. Adjustment aur compromise dono jo hain, apni shakal ke aitbar se taqreeban ek hi hain ke adjustment jo hota hai, woh principle ke liye hota hai aur compromise jo hota hai, woh aam taur par material gain ke liye hota hai.</w:t>
      </w:r>
    </w:p>
    <w:p>
      <w:pPr>
        <w:pStyle w:val="Heading2"/>
      </w:pPr>
      <w:r>
        <w:t>Human identity is the mind, not the body</w:t>
      </w:r>
    </w:p>
    <w:p>
      <w:r>
        <w:rPr>
          <w:color w:val="666666"/>
          <w:sz w:val="18"/>
        </w:rPr>
        <w:t>Role of Reasons in Theology August 24, 2008 · 39s · at 5:05 · https://youtu.be/ZJFumhKX25Y?t=305</w:t>
      </w:r>
    </w:p>
    <w:p>
      <w:r>
        <w:rPr>
          <w:i/>
        </w:rPr>
        <w:t>“Hamari jo hasti hai, wo aik body hai, aik mind hai.”</w:t>
      </w:r>
    </w:p>
    <w:p>
      <w:r>
        <w:rPr>
          <w:sz w:val="20"/>
        </w:rPr>
        <w:t>5:05  yeh hai reason. aap jante hain ke hamara jo hamari jo hasti hai, woh ek body hai, ek mind hai. body to waise hi aise hai ke doosre animal ki hoti hai.</w:t>
      </w:r>
      <w:r>
        <w:br/>
      </w:r>
      <w:r>
        <w:rPr>
          <w:sz w:val="20"/>
        </w:rPr>
        <w:t>5:19  to in terms of body, we are like other animals. in terms of body, we are an animal, like other animals.</w:t>
      </w:r>
      <w:r>
        <w:br/>
      </w:r>
      <w:r>
        <w:rPr>
          <w:sz w:val="20"/>
        </w:rPr>
        <w:t>5:33  to hamari jo pehchan hai, hamari jo identity hai, woh body nahi hai, woh mind hai.</w:t>
      </w:r>
    </w:p>
    <w:p>
      <w:pPr>
        <w:pStyle w:val="Heading2"/>
      </w:pPr>
      <w:r>
        <w:t>not seeing God as a person breeds loneliness</w:t>
      </w:r>
    </w:p>
    <w:p>
      <w:r>
        <w:rPr>
          <w:color w:val="666666"/>
          <w:sz w:val="18"/>
        </w:rPr>
        <w:t>Lessons and Experiences May 22, 2011 Maulana Wahiduddin Khan · 52s · at 1:35:29 · https://youtu.be/j4Qx-MsDQWc?t=5729</w:t>
      </w:r>
    </w:p>
    <w:p>
      <w:r>
        <w:rPr>
          <w:i/>
        </w:rPr>
        <w:t>“Jo log Khuda ko as a person nahi maante woh mehroom hain”</w:t>
      </w:r>
    </w:p>
    <w:p>
      <w:r>
        <w:rPr>
          <w:sz w:val="20"/>
        </w:rPr>
        <w:t>1:35:29  Khuda to ek aap ke liye ek sirf ek ek supposition hai ke zare zare mein Khuda hai aap contact kaise karen is se contact jab karwayenge jab Khuda ek person ho</w:t>
      </w:r>
      <w:r>
        <w:br/>
      </w:r>
      <w:r>
        <w:rPr>
          <w:sz w:val="20"/>
        </w:rPr>
        <w:t>1:35:43  to jo log Khuda ko as a person nahi mante woh bohat bari mahroomi mein hain woh un ka woh dunya mein loneliness loneliness mein jeete hain akele pan mein jeete hain</w:t>
      </w:r>
      <w:r>
        <w:br/>
      </w:r>
      <w:r>
        <w:rPr>
          <w:sz w:val="20"/>
        </w:rPr>
        <w:t>1:35:58  un ka contact Khuda se nahi hota Khuda se un ka whisper nahi hota Khuda se un ki baaten nahi hoti mein keh sakta hoon ke mein Khuda se yani rozana mein Khuda se contact mein rehta hoon Khuda se mangta hoon Khuda to apni taraf se mere paas aata hai</w:t>
      </w:r>
    </w:p>
    <w:p>
      <w:pPr>
        <w:pStyle w:val="Heading2"/>
      </w:pPr>
      <w:r>
        <w:t>Man is a perfection-seeking animal</w:t>
      </w:r>
    </w:p>
    <w:p>
      <w:r>
        <w:rPr>
          <w:color w:val="666666"/>
          <w:sz w:val="18"/>
        </w:rPr>
        <w:t>Return to Paradise May 30, 2009 · 25s · at 18:31 · https://youtu.be/WnsvBfxBpVQ?t=1111</w:t>
      </w:r>
    </w:p>
    <w:p>
      <w:r>
        <w:rPr>
          <w:i/>
        </w:rPr>
        <w:t>“Man is a perfection-seeking animal — it is inherent in his nature”</w:t>
      </w:r>
    </w:p>
    <w:p>
      <w:r>
        <w:rPr>
          <w:sz w:val="20"/>
        </w:rPr>
        <w:t>18:31  man is a perfection seeking animal. man is a perfection seeking animal. is inherent.</w:t>
      </w:r>
      <w:r>
        <w:br/>
      </w:r>
      <w:r>
        <w:rPr>
          <w:sz w:val="20"/>
        </w:rPr>
        <w:t>18:42  perfection is inherent in his nature.</w:t>
      </w:r>
      <w:r>
        <w:br/>
      </w:r>
      <w:r>
        <w:rPr>
          <w:sz w:val="20"/>
        </w:rPr>
        <w:t>18:45  to every one want perfection. a perfect world. to where is that perfect world? it must be there some perfect world.</w:t>
      </w:r>
      <w:r>
        <w:br/>
      </w:r>
      <w:r>
        <w:rPr>
          <w:sz w:val="20"/>
        </w:rPr>
        <w:t>18:57  that is its its other part of human being. so that principle that i call it complementarity system must be here also.</w:t>
      </w:r>
    </w:p>
    <w:p>
      <w:pPr>
        <w:pStyle w:val="Heading2"/>
      </w:pPr>
      <w:r>
        <w:t>first impressions can deceive — the marriage example</w:t>
      </w:r>
    </w:p>
    <w:p>
      <w:r>
        <w:rPr>
          <w:color w:val="666666"/>
          <w:sz w:val="18"/>
        </w:rPr>
        <w:t>Dars-e-Quran Chapter 2 Verses 206, 208, 212, 213 &amp; 214 July 2, 2007 Maulana Wahiduddin Khan · 1m 03s · at 54:23 · https://youtu.be/34tQK67_TvQ?t=3263</w:t>
      </w:r>
    </w:p>
    <w:p>
      <w:r>
        <w:rPr>
          <w:i/>
        </w:rPr>
        <w:t>“شادی ہوئی، ہسبینڈ ہے، وائف ہے، وہ اسے اچھی نہیں لگ رہی”</w:t>
      </w:r>
    </w:p>
    <w:p>
      <w:r>
        <w:rPr>
          <w:sz w:val="20"/>
        </w:rPr>
        <w:t>54:23  dekhiye aik hai ke ke jo immediate situation hoti hai, us ko dekh kar hum pasand napasand kar lete hain.</w:t>
      </w:r>
      <w:r>
        <w:br/>
      </w:r>
      <w:r>
        <w:rPr>
          <w:sz w:val="20"/>
        </w:rPr>
        <w:t>54:34  jaise misaal ke taur par shadi hui, aik husband hai, aik wife hai. ab wife jo hai, us ko kisi wajah se achi nahi lag rahi hai</w:t>
      </w:r>
      <w:r>
        <w:br/>
      </w:r>
      <w:r>
        <w:rPr>
          <w:sz w:val="20"/>
        </w:rPr>
        <w:t>54:47  to woh samajh leta hai ke yeh biwi mere liye achi nahi hai.</w:t>
      </w:r>
      <w:r>
        <w:br/>
      </w:r>
      <w:r>
        <w:rPr>
          <w:sz w:val="20"/>
        </w:rPr>
        <w:t>54:54  yani is ka aik waqti, aik waqti ta'assur ke tehat us ne samajh liya ke yeh biwi mere liye achi nahi hai.</w:t>
      </w:r>
      <w:r>
        <w:br/>
      </w:r>
      <w:r>
        <w:rPr>
          <w:sz w:val="20"/>
        </w:rPr>
        <w:t>55:07  lekin ain mumkin hai, ain mumkin hai ke in the long run woh achi ho tumhare liye. aur isi tarah se aik biwi jo aap ko achi lage dekhne mein, ho sakta hai ke in the long run woh achi na ho aap ke liye.</w:t>
      </w:r>
    </w:p>
    <w:p>
      <w:pPr>
        <w:pStyle w:val="Heading2"/>
      </w:pPr>
      <w:r>
        <w:t>Alhamdulillah is a discovery word</w:t>
      </w:r>
    </w:p>
    <w:p>
      <w:r>
        <w:rPr>
          <w:color w:val="666666"/>
          <w:sz w:val="18"/>
        </w:rPr>
        <w:t>Dars-e-Quran, Chapter 1 | July 12, 2015 · 30s · at 14:37 · https://youtu.be/fXwg_2Mdc44?t=877</w:t>
      </w:r>
    </w:p>
    <w:p>
      <w:r>
        <w:rPr>
          <w:i/>
        </w:rPr>
        <w:t>“It is not a verbal word”</w:t>
      </w:r>
    </w:p>
    <w:p>
      <w:r>
        <w:rPr>
          <w:sz w:val="20"/>
        </w:rPr>
        <w:t>14:37  lafzi kalma ki baat nahi hai, balkeh yeh ek sab se bari haqeeqat ko daryaft karne ke baad</w:t>
      </w:r>
      <w:r>
        <w:br/>
      </w:r>
      <w:r>
        <w:rPr>
          <w:sz w:val="20"/>
        </w:rPr>
        <w:t>14:44  aadmi ki zuban se, aadmi jis jo zuban se jo kalma nikal parta hai, us ki baat hai yeh.</w:t>
      </w:r>
      <w:r>
        <w:br/>
      </w:r>
      <w:r>
        <w:rPr>
          <w:sz w:val="20"/>
        </w:rPr>
        <w:t>14:52  to Allah ka sab se bara jo insan ke liye, insan insan jo sab se bari baat kar</w:t>
      </w:r>
      <w:r>
        <w:br/>
      </w:r>
      <w:r>
        <w:rPr>
          <w:sz w:val="20"/>
        </w:rPr>
        <w:t>14:59  sakta hai apne rab ke liye, woh shukr hai.</w:t>
      </w:r>
    </w:p>
    <w:p>
      <w:pPr>
        <w:pStyle w:val="Heading2"/>
      </w:pPr>
      <w:r>
        <w:t>Life waiting for God's appearance</w:t>
      </w:r>
    </w:p>
    <w:p>
      <w:r>
        <w:rPr>
          <w:color w:val="666666"/>
          <w:sz w:val="18"/>
        </w:rPr>
        <w:t>Dars-e-Quran, Chapter 39, Vs 67 (Glory of God) July 29, 2018 Maulana Wahiduddin Khan · 44s · at 6:44 · https://youtu.be/xKvuhx08hQ4?t=404</w:t>
      </w:r>
    </w:p>
    <w:p>
      <w:r>
        <w:rPr>
          <w:i/>
        </w:rPr>
        <w:t>“Zindagi mere liye us din ka intizaar hai”</w:t>
      </w:r>
    </w:p>
    <w:p>
      <w:r>
        <w:rPr>
          <w:sz w:val="20"/>
        </w:rPr>
        <w:t>6:44  ke zindagi mere liye us din ka intezar hai.</w:t>
      </w:r>
      <w:r>
        <w:br/>
      </w:r>
      <w:r>
        <w:rPr>
          <w:sz w:val="20"/>
        </w:rPr>
        <w:t>6:53  Zindagi mere liye us din ka intezar hai jab ke Rab-ul-Alameen</w:t>
      </w:r>
      <w:r>
        <w:br/>
      </w:r>
      <w:r>
        <w:rPr>
          <w:sz w:val="20"/>
        </w:rPr>
        <w:t>7:03  barah-e-raast taur par insaan ke samne zahir hoga, aur mein</w:t>
      </w:r>
      <w:r>
        <w:br/>
      </w:r>
      <w:r>
        <w:rPr>
          <w:sz w:val="20"/>
        </w:rPr>
        <w:t>7:13  khushi aur hairat ke aansuon ke sath uska istiqbal karunga.</w:t>
      </w:r>
      <w:r>
        <w:br/>
      </w:r>
      <w:r>
        <w:rPr>
          <w:sz w:val="20"/>
        </w:rPr>
        <w:t>7:23  Yeh ek ajeeb ehsas tha.</w:t>
      </w:r>
    </w:p>
    <w:p>
      <w:pPr>
        <w:pStyle w:val="Heading2"/>
      </w:pPr>
      <w:r>
        <w:t>Positive response to problems</w:t>
      </w:r>
    </w:p>
    <w:p>
      <w:r>
        <w:rPr>
          <w:color w:val="666666"/>
          <w:sz w:val="18"/>
        </w:rPr>
        <w:t>Q&amp;A 06 Apr 2008 - Maulana Wahiduddin Khan · 33s · at 7:45 · https://youtu.be/UHuu4_Zbh6Q?t=465</w:t>
      </w:r>
    </w:p>
    <w:p>
      <w:r>
        <w:rPr>
          <w:i/>
        </w:rPr>
        <w:t>“You must respond positively even in negative situations”</w:t>
      </w:r>
    </w:p>
    <w:p>
      <w:r>
        <w:rPr>
          <w:sz w:val="20"/>
        </w:rPr>
        <w:t>7:45  To sara jo Quran mein zor hai, wo is par hai ke you have to respond positively, even in negative situations.</w:t>
      </w:r>
      <w:r>
        <w:br/>
      </w:r>
      <w:r>
        <w:rPr>
          <w:sz w:val="20"/>
        </w:rPr>
        <w:t>7:55  Kyunke yahi to insaan ka asal test hai, yahi to insaan deviate ho jata hai ya insaan</w:t>
      </w:r>
      <w:r>
        <w:br/>
      </w:r>
      <w:r>
        <w:rPr>
          <w:sz w:val="20"/>
        </w:rPr>
        <w:t>8:01  bhaag jata hai. To problem ko point out karna ye koi zyada bada kaam nahi hai.</w:t>
      </w:r>
      <w:r>
        <w:br/>
      </w:r>
      <w:r>
        <w:rPr>
          <w:sz w:val="20"/>
        </w:rPr>
        <w:t>8:10  Bada kaam ye hai ke jab problem ko kaise face karein aap. To aam taur par aap dekhiye, 99 percent log</w:t>
      </w:r>
    </w:p>
    <w:p>
      <w:pPr>
        <w:pStyle w:val="Heading2"/>
      </w:pPr>
      <w:r>
        <w:t>Claiming to be India's only true patriot</w:t>
      </w:r>
    </w:p>
    <w:p>
      <w:r>
        <w:rPr>
          <w:color w:val="666666"/>
          <w:sz w:val="18"/>
        </w:rPr>
        <w:t>The Concept of Paradise in Islam May 27, 2012 Maulana Wahiduddin Khan · 40s · at 9:19 · https://youtu.be/vrXgNg6BLnE?t=559</w:t>
      </w:r>
    </w:p>
    <w:p>
      <w:r>
        <w:rPr>
          <w:i/>
        </w:rPr>
        <w:t>“Is desh mein sirf ek hi aadmi deshbhakt hai”</w:t>
      </w:r>
    </w:p>
    <w:p>
      <w:r>
        <w:rPr>
          <w:sz w:val="20"/>
        </w:rPr>
        <w:t>9:19  abhi mere paas ek interview ke liye kuch log aaye the media ke. to maine kaha is desh mein sirf ek hi aadmi desh bhakt hai.</w:t>
      </w:r>
      <w:r>
        <w:br/>
      </w:r>
      <w:r>
        <w:rPr>
          <w:sz w:val="20"/>
        </w:rPr>
        <w:t>9:33  koi bhi desh bhakt nahin. baatein karte hain desh bhakti ke log. maine kaha main saaf taur par kehta hoon ke is india mein koi desh bhakt nahin hai siwaye mere.</w:t>
      </w:r>
      <w:r>
        <w:br/>
      </w:r>
      <w:r>
        <w:rPr>
          <w:sz w:val="20"/>
        </w:rPr>
        <w:t>9:43  main akela desh bhakt hoon is dunya mein. kyunke har aadmi beta poojan mein laga hua hai. har politician, har minister, har ohdedaar, har afsar beta poojan mein.</w:t>
      </w:r>
    </w:p>
    <w:p>
      <w:pPr>
        <w:pStyle w:val="Heading2"/>
      </w:pPr>
      <w:r>
        <w:t>hadith on loving this world vs the hereafter</w:t>
      </w:r>
    </w:p>
    <w:p>
      <w:r>
        <w:rPr>
          <w:color w:val="666666"/>
          <w:sz w:val="18"/>
        </w:rPr>
        <w:t>Signs of Doomsday November 7, 2021 Prof. Farida Khanam · 40s · at 56:11 · https://youtu.be/RQZchtP6uRg?t=3371</w:t>
      </w:r>
    </w:p>
    <w:p>
      <w:r>
        <w:rPr>
          <w:i/>
        </w:rPr>
        <w:t>“Jo apni dunya ko zyada chahega, wo apni aakhirat ko nuqsan pohanchayega”</w:t>
      </w:r>
    </w:p>
    <w:p>
      <w:r>
        <w:rPr>
          <w:sz w:val="20"/>
        </w:rPr>
        <w:t>56:11  saadi zindagi guzarni chahiye. is par ek hadith mujhe yaad aa rahi hai, woh mein sunata hoon: "man ahabb dunya</w:t>
      </w:r>
      <w:r>
        <w:br/>
      </w:r>
      <w:r>
        <w:rPr>
          <w:sz w:val="20"/>
        </w:rPr>
        <w:t>56:23  akhratahu</w:t>
      </w:r>
      <w:r>
        <w:br/>
      </w:r>
      <w:r>
        <w:rPr>
          <w:sz w:val="20"/>
        </w:rPr>
        <w:t>56:26  ma yafqah" ke jo apni dunya ko zyada chahega, woh apni akhirat ko nuqsan pohanchayega. aur jo apni akhirat ko zyada chahega, woh apni dunya ko nuqsan pohanchayega.</w:t>
      </w:r>
      <w:r>
        <w:br/>
      </w:r>
      <w:r>
        <w:rPr>
          <w:sz w:val="20"/>
        </w:rPr>
        <w:t>56:39  to jo hamesha baqi rehni hai, us ko tarjeeh do in cheezon par jo fana hone wali hain, khatam hone wali hain. to rabbaniyat ya rohaniyat, rohaniyat ko hi quran mein rabbaniyat kaha gaya hai.</w:t>
      </w:r>
    </w:p>
    <w:p>
      <w:pPr>
        <w:pStyle w:val="Heading2"/>
      </w:pPr>
      <w:r>
        <w:t>Hadith: repeated sins leave a stain on the heart</w:t>
      </w:r>
    </w:p>
    <w:p>
      <w:r>
        <w:rPr>
          <w:color w:val="666666"/>
          <w:sz w:val="18"/>
        </w:rPr>
        <w:t>The Divine Purpose Behind Human Creation October 6, 2024 · 44s · at 28:50 · https://youtu.be/VepgdrN7M2A?t=1730</w:t>
      </w:r>
    </w:p>
    <w:p>
      <w:r>
        <w:rPr>
          <w:i/>
        </w:rPr>
        <w:t>“There's a hadith: every sin leaves a stain on the heart”</w:t>
      </w:r>
    </w:p>
    <w:p>
      <w:r>
        <w:rPr>
          <w:sz w:val="20"/>
        </w:rPr>
        <w:t>28:50  haan, ek hadith hai, ek hadith hai ke agar aadmi baar baar baar baar ghalati karta rehta hai to dil par har ghalati ke waqt agar hum is ki woh na karein, repent na karein to dil par ek dhabbe ki manind ho jata hai.</w:t>
      </w:r>
      <w:r>
        <w:br/>
      </w:r>
      <w:r>
        <w:rPr>
          <w:sz w:val="20"/>
        </w:rPr>
        <w:t>29:05  ji,</w:t>
      </w:r>
      <w:r>
        <w:br/>
      </w:r>
      <w:r>
        <w:rPr>
          <w:sz w:val="20"/>
        </w:rPr>
        <w:t>29:06  to jab aisi musalsal karte rahenge aur ghalati ka ehsaas bhi nahi hoga to poora dil siyah ho jata hai. hmm, yeh literal nahi lenge, hum symbolic hain, lekin hamara dil aisa ho jata hai ke phir hamein ghalati ghalati lagti nahi.</w:t>
      </w:r>
      <w:r>
        <w:br/>
      </w:r>
      <w:r>
        <w:rPr>
          <w:sz w:val="20"/>
        </w:rPr>
        <w:t>29:21  to is liye hamein apne consciousness ko bohat zyada bedaar rakhna padega. agar hum bedaar nahi rakhenge to hum phir aisa lagega ke hamare andar consciousness hai</w:t>
      </w:r>
    </w:p>
    <w:p>
      <w:pPr>
        <w:pStyle w:val="Heading2"/>
      </w:pPr>
      <w:r>
        <w:t>Refuting 'who made God' as a meaningless question</w:t>
      </w:r>
    </w:p>
    <w:p>
      <w:r>
        <w:rPr>
          <w:color w:val="666666"/>
          <w:sz w:val="18"/>
        </w:rPr>
        <w:t>God and Man February 19, 2012 · 58s · at 4:45 · https://youtu.be/rL4g0LOU3wo?t=285</w:t>
      </w:r>
    </w:p>
    <w:p>
      <w:r>
        <w:rPr>
          <w:i/>
        </w:rPr>
        <w:t>“If God made man, who made God?”</w:t>
      </w:r>
    </w:p>
    <w:p>
      <w:r>
        <w:rPr>
          <w:sz w:val="20"/>
        </w:rPr>
        <w:t>4:45  is mein woh likhta hai ke mere baap, uske baap ka naam tha James Mill. uske baap ne kaha ke, yeh kaha jata hai ke insaan ko Khuda ne banaya.</w:t>
      </w:r>
      <w:r>
        <w:br/>
      </w:r>
      <w:r>
        <w:rPr>
          <w:sz w:val="20"/>
        </w:rPr>
        <w:t>4:59  to usne kaha ke magar baatein yahin khatam nahi hotin. sawal yeh hai ke If God made man, who made God</w:t>
      </w:r>
      <w:r>
        <w:br/>
      </w:r>
      <w:r>
        <w:rPr>
          <w:sz w:val="20"/>
        </w:rPr>
        <w:t>5:12  ? agar Khuda ne banaya insaan ko to Khuda ko kis ne banaya? dekhiye, yeh sawal aik sirf aik lafzi, jis ko kehte hain takbandi,</w:t>
      </w:r>
      <w:r>
        <w:br/>
      </w:r>
      <w:r>
        <w:rPr>
          <w:sz w:val="20"/>
        </w:rPr>
        <w:t>5:29  uski koi logic nahi hai. is liye ke masla yeh hai ke hum aik kainat ko paate hain apne charon taraf.</w:t>
      </w:r>
    </w:p>
    <w:p>
      <w:pPr>
        <w:pStyle w:val="Heading2"/>
      </w:pPr>
      <w:r>
        <w:t>plugging ears against the thunder of truth</w:t>
      </w:r>
    </w:p>
    <w:p>
      <w:r>
        <w:rPr>
          <w:color w:val="666666"/>
          <w:sz w:val="18"/>
        </w:rPr>
        <w:t>Dars-e-Quran (Al-Baqarah (The Heifer) 2 7-19) July 26, 2015 · 53s · at 44:36 · https://youtu.be/kSrW4z79AHE?t=2676</w:t>
      </w:r>
    </w:p>
    <w:p>
      <w:r>
        <w:rPr>
          <w:i/>
        </w:rPr>
        <w:t>“They plug their ears against the thunder of truth”</w:t>
      </w:r>
    </w:p>
    <w:p>
      <w:r>
        <w:rPr>
          <w:sz w:val="20"/>
        </w:rPr>
        <w:t>44:36  yaj'aluna asabi'ahum fi azanihim min as-sawa'iqi. woh apne kaan mein ungli daal lete hain garaj chamak ki wajah se. to yeh yeh bhi tashbeeh ki baat hai.</w:t>
      </w:r>
      <w:r>
        <w:br/>
      </w:r>
      <w:r>
        <w:rPr>
          <w:sz w:val="20"/>
        </w:rPr>
        <w:t>44:46  jaise bohat zyada garaj chamak ho aap kaan mein ungli daal lein ab is ki garaj se bachane ke liye to yeh is is ko misaal di hai ke in logon par</w:t>
      </w:r>
      <w:r>
        <w:br/>
      </w:r>
      <w:r>
        <w:rPr>
          <w:sz w:val="20"/>
        </w:rPr>
        <w:t>45:00  yeh maadi misaal hai is ko apply kiya hai is insaan par ke jab sachai ki tehreek chali hai, sachai ka mission jaari hua hai aur is mein har taraf hidayat ki baarish ho rahi hai lekin goya ke unhon ne apne kaan ko bahar kar liya hai.</w:t>
      </w:r>
      <w:r>
        <w:br/>
      </w:r>
      <w:r>
        <w:rPr>
          <w:sz w:val="20"/>
        </w:rPr>
        <w:t>45:17  goya ke unhon ne apne kaan mein ungliyan daal leen. goya ke. haqeeqatan aisa nahi hua lekin goya ke unhon ne daal diya aur kuch un ko sunai nahi deta dekh dekh kuch sunai nahi deta kuch dikhai nahi det</w:t>
      </w:r>
    </w:p>
    <w:p>
      <w:pPr>
        <w:pStyle w:val="Heading2"/>
      </w:pPr>
      <w:r>
        <w:t>Surrender-or-die ultimatum echoes Hiroshima, asks Maulana</w:t>
      </w:r>
    </w:p>
    <w:p>
      <w:r>
        <w:rPr>
          <w:color w:val="666666"/>
          <w:sz w:val="18"/>
        </w:rPr>
        <w:t>Muslim Militancy July 8, 2007 · 38s · at 26:31 · https://youtu.be/mfIIEFQDOtg?t=1591</w:t>
      </w:r>
    </w:p>
    <w:p>
      <w:r>
        <w:rPr>
          <w:i/>
        </w:rPr>
        <w:t>“پاکستان کی government کہہ رہی ہے surrender or die، یہ کون سا اسلام ہے؟”</w:t>
      </w:r>
    </w:p>
    <w:p>
      <w:r>
        <w:rPr>
          <w:sz w:val="20"/>
        </w:rPr>
        <w:t>26:31  ab dekhiye ke japan aur america to dushman thay aik doosre ke. to ek dushman ne doosre dushman se kaha ke surrender or face death ab yeh to musalman hi musalman aapas mein bol rahay hain.</w:t>
      </w:r>
      <w:r>
        <w:br/>
      </w:r>
      <w:r>
        <w:rPr>
          <w:sz w:val="20"/>
        </w:rPr>
        <w:t>26:46  pakistan ke public aur pakistan ki government woh keh rahi hai ke surrender or die yeh kaun sa islam hai?</w:t>
      </w:r>
      <w:r>
        <w:br/>
      </w:r>
      <w:r>
        <w:rPr>
          <w:sz w:val="20"/>
        </w:rPr>
        <w:t>26:58  yeh kaun sa islam hai?</w:t>
      </w:r>
      <w:r>
        <w:br/>
      </w:r>
      <w:r>
        <w:rPr>
          <w:sz w:val="20"/>
        </w:rPr>
        <w:t>27:00  yeh toh non-islam bhi nahi hai, yeh kuch bhi nahi hai. yeh toh insaniyat bhi nahi hai. yeh na islam hai, na insaniyat hai, na sharafat hai, kuch bhi nahi hai.</w:t>
      </w:r>
    </w:p>
    <w:p>
      <w:pPr>
        <w:pStyle w:val="Heading2"/>
      </w:pPr>
      <w:r>
        <w:t>Islam is an intellectual activity, not rituals</w:t>
      </w:r>
    </w:p>
    <w:p>
      <w:r>
        <w:rPr>
          <w:color w:val="666666"/>
          <w:sz w:val="18"/>
        </w:rPr>
        <w:t>History of Islamic Learning May 14, 2006 Part 1 · 40s · at 7:50 · https://youtu.be/wwWdRNJl7Ck?t=470</w:t>
      </w:r>
    </w:p>
    <w:p>
      <w:r>
        <w:rPr>
          <w:i/>
        </w:rPr>
        <w:t>“Kitaab kya hai? Padhne ki, sochne ki cheez”</w:t>
      </w:r>
    </w:p>
    <w:p>
      <w:r>
        <w:rPr>
          <w:sz w:val="20"/>
        </w:rPr>
        <w:t>7:50  to book kya hai? book padhne ki cheez hai, sochne ki cheez hai.</w:t>
      </w:r>
      <w:r>
        <w:br/>
      </w:r>
      <w:r>
        <w:rPr>
          <w:sz w:val="20"/>
        </w:rPr>
        <w:t>7:58  book aapke mind ko active karti hai.</w:t>
      </w:r>
      <w:r>
        <w:br/>
      </w:r>
      <w:r>
        <w:rPr>
          <w:sz w:val="20"/>
        </w:rPr>
        <w:t>8:01  is se iska matlab kya hua? ke quran base karta hai soch par. intellectual activities ka naam hai islam.</w:t>
      </w:r>
      <w:r>
        <w:br/>
      </w:r>
      <w:r>
        <w:rPr>
          <w:sz w:val="20"/>
        </w:rPr>
        <w:t>8:12  islam yeh nahi hai ke aap kuch ritual, ek set of rituals hain, usko kar lein to islam ho gaya. aisa kuch bhi nahi hai. islam pure maano mein intellectual activities ka naam hai.</w:t>
      </w:r>
      <w:r>
        <w:br/>
      </w:r>
      <w:r>
        <w:rPr>
          <w:sz w:val="20"/>
        </w:rPr>
        <w:t>8:26  argument, dalil par, reason par base karta hai.</w:t>
      </w:r>
    </w:p>
    <w:p>
      <w:pPr>
        <w:pStyle w:val="Heading2"/>
      </w:pPr>
      <w:r>
        <w:t>Principal's ego fight led to suspension, then apology</w:t>
      </w:r>
    </w:p>
    <w:p>
      <w:r>
        <w:rPr>
          <w:color w:val="666666"/>
          <w:sz w:val="18"/>
        </w:rPr>
        <w:t>Living in Falsehood 25 Jan 2009 · 47s · at 48:17 · https://youtu.be/Qt8VwwonU9k?t=2897</w:t>
      </w:r>
    </w:p>
    <w:p>
      <w:r>
        <w:rPr>
          <w:i/>
        </w:rPr>
        <w:t>“A principal fought his school's authorities and got suspended”</w:t>
      </w:r>
    </w:p>
    <w:p>
      <w:r>
        <w:rPr>
          <w:sz w:val="20"/>
        </w:rPr>
        <w:t>48:17  Mere paas ek sahib ka telephone aaya, ek adh mahine pehle, do mahine pehle ki baat hai, kisi school mein woh principal the. Woh</w:t>
      </w:r>
      <w:r>
        <w:br/>
      </w:r>
      <w:r>
        <w:rPr>
          <w:sz w:val="20"/>
        </w:rPr>
        <w:t>48:26  ab wahan ke jo authorities hain, un se lad gaye. Woh un ko unhon ne suspend kar diya. Ab mere paas telephone aaya, maine kaha ke aap ja ke maafii mangiye un se.</w:t>
      </w:r>
      <w:r>
        <w:br/>
      </w:r>
      <w:r>
        <w:rPr>
          <w:sz w:val="20"/>
        </w:rPr>
        <w:t>48:41  Jis cheez ko jo aap lade, woh aap ne argument dikhaya ke woh aap ka ego tha jis se aap takra gaye. Agar modesty hoti to aap aisa na karte.</w:t>
      </w:r>
      <w:r>
        <w:br/>
      </w:r>
      <w:r>
        <w:rPr>
          <w:sz w:val="20"/>
        </w:rPr>
        <w:t>48:54  To bohat samjhaya un ko ja kar ke, unhon ne waqai maafii mangi. Aur ab, ab, ab woh doosri mein dobara principal bana liye gaye, pehle se zyada achi halat mein, izzat ke sath reh rahe hain.</w:t>
      </w:r>
    </w:p>
    <w:p>
      <w:pPr>
        <w:pStyle w:val="Heading2"/>
      </w:pPr>
      <w:r>
        <w:t>Child crying for Quran</w:t>
      </w:r>
    </w:p>
    <w:p>
      <w:r>
        <w:rPr>
          <w:color w:val="666666"/>
          <w:sz w:val="18"/>
        </w:rPr>
        <w:t>Divine Management in History 7 April 2013 - Maulana Wahiduddin Khan · 25s · at 35:35 · https://youtu.be/B-dCV7COXqY?t=2135</w:t>
      </w:r>
    </w:p>
    <w:p>
      <w:r>
        <w:rPr>
          <w:i/>
        </w:rPr>
        <w:t>“A ten-year-old boy crying because no Quran.”</w:t>
      </w:r>
    </w:p>
    <w:p>
      <w:r>
        <w:rPr>
          <w:sz w:val="20"/>
        </w:rPr>
        <w:t>35:35  un ke paas limited quantity thi to quran khatm ho gaya. is mein ek taqreeban das saal ka bachcha tha, us ko quran nahin mila. to unhon ne dekha apni aankh se ke woh gate par khara hua ro raha hai.</w:t>
      </w:r>
      <w:r>
        <w:br/>
      </w:r>
      <w:r>
        <w:rPr>
          <w:sz w:val="20"/>
        </w:rPr>
        <w:t>35:51  woh das saal ka bachcha, hindu bachcha.</w:t>
      </w:r>
      <w:r>
        <w:br/>
      </w:r>
      <w:r>
        <w:rPr>
          <w:sz w:val="20"/>
        </w:rPr>
        <w:t>35:55  yeh do april ka waqia hai.</w:t>
      </w:r>
    </w:p>
    <w:p>
      <w:pPr>
        <w:pStyle w:val="Heading2"/>
      </w:pPr>
      <w:r>
        <w:t>Double duty gives double reward</w:t>
      </w:r>
    </w:p>
    <w:p>
      <w:r>
        <w:rPr>
          <w:color w:val="666666"/>
          <w:sz w:val="18"/>
        </w:rPr>
        <w:t>Five Basic Tenets of Islam | July 16, 2008 · 30s · at 54:13 · https://youtu.be/Ex_5yB-9vnY?t=3253</w:t>
      </w:r>
    </w:p>
    <w:p>
      <w:r>
        <w:rPr>
          <w:i/>
        </w:rPr>
        <w:t>“یہ ڈبل ڈیوٹی ہے، اس لیے ڈبل ریوارڈ ہے۔”</w:t>
      </w:r>
    </w:p>
    <w:p>
      <w:r>
        <w:rPr>
          <w:sz w:val="20"/>
        </w:rPr>
        <w:t>54:13  yeh double duty hai, is liye double reward hai.</w:t>
      </w:r>
      <w:r>
        <w:br/>
      </w:r>
      <w:r>
        <w:rPr>
          <w:sz w:val="20"/>
        </w:rPr>
        <w:t>54:18  yani Muhammad SA WW ke followers ke double duty hai, is liye double reward hai.</w:t>
      </w:r>
      <w:r>
        <w:br/>
      </w:r>
      <w:r>
        <w:rPr>
          <w:sz w:val="20"/>
        </w:rPr>
        <w:t>54:23  yani khud chalna rasoolullah wali baaton par aur rasoolullah ki baaton ko saaray dunya ko batana.</w:t>
      </w:r>
      <w:r>
        <w:br/>
      </w:r>
      <w:r>
        <w:rPr>
          <w:sz w:val="20"/>
        </w:rPr>
        <w:t>54:28  yeh double duty, khud follow karna aur doosray logon ko batana.</w:t>
      </w:r>
      <w:r>
        <w:br/>
      </w:r>
      <w:r>
        <w:rPr>
          <w:sz w:val="20"/>
        </w:rPr>
        <w:t>54:33  to double duty ho gayi.</w:t>
      </w:r>
      <w:r>
        <w:br/>
      </w:r>
      <w:r>
        <w:rPr>
          <w:sz w:val="20"/>
        </w:rPr>
        <w:t>54:38  is double duty ki wajah se un ke double re</w:t>
      </w:r>
    </w:p>
    <w:p>
      <w:pPr>
        <w:pStyle w:val="Heading2"/>
      </w:pPr>
      <w:r>
        <w:t>Companion's saying on tolerating small evil to avoid big evil</w:t>
      </w:r>
    </w:p>
    <w:p>
      <w:r>
        <w:rPr>
          <w:color w:val="666666"/>
          <w:sz w:val="18"/>
        </w:rPr>
        <w:t>Violence- The Second Forbidden Tree June 14, 2009 · 27s · at 49:17 · https://youtu.be/lJu5kpvxssA?t=2957</w:t>
      </w:r>
    </w:p>
    <w:p>
      <w:r>
        <w:rPr>
          <w:i/>
        </w:rPr>
        <w:t>“Whoever won't tolerate small evil must tolerate big evil”</w:t>
      </w:r>
    </w:p>
    <w:p>
      <w:r>
        <w:rPr>
          <w:sz w:val="20"/>
        </w:rPr>
        <w:t>49:17  kyun? violence leads to greater evil. ek sahabi ka qaul hai: man la yarḍa bil qaliil ma yati bihi ṣafīhu yarḍa bil kathīr jo aadmi nadan ki choti burai ko bardasht nahi karega,</w:t>
      </w:r>
      <w:r>
        <w:br/>
      </w:r>
      <w:r>
        <w:rPr>
          <w:sz w:val="20"/>
        </w:rPr>
        <w:t>49:39  isko nadan ki bari burai ko bardasht karna padega. iski misaal mein de</w:t>
      </w:r>
      <w:r>
        <w:br/>
      </w:r>
      <w:r>
        <w:rPr>
          <w:sz w:val="20"/>
        </w:rPr>
        <w:t>49:45  deta hoon: India mein aap ne bar bar iski misaal dekhi hai. maslan yahan kya hota hai? ek ek procedure niklta hai, juloos road ke upar.</w:t>
      </w:r>
    </w:p>
    <w:p>
      <w:pPr>
        <w:pStyle w:val="Heading2"/>
      </w:pPr>
      <w:r>
        <w:t>The mission: positive engineering of the mind</w:t>
      </w:r>
    </w:p>
    <w:p>
      <w:r>
        <w:rPr>
          <w:color w:val="666666"/>
          <w:sz w:val="18"/>
        </w:rPr>
        <w:t>Lessons from Bombay Nov 30, 2008 · 43s · at 41:51 · https://youtu.be/LiDznEqzaRI?t=2511</w:t>
      </w:r>
    </w:p>
    <w:p>
      <w:r>
        <w:rPr>
          <w:i/>
        </w:rPr>
        <w:t>“Hamara mission hai positive engineering of mind.”</w:t>
      </w:r>
    </w:p>
    <w:p>
      <w:r>
        <w:rPr>
          <w:sz w:val="20"/>
        </w:rPr>
        <w:t>41:51  to yeh hamara mission jo ek lafz mein agar mein kahoon to yahi hai ke ek aisi dunya jahan sab ki negative engineering ho rahi hai mind ki, aur wahan hamein logon ki mind ki positive engineering karni hai.</w:t>
      </w:r>
      <w:r>
        <w:br/>
      </w:r>
      <w:r>
        <w:rPr>
          <w:sz w:val="20"/>
        </w:rPr>
        <w:t>42:10  bilashuba yeh bohat hi mushkil kaam hai, lekin jannat koi susti cheez hai? aap kya samajhte hain? jannat ka ticket koi sasta ticket hai?</w:t>
      </w:r>
      <w:r>
        <w:br/>
      </w:r>
      <w:r>
        <w:rPr>
          <w:sz w:val="20"/>
        </w:rPr>
        <w:t>42:21  isi mushkil kaam ke karne se aap ko jannat milne wali hai,</w:t>
      </w:r>
      <w:r>
        <w:br/>
      </w:r>
      <w:r>
        <w:rPr>
          <w:sz w:val="20"/>
        </w:rPr>
        <w:t>42:28  isi mushkil kaam ke karne se. ab dekhiye ke jo bombay ke jo detail aayi hain media mein, aap sab jante hain is ko</w:t>
      </w:r>
    </w:p>
    <w:p>
      <w:pPr>
        <w:pStyle w:val="Heading2"/>
      </w:pPr>
      <w:r>
        <w:t>Gender equality dismissed as an unnatural myth</w:t>
      </w:r>
    </w:p>
    <w:p>
      <w:r>
        <w:rPr>
          <w:color w:val="666666"/>
          <w:sz w:val="18"/>
        </w:rPr>
        <w:t>About Deconditioning April 6, 2008 · 56s · at 1:10:11 · https://youtu.be/CaCcbaMubWs?t=4211</w:t>
      </w:r>
    </w:p>
    <w:p>
      <w:r>
        <w:rPr>
          <w:i/>
        </w:rPr>
        <w:t>“Gender equality is a myth — inequality is nature's real design.”</w:t>
      </w:r>
    </w:p>
    <w:p>
      <w:r>
        <w:rPr>
          <w:sz w:val="20"/>
        </w:rPr>
        <w:t>1:10:11  yeh yeh jo hai unrealistic baat hai. main gender equality ko bohat aik myth samajhta hoon</w:t>
      </w:r>
      <w:r>
        <w:br/>
      </w:r>
      <w:r>
        <w:rPr>
          <w:sz w:val="20"/>
        </w:rPr>
        <w:t>1:10:19  . gender equality koi cheez nahi hai, gender inequality asal hai nature mein. kyun? khuda ne difference is liye paida kiya hai har jagah, har jagah, har jagah taake kai cheezein mil kar ke koi bara kaam kar sakein.</w:t>
      </w:r>
      <w:r>
        <w:br/>
      </w:r>
      <w:r>
        <w:rPr>
          <w:sz w:val="20"/>
        </w:rPr>
        <w:t>1:10:38  agar sab aik dam aik hi dhake hon to koi bara kaam nahi ho sakta hai.</w:t>
      </w:r>
      <w:r>
        <w:br/>
      </w:r>
      <w:r>
        <w:rPr>
          <w:sz w:val="20"/>
        </w:rPr>
        <w:t>1:10:43  woh kya kisi ki saying hai ke when woh kya hai? woh when all things alike, no one thinks very much.</w:t>
      </w:r>
      <w:r>
        <w:br/>
      </w:r>
      <w:r>
        <w:rPr>
          <w:sz w:val="20"/>
        </w:rPr>
        <w:t>1:10:55  to yeh koi achi baat nahi hai. gender equality to aik bilkul stepped baat hai. mere nazdeek agar sab log equal ho jayein to kuch kaam hi nahi hoga.</w:t>
      </w:r>
    </w:p>
    <w:p>
      <w:pPr>
        <w:pStyle w:val="Heading2"/>
      </w:pPr>
      <w:r>
        <w:t>Living truthfully leads to paradise</w:t>
      </w:r>
    </w:p>
    <w:p>
      <w:r>
        <w:rPr>
          <w:color w:val="666666"/>
          <w:sz w:val="18"/>
        </w:rPr>
        <w:t>Darkness at Noon May 11, 2008 Maulana Wahiduddin Khan · 28s · at 15:34 · https://youtu.be/dHDBJ60V6J8?t=934</w:t>
      </w:r>
    </w:p>
    <w:p>
      <w:r>
        <w:rPr>
          <w:i/>
        </w:rPr>
        <w:t>“Sachay gharon mein, sachay mahaul mein”</w:t>
      </w:r>
    </w:p>
    <w:p>
      <w:r>
        <w:rPr>
          <w:sz w:val="20"/>
        </w:rPr>
        <w:t>15:34  sachay gharon mein, sachay mahol mein. to wahan ke liye ahel kaun karega? jo is dunya mein azadi ke mahol mein sachai ko follow kare.</w:t>
      </w:r>
      <w:r>
        <w:br/>
      </w:r>
      <w:r>
        <w:rPr>
          <w:sz w:val="20"/>
        </w:rPr>
        <w:t>15:48  to agar yeh janta koi quistr to woh kehta hai yeh to bohat acha hai, 50, 60 saal aaj sachay ban kar raho aur is ke baad jannat mein chale jao.</w:t>
      </w:r>
    </w:p>
    <w:p>
      <w:pPr>
        <w:pStyle w:val="Heading2"/>
      </w:pPr>
      <w:r>
        <w:t>Excuses are the biggest killer</w:t>
      </w:r>
    </w:p>
    <w:p>
      <w:r>
        <w:rPr>
          <w:color w:val="666666"/>
          <w:sz w:val="18"/>
        </w:rPr>
        <w:t>From the Spiritual Tree | Sep 29, 2006 | Maulana Wahiduddin Khan · 34s · at 53:22 · https://youtu.be/hOjGmwFykR4?t=3202</w:t>
      </w:r>
    </w:p>
    <w:p>
      <w:r>
        <w:rPr>
          <w:i/>
        </w:rPr>
        <w:t>“Consider excuses as the biggest killer”</w:t>
      </w:r>
    </w:p>
    <w:p>
      <w:r>
        <w:rPr>
          <w:sz w:val="20"/>
        </w:rPr>
        <w:t>53:22  Excuse ko aap sabse bada killer samjhe killer warna excuse aapko khatam kar dega dekhiye</w:t>
      </w:r>
      <w:r>
        <w:br/>
      </w:r>
      <w:r>
        <w:rPr>
          <w:sz w:val="20"/>
        </w:rPr>
        <w:t>53:39  zindagi mein baar baar aisa hota hai ke kuch rukawatein pesh aati hain rukawat har aadmi ki zindagi mein</w:t>
      </w:r>
    </w:p>
    <w:p>
      <w:pPr>
        <w:pStyle w:val="Heading2"/>
      </w:pPr>
      <w:r>
        <w:t>this world is a glimpse of paradise</w:t>
      </w:r>
    </w:p>
    <w:p>
      <w:r>
        <w:rPr>
          <w:color w:val="666666"/>
          <w:sz w:val="18"/>
        </w:rPr>
        <w:t>Concept of Paradise 26 Sept 2021 - Prof. Farida Khanam · 22s · at 1:40 · https://youtu.be/a9bQN23LYPE?t=100</w:t>
      </w:r>
    </w:p>
    <w:p>
      <w:r>
        <w:rPr>
          <w:i/>
        </w:rPr>
        <w:t>“Yeh dunya jo hai, jannat ki ek jhalak hai”</w:t>
      </w:r>
    </w:p>
    <w:p>
      <w:r>
        <w:rPr>
          <w:sz w:val="20"/>
        </w:rPr>
        <w:t>1:40  isi dunya ko samajhna hai. isi dunya, yeh dunya jo hai, jannat ki ek jhalak hai. jagah jagah hum ko jannat ki jhalak nazar aati hai.</w:t>
      </w:r>
      <w:r>
        <w:br/>
      </w:r>
      <w:r>
        <w:rPr>
          <w:sz w:val="20"/>
        </w:rPr>
        <w:t>1:49  to yeh is ehsas ke tehat, ya matlab psychologically, hum is is life mein bhi jannat mein hain aur akhirat mein hum physically rahenge.</w:t>
      </w:r>
    </w:p>
    <w:p>
      <w:pPr>
        <w:pStyle w:val="Heading2"/>
      </w:pPr>
      <w:r>
        <w:t>Paradise's price is within you</w:t>
      </w:r>
    </w:p>
    <w:p>
      <w:r>
        <w:rPr>
          <w:color w:val="666666"/>
          <w:sz w:val="18"/>
        </w:rPr>
        <w:t>Building a Heavenly Personality 15 April 2012 Maulana Wahiduddin Khan · 21s · at 2:10 · https://youtu.be/lVtjH4AZ7dU?t=130</w:t>
      </w:r>
    </w:p>
    <w:p>
      <w:r>
        <w:rPr>
          <w:i/>
        </w:rPr>
        <w:t>“Bahut zyada is baat ko samajh lijiye”</w:t>
      </w:r>
    </w:p>
    <w:p>
      <w:r>
        <w:rPr>
          <w:sz w:val="20"/>
        </w:rPr>
        <w:t>2:10  bahut ziyada is baat ko samajh lijiye ke jannat ki price hamare bahar nahi hai, hamare andar hai.</w:t>
      </w:r>
      <w:r>
        <w:br/>
      </w:r>
      <w:r>
        <w:rPr>
          <w:sz w:val="20"/>
        </w:rPr>
        <w:t>2:20  bahar ka koi amal ke aap ne haramain ki ziyarat kar li to jannat mil gayi? harghiz harghiz aisa nahi hone wala hai.</w:t>
      </w:r>
    </w:p>
    <w:p>
      <w:pPr>
        <w:pStyle w:val="Heading2"/>
      </w:pPr>
      <w:r>
        <w:t>those who withhold truth are the guilty ones, not seekers</w:t>
      </w:r>
    </w:p>
    <w:p>
      <w:r>
        <w:rPr>
          <w:color w:val="666666"/>
          <w:sz w:val="18"/>
        </w:rPr>
        <w:t>Journey of History December 23, 2012 · 22s · at 1:02:38 · https://youtu.be/bvjWl3U3Dmw?t=3758</w:t>
      </w:r>
    </w:p>
    <w:p>
      <w:r>
        <w:rPr>
          <w:i/>
        </w:rPr>
        <w:t>“Dhoondhne wale mujrim nahi banenge, jinko dena tha woh mujrim banenge”</w:t>
      </w:r>
    </w:p>
    <w:p>
      <w:r>
        <w:rPr>
          <w:sz w:val="20"/>
        </w:rPr>
        <w:t>1:02:38  to bohat bari baat hai ke quran ko dhoond raha hai insan. ab bataiye ke jin logon ko pohnchana hai, woh na pohnchayein to wohi mujrim ban jayenge.</w:t>
      </w:r>
      <w:r>
        <w:br/>
      </w:r>
      <w:r>
        <w:rPr>
          <w:sz w:val="20"/>
        </w:rPr>
        <w:t>1:02:50  dhoondne wale mujrim nahi banenge. jin ko dena tha, woh mujrim banenge.</w:t>
      </w:r>
    </w:p>
    <w:p>
      <w:pPr>
        <w:pStyle w:val="Heading2"/>
      </w:pPr>
      <w:r>
        <w:t>Hope in Allah despite no group</w:t>
      </w:r>
    </w:p>
    <w:p>
      <w:r>
        <w:rPr>
          <w:color w:val="666666"/>
          <w:sz w:val="18"/>
        </w:rPr>
        <w:t>How to Develop Divine Thought 1 Feb2020 - Maulana Wahiduddin Khan · 21s · at 7:32 · https://youtu.be/Y7Q2i2vxcz8?t=452</w:t>
      </w:r>
    </w:p>
    <w:p>
      <w:r>
        <w:rPr>
          <w:i/>
        </w:rPr>
        <w:t>“Kyunke Quran mein aata hai ke la taqnut”</w:t>
      </w:r>
    </w:p>
    <w:p>
      <w:r>
        <w:rPr>
          <w:sz w:val="20"/>
        </w:rPr>
        <w:t>7:32  kyunki quran mein aata hai ke la taqnat yani aadmi ne kisi group mein na na paye tab bhi woh iske liye ek ek hai ek category ke woh Allah se umeed qaim rakhe woh</w:t>
      </w:r>
    </w:p>
    <w:p>
      <w:pPr>
        <w:pStyle w:val="Heading2"/>
      </w:pPr>
      <w:r>
        <w:t>Shukr as essence of deen</w:t>
      </w:r>
    </w:p>
    <w:p>
      <w:r>
        <w:rPr>
          <w:color w:val="666666"/>
          <w:sz w:val="18"/>
        </w:rPr>
        <w:t>The Importance of Shukr December 19, 2010 · 36s · at 1:35 · https://youtu.be/aoKMb5-IQQU?t=95</w:t>
      </w:r>
    </w:p>
    <w:p>
      <w:r>
        <w:rPr>
          <w:i/>
        </w:rPr>
        <w:t>“Shukr jo hai woh deen ka khulasa hai”</w:t>
      </w:r>
    </w:p>
    <w:p>
      <w:r>
        <w:rPr>
          <w:sz w:val="20"/>
        </w:rPr>
        <w:t>1:35  to shukr jo hai wo deen ka khulasa hai.</w:t>
      </w:r>
      <w:r>
        <w:br/>
      </w:r>
      <w:r>
        <w:rPr>
          <w:sz w:val="20"/>
        </w:rPr>
        <w:t>1:44  quran ko aap kholain to aap ko sab se pehla jo word milega wo hai alhamdulillah. alhamdulillah rabb-ul-alameen. hamd ka matlab hai yahi.</w:t>
      </w:r>
      <w:r>
        <w:br/>
      </w:r>
      <w:r>
        <w:rPr>
          <w:sz w:val="20"/>
        </w:rPr>
        <w:t>1:58  kai andaaz se is ko aap keh sakte hain ke tareef karna, shukr karna, acknowledge karna, sab ka khulasa aik hi hai. yaani is mein hai alhamdulillah rabb-ul-alameen.</w:t>
      </w:r>
    </w:p>
    <w:p>
      <w:pPr>
        <w:pStyle w:val="Heading2"/>
      </w:pPr>
      <w:r>
        <w:t>Faith with mission brings challenge</w:t>
      </w:r>
    </w:p>
    <w:p>
      <w:r>
        <w:rPr>
          <w:color w:val="666666"/>
          <w:sz w:val="18"/>
        </w:rPr>
        <w:t>Revival of Faith I 25 Sept, 2011 - Maulana Wahiduddin Khan · 35s · at 28:58 · https://youtu.be/y8_SQ8dJ0w0?t=1738</w:t>
      </w:r>
    </w:p>
    <w:p>
      <w:r>
        <w:rPr>
          <w:i/>
        </w:rPr>
        <w:t>“Faith with Mission is a challenge”</w:t>
      </w:r>
    </w:p>
    <w:p>
      <w:r>
        <w:rPr>
          <w:sz w:val="20"/>
        </w:rPr>
        <w:t>28:58  Faith with Mission kyu? Mission dekhiye, aap ko challenge deta hai. Faith with Mission is a challenge.</w:t>
      </w:r>
      <w:r>
        <w:br/>
      </w:r>
      <w:r>
        <w:rPr>
          <w:sz w:val="20"/>
        </w:rPr>
        <w:t>29:10  Faith without mission agar hai toh woh koi challenge hi nahi.</w:t>
      </w:r>
      <w:r>
        <w:br/>
      </w:r>
      <w:r>
        <w:rPr>
          <w:sz w:val="20"/>
        </w:rPr>
        <w:t>29:16  challenge mein kya hota hai? har waqt naye waqiyat, har waqt ek naya masla, har waqt ek naya problem. woh har waqt aap ko mind ko activate karne ke liye naye naye event, naya naya experience.</w:t>
      </w:r>
      <w:r>
        <w:br/>
      </w:r>
      <w:r>
        <w:rPr>
          <w:sz w:val="20"/>
        </w:rPr>
        <w:t>29:30  nahi toh zindagi spot ho jati hai.</w:t>
      </w:r>
    </w:p>
    <w:p>
      <w:pPr>
        <w:pStyle w:val="Heading2"/>
      </w:pPr>
      <w:r>
        <w:t>passion for community hero, none for God</w:t>
      </w:r>
    </w:p>
    <w:p>
      <w:r>
        <w:rPr>
          <w:color w:val="666666"/>
          <w:sz w:val="18"/>
        </w:rPr>
        <w:t>CPS Women Article Discussion 15 January 15, 2023 · 50s · at 2:02 · https://youtu.be/Z_r5cv7WqfE?t=122</w:t>
      </w:r>
    </w:p>
    <w:p>
      <w:r>
        <w:rPr>
          <w:i/>
        </w:rPr>
        <w:t>“Mention his community's hero, he lights up”</w:t>
      </w:r>
    </w:p>
    <w:p>
      <w:r>
        <w:rPr>
          <w:sz w:val="20"/>
        </w:rPr>
        <w:t>2:02  Magar usi ke saamne Khuda ka naam lijiye to uske andar koi josh paida na hoga. Aisa maloom hoga jaise uske paas Khuda ke bare mein bolne ke liye koi cheez hi nahi. Aksar ke saamne uske qaumi qaumi hero ka charcha kar dijiye aur phir aap dekhiyega ki achanak woh badshah sukhan bankar zahir ho gaya hai.</w:t>
      </w:r>
      <w:r>
        <w:br/>
      </w:r>
      <w:r>
        <w:rPr>
          <w:sz w:val="20"/>
        </w:rPr>
        <w:t>2:28  Magar usi ke saamne Khuda ka charcha kijiye to woh aisa nazar aayega jaise ki uske andar Khuda ka naam sunkar koi halchal hi paida nahi hui, jo usko bolne par majboor kar de. Ah woh log jinke paas rajjal ki tareef ke liye alfaaz honge hon magar Khuda ki tareef ke liye unke paas alfaaz na hon.</w:t>
      </w:r>
      <w:r>
        <w:br/>
      </w:r>
      <w:r>
        <w:rPr>
          <w:sz w:val="20"/>
        </w:rPr>
        <w:t>2:52  insaan ke baare mein woh maloomat ka khazana bane hue hon, magar khuda ke baare mein unke paas koi maloomat nahin. jo unki zabaan ya qalam se jaari ho. kya seenon mein imaan ke sote khush ho gaye? kya logon ne khuda ki azmat ko mehsoos nahin kiya jisko woh logon se bayan karein? kya logon ko khuda ke kamalat ka koi mushahida nahin hua? kya unhein sirf mukat ki khabar hai?</w:t>
      </w:r>
    </w:p>
    <w:p>
      <w:pPr>
        <w:pStyle w:val="Heading2"/>
      </w:pPr>
      <w:r>
        <w:t>War is rare exception in Islam</w:t>
      </w:r>
    </w:p>
    <w:p>
      <w:r>
        <w:rPr>
          <w:color w:val="666666"/>
          <w:sz w:val="18"/>
        </w:rPr>
        <w:t>Islam the Reformed Edition of True Religion July 21, 2006 · 42s · at 34:35 · https://youtu.be/BnFM0wiwG-Q?t=2075</w:t>
      </w:r>
    </w:p>
    <w:p>
      <w:r>
        <w:rPr>
          <w:i/>
        </w:rPr>
        <w:t>“Dekhiye larai ke liye Islam mein jo word aaya hai”</w:t>
      </w:r>
    </w:p>
    <w:p>
      <w:r>
        <w:rPr>
          <w:sz w:val="20"/>
        </w:rPr>
        <w:t>34:35  dekhein ladaai ke liye Islam mein jo word aaya hai woh jihad nahi hai, woh hai qital. qital means war. to war bhi aik Islam ka formula yeh hai ke peace is Islam mein, Islam mein jo bataya gaya hai, teaching Islam mein jo system hai to Islam ke mutabiq peace is a rule and war is an exception.</w:t>
      </w:r>
      <w:r>
        <w:br/>
      </w:r>
      <w:r>
        <w:rPr>
          <w:sz w:val="20"/>
        </w:rPr>
        <w:t>35:04  a rare exception.</w:t>
      </w:r>
      <w:r>
        <w:br/>
      </w:r>
      <w:r>
        <w:rPr>
          <w:sz w:val="20"/>
        </w:rPr>
        <w:t>35:08  peace is a rule and war is a rare exception. yeh hai Islami principle. yeh exception kab hota hai?</w:t>
      </w:r>
    </w:p>
    <w:p>
      <w:pPr>
        <w:pStyle w:val="Heading2"/>
      </w:pPr>
      <w:r>
        <w:t>The creative believer</w:t>
      </w:r>
    </w:p>
    <w:p>
      <w:r>
        <w:rPr>
          <w:color w:val="666666"/>
          <w:sz w:val="18"/>
        </w:rPr>
        <w:t>Al RISALA MAY 2017 AUDIO · 27s · at 4:54 · https://youtu.be/qxzZEgCL0lM?t=294</w:t>
      </w:r>
    </w:p>
    <w:p>
      <w:r>
        <w:rPr>
          <w:i/>
        </w:rPr>
        <w:t>“The resulting person is a creative believer.”</w:t>
      </w:r>
    </w:p>
    <w:p>
      <w:r>
        <w:rPr>
          <w:sz w:val="20"/>
        </w:rPr>
        <w:t>4:54  is marifat, yani realization, ke nateejay mein jo insan banta hai, usi insan ka naam momin hai.</w:t>
      </w:r>
      <w:r>
        <w:br/>
      </w:r>
      <w:r>
        <w:rPr>
          <w:sz w:val="20"/>
        </w:rPr>
        <w:t>5:03  momin ek takhleeqi insan, yani creative person, hota hai. Us se kam kisi cheez ko momin ya iman samajhna, momin aur iman dono ka kam tar andaza hai.</w:t>
      </w:r>
    </w:p>
    <w:p>
      <w:pPr>
        <w:pStyle w:val="Heading2"/>
      </w:pPr>
      <w:r>
        <w:t>Irony of a town literally named Paradise</w:t>
      </w:r>
    </w:p>
    <w:p>
      <w:r>
        <w:rPr>
          <w:color w:val="666666"/>
          <w:sz w:val="18"/>
        </w:rPr>
        <w:t>Four Phases of Human History July 13, 2008 · 51s · at 40:44 · https://youtu.be/sb24VHKydog?t=2444</w:t>
      </w:r>
    </w:p>
    <w:p>
      <w:r>
        <w:rPr>
          <w:i/>
        </w:rPr>
        <w:t>“There's a town in California literally called Paradise”</w:t>
      </w:r>
    </w:p>
    <w:p>
      <w:r>
        <w:rPr>
          <w:sz w:val="20"/>
        </w:rPr>
        <w:t>40:44  is ka mein samajhta hoon ke is ki best heading yeh hogi ke "fire in man made paradise".</w:t>
      </w:r>
      <w:r>
        <w:br/>
      </w:r>
      <w:r>
        <w:rPr>
          <w:sz w:val="20"/>
        </w:rPr>
        <w:t>40:56  "fire in man made paradise" to qissa kya hai ke America mein aap jante hain ke ek state hai, California.</w:t>
      </w:r>
      <w:r>
        <w:br/>
      </w:r>
      <w:r>
        <w:rPr>
          <w:sz w:val="20"/>
        </w:rPr>
        <w:t>41:06  California mein bohat baray area mein jangal hai</w:t>
      </w:r>
      <w:r>
        <w:br/>
      </w:r>
      <w:r>
        <w:rPr>
          <w:sz w:val="20"/>
        </w:rPr>
        <w:t>41:12  jahan aaj kal aag lagi hui hai. aap sab log jante honge ke California ke jangalon mein aag lagi hui hai, abhi tak is ko control nahi kar sake yeh log kyunke wahan par bohat garmi padti hai.</w:t>
      </w:r>
      <w:r>
        <w:br/>
      </w:r>
      <w:r>
        <w:rPr>
          <w:sz w:val="20"/>
        </w:rPr>
        <w:t>41:27  is saal zyada garmi padi, global warming jo hui hai to global warming ka asar har jagah hai, har jagah hai, har jagah hai. sari dunya mein</w:t>
      </w:r>
    </w:p>
    <w:p>
      <w:pPr>
        <w:pStyle w:val="Heading2"/>
      </w:pPr>
      <w:r>
        <w:t>Umar's prayer: gratitude for those who point out your faults</w:t>
      </w:r>
    </w:p>
    <w:p>
      <w:r>
        <w:rPr>
          <w:color w:val="666666"/>
          <w:sz w:val="18"/>
        </w:rPr>
        <w:t>God Oriented Life July 9, 2023 · 1m 07s · at 37:09 · https://youtu.be/0bQxMeOk5c8?t=2229</w:t>
      </w:r>
    </w:p>
    <w:p>
      <w:r>
        <w:rPr>
          <w:i/>
        </w:rPr>
        <w:t>“May God have mercy on the one who gifts me my faults”</w:t>
      </w:r>
    </w:p>
    <w:p>
      <w:r>
        <w:rPr>
          <w:sz w:val="20"/>
        </w:rPr>
        <w:t>37:08  to</w:t>
      </w:r>
      <w:r>
        <w:br/>
      </w:r>
      <w:r>
        <w:rPr>
          <w:sz w:val="20"/>
        </w:rPr>
        <w:t>37:09  Hazrat Umar jab ke Khalifa the, unhone kaha, "Khuda is insan par reham kare jo mujhe mere aib ka tohfa bhejhe." agar un ko Hazrat Umar ki ghalati koi batata na, ab woh zamane mein aisa society thi, sab log ek doosre se clear saaf tareeqe se baat karte the.</w:t>
      </w:r>
      <w:r>
        <w:br/>
      </w:r>
      <w:r>
        <w:rPr>
          <w:sz w:val="20"/>
        </w:rPr>
        <w:t>37:28  kisi ki koi kami dekhi to munh pe keh dete the, aur woh log bura bhi nahi mante the. un ki society ek alag tarah ki thi.</w:t>
      </w:r>
      <w:r>
        <w:br/>
      </w:r>
      <w:r>
        <w:rPr>
          <w:sz w:val="20"/>
        </w:rPr>
        <w:t>37:35  to aisa koi kuch kehta to woh kehte ke "Allah Tala us ke us ke upar reham kare." aur yahan tak woh kehte ke "agar Ali na hote, agar falan na hota to main halak ho jata." matlab hamare andar aisi koi ghalati, aisi koi burai hamari personality mein nahi aani chahiye, kyun ke woh ek dhabba hota</w:t>
      </w:r>
      <w:r>
        <w:br/>
      </w:r>
      <w:r>
        <w:rPr>
          <w:sz w:val="20"/>
        </w:rPr>
        <w:t>37:57  hai. ek hadith hai na ke "hamare aadmi galat kaam karta rehta hai to us ke dil par dhabbe padte rehte hain." bilkul jaise lohe mein zang lagta hai, aur jab aadmi us ko rectify nahi karta, us ko purify nahi karta to woh dhabbe padte padte poora dil kala ho jata hai.</w:t>
      </w:r>
    </w:p>
    <w:p>
      <w:pPr>
        <w:pStyle w:val="Heading2"/>
      </w:pPr>
      <w:r>
        <w:t>Simplicity is part of faith</w:t>
      </w:r>
    </w:p>
    <w:p>
      <w:r>
        <w:rPr>
          <w:color w:val="666666"/>
          <w:sz w:val="18"/>
        </w:rPr>
        <w:t>Fiqh in Islam (Prophetic Wisdom) November 24, 2006 · 30s · at 17:04 · https://youtu.be/magXxJDsM8c?t=1024</w:t>
      </w:r>
    </w:p>
    <w:p>
      <w:r>
        <w:rPr>
          <w:i/>
        </w:rPr>
        <w:t>“Al-badhaatu minal iman”</w:t>
      </w:r>
    </w:p>
    <w:p>
      <w:r>
        <w:rPr>
          <w:sz w:val="20"/>
        </w:rPr>
        <w:t>17:04  hadees ka.</w:t>
      </w:r>
      <w:r>
        <w:br/>
      </w:r>
      <w:r>
        <w:rPr>
          <w:sz w:val="20"/>
        </w:rPr>
        <w:t>17:10  aik hadees hai: "albazat min al-iman".</w:t>
      </w:r>
      <w:r>
        <w:br/>
      </w:r>
      <w:r>
        <w:rPr>
          <w:sz w:val="20"/>
        </w:rPr>
        <w:t>17:16  bazat iman ka hissa hai.</w:t>
      </w:r>
      <w:r>
        <w:br/>
      </w:r>
      <w:r>
        <w:rPr>
          <w:sz w:val="20"/>
        </w:rPr>
        <w:t>17:22  bazat kya hai? bazat wohi jis ko angrezi mein kehte hain: rough, rough zindagi.</w:t>
      </w:r>
      <w:r>
        <w:br/>
      </w:r>
      <w:r>
        <w:rPr>
          <w:sz w:val="20"/>
        </w:rPr>
        <w:t>17:28  rough zindagi ko bazat kehte hain. yani momin</w:t>
      </w:r>
    </w:p>
    <w:p>
      <w:pPr>
        <w:pStyle w:val="Heading2"/>
      </w:pPr>
      <w:r>
        <w:t>self-purification as growth, a seed becoming a tree</w:t>
      </w:r>
    </w:p>
    <w:p>
      <w:r>
        <w:rPr>
          <w:color w:val="666666"/>
          <w:sz w:val="18"/>
        </w:rPr>
        <w:t>Understanding Sufism August 7, 2022 Prof. Farida Khanam · 22s · at 25:21 · https://youtu.be/6J2Bb3Ypf2Y?t=1521</w:t>
      </w:r>
    </w:p>
    <w:p>
      <w:r>
        <w:rPr>
          <w:i/>
        </w:rPr>
        <w:t>“Tazkiya ka literal maayne hi growth hai, jaise beej ped banta hai”</w:t>
      </w:r>
    </w:p>
    <w:p>
      <w:r>
        <w:rPr>
          <w:sz w:val="20"/>
        </w:rPr>
        <w:t>25:21  woh kehte the ke tzakia ka literal maane hi growth hai aur jis tarike se ek beej ped ban jata hai dheere dheere grow karke, to usi tarike se tzakia se bhi yahi hota hai ke insaan jab self purification karta hai to uska intellectual growth jo hai woh you know it's a natural outcome of self introspection.</w:t>
      </w:r>
      <w:r>
        <w:br/>
      </w:r>
      <w:r>
        <w:rPr>
          <w:sz w:val="20"/>
        </w:rPr>
        <w:t>25:43  to is liye tzakia nafs aap ne jis tarah bataya woh bahut hi zaruri ho jata hai ke har ek believer us ko bahut importance de us ko utmost priority le. aap aap ne sufism ke bare mein bataya, us ke background ke bare mein bataya, us ki characteristics batayi, bas kya hai nafs bhi bare achhe se aap ne explain kiya. to ab main chahunga ke kuch sufi personalities ko lekar hum discuss karen, baatchit ko aage badhayen.</w:t>
      </w:r>
    </w:p>
    <w:p>
      <w:pPr>
        <w:pStyle w:val="Heading2"/>
      </w:pPr>
      <w:r>
        <w:t>acknowledging people is itself an act of worship</w:t>
      </w:r>
    </w:p>
    <w:p>
      <w:r>
        <w:rPr>
          <w:color w:val="666666"/>
          <w:sz w:val="18"/>
        </w:rPr>
        <w:t>Beginning of the End February 9, 2007 Maulana Wahiduddin Khan · 27s · at 8:14 · https://youtu.be/wzRYtn704oE?t=494</w:t>
      </w:r>
    </w:p>
    <w:p>
      <w:r>
        <w:rPr>
          <w:i/>
        </w:rPr>
        <w:t>“تسلیم کرنا بھی نماز جتنا بڑا ثواب ہے”</w:t>
      </w:r>
    </w:p>
    <w:p>
      <w:r>
        <w:rPr>
          <w:sz w:val="20"/>
        </w:rPr>
        <w:t>8:14  aisi awaaz nahi suni ke tasleem karna bhi ek ibadat hai. hadith mein aata hai ke "man lam yashkur al-nas lam yashkur Allah".</w:t>
      </w:r>
      <w:r>
        <w:br/>
      </w:r>
      <w:r>
        <w:rPr>
          <w:sz w:val="20"/>
        </w:rPr>
        <w:t>8:24  jo insaan ko tasleem nahin kare woh khuda ki bhi tasleem nahin karega.</w:t>
      </w:r>
      <w:r>
        <w:br/>
      </w:r>
      <w:r>
        <w:rPr>
          <w:sz w:val="20"/>
        </w:rPr>
        <w:t>8:29  kitni bari baat hai hadith mein. "man lam yashkur al-nas lam yashkur Allah". jo aadmi insaan ko tasleem na kare woh khuda ki bhi tasleem nahin karega.</w:t>
      </w:r>
    </w:p>
    <w:p>
      <w:pPr>
        <w:pStyle w:val="Heading2"/>
      </w:pPr>
      <w:r>
        <w:t>You ask a drop, He has ocean</w:t>
      </w:r>
    </w:p>
    <w:p>
      <w:r>
        <w:rPr>
          <w:color w:val="666666"/>
          <w:sz w:val="18"/>
        </w:rPr>
        <w:t>Divine Help July 21, 2019 Maulana Wahiduddin Khan · 20s · at 20:36 · https://youtu.be/Phjyu1GUuS8?t=1236</w:t>
      </w:r>
    </w:p>
    <w:p>
      <w:r>
        <w:rPr>
          <w:i/>
        </w:rPr>
        <w:t>“Aap to ek qatra maang rahe hain”</w:t>
      </w:r>
    </w:p>
    <w:p>
      <w:r>
        <w:rPr>
          <w:sz w:val="20"/>
        </w:rPr>
        <w:t>20:36  aap to ek qatra mang rahe hain, wahan to samandar hai.</w:t>
      </w:r>
      <w:r>
        <w:br/>
      </w:r>
      <w:r>
        <w:rPr>
          <w:sz w:val="20"/>
        </w:rPr>
        <w:t>20:43  aap to ek qatra mang rahe hain, wahan to samandar ka samandar hai. lekin aap janiye ke allah ki is ke waqt theek kiya hai,</w:t>
      </w:r>
    </w:p>
    <w:p>
      <w:pPr>
        <w:pStyle w:val="Heading2"/>
      </w:pPr>
      <w:r>
        <w:t>Difference between hope and wishful thinking</w:t>
      </w:r>
    </w:p>
    <w:p>
      <w:r>
        <w:rPr>
          <w:color w:val="666666"/>
          <w:sz w:val="18"/>
        </w:rPr>
        <w:t>Ramadan and The Quran | June 25, 2017 · 30s · at 35:47 · https://youtu.be/57G2Uyeq_JI?t=2147</w:t>
      </w:r>
    </w:p>
    <w:p>
      <w:r>
        <w:rPr>
          <w:i/>
        </w:rPr>
        <w:t>“There is a difference between hope and wishful thinking”</w:t>
      </w:r>
    </w:p>
    <w:p>
      <w:r>
        <w:rPr>
          <w:sz w:val="20"/>
        </w:rPr>
        <w:t>35:47  wishful thinking. achhi tarah yaad rakhiye keh there is difference between hope and wishful thinking. wishful thinking to kuch bhi nahi hai, nothing hai. jabkeh hope jo hai bohat bari cheez hai, bohat bari cheez hai.</w:t>
      </w:r>
    </w:p>
    <w:p>
      <w:pPr>
        <w:pStyle w:val="Heading2"/>
      </w:pPr>
      <w:r>
        <w:t>Difference leads to discovery</w:t>
      </w:r>
    </w:p>
    <w:p>
      <w:r>
        <w:rPr>
          <w:color w:val="666666"/>
          <w:sz w:val="18"/>
        </w:rPr>
        <w:t>Nature And Spirituality June 04, 2006 Maulana Wahiduddin Khan · 42s · at 11:14 · https://youtu.be/i-c2g6Ip_SY?t=674</w:t>
      </w:r>
    </w:p>
    <w:p>
      <w:r>
        <w:rPr>
          <w:i/>
        </w:rPr>
        <w:t>“Difference gives a clue.”</w:t>
      </w:r>
    </w:p>
    <w:p>
      <w:r>
        <w:rPr>
          <w:sz w:val="20"/>
        </w:rPr>
        <w:t>11:14  hamesha dekhiye difference se ek clue milta hai. sari science isi par base karti hai. jitni bhi sciences hain un mein jo discoveries hui hain woh sab unke starting point koi na koi difference tha.</w:t>
      </w:r>
      <w:r>
        <w:br/>
      </w:r>
      <w:r>
        <w:rPr>
          <w:sz w:val="20"/>
        </w:rPr>
        <w:t>11:30  to difference gives as a clue. koi difference samne aaya us se scientist ko ek clue mila.</w:t>
      </w:r>
      <w:r>
        <w:br/>
      </w:r>
      <w:r>
        <w:rPr>
          <w:sz w:val="20"/>
        </w:rPr>
        <w:t>11:40  jab is clue par scientist ne sochna shuru kiya to kya hua? woh ek discovery tak pahunch gaya. to difference leads to a clue and clue leads to a discovery.</w:t>
      </w:r>
    </w:p>
    <w:p>
      <w:pPr>
        <w:pStyle w:val="Heading2"/>
      </w:pPr>
      <w:r>
        <w:t>Rebutting the atheist claim that paradise is imaginary</w:t>
      </w:r>
    </w:p>
    <w:p>
      <w:r>
        <w:rPr>
          <w:color w:val="666666"/>
          <w:sz w:val="18"/>
        </w:rPr>
        <w:t>Return to Paradise May 30, 2009 · 44s · at 15:32 · https://youtu.be/WnsvBfxBpVQ?t=932</w:t>
      </w:r>
    </w:p>
    <w:p>
      <w:r>
        <w:rPr>
          <w:i/>
        </w:rPr>
        <w:t>“Some atheist people say paradise is nothing”</w:t>
      </w:r>
    </w:p>
    <w:p>
      <w:r>
        <w:rPr>
          <w:sz w:val="20"/>
        </w:rPr>
        <w:t>15:32  some atheist people say that paradise nothing</w:t>
      </w:r>
      <w:r>
        <w:br/>
      </w:r>
      <w:r>
        <w:rPr>
          <w:sz w:val="20"/>
        </w:rPr>
        <w:t>15:38  . it is</w:t>
      </w:r>
      <w:r>
        <w:br/>
      </w:r>
      <w:r>
        <w:rPr>
          <w:sz w:val="20"/>
        </w:rPr>
        <w:t>15:43  in their words "idealization of beautiful idealization of human wishes". beautiful idealization of human wishes.</w:t>
      </w:r>
      <w:r>
        <w:br/>
      </w:r>
      <w:r>
        <w:rPr>
          <w:sz w:val="20"/>
        </w:rPr>
        <w:t>15:55  it is simply a remark without any argument, without any reason.</w:t>
      </w:r>
      <w:r>
        <w:br/>
      </w:r>
      <w:r>
        <w:rPr>
          <w:sz w:val="20"/>
        </w:rPr>
        <w:t>16:03  if you have wishes, you have desires, then how you can say that are baseless?</w:t>
      </w:r>
    </w:p>
    <w:p>
      <w:pPr>
        <w:pStyle w:val="Heading2"/>
      </w:pPr>
      <w:r>
        <w:t>Father's motto: I must answer to God</w:t>
      </w:r>
    </w:p>
    <w:p>
      <w:r>
        <w:rPr>
          <w:color w:val="666666"/>
          <w:sz w:val="18"/>
        </w:rPr>
        <w:t>On Life and Death July 24, 2011 · 51s · at 44:39 · https://youtu.be/Z0pdhT_HJNk?t=2679</w:t>
      </w:r>
    </w:p>
    <w:p>
      <w:r>
        <w:rPr>
          <w:i/>
        </w:rPr>
        <w:t>“Khuda ko munh dikhana hai.”</w:t>
      </w:r>
    </w:p>
    <w:p>
      <w:r>
        <w:rPr>
          <w:sz w:val="20"/>
        </w:rPr>
        <w:t>44:39  jitne maine un ke qisse sune hain toh bohat hi pious aadmi the. Toh hamari maa batati hain ke woh kaha karte the aksar ke Khuda ko munh dikhana hai.</w:t>
      </w:r>
      <w:r>
        <w:br/>
      </w:r>
      <w:r>
        <w:rPr>
          <w:sz w:val="20"/>
        </w:rPr>
        <w:t>44:50  yeh un ka aksar yeh kaha karte the. Koi baat ho ke aaj hum agar aisa karein toh kal Khuda ko kya jawab denge?</w:t>
      </w:r>
      <w:r>
        <w:br/>
      </w:r>
      <w:r>
        <w:rPr>
          <w:sz w:val="20"/>
        </w:rPr>
        <w:t>45:01  aaj hum kuch gadbad karein, kuch</w:t>
      </w:r>
      <w:r>
        <w:br/>
      </w:r>
      <w:r>
        <w:rPr>
          <w:sz w:val="20"/>
        </w:rPr>
        <w:t>45:07  Allah ke raaste ko chal ke chhod ke kisi aur raaste par chalein, kuch bhi karein toh kal jo hoga woh Allah ke saamne peshi toh wahan kya karenge?</w:t>
      </w:r>
      <w:r>
        <w:br/>
      </w:r>
      <w:r>
        <w:rPr>
          <w:sz w:val="20"/>
        </w:rPr>
        <w:t>45:17  aksar yeh kaha karte the woh Khuda ko munh dikhana hai.</w:t>
      </w:r>
    </w:p>
    <w:p>
      <w:pPr>
        <w:pStyle w:val="Heading2"/>
      </w:pPr>
      <w:r>
        <w:t>Islam calls to positive behavior</w:t>
      </w:r>
    </w:p>
    <w:p>
      <w:r>
        <w:rPr>
          <w:color w:val="666666"/>
          <w:sz w:val="18"/>
        </w:rPr>
        <w:t>An Introduction to Islam | September 29, 2005 | Maulana Wahiduddin Khan · 30s · at 59:03 · https://youtu.be/xTv9KDJvQPs?t=3543</w:t>
      </w:r>
    </w:p>
    <w:p>
      <w:r>
        <w:rPr>
          <w:i/>
        </w:rPr>
        <w:t>“Islam positive behavior ka daayi hai”</w:t>
      </w:r>
    </w:p>
    <w:p>
      <w:r>
        <w:rPr>
          <w:sz w:val="20"/>
        </w:rPr>
        <w:t>59:03  is se islam ki image kya saamne aati hai? islam ki image kya saamne aati hai? agar main aik lafz mein sametoon to woh yeh hoga ke islam ki image yeh saamne aati hai ke islam positive behaviour ka daai hai. positivity sab se zyada aham, sab se important aspect hai islam ka. yani soch mein aap positive hon, be</w:t>
      </w:r>
    </w:p>
    <w:p>
      <w:pPr>
        <w:pStyle w:val="Heading2"/>
      </w:pPr>
      <w:r>
        <w:t>Degeneration is a universal law for all</w:t>
      </w:r>
    </w:p>
    <w:p>
      <w:r>
        <w:rPr>
          <w:color w:val="666666"/>
          <w:sz w:val="18"/>
        </w:rPr>
        <w:t>Dars-e-Quran Chapter 2 Verses 79, 85, 111 &amp; 109 5 June 2007 - Maulana Wahiduddin Khan · 52s · at 4:06 · https://youtu.be/rO1zgS9b5sA?t=246</w:t>
      </w:r>
    </w:p>
    <w:p>
      <w:r>
        <w:rPr>
          <w:i/>
        </w:rPr>
        <w:t>“People think degeneration is a quality of Jews.”</w:t>
      </w:r>
    </w:p>
    <w:p>
      <w:r>
        <w:rPr>
          <w:sz w:val="20"/>
        </w:rPr>
        <w:t>4:06  bigad aa chuka tha. dekhen, log samajhte hain aisa ke jaise ke bigad koi aisi cheez hai jo bas yahood ki sifat hai. dekhen, degeneration jo hai woh law of nature hai.</w:t>
      </w:r>
      <w:r>
        <w:br/>
      </w:r>
      <w:r>
        <w:rPr>
          <w:sz w:val="20"/>
        </w:rPr>
        <w:t>4:21  yeh koi yahood ki sifat nahi hai</w:t>
      </w:r>
      <w:r>
        <w:br/>
      </w:r>
      <w:r>
        <w:rPr>
          <w:sz w:val="20"/>
        </w:rPr>
        <w:t>4:25  ke yahood ek the, kuch log jin ke andar bigad aa gaya. nahi. bigad ek law of, ek universal law hai, jis ko kehte hain degeneration.</w:t>
      </w:r>
      <w:r>
        <w:br/>
      </w:r>
      <w:r>
        <w:rPr>
          <w:sz w:val="20"/>
        </w:rPr>
        <w:t>4:40  to yeh to hona hi hona hai har qom ka, khud musalmanon ka bhi. is aitbar se musalmanon mein,</w:t>
      </w:r>
      <w:r>
        <w:br/>
      </w:r>
      <w:r>
        <w:rPr>
          <w:sz w:val="20"/>
        </w:rPr>
        <w:t>4:49  ya yahudiyon mein, ya isaiyon mein kuch bhi farq nahi hai, degeneration ke aitbar se.</w:t>
      </w:r>
    </w:p>
    <w:p>
      <w:pPr>
        <w:pStyle w:val="Heading2"/>
      </w:pPr>
      <w:r>
        <w:t>The one secret reason everyone dies in despair</w:t>
      </w:r>
    </w:p>
    <w:p>
      <w:r>
        <w:rPr>
          <w:color w:val="666666"/>
          <w:sz w:val="18"/>
        </w:rPr>
        <w:t>Historical Role of Islam November 19, 2006 Maulana Wahiduddin Khan · 31s · at 14:00 · https://youtu.be/mBLorblU68E?t=840</w:t>
      </w:r>
    </w:p>
    <w:p>
      <w:r>
        <w:rPr>
          <w:i/>
        </w:rPr>
        <w:t>“Khuda ke creation plant ko jaane baghair zindagi ka naqsha banana”</w:t>
      </w:r>
    </w:p>
    <w:p>
      <w:r>
        <w:rPr>
          <w:sz w:val="20"/>
        </w:rPr>
        <w:t>14:00  to is par maine socha ke aisa hota kyun hai? is ka raaz kya hai? dekhiye, is ka raaz sirf ek hai.</w:t>
      </w:r>
      <w:r>
        <w:br/>
      </w:r>
      <w:r>
        <w:rPr>
          <w:sz w:val="20"/>
        </w:rPr>
        <w:t>14:10  do nahi hain, teen nahi hain, char nahi hain, paanch nahi hain. sirf ek hai. woh kya hai? Khuda ke creation plan ko jaane baghair zindagi ka naqsha banana.</w:t>
      </w:r>
      <w:r>
        <w:br/>
      </w:r>
      <w:r>
        <w:rPr>
          <w:sz w:val="20"/>
        </w:rPr>
        <w:t>14:26  yahi ek raaz hai.</w:t>
      </w:r>
    </w:p>
    <w:p>
      <w:pPr>
        <w:pStyle w:val="Heading2"/>
      </w:pPr>
      <w:r>
        <w:t>Cheap formula for salvation</w:t>
      </w:r>
    </w:p>
    <w:p>
      <w:r>
        <w:rPr>
          <w:color w:val="666666"/>
          <w:sz w:val="18"/>
        </w:rPr>
        <w:t>Christianity And Muslims April 28, 2014 · 43s · at 15:39 · https://youtu.be/_lMP3Yj5GEI?t=939</w:t>
      </w:r>
    </w:p>
    <w:p>
      <w:r>
        <w:rPr>
          <w:i/>
        </w:rPr>
        <w:t>“They invented a very cheap formula for salvation.”</w:t>
      </w:r>
    </w:p>
    <w:p>
      <w:r>
        <w:rPr>
          <w:sz w:val="20"/>
        </w:rPr>
        <w:t>15:39  yeh dekhen unhon ne nijat ka bahut sasta nuskhah daryaft kiya Hazrat Masih ke jis ko kehte hain woh atonement yani Hazrat Masih ke bare mein yeh aqeedah man lo ke woh un logon ke gunah ka kaffarah banne ke liye soli pe chadh gaye</w:t>
      </w:r>
      <w:r>
        <w:br/>
      </w:r>
      <w:r>
        <w:rPr>
          <w:sz w:val="20"/>
        </w:rPr>
        <w:t>16:00  to bas yeh aqeedah kafi hai nijat ke liye theek yahi Musalmanon mein aa gaya</w:t>
      </w:r>
      <w:r>
        <w:br/>
      </w:r>
      <w:r>
        <w:rPr>
          <w:sz w:val="20"/>
        </w:rPr>
        <w:t>16:05  theek yahi yeh ab man lo ke Rasool Allah ki shafaat se nijat ho jayegi yeh aqeedah rakho ke Rasool Allah yeh aqeedah rakho ke Rasool Allah ki shafaat se nijat ho jayegi bas nijat pakki hai</w:t>
      </w:r>
    </w:p>
    <w:p>
      <w:pPr>
        <w:pStyle w:val="Heading2"/>
      </w:pPr>
      <w:r>
        <w:t>God-oriented thinking is the first condition of life</w:t>
      </w:r>
    </w:p>
    <w:p>
      <w:r>
        <w:rPr>
          <w:color w:val="666666"/>
          <w:sz w:val="18"/>
        </w:rPr>
        <w:t>Jihad Fillah June 23, 2013 · 26s · at 3:29 · https://youtu.be/NRTno1eQTos?t=209</w:t>
      </w:r>
    </w:p>
    <w:p>
      <w:r>
        <w:rPr>
          <w:i/>
        </w:rPr>
        <w:t>“This God-oriented thinking is the first true condition of life”</w:t>
      </w:r>
    </w:p>
    <w:p>
      <w:r>
        <w:rPr>
          <w:sz w:val="20"/>
        </w:rPr>
        <w:t>3:29  dekhen, yeh jo hai khudai soch, yeh pehli shart hai sachi is zindagi ki.</w:t>
      </w:r>
      <w:r>
        <w:br/>
      </w:r>
      <w:r>
        <w:rPr>
          <w:sz w:val="20"/>
        </w:rPr>
        <w:t>3:42  agar aap ki soch ki satah par aap ke andar</w:t>
      </w:r>
      <w:r>
        <w:br/>
      </w:r>
      <w:r>
        <w:rPr>
          <w:sz w:val="20"/>
        </w:rPr>
        <w:t>3:48  islaah ho chuki ho to sare mamle mein islaah hoti chali jayegi.</w:t>
      </w:r>
    </w:p>
    <w:p>
      <w:pPr>
        <w:pStyle w:val="Heading2"/>
      </w:pPr>
      <w:r>
        <w:t>Suffering is a pre-death warning blessing</w:t>
      </w:r>
    </w:p>
    <w:p>
      <w:r>
        <w:rPr>
          <w:color w:val="666666"/>
          <w:sz w:val="18"/>
        </w:rPr>
        <w:t>The Concept of Death in Islam 28 Aug, 2008 - Maulana Wahiduddin Khan · 46s · at 39:45 · https://youtu.be/yv_tTj6lLBY?t=2385</w:t>
      </w:r>
    </w:p>
    <w:p>
      <w:r>
        <w:rPr>
          <w:i/>
        </w:rPr>
        <w:t>“Suffering blessing hai woh pre-death warning hai”</w:t>
      </w:r>
    </w:p>
    <w:p>
      <w:r>
        <w:rPr>
          <w:sz w:val="20"/>
        </w:rPr>
        <w:t>39:45  safarang blesing hai</w:t>
      </w:r>
      <w:r>
        <w:br/>
      </w:r>
      <w:r>
        <w:rPr>
          <w:sz w:val="20"/>
        </w:rPr>
        <w:t>39:48  kyun blesing hai woh blesing in dis guys hai dunya ki har safring jo hai woh blesing in</w:t>
      </w:r>
      <w:r>
        <w:br/>
      </w:r>
      <w:r>
        <w:rPr>
          <w:sz w:val="20"/>
        </w:rPr>
        <w:t>39:55  dis guys hai kyun</w:t>
      </w:r>
      <w:r>
        <w:br/>
      </w:r>
      <w:r>
        <w:rPr>
          <w:sz w:val="20"/>
        </w:rPr>
        <w:t>39:58  woh pre death</w:t>
      </w:r>
      <w:r>
        <w:br/>
      </w:r>
      <w:r>
        <w:rPr>
          <w:sz w:val="20"/>
        </w:rPr>
        <w:t>40:03  warning hai pre death warning</w:t>
      </w:r>
      <w:r>
        <w:br/>
      </w:r>
      <w:r>
        <w:rPr>
          <w:sz w:val="20"/>
        </w:rPr>
        <w:t>40:08  maut se pehle khuda chahta hai ke aap sochen</w:t>
      </w:r>
      <w:r>
        <w:br/>
      </w:r>
      <w:r>
        <w:rPr>
          <w:sz w:val="20"/>
        </w:rPr>
        <w:t>40:11  maut se pehle khuda chahta hai ke aap paradise ko discover karen</w:t>
      </w:r>
      <w:r>
        <w:br/>
      </w:r>
      <w:r>
        <w:rPr>
          <w:sz w:val="20"/>
        </w:rPr>
        <w:t>40:16  maut se pehle khuda chahta hai ke aap sachai ko jaan len</w:t>
      </w:r>
      <w:r>
        <w:br/>
      </w:r>
      <w:r>
        <w:rPr>
          <w:sz w:val="20"/>
        </w:rPr>
        <w:t>40:21  taake achaanak jab maut ke baad aap ko woh dunya saamne aaye jo aanay wali hai</w:t>
      </w:r>
      <w:r>
        <w:br/>
      </w:r>
      <w:r>
        <w:rPr>
          <w:sz w:val="20"/>
        </w:rPr>
        <w:t>40:27  toh aap ko pachtana na pade</w:t>
      </w:r>
    </w:p>
    <w:p>
      <w:pPr>
        <w:pStyle w:val="Heading2"/>
      </w:pPr>
      <w:r>
        <w:t>Intensity of fear ends differences</w:t>
      </w:r>
    </w:p>
    <w:p>
      <w:r>
        <w:rPr>
          <w:color w:val="666666"/>
          <w:sz w:val="18"/>
        </w:rPr>
        <w:t>Life after Death I 22nd Jan. 2012 Maulana Wahiduddin Khan · 32s · at 24:55 · https://youtu.be/Pa8c09DFrkA?t=1495</w:t>
      </w:r>
    </w:p>
    <w:p>
      <w:r>
        <w:rPr>
          <w:i/>
        </w:rPr>
        <w:t>“Intensity of fear ends multiplicity of opinions”</w:t>
      </w:r>
    </w:p>
    <w:p>
      <w:r>
        <w:rPr>
          <w:sz w:val="20"/>
        </w:rPr>
        <w:t>24:55  shiddat e khauf raayon ke taaddud ko khatam kar deta hai. yani agar aap ko sach much Allah ka darr ho.</w:t>
      </w:r>
      <w:r>
        <w:br/>
      </w:r>
      <w:r>
        <w:rPr>
          <w:sz w:val="20"/>
        </w:rPr>
        <w:t>25:11  sach much Allah ka darr ho. to aap itna serious ho jayengay. itna sincere ho jayengay. ke wohi baat sochengay jo sochne wali baat hai.</w:t>
      </w:r>
      <w:r>
        <w:br/>
      </w:r>
      <w:r>
        <w:rPr>
          <w:sz w:val="20"/>
        </w:rPr>
        <w:t>25:23  distraction khatam ho jayega.</w:t>
      </w:r>
    </w:p>
    <w:p>
      <w:pPr>
        <w:pStyle w:val="Heading2"/>
      </w:pPr>
      <w:r>
        <w:t>don't pray at the mosque then cheat in business</w:t>
      </w:r>
    </w:p>
    <w:p>
      <w:r>
        <w:rPr>
          <w:color w:val="666666"/>
          <w:sz w:val="18"/>
        </w:rPr>
        <w:t>Dars-e-Quran Chapter 2 Verses 206, 208, 212, 213 &amp; 214 July 2, 2007 Maulana Wahiduddin Khan · 35s · at 20:15 · https://youtu.be/34tQK67_TvQ?t=1215</w:t>
      </w:r>
    </w:p>
    <w:p>
      <w:r>
        <w:rPr>
          <w:i/>
        </w:rPr>
        <w:t>“ایسا نہ ہو کہ تم مسجد میں نماز تو پڑھو اور بزنس میں دھوکہ دو”</w:t>
      </w:r>
    </w:p>
    <w:p>
      <w:r>
        <w:rPr>
          <w:sz w:val="20"/>
        </w:rPr>
        <w:t>20:15  misal ke taur par, aisa na ho ke tum masjid mein namaz to parho aur jab apne business mein jao to business mein tum logon ko dhoka do, logon se jhoot bolo,</w:t>
      </w:r>
      <w:r>
        <w:br/>
      </w:r>
      <w:r>
        <w:rPr>
          <w:sz w:val="20"/>
        </w:rPr>
        <w:t>20:29  logon ko exploit karo, galat sauda do logon ko. Aisa mat karo.</w:t>
      </w:r>
      <w:r>
        <w:br/>
      </w:r>
      <w:r>
        <w:rPr>
          <w:sz w:val="20"/>
        </w:rPr>
        <w:t>20:38  ya yeh ke tum saal mein jab Ramzan ka mahina aaye to roza rakho, lekin saath saath logon se jhagda karo.</w:t>
      </w:r>
      <w:r>
        <w:br/>
      </w:r>
      <w:r>
        <w:rPr>
          <w:sz w:val="20"/>
        </w:rPr>
        <w:t>20:51  to yeh jo cheez hai ke hum masjid ki ibaadat to kar lein, lekin mamlaat mein hum sarkash ban jayein, is se mana kiya gaya hai.</w:t>
      </w:r>
    </w:p>
    <w:p>
      <w:pPr>
        <w:pStyle w:val="Heading2"/>
      </w:pPr>
      <w:r>
        <w:t>Intuition is key to knowing God</w:t>
      </w:r>
    </w:p>
    <w:p>
      <w:r>
        <w:rPr>
          <w:color w:val="666666"/>
          <w:sz w:val="18"/>
        </w:rPr>
        <w:t>Interaction with CPS Ulema October 3, 2020 Maulana Wahiduddin Khan · 48s · at 15:40 · https://youtu.be/5MzuTftI8jY?t=940</w:t>
      </w:r>
    </w:p>
    <w:p>
      <w:r>
        <w:rPr>
          <w:i/>
        </w:rPr>
        <w:t>“Science does not give you the ultimate.”</w:t>
      </w:r>
    </w:p>
    <w:p>
      <w:r>
        <w:rPr>
          <w:sz w:val="20"/>
        </w:rPr>
        <w:t>15:40  dek</w:t>
      </w:r>
      <w:r>
        <w:br/>
      </w:r>
      <w:r>
        <w:rPr>
          <w:sz w:val="20"/>
        </w:rPr>
        <w:t>15:41  hiye, science ka ilm aap ko</w:t>
      </w:r>
      <w:r>
        <w:br/>
      </w:r>
      <w:r>
        <w:rPr>
          <w:sz w:val="20"/>
        </w:rPr>
        <w:t>15:46  faizil cheez nahi deta.</w:t>
      </w:r>
      <w:r>
        <w:br/>
      </w:r>
      <w:r>
        <w:rPr>
          <w:sz w:val="20"/>
        </w:rPr>
        <w:t>15:54  woh madadgar hai. science ka ilm aap ke liye madadgar hai, kyunke science ke ilm ke bawajood intuition ki zaroorat rehti hai.</w:t>
      </w:r>
      <w:r>
        <w:br/>
      </w:r>
      <w:r>
        <w:rPr>
          <w:sz w:val="20"/>
        </w:rPr>
        <w:t>16:05  faizil jo cheez hai, woh intuition hai. aap is ghor o fikr karte hain, padhte hain aur Allah ko daryaft karte hain toh jo aakhri cheez jo aap ko pahunchati hai Allah tak, woh intuition hai.</w:t>
      </w:r>
    </w:p>
    <w:p>
      <w:pPr>
        <w:pStyle w:val="Heading2"/>
      </w:pPr>
      <w:r>
        <w:t>Change terminology to avoid hate</w:t>
      </w:r>
    </w:p>
    <w:p>
      <w:r>
        <w:rPr>
          <w:color w:val="666666"/>
          <w:sz w:val="18"/>
        </w:rPr>
        <w:t>On Dawat Ilallah October 27, 2007 - Maulana Wahiduddin Khan · 42s · at 14:35 · https://youtu.be/iaCIQ2uc5Zg?t=875</w:t>
      </w:r>
    </w:p>
    <w:p>
      <w:r>
        <w:rPr>
          <w:i/>
        </w:rPr>
        <w:t>“To is ke liye kya karna hai?”</w:t>
      </w:r>
    </w:p>
    <w:p>
      <w:r>
        <w:rPr>
          <w:sz w:val="20"/>
        </w:rPr>
        <w:t>14:35  to is ke liye kya karna hai? humein yeh bhi, woh terminology badalni padegi humein. aaj kal terminology kya chalti hai musalmanon mein? ke hamare khilaf conspiracy ho rahi hai, hamare khilaf sazish ho rahi hai, log hamare dushman bane hue hain.</w:t>
      </w:r>
      <w:r>
        <w:br/>
      </w:r>
      <w:r>
        <w:rPr>
          <w:sz w:val="20"/>
        </w:rPr>
        <w:t>14:52  yeh jo zuban hai, conspiracy ki zuban aur ke yeh dushman hai hamara, woh dushman hai hamara, yeh language hi chhodni pad jayegi.</w:t>
      </w:r>
      <w:r>
        <w:br/>
      </w:r>
      <w:r>
        <w:rPr>
          <w:sz w:val="20"/>
        </w:rPr>
        <w:t>15:04  kyun? aap afford nahi kar sakte. A dai cannot afford to speak this language because this kind of language inculcates hate, intolerance</w:t>
      </w:r>
    </w:p>
    <w:p>
      <w:pPr>
        <w:pStyle w:val="Heading2"/>
      </w:pPr>
      <w:r>
        <w:t>Paradise is not greed but truth</w:t>
      </w:r>
    </w:p>
    <w:p>
      <w:r>
        <w:rPr>
          <w:color w:val="666666"/>
          <w:sz w:val="18"/>
        </w:rPr>
        <w:t>How to Find Paradise 4 March 2006 - Maulana Wahiduddin Khan · 45s · at 10:47 · https://youtu.be/ETQ3G-36wyI?t=647</w:t>
      </w:r>
    </w:p>
    <w:p>
      <w:r>
        <w:rPr>
          <w:i/>
        </w:rPr>
        <w:t>“Paradise is connected to God, not to greed.”</w:t>
      </w:r>
    </w:p>
    <w:p>
      <w:r>
        <w:rPr>
          <w:sz w:val="20"/>
        </w:rPr>
        <w:t>10:47  to jannat juri hui hai khuda se. yeh lalach ka sawal nahi hai, yeh khud direct taur par sachai ki jo aap discovery karte hain, is se juri hui hai.</w:t>
      </w:r>
      <w:r>
        <w:br/>
      </w:r>
      <w:r>
        <w:rPr>
          <w:sz w:val="20"/>
        </w:rPr>
        <w:t>10:59  yeh cheez</w:t>
      </w:r>
      <w:r>
        <w:br/>
      </w:r>
      <w:r>
        <w:rPr>
          <w:sz w:val="20"/>
        </w:rPr>
        <w:t>11:03  is ka taluq marifat se hai, is ka taluq realization se hai, is ka taluq truth se hai, is ka taluq khuda ko pane se hai.</w:t>
      </w:r>
      <w:r>
        <w:br/>
      </w:r>
      <w:r>
        <w:rPr>
          <w:sz w:val="20"/>
        </w:rPr>
        <w:t>11:15  to yeh ek miss understanding hai ke galat taur par log paradise ko jod dete hain lalach se.</w:t>
      </w:r>
      <w:r>
        <w:br/>
      </w:r>
      <w:r>
        <w:rPr>
          <w:sz w:val="20"/>
        </w:rPr>
        <w:t>11:25  is ka lalach se koi taluq nahi hai.</w:t>
      </w:r>
    </w:p>
    <w:p>
      <w:pPr>
        <w:pStyle w:val="Heading2"/>
      </w:pPr>
      <w:r>
        <w:t>Believer's joyful anticipation of paradise</w:t>
      </w:r>
    </w:p>
    <w:p>
      <w:r>
        <w:rPr>
          <w:color w:val="666666"/>
          <w:sz w:val="18"/>
        </w:rPr>
        <w:t>Man and Paradise June 9, 2013 - Maulana Wahiduddin Khan · 50s · at 6:45 · https://youtu.be/qQsm7giv3Mk?t=405</w:t>
      </w:r>
    </w:p>
    <w:p>
      <w:r>
        <w:rPr>
          <w:i/>
        </w:rPr>
        <w:t>“I am reaching my journey's final destination – Paradise”</w:t>
      </w:r>
    </w:p>
    <w:p>
      <w:r>
        <w:rPr>
          <w:sz w:val="20"/>
        </w:rPr>
        <w:t>6:45  aisa mehsoos hota hai ke aik aadmi jo sachai ko pa chuka ho, jis ne apne aap ko Allah ke raaste mein daal diya ho, jo jannat ki manzil ki taraf barh raha ho.</w:t>
      </w:r>
      <w:r>
        <w:br/>
      </w:r>
      <w:r>
        <w:rPr>
          <w:sz w:val="20"/>
        </w:rPr>
        <w:t>6:57  to jab aakhir waqt aaye ga to is ka dil kahe ga ke ab to main wahan pahunch raha hoon. yaani is ko jannat ki khushboo aane lage gi.</w:t>
      </w:r>
      <w:r>
        <w:br/>
      </w:r>
      <w:r>
        <w:rPr>
          <w:sz w:val="20"/>
        </w:rPr>
        <w:t>7:07  jaise aik sahabi ne kaha tha ke Uhud pahad ke idhar se mujhe jannat ki khushboo aa rahi hai.</w:t>
      </w:r>
      <w:r>
        <w:br/>
      </w:r>
      <w:r>
        <w:rPr>
          <w:sz w:val="20"/>
        </w:rPr>
        <w:t>7:16  to woh baraks baat kahe ga ke "I am reaching my journey, is reaching its final destination.</w:t>
      </w:r>
      <w:r>
        <w:br/>
      </w:r>
      <w:r>
        <w:rPr>
          <w:sz w:val="20"/>
        </w:rPr>
        <w:t>7:28  mai journey is reaching its final destination. that is paradise."</w:t>
      </w:r>
    </w:p>
    <w:p>
      <w:pPr>
        <w:pStyle w:val="Heading2"/>
      </w:pPr>
      <w:r>
        <w:t>Created for great plan eternal paradise</w:t>
      </w:r>
    </w:p>
    <w:p>
      <w:r>
        <w:rPr>
          <w:color w:val="666666"/>
          <w:sz w:val="18"/>
        </w:rPr>
        <w:t>Peaceful Islamic Mission December 28, 2014 · 36m 27s · at 14:02 · https://youtu.be/aLacalXEtRA?t=842</w:t>
      </w:r>
    </w:p>
    <w:p>
      <w:r>
        <w:rPr>
          <w:i/>
        </w:rPr>
        <w:t>“تجھ کو تیرے خالق نے ایک بہت بڑی پلان کے تحت پیدا کیا ہے”</w:t>
      </w:r>
    </w:p>
    <w:p>
      <w:r>
        <w:rPr>
          <w:sz w:val="20"/>
        </w:rPr>
        <w:t>14:02  tujh ko tere khalq ne ek bohat bari, bare plan ke tehat paida kiya hai.</w:t>
      </w:r>
      <w:r>
        <w:br/>
      </w:r>
      <w:r>
        <w:rPr>
          <w:sz w:val="20"/>
        </w:rPr>
        <w:t>14:08  woh yeh ke tum allah ki marzi par chalo aur aakhirat mein is ka inaam eternal paradise shakal mein pao. yeh tha.</w:t>
      </w:r>
      <w:r>
        <w:br/>
      </w:r>
      <w:r>
        <w:rPr>
          <w:sz w:val="20"/>
        </w:rPr>
        <w:t>14:14  yeh hai ke koi mission le kar khada hi nahi hua.</w:t>
      </w:r>
      <w:r>
        <w:br/>
      </w:r>
      <w:r>
        <w:rPr>
          <w:sz w:val="20"/>
        </w:rPr>
        <w:t>14:21  sab log, koi political mission, koi military mission, koi maar dhaar ka mission, koi nine eleven ka mission</w:t>
      </w:r>
      <w:r>
        <w:br/>
      </w:r>
      <w:r>
        <w:rPr>
          <w:sz w:val="20"/>
        </w:rPr>
        <w:t>14:27  le kar khade hue hain.</w:t>
      </w:r>
      <w:r>
        <w:br/>
      </w:r>
      <w:r>
        <w:rPr>
          <w:sz w:val="20"/>
        </w:rPr>
        <w:t>14:33  is daur ke yeh jitne bhi hain, so called muslim leader, so called muslim rehnuma, woh sab yahi</w:t>
      </w:r>
      <w:r>
        <w:br/>
      </w:r>
      <w:r>
        <w:rPr>
          <w:sz w:val="20"/>
        </w:rPr>
        <w:t>14:40  karte hain kaam.</w:t>
      </w:r>
      <w:r>
        <w:br/>
      </w:r>
      <w:r>
        <w:rPr>
          <w:sz w:val="20"/>
        </w:rPr>
        <w:t>14:46  yeh to matloob nahi tha.</w:t>
      </w:r>
      <w:r>
        <w:br/>
      </w:r>
      <w:r>
        <w:rPr>
          <w:sz w:val="20"/>
        </w:rPr>
        <w:t>14:52  yeh to allah ko matloob nahi tha.</w:t>
      </w:r>
      <w:r>
        <w:br/>
      </w:r>
      <w:r>
        <w:rPr>
          <w:sz w:val="20"/>
        </w:rPr>
        <w:t>14:59  kainaat is ka intezar nahi kar rahi thi.</w:t>
      </w:r>
      <w:r>
        <w:br/>
      </w:r>
      <w:r>
        <w:rPr>
          <w:sz w:val="20"/>
        </w:rPr>
        <w:t>15:05  tareekh is is ka intezar nahi kar rahi thi.</w:t>
      </w:r>
      <w:r>
        <w:br/>
      </w:r>
      <w:r>
        <w:rPr>
          <w:sz w:val="20"/>
        </w:rPr>
        <w:t>15:11  to allah ki tofeeq se si pi es walon ko yeh moqa mila ke woh yeh kaam karen.</w:t>
      </w:r>
      <w:r>
        <w:br/>
      </w:r>
      <w:r>
        <w:rPr>
          <w:sz w:val="20"/>
        </w:rPr>
        <w:t>15:18  ke allah ke mission ko is ki sahih shakal mein dunya ke samne pesh karen.</w:t>
      </w:r>
      <w:r>
        <w:br/>
      </w:r>
      <w:r>
        <w:rPr>
          <w:sz w:val="20"/>
        </w:rPr>
        <w:t>15:24  dekhen, agar aap is zamaney mein jo tehrikain uthi hain, un ko aap parhen to sari tehrikain kya</w:t>
      </w:r>
      <w:r>
        <w:br/>
      </w:r>
      <w:r>
        <w:rPr>
          <w:sz w:val="20"/>
        </w:rPr>
        <w:t>15:30  hain? woh islam ko, interest, islam ka jo taaruf de rahi hain, woh kis hesiyat se? ke islam</w:t>
      </w:r>
      <w:r>
        <w:br/>
      </w:r>
      <w:r>
        <w:rPr>
          <w:sz w:val="20"/>
        </w:rPr>
        <w:t>15:37  ek political system hai.</w:t>
      </w:r>
      <w:r>
        <w:br/>
      </w:r>
      <w:r>
        <w:rPr>
          <w:sz w:val="20"/>
        </w:rPr>
        <w:t>15:43  islam sari dunya mein hukumat qaim karna chahta hai.</w:t>
      </w:r>
      <w:r>
        <w:br/>
      </w:r>
      <w:r>
        <w:rPr>
          <w:sz w:val="20"/>
        </w:rPr>
        <w:t>15:49  musalman afzal groh hain, un ki supremacy qaim karna chahta hai.</w:t>
      </w:r>
      <w:r>
        <w:br/>
      </w:r>
      <w:r>
        <w:rPr>
          <w:sz w:val="20"/>
        </w:rPr>
        <w:t>15:56  yeh sab, yeh sab bilkul hi baseless cheezain hain.</w:t>
      </w:r>
      <w:r>
        <w:br/>
      </w:r>
      <w:r>
        <w:rPr>
          <w:sz w:val="20"/>
        </w:rPr>
        <w:t>16:02  is ka islam se koi talluq nahin.</w:t>
      </w:r>
      <w:r>
        <w:br/>
      </w:r>
      <w:r>
        <w:rPr>
          <w:sz w:val="20"/>
        </w:rPr>
        <w:t>16:08  ke allah ke ta'ala ki sab se zyada mehboob ummat musalman hai aur allah ko matlab hai ke</w:t>
      </w:r>
      <w:r>
        <w:br/>
      </w:r>
      <w:r>
        <w:rPr>
          <w:sz w:val="20"/>
        </w:rPr>
        <w:t>16:15  woh dunya mein hukumat kare.</w:t>
      </w:r>
      <w:r>
        <w:br/>
      </w:r>
      <w:r>
        <w:rPr>
          <w:sz w:val="20"/>
        </w:rPr>
        <w:t>16:21  islam ki hukumat qaim karen.</w:t>
      </w:r>
      <w:r>
        <w:br/>
      </w:r>
      <w:r>
        <w:rPr>
          <w:sz w:val="20"/>
        </w:rPr>
        <w:t>16:27  aur dunya mein qanoon nafiz karen.</w:t>
      </w:r>
      <w:r>
        <w:br/>
      </w:r>
      <w:r>
        <w:rPr>
          <w:sz w:val="20"/>
        </w:rPr>
        <w:t>16:34  aur is ke liye jihad karein, logon ko marein, Nine Eleven barpa karein.</w:t>
      </w:r>
      <w:r>
        <w:br/>
      </w:r>
      <w:r>
        <w:rPr>
          <w:sz w:val="20"/>
        </w:rPr>
        <w:t>16:40  yeh sari tehrikon ka khulasa hai.</w:t>
      </w:r>
      <w:r>
        <w:br/>
      </w:r>
      <w:r>
        <w:rPr>
          <w:sz w:val="20"/>
        </w:rPr>
        <w:t>16:46  is daur ki sari tehrikon ka yahi khulasa hai.</w:t>
      </w:r>
      <w:r>
        <w:br/>
      </w:r>
      <w:r>
        <w:rPr>
          <w:sz w:val="20"/>
        </w:rPr>
        <w:t>16:53  jitni bhi tehrikain arab dunya mein, non-arab dunya mein uthin, woh sab isi tarah ki hain.</w:t>
      </w:r>
      <w:r>
        <w:br/>
      </w:r>
      <w:r>
        <w:rPr>
          <w:sz w:val="20"/>
        </w:rPr>
        <w:t>16:59  lekin yeh allah ko matlab nahin tha.</w:t>
      </w:r>
      <w:r>
        <w:br/>
      </w:r>
      <w:r>
        <w:rPr>
          <w:sz w:val="20"/>
        </w:rPr>
        <w:t>17:05  allah sare insanon ka allah hai.</w:t>
      </w:r>
      <w:r>
        <w:br/>
      </w:r>
      <w:r>
        <w:rPr>
          <w:sz w:val="20"/>
        </w:rPr>
        <w:t>17:12  alhamdulillah rabbil alameen pehli ayat hai quran ki.</w:t>
      </w:r>
      <w:r>
        <w:br/>
      </w:r>
      <w:r>
        <w:rPr>
          <w:sz w:val="20"/>
        </w:rPr>
        <w:t>17:18  to sare insanon ko allah ta'ala ek nazar se dekhta hai.</w:t>
      </w:r>
      <w:r>
        <w:br/>
      </w:r>
      <w:r>
        <w:rPr>
          <w:sz w:val="20"/>
        </w:rPr>
        <w:t>17:24  sab allah ke rehmat ke mohtaj hain.</w:t>
      </w:r>
      <w:r>
        <w:br/>
      </w:r>
      <w:r>
        <w:rPr>
          <w:sz w:val="20"/>
        </w:rPr>
        <w:t>17:31  to sare insanon ke liye allah ta'ala ne chaha ke woh pata, unhon ne jannay ke what is</w:t>
      </w:r>
      <w:r>
        <w:br/>
      </w:r>
      <w:r>
        <w:rPr>
          <w:sz w:val="20"/>
        </w:rPr>
        <w:t>17:37  the creation plan of god allah ne kyun paida kiya insan ko? allah ne kyun paida kiya universe</w:t>
      </w:r>
      <w:r>
        <w:br/>
      </w:r>
      <w:r>
        <w:rPr>
          <w:sz w:val="20"/>
        </w:rPr>
        <w:t>17:43  ko? allah ne kyun qaim kiya life support system dunya mein? allah ne kyun nabiyon ko bheja? allah</w:t>
      </w:r>
      <w:r>
        <w:br/>
      </w:r>
      <w:r>
        <w:rPr>
          <w:sz w:val="20"/>
        </w:rPr>
        <w:t>17:50  ne kyun quran ko mehfooz kiya? allah ne kyun rasool allah ki sunnat ko mehfooz kiya? yeh sab</w:t>
      </w:r>
      <w:r>
        <w:br/>
      </w:r>
      <w:r>
        <w:rPr>
          <w:sz w:val="20"/>
        </w:rPr>
        <w:t>17:56  kis liye? yeh aik rehmat ke liye.</w:t>
      </w:r>
      <w:r>
        <w:br/>
      </w:r>
      <w:r>
        <w:rPr>
          <w:sz w:val="20"/>
        </w:rPr>
        <w:t>18:02  yeh is liye nahi ke musalman dunya mein hukoomat karen.</w:t>
      </w:r>
      <w:r>
        <w:br/>
      </w:r>
      <w:r>
        <w:rPr>
          <w:sz w:val="20"/>
        </w:rPr>
        <w:t>18:09  musalman dunya mein logon ko bomb maaren.</w:t>
      </w:r>
      <w:r>
        <w:br/>
      </w:r>
      <w:r>
        <w:rPr>
          <w:sz w:val="20"/>
        </w:rPr>
        <w:t>18:15  musalman apna political system dunya mein qaim karen.</w:t>
      </w:r>
      <w:r>
        <w:br/>
      </w:r>
      <w:r>
        <w:rPr>
          <w:sz w:val="20"/>
        </w:rPr>
        <w:t>18:21  musalman apna qanoon dunya mein naafiz karen.</w:t>
      </w:r>
      <w:r>
        <w:br/>
      </w:r>
      <w:r>
        <w:rPr>
          <w:sz w:val="20"/>
        </w:rPr>
        <w:t>18:28  is ka koi talluq nahi Islam se.</w:t>
      </w:r>
      <w:r>
        <w:br/>
      </w:r>
      <w:r>
        <w:rPr>
          <w:sz w:val="20"/>
        </w:rPr>
        <w:t>18:34  sirf yeh tha Allah taala ka mansha ke aik aik fard yeh jaane ke is ko Allah ne</w:t>
      </w:r>
      <w:r>
        <w:br/>
      </w:r>
      <w:r>
        <w:rPr>
          <w:sz w:val="20"/>
        </w:rPr>
        <w:t>18:40  kyun paida kiya hai? woh is liye paida kiya hai ke woh Allah ko discover kare.</w:t>
      </w:r>
      <w:r>
        <w:br/>
      </w:r>
      <w:r>
        <w:rPr>
          <w:sz w:val="20"/>
        </w:rPr>
        <w:t>18:47  apne khaliq ko discover kare.</w:t>
      </w:r>
      <w:r>
        <w:br/>
      </w:r>
      <w:r>
        <w:rPr>
          <w:sz w:val="20"/>
        </w:rPr>
        <w:t>18:53  woh khaliq ki marifat haasil kare.</w:t>
      </w:r>
      <w:r>
        <w:br/>
      </w:r>
      <w:r>
        <w:rPr>
          <w:sz w:val="20"/>
        </w:rPr>
        <w:t>18:59  phir woh apne aap ko khaliq ki marzi ke mutabiq dhaley.</w:t>
      </w:r>
      <w:r>
        <w:br/>
      </w:r>
      <w:r>
        <w:rPr>
          <w:sz w:val="20"/>
        </w:rPr>
        <w:t>19:06  apne andar woh personality paida kare.</w:t>
      </w:r>
      <w:r>
        <w:br/>
      </w:r>
      <w:r>
        <w:rPr>
          <w:sz w:val="20"/>
        </w:rPr>
        <w:t>19:12  apna tazkiya kare.</w:t>
      </w:r>
      <w:r>
        <w:br/>
      </w:r>
      <w:r>
        <w:rPr>
          <w:sz w:val="20"/>
        </w:rPr>
        <w:t>19:18  apni tatheer kare.</w:t>
      </w:r>
      <w:r>
        <w:br/>
      </w:r>
      <w:r>
        <w:rPr>
          <w:sz w:val="20"/>
        </w:rPr>
        <w:t>19:25  apne aap ko rabbani insaan banaye.</w:t>
      </w:r>
      <w:r>
        <w:br/>
      </w:r>
      <w:r>
        <w:rPr>
          <w:sz w:val="20"/>
        </w:rPr>
        <w:t>19:31  konu rabbaneen har fard apne aap ko rabbani insaan banaye.</w:t>
      </w:r>
      <w:r>
        <w:br/>
      </w:r>
      <w:r>
        <w:rPr>
          <w:sz w:val="20"/>
        </w:rPr>
        <w:t>19:37  aur phir woh is dunya mein jo is ko paradise kaha jata hai, is mein is ke liye</w:t>
      </w:r>
      <w:r>
        <w:br/>
      </w:r>
      <w:r>
        <w:rPr>
          <w:sz w:val="20"/>
        </w:rPr>
        <w:t>19:44  deserving candidate bane.</w:t>
      </w:r>
      <w:r>
        <w:br/>
      </w:r>
      <w:r>
        <w:rPr>
          <w:sz w:val="20"/>
        </w:rPr>
        <w:t>19:50  jis ke baray mein kaha gaya hai ke أولئك هم النبیین والصديقين والشهداء والصالحین وحسن أولئك رفیقًا yeh tha maqsad.</w:t>
      </w:r>
      <w:r>
        <w:br/>
      </w:r>
      <w:r>
        <w:rPr>
          <w:sz w:val="20"/>
        </w:rPr>
        <w:t>19:56  yeh koi hargiz hargiz koi political mission nahi.</w:t>
      </w:r>
      <w:r>
        <w:br/>
      </w:r>
      <w:r>
        <w:rPr>
          <w:sz w:val="20"/>
        </w:rPr>
        <w:t>20:03  koi military mission nahi.</w:t>
      </w:r>
      <w:r>
        <w:br/>
      </w:r>
      <w:r>
        <w:rPr>
          <w:sz w:val="20"/>
        </w:rPr>
        <w:t>20:09  yeh koi musalmanon ka dunya mein musalmanon ka iqtadar qaim ho, is ka koi mission nahi.</w:t>
      </w:r>
      <w:r>
        <w:br/>
      </w:r>
      <w:r>
        <w:rPr>
          <w:sz w:val="20"/>
        </w:rPr>
        <w:t>20:16  kuch bhi nahi.</w:t>
      </w:r>
      <w:r>
        <w:br/>
      </w:r>
      <w:r>
        <w:rPr>
          <w:sz w:val="20"/>
        </w:rPr>
        <w:t>20:22  yeh saare insanon ke liye hai.</w:t>
      </w:r>
      <w:r>
        <w:br/>
      </w:r>
      <w:r>
        <w:rPr>
          <w:sz w:val="20"/>
        </w:rPr>
        <w:t>20:28  lekin is hesiyat se kisi bhi mere ilm ke mutabiq koi aik bhi shakhs nahi hai poori muslim</w:t>
      </w:r>
      <w:r>
        <w:br/>
      </w:r>
      <w:r>
        <w:rPr>
          <w:sz w:val="20"/>
        </w:rPr>
        <w:t>20:35  dunya mein jis ne islam ko is hesiyat se pesh kiya ho.</w:t>
      </w:r>
      <w:r>
        <w:br/>
      </w:r>
      <w:r>
        <w:rPr>
          <w:sz w:val="20"/>
        </w:rPr>
        <w:t>20:41  koi tehreek nahi, koi fard nahi, koi idara nahi.</w:t>
      </w:r>
      <w:r>
        <w:br/>
      </w:r>
      <w:r>
        <w:rPr>
          <w:sz w:val="20"/>
        </w:rPr>
        <w:t>20:47  sab log bas musalmanon ka afzaliyat aur islam ka haq hukumat aur islam ka dab dabe bas isi andaaz</w:t>
      </w:r>
      <w:r>
        <w:br/>
      </w:r>
      <w:r>
        <w:rPr>
          <w:sz w:val="20"/>
        </w:rPr>
        <w:t>20:54  mein sochte hain.</w:t>
      </w:r>
      <w:r>
        <w:br/>
      </w:r>
      <w:r>
        <w:rPr>
          <w:sz w:val="20"/>
        </w:rPr>
        <w:t>21:00  bas yahi un ki un ki soch hai.</w:t>
      </w:r>
      <w:r>
        <w:br/>
      </w:r>
      <w:r>
        <w:rPr>
          <w:sz w:val="20"/>
        </w:rPr>
        <w:t>21:06  to mein samajhta hoon ke aaj ki tareekh yaani athais december jo aaj ki tareekh hai, is din</w:t>
      </w:r>
      <w:r>
        <w:br/>
      </w:r>
      <w:r>
        <w:rPr>
          <w:sz w:val="20"/>
        </w:rPr>
        <w:t>21:13  yeh waqea jo hua woh allamati tor par batata hai ke jo mission chalaya ja raha hai print</w:t>
      </w:r>
      <w:r>
        <w:br/>
      </w:r>
      <w:r>
        <w:rPr>
          <w:sz w:val="20"/>
        </w:rPr>
        <w:t>21:19  media ke zariye, electronic media ke zariye aur itne sare log is ko dunya mein phaila rahe hain</w:t>
      </w:r>
      <w:r>
        <w:br/>
      </w:r>
      <w:r>
        <w:rPr>
          <w:sz w:val="20"/>
        </w:rPr>
        <w:t>21:25  aur modern, most modern jo technique hai, is tarah is ko istemal kar ke dunya ko koshish kar</w:t>
      </w:r>
      <w:r>
        <w:br/>
      </w:r>
      <w:r>
        <w:rPr>
          <w:sz w:val="20"/>
        </w:rPr>
        <w:t>21:32  rahe hain ke dunya ka har insan is se ba khabar ho jaye.</w:t>
      </w:r>
      <w:r>
        <w:br/>
      </w:r>
      <w:r>
        <w:rPr>
          <w:sz w:val="20"/>
        </w:rPr>
        <w:t>21:38  to Allah ne is ko apna, is ka yaani agar mein Allah aik aik hadees hai, hadees qudsi</w:t>
      </w:r>
      <w:r>
        <w:br/>
      </w:r>
      <w:r>
        <w:rPr>
          <w:sz w:val="20"/>
        </w:rPr>
        <w:t>21:44  hai, hadees qudsi ana inda zann abdi fal yadhun nabiy khairun aik riwayat mein bhi Allah aata hai fal yadhun</w:t>
      </w:r>
      <w:r>
        <w:br/>
      </w:r>
      <w:r>
        <w:rPr>
          <w:sz w:val="20"/>
        </w:rPr>
        <w:t>21:51  nabiy masha'a yaani mein Allah ke bande ke guman ke sath hoon.</w:t>
      </w:r>
      <w:r>
        <w:br/>
      </w:r>
      <w:r>
        <w:rPr>
          <w:sz w:val="20"/>
        </w:rPr>
        <w:t>21:57  Allah farmate hain ke mein bande ke guman ke sath hoon.</w:t>
      </w:r>
      <w:r>
        <w:br/>
      </w:r>
      <w:r>
        <w:rPr>
          <w:sz w:val="20"/>
        </w:rPr>
        <w:t>22:03  tumhare bare mein acha guman kare.</w:t>
      </w:r>
      <w:r>
        <w:br/>
      </w:r>
      <w:r>
        <w:rPr>
          <w:sz w:val="20"/>
        </w:rPr>
        <w:t>22:10  to is hadees ke hawale se mein Allah par yeh husn e zann qaim karta hoon ke jab itne</w:t>
      </w:r>
      <w:r>
        <w:br/>
      </w:r>
      <w:r>
        <w:rPr>
          <w:sz w:val="20"/>
        </w:rPr>
        <w:t>22:16  sare logon ne apni zindagiyaan is ke liye waqf keen, kisi dunya wi interest ke baghair, itne sare log</w:t>
      </w:r>
      <w:r>
        <w:br/>
      </w:r>
      <w:r>
        <w:rPr>
          <w:sz w:val="20"/>
        </w:rPr>
        <w:t>22:22  is mission mein lage hue hain.</w:t>
      </w:r>
      <w:r>
        <w:br/>
      </w:r>
      <w:r>
        <w:rPr>
          <w:sz w:val="20"/>
        </w:rPr>
        <w:t>22:29  sari dunya mein aik giroh mutharrik hai lekin is ka na koi mali faida is se wabasta hai,</w:t>
      </w:r>
      <w:r>
        <w:br/>
      </w:r>
      <w:r>
        <w:rPr>
          <w:sz w:val="20"/>
        </w:rPr>
        <w:t>22:35  na koi in ko stage milta hai yahan, na koi fame milti hai.</w:t>
      </w:r>
      <w:r>
        <w:br/>
      </w:r>
      <w:r>
        <w:rPr>
          <w:sz w:val="20"/>
        </w:rPr>
        <w:t>22:41  kisi qism ka koi worldly faida nahi.</w:t>
      </w:r>
      <w:r>
        <w:br/>
      </w:r>
      <w:r>
        <w:rPr>
          <w:sz w:val="20"/>
        </w:rPr>
        <w:t>22:48  phir bhi har aik, har aik, har aik apne aap ko is ke liye dedicate kiye hue hai.</w:t>
      </w:r>
      <w:r>
        <w:br/>
      </w:r>
      <w:r>
        <w:rPr>
          <w:sz w:val="20"/>
        </w:rPr>
        <w:t>22:54  yeh Allah ki tofeeq se hua hai.</w:t>
      </w:r>
      <w:r>
        <w:br/>
      </w:r>
      <w:r>
        <w:rPr>
          <w:sz w:val="20"/>
        </w:rPr>
        <w:t>23:00  to mein yeh Allah par yeh zann qaim karta hoon ke Allah ne accept kiya hai aur yeh</w:t>
      </w:r>
      <w:r>
        <w:br/>
      </w:r>
      <w:r>
        <w:rPr>
          <w:sz w:val="20"/>
        </w:rPr>
        <w:t>23:07  tofeeq di logon ko ke tum karo yeh kaam.</w:t>
      </w:r>
      <w:r>
        <w:br/>
      </w:r>
      <w:r>
        <w:rPr>
          <w:sz w:val="20"/>
        </w:rPr>
        <w:t>23:13  yeh kaam jo matloob hai, is ko tum karo.</w:t>
      </w:r>
      <w:r>
        <w:br/>
      </w:r>
      <w:r>
        <w:rPr>
          <w:sz w:val="20"/>
        </w:rPr>
        <w:t>23:19  yani Allah ne is ke liye nabiyon ko bheja, Quran ko utara, sunnat-e-Rasool ko mehfooz kiya, Sahaba</w:t>
      </w:r>
      <w:r>
        <w:br/>
      </w:r>
      <w:r>
        <w:rPr>
          <w:sz w:val="20"/>
        </w:rPr>
        <w:t>23:26  ki team banai.</w:t>
      </w:r>
      <w:r>
        <w:br/>
      </w:r>
      <w:r>
        <w:rPr>
          <w:sz w:val="20"/>
        </w:rPr>
        <w:t>23:32  phir is ke baad kya hua? Ek poora ek supporting age duniya mein paida kiya Allah Ta'ala ne.</w:t>
      </w:r>
      <w:r>
        <w:br/>
      </w:r>
      <w:r>
        <w:rPr>
          <w:sz w:val="20"/>
        </w:rPr>
        <w:t>23:38  Ek riwayat aati hai ke 'In Allah la yu'ayyid hadha ad-deen bir-rajul al-fajir' is ka matlab mein yeh samajhta</w:t>
      </w:r>
      <w:r>
        <w:br/>
      </w:r>
      <w:r>
        <w:rPr>
          <w:sz w:val="20"/>
        </w:rPr>
        <w:t>23:45  hoon ke Allah Ta'ala is deen ke liye, is Islam ke is peaceful mission ke liye poori poori</w:t>
      </w:r>
      <w:r>
        <w:br/>
      </w:r>
      <w:r>
        <w:rPr>
          <w:sz w:val="20"/>
        </w:rPr>
        <w:t>23:51  poori duniya ko, poori poori age ko supporting age bana dega.</w:t>
      </w:r>
      <w:r>
        <w:br/>
      </w:r>
      <w:r>
        <w:rPr>
          <w:sz w:val="20"/>
        </w:rPr>
        <w:t>23:57  Poori poori age ko supporting age bana dega.</w:t>
      </w:r>
      <w:r>
        <w:br/>
      </w:r>
      <w:r>
        <w:rPr>
          <w:sz w:val="20"/>
        </w:rPr>
        <w:t>24:04  Mein samajhta hoon ke aaj twenty first century mein yeh waqea poori tarah, poori tarah, poori tarah waqea</w:t>
      </w:r>
      <w:r>
        <w:br/>
      </w:r>
      <w:r>
        <w:rPr>
          <w:sz w:val="20"/>
        </w:rPr>
        <w:t>24:10  ban chuka hai.</w:t>
      </w:r>
      <w:r>
        <w:br/>
      </w:r>
      <w:r>
        <w:rPr>
          <w:sz w:val="20"/>
        </w:rPr>
        <w:t>24:16  Aaj ka jo daur hai, modern age, western civilization, modern technology, yeh saari jo cheezein hain, woh sab</w:t>
      </w:r>
      <w:r>
        <w:br/>
      </w:r>
      <w:r>
        <w:rPr>
          <w:sz w:val="20"/>
        </w:rPr>
        <w:t>24:23  ke sab Allah ke mission ke liye bohat zabardast supporting factor ban chuki hain.</w:t>
      </w:r>
      <w:r>
        <w:br/>
      </w:r>
      <w:r>
        <w:rPr>
          <w:sz w:val="20"/>
        </w:rPr>
        <w:t>24:29  Poori poori duniya Allah ke mission ke ke liye support dene ke liye tayyar hai.</w:t>
      </w:r>
      <w:r>
        <w:br/>
      </w:r>
      <w:r>
        <w:rPr>
          <w:sz w:val="20"/>
        </w:rPr>
        <w:t>24:35  Poori poori duniya.</w:t>
      </w:r>
      <w:r>
        <w:br/>
      </w:r>
      <w:r>
        <w:rPr>
          <w:sz w:val="20"/>
        </w:rPr>
        <w:t>24:42  Koi direct taur par support de raha hai, koi indirect taur par.</w:t>
      </w:r>
      <w:r>
        <w:br/>
      </w:r>
      <w:r>
        <w:rPr>
          <w:sz w:val="20"/>
        </w:rPr>
        <w:t>24:48  Aap dekhen ke is zamane mein ek culture hai jis ko kehte hain conference culture.</w:t>
      </w:r>
      <w:r>
        <w:br/>
      </w:r>
      <w:r>
        <w:rPr>
          <w:sz w:val="20"/>
        </w:rPr>
        <w:t>24:54  Jagah jagah conference hoti hain, seminar hote hain.</w:t>
      </w:r>
      <w:r>
        <w:br/>
      </w:r>
      <w:r>
        <w:rPr>
          <w:sz w:val="20"/>
        </w:rPr>
        <w:t>25:01  Jagah jagah libraries hain, mukhtalif idare hain.</w:t>
      </w:r>
      <w:r>
        <w:br/>
      </w:r>
      <w:r>
        <w:rPr>
          <w:sz w:val="20"/>
        </w:rPr>
        <w:t>25:07  Hamare saathi wahan jaate hain, woh log in ko welcome kehte hain ke laiye aap literature apna.</w:t>
      </w:r>
      <w:r>
        <w:br/>
      </w:r>
      <w:r>
        <w:rPr>
          <w:sz w:val="20"/>
        </w:rPr>
        <w:t>25:13  Laiye apna literature.</w:t>
      </w:r>
      <w:r>
        <w:br/>
      </w:r>
      <w:r>
        <w:rPr>
          <w:sz w:val="20"/>
        </w:rPr>
        <w:t>25:20  Hamare idaron ko istemal kijiye.</w:t>
      </w:r>
      <w:r>
        <w:br/>
      </w:r>
      <w:r>
        <w:rPr>
          <w:sz w:val="20"/>
        </w:rPr>
        <w:t>25:26  Hamare stage ko istemal kijiye.</w:t>
      </w:r>
      <w:r>
        <w:br/>
      </w:r>
      <w:r>
        <w:rPr>
          <w:sz w:val="20"/>
        </w:rPr>
        <w:t>25:32  Yeh kya hai? Allah ne logon ke dilon mein daal diya ke support do, support do, support do.</w:t>
      </w:r>
      <w:r>
        <w:br/>
      </w:r>
      <w:r>
        <w:rPr>
          <w:sz w:val="20"/>
        </w:rPr>
        <w:t>25:39  Toh yeh jo hadith mein hai ke 'In Allah la yu'ayyid hadha ad-deen bir-rajul al-fajir' woh zamana poori tarike</w:t>
      </w:r>
      <w:r>
        <w:br/>
      </w:r>
      <w:r>
        <w:rPr>
          <w:sz w:val="20"/>
        </w:rPr>
        <w:t>25:45  se zahir ho chuka hai.</w:t>
      </w:r>
      <w:r>
        <w:br/>
      </w:r>
      <w:r>
        <w:rPr>
          <w:sz w:val="20"/>
        </w:rPr>
        <w:t>25:51  do bohat bade waqe hone wale the tareekh mein.</w:t>
      </w:r>
      <w:r>
        <w:br/>
      </w:r>
      <w:r>
        <w:rPr>
          <w:sz w:val="20"/>
        </w:rPr>
        <w:t>25:58  ek ki ek ki prediction quran mein maujood hai, doosre ki prediction hadees mein maujood hai.</w:t>
      </w:r>
      <w:r>
        <w:br/>
      </w:r>
      <w:r>
        <w:rPr>
          <w:sz w:val="20"/>
        </w:rPr>
        <w:t>26:04  ek waqe kya tha? scientific shahadat Allah ke deen ke haq mein.</w:t>
      </w:r>
      <w:r>
        <w:br/>
      </w:r>
      <w:r>
        <w:rPr>
          <w:sz w:val="20"/>
        </w:rPr>
        <w:t>26:11  yani haqaiq fitrat, scientific daryaften, insani ilm, woh Allah, woh Allah ke mission ki support mein aa jayega.</w:t>
      </w:r>
      <w:r>
        <w:br/>
      </w:r>
      <w:r>
        <w:rPr>
          <w:sz w:val="20"/>
        </w:rPr>
        <w:t>26:17  is ki taraf quran mein yeh page predict kiya gaya tha in alfaaz mein ke sanureehim ayatuna fi</w:t>
      </w:r>
      <w:r>
        <w:br/>
      </w:r>
      <w:r>
        <w:rPr>
          <w:sz w:val="20"/>
        </w:rPr>
        <w:t>26:23  al-afaq wa fi anfusina hatta yatabayyana lahul haqq yani aise haqaiq zahir honge.</w:t>
      </w:r>
      <w:r>
        <w:br/>
      </w:r>
      <w:r>
        <w:rPr>
          <w:sz w:val="20"/>
        </w:rPr>
        <w:t>26:30  aise haqaiq jo is deen ko mazeed muhtat, is ki sachai ko mazeed mubeen kar denge.</w:t>
      </w:r>
      <w:r>
        <w:br/>
      </w:r>
      <w:r>
        <w:rPr>
          <w:sz w:val="20"/>
        </w:rPr>
        <w:t>26:36  wohi to ho gaya.</w:t>
      </w:r>
      <w:r>
        <w:br/>
      </w:r>
      <w:r>
        <w:rPr>
          <w:sz w:val="20"/>
        </w:rPr>
        <w:t>26:42  is daur ke saare uloom, saari scientific tehqeeqat Allah ke deen ki taeed mein aa gayi hain. Nazariyati taeed.</w:t>
      </w:r>
      <w:r>
        <w:br/>
      </w:r>
      <w:r>
        <w:rPr>
          <w:sz w:val="20"/>
        </w:rPr>
        <w:t>26:49  to ek hai yeh nazariyati taeed.</w:t>
      </w:r>
      <w:r>
        <w:br/>
      </w:r>
      <w:r>
        <w:rPr>
          <w:sz w:val="20"/>
        </w:rPr>
        <w:t>26:55  aur doosra jo hai jis ka zikr hadees mein hai ke in Allah la yu'ayyidu hadha ad-deena bir-rajul al-fajir</w:t>
      </w:r>
      <w:r>
        <w:br/>
      </w:r>
      <w:r>
        <w:rPr>
          <w:sz w:val="20"/>
        </w:rPr>
        <w:t>27:01  fajir se murad hai secular.</w:t>
      </w:r>
      <w:r>
        <w:br/>
      </w:r>
      <w:r>
        <w:rPr>
          <w:sz w:val="20"/>
        </w:rPr>
        <w:t>27:08  yani poori secular dunya, poori secular tehzeeb, tamam secular idare, woh mu'ayyid ban gaye hain.</w:t>
      </w:r>
      <w:r>
        <w:br/>
      </w:r>
      <w:r>
        <w:rPr>
          <w:sz w:val="20"/>
        </w:rPr>
        <w:t>27:14  woh mu'ayyid ban gaye hain.</w:t>
      </w:r>
      <w:r>
        <w:br/>
      </w:r>
      <w:r>
        <w:rPr>
          <w:sz w:val="20"/>
        </w:rPr>
        <w:t>27:20  to yeh quran mein aur hadees mein jo prediction kiya gaya tha, aaj woh waqe ban chuka hai.</w:t>
      </w:r>
      <w:r>
        <w:br/>
      </w:r>
      <w:r>
        <w:rPr>
          <w:sz w:val="20"/>
        </w:rPr>
        <w:t>27:27  aur yeh Allah ki tofeeq se CPS walon ko yeh mauqa mila ke woh is ko avail karen.</w:t>
      </w:r>
      <w:r>
        <w:br/>
      </w:r>
      <w:r>
        <w:rPr>
          <w:sz w:val="20"/>
        </w:rPr>
        <w:t>27:33  is opportunity ko samjhen aur is ko avail karen.</w:t>
      </w:r>
      <w:r>
        <w:br/>
      </w:r>
      <w:r>
        <w:rPr>
          <w:sz w:val="20"/>
        </w:rPr>
        <w:t>27:39  to aaj ka din jo hai, main samajhta hoon ke bohat hi tareekhi din hai.</w:t>
      </w:r>
      <w:r>
        <w:br/>
      </w:r>
      <w:r>
        <w:rPr>
          <w:sz w:val="20"/>
        </w:rPr>
        <w:t>27:46  jabke main bol raha hoon dilli mein aur meri saari potential taur par meri awaaz saari dunya ko</w:t>
      </w:r>
      <w:r>
        <w:br/>
      </w:r>
      <w:r>
        <w:rPr>
          <w:sz w:val="20"/>
        </w:rPr>
        <w:t>27:52  pehunch rahi hai.</w:t>
      </w:r>
      <w:r>
        <w:br/>
      </w:r>
      <w:r>
        <w:rPr>
          <w:sz w:val="20"/>
        </w:rPr>
        <w:t>27:58  kaisi ajeeb baat hai.</w:t>
      </w:r>
      <w:r>
        <w:br/>
      </w:r>
      <w:r>
        <w:rPr>
          <w:sz w:val="20"/>
        </w:rPr>
        <w:t>28:05  kaisi ajeeb baat hai.</w:t>
      </w:r>
      <w:r>
        <w:br/>
      </w:r>
      <w:r>
        <w:rPr>
          <w:sz w:val="20"/>
        </w:rPr>
        <w:t>28:11  is se pehle tareekh mein kabhi aisa nahi hua ke ek Allah ka ek banda Allah ki baat</w:t>
      </w:r>
      <w:r>
        <w:br/>
      </w:r>
      <w:r>
        <w:rPr>
          <w:sz w:val="20"/>
        </w:rPr>
        <w:t>28:17  ko zameen ke ek hisse mein bole aur zameen ke poore hisse mein awaaz sunai de is ki.</w:t>
      </w:r>
      <w:r>
        <w:br/>
      </w:r>
      <w:r>
        <w:rPr>
          <w:sz w:val="20"/>
        </w:rPr>
        <w:t>28:24  is se pehle kaha hua tha? kabhi bhi nahi hua tha.</w:t>
      </w:r>
      <w:r>
        <w:br/>
      </w:r>
      <w:r>
        <w:rPr>
          <w:sz w:val="20"/>
        </w:rPr>
        <w:t>28:30  to mein is waqt bol raha hoon dilli mein apne kuch sathiyon ko darmian aur yahan par sari</w:t>
      </w:r>
      <w:r>
        <w:br/>
      </w:r>
      <w:r>
        <w:rPr>
          <w:sz w:val="20"/>
        </w:rPr>
        <w:t>28:36  technology istemal ho rahi hai.</w:t>
      </w:r>
      <w:r>
        <w:br/>
      </w:r>
      <w:r>
        <w:rPr>
          <w:sz w:val="20"/>
        </w:rPr>
        <w:t>28:43  is is technology ke zariye yaani is ki video recording ho rahi hai aur potential tor par sari</w:t>
      </w:r>
      <w:r>
        <w:br/>
      </w:r>
      <w:r>
        <w:rPr>
          <w:sz w:val="20"/>
        </w:rPr>
        <w:t>28:49  dunya mein pahunch rahi hai.</w:t>
      </w:r>
      <w:r>
        <w:br/>
      </w:r>
      <w:r>
        <w:rPr>
          <w:sz w:val="20"/>
        </w:rPr>
        <w:t>28:55  تو میں عرض کروں گا کہ یہ جو modern technology ہے، اس کو مسلمانوں نے بہت ہی بری</w:t>
      </w:r>
      <w:r>
        <w:br/>
      </w:r>
      <w:r>
        <w:rPr>
          <w:sz w:val="20"/>
        </w:rPr>
        <w:t>29:02  tarah istemal kiya.</w:t>
      </w:r>
      <w:r>
        <w:br/>
      </w:r>
      <w:r>
        <w:rPr>
          <w:sz w:val="20"/>
        </w:rPr>
        <w:t>29:08  military ke liye, apni political tehreekon ke liye, apne chhote chhote maqasid ke liye, apni supremacy qaem karne</w:t>
      </w:r>
      <w:r>
        <w:br/>
      </w:r>
      <w:r>
        <w:rPr>
          <w:sz w:val="20"/>
        </w:rPr>
        <w:t>29:14  کے لیے، دنیا میں warm culture اور bomb culture چلانے کے لیے، حتیٰ کہ suicide bombing کے لیے۔</w:t>
      </w:r>
      <w:r>
        <w:br/>
      </w:r>
      <w:r>
        <w:rPr>
          <w:sz w:val="20"/>
        </w:rPr>
        <w:t>29:21  lekin Allah ke fazal se sirf CPS ek aisi tehreek hai zameen ke upar jis ne</w:t>
      </w:r>
      <w:r>
        <w:br/>
      </w:r>
      <w:r>
        <w:rPr>
          <w:sz w:val="20"/>
        </w:rPr>
        <w:t>29:27  khalis Allah ke mission ke liye modern technology ko istemal kiya hai.</w:t>
      </w:r>
      <w:r>
        <w:br/>
      </w:r>
      <w:r>
        <w:rPr>
          <w:sz w:val="20"/>
        </w:rPr>
        <w:t>29:33  yeh bohat hi anokhi baat hai.</w:t>
      </w:r>
      <w:r>
        <w:br/>
      </w:r>
      <w:r>
        <w:rPr>
          <w:sz w:val="20"/>
        </w:rPr>
        <w:t>29:40  aaj subah mein yeh soch raha tha, ek sahib, aisa hua ke ek sahib ka mere paas message mila.</w:t>
      </w:r>
      <w:r>
        <w:br/>
      </w:r>
      <w:r>
        <w:rPr>
          <w:sz w:val="20"/>
        </w:rPr>
        <w:t>29:46  woh ek ek bari exhibition mein, book fair mein gaye hue thay.</w:t>
      </w:r>
      <w:r>
        <w:br/>
      </w:r>
      <w:r>
        <w:rPr>
          <w:sz w:val="20"/>
        </w:rPr>
        <w:t>29:52  wahan mukhtalif jamaaton ke mukhtalif jamaaton ki kitabon ka wahan par stall laga hua tha.</w:t>
      </w:r>
      <w:r>
        <w:br/>
      </w:r>
      <w:r>
        <w:rPr>
          <w:sz w:val="20"/>
        </w:rPr>
        <w:t>29:59  jo musalmanon mein jo jamaatein hain, un ke stall wahan lage hue thay.</w:t>
      </w:r>
      <w:r>
        <w:br/>
      </w:r>
      <w:r>
        <w:rPr>
          <w:sz w:val="20"/>
        </w:rPr>
        <w:t>30:05  kitabein un ki rakhi hui theen wahan par.</w:t>
      </w:r>
      <w:r>
        <w:br/>
      </w:r>
      <w:r>
        <w:rPr>
          <w:sz w:val="20"/>
        </w:rPr>
        <w:t>30:11  lekin bheed thi CPS ke stall par.</w:t>
      </w:r>
      <w:r>
        <w:br/>
      </w:r>
      <w:r>
        <w:rPr>
          <w:sz w:val="20"/>
        </w:rPr>
        <w:t>30:18  to ek shakhs wahan aaya, us ne kaha ke mein poora ghoom ke dekha hai, maine book</w:t>
      </w:r>
      <w:r>
        <w:br/>
      </w:r>
      <w:r>
        <w:rPr>
          <w:sz w:val="20"/>
        </w:rPr>
        <w:t>30:24  fair ko, kai yahan par book stall hain musalmanon ke, kahin bhi bheed nahi hai.</w:t>
      </w:r>
      <w:r>
        <w:br/>
      </w:r>
      <w:r>
        <w:rPr>
          <w:sz w:val="20"/>
        </w:rPr>
        <w:t>30:30  aap ke haan bheed kyun hai? Aap ke haan bheed kyun hai? To jo sahib wahan book stall</w:t>
      </w:r>
      <w:r>
        <w:br/>
      </w:r>
      <w:r>
        <w:rPr>
          <w:sz w:val="20"/>
        </w:rPr>
        <w:t>30:37  lagaye hue thay CPS ka, unhon ne kaha, is liye ke hum is aaj ka jo</w:t>
      </w:r>
      <w:r>
        <w:br/>
      </w:r>
      <w:r>
        <w:rPr>
          <w:sz w:val="20"/>
        </w:rPr>
        <w:t>30:43  idiom hai, aaj ka jo taqaza hai, us ke lehaz se hum Islam pesh kar rahe hain, is liye.</w:t>
      </w:r>
      <w:r>
        <w:br/>
      </w:r>
      <w:r>
        <w:rPr>
          <w:sz w:val="20"/>
        </w:rPr>
        <w:t>30:49  aur woh log jo hain, woh purani baatein dohra rahe hain.</w:t>
      </w:r>
      <w:r>
        <w:br/>
      </w:r>
      <w:r>
        <w:rPr>
          <w:sz w:val="20"/>
        </w:rPr>
        <w:t>30:56  to kaisi ajeeb baat hai.</w:t>
      </w:r>
      <w:r>
        <w:br/>
      </w:r>
      <w:r>
        <w:rPr>
          <w:sz w:val="20"/>
        </w:rPr>
        <w:t>31:02  kaisi ajeeb baat hai.</w:t>
      </w:r>
      <w:r>
        <w:br/>
      </w:r>
      <w:r>
        <w:rPr>
          <w:sz w:val="20"/>
        </w:rPr>
        <w:t>31:08  mein yeh bhi arz kar doon ke mein ya mere sathiyon mein ek ek yaani ek ek ek zarre</w:t>
      </w:r>
      <w:r>
        <w:br/>
      </w:r>
      <w:r>
        <w:rPr>
          <w:sz w:val="20"/>
        </w:rPr>
        <w:t>31:15  ke barabar bhi yeh nahi samajhte ke hamari koi taqat hai.</w:t>
      </w:r>
      <w:r>
        <w:br/>
      </w:r>
      <w:r>
        <w:rPr>
          <w:sz w:val="20"/>
        </w:rPr>
        <w:t>31:21  aap kisi bhi CPS mein jo kaam kar raha hai, us se miliye, us se baat kijiye.</w:t>
      </w:r>
      <w:r>
        <w:br/>
      </w:r>
      <w:r>
        <w:rPr>
          <w:sz w:val="20"/>
        </w:rPr>
        <w:t>31:27  hum mein se kisi ko bhi yeh ghalat fehmi nahi hai ke hamari koi taqat hai.</w:t>
      </w:r>
      <w:r>
        <w:br/>
      </w:r>
      <w:r>
        <w:rPr>
          <w:sz w:val="20"/>
        </w:rPr>
        <w:t>31:34  yeh sirf Allah ki madad se ho raha hai.</w:t>
      </w:r>
      <w:r>
        <w:br/>
      </w:r>
      <w:r>
        <w:rPr>
          <w:sz w:val="20"/>
        </w:rPr>
        <w:t>31:40  hum hamare paas koi taqat nahi.</w:t>
      </w:r>
      <w:r>
        <w:br/>
      </w:r>
      <w:r>
        <w:rPr>
          <w:sz w:val="20"/>
        </w:rPr>
        <w:t>31:46  koi bhi taqat nahi, kuch bhi taqat nahi, one person bhi nahi.</w:t>
      </w:r>
      <w:r>
        <w:br/>
      </w:r>
      <w:r>
        <w:rPr>
          <w:sz w:val="20"/>
        </w:rPr>
        <w:t>31:53  Allah ke fazal se aap kisi bhi kisi bhi dunya ki mukhtalif hisson mein jo CPS</w:t>
      </w:r>
      <w:r>
        <w:br/>
      </w:r>
      <w:r>
        <w:rPr>
          <w:sz w:val="20"/>
        </w:rPr>
        <w:t>31:59  ke log kaam kar rahe hain, aap kisi se milein.</w:t>
      </w:r>
      <w:r>
        <w:br/>
      </w:r>
      <w:r>
        <w:rPr>
          <w:sz w:val="20"/>
        </w:rPr>
        <w:t>32:05  aur aap mujhe is mein zara bhi shaq nahi ke aap ka yeh ta'assur hoga ke yeh log</w:t>
      </w:r>
      <w:r>
        <w:br/>
      </w:r>
      <w:r>
        <w:rPr>
          <w:sz w:val="20"/>
        </w:rPr>
        <w:t>32:12  ano'khe ehsas mein jee rahe hain.</w:t>
      </w:r>
      <w:r>
        <w:br/>
      </w:r>
      <w:r>
        <w:rPr>
          <w:sz w:val="20"/>
        </w:rPr>
        <w:t>32:18  wo kehte hain ke hamari kya taqat hai? yeh toh Allah ki madad hai, is ki wajah se</w:t>
      </w:r>
      <w:r>
        <w:br/>
      </w:r>
      <w:r>
        <w:rPr>
          <w:sz w:val="20"/>
        </w:rPr>
        <w:t>32:25  hum yeh kaam kar pa rahe hain.</w:t>
      </w:r>
      <w:r>
        <w:br/>
      </w:r>
      <w:r>
        <w:rPr>
          <w:sz w:val="20"/>
        </w:rPr>
        <w:t>32:31  har aadmi ek boli boley ga.</w:t>
      </w:r>
      <w:r>
        <w:br/>
      </w:r>
      <w:r>
        <w:rPr>
          <w:sz w:val="20"/>
        </w:rPr>
        <w:t>32:37  toh yeh ek waqea hai ke is daur mein Allah ke mission ko is ki khalish shakl mein</w:t>
      </w:r>
      <w:r>
        <w:br/>
      </w:r>
      <w:r>
        <w:rPr>
          <w:sz w:val="20"/>
        </w:rPr>
        <w:t>32:44  khara hona, baghair kisi milawat ke, baghair kisi compromise ke, most difficult task tha.</w:t>
      </w:r>
      <w:r>
        <w:br/>
      </w:r>
      <w:r>
        <w:rPr>
          <w:sz w:val="20"/>
        </w:rPr>
        <w:t>32:50  jitne log tehreekein chala rahe hain, woh kahin na kahin compromise kiye rehte hain.</w:t>
      </w:r>
      <w:r>
        <w:br/>
      </w:r>
      <w:r>
        <w:rPr>
          <w:sz w:val="20"/>
        </w:rPr>
        <w:t>32:56  kyun ke kyun ke wo samajhte hain compromise nahi karein ge toh logon ki madad unhein nahi mile gi.</w:t>
      </w:r>
      <w:r>
        <w:br/>
      </w:r>
      <w:r>
        <w:rPr>
          <w:sz w:val="20"/>
        </w:rPr>
        <w:t>33:03  log bheer nahi lagayein ge.</w:t>
      </w:r>
      <w:r>
        <w:br/>
      </w:r>
      <w:r>
        <w:rPr>
          <w:sz w:val="20"/>
        </w:rPr>
        <w:t>33:09  logon ka ke saath ta'awun nahi karein ge.</w:t>
      </w:r>
      <w:r>
        <w:br/>
      </w:r>
      <w:r>
        <w:rPr>
          <w:sz w:val="20"/>
        </w:rPr>
        <w:t>33:15  CPS ke mission mein Allah ke fazal se zara bhi koi compromise nahi kiya gaya hai.</w:t>
      </w:r>
      <w:r>
        <w:br/>
      </w:r>
      <w:r>
        <w:rPr>
          <w:sz w:val="20"/>
        </w:rPr>
        <w:t>33:22  zara bhi koi tilt nahi dikhai gayi hai.</w:t>
      </w:r>
      <w:r>
        <w:br/>
      </w:r>
      <w:r>
        <w:rPr>
          <w:sz w:val="20"/>
        </w:rPr>
        <w:t>33:28  purely Allah ki manisha ke liye hum khare hue hain.</w:t>
      </w:r>
      <w:r>
        <w:br/>
      </w:r>
      <w:r>
        <w:rPr>
          <w:sz w:val="20"/>
        </w:rPr>
        <w:t>33:34  Allah ki jo manisha Quran aur sunnat se hum samjhe hain, hamare saathi samjhe hain, isi ko le</w:t>
      </w:r>
      <w:r>
        <w:br/>
      </w:r>
      <w:r>
        <w:rPr>
          <w:sz w:val="20"/>
        </w:rPr>
        <w:t>33:41  kar khare hue hain.</w:t>
      </w:r>
      <w:r>
        <w:br/>
      </w:r>
      <w:r>
        <w:rPr>
          <w:sz w:val="20"/>
        </w:rPr>
        <w:t>33:47  aur kuch bhi nahi.</w:t>
      </w:r>
      <w:r>
        <w:br/>
      </w:r>
      <w:r>
        <w:rPr>
          <w:sz w:val="20"/>
        </w:rPr>
        <w:t>33:53  aur kuch bhi nahi.</w:t>
      </w:r>
      <w:r>
        <w:br/>
      </w:r>
      <w:r>
        <w:rPr>
          <w:sz w:val="20"/>
        </w:rPr>
        <w:t>34:00  yeh ek anokha mission hai.</w:t>
      </w:r>
      <w:r>
        <w:br/>
      </w:r>
      <w:r>
        <w:rPr>
          <w:sz w:val="20"/>
        </w:rPr>
        <w:t>34:06  allah ta'ala ka yeh manshoor tha, allah ta'ala ka yeh matloob tha ke aise log ke is is</w:t>
      </w:r>
      <w:r>
        <w:br/>
      </w:r>
      <w:r>
        <w:rPr>
          <w:sz w:val="20"/>
        </w:rPr>
        <w:t>34:12  ne jo jis quran ko mehfooz kiya hai, jis sunnat ko mehfooz kiya hai, jo allah ka allah</w:t>
      </w:r>
      <w:r>
        <w:br/>
      </w:r>
      <w:r>
        <w:rPr>
          <w:sz w:val="20"/>
        </w:rPr>
        <w:t>34:19  ka paigham mehfooz kiya gaya hai, woh dunya walon tak pohanchaye.</w:t>
      </w:r>
      <w:r>
        <w:br/>
      </w:r>
      <w:r>
        <w:rPr>
          <w:sz w:val="20"/>
        </w:rPr>
        <w:t>34:25  woh dunya walon tak yeh allah ka matloob tha.</w:t>
      </w:r>
      <w:r>
        <w:br/>
      </w:r>
      <w:r>
        <w:rPr>
          <w:sz w:val="20"/>
        </w:rPr>
        <w:t>34:31  aur yeh kaam insanon ko karna tha, yeh farishtay nahi karenge.</w:t>
      </w:r>
      <w:r>
        <w:br/>
      </w:r>
      <w:r>
        <w:rPr>
          <w:sz w:val="20"/>
        </w:rPr>
        <w:t>34:38  farishtay ghaib mein rehte hue aap ki madad zaroor karenge.</w:t>
      </w:r>
      <w:r>
        <w:br/>
      </w:r>
      <w:r>
        <w:rPr>
          <w:sz w:val="20"/>
        </w:rPr>
        <w:t>34:44  lekin woh saamne aa kar nahi karenge, woh kaam.</w:t>
      </w:r>
      <w:r>
        <w:br/>
      </w:r>
      <w:r>
        <w:rPr>
          <w:sz w:val="20"/>
        </w:rPr>
        <w:t>34:50  kuch insanon ko khara kar khara karna tha.</w:t>
      </w:r>
      <w:r>
        <w:br/>
      </w:r>
      <w:r>
        <w:rPr>
          <w:sz w:val="20"/>
        </w:rPr>
        <w:t>34:57  main ne ek qissa parha tha, bohat pehle ke ek raja tha to us raja ki death ho gayi.</w:t>
      </w:r>
      <w:r>
        <w:br/>
      </w:r>
      <w:r>
        <w:rPr>
          <w:sz w:val="20"/>
        </w:rPr>
        <w:t>35:03  aur uska koi beta nahi tha.</w:t>
      </w:r>
      <w:r>
        <w:br/>
      </w:r>
      <w:r>
        <w:rPr>
          <w:sz w:val="20"/>
        </w:rPr>
        <w:t>35:09  koi uska waris nahi tha.</w:t>
      </w:r>
      <w:r>
        <w:br/>
      </w:r>
      <w:r>
        <w:rPr>
          <w:sz w:val="20"/>
        </w:rPr>
        <w:t>35:16  koi jo jo uska jaansheen bana hai raja ka.</w:t>
      </w:r>
      <w:r>
        <w:br/>
      </w:r>
      <w:r>
        <w:rPr>
          <w:sz w:val="20"/>
        </w:rPr>
        <w:t>35:22  to raja ke jo darbari the, unhon ne socha ke raja ke takht par kis ko bithaya jaye?</w:t>
      </w:r>
      <w:r>
        <w:br/>
      </w:r>
      <w:r>
        <w:rPr>
          <w:sz w:val="20"/>
        </w:rPr>
        <w:t>35:28  kyunke uska koi waris to hai nahi.</w:t>
      </w:r>
      <w:r>
        <w:br/>
      </w:r>
      <w:r>
        <w:rPr>
          <w:sz w:val="20"/>
        </w:rPr>
        <w:t>35:35  to logon ne mashware kar ke yeh tay kiya ke kal subah sawere hum niklenge jangal ki taraf.</w:t>
      </w:r>
      <w:r>
        <w:br/>
      </w:r>
      <w:r>
        <w:rPr>
          <w:sz w:val="20"/>
        </w:rPr>
        <w:t>35:41  aur wahan sab se pehle jo insaan milega, us ko hum raja maan lenge.</w:t>
      </w:r>
      <w:r>
        <w:br/>
      </w:r>
      <w:r>
        <w:rPr>
          <w:sz w:val="20"/>
        </w:rPr>
        <w:t>35:47  to us ke darbari subah sawere gaye.</w:t>
      </w:r>
      <w:r>
        <w:br/>
      </w:r>
      <w:r>
        <w:rPr>
          <w:sz w:val="20"/>
        </w:rPr>
        <w:t>35:54  ek aadmi tha jo lakrhaara tha, yani lakri kaat kar bechne wala.</w:t>
      </w:r>
      <w:r>
        <w:br/>
      </w:r>
      <w:r>
        <w:rPr>
          <w:sz w:val="20"/>
        </w:rPr>
        <w:t>36:00  woh subah sawere aaya tha wahan par.</w:t>
      </w:r>
      <w:r>
        <w:br/>
      </w:r>
      <w:r>
        <w:rPr>
          <w:sz w:val="20"/>
        </w:rPr>
        <w:t>36:06  to unhon ne kaha ke is se mile, kaha ke aaj se tum hamare raja ho.</w:t>
      </w:r>
      <w:r>
        <w:br/>
      </w:r>
      <w:r>
        <w:rPr>
          <w:sz w:val="20"/>
        </w:rPr>
        <w:t>36:13  woh aadmi ghabra gaya.</w:t>
      </w:r>
      <w:r>
        <w:br/>
      </w:r>
      <w:r>
        <w:rPr>
          <w:sz w:val="20"/>
        </w:rPr>
        <w:t>36:19  kaha ke main to lakrhaara hoon.</w:t>
      </w:r>
      <w:r>
        <w:br/>
      </w:r>
      <w:r>
        <w:rPr>
          <w:sz w:val="20"/>
        </w:rPr>
        <w:t>36:25  meri kya hesiyat hai? kaha ke nahi, aaj se tum hamare raja ho.</w:t>
      </w:r>
      <w:r>
        <w:br/>
      </w:r>
      <w:r>
        <w:rPr>
          <w:sz w:val="20"/>
        </w:rPr>
        <w:t>36:32  aur la ke us ko bithaa diya takht par.</w:t>
      </w:r>
      <w:r>
        <w:br/>
      </w:r>
      <w:r>
        <w:rPr>
          <w:sz w:val="20"/>
        </w:rPr>
        <w:t>36:38  to main samajhta hoon ke allah ta'ala ne shayad apne farishton se kaha ke jao dunya mein talash karo.</w:t>
      </w:r>
      <w:r>
        <w:br/>
      </w:r>
      <w:r>
        <w:rPr>
          <w:sz w:val="20"/>
        </w:rPr>
        <w:t>36:44  jo insaan aise milein jo waqeatan apne izzat ka aitraf karte hon, jo is baat ko mante hon</w:t>
      </w:r>
      <w:r>
        <w:br/>
      </w:r>
      <w:r>
        <w:rPr>
          <w:sz w:val="20"/>
        </w:rPr>
        <w:t>36:51  ke khudaaya tu all powerful hai aur hum all powerless hain, is ko is ko le lo, isi</w:t>
      </w:r>
      <w:r>
        <w:br/>
      </w:r>
      <w:r>
        <w:rPr>
          <w:sz w:val="20"/>
        </w:rPr>
        <w:t>36:57  ko bana do, isi ko sara madad karo ke woh Allah ke bishan dunya mein chalaye.</w:t>
      </w:r>
      <w:r>
        <w:br/>
      </w:r>
      <w:r>
        <w:rPr>
          <w:sz w:val="20"/>
        </w:rPr>
        <w:t>37:03  tu shayad hamara yeh ehsaas ke Allah all powerful hai aur hum all powerless hain, aur hum is</w:t>
      </w:r>
      <w:r>
        <w:br/>
      </w:r>
      <w:r>
        <w:rPr>
          <w:sz w:val="20"/>
        </w:rPr>
        <w:t>37:10  yaqeen mein jeete hain ke hum kuch bhi nahi kar sakte.</w:t>
      </w:r>
      <w:r>
        <w:br/>
      </w:r>
      <w:r>
        <w:rPr>
          <w:sz w:val="20"/>
        </w:rPr>
        <w:t>37:16  hum glass ka ek pani bhi nahi pee sakte, agar Allah na chahe to.</w:t>
      </w:r>
      <w:r>
        <w:br/>
      </w:r>
      <w:r>
        <w:rPr>
          <w:sz w:val="20"/>
        </w:rPr>
        <w:t>37:22  chawal ka dana hamare body mein dakhil nahi hoga, agar Allah na chahe.</w:t>
      </w:r>
      <w:r>
        <w:br/>
      </w:r>
      <w:r>
        <w:rPr>
          <w:sz w:val="20"/>
        </w:rPr>
        <w:t>37:29  tu shayad Allah taala ko hamare is ehsaas par reham aaya aur farishton se kaha ke inhi ko</w:t>
      </w:r>
      <w:r>
        <w:br/>
      </w:r>
      <w:r>
        <w:rPr>
          <w:sz w:val="20"/>
        </w:rPr>
        <w:t>37:35  taufeeq de do ke deen ka kaam karein.</w:t>
      </w:r>
      <w:r>
        <w:br/>
      </w:r>
      <w:r>
        <w:rPr>
          <w:sz w:val="20"/>
        </w:rPr>
        <w:t>37:41  is tarah se yeh kaam ho raha hai.</w:t>
      </w:r>
      <w:r>
        <w:br/>
      </w:r>
      <w:r>
        <w:rPr>
          <w:sz w:val="20"/>
        </w:rPr>
        <w:t>37:48  hum Allah CPS mein jo log kaam kar rahe hain, aap un se miliye to aap</w:t>
      </w:r>
      <w:r>
        <w:br/>
      </w:r>
      <w:r>
        <w:rPr>
          <w:sz w:val="20"/>
        </w:rPr>
        <w:t>37:54  payenge ke un ki kuch bhi khwahish dunya mein nahi hai.</w:t>
      </w:r>
      <w:r>
        <w:br/>
      </w:r>
      <w:r>
        <w:rPr>
          <w:sz w:val="20"/>
        </w:rPr>
        <w:t>38:00  woh sirf is liye uthe hain ke Allah ka jo kaam hai, inzaar ka aur tafseer ka, woh</w:t>
      </w:r>
      <w:r>
        <w:br/>
      </w:r>
      <w:r>
        <w:rPr>
          <w:sz w:val="20"/>
        </w:rPr>
        <w:t>38:07  woh anjaam paye. bas.</w:t>
      </w:r>
      <w:r>
        <w:br/>
      </w:r>
      <w:r>
        <w:rPr>
          <w:sz w:val="20"/>
        </w:rPr>
        <w:t>38:13  aur Allah ke haan yeh ailan kiya jaye ke yeh hain woh bande jinho ne dunya mein Allah</w:t>
      </w:r>
      <w:r>
        <w:br/>
      </w:r>
      <w:r>
        <w:rPr>
          <w:sz w:val="20"/>
        </w:rPr>
        <w:t>38:20  ka paigham phailaya, peaceful paigham.</w:t>
      </w:r>
      <w:r>
        <w:br/>
      </w:r>
      <w:r>
        <w:rPr>
          <w:sz w:val="20"/>
        </w:rPr>
        <w:t>38:26  woh paigham kya hai? paigham yahi hai ke Allah ka jo creation plan hai, is se logon ko ba-khabar karna.</w:t>
      </w:r>
      <w:r>
        <w:br/>
      </w:r>
      <w:r>
        <w:rPr>
          <w:sz w:val="20"/>
        </w:rPr>
        <w:t>38:32  is se logon ko ba-khabar karna.</w:t>
      </w:r>
      <w:r>
        <w:br/>
      </w:r>
      <w:r>
        <w:rPr>
          <w:sz w:val="20"/>
        </w:rPr>
        <w:t>38:39  logon ka haal kya hai? dunya mein paida hote hain aur bas just like animal jeete hain aur</w:t>
      </w:r>
      <w:r>
        <w:br/>
      </w:r>
      <w:r>
        <w:rPr>
          <w:sz w:val="20"/>
        </w:rPr>
        <w:t>38:45  phir mar jate hain.</w:t>
      </w:r>
      <w:r>
        <w:br/>
      </w:r>
      <w:r>
        <w:rPr>
          <w:sz w:val="20"/>
        </w:rPr>
        <w:t>38:51  un ko maloom nahi ke kya marzi hai Allah taala ki.</w:t>
      </w:r>
      <w:r>
        <w:br/>
      </w:r>
      <w:r>
        <w:rPr>
          <w:sz w:val="20"/>
        </w:rPr>
        <w:t>38:58  aur musalmanon ke paas Allah ki kitab thi, Allah ki sunnat thi.</w:t>
      </w:r>
      <w:r>
        <w:br/>
      </w:r>
      <w:r>
        <w:rPr>
          <w:sz w:val="20"/>
        </w:rPr>
        <w:t>39:04  lekin unhone dunya mein ladaiyan chhod di, gun culture aur bomb culture chala diya.</w:t>
      </w:r>
      <w:r>
        <w:br/>
      </w:r>
      <w:r>
        <w:rPr>
          <w:sz w:val="20"/>
        </w:rPr>
        <w:t>39:10  tu log un ke bare mein soch hi nahi sakte ke un ke paas koi peaceful mission hoga,</w:t>
      </w:r>
      <w:r>
        <w:br/>
      </w:r>
      <w:r>
        <w:rPr>
          <w:sz w:val="20"/>
        </w:rPr>
        <w:t>39:17  koi koi peaceful paigham hoga.</w:t>
      </w:r>
      <w:r>
        <w:br/>
      </w:r>
      <w:r>
        <w:rPr>
          <w:sz w:val="20"/>
        </w:rPr>
        <w:t>39:23  is waqt musalmanon ki jo image bani hui hai, woh image yeh hai ke yeh aik aik tashaddud</w:t>
      </w:r>
      <w:r>
        <w:br/>
      </w:r>
      <w:r>
        <w:rPr>
          <w:sz w:val="20"/>
        </w:rPr>
        <w:t>39:29  pasand log hain, extremist log hain.</w:t>
      </w:r>
      <w:r>
        <w:br/>
      </w:r>
      <w:r>
        <w:rPr>
          <w:sz w:val="20"/>
        </w:rPr>
        <w:t>39:36  in ka apna koi qoumi koi nishana hai, koi apna koi qoumi target hai, is ke liye kaam</w:t>
      </w:r>
      <w:r>
        <w:br/>
      </w:r>
      <w:r>
        <w:rPr>
          <w:sz w:val="20"/>
        </w:rPr>
        <w:t>39:42  kar rahe hain.</w:t>
      </w:r>
      <w:r>
        <w:br/>
      </w:r>
      <w:r>
        <w:rPr>
          <w:sz w:val="20"/>
        </w:rPr>
        <w:t>39:48  yeh to dunya bekhabari mein jee rahi hai, bekhabari mein mar rahi hai.</w:t>
      </w:r>
      <w:r>
        <w:br/>
      </w:r>
      <w:r>
        <w:rPr>
          <w:sz w:val="20"/>
        </w:rPr>
        <w:t>39:55  bekhabari mein jee rahi hai, bekhabari mein mar rahi hai.</w:t>
      </w:r>
      <w:r>
        <w:br/>
      </w:r>
      <w:r>
        <w:rPr>
          <w:sz w:val="20"/>
        </w:rPr>
        <w:t>40:01  to Allah ko matlab tha ke insan ki bekhabari toote.</w:t>
      </w:r>
      <w:r>
        <w:br/>
      </w:r>
      <w:r>
        <w:rPr>
          <w:sz w:val="20"/>
        </w:rPr>
        <w:t>40:07  insan ko marne se pehle yeh maloom ho jaye ke is ke paida karne wale ne is ko</w:t>
      </w:r>
      <w:r>
        <w:br/>
      </w:r>
      <w:r>
        <w:rPr>
          <w:sz w:val="20"/>
        </w:rPr>
        <w:t>40:14  kis liye paida kiya hai.</w:t>
      </w:r>
      <w:r>
        <w:br/>
      </w:r>
      <w:r>
        <w:rPr>
          <w:sz w:val="20"/>
        </w:rPr>
        <w:t>40:20  aakhirat mein kya hone wala hai? Yeh bata diya jaye.</w:t>
      </w:r>
      <w:r>
        <w:br/>
      </w:r>
      <w:r>
        <w:rPr>
          <w:sz w:val="20"/>
        </w:rPr>
        <w:t>40:26  to is mission mein CPS ka jo mission hai, is ke siwa kuch bhi maqsad nahi hai hamara.</w:t>
      </w:r>
      <w:r>
        <w:br/>
      </w:r>
      <w:r>
        <w:rPr>
          <w:sz w:val="20"/>
        </w:rPr>
        <w:t>40:33  koi worldly maqsad nahi, koi political maqsad nahi, koi hukoomat ka nishana nahi.</w:t>
      </w:r>
      <w:r>
        <w:br/>
      </w:r>
      <w:r>
        <w:rPr>
          <w:sz w:val="20"/>
        </w:rPr>
        <w:t>40:39  in sab cheezon ko hum hamari raah hai ke is ka Islam se koi talluq nahi.</w:t>
      </w:r>
      <w:r>
        <w:br/>
      </w:r>
      <w:r>
        <w:rPr>
          <w:sz w:val="20"/>
        </w:rPr>
        <w:t>40:45  jo log yeh kar rahe hain ke Islam ka political interpretation de rahe hain, Islam ko aik siyasi</w:t>
      </w:r>
      <w:r>
        <w:br/>
      </w:r>
      <w:r>
        <w:rPr>
          <w:sz w:val="20"/>
        </w:rPr>
        <w:t>40:52  nizam bata kar ke hukoomat dunya mein qaim karna ka jhanda uthaye hue hain, woh sab log bilashuba</w:t>
      </w:r>
      <w:r>
        <w:br/>
      </w:r>
      <w:r>
        <w:rPr>
          <w:sz w:val="20"/>
        </w:rPr>
        <w:t>40:58  in ka Islam se koi talluq nahi hai.</w:t>
      </w:r>
      <w:r>
        <w:br/>
      </w:r>
      <w:r>
        <w:rPr>
          <w:sz w:val="20"/>
        </w:rPr>
        <w:t>41:04  yeh in ke apne apna zaati agenda hai jis ko unhon ne Islam ka naam de rakha hai.</w:t>
      </w:r>
      <w:r>
        <w:br/>
      </w:r>
      <w:r>
        <w:rPr>
          <w:sz w:val="20"/>
        </w:rPr>
        <w:t>41:11  bas Islam, woh Islam jo Quran mein bataya gaya hai, woh Islam jo sunnat mein maujood hai, is</w:t>
      </w:r>
      <w:r>
        <w:br/>
      </w:r>
      <w:r>
        <w:rPr>
          <w:sz w:val="20"/>
        </w:rPr>
        <w:t>41:17  Islam ka is se koi talluq nahi hai.</w:t>
      </w:r>
      <w:r>
        <w:br/>
      </w:r>
      <w:r>
        <w:rPr>
          <w:sz w:val="20"/>
        </w:rPr>
        <w:t>41:23  to mein samajhta hoon ke hamein is yaqeen ke sath aage badhna hai ke modern age mein jo</w:t>
      </w:r>
      <w:r>
        <w:br/>
      </w:r>
      <w:r>
        <w:rPr>
          <w:sz w:val="20"/>
        </w:rPr>
        <w:t>41:30  Islam ka izhaar maqsood tha, Islam Allah taala ne is daur mein international language paida ki, international communication</w:t>
      </w:r>
      <w:r>
        <w:br/>
      </w:r>
      <w:r>
        <w:rPr>
          <w:sz w:val="20"/>
        </w:rPr>
        <w:t>41:36  dunya mein Allah taala ne paida kiya, international mawaqe khole, Allah taala ne yeh sab kyun tha? Is</w:t>
      </w:r>
      <w:r>
        <w:br/>
      </w:r>
      <w:r>
        <w:rPr>
          <w:sz w:val="20"/>
        </w:rPr>
        <w:t>41:42  liye tha ke Allah ke deen ko global level par har insan tak pohanchaya jaye.</w:t>
      </w:r>
      <w:r>
        <w:br/>
      </w:r>
      <w:r>
        <w:rPr>
          <w:sz w:val="20"/>
        </w:rPr>
        <w:t>41:49  lekin logon ne apne qoumi mafad ke liye, community ke mafad ke liye, political mafad ke liye, hukoomat</w:t>
      </w:r>
      <w:r>
        <w:br/>
      </w:r>
      <w:r>
        <w:rPr>
          <w:sz w:val="20"/>
        </w:rPr>
        <w:t>41:55  ke mafad ke liye hangama jaari kar rakha hai dunya mein.</w:t>
      </w:r>
      <w:r>
        <w:br/>
      </w:r>
      <w:r>
        <w:rPr>
          <w:sz w:val="20"/>
        </w:rPr>
        <w:t>42:01  rozana khabrein aati hain gun aur bomb ki aur islam gun aur bomb ka mazhab ban gaya hai.</w:t>
      </w:r>
      <w:r>
        <w:br/>
      </w:r>
      <w:r>
        <w:rPr>
          <w:sz w:val="20"/>
        </w:rPr>
        <w:t>42:08  yeh yeh islam ki bilkul hi ghalat tasweer hai.</w:t>
      </w:r>
      <w:r>
        <w:br/>
      </w:r>
      <w:r>
        <w:rPr>
          <w:sz w:val="20"/>
        </w:rPr>
        <w:t>42:14  hamara aik kaam yeh hai ke hum islam ko aik peaceful mission ke taur par, Allah ke peaceful</w:t>
      </w:r>
      <w:r>
        <w:br/>
      </w:r>
      <w:r>
        <w:rPr>
          <w:sz w:val="20"/>
        </w:rPr>
        <w:t>42:20  paigham ke taur par dunya ke samne layen.</w:t>
      </w:r>
      <w:r>
        <w:br/>
      </w:r>
      <w:r>
        <w:rPr>
          <w:sz w:val="20"/>
        </w:rPr>
        <w:t>42:27  aur yeh batayen ke unka jo khaliq hai, woh un se kya chahta hai? unka jo</w:t>
      </w:r>
      <w:r>
        <w:br/>
      </w:r>
      <w:r>
        <w:rPr>
          <w:sz w:val="20"/>
        </w:rPr>
        <w:t>42:33  khaliq hai, woh un se kya chahta hai? to meri dua hai Allah taala mujh ko, hamare tamam</w:t>
      </w:r>
      <w:r>
        <w:br/>
      </w:r>
      <w:r>
        <w:rPr>
          <w:sz w:val="20"/>
        </w:rPr>
        <w:t>42:39  saathiyon ko is mission ke liye qabool farmaye.</w:t>
      </w:r>
      <w:r>
        <w:br/>
      </w:r>
      <w:r>
        <w:rPr>
          <w:sz w:val="20"/>
        </w:rPr>
        <w:t>42:46  Allah taala hamein apni nasrat ata farmaye.</w:t>
      </w:r>
      <w:r>
        <w:br/>
      </w:r>
      <w:r>
        <w:rPr>
          <w:sz w:val="20"/>
        </w:rPr>
        <w:t>42:52  Allah taala hamein tofeeq de ke hum jadeed mawaqe ko Allah ke mission ko phailane mein istemal kar saken.</w:t>
      </w:r>
      <w:r>
        <w:br/>
      </w:r>
      <w:r>
        <w:rPr>
          <w:sz w:val="20"/>
        </w:rPr>
        <w:t>42:58  Allah hamare andar hamein bachaye is se ke hum negative soch paida ho, hamare andar hamare andar koi</w:t>
      </w:r>
      <w:r>
        <w:br/>
      </w:r>
      <w:r>
        <w:rPr>
          <w:sz w:val="20"/>
        </w:rPr>
        <w:t>43:05  zaati soch paida ho, apne zaati mafad ke liye sochne lagen.</w:t>
      </w:r>
      <w:r>
        <w:br/>
      </w:r>
      <w:r>
        <w:rPr>
          <w:sz w:val="20"/>
        </w:rPr>
        <w:t>43:11  hamein Allah is se bachaye.</w:t>
      </w:r>
      <w:r>
        <w:br/>
      </w:r>
      <w:r>
        <w:rPr>
          <w:sz w:val="20"/>
        </w:rPr>
        <w:t>43:17  yehi meri dua hai apne liye aur aap sab logon ke liye.</w:t>
      </w:r>
      <w:r>
        <w:br/>
      </w:r>
      <w:r>
        <w:rPr>
          <w:sz w:val="20"/>
        </w:rPr>
        <w:t>43:24  assalam o alaikum wa rehmatullahi wa barakatuh.</w:t>
      </w:r>
      <w:r>
        <w:br/>
      </w:r>
      <w:r>
        <w:rPr>
          <w:sz w:val="20"/>
        </w:rPr>
        <w:t>43:30  kuch der pehle bheja hai toronto se aur hum pehle inka yeh comment lena chahenge.</w:t>
      </w:r>
      <w:r>
        <w:br/>
      </w:r>
      <w:r>
        <w:rPr>
          <w:sz w:val="20"/>
        </w:rPr>
        <w:t>43:36  انہوں نے لکھا ہے کہ مولانا صاحب، I am visiting Canada to attend the Reviving the Islamic Spirit</w:t>
      </w:r>
      <w:r>
        <w:br/>
      </w:r>
      <w:r>
        <w:rPr>
          <w:sz w:val="20"/>
        </w:rPr>
        <w:t>43:43  convention being held in toronto.</w:t>
      </w:r>
      <w:r>
        <w:br/>
      </w:r>
      <w:r>
        <w:rPr>
          <w:sz w:val="20"/>
        </w:rPr>
        <w:t>43:49  Today I went with Waseem Sahab to experience the Quran distribution he has been doing here at the</w:t>
      </w:r>
      <w:r>
        <w:br/>
      </w:r>
      <w:r>
        <w:rPr>
          <w:sz w:val="20"/>
        </w:rPr>
        <w:t>43:55  It was located in the heart of the busy business center.</w:t>
      </w:r>
      <w:r>
        <w:br/>
      </w:r>
      <w:r>
        <w:rPr>
          <w:sz w:val="20"/>
        </w:rPr>
        <w:t>44:02  He has been doing this distribution for the past year and a half at this center.</w:t>
      </w:r>
      <w:r>
        <w:br/>
      </w:r>
      <w:r>
        <w:rPr>
          <w:sz w:val="20"/>
        </w:rPr>
        <w:t>44:08  We distributed about three hundred copies of Quran in two hours of time today.</w:t>
      </w:r>
      <w:r>
        <w:br/>
      </w:r>
      <w:r>
        <w:rPr>
          <w:sz w:val="20"/>
        </w:rPr>
        <w:t>44:14  many people have accepted the quran with grace and gratitude.</w:t>
      </w:r>
      <w:r>
        <w:br/>
      </w:r>
      <w:r>
        <w:rPr>
          <w:sz w:val="20"/>
        </w:rPr>
        <w:t>44:21  at the same time, one unexpected event has happened today during the distribution.</w:t>
      </w:r>
      <w:r>
        <w:br/>
      </w:r>
      <w:r>
        <w:rPr>
          <w:sz w:val="20"/>
        </w:rPr>
        <w:t>44:27  a person by the name Atef Latif came and after donating a thousand dollars in appreciation of the</w:t>
      </w:r>
      <w:r>
        <w:br/>
      </w:r>
      <w:r>
        <w:rPr>
          <w:sz w:val="20"/>
        </w:rPr>
        <w:t>44:34  work he left.</w:t>
      </w:r>
      <w:r>
        <w:br/>
      </w:r>
      <w:r>
        <w:rPr>
          <w:sz w:val="20"/>
        </w:rPr>
        <w:t>44:40  maulana, ab hum sawal lena chahenge jo Maulana Iqbal Umri ne bheja hai Chennai se aur unhon</w:t>
      </w:r>
      <w:r>
        <w:br/>
      </w:r>
      <w:r>
        <w:rPr>
          <w:sz w:val="20"/>
        </w:rPr>
        <w:t>44:46  ne likha hai: Maulana aik sahib ne kaha ke hifazat deen ishai'at deen par muqaddam hai.</w:t>
      </w:r>
      <w:r>
        <w:br/>
      </w:r>
      <w:r>
        <w:rPr>
          <w:sz w:val="20"/>
        </w:rPr>
        <w:t>44:53  jab mein ne un se is baat ki daleel mangi to unhon ne yeh kaha ke "innal jannata</w:t>
      </w:r>
      <w:r>
        <w:br/>
      </w:r>
      <w:r>
        <w:rPr>
          <w:sz w:val="20"/>
        </w:rPr>
        <w:t>44:59  tahata zillal suyuf".</w:t>
      </w:r>
      <w:r>
        <w:br/>
      </w:r>
      <w:r>
        <w:rPr>
          <w:sz w:val="20"/>
        </w:rPr>
        <w:t>45:05  maulana, is jumle ka matlab kya hai? is mein kya mughalta hai? is ko wazeh karen.</w:t>
      </w:r>
      <w:r>
        <w:br/>
      </w:r>
      <w:r>
        <w:rPr>
          <w:sz w:val="20"/>
        </w:rPr>
        <w:t>45:12  dekhen, yeh jo hadith hai "innal jannata tahta zillissuyuf", yeh jannat talwar ke saaye ke neeche hai,</w:t>
      </w:r>
      <w:r>
        <w:br/>
      </w:r>
      <w:r>
        <w:rPr>
          <w:sz w:val="20"/>
        </w:rPr>
        <w:t>45:18  woh is waqt ki hadith hai jab ke jang ho rahi thi.</w:t>
      </w:r>
      <w:r>
        <w:br/>
      </w:r>
      <w:r>
        <w:rPr>
          <w:sz w:val="20"/>
        </w:rPr>
        <w:t>45:24  is ko jo log generalize karte hain, woh plash par jurm karte hain, jurm.</w:t>
      </w:r>
      <w:r>
        <w:br/>
      </w:r>
      <w:r>
        <w:rPr>
          <w:sz w:val="20"/>
        </w:rPr>
        <w:t>45:31  Allah kehta hai pakde jayenge woh.</w:t>
      </w:r>
      <w:r>
        <w:br/>
      </w:r>
      <w:r>
        <w:rPr>
          <w:sz w:val="20"/>
        </w:rPr>
        <w:t>45:37  yani jang ho rahi thi, wahan jab dushman jo the Rasool Allah salallahu alaihi wasallam ke, attack</w:t>
      </w:r>
      <w:r>
        <w:br/>
      </w:r>
      <w:r>
        <w:rPr>
          <w:sz w:val="20"/>
        </w:rPr>
        <w:t>45:43  kar diya tha badi taqat le kar ke, woh mil pade the.</w:t>
      </w:r>
      <w:r>
        <w:br/>
      </w:r>
      <w:r>
        <w:rPr>
          <w:sz w:val="20"/>
        </w:rPr>
        <w:t>45:50  is waqt log logon ki himmat badhane ke liye Rasool Allah salallahu alaihi wasallam ne farmaya ke</w:t>
      </w:r>
      <w:r>
        <w:br/>
      </w:r>
      <w:r>
        <w:rPr>
          <w:sz w:val="20"/>
        </w:rPr>
        <w:t>45:56  agarche bahut badi taqat aa gayi hai lekin tum Allah ke bharose par muqabla karo.</w:t>
      </w:r>
      <w:r>
        <w:br/>
      </w:r>
      <w:r>
        <w:rPr>
          <w:sz w:val="20"/>
        </w:rPr>
        <w:t>46:02  is waqt aap ne farmaya tha ke "innal jannata tahta zillissuyuf", is ko generalize karna, hamesha talwar</w:t>
      </w:r>
      <w:r>
        <w:br/>
      </w:r>
      <w:r>
        <w:rPr>
          <w:sz w:val="20"/>
        </w:rPr>
        <w:t>46:09  chalana, yeh bilkul haram hai Islam mein, haram hai, haram hai.</w:t>
      </w:r>
      <w:r>
        <w:br/>
      </w:r>
      <w:r>
        <w:rPr>
          <w:sz w:val="20"/>
        </w:rPr>
        <w:t>46:15  jo aisa kahe, woh bilashuba Allah ka ki flogging hogi.</w:t>
      </w:r>
      <w:r>
        <w:br/>
      </w:r>
      <w:r>
        <w:rPr>
          <w:sz w:val="20"/>
        </w:rPr>
        <w:t>46:21  is waqt jab ke battle jari thi, Rasool Allah salallahu alaihi wasallam ko hamla kiye hue the</w:t>
      </w:r>
      <w:r>
        <w:br/>
      </w:r>
      <w:r>
        <w:rPr>
          <w:sz w:val="20"/>
        </w:rPr>
        <w:t>46:28  log aur logon ke yeh dekh kar ke hum to kamzor hain, woh zyada taqatwar hain, to Rasool</w:t>
      </w:r>
      <w:r>
        <w:br/>
      </w:r>
      <w:r>
        <w:rPr>
          <w:sz w:val="20"/>
        </w:rPr>
        <w:t>46:34  Allah salallahu alaihi wasallam ne jo himmat badhane ke liye yeh farmaya tha.</w:t>
      </w:r>
      <w:r>
        <w:br/>
      </w:r>
      <w:r>
        <w:rPr>
          <w:sz w:val="20"/>
        </w:rPr>
        <w:t>46:40  ab jo log is ko yeh absolute sense mein le kar ke is ko generalize karein, woh to</w:t>
      </w:r>
      <w:r>
        <w:br/>
      </w:r>
      <w:r>
        <w:rPr>
          <w:sz w:val="20"/>
        </w:rPr>
        <w:t>46:47  jurm kar rahe hain, woh Islam ke daai nahin hain, apne apne nafs ke daai hain woh.</w:t>
      </w:r>
      <w:r>
        <w:br/>
      </w:r>
      <w:r>
        <w:rPr>
          <w:sz w:val="20"/>
        </w:rPr>
        <w:t>46:53  aur yeh baat ke yeh muqaddam hai, woh muqaddam hai, yeh bilkul hi yeh bilkul besare</w:t>
      </w:r>
      <w:r>
        <w:br/>
      </w:r>
      <w:r>
        <w:rPr>
          <w:sz w:val="20"/>
        </w:rPr>
        <w:t>46:59  ek baat hai.</w:t>
      </w:r>
      <w:r>
        <w:br/>
      </w:r>
      <w:r>
        <w:rPr>
          <w:sz w:val="20"/>
        </w:rPr>
        <w:t>47:06  kahan Quran mein likha hua hai ke muqaddam muakhar hai? Yeh kahan likha hua hai? Yeh sab yani</w:t>
      </w:r>
      <w:r>
        <w:br/>
      </w:r>
      <w:r>
        <w:rPr>
          <w:sz w:val="20"/>
        </w:rPr>
        <w:t>47:12  fanni bahasein hain aur baseless bahasein hain, is mein poori qaum ko uljha rakha hai in logon ne.</w:t>
      </w:r>
      <w:r>
        <w:br/>
      </w:r>
      <w:r>
        <w:rPr>
          <w:sz w:val="20"/>
        </w:rPr>
        <w:t>47:18  jahan zaroorat hifazat ki, aap hifazat ki jiye, jahan zaroorat irshad ki, aap irshad ki jiye.</w:t>
      </w:r>
      <w:r>
        <w:br/>
      </w:r>
      <w:r>
        <w:rPr>
          <w:sz w:val="20"/>
        </w:rPr>
        <w:t>47:25  yeh zaroorat tay karti hai in baaton ko, aap ka fanni bahason se nahin tay hota ke kaun</w:t>
      </w:r>
      <w:r>
        <w:br/>
      </w:r>
      <w:r>
        <w:rPr>
          <w:sz w:val="20"/>
        </w:rPr>
        <w:t>47:31  muqaddam, kaun muakhar hai.</w:t>
      </w:r>
      <w:r>
        <w:br/>
      </w:r>
      <w:r>
        <w:rPr>
          <w:sz w:val="20"/>
        </w:rPr>
        <w:t>47:37  Maulana, agla sawal Delhi se hai.</w:t>
      </w:r>
      <w:r>
        <w:br/>
      </w:r>
      <w:r>
        <w:rPr>
          <w:sz w:val="20"/>
        </w:rPr>
        <w:t>47:44  Miss Naghma Siddiqui ne poocha hai aur unhone likha hai ke "When we try to make Muslims</w:t>
      </w:r>
      <w:r>
        <w:br/>
      </w:r>
      <w:r>
        <w:rPr>
          <w:sz w:val="20"/>
        </w:rPr>
        <w:t>47:50  aware that spreading God's word and message is the only task, they say that there are so many</w:t>
      </w:r>
      <w:r>
        <w:br/>
      </w:r>
      <w:r>
        <w:rPr>
          <w:sz w:val="20"/>
        </w:rPr>
        <w:t>47:56  other good works and are not convinced." Maulana, what is the responsibility that we have towards these Muslims؟</w:t>
      </w:r>
      <w:r>
        <w:br/>
      </w:r>
      <w:r>
        <w:rPr>
          <w:sz w:val="20"/>
        </w:rPr>
        <w:t>48:03  saada baat yeh hai ke un se yeh kehna chahiye ke tum khud se kyun tay karte ho</w:t>
      </w:r>
      <w:r>
        <w:br/>
      </w:r>
      <w:r>
        <w:rPr>
          <w:sz w:val="20"/>
        </w:rPr>
        <w:t>48:09  ke kya achha kaam, kaun sa achha kaam hai? Ke mislan yeh hamare saamne ek park yahan par</w:t>
      </w:r>
      <w:r>
        <w:br/>
      </w:r>
      <w:r>
        <w:rPr>
          <w:sz w:val="20"/>
        </w:rPr>
        <w:t>48:15  hai, is park ko maintain karna achha kaam hai, yeh kaun bura kaam batayega? Sawal yeh nahi</w:t>
      </w:r>
      <w:r>
        <w:br/>
      </w:r>
      <w:r>
        <w:rPr>
          <w:sz w:val="20"/>
        </w:rPr>
        <w:t>48:22  hai ke achha kaam kaun sa hai? Sawal yeh hai ke Allah taala ne kis kaam ki zimme</w:t>
      </w:r>
      <w:r>
        <w:br/>
      </w:r>
      <w:r>
        <w:rPr>
          <w:sz w:val="20"/>
        </w:rPr>
        <w:t>48:28  daari daali hai? Ali imaan par.</w:t>
      </w:r>
      <w:r>
        <w:br/>
      </w:r>
      <w:r>
        <w:rPr>
          <w:sz w:val="20"/>
        </w:rPr>
        <w:t>48:34  to main yeh kahunga ke Quran ki ek aayat hai ke "Ya ayyuha al-rasool, baligh ma unzila</w:t>
      </w:r>
      <w:r>
        <w:br/>
      </w:r>
      <w:r>
        <w:rPr>
          <w:sz w:val="20"/>
        </w:rPr>
        <w:t>48:41  ilaika min rabbik, wa in lam taf'al, fa ma balaghta risalatah, wallahu ya'simuka min an-nas." Aur doosri aayatein bhi hain ke</w:t>
      </w:r>
      <w:r>
        <w:br/>
      </w:r>
      <w:r>
        <w:rPr>
          <w:sz w:val="20"/>
        </w:rPr>
        <w:t>48:47  Rasool Allah Salallahu Alaihi Wasallam ne tum par pahunchaya hai deen, tum ko pahunchana hai doosron ko deen.</w:t>
      </w:r>
      <w:r>
        <w:br/>
      </w:r>
      <w:r>
        <w:rPr>
          <w:sz w:val="20"/>
        </w:rPr>
        <w:t>48:53  Wa kadhalika ja'alnakum ummatan wasatan litakunu shuhada'a 'ala an-nas wa yakuna ar-rasoolu 'alaykum shaheedan.</w:t>
      </w:r>
      <w:r>
        <w:br/>
      </w:r>
      <w:r>
        <w:rPr>
          <w:sz w:val="20"/>
        </w:rPr>
        <w:t>49:00  In aayaton ko le kar jo baat samajh aati hai, woh yeh hai ke Rasool Allah Salallahu</w:t>
      </w:r>
      <w:r>
        <w:br/>
      </w:r>
      <w:r>
        <w:rPr>
          <w:sz w:val="20"/>
        </w:rPr>
        <w:t>49:06  Alaihi Wasallam par yeh zimmedari thi ke agar woh Allah ke deen ko na pahunchaye logon tak,</w:t>
      </w:r>
      <w:r>
        <w:br/>
      </w:r>
      <w:r>
        <w:rPr>
          <w:sz w:val="20"/>
        </w:rPr>
        <w:t>49:12  to un ke Rasool hone ki haisiyat mujtaba yaadi thi Allah ki nazar mein.</w:t>
      </w:r>
      <w:r>
        <w:br/>
      </w:r>
      <w:r>
        <w:rPr>
          <w:sz w:val="20"/>
        </w:rPr>
        <w:t>49:19  To ummat-e-Muhammadi maqam-e-Muhammadi par hai is aitbaar se ke jo kaam Muhammad Salallahu Alaihi Wasallam</w:t>
      </w:r>
      <w:r>
        <w:br/>
      </w:r>
      <w:r>
        <w:rPr>
          <w:sz w:val="20"/>
        </w:rPr>
        <w:t>49:25  ko karna tha, woh kaam ab ummat ko karna hai.</w:t>
      </w:r>
      <w:r>
        <w:br/>
      </w:r>
      <w:r>
        <w:rPr>
          <w:sz w:val="20"/>
        </w:rPr>
        <w:t>49:31  To agar ummat yeh dawat ka kaam na kare, jis ko Quran mein indhaar aur tabshir kaha gaya</w:t>
      </w:r>
      <w:r>
        <w:br/>
      </w:r>
      <w:r>
        <w:rPr>
          <w:sz w:val="20"/>
        </w:rPr>
        <w:t>49:38  hai, to ummat ki haisiyat hi khatam ho jayegi.</w:t>
      </w:r>
      <w:r>
        <w:br/>
      </w:r>
      <w:r>
        <w:rPr>
          <w:sz w:val="20"/>
        </w:rPr>
        <w:t>49:44  Ummat ka ummat-e-Muhammadi aur mujtaba ho jayega.</w:t>
      </w:r>
      <w:r>
        <w:br/>
      </w:r>
      <w:r>
        <w:rPr>
          <w:sz w:val="20"/>
        </w:rPr>
        <w:t>49:50  To jo log aisa kehte hain, un se sirf yeh aap kahiye ke Quran ko padho, Quran ko</w:t>
      </w:r>
      <w:r>
        <w:br/>
      </w:r>
      <w:r>
        <w:rPr>
          <w:sz w:val="20"/>
        </w:rPr>
        <w:t>49:57  padh kar hi rai banao, apne dimagh se rai mat banao.</w:t>
      </w:r>
      <w:r>
        <w:br/>
      </w:r>
      <w:r>
        <w:rPr>
          <w:sz w:val="20"/>
        </w:rPr>
        <w:t>50:03  Maulana, agla sawal lene se pehle ek hum experience share karna chahenge jo Tariq Sohail Badar sahib</w:t>
      </w:r>
      <w:r>
        <w:br/>
      </w:r>
      <w:r>
        <w:rPr>
          <w:sz w:val="20"/>
        </w:rPr>
        <w:t>50:09  ne bheja hai Pakistan se, aur unhon ne yeh experience apna Karachi Book Fair ke bare mein likha hai.</w:t>
      </w:r>
      <w:r>
        <w:br/>
      </w:r>
      <w:r>
        <w:rPr>
          <w:sz w:val="20"/>
        </w:rPr>
        <w:t>50:16  Unhon ne likha hai ke "We came back from the Karachi Book Fair and it went very successful</w:t>
      </w:r>
      <w:r>
        <w:br/>
      </w:r>
      <w:r>
        <w:rPr>
          <w:sz w:val="20"/>
        </w:rPr>
        <w:t>50:22  and we felt the help of Allah everywhere and every minute."</w:t>
      </w:r>
      <w:r>
        <w:br/>
      </w:r>
      <w:r>
        <w:rPr>
          <w:sz w:val="20"/>
        </w:rPr>
        <w:t>50:29  our stall was located next to darussalam, which is famous for religious books. so whoever was coming to their stall was coming to us and it gave us opportunity to introduce ourselves. other good things that paradise stall was also in front of us.</w:t>
      </w:r>
    </w:p>
    <w:p>
      <w:pPr>
        <w:pStyle w:val="Heading2"/>
      </w:pPr>
      <w:r>
        <w:t>Adam's fall was the first misuse of freedom</w:t>
      </w:r>
    </w:p>
    <w:p>
      <w:r>
        <w:rPr>
          <w:color w:val="666666"/>
          <w:sz w:val="18"/>
        </w:rPr>
        <w:t>Between Freedom and Determinism March 25, 2012 · 55s · at 9:13 · https://youtu.be/ApNXrHJD9S4?t=553</w:t>
      </w:r>
    </w:p>
    <w:p>
      <w:r>
        <w:rPr>
          <w:i/>
        </w:rPr>
        <w:t>“For some days Adam stayed away from that tree.”</w:t>
      </w:r>
    </w:p>
    <w:p>
      <w:r>
        <w:rPr>
          <w:sz w:val="20"/>
        </w:rPr>
        <w:t>9:13  ? kuch din tak to Adam usse door rahe, lekin phir temptation woh hota hai, temptation, temptation ko woh bardasht na kar saka, sakm kar diya unhone temptation ko, aur woh us darakht tak chale gaye, wahan uska phal kha liya.</w:t>
      </w:r>
      <w:r>
        <w:br/>
      </w:r>
      <w:r>
        <w:rPr>
          <w:sz w:val="20"/>
        </w:rPr>
        <w:t>9:35  that was first misuse of freedom.</w:t>
      </w:r>
      <w:r>
        <w:br/>
      </w:r>
      <w:r>
        <w:rPr>
          <w:sz w:val="20"/>
        </w:rPr>
        <w:t>9:41  insaan ki tareekh mein misuse of freedom ka yeh pehla case tha. to Allah taala ne uske baad inko wahan se nikaal diya aur is is planet earth par inko basaya.</w:t>
      </w:r>
      <w:r>
        <w:br/>
      </w:r>
      <w:r>
        <w:rPr>
          <w:sz w:val="20"/>
        </w:rPr>
        <w:t>9:54  iska matlab kya tha? ke pehla jo mauqa diya tha insaan ko Allah taala ne, wohi ke poori poori bashar majmoo'a jannat mein rahe, saare ke saare mard, saare ke saare auratein.</w:t>
      </w:r>
    </w:p>
    <w:p>
      <w:pPr>
        <w:pStyle w:val="Heading2"/>
      </w:pPr>
      <w:r>
        <w:t>worshipping nature is why science never emerged before Islam</w:t>
      </w:r>
    </w:p>
    <w:p>
      <w:r>
        <w:rPr>
          <w:color w:val="666666"/>
          <w:sz w:val="18"/>
        </w:rPr>
        <w:t>Realization of God September 15, 2013 · 44s · at 17:12 · https://youtu.be/CNEEeM5uyi8?t=1032</w:t>
      </w:r>
    </w:p>
    <w:p>
      <w:r>
        <w:rPr>
          <w:i/>
        </w:rPr>
        <w:t>“Jise aap Object of Worship bana lein”</w:t>
      </w:r>
    </w:p>
    <w:p>
      <w:r>
        <w:rPr>
          <w:sz w:val="20"/>
        </w:rPr>
        <w:t>17:12  tha shirk ka. Shirk ka matlab tha Nature Worship. Nature ko poojna. To Nature ko poojna ya jo culture tha duniya mein, wahi rukawat bana hua tha ke science ka zahoor nahi hua.</w:t>
      </w:r>
      <w:r>
        <w:br/>
      </w:r>
      <w:r>
        <w:rPr>
          <w:sz w:val="20"/>
        </w:rPr>
        <w:t>17:30  jis cheez ko aap Object of Worship bana liye hon, wahi cheez aap ke liye Object of Exploration nahi ho sakti.</w:t>
      </w:r>
      <w:r>
        <w:br/>
      </w:r>
      <w:r>
        <w:rPr>
          <w:sz w:val="20"/>
        </w:rPr>
        <w:t>17:39  yaani poojenge to uski tehqeeq nahi karenge aap.</w:t>
      </w:r>
      <w:r>
        <w:br/>
      </w:r>
      <w:r>
        <w:rPr>
          <w:sz w:val="20"/>
        </w:rPr>
        <w:t>17:44  to Rasool Allah ke zariye, yaani Rasool aur Sahaba Rasool ke zariye jo ek bohat bada inqilab aaya tareekh mein, usne shirk ka ghalba khatam kar diya.</w:t>
      </w:r>
    </w:p>
    <w:p>
      <w:pPr>
        <w:pStyle w:val="Heading2"/>
      </w:pPr>
      <w:r>
        <w:t>Accountability gives spirit for deconditioning</w:t>
      </w:r>
    </w:p>
    <w:p>
      <w:r>
        <w:rPr>
          <w:color w:val="666666"/>
          <w:sz w:val="18"/>
        </w:rPr>
        <w:t>About De-Conditioning | April 06, 2008 | Maulana Wahiduddin Khan · 31s · at 16:55 · https://youtu.be/ltg0EF3eK0E?t=1015</w:t>
      </w:r>
    </w:p>
    <w:p>
      <w:r>
        <w:rPr>
          <w:i/>
        </w:rPr>
        <w:t>“مجھے خدا کے سامنے میرا ریکارڈ پیش کیا جائے گا”</w:t>
      </w:r>
    </w:p>
    <w:p>
      <w:r>
        <w:rPr>
          <w:sz w:val="20"/>
        </w:rPr>
        <w:t>16:55  khada hona hai.</w:t>
      </w:r>
      <w:r>
        <w:br/>
      </w:r>
      <w:r>
        <w:rPr>
          <w:sz w:val="20"/>
        </w:rPr>
        <w:t>16:59  mujhe khuda ke samne mera record pesh kiya jayega, wahan par main mera hisab hoga aur phir</w:t>
      </w:r>
      <w:r>
        <w:br/>
      </w:r>
      <w:r>
        <w:rPr>
          <w:sz w:val="20"/>
        </w:rPr>
        <w:t>17:04  ya to hell milegi ya paradise milegi.</w:t>
      </w:r>
      <w:r>
        <w:br/>
      </w:r>
      <w:r>
        <w:rPr>
          <w:sz w:val="20"/>
        </w:rPr>
        <w:t>17:08  yeh jo jo concept of accountability hai yahi aap ko woh spirit deta hai ke aap apni deconditioning karein.</w:t>
      </w:r>
      <w:r>
        <w:br/>
      </w:r>
      <w:r>
        <w:rPr>
          <w:sz w:val="20"/>
        </w:rPr>
        <w:t>17:13  ek hi puri jo missing hai puri history mein woh yahi hai.</w:t>
      </w:r>
      <w:r>
        <w:br/>
      </w:r>
      <w:r>
        <w:rPr>
          <w:sz w:val="20"/>
        </w:rPr>
        <w:t>17:17  concept of accountability.</w:t>
      </w:r>
      <w:r>
        <w:br/>
      </w:r>
      <w:r>
        <w:rPr>
          <w:sz w:val="20"/>
        </w:rPr>
        <w:t>17:21  isi liye log apni deconditioning nahi kar sake.</w:t>
      </w:r>
    </w:p>
    <w:p>
      <w:pPr>
        <w:pStyle w:val="Heading2"/>
      </w:pPr>
      <w:r>
        <w:t>Positive status quo means avoiding unnecessary problems</w:t>
      </w:r>
    </w:p>
    <w:p>
      <w:r>
        <w:rPr>
          <w:color w:val="666666"/>
          <w:sz w:val="18"/>
        </w:rPr>
        <w:t>Q&amp;A 18 May 2008 Maulana Wahiduddin Khan · 34s · at 16:23 · https://youtu.be/wTHUCCyWJoE?t=983</w:t>
      </w:r>
    </w:p>
    <w:p>
      <w:r>
        <w:rPr>
          <w:i/>
        </w:rPr>
        <w:t>“Status quo ka matlab yeh nahi ki aap inactive ho jayein”</w:t>
      </w:r>
    </w:p>
    <w:p>
      <w:r>
        <w:rPr>
          <w:sz w:val="20"/>
        </w:rPr>
        <w:t>16:23  yani problem se na ulajhna aur opportunity ka avel karna. jab aap problem ko ulajhenge, to opportunity avel nahin kar paenge. status quo ka matlab yeh nahin ki aap inactive ho jaen. status quo ka matlab inactive hona nahin hai,</w:t>
      </w:r>
      <w:r>
        <w:br/>
      </w:r>
      <w:r>
        <w:rPr>
          <w:sz w:val="20"/>
        </w:rPr>
        <w:t>16:43  balki unnecessary involvement problems mein jo karte hain log, usse apne ko bachakar ke apna time, apni energy usse bachayen aur jo opportunity hain,</w:t>
      </w:r>
    </w:p>
    <w:p>
      <w:pPr>
        <w:pStyle w:val="Heading2"/>
      </w:pPr>
      <w:r>
        <w:t>Quranic verse - success lies in purifying the soul</w:t>
      </w:r>
    </w:p>
    <w:p>
      <w:r>
        <w:rPr>
          <w:color w:val="666666"/>
          <w:sz w:val="18"/>
        </w:rPr>
        <w:t>Building a Heavenly Personality May 28, 2023 · 26s · at 1:22 · https://youtu.be/xl1-jaw6zwg?t=82</w:t>
      </w:r>
    </w:p>
    <w:p>
      <w:r>
        <w:rPr>
          <w:i/>
        </w:rPr>
        <w:t>“Qad aflaha man zakkaha — he succeeds who purifies himself”</w:t>
      </w:r>
    </w:p>
    <w:p>
      <w:r>
        <w:rPr>
          <w:sz w:val="20"/>
        </w:rPr>
        <w:t>1:22  To Quran mein aaya hai: Qad aflaha man zakkaha, wa qad khaba man dassaha. Woh kamyab hua jis ne is ko pak kiya, aur naamurad hua jis ne is ko aaloodah kiya.</w:t>
      </w:r>
      <w:r>
        <w:br/>
      </w:r>
      <w:r>
        <w:rPr>
          <w:sz w:val="20"/>
        </w:rPr>
        <w:t>1:34  Yeh chapter 91, verse 9:10 hai. To is se hamein pata chalta hai ke insaan ko apne aap ko tazkiyah karna hai, apni shakhsiyat ko pak karna hai.</w:t>
      </w:r>
    </w:p>
    <w:p>
      <w:pPr>
        <w:pStyle w:val="Heading2"/>
      </w:pPr>
      <w:r>
        <w:t>human nature as source of unshakeable hope</w:t>
      </w:r>
    </w:p>
    <w:p>
      <w:r>
        <w:rPr>
          <w:color w:val="666666"/>
          <w:sz w:val="18"/>
        </w:rPr>
        <w:t>Nature of Modern Problem 12 July 2009 · 47s · at 4:43 · https://youtu.be/vcldH1rCExM?t=283</w:t>
      </w:r>
    </w:p>
    <w:p>
      <w:r>
        <w:rPr>
          <w:i/>
        </w:rPr>
        <w:t>“Nature is reality, nature is God's own scheme”</w:t>
      </w:r>
    </w:p>
    <w:p>
      <w:r>
        <w:rPr>
          <w:sz w:val="20"/>
        </w:rPr>
        <w:t>4:43  nature wahi hai jo reality hai,</w:t>
      </w:r>
      <w:r>
        <w:br/>
      </w:r>
      <w:r>
        <w:rPr>
          <w:sz w:val="20"/>
        </w:rPr>
        <w:t>4:47  nature wahi hai jo God ki scheme ke mutabiq hai. to is mein dekhein, kitna hope hai, hope hamare liye kitna bara hope hai ke sari duniya propaganda kar dale, sari duniya aap ko</w:t>
      </w:r>
      <w:r>
        <w:br/>
      </w:r>
      <w:r>
        <w:rPr>
          <w:sz w:val="20"/>
        </w:rPr>
        <w:t>5:08  badnaam kar dale.</w:t>
      </w:r>
      <w:r>
        <w:br/>
      </w:r>
      <w:r>
        <w:rPr>
          <w:sz w:val="20"/>
        </w:rPr>
        <w:t>5:10  lekin</w:t>
      </w:r>
      <w:r>
        <w:br/>
      </w:r>
      <w:r>
        <w:rPr>
          <w:sz w:val="20"/>
        </w:rPr>
        <w:t>5:14  ek aisi limit aati hai jahan woh helpless ho jata hai, woh hai nature. to address the nature, kabhi bhi propaganda se aap</w:t>
      </w:r>
    </w:p>
    <w:p>
      <w:pPr>
        <w:pStyle w:val="Heading2"/>
      </w:pPr>
      <w:r>
        <w:t>Purpose of life and search for answer</w:t>
      </w:r>
    </w:p>
    <w:p>
      <w:r>
        <w:rPr>
          <w:color w:val="666666"/>
          <w:sz w:val="18"/>
        </w:rPr>
        <w:t>Discovery of Paradise November 15, 2020 Maulana Wahiduddin Khan · 54s · at 0:32 · https://youtu.be/Ig1kHk5K3zE?t=32</w:t>
      </w:r>
    </w:p>
    <w:p>
      <w:r>
        <w:rPr>
          <w:i/>
        </w:rPr>
        <w:t>“Meri zindagi ka maqsad sirf ek tha”</w:t>
      </w:r>
    </w:p>
    <w:p>
      <w:r>
        <w:rPr>
          <w:sz w:val="20"/>
        </w:rPr>
        <w:t>0:32  meri zindagi ka</w:t>
      </w:r>
      <w:r>
        <w:br/>
      </w:r>
      <w:r>
        <w:rPr>
          <w:sz w:val="20"/>
        </w:rPr>
        <w:t>0:40  maqsad sirf ek tha, woh yeh ke zindagi.</w:t>
      </w:r>
      <w:r>
        <w:br/>
      </w:r>
      <w:r>
        <w:rPr>
          <w:sz w:val="20"/>
        </w:rPr>
        <w:t>0:49  yani allah taala ne, ya khaliq ne,</w:t>
      </w:r>
      <w:r>
        <w:br/>
      </w:r>
      <w:r>
        <w:rPr>
          <w:sz w:val="20"/>
        </w:rPr>
        <w:t>0:59  insan ko kis liye paida kiya hai? maqsad hayat kya hai?</w:t>
      </w:r>
      <w:r>
        <w:br/>
      </w:r>
      <w:r>
        <w:rPr>
          <w:sz w:val="20"/>
        </w:rPr>
        <w:t>1:09  is shuru se aakhir tak</w:t>
      </w:r>
      <w:r>
        <w:br/>
      </w:r>
      <w:r>
        <w:rPr>
          <w:sz w:val="20"/>
        </w:rPr>
        <w:t>1:16  main isi sawal ka jawab dhoondta raha.</w:t>
      </w:r>
    </w:p>
    <w:p>
      <w:pPr>
        <w:pStyle w:val="Heading2"/>
      </w:pPr>
      <w:r>
        <w:t>Expressing love to God through heartfelt acknowledgment</w:t>
      </w:r>
    </w:p>
    <w:p>
      <w:r>
        <w:rPr>
          <w:color w:val="666666"/>
          <w:sz w:val="18"/>
        </w:rPr>
        <w:t>Love of God April 10, 2011 · 52s · at 1:41:03 · https://youtu.be/Pt1wxMp7nvE?t=6063</w:t>
      </w:r>
    </w:p>
    <w:p>
      <w:r>
        <w:rPr>
          <w:i/>
        </w:rPr>
        <w:t>“دل سے اعتراف اصل چیز ہے، یہی ہے اظہار محبت”</w:t>
      </w:r>
    </w:p>
    <w:p>
      <w:r>
        <w:rPr>
          <w:sz w:val="20"/>
        </w:rPr>
        <w:t>1:41:03  ri. aap ne, aap ne socha ke Allah itni rububiyat, itni phaili hai sare alam mein to kitna zyada qabil e hamd hai. to yeh yeh jazba ubhra aap ke andar, woh lafzon mein dhal gaya.</w:t>
      </w:r>
      <w:r>
        <w:br/>
      </w:r>
      <w:r>
        <w:rPr>
          <w:sz w:val="20"/>
        </w:rPr>
        <w:t>1:41:15  mein samajhta hoon ke yahi hai izhar e mohabbat. izhar e mohabbat jo hai, daryaft se shuru hota hai, acknowledgement, acknowledge karta hai phir insan, phir us ke qalbi jazbat lafzon mein dhal dhal kar nikalte hain, nikalne lagte hain.</w:t>
      </w:r>
      <w:r>
        <w:br/>
      </w:r>
      <w:r>
        <w:rPr>
          <w:sz w:val="20"/>
        </w:rPr>
        <w:t>1:41:33  mein to samajhta hoon ke yahi hai izhar e mohabbat. koi hum Allah taala ko koi dirham o dinar thori de sakte hain? dirham o dinar nahi de sakte Allah taala ko.</w:t>
      </w:r>
      <w:r>
        <w:br/>
      </w:r>
      <w:r>
        <w:rPr>
          <w:sz w:val="20"/>
        </w:rPr>
        <w:t>1:41:45  hum sirf etiraf de sakte hain.</w:t>
      </w:r>
    </w:p>
    <w:p>
      <w:pPr>
        <w:pStyle w:val="Heading2"/>
      </w:pPr>
      <w:r>
        <w:t>Price of paradise is resisting Satan</w:t>
      </w:r>
    </w:p>
    <w:p>
      <w:r>
        <w:rPr>
          <w:color w:val="666666"/>
          <w:sz w:val="18"/>
        </w:rPr>
        <w:t>Q&amp;A 04 DEC 2011 Maulana Wahiduddin Khan · 28s · at 6:38 · https://youtu.be/KIMNmuUZoGo?t=398</w:t>
      </w:r>
    </w:p>
    <w:p>
      <w:r>
        <w:rPr>
          <w:i/>
        </w:rPr>
        <w:t>“Paradise has a price”</w:t>
      </w:r>
    </w:p>
    <w:p>
      <w:r>
        <w:rPr>
          <w:sz w:val="20"/>
        </w:rPr>
        <w:t>6:38  dekhiye, unclear ki baat nahi hai. allah taala ne jo jannat banai hai to us ki koi price dena parega na insaan ko?</w:t>
      </w:r>
      <w:r>
        <w:br/>
      </w:r>
      <w:r>
        <w:rPr>
          <w:sz w:val="20"/>
        </w:rPr>
        <w:t>6:49  free bus jannat nahi mile gi. eternal law hai,</w:t>
      </w:r>
      <w:r>
        <w:br/>
      </w:r>
      <w:r>
        <w:rPr>
          <w:sz w:val="20"/>
        </w:rPr>
        <w:t>6:55  wahan hoga. woh ideal world hoga. woh perfect world hoga. eternally aadmi wahan life guzare ga. to us ki koi price honi chahiye.</w:t>
      </w:r>
    </w:p>
    <w:p>
      <w:pPr>
        <w:pStyle w:val="Heading2"/>
      </w:pPr>
      <w:r>
        <w:t>Islam's explicit ruling: no mandatory monasticism</w:t>
      </w:r>
    </w:p>
    <w:p>
      <w:r>
        <w:rPr>
          <w:color w:val="666666"/>
          <w:sz w:val="18"/>
        </w:rPr>
        <w:t>God Oriented Life July 9, 2023 · 25s · at 7:02 · https://youtu.be/0bQxMeOk5c8?t=422</w:t>
      </w:r>
    </w:p>
    <w:p>
      <w:r>
        <w:rPr>
          <w:i/>
        </w:rPr>
        <w:t>“Islam says: 'La rahbaniyata fil Islam' - no monasticism in Islam”</w:t>
      </w:r>
    </w:p>
    <w:p>
      <w:r>
        <w:rPr>
          <w:sz w:val="20"/>
        </w:rPr>
        <w:t>7:02  to is tareeqe se woh har mazhab mein hai. sirf islam mein kaha gaya hai ke la rahbaniyah fi al-islam. islam mein rahbaniyat nahin hai, kyunke humein islam ke mutabiq isi dunya mein rehna hai aur yahin apna test dena hai.</w:t>
      </w:r>
      <w:r>
        <w:br/>
      </w:r>
      <w:r>
        <w:rPr>
          <w:sz w:val="20"/>
        </w:rPr>
        <w:t>7:18  connection jo Khuda se hoga, woh psychological level par hoga. to is ke bare mein phir baad mein baat karenge. apa, bohat mein samajhta hoon ke bohat ahem point hai.</w:t>
      </w:r>
    </w:p>
    <w:p>
      <w:pPr>
        <w:pStyle w:val="Heading2"/>
      </w:pPr>
      <w:r>
        <w:t>Simple wedding of Abdur Rahman bin Auf</w:t>
      </w:r>
    </w:p>
    <w:p>
      <w:r>
        <w:rPr>
          <w:color w:val="666666"/>
          <w:sz w:val="18"/>
        </w:rPr>
        <w:t>Dars e Quran Chapter 2 Verses 256, 257, 268, 269 &amp; 281 4 June 2007 - Maulana Wahiduddin Khan · 49s · at 29:47 · https://youtu.be/mI7KYYuy2QA?t=1787</w:t>
      </w:r>
    </w:p>
    <w:p>
      <w:r>
        <w:rPr>
          <w:i/>
        </w:rPr>
        <w:t>“Ek sahabi the, Abdur Rahman bin Auf”</w:t>
      </w:r>
    </w:p>
    <w:p>
      <w:r>
        <w:rPr>
          <w:sz w:val="20"/>
        </w:rPr>
        <w:t>29:47  ek sahabi thay madine mein, rasool Allah ke saathi garam tha, abdul rahman bin auf. woh tajir thay.</w:t>
      </w:r>
      <w:r>
        <w:br/>
      </w:r>
      <w:r>
        <w:rPr>
          <w:sz w:val="20"/>
        </w:rPr>
        <w:t>29:58  to unhon ne wahan shadi ki.</w:t>
      </w:r>
      <w:r>
        <w:br/>
      </w:r>
      <w:r>
        <w:rPr>
          <w:sz w:val="20"/>
        </w:rPr>
        <w:t>30:02  to kya hua ke rasool Allah ko bhi nahi bulaya,</w:t>
      </w:r>
      <w:r>
        <w:br/>
      </w:r>
      <w:r>
        <w:rPr>
          <w:sz w:val="20"/>
        </w:rPr>
        <w:t>30:05  sahaba ko bhi nahi bulaya. halankay woh paise wale thay woh. to chand din ke baad jab rasool Allah ke paas aaye to rasool Allah ne poocha ke kai din se tum aaye nahi hamari sohbat mein?</w:t>
      </w:r>
      <w:r>
        <w:br/>
      </w:r>
      <w:r>
        <w:rPr>
          <w:sz w:val="20"/>
        </w:rPr>
        <w:t>30:25  to unhon ne kaha ke main ne madine mein ek khatoon se shadi kar li hai. ab ghor kijiye kitna saada tareeqa tha in logon ka.</w:t>
      </w:r>
    </w:p>
    <w:p>
      <w:pPr>
        <w:pStyle w:val="Heading2"/>
      </w:pPr>
      <w:r>
        <w:t>Response matters more than circumstances</w:t>
      </w:r>
    </w:p>
    <w:p>
      <w:r>
        <w:rPr>
          <w:color w:val="666666"/>
          <w:sz w:val="18"/>
        </w:rPr>
        <w:t>Al Risala Dec, 2017 · 43s · at 17:20 · https://youtu.be/-bHsd7QNspw?t=1040</w:t>
      </w:r>
    </w:p>
    <w:p>
      <w:r>
        <w:rPr>
          <w:i/>
        </w:rPr>
        <w:t>“Aaram ki halat ho ya takleef ki halat ho”</w:t>
      </w:r>
    </w:p>
    <w:p>
      <w:r>
        <w:rPr>
          <w:sz w:val="20"/>
        </w:rPr>
        <w:t>17:20  aaram ki halat ho ya takleef ki halat ho, dono halatein azafi hain. dono halaton mein asal ahmiyat yeh hai ke us waqt kisi aurat ya mard se jo matloob ravaiyya darkar tha, us ka saboot us ne diya ya nahi diya.</w:t>
      </w:r>
      <w:r>
        <w:br/>
      </w:r>
      <w:r>
        <w:rPr>
          <w:sz w:val="20"/>
        </w:rPr>
        <w:t>17:38  asal ahmiyat halaat ke muqable mein radd-e-amal ki hai, na ke khud halaat ki. yeh haqeeqat jis aurat aur mard par wazeh ho jaye, uska hal yeh ho jayega ke us ki nazar aaram aur takleef par na hogi, balke us baat par hogi ke mile hue halaat mein us ne kis qism ke radd-e-amal ka saboot diya.</w:t>
      </w:r>
    </w:p>
    <w:p>
      <w:pPr>
        <w:pStyle w:val="Heading2"/>
      </w:pPr>
      <w:r>
        <w:t>Death is total detachment from worldly achievement</w:t>
      </w:r>
    </w:p>
    <w:p>
      <w:r>
        <w:rPr>
          <w:color w:val="666666"/>
          <w:sz w:val="18"/>
        </w:rPr>
        <w:t>Kashmir, A Lesson September 14, 2014 · 30s · at 8:10 · https://youtu.be/JQoYEj0Vntc?t=490</w:t>
      </w:r>
    </w:p>
    <w:p>
      <w:r>
        <w:rPr>
          <w:i/>
        </w:rPr>
        <w:t>“Death means total detachment from everything you achieved”</w:t>
      </w:r>
    </w:p>
    <w:p>
      <w:r>
        <w:rPr>
          <w:sz w:val="20"/>
        </w:rPr>
        <w:t>8:10  apni achievements, jis ko achieve kiya, us se total detachment. maut ka matlab kya hai?</w:t>
      </w:r>
      <w:r>
        <w:br/>
      </w:r>
      <w:r>
        <w:rPr>
          <w:sz w:val="20"/>
        </w:rPr>
        <w:t>8:23  aap ki achievement se total detachment.</w:t>
      </w:r>
      <w:r>
        <w:br/>
      </w:r>
      <w:r>
        <w:rPr>
          <w:sz w:val="20"/>
        </w:rPr>
        <w:t>8:28  kesi ajeeb baat hai! aadmi jab marta hai to in mein se kuch cheez nahi le aata jo is ne dunya mein achieve kiya tha.</w:t>
      </w:r>
    </w:p>
    <w:p>
      <w:pPr>
        <w:pStyle w:val="Heading2"/>
      </w:pPr>
      <w:r>
        <w:t>Man's desire indicates afterlife</w:t>
      </w:r>
    </w:p>
    <w:p>
      <w:r>
        <w:rPr>
          <w:color w:val="666666"/>
          <w:sz w:val="18"/>
        </w:rPr>
        <w:t>Man and Paradise June 9, 2013 - Maulana Wahiduddin Khan · 29s · at 31:25 · https://youtu.be/qQsm7giv3Mk?t=1885</w:t>
      </w:r>
    </w:p>
    <w:p>
      <w:r>
        <w:rPr>
          <w:i/>
        </w:rPr>
        <w:t>“Yeh cheez apne aap mein indicate karti hai ke aap ka matloob kahin aur hai”</w:t>
      </w:r>
    </w:p>
    <w:p>
      <w:r>
        <w:rPr>
          <w:sz w:val="20"/>
        </w:rPr>
        <w:t>31:25  yeh cheez apne aap mein is baat ko indicate karti hai ke aap ka matloob kahin aur hai, is duniya mein nahi hai.</w:t>
      </w:r>
      <w:r>
        <w:br/>
      </w:r>
      <w:r>
        <w:rPr>
          <w:sz w:val="20"/>
        </w:rPr>
        <w:t>31:35  to paighambaron ko Allah ne isi liye bheja ke woh batayein ke tumhara matloob jis ke liye tum deewane ho rahe ho, woh yahan hai nahi, woh to akhirat mein hai.</w:t>
      </w:r>
      <w:r>
        <w:br/>
      </w:r>
      <w:r>
        <w:rPr>
          <w:sz w:val="20"/>
        </w:rPr>
        <w:t>31:45  yahan to sirf us ki glimpse hai, us ki jhalak hai.</w:t>
      </w:r>
    </w:p>
    <w:p>
      <w:pPr>
        <w:pStyle w:val="Heading2"/>
      </w:pPr>
      <w:r>
        <w:t>boasting about never missing a prayer is not a good sign</w:t>
      </w:r>
    </w:p>
    <w:p>
      <w:r>
        <w:rPr>
          <w:color w:val="666666"/>
          <w:sz w:val="18"/>
        </w:rPr>
        <w:t>The Process of Personality Development June 30, 2013 · 46s · at 40:52 · https://youtu.be/CSSFRydcJlo?t=2452</w:t>
      </w:r>
    </w:p>
    <w:p>
      <w:r>
        <w:rPr>
          <w:i/>
        </w:rPr>
        <w:t>“Baaz logon ko maine dekha hai ke woh fakhr se kehte hain...”</w:t>
      </w:r>
    </w:p>
    <w:p>
      <w:r>
        <w:rPr>
          <w:sz w:val="20"/>
        </w:rPr>
        <w:t>40:52  Jo insan bilkul hi. Baaz logon ko maine dekha hai ke woh bohat hi fakhr ke sath kehte hain: "Meri to aaj tak tasbeeh takbeer faut nahi hui, meri to aaj tak koi namaz qaza nahi hui,</w:t>
      </w:r>
      <w:r>
        <w:br/>
      </w:r>
      <w:r>
        <w:rPr>
          <w:sz w:val="20"/>
        </w:rPr>
        <w:t>41:07  mujhe se to kabhi aaj tak koi burai sarzad nahi hui. ye koi achi baat nahi hai. ye aise logon ko aap qareeb se dekhen to un ke andar koi irtqa nahi hoga, un se aap koi baat nahi kar sakenge, koi bare mozu par</w:t>
      </w:r>
      <w:r>
        <w:br/>
      </w:r>
      <w:r>
        <w:rPr>
          <w:sz w:val="20"/>
        </w:rPr>
        <w:t>41:22  bilkul ek animal, just like animal honge. wo Allah taala ka jo tareeqa hai, wo ye hai ke insan ke andar repentance aaye, ehsas-e-khata aaye,</w:t>
      </w:r>
    </w:p>
    <w:p>
      <w:pPr>
        <w:pStyle w:val="Heading2"/>
      </w:pPr>
      <w:r>
        <w:t>Supreme concern of Islam is Allah</w:t>
      </w:r>
    </w:p>
    <w:p>
      <w:r>
        <w:rPr>
          <w:color w:val="666666"/>
          <w:sz w:val="18"/>
        </w:rPr>
        <w:t>Understanding Islam (In Conversation with Maulana) · 54s · at 25:16 · https://youtu.be/tLTRyW1qhRw?t=1516</w:t>
      </w:r>
    </w:p>
    <w:p>
      <w:r>
        <w:rPr>
          <w:i/>
        </w:rPr>
        <w:t>“I remember a book that was written by an American author.”</w:t>
      </w:r>
    </w:p>
    <w:p>
      <w:r>
        <w:rPr>
          <w:sz w:val="20"/>
        </w:rPr>
        <w:t>25:16  I remember a book that was written by an American author. He says that</w:t>
      </w:r>
      <w:r>
        <w:br/>
      </w:r>
      <w:r>
        <w:rPr>
          <w:sz w:val="20"/>
        </w:rPr>
        <w:t>25:38  what was his wording? The supreme concern of Islam is Allah.</w:t>
      </w:r>
      <w:r>
        <w:br/>
      </w:r>
      <w:r>
        <w:rPr>
          <w:sz w:val="20"/>
        </w:rPr>
        <w:t>25:45  The supreme concern of Islam is Allah. I think it is aright statement. Only God is your supreme concern.</w:t>
      </w:r>
      <w:r>
        <w:br/>
      </w:r>
      <w:r>
        <w:rPr>
          <w:sz w:val="20"/>
        </w:rPr>
        <w:t>25:56  All other people or other things are subject to God. This is the true Tawhid. This is the true sense of the Tawhid.</w:t>
      </w:r>
    </w:p>
    <w:p>
      <w:pPr>
        <w:pStyle w:val="Heading2"/>
      </w:pPr>
      <w:r>
        <w:t>Blame thyself — the cause is always within</w:t>
      </w:r>
    </w:p>
    <w:p>
      <w:r>
        <w:rPr>
          <w:color w:val="666666"/>
          <w:sz w:val="18"/>
        </w:rPr>
        <w:t>Living in a World of Competition October 24, 2010 · 39s · at 32:32 · https://youtu.be/0DRVM8YxM5U?t=1952</w:t>
      </w:r>
    </w:p>
    <w:p>
      <w:r>
        <w:rPr>
          <w:i/>
        </w:rPr>
        <w:t>“Isi liye Bible mein hai: Blame thyself”</w:t>
      </w:r>
    </w:p>
    <w:p>
      <w:r>
        <w:rPr>
          <w:sz w:val="20"/>
        </w:rPr>
        <w:t>32:32  dusron ko blame dene se koi faida nahi. isi liye Bible mein hai: "blame thy self".</w:t>
      </w:r>
      <w:r>
        <w:br/>
      </w:r>
      <w:r>
        <w:rPr>
          <w:sz w:val="20"/>
        </w:rPr>
        <w:t>32:40  apne aap ko ilzam do. yeh hai paighambar ka qaul: "blame thy self". apne aap ko ilzam do.</w:t>
      </w:r>
      <w:r>
        <w:br/>
      </w:r>
      <w:r>
        <w:rPr>
          <w:sz w:val="20"/>
        </w:rPr>
        <w:t>32:49  yani sabab apne andar talash karo, kyunke bahar to sabab hai hi nahi.</w:t>
      </w:r>
      <w:r>
        <w:br/>
      </w:r>
      <w:r>
        <w:rPr>
          <w:sz w:val="20"/>
        </w:rPr>
        <w:t>32:57  "blame thy self" ka matlab kya hai? jo guzar gaya, jo ho gaya, us ka sabab apne andar talash karo,</w:t>
      </w:r>
      <w:r>
        <w:br/>
      </w:r>
      <w:r>
        <w:rPr>
          <w:sz w:val="20"/>
        </w:rPr>
        <w:t>33:06  kyunke bahar to hai nahi koi sabab.</w:t>
      </w:r>
    </w:p>
    <w:p>
      <w:pPr>
        <w:pStyle w:val="Heading2"/>
      </w:pPr>
      <w:r>
        <w:t>Death doesn't make you passive, it makes you a hero</w:t>
      </w:r>
    </w:p>
    <w:p>
      <w:r>
        <w:rPr>
          <w:color w:val="666666"/>
          <w:sz w:val="18"/>
        </w:rPr>
        <w:t>Life After Death January 22, 2012 · 20s · at 13:50 · https://youtu.be/5hVH1BLKBF4?t=830</w:t>
      </w:r>
    </w:p>
    <w:p>
      <w:r>
        <w:rPr>
          <w:i/>
        </w:rPr>
        <w:t>“یہ سوچ بالکل ہی غلط ہے کہ موت آدمی کو بے عمل بناتی ہے”</w:t>
      </w:r>
    </w:p>
    <w:p>
      <w:r>
        <w:rPr>
          <w:sz w:val="20"/>
        </w:rPr>
        <w:t>13:50  to yeh soch bilkul hi ghalat hai ke maut aadmi ko be amal banati hai.</w:t>
      </w:r>
      <w:r>
        <w:br/>
      </w:r>
      <w:r>
        <w:rPr>
          <w:sz w:val="20"/>
        </w:rPr>
        <w:t>14:01  hargiz nahi.</w:t>
      </w:r>
      <w:r>
        <w:br/>
      </w:r>
      <w:r>
        <w:rPr>
          <w:sz w:val="20"/>
        </w:rPr>
        <w:t>14:04  maut aadmi ko hero banati hai, hero.</w:t>
      </w:r>
    </w:p>
    <w:p>
      <w:pPr>
        <w:pStyle w:val="Heading2"/>
      </w:pPr>
      <w:r>
        <w:t>the one thing in creation with no matching pair</w:t>
      </w:r>
    </w:p>
    <w:p>
      <w:r>
        <w:rPr>
          <w:color w:val="666666"/>
          <w:sz w:val="18"/>
        </w:rPr>
        <w:t>Art of Thinking May 07, 2006 Maulana Wahiduddin Khan · 39s · at 24:15 · https://youtu.be/OlLLhZTVNz4?t=1455</w:t>
      </w:r>
    </w:p>
    <w:p>
      <w:r>
        <w:rPr>
          <w:i/>
        </w:rPr>
        <w:t>“There is only one exception in this entire world”</w:t>
      </w:r>
    </w:p>
    <w:p>
      <w:r>
        <w:rPr>
          <w:sz w:val="20"/>
        </w:rPr>
        <w:t>24:15  sirf ek hi exception hai is duniya mein.</w:t>
      </w:r>
      <w:r>
        <w:br/>
      </w:r>
      <w:r>
        <w:rPr>
          <w:sz w:val="20"/>
        </w:rPr>
        <w:t>24:18  woh kya hai hamare desire ka? ke desire toh hai aur fulfillment ka pair nahi maujood. zara ghor kijiye kitni bari baat hai yeh.</w:t>
      </w:r>
      <w:r>
        <w:br/>
      </w:r>
      <w:r>
        <w:rPr>
          <w:sz w:val="20"/>
        </w:rPr>
        <w:t>24:28  ke wahan negative particle hai toh positive particle bhi hai. female hai toh male bhi hai. aurat hai toh mard bhi hai. positive world hai toh negative world bhi hai.</w:t>
      </w:r>
      <w:r>
        <w:br/>
      </w:r>
      <w:r>
        <w:rPr>
          <w:sz w:val="20"/>
        </w:rPr>
        <w:t>24:42  lekin hamare jo hamari jo desires hain woh chahti hain ke in desire ko pura karne ka saman ho. isi ko mein is ka joora keh raha hoon, is ka pair keh raha hoon.</w:t>
      </w:r>
    </w:p>
    <w:p>
      <w:pPr>
        <w:pStyle w:val="Heading2"/>
      </w:pPr>
      <w:r>
        <w:t>A fixed form would have robbed people of certainty</w:t>
      </w:r>
    </w:p>
    <w:p>
      <w:r>
        <w:rPr>
          <w:color w:val="666666"/>
          <w:sz w:val="18"/>
        </w:rPr>
        <w:t>Message of The Quran March 29, 2015 · 35s · at 42:39 · https://youtu.be/61ANCBxSPHs?t=2559</w:t>
      </w:r>
    </w:p>
    <w:p>
      <w:r>
        <w:rPr>
          <w:i/>
        </w:rPr>
        <w:t>“قرآن میں کوئی فارم اگر ہوتا تو لوگ یقین سے محروم ہو جاتے”</w:t>
      </w:r>
    </w:p>
    <w:p>
      <w:r>
        <w:rPr>
          <w:sz w:val="20"/>
        </w:rPr>
        <w:t>42:39  toh quran mein koi form agar hota toh log yaqeen se mahroom ho jaate. agar quran mein ek form bana banaya hua hota toh ek ek technical kitab hoti hai quran.</w:t>
      </w:r>
      <w:r>
        <w:br/>
      </w:r>
      <w:r>
        <w:rPr>
          <w:sz w:val="20"/>
        </w:rPr>
        <w:t>42:53  logon ko yaqeen nahi mil sakta tha. lekin maujooda jo shakal hai quran ki woh aap ki aql ko bedar karti hai. aap ko sochne par majboor karti hai.</w:t>
      </w:r>
      <w:r>
        <w:br/>
      </w:r>
      <w:r>
        <w:rPr>
          <w:sz w:val="20"/>
        </w:rPr>
        <w:t>43:04  phir aap jab discover karte hain ya aap self-discovered truth par khare hote hain toh aap ke andar bepanah yaqeen hota hai.</w:t>
      </w:r>
    </w:p>
    <w:p>
      <w:pPr>
        <w:pStyle w:val="Heading2"/>
      </w:pPr>
      <w:r>
        <w:t>Mind instantly recalls scenes</w:t>
      </w:r>
    </w:p>
    <w:p>
      <w:r>
        <w:rPr>
          <w:color w:val="666666"/>
          <w:sz w:val="18"/>
        </w:rPr>
        <w:t>The Concept of Paradise and Hell July 22, 2017 · 47s · at 7:18 · https://youtu.be/gG6ZaAIyeb4?t=438</w:t>
      </w:r>
    </w:p>
    <w:p>
      <w:r>
        <w:rPr>
          <w:i/>
        </w:rPr>
        <w:t>“As soon as you say Taj Mahal, it appears.”</w:t>
      </w:r>
    </w:p>
    <w:p>
      <w:r>
        <w:rPr>
          <w:sz w:val="20"/>
        </w:rPr>
        <w:t>7:18  maine socha ke kaisa ajeeb in ladka insan ko. Aap ke mind mein million billion cheezen hain jo aap ne dekhen, ek do nahi,</w:t>
      </w:r>
      <w:r>
        <w:br/>
      </w:r>
      <w:r>
        <w:rPr>
          <w:sz w:val="20"/>
        </w:rPr>
        <w:t>7:32  ek do nahi, bohat shumar item. Jaise hi aap apne mind mein sochte hain, taal mahal, to within yeh ek second se kam waqt mein wo aap ke, yani aap ke andar jo dekhne ki salahiyat hai, aap ke andar us ke samne aa jata hai.</w:t>
      </w:r>
      <w:r>
        <w:br/>
      </w:r>
      <w:r>
        <w:rPr>
          <w:sz w:val="20"/>
        </w:rPr>
        <w:t>7:54  ek second se kam waqt se. Jaise hi aap ne kaha taal mahal, phone aap ka aa gaya. Agar aap badlen khud khud to to marar to phone ho jayega.</w:t>
      </w:r>
    </w:p>
    <w:p>
      <w:pPr>
        <w:pStyle w:val="Heading2"/>
      </w:pPr>
      <w:r>
        <w:t>Free will vs God's infrastructure</w:t>
      </w:r>
    </w:p>
    <w:p>
      <w:r>
        <w:rPr>
          <w:color w:val="666666"/>
          <w:sz w:val="18"/>
        </w:rPr>
        <w:t>Q&amp;A 13 JAN 2008 Maulana Wahiduddin Khan · 42s · at 11:47 · https://youtu.be/MADrJIsr4FI?t=707</w:t>
      </w:r>
    </w:p>
    <w:p>
      <w:r>
        <w:rPr>
          <w:i/>
        </w:rPr>
        <w:t>“Look, we are in a world created by God, so we have our free will.”</w:t>
      </w:r>
    </w:p>
    <w:p>
      <w:r>
        <w:rPr>
          <w:sz w:val="20"/>
        </w:rPr>
        <w:t>11:47  dekhiye, hum ek aisi duniya mein jo khuda ne banai hai, to hamare paas apna free will hai. lekin us free will ko jab hum exercise karte hain, to hamein zameen chahiye, hamein suraj chahiye, hamein hawa chahiye, hamein food chahiye,</w:t>
      </w:r>
      <w:r>
        <w:br/>
      </w:r>
      <w:r>
        <w:rPr>
          <w:sz w:val="20"/>
        </w:rPr>
        <w:t>12:08  hamein bahut sari cheezein chahiye. to us ko main kahunga ki infrastructure. infrastructure khuda ka hai aur irada mera hai. free will to mera hai,</w:t>
      </w:r>
      <w:r>
        <w:br/>
      </w:r>
      <w:r>
        <w:rPr>
          <w:sz w:val="20"/>
        </w:rPr>
        <w:t>12:22  lekin is free will ko jab main exercise karne nikalta hoon, to sara infrastructure wo khuda ka hota hai.</w:t>
      </w:r>
    </w:p>
    <w:p>
      <w:pPr>
        <w:pStyle w:val="Heading2"/>
      </w:pPr>
      <w:r>
        <w:t>Life is short, death is the point of no return</w:t>
      </w:r>
    </w:p>
    <w:p>
      <w:r>
        <w:rPr>
          <w:color w:val="666666"/>
          <w:sz w:val="18"/>
        </w:rPr>
        <w:t>Living in Falsehood 25 Jan 2009 · 30s · at 35:34 · https://youtu.be/Qt8VwwonU9k?t=2134</w:t>
      </w:r>
    </w:p>
    <w:p>
      <w:r>
        <w:rPr>
          <w:i/>
        </w:rPr>
        <w:t>“Life is a very, very temporary period”</w:t>
      </w:r>
    </w:p>
    <w:p>
      <w:r>
        <w:rPr>
          <w:sz w:val="20"/>
        </w:rPr>
        <w:t>35:34  kyunke dekhiye, zindagi jo hai, bohat hi zyada, bohat hi thodi hai.</w:t>
      </w:r>
      <w:r>
        <w:br/>
      </w:r>
      <w:r>
        <w:rPr>
          <w:sz w:val="20"/>
        </w:rPr>
        <w:t>35:41  ek bohat hi temporary period hai jis mein hum dunya mein aaye hain, pachas saal, 60 saal, 70 saal, 80 saal, is ke baad khatam ho jana hai, aur phir hum chale aate hain eternity mein, eternity mein.</w:t>
      </w:r>
      <w:r>
        <w:br/>
      </w:r>
      <w:r>
        <w:rPr>
          <w:sz w:val="20"/>
        </w:rPr>
        <w:t>35:55  aur phir, aur yeh wapsi nahi hoti hai. maut hamesha point of no return ki satah par aati hai.</w:t>
      </w:r>
    </w:p>
    <w:p>
      <w:pPr>
        <w:pStyle w:val="Heading2"/>
      </w:pPr>
      <w:r>
        <w:t>Michael Hart ranked the Prophet the most influential person ever</w:t>
      </w:r>
    </w:p>
    <w:p>
      <w:r>
        <w:rPr>
          <w:color w:val="666666"/>
          <w:sz w:val="18"/>
        </w:rPr>
        <w:t>Building a Heavenly Personality May 28, 2023 · 28s · at 1:07:32 · https://youtu.be/xl1-jaw6zwg?t=4052</w:t>
      </w:r>
    </w:p>
    <w:p>
      <w:r>
        <w:rPr>
          <w:i/>
        </w:rPr>
        <w:t>“Michael Hart's book ranks Prophet Muhammad the most influential person”</w:t>
      </w:r>
    </w:p>
    <w:p>
      <w:r>
        <w:rPr>
          <w:sz w:val="20"/>
        </w:rPr>
        <w:t>1:07:32  ab jo Rasool Allah sal Allah alaihi wasallam ko aaj koi kuch keh de to sab uss ko maarne kay liye daurain gay. aur uss waqt woh jo keh de to lagta tha keh yeh to nothing hai, yeh hi hota hai yeh hai.</w:t>
      </w:r>
      <w:r>
        <w:br/>
      </w:r>
      <w:r>
        <w:rPr>
          <w:sz w:val="20"/>
        </w:rPr>
        <w:t>1:07:42  woh un kay paas hai hi kiya woh un ko ko kuch azeem insaan samjhein? to aaj to Mikele Hart ne kitab likhi keh pooray duniya mein aik 100 logon ko uss ne kaha jo 100, uss mein sab se pehla naam Rasool Allah sal Allah alaihi wasallam ka hai.</w:t>
      </w:r>
    </w:p>
    <w:p>
      <w:pPr>
        <w:pStyle w:val="Heading2"/>
      </w:pPr>
      <w:r>
        <w:t>Karl Marx's false ideology</w:t>
      </w:r>
    </w:p>
    <w:p>
      <w:r>
        <w:rPr>
          <w:color w:val="666666"/>
          <w:sz w:val="18"/>
        </w:rPr>
        <w:t>Living in Falsehood 25 Jan 2009 - Maulana Wahiduddin Khan · 57s · at 7:10 · https://youtu.be/Txm8PBPdJq4?t=430</w:t>
      </w:r>
    </w:p>
    <w:p>
      <w:r>
        <w:rPr>
          <w:i/>
        </w:rPr>
        <w:t>“Karl Marx ke jo thought the”</w:t>
      </w:r>
    </w:p>
    <w:p>
      <w:r>
        <w:rPr>
          <w:sz w:val="20"/>
        </w:rPr>
        <w:t>7:10  karl marx ki. kaha jata hai, yaani garbrit ne likha hai ke karl marx ke jo jo thought the, us ki jo theory thi, jitna history mein phaili, kisi bhi history mein kabhi bhi kisi aadmi ki theory itna na phaili.</w:t>
      </w:r>
      <w:r>
        <w:br/>
      </w:r>
      <w:r>
        <w:rPr>
          <w:sz w:val="20"/>
        </w:rPr>
        <w:t>7:28  us ki ideology jo thi, sab zyada dunya mein phaili. aur mein khud apne bachpan mein, apni naujawan umar mein jaanta hoon ke saare jo parhay likhay log the, woh isi dhang pe sochte thay.</w:t>
      </w:r>
      <w:r>
        <w:br/>
      </w:r>
      <w:r>
        <w:rPr>
          <w:sz w:val="20"/>
        </w:rPr>
        <w:t>7:43  yaani socialist, socialistic thinking. sab log, sab log, sab log. woh kya tha? that was, that was also a kind of false hood.</w:t>
      </w:r>
      <w:r>
        <w:br/>
      </w:r>
      <w:r>
        <w:rPr>
          <w:sz w:val="20"/>
        </w:rPr>
        <w:t>7:56  yaani ek false ideology banai us ne aur woh itna logon ko us mein, yaani itna zyada log attract hue ke isi dhang pe sochnay lagay.</w:t>
      </w:r>
    </w:p>
    <w:p>
      <w:pPr>
        <w:pStyle w:val="Heading2"/>
      </w:pPr>
      <w:r>
        <w:t>Truth must be 100 percent or nothing</w:t>
      </w:r>
    </w:p>
    <w:p>
      <w:r>
        <w:rPr>
          <w:color w:val="666666"/>
          <w:sz w:val="18"/>
        </w:rPr>
        <w:t>Belief in the Existance of God | 11 Jan, 2009 · 30s · at 1:01:43 · https://youtu.be/BniNkb0aE6Q?t=3703</w:t>
      </w:r>
    </w:p>
    <w:p>
      <w:r>
        <w:rPr>
          <w:i/>
        </w:rPr>
        <w:t>“Ya to 100 percent truth hoga ya kuch bhi nahi”</w:t>
      </w:r>
    </w:p>
    <w:p>
      <w:r>
        <w:rPr>
          <w:sz w:val="20"/>
        </w:rPr>
        <w:t>1:01:43  yeh mera nature hai.</w:t>
      </w:r>
      <w:r>
        <w:br/>
      </w:r>
      <w:r>
        <w:rPr>
          <w:sz w:val="20"/>
        </w:rPr>
        <w:t>1:01:48  mera manna yeh hai ke ya to 100 feesad truth hoga ya kuch bhi nahin hoga.</w:t>
      </w:r>
      <w:r>
        <w:br/>
      </w:r>
      <w:r>
        <w:rPr>
          <w:sz w:val="20"/>
        </w:rPr>
        <w:t>1:01:53  99 فیصد truth کوئی چیز نہیں ہوتی۔</w:t>
      </w:r>
      <w:r>
        <w:br/>
      </w:r>
      <w:r>
        <w:rPr>
          <w:sz w:val="20"/>
        </w:rPr>
        <w:t>1:01:58  Yad rakhiye, ye mere apne samajh se hai.</w:t>
      </w:r>
      <w:r>
        <w:br/>
      </w:r>
      <w:r>
        <w:rPr>
          <w:sz w:val="20"/>
        </w:rPr>
        <w:t>1:02:03  99 فیصد ٹروتھ ہو اور ون فیصد وہ ٹروتھ نہ ہو تو وہ کچھ بھی، this is nothing.</w:t>
      </w:r>
      <w:r>
        <w:br/>
      </w:r>
      <w:r>
        <w:rPr>
          <w:sz w:val="20"/>
        </w:rPr>
        <w:t>1:02:08  truth ko aap baant nahin sakte. To yeh</w:t>
      </w:r>
    </w:p>
    <w:p>
      <w:pPr>
        <w:pStyle w:val="Heading2"/>
      </w:pPr>
      <w:r>
        <w:t>people underestimated how great Allah is</w:t>
      </w:r>
    </w:p>
    <w:p>
      <w:r>
        <w:rPr>
          <w:color w:val="666666"/>
          <w:sz w:val="18"/>
        </w:rPr>
        <w:t>Renewal of Faith July 15, 2017 Maulana Wahiduddin Khan · 31s · at 12:37 · https://youtu.be/XdbiJhcnKtY?t=757</w:t>
      </w:r>
    </w:p>
    <w:p>
      <w:r>
        <w:rPr>
          <w:i/>
        </w:rPr>
        <w:t>“Logon ne Allah ka, Allah ko understatement kiya”</w:t>
      </w:r>
    </w:p>
    <w:p>
      <w:r>
        <w:rPr>
          <w:sz w:val="20"/>
        </w:rPr>
        <w:t>12:37  haan, is ka matlab yeh hai ke logon ne Allah ka, Allah ko understatement kiya. is ka jo matlab hai ke logon ne Allah ko understatement kiya,</w:t>
      </w:r>
      <w:r>
        <w:br/>
      </w:r>
      <w:r>
        <w:rPr>
          <w:sz w:val="20"/>
        </w:rPr>
        <w:t>12:51  halankay Allah woh hai jis ke aik hath mein zameen hai poori ki poori aur doosre hath mein is ke aasman hai, sab ka sab itna itna great hai, itna great hai woh.</w:t>
      </w:r>
    </w:p>
    <w:p>
      <w:pPr>
        <w:pStyle w:val="Heading2"/>
      </w:pPr>
      <w:r>
        <w:t>Muslims' violent reaction to Satanic Verses was itself satanic</w:t>
      </w:r>
    </w:p>
    <w:p>
      <w:r>
        <w:rPr>
          <w:color w:val="666666"/>
          <w:sz w:val="18"/>
        </w:rPr>
        <w:t>Islamic Identity, October 25, 2007 · 1m 00s · at 11:49 · https://youtu.be/LGUa7NVauNU?t=709</w:t>
      </w:r>
    </w:p>
    <w:p>
      <w:r>
        <w:rPr>
          <w:i/>
        </w:rPr>
        <w:t>“Salman Rushdie published a book titled Satanic Verses.”</w:t>
      </w:r>
    </w:p>
    <w:p>
      <w:r>
        <w:rPr>
          <w:sz w:val="20"/>
        </w:rPr>
        <w:t>11:49  Salman Rushdie published a book with the title "Satanic Verses."</w:t>
      </w:r>
      <w:r>
        <w:br/>
      </w:r>
      <w:r>
        <w:rPr>
          <w:sz w:val="20"/>
        </w:rPr>
        <w:t>12:00  This book was an objectionable book. I admit that this book was an objectionable book. But what was the Muslims' reaction?</w:t>
      </w:r>
      <w:r>
        <w:br/>
      </w:r>
      <w:r>
        <w:rPr>
          <w:sz w:val="20"/>
        </w:rPr>
        <w:t>12:11  Muslims</w:t>
      </w:r>
      <w:r>
        <w:br/>
      </w:r>
      <w:r>
        <w:rPr>
          <w:sz w:val="20"/>
        </w:rPr>
        <w:t>12:21  proclaimed that we have to kill Salman Rushdie. They issued a fatwa that we have to kill Salman Rushdie.</w:t>
      </w:r>
      <w:r>
        <w:br/>
      </w:r>
      <w:r>
        <w:rPr>
          <w:sz w:val="20"/>
        </w:rPr>
        <w:t>12:29  They burned the copies of his book. They became violent. So if Salman Rushdie published a book with the title "Satanic Verses," these Muslims' behavior was also satanic behavior.</w:t>
      </w:r>
    </w:p>
    <w:p>
      <w:pPr>
        <w:pStyle w:val="Heading2"/>
      </w:pPr>
      <w:r>
        <w:t>Purpose of shock: learn gratitude</w:t>
      </w:r>
    </w:p>
    <w:p>
      <w:r>
        <w:rPr>
          <w:color w:val="666666"/>
          <w:sz w:val="18"/>
        </w:rPr>
        <w:t>God's Way of Shock Treatment April 19, 2020 Maulana Wahiduddin Khan · 30s · at 8:17 · https://youtu.be/MtNdT66yOLA?t=497</w:t>
      </w:r>
    </w:p>
    <w:p>
      <w:r>
        <w:rPr>
          <w:i/>
        </w:rPr>
        <w:t>“To jab maine ghor kiya ke yeh shock kyun hai”</w:t>
      </w:r>
    </w:p>
    <w:p>
      <w:r>
        <w:rPr>
          <w:sz w:val="20"/>
        </w:rPr>
        <w:t>8:17  to jab main ne ghor kiya ke yeh shock kyun hai, Quran virus ka shock kyun hai, yeh shock is liye ke insaan jo hai, shakir ban kar duniya mein jeena seekhe.</w:t>
      </w:r>
      <w:r>
        <w:br/>
      </w:r>
      <w:r>
        <w:rPr>
          <w:sz w:val="20"/>
        </w:rPr>
        <w:t>8:36  woh Allah rab ul alameen ko iqrar kar ke dunya mein zindagi guzare ga.</w:t>
      </w:r>
      <w:r>
        <w:br/>
      </w:r>
      <w:r>
        <w:rPr>
          <w:sz w:val="20"/>
        </w:rPr>
        <w:t>8:48  to mein aap logon ko dawat deta hoon ke Quran ko aap parhein to ziyada ghor o fikr ke sath parhein.</w:t>
      </w:r>
    </w:p>
    <w:p>
      <w:pPr>
        <w:pStyle w:val="Heading2"/>
      </w:pPr>
      <w:r>
        <w:t>Change your thinking, take a U-turn</w:t>
      </w:r>
    </w:p>
    <w:p>
      <w:r>
        <w:rPr>
          <w:color w:val="666666"/>
          <w:sz w:val="18"/>
        </w:rPr>
        <w:t>Purpose of Human Life I 2nd Dec. '12 · 1m 00s · at 27:39 · https://youtu.be/ilEf2fol6Gk?t=1659</w:t>
      </w:r>
    </w:p>
    <w:p>
      <w:r>
        <w:rPr>
          <w:i/>
        </w:rPr>
        <w:t>“تب تم کو کامیابی ملے گی”</w:t>
      </w:r>
    </w:p>
    <w:p>
      <w:r>
        <w:rPr>
          <w:sz w:val="20"/>
        </w:rPr>
        <w:t>27:39  Allah taala ke creation plan ko jaana hi nahin, khud apne khud-sakhta zehan se planning ki to kya ho raha hai? tum ko shikast-e-azeem mil rahi hai. sirf failure, sirf failure, sirf failure. to tum badlo apne zehan ko, reassess karo, revise karo,</w:t>
      </w:r>
      <w:r>
        <w:br/>
      </w:r>
      <w:r>
        <w:rPr>
          <w:sz w:val="20"/>
        </w:rPr>
        <w:t>28:09  you turn lo, aur Allah taala ke naqshay ke mutabiq, jo Allah taala ka jo creation plan hai, us ko jaan kar us ke mutabiq planning karo. tab tum ko kamyabi mile gi. yeh message hai. tab woh jannat mile gi, woh jannat jo sari zameen o aasman ke barabar hai, sari kainat ke barabar hai. "al-samawati wal ard"</w:t>
      </w:r>
    </w:p>
    <w:p>
      <w:pPr>
        <w:pStyle w:val="Heading2"/>
      </w:pPr>
      <w:r>
        <w:t>Every science developed except the concept of God</w:t>
      </w:r>
    </w:p>
    <w:p>
      <w:r>
        <w:rPr>
          <w:color w:val="666666"/>
          <w:sz w:val="18"/>
        </w:rPr>
        <w:t>Science of God May 04, 2008 · 30s · at 2:41 · https://youtu.be/L7aU_nJRRDQ?t=161</w:t>
      </w:r>
    </w:p>
    <w:p>
      <w:r>
        <w:rPr>
          <w:i/>
        </w:rPr>
        <w:t>“Magar ajeeb baat hai — concept of God develop nahi ho saka”</w:t>
      </w:r>
    </w:p>
    <w:p>
      <w:r>
        <w:rPr>
          <w:sz w:val="20"/>
        </w:rPr>
        <w:t>2:41  magar ajeeb baat hai ke concept of God ka development is tareeqe se nahi ho saka.</w:t>
      </w:r>
      <w:r>
        <w:br/>
      </w:r>
      <w:r>
        <w:rPr>
          <w:sz w:val="20"/>
        </w:rPr>
        <w:t>2:51  agarche God ka subject hamesha insan ke darmiyan raha hai, is ka charchah, lekin</w:t>
      </w:r>
      <w:r>
        <w:br/>
      </w:r>
      <w:r>
        <w:rPr>
          <w:sz w:val="20"/>
        </w:rPr>
        <w:t>3:04  science develop nahi kar saki jahan tak main janta hoon.</w:t>
      </w:r>
    </w:p>
    <w:p>
      <w:pPr>
        <w:pStyle w:val="Heading2"/>
      </w:pPr>
      <w:r>
        <w:t>Muslims must rethink and rediscover to receive Allah's blessing</w:t>
      </w:r>
    </w:p>
    <w:p>
      <w:r>
        <w:rPr>
          <w:color w:val="666666"/>
          <w:sz w:val="18"/>
        </w:rPr>
        <w:t>Love of God | May 13, 2017 · 30s · at 28:03 · https://youtu.be/5XN9DuLu2Mo?t=1683</w:t>
      </w:r>
    </w:p>
    <w:p>
      <w:r>
        <w:rPr>
          <w:i/>
        </w:rPr>
        <w:t>“مسلمانوں پر لازم ہے کہ وہ rethinking کریں”</w:t>
      </w:r>
    </w:p>
    <w:p>
      <w:r>
        <w:rPr>
          <w:sz w:val="20"/>
        </w:rPr>
        <w:t>28:03  lazim hai, lazim hai, lazim hai ke wo rethinking karen.</w:t>
      </w:r>
      <w:r>
        <w:br/>
      </w:r>
      <w:r>
        <w:rPr>
          <w:sz w:val="20"/>
        </w:rPr>
        <w:t>28:13  Musalmanon par lazim hai ke wo rethinking karen, reassess karen, rediscovery karen, saare mamle ko phir se reset karen.</w:t>
      </w:r>
      <w:r>
        <w:br/>
      </w:r>
      <w:r>
        <w:rPr>
          <w:sz w:val="20"/>
        </w:rPr>
        <w:t>28:23  tab aisa hoga ke un ko Allah taala ki blessing ki</w:t>
      </w:r>
    </w:p>
    <w:p>
      <w:pPr>
        <w:pStyle w:val="Heading2"/>
      </w:pPr>
      <w:r>
        <w:t>God is a living being</w:t>
      </w:r>
    </w:p>
    <w:p>
      <w:r>
        <w:rPr>
          <w:color w:val="666666"/>
          <w:sz w:val="18"/>
        </w:rPr>
        <w:t>The Concept of Tawheed in Islam May 08, 2007 · 25s · at 17:25 · https://youtu.be/FpogqzpAZVk?t=1045</w:t>
      </w:r>
    </w:p>
    <w:p>
      <w:r>
        <w:rPr>
          <w:i/>
        </w:rPr>
        <w:t>“گاڈ از ا لیونگ بینگ”</w:t>
      </w:r>
    </w:p>
    <w:p>
      <w:r>
        <w:rPr>
          <w:sz w:val="20"/>
        </w:rPr>
        <w:t>17:25  then god in islam is not a symbolic figure. no, god is a living being.</w:t>
      </w:r>
      <w:r>
        <w:br/>
      </w:r>
      <w:r>
        <w:rPr>
          <w:sz w:val="20"/>
        </w:rPr>
        <w:t>17:37  god is a person like ours, a living person. aldu his personality is quite different.</w:t>
      </w:r>
    </w:p>
    <w:p>
      <w:pPr>
        <w:pStyle w:val="Heading2"/>
      </w:pPr>
      <w:r>
        <w:t>Quranic concept of Furqan: distinguishing two things</w:t>
      </w:r>
    </w:p>
    <w:p>
      <w:r>
        <w:rPr>
          <w:color w:val="666666"/>
          <w:sz w:val="18"/>
        </w:rPr>
        <w:t>Islam in 21st Century April 3, 2011 · 24s · at 33:22 · https://youtu.be/nEyNMORoPc4?t=2002</w:t>
      </w:r>
    </w:p>
    <w:p>
      <w:r>
        <w:rPr>
          <w:i/>
        </w:rPr>
        <w:t>“Quran mein ise kaha gaya hai: Furqan”</w:t>
      </w:r>
    </w:p>
    <w:p>
      <w:r>
        <w:rPr>
          <w:sz w:val="20"/>
        </w:rPr>
        <w:t>33:22  to yeh dono ko alag karke nahi de sake. isko quran mein kaha gaya hai: "furqan" alag karke dekhna. "furqan" ka matlab hai "al fasl bain al shai'ain".</w:t>
      </w:r>
      <w:r>
        <w:br/>
      </w:r>
      <w:r>
        <w:rPr>
          <w:sz w:val="20"/>
        </w:rPr>
        <w:t>33:32  do cheezon ko farq karna. yeh momin ki ek sifat hai ke farq karke dekh sake woh. "furqan" iske andar ho. lekin hamare leaderon mein ek bhi shakhs nahi jiske andar "furqan" alag karke dekh sake.</w:t>
      </w:r>
    </w:p>
    <w:p>
      <w:pPr>
        <w:pStyle w:val="Heading2"/>
      </w:pPr>
      <w:r>
        <w:t>Astronaut prostrates in awe of Allah</w:t>
      </w:r>
    </w:p>
    <w:p>
      <w:r>
        <w:rPr>
          <w:color w:val="666666"/>
          <w:sz w:val="18"/>
        </w:rPr>
        <w:t>Kingdom of God August 25, 2018 · 45s · at 8:19 · https://youtu.be/SrnWPkMbEQw?t=499</w:t>
      </w:r>
    </w:p>
    <w:p>
      <w:r>
        <w:rPr>
          <w:i/>
        </w:rPr>
        <w:t>“Suddenly he fell into prostration.”</w:t>
      </w:r>
    </w:p>
    <w:p>
      <w:r>
        <w:rPr>
          <w:sz w:val="20"/>
        </w:rPr>
        <w:t>8:19  to achaanak woh bilkul sajde mein gir pada. Us ka photo samne sahaba alaihi salam hain, sajde ki halat mein.</w:t>
      </w:r>
      <w:r>
        <w:br/>
      </w:r>
      <w:r>
        <w:rPr>
          <w:sz w:val="20"/>
        </w:rPr>
        <w:t>8:35  yaani space mein itna zyada us ko laga hoga ke bhai itne bade vast universe mein kahan hoon, kahan hoon, kahan hoon.</w:t>
      </w:r>
      <w:r>
        <w:br/>
      </w:r>
      <w:r>
        <w:rPr>
          <w:sz w:val="20"/>
        </w:rPr>
        <w:t>8:49  jab woh zameen par utra hoga, tab us ko apna location maloom hua hoga. Is کیفیت mein woh sajde mein gir pada.</w:t>
      </w:r>
    </w:p>
    <w:p>
      <w:pPr>
        <w:pStyle w:val="Heading2"/>
      </w:pPr>
      <w:r>
        <w:t>See God through nature's laws</w:t>
      </w:r>
    </w:p>
    <w:p>
      <w:r>
        <w:rPr>
          <w:color w:val="666666"/>
          <w:sz w:val="18"/>
        </w:rPr>
        <w:t>Deedar-e-Ilahi Glimpse of God 7 March 7, 2020 Maulana Wahiduddin Khan · 33s · at 15:59 · https://youtu.be/_4BDzVwFIz0?t=959</w:t>
      </w:r>
    </w:p>
    <w:p>
      <w:r>
        <w:rPr>
          <w:i/>
        </w:rPr>
        <w:t>“To aap khaliq ke law of nature ko samjhiye”</w:t>
      </w:r>
    </w:p>
    <w:p>
      <w:r>
        <w:rPr>
          <w:sz w:val="20"/>
        </w:rPr>
        <w:t>15:59  to aap Khaliq ke, Khaliq ke law of nature ko samjhiye, phir aap Allah ke didaar kar painge.</w:t>
      </w:r>
      <w:r>
        <w:br/>
      </w:r>
      <w:r>
        <w:rPr>
          <w:sz w:val="20"/>
        </w:rPr>
        <w:t>16:14  aap chahte hain dekhna apne andaaz se, jis tarah aap peed ko dekh rahe hain, us andaaz se. is tarah aap didaar nahin kar sakte.</w:t>
      </w:r>
    </w:p>
    <w:p>
      <w:pPr>
        <w:pStyle w:val="Heading2"/>
      </w:pPr>
      <w:r>
        <w:t>Judgment Day is a fixed appointed time</w:t>
      </w:r>
    </w:p>
    <w:p>
      <w:r>
        <w:rPr>
          <w:color w:val="666666"/>
          <w:sz w:val="18"/>
        </w:rPr>
        <w:t>The Message of Surah Al-Naba (1-20) –</w:t>
        <w:br/>
        <w:t>Preparing for the Day of Judgment (English) Dec 29, 2024 · 26s · at 28:17 · https://youtu.be/E8lYDiaIhBg?t=1697</w:t>
      </w:r>
    </w:p>
    <w:p>
      <w:r>
        <w:rPr>
          <w:i/>
        </w:rPr>
        <w:t>“The Day of Judgment is an appointed time, a fixed time”</w:t>
      </w:r>
    </w:p>
    <w:p>
      <w:r>
        <w:rPr>
          <w:sz w:val="20"/>
        </w:rPr>
        <w:t>28:17  and the next verse is, in the day of judgment is an appointed time. its very important verse, in the day of judgment is an appointed time.</w:t>
      </w:r>
      <w:r>
        <w:br/>
      </w:r>
      <w:r>
        <w:rPr>
          <w:sz w:val="20"/>
        </w:rPr>
        <w:t>28:32  its a fixed time.</w:t>
      </w:r>
      <w:r>
        <w:br/>
      </w:r>
      <w:r>
        <w:rPr>
          <w:sz w:val="20"/>
        </w:rPr>
        <w:t>28:34  so we, you are enjoying the blessings, but don't forget that day of judgment is coming very soon.</w:t>
      </w:r>
    </w:p>
    <w:p>
      <w:pPr>
        <w:pStyle w:val="Heading2"/>
      </w:pPr>
      <w:r>
        <w:t>Villager's gratitude line vs God's far greater gift</w:t>
      </w:r>
    </w:p>
    <w:p>
      <w:r>
        <w:rPr>
          <w:color w:val="666666"/>
          <w:sz w:val="18"/>
        </w:rPr>
        <w:t>God Realization 23 June 2018 - Maulana Wahiduddin Khan · 46s · at 5:54 · https://youtu.be/nar5wBjiT7Q?t=354</w:t>
      </w:r>
    </w:p>
    <w:p>
      <w:r>
        <w:rPr>
          <w:i/>
        </w:rPr>
        <w:t>“Yeh sab Sajjay Babu ki den hai”</w:t>
      </w:r>
    </w:p>
    <w:p>
      <w:r>
        <w:rPr>
          <w:sz w:val="20"/>
        </w:rPr>
        <w:t>5:54  to unhein bataya ke woh poori mulaqaat mein aik aik baat karte rahe, poori mulaqaat, aur bohat hi jazbe ke sath aise hi kehte the woh: "yeh sab saje babu ki dein hai,</w:t>
      </w:r>
      <w:r>
        <w:br/>
      </w:r>
      <w:r>
        <w:rPr>
          <w:sz w:val="20"/>
        </w:rPr>
        <w:t>6:13  yeh sab saje babu ki dein hai."</w:t>
      </w:r>
      <w:r>
        <w:br/>
      </w:r>
      <w:r>
        <w:rPr>
          <w:sz w:val="20"/>
        </w:rPr>
        <w:t>6:17  ab aap ghor kijiye</w:t>
      </w:r>
      <w:r>
        <w:br/>
      </w:r>
      <w:r>
        <w:rPr>
          <w:sz w:val="20"/>
        </w:rPr>
        <w:t>6:22  ke siraj gandhi ne to in ko sirf aik chand saal ke liye aik residence dilwa diya tha, lekin Allah rab ul alameen to aap ko poori universe di hui hai.</w:t>
      </w:r>
    </w:p>
    <w:p>
      <w:pPr>
        <w:pStyle w:val="Heading2"/>
      </w:pPr>
      <w:r>
        <w:t>Salam means you are safe from me</w:t>
      </w:r>
    </w:p>
    <w:p>
      <w:r>
        <w:rPr>
          <w:color w:val="666666"/>
          <w:sz w:val="18"/>
        </w:rPr>
        <w:t>On Salah (Prayer) (Part 2) 22 Jan 2006 - Maulana Wahiduddin Khan · 45s · at 34:46 · https://youtu.be/NL9OG_8LJVk?t=2086</w:t>
      </w:r>
    </w:p>
    <w:p>
      <w:r>
        <w:rPr>
          <w:i/>
        </w:rPr>
        <w:t>“Do you know what 'Assalamu Alaikum' means?”</w:t>
      </w:r>
    </w:p>
    <w:p>
      <w:r>
        <w:rPr>
          <w:sz w:val="20"/>
        </w:rPr>
        <w:t>34:46  assalam kya tum jante ho ke assalam-o-alaikum jab kehta hai namazi to kya matlab hota hai is ka? woh kehta hai ke ant aamin minni, ant aamin minni.</w:t>
      </w:r>
      <w:r>
        <w:br/>
      </w:r>
      <w:r>
        <w:rPr>
          <w:sz w:val="20"/>
        </w:rPr>
        <w:t>35:02  kaisi anokhi baat hai dekhiye ant aamin minni, ant aamin minni.</w:t>
      </w:r>
      <w:r>
        <w:br/>
      </w:r>
      <w:r>
        <w:rPr>
          <w:sz w:val="20"/>
        </w:rPr>
        <w:t>35:09  a logon! tum mujh se safe ho, a logon! tum mujh se safe ho.</w:t>
      </w:r>
      <w:r>
        <w:br/>
      </w:r>
      <w:r>
        <w:rPr>
          <w:sz w:val="20"/>
        </w:rPr>
        <w:t>35:17  yani ab jo purify ho kar nikla hoon masjid se main, ab jo main khuda ki spirit le kar nikla hoon masjid se main to kya hoga?</w:t>
      </w:r>
    </w:p>
    <w:p>
      <w:pPr>
        <w:pStyle w:val="Heading2"/>
      </w:pPr>
      <w:r>
        <w:t>Science gave humans the data to love God intensely</w:t>
      </w:r>
    </w:p>
    <w:p>
      <w:r>
        <w:rPr>
          <w:color w:val="666666"/>
          <w:sz w:val="18"/>
        </w:rPr>
        <w:t>Physical Science or Divine Science I 25th Nov, 2012 - Maulana Wahiduddin Khan · 31s · at 29:40 · https://youtu.be/NfJRGRN6OhE?t=1780</w:t>
      </w:r>
    </w:p>
    <w:p>
      <w:r>
        <w:rPr>
          <w:i/>
        </w:rPr>
        <w:t>“Science ne aapko woh data diya ke hubb-e-shadeed karein”</w:t>
      </w:r>
    </w:p>
    <w:p>
      <w:r>
        <w:rPr>
          <w:sz w:val="20"/>
        </w:rPr>
        <w:t>29:40  to science ne aap ko woh data diya ke aap Allah se hubb-e-shadeed kar sakein. pehle zamane mein yeh maujood nahin tha, pehle zamane mein yeh maujood nahin tha.</w:t>
      </w:r>
      <w:r>
        <w:br/>
      </w:r>
      <w:r>
        <w:rPr>
          <w:sz w:val="20"/>
        </w:rPr>
        <w:t>29:56  kitna bara yeh</w:t>
      </w:r>
      <w:r>
        <w:br/>
      </w:r>
      <w:r>
        <w:rPr>
          <w:sz w:val="20"/>
        </w:rPr>
        <w:t>29:58  in logon ka ehsan hai! inhi se hum nafrat karte hain. sare musalman ahle maghrib se nafrat karna yeh haram se zyada buri cheez hai, haram se zyada buri cheez hai.</w:t>
      </w:r>
    </w:p>
    <w:p>
      <w:pPr>
        <w:pStyle w:val="Heading2"/>
      </w:pPr>
      <w:r>
        <w:t>Underestimating Allah's greatness revealed at Qiyamah</w:t>
      </w:r>
    </w:p>
    <w:p>
      <w:r>
        <w:rPr>
          <w:color w:val="666666"/>
          <w:sz w:val="18"/>
        </w:rPr>
        <w:t>Kingdom of God August 25, 2018 · 51s · at 2:32 · https://youtu.be/SrnWPkMbEQw?t=152</w:t>
      </w:r>
    </w:p>
    <w:p>
      <w:r>
        <w:rPr>
          <w:i/>
        </w:rPr>
        <w:t>“What is unseen today will be revealed on Judgment Day.”</w:t>
      </w:r>
    </w:p>
    <w:p>
      <w:r>
        <w:rPr>
          <w:sz w:val="20"/>
        </w:rPr>
        <w:t>2:32  aaj jo hamari aankhon ke samne nahin hai, lekin qayamat mein woh hamari aankhon ke samne hoga. tab pata chalega ke hum to underestimate kar rahe the.</w:t>
      </w:r>
      <w:r>
        <w:br/>
      </w:r>
      <w:r>
        <w:rPr>
          <w:sz w:val="20"/>
        </w:rPr>
        <w:t>2:47  jab aankhon ke samne yeh waqia ho jayega ke allah itna bada hai, itna bada hai, itna bada hai ke zamin o aasman ko apne hathon mein sambhal thame hue hain,</w:t>
      </w:r>
      <w:r>
        <w:br/>
      </w:r>
      <w:r>
        <w:rPr>
          <w:sz w:val="20"/>
        </w:rPr>
        <w:t>3:03  to jo khul jayega, tab un ko andaza hoga ke kitni badi bhool mein hum the,</w:t>
      </w:r>
      <w:r>
        <w:br/>
      </w:r>
      <w:r>
        <w:rPr>
          <w:sz w:val="20"/>
        </w:rPr>
        <w:t>3:13  kitna bada hai khud allah rabb al-alamin. hum is ko underestimate kar rahe the.</w:t>
      </w:r>
    </w:p>
    <w:p>
      <w:pPr>
        <w:pStyle w:val="Heading2"/>
      </w:pPr>
      <w:r>
        <w:t>Human mind can hold contradictory beliefs peacefully</w:t>
      </w:r>
    </w:p>
    <w:p>
      <w:r>
        <w:rPr>
          <w:color w:val="666666"/>
          <w:sz w:val="18"/>
        </w:rPr>
        <w:t>Interfaith Dialogue (English) February 1, 2014 Maulana Wahiduddin Khan · 48s · at 16:19 · https://youtu.be/esM8RDj_new?t=979</w:t>
      </w:r>
    </w:p>
    <w:p>
      <w:r>
        <w:rPr>
          <w:i/>
        </w:rPr>
        <w:t>“Man is able to live with contradictions.”</w:t>
      </w:r>
    </w:p>
    <w:p>
      <w:r>
        <w:rPr>
          <w:sz w:val="20"/>
        </w:rPr>
        <w:t>16:19  Man is able to live with contradictions. It is very it is</w:t>
      </w:r>
      <w:r>
        <w:br/>
      </w:r>
      <w:r>
        <w:rPr>
          <w:sz w:val="20"/>
        </w:rPr>
        <w:t>16:30  quite possible for a human being, for a human mind. One American philosopher has rightly said that, "I am large enough to contain all these contradictions."</w:t>
      </w:r>
      <w:r>
        <w:br/>
      </w:r>
      <w:r>
        <w:rPr>
          <w:sz w:val="20"/>
        </w:rPr>
        <w:t>16:49  So, there is no question that if you believe that religion A is truth for you with a capital T, it doesn't mean that you hate other religions, you fail to respect other religions.</w:t>
      </w:r>
    </w:p>
    <w:p>
      <w:pPr>
        <w:pStyle w:val="Heading2"/>
      </w:pPr>
      <w:r>
        <w:t>hadith on nearness to God through voluntary prayer</w:t>
      </w:r>
    </w:p>
    <w:p>
      <w:r>
        <w:rPr>
          <w:color w:val="666666"/>
          <w:sz w:val="18"/>
        </w:rPr>
        <w:t>Understanding Sufism August 7, 2022 Prof. Farida Khanam · 55s · at 8:37 · https://youtu.be/6J2Bb3Ypf2Y?t=517</w:t>
      </w:r>
    </w:p>
    <w:p>
      <w:r>
        <w:rPr>
          <w:i/>
        </w:rPr>
        <w:t>“Jab banda mujhse nawafil ke zariye kareeb hota hai...”</w:t>
      </w:r>
    </w:p>
    <w:p>
      <w:r>
        <w:rPr>
          <w:sz w:val="20"/>
        </w:rPr>
        <w:t>8:37  islam mein hai bhi supraurgatory prayer jisko nafil prayer kehte hain. to woh islam mein bhi hai. ek hadith bhi hai ki jab banda mujhse nawafil ke zariye qareeb hota hai aur jab woh phir main usse mohabbat karne lagta hoon aur main uski aankh ban jata hoon jis se woh dekhta hai. main uski kaan ban jata hoon jis se woh sunta hai. main uska haath ban jata hoon jis se woh kaam karta hai.</w:t>
      </w:r>
      <w:r>
        <w:br/>
      </w:r>
      <w:r>
        <w:rPr>
          <w:sz w:val="20"/>
        </w:rPr>
        <w:t>9:05  main uska paon ban jata hoon jis se woh chalta hai. to nafil namazon ka to bahut zyada islam mein hai. aisa kuch nahin hai ki unhone kuch alag se kuch kaam kiya. baad ke sufiyan mein kuch aisi cheezein aa gayin jo unhone local jo traditions thi us se unhone asrat ko bol kiye lekin early sufi s jo the woh to bilkul hi islam ki spirit par chal rahe the.</w:t>
      </w:r>
      <w:r>
        <w:br/>
      </w:r>
      <w:r>
        <w:rPr>
          <w:sz w:val="20"/>
        </w:rPr>
        <w:t>9:32  kyunki islam ki spirit ko awaken karna unhone samjha ki yeh bahut zyada zaroori hai. to kuch log ghar baar bhi chhod dete the. kyunki jab aadmi ghar mein rahega to bahut sari cheezon se gotalik rahega, uska mind diverted rahega. to ghar baar chhod dene se concentration zyada hota hai. to is wajah se woh ghar baar bhi kuch log chhod diya karte the.</w:t>
      </w:r>
    </w:p>
    <w:p>
      <w:pPr>
        <w:pStyle w:val="Heading2"/>
      </w:pPr>
      <w:r>
        <w:t>Praying for guidance shapes your life's direction</w:t>
      </w:r>
    </w:p>
    <w:p>
      <w:r>
        <w:rPr>
          <w:color w:val="666666"/>
          <w:sz w:val="18"/>
        </w:rPr>
        <w:t>CPS Women Discussion The Quran 19 76 Feb 2, 2025 · 22s · at 3:02 · https://youtu.be/9RNMG6mr1VI?t=182</w:t>
      </w:r>
    </w:p>
    <w:p>
      <w:r>
        <w:rPr>
          <w:i/>
        </w:rPr>
        <w:t>“Insaan ka safar jis taraf hota hai, hota bhi usi taraf laga deta hai”</w:t>
      </w:r>
    </w:p>
    <w:p>
      <w:r>
        <w:rPr>
          <w:sz w:val="20"/>
        </w:rPr>
        <w:t>3:02  Papa yeh aaj waqai bahut zyada sochne wali hai ki insaan ka safar jis taraf hota hai hota bhi use usi taraf laga deta hai aur ek hadith mein aaya hai ki logon ko tum apni hidayat ke liye dua karo.</w:t>
      </w:r>
      <w:r>
        <w:br/>
      </w:r>
      <w:r>
        <w:rPr>
          <w:sz w:val="20"/>
        </w:rPr>
        <w:t>3:24  to hidayat mangna aur uske sath phir sanjeeda hona aur jab hidayat ki cheez mile to hota yeh hai ke sabse pehle hamein apna koi nuksan dikhta hota hai.</w:t>
      </w:r>
    </w:p>
    <w:p>
      <w:pPr>
        <w:pStyle w:val="Heading2"/>
      </w:pPr>
      <w:r>
        <w:t>Faith wears out, pray for revival</w:t>
      </w:r>
    </w:p>
    <w:p>
      <w:r>
        <w:rPr>
          <w:color w:val="666666"/>
          <w:sz w:val="18"/>
        </w:rPr>
        <w:t>Revival of Faith I 25 Sept, 2011 - Maulana Wahiduddin Khan · 55s · at 4:39 · https://youtu.be/y8_SQ8dJ0w0?t=279</w:t>
      </w:r>
    </w:p>
    <w:p>
      <w:r>
        <w:rPr>
          <w:i/>
        </w:rPr>
        <w:t>“Faith becomes worn out”</w:t>
      </w:r>
    </w:p>
    <w:p>
      <w:r>
        <w:rPr>
          <w:sz w:val="20"/>
        </w:rPr>
        <w:t>4:39  imaan boseeda hota hai, faith becomes worn out.</w:t>
      </w:r>
      <w:r>
        <w:br/>
      </w:r>
      <w:r>
        <w:rPr>
          <w:sz w:val="20"/>
        </w:rPr>
        <w:t>4:50  imaan boseeda hota hai.</w:t>
      </w:r>
      <w:r>
        <w:br/>
      </w:r>
      <w:r>
        <w:rPr>
          <w:sz w:val="20"/>
        </w:rPr>
        <w:t>4:57  to tum imaan ko fi jawfikum yani imaan ka zahir boseeda nahi hota, is ka batin boseeda hota hai,</w:t>
      </w:r>
      <w:r>
        <w:br/>
      </w:r>
      <w:r>
        <w:rPr>
          <w:sz w:val="20"/>
        </w:rPr>
        <w:t>5:11  yani spirit ke aitbar se boseeda hota hai.</w:t>
      </w:r>
      <w:r>
        <w:br/>
      </w:r>
      <w:r>
        <w:rPr>
          <w:sz w:val="20"/>
        </w:rPr>
        <w:t>5:19  to tum is ko allah se dua kiya karte raho ke tumhare imaan ko revive kare, dobara zinda kar de.</w:t>
      </w:r>
    </w:p>
    <w:p>
      <w:pPr>
        <w:pStyle w:val="Heading2"/>
      </w:pPr>
      <w:r>
        <w:t>Doctor says you are too late</w:t>
      </w:r>
    </w:p>
    <w:p>
      <w:r>
        <w:rPr>
          <w:color w:val="666666"/>
          <w:sz w:val="18"/>
        </w:rPr>
        <w:t>Help of God 17 Aug, 2019 - Maulana Wahiduddin Khan · 34s · at 13:59 · https://youtu.be/AByIK_dLe0Q?t=839</w:t>
      </w:r>
    </w:p>
    <w:p>
      <w:r>
        <w:rPr>
          <w:i/>
        </w:rPr>
        <w:t>“Jab main unke clinic mein pahuncha to jaante hain kya”</w:t>
      </w:r>
    </w:p>
    <w:p>
      <w:r>
        <w:rPr>
          <w:sz w:val="20"/>
        </w:rPr>
        <w:t>13:59  to jab mein un ke clinic mein pohancha biwi ko le kar to jante hain ke unhon ne kya kaha?</w:t>
      </w:r>
      <w:r>
        <w:br/>
      </w:r>
      <w:r>
        <w:rPr>
          <w:sz w:val="20"/>
        </w:rPr>
        <w:t>14:12  foran unhon ne kaha: "you are too late, you are too late."</w:t>
      </w:r>
      <w:r>
        <w:br/>
      </w:r>
      <w:r>
        <w:rPr>
          <w:sz w:val="20"/>
        </w:rPr>
        <w:t>14:20  aur unhon ne kaha: "yeh qissa mein ne apni diary mein likha hai." apni clinic mein jo Hazrat Ganj mein thi,</w:t>
      </w:r>
    </w:p>
    <w:p>
      <w:pPr>
        <w:pStyle w:val="Heading2"/>
      </w:pPr>
      <w:r>
        <w:t>Muhammad Ali, self-declared king, surrenders to a guru</w:t>
      </w:r>
    </w:p>
    <w:p>
      <w:r>
        <w:rPr>
          <w:color w:val="666666"/>
          <w:sz w:val="18"/>
        </w:rPr>
        <w:t>The Glory Of God 5 February 2006 - Maulana Wahiduddin Khan · 52s · at 14:30 · https://youtu.be/Yah55gLyV8I?t=870</w:t>
      </w:r>
    </w:p>
    <w:p>
      <w:r>
        <w:rPr>
          <w:i/>
        </w:rPr>
        <w:t>“Woh kehta tha ke I am the king of the world”</w:t>
      </w:r>
    </w:p>
    <w:p>
      <w:r>
        <w:rPr>
          <w:sz w:val="20"/>
        </w:rPr>
        <w:t>14:30  mein ne aik baar parha tha aik item. jo new york se parcha nikalta hai, time.</w:t>
      </w:r>
      <w:r>
        <w:br/>
      </w:r>
      <w:r>
        <w:rPr>
          <w:sz w:val="20"/>
        </w:rPr>
        <w:t>14:40  woh muhammad ali qalle ke baray mein tha. aap jante hain keh muhammad ali qalle bara hi arrogant aadmi hai.</w:t>
      </w:r>
      <w:r>
        <w:br/>
      </w:r>
      <w:r>
        <w:rPr>
          <w:sz w:val="20"/>
        </w:rPr>
        <w:t>14:53  woh kehta tha keh i am the king of the world.</w:t>
      </w:r>
      <w:r>
        <w:br/>
      </w:r>
      <w:r>
        <w:rPr>
          <w:sz w:val="20"/>
        </w:rPr>
        <w:t>14:57  lekin aik guru se is ki mulaqat hui. us guru ke aagay usay surrender kar diya.</w:t>
      </w:r>
      <w:r>
        <w:br/>
      </w:r>
      <w:r>
        <w:rPr>
          <w:sz w:val="20"/>
        </w:rPr>
        <w:t>15:07  to time ne is ka analysis kiya tha. keh kitna bara arrogant aadmi. jo apne aap ko king of the world kehta tha.</w:t>
      </w:r>
      <w:r>
        <w:br/>
      </w:r>
      <w:r>
        <w:rPr>
          <w:sz w:val="20"/>
        </w:rPr>
        <w:t>15:18  kyun aik guru ke aagay usay surrender kar diya?</w:t>
      </w:r>
    </w:p>
    <w:p>
      <w:pPr>
        <w:pStyle w:val="Heading2"/>
      </w:pPr>
      <w:r>
        <w:t>Paradise veiled by unpleasant things</w:t>
      </w:r>
    </w:p>
    <w:p>
      <w:r>
        <w:rPr>
          <w:color w:val="666666"/>
          <w:sz w:val="18"/>
        </w:rPr>
        <w:t>Al Risala June, 2018 · 30s · at 21:15 · https://youtu.be/yuwH7JTa7OM?t=1275</w:t>
      </w:r>
    </w:p>
    <w:p>
      <w:r>
        <w:rPr>
          <w:i/>
        </w:rPr>
        <w:t>“Huffat al-jannatu bil-makarih.”</w:t>
      </w:r>
    </w:p>
    <w:p>
      <w:r>
        <w:rPr>
          <w:sz w:val="20"/>
        </w:rPr>
        <w:t>21:15  makarih".</w:t>
      </w:r>
      <w:r>
        <w:br/>
      </w:r>
      <w:r>
        <w:rPr>
          <w:sz w:val="20"/>
        </w:rPr>
        <w:t>21:20  sahih bukhari yaani jannat ko napasandeeda cheezon se dhanp diya gaya hai.</w:t>
      </w:r>
      <w:r>
        <w:br/>
      </w:r>
      <w:r>
        <w:rPr>
          <w:sz w:val="20"/>
        </w:rPr>
        <w:t>21:25  maujooda duniya apni haqeeqat ke aitbaar se jannat ki manind hai, lekin is ke oopar insani aalooodgi ya</w:t>
      </w:r>
      <w:r>
        <w:br/>
      </w:r>
      <w:r>
        <w:rPr>
          <w:sz w:val="20"/>
        </w:rPr>
        <w:t>21:30  man made pollution ka parda pada hua hai.</w:t>
      </w:r>
      <w:r>
        <w:br/>
      </w:r>
      <w:r>
        <w:rPr>
          <w:sz w:val="20"/>
        </w:rPr>
        <w:t>21:35  aakhirat ki duniya har aitbaar se insani aalooodgi se paak hogi.</w:t>
      </w:r>
      <w:r>
        <w:br/>
      </w:r>
      <w:r>
        <w:rPr>
          <w:sz w:val="20"/>
        </w:rPr>
        <w:t>21:40  is liye jannat kaamil maani mein shughl faqa ki duniya</w:t>
      </w:r>
    </w:p>
    <w:p>
      <w:pPr>
        <w:pStyle w:val="Heading2"/>
      </w:pPr>
      <w:r>
        <w:t>Hadith: even a grain of arrogance bars paradise</w:t>
      </w:r>
    </w:p>
    <w:p>
      <w:r>
        <w:rPr>
          <w:color w:val="666666"/>
          <w:sz w:val="18"/>
        </w:rPr>
        <w:t>Kashmir, A Lesson September 14, 2014 · 40s · at 47:09 · https://youtu.be/JQoYEj0Vntc?t=2829</w:t>
      </w:r>
    </w:p>
    <w:p>
      <w:r>
        <w:rPr>
          <w:i/>
        </w:rPr>
        <w:t>“No one enters paradise with an atom of arrogance”</w:t>
      </w:r>
    </w:p>
    <w:p>
      <w:r>
        <w:rPr>
          <w:sz w:val="20"/>
        </w:rPr>
        <w:t>47:09  jis aadmi ke andar zara bhi kibr ho, woh jannat mein nahi jayega.</w:t>
      </w:r>
      <w:r>
        <w:br/>
      </w:r>
      <w:r>
        <w:rPr>
          <w:sz w:val="20"/>
        </w:rPr>
        <w:t>47:17  us ke alfaaz hain:</w:t>
      </w:r>
      <w:r>
        <w:br/>
      </w:r>
      <w:r>
        <w:rPr>
          <w:sz w:val="20"/>
        </w:rPr>
        <w:t>47:23  la yadkhulul jannata man kana fi qalbihi mithqalu habbati khardalin min kibrin</w:t>
      </w:r>
      <w:r>
        <w:br/>
      </w:r>
      <w:r>
        <w:rPr>
          <w:sz w:val="20"/>
        </w:rPr>
        <w:t>47:32  woh aadmi jannat mein nahi jayega jis ke andar</w:t>
      </w:r>
      <w:r>
        <w:br/>
      </w:r>
      <w:r>
        <w:rPr>
          <w:sz w:val="20"/>
        </w:rPr>
        <w:t>47:38  rai ke daane ke barabar bhi kibr ho, arrogance ho. toh poocha gaya ke kibr ki pehchan kya hai?</w:t>
      </w:r>
    </w:p>
    <w:p>
      <w:pPr>
        <w:pStyle w:val="Heading2"/>
      </w:pPr>
      <w:r>
        <w:t>Hadith: greatest testimony before God at history's end</w:t>
      </w:r>
    </w:p>
    <w:p>
      <w:r>
        <w:rPr>
          <w:color w:val="666666"/>
          <w:sz w:val="18"/>
        </w:rPr>
        <w:t>Final Role of Prophetic Mission June 1, 2008 · 54s · at 2:05 · https://youtu.be/JDqiRm5Jbm8?t=125</w:t>
      </w:r>
    </w:p>
    <w:p>
      <w:r>
        <w:rPr>
          <w:i/>
        </w:rPr>
        <w:t>“Haza ashhadu al-nas shahadatan inda rabbil aalameen”</w:t>
      </w:r>
    </w:p>
    <w:p>
      <w:r>
        <w:rPr>
          <w:sz w:val="20"/>
        </w:rPr>
        <w:t>2:05  isko kaha gaya hai ke hadha adam al-nas shahadat 'inda rabb al-'alamin</w:t>
      </w:r>
      <w:r>
        <w:br/>
      </w:r>
      <w:r>
        <w:rPr>
          <w:sz w:val="20"/>
        </w:rPr>
        <w:t>2:13  yeh Allah rabb al-'alamin ke nazdeek sab se badi shahadat hogi. shahadat ka matlab hota hai witness, yaani wahi kaam jo paighambar karte the.</w:t>
      </w:r>
      <w:r>
        <w:br/>
      </w:r>
      <w:r>
        <w:rPr>
          <w:sz w:val="20"/>
        </w:rPr>
        <w:t>2:29  har paighambar ek witness hota tha, gawah Khuda ki taraf se. to har paighambar shahid hota tha.</w:t>
      </w:r>
      <w:r>
        <w:br/>
      </w:r>
      <w:r>
        <w:rPr>
          <w:sz w:val="20"/>
        </w:rPr>
        <w:t>2:40  to wahi kaam jo profit ne kiya, shahadat wala kaam, wahi kaam aakhiri zamane mein anjaam payega, final taur par.</w:t>
      </w:r>
      <w:r>
        <w:br/>
      </w:r>
      <w:r>
        <w:rPr>
          <w:sz w:val="20"/>
        </w:rPr>
        <w:t>2:52  aur woh Khuda ke nazdeek poore tareekh insaan ka sab se bada kaam hoga.</w:t>
      </w:r>
    </w:p>
    <w:p>
      <w:pPr>
        <w:pStyle w:val="Heading2"/>
      </w:pPr>
      <w:r>
        <w:t>Quran's promise - remember Me and I will remember you</w:t>
      </w:r>
    </w:p>
    <w:p>
      <w:r>
        <w:rPr>
          <w:color w:val="666666"/>
          <w:sz w:val="18"/>
        </w:rPr>
        <w:t>Building a Heavenly Personality May 28, 2023 · 40s · at 24:03 · https://youtu.be/xl1-jaw6zwg?t=1443</w:t>
      </w:r>
    </w:p>
    <w:p>
      <w:r>
        <w:rPr>
          <w:i/>
        </w:rPr>
        <w:t>“Remember Me and I will remember you, says the Quran”</w:t>
      </w:r>
    </w:p>
    <w:p>
      <w:r>
        <w:rPr>
          <w:sz w:val="20"/>
        </w:rPr>
        <w:t>24:03  tasbeeh parhna nahi, balke dil se Khuda ko yaad karna, jo Khuda ki blessings hain, unke reference mein Khuda ko yaad karna. zikr ke lafzi maani to yaad karna hai, lekin yaad karna matlab yeh understood hai ke Khuda ko poori spirit ke saath yaad karna.</w:t>
      </w:r>
      <w:r>
        <w:br/>
      </w:r>
      <w:r>
        <w:rPr>
          <w:sz w:val="20"/>
        </w:rPr>
        <w:t>24:20  Quran mein aaya hai "فَاذْكُرُونِيأَذْكُرْكُمْ" , tum mujh ko yaad rakho, main tum ko yaad rakhoonga. to yaad rakhne mein yeh understood hai ke hamein woh tadabbur o tafakkur karna hai,</w:t>
      </w:r>
      <w:r>
        <w:br/>
      </w:r>
      <w:r>
        <w:rPr>
          <w:sz w:val="20"/>
        </w:rPr>
        <w:t>24:33  Khuda ko, matlab Quran ko samajh kar parhna hai, Rasool Allah sallallahu alaihi wasallam ki zindagi ko samajhna hai, aap ki taleemat ko samajhna hai.</w:t>
      </w:r>
    </w:p>
    <w:p>
      <w:pPr>
        <w:pStyle w:val="Heading2"/>
      </w:pPr>
      <w:r>
        <w:t>What angels do when they descend on believers</w:t>
      </w:r>
    </w:p>
    <w:p>
      <w:r>
        <w:rPr>
          <w:color w:val="666666"/>
          <w:sz w:val="18"/>
        </w:rPr>
        <w:t>Discover Iman May 01, 2007 · 57s · at 7:07 · https://youtu.be/DQL8J0Th5_I?t=427</w:t>
      </w:r>
    </w:p>
    <w:p>
      <w:r>
        <w:rPr>
          <w:i/>
        </w:rPr>
        <w:t>“Farishtay utar kar kya karte hain?”</w:t>
      </w:r>
    </w:p>
    <w:p>
      <w:r>
        <w:rPr>
          <w:sz w:val="20"/>
        </w:rPr>
        <w:t>7:07  aap ko yaqeen dete hain, aap conviction barhate hain,</w:t>
      </w:r>
      <w:r>
        <w:br/>
      </w:r>
      <w:r>
        <w:rPr>
          <w:sz w:val="20"/>
        </w:rPr>
        <w:t>7:16  aur woh kehte hain ke hum aap ke sath hain dunya mein bhi aur akhirat mein bhi. tumhare aik wale ko dar nahi hai, tumhare koi hazar nahi hai.</w:t>
      </w:r>
      <w:r>
        <w:br/>
      </w:r>
      <w:r>
        <w:rPr>
          <w:sz w:val="20"/>
        </w:rPr>
        <w:t>7:22  aur woh kehte hain ke hum aap ke saath hain dunya mein bhi aur aakhirat mein bhi. tumhare ek wale ko dar nahi hai, tumhare koi hadar nahi hai.</w:t>
      </w:r>
      <w:r>
        <w:br/>
      </w:r>
      <w:r>
        <w:rPr>
          <w:sz w:val="20"/>
        </w:rPr>
        <w:t>7:35  to kiya keh farishtay utartay hain aur dunya say akhirat tak hamaray sath rehtay hain. kaisi ajeeb baat hai.</w:t>
      </w:r>
    </w:p>
    <w:p>
      <w:pPr>
        <w:pStyle w:val="Heading2"/>
      </w:pPr>
      <w:r>
        <w:t>when a believer finds God as ultimate reality, nothing else matters</w:t>
      </w:r>
    </w:p>
    <w:p>
      <w:r>
        <w:rPr>
          <w:color w:val="666666"/>
          <w:sz w:val="18"/>
        </w:rPr>
        <w:t>CPS Women Article Discussion 19 May 14, 2023 · 54s · at 6:58 · https://youtu.be/IF_kPOoba7s?t=418</w:t>
      </w:r>
    </w:p>
    <w:p>
      <w:r>
        <w:rPr>
          <w:i/>
        </w:rPr>
        <w:t>“जब मोमीन खुदा को हकीकत के तौर पर पा लेगा”</w:t>
      </w:r>
    </w:p>
    <w:p>
      <w:r>
        <w:rPr>
          <w:sz w:val="20"/>
        </w:rPr>
        <w:t>6:58  jab momin khuda ko aur uske kalam ko woh haqiqate yani sachchai ke taur par pa lega to woh kyon matlab pa lega yani sabse badi hasti hai matlab kahat ko pa lega.</w:t>
      </w:r>
      <w:r>
        <w:br/>
      </w:r>
      <w:r>
        <w:rPr>
          <w:sz w:val="20"/>
        </w:rPr>
        <w:t>7:28  kyunki uske baad koi cheez na samajh aayegi aur na usko karne ya paane mein koi sukoon ya dilchaspi mil sakti hai. hamalana sahab kehte hain ki jo log masturi cheezon mein ghire hue hon zindagi ki haqeeq hi maroof se mehloom rehte hain. to yahan par ek cheez aur samajh aaye ki aakhirat ka gehra akeeda bhi aadmi ke andar bahut zaroori hona chahiye.</w:t>
      </w:r>
      <w:r>
        <w:br/>
      </w:r>
      <w:r>
        <w:rPr>
          <w:sz w:val="20"/>
        </w:rPr>
        <w:t>7:52  kyunki sachchai aur ikhlaas ki qeemat uski value aakhirat ke akele se hi humko milti hai.</w:t>
      </w:r>
    </w:p>
    <w:p>
      <w:pPr>
        <w:pStyle w:val="Heading2"/>
      </w:pPr>
      <w:r>
        <w:t>Without paradise, nothing else really counts</w:t>
      </w:r>
    </w:p>
    <w:p>
      <w:r>
        <w:rPr>
          <w:color w:val="666666"/>
          <w:sz w:val="18"/>
        </w:rPr>
        <w:t>Man and Paradise June 9, 2013 · 1m 19s · at 43:14 · https://youtu.be/uqXu4pUko_k?t=2594</w:t>
      </w:r>
    </w:p>
    <w:p>
      <w:r>
        <w:rPr>
          <w:i/>
        </w:rPr>
        <w:t>“Jannat nahi mili to kuchh nahi mila”</w:t>
      </w:r>
    </w:p>
    <w:p>
      <w:r>
        <w:rPr>
          <w:sz w:val="20"/>
        </w:rPr>
        <w:t>43:14  To shayad meri zuban se yeh nikle ga ke jannat na mili to kuch na mila.</w:t>
      </w:r>
      <w:r>
        <w:br/>
      </w:r>
      <w:r>
        <w:rPr>
          <w:sz w:val="20"/>
        </w:rPr>
        <w:t>43:23  Jannat na mili to kuch na mila. Aksar tanhaiyon mein yeh lafz meri zuban se nikalta rehta hai ke koi mujh se pooche ke tumhari finding kya hai to main yeh hi kahoon ga ke jannat na mili to kuch na mila.</w:t>
      </w:r>
      <w:r>
        <w:br/>
      </w:r>
      <w:r>
        <w:rPr>
          <w:sz w:val="20"/>
        </w:rPr>
        <w:t>43:46  Main yeh chahta hoon ke saari duniya ke kaan mein yeh baat daal doon, apni yeh awaaz ke jannat na mili to kuch na mila.</w:t>
      </w:r>
      <w:r>
        <w:br/>
      </w:r>
      <w:r>
        <w:rPr>
          <w:sz w:val="20"/>
        </w:rPr>
        <w:t>44:00  Main aksar tanhaiyon mein yeh yeh yeh bolta rehta hoon ke jannat na mili to kuch na mila.</w:t>
      </w:r>
      <w:r>
        <w:br/>
      </w:r>
      <w:r>
        <w:rPr>
          <w:sz w:val="20"/>
        </w:rPr>
        <w:t>44:12  Meri dua hai ke Allah ta'ala mujh ko aur aap ko is raaste par chalaye jo jannat ki taraf jane wala ho, is raaste se bachaye jo jahannam ki taraf le aata hai.</w:t>
      </w:r>
    </w:p>
    <w:p>
      <w:pPr>
        <w:pStyle w:val="Heading2"/>
      </w:pPr>
      <w:r>
        <w:t>No Arab is superior to non-Arab, all equal</w:t>
      </w:r>
    </w:p>
    <w:p>
      <w:r>
        <w:rPr>
          <w:color w:val="666666"/>
          <w:sz w:val="18"/>
        </w:rPr>
        <w:t>Message of Hajj November 14, 2007 · 45s · at 29:19 · https://youtu.be/cCvhc4niTao?t=1759</w:t>
      </w:r>
    </w:p>
    <w:p>
      <w:r>
        <w:rPr>
          <w:i/>
        </w:rPr>
        <w:t>“No Arab has superiority over a non-Arab, none at all.”</w:t>
      </w:r>
    </w:p>
    <w:p>
      <w:r>
        <w:rPr>
          <w:sz w:val="20"/>
        </w:rPr>
        <w:t>29:19  to kaha head of the state ki hesiyat se aap ne yeh yeh declare kiya. ek ek declaration tha yeh ke arab ko arabi ko ajami par koi superiority nahi hai.</w:t>
      </w:r>
      <w:r>
        <w:br/>
      </w:r>
      <w:r>
        <w:rPr>
          <w:sz w:val="20"/>
        </w:rPr>
        <w:t>29:35  ajami ko arabi par ya arabi ko ajami par koi superiority nahi hai. kisi black ko kisi white par superiority nahi hai. na white ko black par, na black ko white par superiority hai.</w:t>
      </w:r>
      <w:r>
        <w:br/>
      </w:r>
      <w:r>
        <w:rPr>
          <w:sz w:val="20"/>
        </w:rPr>
        <w:t>29:46  sab insan barabar hain, sab insan barabar hain.</w:t>
      </w:r>
      <w:r>
        <w:br/>
      </w:r>
      <w:r>
        <w:rPr>
          <w:sz w:val="20"/>
        </w:rPr>
        <w:t>29:50  yeh ek human equality ka ek ek ek elaan tha, ek declaration tha jo head of the state ki zuban se wahan par kiya gaya.</w:t>
      </w:r>
    </w:p>
    <w:p>
      <w:pPr>
        <w:pStyle w:val="Heading2"/>
      </w:pPr>
      <w:r>
        <w:t>No excuse for not doing dawah</w:t>
      </w:r>
    </w:p>
    <w:p>
      <w:r>
        <w:rPr>
          <w:color w:val="666666"/>
          <w:sz w:val="18"/>
        </w:rPr>
        <w:t>Concept of Hamd January 31, 2016 · 26s · at 56:24 · https://youtu.be/-XiDMbMoQm8?t=3384</w:t>
      </w:r>
    </w:p>
    <w:p>
      <w:r>
        <w:rPr>
          <w:i/>
        </w:rPr>
        <w:t>“Yeh saare raaste khole gaye hain”</w:t>
      </w:r>
    </w:p>
    <w:p>
      <w:r>
        <w:rPr>
          <w:sz w:val="20"/>
        </w:rPr>
        <w:t>56:24  yeh sare raaste khole gaye hain aur yeh nishani hai ke ab agar aap log dawat ka kaam nahi karoge to aap ke liye koi excuse nahi Allah ke samne uzar nahi Allah ke samne to bas hum logo ko is kaam mein lag jana chahiye aur jitna zyada ho sake logo ko bata dena chahiye Allah taala hum tamam logo ko zyada se zyada logo tak Allah ke paigham ko pahunchane ki tofeeq de</w:t>
      </w:r>
      <w:r>
        <w:br/>
      </w:r>
      <w:r>
        <w:rPr>
          <w:sz w:val="20"/>
        </w:rPr>
        <w:t>56:50  so now i would request maulana yaqoob umri sahib to come and share his experience of world book fair a maulana yaqoob umri</w:t>
      </w:r>
    </w:p>
    <w:p>
      <w:pPr>
        <w:pStyle w:val="Heading2"/>
      </w:pPr>
      <w:r>
        <w:t>Boxer's 'king of the world' boast humbled by illness</w:t>
      </w:r>
    </w:p>
    <w:p>
      <w:r>
        <w:rPr>
          <w:color w:val="666666"/>
          <w:sz w:val="18"/>
        </w:rPr>
        <w:t>The Importance of Tadabbur December 5, 2010 · 56s · at 1:28:29 · https://youtu.be/VEhC8W1mfSY?t=5309</w:t>
      </w:r>
    </w:p>
    <w:p>
      <w:r>
        <w:rPr>
          <w:i/>
        </w:rPr>
        <w:t>“I am the king of the world, main aalam ka badshah hoon”</w:t>
      </w:r>
    </w:p>
    <w:p>
      <w:r>
        <w:rPr>
          <w:sz w:val="20"/>
        </w:rPr>
        <w:t>1:28:29  reality ko discover kijiye. Jaise woh America ka jo boxer tha, woh kehta tha, kehta, kehta, kehta tha: "I am the, I am, I am, I am the king of the world, main alam ka badshah hoon."</w:t>
      </w:r>
      <w:r>
        <w:br/>
      </w:r>
      <w:r>
        <w:rPr>
          <w:sz w:val="20"/>
        </w:rPr>
        <w:t>1:28:45  aisa iska haal hai ke woh jo bimari konsi kahi jati hai, haath kaanpne lagta hai, jo Parkinson, woh chai ki payali nahi pakar sakta. Woh</w:t>
      </w:r>
      <w:r>
        <w:br/>
      </w:r>
      <w:r>
        <w:rPr>
          <w:sz w:val="20"/>
        </w:rPr>
        <w:t>1:28:59  "I am the king of the world" to woh isne apni ajz ko daryaft nahi kiya tha. Woh jo baat ko jo pesh aaya, isi ko jaan leta intellectual level par, woh shaori taur par to woh daryaft hoti hai.</w:t>
      </w:r>
      <w:r>
        <w:br/>
      </w:r>
      <w:r>
        <w:rPr>
          <w:sz w:val="20"/>
        </w:rPr>
        <w:t>1:29:13  ab to compulsion hai,</w:t>
      </w:r>
      <w:r>
        <w:br/>
      </w:r>
      <w:r>
        <w:rPr>
          <w:sz w:val="20"/>
        </w:rPr>
        <w:t>1:29:16  jab iske haath mein taqat thi, tab agar agar jaan leta is baat ko to woh daryaft hoti. Woh to isko ajz aata hai iske andar.</w:t>
      </w:r>
    </w:p>
    <w:p>
      <w:pPr>
        <w:pStyle w:val="Heading2"/>
      </w:pPr>
      <w:r>
        <w:t>Treat everyone as human not as kafir</w:t>
      </w:r>
    </w:p>
    <w:p>
      <w:r>
        <w:rPr>
          <w:color w:val="666666"/>
          <w:sz w:val="18"/>
        </w:rPr>
        <w:t>Dars-e-Quran, Chapter 2, Verse 35 | December 17, 2017 · 30s · at 58:25 · https://youtu.be/Cd8MlWM7B9w?t=3505</w:t>
      </w:r>
    </w:p>
    <w:p>
      <w:r>
        <w:rPr>
          <w:i/>
        </w:rPr>
        <w:t>“Bas yeh ghair ka tasawwur khatam kar dijiye”</w:t>
      </w:r>
    </w:p>
    <w:p>
      <w:r>
        <w:rPr>
          <w:sz w:val="20"/>
        </w:rPr>
        <w:t>58:25  مسلمانوں نے hate develop کر رکھی ہے non-Muslim کے لیے۔</w:t>
      </w:r>
      <w:r>
        <w:br/>
      </w:r>
      <w:r>
        <w:rPr>
          <w:sz w:val="20"/>
        </w:rPr>
        <w:t>58:32  sari dunya ke non muslimon se hate, sab se hate.</w:t>
      </w:r>
      <w:r>
        <w:br/>
      </w:r>
      <w:r>
        <w:rPr>
          <w:sz w:val="20"/>
        </w:rPr>
        <w:t>58:40  jis musalman se miliye aap to doosron ko woh kahein kafir hai, jahannami hai, yeh hai, woh hai.</w:t>
      </w:r>
      <w:r>
        <w:br/>
      </w:r>
      <w:r>
        <w:rPr>
          <w:sz w:val="20"/>
        </w:rPr>
        <w:t>58:47  bas hate ko nikal dijiye to apne aap prevail kare gi insani humdardi.</w:t>
      </w:r>
    </w:p>
    <w:p>
      <w:pPr>
        <w:pStyle w:val="Heading2"/>
      </w:pPr>
      <w:r>
        <w:t>hadith: people are asleep, death wakes them</w:t>
      </w:r>
    </w:p>
    <w:p>
      <w:r>
        <w:rPr>
          <w:color w:val="666666"/>
          <w:sz w:val="18"/>
        </w:rPr>
        <w:t>From The Spiritual Tree September 8, 2013 · 48s · at 14:28 · https://youtu.be/Vv6vf2N8YQA?t=868</w:t>
      </w:r>
    </w:p>
    <w:p>
      <w:r>
        <w:rPr>
          <w:i/>
        </w:rPr>
        <w:t>“الناس نیام اذا ماتوا انتبھوا”</w:t>
      </w:r>
    </w:p>
    <w:p>
      <w:r>
        <w:rPr>
          <w:sz w:val="20"/>
        </w:rPr>
        <w:t>14:28  to "al-nas al-na'am idha matu intabahu" ka matlab hai ke log soye hue hain. log neend mein hain.</w:t>
      </w:r>
      <w:r>
        <w:br/>
      </w:r>
      <w:r>
        <w:rPr>
          <w:sz w:val="20"/>
        </w:rPr>
        <w:t>14:38  jab marenge tab woh jaagenge. kaisi ajeeb baat hai.</w:t>
      </w:r>
      <w:r>
        <w:br/>
      </w:r>
      <w:r>
        <w:rPr>
          <w:sz w:val="20"/>
        </w:rPr>
        <w:t>14:47  yeh is duniya mein log jo ghaflat mein hain, log akhirat ko jo bhule hue hain. paradise ko unhon ne apna concern nahi banaya.</w:t>
      </w:r>
      <w:r>
        <w:br/>
      </w:r>
      <w:r>
        <w:rPr>
          <w:sz w:val="20"/>
        </w:rPr>
        <w:t>14:57  is ko unhon ne kaha ke log neend mein hain, soye hue hain.</w:t>
      </w:r>
      <w:r>
        <w:br/>
      </w:r>
      <w:r>
        <w:rPr>
          <w:sz w:val="20"/>
        </w:rPr>
        <w:t>15:03  log soye hue hain, jab woh marenge tab woh jaagenge. tab un ko pata chalega ke hum ne kaisi ek ajeeb mauqa kho diya.</w:t>
      </w:r>
    </w:p>
    <w:p>
      <w:pPr>
        <w:pStyle w:val="Heading2"/>
      </w:pPr>
      <w:r>
        <w:t>Ordinary qualities make extraordinary people</w:t>
      </w:r>
    </w:p>
    <w:p>
      <w:r>
        <w:rPr>
          <w:color w:val="666666"/>
          <w:sz w:val="18"/>
        </w:rPr>
        <w:t>The Real Problem before Mankind August 3, 2008 · 53s · at 55:56 · https://youtu.be/ndFl4lXCq_c?t=3356</w:t>
      </w:r>
    </w:p>
    <w:p>
      <w:r>
        <w:rPr>
          <w:i/>
        </w:rPr>
        <w:t>“Ordinary qualities make extraordinary people”</w:t>
      </w:r>
    </w:p>
    <w:p>
      <w:r>
        <w:rPr>
          <w:sz w:val="20"/>
        </w:rPr>
        <w:t>55:56  to yeh yeh sab ek Hindi ka ek maqoola mujhe pasand hai, bohat ziyada ke "sadharan gunon se sadharan mush banate hain".</w:t>
      </w:r>
      <w:r>
        <w:br/>
      </w:r>
      <w:r>
        <w:rPr>
          <w:sz w:val="20"/>
        </w:rPr>
        <w:t>56:08  yeh mujhe bohat pasand aata hai, yeh Hindi ka maqoola ek hai, ek ek saying ke "sadharan gunon se sadharan mush banate hain".</w:t>
      </w:r>
      <w:r>
        <w:br/>
      </w:r>
      <w:r>
        <w:rPr>
          <w:sz w:val="20"/>
        </w:rPr>
        <w:t>56:20  yani ordinary cheezen extra ordinary insan banati hain. to dekhen, jo cheez choti lagti hai, choti wahi insan ke andar wo cheezen paida karti hain jis se insan bare bare kaam kar sake.</w:t>
      </w:r>
      <w:r>
        <w:br/>
      </w:r>
      <w:r>
        <w:rPr>
          <w:sz w:val="20"/>
        </w:rPr>
        <w:t>56:35  to simple simplicity, introspection, apni galtiyon ko maan lena, modesty. dekhne mein, kehne mein choti cheezen lagti hain ye, lekin yahi bara insan banati hain.</w:t>
      </w:r>
    </w:p>
    <w:p>
      <w:pPr>
        <w:pStyle w:val="Heading2"/>
      </w:pPr>
      <w:r>
        <w:t>Prophetic sunnah: never reopen a closed chapter of the past</w:t>
      </w:r>
    </w:p>
    <w:p>
      <w:r>
        <w:rPr>
          <w:color w:val="666666"/>
          <w:sz w:val="18"/>
        </w:rPr>
        <w:t>Paradise Culture January 12, 2014 · 35s · at 42:30 · https://youtu.be/Z3A6r7XjE00?t=2550</w:t>
      </w:r>
    </w:p>
    <w:p>
      <w:r>
        <w:rPr>
          <w:i/>
        </w:rPr>
        <w:t>“Sunnat yeh hai: maazi ke chapter ko dobara na kholna.”</w:t>
      </w:r>
    </w:p>
    <w:p>
      <w:r>
        <w:rPr>
          <w:sz w:val="20"/>
        </w:rPr>
        <w:t>42:30  to maine kaha, is se badi sunnat jo hai woh bhule hue hain. woh kya hai? maazi ke is chapter ko dobara na kholna.</w:t>
      </w:r>
      <w:r>
        <w:br/>
      </w:r>
      <w:r>
        <w:rPr>
          <w:sz w:val="20"/>
        </w:rPr>
        <w:t>42:40  yeh bhi sunnat Rasool hai ke maazi ke chapter ko dobara na kholna. is liye ke is se bade bade fasaad paida hote hain.</w:t>
      </w:r>
      <w:r>
        <w:br/>
      </w:r>
      <w:r>
        <w:rPr>
          <w:sz w:val="20"/>
        </w:rPr>
        <w:t>42:48  to maine misaal di un ko ke dekhiye, Makkah mein jo Kaaba hai, woh ek martaba Rasool, yaani Rasool Allah ke zamane mein se pehle, woh mushrikeen ke qabze mein aa gaya tha.</w:t>
      </w:r>
    </w:p>
    <w:p>
      <w:pPr>
        <w:pStyle w:val="Heading2"/>
      </w:pPr>
      <w:r>
        <w:t>Gun vs ideology problem</w:t>
      </w:r>
    </w:p>
    <w:p>
      <w:r>
        <w:rPr>
          <w:color w:val="666666"/>
          <w:sz w:val="18"/>
        </w:rPr>
        <w:t>Art of Thinking November 02, 2014 Maulana Wahiduddin Khan · 25s · at 7:42 · https://youtu.be/jxGjv30RG1Q?t=462</w:t>
      </w:r>
    </w:p>
    <w:p>
      <w:r>
        <w:rPr>
          <w:i/>
        </w:rPr>
        <w:t>“یہ مسئلہ گن ورسز گن کا ہے ہی نہیں”</w:t>
      </w:r>
    </w:p>
    <w:p>
      <w:r>
        <w:rPr>
          <w:sz w:val="20"/>
        </w:rPr>
        <w:t>7:42  to is ki jar ki baat kya hai? jar ki baat yeh hai ke yeh masla gun versus gun ka hai hi nahi. yeh masla gun versus gun ka hai hi nahi.</w:t>
      </w:r>
      <w:r>
        <w:br/>
      </w:r>
      <w:r>
        <w:rPr>
          <w:sz w:val="20"/>
        </w:rPr>
        <w:t>7:54  yeh masla hai gun versus ideology ka masla. is do so saal ke andar kuch log aise paida hue jinhon ne Islam ko</w:t>
      </w:r>
    </w:p>
    <w:p>
      <w:pPr>
        <w:pStyle w:val="Heading2"/>
      </w:pPr>
      <w:r>
        <w:t>Muslims live in complaint</w:t>
      </w:r>
    </w:p>
    <w:p>
      <w:r>
        <w:rPr>
          <w:color w:val="666666"/>
          <w:sz w:val="18"/>
        </w:rPr>
        <w:t>Universal outlook April 09, 2017 · 31s · at 2:21 · https://youtu.be/n3HAPCpom5c?t=141</w:t>
      </w:r>
    </w:p>
    <w:p>
      <w:r>
        <w:rPr>
          <w:i/>
        </w:rPr>
        <w:t>“Muslim shikayat mein jeete hain”</w:t>
      </w:r>
    </w:p>
    <w:p>
      <w:r>
        <w:rPr>
          <w:sz w:val="20"/>
        </w:rPr>
        <w:t>2:21  musalman, saari dunya ke musalman shikayat mein jeete hain. shikayat. yaani america mein rehne wala musalman bhi kehta hai "We are under siege".</w:t>
      </w:r>
      <w:r>
        <w:br/>
      </w:r>
      <w:r>
        <w:rPr>
          <w:sz w:val="20"/>
        </w:rPr>
        <w:t>2:34  india mein, arab mein, jahan bhi musalman hain, shikayat ki bari bolte hain. unhein unhein pata hi nahin ke shikayat ko to khatm ho gaya. shikayat ka age hi khatm ho gaya.</w:t>
      </w:r>
    </w:p>
    <w:p>
      <w:pPr>
        <w:pStyle w:val="Heading2"/>
      </w:pPr>
      <w:r>
        <w:t>Moses asks to see God</w:t>
      </w:r>
    </w:p>
    <w:p>
      <w:r>
        <w:rPr>
          <w:color w:val="666666"/>
          <w:sz w:val="18"/>
        </w:rPr>
        <w:t>The Existence of God January 27, 2019 Maulana Wahiduddin Khan · 36s · at 2:09 · https://youtu.be/fh9tr5ZrUno?t=129</w:t>
      </w:r>
    </w:p>
    <w:p>
      <w:r>
        <w:rPr>
          <w:i/>
        </w:rPr>
        <w:t>“Rabbi arni anzur ilayk”</w:t>
      </w:r>
    </w:p>
    <w:p>
      <w:r>
        <w:rPr>
          <w:sz w:val="20"/>
        </w:rPr>
        <w:t>2:09  to is waqt keh pare, hazrat musa yeh keh pare: "rab arni anzar ilaik."</w:t>
      </w:r>
      <w:r>
        <w:br/>
      </w:r>
      <w:r>
        <w:rPr>
          <w:sz w:val="20"/>
        </w:rPr>
        <w:t>2:20  khudaya mujhe dekha, mujhe dikha de, main tujh ko dekhna chahta hoon. to awaz aai</w:t>
      </w:r>
      <w:r>
        <w:br/>
      </w:r>
      <w:r>
        <w:rPr>
          <w:sz w:val="20"/>
        </w:rPr>
        <w:t>2:33  keh "lan tarani"، tum is ko dekh nahin sakte۔</w:t>
      </w:r>
    </w:p>
    <w:p>
      <w:pPr>
        <w:pStyle w:val="Heading2"/>
      </w:pPr>
      <w:r>
        <w:t>Building a universal outlook through the Quran</w:t>
      </w:r>
    </w:p>
    <w:p>
      <w:r>
        <w:rPr>
          <w:color w:val="666666"/>
          <w:sz w:val="18"/>
        </w:rPr>
        <w:t>Pillars of Western Thought October 6, 2013 · 1m 13s · at 1:07:06 · https://youtu.be/o4WfPvju5_M?t=4026</w:t>
      </w:r>
    </w:p>
    <w:p>
      <w:r>
        <w:rPr>
          <w:i/>
        </w:rPr>
        <w:t>“How do I build a universal outlook? Read the Quran”</w:t>
      </w:r>
    </w:p>
    <w:p>
      <w:r>
        <w:rPr>
          <w:sz w:val="20"/>
        </w:rPr>
        <w:t>1:07:06  kiya hai. unhon ne likha hai: "maulana sahib, main aap se yeh janna chahta hoon ke main apne andar universal outlook ka zehan kaise banaun?" quran parhiye.</w:t>
      </w:r>
      <w:r>
        <w:br/>
      </w:r>
      <w:r>
        <w:rPr>
          <w:sz w:val="20"/>
        </w:rPr>
        <w:t>1:07:19  quran mein aap dekhiye, bar bar "eha naas, eha naas, eha naas". yani saari insaniyat ko quran khitab karta hai.</w:t>
      </w:r>
      <w:r>
        <w:br/>
      </w:r>
      <w:r>
        <w:rPr>
          <w:sz w:val="20"/>
        </w:rPr>
        <w:t>1:07:31  quran ko agar aap bar bar parhein, samajh kar ke to apne aap hi aap ke andar nuqta nazar aa jayega. pehli ayat dekhiye: "alhamdulillah rabbul alameen".</w:t>
      </w:r>
      <w:r>
        <w:br/>
      </w:r>
      <w:r>
        <w:rPr>
          <w:sz w:val="20"/>
        </w:rPr>
        <w:t>1:07:43  yani rabb, yani allah ka jo is mein tasawwur diya gaya hai, woh sare alam ka rabb hai. pehli ayat aap ko universal bana degi.</w:t>
      </w:r>
      <w:r>
        <w:br/>
      </w:r>
      <w:r>
        <w:rPr>
          <w:sz w:val="20"/>
        </w:rPr>
        <w:t>1:07:53  yani rabbul muslimeen nahi, quran mein rabbul alameen hai.</w:t>
      </w:r>
      <w:r>
        <w:br/>
      </w:r>
      <w:r>
        <w:rPr>
          <w:sz w:val="20"/>
        </w:rPr>
        <w:t>1:07:59  to mein samajhta hoon ke sab se acha nuskha hai universal zehan banane ka ke aap quran ko samajh kar parhein. samajh kar bas is ke baad sab masla hal ho jayega.</w:t>
      </w:r>
      <w:r>
        <w:br/>
      </w:r>
      <w:r>
        <w:rPr>
          <w:sz w:val="20"/>
        </w:rPr>
        <w:t>1:08:09  waise meri aik kitab bhi hai, "deen insaniyat" is ka naam hai. is ko aap parh sakte hain. aap is mein bhi is tarah ki baatein hain.</w:t>
      </w:r>
    </w:p>
    <w:p>
      <w:pPr>
        <w:pStyle w:val="Heading2"/>
      </w:pPr>
      <w:r>
        <w:t>Young Maulana's sleepless night over borrowed money</w:t>
      </w:r>
    </w:p>
    <w:p>
      <w:r>
        <w:rPr>
          <w:color w:val="666666"/>
          <w:sz w:val="18"/>
        </w:rPr>
        <w:t>God Oriented Life July 9, 2023 · 37s · at 45:23 · https://youtu.be/0bQxMeOk5c8?t=2723</w:t>
      </w:r>
    </w:p>
    <w:p>
      <w:r>
        <w:rPr>
          <w:i/>
        </w:rPr>
        <w:t>“Maulana was about twenty-five, with someone's money in his pocket”</w:t>
      </w:r>
    </w:p>
    <w:p>
      <w:r>
        <w:rPr>
          <w:sz w:val="20"/>
        </w:rPr>
        <w:t>45:23  aik bar mujhe yaad aata hai ke taqreeban shayad 25, 20, 25 saal ke Maulana rahe honge. ji to un ki jeb mein kuch so do so rupiya tha kisi ka.</w:t>
      </w:r>
      <w:r>
        <w:br/>
      </w:r>
      <w:r>
        <w:rPr>
          <w:sz w:val="20"/>
        </w:rPr>
        <w:t>45:34  ab pata nahi kyun un ko aisa feel hua ke kahin mein mar jaon to pata nahi chalega kis ka paisa hai. hmm to un ko neend hi nahi aa rahi thi.</w:t>
      </w:r>
      <w:r>
        <w:br/>
      </w:r>
      <w:r>
        <w:rPr>
          <w:sz w:val="20"/>
        </w:rPr>
        <w:t>45:44  ji ji phir unhon ne lalten jalai. woh gaon ka zamana tha. lalten jalai, aik kaghaz qalam liya aur likha ke mein mar jaon to yeh paisa falan ko de diya jaye.</w:t>
      </w:r>
      <w:r>
        <w:br/>
      </w:r>
      <w:r>
        <w:rPr>
          <w:sz w:val="20"/>
        </w:rPr>
        <w:t>45:54  ji to itna zyada insaan ko conscious rehna hai ke hum se koi ghalti na ho jaye.</w:t>
      </w:r>
    </w:p>
    <w:p>
      <w:pPr>
        <w:pStyle w:val="Heading2"/>
      </w:pPr>
      <w:r>
        <w:t>Desires without fulfillment in this world</w:t>
      </w:r>
    </w:p>
    <w:p>
      <w:r>
        <w:rPr>
          <w:color w:val="666666"/>
          <w:sz w:val="18"/>
        </w:rPr>
        <w:t>The Concept of Death in Islam August 7, 2007 · 29s · at 25:37 · https://youtu.be/pB0cQfYw91E?t=1537</w:t>
      </w:r>
    </w:p>
    <w:p>
      <w:r>
        <w:rPr>
          <w:i/>
        </w:rPr>
        <w:t>“Why are there desires but no fulfillment?”</w:t>
      </w:r>
    </w:p>
    <w:p>
      <w:r>
        <w:rPr>
          <w:sz w:val="20"/>
        </w:rPr>
        <w:t>25:37  So it is a great question. Why are there desires, but there is no fulfillment?</w:t>
      </w:r>
      <w:r>
        <w:br/>
      </w:r>
      <w:r>
        <w:rPr>
          <w:sz w:val="20"/>
        </w:rPr>
        <w:t>25:44  We see that here is thirst, but there is water.</w:t>
      </w:r>
      <w:r>
        <w:br/>
      </w:r>
      <w:r>
        <w:rPr>
          <w:sz w:val="20"/>
        </w:rPr>
        <w:t>25:54  We find, we experience that here in this world is thirst. At the same time, there is water.</w:t>
      </w:r>
    </w:p>
    <w:p>
      <w:pPr>
        <w:pStyle w:val="Heading2"/>
      </w:pPr>
      <w:r>
        <w:t>Discovery-level faith and paradise</w:t>
      </w:r>
    </w:p>
    <w:p>
      <w:r>
        <w:rPr>
          <w:color w:val="666666"/>
          <w:sz w:val="18"/>
        </w:rPr>
        <w:t>Purpose of Human Life I 2nd Dec. '12 · 1m 31s · at 49:17 · https://youtu.be/ilEf2fol6Gk?t=2957</w:t>
      </w:r>
    </w:p>
    <w:p>
      <w:r>
        <w:rPr>
          <w:i/>
        </w:rPr>
        <w:t>“صرف کلمہ پڑھ کر جنت نہیں ملے گی”</w:t>
      </w:r>
    </w:p>
    <w:p>
      <w:r>
        <w:rPr>
          <w:sz w:val="20"/>
        </w:rPr>
        <w:t>49:17  iman. Daryaft ke darje mein paya hua iman. To jab discovery ke darje mein milta hai iman to saada baat nahi hoti. Woh bemisal mein hota hai. Woh aap ke andar ek samajh mein hajar paida karta hai. Aap ke andar ek chashma jari hota hai Allah ke yaqeen ka, Allah se ta'alluq ka. To woh jab iman hasil hota hai, tab ja kar aap ke andar woh parshad banti hai jo parshad</w:t>
      </w:r>
      <w:r>
        <w:br/>
      </w:r>
      <w:r>
        <w:rPr>
          <w:sz w:val="20"/>
        </w:rPr>
        <w:t>49:47  jannat mein dakhil karne ke qabil ho. Sirf kalma padh kar jannat nahi milegi. Zalik jaza mantazakah. Yani ba-dqah shakhsiyat banane se jannat milegi. Ba-dqah shakhsiyat ka matlab kya hai? Woh personality jis ke andar maarifat ho, woh personality jis ke andar Allah ka ghar yaqeen ho, woh personality jis ke andar Allah se</w:t>
      </w:r>
      <w:r>
        <w:br/>
      </w:r>
      <w:r>
        <w:rPr>
          <w:sz w:val="20"/>
        </w:rPr>
        <w:t>50:18  hubb shadeed aur khauf shadeed ho, woh personality jis mein Allah uska solid concentration ban gaya ho, tab ja kar aadmi is qabil hota hai ke aakhirat mein woh jannat mein dakhle ke liye uska intikhab kiya jae. Doosri hai Dawat Allah. Yani jis haqeeqat ko aap ne apne liye</w:t>
      </w:r>
    </w:p>
    <w:p>
      <w:pPr>
        <w:pStyle w:val="Heading2"/>
      </w:pPr>
      <w:r>
        <w:t>Qur'an: loving instant gain over the hereafter</w:t>
      </w:r>
    </w:p>
    <w:p>
      <w:r>
        <w:rPr>
          <w:color w:val="666666"/>
          <w:sz w:val="18"/>
        </w:rPr>
        <w:t>Building a Heavenly Personality 15 April 2012 · 42s · at 14:32 · https://youtu.be/4YO-sZSBFPI?t=872</w:t>
      </w:r>
    </w:p>
    <w:p>
      <w:r>
        <w:rPr>
          <w:i/>
        </w:rPr>
        <w:t>“You love instant gain and forget the hereafter”</w:t>
      </w:r>
    </w:p>
    <w:p>
      <w:r>
        <w:rPr>
          <w:sz w:val="20"/>
        </w:rPr>
        <w:t>14:32  surah alqiyamah mein likha hai. kalla tuhibbul ajilata wa tadhur al-akhirah. yani you love immediate gain and you ignore the hereafter.</w:t>
      </w:r>
      <w:r>
        <w:br/>
      </w:r>
      <w:r>
        <w:rPr>
          <w:sz w:val="20"/>
        </w:rPr>
        <w:t>14:49  yani fori tor par jo milnay wala hai us mein us ko, us ko tum ne apna mehboob bana rakha hai. aur akhirat mein jo milnay wala hai us ko tum bhoolay huay ho.</w:t>
      </w:r>
      <w:r>
        <w:br/>
      </w:r>
      <w:r>
        <w:rPr>
          <w:sz w:val="20"/>
        </w:rPr>
        <w:t>15:01  yani agar us ko main tafseer karoon to yeh kahoon ga ke tum ne dunya mein jannat bananay ko apna goal bana rakha hai jo ke milnay wali nahi.</w:t>
      </w:r>
    </w:p>
    <w:p>
      <w:pPr>
        <w:pStyle w:val="Heading2"/>
      </w:pPr>
      <w:r>
        <w:t>God's glory hidden in nature</w:t>
      </w:r>
    </w:p>
    <w:p>
      <w:r>
        <w:rPr>
          <w:color w:val="666666"/>
          <w:sz w:val="18"/>
        </w:rPr>
        <w:t>Religion in the Age of Science June 15, 2008 · 22s · at 14:43 · https://youtu.be/utKHeKzoGhw?t=883</w:t>
      </w:r>
    </w:p>
    <w:p>
      <w:r>
        <w:rPr>
          <w:i/>
        </w:rPr>
        <w:t>“Mohammad ki glory logo ko maloom hai.”</w:t>
      </w:r>
    </w:p>
    <w:p>
      <w:r>
        <w:rPr>
          <w:sz w:val="20"/>
        </w:rPr>
        <w:t>14:43  to maine socha ke dekhiye ke Muhammad (SAW) ki glory logon ko maloom hai. History mein dekh rahe hain wo. God ki glory dekh hi nahi rahe thay us waqt.</w:t>
      </w:r>
      <w:r>
        <w:br/>
      </w:r>
      <w:r>
        <w:rPr>
          <w:sz w:val="20"/>
        </w:rPr>
        <w:t>14:54  God ki glory jo thi hidden form mein thi, hidden form mein. Nature mein chhapi hui thi. Ab Muhammad (SAW) ki glory jo hai history mein numayan hui.</w:t>
      </w:r>
    </w:p>
    <w:p>
      <w:pPr>
        <w:pStyle w:val="Heading2"/>
      </w:pPr>
      <w:r>
        <w:t>Critique of earn and enjoy culture</w:t>
      </w:r>
    </w:p>
    <w:p>
      <w:r>
        <w:rPr>
          <w:color w:val="666666"/>
          <w:sz w:val="18"/>
        </w:rPr>
        <w:t>The Road to Paradise (Part 2) 12 Sept, 2010 - Maulana Wahiduddin Khan · 24s · at 17:52 · https://youtu.be/9zqaX9GqkvQ?t=1072</w:t>
      </w:r>
    </w:p>
    <w:p>
      <w:r>
        <w:rPr>
          <w:i/>
        </w:rPr>
        <w:t>“Paisa kamao aur enjoy karo”</w:t>
      </w:r>
    </w:p>
    <w:p>
      <w:r>
        <w:rPr>
          <w:sz w:val="20"/>
        </w:rPr>
        <w:t>17:52  paisa kamao aur enjoy karo. is ke maani kya hain? ke unhone is nursery mein</w:t>
      </w:r>
      <w:r>
        <w:br/>
      </w:r>
      <w:r>
        <w:rPr>
          <w:sz w:val="20"/>
        </w:rPr>
        <w:t>17:59  jahan se pode jaane wale hain, paradise ke liye, wahan unhone apna poda hi nahi lagaya. idhar udhar time waste kar rahe hain, idhar udhar apna money phenk rahe hain,</w:t>
      </w:r>
      <w:r>
        <w:br/>
      </w:r>
      <w:r>
        <w:rPr>
          <w:sz w:val="20"/>
        </w:rPr>
        <w:t>18:13  idhar udhar jhooti</w:t>
      </w:r>
    </w:p>
    <w:p>
      <w:pPr>
        <w:pStyle w:val="Heading2"/>
      </w:pPr>
      <w:r>
        <w:t>Paradise is God's grace not reward</w:t>
      </w:r>
    </w:p>
    <w:p>
      <w:r>
        <w:rPr>
          <w:color w:val="666666"/>
          <w:sz w:val="18"/>
        </w:rPr>
        <w:t>Al Risala June, 2018 · 30s · at 14:12 · https://youtu.be/yuwH7JTa7OM?t=852</w:t>
      </w:r>
    </w:p>
    <w:p>
      <w:r>
        <w:rPr>
          <w:i/>
        </w:rPr>
        <w:t>“Saddidu wa qaribu wa abshiru.”</w:t>
      </w:r>
    </w:p>
    <w:p>
      <w:r>
        <w:rPr>
          <w:sz w:val="20"/>
        </w:rPr>
        <w:t>14:12  jannat ka husool.</w:t>
      </w:r>
      <w:r>
        <w:br/>
      </w:r>
      <w:r>
        <w:rPr>
          <w:sz w:val="20"/>
        </w:rPr>
        <w:t>14:19  jannat ek sahib-e-marifat ki sab se bari aarzoo hai.</w:t>
      </w:r>
      <w:r>
        <w:br/>
      </w:r>
      <w:r>
        <w:rPr>
          <w:sz w:val="20"/>
        </w:rPr>
        <w:t>14:27  jannat ke baray mein paighambar-e-Islam sallallahu alaihi wasallam ki bohat si riwayatain hadith ki kitabon mein aai hain.</w:t>
      </w:r>
      <w:r>
        <w:br/>
      </w:r>
      <w:r>
        <w:rPr>
          <w:sz w:val="20"/>
        </w:rPr>
        <w:t>14:34  ek riwayat ke alfaaz yeh hain: "saddu wa qaaribu wa abshiru fa innahu la yadkhulu ahadul jannata 'amaluhu qalu wa la anta</w:t>
      </w:r>
    </w:p>
    <w:p>
      <w:pPr>
        <w:pStyle w:val="Heading2"/>
      </w:pPr>
      <w:r>
        <w:t>Angels seek those who glorify God</w:t>
      </w:r>
    </w:p>
    <w:p>
      <w:r>
        <w:rPr>
          <w:color w:val="666666"/>
          <w:sz w:val="18"/>
        </w:rPr>
        <w:t>CPS Peace Conference 2019, Day 1. Session 2 (Remembrance of God) · 26s · at 5:40 · https://youtu.be/MaqHmFTbIqk?t=340</w:t>
      </w:r>
    </w:p>
    <w:p>
      <w:r>
        <w:rPr>
          <w:i/>
        </w:rPr>
        <w:t>“Bahut dinon ke baad mujh par yeh cheez khuli”</w:t>
      </w:r>
    </w:p>
    <w:p>
      <w:r>
        <w:rPr>
          <w:sz w:val="20"/>
        </w:rPr>
        <w:t>5:40  to to har jagah ho raha hai to tootay kya hain? bohat dinon ke baad mujh par yeh cheez khuli ke charchay ho raha hai apni community ko le kar.</w:t>
      </w:r>
      <w:r>
        <w:br/>
      </w:r>
      <w:r>
        <w:rPr>
          <w:sz w:val="20"/>
        </w:rPr>
        <w:t>5:54  farishtay dhoond rahay hain ke kya koi aisa bhi insan hai jo Allah rab ul alameen ko le kar is ko charchay kare?</w:t>
      </w:r>
    </w:p>
    <w:p>
      <w:pPr>
        <w:pStyle w:val="Heading2"/>
      </w:pPr>
      <w:r>
        <w:t>Iblis's strategy of tazyeen</w:t>
      </w:r>
    </w:p>
    <w:p>
      <w:r>
        <w:rPr>
          <w:color w:val="666666"/>
          <w:sz w:val="18"/>
        </w:rPr>
        <w:t>The Search of Man July 7, 2013 Maulana Wahiduddin Khan · 20s · at 11:05 · https://youtu.be/yfdg8zIZu-k?t=665</w:t>
      </w:r>
    </w:p>
    <w:p>
      <w:r>
        <w:rPr>
          <w:i/>
        </w:rPr>
        <w:t>“Yeh sab sochte hue phir mujhe yaad aaya ke”</w:t>
      </w:r>
    </w:p>
    <w:p>
      <w:r>
        <w:rPr>
          <w:sz w:val="20"/>
        </w:rPr>
        <w:t>11:05  yeh sab sochte hue phir mujhe yaad aaya ke shaitan ka harba kya hai? us ki tadbeer kya hai? to quran mein shaitan ne kaha hai ke uska harba hai tazeen, tazeen, beautification.</w:t>
      </w:r>
    </w:p>
    <w:p>
      <w:pPr>
        <w:pStyle w:val="Heading2"/>
      </w:pPr>
      <w:r>
        <w:t>Protection comes through spreading God's message</w:t>
      </w:r>
    </w:p>
    <w:p>
      <w:r>
        <w:rPr>
          <w:color w:val="666666"/>
          <w:sz w:val="18"/>
        </w:rPr>
        <w:t>Lessons from Bombay Nov 30, 2008 · 44s · at 55:02 · https://youtu.be/LiDznEqzaRI?t=3302</w:t>
      </w:r>
    </w:p>
    <w:p>
      <w:r>
        <w:rPr>
          <w:i/>
        </w:rPr>
        <w:t>“Agar hifazat chahte ho to dawat ka kaam karo.”</w:t>
      </w:r>
    </w:p>
    <w:p>
      <w:r>
        <w:rPr>
          <w:sz w:val="20"/>
        </w:rPr>
        <w:t>55:02  To aakhir mein khada hua, maine kaha ke dekhein, Quran ki ek aayat hai: "Ya ayyuha al-Rasool, baligh ma unzila ilayka birabbika, wa in lam taf'al fama balaghta risalatahu, wallahu ya'simuka min al-nas".</w:t>
      </w:r>
      <w:r>
        <w:br/>
      </w:r>
      <w:r>
        <w:rPr>
          <w:sz w:val="20"/>
        </w:rPr>
        <w:t>55:21  To maine kaha ke dekhein, wahan saare ulama the maujood. Is aayat se maloom hota hai ke ismat min al-nas ka raaz dawat ilay Allah mein chupa hua hai.</w:t>
      </w:r>
      <w:r>
        <w:br/>
      </w:r>
      <w:r>
        <w:rPr>
          <w:sz w:val="20"/>
        </w:rPr>
        <w:t>55:36  Ismat maani hifazat, yaani hifazat chahte ho to dawat ka kaam karo.</w:t>
      </w:r>
      <w:r>
        <w:br/>
      </w:r>
      <w:r>
        <w:rPr>
          <w:sz w:val="20"/>
        </w:rPr>
        <w:t>55:44  Agar hifazat chahte ho to dawat ka kaam karo.</w:t>
      </w:r>
    </w:p>
    <w:p>
      <w:pPr>
        <w:pStyle w:val="Heading2"/>
      </w:pPr>
      <w:r>
        <w:t>Loss converted to spiritual gain</w:t>
      </w:r>
    </w:p>
    <w:p>
      <w:r>
        <w:rPr>
          <w:color w:val="666666"/>
          <w:sz w:val="18"/>
        </w:rPr>
        <w:t>The Discovery of God IIC Prog (CPS Members talk) November 2, 2019 · 32s · at 11:44 · https://youtu.be/hsBwCnNHLvw?t=704</w:t>
      </w:r>
    </w:p>
    <w:p>
      <w:r>
        <w:rPr>
          <w:i/>
        </w:rPr>
        <w:t>“I think the discovery of God is a kind of, you know,”</w:t>
      </w:r>
    </w:p>
    <w:p>
      <w:r>
        <w:rPr>
          <w:sz w:val="20"/>
        </w:rPr>
        <w:t>11:44  So I think the discovery of God is a kind of, you know, you feel you have a sense of loss, but when you discover God, you don't feel that loss.</w:t>
      </w:r>
      <w:r>
        <w:br/>
      </w:r>
      <w:r>
        <w:rPr>
          <w:sz w:val="20"/>
        </w:rPr>
        <w:t>11:53  You have loss, but you don't feel loss. So this person said to me that his loss, material loss, was converted into spiritual gain.</w:t>
      </w:r>
      <w:r>
        <w:br/>
      </w:r>
      <w:r>
        <w:rPr>
          <w:sz w:val="20"/>
        </w:rPr>
        <w:t>12:02  So not only death and disaster and loss make you discover God, it makes you realize that you need a Being whom you can take refuge in and who gives you comfort and solace.</w:t>
      </w:r>
    </w:p>
    <w:p>
      <w:pPr>
        <w:pStyle w:val="Heading2"/>
      </w:pPr>
      <w:r>
        <w:t>Three levels defined</w:t>
      </w:r>
    </w:p>
    <w:p>
      <w:r>
        <w:rPr>
          <w:color w:val="666666"/>
          <w:sz w:val="18"/>
        </w:rPr>
        <w:t>Three levels of Realization 4 July 2010 - Maulana Wahiduddin Khan · 28s · at 11:52 · https://youtu.be/H-kx5TldzfQ?t=712</w:t>
      </w:r>
    </w:p>
    <w:p>
      <w:r>
        <w:rPr>
          <w:i/>
        </w:rPr>
        <w:t>“Ek hai level kya?”</w:t>
      </w:r>
    </w:p>
    <w:p>
      <w:r>
        <w:rPr>
          <w:sz w:val="20"/>
        </w:rPr>
        <w:t>11:52  ek hai level kya? ritualistic level. doosra hai rational level.</w:t>
      </w:r>
      <w:r>
        <w:br/>
      </w:r>
      <w:r>
        <w:rPr>
          <w:sz w:val="20"/>
        </w:rPr>
        <w:t>12:01  teesra hai intishnal level. riecholistic level, rational level, intishnal level. to aam taur par jo aap jante hain jis cheez ko ke ek khuda ko manne wale kya kar rahe hain, kuch rasmon mein phanse hue hain.</w:t>
      </w:r>
    </w:p>
    <w:p>
      <w:pPr>
        <w:pStyle w:val="Heading2"/>
      </w:pPr>
      <w:r>
        <w:t>The word zulm is not in God's dictionary</w:t>
      </w:r>
    </w:p>
    <w:p>
      <w:r>
        <w:rPr>
          <w:color w:val="666666"/>
          <w:sz w:val="18"/>
        </w:rPr>
        <w:t>Importance of Patience October 26, 2014 · 29s · at 10:15 · https://youtu.be/XdOlp9-fPG0?t=615</w:t>
      </w:r>
    </w:p>
    <w:p>
      <w:r>
        <w:rPr>
          <w:i/>
        </w:rPr>
        <w:t>“Zulm — that word isn't in God's dictionary”</w:t>
      </w:r>
    </w:p>
    <w:p>
      <w:r>
        <w:rPr>
          <w:sz w:val="20"/>
        </w:rPr>
        <w:t>10:15  dekhein, yaad rakhiye, zulm ka lafz khuda ki dictionary mein nahi hai. yeh musalmanon, insaanon ki dictionary mein hai.</w:t>
      </w:r>
      <w:r>
        <w:br/>
      </w:r>
      <w:r>
        <w:rPr>
          <w:sz w:val="20"/>
        </w:rPr>
        <w:t>10:25  zulm ka lafz jo hai sirf human dictionary mein paya jata hai. khuda ki dictionary mein nahi hai.</w:t>
      </w:r>
      <w:r>
        <w:br/>
      </w:r>
      <w:r>
        <w:rPr>
          <w:sz w:val="20"/>
        </w:rPr>
        <w:t>10:33  yeh bohat hi serious baat hai, is ko achhe se samjhiye.</w:t>
      </w:r>
    </w:p>
    <w:p>
      <w:pPr>
        <w:pStyle w:val="Heading2"/>
      </w:pPr>
      <w:r>
        <w:t>God hidden treasure wanted to be known</w:t>
      </w:r>
    </w:p>
    <w:p>
      <w:r>
        <w:rPr>
          <w:color w:val="666666"/>
          <w:sz w:val="18"/>
        </w:rPr>
        <w:t>Role of Reason in Theology August 24, 2008 Maulana Wahiduddin Khan · 30s · at 2:04 · https://youtu.be/uuVX6hoKX1g?t=124</w:t>
      </w:r>
    </w:p>
    <w:p>
      <w:r>
        <w:rPr>
          <w:i/>
        </w:rPr>
        <w:t>“Kay main 'I was a hidden treasure'”</w:t>
      </w:r>
    </w:p>
    <w:p>
      <w:r>
        <w:rPr>
          <w:sz w:val="20"/>
        </w:rPr>
        <w:t>2:04  ke mein "I was a hidden treasure" yani khuda kehta hai, khuda ne kaha: "I was a hidden treasure,</w:t>
      </w:r>
      <w:r>
        <w:br/>
      </w:r>
      <w:r>
        <w:rPr>
          <w:sz w:val="20"/>
        </w:rPr>
        <w:t>2:16  "I wanted to be known, and I created mankind". mein ek chupa hua khazana tha. phir maine chaha ke log janen mujh ko, to maine khalq ko paida kiya, yani insan ko paida kiya.</w:t>
      </w:r>
    </w:p>
    <w:p>
      <w:pPr>
        <w:pStyle w:val="Heading2"/>
      </w:pPr>
      <w:r>
        <w:t>Human vs animal: intellectual awakening defines humanity</w:t>
      </w:r>
    </w:p>
    <w:p>
      <w:r>
        <w:rPr>
          <w:color w:val="666666"/>
          <w:sz w:val="18"/>
        </w:rPr>
        <w:t>The Importance of Intellectual Awakening September 30, 2007 · 29s · at 0:58 · https://youtu.be/foRHHjBDbYI?t=58</w:t>
      </w:r>
    </w:p>
    <w:p>
      <w:r>
        <w:rPr>
          <w:i/>
        </w:rPr>
        <w:t>“Sab kuch zehni bedari par depend karta hai”</w:t>
      </w:r>
    </w:p>
    <w:p>
      <w:r>
        <w:rPr>
          <w:sz w:val="20"/>
        </w:rPr>
        <w:t>0:58  dekhiye, is duniya mein sab kuch</w:t>
      </w:r>
      <w:r>
        <w:br/>
      </w:r>
      <w:r>
        <w:rPr>
          <w:sz w:val="20"/>
        </w:rPr>
        <w:t>1:05  zehni bedari par depend karta hai.</w:t>
      </w:r>
      <w:r>
        <w:br/>
      </w:r>
      <w:r>
        <w:rPr>
          <w:sz w:val="20"/>
        </w:rPr>
        <w:t>1:10  jo log intellectually awakened hon, wahi sach much to insan hain. aur jo log intellectually awakened na hon, woh just like animal hain.</w:t>
      </w:r>
    </w:p>
    <w:p>
      <w:pPr>
        <w:pStyle w:val="Heading2"/>
      </w:pPr>
      <w:r>
        <w:t>all humans are one brotherhood under one God</w:t>
      </w:r>
    </w:p>
    <w:p>
      <w:r>
        <w:rPr>
          <w:color w:val="666666"/>
          <w:sz w:val="18"/>
        </w:rPr>
        <w:t>Social Ethics CPS Women Article Discussion 22 September 3, 2023 · 30s · at 2:00 · https://youtu.be/oG-xF3bhieg?t=120</w:t>
      </w:r>
    </w:p>
    <w:p>
      <w:r>
        <w:rPr>
          <w:i/>
        </w:rPr>
        <w:t>“Islam ke mutabiq tamam insaan ek khuda ke paida kiye hue hain”</w:t>
      </w:r>
    </w:p>
    <w:p>
      <w:r>
        <w:rPr>
          <w:sz w:val="20"/>
        </w:rPr>
        <w:t>2:00  har ek buri tarah apna hissa ada karne mein laga hua hai. Islam ke mutabiq, Islam ke mutabiq tamam insaan ek Khuda ke paida kiye hue hain. isliye tamam insaan ek biradari hai aur aapas mein bhai bhai hain. insaan aur insaan ki darmiyan farq karna Khuda ke pasand ke mutabiq nahi hai. isliye har ek ko chahiye ke woh doosre insaan ke kaam aa sake.</w:t>
      </w:r>
      <w:r>
        <w:br/>
      </w:r>
      <w:r>
        <w:rPr>
          <w:sz w:val="20"/>
        </w:rPr>
        <w:t>2:30  har ek insaan doosre insaan ke liye apne dil mein mohabbat ka zaba uska insaas karein. ismein jo sabse awsar cheezein woh yeh hai ke insaanon ko uske matlab jo mohabbat ka kai jo main apna matlab insaanon se insaanon ki jo mohabbat hai usmein jo sabse awsar cheez hai woh ke ek insaan hai ek creator se jodne ki koshish karna.</w:t>
      </w:r>
    </w:p>
    <w:p>
      <w:pPr>
        <w:pStyle w:val="Heading2"/>
      </w:pPr>
      <w:r>
        <w:t>Islam is the only preserved religion</w:t>
      </w:r>
    </w:p>
    <w:p>
      <w:r>
        <w:rPr>
          <w:color w:val="666666"/>
          <w:sz w:val="18"/>
        </w:rPr>
        <w:t>Q&amp;A 18 Mar 2013 Maulana Wahiduddin Khan · 1m 06s · at 6:10 · https://youtu.be/xnyDMlViqpg?t=370</w:t>
      </w:r>
    </w:p>
    <w:p>
      <w:r>
        <w:rPr>
          <w:i/>
        </w:rPr>
        <w:t>“Dekhiye, agar aap sanjeeda hain.”</w:t>
      </w:r>
    </w:p>
    <w:p>
      <w:r>
        <w:rPr>
          <w:sz w:val="20"/>
        </w:rPr>
        <w:t>6:10  dekhiye, agar aap sanjeeda hain, sanjeeda hain to main kahunga ki all religion ka mamla hi nahin hai. yahan all religion ka mamla hi nahin hai. kyunki doosre, doosre mazhab jo hain wo preserve mazhab nahin hain.</w:t>
      </w:r>
      <w:r>
        <w:br/>
      </w:r>
      <w:r>
        <w:rPr>
          <w:sz w:val="20"/>
        </w:rPr>
        <w:t>6:28  islami ek mahfooz mazhab hai, preserve mazhab. to ye, yaani kai ke darmiyan, ek-ek, kai ke darmiyan ka mamla hai nahin, ek ke darmiyan ka mamla hai. tamam scholars jo hain is par mutaffiq hain ki pichhle jitne mazhab hain islam se pehle ke, wo koi bhi mahfooz nahin hai, preserve nahin hai. unka text, unki history, koi cheez preserve nahin hai. sab mythology hai.</w:t>
      </w:r>
      <w:r>
        <w:br/>
      </w:r>
      <w:r>
        <w:rPr>
          <w:sz w:val="20"/>
        </w:rPr>
        <w:t>6:56  pichhle mazhab jo mythology par base karte hain, history par nahin base karte. ye tamam scholars ka ye, yaani wo hai manna hai ki pichhle doosre mazhab jo hain wo mythology par base karte hain. islam history par base karta hai. isliye aaj islam jo authentic hai,</w:t>
      </w:r>
    </w:p>
    <w:p>
      <w:pPr>
        <w:pStyle w:val="Heading2"/>
      </w:pPr>
      <w:r>
        <w:t>As you are, so shall your rulers be</w:t>
      </w:r>
    </w:p>
    <w:p>
      <w:r>
        <w:rPr>
          <w:color w:val="666666"/>
          <w:sz w:val="18"/>
        </w:rPr>
        <w:t>God oriented Life January 6, 2007 · 50s · at 44:53 · https://youtu.be/UdJ9eWU_OCo?t=2693</w:t>
      </w:r>
    </w:p>
    <w:p>
      <w:r>
        <w:rPr>
          <w:i/>
        </w:rPr>
        <w:t>“Kaisay tum hoge, waisay tumhare hukmaran honge”</w:t>
      </w:r>
    </w:p>
    <w:p>
      <w:r>
        <w:rPr>
          <w:sz w:val="20"/>
        </w:rPr>
        <w:t>44:53  hadith mein aata hai: "kama takoonoon kazalik yool alaikum". jaise tum hoge, waise tumhare hukmaran honge, waise tumhare rulers honge.</w:t>
      </w:r>
      <w:r>
        <w:br/>
      </w:r>
      <w:r>
        <w:rPr>
          <w:sz w:val="20"/>
        </w:rPr>
        <w:t>45:07  is ka matlab kya hua? ke ruler society ka product hota hai, na ke aap ke kisi movement ka.</w:t>
      </w:r>
      <w:r>
        <w:br/>
      </w:r>
      <w:r>
        <w:rPr>
          <w:sz w:val="20"/>
        </w:rPr>
        <w:t>45:15  aap jo movement chalate hain, jo sangharsh chalate hain, jo abhiyan chalate hain, aur is ke nateejay mein aap ek, ek government banana chahte hain, woh islam ka tareeqa nahi hai.</w:t>
      </w:r>
      <w:r>
        <w:br/>
      </w:r>
      <w:r>
        <w:rPr>
          <w:sz w:val="20"/>
        </w:rPr>
        <w:t>45:27  "kama takoonoon kazalik yool alaikum". jaise tum hoge, waise tumhare hukmaran honge. islam ka target kya hai? individual ki islaah,</w:t>
      </w:r>
      <w:r>
        <w:br/>
      </w:r>
      <w:r>
        <w:rPr>
          <w:sz w:val="20"/>
        </w:rPr>
        <w:t>45:42  individual ko durust karna.</w:t>
      </w:r>
    </w:p>
    <w:p>
      <w:pPr>
        <w:pStyle w:val="Heading2"/>
      </w:pPr>
      <w:r>
        <w:t>How to find paradise linked to finding God</w:t>
      </w:r>
    </w:p>
    <w:p>
      <w:r>
        <w:rPr>
          <w:color w:val="666666"/>
          <w:sz w:val="18"/>
        </w:rPr>
        <w:t>How to Find Paradise 4 March 2006 - Maulana Wahiduddin Khan · 54s · at 0:36 · https://youtu.be/ETQ3G-36wyI?t=36</w:t>
      </w:r>
    </w:p>
    <w:p>
      <w:r>
        <w:rPr>
          <w:i/>
        </w:rPr>
        <w:t>“The topic tonight is how to find paradise.”</w:t>
      </w:r>
    </w:p>
    <w:p>
      <w:r>
        <w:rPr>
          <w:sz w:val="20"/>
        </w:rPr>
        <w:t>0:36  aaj is shaam ke liye jo topic hai woh yeh hai ke how to find paradise.</w:t>
      </w:r>
      <w:r>
        <w:br/>
      </w:r>
      <w:r>
        <w:rPr>
          <w:sz w:val="20"/>
        </w:rPr>
        <w:t>0:51  jannat ko paane ka rasta kya hai?</w:t>
      </w:r>
      <w:r>
        <w:br/>
      </w:r>
      <w:r>
        <w:rPr>
          <w:sz w:val="20"/>
        </w:rPr>
        <w:t>0:59  jahan tak main samajhta hoon, how to paradise, how to find paradise ka jo question hai woh direct taur par juda hua hai how to find God se.</w:t>
      </w:r>
      <w:r>
        <w:br/>
      </w:r>
      <w:r>
        <w:rPr>
          <w:sz w:val="20"/>
        </w:rPr>
        <w:t>1:19  yani Khuda ko kaise paya jaye, isi se juda hua hai yeh sawal ke paradise ko kaise paya jaye.</w:t>
      </w:r>
    </w:p>
    <w:p>
      <w:pPr>
        <w:pStyle w:val="Heading2"/>
      </w:pPr>
      <w:r>
        <w:t>Purpose of life is preparation not enjoyment</w:t>
      </w:r>
    </w:p>
    <w:p>
      <w:r>
        <w:rPr>
          <w:color w:val="666666"/>
          <w:sz w:val="18"/>
        </w:rPr>
        <w:t>The End of Human History | June 11, 2007 · 30s · at 39:11 · https://youtu.be/7-6Bj-77doE?t=2351</w:t>
      </w:r>
    </w:p>
    <w:p>
      <w:r>
        <w:rPr>
          <w:i/>
        </w:rPr>
        <w:t>“We are not here for enjoyment.”</w:t>
      </w:r>
    </w:p>
    <w:p>
      <w:r>
        <w:rPr>
          <w:sz w:val="20"/>
        </w:rPr>
        <w:t>39:11  that we are not here. We are here not for enjoyment. We are here not for enjoyment. We are here only to prepare our self. No, what is preparation? Preparation means to prepa</w:t>
      </w:r>
    </w:p>
    <w:p>
      <w:pPr>
        <w:pStyle w:val="Heading2"/>
      </w:pPr>
      <w:r>
        <w:t>Ijtihad door open in Islam</w:t>
      </w:r>
    </w:p>
    <w:p>
      <w:r>
        <w:rPr>
          <w:color w:val="666666"/>
          <w:sz w:val="18"/>
        </w:rPr>
        <w:t>Eid Message Discover the Ijtihadi Interpretation of Islam 25 May 2020 Maulana Wahiduddin Khan · 1m 06s · at 6:29 · https://youtu.be/mYGzV0rDsC0?t=389</w:t>
      </w:r>
    </w:p>
    <w:p>
      <w:r>
        <w:rPr>
          <w:i/>
        </w:rPr>
        <w:t>“This verse has an amazing aspect.”</w:t>
      </w:r>
    </w:p>
    <w:p>
      <w:r>
        <w:rPr>
          <w:sz w:val="20"/>
        </w:rPr>
        <w:t>6:29  is ayat ka ek ajib o gharib pehlu maine numayan.</w:t>
      </w:r>
      <w:r>
        <w:br/>
      </w:r>
      <w:r>
        <w:rPr>
          <w:sz w:val="20"/>
        </w:rPr>
        <w:t>6:41  woh yeh ke aalim-e-iman ko chahiye</w:t>
      </w:r>
      <w:r>
        <w:br/>
      </w:r>
      <w:r>
        <w:rPr>
          <w:sz w:val="20"/>
        </w:rPr>
        <w:t>6:53  kabhi bhi ijtihad ke peeche na rahen. log kehte hain ke ijtihad ka darwaza band kar diya gaya.</w:t>
      </w:r>
      <w:r>
        <w:br/>
      </w:r>
      <w:r>
        <w:rPr>
          <w:sz w:val="20"/>
        </w:rPr>
        <w:t>7:03  main kehta hoon ke ijtihad ka darwaza akhirat tak khol diya gaya Islam mein. aap ghor kijiye ailan kiya gaya hai ke aye bando</w:t>
      </w:r>
      <w:r>
        <w:br/>
      </w:r>
      <w:r>
        <w:rPr>
          <w:sz w:val="20"/>
        </w:rPr>
        <w:t>7:19  tum se agar ghaltiyan hui hain to to Allah ki rehmat se mayoos na ho. kyunke Allah sari ghaltiyon ko maaf kar dene wala hai.</w:t>
      </w:r>
    </w:p>
    <w:p>
      <w:pPr>
        <w:pStyle w:val="Heading2"/>
      </w:pPr>
      <w:r>
        <w:t>True character is how you treat those who disagree with you</w:t>
      </w:r>
    </w:p>
    <w:p>
      <w:r>
        <w:rPr>
          <w:color w:val="666666"/>
          <w:sz w:val="18"/>
        </w:rPr>
        <w:t>Remembrance Memorial Service Honouring Maulana Wahiduddin Khan - 25 April 2021 · 57s · at 1:00:51 · https://youtu.be/7FuPpaskfBQ?t=3651</w:t>
      </w:r>
    </w:p>
    <w:p>
      <w:r>
        <w:rPr>
          <w:i/>
        </w:rPr>
        <w:t>“If you're kind to those who share your views, that's nothing special”</w:t>
      </w:r>
    </w:p>
    <w:p>
      <w:r>
        <w:rPr>
          <w:sz w:val="20"/>
        </w:rPr>
        <w:t>1:00:51  and i am sure that, you know, they will do extremely well in the coming years. and i would like to just close off with one quote from one of his books.</w:t>
      </w:r>
      <w:r>
        <w:br/>
      </w:r>
      <w:r>
        <w:rPr>
          <w:sz w:val="20"/>
        </w:rPr>
        <w:t>1:01:03  if you are well mended towards those views, towards those who views are similar to yours, you may be said to exhibit a fairly good character.</w:t>
      </w:r>
      <w:r>
        <w:br/>
      </w:r>
      <w:r>
        <w:rPr>
          <w:sz w:val="20"/>
        </w:rPr>
        <w:t>1:01:14  but if you behave properly with those holding divergent views from you or who criticize you, then you deserve to be credited with having an excellent character.</w:t>
      </w:r>
      <w:r>
        <w:br/>
      </w:r>
      <w:r>
        <w:rPr>
          <w:sz w:val="20"/>
        </w:rPr>
        <w:t>1:01:28  so these are the words which Maulana sahib has blessed us with. and as Maria sister has said early that he was a tree. and, and we have his knowledge with us.</w:t>
      </w:r>
      <w:r>
        <w:br/>
      </w:r>
      <w:r>
        <w:rPr>
          <w:sz w:val="20"/>
        </w:rPr>
        <w:t>1:01:38  we have his treasure trove with us. and, and Professor Farida mem had also said that, you know, that he was in the habit of reading. and he was a living embodiment of reading and writing.</w:t>
      </w:r>
    </w:p>
    <w:p>
      <w:pPr>
        <w:pStyle w:val="Heading2"/>
      </w:pPr>
      <w:r>
        <w:t>Thesis: most people live in falsehood, end in frustration</w:t>
      </w:r>
    </w:p>
    <w:p>
      <w:r>
        <w:rPr>
          <w:color w:val="666666"/>
          <w:sz w:val="18"/>
        </w:rPr>
        <w:t>Living in Falsehood 25 Jan 2009 · 50s · at 0:38 · https://youtu.be/Qt8VwwonU9k?t=38</w:t>
      </w:r>
    </w:p>
    <w:p>
      <w:r>
        <w:rPr>
          <w:i/>
        </w:rPr>
        <w:t>“Today's talk theme is 'Living in Falsehood'”</w:t>
      </w:r>
    </w:p>
    <w:p>
      <w:r>
        <w:rPr>
          <w:sz w:val="20"/>
        </w:rPr>
        <w:t>0:38  talk ke liye jo theme hai woh hai "living in falsehood".</w:t>
      </w:r>
      <w:r>
        <w:br/>
      </w:r>
      <w:r>
        <w:rPr>
          <w:sz w:val="20"/>
        </w:rPr>
        <w:t>0:51  falsehood mein jeena,</w:t>
      </w:r>
      <w:r>
        <w:br/>
      </w:r>
      <w:r>
        <w:rPr>
          <w:sz w:val="20"/>
        </w:rPr>
        <w:t>0:57  gair haqeeqi cheezon mein jeena.</w:t>
      </w:r>
      <w:r>
        <w:br/>
      </w:r>
      <w:r>
        <w:rPr>
          <w:sz w:val="20"/>
        </w:rPr>
        <w:t>1:03  mera yeh tajurba hai ki bahut zyada badi majority logon ki kisi na kisi aitbaar se falsehood mein jeeti hai,</w:t>
      </w:r>
      <w:r>
        <w:br/>
      </w:r>
      <w:r>
        <w:rPr>
          <w:sz w:val="20"/>
        </w:rPr>
        <w:t>1:18  balki shayad saare hi log. isi liye aakhir mein sab ko frustration hona hota hai.</w:t>
      </w:r>
    </w:p>
    <w:p>
      <w:pPr>
        <w:pStyle w:val="Heading2"/>
      </w:pPr>
      <w:r>
        <w:t>Islam begins from discovery</w:t>
      </w:r>
    </w:p>
    <w:p>
      <w:r>
        <w:rPr>
          <w:color w:val="666666"/>
          <w:sz w:val="18"/>
        </w:rPr>
        <w:t>An Introduction to Islam | September 29, 2005 | Maulana Wahiduddin Khan · 30s · at 0:00 · https://youtu.be/xTv9KDJvQPs?t=0</w:t>
      </w:r>
    </w:p>
    <w:p>
      <w:r>
        <w:rPr>
          <w:i/>
        </w:rPr>
        <w:t>“Islam begins from discovery”</w:t>
      </w:r>
    </w:p>
    <w:p>
      <w:r>
        <w:rPr>
          <w:sz w:val="20"/>
        </w:rPr>
        <w:t>0:00  islam begins from discovery. islam ka matlab yeh nahi hai ke koi aadmi, koi mard ya aurat, ek muslim family mein paida ho jaye, muslim culture mein paida ho jaye, to woh musalman ho gaya. yeh matlab islam ka nahi hai. main yeh kahoon ga ke islam address karta hai individual ko, fard ko, state ko nahi. agar yeh koi samjhe</w:t>
      </w:r>
    </w:p>
    <w:p>
      <w:pPr>
        <w:pStyle w:val="Heading2"/>
      </w:pPr>
      <w:r>
        <w:t>Enemy becomes friend</w:t>
      </w:r>
    </w:p>
    <w:p>
      <w:r>
        <w:rPr>
          <w:color w:val="666666"/>
          <w:sz w:val="18"/>
        </w:rPr>
        <w:t>Lessons and Experience 22 May 2011 - Maulana Wahiduddin Khan · 22s · at 41:31 · https://youtu.be/vxgZMiqBTiE?t=2491</w:t>
      </w:r>
    </w:p>
    <w:p>
      <w:r>
        <w:rPr>
          <w:i/>
        </w:rPr>
        <w:t>“Do good in return for bad”</w:t>
      </w:r>
    </w:p>
    <w:p>
      <w:r>
        <w:rPr>
          <w:sz w:val="20"/>
        </w:rPr>
        <w:t>41:31  tum is ke bure salook ki badle mein acha salook karo. do good deed in return for bad deed.</w:t>
      </w:r>
      <w:r>
        <w:br/>
      </w:r>
      <w:r>
        <w:rPr>
          <w:sz w:val="20"/>
        </w:rPr>
        <w:t>41:42  and you will find that your enemy has become your dearest friend. ab is mein kya hai sabaq?</w:t>
      </w:r>
      <w:r>
        <w:br/>
      </w:r>
      <w:r>
        <w:rPr>
          <w:sz w:val="20"/>
        </w:rPr>
        <w:t>41:54  your enemy is your potential friend. to yeh duniya mein jo</w:t>
      </w:r>
    </w:p>
    <w:p>
      <w:pPr>
        <w:pStyle w:val="Heading2"/>
      </w:pPr>
      <w:r>
        <w:t>Karamat (miracles of saints) is absurd, nothing at all</w:t>
      </w:r>
    </w:p>
    <w:p>
      <w:r>
        <w:rPr>
          <w:color w:val="666666"/>
          <w:sz w:val="18"/>
        </w:rPr>
        <w:t>Problems of Misunderstanding May 10, 2009 · 24s · at 1:11:04 · https://youtu.be/j3LgYzAfM5U?t=4264</w:t>
      </w:r>
    </w:p>
    <w:p>
      <w:r>
        <w:rPr>
          <w:i/>
        </w:rPr>
        <w:t>“Karamat is nothing. I consider it completely absurd”</w:t>
      </w:r>
    </w:p>
    <w:p>
      <w:r>
        <w:rPr>
          <w:sz w:val="20"/>
        </w:rPr>
        <w:t>1:11:04  Jab aap bolte hain paighambar ke bare mein to aap miracle bolte hain,</w:t>
      </w:r>
      <w:r>
        <w:br/>
      </w:r>
      <w:r>
        <w:rPr>
          <w:sz w:val="20"/>
        </w:rPr>
        <w:t>1:11:09  moajza. Aur jab aam log bolte hain jin ko buzurg samajhte hain log to un ko karamat bolte hain. Magar main is ko bilkul absurd samajhta hoon. Koi karamat nahin.</w:t>
      </w:r>
      <w:r>
        <w:br/>
      </w:r>
      <w:r>
        <w:rPr>
          <w:sz w:val="20"/>
        </w:rPr>
        <w:t>1:11:19  Karamat is nothing. Miracle bhi sirf kuch paighambaron ke liye diya gaya tha. Rasool Allah ke paas koi miracle nahin tha. To is ke baad aap samajhna chahen to meri kitab parhen.</w:t>
      </w:r>
    </w:p>
    <w:p>
      <w:pPr>
        <w:pStyle w:val="Heading2"/>
      </w:pPr>
      <w:r>
        <w:t>we mistake God's blessings for gifts from people</w:t>
      </w:r>
    </w:p>
    <w:p>
      <w:r>
        <w:rPr>
          <w:color w:val="666666"/>
          <w:sz w:val="18"/>
        </w:rPr>
        <w:t>Love of God October 23, 2022 · 34s · at 3:32 · https://youtu.be/bsF_DJhXAzk?t=212</w:t>
      </w:r>
    </w:p>
    <w:p>
      <w:r>
        <w:rPr>
          <w:i/>
        </w:rPr>
        <w:t>“Everything we receive, we think comes from people”</w:t>
      </w:r>
    </w:p>
    <w:p>
      <w:r>
        <w:rPr>
          <w:sz w:val="20"/>
        </w:rPr>
        <w:t>3:32  jo tamam blessings hum ko Khuda ki taraf se mil rahi hain, wo hum samajh lete hain ke kuch insanon ki taraf se mil rahi hain, kuch market mein mil rahi hain.</w:t>
      </w:r>
      <w:r>
        <w:br/>
      </w:r>
      <w:r>
        <w:rPr>
          <w:sz w:val="20"/>
        </w:rPr>
        <w:t>3:42  to hamein aisa kuch, hum is ko bohat zyada, hamein is ka ehsas nahi hota.</w:t>
      </w:r>
      <w:r>
        <w:br/>
      </w:r>
      <w:r>
        <w:rPr>
          <w:sz w:val="20"/>
        </w:rPr>
        <w:t>3:48  yahi jo ehsas hamare andar jagana hai, jis ko shaoori ehsas, hum ko apne andar ye shaoori ehsas jagana hai ke jo kuch bhi hamein mil raha hai, wo Khuda ki taraf se mil raha hai.</w:t>
      </w:r>
      <w:r>
        <w:br/>
      </w:r>
      <w:r>
        <w:rPr>
          <w:sz w:val="20"/>
        </w:rPr>
        <w:t>4:01  hum to sirf taker hain, aur Khuda jo hai, wo giver hai.</w:t>
      </w:r>
    </w:p>
    <w:p>
      <w:pPr>
        <w:pStyle w:val="Heading2"/>
      </w:pPr>
      <w:r>
        <w:t>Wealthy celebrities, unhappiness, and the worst-person quote</w:t>
      </w:r>
    </w:p>
    <w:p>
      <w:r>
        <w:rPr>
          <w:color w:val="666666"/>
          <w:sz w:val="18"/>
        </w:rPr>
        <w:t>The Concept of Spirituality in Islam June 11, 2006 · 49s · at 2:46 · https://youtu.be/ahSf-4d3AlM?t=166</w:t>
      </w:r>
    </w:p>
    <w:p>
      <w:r>
        <w:rPr>
          <w:i/>
        </w:rPr>
        <w:t>“If you have money, you are the worst person in the world.”</w:t>
      </w:r>
    </w:p>
    <w:p>
      <w:r>
        <w:rPr>
          <w:sz w:val="20"/>
        </w:rPr>
        <w:t>2:46  to raika kehti hain ke "if you have money, you are the worst person in the world." agar aap ke paas daulat hai to aap dunya ke sab se zyada bure aadmi hain.</w:t>
      </w:r>
      <w:r>
        <w:br/>
      </w:r>
      <w:r>
        <w:rPr>
          <w:sz w:val="20"/>
        </w:rPr>
        <w:t>3:02  is ko maine parh kar socha ke dekhiye, aadmi ke paas in logon ke baray mein aksar paperon mein aata hai jo bohat zyada dunya ka saman pa lete hain,</w:t>
      </w:r>
      <w:r>
        <w:br/>
      </w:r>
      <w:r>
        <w:rPr>
          <w:sz w:val="20"/>
        </w:rPr>
        <w:t>3:17  jaisay money ya power, property, fame,</w:t>
      </w:r>
      <w:r>
        <w:br/>
      </w:r>
      <w:r>
        <w:rPr>
          <w:sz w:val="20"/>
        </w:rPr>
        <w:t>3:29  is qism ki cheezein, beauty. lekin in ko khushi nahin milti.</w:t>
      </w:r>
    </w:p>
    <w:p>
      <w:pPr>
        <w:pStyle w:val="Heading2"/>
      </w:pPr>
      <w:r>
        <w:t>everything in Islam is based on intention</w:t>
      </w:r>
    </w:p>
    <w:p>
      <w:r>
        <w:rPr>
          <w:color w:val="666666"/>
          <w:sz w:val="18"/>
        </w:rPr>
        <w:t>Death The Final Journey December 29, 2006 · 37s · at 1:51:41 · https://youtu.be/RL6vMX7Lj1w?t=6701</w:t>
      </w:r>
    </w:p>
    <w:p>
      <w:r>
        <w:rPr>
          <w:i/>
        </w:rPr>
        <w:t>“Islam mein to sara hi mamla intention par base karta hai.”</w:t>
      </w:r>
    </w:p>
    <w:p>
      <w:r>
        <w:rPr>
          <w:sz w:val="20"/>
        </w:rPr>
        <w:t>1:51:41  What is the importance of intention?</w:t>
      </w:r>
      <w:r>
        <w:br/>
      </w:r>
      <w:r>
        <w:rPr>
          <w:sz w:val="20"/>
        </w:rPr>
        <w:t>1:51:50  bhai islam mein to sara hi mamla intention par base karta hai إِنَّمَا الْأَمَالُ بِالنِّيَّاتِ</w:t>
      </w:r>
      <w:r>
        <w:br/>
      </w:r>
      <w:r>
        <w:rPr>
          <w:sz w:val="20"/>
        </w:rPr>
        <w:t>1:52:00  to</w:t>
      </w:r>
      <w:r>
        <w:br/>
      </w:r>
      <w:r>
        <w:rPr>
          <w:sz w:val="20"/>
        </w:rPr>
        <w:t>1:52:03  intention ka matlab yeh hai ke aap koi kaam jo karte hain to for the sake of God karte hain ya for the sake of anything else karte hain to bunyadi baat yeh hai ke har kaam aap ka for the sake of God ho</w:t>
      </w:r>
    </w:p>
    <w:p>
      <w:pPr>
        <w:pStyle w:val="Heading2"/>
      </w:pPr>
      <w:r>
        <w:t>'Jerusalem runs in our blood' — land-based religion</w:t>
      </w:r>
    </w:p>
    <w:p>
      <w:r>
        <w:rPr>
          <w:color w:val="666666"/>
          <w:sz w:val="18"/>
        </w:rPr>
        <w:t>Communal Interpretation of Islam, February 27, 2011 · 58s · at 20:47 · https://youtu.be/6RmJeBE6wyY?t=1247</w:t>
      </w:r>
    </w:p>
    <w:p>
      <w:r>
        <w:rPr>
          <w:i/>
        </w:rPr>
        <w:t>“Jerusalem runs in our blood, the professor said”</w:t>
      </w:r>
    </w:p>
    <w:p>
      <w:r>
        <w:rPr>
          <w:sz w:val="20"/>
        </w:rPr>
        <w:t>20:47  to ispar unhonne kaha tha ke Jerusalem will be rebuilt. is professor ne kaha tha ke Jerusalem will be rebuilt.</w:t>
      </w:r>
      <w:r>
        <w:br/>
      </w:r>
      <w:r>
        <w:rPr>
          <w:sz w:val="20"/>
        </w:rPr>
        <w:t>20:59  yerushalam woh to hamare khoon mein daudta hai. hum arbon ko de denge isko. theek hi baat aapko mein yaad dilana chahunga ke 2001 mein aaye the Parvez Musharraf, India.</w:t>
      </w:r>
      <w:r>
        <w:br/>
      </w:r>
      <w:r>
        <w:rPr>
          <w:sz w:val="20"/>
        </w:rPr>
        <w:t>21:15  2001 mein, July 2001 mein yahan aaye the. Us zamane mein akhbar mein khoob chhappata tha unka. To unhonne kaha tha aur chhappata tha akhbar mein ke Kashmir will run on tourism and build.</w:t>
      </w:r>
      <w:r>
        <w:br/>
      </w:r>
      <w:r>
        <w:rPr>
          <w:sz w:val="20"/>
        </w:rPr>
        <w:t>21:28  yani poore pakistaniyon ki taraf se unhonne kaha tha, saare yahudiyon ki taraf se ke Jerusalem will remain Zion and build.</w:t>
      </w:r>
      <w:r>
        <w:br/>
      </w:r>
      <w:r>
        <w:rPr>
          <w:sz w:val="20"/>
        </w:rPr>
        <w:t>21:39  Parvez Musharraf ne yahi baat Pakistanio ki taraf se kahi ke Kashmir ranjana aur build.</w:t>
      </w:r>
    </w:p>
    <w:p>
      <w:pPr>
        <w:pStyle w:val="Heading2"/>
      </w:pPr>
      <w:r>
        <w:t>Mosques are training centers for God-consciousness</w:t>
      </w:r>
    </w:p>
    <w:p>
      <w:r>
        <w:rPr>
          <w:color w:val="666666"/>
          <w:sz w:val="18"/>
        </w:rPr>
        <w:t>The Second Empulsion of Man July 18, 2009 · 24s · at 1:19:42 · https://youtu.be/cr8jHHM-lnw?t=4782</w:t>
      </w:r>
    </w:p>
    <w:p>
      <w:r>
        <w:rPr>
          <w:i/>
        </w:rPr>
        <w:t>“Mosques are training centers of taqwa, not ritual halls.”</w:t>
      </w:r>
    </w:p>
    <w:p>
      <w:r>
        <w:rPr>
          <w:sz w:val="20"/>
        </w:rPr>
        <w:t>1:19:42  in the, in the, there is a hadith that al-masajid buyut al-muttaqin. is a hadith al-masajid buyut al-muttaqin.</w:t>
      </w:r>
      <w:r>
        <w:br/>
      </w:r>
      <w:r>
        <w:rPr>
          <w:sz w:val="20"/>
        </w:rPr>
        <w:t>1:19:52  it means mosque are training center of taqwa, training center of taqwa.</w:t>
      </w:r>
      <w:r>
        <w:br/>
      </w:r>
      <w:r>
        <w:rPr>
          <w:sz w:val="20"/>
        </w:rPr>
        <w:t>1:20:01  mosque are not simply to perform rituals. there is no such hadith.</w:t>
      </w:r>
    </w:p>
    <w:p>
      <w:pPr>
        <w:pStyle w:val="Heading2"/>
      </w:pPr>
      <w:r>
        <w:t>Muslims recite Quran but don't know its message</w:t>
      </w:r>
    </w:p>
    <w:p>
      <w:r>
        <w:rPr>
          <w:color w:val="666666"/>
          <w:sz w:val="18"/>
        </w:rPr>
        <w:t>Understanding Islam (In Conversation with Maulana) · 23s · at 32:16 · https://youtu.be/tLTRyW1qhRw?t=1936</w:t>
      </w:r>
    </w:p>
    <w:p>
      <w:r>
        <w:rPr>
          <w:i/>
        </w:rPr>
        <w:t>“They only recite, recite, recite.”</w:t>
      </w:r>
    </w:p>
    <w:p>
      <w:r>
        <w:rPr>
          <w:sz w:val="20"/>
        </w:rPr>
        <w:t>32:16  They only recite, recite, recite. I have met so many alim who know Arabic. I asked you to read the Quran every day.</w:t>
      </w:r>
      <w:r>
        <w:br/>
      </w:r>
      <w:r>
        <w:rPr>
          <w:sz w:val="20"/>
        </w:rPr>
        <w:t>32:28  So what is the gist of the Quran? What is the central message of the Quran? It is a state that no one is able to give the answer.</w:t>
      </w:r>
    </w:p>
    <w:p>
      <w:pPr>
        <w:pStyle w:val="Heading2"/>
      </w:pPr>
      <w:r>
        <w:t>Delhi's dark cloud is air pollution</w:t>
      </w:r>
    </w:p>
    <w:p>
      <w:r>
        <w:rPr>
          <w:color w:val="666666"/>
          <w:sz w:val="18"/>
        </w:rPr>
        <w:t>Journey to Civilization November 8, 2009 · 58s · at 0:49 · https://youtu.be/vh_AEKFhtxk?t=49</w:t>
      </w:r>
    </w:p>
    <w:p>
      <w:r>
        <w:rPr>
          <w:i/>
        </w:rPr>
        <w:t>“Kal Dilli walon ne jo dekha”</w:t>
      </w:r>
    </w:p>
    <w:p>
      <w:r>
        <w:rPr>
          <w:sz w:val="20"/>
        </w:rPr>
        <w:t>0:49  kal dilli walon ne jo dekha, un ke upar dark cloud chhaya hua tha, yahan tak ke suraj bhi chhip gaya.</w:t>
      </w:r>
      <w:r>
        <w:br/>
      </w:r>
      <w:r>
        <w:rPr>
          <w:sz w:val="20"/>
        </w:rPr>
        <w:t>1:01  to isi se related hai aaj ka topic. aaj ke tv walon ne kal hi dekh liya tha is khabar ko, aur newspaper mein aaj yeh khabar aayi hai.</w:t>
      </w:r>
      <w:r>
        <w:br/>
      </w:r>
      <w:r>
        <w:rPr>
          <w:sz w:val="20"/>
        </w:rPr>
        <w:t>1:17  to yeh dilli hi ka phenomenon nahi hai, sirf india ki baat nahi hai, australia mein, usa mein, har jagah is tarah ke dark cloud aa rahe hain.</w:t>
      </w:r>
      <w:r>
        <w:br/>
      </w:r>
      <w:r>
        <w:rPr>
          <w:sz w:val="20"/>
        </w:rPr>
        <w:t>1:30  aur yeh dark cloud kya hai? yeh jo air pollution hai, air pollution ka yeh extreme form hai. jab badh jata hai air pollution to woh dark cloud ban jata hai jo suraj ko bhi chhipa le.</w:t>
      </w:r>
    </w:p>
    <w:p>
      <w:pPr>
        <w:pStyle w:val="Heading2"/>
      </w:pPr>
      <w:r>
        <w:t>Childhood belief about British eating butter</w:t>
      </w:r>
    </w:p>
    <w:p>
      <w:r>
        <w:rPr>
          <w:color w:val="666666"/>
          <w:sz w:val="18"/>
        </w:rPr>
        <w:t>Revival of Muslims March 8, 2015 · 48s · at 16:02 · https://youtu.be/B9E2OTb4BVE?t=962</w:t>
      </w:r>
    </w:p>
    <w:p>
      <w:r>
        <w:rPr>
          <w:i/>
        </w:rPr>
        <w:t>“Angrez saari duniya ka makhan kha gaye”</w:t>
      </w:r>
    </w:p>
    <w:p>
      <w:r>
        <w:rPr>
          <w:sz w:val="20"/>
        </w:rPr>
        <w:t>16:02  to angrez sari dunya ka makkhan kha gaye. to aap yaqeen kijiye ke bohat saalon tak wahi samajhta raha sach much ke dunya bhar ka makkhan manga manga kha jatay hain angrez.</w:t>
      </w:r>
      <w:r>
        <w:br/>
      </w:r>
      <w:r>
        <w:rPr>
          <w:sz w:val="20"/>
        </w:rPr>
        <w:t>16:14  yeh bohat muzahikhaiz baat hai yeh, lekin is umar mein jab ke mein baligh nahi hua tha, jab mein ne suna mein ne aik senior alam ki zaban se ke angrez sari dunya ka makkhan kha gaye,</w:t>
      </w:r>
      <w:r>
        <w:br/>
      </w:r>
      <w:r>
        <w:rPr>
          <w:sz w:val="20"/>
        </w:rPr>
        <w:t>16:31  to wahi samajh betha ke waqai makkhan kha gaye. halankay mere apnay ghar mein bhains bali hui thi, is ka makkhan niklta tha, lekin woh is ke bawajood bachpan se mere bhains ka makkhan to mujhe hi milta tha.</w:t>
      </w:r>
    </w:p>
    <w:p>
      <w:pPr>
        <w:pStyle w:val="Heading2"/>
      </w:pPr>
      <w:r>
        <w:t>could ancient kings ever use a mobile phone</w:t>
      </w:r>
    </w:p>
    <w:p>
      <w:r>
        <w:rPr>
          <w:color w:val="666666"/>
          <w:sz w:val="18"/>
        </w:rPr>
        <w:t>Road to God July 25, 2010 Maulana Wahiduddin Khan · 1m 05s · at 1:21:22 · https://youtu.be/1kLAQHcFaFk?t=4882</w:t>
      </w:r>
    </w:p>
    <w:p>
      <w:r>
        <w:rPr>
          <w:i/>
        </w:rPr>
        <w:t>“Could Shah Jahan ever talk on a mobile phone?”</w:t>
      </w:r>
    </w:p>
    <w:p>
      <w:r>
        <w:rPr>
          <w:sz w:val="20"/>
        </w:rPr>
        <w:t>1:21:22  dekhiye, falan jagah fasad kar rahay hain sab aur falan jagah dekhiye, musalmanon pe zulm ho raha hai. dekhiye, wahan ya dekhiye, wahan har jagah in sari shikayaton ke daftar le kar kya aaye hue thay woh.</w:t>
      </w:r>
      <w:r>
        <w:br/>
      </w:r>
      <w:r>
        <w:rPr>
          <w:sz w:val="20"/>
        </w:rPr>
        <w:t>1:21:37  to khair baat, woh karte karte yahan tak ke un ki jeeb mein mobile ghanti baji, nikala unhoN ne aur lagay baat karne.</w:t>
      </w:r>
      <w:r>
        <w:br/>
      </w:r>
      <w:r>
        <w:rPr>
          <w:sz w:val="20"/>
        </w:rPr>
        <w:t>1:21:48  to mujhe moqa mila, main ne kaha ke dekhiye, yeh jo aap ne mobile se baat ki hai, kya shahjahan aurangzeb aur akbar koi baat kar sakta tha?</w:t>
      </w:r>
      <w:r>
        <w:br/>
      </w:r>
      <w:r>
        <w:rPr>
          <w:sz w:val="20"/>
        </w:rPr>
        <w:t>1:22:01  aap mujhe bataiye ke koi bara badshah pehle zamanay ka jo jin ko aap samajhte hain, woh baat kar saktay thay is tarah se mobile se?</w:t>
      </w:r>
      <w:r>
        <w:br/>
      </w:r>
      <w:r>
        <w:rPr>
          <w:sz w:val="20"/>
        </w:rPr>
        <w:t>1:22:10  kaha nahiN. unhoN ne kaha, aap badshahon se ziyada bari cheez mili hui hai aap ko.</w:t>
      </w:r>
      <w:r>
        <w:br/>
      </w:r>
      <w:r>
        <w:rPr>
          <w:sz w:val="20"/>
        </w:rPr>
        <w:t>1:22:15  phir main ne un ki ghari, main ne kaha, ek ghari lagai ke aap kaha, ek ghari thi. baray baray jo khaleefa guzray hain, baray baray jo sulateen guzray hain, kya un ke hath mein ghari hua karti thi aisi?</w:t>
      </w:r>
    </w:p>
    <w:p>
      <w:pPr>
        <w:pStyle w:val="Heading2"/>
      </w:pPr>
      <w:r>
        <w:t>What you're becoming matters more than what you do</w:t>
      </w:r>
    </w:p>
    <w:p>
      <w:r>
        <w:rPr>
          <w:color w:val="666666"/>
          <w:sz w:val="18"/>
        </w:rPr>
        <w:t>Bagh-E-Jannat Book by Maulana Wahiduddin Khan · 26s · at 1:11:36 · https://youtu.be/TN4ioE6LMDA?t=4296</w:t>
      </w:r>
    </w:p>
    <w:p>
      <w:r>
        <w:rPr>
          <w:i/>
        </w:rPr>
        <w:t>“Ahmiyat yeh nahi ke aap kya kar rahe hain”</w:t>
      </w:r>
    </w:p>
    <w:p>
      <w:r>
        <w:rPr>
          <w:sz w:val="20"/>
        </w:rPr>
        <w:t>1:11:36  aakhirat ke peymanay mein ahmiyat ki cheez yeh nahi hai ke aap kya kar rahay hain. ahmiyat ki cheez yeh hai ke aap kya ho rahay hain.</w:t>
      </w:r>
      <w:r>
        <w:br/>
      </w:r>
      <w:r>
        <w:rPr>
          <w:sz w:val="20"/>
        </w:rPr>
        <w:t>1:11:47  agar aap ki masroofiyat bohat barhi hui hon, agar batany ke liye aap ke paas bohat se karkhanay hon, magar aap ki androni hasti khali ho to aap ki masroofiyat mahaz be faida sargarmiyan hain.</w:t>
      </w:r>
    </w:p>
    <w:p>
      <w:pPr>
        <w:pStyle w:val="Heading2"/>
      </w:pPr>
      <w:r>
        <w:t>Sajda as natural response to Creator's blessings</w:t>
      </w:r>
    </w:p>
    <w:p>
      <w:r>
        <w:rPr>
          <w:color w:val="666666"/>
          <w:sz w:val="18"/>
        </w:rPr>
        <w:t>Why God Pushes You out of Your Comfort Zone November 24, 2018 · 33s · at 39:12 · https://youtu.be/smtQmn5KbxY?t=2352</w:t>
      </w:r>
    </w:p>
    <w:p>
      <w:r>
        <w:rPr>
          <w:i/>
        </w:rPr>
        <w:t>“Sekular aadmi tha, aik naujawan tha, sekular”</w:t>
      </w:r>
    </w:p>
    <w:p>
      <w:r>
        <w:rPr>
          <w:sz w:val="20"/>
        </w:rPr>
        <w:t>39:12  abhi bhi aap dekh sakte hain is ke photo ke. to secular aadmi tha, aik nojawan tha, secular. lekin jab woh zameen par utra is se space craft se to bilkul sab sajde ki halat mein gir pada.</w:t>
      </w:r>
      <w:r>
        <w:br/>
      </w:r>
      <w:r>
        <w:rPr>
          <w:sz w:val="20"/>
        </w:rPr>
        <w:t>39:32  woh foran ke foran sajde ki halat mein. to sajda natural response hai creator ki blessing ka.</w:t>
      </w:r>
    </w:p>
    <w:p>
      <w:pPr>
        <w:pStyle w:val="Heading2"/>
      </w:pPr>
      <w:r>
        <w:t>True zikr is thinking, not counting prayer beads</w:t>
      </w:r>
    </w:p>
    <w:p>
      <w:r>
        <w:rPr>
          <w:color w:val="666666"/>
          <w:sz w:val="18"/>
        </w:rPr>
        <w:t>Computer A Sign of God January 27, 2008 Maulana Wahiduddin Khan · 31s · at 56:21 · https://youtu.be/MdBcX_Q_rWg?t=3381</w:t>
      </w:r>
    </w:p>
    <w:p>
      <w:r>
        <w:rPr>
          <w:i/>
        </w:rPr>
        <w:t>“Tasbih ke danon par Allah Allah karna, yeh zikr nahi hai”</w:t>
      </w:r>
    </w:p>
    <w:p>
      <w:r>
        <w:rPr>
          <w:sz w:val="20"/>
        </w:rPr>
        <w:t>56:21  tasbeeh ke daanon par Allah Allah karna, yeh zikr nahi hai. Allah ke jo signs hain, Allah ki jo nishaniyan hain, soch soch kar un ko discover karna.</w:t>
      </w:r>
      <w:r>
        <w:br/>
      </w:r>
      <w:r>
        <w:rPr>
          <w:sz w:val="20"/>
        </w:rPr>
        <w:t>56:33  aur phir is se aap ka thrill aayega, aap ke andar aap lesson len ge</w:t>
      </w:r>
      <w:r>
        <w:br/>
      </w:r>
      <w:r>
        <w:rPr>
          <w:sz w:val="20"/>
        </w:rPr>
        <w:t>56:37  e, is ke andar aap ke andar Khuda ka Khuda ka marifat barhegi, jannat aur jahannum ka ehsaas barhega.</w:t>
      </w:r>
      <w:r>
        <w:br/>
      </w:r>
      <w:r>
        <w:rPr>
          <w:sz w:val="20"/>
        </w:rPr>
        <w:t>56:47  yeh hai zikr.</w:t>
      </w:r>
    </w:p>
    <w:p>
      <w:pPr>
        <w:pStyle w:val="Heading2"/>
      </w:pPr>
      <w:r>
        <w:t>No artist can improve on grass or a tiger</w:t>
      </w:r>
    </w:p>
    <w:p>
      <w:r>
        <w:rPr>
          <w:color w:val="666666"/>
          <w:sz w:val="18"/>
        </w:rPr>
        <w:t>Art of Thinking May 7, 2006 · 45s · at 6:01 · https://youtu.be/edSSqx-cT8s?t=361</w:t>
      </w:r>
    </w:p>
    <w:p>
      <w:r>
        <w:rPr>
          <w:i/>
        </w:rPr>
        <w:t>“Main aksar dekhta hoon cheezon ko, maslan ghaas ko”</w:t>
      </w:r>
    </w:p>
    <w:p>
      <w:r>
        <w:rPr>
          <w:sz w:val="20"/>
        </w:rPr>
        <w:t>6:01  mein aksar dekhta hoon cheezon ko, maslan grass, ghaas ko mein dekhta hoon to mein sochta hoon ke ghaas ka koi doosra model, koi bhi artist nahi bana sakta.</w:t>
      </w:r>
      <w:r>
        <w:br/>
      </w:r>
      <w:r>
        <w:rPr>
          <w:sz w:val="20"/>
        </w:rPr>
        <w:t>6:14  yaani ghaas ka jo model hai woh apne final model par hai. woh koi doosra model ghaas ka is se acha nahi bana sakta.</w:t>
      </w:r>
      <w:r>
        <w:br/>
      </w:r>
      <w:r>
        <w:rPr>
          <w:sz w:val="20"/>
        </w:rPr>
        <w:t>6:22  aap sher ko dekhiye, tiger ko. tiger ka jo model hai, koi artist is se acha model tiger ka nahi bana sakta.</w:t>
      </w:r>
      <w:r>
        <w:br/>
      </w:r>
      <w:r>
        <w:rPr>
          <w:sz w:val="20"/>
        </w:rPr>
        <w:t>6:33  apne final model par tiger hai. aap peR ko dekhiye, machhli ko dekhiye, sun aur moon ko dekhiye, planet star ko dekhiye, kisi bhi cheez ko dekhiye.</w:t>
      </w:r>
    </w:p>
    <w:p>
      <w:pPr>
        <w:pStyle w:val="Heading2"/>
      </w:pPr>
      <w:r>
        <w:t>I celebrate my death day daily, not my birthday</w:t>
      </w:r>
    </w:p>
    <w:p>
      <w:r>
        <w:rPr>
          <w:color w:val="666666"/>
          <w:sz w:val="18"/>
        </w:rPr>
        <w:t>Man and Paradise May 05, 2013 · 56s · at 38:12 · https://youtu.be/VyFgim3pvts?t=2292</w:t>
      </w:r>
    </w:p>
    <w:p>
      <w:r>
        <w:rPr>
          <w:i/>
        </w:rPr>
        <w:t>“Aap log birthday manate hain, main apna death day manata hoon”</w:t>
      </w:r>
    </w:p>
    <w:p>
      <w:r>
        <w:rPr>
          <w:sz w:val="20"/>
        </w:rPr>
        <w:t>38:12  abhi ek waqia hua, ek sahab mere paas aaye to wo un ka birthday tha, birth day. to wo cake laye the.</w:t>
      </w:r>
      <w:r>
        <w:br/>
      </w:r>
      <w:r>
        <w:rPr>
          <w:sz w:val="20"/>
        </w:rPr>
        <w:t>38:24  to hum log kai aadmi the, to apne birthday ke cake le aaye the. to maine to cake khai nahi, hamare saathi ne kaha ke aap log kha lijiyye.</w:t>
      </w:r>
      <w:r>
        <w:br/>
      </w:r>
      <w:r>
        <w:rPr>
          <w:sz w:val="20"/>
        </w:rPr>
        <w:t>38:37  maine kaha ke aap log birthday manate hain aur main apna death day manata hoon, rozana, rozana.</w:t>
      </w:r>
      <w:r>
        <w:br/>
      </w:r>
      <w:r>
        <w:rPr>
          <w:sz w:val="20"/>
        </w:rPr>
        <w:t>38:54  kyunke aap ka birthday saal mein ek baar aata hai, saal mein ek baar. agar aap ki paidaish paanch may ko hui hai, agle saal paanch may mein aayegi wo.</w:t>
      </w:r>
    </w:p>
    <w:p>
      <w:pPr>
        <w:pStyle w:val="Heading2"/>
      </w:pPr>
      <w:r>
        <w:t>Man is a paradise-seeking animal</w:t>
      </w:r>
    </w:p>
    <w:p>
      <w:r>
        <w:rPr>
          <w:color w:val="666666"/>
          <w:sz w:val="18"/>
        </w:rPr>
        <w:t>Living in Paradise April 17, 2011 · 26s · at 1:23 · https://youtu.be/_cEE0yxZu6M?t=83</w:t>
      </w:r>
    </w:p>
    <w:p>
      <w:r>
        <w:rPr>
          <w:i/>
        </w:rPr>
        <w:t>“Man is a Paradise-seeking animal.”</w:t>
      </w:r>
    </w:p>
    <w:p>
      <w:r>
        <w:rPr>
          <w:sz w:val="20"/>
        </w:rPr>
        <w:t>1:23  yeh kehna sahi hoga ke "Man is a Paradise-seeking animal".</w:t>
      </w:r>
      <w:r>
        <w:br/>
      </w:r>
      <w:r>
        <w:rPr>
          <w:sz w:val="20"/>
        </w:rPr>
        <w:t>1:33  insan ki tareef mein bohat si baatein kahi jati hain, jaise "Man is a thinking animal", "Man is a social animal".</w:t>
      </w:r>
    </w:p>
    <w:p>
      <w:pPr>
        <w:pStyle w:val="Heading2"/>
      </w:pPr>
      <w:r>
        <w:t>True faith makes you a predictable, peaceful person</w:t>
      </w:r>
    </w:p>
    <w:p>
      <w:r>
        <w:rPr>
          <w:color w:val="666666"/>
          <w:sz w:val="18"/>
        </w:rPr>
        <w:t>Hadith (English) March 27, 2007 Maulana Wahiduddin Khan · 42s · at 35:14 · https://youtu.be/VnwRJbqn9tU?t=2114</w:t>
      </w:r>
    </w:p>
    <w:p>
      <w:r>
        <w:rPr>
          <w:i/>
        </w:rPr>
        <w:t>“In a single word, faith makes you a predictable person”</w:t>
      </w:r>
    </w:p>
    <w:p>
      <w:r>
        <w:rPr>
          <w:sz w:val="20"/>
        </w:rPr>
        <w:t>35:14  . So you will be a - so iman makes you - iman or true faith makes you a harmless person in your society.</w:t>
      </w:r>
      <w:r>
        <w:br/>
      </w:r>
      <w:r>
        <w:rPr>
          <w:sz w:val="20"/>
        </w:rPr>
        <w:t>35:29  True faith makes you a peaceful person in your society.</w:t>
      </w:r>
      <w:r>
        <w:br/>
      </w:r>
      <w:r>
        <w:rPr>
          <w:sz w:val="20"/>
        </w:rPr>
        <w:t>35:36  True faith makes you a disciplined person in your society.</w:t>
      </w:r>
      <w:r>
        <w:br/>
      </w:r>
      <w:r>
        <w:rPr>
          <w:sz w:val="20"/>
        </w:rPr>
        <w:t>35:42  In a single word, I can say that true faith makes you a predictable person in your society. Predictable person in your society.</w:t>
      </w:r>
    </w:p>
    <w:p>
      <w:pPr>
        <w:pStyle w:val="Heading2"/>
      </w:pPr>
      <w:r>
        <w:t>baby Musa in the basket on the Nile</w:t>
      </w:r>
    </w:p>
    <w:p>
      <w:r>
        <w:rPr>
          <w:color w:val="666666"/>
          <w:sz w:val="18"/>
        </w:rPr>
        <w:t>Lessons from The Story of Prophet Moses Part 3, September 11, 2022 · 40s · at 38:16 · https://youtu.be/juoMfCaCJyA?t=2296</w:t>
      </w:r>
    </w:p>
    <w:p>
      <w:r>
        <w:rPr>
          <w:i/>
        </w:rPr>
        <w:t>“Musa's mother panicked as the basket floated down the Nile”</w:t>
      </w:r>
    </w:p>
    <w:p>
      <w:r>
        <w:rPr>
          <w:sz w:val="20"/>
        </w:rPr>
        <w:t>38:16  balkeh Moosa (AS) ke qisse mein hi milta hai humein ke jab unki maa unko leke gayeen darya-e-Neel mein daalne ek box mein to Quran mein aata hai ke ghabraane lage. woh aisa lagta tha ke woh shor macha dein.</w:t>
      </w:r>
      <w:r>
        <w:br/>
      </w:r>
      <w:r>
        <w:rPr>
          <w:sz w:val="20"/>
        </w:rPr>
        <w:t>38:34  box daala to darya-e-Neel mein aur woh lehrein jab leke jaane lageen, woh box to unka dil ghabraane laga. to aisa lagta tha woh shor macha dein ge, haaye mera bachcha doob doob doob raha hai, bachao.</w:t>
      </w:r>
      <w:r>
        <w:br/>
      </w:r>
      <w:r>
        <w:rPr>
          <w:sz w:val="20"/>
        </w:rPr>
        <w:t>38:48  to uss waqt Allah Ta'ala ne unke dil mein mazbooti paida ki, wa ratnab qalbaha, to unke andar itminaan paida hua.</w:t>
      </w:r>
      <w:r>
        <w:br/>
      </w:r>
      <w:r>
        <w:rPr>
          <w:sz w:val="20"/>
        </w:rPr>
        <w:t>38:57  issi tareeqe se Moosa (AS) ke liye bhi Allah Ta'ala ne kaha ke la takhaf innaka antal a'la, ke tum daro mat, tum hi kaamyaab ho ge.</w:t>
      </w:r>
    </w:p>
    <w:p>
      <w:pPr>
        <w:pStyle w:val="Heading2"/>
      </w:pPr>
      <w:r>
        <w:t>Two conditions God requires to forgive a sin</w:t>
      </w:r>
    </w:p>
    <w:p>
      <w:r>
        <w:rPr>
          <w:color w:val="666666"/>
          <w:sz w:val="18"/>
        </w:rPr>
        <w:t>Dayee God's Helper May 24, 2008 Maulana Wahiduddin Khan · 43s · at 17:09 · https://youtu.be/JzHKnKrv_Xg?t=1029</w:t>
      </w:r>
    </w:p>
    <w:p>
      <w:r>
        <w:rPr>
          <w:i/>
        </w:rPr>
        <w:t>“Aadmi intentionally galti na kare aur turant tauba kare”</w:t>
      </w:r>
    </w:p>
    <w:p>
      <w:r>
        <w:rPr>
          <w:sz w:val="20"/>
        </w:rPr>
        <w:t>17:09  to dekhiye aadmi ghalti karta hai</w:t>
      </w:r>
      <w:r>
        <w:br/>
      </w:r>
      <w:r>
        <w:rPr>
          <w:sz w:val="20"/>
        </w:rPr>
        <w:t>17:18  lekin do cheezein hain aadmi intentionally ghalti na kare aur is par persist persist na kare bohat jald is ko repentance aa jaye apni ghaltiyon ko maane aur aage is ko repeat na kare</w:t>
      </w:r>
      <w:r>
        <w:br/>
      </w:r>
      <w:r>
        <w:rPr>
          <w:sz w:val="20"/>
        </w:rPr>
        <w:t>17:39  aage is ko repeat na kare to is ko right off kar diya jata hai</w:t>
      </w:r>
    </w:p>
    <w:p>
      <w:pPr>
        <w:pStyle w:val="Heading2"/>
      </w:pPr>
      <w:r>
        <w:t>No pleasure greater than serving God</w:t>
      </w:r>
    </w:p>
    <w:p>
      <w:r>
        <w:rPr>
          <w:color w:val="666666"/>
          <w:sz w:val="18"/>
        </w:rPr>
        <w:t>Remembering Maulana Wahiduddin Khan April 21, 2024 · 41s · at 1:22:30 · https://youtu.be/4ihrHq1uR3w?t=4950</w:t>
      </w:r>
    </w:p>
    <w:p>
      <w:r>
        <w:rPr>
          <w:i/>
        </w:rPr>
        <w:t>“Kisi bande ke liye is se zyada lazeez koi tajruba nahi”</w:t>
      </w:r>
    </w:p>
    <w:p>
      <w:r>
        <w:rPr>
          <w:sz w:val="20"/>
        </w:rPr>
        <w:t>1:22:30  hai. Kisi bande ke liye bila shubah isse zyada lazeez koi tajurba nahi ki woh mehsoos kare ki</w:t>
      </w:r>
      <w:r>
        <w:br/>
      </w:r>
      <w:r>
        <w:rPr>
          <w:sz w:val="20"/>
        </w:rPr>
        <w:t>1:22:35  main apne Rab ke kaam mein masroof hoon</w:t>
      </w:r>
      <w:r>
        <w:br/>
      </w:r>
      <w:r>
        <w:rPr>
          <w:sz w:val="20"/>
        </w:rPr>
        <w:t>1:22:39  aur apne rab ke mansooba ki takbeel kar raha hoon.</w:t>
      </w:r>
      <w:r>
        <w:br/>
      </w:r>
      <w:r>
        <w:rPr>
          <w:sz w:val="20"/>
        </w:rPr>
        <w:t>1:22:43  aur ek aur jagah maulana ne yeh bilkul waaz tor par likha hai aur bataya hai ke kaar</w:t>
      </w:r>
      <w:r>
        <w:br/>
      </w:r>
      <w:r>
        <w:rPr>
          <w:sz w:val="20"/>
        </w:rPr>
        <w:t>1:22:48  daawat ke baghair ummate mohammadi ka ummate mohammadi hona amar mushtaba hai.</w:t>
      </w:r>
      <w:r>
        <w:br/>
      </w:r>
      <w:r>
        <w:rPr>
          <w:sz w:val="20"/>
        </w:rPr>
        <w:t>1:22:53  uske liye woh ek ayat yeh bhi pesh karte thay, "jaanak ummat takoon shahada alnaas" ke</w:t>
      </w:r>
      <w:r>
        <w:br/>
      </w:r>
      <w:r>
        <w:rPr>
          <w:sz w:val="20"/>
        </w:rPr>
        <w:t>1:23:01  humne tumko beech ki ummat banaya taake tum logon ke upar gawah bano.</w:t>
      </w:r>
      <w:r>
        <w:br/>
      </w:r>
      <w:r>
        <w:rPr>
          <w:sz w:val="20"/>
        </w:rPr>
        <w:t>1:23:06  toh rasool ke baad ab nabuwat ka silsila toh khatm ho gaya, lekin</w:t>
      </w:r>
    </w:p>
    <w:p>
      <w:pPr>
        <w:pStyle w:val="Heading2"/>
      </w:pPr>
      <w:r>
        <w:t>Prophet refused to curse oppressors</w:t>
      </w:r>
    </w:p>
    <w:p>
      <w:r>
        <w:rPr>
          <w:color w:val="666666"/>
          <w:sz w:val="18"/>
        </w:rPr>
        <w:t>Love of God | Maulana Wahiduddin Khan |  4 October 2009 · 1m 33s · at 23:11 · https://youtu.be/dRR8aqMAVww?t=1391</w:t>
      </w:r>
    </w:p>
    <w:p>
      <w:r>
        <w:rPr>
          <w:i/>
        </w:rPr>
        <w:t>“مجھے ان کی نسلوں سے امید ہے”</w:t>
      </w:r>
    </w:p>
    <w:p>
      <w:r>
        <w:rPr>
          <w:sz w:val="20"/>
        </w:rPr>
        <w:t>23:11  yani paharon ka farishta. to wahan par Taif jo basti thi, us ke do taraf pahar the, idhar pahar, idhar pahar, beech mein town tha. to farishte ne kaha ke agar aap kahein to main dono paharon ko aise mila doon, chakki ke paat ki tarah se. is mein kuchal kar reh jayein ge.</w:t>
      </w:r>
      <w:r>
        <w:br/>
      </w:r>
      <w:r>
        <w:rPr>
          <w:sz w:val="20"/>
        </w:rPr>
        <w:t>23:44  do paharon ke beech mein woh town tha Taif ka. to us ne kaha ke main Malik ul Jibal hoon, angel of mountains. to main chahoon to aap kahein to main un ke dono paharon ko aise milaon ga aur sab kuch kar ke khatam ho jayein ge log. to Rasool Allah ne yeh nahi kaha ke haan, unhon ne shatm kiya hai,</w:t>
      </w:r>
      <w:r>
        <w:br/>
      </w:r>
      <w:r>
        <w:rPr>
          <w:sz w:val="20"/>
        </w:rPr>
        <w:t>24:15  mujhe pathar mare hain, yeh to isi qabil hain, un ko karo aisa. yeh yeh masla hi jhoota hai ke shatm e rasool jo kare, us ko maar dalo. bilashuba jhoota masla hai. is ka Islam se koi ta'alluq nahi hai. yeh sarkashi hai. to Rasool Allah ne jante hain kya kaha? aap ne kaha ke nahi, aaj in logon ne mera inkar kiya hai, mere</w:t>
      </w:r>
    </w:p>
    <w:p>
      <w:pPr>
        <w:pStyle w:val="Heading2"/>
      </w:pPr>
      <w:r>
        <w:t>repenting only after it's too late to matter</w:t>
      </w:r>
    </w:p>
    <w:p>
      <w:r>
        <w:rPr>
          <w:color w:val="666666"/>
          <w:sz w:val="18"/>
        </w:rPr>
        <w:t>Beginning of the End February 9, 2007 Maulana Wahiduddin Khan · 37s · at 37:33 · https://youtu.be/wzRYtn704oE?t=2253</w:t>
      </w:r>
    </w:p>
    <w:p>
      <w:r>
        <w:rPr>
          <w:i/>
        </w:rPr>
        <w:t>“الآن وقت اسید - اب مانتے ہو، وقت نکل گیا”</w:t>
      </w:r>
    </w:p>
    <w:p>
      <w:r>
        <w:rPr>
          <w:sz w:val="20"/>
        </w:rPr>
        <w:t>37:33  is waqt sochen ge jab ke sochne ka time nikal chuka hoga. jaise ke Quran mein hai ke "Al'aan waqt asid".</w:t>
      </w:r>
      <w:r>
        <w:br/>
      </w:r>
      <w:r>
        <w:rPr>
          <w:sz w:val="20"/>
        </w:rPr>
        <w:t>37:42  "Al'aan waqt asid". ab tum maan rahe ho jab ke time nikal chuka?</w:t>
      </w:r>
      <w:r>
        <w:br/>
      </w:r>
      <w:r>
        <w:rPr>
          <w:sz w:val="20"/>
        </w:rPr>
        <w:t>37:51  "Al'aan waqt asid". jab time tha manne ka tab to tum kehte rahe ke hum nahi manenge. jab time nikal gaya to kehte ho ke hum mante hain.</w:t>
      </w:r>
      <w:r>
        <w:br/>
      </w:r>
      <w:r>
        <w:rPr>
          <w:sz w:val="20"/>
        </w:rPr>
        <w:t>38:02  "Al'aan waqt asid". to is se pehle ke</w:t>
      </w:r>
    </w:p>
    <w:p>
      <w:pPr>
        <w:pStyle w:val="Heading2"/>
      </w:pPr>
      <w:r>
        <w:t>Faith is not lip service</w:t>
      </w:r>
    </w:p>
    <w:p>
      <w:r>
        <w:rPr>
          <w:color w:val="666666"/>
          <w:sz w:val="18"/>
        </w:rPr>
        <w:t>Fiqh in Islam (Prophetic Wisdom) November 24, 2006 · 30s · at 1:13 · https://youtu.be/magXxJDsM8c?t=73</w:t>
      </w:r>
    </w:p>
    <w:p>
      <w:r>
        <w:rPr>
          <w:i/>
        </w:rPr>
        <w:t>“Kisi qism ke harkat lisani yani Lip Service ka naam nahi hai”</w:t>
      </w:r>
    </w:p>
    <w:p>
      <w:r>
        <w:rPr>
          <w:sz w:val="20"/>
        </w:rPr>
        <w:t>1:13  kisi qism ki harkat lisani yaani lip service ka naam nahi hai. kuch words hain, kuch shabd hain, un ko aap zaban se dohra den to mysteriously aap ko iman mil jayega, aisa nahi hai. yaani iman koi munter ki cheez nahi hai. iman fiqh ka naam hai, yaani iman samajh ka naam hai, understand karne</w:t>
      </w:r>
    </w:p>
    <w:p>
      <w:pPr>
        <w:pStyle w:val="Heading2"/>
      </w:pPr>
      <w:r>
        <w:t>Why God must be a discovery, not a mystery</w:t>
      </w:r>
    </w:p>
    <w:p>
      <w:r>
        <w:rPr>
          <w:color w:val="666666"/>
          <w:sz w:val="18"/>
        </w:rPr>
        <w:t>The Oneness of God 19 July, 2009 · 55s · at 19:54 · https://youtu.be/dAjxTrRiz0g?t=1194</w:t>
      </w:r>
    </w:p>
    <w:p>
      <w:r>
        <w:rPr>
          <w:i/>
        </w:rPr>
        <w:t>“Khuda meri discovery honi chahiye”</w:t>
      </w:r>
    </w:p>
    <w:p>
      <w:r>
        <w:rPr>
          <w:sz w:val="20"/>
        </w:rPr>
        <w:t>19:54  Khuda meri discovery hona chahiye.</w:t>
      </w:r>
      <w:r>
        <w:br/>
      </w:r>
      <w:r>
        <w:rPr>
          <w:sz w:val="20"/>
        </w:rPr>
        <w:t>19:58  mystery aap ki discovery nahi ho sakti, yaad rakhiye.Archimedes jo discovery hui thi, jis ne kaha tha Eureka, Eureka, to agar mystery ko paya hota us ne to Eureka, Eureka thori kehta woh ke maine pa liya, maine pa liya.</w:t>
      </w:r>
      <w:r>
        <w:br/>
      </w:r>
      <w:r>
        <w:rPr>
          <w:sz w:val="20"/>
        </w:rPr>
        <w:t>20:16  yaad rakhiye khuda ka koi bhi aisa concept jo mystery pe base karta ho, woh concept hi nahi hai. woh kyunke hum jo chahte hain khuda, woh ek aisa khuda jis ko hum ne discover kiya ho.</w:t>
      </w:r>
      <w:r>
        <w:br/>
      </w:r>
      <w:r>
        <w:rPr>
          <w:sz w:val="20"/>
        </w:rPr>
        <w:t>20:33  woh thrill jo discovery se hoti hai, woh mile mujhe.</w:t>
      </w:r>
      <w:r>
        <w:br/>
      </w:r>
      <w:r>
        <w:rPr>
          <w:sz w:val="20"/>
        </w:rPr>
        <w:t>20:39  toh Archimedes ko agar ek ek mystery mili hoti toh kabhi is ke munh se na nikalta ke eureka, eureka, maine pa liya, maine pa liya.</w:t>
      </w:r>
    </w:p>
    <w:p>
      <w:pPr>
        <w:pStyle w:val="Heading2"/>
      </w:pPr>
      <w:r>
        <w:t>Quran calls to paradise</w:t>
      </w:r>
    </w:p>
    <w:p>
      <w:r>
        <w:rPr>
          <w:color w:val="666666"/>
          <w:sz w:val="18"/>
        </w:rPr>
        <w:t>Character for Paradise Feb. 16, 2019 · 37s · at 0:52 · https://youtu.be/kMURA2gUDN8?t=52</w:t>
      </w:r>
    </w:p>
    <w:p>
      <w:r>
        <w:rPr>
          <w:i/>
        </w:rPr>
        <w:t>“Aao jannat ki taraf”</w:t>
      </w:r>
    </w:p>
    <w:p>
      <w:r>
        <w:rPr>
          <w:sz w:val="20"/>
        </w:rPr>
        <w:t>0:52  jannat ki taraf bulata hai. aao jannat ki taraf, aao jannat ki taraf.</w:t>
      </w:r>
      <w:r>
        <w:br/>
      </w:r>
      <w:r>
        <w:rPr>
          <w:sz w:val="20"/>
        </w:rPr>
        <w:t>0:59  wasareu ila magfiratin min rabbikum wa jannatin arduha samawatu wal ard, uiddat lil muttaqin. haan, tarjuma padhiye is ka.</w:t>
      </w:r>
      <w:r>
        <w:br/>
      </w:r>
      <w:r>
        <w:rPr>
          <w:sz w:val="20"/>
        </w:rPr>
        <w:t>1:08  aur doro us jannat ki, aur doro allah ki magfirat ki taraf aur jannat ki taraf jis ki chorai aasman aur zameen ki hai, jo tayyar ki gayi hai muttaqiyon ke liye.</w:t>
      </w:r>
    </w:p>
    <w:p>
      <w:pPr>
        <w:pStyle w:val="Heading2"/>
      </w:pPr>
      <w:r>
        <w:t>Science as Quranic tafsir</w:t>
      </w:r>
    </w:p>
    <w:p>
      <w:r>
        <w:rPr>
          <w:color w:val="666666"/>
          <w:sz w:val="18"/>
        </w:rPr>
        <w:t>ALRISALA SEPT 2017 - AUDIO · 26s · at 2:52 · https://youtu.be/Vlx5p0jF8ew?t=172</w:t>
      </w:r>
    </w:p>
    <w:p>
      <w:r>
        <w:rPr>
          <w:i/>
        </w:rPr>
        <w:t>“Science is the interpretation of Quran.”</w:t>
      </w:r>
    </w:p>
    <w:p>
      <w:r>
        <w:rPr>
          <w:sz w:val="20"/>
        </w:rPr>
        <w:t>2:52  science quran ki tafseer. science kisi ki shakhsi tasneef nahin, balkeh science isi nature ka mutala hai jis ka zikr quran mein bar bar ayat yani science ke taur par kiya gaya hai.</w:t>
      </w:r>
      <w:r>
        <w:br/>
      </w:r>
      <w:r>
        <w:rPr>
          <w:sz w:val="20"/>
        </w:rPr>
        <w:t>3:08  jis tarah arz quran quran ki tareekhi tafseer hai, usi tarah science juzwi taur par quran ki tabai tafseer hai.</w:t>
      </w:r>
    </w:p>
    <w:p>
      <w:pPr>
        <w:pStyle w:val="Heading2"/>
      </w:pPr>
      <w:r>
        <w:t>Simple formula: change what you can, adjust to rest</w:t>
      </w:r>
    </w:p>
    <w:p>
      <w:r>
        <w:rPr>
          <w:color w:val="666666"/>
          <w:sz w:val="18"/>
        </w:rPr>
        <w:t>The Importance of Realistic Approach January 2, 2011 · 24s · at 6:03 · https://youtu.be/8ebCuWB9caw?t=363</w:t>
      </w:r>
    </w:p>
    <w:p>
      <w:r>
        <w:rPr>
          <w:i/>
        </w:rPr>
        <w:t>“جو بدل سکتے ہیں بدلیے، جو نہیں سکتے ایڈجسٹ کیجیے”</w:t>
      </w:r>
    </w:p>
    <w:p>
      <w:r>
        <w:rPr>
          <w:sz w:val="20"/>
        </w:rPr>
        <w:t>6:03  jo aap badal sakte hain, us ko badliye. jo badal nahi sakte, to us ke sath adjust kijiye.</w:t>
      </w:r>
      <w:r>
        <w:br/>
      </w:r>
      <w:r>
        <w:rPr>
          <w:sz w:val="20"/>
        </w:rPr>
        <w:t>6:08  simple formula hai.</w:t>
      </w:r>
      <w:r>
        <w:br/>
      </w:r>
      <w:r>
        <w:rPr>
          <w:sz w:val="20"/>
        </w:rPr>
        <w:t>6:12  simple formula hai. jis ko aap badal sakte hain, to us ko badliye. jis ko nahi badal sakte hain, to use adjust kar lijiye.</w:t>
      </w:r>
      <w:r>
        <w:br/>
      </w:r>
      <w:r>
        <w:rPr>
          <w:sz w:val="20"/>
        </w:rPr>
        <w:t>6:22  asal o khair ka muamla kijiye us ke sath.</w:t>
      </w:r>
    </w:p>
    <w:p>
      <w:pPr>
        <w:pStyle w:val="Heading2"/>
      </w:pPr>
      <w:r>
        <w:t>universe's submission is forced, man's must be chosen</w:t>
      </w:r>
    </w:p>
    <w:p>
      <w:r>
        <w:rPr>
          <w:color w:val="666666"/>
          <w:sz w:val="18"/>
        </w:rPr>
        <w:t>God's Plan For Mankind September 24, 2023 · 58s · at 7:21 · https://youtu.be/Z47sL5AFUAE?t=441</w:t>
      </w:r>
    </w:p>
    <w:p>
      <w:r>
        <w:rPr>
          <w:i/>
        </w:rPr>
        <w:t>“कायनात के लिए सरेंडर मजबूरी है, इंसान के लिए चॉइस”</w:t>
      </w:r>
    </w:p>
    <w:p>
      <w:r>
        <w:rPr>
          <w:sz w:val="20"/>
        </w:rPr>
        <w:t>7:21  jo allah ne muqarrar kar diya, uske liye woh us se zara bhi tajawuz nahin karti, zara bhi deviation nahin karti. toh lekin fark yeh hai ki uske woh compulsory aisa kar rahi hai, aur insaan ko voluntary karna hai, insaan ko by choice karna hai. toh submission by choice jo hai, yahi qeemat hai jannat ki. ji, toh yahi willing surrender hai. ya sharai taur</w:t>
      </w:r>
      <w:r>
        <w:br/>
      </w:r>
      <w:r>
        <w:rPr>
          <w:sz w:val="20"/>
        </w:rPr>
        <w:t>7:50  par kainat ko shaoor nahin hai, humein insaan ko shaoor diya gaya. agar hum sharai taur par surrender kar dein, toh usi wa wohi log jo hain, is qabil hain ki akhirat mein unko allah taala apni ideal world, perfect world mein jagah dega. apa, bahut achhe se aap ne us ko samjhaya ki is duniya mein humein voluntary submit karna hai. and this whole thing is all about test.</w:t>
      </w:r>
    </w:p>
    <w:p>
      <w:pPr>
        <w:pStyle w:val="Heading2"/>
      </w:pPr>
      <w:r>
        <w:t>Right thinking leads to paradise</w:t>
      </w:r>
    </w:p>
    <w:p>
      <w:r>
        <w:rPr>
          <w:color w:val="666666"/>
          <w:sz w:val="18"/>
        </w:rPr>
        <w:t>Q&amp;A 11 Mar 2012 Maulana Wahiduddin Khan · 22s · at 6:13 · https://youtu.be/8_-rLeTGm0o?t=373</w:t>
      </w:r>
    </w:p>
    <w:p>
      <w:r>
        <w:rPr>
          <w:i/>
        </w:rPr>
        <w:t>“Right thinking ka bahut bada reward hai, woh jannat hai”</w:t>
      </w:r>
    </w:p>
    <w:p>
      <w:r>
        <w:rPr>
          <w:sz w:val="20"/>
        </w:rPr>
        <w:t>6:13  right thinking ka bahut hi bada reward hai, wo jannat hai. is wajah se right thinking ke liye hamein kuch</w:t>
      </w:r>
      <w:r>
        <w:br/>
      </w:r>
      <w:r>
        <w:rPr>
          <w:sz w:val="20"/>
        </w:rPr>
        <w:t>6:22  usi ke barabar mehnat karni padegi. duniya mein hum jante hain ki bada ohda lene ke liye aadmi ko kya karna padta hai. bahut zyada mehnat karni padti hai. abhi election mein jo log jeete hain,</w:t>
      </w:r>
    </w:p>
    <w:p>
      <w:pPr>
        <w:pStyle w:val="Heading2"/>
      </w:pPr>
      <w:r>
        <w:t>Deconditioning is the first step in life</w:t>
      </w:r>
    </w:p>
    <w:p>
      <w:r>
        <w:rPr>
          <w:color w:val="666666"/>
          <w:sz w:val="18"/>
        </w:rPr>
        <w:t>The Problem of Conditioning April 22, 2012 · 47s · at 4:43 · https://youtu.be/j-kJQzOz46g?t=283</w:t>
      </w:r>
    </w:p>
    <w:p>
      <w:r>
        <w:rPr>
          <w:i/>
        </w:rPr>
        <w:t>“Nayi zindagi ki beginning hai apni deconditioning karna”</w:t>
      </w:r>
    </w:p>
    <w:p>
      <w:r>
        <w:rPr>
          <w:sz w:val="20"/>
        </w:rPr>
        <w:t>4:43  to yeh bohat bara masla hai. aur aadmi ke liye nai zindagi ka ki jo beginning hai woh yahi hai ke woh sab se pehle apni deconditioning keray.</w:t>
      </w:r>
      <w:r>
        <w:br/>
      </w:r>
      <w:r>
        <w:rPr>
          <w:sz w:val="20"/>
        </w:rPr>
        <w:t>4:58  woh jo hadith mein aata hai, sahaba ne kaha ke "ta'allamul imaan thumma ta'allamul Quran"</w:t>
      </w:r>
      <w:r>
        <w:br/>
      </w:r>
      <w:r>
        <w:rPr>
          <w:sz w:val="20"/>
        </w:rPr>
        <w:t>5:05  . to aaj kal ki zaban mein agar mein kahoon to yahan per woh yeh keh rahay hain ke pehle hum ne apni deconditioning ki, phir Quran hamari samajh mein aaya.</w:t>
      </w:r>
      <w:r>
        <w:br/>
      </w:r>
      <w:r>
        <w:rPr>
          <w:sz w:val="20"/>
        </w:rPr>
        <w:t>5:18  to "deconditioning is the first step in the life of every human being" .</w:t>
      </w:r>
    </w:p>
    <w:p>
      <w:pPr>
        <w:pStyle w:val="Heading2"/>
      </w:pPr>
      <w:r>
        <w:t>The wise person controls himself and prepares</w:t>
      </w:r>
    </w:p>
    <w:p>
      <w:r>
        <w:rPr>
          <w:color w:val="666666"/>
          <w:sz w:val="18"/>
        </w:rPr>
        <w:t>Islam on Life and Death September 11, 2007 · 42s · at 24:54 · https://youtu.be/6x7a7lMAswo?t=1494</w:t>
      </w:r>
    </w:p>
    <w:p>
      <w:r>
        <w:rPr>
          <w:i/>
        </w:rPr>
        <w:t>“Al-kaisu man dana nafsahu wa amila lima ba'dal maut”</w:t>
      </w:r>
    </w:p>
    <w:p>
      <w:r>
        <w:rPr>
          <w:sz w:val="20"/>
        </w:rPr>
        <w:t>24:54  isi liye hadith mein aata hai ke: "al kayis man dana nafsahu wa amila li ba'd al mawt".</w:t>
      </w:r>
      <w:r>
        <w:br/>
      </w:r>
      <w:r>
        <w:rPr>
          <w:sz w:val="20"/>
        </w:rPr>
        <w:t>25:06  "al kayis man dana nafsahu wa amila li ba'd al mawt". sab se zyada wa'iz aadmi wo hai, sab se zyada hoshiyar aadmi wo hai jo apne nafs par control kare.</w:t>
      </w:r>
      <w:r>
        <w:br/>
      </w:r>
      <w:r>
        <w:rPr>
          <w:sz w:val="20"/>
        </w:rPr>
        <w:t>25:28  aur wo kaam kare jo mout ke baad jis ka faida milne wala hai.</w:t>
      </w:r>
    </w:p>
    <w:p>
      <w:pPr>
        <w:pStyle w:val="Heading2"/>
      </w:pPr>
      <w:r>
        <w:t>Belief in God is a deeply controversial topic</w:t>
      </w:r>
    </w:p>
    <w:p>
      <w:r>
        <w:rPr>
          <w:color w:val="666666"/>
          <w:sz w:val="18"/>
        </w:rPr>
        <w:t>Belief in the Existance of God | 11 Jan, 2009 · 31s · at 0:44 · https://youtu.be/BniNkb0aE6Q?t=44</w:t>
      </w:r>
    </w:p>
    <w:p>
      <w:r>
        <w:rPr>
          <w:i/>
        </w:rPr>
        <w:t>“Belief in the existence of God — a controversial topic”</w:t>
      </w:r>
    </w:p>
    <w:p>
      <w:r>
        <w:rPr>
          <w:sz w:val="20"/>
        </w:rPr>
        <w:t>0:44  belief in the existence of God.</w:t>
      </w:r>
      <w:r>
        <w:br/>
      </w:r>
      <w:r>
        <w:rPr>
          <w:sz w:val="20"/>
        </w:rPr>
        <w:t>0:54  آپ جانتے ہیں کہ یہ بہت ہی، یعنی، controversial topic ہے، اور سارے فلاسفرز اس پر بحثیں کرتے</w:t>
      </w:r>
      <w:r>
        <w:br/>
      </w:r>
      <w:r>
        <w:rPr>
          <w:sz w:val="20"/>
        </w:rPr>
        <w:t>1:05  rahe hain, theologians is par bahasein karte rahe hain, atheists is par bahasein karte rahe hain, aur abhi tak yeh</w:t>
      </w:r>
    </w:p>
    <w:p>
      <w:pPr>
        <w:pStyle w:val="Heading2"/>
      </w:pPr>
      <w:r>
        <w:t>Accept your limitations in understanding</w:t>
      </w:r>
    </w:p>
    <w:p>
      <w:r>
        <w:rPr>
          <w:color w:val="666666"/>
          <w:sz w:val="18"/>
        </w:rPr>
        <w:t>Right Thinking February 3, 2014 Maulana Wahiduddin Khan · 39s · at 19:47 · https://youtu.be/RU4GUAVEOdw?t=1187</w:t>
      </w:r>
    </w:p>
    <w:p>
      <w:r>
        <w:rPr>
          <w:i/>
        </w:rPr>
        <w:t>“Is hadees ka matlab yeh hua you have to accept your limitations”</w:t>
      </w:r>
    </w:p>
    <w:p>
      <w:r>
        <w:rPr>
          <w:sz w:val="20"/>
        </w:rPr>
        <w:t>19:47  is hadith ka matlab yeh hua ke you have to accept your limitations. apni mahdoodiyat ka etraf karo. jaise aap dekhiye aag ka ek angara hai.</w:t>
      </w:r>
      <w:r>
        <w:br/>
      </w:r>
      <w:r>
        <w:rPr>
          <w:sz w:val="20"/>
        </w:rPr>
        <w:t>20:00  to aap yeh nahi kahenge ke mein to chho kar jal jaunga, baghair chhooe mein nahi jalunga angara yeh. kyunke aap jante hain ke wahan mein meri mahdoodiyat hai, meri limitations hain.</w:t>
      </w:r>
      <w:r>
        <w:br/>
      </w:r>
      <w:r>
        <w:rPr>
          <w:sz w:val="20"/>
        </w:rPr>
        <w:t>20:11  agar chhoa to mera haath jal jayega.</w:t>
      </w:r>
      <w:r>
        <w:br/>
      </w:r>
      <w:r>
        <w:rPr>
          <w:sz w:val="20"/>
        </w:rPr>
        <w:t>20:17  to insan hum har doosre tamam mamlaat mein aisa karta hai ke apni mahdoodiyat ko woh janta hai woh.</w:t>
      </w:r>
    </w:p>
    <w:p>
      <w:pPr>
        <w:pStyle w:val="Heading2"/>
      </w:pPr>
      <w:r>
        <w:t>Why do Muslims split into different schools of thought</w:t>
      </w:r>
    </w:p>
    <w:p>
      <w:r>
        <w:rPr>
          <w:color w:val="666666"/>
          <w:sz w:val="18"/>
        </w:rPr>
        <w:t>Warning and Punishment May 15, 2008 · 23s · at 1:02:21 · https://youtu.be/tL3qIGvBuBE?t=3741</w:t>
      </w:r>
    </w:p>
    <w:p>
      <w:r>
        <w:rPr>
          <w:i/>
        </w:rPr>
        <w:t>“When all Muslims follow one Quran, why so many different schools of thought?”</w:t>
      </w:r>
    </w:p>
    <w:p>
      <w:r>
        <w:rPr>
          <w:sz w:val="20"/>
        </w:rPr>
        <w:t>1:02:21  : When all Muslims follow one and the same Quran, then why are there so many different schools of thought among Muslims?</w:t>
      </w:r>
      <w:r>
        <w:br/>
      </w:r>
      <w:r>
        <w:rPr>
          <w:sz w:val="20"/>
        </w:rPr>
        <w:t>1:02:33  dekhien, koi bhi book ho to text mein difference nahin hota. difference hota hai interpretation mein.</w:t>
      </w:r>
    </w:p>
    <w:p>
      <w:pPr>
        <w:pStyle w:val="Heading2"/>
      </w:pPr>
      <w:r>
        <w:t>Scientific proof of paradise via evolution</w:t>
      </w:r>
    </w:p>
    <w:p>
      <w:r>
        <w:rPr>
          <w:color w:val="666666"/>
          <w:sz w:val="18"/>
        </w:rPr>
        <w:t>The Road to Paradise December 30, 2012 Maulana Wahiduddin Khan · 58s · at 4:42 · https://youtu.be/vUiaPsYF4Tk?t=282</w:t>
      </w:r>
    </w:p>
    <w:p>
      <w:r>
        <w:rPr>
          <w:i/>
        </w:rPr>
        <w:t>“I give you a scientific proof of Paradise”</w:t>
      </w:r>
    </w:p>
    <w:p>
      <w:r>
        <w:rPr>
          <w:sz w:val="20"/>
        </w:rPr>
        <w:t>4:42  yeh impossible hai. dekhiye, main aap ko ek scientific proof deta hoon "paradise" ka. woh hai evolution theory.</w:t>
      </w:r>
      <w:r>
        <w:br/>
      </w:r>
      <w:r>
        <w:rPr>
          <w:sz w:val="20"/>
        </w:rPr>
        <w:t>4:55  main evolution theory ko nahi manta, lekin sari duniya to manti hai. sare parhe likhe log evolution theory ko as a fact mante hain.</w:t>
      </w:r>
      <w:r>
        <w:br/>
      </w:r>
      <w:r>
        <w:rPr>
          <w:sz w:val="20"/>
        </w:rPr>
        <w:t>5:07  mein zahiri taur par evolution theory ko nahi manta, mein creation theory ko manta hoon. lekin evolution ek principal deti hai.</w:t>
      </w:r>
      <w:r>
        <w:br/>
      </w:r>
      <w:r>
        <w:rPr>
          <w:sz w:val="20"/>
        </w:rPr>
        <w:t>5:20  ek principal deti hai.</w:t>
      </w:r>
      <w:r>
        <w:br/>
      </w:r>
      <w:r>
        <w:rPr>
          <w:sz w:val="20"/>
        </w:rPr>
        <w:t>5:24  woh kya hai?</w:t>
      </w:r>
      <w:r>
        <w:br/>
      </w:r>
      <w:r>
        <w:rPr>
          <w:sz w:val="20"/>
        </w:rPr>
        <w:t>5:29  less perfect se perfect ki taraf safar. ek bandar se insan ka hona kya hai? ya machhli se chidiya ka hona kya hai?</w:t>
      </w:r>
    </w:p>
    <w:p>
      <w:pPr>
        <w:pStyle w:val="Heading2"/>
      </w:pPr>
      <w:r>
        <w:t>History of failed interfaith dialogue attempts since 1893</w:t>
      </w:r>
    </w:p>
    <w:p>
      <w:r>
        <w:rPr>
          <w:color w:val="666666"/>
          <w:sz w:val="18"/>
        </w:rPr>
        <w:t>Interfaith Dialogue (English) February 1, 2014 Maulana Wahiduddin Khan · 55s · at 1:40 · https://youtu.be/esM8RDj_new?t=100</w:t>
      </w:r>
    </w:p>
    <w:p>
      <w:r>
        <w:rPr>
          <w:i/>
        </w:rPr>
        <w:t>“Perhaps the latest was held in Chicago in 1893”</w:t>
      </w:r>
    </w:p>
    <w:p>
      <w:r>
        <w:rPr>
          <w:sz w:val="20"/>
        </w:rPr>
        <w:t>1:40  Perhaps the latest was that</w:t>
      </w:r>
      <w:r>
        <w:br/>
      </w:r>
      <w:r>
        <w:rPr>
          <w:sz w:val="20"/>
        </w:rPr>
        <w:t>1:48  held in Chicago in 1893. In</w:t>
      </w:r>
      <w:r>
        <w:br/>
      </w:r>
      <w:r>
        <w:rPr>
          <w:sz w:val="20"/>
        </w:rPr>
        <w:t>1:56  this dialogue, all the major religions were present.</w:t>
      </w:r>
      <w:r>
        <w:br/>
      </w:r>
      <w:r>
        <w:rPr>
          <w:sz w:val="20"/>
        </w:rPr>
        <w:t>2:05  But</w:t>
      </w:r>
      <w:r>
        <w:br/>
      </w:r>
      <w:r>
        <w:rPr>
          <w:sz w:val="20"/>
        </w:rPr>
        <w:t>2:09  according to my experience, all these exercises are</w:t>
      </w:r>
      <w:r>
        <w:br/>
      </w:r>
      <w:r>
        <w:rPr>
          <w:sz w:val="20"/>
        </w:rPr>
        <w:t>2:25  fruitless, resultless. No positive result can be cited.</w:t>
      </w:r>
    </w:p>
    <w:p>
      <w:pPr>
        <w:pStyle w:val="Heading2"/>
      </w:pPr>
      <w:r>
        <w:t>Using intermediaries in prayer angers God</w:t>
      </w:r>
    </w:p>
    <w:p>
      <w:r>
        <w:rPr>
          <w:color w:val="666666"/>
          <w:sz w:val="18"/>
        </w:rPr>
        <w:t>Dars-e-Quran June 29, 2007 · 59s · at 35:28 · https://youtu.be/J6t7KRe6Hl8?t=2128</w:t>
      </w:r>
    </w:p>
    <w:p>
      <w:r>
        <w:rPr>
          <w:i/>
        </w:rPr>
        <w:t>“یہ عقیدہ کہ کسی کو واسطہ بنا کر دعا کرنا، خدا کے غضب کو بھڑکانے والا ہے”</w:t>
      </w:r>
    </w:p>
    <w:p>
      <w:r>
        <w:rPr>
          <w:sz w:val="20"/>
        </w:rPr>
        <w:t>35:28  dekhen, yeh yeh jo yeh jo yeh jo aqeedah hai ke kisi ko wasta bana kar dua karna, yeh khuda ke ghazab ko bharkane wala hai.</w:t>
      </w:r>
      <w:r>
        <w:br/>
      </w:r>
      <w:r>
        <w:rPr>
          <w:sz w:val="20"/>
        </w:rPr>
        <w:t>35:44  kisi ko wasta bana kar dua karna, yeh khuda ke ghazab ko bharkane wala hai. kyun? aap ne khuda ko, aap ne khuda ke ilawa bhi kisi ko to koi darja de diya.</w:t>
      </w:r>
      <w:r>
        <w:br/>
      </w:r>
      <w:r>
        <w:rPr>
          <w:sz w:val="20"/>
        </w:rPr>
        <w:t>36:01  ke koi hai jis ki pahunch khuda tak hoti hai, koi hai jis ka zor chalta hai khuda ke upar, koi hai jis ke paas yeh taqat hai ke woh khuda se manwa le.</w:t>
      </w:r>
      <w:r>
        <w:br/>
      </w:r>
      <w:r>
        <w:rPr>
          <w:sz w:val="20"/>
        </w:rPr>
        <w:t>36:12  to aap us se kehte hain ke tu apne zor ko istemal kar ke meri baat khuda tak pahuncha do. to yeh khuda ko qadar sitam karna hai.</w:t>
      </w:r>
    </w:p>
    <w:p>
      <w:pPr>
        <w:pStyle w:val="Heading2"/>
      </w:pPr>
      <w:r>
        <w:t>True da'wah is for non-Muslims</w:t>
      </w:r>
    </w:p>
    <w:p>
      <w:r>
        <w:rPr>
          <w:color w:val="666666"/>
          <w:sz w:val="18"/>
        </w:rPr>
        <w:t>On Dawat Ilallah October 27, 2007 - Maulana Wahiduddin Khan · 34s · at 21:03 · https://youtu.be/iaCIQ2uc5Zg?t=1263</w:t>
      </w:r>
    </w:p>
    <w:p>
      <w:r>
        <w:rPr>
          <w:i/>
        </w:rPr>
        <w:t>“Muslimano ki islaah karenge”</w:t>
      </w:r>
    </w:p>
    <w:p>
      <w:r>
        <w:rPr>
          <w:sz w:val="20"/>
        </w:rPr>
        <w:t>21:03  musalmanon ki islaah karain gay. koi musalmanon ki islaah kar raha hai, koi namaz o roza sikha raha hai, koi mili work kar raha hai, us ko kehta hai dawat. woh dawat nahi hai woh.</w:t>
      </w:r>
      <w:r>
        <w:br/>
      </w:r>
      <w:r>
        <w:rPr>
          <w:sz w:val="20"/>
        </w:rPr>
        <w:t>21:14  dawat wazeh tor par naam hai inzar o tafseer ka. inzar o tafseer ka yani ghair muslimon ko batana in baaton ko jo Khuda nay bheja hai apnay peghambar ke oopar.</w:t>
      </w:r>
      <w:r>
        <w:br/>
      </w:r>
      <w:r>
        <w:rPr>
          <w:sz w:val="20"/>
        </w:rPr>
        <w:t>21:28  ghair muslimon mein dawat o work ka naam hai dawat. lekin doosray doosray kaam karain gay. koi debate kar raha hai, us ko dawat samajhta hai.</w:t>
      </w:r>
    </w:p>
    <w:p>
      <w:pPr>
        <w:pStyle w:val="Heading2"/>
      </w:pPr>
      <w:r>
        <w:t>Atheists lack rational argument for disbelief</w:t>
      </w:r>
    </w:p>
    <w:p>
      <w:r>
        <w:rPr>
          <w:color w:val="666666"/>
          <w:sz w:val="18"/>
        </w:rPr>
        <w:t>The Existence of God July 23, 2017 Maulana Wahiduddin Khan · 19s · at 2:25 · https://youtu.be/shLM_JhG3iE?t=145</w:t>
      </w:r>
    </w:p>
    <w:p>
      <w:r>
        <w:rPr>
          <w:i/>
        </w:rPr>
        <w:t>“Jo log Khuda ko nahi maante, unke paas rational argument nahi hai”</w:t>
      </w:r>
    </w:p>
    <w:p>
      <w:r>
        <w:rPr>
          <w:sz w:val="20"/>
        </w:rPr>
        <w:t>2:25  main samajhta hoon ke khuda ko jo log nahi mante, un ke paas khuda ke liye koi</w:t>
      </w:r>
      <w:r>
        <w:br/>
      </w:r>
      <w:r>
        <w:rPr>
          <w:sz w:val="20"/>
        </w:rPr>
        <w:t>2:37  rational argument nahi hai, jo hai woh emotional hai.</w:t>
      </w:r>
      <w:r>
        <w:br/>
      </w:r>
      <w:r>
        <w:rPr>
          <w:sz w:val="20"/>
        </w:rPr>
        <w:t>2:45  yeh main is liye kar raha hoon ke main khud bhi is ka talib ilm raha hoon, yeh samajhne ke liye khuda ke mamle ko main ne kafi cheezein parhin.</w:t>
      </w:r>
    </w:p>
    <w:p>
      <w:pPr>
        <w:pStyle w:val="Heading2"/>
      </w:pPr>
      <w:r>
        <w:t>Human emotions need God as focus</w:t>
      </w:r>
    </w:p>
    <w:p>
      <w:r>
        <w:rPr>
          <w:color w:val="666666"/>
          <w:sz w:val="18"/>
        </w:rPr>
        <w:t>God The Only Choice June 22, 2008 · 31s · at 3:22 · https://youtu.be/hwnUsUP3aAg?t=202</w:t>
      </w:r>
    </w:p>
    <w:p>
      <w:r>
        <w:rPr>
          <w:i/>
        </w:rPr>
        <w:t>“Majority of humans make God their focus”</w:t>
      </w:r>
    </w:p>
    <w:p>
      <w:r>
        <w:rPr>
          <w:sz w:val="20"/>
        </w:rPr>
        <w:t>3:22  majority insaanon ki woh hai jo other than God ko apna focus banaye hue hai. pehle bhi aur aaj bhi. in emotions ka focus sirf ek hai aur woh creator hai.</w:t>
      </w:r>
      <w:r>
        <w:br/>
      </w:r>
      <w:r>
        <w:rPr>
          <w:sz w:val="20"/>
        </w:rPr>
        <w:t>3:38  creator yaani God. iske siwa jisko bhi aap banayenge apna, apna concern banayenge, jisko apna focus banayenge to woh galat hoga.</w:t>
      </w:r>
    </w:p>
    <w:p>
      <w:pPr>
        <w:pStyle w:val="Heading2"/>
      </w:pPr>
      <w:r>
        <w:t>Weeping under a papaya tree, calling out to God</w:t>
      </w:r>
    </w:p>
    <w:p>
      <w:r>
        <w:rPr>
          <w:color w:val="666666"/>
          <w:sz w:val="18"/>
        </w:rPr>
        <w:t>The Oneness of God 19 July, 2009 · 50s · at 3:48 · https://youtu.be/dAjxTrRiz0g?t=228</w:t>
      </w:r>
    </w:p>
    <w:p>
      <w:r>
        <w:rPr>
          <w:i/>
        </w:rPr>
        <w:t>“Adam Garh mein naujawani ki umar mein, jamia masjid mein main gaya”</w:t>
      </w:r>
    </w:p>
    <w:p>
      <w:r>
        <w:rPr>
          <w:sz w:val="20"/>
        </w:rPr>
        <w:t>3:48  adam garh mein mujhe ab tak yaad hai, naujawani ki umar mein, wahan ki jo jame masjid hai, wahan par mein gaya.</w:t>
      </w:r>
      <w:r>
        <w:br/>
      </w:r>
      <w:r>
        <w:rPr>
          <w:sz w:val="20"/>
        </w:rPr>
        <w:t>4:02  to wahan par us waqt papite ka ek peR hua karta tha. us ke neeche mein khada ho gaya.</w:t>
      </w:r>
      <w:r>
        <w:br/>
      </w:r>
      <w:r>
        <w:rPr>
          <w:sz w:val="20"/>
        </w:rPr>
        <w:t>4:13  upar se papite ke phool gir rahe the zameen par. aur mere aansu tapak tapak kar zameen par gir rahe the. yeh halat thi meri.</w:t>
      </w:r>
      <w:r>
        <w:br/>
      </w:r>
      <w:r>
        <w:rPr>
          <w:sz w:val="20"/>
        </w:rPr>
        <w:t>4:24  achanak mere zuban se nikla, "khawand, tu kab aayega? mein kab tak tere aane ka intezar karun?"</w:t>
      </w:r>
    </w:p>
    <w:p>
      <w:pPr>
        <w:pStyle w:val="Heading2"/>
      </w:pPr>
      <w:r>
        <w:t>Every philosopher failed to find God</w:t>
      </w:r>
    </w:p>
    <w:p>
      <w:r>
        <w:rPr>
          <w:color w:val="666666"/>
          <w:sz w:val="18"/>
        </w:rPr>
        <w:t>CPS Peace Conference 2019 Sunday Lecture · 39s · at 6:27 · https://youtu.be/aat_BoVRRFQ?t=387</w:t>
      </w:r>
    </w:p>
    <w:p>
      <w:r>
        <w:rPr>
          <w:i/>
        </w:rPr>
        <w:t>“Every philosopher was a philosopher of no philosophy.”</w:t>
      </w:r>
    </w:p>
    <w:p>
      <w:r>
        <w:rPr>
          <w:sz w:val="20"/>
        </w:rPr>
        <w:t>6:27  to maine is par ghhor kiya to maloom hua ke is yeh baat sirf Barter Sell ki nahi hai. Every philosopher was philosopher of no philosophy, without any exception.</w:t>
      </w:r>
      <w:r>
        <w:br/>
      </w:r>
      <w:r>
        <w:rPr>
          <w:sz w:val="20"/>
        </w:rPr>
        <w:t>6:45  kyunke saare philosopher dhoondh rahe the ke reality kya hai, creator kaun hai, sachai apne aakhir surat mein kya hai.</w:t>
      </w:r>
      <w:r>
        <w:br/>
      </w:r>
      <w:r>
        <w:rPr>
          <w:sz w:val="20"/>
        </w:rPr>
        <w:t>6:56  to kisi ne paya nahi. Bewilderment logon ko mila. To every philosopher was philosopher of no philosophy.</w:t>
      </w:r>
    </w:p>
    <w:p>
      <w:pPr>
        <w:pStyle w:val="Heading2"/>
      </w:pPr>
      <w:r>
        <w:t>Wanting to affirm faith before death's compulsory witness</w:t>
      </w:r>
    </w:p>
    <w:p>
      <w:r>
        <w:rPr>
          <w:color w:val="666666"/>
          <w:sz w:val="18"/>
        </w:rPr>
        <w:t>Discover Iman May 01, 2007 · 51s · at 3:09 · https://youtu.be/DQL8J0Th5_I?t=189</w:t>
      </w:r>
    </w:p>
    <w:p>
      <w:r>
        <w:rPr>
          <w:i/>
        </w:rPr>
        <w:t>“Hum har waqt farishton ke observation mein hain”</w:t>
      </w:r>
    </w:p>
    <w:p>
      <w:r>
        <w:rPr>
          <w:sz w:val="20"/>
        </w:rPr>
        <w:t>3:09  lekin is se bhi ziyada bari baat yeh hai ke aap yeh jab sochte hain ke hum har waqt, har waqt, har waqt angels ke angels ke observation mein hain,</w:t>
      </w:r>
      <w:r>
        <w:br/>
      </w:r>
      <w:r>
        <w:rPr>
          <w:sz w:val="20"/>
        </w:rPr>
        <w:t>3:27  to aap yaani aap ke dil se nikal pare ga ke khudaaya mein to is ko gawah banata hoon,</w:t>
      </w:r>
      <w:r>
        <w:br/>
      </w:r>
      <w:r>
        <w:rPr>
          <w:sz w:val="20"/>
        </w:rPr>
        <w:t>3:37  mein angels ko gawah banata hoon, aur marne se pehle yaani compulsory shahadat hone wali hai maut ke baad, is se pehle mein apne apne azadi ke sath to is ko dekhe dekhne se pehle mein is baat ka iqrar karta hoon.</w:t>
      </w:r>
    </w:p>
    <w:p>
      <w:pPr>
        <w:pStyle w:val="Heading2"/>
      </w:pPr>
      <w:r>
        <w:t>Strange vs stranger logic for God</w:t>
      </w:r>
    </w:p>
    <w:p>
      <w:r>
        <w:rPr>
          <w:color w:val="666666"/>
          <w:sz w:val="18"/>
        </w:rPr>
        <w:t>Nature And Spirituality June 04, 2006 Maulana Wahiduddin Khan · 1m 04s · at 13:48 · https://youtu.be/i-c2g6Ip_SY?t=828</w:t>
      </w:r>
    </w:p>
    <w:p>
      <w:r>
        <w:rPr>
          <w:i/>
        </w:rPr>
        <w:t>“Believing in God is strange.”</w:t>
      </w:r>
    </w:p>
    <w:p>
      <w:r>
        <w:rPr>
          <w:sz w:val="20"/>
        </w:rPr>
        <w:t>13:48  woh yeh bataya maine un ko ke unhe bohat ajib lagta tha ke Khuda kaise manein hum. bohat hi strange baat. to maine kaha ke believing in God is strange.</w:t>
      </w:r>
      <w:r>
        <w:br/>
      </w:r>
      <w:r>
        <w:rPr>
          <w:sz w:val="20"/>
        </w:rPr>
        <w:t>14:06  but not to believe in God is stranger still.</w:t>
      </w:r>
      <w:r>
        <w:br/>
      </w:r>
      <w:r>
        <w:rPr>
          <w:sz w:val="20"/>
        </w:rPr>
        <w:t>14:16  So when I say that I believe in God, I simply say that</w:t>
      </w:r>
      <w:r>
        <w:br/>
      </w:r>
      <w:r>
        <w:rPr>
          <w:sz w:val="20"/>
        </w:rPr>
        <w:t>14:29  I have preferred the strong rather than the stranger.</w:t>
      </w:r>
      <w:r>
        <w:br/>
      </w:r>
      <w:r>
        <w:rPr>
          <w:sz w:val="20"/>
        </w:rPr>
        <w:t>14:38  yani urdu mein mein kahunga ke ke khuda ko manna ajib hai. lekin khuda ko na manna is se bhi zyada ajib hai.</w:t>
      </w:r>
    </w:p>
    <w:p>
      <w:pPr>
        <w:pStyle w:val="Heading2"/>
      </w:pPr>
      <w:r>
        <w:t>Carlyle refutes sword argument</w:t>
      </w:r>
    </w:p>
    <w:p>
      <w:r>
        <w:rPr>
          <w:color w:val="666666"/>
          <w:sz w:val="18"/>
        </w:rPr>
        <w:t>About De-Conditioning | April 06, 2008 | Maulana Wahiduddin Khan · 1m 00s · at 6:19 · https://youtu.be/ltg0EF3eK0E?t=379</w:t>
      </w:r>
    </w:p>
    <w:p>
      <w:r>
        <w:rPr>
          <w:i/>
        </w:rPr>
        <w:t>“تم کہتے ہو کہ محمد نے Sword کے ذریعے اسلام پھیلایا”</w:t>
      </w:r>
    </w:p>
    <w:p>
      <w:r>
        <w:rPr>
          <w:sz w:val="20"/>
        </w:rPr>
        <w:t>6:19  Rasool Allah par likha tha, Paighamber par, Prophet of Islam par.</w:t>
      </w:r>
      <w:r>
        <w:br/>
      </w:r>
      <w:r>
        <w:rPr>
          <w:sz w:val="20"/>
        </w:rPr>
        <w:t>6:24  To is mein ek bohat hi, ek ek Simple baat se sab ko khatam kar diya us ne.</w:t>
      </w:r>
      <w:r>
        <w:br/>
      </w:r>
      <w:r>
        <w:rPr>
          <w:sz w:val="20"/>
        </w:rPr>
        <w:t>6:29  Unhon ne kaha ke tum kehte ho ke Muhammad ne Sword ke zariye Islam phailaya.</w:t>
      </w:r>
      <w:r>
        <w:br/>
      </w:r>
      <w:r>
        <w:rPr>
          <w:sz w:val="20"/>
        </w:rPr>
        <w:t>6:34  To yeh Sword aai kahan se? Muhammad to akele the.</w:t>
      </w:r>
      <w:r>
        <w:br/>
      </w:r>
      <w:r>
        <w:rPr>
          <w:sz w:val="20"/>
        </w:rPr>
        <w:t>6:39  Yeh six hundred ten eighty mein jab unhon ne kaha ke main Khuda ka Paighamber hoon to woh</w:t>
      </w:r>
      <w:r>
        <w:br/>
      </w:r>
      <w:r>
        <w:rPr>
          <w:sz w:val="20"/>
        </w:rPr>
        <w:t>6:44  To akele the bilkul.</w:t>
      </w:r>
      <w:r>
        <w:br/>
      </w:r>
      <w:r>
        <w:rPr>
          <w:sz w:val="20"/>
        </w:rPr>
        <w:t>6:49  To woh kehta hai ke Sword aai kahan se? Kehte hain saare logon ko Sword se maarne ke</w:t>
      </w:r>
      <w:r>
        <w:br/>
      </w:r>
      <w:r>
        <w:rPr>
          <w:sz w:val="20"/>
        </w:rPr>
        <w:t>6:54  liye to ek army chahiye.</w:t>
      </w:r>
      <w:r>
        <w:br/>
      </w:r>
      <w:r>
        <w:rPr>
          <w:sz w:val="20"/>
        </w:rPr>
        <w:t>6:58  Woh army kahan se aai? Muhammad ke paas to na Money tha, na Empire tha, na Government tha.</w:t>
      </w:r>
      <w:r>
        <w:br/>
      </w:r>
      <w:r>
        <w:rPr>
          <w:sz w:val="20"/>
        </w:rPr>
        <w:t>7:02  Kuch nahi thi to yeh Sword aai kahan se jis ne logon ko maar maar ke Musalman banaya?</w:t>
      </w:r>
      <w:r>
        <w:br/>
      </w:r>
      <w:r>
        <w:rPr>
          <w:sz w:val="20"/>
        </w:rPr>
        <w:t>7:07  To is se un ka Trend jo hai badla.</w:t>
      </w:r>
      <w:r>
        <w:br/>
      </w:r>
      <w:r>
        <w:rPr>
          <w:sz w:val="20"/>
        </w:rPr>
        <w:t>7:11  Aaj European Scholars jo hain woh bohat ziyada Objective hote hain.</w:t>
      </w:r>
      <w:r>
        <w:br/>
      </w:r>
      <w:r>
        <w:rPr>
          <w:sz w:val="20"/>
        </w:rPr>
        <w:t>7:15  Aur woh Objective Study</w:t>
      </w:r>
    </w:p>
    <w:p>
      <w:pPr>
        <w:pStyle w:val="Heading2"/>
      </w:pPr>
      <w:r>
        <w:t>Seriousness vs frivolity</w:t>
      </w:r>
    </w:p>
    <w:p>
      <w:r>
        <w:rPr>
          <w:color w:val="666666"/>
          <w:sz w:val="18"/>
        </w:rPr>
        <w:t>Lessons and Experience 22 May 2011 - Maulana Wahiduddin Khan · 36s · at 12:22 · https://youtu.be/vxgZMiqBTiE?t=742</w:t>
      </w:r>
    </w:p>
    <w:p>
      <w:r>
        <w:rPr>
          <w:i/>
        </w:rPr>
        <w:t>“When you laugh serious thinking disappears”</w:t>
      </w:r>
    </w:p>
    <w:p>
      <w:r>
        <w:rPr>
          <w:sz w:val="20"/>
        </w:rPr>
        <w:t>12:22  sanjida soch nahi develop kare gi. jab aap joke par hasein ge, taliyan bajayein ge. to sanjida soch chali jaye gi aap ke andar se.</w:t>
      </w:r>
      <w:r>
        <w:br/>
      </w:r>
      <w:r>
        <w:rPr>
          <w:sz w:val="20"/>
        </w:rPr>
        <w:t>12:34  bari bari baatein kaise janen ge aap? jo aadmi koi bari baat daryaft kar le,</w:t>
      </w:r>
      <w:r>
        <w:br/>
      </w:r>
      <w:r>
        <w:rPr>
          <w:sz w:val="20"/>
        </w:rPr>
        <w:t>12:41  taliyan nahi bajaye ga woh. yeh bare bare science dan thay, un ke halaat parhiye aap. us ko daryaft hoti thi to kya taliyan bajata tha woh? koi science dan aisa nahi mile ga aap ko jo taliyan bajata ho.</w:t>
      </w:r>
    </w:p>
    <w:p>
      <w:pPr>
        <w:pStyle w:val="Heading2"/>
      </w:pPr>
      <w:r>
        <w:t>The lesson: a nation drowning in extremism</w:t>
      </w:r>
    </w:p>
    <w:p>
      <w:r>
        <w:rPr>
          <w:color w:val="666666"/>
          <w:sz w:val="18"/>
        </w:rPr>
        <w:t>The Lesson of History September 21, 2014 · 28s · at 18:45 · https://youtu.be/aMVHLKMkhcQ?t=1125</w:t>
      </w:r>
    </w:p>
    <w:p>
      <w:r>
        <w:rPr>
          <w:i/>
        </w:rPr>
        <w:t>“Yeh hai sabaq sochne ka”</w:t>
      </w:r>
    </w:p>
    <w:p>
      <w:r>
        <w:rPr>
          <w:sz w:val="20"/>
        </w:rPr>
        <w:t>18:45  yeh hai sabak sochne ka.</w:t>
      </w:r>
      <w:r>
        <w:br/>
      </w:r>
      <w:r>
        <w:rPr>
          <w:sz w:val="20"/>
        </w:rPr>
        <w:t>18:50  ke qaum poori ki poori ghalu mein utra ho gayi hai, ghalu mein. yani jo cheez, jis cheez ka taalluq aqide se nahi tha, us ko aqide ka masla bana diya.</w:t>
      </w:r>
      <w:r>
        <w:br/>
      </w:r>
      <w:r>
        <w:rPr>
          <w:sz w:val="20"/>
        </w:rPr>
        <w:t>19:01  yahi ghalu hai.</w:t>
      </w:r>
      <w:r>
        <w:br/>
      </w:r>
      <w:r>
        <w:rPr>
          <w:sz w:val="20"/>
        </w:rPr>
        <w:t>19:03  had se tajawuz kar jana. extreme bhi, extreme position le lena.</w:t>
      </w:r>
    </w:p>
    <w:p>
      <w:pPr>
        <w:pStyle w:val="Heading2"/>
      </w:pPr>
      <w:r>
        <w:t>Blair finally admits the Iraq invasion was a disaster</w:t>
      </w:r>
    </w:p>
    <w:p>
      <w:r>
        <w:rPr>
          <w:color w:val="666666"/>
          <w:sz w:val="18"/>
        </w:rPr>
        <w:t>Historical Role of Islam November 19, 2006 Maulana Wahiduddin Khan · 53s · at 5:38 · https://youtu.be/mBLorblU68E?t=338</w:t>
      </w:r>
    </w:p>
    <w:p>
      <w:r>
        <w:rPr>
          <w:i/>
        </w:rPr>
        <w:t>“Yeh hai Times of India ka aaj ka issue”</w:t>
      </w:r>
    </w:p>
    <w:p>
      <w:r>
        <w:rPr>
          <w:sz w:val="20"/>
        </w:rPr>
        <w:t>5:38  november 19. 19 november ka. is mein jo pehli jo news hai woh tony blair ke bare mein hai.</w:t>
      </w:r>
      <w:r>
        <w:br/>
      </w:r>
      <w:r>
        <w:rPr>
          <w:sz w:val="20"/>
        </w:rPr>
        <w:t>5:55  is ka jo sarhi hai woh yeh hai ke "finally blair admits iraq</w:t>
      </w:r>
      <w:r>
        <w:br/>
      </w:r>
      <w:r>
        <w:rPr>
          <w:sz w:val="20"/>
        </w:rPr>
        <w:t>6:07  has been a disaster".</w:t>
      </w:r>
      <w:r>
        <w:br/>
      </w:r>
      <w:r>
        <w:rPr>
          <w:sz w:val="20"/>
        </w:rPr>
        <w:t>6:14  un se poocha gaya tha ke "western intervention in iraq was a disaster". "do you think it was a disaster"</w:t>
      </w:r>
      <w:r>
        <w:br/>
      </w:r>
      <w:r>
        <w:rPr>
          <w:sz w:val="20"/>
        </w:rPr>
        <w:t>6:24  ? to unhon ne kaha ke "yes, it was a disaster".</w:t>
      </w:r>
    </w:p>
    <w:p>
      <w:pPr>
        <w:pStyle w:val="Heading2"/>
      </w:pPr>
      <w:r>
        <w:t>Quran: every soul will taste death</w:t>
      </w:r>
    </w:p>
    <w:p>
      <w:r>
        <w:rPr>
          <w:color w:val="666666"/>
          <w:sz w:val="18"/>
        </w:rPr>
        <w:t>Life and Death December 8, 2013 · 37s · at 11:37 · https://youtu.be/scYn0iBgP4E?t=697</w:t>
      </w:r>
    </w:p>
    <w:p>
      <w:r>
        <w:rPr>
          <w:i/>
        </w:rPr>
        <w:t>“Kullu nafsin zaiqatul maut”</w:t>
      </w:r>
    </w:p>
    <w:p>
      <w:r>
        <w:rPr>
          <w:sz w:val="20"/>
        </w:rPr>
        <w:t>11:37  aur us waqt se aaj tak barabar main sochta raha. dekhein, quran ki ek ayat hai jo quran mein teen jagah aayi hai, teen suraton mein.</w:t>
      </w:r>
      <w:r>
        <w:br/>
      </w:r>
      <w:r>
        <w:rPr>
          <w:sz w:val="20"/>
        </w:rPr>
        <w:t>11:48  kul nafsun za'iqatul maut har insan ko maut aani hai. har insan par maut zaroor aati hai.</w:t>
      </w:r>
      <w:r>
        <w:br/>
      </w:r>
      <w:r>
        <w:rPr>
          <w:sz w:val="20"/>
        </w:rPr>
        <w:t>12:00  koi insan is se bach nahi sakta. to yeh ek waqayay ka zikr hai.</w:t>
      </w:r>
      <w:r>
        <w:br/>
      </w:r>
      <w:r>
        <w:rPr>
          <w:sz w:val="20"/>
        </w:rPr>
        <w:t>12:08  in alfaaz mein aik waqeye ka zikr hai jis ko hum death kehte hain.</w:t>
      </w:r>
    </w:p>
    <w:p>
      <w:pPr>
        <w:pStyle w:val="Heading2"/>
      </w:pPr>
      <w:r>
        <w:t>Life is a world of competition</w:t>
      </w:r>
    </w:p>
    <w:p>
      <w:r>
        <w:rPr>
          <w:color w:val="666666"/>
          <w:sz w:val="18"/>
        </w:rPr>
        <w:t>Living in a World of Competition I 24 Oct. 2010 - Maulana Wahiduddin Khan · 31s · at 0:58 · https://youtu.be/2XgV28_3yug?t=58</w:t>
      </w:r>
    </w:p>
    <w:p>
      <w:r>
        <w:rPr>
          <w:i/>
        </w:rPr>
        <w:t>“Yeh duniya humein mili hui hai”</w:t>
      </w:r>
    </w:p>
    <w:p>
      <w:r>
        <w:rPr>
          <w:sz w:val="20"/>
        </w:rPr>
        <w:t>0:58  dekhiye, yeh dunya hamein mili hui hai allah ki taraf se rehne ke liye. yahan allah ka qanoon hai ke yahan par muqabla hoga, competition hoga, challenges honge,</w:t>
      </w:r>
      <w:r>
        <w:br/>
      </w:r>
      <w:r>
        <w:rPr>
          <w:sz w:val="20"/>
        </w:rPr>
        <w:t>1:11  musabaqat hogi, aur is ke jo consequences hain woh bhi honge.</w:t>
      </w:r>
      <w:r>
        <w:br/>
      </w:r>
      <w:r>
        <w:rPr>
          <w:sz w:val="20"/>
        </w:rPr>
        <w:t>1:25  hum is se escape nahi kar sakte.</w:t>
      </w:r>
      <w:r>
        <w:br/>
      </w:r>
      <w:r>
        <w:rPr>
          <w:sz w:val="20"/>
        </w:rPr>
        <w:t>1:30  quran majeed mein is baat ko kai andaaz se bataya gaya hai. ek ayat hai, yeh ayat hai chapter number 90 ki, 90.</w:t>
      </w:r>
    </w:p>
    <w:p>
      <w:pPr>
        <w:pStyle w:val="Heading2"/>
      </w:pPr>
      <w:r>
        <w:t>closing prayer for understanding the Quran</w:t>
      </w:r>
    </w:p>
    <w:p>
      <w:r>
        <w:rPr>
          <w:color w:val="666666"/>
          <w:sz w:val="18"/>
        </w:rPr>
        <w:t>Dars-e-Quran (Al-Baqarah (The Heifer) 2 7-19) July 26, 2015 · 57s · at 47:14 · https://youtu.be/kSrW4z79AHE?t=2834</w:t>
      </w:r>
    </w:p>
    <w:p>
      <w:r>
        <w:rPr>
          <w:i/>
        </w:rPr>
        <w:t>“A prayer to open our hearts to the Quran”</w:t>
      </w:r>
    </w:p>
    <w:p>
      <w:r>
        <w:rPr>
          <w:sz w:val="20"/>
        </w:rPr>
        <w:t>47:14  Allah taala se dua hai ke humein quran ki barkat mein hissa daar banaye. hamare dilon ko khol de.</w:t>
      </w:r>
      <w:r>
        <w:br/>
      </w:r>
      <w:r>
        <w:rPr>
          <w:sz w:val="20"/>
        </w:rPr>
        <w:t>47:25  hum hamare andar quran ko samajhne ki salahiyat aaye. aur quran se woh hum rizq le saken jo rizq quran mein rakha gaya hai.</w:t>
      </w:r>
      <w:r>
        <w:br/>
      </w:r>
      <w:r>
        <w:rPr>
          <w:sz w:val="20"/>
        </w:rPr>
        <w:t>47:42  assalam o alaikum wa rahmatullahi wa barakatuh</w:t>
      </w:r>
    </w:p>
    <w:p>
      <w:pPr>
        <w:pStyle w:val="Heading2"/>
      </w:pPr>
      <w:r>
        <w:t>Higher way to knowledge is divine revelation</w:t>
      </w:r>
    </w:p>
    <w:p>
      <w:r>
        <w:rPr>
          <w:color w:val="666666"/>
          <w:sz w:val="18"/>
        </w:rPr>
        <w:t>Islam Daur e Jadid Mein · 33s · at 46:44 · https://youtu.be/9ZHW3HTZ66o?t=2804</w:t>
      </w:r>
    </w:p>
    <w:p>
      <w:r>
        <w:rPr>
          <w:i/>
        </w:rPr>
        <w:t>“Aaj ke insaan ko yehi batana, usko sab se badi cheez”</w:t>
      </w:r>
    </w:p>
    <w:p>
      <w:r>
        <w:rPr>
          <w:sz w:val="20"/>
        </w:rPr>
        <w:t>46:44  aaj ke insaan ko yahi batana, is ko sab se bari cheez dena hai ke haan yahan aik buland tar tareeqa mojood hai jis ke zariye naamaloom ko maloom kiya ja sake aur woh ilham-e-khudawandi hai.</w:t>
      </w:r>
      <w:r>
        <w:br/>
      </w:r>
      <w:r>
        <w:rPr>
          <w:sz w:val="20"/>
        </w:rPr>
        <w:t>47:00  aur yeh ilham-e-khudawandi jahan apni mehfooz soorat mein mojood hai woh quran hai. quran poori tarah apni asal halat mein mehfooz hai aur taqreeban deyr hazaar baras se musalsal apni sadaqat ko sabit kar raha hai.</w:t>
      </w:r>
    </w:p>
    <w:p>
      <w:pPr>
        <w:pStyle w:val="Heading2"/>
      </w:pPr>
      <w:r>
        <w:t>You care more for son's honor than God's</w:t>
      </w:r>
    </w:p>
    <w:p>
      <w:r>
        <w:rPr>
          <w:color w:val="666666"/>
          <w:sz w:val="18"/>
        </w:rPr>
        <w:t>Love of God 29 Jan. 2012 - Maulana Wahiduddin Khan · 30s · at 21:52 · https://youtu.be/qWa_CSb03v0?t=1312</w:t>
      </w:r>
    </w:p>
    <w:p>
      <w:r>
        <w:rPr>
          <w:i/>
        </w:rPr>
        <w:t>“Aap ke bete ko koi gaali de to tadpte hain”</w:t>
      </w:r>
    </w:p>
    <w:p>
      <w:r>
        <w:rPr>
          <w:sz w:val="20"/>
        </w:rPr>
        <w:t>21:52  aap ke bete ko koi agar gaali de de to aap tarpte hain,</w:t>
      </w:r>
      <w:r>
        <w:br/>
      </w:r>
      <w:r>
        <w:rPr>
          <w:sz w:val="20"/>
        </w:rPr>
        <w:t>22:00  aur Khuda ke khilaaf itna hungama barpa hai, koi tarp nahi kisi ko. Kyun? Khuda se ta'alluq hi nahi kisi ko. Woh jazba-e-mohabbat jo tha, us se aap associate kar rakha aap ne kisi aur se.</w:t>
      </w:r>
      <w:r>
        <w:br/>
      </w:r>
      <w:r>
        <w:rPr>
          <w:sz w:val="20"/>
        </w:rPr>
        <w:t>22:14  kisi ne apne bete se, kisi ne apni family se, kisi ne apne apne business se, kisi ne apne bank balance se,</w:t>
      </w:r>
    </w:p>
    <w:p>
      <w:pPr>
        <w:pStyle w:val="Heading2"/>
      </w:pPr>
      <w:r>
        <w:t>Discovering God brings a revolution</w:t>
      </w:r>
    </w:p>
    <w:p>
      <w:r>
        <w:rPr>
          <w:color w:val="666666"/>
          <w:sz w:val="18"/>
        </w:rPr>
        <w:t>How to Find Paradise | April 4, 2006 | Maulana Wahiduddin Khan · 33s · at 47:12 · https://youtu.be/ddpvsZZz264?t=2832</w:t>
      </w:r>
    </w:p>
    <w:p>
      <w:r>
        <w:rPr>
          <w:i/>
        </w:rPr>
        <w:t>“A revolution comes in this life.”</w:t>
      </w:r>
    </w:p>
    <w:p>
      <w:r>
        <w:rPr>
          <w:sz w:val="20"/>
        </w:rPr>
        <w:t>47:12  to yeh zindagi mein ek revolution aata hai. revolution. yeh koi saada baat nahi hai. koi saada baat nahi hai. yeh bohat bari baat hai. ab dekhiye, aap jante hain ke aadmi ka yeh jo personality hai, woh ek dual personality hai.</w:t>
      </w:r>
    </w:p>
    <w:p>
      <w:pPr>
        <w:pStyle w:val="Heading2"/>
      </w:pPr>
      <w:r>
        <w:t>Embrace Islam in letter and spirit</w:t>
      </w:r>
    </w:p>
    <w:p>
      <w:r>
        <w:rPr>
          <w:color w:val="666666"/>
          <w:sz w:val="18"/>
        </w:rPr>
        <w:t>Lesson from the Quran and Hadith April 21, 2007 · 31s · at 2:22 · https://youtu.be/1i5mTxg17FI?t=142</w:t>
      </w:r>
    </w:p>
    <w:p>
      <w:r>
        <w:rPr>
          <w:i/>
        </w:rPr>
        <w:t>“Letter aur spirit dono ke aitbaar se Islam ko pakad lo”</w:t>
      </w:r>
    </w:p>
    <w:p>
      <w:r>
        <w:rPr>
          <w:sz w:val="20"/>
        </w:rPr>
        <w:t>2:22  letter aur spirit dono ke aitbar se Islam ko pakar lo</w:t>
      </w:r>
      <w:r>
        <w:br/>
      </w:r>
      <w:r>
        <w:rPr>
          <w:sz w:val="20"/>
        </w:rPr>
        <w:t>2:31  yeh matlab hai is ka aik aur ayat li jiye quran ki sibghatallah wa man ahsan minallahi sibghatan yani Allah ke rang mein rang jao aur Allah ke rang se acha rang kaun hai</w:t>
      </w:r>
    </w:p>
    <w:p>
      <w:pPr>
        <w:pStyle w:val="Heading2"/>
      </w:pPr>
      <w:r>
        <w:t>Take away as criterion for truth</w:t>
      </w:r>
    </w:p>
    <w:p>
      <w:r>
        <w:rPr>
          <w:color w:val="666666"/>
          <w:sz w:val="18"/>
        </w:rPr>
        <w:t>Love of God 1 July 2017 - Maulana Wahiduddin Khan · 39s · at 24:36 · https://youtu.be/wQNsSs2rCmc?t=1476</w:t>
      </w:r>
    </w:p>
    <w:p>
      <w:r>
        <w:rPr>
          <w:i/>
        </w:rPr>
        <w:t>“Aap koi bhi kitaab padhein, taqreer sunein”</w:t>
      </w:r>
    </w:p>
    <w:p>
      <w:r>
        <w:rPr>
          <w:sz w:val="20"/>
        </w:rPr>
        <w:t>24:36  Hmm, aap koi bhi kitaab parhein, taqreer sunein, kisi jalsay mein shirkat karein to sirf aik hi baat poochein ke wahan tumhare liye take away kya tha?</w:t>
      </w:r>
      <w:r>
        <w:br/>
      </w:r>
      <w:r>
        <w:rPr>
          <w:sz w:val="20"/>
        </w:rPr>
        <w:t>24:48  Hmm, bas yahi to pata chal jaye ga ke woh deeni tha ke siyasi, deeni tha ke milli.</w:t>
      </w:r>
      <w:r>
        <w:br/>
      </w:r>
      <w:r>
        <w:rPr>
          <w:sz w:val="20"/>
        </w:rPr>
        <w:t>24:58  Take away mein samajhta hoon ke yeh bohat hi acha mayar hai ke kisi kitaab ke mutalay ke baad, kisi taqreer mein shirkat karne ke baad, aap ko aap ke liye take away kya tha?</w:t>
      </w:r>
    </w:p>
    <w:p>
      <w:pPr>
        <w:pStyle w:val="Heading2"/>
      </w:pPr>
      <w:r>
        <w:t>Discovering God, not just reciting kalima</w:t>
      </w:r>
    </w:p>
    <w:p>
      <w:r>
        <w:rPr>
          <w:color w:val="666666"/>
          <w:sz w:val="18"/>
        </w:rPr>
        <w:t>Q&amp;A 7 Nov, 2007 - Maulana Wahiduddin Khan · 35s · at 1:11 · https://youtu.be/82gnng-T5xE?t=71</w:t>
      </w:r>
    </w:p>
    <w:p>
      <w:r>
        <w:rPr>
          <w:i/>
        </w:rPr>
        <w:t>“To khulasa yeh nikla ke aam taur par jo samjha jata hai”</w:t>
      </w:r>
    </w:p>
    <w:p>
      <w:r>
        <w:rPr>
          <w:sz w:val="20"/>
        </w:rPr>
        <w:t>1:11  is se aap associate kar sakein to aap ne sachai ko pa liya. to khulasa yeh nikla ke aam taur par jo samjha jata hai ke kalma parh lo to bas musalman ho gaye, kalma parh lo to jannat mil gayi, yeh sab mehnat aik bilkul base less baat hai.</w:t>
      </w:r>
      <w:r>
        <w:br/>
      </w:r>
      <w:r>
        <w:rPr>
          <w:sz w:val="20"/>
        </w:rPr>
        <w:t>1:27  nahin, tum ko agar khuda ki discovery ho jaye,</w:t>
      </w:r>
      <w:r>
        <w:br/>
      </w:r>
      <w:r>
        <w:rPr>
          <w:sz w:val="20"/>
        </w:rPr>
        <w:t>1:32  tab tum is qabil hue ke tumhein priority mile gi. jab aur yeh bhi yaad rakhiye ke jab discovery hoti hai to woh love service ke sense mein nahin hua karti, woh woh poore aap ki poori hasti mein sama jati hai,</w:t>
      </w:r>
    </w:p>
    <w:p>
      <w:pPr>
        <w:pStyle w:val="Heading2"/>
      </w:pPr>
      <w:r>
        <w:t>Son's question that shook a new ruler awake</w:t>
      </w:r>
    </w:p>
    <w:p>
      <w:r>
        <w:rPr>
          <w:color w:val="666666"/>
          <w:sz w:val="18"/>
        </w:rPr>
        <w:t>On Life and Death July 24, 2011 · 46s · at 1:27:14 · https://youtu.be/Z0pdhT_HJNk?t=5234</w:t>
      </w:r>
    </w:p>
    <w:p>
      <w:r>
        <w:rPr>
          <w:i/>
        </w:rPr>
        <w:t>“Are you sure you'll be alive tomorrow?”</w:t>
      </w:r>
    </w:p>
    <w:p>
      <w:r>
        <w:rPr>
          <w:sz w:val="20"/>
        </w:rPr>
        <w:t>1:27:14  ke woh yahan kuch log aaye hain, un ke kuch problem hain, to un se aap mil li jiye. To unhon ne keh diya ke un se keh do kal aayen.</w:t>
      </w:r>
      <w:r>
        <w:br/>
      </w:r>
      <w:r>
        <w:rPr>
          <w:sz w:val="20"/>
        </w:rPr>
        <w:t>1:27:27  mujhe kaho ke apna problem le kar kal aayen. To</w:t>
      </w:r>
      <w:r>
        <w:br/>
      </w:r>
      <w:r>
        <w:rPr>
          <w:sz w:val="20"/>
        </w:rPr>
        <w:t>1:27:31  bete ne kaha: "kya aap ko yaqeen hai ke aap kal tak zinda rahenge?"</w:t>
      </w:r>
      <w:r>
        <w:br/>
      </w:r>
      <w:r>
        <w:rPr>
          <w:sz w:val="20"/>
        </w:rPr>
        <w:t>1:27:43  un ke bete ne kaha: "kya aap ko yaqeen hai ke aap kal tak zinda rahenge?" To isi waqt uth gaye woh.</w:t>
      </w:r>
      <w:r>
        <w:br/>
      </w:r>
      <w:r>
        <w:rPr>
          <w:sz w:val="20"/>
        </w:rPr>
        <w:t>1:27:53  apne bete ko bahut hamesha kehte the: "bete, tum ne mujhe bacha liya ek.</w:t>
      </w:r>
    </w:p>
    <w:p>
      <w:pPr>
        <w:pStyle w:val="Heading2"/>
      </w:pPr>
      <w:r>
        <w:t>Self-actor truly lives, non-self-actor is statue</w:t>
      </w:r>
    </w:p>
    <w:p>
      <w:r>
        <w:rPr>
          <w:color w:val="666666"/>
          <w:sz w:val="18"/>
        </w:rPr>
        <w:t>Discovery of God (In Conversation with Maulana) December 25, 2011 · 35s · at 5:52 · https://youtu.be/-1c1d7cFj0s?t=352</w:t>
      </w:r>
    </w:p>
    <w:p>
      <w:r>
        <w:rPr>
          <w:i/>
        </w:rPr>
        <w:t>“Jo self actor hain, haqiqat mein wohi ji rahe hain, non-self actor moortiyan hain.”</w:t>
      </w:r>
    </w:p>
    <w:p>
      <w:r>
        <w:rPr>
          <w:sz w:val="20"/>
        </w:rPr>
        <w:t>5:52  lekin jo jo self self actor hain, haqeeqat mein wahi jee rahay hain dunya mein.</w:t>
      </w:r>
      <w:r>
        <w:br/>
      </w:r>
      <w:r>
        <w:rPr>
          <w:sz w:val="20"/>
        </w:rPr>
        <w:t>6:01  kyunkay wo apne aap mein jeetay hain. wo jo non self actor hain, wo jee jo jee rahay hain, wo to wo to moortiyan hain, samjhiye, well dressed moortiyan.</w:t>
      </w:r>
      <w:r>
        <w:br/>
      </w:r>
      <w:r>
        <w:rPr>
          <w:sz w:val="20"/>
        </w:rPr>
        <w:t>6:13  to main bataoon ke aadmi ko chahiye ke wo self actor banay, yani apne aap mein jeena, jeenay ki koshish kare, chahe koi bhi price deni paray is ki.</w:t>
      </w:r>
    </w:p>
    <w:p>
      <w:pPr>
        <w:pStyle w:val="Heading2"/>
      </w:pPr>
      <w:r>
        <w:t>Choosing paradise over palace</w:t>
      </w:r>
    </w:p>
    <w:p>
      <w:r>
        <w:rPr>
          <w:color w:val="666666"/>
          <w:sz w:val="18"/>
        </w:rPr>
        <w:t>The Highest Level of Paradise October 13, 2018 · 19s · at 4:01 · https://youtu.be/L-VshW0ylX0?t=241</w:t>
      </w:r>
    </w:p>
    <w:p>
      <w:r>
        <w:rPr>
          <w:i/>
        </w:rPr>
        <w:t>“Palace and death, choose between the two.”</w:t>
      </w:r>
    </w:p>
    <w:p>
      <w:r>
        <w:rPr>
          <w:sz w:val="20"/>
        </w:rPr>
        <w:t>4:01  "palace or death, choose the choose between the two."</w:t>
      </w:r>
      <w:r>
        <w:br/>
      </w:r>
      <w:r>
        <w:rPr>
          <w:sz w:val="20"/>
        </w:rPr>
        <w:t>4:13  palace and death, choose between the two.</w:t>
      </w:r>
    </w:p>
    <w:p>
      <w:pPr>
        <w:pStyle w:val="Heading2"/>
      </w:pPr>
      <w:r>
        <w:t>Meaning of warning: make people aware of God's plan</w:t>
      </w:r>
    </w:p>
    <w:p>
      <w:r>
        <w:rPr>
          <w:color w:val="666666"/>
          <w:sz w:val="18"/>
        </w:rPr>
        <w:t>Example of the Prophet March 20, 2016 · 49s · at 8:42 · https://youtu.be/79HmhzXU41w?t=522</w:t>
      </w:r>
    </w:p>
    <w:p>
      <w:r>
        <w:rPr>
          <w:i/>
        </w:rPr>
        <w:t>“Uth aur intizaar kar”</w:t>
      </w:r>
    </w:p>
    <w:p>
      <w:r>
        <w:rPr>
          <w:sz w:val="20"/>
        </w:rPr>
        <w:t>8:42  uth aur intazar kar.</w:t>
      </w:r>
      <w:r>
        <w:br/>
      </w:r>
      <w:r>
        <w:rPr>
          <w:sz w:val="20"/>
        </w:rPr>
        <w:t>8:50  intazar ke mani wahi hain, intazar ke lafzi mani to hain ke yani logon ko</w:t>
      </w:r>
      <w:r>
        <w:br/>
      </w:r>
      <w:r>
        <w:rPr>
          <w:sz w:val="20"/>
        </w:rPr>
        <w:t>8:56  warn kar, warning day.</w:t>
      </w:r>
      <w:r>
        <w:br/>
      </w:r>
      <w:r>
        <w:rPr>
          <w:sz w:val="20"/>
        </w:rPr>
        <w:t>8:59  lekin haqeeqat mein is ka matlab hai</w:t>
      </w:r>
      <w:r>
        <w:br/>
      </w:r>
      <w:r>
        <w:rPr>
          <w:sz w:val="20"/>
        </w:rPr>
        <w:t>9:03  logon ko creation plan of god se ba khabar karo.</w:t>
      </w:r>
      <w:r>
        <w:br/>
      </w:r>
      <w:r>
        <w:rPr>
          <w:sz w:val="20"/>
        </w:rPr>
        <w:t>9:09  Make people aware of the creation plan of God log jannay ke un ke paida karnay walay ne</w:t>
      </w:r>
      <w:r>
        <w:br/>
      </w:r>
      <w:r>
        <w:rPr>
          <w:sz w:val="20"/>
        </w:rPr>
        <w:t>9:16  un ko kis liye paida kiya hai.</w:t>
      </w:r>
      <w:r>
        <w:br/>
      </w:r>
      <w:r>
        <w:rPr>
          <w:sz w:val="20"/>
        </w:rPr>
        <w:t>9:22  What is</w:t>
      </w:r>
      <w:r>
        <w:br/>
      </w:r>
      <w:r>
        <w:rPr>
          <w:sz w:val="20"/>
        </w:rPr>
        <w:t>9:23  What is life? What is death? What is pre-death period? What is post-death period?</w:t>
      </w:r>
    </w:p>
    <w:p>
      <w:pPr>
        <w:pStyle w:val="Heading2"/>
      </w:pPr>
      <w:r>
        <w:t>From reason to intuition certainty</w:t>
      </w:r>
    </w:p>
    <w:p>
      <w:r>
        <w:rPr>
          <w:color w:val="666666"/>
          <w:sz w:val="18"/>
        </w:rPr>
        <w:t>Q&amp;A 10 Nov 2011 - Maulana Wahiduddin Khan · 40s · at 5:52 · https://youtu.be/cmBNOsO1nVo?t=352</w:t>
      </w:r>
    </w:p>
    <w:p>
      <w:r>
        <w:rPr>
          <w:i/>
        </w:rPr>
        <w:t>“Ek hai reason, ek hai intuition.”</w:t>
      </w:r>
    </w:p>
    <w:p>
      <w:r>
        <w:rPr>
          <w:sz w:val="20"/>
        </w:rPr>
        <w:t>5:52  ek hai reason, ek hai intuition, yaani aqal aur wisdom. to aqal se hum sochte hain, sochte hain, to hum probability tak pounchate hain. yaani is, yeh, yeh hamare samajh mein aata hai ke Khuda zaroor hona chahiye. baghair Khuda ke kaise?</w:t>
      </w:r>
      <w:r>
        <w:br/>
      </w:r>
      <w:r>
        <w:rPr>
          <w:sz w:val="20"/>
        </w:rPr>
        <w:t>6:14  sir, aap hain</w:t>
      </w:r>
      <w:r>
        <w:br/>
      </w:r>
      <w:r>
        <w:rPr>
          <w:sz w:val="20"/>
        </w:rPr>
        <w:t>6:16  to aqal humko reason, humko probability tak pounchaati hai. yaani probability there is a god. uske baad hamare andar khud bahut zabardast intuition ki salahiyat. wisdom kaha jata hai. uske darwaze khul jate hain.</w:t>
      </w:r>
    </w:p>
    <w:p>
      <w:pPr>
        <w:pStyle w:val="Heading2"/>
      </w:pPr>
      <w:r>
        <w:t>Seeing without seeing means discovery</w:t>
      </w:r>
    </w:p>
    <w:p>
      <w:r>
        <w:rPr>
          <w:color w:val="666666"/>
          <w:sz w:val="18"/>
        </w:rPr>
        <w:t>What Does it Mean to see God January 19, 2019 · 31s · at 9:15 · https://youtu.be/PJL63AIxXrk?t=555</w:t>
      </w:r>
    </w:p>
    <w:p>
      <w:r>
        <w:rPr>
          <w:i/>
        </w:rPr>
        <w:t>“To dekhay baghair dekhne ka matlab kya hai?”</w:t>
      </w:r>
    </w:p>
    <w:p>
      <w:r>
        <w:rPr>
          <w:sz w:val="20"/>
        </w:rPr>
        <w:t>9:15  ki blessing ata karay ga. to dekhay baghair dekhnay ka matlab kya hai? dekhay baghair dekhnay ka matlab kya hai?</w:t>
      </w:r>
      <w:r>
        <w:br/>
      </w:r>
      <w:r>
        <w:rPr>
          <w:sz w:val="20"/>
        </w:rPr>
        <w:t>9:29  to us par sochtay huay meri samajh mein aaya kay jo aadmi discovery ki satah par daryaft kar sakay, kar sakay Khuda ko.</w:t>
      </w:r>
    </w:p>
    <w:p>
      <w:pPr>
        <w:pStyle w:val="Heading2"/>
      </w:pPr>
      <w:r>
        <w:t>Mother's dream of an elephant</w:t>
      </w:r>
    </w:p>
    <w:p>
      <w:r>
        <w:rPr>
          <w:color w:val="666666"/>
          <w:sz w:val="18"/>
        </w:rPr>
        <w:t>Man with A Mission June 5, 2007 · 51s · at 1:36 · https://youtu.be/k9ynSc1YB8o?t=96</w:t>
      </w:r>
    </w:p>
    <w:p>
      <w:r>
        <w:rPr>
          <w:i/>
        </w:rPr>
        <w:t>“To meri maa ne mujhe bataya tha”</w:t>
      </w:r>
    </w:p>
    <w:p>
      <w:r>
        <w:rPr>
          <w:sz w:val="20"/>
        </w:rPr>
        <w:t>1:36  to meri maan ne mujhe bataya tha ke jis subah ko meri paidaish hone wali thi, us raat ko unhon ne khwab dekha ke mein paida hua,</w:t>
      </w:r>
      <w:r>
        <w:br/>
      </w:r>
      <w:r>
        <w:rPr>
          <w:sz w:val="20"/>
        </w:rPr>
        <w:t>1:50  aur is ke baad ek bara sa hathi aaya. hathi ne apni sontt se utha kar mujh ko apni peeth par rakh liya aur chala gaya.</w:t>
      </w:r>
      <w:r>
        <w:br/>
      </w:r>
      <w:r>
        <w:rPr>
          <w:sz w:val="20"/>
        </w:rPr>
        <w:t>2:06  to meri maan ne kaha ke dekho, itna acha bacha tha aur hathi le kar chala gaya. mein samajhta hoon ke yeh khwab, is khwab ka matlab ghaliban yeh tha ke paida ho kar mein ek safar par nikal padoon ga,</w:t>
      </w:r>
    </w:p>
    <w:p>
      <w:pPr>
        <w:pStyle w:val="Heading2"/>
      </w:pPr>
      <w:r>
        <w:t>Solar system as proof of a God-oriented universe</w:t>
      </w:r>
    </w:p>
    <w:p>
      <w:r>
        <w:rPr>
          <w:color w:val="666666"/>
          <w:sz w:val="18"/>
        </w:rPr>
        <w:t>God Oriented Life (English) January 6, 2007 Maulana Wahiduddin Khan · 1m 07s · at 3:14 · https://youtu.be/kjKfha7l8uo?t=194</w:t>
      </w:r>
    </w:p>
    <w:p>
      <w:r>
        <w:rPr>
          <w:i/>
        </w:rPr>
        <w:t>“We can take the example of the solar system”</w:t>
      </w:r>
    </w:p>
    <w:p>
      <w:r>
        <w:rPr>
          <w:sz w:val="20"/>
        </w:rPr>
        <w:t>3:14  we can take the example of solar system.</w:t>
      </w:r>
      <w:r>
        <w:br/>
      </w:r>
      <w:r>
        <w:rPr>
          <w:sz w:val="20"/>
        </w:rPr>
        <w:t>3:22  solar system what is solar system?</w:t>
      </w:r>
      <w:r>
        <w:br/>
      </w:r>
      <w:r>
        <w:rPr>
          <w:sz w:val="20"/>
        </w:rPr>
        <w:t>3:28  solar system means that sun is in the center and all the planets are revolving around it including our earth.</w:t>
      </w:r>
      <w:r>
        <w:br/>
      </w:r>
      <w:r>
        <w:rPr>
          <w:sz w:val="20"/>
        </w:rPr>
        <w:t>3:47  is called heliocentric system.</w:t>
      </w:r>
      <w:r>
        <w:br/>
      </w:r>
      <w:r>
        <w:rPr>
          <w:sz w:val="20"/>
        </w:rPr>
        <w:t>3:54  so this is a demonstration</w:t>
      </w:r>
      <w:r>
        <w:br/>
      </w:r>
      <w:r>
        <w:rPr>
          <w:sz w:val="20"/>
        </w:rPr>
        <w:t>3:59  of god oriented system. so the whole world is living in such a way.</w:t>
      </w:r>
      <w:r>
        <w:br/>
      </w:r>
      <w:r>
        <w:rPr>
          <w:sz w:val="20"/>
        </w:rPr>
        <w:t>4:10  the whole world is living a god oriented system like solar system. so it is a physical demonstration.</w:t>
      </w:r>
    </w:p>
    <w:p>
      <w:pPr>
        <w:pStyle w:val="Heading2"/>
      </w:pPr>
      <w:r>
        <w:t>man is a desire-seeking animal, unlimited wants</w:t>
      </w:r>
    </w:p>
    <w:p>
      <w:r>
        <w:rPr>
          <w:color w:val="666666"/>
          <w:sz w:val="18"/>
        </w:rPr>
        <w:t>Stress and Spirituality January 1, 2012 · 44s · at 28:39 · https://youtu.be/TPhXL9-g6ME?t=1719</w:t>
      </w:r>
    </w:p>
    <w:p>
      <w:r>
        <w:rPr>
          <w:i/>
        </w:rPr>
        <w:t>“It seems man is stuck in a world not made for him”</w:t>
      </w:r>
    </w:p>
    <w:p>
      <w:r>
        <w:rPr>
          <w:sz w:val="20"/>
        </w:rPr>
        <w:t>28:39  "It seems that man is stayed in a world that was not made for him.</w:t>
      </w:r>
      <w:r>
        <w:br/>
      </w:r>
      <w:r>
        <w:rPr>
          <w:sz w:val="20"/>
        </w:rPr>
        <w:t>28:46  It seems that man is stayed in a world that was not made for him." .aisa aisa lagta hai ke insan ek hi duniya mein bhatak kar aa gaya hai jo us ke liye nahi banai gayi thi.</w:t>
      </w:r>
      <w:r>
        <w:br/>
      </w:r>
      <w:r>
        <w:rPr>
          <w:sz w:val="20"/>
        </w:rPr>
        <w:t>29:01  yani yeh yeh zameen jo hai. Kyun? Basic baat yahi kiya hai? Hamari desire hain yani "Man is desire seeking animal."</w:t>
      </w:r>
      <w:r>
        <w:br/>
      </w:r>
      <w:r>
        <w:rPr>
          <w:sz w:val="20"/>
        </w:rPr>
        <w:t>29:13  .insan ke bare mein kaha jata hai ke "Man is a desire seeking animal." .to desire to unlimited hai. Unlimited desire hai.</w:t>
      </w:r>
    </w:p>
    <w:p>
      <w:pPr>
        <w:pStyle w:val="Heading2"/>
      </w:pPr>
      <w:r>
        <w:t>Jihad means peaceful struggle</w:t>
      </w:r>
    </w:p>
    <w:p>
      <w:r>
        <w:rPr>
          <w:color w:val="666666"/>
          <w:sz w:val="18"/>
        </w:rPr>
        <w:t>Islam the Reformed Edition of True Religion July 21, 2006 · 41s · at 3:59 · https://youtu.be/BnFM0wiwG-Q?t=239</w:t>
      </w:r>
    </w:p>
    <w:p>
      <w:r>
        <w:rPr>
          <w:i/>
        </w:rPr>
        <w:t>“Jihad, literally jihad means to strive, to struggle”</w:t>
      </w:r>
    </w:p>
    <w:p>
      <w:r>
        <w:rPr>
          <w:sz w:val="20"/>
        </w:rPr>
        <w:t>3:59  to quran ke zariye jihad ka matlab kya hai? woh hai ideological jihad. yani military jihad nahi, ideological jihad.</w:t>
      </w:r>
      <w:r>
        <w:br/>
      </w:r>
      <w:r>
        <w:rPr>
          <w:sz w:val="20"/>
        </w:rPr>
        <w:t>4:15  jihad, literally jihad means to strive, to struggle. jihad ka koi talluq nahi. jihad has nothing to do with the violence.</w:t>
      </w:r>
      <w:r>
        <w:br/>
      </w:r>
      <w:r>
        <w:rPr>
          <w:sz w:val="20"/>
        </w:rPr>
        <w:t>4:28  yeh peaceful struggle ka, peaceful struggle ko islam mein jihad kaha gaya hai. yani utmost, jihad ka matlab hai utmost struggle.</w:t>
      </w:r>
    </w:p>
    <w:p>
      <w:pPr>
        <w:pStyle w:val="Heading2"/>
      </w:pPr>
      <w:r>
        <w:t>Umar's prayer for those who point out flaws</w:t>
      </w:r>
    </w:p>
    <w:p>
      <w:r>
        <w:rPr>
          <w:color w:val="666666"/>
          <w:sz w:val="18"/>
        </w:rPr>
        <w:t>Dars-e-Quran, Chapter 67, Vs 1-2 (Plan of Life) July 22, 2018 · 54s · at 38:26 · https://youtu.be/hfJ5DVXJvWE?t=2306</w:t>
      </w:r>
    </w:p>
    <w:p>
      <w:r>
        <w:rPr>
          <w:i/>
        </w:rPr>
        <w:t>“Dekhiye, ek riwayat mein aata hai Hazrat Umar ke baare mein”</w:t>
      </w:r>
    </w:p>
    <w:p>
      <w:r>
        <w:rPr>
          <w:sz w:val="20"/>
        </w:rPr>
        <w:t>38:26  foran ke foran dauren ge apni islaah ke liye. dekhiye, ek riwayat mein aata hai Hazrat Umar ke bare mein, Hazrat Umar kehte hain ke Allah is insaan par reham kare, rehmat kare,</w:t>
      </w:r>
      <w:r>
        <w:br/>
      </w:r>
      <w:r>
        <w:rPr>
          <w:sz w:val="20"/>
        </w:rPr>
        <w:t>38:46  Allah un insaan par rehmat kare jo mujhe mere aib ka tohfa bheje,</w:t>
      </w:r>
      <w:r>
        <w:br/>
      </w:r>
      <w:r>
        <w:rPr>
          <w:sz w:val="20"/>
        </w:rPr>
        <w:t>38:57  yaani mera aib mujhe bataye.</w:t>
      </w:r>
      <w:r>
        <w:br/>
      </w:r>
      <w:r>
        <w:rPr>
          <w:sz w:val="20"/>
        </w:rPr>
        <w:t>39:04  phir to yeh yeh riwayat. rahimullah imran ahada ila uyubi. Allah reham kare is insaan par jo meri taraf mere aib ka tohfa bheje,</w:t>
      </w:r>
    </w:p>
    <w:p>
      <w:pPr>
        <w:pStyle w:val="Heading2"/>
      </w:pPr>
      <w:r>
        <w:t>Difference is a blessing that enables dialogue</w:t>
      </w:r>
    </w:p>
    <w:p>
      <w:r>
        <w:rPr>
          <w:color w:val="666666"/>
          <w:sz w:val="18"/>
        </w:rPr>
        <w:t>Nature and Spirituality with Q&amp;A June 04, 2006 Maulana Wahiduddin Khan · 59s · at 1:21:07 · https://youtu.be/1lyvIoYlc70?t=4867</w:t>
      </w:r>
    </w:p>
    <w:p>
      <w:r>
        <w:rPr>
          <w:i/>
        </w:rPr>
        <w:t>“Difference is a blessing for us.”</w:t>
      </w:r>
    </w:p>
    <w:p>
      <w:r>
        <w:rPr>
          <w:sz w:val="20"/>
        </w:rPr>
        <w:t>1:21:07  difference to aik blessing hai kyunke difference se difference se</w:t>
      </w:r>
      <w:r>
        <w:br/>
      </w:r>
      <w:r>
        <w:rPr>
          <w:sz w:val="20"/>
        </w:rPr>
        <w:t>1:21:14  dialogue hota hai difference na ho to dialogue kaise hoga aur dialogue se development hota hai</w:t>
      </w:r>
      <w:r>
        <w:br/>
      </w:r>
      <w:r>
        <w:rPr>
          <w:sz w:val="20"/>
        </w:rPr>
        <w:t>1:21:22  to behal jo log aisa kehte hain ke difference ko mitao mere nazdeek woh galat baat kehte hain</w:t>
      </w:r>
      <w:r>
        <w:br/>
      </w:r>
      <w:r>
        <w:rPr>
          <w:sz w:val="20"/>
        </w:rPr>
        <w:t>1:21:28  dishonesty ko mitao</w:t>
      </w:r>
      <w:r>
        <w:br/>
      </w:r>
      <w:r>
        <w:rPr>
          <w:sz w:val="20"/>
        </w:rPr>
        <w:t>1:21:31  kehne ki zaroorat jo hai woh yeh hai ke dishonesty ko mitao intolerance ko mitao</w:t>
      </w:r>
      <w:r>
        <w:br/>
      </w:r>
      <w:r>
        <w:rPr>
          <w:sz w:val="20"/>
        </w:rPr>
        <w:t>1:21:37  difference to ek ek ek blessing hai hamare liye isi ki wajah se to healthy exchange hota hai healthy dialogue hota hai aur different qism ke yani diverse type ke ke ke ke qualities jo hain woh mil kar ke ek bara kaam kar pati hain yaad rakhiye koi ek aadmi sirf apni koshish se koi bara kaam nahi kar sakta jab diverse qism ke quality ekatha hoti hain tabhi koi bara kaam hota hai</w:t>
      </w:r>
    </w:p>
    <w:p>
      <w:pPr>
        <w:pStyle w:val="Heading2"/>
      </w:pPr>
      <w:r>
        <w:t>Tears of love for Allah</w:t>
      </w:r>
    </w:p>
    <w:p>
      <w:r>
        <w:rPr>
          <w:color w:val="666666"/>
          <w:sz w:val="18"/>
        </w:rPr>
        <w:t>Love of God 1 July 2017 - Maulana Wahiduddin Khan · 55s · at 6:26 · https://youtu.be/wQNsSs2rCmc?t=386</w:t>
      </w:r>
    </w:p>
    <w:p>
      <w:r>
        <w:rPr>
          <w:i/>
        </w:rPr>
        <w:t>“Mujhe ek waqia aata hai”</w:t>
      </w:r>
    </w:p>
    <w:p>
      <w:r>
        <w:rPr>
          <w:sz w:val="20"/>
        </w:rPr>
        <w:t>6:26  mujhe ek waqia ata hai, ek waqia ghaliban yeh kund al-amal mein hai, ek boodhi aurat ek buzurg se milne aayi</w:t>
      </w:r>
      <w:r>
        <w:br/>
      </w:r>
      <w:r>
        <w:rPr>
          <w:sz w:val="20"/>
        </w:rPr>
        <w:t>6:43  to jis woh chatai pe baithe hue the, woh woh chatai bhi gi hui thi.</w:t>
      </w:r>
      <w:r>
        <w:br/>
      </w:r>
      <w:r>
        <w:rPr>
          <w:sz w:val="20"/>
        </w:rPr>
        <w:t>6:51  to us ne samjha ke chatai jo un ke un ke un ka chota bacha tha, is chote bache ne na kuch kar diya hai. Woh pakar nahi paaye ke woh buzurg Allah se ki yaad mein ro rahe the to un ki aankhon se aansu nikal rahe the.</w:t>
      </w:r>
      <w:r>
        <w:br/>
      </w:r>
      <w:r>
        <w:rPr>
          <w:sz w:val="20"/>
        </w:rPr>
        <w:t>7:13  is aansuon se chatai bhig gayi.</w:t>
      </w:r>
    </w:p>
    <w:p>
      <w:pPr>
        <w:pStyle w:val="Heading2"/>
      </w:pPr>
      <w:r>
        <w:t>Muslims react strongly to trivial matters</w:t>
      </w:r>
    </w:p>
    <w:p>
      <w:r>
        <w:rPr>
          <w:color w:val="666666"/>
          <w:sz w:val="18"/>
        </w:rPr>
        <w:t>The Importance of Tadabbur in Islam I 5 Dec . 2010 - Maulana Wahiduddin Khan · 28s · at 53:54 · https://youtu.be/bkIRUAI3v8M?t=3234</w:t>
      </w:r>
    </w:p>
    <w:p>
      <w:r>
        <w:rPr>
          <w:i/>
        </w:rPr>
        <w:t>“Zara si kisi ne kuch kar diya to bas baray kate”</w:t>
      </w:r>
    </w:p>
    <w:p>
      <w:r>
        <w:rPr>
          <w:sz w:val="20"/>
        </w:rPr>
        <w:t>53:54  hai. woh musalmanon ka haal kya hai? choti choti cheezon mein jeete hain. woh zara se kisi ne kuch kar diya to bas bare cutey.</w:t>
      </w:r>
      <w:r>
        <w:br/>
      </w:r>
      <w:r>
        <w:rPr>
          <w:sz w:val="20"/>
        </w:rPr>
        <w:t>54:04  kisi ne cartoon chhaap diya to bare cutey. koi kitab chhaap di to bare cutey. kisi ne masjid tod di to bare cutey. kisi ne kalma galat talaffuz kar diya to bare cutey.</w:t>
      </w:r>
      <w:r>
        <w:br/>
      </w:r>
      <w:r>
        <w:rPr>
          <w:sz w:val="20"/>
        </w:rPr>
        <w:t>54:13  is mani ke unhon ne abhi maloom maloom hi nahi ke unhon ne Khuda se abhi taalluq hi qaim nahi kiya.</w:t>
      </w:r>
    </w:p>
    <w:p>
      <w:pPr>
        <w:pStyle w:val="Heading2"/>
      </w:pPr>
      <w:r>
        <w:t>Difference between ibadat and dawah</w:t>
      </w:r>
    </w:p>
    <w:p>
      <w:r>
        <w:rPr>
          <w:color w:val="666666"/>
          <w:sz w:val="18"/>
        </w:rPr>
        <w:t>Q&amp;A 18 Mar 2013 Maulana Wahiduddin Khan · 54s · at 24:19 · https://youtu.be/xnyDMlViqpg?t=1459</w:t>
      </w:r>
    </w:p>
    <w:p>
      <w:r>
        <w:rPr>
          <w:i/>
        </w:rPr>
        <w:t>“Ibadat to har aadmi ka farz hai.”</w:t>
      </w:r>
    </w:p>
    <w:p>
      <w:r>
        <w:rPr>
          <w:sz w:val="20"/>
        </w:rPr>
        <w:t>24:19  ibadat to har aadmi ka farz hai.</w:t>
      </w:r>
      <w:r>
        <w:br/>
      </w:r>
      <w:r>
        <w:rPr>
          <w:sz w:val="20"/>
        </w:rPr>
        <w:t>24:24  yaani jab aap allah par iman rakhte hain aur allah ki qurbat chahte hain,</w:t>
      </w:r>
      <w:r>
        <w:br/>
      </w:r>
      <w:r>
        <w:rPr>
          <w:sz w:val="20"/>
        </w:rPr>
        <w:t>24:30  to ibadat ka jazba paida hota hai.</w:t>
      </w:r>
      <w:r>
        <w:br/>
      </w:r>
      <w:r>
        <w:rPr>
          <w:sz w:val="20"/>
        </w:rPr>
        <w:t>24:35  to jo kehte hain, siratul abd rabbi, uske-uske tehat jo kaam kiya jata hai, usko hum ibadat kehte</w:t>
      </w:r>
      <w:r>
        <w:br/>
      </w:r>
      <w:r>
        <w:rPr>
          <w:sz w:val="20"/>
        </w:rPr>
        <w:t>24:43  hain. aur dawat jo hai, doosron tak allah ka paigham pahunchana.</w:t>
      </w:r>
      <w:r>
        <w:br/>
      </w:r>
      <w:r>
        <w:rPr>
          <w:sz w:val="20"/>
        </w:rPr>
        <w:t>24:49  kyunki aap ye keh sakte hain ki ibadat</w:t>
      </w:r>
      <w:r>
        <w:br/>
      </w:r>
      <w:r>
        <w:rPr>
          <w:sz w:val="20"/>
        </w:rPr>
        <w:t>24:52  ek-ek jaati satah par allah ke deen ko ikhtiyar karne ka naam hai aur dawat doosron ki satah</w:t>
      </w:r>
      <w:r>
        <w:br/>
      </w:r>
      <w:r>
        <w:rPr>
          <w:sz w:val="20"/>
        </w:rPr>
        <w:t>25:00  par allah ko ke deen ko pahunchane ka naam hai.</w:t>
      </w:r>
      <w:r>
        <w:br/>
      </w:r>
      <w:r>
        <w:rPr>
          <w:sz w:val="20"/>
        </w:rPr>
        <w:t>25:05  ek-ek-ek</w:t>
      </w:r>
      <w:r>
        <w:br/>
      </w:r>
      <w:r>
        <w:rPr>
          <w:sz w:val="20"/>
        </w:rPr>
        <w:t>25:07  internal hai, ek external hai. yeh fark hai.</w:t>
      </w:r>
    </w:p>
    <w:p>
      <w:pPr>
        <w:pStyle w:val="Heading2"/>
      </w:pPr>
      <w:r>
        <w:t>Allah's promise: I am pleased with you forever</w:t>
      </w:r>
    </w:p>
    <w:p>
      <w:r>
        <w:rPr>
          <w:color w:val="666666"/>
          <w:sz w:val="18"/>
        </w:rPr>
        <w:t>The Concept of Paradise in Islam May 27, 2012 Maulana Wahiduddin Khan · 58s · at 55:33 · https://youtu.be/vrXgNg6BLnE?t=3333</w:t>
      </w:r>
    </w:p>
    <w:p>
      <w:r>
        <w:rPr>
          <w:i/>
        </w:rPr>
        <w:t>“Allah zahir ho kar kahenge: Aye ahl-e-jannat!”</w:t>
      </w:r>
    </w:p>
    <w:p>
      <w:r>
        <w:rPr>
          <w:sz w:val="20"/>
        </w:rPr>
        <w:t>55:33  ke: "Ae ahl-e-jannat!</w:t>
      </w:r>
      <w:r>
        <w:br/>
      </w:r>
      <w:r>
        <w:rPr>
          <w:sz w:val="20"/>
        </w:rPr>
        <w:t>55:42  main tum se raazi ho gaya aur main kabhi tum se naraz nahi hounga." aap zahir ghaur kijiye ke jo qadir-e-mutlaq, jo malik-e-kul hai, woh yeh keh de to kaisi ajeeb.</w:t>
      </w:r>
      <w:r>
        <w:br/>
      </w:r>
      <w:r>
        <w:rPr>
          <w:sz w:val="20"/>
        </w:rPr>
        <w:t>55:57  kyun ke hum to yeh teesri cheez bhi hamare qabze mein nahi. koi Khuda de to milegi nahi, to nahi milegi. to agar Khuda yeh ailaan kar de ke: "Ae jannat walon!</w:t>
      </w:r>
      <w:r>
        <w:br/>
      </w:r>
      <w:r>
        <w:rPr>
          <w:sz w:val="20"/>
        </w:rPr>
        <w:t>56:11  aaj se main ne tum ko yeh assurance de diya ke main tum se kabhi ghussa nahi hounga, kabhi naraz nahi hounga. ab tum jannat mein raho, kabhi bhi tum ko meri naraz narazgi ka koi masla tumhare liye paida nahi hone wala." to kaisi ajeeb eternal khushi milegi.</w:t>
      </w:r>
    </w:p>
    <w:p>
      <w:pPr>
        <w:pStyle w:val="Heading2"/>
      </w:pPr>
      <w:r>
        <w:t>Doomsday after conveying message</w:t>
      </w:r>
    </w:p>
    <w:p>
      <w:r>
        <w:rPr>
          <w:color w:val="666666"/>
          <w:sz w:val="18"/>
        </w:rPr>
        <w:t>Muslims in 21st Century (In Conversation with Maulana) 11 04 10 · 1m 00s · at 0:40 · https://youtu.be/MkMop0icjSc?t=40</w:t>
      </w:r>
    </w:p>
    <w:p>
      <w:r>
        <w:rPr>
          <w:i/>
        </w:rPr>
        <w:t>“Yeh bahut zyada serious baat hai”</w:t>
      </w:r>
    </w:p>
    <w:p>
      <w:r>
        <w:rPr>
          <w:sz w:val="20"/>
        </w:rPr>
        <w:t>0:40  bohat zyada serious baat hai.</w:t>
      </w:r>
      <w:r>
        <w:br/>
      </w:r>
      <w:r>
        <w:rPr>
          <w:sz w:val="20"/>
        </w:rPr>
        <w:t>0:50  Qayamat is waqt aayegi jabke logon ko bata diya gaya ho.</w:t>
      </w:r>
      <w:r>
        <w:br/>
      </w:r>
      <w:r>
        <w:rPr>
          <w:sz w:val="20"/>
        </w:rPr>
        <w:t>1:00  Quran mein bohat hi wazeh tor par yeh usool bataya gaya hai ke ma kaana Allah li yuhlik al</w:t>
      </w:r>
      <w:r>
        <w:br/>
      </w:r>
      <w:r>
        <w:rPr>
          <w:sz w:val="20"/>
        </w:rPr>
        <w:t>1:10  quraa bidlun wa huwa ghafiloon.</w:t>
      </w:r>
      <w:r>
        <w:br/>
      </w:r>
      <w:r>
        <w:rPr>
          <w:sz w:val="20"/>
        </w:rPr>
        <w:t>1:17  Allah ka yeh tareeqa nahi ke insaanoun ko halak kare jabke woh bekhabar hon.</w:t>
      </w:r>
      <w:r>
        <w:br/>
      </w:r>
      <w:r>
        <w:rPr>
          <w:sz w:val="20"/>
        </w:rPr>
        <w:t>1:25  To Allah qayamat kya hai? Ek universal harkat hai yeh.</w:t>
      </w:r>
      <w:r>
        <w:br/>
      </w:r>
      <w:r>
        <w:rPr>
          <w:sz w:val="20"/>
        </w:rPr>
        <w:t>1:32  To yeh kab aayegi? Jab logon ko unawareness tod diya</w:t>
      </w:r>
    </w:p>
    <w:p>
      <w:pPr>
        <w:pStyle w:val="Heading2"/>
      </w:pPr>
      <w:r>
        <w:t>Most hopeful verse in Quran</w:t>
      </w:r>
    </w:p>
    <w:p>
      <w:r>
        <w:rPr>
          <w:color w:val="666666"/>
          <w:sz w:val="18"/>
        </w:rPr>
        <w:t>Eid Message Discover the Ijtihadi Interpretation of Islam 25 May 2020 Maulana Wahiduddin Khan · 1m 00s · at 4:06 · https://youtu.be/mYGzV0rDsC0?t=246</w:t>
      </w:r>
    </w:p>
    <w:p>
      <w:r>
        <w:rPr>
          <w:i/>
        </w:rPr>
        <w:t>“Say, O My servants who have transgressed, do not despair.”</w:t>
      </w:r>
    </w:p>
    <w:p>
      <w:r>
        <w:rPr>
          <w:sz w:val="20"/>
        </w:rPr>
        <w:t>4:06  surah az-zumr, surah number 39, ayat number 53. qul aye mere bando jinhon ne apni janon par ziyadati ki hai, Allah ki rehmat se na-umeed na ho.</w:t>
      </w:r>
      <w:r>
        <w:br/>
      </w:r>
      <w:r>
        <w:rPr>
          <w:sz w:val="20"/>
        </w:rPr>
        <w:t>4:21  beshak Allah taala maaf kar deta hai tamam gunahon ko. beshak woh bakhsne wala, reham karne wala hai.</w:t>
      </w:r>
      <w:r>
        <w:br/>
      </w:r>
      <w:r>
        <w:rPr>
          <w:sz w:val="20"/>
        </w:rPr>
        <w:t>4:33  yeh ayat taqreeban tamam sulaha-e-ummat ka ijma hai is par, taqreeban. ke yeh quran ki sab se zyada pur umeed ayat yeh hai.</w:t>
      </w:r>
      <w:r>
        <w:br/>
      </w:r>
      <w:r>
        <w:rPr>
          <w:sz w:val="20"/>
        </w:rPr>
        <w:t>4:49  arja ayat fil quran. arja ayat fil quran</w:t>
      </w:r>
      <w:r>
        <w:br/>
      </w:r>
      <w:r>
        <w:rPr>
          <w:sz w:val="20"/>
        </w:rPr>
        <w:t>4:54  . arja, arja ma'ni zyada raj'a wali, sab se zyada raj'a wali.</w:t>
      </w:r>
    </w:p>
    <w:p>
      <w:pPr>
        <w:pStyle w:val="Heading2"/>
      </w:pPr>
      <w:r>
        <w:t>Intelligent being is another name for God</w:t>
      </w:r>
    </w:p>
    <w:p>
      <w:r>
        <w:rPr>
          <w:color w:val="666666"/>
          <w:sz w:val="18"/>
        </w:rPr>
        <w:t>Discovery of God May 1, 2010 Maulana Wahiduddin Khan · 39s · at 12:32 · https://youtu.be/8uH7AqevG6g?t=752</w:t>
      </w:r>
    </w:p>
    <w:p>
      <w:r>
        <w:rPr>
          <w:i/>
        </w:rPr>
        <w:t>“تو جب انسان کے سوا کوئی اور ہے جو انٹیلیجنٹ ہے”</w:t>
      </w:r>
    </w:p>
    <w:p>
      <w:r>
        <w:rPr>
          <w:sz w:val="20"/>
        </w:rPr>
        <w:t>12:32  to jab insan ke siwa koi aur hai jo intelligent hai, jis ka apna wajood hai, jo being hai, to agarchay main is ko nahi janta, to is mani ke aik scientist yahi boli bol sakta hai.</w:t>
      </w:r>
      <w:r>
        <w:br/>
      </w:r>
      <w:r>
        <w:rPr>
          <w:sz w:val="20"/>
        </w:rPr>
        <w:t>12:48  lekin yeh kya hai? intelligent being jo hai, only it is only the other name of God.</w:t>
      </w:r>
      <w:r>
        <w:br/>
      </w:r>
      <w:r>
        <w:rPr>
          <w:sz w:val="20"/>
        </w:rPr>
        <w:t>12:56  to God ka existence jo hai, ab aik belief nahi raha, ab woh scientific fact ban chuka hai. to rabun Allah ke mani yeh hain ke jab aap ne discover kiya rab ke existence ko,</w:t>
      </w:r>
    </w:p>
    <w:p>
      <w:pPr>
        <w:pStyle w:val="Heading2"/>
      </w:pPr>
      <w:r>
        <w:t>Man's habitat is paradise</w:t>
      </w:r>
    </w:p>
    <w:p>
      <w:r>
        <w:rPr>
          <w:color w:val="666666"/>
          <w:sz w:val="18"/>
        </w:rPr>
        <w:t>The Search of Man July 7, 2013 Maulana Wahiduddin Khan · 34s · at 9:34 · https://youtu.be/yfdg8zIZu-k?t=574</w:t>
      </w:r>
    </w:p>
    <w:p>
      <w:r>
        <w:rPr>
          <w:i/>
        </w:rPr>
        <w:t>“Insaan ka jo habitat hai”</w:t>
      </w:r>
    </w:p>
    <w:p>
      <w:r>
        <w:rPr>
          <w:sz w:val="20"/>
        </w:rPr>
        <w:t>9:34  insaan ka jo habitat hai, woh paradise hai, lekin insaan ko us ke habitat se door phenk diya gaya hai.</w:t>
      </w:r>
      <w:r>
        <w:br/>
      </w:r>
      <w:r>
        <w:rPr>
          <w:sz w:val="20"/>
        </w:rPr>
        <w:t>9:44  just like fish. kabhi aap ne dekha hoga machhli ko paani se bahar tadapte hue? to kyun tadapti hai?</w:t>
      </w:r>
      <w:r>
        <w:br/>
      </w:r>
      <w:r>
        <w:rPr>
          <w:sz w:val="20"/>
        </w:rPr>
        <w:t>9:54  us ko us ke habitat se bahar daal diya gaya hai. yeh insaan ka haal hai. insaan ko Allah taala ne paida kiya aur us ke habitat se bahar daal diya.</w:t>
      </w:r>
    </w:p>
    <w:p>
      <w:pPr>
        <w:pStyle w:val="Heading2"/>
      </w:pPr>
      <w:r>
        <w:t>cause and effect was itself created by God</w:t>
      </w:r>
    </w:p>
    <w:p>
      <w:r>
        <w:rPr>
          <w:color w:val="666666"/>
          <w:sz w:val="18"/>
        </w:rPr>
        <w:t>In Conversation With Maulana Wahiduddin Khan (English) May 15, 2008 · 21s · at 9:53 · https://youtu.be/Yq3-vUwEu-w?t=593</w:t>
      </w:r>
    </w:p>
    <w:p>
      <w:r>
        <w:rPr>
          <w:i/>
        </w:rPr>
        <w:t>“Yes, cause and effect is there. But what is it?”</w:t>
      </w:r>
    </w:p>
    <w:p>
      <w:r>
        <w:rPr>
          <w:sz w:val="20"/>
        </w:rPr>
        <w:t>9:53  What do you have to say about that? Yes, cause and effect is there. But what is cause and effect? It is a process.</w:t>
      </w:r>
      <w:r>
        <w:br/>
      </w:r>
      <w:r>
        <w:rPr>
          <w:sz w:val="20"/>
        </w:rPr>
        <w:t>10:02  Just a process. Cause and effect is also created by God. Cause and effect itself is not a God.</w:t>
      </w:r>
      <w:r>
        <w:br/>
      </w:r>
      <w:r>
        <w:rPr>
          <w:sz w:val="20"/>
        </w:rPr>
        <w:t>10:12  Itself is not a creator.</w:t>
      </w:r>
    </w:p>
    <w:p>
      <w:pPr>
        <w:pStyle w:val="Heading2"/>
      </w:pPr>
      <w:r>
        <w:t>No one in history has ever found true happiness</w:t>
      </w:r>
    </w:p>
    <w:p>
      <w:r>
        <w:rPr>
          <w:color w:val="666666"/>
          <w:sz w:val="18"/>
        </w:rPr>
        <w:t>Faith in the Unseen (Iman Bil Ghaib) December 06, 2015 · 55s · at 26:32 · https://youtu.be/MZIDIceIwg8?t=1592</w:t>
      </w:r>
    </w:p>
    <w:p>
      <w:r>
        <w:rPr>
          <w:i/>
        </w:rPr>
        <w:t>“Sari tareekh mein insaan happiness ka talib raha, mila nahi.”</w:t>
      </w:r>
    </w:p>
    <w:p>
      <w:r>
        <w:rPr>
          <w:sz w:val="20"/>
        </w:rPr>
        <w:t>26:32  na padta hai. jaise kal mein sochte sochte ek baat meri samajh aayi ke sari tareekh mein insaan happiness ko apna nishana banaye hue tha.</w:t>
      </w:r>
      <w:r>
        <w:br/>
      </w:r>
      <w:r>
        <w:rPr>
          <w:sz w:val="20"/>
        </w:rPr>
        <w:t>26:47  har aadmi happiness chahta hai, khushi, happiness. khushi kisi ko mili nahi. khushi kisi ko mili nahi.</w:t>
      </w:r>
      <w:r>
        <w:br/>
      </w:r>
      <w:r>
        <w:rPr>
          <w:sz w:val="20"/>
        </w:rPr>
        <w:t>26:56  sari tareekh mein.</w:t>
      </w:r>
      <w:r>
        <w:br/>
      </w:r>
      <w:r>
        <w:rPr>
          <w:sz w:val="20"/>
        </w:rPr>
        <w:t>27:00  to yeh Allah ki Allah ki rehmat ke khilaf hai ke aadmi khushi ka talib ho aur khushi na mile us ko.</w:t>
      </w:r>
      <w:r>
        <w:br/>
      </w:r>
      <w:r>
        <w:rPr>
          <w:sz w:val="20"/>
        </w:rPr>
        <w:t>27:12  Allah ne banaya aap ko khushi ka talib kis ne banaya? Allah ne banaya. to aap ko khushi ka talib banaya aur woh mila nahi.</w:t>
      </w:r>
      <w:r>
        <w:br/>
      </w:r>
      <w:r>
        <w:rPr>
          <w:sz w:val="20"/>
        </w:rPr>
        <w:t>27:20  woh to yeh Allah ki rehmat ke khilaf hai.</w:t>
      </w:r>
    </w:p>
    <w:p>
      <w:pPr>
        <w:pStyle w:val="Heading2"/>
      </w:pPr>
      <w:r>
        <w:t>Quran and Bible agree love God most</w:t>
      </w:r>
    </w:p>
    <w:p>
      <w:r>
        <w:rPr>
          <w:color w:val="666666"/>
          <w:sz w:val="18"/>
        </w:rPr>
        <w:t>Love of God January 29, 2012 · 43s · at 1:24 · https://youtu.be/8wJ01OnXHQE?t=84</w:t>
      </w:r>
    </w:p>
    <w:p>
      <w:r>
        <w:rPr>
          <w:i/>
        </w:rPr>
        <w:t>“Alladheena amanu ashaddu hubbal lillah - believers love Allah most”</w:t>
      </w:r>
    </w:p>
    <w:p>
      <w:r>
        <w:rPr>
          <w:sz w:val="20"/>
        </w:rPr>
        <w:t>1:24  isi liye quran mein hai ke "allatheena amanoo ashadd huballillah"</w:t>
      </w:r>
      <w:r>
        <w:br/>
      </w:r>
      <w:r>
        <w:rPr>
          <w:sz w:val="20"/>
        </w:rPr>
        <w:t>1:32  , yani imaan wale sabse zyada mohabbat karte hain Allah se.</w:t>
      </w:r>
      <w:r>
        <w:br/>
      </w:r>
      <w:r>
        <w:rPr>
          <w:sz w:val="20"/>
        </w:rPr>
        <w:t>1:41  bible mein bhi yahi baat kahi gayi hai, new testament mein, chapter matthew. "love god with all your soul, with your heart, with all your mind".</w:t>
      </w:r>
      <w:r>
        <w:br/>
      </w:r>
      <w:r>
        <w:rPr>
          <w:sz w:val="20"/>
        </w:rPr>
        <w:t>1:56  Allah se mohabbat karo apne poore dil, apne poore jaan, apne poore dimagh ke saath.</w:t>
      </w:r>
    </w:p>
    <w:p>
      <w:pPr>
        <w:pStyle w:val="Heading2"/>
      </w:pPr>
      <w:r>
        <w:t>The intellect as a third eye connecting to God</w:t>
      </w:r>
    </w:p>
    <w:p>
      <w:r>
        <w:rPr>
          <w:color w:val="666666"/>
          <w:sz w:val="18"/>
        </w:rPr>
        <w:t>CPS Women Article Discussion 4 September 11, 2022 · 50s · at 55:03 · https://youtu.be/5Un1Rk-hOVI?t=3303</w:t>
      </w:r>
    </w:p>
    <w:p>
      <w:r>
        <w:rPr>
          <w:i/>
        </w:rPr>
        <w:t>“The most important organ is almost like a third eye”</w:t>
      </w:r>
    </w:p>
    <w:p>
      <w:r>
        <w:rPr>
          <w:sz w:val="20"/>
        </w:rPr>
        <w:t>55:03  mujhe ek hi baat yahi baat samajh mein aa rahi hai ki in our entire body we have very very important organs which is functioning but the most important organ which is a third eye almost like a third eye This eye, this mind is what? It's a organ of your body but then it is giving you a sort of vision thing.</w:t>
      </w:r>
      <w:r>
        <w:br/>
      </w:r>
      <w:r>
        <w:rPr>
          <w:sz w:val="20"/>
        </w:rPr>
        <w:t>55:27  when we think we are connecting to god aur jis tarah se ki allah ne aapse connect kiya aur aapse bataya, it was somehow you were focused on god and your think through your thinking, through your mind, allah connected to you and he somehow conveyed that message, through your, through through that mind that you were thinking.</w:t>
      </w:r>
      <w:r>
        <w:br/>
      </w:r>
      <w:r>
        <w:rPr>
          <w:sz w:val="20"/>
        </w:rPr>
        <w:t>55:53  so this is a very important thing that we all need to take care, take care that we should be focused, and we should be contemplating and our, life should be, very much focused towards, god. For sharing that. And rumavani when wants to say something. assalamalikum.</w:t>
      </w:r>
    </w:p>
    <w:p>
      <w:pPr>
        <w:pStyle w:val="Heading2"/>
      </w:pPr>
      <w:r>
        <w:t>Belief in one God requires rejecting others</w:t>
      </w:r>
    </w:p>
    <w:p>
      <w:r>
        <w:rPr>
          <w:color w:val="666666"/>
          <w:sz w:val="18"/>
        </w:rPr>
        <w:t>Quran Lessons (In Conversation with Maulana) 27.12.2010 · 30s · at 13:21 · https://youtu.be/tFU57I6tThk?t=801</w:t>
      </w:r>
    </w:p>
    <w:p>
      <w:r>
        <w:rPr>
          <w:i/>
        </w:rPr>
        <w:t>“Khuda ko maanna hai to doosre khudaon ka inkaar bhi karna hai”</w:t>
      </w:r>
    </w:p>
    <w:p>
      <w:r>
        <w:rPr>
          <w:sz w:val="20"/>
        </w:rPr>
        <w:t>13:21  Khuda ko manna hai to doosre Khudaon ka inkar bhi karna hai.</w:t>
      </w:r>
      <w:r>
        <w:br/>
      </w:r>
      <w:r>
        <w:rPr>
          <w:sz w:val="20"/>
        </w:rPr>
        <w:t>13:26  yeh namumkin baat hai ke aqeedah, yani aik Khuda ko aik manay, sath sath doosron ka bhi is</w:t>
      </w:r>
      <w:r>
        <w:br/>
      </w:r>
      <w:r>
        <w:rPr>
          <w:sz w:val="20"/>
        </w:rPr>
        <w:t>13:31  mein hissa diye rahay.</w:t>
      </w:r>
      <w:r>
        <w:br/>
      </w:r>
      <w:r>
        <w:rPr>
          <w:sz w:val="20"/>
        </w:rPr>
        <w:t>13:36  to yeh yeh yeh cheez nahi qabool ki jaye gi.</w:t>
      </w:r>
      <w:r>
        <w:br/>
      </w:r>
      <w:r>
        <w:rPr>
          <w:sz w:val="20"/>
        </w:rPr>
        <w:t>13:41  lekin amal ka jahan ta'alluq hai, amal ka to is mein bohat rokhsat hai, bohat zyada concession hai.</w:t>
      </w:r>
      <w:r>
        <w:br/>
      </w:r>
      <w:r>
        <w:rPr>
          <w:sz w:val="20"/>
        </w:rPr>
        <w:t>13:46  to aqeeday ke mamle mein aap bilkul perfect baniye, ideal baniye.</w:t>
      </w:r>
    </w:p>
    <w:p>
      <w:pPr>
        <w:pStyle w:val="Heading2"/>
      </w:pPr>
      <w:r>
        <w:t>God brings accountability unlike universe</w:t>
      </w:r>
    </w:p>
    <w:p>
      <w:r>
        <w:rPr>
          <w:color w:val="666666"/>
          <w:sz w:val="18"/>
        </w:rPr>
        <w:t>The Existence of God July 23, 2017 Maulana Wahiduddin Khan · 30s · at 29:33 · https://youtu.be/shLM_JhG3iE?t=1773</w:t>
      </w:r>
    </w:p>
    <w:p>
      <w:r>
        <w:rPr>
          <w:i/>
        </w:rPr>
        <w:t>“Kyunki Khuda ko maante hi aati hai accountability”</w:t>
      </w:r>
    </w:p>
    <w:p>
      <w:r>
        <w:rPr>
          <w:sz w:val="20"/>
        </w:rPr>
        <w:t>29:33  lekin kyun nahi maante? is liye ke khuda ko maante hi aa jati hai accountability. agar aap maane suraj ko, chand ko, galaxy ko, to is mein koi accountability nahi involve hai.</w:t>
      </w:r>
      <w:r>
        <w:br/>
      </w:r>
      <w:r>
        <w:rPr>
          <w:sz w:val="20"/>
        </w:rPr>
        <w:t>29:47  agar yeh maane aap ko ke itni galaxies hain, itne sitare hain, aur aisa solar system hai, is se samandar hai, is se pahad hain, to is se aap ko is mein koi accountability involve nahi hai.</w:t>
      </w:r>
    </w:p>
    <w:p>
      <w:pPr>
        <w:pStyle w:val="Heading2"/>
      </w:pPr>
      <w:r>
        <w:t>Qur'an: every calamity is a result of your own deeds</w:t>
      </w:r>
    </w:p>
    <w:p>
      <w:r>
        <w:rPr>
          <w:color w:val="666666"/>
          <w:sz w:val="18"/>
        </w:rPr>
        <w:t>A Brief Survey of Six Major Religion I January 8, 2012 · 41s · at 53:03 · https://youtu.be/Iho70yq6EVk?t=3183</w:t>
      </w:r>
    </w:p>
    <w:p>
      <w:r>
        <w:rPr>
          <w:i/>
        </w:rPr>
        <w:t>“Quran mein saaf aayat hai: ma asabakum min museebah”</w:t>
      </w:r>
    </w:p>
    <w:p>
      <w:r>
        <w:rPr>
          <w:sz w:val="20"/>
        </w:rPr>
        <w:t>53:03  is liye ke dekhiye, Quran mein bohat hi wazeh tor par yeh ayat aayi hai:</w:t>
      </w:r>
      <w:r>
        <w:br/>
      </w:r>
      <w:r>
        <w:rPr>
          <w:sz w:val="20"/>
        </w:rPr>
        <w:t>53:15  Ma asabakum min musibatin fabi ma kasabat aydikum yahan bhi hasar hai: Ma asabakum min musibatin fabi ma kasabat aydikum</w:t>
      </w:r>
      <w:r>
        <w:br/>
      </w:r>
      <w:r>
        <w:rPr>
          <w:sz w:val="20"/>
        </w:rPr>
        <w:t>53:31  jo musibat bhi tum par aati hai, woh sirf tumhare apne kiye ka nateeja hoti hai. ab ghor kijiye ke poori poori ummat se hati hui nahi hai.</w:t>
      </w:r>
    </w:p>
    <w:p>
      <w:pPr>
        <w:pStyle w:val="Heading2"/>
      </w:pPr>
      <w:r>
        <w:t>Satanic vs angelic counsel</w:t>
      </w:r>
    </w:p>
    <w:p>
      <w:r>
        <w:rPr>
          <w:color w:val="666666"/>
          <w:sz w:val="18"/>
        </w:rPr>
        <w:t>Muslims in 21st Century (In Conversation with Maulana) 11 04 10 · 30s · at 30:36 · https://youtu.be/MkMop0icjSc?t=1836</w:t>
      </w:r>
    </w:p>
    <w:p>
      <w:r>
        <w:rPr>
          <w:i/>
        </w:rPr>
        <w:t>“Hamesha shaitan ki counseling negative hoti hai”</w:t>
      </w:r>
    </w:p>
    <w:p>
      <w:r>
        <w:rPr>
          <w:sz w:val="20"/>
        </w:rPr>
        <w:t>30:36  ke hamesha shaitan ki jo jo bhi counseling hoti hai, woh negative side mein hoti hai aur farishte</w:t>
      </w:r>
      <w:r>
        <w:br/>
      </w:r>
      <w:r>
        <w:rPr>
          <w:sz w:val="20"/>
        </w:rPr>
        <w:t>30:42  ki jo hoti hai, woh positive side mein hoti hai.</w:t>
      </w:r>
      <w:r>
        <w:br/>
      </w:r>
      <w:r>
        <w:rPr>
          <w:sz w:val="20"/>
        </w:rPr>
        <w:t>30:48  is wajah se pehchanna bohat aasan hai, provided you are positive.</w:t>
      </w:r>
      <w:r>
        <w:br/>
      </w:r>
      <w:r>
        <w:rPr>
          <w:sz w:val="20"/>
        </w:rPr>
        <w:t>30:54  This question is from Ms. Razia from New Delhi: You mentioned that angels do not take the first</w:t>
      </w:r>
      <w:r>
        <w:br/>
      </w:r>
      <w:r>
        <w:rPr>
          <w:sz w:val="20"/>
        </w:rPr>
        <w:t>31:00  step, we miss</w:t>
      </w:r>
    </w:p>
    <w:p>
      <w:pPr>
        <w:pStyle w:val="Heading2"/>
      </w:pPr>
      <w:r>
        <w:t>Overcoming victim mindset at Aligarh</w:t>
      </w:r>
    </w:p>
    <w:p>
      <w:r>
        <w:rPr>
          <w:color w:val="666666"/>
          <w:sz w:val="18"/>
        </w:rPr>
        <w:t>CPS Peace Conference 2019 Day 2 Session 1 Chapter Session · 32s · at 4:20 · https://youtu.be/s4B49NobfD4?t=260</w:t>
      </w:r>
    </w:p>
    <w:p>
      <w:r>
        <w:rPr>
          <w:i/>
        </w:rPr>
        <w:t>“Being victimized by ideology in Aligarh Muslim University.”</w:t>
      </w:r>
    </w:p>
    <w:p>
      <w:r>
        <w:rPr>
          <w:sz w:val="20"/>
        </w:rPr>
        <w:t>4:20  being victimized by others in aligarh muslim university. this thought process</w:t>
      </w:r>
      <w:r>
        <w:br/>
      </w:r>
      <w:r>
        <w:rPr>
          <w:sz w:val="20"/>
        </w:rPr>
        <w:t>4:26  process is war rampant and i have to convince. i strongly believed in them. but unfortunately for me, my father was an early sala reader ever since my childhood days. i remember him discussing molana in his diary with my mother or other family members. i never used to understand those discussions, but</w:t>
      </w:r>
    </w:p>
    <w:p>
      <w:pPr>
        <w:pStyle w:val="Heading2"/>
      </w:pPr>
      <w:r>
        <w:t>Love of God introduced as religion's most neglected topic</w:t>
      </w:r>
    </w:p>
    <w:p>
      <w:r>
        <w:rPr>
          <w:color w:val="666666"/>
          <w:sz w:val="18"/>
        </w:rPr>
        <w:t>Love of God October 04, 2009 · 1m 00s · at 0:27 · https://youtu.be/JKCfgvpoX5s?t=27</w:t>
      </w:r>
    </w:p>
    <w:p>
      <w:r>
        <w:rPr>
          <w:i/>
        </w:rPr>
        <w:t>“آج کا جو ٹاپک ہے وہ ہے لو آف گاڈ، اللہ کی محبت”</w:t>
      </w:r>
    </w:p>
    <w:p>
      <w:r>
        <w:rPr>
          <w:sz w:val="20"/>
        </w:rPr>
        <w:t>0:27  wahal al-uqdah min lisani, yafqah qawli. aaj ki, aaj ka jo topic hai woh hai "love of god", allah ki mohabbat ya mohabbat ilahi.</w:t>
      </w:r>
      <w:r>
        <w:br/>
      </w:r>
      <w:r>
        <w:rPr>
          <w:sz w:val="20"/>
        </w:rPr>
        <w:t>0:49  mein samajhta hoon ke yeh</w:t>
      </w:r>
      <w:r>
        <w:br/>
      </w:r>
      <w:r>
        <w:rPr>
          <w:sz w:val="20"/>
        </w:rPr>
        <w:t>0:53  deen ka supreme topic hai,</w:t>
      </w:r>
      <w:r>
        <w:br/>
      </w:r>
      <w:r>
        <w:rPr>
          <w:sz w:val="20"/>
        </w:rPr>
        <w:t>0:59  is se bara koi topic nahi ho sakta.</w:t>
      </w:r>
      <w:r>
        <w:br/>
      </w:r>
      <w:r>
        <w:rPr>
          <w:sz w:val="20"/>
        </w:rPr>
        <w:t>1:05  lekin mera apna jo experience hai</w:t>
      </w:r>
      <w:r>
        <w:br/>
      </w:r>
      <w:r>
        <w:rPr>
          <w:sz w:val="20"/>
        </w:rPr>
        <w:t>1:11  woh yeh hai ke yahi woh topic hai jo sab se zyada neglected hai, sab se zyada neglected topic hai.</w:t>
      </w:r>
      <w:r>
        <w:br/>
      </w:r>
      <w:r>
        <w:rPr>
          <w:sz w:val="20"/>
        </w:rPr>
        <w:t>1:25  yeh mera ehsas hai.</w:t>
      </w:r>
    </w:p>
    <w:p>
      <w:pPr>
        <w:pStyle w:val="Heading2"/>
      </w:pPr>
      <w:r>
        <w:t>No prophet, no punishment — the principle</w:t>
      </w:r>
    </w:p>
    <w:p>
      <w:r>
        <w:rPr>
          <w:color w:val="666666"/>
          <w:sz w:val="18"/>
        </w:rPr>
        <w:t>Warning and Punishment May 15, 2008 · 25s · at 13:26 · https://youtu.be/tL3qIGvBuBE?t=806</w:t>
      </w:r>
    </w:p>
    <w:p>
      <w:r>
        <w:rPr>
          <w:i/>
        </w:rPr>
        <w:t>“Complete unawareness ko sirf Prophet khatam kar sakta hai”</w:t>
      </w:r>
    </w:p>
    <w:p>
      <w:r>
        <w:rPr>
          <w:sz w:val="20"/>
        </w:rPr>
        <w:t>13:26  completely unawareness ko kaun khatam kar sakta hai? Sirf prophet.</w:t>
      </w:r>
      <w:r>
        <w:br/>
      </w:r>
      <w:r>
        <w:rPr>
          <w:sz w:val="20"/>
        </w:rPr>
        <w:t>13:33  is liye yeh azab ka jo phenomenon hai, woh prophet se juda hua hai. Prophet nahi to azab bhi nahi.</w:t>
      </w:r>
      <w:r>
        <w:br/>
      </w:r>
      <w:r>
        <w:rPr>
          <w:sz w:val="20"/>
        </w:rPr>
        <w:t>13:43  yaad rakhiye, prophet nahi to azab bhi nahi. Matlab is dhang ka azab jis ko mein keh raha hoon ke lower punishment</w:t>
      </w:r>
    </w:p>
    <w:p>
      <w:pPr>
        <w:pStyle w:val="Heading2"/>
      </w:pPr>
      <w:r>
        <w:t>Balance of hope and fear in faith</w:t>
      </w:r>
    </w:p>
    <w:p>
      <w:r>
        <w:rPr>
          <w:color w:val="666666"/>
          <w:sz w:val="18"/>
        </w:rPr>
        <w:t>CPS Women Monthly Q and A with Prof. Farida Khanam and Maulana Farhad Ahmed Umeri June 25, 2023 · 33s · at 11:52 · https://youtu.be/EzivDyOKfiE?t=712</w:t>
      </w:r>
    </w:p>
    <w:p>
      <w:r>
        <w:rPr>
          <w:i/>
        </w:rPr>
        <w:t>“Mujhe ummeed bhi hai aur Allah ka khauf bhi”</w:t>
      </w:r>
    </w:p>
    <w:p>
      <w:r>
        <w:rPr>
          <w:sz w:val="20"/>
        </w:rPr>
        <w:t>11:52  تو کہا کہ تمہاری کیا cafe تھا ابھی؟</w:t>
      </w:r>
      <w:r>
        <w:br/>
      </w:r>
      <w:r>
        <w:rPr>
          <w:sz w:val="20"/>
        </w:rPr>
        <w:t>12:00  to unhone kaha ke mujhe umeed bhi hai aur Allah taala ki pakad ka khauf bhi hai.</w:t>
      </w:r>
      <w:r>
        <w:br/>
      </w:r>
      <w:r>
        <w:rPr>
          <w:sz w:val="20"/>
        </w:rPr>
        <w:t>12:08  to jisko sachchai hati gi sachchai Khuda wali sachchai milti hai na uski kasiyat yahi hoti hai.</w:t>
      </w:r>
      <w:r>
        <w:br/>
      </w:r>
      <w:r>
        <w:rPr>
          <w:sz w:val="20"/>
        </w:rPr>
        <w:t>12:16  Umeed aur khauf ke darmiyan insan rehta hai.</w:t>
      </w:r>
      <w:r>
        <w:br/>
      </w:r>
      <w:r>
        <w:rPr>
          <w:sz w:val="20"/>
        </w:rPr>
        <w:t>12:25  wo Quran mein aaya hua innwal minoon allaaheen allaahu azeelat khuroob hum.</w:t>
      </w:r>
    </w:p>
    <w:p>
      <w:pPr>
        <w:pStyle w:val="Heading2"/>
      </w:pPr>
      <w:r>
        <w:t>Big Bang and DNA prove somebody made this</w:t>
      </w:r>
    </w:p>
    <w:p>
      <w:r>
        <w:rPr>
          <w:color w:val="666666"/>
          <w:sz w:val="18"/>
        </w:rPr>
        <w:t>CPS Women Interaction 6 June 30, 2022 · 38s · at 9:23 · https://youtu.be/ZkEveN93vh8?t=563</w:t>
      </w:r>
    </w:p>
    <w:p>
      <w:r>
        <w:rPr>
          <w:i/>
        </w:rPr>
        <w:t>“There has to be somebody behind this. It cannot be created on this level.”</w:t>
      </w:r>
    </w:p>
    <w:p>
      <w:r>
        <w:rPr>
          <w:sz w:val="20"/>
        </w:rPr>
        <w:t>9:23  There has to be somebody behind this. It cannot be created on this level. do point jo mujhe bahut zyada samajh mein aaye which was very very much mind boggling. main kyunke main jab usko gehrai si zyada soch rahi thi to mujhe aisa lag raha tha ke I am not able to think further.</w:t>
      </w:r>
      <w:r>
        <w:br/>
      </w:r>
      <w:r>
        <w:rPr>
          <w:sz w:val="20"/>
        </w:rPr>
        <w:t>9:41  ek point jo unhone kaha ke woh Bing Bang Theory ki because Bing Bang Theory led to everything out of nothing and the second point is that DNA. DNA ke bare mein yeh bata rahe the ke DNA ki jo findings hai woh coding hai.</w:t>
      </w:r>
      <w:r>
        <w:br/>
      </w:r>
      <w:r>
        <w:rPr>
          <w:sz w:val="20"/>
        </w:rPr>
        <w:t>10:01  jo DNA hai woh pure codings ke upar depend karta hai aur itni fine tuning hai codings ki ke I mean ek insan ki poori zindagi woh kya paidaish se lekar ke marne tak uski poori life ki poori us yeh har ek cell mein DNA hai aur us DNA mein poori ki poori coding hai aur uska jo circumference hai DNA ka ek DNA ka.</w:t>
      </w:r>
    </w:p>
    <w:p>
      <w:pPr>
        <w:pStyle w:val="Heading2"/>
      </w:pPr>
      <w:r>
        <w:t>Learn the art of anger management</w:t>
      </w:r>
    </w:p>
    <w:p>
      <w:r>
        <w:rPr>
          <w:color w:val="666666"/>
          <w:sz w:val="18"/>
        </w:rPr>
        <w:t>What is Akhirat March 12, 2006 Maulana Wahiduddin Khan · 27s · at 23:07 · https://youtu.be/F41-6s4TdW0?t=1387</w:t>
      </w:r>
    </w:p>
    <w:p>
      <w:r>
        <w:rPr>
          <w:i/>
        </w:rPr>
        <w:t>“Kyunki fitri taur par is ke andar yeh jazbaat rakha hua hai”</w:t>
      </w:r>
    </w:p>
    <w:p>
      <w:r>
        <w:rPr>
          <w:sz w:val="20"/>
        </w:rPr>
        <w:t>23:07  kyun ke fitri tor par is ke andar yeh jazbaat rakha hua hai. tab aap samjhen ke is ka matlab yeh hai ke fun-e ghussa, fun-e ghussa seekho.</w:t>
      </w:r>
      <w:r>
        <w:br/>
      </w:r>
      <w:r>
        <w:rPr>
          <w:sz w:val="20"/>
        </w:rPr>
        <w:t>23:22  aap ko fun-e ghussa sambhalna hai.</w:t>
      </w:r>
      <w:r>
        <w:br/>
      </w:r>
      <w:r>
        <w:rPr>
          <w:sz w:val="20"/>
        </w:rPr>
        <w:t>23:29  aap ko fun-e ghussa sambhalna hai.</w:t>
      </w:r>
    </w:p>
    <w:p>
      <w:pPr>
        <w:pStyle w:val="Heading2"/>
      </w:pPr>
      <w:r>
        <w:t>No angel will build your personality for you</w:t>
      </w:r>
    </w:p>
    <w:p>
      <w:r>
        <w:rPr>
          <w:color w:val="666666"/>
          <w:sz w:val="18"/>
        </w:rPr>
        <w:t>Life's Journey April 12, 2015 · 47s · at 41:17 · https://youtu.be/9AF97mfiIPc?t=2477</w:t>
      </w:r>
    </w:p>
    <w:p>
      <w:r>
        <w:rPr>
          <w:i/>
        </w:rPr>
        <w:t>“Yeh kaam farishta nahi karega, aapko khud karna hai”</w:t>
      </w:r>
    </w:p>
    <w:p>
      <w:r>
        <w:rPr>
          <w:sz w:val="20"/>
        </w:rPr>
        <w:t>41:17  yahan par jo self made banayega apne aap ko, usko quran mein kaha gaya mudqqa shakhsiyat. to is baat ko achi tarah yaad rakhiye ke aap jo paida hue hain, to raw material ki soorat mein paida hue hain.</w:t>
      </w:r>
      <w:r>
        <w:br/>
      </w:r>
      <w:r>
        <w:rPr>
          <w:sz w:val="20"/>
        </w:rPr>
        <w:t>41:35  ab aap ko is ko ek building ke roop mein khara karna hai. woh aap khud karenge. nahi karenge to koi doosra aa kar karne wala nahi hai.</w:t>
      </w:r>
      <w:r>
        <w:br/>
      </w:r>
      <w:r>
        <w:rPr>
          <w:sz w:val="20"/>
        </w:rPr>
        <w:t>41:47  yeh kaam farishta nahi karega. yeh kaam farishta nahi karega ke aap ke raw material ko istemal kar ke woh aap ki personality bana de.</w:t>
      </w:r>
      <w:r>
        <w:br/>
      </w:r>
      <w:r>
        <w:rPr>
          <w:sz w:val="20"/>
        </w:rPr>
        <w:t>41:57  farishta nahi karega yeh kaam. yeh kaam aap ko khud karna hai.</w:t>
      </w:r>
    </w:p>
    <w:p>
      <w:pPr>
        <w:pStyle w:val="Heading2"/>
      </w:pPr>
      <w:r>
        <w:t>Positive aspect of ego</w:t>
      </w:r>
    </w:p>
    <w:p>
      <w:r>
        <w:rPr>
          <w:color w:val="666666"/>
          <w:sz w:val="18"/>
        </w:rPr>
        <w:t>Muslims in 21st Century (In Conversation with Maulana) 11 04 10 · 31s · at 11:19 · https://youtu.be/MkMop0icjSc?t=679</w:t>
      </w:r>
    </w:p>
    <w:p>
      <w:r>
        <w:rPr>
          <w:i/>
        </w:rPr>
        <w:t>“Kal mom ki tarah ho jayen”</w:t>
      </w:r>
    </w:p>
    <w:p>
      <w:r>
        <w:rPr>
          <w:sz w:val="20"/>
        </w:rPr>
        <w:t>11:19  کل موم کی طرح ہو جائیں، جو چاہے آپ کو exploit کرے۔</w:t>
      </w:r>
      <w:r>
        <w:br/>
      </w:r>
      <w:r>
        <w:rPr>
          <w:sz w:val="20"/>
        </w:rPr>
        <w:t>11:24  to ego aap ko woh deta hai, yaani hausla deta hai, firmness deta hai, determination deta hai.</w:t>
      </w:r>
      <w:r>
        <w:br/>
      </w:r>
      <w:r>
        <w:rPr>
          <w:sz w:val="20"/>
        </w:rPr>
        <w:t>11:29  lekin yeh is ka plus point hai.</w:t>
      </w:r>
      <w:r>
        <w:br/>
      </w:r>
      <w:r>
        <w:rPr>
          <w:sz w:val="20"/>
        </w:rPr>
        <w:t>11:35  aur negative point kya hai? woh hai gharoor paida hota hai, ghamand paida hota hai, aur nafrat paida</w:t>
      </w:r>
      <w:r>
        <w:br/>
      </w:r>
      <w:r>
        <w:rPr>
          <w:sz w:val="20"/>
        </w:rPr>
        <w:t>11:40  ho jati hai.</w:t>
      </w:r>
      <w:r>
        <w:br/>
      </w:r>
      <w:r>
        <w:rPr>
          <w:sz w:val="20"/>
        </w:rPr>
        <w:t>11:45  doosre ko sabak dene ka mazah aa jata hai ke in ka marna aaye, sabak.</w:t>
      </w:r>
    </w:p>
    <w:p>
      <w:pPr>
        <w:pStyle w:val="Heading2"/>
      </w:pPr>
      <w:r>
        <w:t>Think about creation not creator</w:t>
      </w:r>
    </w:p>
    <w:p>
      <w:r>
        <w:rPr>
          <w:color w:val="666666"/>
          <w:sz w:val="18"/>
        </w:rPr>
        <w:t>Right Thinking February 3, 2014 Maulana Wahiduddin Khan · 35s · at 2:07 · https://youtu.be/RU4GUAVEOdw?t=127</w:t>
      </w:r>
    </w:p>
    <w:p>
      <w:r>
        <w:rPr>
          <w:i/>
        </w:rPr>
        <w:t>“Takhleeqaat par ghaur karo, khaaliq par mat ghaur karo”</w:t>
      </w:r>
    </w:p>
    <w:p>
      <w:r>
        <w:rPr>
          <w:sz w:val="20"/>
        </w:rPr>
        <w:t>2:07  takhleeqat par ghawr karo, khaliq par mat ghawr karo.</w:t>
      </w:r>
      <w:r>
        <w:br/>
      </w:r>
      <w:r>
        <w:rPr>
          <w:sz w:val="20"/>
        </w:rPr>
        <w:t>2:15  aisa kyun farmaya? iska sabab yeh hai ke insan ghawr o fikr karta hai kisi framework ki roshni mein ya kisi known model ki roshni mein.</w:t>
      </w:r>
      <w:r>
        <w:br/>
      </w:r>
      <w:r>
        <w:rPr>
          <w:sz w:val="20"/>
        </w:rPr>
        <w:t>2:35  jaise hum sochte hain hawai jahaz ke bare mein to hawai jahaz ko</w:t>
      </w:r>
    </w:p>
    <w:p>
      <w:pPr>
        <w:pStyle w:val="Heading2"/>
      </w:pPr>
      <w:r>
        <w:t>Why doesn't God appear? Quantum physics breaks the myth</w:t>
      </w:r>
    </w:p>
    <w:p>
      <w:r>
        <w:rPr>
          <w:color w:val="666666"/>
          <w:sz w:val="18"/>
        </w:rPr>
        <w:t>The Discovery of God IIC Prog (Maulana Talk) November 2, 2019 · 33s · at 1:56 · https://youtu.be/u24tYGW6tCM?t=116</w:t>
      </w:r>
    </w:p>
    <w:p>
      <w:r>
        <w:rPr>
          <w:i/>
        </w:rPr>
        <w:t>“گاڈ اگر ہے تو وہ دکھائی کیوں نہیں دیتا؟”</w:t>
      </w:r>
    </w:p>
    <w:p>
      <w:r>
        <w:rPr>
          <w:sz w:val="20"/>
        </w:rPr>
        <w:t>1:56  poochte hain ke God agar hai to woh dikhai kyun nahi deta?</w:t>
      </w:r>
      <w:r>
        <w:br/>
      </w:r>
      <w:r>
        <w:rPr>
          <w:sz w:val="20"/>
        </w:rPr>
        <w:t>2:05  to yeh myth quantum physics ne tod diya hai, kyunke myth ne, kyunke quantum physics se sabit hua hai ke ek cheez apna existence rakhti hai, lekin woh dikhai nahi deti.</w:t>
      </w:r>
      <w:r>
        <w:br/>
      </w:r>
      <w:r>
        <w:rPr>
          <w:sz w:val="20"/>
        </w:rPr>
        <w:t>2:25  yeh bohat ajeeb baat hai.</w:t>
      </w:r>
    </w:p>
    <w:p>
      <w:pPr>
        <w:pStyle w:val="Heading2"/>
      </w:pPr>
      <w:r>
        <w:t>gratitude is the only thing we can give God back</w:t>
      </w:r>
    </w:p>
    <w:p>
      <w:r>
        <w:rPr>
          <w:color w:val="666666"/>
          <w:sz w:val="18"/>
        </w:rPr>
        <w:t>Asma-e-Husna and Ism-e-Azam February 12, 2023 · 42s · at 19:34 · https://youtu.be/IkYHdIFdUy4?t=1174</w:t>
      </w:r>
    </w:p>
    <w:p>
      <w:r>
        <w:rPr>
          <w:i/>
        </w:rPr>
        <w:t>“We take thousands of things from God, give nothing back”</w:t>
      </w:r>
    </w:p>
    <w:p>
      <w:r>
        <w:rPr>
          <w:sz w:val="20"/>
        </w:rPr>
        <w:t>19:34  kyunke hum khuda ko dekhen, koi cheez dete nahi hain. khuda se humein hazaron, lakhon cheezen mil rahi hain, lekin hum khuda ko kuch nahi dete hain. to yahi shukr, yaani eteraaf, to yahi hum, yahi woh return hai jo humein khuda ki blessings mil rahi</w:t>
      </w:r>
      <w:r>
        <w:br/>
      </w:r>
      <w:r>
        <w:rPr>
          <w:sz w:val="20"/>
        </w:rPr>
        <w:t>19:50  hain. to yahi, yahi shukr ki shakal mein hum is ko return kar sakte hain. to agar hum shukr bhi nahi karenge, to is ka matlab hai ke hum ek user par hain, hum khuda se sab cheezen le rahe hain, aur is ka koi return is ko nahi de rahe hain.</w:t>
      </w:r>
      <w:r>
        <w:br/>
      </w:r>
      <w:r>
        <w:rPr>
          <w:sz w:val="20"/>
        </w:rPr>
        <w:t>20:08  to log yeh samajhte hain, saare log yahi samajhte hain ke is dunya mein hum ko paise se sab kuch mil raha hai, hamare maa baap hum ko sab kuch de rahe hain.</w:t>
      </w:r>
    </w:p>
    <w:p>
      <w:pPr>
        <w:pStyle w:val="Heading2"/>
      </w:pPr>
      <w:r>
        <w:t>Challenge: do you love God like you love your son</w:t>
      </w:r>
    </w:p>
    <w:p>
      <w:r>
        <w:rPr>
          <w:color w:val="666666"/>
          <w:sz w:val="18"/>
        </w:rPr>
        <w:t>Love of God October 04, 2009 · 57s · at 5:28 · https://youtu.be/JKCfgvpoX5s?t=328</w:t>
      </w:r>
    </w:p>
    <w:p>
      <w:r>
        <w:rPr>
          <w:i/>
        </w:rPr>
        <w:t>“جتنی محبت آپ کو اپنے بیٹے سے ہے، کیا وہی خدا سے ہے؟”</w:t>
      </w:r>
    </w:p>
    <w:p>
      <w:r>
        <w:rPr>
          <w:sz w:val="20"/>
        </w:rPr>
        <w:t>5:28  to bohat purana ek principle hai ke "in comparison that we understand".</w:t>
      </w:r>
      <w:r>
        <w:br/>
      </w:r>
      <w:r>
        <w:rPr>
          <w:sz w:val="20"/>
        </w:rPr>
        <w:t>5:37  "in comparison that we understand" arabi mein kehte hain ke "ta'aruf al-ashya' bi-muqadara" yaani taqabul se baatein samajh mein aati hain.</w:t>
      </w:r>
      <w:r>
        <w:br/>
      </w:r>
      <w:r>
        <w:rPr>
          <w:sz w:val="20"/>
        </w:rPr>
        <w:t>5:47  aap sochiye ke jitni mohabbat aap ko apne bete se hai, kya wohi mohabbat Khuda se hai aap ko? to bete ke liye to dil o jaan hazir hai, aur Khuda ke liye kya hai?</w:t>
      </w:r>
      <w:r>
        <w:br/>
      </w:r>
      <w:r>
        <w:rPr>
          <w:sz w:val="20"/>
        </w:rPr>
        <w:t>6:00  lip service hai.</w:t>
      </w:r>
      <w:r>
        <w:br/>
      </w:r>
      <w:r>
        <w:rPr>
          <w:sz w:val="20"/>
        </w:rPr>
        <w:t>6:05  koi agar kahe ke nahi to jhoot bol raha hai woh. saare logon ka haal yeh hai ke sab kuch bete ke liye, un ka dil, un ka dimagh, un ka jaan, un ka paisa, un ka time, un ka sab kuch bete ke liye,</w:t>
      </w:r>
      <w:r>
        <w:br/>
      </w:r>
      <w:r>
        <w:rPr>
          <w:sz w:val="20"/>
        </w:rPr>
        <w:t>6:19  chahe bete se kuch na mil raha ho.</w:t>
      </w:r>
    </w:p>
    <w:p>
      <w:pPr>
        <w:pStyle w:val="Heading2"/>
      </w:pPr>
      <w:r>
        <w:t>God manages history and human history</w:t>
      </w:r>
    </w:p>
    <w:p>
      <w:r>
        <w:rPr>
          <w:color w:val="666666"/>
          <w:sz w:val="18"/>
        </w:rPr>
        <w:t>The Process of Revival October 25, 2015 · 3m 37s · at 29:32 · https://youtu.be/anLXAiM05KE?t=1772</w:t>
      </w:r>
    </w:p>
    <w:p>
      <w:r>
        <w:rPr>
          <w:i/>
        </w:rPr>
        <w:t>“Jo creator hai duniya ka, woh history ko manage kar raha hai”</w:t>
      </w:r>
    </w:p>
    <w:p>
      <w:r>
        <w:rPr>
          <w:sz w:val="20"/>
        </w:rPr>
        <w:t>29:32  jo creator hai duniya ka, woh history ko manage kar raha hai, jis tarah se kehkashan ko, solar</w:t>
      </w:r>
      <w:r>
        <w:br/>
      </w:r>
      <w:r>
        <w:rPr>
          <w:sz w:val="20"/>
        </w:rPr>
        <w:t>29:40  system ko, aur</w:t>
      </w:r>
      <w:r>
        <w:br/>
      </w:r>
      <w:r>
        <w:rPr>
          <w:sz w:val="20"/>
        </w:rPr>
        <w:t>29:44  pahaad aur samandar ko manage kar raha hai, woh yani material world ko,</w:t>
      </w:r>
      <w:r>
        <w:br/>
      </w:r>
      <w:r>
        <w:rPr>
          <w:sz w:val="20"/>
        </w:rPr>
        <w:t>29:48  aise hi woh human history ko manage kar raha hai,</w:t>
      </w:r>
      <w:r>
        <w:br/>
      </w:r>
      <w:r>
        <w:rPr>
          <w:sz w:val="20"/>
        </w:rPr>
        <w:t>29:52  human history ko hi manage kar raha hai,</w:t>
      </w:r>
      <w:r>
        <w:br/>
      </w:r>
      <w:r>
        <w:rPr>
          <w:sz w:val="20"/>
        </w:rPr>
        <w:t>29:57  jis ki maine misaal di ke</w:t>
      </w:r>
      <w:r>
        <w:br/>
      </w:r>
      <w:r>
        <w:rPr>
          <w:sz w:val="20"/>
        </w:rPr>
        <w:t>30:00  musalman tareekh mein pehli baar Tatariyon</w:t>
      </w:r>
      <w:r>
        <w:br/>
      </w:r>
      <w:r>
        <w:rPr>
          <w:sz w:val="20"/>
        </w:rPr>
        <w:t>30:05  ne se kaam liya gaya,</w:t>
      </w:r>
      <w:r>
        <w:br/>
      </w:r>
      <w:r>
        <w:rPr>
          <w:sz w:val="20"/>
        </w:rPr>
        <w:t>30:07  to ek naya daur aaya, yani daur siyasat se door dawat aaya,</w:t>
      </w:r>
      <w:r>
        <w:br/>
      </w:r>
      <w:r>
        <w:rPr>
          <w:sz w:val="20"/>
        </w:rPr>
        <w:t>30:14  Isai aur bade raqbe mein Islam phail gaya, phir ab jo maujooda zamane mein jo zawal aaya, to</w:t>
      </w:r>
      <w:r>
        <w:br/>
      </w:r>
      <w:r>
        <w:rPr>
          <w:sz w:val="20"/>
        </w:rPr>
        <w:t>30:22  Allah Ta'ala ne Britishs</w:t>
      </w:r>
      <w:r>
        <w:br/>
      </w:r>
      <w:r>
        <w:rPr>
          <w:sz w:val="20"/>
        </w:rPr>
        <w:t>30:25  se kaam liya,</w:t>
      </w:r>
      <w:r>
        <w:br/>
      </w:r>
      <w:r>
        <w:rPr>
          <w:sz w:val="20"/>
        </w:rPr>
        <w:t>30:27  agar ulama rok ke khade ho gaye hote, rok, tab to bahut bada kaam ho gaya hota, ulama</w:t>
      </w:r>
      <w:r>
        <w:br/>
      </w:r>
      <w:r>
        <w:rPr>
          <w:sz w:val="20"/>
        </w:rPr>
        <w:t>30:34  rok ban kar khade ho gaye, aur angrezon se nafrat karne lage, aur is Muslim school aur Muslim</w:t>
      </w:r>
      <w:r>
        <w:br/>
      </w:r>
      <w:r>
        <w:rPr>
          <w:sz w:val="20"/>
        </w:rPr>
        <w:t>30:41  college ko irtidad ka adda samajhne lage, qatl gaah samajhne lage, yeh sab na kiya hota to ab</w:t>
      </w:r>
      <w:r>
        <w:br/>
      </w:r>
      <w:r>
        <w:rPr>
          <w:sz w:val="20"/>
        </w:rPr>
        <w:t>30:48  tak tareekh bahut aage badh chuki hoti,</w:t>
      </w:r>
      <w:r>
        <w:br/>
      </w:r>
      <w:r>
        <w:rPr>
          <w:sz w:val="20"/>
        </w:rPr>
        <w:t>30:52  ab jo hum koshish kar rahe hain daawa empire khadi karne ki, to woh empire khada ho chuka</w:t>
      </w:r>
      <w:r>
        <w:br/>
      </w:r>
      <w:r>
        <w:rPr>
          <w:sz w:val="20"/>
        </w:rPr>
        <w:t>30:57  hota, jaise turki mein education empire khara ho chuka hai, yaani turki mein already education empire khara ho</w:t>
      </w:r>
      <w:r>
        <w:br/>
      </w:r>
      <w:r>
        <w:rPr>
          <w:sz w:val="20"/>
        </w:rPr>
        <w:t>31:06  chuka hai, aise hi yahan bhi daawa empire already khara ho chuka hota, jabke abhi hum is ke</w:t>
      </w:r>
      <w:r>
        <w:br/>
      </w:r>
      <w:r>
        <w:rPr>
          <w:sz w:val="20"/>
        </w:rPr>
        <w:t>31:14  aaghaz mein hain,</w:t>
      </w:r>
      <w:r>
        <w:br/>
      </w:r>
      <w:r>
        <w:rPr>
          <w:sz w:val="20"/>
        </w:rPr>
        <w:t>31:18  to jis tarah se kisan samajhta hai Allah ke</w:t>
      </w:r>
      <w:r>
        <w:br/>
      </w:r>
      <w:r>
        <w:rPr>
          <w:sz w:val="20"/>
        </w:rPr>
        <w:t>31:24  mansoobe ko ke kyun baarish aayi, baarish aane ke baad mera role kya hai, aise hi ummat ke</w:t>
      </w:r>
      <w:r>
        <w:br/>
      </w:r>
      <w:r>
        <w:rPr>
          <w:sz w:val="20"/>
        </w:rPr>
        <w:t>31:32  baray mein bhi hamein samajhna hai ke ummat mein Allah taala ne asanat kyun paida kiye, aur phir</w:t>
      </w:r>
      <w:r>
        <w:br/>
      </w:r>
      <w:r>
        <w:rPr>
          <w:sz w:val="20"/>
        </w:rPr>
        <w:t>31:39  is ke baad hamara role kya hai,</w:t>
      </w:r>
      <w:r>
        <w:br/>
      </w:r>
      <w:r>
        <w:rPr>
          <w:sz w:val="20"/>
        </w:rPr>
        <w:t>31:43  jo halaat paida kiye Allah taala ne ummat mein,</w:t>
      </w:r>
      <w:r>
        <w:br/>
      </w:r>
      <w:r>
        <w:rPr>
          <w:sz w:val="20"/>
        </w:rPr>
        <w:t>31:48  to is ke baad hamara role kya hai, is ko hamein jaanna hai, taake hum apni zimmedari</w:t>
      </w:r>
      <w:r>
        <w:br/>
      </w:r>
      <w:r>
        <w:rPr>
          <w:sz w:val="20"/>
        </w:rPr>
        <w:t>31:54  ko ada kar sakein,</w:t>
      </w:r>
      <w:r>
        <w:br/>
      </w:r>
      <w:r>
        <w:rPr>
          <w:sz w:val="20"/>
        </w:rPr>
        <w:t>31:59  mein samajhta hoon ke sab se bari kotahi jinhone ki hai woh door jo hai ulma hain,</w:t>
      </w:r>
      <w:r>
        <w:br/>
      </w:r>
      <w:r>
        <w:rPr>
          <w:sz w:val="20"/>
        </w:rPr>
        <w:t>32:05  sab se bari kotahi hai, yaani jis ko welcome karna chahiye tha, is ke doosre number ke</w:t>
      </w:r>
      <w:r>
        <w:br/>
      </w:r>
      <w:r>
        <w:rPr>
          <w:sz w:val="20"/>
        </w:rPr>
        <w:t>32:11  ulma ke baray mein yeh mashhoor hai ke falan sahib, yaani baray fakhr ke sath kaha jata hai</w:t>
      </w:r>
      <w:r>
        <w:br/>
      </w:r>
      <w:r>
        <w:rPr>
          <w:sz w:val="20"/>
        </w:rPr>
        <w:t>32:15  ke falan sahib ne kaha ke mein angrezon ke munh nahi dekhna chahta, angrez to yeh insan hain,</w:t>
      </w:r>
      <w:r>
        <w:br/>
      </w:r>
      <w:r>
        <w:rPr>
          <w:sz w:val="20"/>
        </w:rPr>
        <w:t>32:20  kyun aap is ke munh nahi dekhna chahte,</w:t>
      </w:r>
      <w:r>
        <w:br/>
      </w:r>
      <w:r>
        <w:rPr>
          <w:sz w:val="20"/>
        </w:rPr>
        <w:t>32:24  ulma ke halaat mein likha rehta hai ke Hazrat ko angrez se bari nafrat thi, ke Hazrat ko</w:t>
      </w:r>
      <w:r>
        <w:br/>
      </w:r>
      <w:r>
        <w:rPr>
          <w:sz w:val="20"/>
        </w:rPr>
        <w:t>32:30  kyun nafrat thi bhai, kya angrez ko Allah ne paida kiya tha,</w:t>
      </w:r>
      <w:r>
        <w:br/>
      </w:r>
      <w:r>
        <w:rPr>
          <w:sz w:val="20"/>
        </w:rPr>
        <w:t>32:35  to angrez ko bhi Allah ne paida kiya tha, to aap ko haq nahi tha ke is se</w:t>
      </w:r>
      <w:r>
        <w:br/>
      </w:r>
      <w:r>
        <w:rPr>
          <w:sz w:val="20"/>
        </w:rPr>
        <w:t>32:39  nafrat karein, aap ko haq nahi tha yeh kehne ka ke mein angrez ka chehra nahi dekhna chahta,</w:t>
      </w:r>
      <w:r>
        <w:br/>
      </w:r>
      <w:r>
        <w:rPr>
          <w:sz w:val="20"/>
        </w:rPr>
        <w:t>32:46  woh aap ke liye mad'u the woh ek kaam kar rahe the yani qadeem culture ko naya culture bana bana rahe the ek kaam woh kar rahe the aap agla kaam karte hain yani dawat ka kaam to ek ek angrez ka mashal hai ke.</w:t>
      </w:r>
    </w:p>
    <w:p>
      <w:pPr>
        <w:pStyle w:val="Heading2"/>
      </w:pPr>
      <w:r>
        <w:t>No human can foresee the future</w:t>
      </w:r>
    </w:p>
    <w:p>
      <w:r>
        <w:rPr>
          <w:color w:val="666666"/>
          <w:sz w:val="18"/>
        </w:rPr>
        <w:t>Good Tidings and Warnings for Dayees | June 2, 2006 | Maulana Wahiduddin Khan · 30s · at 10:58 · https://youtu.be/Cnoe4ckWtrg?t=658</w:t>
      </w:r>
    </w:p>
    <w:p>
      <w:r>
        <w:rPr>
          <w:i/>
        </w:rPr>
        <w:t>“Koi bhi insaan future ki baat ko pehle se dekh nahi sakta”</w:t>
      </w:r>
    </w:p>
    <w:p>
      <w:r>
        <w:rPr>
          <w:sz w:val="20"/>
        </w:rPr>
        <w:t>10:58  hai. Haalat sab ke sab, sari universe us ke control mein hai. To ek superior hasti ka hamare upar hona, jis ko hum Khuda kehte hain, us ka ek clear proof hai. Kyun ke koi bhi insan future ki baat ko is tarah</w:t>
      </w:r>
    </w:p>
    <w:p>
      <w:pPr>
        <w:pStyle w:val="Heading2"/>
      </w:pPr>
      <w:r>
        <w:t>Allah holds the entire universe in His hand</w:t>
      </w:r>
    </w:p>
    <w:p>
      <w:r>
        <w:rPr>
          <w:color w:val="666666"/>
          <w:sz w:val="18"/>
        </w:rPr>
        <w:t>Kingdom of God August 25, 2018 · 27s · at 5:38 · https://youtu.be/SrnWPkMbEQw?t=338</w:t>
      </w:r>
    </w:p>
    <w:p>
      <w:r>
        <w:rPr>
          <w:i/>
        </w:rPr>
        <w:t>“Our whole world, solar system, galaxy is in Allah's hand.”</w:t>
      </w:r>
    </w:p>
    <w:p>
      <w:r>
        <w:rPr>
          <w:sz w:val="20"/>
        </w:rPr>
        <w:t>5:38  ke hamari poori duniya, yeh poora solar system, poori galaxy, yeh poora space,</w:t>
      </w:r>
      <w:r>
        <w:br/>
      </w:r>
      <w:r>
        <w:rPr>
          <w:sz w:val="20"/>
        </w:rPr>
        <w:t>5:52  to rab-ul-alameen ki azmat itni zyada hai ke woh in sab ko apne hath mein liye hue hai.</w:t>
      </w:r>
    </w:p>
    <w:p>
      <w:pPr>
        <w:pStyle w:val="Heading2"/>
      </w:pPr>
      <w:r>
        <w:t>fighting over small land while paradise spans the heavens</w:t>
      </w:r>
    </w:p>
    <w:p>
      <w:r>
        <w:rPr>
          <w:color w:val="666666"/>
          <w:sz w:val="18"/>
        </w:rPr>
        <w:t>Purpose of Human Life December 2, 2012 · 28s · at 7:26 · https://youtu.be/EAoYsEtqWd8?t=446</w:t>
      </w:r>
    </w:p>
    <w:p>
      <w:r>
        <w:rPr>
          <w:i/>
        </w:rPr>
        <w:t>“Aap ghaur kijiye is ayat ki roshni mein”</w:t>
      </w:r>
    </w:p>
    <w:p>
      <w:r>
        <w:rPr>
          <w:sz w:val="20"/>
        </w:rPr>
        <w:t>7:26  bula raha hai is jannat ki taraf,</w:t>
      </w:r>
      <w:r>
        <w:br/>
      </w:r>
      <w:r>
        <w:rPr>
          <w:sz w:val="20"/>
        </w:rPr>
        <w:t>7:32  jis ki choice sari zameen aur aasman. aap kahan lad rahe hain? chand paise ke liye, chote chote land ke liye.</w:t>
      </w:r>
      <w:r>
        <w:br/>
      </w:r>
      <w:r>
        <w:rPr>
          <w:sz w:val="20"/>
        </w:rPr>
        <w:t>7:41  woh bhi waqti taur par, yani aaj mil bhi aaye to kal mar jayenge. aur jannat to abadi hai.</w:t>
      </w:r>
      <w:r>
        <w:br/>
      </w:r>
      <w:r>
        <w:rPr>
          <w:sz w:val="20"/>
        </w:rPr>
        <w:t>7:50  is ko le kar mein soch raha tha.</w:t>
      </w:r>
    </w:p>
    <w:p>
      <w:pPr>
        <w:pStyle w:val="Heading2"/>
      </w:pPr>
      <w:r>
        <w:t>Hudaybiya model formula</w:t>
      </w:r>
    </w:p>
    <w:p>
      <w:r>
        <w:rPr>
          <w:color w:val="666666"/>
          <w:sz w:val="18"/>
        </w:rPr>
        <w:t>Man with A Mission June 5, 2007 · 28s · at 50:22 · https://youtu.be/k9ynSc1YB8o?t=3022</w:t>
      </w:r>
    </w:p>
    <w:p>
      <w:r>
        <w:rPr>
          <w:i/>
        </w:rPr>
        <w:t>“Hudaybiya model ka formula kya hai?”</w:t>
      </w:r>
    </w:p>
    <w:p>
      <w:r>
        <w:rPr>
          <w:sz w:val="20"/>
        </w:rPr>
        <w:t>50:22  aur yeh talash karen ke status quo ko mante hue wahan par kya mawaqe hain. to Hudaybiyah model ka formula kya hai?</w:t>
      </w:r>
      <w:r>
        <w:br/>
      </w:r>
      <w:r>
        <w:rPr>
          <w:sz w:val="20"/>
        </w:rPr>
        <w:t>50:34  ignore the problem avail the opportunities.</w:t>
      </w:r>
      <w:r>
        <w:br/>
      </w:r>
      <w:r>
        <w:rPr>
          <w:sz w:val="20"/>
        </w:rPr>
        <w:t>50:39  yeh hai model. aur yeh us waqt ho sakta hai ke jab ke aap status quo ko maan len. is ko status quo ko badalna.</w:t>
      </w:r>
    </w:p>
    <w:p>
      <w:pPr>
        <w:pStyle w:val="Heading2"/>
      </w:pPr>
      <w:r>
        <w:t>We alone bear the consequences of our own deeds</w:t>
      </w:r>
    </w:p>
    <w:p>
      <w:r>
        <w:rPr>
          <w:color w:val="666666"/>
          <w:sz w:val="18"/>
        </w:rPr>
        <w:t>Hamd in Action October 19, 2014 · 33s · at 1:03:47 · https://youtu.be/8CnKWzV8aBY?t=3827</w:t>
      </w:r>
    </w:p>
    <w:p>
      <w:r>
        <w:rPr>
          <w:i/>
        </w:rPr>
        <w:t>“Koi hamein bigadne wala nahi, hum apne kiye ko khud bhugatte hain”</w:t>
      </w:r>
    </w:p>
    <w:p>
      <w:r>
        <w:rPr>
          <w:sz w:val="20"/>
        </w:rPr>
        <w:t>1:03:47  muhasba ka tareeqa yeh hai ke aap yeh sochen ke hamare liye koi aur option nahi, doosra hum apne hi kiye ko bhugte hain, hamein apne hi kiye ko bhugna hai.</w:t>
      </w:r>
      <w:r>
        <w:br/>
      </w:r>
      <w:r>
        <w:rPr>
          <w:sz w:val="20"/>
        </w:rPr>
        <w:t>1:04:01  less insaan illa ma so, koi na hamein bigadne wala hai, na koi hamein banane wala hai.</w:t>
      </w:r>
      <w:r>
        <w:br/>
      </w:r>
      <w:r>
        <w:rPr>
          <w:sz w:val="20"/>
        </w:rPr>
        <w:t>1:04:10  apne hi kiye ko hamein bhugna hai, to is ka matlab hai ke yeh hamare apne hi interest ki baat hai ke hum muhasba karein, introspection karein.</w:t>
      </w:r>
    </w:p>
    <w:p>
      <w:pPr>
        <w:pStyle w:val="Heading2"/>
      </w:pPr>
      <w:r>
        <w:t>Quran verse: the sea as ink could never write God's words</w:t>
      </w:r>
    </w:p>
    <w:p>
      <w:r>
        <w:rPr>
          <w:color w:val="666666"/>
          <w:sz w:val="18"/>
        </w:rPr>
        <w:t>Final Role of Prophetic Mission June 1, 2008 · 43s · at 1:15:45 · https://youtu.be/JDqiRm5Jbm8?t=4545</w:t>
      </w:r>
    </w:p>
    <w:p>
      <w:r>
        <w:rPr>
          <w:i/>
        </w:rPr>
        <w:t>“If oceans were ink, God's words would not run out”</w:t>
      </w:r>
    </w:p>
    <w:p>
      <w:r>
        <w:rPr>
          <w:sz w:val="20"/>
        </w:rPr>
        <w:t>1:15:45  isi tarah se quran mein dekhen ke</w:t>
      </w:r>
      <w:r>
        <w:br/>
      </w:r>
      <w:r>
        <w:rPr>
          <w:sz w:val="20"/>
        </w:rPr>
        <w:t>1:15:50  yani kal</w:t>
      </w:r>
      <w:r>
        <w:br/>
      </w:r>
      <w:r>
        <w:rPr>
          <w:sz w:val="20"/>
        </w:rPr>
        <w:t>1:15:59  kaun bol sakta hai yeh language</w:t>
      </w:r>
      <w:r>
        <w:br/>
      </w:r>
      <w:r>
        <w:rPr>
          <w:sz w:val="20"/>
        </w:rPr>
        <w:t>1:16:02  ? keh do ke agar saaray samandar jo hai, woh woh ink ban jayen aur saaray darakht jo hai, woh pen ban jayen aur khuda ke baatein likhi jayen to woh khatam na hongi.</w:t>
      </w:r>
      <w:r>
        <w:br/>
      </w:r>
      <w:r>
        <w:rPr>
          <w:sz w:val="20"/>
        </w:rPr>
        <w:t>1:16:16  yeh kaun yeh zaban bol sakta hai? to apne aap mein yeh yeh yeh jo yeh jo yeh jo language hai, apne aap mein is baat ka proof hai ke quran khuda ki kitab hai.</w:t>
      </w:r>
    </w:p>
    <w:p>
      <w:pPr>
        <w:pStyle w:val="Heading2"/>
      </w:pPr>
      <w:r>
        <w:t>Personality is changeless in change</w:t>
      </w:r>
    </w:p>
    <w:p>
      <w:r>
        <w:rPr>
          <w:color w:val="666666"/>
          <w:sz w:val="18"/>
        </w:rPr>
        <w:t>Dr  Naseem Siddiqui Memorial Part 2 · 30s · at 6:42 · https://youtu.be/qX3ZreTSGaw?t=402</w:t>
      </w:r>
    </w:p>
    <w:p>
      <w:r>
        <w:rPr>
          <w:i/>
        </w:rPr>
        <w:t>“Personality is changeless in change.”</w:t>
      </w:r>
    </w:p>
    <w:p>
      <w:r>
        <w:rPr>
          <w:sz w:val="20"/>
        </w:rPr>
        <w:t>6:42  shabdon mein kaha ke personality is changeless in change. aik badalti hui body ke andar na badalti hui aik soul hai, har insan ke sath. to in sab baton ko sochte hue phir mujhe yaad ata hai ke har mazhab mein, har religion mein yeh mana gaya hai ke yani life of, life ofter death jis ko hum kehte hain, woh har mazhab mein mana gaya hai. jitne bhi religious system</w:t>
      </w:r>
    </w:p>
    <w:p>
      <w:pPr>
        <w:pStyle w:val="Heading2"/>
      </w:pPr>
      <w:r>
        <w:t>closing prayer for a life of true recognition of God</w:t>
      </w:r>
    </w:p>
    <w:p>
      <w:r>
        <w:rPr>
          <w:color w:val="666666"/>
          <w:sz w:val="18"/>
        </w:rPr>
        <w:t>Asma-e-Husna and Ism-e-Azam February 12, 2023 · 59s · at 49:21 · https://youtu.be/IkYHdIFdUy4?t=2961</w:t>
      </w:r>
    </w:p>
    <w:p>
      <w:r>
        <w:rPr>
          <w:i/>
        </w:rPr>
        <w:t>“May Allah keep us firm upon a life of recognition”</w:t>
      </w:r>
    </w:p>
    <w:p>
      <w:r>
        <w:rPr>
          <w:sz w:val="20"/>
        </w:rPr>
        <w:t>49:21  to ahl-e-imaan ko chahiye ke woh apni soch ki is tarah tarbiyat karen ke zindagi ka har tajruba, har waqea un ke liye shukr ka item ban jaye.</w:t>
      </w:r>
      <w:r>
        <w:br/>
      </w:r>
      <w:r>
        <w:rPr>
          <w:sz w:val="20"/>
        </w:rPr>
        <w:t>49:33  yeh aakhri sawal tha.</w:t>
      </w:r>
      <w:r>
        <w:br/>
      </w:r>
      <w:r>
        <w:rPr>
          <w:sz w:val="20"/>
        </w:rPr>
        <w:t>49:36  is sawal ke baad bas hum yahi dua kar sakte hain, karenge Allah taala se ke Allah taala hamein marifat wali zindagi par qaim rakhe aur imaan par khatma farmaye aur hamein hamesha apni qurbat ata kare.</w:t>
      </w:r>
      <w:r>
        <w:br/>
      </w:r>
      <w:r>
        <w:rPr>
          <w:sz w:val="20"/>
        </w:rPr>
        <w:t>49:50  ameen. isi par aaj ki aaj ka yeh class khatm hota hai. assalam o alaikum wa rehmatullah.</w:t>
      </w:r>
    </w:p>
    <w:p>
      <w:pPr>
        <w:pStyle w:val="Heading2"/>
      </w:pPr>
      <w:r>
        <w:t>Every blessing carries hidden accountability</w:t>
      </w:r>
    </w:p>
    <w:p>
      <w:r>
        <w:rPr>
          <w:color w:val="666666"/>
          <w:sz w:val="18"/>
        </w:rPr>
        <w:t>Dars e Quran December 5, 2006 Maulana Wahiduddin Khan · 52s · at 1:02:33 · https://youtu.be/09Bs9GKXrL0?t=3753</w:t>
      </w:r>
    </w:p>
    <w:p>
      <w:r>
        <w:rPr>
          <w:i/>
        </w:rPr>
        <w:t>“ہر نعمت کے ساتھ اکاؤنٹیبلٹی چھپی ہوئی ہے”</w:t>
      </w:r>
    </w:p>
    <w:p>
      <w:r>
        <w:rPr>
          <w:sz w:val="20"/>
        </w:rPr>
        <w:t>1:02:33  is mein yeh baat bhi chupi hui hai, dekhiye ke banda yeh etiraf kar raha hai ke har nemat ke saath, har nemat ke saath accountability chupi hui hai.</w:t>
      </w:r>
      <w:r>
        <w:br/>
      </w:r>
      <w:r>
        <w:rPr>
          <w:sz w:val="20"/>
        </w:rPr>
        <w:t>1:02:48  har nemat ke saath</w:t>
      </w:r>
      <w:r>
        <w:br/>
      </w:r>
      <w:r>
        <w:rPr>
          <w:sz w:val="20"/>
        </w:rPr>
        <w:t>1:02:53  government aap ko bohat bara uhda de, bohat bari salary de, bohat saare purse milein aap ko, to is ka matlab kya hai?</w:t>
      </w:r>
      <w:r>
        <w:br/>
      </w:r>
      <w:r>
        <w:rPr>
          <w:sz w:val="20"/>
        </w:rPr>
        <w:t>1:03:01  is ke saath responsibility chupi hui hai, accountability chupi hui hai ke yeh sab pa kar ke aap ne kya kiya?</w:t>
      </w:r>
      <w:r>
        <w:br/>
      </w:r>
      <w:r>
        <w:rPr>
          <w:sz w:val="20"/>
        </w:rPr>
        <w:t>1:03:12  to banda jab dekhta hai ke itni nematein Khuda ki hain, itni nematein Khuda ki hain, apne aap yeh baat us ke dil mein aati hai ke itni nematein jab hain to zaroor hai ke us ki accountability ho.</w:t>
      </w:r>
    </w:p>
    <w:p>
      <w:pPr>
        <w:pStyle w:val="Heading2"/>
      </w:pPr>
      <w:r>
        <w:t>Prayer intention as focused contemplation on God</w:t>
      </w:r>
    </w:p>
    <w:p>
      <w:r>
        <w:rPr>
          <w:color w:val="666666"/>
          <w:sz w:val="18"/>
        </w:rPr>
        <w:t>CPS Women Article Discussion 4 September 11, 2022 · 43s · at 45:11 · https://youtu.be/5Un1Rk-hOVI?t=2711</w:t>
      </w:r>
    </w:p>
    <w:p>
      <w:r>
        <w:rPr>
          <w:i/>
        </w:rPr>
        <w:t>“नमाज़ में intention है कि मैं अपना focus अल्लाह ताला पर कर रही हूं”</w:t>
      </w:r>
    </w:p>
    <w:p>
      <w:r>
        <w:rPr>
          <w:sz w:val="20"/>
        </w:rPr>
        <w:t>45:11  jaise start kar diya and you are just going into this lekin ab jaise namaz mein intention hai that intention kya hai? It is ke main apna focus kar rahi hoon Allah Tala, main yeh namaz padh rahi hoon. Hamari intention is also a focus. So, contemplation, silence we cannot differentiate all these things. These are like aligning us into oneness of our own self, right?</w:t>
      </w:r>
      <w:r>
        <w:br/>
      </w:r>
      <w:r>
        <w:rPr>
          <w:sz w:val="20"/>
        </w:rPr>
        <w:t>45:36  to mujhe yeh lagta hai ke hamari poori zindagi mein hum jo bhi kuch kar rahe hain contemplation and silence bohat bada role play karte hain and then it it becomes our intention as well. To woh ek process ka hissa hai jisko hum bohat zyada ignore kar jate hain.</w:t>
      </w:r>
      <w:r>
        <w:br/>
      </w:r>
      <w:r>
        <w:rPr>
          <w:sz w:val="20"/>
        </w:rPr>
        <w:t>45:54  agar hum jo process hai Rasool Allah Sallallahu Alayhissalam ka Sahaba par to jo imaniyat par kaam kiya jata tha Allah jo ke Maulana Sahab se bhi agar aap agar unke hum video dekhte hain to hum kya hamare andar kya develop hota hai? Focus develop hota hai. Allah se mohabbat ka focus develop hota hai. To I believe ke yeh humein being mothers apne bachchon ke liye bhi jab hum padhane lage hain to how we need to connect them to their objective right? Padhne ke objective mein jo bhi hum kar rahe hain.</w:t>
      </w:r>
    </w:p>
    <w:p>
      <w:pPr>
        <w:pStyle w:val="Heading2"/>
      </w:pPr>
      <w:r>
        <w:t>Qabeel and Habeel: refusing to retaliate</w:t>
      </w:r>
    </w:p>
    <w:p>
      <w:r>
        <w:rPr>
          <w:color w:val="666666"/>
          <w:sz w:val="18"/>
        </w:rPr>
        <w:t>The Philosophy of Creation 16 Oct 2011 · 32s · at 17:46 · https://youtu.be/Bp5C5jpFz-o?t=1066</w:t>
      </w:r>
    </w:p>
    <w:p>
      <w:r>
        <w:rPr>
          <w:i/>
        </w:rPr>
        <w:t>“Agar tum mujhe maarne ko utho, main nahi uthunga”</w:t>
      </w:r>
    </w:p>
    <w:p>
      <w:r>
        <w:rPr>
          <w:sz w:val="20"/>
        </w:rPr>
        <w:t>17:46  huye. maslan main sochta hoon ke Hazrat Adam ke jo do bete the, Qabil aur Habil, jab Qabil ne kaha: "main tumhein maar dalunga", us ne kaha ke "agar tum mujh ko maarne ke liye utho to main tum ko maarne ke liye nahi uthunga.</w:t>
      </w:r>
      <w:r>
        <w:br/>
      </w:r>
      <w:r>
        <w:rPr>
          <w:sz w:val="20"/>
        </w:rPr>
        <w:t>18:03  main yak tarfa taur par bardasht karunga.</w:t>
      </w:r>
      <w:r>
        <w:br/>
      </w:r>
      <w:r>
        <w:rPr>
          <w:sz w:val="20"/>
        </w:rPr>
        <w:t>18:07  " yeh high, yani yani bohat bara ideal ka mamla tha yeh ke main zulm nahi karunga, chahe tum zulm karo.</w:t>
      </w:r>
    </w:p>
    <w:p>
      <w:pPr>
        <w:pStyle w:val="Heading2"/>
      </w:pPr>
      <w:r>
        <w:t>Knowing truth by reason like mother</w:t>
      </w:r>
    </w:p>
    <w:p>
      <w:r>
        <w:rPr>
          <w:color w:val="666666"/>
          <w:sz w:val="18"/>
        </w:rPr>
        <w:t>Islam and Spirituality (In Conversation with Maulana) January 06, 2008 · 50s · at 12:58 · https://youtu.be/ZHr9_EkXCm0?t=778</w:t>
      </w:r>
    </w:p>
    <w:p>
      <w:r>
        <w:rPr>
          <w:i/>
        </w:rPr>
        <w:t>“देखिए, आप अपने मां को मां कहते हैं”</w:t>
      </w:r>
    </w:p>
    <w:p>
      <w:r>
        <w:rPr>
          <w:sz w:val="20"/>
        </w:rPr>
        <w:t>12:58  dekhiye, aap apne maa ko maa kehte hain, to kaise pata chalta hai ki yahi meri maa</w:t>
      </w:r>
      <w:r>
        <w:br/>
      </w:r>
      <w:r>
        <w:rPr>
          <w:sz w:val="20"/>
        </w:rPr>
        <w:t>13:05  hai? Haalanki aapne maa ke pet se apne ko nikalte hue nahin dekha, us process ko nahin dekha aapne. Yaani yeh koi bhi nahin jaan keh sakta ki maine apni, apni maa ko,</w:t>
      </w:r>
      <w:r>
        <w:br/>
      </w:r>
      <w:r>
        <w:rPr>
          <w:sz w:val="20"/>
        </w:rPr>
        <w:t>13:19  yaani ki pet se apne ko nikalte hue dekha, isliye usko maa kehta hoon main. To aql se samajhta hai. Jab hum kisi ko maa ko maa kehte hain, apni maa kehte hain, to hum aql se kehte hain, dekhe hue ko nahin kehte hain. Basic baat hai ki is duniya mein koi bhi cheez aisi nahin hai jo dekhne ke base par ho. Sab kuch aql ke base par hai, soch-soch ke base par hai. To jab aap soch ko kaam milayenge,</w:t>
      </w:r>
    </w:p>
    <w:p>
      <w:pPr>
        <w:pStyle w:val="Heading2"/>
      </w:pPr>
      <w:r>
        <w:t>Human government as divine</w:t>
      </w:r>
    </w:p>
    <w:p>
      <w:r>
        <w:rPr>
          <w:color w:val="666666"/>
          <w:sz w:val="18"/>
        </w:rPr>
        <w:t>Dars-e-Quran, Chapter 39, Vs 67 (Glory of God) July 29, 2018 Maulana Wahiduddin Khan · 32s · at 34:57 · https://youtu.be/xKvuhx08hQ4?t=2097</w:t>
      </w:r>
    </w:p>
    <w:p>
      <w:r>
        <w:rPr>
          <w:i/>
        </w:rPr>
        <w:t>“Jo log hukumat-e-Ilahiyya ki baat karte hain, woh”</w:t>
      </w:r>
    </w:p>
    <w:p>
      <w:r>
        <w:rPr>
          <w:sz w:val="20"/>
        </w:rPr>
        <w:t>34:57  to meri zuban pe aik lafz aaya ke jo log hukumat ilahia ki baat karte hain, woh</w:t>
      </w:r>
      <w:r>
        <w:br/>
      </w:r>
      <w:r>
        <w:rPr>
          <w:sz w:val="20"/>
        </w:rPr>
        <w:t>35:11  hukumat ilahia ke naam par hukumat insania ki baat karte hain.</w:t>
      </w:r>
      <w:r>
        <w:br/>
      </w:r>
      <w:r>
        <w:rPr>
          <w:sz w:val="20"/>
        </w:rPr>
        <w:t>35:19  yani kaam to karna hai hukumat insani aur naam de rahe hain hukumat ilahia. Kaisi ajeeb baat hai!</w:t>
      </w:r>
      <w:r>
        <w:br/>
      </w:r>
      <w:r>
        <w:rPr>
          <w:sz w:val="20"/>
        </w:rPr>
        <w:t>35:30  Allah ki hukumat, Allah ka iqtidaar,</w:t>
      </w:r>
    </w:p>
    <w:p>
      <w:pPr>
        <w:pStyle w:val="Heading2"/>
      </w:pPr>
      <w:r>
        <w:t>Balance of hope and fear in afterlife</w:t>
      </w:r>
    </w:p>
    <w:p>
      <w:r>
        <w:rPr>
          <w:color w:val="666666"/>
          <w:sz w:val="18"/>
        </w:rPr>
        <w:t>Conversation with Maulana Wahiduddin Khan | October 01, 2017 · 1m 00s · at 4:45 · https://youtu.be/TmOYGd3rp2M?t=285</w:t>
      </w:r>
    </w:p>
    <w:p>
      <w:r>
        <w:rPr>
          <w:i/>
        </w:rPr>
        <w:t>“Lekin jab hum sochte hain aakhirat ke baare mein”</w:t>
      </w:r>
    </w:p>
    <w:p>
      <w:r>
        <w:rPr>
          <w:sz w:val="20"/>
        </w:rPr>
        <w:t>4:45  lekin jab hum sochte hain aakhirat ke bare mein, to wahan bhi dono cheezein hain.</w:t>
      </w:r>
      <w:r>
        <w:br/>
      </w:r>
      <w:r>
        <w:rPr>
          <w:sz w:val="20"/>
        </w:rPr>
        <w:t>4:52  hadees mein aata hai ke "al-imaan bin raja wal khauf".</w:t>
      </w:r>
      <w:r>
        <w:br/>
      </w:r>
      <w:r>
        <w:rPr>
          <w:sz w:val="20"/>
        </w:rPr>
        <w:t>5:00  imaan khauf aur mohabbat ke darmiyan hai.</w:t>
      </w:r>
      <w:r>
        <w:br/>
      </w:r>
      <w:r>
        <w:rPr>
          <w:sz w:val="20"/>
        </w:rPr>
        <w:t>5:07  taqat woh amli bhi soch rehti hai is momin ki</w:t>
      </w:r>
      <w:r>
        <w:br/>
      </w:r>
      <w:r>
        <w:rPr>
          <w:sz w:val="20"/>
        </w:rPr>
        <w:t>5:15  ke Allah ka jo maamla hoga mere saath, woh rehmat ka hoga. Yeh soch kar mohabbat ka jazba ghalib aata hai. Aur yeh sochta hai ke aadmi ke Allah pakdega mujh ko meri ghaltiyon par, to dar ghalib aa jata hai. To yeh koi mathemat</w:t>
      </w:r>
    </w:p>
    <w:p>
      <w:pPr>
        <w:pStyle w:val="Heading2"/>
      </w:pPr>
      <w:r>
        <w:t>Purification of soul is intellectual development</w:t>
      </w:r>
    </w:p>
    <w:p>
      <w:r>
        <w:rPr>
          <w:color w:val="666666"/>
          <w:sz w:val="18"/>
        </w:rPr>
        <w:t>Q&amp;A 18 May 2008 Maulana Wahiduddin Khan · 29s · at 22:02 · https://youtu.be/wTHUCCyWJoE?t=1322</w:t>
      </w:r>
    </w:p>
    <w:p>
      <w:r>
        <w:rPr>
          <w:i/>
        </w:rPr>
        <w:t>“Jalika jaza man tazakka”</w:t>
      </w:r>
    </w:p>
    <w:p>
      <w:r>
        <w:rPr>
          <w:sz w:val="20"/>
        </w:rPr>
        <w:t>22:02  usi ko main intellectual development keh raha hoon. usi ko main keh raha hoon, zalika jaza man tadakka. jinhone apna tazkiya kiya hai, apne ko purify kiya hai,</w:t>
      </w:r>
      <w:r>
        <w:br/>
      </w:r>
      <w:r>
        <w:rPr>
          <w:sz w:val="20"/>
        </w:rPr>
        <w:t>22:15  apne ko purified soul. yani quran ki language mein hum yeh kahenge ki jin logon ne apne aap ko purified soul banaya, s o u l. jin logon ne apne aap ko purified soul banaya,</w:t>
      </w:r>
    </w:p>
    <w:p>
      <w:pPr>
        <w:pStyle w:val="Heading2"/>
      </w:pPr>
      <w:r>
        <w:t>Monism versus monotheism are different concepts</w:t>
      </w:r>
    </w:p>
    <w:p>
      <w:r>
        <w:rPr>
          <w:color w:val="666666"/>
          <w:sz w:val="18"/>
        </w:rPr>
        <w:t>The Existence of God October 7, 2012 · 59s · at 1:10:56 · https://youtu.be/Hm0ybuokQ8s?t=4256</w:t>
      </w:r>
    </w:p>
    <w:p>
      <w:r>
        <w:rPr>
          <w:i/>
        </w:rPr>
        <w:t>“You are confusing two different concepts”</w:t>
      </w:r>
    </w:p>
    <w:p>
      <w:r>
        <w:rPr>
          <w:sz w:val="20"/>
        </w:rPr>
        <w:t>1:10:56  asal mein aap do mein confuse kar rahe hain. ek hai monism, ek hai monotheism. Hindu mazhab mein monism ka concept hai, woh aap ke zehn mein hai ghaliban.</w:t>
      </w:r>
      <w:r>
        <w:br/>
      </w:r>
      <w:r>
        <w:rPr>
          <w:sz w:val="20"/>
        </w:rPr>
        <w:t>1:11:10  Islam mein nahi hai monism ka concept, Islam mein monotheism ka concept hai. to do alag alag concept hain, ab aap study kijiye aur jis par aap itminan hon, woh aap ikhtiyar kijiye.</w:t>
      </w:r>
      <w:r>
        <w:br/>
      </w:r>
      <w:r>
        <w:rPr>
          <w:sz w:val="20"/>
        </w:rPr>
        <w:t>1:11:22  hum koi tablig nahi karte hain,</w:t>
      </w:r>
      <w:r>
        <w:br/>
      </w:r>
      <w:r>
        <w:rPr>
          <w:sz w:val="20"/>
        </w:rPr>
        <w:t>1:11:25  hamara hamara mission yeh nahi hai, hum to discussion karte hain. lekin beharhal dono mein farq hai. monism aur monotheism ko urdu mein kehte hain wahdat-e-wujood aur tauheed.</w:t>
      </w:r>
      <w:r>
        <w:br/>
      </w:r>
      <w:r>
        <w:rPr>
          <w:sz w:val="20"/>
        </w:rPr>
        <w:t>1:11:42  to wahdat-e-wajood jo hai, yaani monism, yeh hindu concept hai, yeh islam mein nahi hai. Islam mein monotheism hai, yaani tauheed.</w:t>
      </w:r>
      <w:r>
        <w:br/>
      </w:r>
      <w:r>
        <w:rPr>
          <w:sz w:val="20"/>
        </w:rPr>
        <w:t>1:11:52  do alag alag concept hain Khuda ke.</w:t>
      </w:r>
    </w:p>
    <w:p>
      <w:pPr>
        <w:pStyle w:val="Heading2"/>
      </w:pPr>
      <w:r>
        <w:t>Incompetence is the real problem</w:t>
      </w:r>
    </w:p>
    <w:p>
      <w:r>
        <w:rPr>
          <w:color w:val="666666"/>
          <w:sz w:val="18"/>
        </w:rPr>
        <w:t>Rediscovering Islam From Its Original Sources | January 10, 2007 | Maulana Wahiduddin Khan · 30s · at 1:07:18 · https://youtu.be/Ll8MnnJp_T0?t=4038</w:t>
      </w:r>
    </w:p>
    <w:p>
      <w:r>
        <w:rPr>
          <w:i/>
        </w:rPr>
        <w:t>“Masla sirf yeh hai ke hum incompetent hain”</w:t>
      </w:r>
    </w:p>
    <w:p>
      <w:r>
        <w:rPr>
          <w:sz w:val="20"/>
        </w:rPr>
        <w:t>1:07:18  aur negative boli bolna chhod den ke Islam, Islam is in danger, Muslims are in danger, Muslim ummah is in danger. yeh sab boli bolna chhod den, bilkul koi danger nahi hai, koi khatra nahi hai. masla sirf yeh hai ke hum in competent sabit hue hain naye zamane ke lehaz se Islam ko pesh karne mein. yeh sara masla yeh hai. to yeh masla jo hai, yeh sirf India ka</w:t>
      </w:r>
    </w:p>
    <w:p>
      <w:pPr>
        <w:pStyle w:val="Heading2"/>
      </w:pPr>
      <w:r>
        <w:t>This world is also Paradise</w:t>
      </w:r>
    </w:p>
    <w:p>
      <w:r>
        <w:rPr>
          <w:color w:val="666666"/>
          <w:sz w:val="18"/>
        </w:rPr>
        <w:t>Dars-e-Quran, Chapter 2, Verse 25 | November 19, 2017 | Maulana Wahiduddin Khan · 1m 02s · at 5:17 · https://youtu.be/ctvrG32NCgA?t=317</w:t>
      </w:r>
    </w:p>
    <w:p>
      <w:r>
        <w:rPr>
          <w:i/>
        </w:rPr>
        <w:t>“This world given to us is also Paradise.”</w:t>
      </w:r>
    </w:p>
    <w:p>
      <w:r>
        <w:rPr>
          <w:sz w:val="20"/>
        </w:rPr>
        <w:t>5:17  yaani dunya jo hamein di gayi hai, woh bhi jannat hi hai.</w:t>
      </w:r>
      <w:r>
        <w:br/>
      </w:r>
      <w:r>
        <w:rPr>
          <w:sz w:val="20"/>
        </w:rPr>
        <w:t>5:25  yeh jo dunya mili hai hamein rehne ke liye, woh bhi jannat hi hai.</w:t>
      </w:r>
      <w:r>
        <w:br/>
      </w:r>
      <w:r>
        <w:rPr>
          <w:sz w:val="20"/>
        </w:rPr>
        <w:t>5:33  kyun? is liye ke khud quran mein yeh bataya gaya hai ke: "wa laqad katabna fi al-zabur min ba'di</w:t>
      </w:r>
      <w:r>
        <w:br/>
      </w:r>
      <w:r>
        <w:rPr>
          <w:sz w:val="20"/>
        </w:rPr>
        <w:t>5:41  al-dhikri an al-aridh yarithu 'ibaduna al-salihun".</w:t>
      </w:r>
      <w:r>
        <w:br/>
      </w:r>
      <w:r>
        <w:rPr>
          <w:sz w:val="20"/>
        </w:rPr>
        <w:t>5:49  to zabur aur quran dono mein yeh baat hai ke maw'oodah dunya jo hai, yahi jannat banegi.</w:t>
      </w:r>
      <w:r>
        <w:br/>
      </w:r>
      <w:r>
        <w:rPr>
          <w:sz w:val="20"/>
        </w:rPr>
        <w:t>5:56  jannat kisi aur, kisi doosre aasman mein nahi hogi, balke jo maw'oodah dunya hai, usi ko jannat mein</w:t>
      </w:r>
      <w:r>
        <w:br/>
      </w:r>
      <w:r>
        <w:rPr>
          <w:sz w:val="20"/>
        </w:rPr>
        <w:t>6:04  convert kar diya jayega.</w:t>
      </w:r>
      <w:r>
        <w:br/>
      </w:r>
      <w:r>
        <w:rPr>
          <w:sz w:val="20"/>
        </w:rPr>
        <w:t>6:12  ya is yeh tafseer</w:t>
      </w:r>
    </w:p>
    <w:p>
      <w:pPr>
        <w:pStyle w:val="Heading2"/>
      </w:pPr>
      <w:r>
        <w:t>Prove yourself deserving candidate for Paradise</w:t>
      </w:r>
    </w:p>
    <w:p>
      <w:r>
        <w:rPr>
          <w:color w:val="666666"/>
          <w:sz w:val="18"/>
        </w:rPr>
        <w:t>The Importance of Patience 8 May 2014 - Maulana Wahiduddin Khan · 26s · at 8:56 · https://youtu.be/O6n3siZeKSI?t=536</w:t>
      </w:r>
    </w:p>
    <w:p>
      <w:r>
        <w:rPr>
          <w:i/>
        </w:rPr>
        <w:t>“Aap ko apne aap ko deserving candidate prove karein”</w:t>
      </w:r>
    </w:p>
    <w:p>
      <w:r>
        <w:rPr>
          <w:sz w:val="20"/>
        </w:rPr>
        <w:t>8:56  deserving candidate prove karein.</w:t>
      </w:r>
      <w:r>
        <w:br/>
      </w:r>
      <w:r>
        <w:rPr>
          <w:sz w:val="20"/>
        </w:rPr>
        <w:t>9:04  yani Paradise is only for those who prove themselves as a deserving candidate for Paradise. is ka matlab kya hua?</w:t>
      </w:r>
      <w:r>
        <w:br/>
      </w:r>
      <w:r>
        <w:rPr>
          <w:sz w:val="20"/>
        </w:rPr>
        <w:t>9:15  aap ko apne andar Paradise wali personality develop karna hai.</w:t>
      </w:r>
    </w:p>
    <w:p>
      <w:pPr>
        <w:pStyle w:val="Heading2"/>
      </w:pPr>
      <w:r>
        <w:t>fish out of water metaphor for human restlessness</w:t>
      </w:r>
    </w:p>
    <w:p>
      <w:r>
        <w:rPr>
          <w:color w:val="666666"/>
          <w:sz w:val="18"/>
        </w:rPr>
        <w:t>The Concept of Death in Islam August 28, 2008 · 44s · at 36:56 · https://youtu.be/mIfQQj-a_4M?t=2216</w:t>
      </w:r>
    </w:p>
    <w:p>
      <w:r>
        <w:rPr>
          <w:i/>
        </w:rPr>
        <w:t>“Man without Paradise is like a fish out of water”</w:t>
      </w:r>
    </w:p>
    <w:p>
      <w:r>
        <w:rPr>
          <w:sz w:val="20"/>
        </w:rPr>
        <w:t>36:56  woh to paradise mein hoga. to aadmi ki misaal mein samajhta hoon ke best misaal yeh hai ke jaise pani aur machhli.</w:t>
      </w:r>
      <w:r>
        <w:br/>
      </w:r>
      <w:r>
        <w:rPr>
          <w:sz w:val="20"/>
        </w:rPr>
        <w:t>37:07  machhli ko aap pani ke bahir kar dijiye to tadpe gi, tadpe gi, tadpe gi. chahe sona chandi ke mein andar rakh dein, us ko</w:t>
      </w:r>
      <w:r>
        <w:br/>
      </w:r>
      <w:r>
        <w:rPr>
          <w:sz w:val="20"/>
        </w:rPr>
        <w:t>37:18  us ko sone ke mahal mein rakh dein, chandi ke mahal mein rakh dein to us mein sukoon nahin mile ga. us ko, us ko sukoon mile ga pani ke andar.</w:t>
      </w:r>
      <w:r>
        <w:br/>
      </w:r>
      <w:r>
        <w:rPr>
          <w:sz w:val="20"/>
        </w:rPr>
        <w:t>37:28  to insaan jo hai, yeh dunya mein aisa hi hai jaise ke pani se bahir machhli tadap rahi ho. to hum insaan paradise ke baghair tadap rahe hain.</w:t>
      </w:r>
    </w:p>
    <w:p>
      <w:pPr>
        <w:pStyle w:val="Heading2"/>
      </w:pPr>
      <w:r>
        <w:t>death gives no one a choice or say</w:t>
      </w:r>
    </w:p>
    <w:p>
      <w:r>
        <w:rPr>
          <w:color w:val="666666"/>
          <w:sz w:val="18"/>
        </w:rPr>
        <w:t>The Concept of Death in Islam August 28, 2008 · 27s · at 8:03 · https://youtu.be/mIfQQj-a_4M?t=483</w:t>
      </w:r>
    </w:p>
    <w:p>
      <w:r>
        <w:rPr>
          <w:i/>
        </w:rPr>
        <w:t>“Nobody has a say over death; it comes when it comes”</w:t>
      </w:r>
    </w:p>
    <w:p>
      <w:r>
        <w:rPr>
          <w:sz w:val="20"/>
        </w:rPr>
        <w:t>8:03  aur maut jab aati hai toh woh kisi ko yeh mauqa nahin deti ke woh usko na maane. maut ko maanna hi padta hai. jis tarah se aap dekhein, Earth quake hai.</w:t>
      </w:r>
      <w:r>
        <w:br/>
      </w:r>
      <w:r>
        <w:rPr>
          <w:sz w:val="20"/>
        </w:rPr>
        <w:t>8:14  earthquakemem hamara koi se nahi hai. ham koi se nahi rakhte ke earthquake aaye ya na aaye.</w:t>
      </w:r>
      <w:r>
        <w:br/>
      </w:r>
      <w:r>
        <w:rPr>
          <w:sz w:val="20"/>
        </w:rPr>
        <w:t>8:22  aise maut ke bare mein bhi hamare paas koi se nahi hai. maut ko aana hai to aati hai.</w:t>
      </w:r>
    </w:p>
    <w:p>
      <w:pPr>
        <w:pStyle w:val="Heading2"/>
      </w:pPr>
      <w:r>
        <w:t>Exam hall bell analogy explaining sudden death</w:t>
      </w:r>
    </w:p>
    <w:p>
      <w:r>
        <w:rPr>
          <w:color w:val="666666"/>
          <w:sz w:val="18"/>
        </w:rPr>
        <w:t>Computer A Sign of God January 27, 2008 Maulana Wahiduddin Khan · 41s · at 51:51 · https://youtu.be/MdBcX_Q_rWg?t=3111</w:t>
      </w:r>
    </w:p>
    <w:p>
      <w:r>
        <w:rPr>
          <w:i/>
        </w:rPr>
        <w:t>“Jaise student exam hall mein baithe hote hain”</w:t>
      </w:r>
    </w:p>
    <w:p>
      <w:r>
        <w:rPr>
          <w:sz w:val="20"/>
        </w:rPr>
        <w:t>51:51  maut aayi to time khatam. jis tarah se aap jante hain ke student jo hai, woh baithe hue hain examination hall mein.</w:t>
      </w:r>
      <w:r>
        <w:br/>
      </w:r>
      <w:r>
        <w:rPr>
          <w:sz w:val="20"/>
        </w:rPr>
        <w:t>52:02  ab jaise teen ghante hua to foran ghanti baji</w:t>
      </w:r>
      <w:r>
        <w:br/>
      </w:r>
      <w:r>
        <w:rPr>
          <w:sz w:val="20"/>
        </w:rPr>
        <w:t>52:05  . to ghanti student ki death ki nahi hoti hai, time ko khatam karne ki hoti hai. yaani teen ghante ke baad, jo teen ghante ke baad jo wahan alarm baji,</w:t>
      </w:r>
      <w:r>
        <w:br/>
      </w:r>
      <w:r>
        <w:rPr>
          <w:sz w:val="20"/>
        </w:rPr>
        <w:t>52:20  to is ka matlab nahi ke student ki maut ka alarm tha, woh nahi. woh testing period khatam hoga, is ka alarm tha, woh.</w:t>
      </w:r>
    </w:p>
    <w:p>
      <w:pPr>
        <w:pStyle w:val="Heading2"/>
      </w:pPr>
      <w:r>
        <w:t>True contentment reasons out the whole universe</w:t>
      </w:r>
    </w:p>
    <w:p>
      <w:r>
        <w:rPr>
          <w:color w:val="666666"/>
          <w:sz w:val="18"/>
        </w:rPr>
        <w:t>Complex Free Soul, November 22, 2015 · 40s · at 54:27 · https://youtu.be/Oqwpog-LS7c?t=3267</w:t>
      </w:r>
    </w:p>
    <w:p>
      <w:r>
        <w:rPr>
          <w:i/>
        </w:rPr>
        <w:t>“Nafs mutmainna poori universe ko reason out karta hai”</w:t>
      </w:r>
    </w:p>
    <w:p>
      <w:r>
        <w:rPr>
          <w:sz w:val="20"/>
        </w:rPr>
        <w:t>54:27  to nafs mutma'in jo hota hai, woh poori universe ko reason out karta hai. ek chote se waqe'e ko nahi.</w:t>
      </w:r>
      <w:r>
        <w:br/>
      </w:r>
      <w:r>
        <w:rPr>
          <w:sz w:val="20"/>
        </w:rPr>
        <w:t>54:37  yeh to har aadmi jaanta hai ke insaan ke liye zaroori hai ke woh mutma'in hone ke liye ke woh kisi cheez ko reason out kar le.</w:t>
      </w:r>
      <w:r>
        <w:br/>
      </w:r>
      <w:r>
        <w:rPr>
          <w:sz w:val="20"/>
        </w:rPr>
        <w:t>54:47  nahi, mutma'in nahi hoga woh. to nafs mutma'in woh shakhs hai jo poori universe ko reason out kar le.</w:t>
      </w:r>
      <w:r>
        <w:br/>
      </w:r>
      <w:r>
        <w:rPr>
          <w:sz w:val="20"/>
        </w:rPr>
        <w:t>54:55  to kitna bara darje ka yeh itminan hai! bohat bara darje ka itminan hai.</w:t>
      </w:r>
    </w:p>
    <w:p>
      <w:pPr>
        <w:pStyle w:val="Heading2"/>
      </w:pPr>
      <w:r>
        <w:t>A sheep bite taught a lesson on self-defense</w:t>
      </w:r>
    </w:p>
    <w:p>
      <w:r>
        <w:rPr>
          <w:color w:val="666666"/>
          <w:sz w:val="18"/>
        </w:rPr>
        <w:t>The Concept of Spirituality in Islam June 11, 2006 · 52s · at 1:05:12 · https://youtu.be/ahSf-4d3AlM?t=3912</w:t>
      </w:r>
    </w:p>
    <w:p>
      <w:r>
        <w:rPr>
          <w:i/>
        </w:rPr>
        <w:t>“This morning a sheep bit me — and taught me something.”</w:t>
      </w:r>
    </w:p>
    <w:p>
      <w:r>
        <w:rPr>
          <w:sz w:val="20"/>
        </w:rPr>
        <w:t>1:05:12  wo bheerh jo thi, wo kaale rang ki bheerh, der se wahan par baithi hui thi, lekin mujhe wo kaati nahi thi.</w:t>
      </w:r>
      <w:r>
        <w:br/>
      </w:r>
      <w:r>
        <w:rPr>
          <w:sz w:val="20"/>
        </w:rPr>
        <w:t>1:05:20  is ne mujhe phir kya hua? wo bheerh kisi wajah se mere paon par aa gayi to mein ne us ko hatana chaha. us ko tab us ne kaata.</w:t>
      </w:r>
      <w:r>
        <w:br/>
      </w:r>
      <w:r>
        <w:rPr>
          <w:sz w:val="20"/>
        </w:rPr>
        <w:t>1:05:31  kyun? us ne kaata defence ke taur par.</w:t>
      </w:r>
      <w:r>
        <w:br/>
      </w:r>
      <w:r>
        <w:rPr>
          <w:sz w:val="20"/>
        </w:rPr>
        <w:t>1:05:36  animal ki yeh nature hai ke wo is waqt tak aap ko seeng nahi marenge, aap ko ding nahi marenge, aap ko koi takleef nahi pahunchayenge jab tak ke yeh na mehsoos karein wo ke aadmi un ko kuch karne ja raha hai,</w:t>
      </w:r>
      <w:r>
        <w:br/>
      </w:r>
      <w:r>
        <w:rPr>
          <w:sz w:val="20"/>
        </w:rPr>
        <w:t>1:05:52  haram-ul-banne ja raha hai un ke liye. to is waqt tak jab tak ke wahan bheerh jo thi, yeh samajhti thi ke meri taraf se is ko koi harm nahi pahunchne wala hai, tab tak wo reng rahi thi.</w:t>
      </w:r>
    </w:p>
    <w:p>
      <w:pPr>
        <w:pStyle w:val="Heading2"/>
      </w:pPr>
      <w:r>
        <w:t>hadith on preparing for the afterlife wisely</w:t>
      </w:r>
    </w:p>
    <w:p>
      <w:r>
        <w:rPr>
          <w:color w:val="666666"/>
          <w:sz w:val="18"/>
        </w:rPr>
        <w:t>The Message of Surah Al-Naba (1-20) –</w:t>
        <w:br/>
        <w:t>Preparing for the Day of Judgment (English) Dec 29, 2024 · 35s · at 8:13 · https://youtu.be/E8lYDiaIhBg?t=493</w:t>
      </w:r>
    </w:p>
    <w:p>
      <w:r>
        <w:rPr>
          <w:i/>
        </w:rPr>
        <w:t>“The intelligent person prepares himself for life after death”</w:t>
      </w:r>
    </w:p>
    <w:p>
      <w:r>
        <w:rPr>
          <w:sz w:val="20"/>
        </w:rPr>
        <w:t>8:13  And at another instance, this is recorded in Tirmidhi, He said the intelligent person is one who prepares himself for life after death and does not follow the desire.</w:t>
      </w:r>
      <w:r>
        <w:br/>
      </w:r>
      <w:r>
        <w:rPr>
          <w:sz w:val="20"/>
        </w:rPr>
        <w:t>8:27  And a foolish man is one who follows his desire and places his hope, false hope in God. So it is very important Doctor Sahib, like you explain that we have to prepare ourself for the hereafter</w:t>
      </w:r>
      <w:r>
        <w:br/>
      </w:r>
      <w:r>
        <w:rPr>
          <w:sz w:val="20"/>
        </w:rPr>
        <w:t>8:39  Hazrat Mu'adh bin Jabal said that you are more in need of the hereafter than of this world. So give hereafter preference over this world.</w:t>
      </w:r>
    </w:p>
    <w:p>
      <w:pPr>
        <w:pStyle w:val="Heading2"/>
      </w:pPr>
      <w:r>
        <w:t>Furqan: the gift of telling truth from falsehood</w:t>
      </w:r>
    </w:p>
    <w:p>
      <w:r>
        <w:rPr>
          <w:color w:val="666666"/>
          <w:sz w:val="18"/>
        </w:rPr>
        <w:t>Divine Ideology of Life I 11 July 2010 · 28s · at 1:12:57 · https://youtu.be/wOmHVfyjMJY?t=4377</w:t>
      </w:r>
    </w:p>
    <w:p>
      <w:r>
        <w:rPr>
          <w:i/>
        </w:rPr>
        <w:t>“Furqan yani sachai ko falsity se differentiate karne ki quality”</w:t>
      </w:r>
    </w:p>
    <w:p>
      <w:r>
        <w:rPr>
          <w:sz w:val="20"/>
        </w:rPr>
        <w:t>1:12:57  quran hai ke furqan tumhare paida karega. agar tum sachche ho, sincere ho to tumhare andar furqan.</w:t>
      </w:r>
      <w:r>
        <w:br/>
      </w:r>
      <w:r>
        <w:rPr>
          <w:sz w:val="20"/>
        </w:rPr>
        <w:t>1:13:05  furqan matlab yeh hai ke yani differentiate, differentiate karne ki quality.</w:t>
      </w:r>
      <w:r>
        <w:br/>
      </w:r>
      <w:r>
        <w:rPr>
          <w:sz w:val="20"/>
        </w:rPr>
        <w:t>1:13:12  black ko white se, sachai ko false fit se differentiate karne ki salahiyat paida hogi. to phir aap khud hi jaan lenge.</w:t>
      </w:r>
    </w:p>
    <w:p>
      <w:pPr>
        <w:pStyle w:val="Heading2"/>
      </w:pPr>
      <w:r>
        <w:t>Misunderstanding of kalima and paradise</w:t>
      </w:r>
    </w:p>
    <w:p>
      <w:r>
        <w:rPr>
          <w:color w:val="666666"/>
          <w:sz w:val="18"/>
        </w:rPr>
        <w:t>The Importance of Tadabbur in Islam I 5 Dec . 2010 - Maulana Wahiduddin Khan · 30s · at 15:42 · https://youtu.be/bkIRUAI3v8M?t=942</w:t>
      </w:r>
    </w:p>
    <w:p>
      <w:r>
        <w:rPr>
          <w:i/>
        </w:rPr>
        <w:t>“Agar aap na sochein to yeh samajh lein ke bas kalima go jannat hai”</w:t>
      </w:r>
    </w:p>
    <w:p>
      <w:r>
        <w:rPr>
          <w:sz w:val="20"/>
        </w:rPr>
        <w:t>15:42  to yeh yeh sab baatein kaise maloom hoti hain? sochne se maloom hoti hain. agar aap na sochein to yeh samajh len ke bas kalma go jannat hai.</w:t>
      </w:r>
      <w:r>
        <w:br/>
      </w:r>
      <w:r>
        <w:rPr>
          <w:sz w:val="20"/>
        </w:rPr>
        <w:t>15:51  kalma go ke liye jannat hai. kalma parh diya, ab jannat to mil gayi, bas pakki ho gayi. ab jo chahe karo.</w:t>
      </w:r>
      <w:r>
        <w:br/>
      </w:r>
      <w:r>
        <w:rPr>
          <w:sz w:val="20"/>
        </w:rPr>
        <w:t>16:02  yeh bohat bari misunderstanding hai jis mein sare log mubtala hain. to tadabbur ki yeh ahmiyat hai.</w:t>
      </w:r>
    </w:p>
    <w:p>
      <w:pPr>
        <w:pStyle w:val="Heading2"/>
      </w:pPr>
      <w:r>
        <w:t>A lost child crying for his mother in a crowd</w:t>
      </w:r>
    </w:p>
    <w:p>
      <w:r>
        <w:rPr>
          <w:color w:val="666666"/>
          <w:sz w:val="18"/>
        </w:rPr>
        <w:t>Concept of God December 7, 2014 · 54s · at 1:00:34 · https://youtu.be/dCgL9lp8EAo?t=3634</w:t>
      </w:r>
    </w:p>
    <w:p>
      <w:r>
        <w:rPr>
          <w:i/>
        </w:rPr>
        <w:t>“I once saw a scene - a small child running in a crowd”</w:t>
      </w:r>
    </w:p>
    <w:p>
      <w:r>
        <w:rPr>
          <w:sz w:val="20"/>
        </w:rPr>
        <w:t>1:00:34  mein ne ek martaba dekha hai, ek ek ek scene. ek bheed thi, ek bheed thi, us mein ek chhota sa bachcha daud raha tha idhar udhar.</w:t>
      </w:r>
      <w:r>
        <w:br/>
      </w:r>
      <w:r>
        <w:rPr>
          <w:sz w:val="20"/>
        </w:rPr>
        <w:t>1:00:44  "meri maan, meri maan!" karta tha woh. to kai mardon ya auraton ne is ko chaha ke is ko uthaayein, god mein lein is ko.</w:t>
      </w:r>
      <w:r>
        <w:br/>
      </w:r>
      <w:r>
        <w:rPr>
          <w:sz w:val="20"/>
        </w:rPr>
        <w:t>1:00:53  to woh ghussa hota tha, maarta tha is ko. "meri maan, meri maan!" phir daudte daudte is ko is ki maan mil gayi.</w:t>
      </w:r>
      <w:r>
        <w:br/>
      </w:r>
      <w:r>
        <w:rPr>
          <w:sz w:val="20"/>
        </w:rPr>
        <w:t>1:01:08  jaise hi is ki maan mili, is ke seene se chipat gaya woh.</w:t>
      </w:r>
      <w:r>
        <w:br/>
      </w:r>
      <w:r>
        <w:rPr>
          <w:sz w:val="20"/>
        </w:rPr>
        <w:t>1:01:16  yeh duniya mein ek phenomena hai jo is baat ka batata hai, is ka introduction deta hai ke "What is strong affection?"</w:t>
      </w:r>
    </w:p>
    <w:p>
      <w:pPr>
        <w:pStyle w:val="Heading2"/>
      </w:pPr>
      <w:r>
        <w:t>Two-point formula sabr and shukr</w:t>
      </w:r>
    </w:p>
    <w:p>
      <w:r>
        <w:rPr>
          <w:color w:val="666666"/>
          <w:sz w:val="18"/>
        </w:rPr>
        <w:t>Between Hell And Paradise Jan 27, 2013 - Maulana Wahiduddin Khan · 33s · at 56:20 · https://youtu.be/ZsC5AXf1iKM?t=3380</w:t>
      </w:r>
    </w:p>
    <w:p>
      <w:r>
        <w:rPr>
          <w:i/>
        </w:rPr>
        <w:t>“To Qur'an ke mutaabiq two-point formula hai, yeh two-point formula:”</w:t>
      </w:r>
    </w:p>
    <w:p>
      <w:r>
        <w:rPr>
          <w:sz w:val="20"/>
        </w:rPr>
        <w:t>56:20  to quran ke mutabiq two point formula hai, yeh two point formula: na mile hue par sabr, mile hue par shukr.</w:t>
      </w:r>
      <w:r>
        <w:br/>
      </w:r>
      <w:r>
        <w:rPr>
          <w:sz w:val="20"/>
        </w:rPr>
        <w:t>56:31  yeh two point formula hai, yeh</w:t>
      </w:r>
      <w:r>
        <w:br/>
      </w:r>
      <w:r>
        <w:rPr>
          <w:sz w:val="20"/>
        </w:rPr>
        <w:t>56:36  yeh duniya mein lazman kuch na kuch aap khoyenge.</w:t>
      </w:r>
    </w:p>
    <w:p>
      <w:pPr>
        <w:pStyle w:val="Heading2"/>
      </w:pPr>
      <w:r>
        <w:t>Discovery gives the greatest thrill and realization</w:t>
      </w:r>
    </w:p>
    <w:p>
      <w:r>
        <w:rPr>
          <w:color w:val="666666"/>
          <w:sz w:val="18"/>
        </w:rPr>
        <w:t>From Temporary Paradise to Permanent Paradise December 18, 2011 · 27s · at 18:45 · https://youtu.be/fX2fy0lqG2Y?t=1125</w:t>
      </w:r>
    </w:p>
    <w:p>
      <w:r>
        <w:rPr>
          <w:i/>
        </w:rPr>
        <w:t>“Sab se bada thrill jo milta hai insan ko, discovery se milta hai”</w:t>
      </w:r>
    </w:p>
    <w:p>
      <w:r>
        <w:rPr>
          <w:sz w:val="20"/>
        </w:rPr>
        <w:t>18:45  sab se bara thrill jo milta hai insaan ko, woh discovery se milta hai. Sab se bara jo realization hota hai, woh woh discovery se hota hai.</w:t>
      </w:r>
      <w:r>
        <w:br/>
      </w:r>
      <w:r>
        <w:rPr>
          <w:sz w:val="20"/>
        </w:rPr>
        <w:t>18:53  sab se bari jo marifat hai, woh discovery se hoti hai. To ek aisi kitaab jo kabhi khatm hi na ho, 15 billion saal ko parhte parhte aap, yaani abadi tarah parhte rahenge, woh khatm na hoga iska item.</w:t>
      </w:r>
    </w:p>
    <w:p>
      <w:pPr>
        <w:pStyle w:val="Heading2"/>
      </w:pPr>
      <w:r>
        <w:t>God is brighter than the sun</w:t>
      </w:r>
    </w:p>
    <w:p>
      <w:r>
        <w:rPr>
          <w:color w:val="666666"/>
          <w:sz w:val="18"/>
        </w:rPr>
        <w:t>Love of God May 3, 2009 Maulana Wahiduddin Khan · 37s · at 15:51 · https://youtu.be/o6rerQQc8H4?t=951</w:t>
      </w:r>
    </w:p>
    <w:p>
      <w:r>
        <w:rPr>
          <w:i/>
        </w:rPr>
        <w:t>“Khuda suraj se zyada roshan hai”</w:t>
      </w:r>
    </w:p>
    <w:p>
      <w:r>
        <w:rPr>
          <w:sz w:val="20"/>
        </w:rPr>
        <w:t>15:51  khuda suraj 84 zyada roshan hai. lekin kis ke liye? jo taariki ke parde ko phaad sake, jo shubhat ke jangall ko phaad sake, jo be be-yaqeeni ke jangall se mein saare jhaar jhankaar ko saaf kar sake.</w:t>
      </w:r>
      <w:r>
        <w:br/>
      </w:r>
      <w:r>
        <w:rPr>
          <w:sz w:val="20"/>
        </w:rPr>
        <w:t>16:10  aise insaan ke liye khuda suraj 84 bhi zyada roshan hai. isi insaan ke liye khuda ne yeh duniya banayi. qayamat ka intezar isi liye ho raha hai ke woh insaan jab select ho chuke honge to phir achaanak qayamat aa jayegi.</w:t>
      </w:r>
    </w:p>
    <w:p>
      <w:pPr>
        <w:pStyle w:val="Heading2"/>
      </w:pPr>
      <w:r>
        <w:t>Musa's fear of Pharaoh and Allah's reassurance</w:t>
      </w:r>
    </w:p>
    <w:p>
      <w:r>
        <w:rPr>
          <w:color w:val="666666"/>
          <w:sz w:val="18"/>
        </w:rPr>
        <w:t>Lessons from The Story of Prophet Moses Part 3, September 11, 2022 · 43s · at 3:28 · https://youtu.be/juoMfCaCJyA?t=208</w:t>
      </w:r>
    </w:p>
    <w:p>
      <w:r>
        <w:rPr>
          <w:i/>
        </w:rPr>
        <w:t>“Musa feared Pharaoh would kill him over an accidental death”</w:t>
      </w:r>
    </w:p>
    <w:p>
      <w:r>
        <w:rPr>
          <w:sz w:val="20"/>
        </w:rPr>
        <w:t>3:28  chunkay woh dertay thay keh Firon kahin un ko jhutla na de, kahin un ko qatal na kar de. chunkay aik qatal bhi un say ho gaya tha ghalti say kisi Qibti ka, Firon ki qom ka.</w:t>
      </w:r>
      <w:r>
        <w:br/>
      </w:r>
      <w:r>
        <w:rPr>
          <w:sz w:val="20"/>
        </w:rPr>
        <w:t>3:44  to woh is liye behta darr rahay thay. to Allah ta'ala nay himmat di un ko aur kaha keh, ah, "qala la" bilkul tum har giz mat daro.</w:t>
      </w:r>
      <w:r>
        <w:br/>
      </w:r>
      <w:r>
        <w:rPr>
          <w:sz w:val="20"/>
        </w:rPr>
        <w:t>3:58  fadhaba bi ayatina innakum ma'akum mustam'un keh jo nishaniyan mein nay di hain, jo do, ah, miracles diye hain, woh lay kay jao aur mein tumhein, tumhari, tumhari baatein sun raha</w:t>
      </w:r>
      <w:r>
        <w:br/>
      </w:r>
      <w:r>
        <w:rPr>
          <w:sz w:val="20"/>
        </w:rPr>
        <w:t>4:12  hoon. to is tareeqay say Moosa (AS) kay andar kuch himmat paida hui aur woh phir niklay aur pahar say neechay aaye, apni family ko bataya.</w:t>
      </w:r>
    </w:p>
    <w:p>
      <w:pPr>
        <w:pStyle w:val="Heading2"/>
      </w:pPr>
      <w:r>
        <w:t>Da'i represents God on earth like an ambassador</w:t>
      </w:r>
    </w:p>
    <w:p>
      <w:r>
        <w:rPr>
          <w:color w:val="666666"/>
          <w:sz w:val="18"/>
        </w:rPr>
        <w:t>Dayee God's Helper May 24, 2008 Maulana Wahiduddin Khan · 50s · at 8:03 · https://youtu.be/JzHKnKrv_Xg?t=483</w:t>
      </w:r>
    </w:p>
    <w:p>
      <w:r>
        <w:rPr>
          <w:i/>
        </w:rPr>
        <w:t>“Daee jo hai duniya mein khuda ko represent karta hai”</w:t>
      </w:r>
    </w:p>
    <w:p>
      <w:r>
        <w:rPr>
          <w:sz w:val="20"/>
        </w:rPr>
        <w:t>8:03  to gaya ke daai jo hai, duniya mein, woh Khuda ko represent karta hai. ke daai ke mamle nahi samjhiye us ko.</w:t>
      </w:r>
      <w:r>
        <w:br/>
      </w:r>
      <w:r>
        <w:rPr>
          <w:sz w:val="20"/>
        </w:rPr>
        <w:t>8:16  woh Khuda ko represent karta hai. aap jante hain jo kisi, yani government ka koi represent kare, us ka darja kitna barh jata hai.</w:t>
      </w:r>
      <w:r>
        <w:br/>
      </w:r>
      <w:r>
        <w:rPr>
          <w:sz w:val="20"/>
        </w:rPr>
        <w:t>8:29  isi liye dekhiye, ambassador kisi country ka agar hai kahin, aur wahan us ko woh, us ko woh, woh dein, yani qatal kar dein, maar dalen.</w:t>
      </w:r>
      <w:r>
        <w:br/>
      </w:r>
      <w:r>
        <w:rPr>
          <w:sz w:val="20"/>
        </w:rPr>
        <w:t>8:41  to that is elaan jang. yani us ke mani hain ke woh us country se hamara, hum, hum etwar ho gaye. itna bara darja hai jo represent kare kisi ko.</w:t>
      </w:r>
    </w:p>
    <w:p>
      <w:pPr>
        <w:pStyle w:val="Heading2"/>
      </w:pPr>
      <w:r>
        <w:t>Maulana's motto: well-wish those who give and don't</w:t>
      </w:r>
    </w:p>
    <w:p>
      <w:r>
        <w:rPr>
          <w:color w:val="666666"/>
          <w:sz w:val="18"/>
        </w:rPr>
        <w:t>Interaction Session with Prof. Farida Khanam May 16, 2022 · 43s · at 25:43 · https://youtu.be/eEfmoB2bwBM?t=1543</w:t>
      </w:r>
    </w:p>
    <w:p>
      <w:r>
        <w:rPr>
          <w:i/>
        </w:rPr>
        <w:t>“Jo de uska bhi bhala aur jo na de uska bhi bhala”</w:t>
      </w:r>
    </w:p>
    <w:p>
      <w:r>
        <w:rPr>
          <w:sz w:val="20"/>
        </w:rPr>
        <w:t>25:43  in fact apa aapko yaad hoga unka ek bahut hi famous jumla bhi tha jo wo chahte the ke hum log sab usko apni life mein bhi utaren ke jo de uska bhi bhala aur jo na de uska bhi bhala. meaning that one should always maintain one's positivity at all cost.</w:t>
      </w:r>
      <w:r>
        <w:br/>
      </w:r>
      <w:r>
        <w:rPr>
          <w:sz w:val="20"/>
        </w:rPr>
        <w:t>26:02  he is to say that I cannot afford even an iota of negativity because that would mean that I will compromise on my God realization, on my connection with God and all this is dependent on one's taskiya. to aap hum chahenge ke aap taskiya ke hawale se Murana Wahiduddin Khan sahib ki koi kuch baatein hum sabko batayein?</w:t>
      </w:r>
      <w:r>
        <w:br/>
      </w:r>
      <w:r>
        <w:rPr>
          <w:sz w:val="20"/>
        </w:rPr>
        <w:t>26:26  haan kyunke main dekhti thi ke Murana sahib bilkul negativity ko bilkul bardasht nahi karte the. main kabhi koi aisi baat kehti to wo sunti hi nahi the. to maine ek din pucha to, to kaha ke main hump spirit jo hai uska erosion bardasht nahi kar sakta.</w:t>
      </w:r>
    </w:p>
    <w:p>
      <w:pPr>
        <w:pStyle w:val="Heading2"/>
      </w:pPr>
      <w:r>
        <w:t>No one achieved future in present</w:t>
      </w:r>
    </w:p>
    <w:p>
      <w:r>
        <w:rPr>
          <w:color w:val="666666"/>
          <w:sz w:val="18"/>
        </w:rPr>
        <w:t>Akhirat Oriented Life June 24, 2008 Maulana Wahiduddin Khan · 28s · at 12:17 · https://youtu.be/WPuEpFAlpvk?t=737</w:t>
      </w:r>
    </w:p>
    <w:p>
      <w:r>
        <w:rPr>
          <w:i/>
        </w:rPr>
        <w:t>“Main an ginat logon se mila”</w:t>
      </w:r>
    </w:p>
    <w:p>
      <w:r>
        <w:rPr>
          <w:sz w:val="20"/>
        </w:rPr>
        <w:t>12:17  mein in gint logon se mila. bohat sari kitabein parhin. mujhe to kam az kam mein isi mein boorha ho gaya.</w:t>
      </w:r>
      <w:r>
        <w:br/>
      </w:r>
      <w:r>
        <w:rPr>
          <w:sz w:val="20"/>
        </w:rPr>
        <w:t>12:28  mujhe koi ek aadmi poori human history mein poori history mein koi aisa ek aadmi nahi mila jis ne apne future ko apne present mein paaya ho.</w:t>
      </w:r>
    </w:p>
    <w:p>
      <w:pPr>
        <w:pStyle w:val="Heading2"/>
      </w:pPr>
      <w:r>
        <w:t>Jannah is God's neighborhood</w:t>
      </w:r>
    </w:p>
    <w:p>
      <w:r>
        <w:rPr>
          <w:color w:val="666666"/>
          <w:sz w:val="18"/>
        </w:rPr>
        <w:t>Love for God July 21, 2020 Prof. Farida Khanam · 24s · at 4:27 · https://youtu.be/BNjJjQ_SFuM?t=267</w:t>
      </w:r>
    </w:p>
    <w:p>
      <w:r>
        <w:rPr>
          <w:i/>
        </w:rPr>
        <w:t>“Aap log jaante hain keh jannat Khuda ka pados hai.”</w:t>
      </w:r>
    </w:p>
    <w:p>
      <w:r>
        <w:rPr>
          <w:sz w:val="20"/>
        </w:rPr>
        <w:t>4:26  aur jannat,</w:t>
      </w:r>
      <w:r>
        <w:br/>
      </w:r>
      <w:r>
        <w:rPr>
          <w:sz w:val="20"/>
        </w:rPr>
        <w:t>4:27  aap log jante hain ke jannat Khuda ka paros hai. ab dekhiye ke kitni qeemti cheez hai jannat, Khuda ka paros hai, aur Allah taala ne ke yeh be payan rehmat hai ke dunya mein bhi Allah taala ne tamam cheezein hamein dein, aur akhirat mein bhi jannat jannat de di.</w:t>
      </w:r>
      <w:r>
        <w:br/>
      </w:r>
      <w:r>
        <w:rPr>
          <w:sz w:val="20"/>
        </w:rPr>
        <w:t>4:46  ab sirf hamein itna karna hai ke hum is dunya mein Allah taala ke</w:t>
      </w:r>
    </w:p>
    <w:p>
      <w:pPr>
        <w:pStyle w:val="Heading2"/>
      </w:pPr>
      <w:r>
        <w:t>No intercession for Paradise</w:t>
      </w:r>
    </w:p>
    <w:p>
      <w:r>
        <w:rPr>
          <w:color w:val="666666"/>
          <w:sz w:val="18"/>
        </w:rPr>
        <w:t>Dars-e-Quran, Chapter 2, Verse 25 | November 19, 2017 | Maulana Wahiduddin Khan · 1m 02s · at 25:08 · https://youtu.be/ctvrG32NCgA?t=1508</w:t>
      </w:r>
    </w:p>
    <w:p>
      <w:r>
        <w:rPr>
          <w:i/>
        </w:rPr>
        <w:t>“No one will enter Paradise by recommendation.”</w:t>
      </w:r>
    </w:p>
    <w:p>
      <w:r>
        <w:rPr>
          <w:sz w:val="20"/>
        </w:rPr>
        <w:t>25:08  koi aadmi sifarish se nahi jaye ga, recommendation se nahi jaye ga.</w:t>
      </w:r>
      <w:r>
        <w:br/>
      </w:r>
      <w:r>
        <w:rPr>
          <w:sz w:val="20"/>
        </w:rPr>
        <w:t>25:15  wahan koi sifarish ka kaam nahi hai.</w:t>
      </w:r>
      <w:r>
        <w:br/>
      </w:r>
      <w:r>
        <w:rPr>
          <w:sz w:val="20"/>
        </w:rPr>
        <w:t>25:23  sifarish aur recommendation is qism ki cheezen jannat mein kisi ko dakhil nahi karein gi.</w:t>
      </w:r>
      <w:r>
        <w:br/>
      </w:r>
      <w:r>
        <w:rPr>
          <w:sz w:val="20"/>
        </w:rPr>
        <w:t>25:31  آپ کی پرسنیلٹی جو ہے، آپ کی شخصیت جو ہے، کیا وہ جنتی معنی میں develop personality ہے؟</w:t>
      </w:r>
      <w:r>
        <w:br/>
      </w:r>
      <w:r>
        <w:rPr>
          <w:sz w:val="20"/>
        </w:rPr>
        <w:t>25:39  yaani aap ki soch, aap ka behavior, aap ki personality, aap ka character, yeh sab cheezen jo hain,</w:t>
      </w:r>
      <w:r>
        <w:br/>
      </w:r>
      <w:r>
        <w:rPr>
          <w:sz w:val="20"/>
        </w:rPr>
        <w:t>25:46  جنتی معنوں میں develop ہیں یا نہیں ہیں؟ وہاں آپ جنت میں misfit تو نہیں ہیں؟ یعنی</w:t>
      </w:r>
      <w:r>
        <w:br/>
      </w:r>
      <w:r>
        <w:rPr>
          <w:sz w:val="20"/>
        </w:rPr>
        <w:t>25:54  aisi shakhsiyat jo jannat mein mis-fit ho jaye, to us ke liye jannat nahi hai.</w:t>
      </w:r>
      <w:r>
        <w:br/>
      </w:r>
      <w:r>
        <w:rPr>
          <w:sz w:val="20"/>
        </w:rPr>
        <w:t>26:02  aisi shakhsiyat jo jannat mein mis-fit ho jaye,</w:t>
      </w:r>
    </w:p>
    <w:p>
      <w:pPr>
        <w:pStyle w:val="Heading2"/>
      </w:pPr>
      <w:r>
        <w:t>Lack of intense faith in Allah</w:t>
      </w:r>
    </w:p>
    <w:p>
      <w:r>
        <w:rPr>
          <w:color w:val="666666"/>
          <w:sz w:val="18"/>
        </w:rPr>
        <w:t>Address to CPS Members 14 May, 2018 · 31s · at 1:22 · https://youtu.be/LMuj0GU3q1s?t=82</w:t>
      </w:r>
    </w:p>
    <w:p>
      <w:r>
        <w:rPr>
          <w:i/>
        </w:rPr>
        <w:t>“To mujhe shak hai keh humare saathiyon mein”</w:t>
      </w:r>
    </w:p>
    <w:p>
      <w:r>
        <w:rPr>
          <w:sz w:val="20"/>
        </w:rPr>
        <w:t>1:22  to mujhe shakk hai ke hamare saathi'on mein kisi ko bhi Allah ka toofani yaqeen nahi hai,</w:t>
      </w:r>
      <w:r>
        <w:br/>
      </w:r>
      <w:r>
        <w:rPr>
          <w:sz w:val="20"/>
        </w:rPr>
        <w:t>1:33  yani mor aur les rasmi yaqeen hai. saare ulama ko yeh haal hai, mujhe koi ek aalim nahi maloom jo jannat ka is ke andar toofani yaqeen ho,</w:t>
      </w:r>
      <w:r>
        <w:br/>
      </w:r>
      <w:r>
        <w:rPr>
          <w:sz w:val="20"/>
        </w:rPr>
        <w:t>1:48  toofani yaqeen ho.</w:t>
      </w:r>
    </w:p>
    <w:p>
      <w:pPr>
        <w:pStyle w:val="Heading2"/>
      </w:pPr>
      <w:r>
        <w:t>Introduction to Oneness of God</w:t>
      </w:r>
    </w:p>
    <w:p>
      <w:r>
        <w:rPr>
          <w:color w:val="666666"/>
          <w:sz w:val="18"/>
        </w:rPr>
        <w:t>Oneness of God | July 19, 2009 | Maulana Wahiduddin Khan · 37s · at 0:44 · https://youtu.be/tlfYgAB5LPk?t=44</w:t>
      </w:r>
    </w:p>
    <w:p>
      <w:r>
        <w:rPr>
          <w:i/>
        </w:rPr>
        <w:t>“Aaj ka topic hai 'The Oneness of God'”</w:t>
      </w:r>
    </w:p>
    <w:p>
      <w:r>
        <w:rPr>
          <w:sz w:val="20"/>
        </w:rPr>
        <w:t>0:44  Oneness of God".</w:t>
      </w:r>
      <w:r>
        <w:br/>
      </w:r>
      <w:r>
        <w:rPr>
          <w:sz w:val="20"/>
        </w:rPr>
        <w:t>0:53  is topic par jab mein ne sochna shuru kiya toh aisa laga ke yeh khud meri apni zindagi</w:t>
      </w:r>
      <w:r>
        <w:br/>
      </w:r>
      <w:r>
        <w:rPr>
          <w:sz w:val="20"/>
        </w:rPr>
        <w:t>1:03  ka topic hai.</w:t>
      </w:r>
      <w:r>
        <w:br/>
      </w:r>
      <w:r>
        <w:rPr>
          <w:sz w:val="20"/>
        </w:rPr>
        <w:t>1:12  mein yeh keh sakta hoon ke meri poori zindagi Khuda ki talash mein guzri hai.</w:t>
      </w:r>
    </w:p>
    <w:p>
      <w:pPr>
        <w:pStyle w:val="Heading2"/>
      </w:pPr>
      <w:r>
        <w:t>Sign of angel: no fear</w:t>
      </w:r>
    </w:p>
    <w:p>
      <w:r>
        <w:rPr>
          <w:color w:val="666666"/>
          <w:sz w:val="18"/>
        </w:rPr>
        <w:t>Angels on Earth 29 June, 2019 - Maulana Wahiduddin Khan · 45s · at 6:17 · https://youtu.be/WNzxofHh_Dw?t=377</w:t>
      </w:r>
    </w:p>
    <w:p>
      <w:r>
        <w:rPr>
          <w:i/>
        </w:rPr>
        <w:t>“خاص بات یہ تھی کہ مجھے ذرا بھی ڈر نہیں تھا۔”</w:t>
      </w:r>
    </w:p>
    <w:p>
      <w:r>
        <w:rPr>
          <w:sz w:val="20"/>
        </w:rPr>
        <w:t>6:17  khas baat yeh thi ke mujhe zara bhi dar nahi tha.</w:t>
      </w:r>
      <w:r>
        <w:br/>
      </w:r>
      <w:r>
        <w:rPr>
          <w:sz w:val="20"/>
        </w:rPr>
        <w:t>6:27  is raat ko main ne yeh tajurba kiya ke jab aap ko kuch guzre lekin aap ko dar na ho, koi anokhi baat guzre aap ke upar, jaise yeh thi ke raat ke andhere mein light</w:t>
      </w:r>
      <w:r>
        <w:br/>
      </w:r>
      <w:r>
        <w:rPr>
          <w:sz w:val="20"/>
        </w:rPr>
        <w:t>6:47  aur aap ko dar na lage,</w:t>
      </w:r>
      <w:r>
        <w:br/>
      </w:r>
      <w:r>
        <w:rPr>
          <w:sz w:val="20"/>
        </w:rPr>
        <w:t>6:53  to samajh lijiye ke woh farishta hai. Samajh lijiye ke woh farishta hai.</w:t>
      </w:r>
    </w:p>
    <w:p>
      <w:pPr>
        <w:pStyle w:val="Heading2"/>
      </w:pPr>
      <w:r>
        <w:t>Waiting is a great worship</w:t>
      </w:r>
    </w:p>
    <w:p>
      <w:r>
        <w:rPr>
          <w:color w:val="666666"/>
          <w:sz w:val="18"/>
        </w:rPr>
        <w:t>Divine Help July 21, 2019 Maulana Wahiduddin Khan · 37s · at 16:24 · https://youtu.be/Phjyu1GUuS8?t=984</w:t>
      </w:r>
    </w:p>
    <w:p>
      <w:r>
        <w:rPr>
          <w:i/>
        </w:rPr>
        <w:t>“To ek hadees hai ke”</w:t>
      </w:r>
    </w:p>
    <w:p>
      <w:r>
        <w:rPr>
          <w:sz w:val="20"/>
        </w:rPr>
        <w:t>16:24  main jo hoon." Toh ek hadith hai ke</w:t>
      </w:r>
      <w:r>
        <w:br/>
      </w:r>
      <w:r>
        <w:rPr>
          <w:sz w:val="20"/>
        </w:rPr>
        <w:t>16:32  "Intezar karna, wait karna, yeh bohat bari ibadat hai."</w:t>
      </w:r>
      <w:r>
        <w:br/>
      </w:r>
      <w:r>
        <w:rPr>
          <w:sz w:val="20"/>
        </w:rPr>
        <w:t>16:42  Afzal ul ibadat intezar ul faraj hai. Yeh kyun ibadat? Kyun hai intezar karna? Jise mani intezar kiya ke woh aadmi baghair muamla kiye hue paisa le kar chala jaye shimla,</w:t>
      </w:r>
    </w:p>
    <w:p>
      <w:pPr>
        <w:pStyle w:val="Heading2"/>
      </w:pPr>
      <w:r>
        <w:t>Fear before speaking English at a Delhi lecture</w:t>
      </w:r>
    </w:p>
    <w:p>
      <w:r>
        <w:rPr>
          <w:color w:val="666666"/>
          <w:sz w:val="18"/>
        </w:rPr>
        <w:t>From The Spiritual Tree August 8, 2010 · 1m 00s · at 16:30 · https://youtu.be/H6e9NOrqgHI?t=990</w:t>
      </w:r>
    </w:p>
    <w:p>
      <w:r>
        <w:rPr>
          <w:i/>
        </w:rPr>
        <w:t>“Khudaya, aage badhne ki himmat nahi, peechhe hatne ki ijazat nahi”</w:t>
      </w:r>
    </w:p>
    <w:p>
      <w:r>
        <w:rPr>
          <w:sz w:val="20"/>
        </w:rPr>
        <w:t>16:30  yahan tak ke jab mein seedhi pe charh raha tha wahan, yani oopar first floor par jana tha, to mein bohat ruk ruk kar charh raha tha, bohat ruk ruk charh raha tha.</w:t>
      </w:r>
      <w:r>
        <w:br/>
      </w:r>
      <w:r>
        <w:rPr>
          <w:sz w:val="20"/>
        </w:rPr>
        <w:t>16:42  kyun? bar bar yeh sochta tha mein ke khudaaya, yeh mera jumla nikalta tha mere andar se. Khudaaya, aage barhne ki himmat nahin aur peechay hatne ki ijazat nahin.</w:t>
      </w:r>
      <w:r>
        <w:br/>
      </w:r>
      <w:r>
        <w:rPr>
          <w:sz w:val="20"/>
        </w:rPr>
        <w:t>17:00  yani aage barh kar ja ke stage baithoon, is ki himmat nahin aur peechay bhag jaon, is ki ijazat nahin. To bar bar mere munh se yeh nikalta tha ke khudaaya, aage barhne ki himmat nahin, peechay hatne ki ijazat nahin.</w:t>
      </w:r>
      <w:r>
        <w:br/>
      </w:r>
      <w:r>
        <w:rPr>
          <w:sz w:val="20"/>
        </w:rPr>
        <w:t>17:18  isi kaifiyat ke sath aa kar baith gaya. Mujhe nahin maloom mein ne kya bola wahan par. Yeh log kehte hain ke tum acha bole. Yaqeen kijiye ke mujhe kuch bhi nahin maloom ke mein kya bola.</w:t>
      </w:r>
    </w:p>
    <w:p>
      <w:pPr>
        <w:pStyle w:val="Heading2"/>
      </w:pPr>
      <w:r>
        <w:t>Divine help arrives once you stand up for God's work</w:t>
      </w:r>
    </w:p>
    <w:p>
      <w:r>
        <w:rPr>
          <w:color w:val="666666"/>
          <w:sz w:val="18"/>
        </w:rPr>
        <w:t>Duties of Ummat-e-Wasat (The Middle Nation) September 25, 2022 · 29s · at 26:12 · https://youtu.be/pIZGjyY5Zv4?t=1572</w:t>
      </w:r>
    </w:p>
    <w:p>
      <w:r>
        <w:rPr>
          <w:i/>
        </w:rPr>
        <w:t>“We are underestimating Allah's help in this work.”</w:t>
      </w:r>
    </w:p>
    <w:p>
      <w:r>
        <w:rPr>
          <w:sz w:val="20"/>
        </w:rPr>
        <w:t>26:12  aur apa, doosri yeh bhi cheez hai ke is mein hum Allah Ta'ala ki madad ko underestimate kar rahay hain. jab</w:t>
      </w:r>
      <w:r>
        <w:br/>
      </w:r>
      <w:r>
        <w:rPr>
          <w:sz w:val="20"/>
        </w:rPr>
        <w:t>26:19  hum is allah ke kaam ke liye khade honge, to yaqeenan god send help aayegi, aur aise jagahon se aayegi jahan pe guman bhi nahi hoga.</w:t>
      </w:r>
      <w:r>
        <w:br/>
      </w:r>
      <w:r>
        <w:rPr>
          <w:sz w:val="20"/>
        </w:rPr>
        <w:t>26:28  firishte madad ke liye toot padenge. to maulana to bahut kehte the ke bas bilkul deri mat kijiye, foran khade ho jaiye, aur angels ki fauj aap ki madad ke liye khadi hogi.</w:t>
      </w:r>
    </w:p>
    <w:p>
      <w:pPr>
        <w:pStyle w:val="Heading2"/>
      </w:pPr>
      <w:r>
        <w:t>true success is making God your sole concern</w:t>
      </w:r>
    </w:p>
    <w:p>
      <w:r>
        <w:rPr>
          <w:color w:val="666666"/>
          <w:sz w:val="18"/>
        </w:rPr>
        <w:t>The Quran 63 9 CPS Women Weekly Discussion 30 November 19, 2023 · 56s · at 8:26 · https://youtu.be/VfjXw4JGRa4?t=506</w:t>
      </w:r>
    </w:p>
    <w:p>
      <w:r>
        <w:rPr>
          <w:i/>
        </w:rPr>
        <w:t>“Big job, wealth, status — that isn't real success”</w:t>
      </w:r>
    </w:p>
    <w:p>
      <w:r>
        <w:rPr>
          <w:sz w:val="20"/>
        </w:rPr>
        <w:t>8:26  badi job, paisa, daulat aur status jaisi achha ghar, achha saaman jisko aaj log kaamyaabi samajhte hain. us taraf hum apne bachchon ko dauda rahe hain. to yeh kaamyaabi nahi hai. kaamyaabi yeh hai ki koi khuda ko soul concern banaye aur usi ke mutabik apni zindagi ka goal banaye. to education bhi zaroori hai. duniya mein kamana bhi, paisa kamana bhi bahut zaroori hai.</w:t>
      </w:r>
      <w:r>
        <w:br/>
      </w:r>
      <w:r>
        <w:rPr>
          <w:sz w:val="20"/>
        </w:rPr>
        <w:t>8:55  magar paisa aur aulad ko khuda ke liye de dena yeh sabse badi kaamyaabi hai aur ek tarah ka khuda ke liye sacrifice hai ki hum duniya ke liye nahi, aakhirat ke liye apne ko aur apne bachche bachchon ko laga dein. to yahi meri learning thi is tarah se. karna chhutti na. jaza karna paah, aapne bahut achhe se explain kiya hai is verse ko.</w:t>
      </w:r>
      <w:r>
        <w:br/>
      </w:r>
      <w:r>
        <w:rPr>
          <w:sz w:val="20"/>
        </w:rPr>
        <w:t>9:22  Bahut achha laga isko suno karke kaafi detail mein aapne bataya.</w:t>
      </w:r>
    </w:p>
    <w:p>
      <w:pPr>
        <w:pStyle w:val="Heading2"/>
      </w:pPr>
      <w:r>
        <w:t>Prophet made king of universe, God sidelined</w:t>
      </w:r>
    </w:p>
    <w:p>
      <w:r>
        <w:rPr>
          <w:color w:val="666666"/>
          <w:sz w:val="18"/>
        </w:rPr>
        <w:t>Love of God 29 Jan. 2012 - Maulana Wahiduddin Khan · 31s · at 9:54 · https://youtu.be/qWa_CSb03v0?t=594</w:t>
      </w:r>
    </w:p>
    <w:p>
      <w:r>
        <w:rPr>
          <w:i/>
        </w:rPr>
        <w:t>“Shahanshah-e-Kaunain? To Allah kahan hain?”</w:t>
      </w:r>
    </w:p>
    <w:p>
      <w:r>
        <w:rPr>
          <w:sz w:val="20"/>
        </w:rPr>
        <w:t>9:54  ab batayein ke shehanshah kainat jab aap ka peghambar hai to Allah taala kahan hain? kaha ke aap ne inseat kar diya Allah taala ko.</w:t>
      </w:r>
      <w:r>
        <w:br/>
      </w:r>
      <w:r>
        <w:rPr>
          <w:sz w:val="20"/>
        </w:rPr>
        <w:t>10:05  isi liye naat khwan parhtay hain aur bohat jhoom se parhtay hain aur taliyan bajti hain.</w:t>
      </w:r>
      <w:r>
        <w:br/>
      </w:r>
      <w:r>
        <w:rPr>
          <w:sz w:val="20"/>
        </w:rPr>
        <w:t>10:15  tauheed ke palay mein wahdat ke siwa kiya hai? jo kuch hamein lena hai, le lenge Muhammad se.</w:t>
      </w:r>
    </w:p>
    <w:p>
      <w:pPr>
        <w:pStyle w:val="Heading2"/>
      </w:pPr>
      <w:r>
        <w:t>seeing your enemy as a potential friend</w:t>
      </w:r>
    </w:p>
    <w:p>
      <w:r>
        <w:rPr>
          <w:color w:val="666666"/>
          <w:sz w:val="18"/>
        </w:rPr>
        <w:t>Islam &amp; The Prophet of Islam October 21, 2012 · 26s · at 1:10:14 · https://youtu.be/qdki-pNoY3I?t=4214</w:t>
      </w:r>
    </w:p>
    <w:p>
      <w:r>
        <w:rPr>
          <w:i/>
        </w:rPr>
        <w:t>“Tumhare dushman ko potential friend ki tarah dekhna, yehi Islam hai”</w:t>
      </w:r>
    </w:p>
    <w:p>
      <w:r>
        <w:rPr>
          <w:sz w:val="20"/>
        </w:rPr>
        <w:t>1:10:14  Yani you have to see yourenemy</w:t>
      </w:r>
      <w:r>
        <w:br/>
      </w:r>
      <w:r>
        <w:rPr>
          <w:sz w:val="20"/>
        </w:rPr>
        <w:t>1:10:21  asapotentialfriend. Apne dushman ko potential friend ke roop mein dekhna yeh Islam hai. To jo log kehte hain ke love Islam yeh yeh bilkul galat keh rahe hain.</w:t>
      </w:r>
      <w:r>
        <w:br/>
      </w:r>
      <w:r>
        <w:rPr>
          <w:sz w:val="20"/>
        </w:rPr>
        <w:t>1:10:31  wo woheit islam inke dilon mein hai. islam se mohabbat to inko nahin hai. mohabbat hoti to wo quran se lete rehte ke kya karna chahiye humein.</w:t>
      </w:r>
    </w:p>
    <w:p>
      <w:pPr>
        <w:pStyle w:val="Heading2"/>
      </w:pPr>
      <w:r>
        <w:t>Religious clashes are caused by provocation, not faith</w:t>
      </w:r>
    </w:p>
    <w:p>
      <w:r>
        <w:rPr>
          <w:color w:val="666666"/>
          <w:sz w:val="18"/>
        </w:rPr>
        <w:t>Pillars of Western Thought October 6, 2013 · 1m 06s · at 1:03:39 · https://youtu.be/o4WfPvju5_M?t=3819</w:t>
      </w:r>
    </w:p>
    <w:p>
      <w:r>
        <w:rPr>
          <w:i/>
        </w:rPr>
        <w:t>“Why do friends turn enemies over religion? It's provocation”</w:t>
      </w:r>
    </w:p>
    <w:p>
      <w:r>
        <w:rPr>
          <w:sz w:val="20"/>
        </w:rPr>
        <w:t>1:03:39  asal cheez yeh hai ke kisi cheez ko le kar ke log bhadak uthte hain. provocation problem hai, na ke dharm. dharm ka dharm apne aap mein koi problem nahi hai.</w:t>
      </w:r>
      <w:r>
        <w:br/>
      </w:r>
      <w:r>
        <w:rPr>
          <w:sz w:val="20"/>
        </w:rPr>
        <w:t>1:03:55  lekin chhoti chhoti baaton par provok ho jayen log, wahan par baat flare up ho jati hai.</w:t>
      </w:r>
      <w:r>
        <w:br/>
      </w:r>
      <w:r>
        <w:rPr>
          <w:sz w:val="20"/>
        </w:rPr>
        <w:t>1:04:04  jaise misaal ke taur par dekhiye, ek jagah holi ka tehwar tha, juloos nikla, woh apne rangon ko chhod rahe the kea. to ek jagah aisa hua ke masjid ki deewar par rang pad gaya.</w:t>
      </w:r>
      <w:r>
        <w:br/>
      </w:r>
      <w:r>
        <w:rPr>
          <w:sz w:val="20"/>
        </w:rPr>
        <w:t>1:04:19  to bhadak uthe log, masjid ko be-hurmati ho gayi, halanke use koi be-hurmati ka masla nahi hai. ek chhoti si bhadak uthna, asal cheez hai ke chhoti chhoti baaton par bhadak uthna.</w:t>
      </w:r>
      <w:r>
        <w:br/>
      </w:r>
      <w:r>
        <w:rPr>
          <w:sz w:val="20"/>
        </w:rPr>
        <w:t>1:04:31  to chahe hindu bhadak utha ya musalman bhadak utha, woh fasad ho jayega. na bhadka to fasad nahi hoga. to provocation is the problem, not the religion.</w:t>
      </w:r>
    </w:p>
    <w:p>
      <w:pPr>
        <w:pStyle w:val="Heading2"/>
      </w:pPr>
      <w:r>
        <w:t>Blame yourself not others</w:t>
      </w:r>
    </w:p>
    <w:p>
      <w:r>
        <w:rPr>
          <w:color w:val="666666"/>
          <w:sz w:val="18"/>
        </w:rPr>
        <w:t>Living in a World of Competition I 24 Oct. 2010 - Maulana Wahiduddin Khan · 34s · at 32:33 · https://youtu.be/2XgV28_3yug?t=1953</w:t>
      </w:r>
    </w:p>
    <w:p>
      <w:r>
        <w:rPr>
          <w:i/>
        </w:rPr>
        <w:t>“Bible mein hai: Blame thyself”</w:t>
      </w:r>
    </w:p>
    <w:p>
      <w:r>
        <w:rPr>
          <w:sz w:val="20"/>
        </w:rPr>
        <w:t>32:33  Doosron ko blame dene se koi faida nahi hai. Isi liye Bible mein hai: "Blame thy self", apne aap ko ilzaam do.</w:t>
      </w:r>
      <w:r>
        <w:br/>
      </w:r>
      <w:r>
        <w:rPr>
          <w:sz w:val="20"/>
        </w:rPr>
        <w:t>32:44  Yeh hai Paighambar ka qaul: "Blame thy self", apne aap ko ilzaam do. Yani</w:t>
      </w:r>
      <w:r>
        <w:br/>
      </w:r>
      <w:r>
        <w:rPr>
          <w:sz w:val="20"/>
        </w:rPr>
        <w:t>32:51  sabab apne andar talash karo, kyunke bahar to sabab hai hi nahi.</w:t>
      </w:r>
      <w:r>
        <w:br/>
      </w:r>
      <w:r>
        <w:rPr>
          <w:sz w:val="20"/>
        </w:rPr>
        <w:t>32:58  bilim dai self ka matlab kya hai? jo guzar gaya, jo ho gaya, uska sabab apne andar talash karo,</w:t>
      </w:r>
    </w:p>
    <w:p>
      <w:pPr>
        <w:pStyle w:val="Heading2"/>
      </w:pPr>
      <w:r>
        <w:t>Topic announcement: Fear of God</w:t>
      </w:r>
    </w:p>
    <w:p>
      <w:r>
        <w:rPr>
          <w:color w:val="666666"/>
          <w:sz w:val="18"/>
        </w:rPr>
        <w:t>Fear of God February 21, 2016 · 1m 19s · at 0:21 · https://youtu.be/T-w1IDIeCV4?t=21</w:t>
      </w:r>
    </w:p>
    <w:p>
      <w:r>
        <w:rPr>
          <w:i/>
        </w:rPr>
        <w:t>“Today's topic: Fear of God”</w:t>
      </w:r>
    </w:p>
    <w:p>
      <w:r>
        <w:rPr>
          <w:sz w:val="20"/>
        </w:rPr>
        <w:t>0:21  bismillah rahman rahim, wa salla Allahu ala nabiyyil karim.</w:t>
      </w:r>
      <w:r>
        <w:br/>
      </w:r>
      <w:r>
        <w:rPr>
          <w:sz w:val="20"/>
        </w:rPr>
        <w:t>0:29  rab ishrah li sadri, wa yassir li amri, wah lul uqdatan min lisani, yafqahu qawli.</w:t>
      </w:r>
      <w:r>
        <w:br/>
      </w:r>
      <w:r>
        <w:rPr>
          <w:sz w:val="20"/>
        </w:rPr>
        <w:t>0:38  21 farwari 2016.</w:t>
      </w:r>
      <w:r>
        <w:br/>
      </w:r>
      <w:r>
        <w:rPr>
          <w:sz w:val="20"/>
        </w:rPr>
        <w:t>0:47  aaj ka topic hai khauf-e-khuda, ya Fear of God.</w:t>
      </w:r>
      <w:r>
        <w:br/>
      </w:r>
      <w:r>
        <w:rPr>
          <w:sz w:val="20"/>
        </w:rPr>
        <w:t>0:56  hadith ki ek kitab hai, is ka naam hai "shuab al-iman lil bayhaqi".</w:t>
      </w:r>
      <w:r>
        <w:br/>
      </w:r>
      <w:r>
        <w:rPr>
          <w:sz w:val="20"/>
        </w:rPr>
        <w:t>1:04  is kitab mein ek hadith hai ke rasool Allah sal-lal-lahu alaihi wasallam ne farmaya: ra's al-hikmati makhāfatu Allah.</w:t>
      </w:r>
      <w:r>
        <w:br/>
      </w:r>
      <w:r>
        <w:rPr>
          <w:sz w:val="20"/>
        </w:rPr>
        <w:t>1:13  ra's al-hikmati makhāfatu Allah.</w:t>
      </w:r>
      <w:r>
        <w:br/>
      </w:r>
      <w:r>
        <w:rPr>
          <w:sz w:val="20"/>
        </w:rPr>
        <w:t>1:22  hikmat ka sira Allah ka khauf hai.</w:t>
      </w:r>
      <w:r>
        <w:br/>
      </w:r>
      <w:r>
        <w:rPr>
          <w:sz w:val="20"/>
        </w:rPr>
        <w:t>1:31  yani Fear of God is the greatest wisdom.</w:t>
      </w:r>
      <w:r>
        <w:br/>
      </w:r>
      <w:r>
        <w:rPr>
          <w:sz w:val="20"/>
        </w:rPr>
        <w:t>1:40  is par mein bohat din sochta tha ke Allah ke khauf se wisdom kyun aati hai.</w:t>
      </w:r>
    </w:p>
    <w:p>
      <w:pPr>
        <w:pStyle w:val="Heading2"/>
      </w:pPr>
      <w:r>
        <w:t>father reframes disappointing exam result as success</w:t>
      </w:r>
    </w:p>
    <w:p>
      <w:r>
        <w:rPr>
          <w:color w:val="666666"/>
          <w:sz w:val="18"/>
        </w:rPr>
        <w:t>CPS Women Experiences Peace Conference April 29-30, 2023 · 54s · at 7:46 · https://youtu.be/VrP-HOSml6E?t=466</w:t>
      </w:r>
    </w:p>
    <w:p>
      <w:r>
        <w:rPr>
          <w:i/>
        </w:rPr>
        <w:t>“Main bahut disappoint thi apne number ko lekar”</w:t>
      </w:r>
    </w:p>
    <w:p>
      <w:r>
        <w:rPr>
          <w:sz w:val="20"/>
        </w:rPr>
        <w:t>7:46  Now, 2010, that time I was 14 years old aur maine us time class tenth ko pass kiya tha second division se aur us waqt main bahut disappoint thi apne number ko lekar ke.</w:t>
      </w:r>
      <w:r>
        <w:br/>
      </w:r>
      <w:r>
        <w:rPr>
          <w:sz w:val="20"/>
        </w:rPr>
        <w:t>7:59  jab mere father ne mera result dekha to unhone mujhe bola ke aapne class tenth jo hai woh</w:t>
      </w:r>
      <w:r>
        <w:br/>
      </w:r>
      <w:r>
        <w:rPr>
          <w:sz w:val="20"/>
        </w:rPr>
        <w:t>8:09  silver number se qualify kiya hai and aap class twelfth golden number se qualify kar sakti hain aur</w:t>
      </w:r>
      <w:r>
        <w:br/>
      </w:r>
      <w:r>
        <w:rPr>
          <w:sz w:val="20"/>
        </w:rPr>
        <w:t>8:19  yeh baat kehte hue unhone mujhe molana ki ek kitaab di jiska naam hai rajehaat aur us kitaab</w:t>
      </w:r>
      <w:r>
        <w:br/>
      </w:r>
      <w:r>
        <w:rPr>
          <w:sz w:val="20"/>
        </w:rPr>
        <w:t>8:29  ko dete waqt unhone mujhe kaha ke rakhi jis se maine class twelfth golden hi balki diamond number se qualify kiya.</w:t>
      </w:r>
      <w:r>
        <w:br/>
      </w:r>
      <w:r>
        <w:rPr>
          <w:sz w:val="20"/>
        </w:rPr>
        <w:t>8:40  I am medication and biology with 95%. yeh meri life ki sabse pehli achievement thi jo mujhe Maulana ke literature se mili. jo meri sabse badi success rahi hai life mein. 2021 mein meri mulaqat miss Fahmida ma'am se bhi aur maine CPS group ko join kiya. CPS women group ko join kiya. is group ki learning and interaction se mere andar ek nayi salahiyat aayi.</w:t>
      </w:r>
    </w:p>
    <w:p>
      <w:pPr>
        <w:pStyle w:val="Heading2"/>
      </w:pPr>
      <w:r>
        <w:t>Every Muslim thinks their ticket to heaven is guaranteed</w:t>
      </w:r>
    </w:p>
    <w:p>
      <w:r>
        <w:rPr>
          <w:color w:val="666666"/>
          <w:sz w:val="18"/>
        </w:rPr>
        <w:t>A Brief Survey of Six Major Religion I January 8, 2012 · 37s · at 45:54 · https://youtu.be/Iho70yq6EVk?t=2754</w:t>
      </w:r>
    </w:p>
    <w:p>
      <w:r>
        <w:rPr>
          <w:i/>
        </w:rPr>
        <w:t>“Har Muslim ki jeb mein jannat ka ticket hai”</w:t>
      </w:r>
    </w:p>
    <w:p>
      <w:r>
        <w:rPr>
          <w:sz w:val="20"/>
        </w:rPr>
        <w:t>45:54  hamara unhon ne kaha tha ke hum hamara rasta isi hai jannat ki, jannat ki taraf ja raha hai, jannat ki taraf ja raha hai.</w:t>
      </w:r>
      <w:r>
        <w:br/>
      </w:r>
      <w:r>
        <w:rPr>
          <w:sz w:val="20"/>
        </w:rPr>
        <w:t>46:02  hamara rasta aise bohat se waqiat mere pas hain is noiyat ke. aap kabhi bhi tajurba kar lijiye, har musalman ki jeeb mein jannat ka ticket maujood hai,</w:t>
      </w:r>
      <w:r>
        <w:br/>
      </w:r>
      <w:r>
        <w:rPr>
          <w:sz w:val="20"/>
        </w:rPr>
        <w:t>46:17  har musalman ki jeeb mein jannat ka ticket maujood hai.</w:t>
      </w:r>
      <w:r>
        <w:br/>
      </w:r>
      <w:r>
        <w:rPr>
          <w:sz w:val="20"/>
        </w:rPr>
        <w:t>46:21  yeh kya hai? yeh yahudi, wohi yahudi aqeedah hai: "nahan abna Allah wa ahba'u".</w:t>
      </w:r>
    </w:p>
    <w:p>
      <w:pPr>
        <w:pStyle w:val="Heading2"/>
      </w:pPr>
      <w:r>
        <w:t>nothing material accompanies you after death</w:t>
      </w:r>
    </w:p>
    <w:p>
      <w:r>
        <w:rPr>
          <w:color w:val="666666"/>
          <w:sz w:val="18"/>
        </w:rPr>
        <w:t>The Concept of Death in Islam August 28, 2008 · 31s · at 33:27 · https://youtu.be/mIfQQj-a_4M?t=2007</w:t>
      </w:r>
    </w:p>
    <w:p>
      <w:r>
        <w:rPr>
          <w:i/>
        </w:rPr>
        <w:t>“Not your palace, not your bank balance goes with you”</w:t>
      </w:r>
    </w:p>
    <w:p>
      <w:r>
        <w:rPr>
          <w:sz w:val="20"/>
        </w:rPr>
        <w:t>33:27  to mein ne kaha is se niklie bahir, kal aap jab maren ge to na aap ka palace aap ke sath jae ga, na aap ka bank balance aap ke sath jae ga, na aap ki family aap ke sath jae gi, kuch bhi nahin, akele aap.</w:t>
      </w:r>
      <w:r>
        <w:br/>
      </w:r>
      <w:r>
        <w:rPr>
          <w:sz w:val="20"/>
        </w:rPr>
        <w:t>33:46  laqad ji'ta bi-unfada. quran mein hai ke laqad ji'ta bi-unfada yani jo kuch tumhare pas tha, sab kuch chhod kar tum hamare pas aa gaye akhir kar.</w:t>
      </w:r>
    </w:p>
    <w:p>
      <w:pPr>
        <w:pStyle w:val="Heading2"/>
      </w:pPr>
      <w:r>
        <w:t>Importance of admitting ignorance (La adri)</w:t>
      </w:r>
    </w:p>
    <w:p>
      <w:r>
        <w:rPr>
          <w:color w:val="666666"/>
          <w:sz w:val="18"/>
        </w:rPr>
        <w:t>Spirit of Enquiry August 9, 2020 Maulana Wahiduddin Khan · 54s · at 3:19 · https://youtu.be/oFynIQnc6-I?t=199</w:t>
      </w:r>
    </w:p>
    <w:p>
      <w:r>
        <w:rPr>
          <w:i/>
        </w:rPr>
        <w:t>“Ek qaul mein ne bataya”</w:t>
      </w:r>
    </w:p>
    <w:p>
      <w:r>
        <w:rPr>
          <w:sz w:val="20"/>
        </w:rPr>
        <w:t>3:19  woh tha: "la adri jism al-ilm". main nahi janta yeh aadha ilm hai.</w:t>
      </w:r>
      <w:r>
        <w:br/>
      </w:r>
      <w:r>
        <w:rPr>
          <w:sz w:val="20"/>
        </w:rPr>
        <w:t>3:32  is qaul ka matlab yeh hai ke aadmi ka aadmi agar sab se pehle apne la adri ko darjat kar le to woh adri tak pahunch jayega.</w:t>
      </w:r>
      <w:r>
        <w:br/>
      </w:r>
      <w:r>
        <w:rPr>
          <w:sz w:val="20"/>
        </w:rPr>
        <w:t>3:46  to unhon ne bataya ke tum apne la adri ko nahi jante thay,</w:t>
      </w:r>
      <w:r>
        <w:br/>
      </w:r>
      <w:r>
        <w:rPr>
          <w:sz w:val="20"/>
        </w:rPr>
        <w:t>3:49  yani yeh nahi jante thay ke oont ke sum kaise hotay hain. bas farz kar liya tha,</w:t>
      </w:r>
      <w:r>
        <w:br/>
      </w:r>
      <w:r>
        <w:rPr>
          <w:sz w:val="20"/>
        </w:rPr>
        <w:t>3:59  for garden abal liya tha.</w:t>
      </w:r>
      <w:r>
        <w:br/>
      </w:r>
      <w:r>
        <w:rPr>
          <w:sz w:val="20"/>
        </w:rPr>
        <w:t>4:04  to agar tum ko maloom hota ke tum oont ke sum ke baray mein jante nahi ho, to tum us ki khoj mein rehte.</w:t>
      </w:r>
    </w:p>
    <w:p>
      <w:pPr>
        <w:pStyle w:val="Heading2"/>
      </w:pPr>
      <w:r>
        <w:t>Tau'at Allah means seeing God's mercy every moment</w:t>
      </w:r>
    </w:p>
    <w:p>
      <w:r>
        <w:rPr>
          <w:color w:val="666666"/>
          <w:sz w:val="18"/>
        </w:rPr>
        <w:t>Road to Paradise April 26, 2018 · 29s · at 8:34 · https://youtu.be/X0SuQYhr3QY?t=514</w:t>
      </w:r>
    </w:p>
    <w:p>
      <w:r>
        <w:rPr>
          <w:i/>
        </w:rPr>
        <w:t>“Tau'at Allah kankatara ka matlab yeh hai”</w:t>
      </w:r>
    </w:p>
    <w:p>
      <w:r>
        <w:rPr>
          <w:sz w:val="20"/>
        </w:rPr>
        <w:t>8:34  to "taat Allah ka nuktara" ka matlab yeh hai ke har waqt tum ko dikhai de, dikhai de ke har lamha, har har second Allah ki rehmat hum ko pohnch rahi hai.</w:t>
      </w:r>
      <w:r>
        <w:br/>
      </w:r>
      <w:r>
        <w:rPr>
          <w:sz w:val="20"/>
        </w:rPr>
        <w:t>8:52  is liye hum zinda hain, is liye hum chalte hain, is liye hum sochte hain, is liye khana hazam hota hai. to yeh hai "taat Allah ka nuktara".</w:t>
      </w:r>
    </w:p>
    <w:p>
      <w:pPr>
        <w:pStyle w:val="Heading2"/>
      </w:pPr>
      <w:r>
        <w:t>Recognize God as the true provider</w:t>
      </w:r>
    </w:p>
    <w:p>
      <w:r>
        <w:rPr>
          <w:color w:val="666666"/>
          <w:sz w:val="18"/>
        </w:rPr>
        <w:t>Maulana on Eid 14 Oct 2007 - Maulana Wahiduddin Khan · 56s · at 17:43 · https://youtu.be/DwpvHoeAswo?t=1063</w:t>
      </w:r>
    </w:p>
    <w:p>
      <w:r>
        <w:rPr>
          <w:i/>
        </w:rPr>
        <w:t>“Aap ki biwi ne ice cream banaya? Asli banane wala Allah hai.”</w:t>
      </w:r>
    </w:p>
    <w:p>
      <w:r>
        <w:rPr>
          <w:sz w:val="20"/>
        </w:rPr>
        <w:t>17:43  unhon ne, main ne kaha ke aap biwi ke liye itna yeh sara credit biwi ko de rahe hain. aap sochiye ke ice cream banane wala asal to biwi thori hai, aap ki asal to Khuda hai.</w:t>
      </w:r>
      <w:r>
        <w:br/>
      </w:r>
      <w:r>
        <w:rPr>
          <w:sz w:val="20"/>
        </w:rPr>
        <w:t>17:57  yeh sara saman cooking range se le kar ke doodh tak, shakar tak, koi bhi cheez jo hai is dunya mein jis ki help se aap banate hain, koi cheez wo to Khuda ka creation hai.</w:t>
      </w:r>
      <w:r>
        <w:br/>
      </w:r>
      <w:r>
        <w:rPr>
          <w:sz w:val="20"/>
        </w:rPr>
        <w:t>18:13  to dekhiye, main samajhta hoon ke imaan kya hai? imaan yeh hai, imaan yeh ke jo cheez aap ko mil rahi hai, yaani aap ko mil rahi hai apne paise se, apni koshish se, apne ghar walon ki taraf se, is ko aap Khuda ki taraf se samhein.</w:t>
      </w:r>
    </w:p>
    <w:p>
      <w:pPr>
        <w:pStyle w:val="Heading2"/>
      </w:pPr>
      <w:r>
        <w:t>Remembering death is life's master stroke</w:t>
      </w:r>
    </w:p>
    <w:p>
      <w:r>
        <w:rPr>
          <w:color w:val="666666"/>
          <w:sz w:val="18"/>
        </w:rPr>
        <w:t>On Life and Death July 24, 2011 · 34s · at 57:03 · https://youtu.be/Z0pdhT_HJNk?t=3423</w:t>
      </w:r>
    </w:p>
    <w:p>
      <w:r>
        <w:rPr>
          <w:i/>
        </w:rPr>
        <w:t>“You know a carrom board and its striker?”</w:t>
      </w:r>
    </w:p>
    <w:p>
      <w:r>
        <w:rPr>
          <w:sz w:val="20"/>
        </w:rPr>
        <w:t>57:03  aap jante honge ke cricket board jo hota hai, cricket board aik aisa chokor sa hota hai, us ke pas board rakhi jati hai. aik striker hota hai, striker se part aa jata hai.</w:t>
      </w:r>
      <w:r>
        <w:br/>
      </w:r>
      <w:r>
        <w:rPr>
          <w:sz w:val="20"/>
        </w:rPr>
        <w:t>57:16  phir striker agar bohat sahi lage, sari board bikhar jati hai.</w:t>
      </w:r>
      <w:r>
        <w:br/>
      </w:r>
      <w:r>
        <w:rPr>
          <w:sz w:val="20"/>
        </w:rPr>
        <w:t>57:21  us ko kehte hain master stroke. to maut yaad jo hai, master stroke hai. yaad rakhiye,</w:t>
      </w:r>
      <w:r>
        <w:br/>
      </w:r>
      <w:r>
        <w:rPr>
          <w:sz w:val="20"/>
        </w:rPr>
        <w:t>57:33  maut yaad jo hai, master stroke.</w:t>
      </w:r>
    </w:p>
    <w:p>
      <w:pPr>
        <w:pStyle w:val="Heading2"/>
      </w:pPr>
      <w:r>
        <w:t>This world was never meant to be a perfect paradise</w:t>
      </w:r>
    </w:p>
    <w:p>
      <w:r>
        <w:rPr>
          <w:color w:val="666666"/>
          <w:sz w:val="18"/>
        </w:rPr>
        <w:t>The Purpose of Existence September9, 2012 · 22s · at 23:12 · https://youtu.be/GB_OC-LeGCE?t=1392</w:t>
      </w:r>
    </w:p>
    <w:p>
      <w:r>
        <w:rPr>
          <w:i/>
        </w:rPr>
        <w:t>“Yeh duniya Allah ne isliye nahi banayi ke aapko perfect world mile”</w:t>
      </w:r>
    </w:p>
    <w:p>
      <w:r>
        <w:rPr>
          <w:sz w:val="20"/>
        </w:rPr>
        <w:t>23:12  yeh duniya Allah taala ne is liye nahin banai ke yahan par aap ko perfect world mil jaye, ideal duniya mil jaye. is ke liye banai nahin gayi.</w:t>
      </w:r>
      <w:r>
        <w:br/>
      </w:r>
      <w:r>
        <w:rPr>
          <w:sz w:val="20"/>
        </w:rPr>
        <w:t>23:24  Quran ke mutabiq yeh hai testing ground. yani jo testing ground jab hai to woh individual ko chuna ja raha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