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231 clips · theme hadith · full transcripts with timestamps · exported 2026-09-21</w:t>
      </w:r>
    </w:p>
    <w:p>
      <w:pPr>
        <w:pStyle w:val="Heading2"/>
      </w:pPr>
      <w:r>
        <w:t>Difference between changing religion and mindset</w:t>
      </w:r>
    </w:p>
    <w:p>
      <w:r>
        <w:rPr>
          <w:color w:val="666666"/>
          <w:sz w:val="18"/>
        </w:rPr>
        <w:t>Hadith Prediction November 3, 2013 · 24s · at 5:21 · https://youtu.be/cb5Lzw9c8aE?t=321</w:t>
      </w:r>
    </w:p>
    <w:p>
      <w:r>
        <w:rPr>
          <w:i/>
        </w:rPr>
        <w:t>“They changed religion, but their mindset remained the same.”</w:t>
      </w:r>
    </w:p>
    <w:p>
      <w:r>
        <w:rPr>
          <w:sz w:val="20"/>
        </w:rPr>
        <w:t>5:21  un ki education nahi ho pati. to is ka matlab kya hota hai? unhon ne mazhab to badal liya, mindset un ka wahi kabhi raha jo pehle tha.</w:t>
      </w:r>
      <w:r>
        <w:br/>
      </w:r>
      <w:r>
        <w:rPr>
          <w:sz w:val="20"/>
        </w:rPr>
        <w:t>5:35  dekhiye, ek hai aqide ke aitbar se mazhab ko badal lena, aur ek apne mindset ko badalna. dono mein farq hai.</w:t>
      </w:r>
    </w:p>
    <w:p>
      <w:pPr>
        <w:pStyle w:val="Heading2"/>
      </w:pPr>
      <w:r>
        <w:t>Never judge people's intentions, only their actions</w:t>
      </w:r>
    </w:p>
    <w:p>
      <w:r>
        <w:rPr>
          <w:color w:val="666666"/>
          <w:sz w:val="18"/>
        </w:rPr>
        <w:t>Dajjal and Dajjalism July 26, 2009 · 1m 07s · at 1:27:40 · https://youtu.be/CxQTfG01O_s?t=5260</w:t>
      </w:r>
    </w:p>
    <w:p>
      <w:r>
        <w:rPr>
          <w:i/>
        </w:rPr>
        <w:t>“Main kabhi bhi kisi ke intention par nahi jaata.”</w:t>
      </w:r>
    </w:p>
    <w:p>
      <w:r>
        <w:rPr>
          <w:sz w:val="20"/>
        </w:rPr>
        <w:t>1:27:40  tu awas mein yeh yeh sawal jo hai ke intensely yani koi intention lay ga, koi ke baghair intention karay ga, yeh hamaaska faisla nahi kar saktay hain.</w:t>
      </w:r>
      <w:r>
        <w:br/>
      </w:r>
      <w:r>
        <w:rPr>
          <w:sz w:val="20"/>
        </w:rPr>
        <w:t>1:27:51  hum to sirf yeh dekhen gay ke iska kaam jo hai kya hai. mera jawab yeh nahi hai ke mein kisi ke intention par koi woh fatwa doon.</w:t>
      </w:r>
      <w:r>
        <w:br/>
      </w:r>
      <w:r>
        <w:rPr>
          <w:sz w:val="20"/>
        </w:rPr>
        <w:t>1:28:01  intention par fatwa dena isko mein ghlat samajhta hoon.</w:t>
      </w:r>
      <w:r>
        <w:br/>
      </w:r>
      <w:r>
        <w:rPr>
          <w:sz w:val="20"/>
        </w:rPr>
        <w:t>1:28:04  mein sirf yeh dekhta hoon ke iska kaam jo hai, jab mein quran par quran ke criteria par jaanchon to kaisan niklta hai. woh ke mera concern woh hai, criterion quran aur hadith hona chahiye, koi doosra nahi hona chahiye.</w:t>
      </w:r>
      <w:r>
        <w:br/>
      </w:r>
      <w:r>
        <w:rPr>
          <w:sz w:val="20"/>
        </w:rPr>
        <w:t>1:28:18  intention par mein kabhi bhi nahi jaata, nahi nahi, na dajjal ke maamle mein, na kisi aur maamle mein. mujhe kisi ke intention se koi laina dena nahi hai, woh Allah ta'ala ko pata hai.</w:t>
      </w:r>
      <w:r>
        <w:br/>
      </w:r>
      <w:r>
        <w:rPr>
          <w:sz w:val="20"/>
        </w:rPr>
        <w:t>1:28:29  lekin iska jo kaam hai, agar woh criterion jo quran o hadith ka hai, us se poora nahi utarta hai to mein us se kahoon ga ke woh</w:t>
      </w:r>
      <w:r>
        <w:br/>
      </w:r>
      <w:r>
        <w:rPr>
          <w:sz w:val="20"/>
        </w:rPr>
        <w:t>1:28:36  ghlat hai. woh iska intention jo hai, woh Allah ke hawale hai. This question is from Mr Khwaja Kaleemuddin from Pennsylvania.</w:t>
      </w:r>
    </w:p>
    <w:p>
      <w:pPr>
        <w:pStyle w:val="Heading2"/>
      </w:pPr>
      <w:r>
        <w:t>Hadith applies to servant not rebel</w:t>
      </w:r>
    </w:p>
    <w:p>
      <w:r>
        <w:rPr>
          <w:color w:val="666666"/>
          <w:sz w:val="18"/>
        </w:rPr>
        <w:t>Hadith-e-Qudsi April 24, 2014 Maulana Wahiduddin Khan · 48s · at 1:59 · https://youtu.be/DXaqyk0uct0?t=119</w:t>
      </w:r>
    </w:p>
    <w:p>
      <w:r>
        <w:rPr>
          <w:i/>
        </w:rPr>
        <w:t>“First understand: this hadith is about a servant, not a rebel.”</w:t>
      </w:r>
    </w:p>
    <w:p>
      <w:r>
        <w:rPr>
          <w:sz w:val="20"/>
        </w:rPr>
        <w:t>1:59  dekhen, is hadith ko samajhne ke liye sab se pehle yeh baat janna chahiye ke yahan 'abd ki baat hai, ek sarkash insan ki baat nahi hai.</w:t>
      </w:r>
      <w:r>
        <w:br/>
      </w:r>
      <w:r>
        <w:rPr>
          <w:sz w:val="20"/>
        </w:rPr>
        <w:t>2:15  ek sarkash insan yeh samjhe ke main dunya mein islami hukumat qaim karunga aur lage ladai karne logon se, aur samjhe ke khuda madad karega, to aisa kabhi hone wala nahi hai.</w:t>
      </w:r>
      <w:r>
        <w:br/>
      </w:r>
      <w:r>
        <w:rPr>
          <w:sz w:val="20"/>
        </w:rPr>
        <w:t>2:29  ek sarkash insan</w:t>
      </w:r>
      <w:r>
        <w:br/>
      </w:r>
      <w:r>
        <w:rPr>
          <w:sz w:val="20"/>
        </w:rPr>
        <w:t>2:36  siyasi hangame khare kare, kahe ke mein aur Islam ke naam par yeh kaam kar raha hoon, to Allah ki madad hogi. Yeh bilkul galat baat hai.</w:t>
      </w:r>
    </w:p>
    <w:p>
      <w:pPr>
        <w:pStyle w:val="Heading2"/>
      </w:pPr>
      <w:r>
        <w:t>Man-made corruption in land and sea</w:t>
      </w:r>
    </w:p>
    <w:p>
      <w:r>
        <w:rPr>
          <w:color w:val="666666"/>
          <w:sz w:val="18"/>
        </w:rPr>
        <w:t>Warnings of Doomsday February 4, 2007 · 25s · at 28:19 · https://youtu.be/VT0BnPl_-zc?t=1699</w:t>
      </w:r>
    </w:p>
    <w:p>
      <w:r>
        <w:rPr>
          <w:i/>
        </w:rPr>
        <w:t>“Man-made corruption has spread in the land and the sea”</w:t>
      </w:r>
    </w:p>
    <w:p>
      <w:r>
        <w:rPr>
          <w:sz w:val="20"/>
        </w:rPr>
        <w:t>28:19  men made corruption has spread in the land and the sea. yeh likha hua hai quran mein ke samandar ka pani jo hai, dangerous had tak barh raha hai.</w:t>
      </w:r>
      <w:r>
        <w:br/>
      </w:r>
      <w:r>
        <w:rPr>
          <w:sz w:val="20"/>
        </w:rPr>
        <w:t>28:34  kyunke glacier pighal rahe hain, aur south pole aur north pole ki jo ice cap hai, woh pighal rahi hai. already barhta chala ja raha hai.</w:t>
      </w:r>
      <w:r>
        <w:br/>
      </w:r>
      <w:r>
        <w:rPr>
          <w:sz w:val="20"/>
        </w:rPr>
        <w:t>28:45  kitne sare area doob jayen ge, aur kya hoga? kya hoga?</w:t>
      </w:r>
    </w:p>
    <w:p>
      <w:pPr>
        <w:pStyle w:val="Heading2"/>
      </w:pPr>
      <w:r>
        <w:t>Spirit over form in Islam</w:t>
      </w:r>
    </w:p>
    <w:p>
      <w:r>
        <w:rPr>
          <w:color w:val="666666"/>
          <w:sz w:val="18"/>
        </w:rPr>
        <w:t>What is Sunnah | June 02, 2008 · 30s · at 6:52 · https://youtu.be/RHfm7wuEMEM?t=412</w:t>
      </w:r>
    </w:p>
    <w:p>
      <w:r>
        <w:rPr>
          <w:i/>
        </w:rPr>
        <w:t>“Islam is about spirit, not form.”</w:t>
      </w:r>
    </w:p>
    <w:p>
      <w:r>
        <w:rPr>
          <w:sz w:val="20"/>
        </w:rPr>
        <w:t>6:52  banata hai.</w:t>
      </w:r>
      <w:r>
        <w:br/>
      </w:r>
      <w:r>
        <w:rPr>
          <w:sz w:val="20"/>
        </w:rPr>
        <w:t>6:56  is sawari par baith ke chalta hai.</w:t>
      </w:r>
      <w:r>
        <w:br/>
      </w:r>
      <w:r>
        <w:rPr>
          <w:sz w:val="20"/>
        </w:rPr>
        <w:t>7:01  to yeh yaad karein aap keh Khuda ki nemat hai yeh sawari.</w:t>
      </w:r>
      <w:r>
        <w:br/>
      </w:r>
      <w:r>
        <w:rPr>
          <w:sz w:val="20"/>
        </w:rPr>
        <w:t>7:05  is se aap ke andar shukr paida ho.</w:t>
      </w:r>
      <w:r>
        <w:br/>
      </w:r>
      <w:r>
        <w:rPr>
          <w:sz w:val="20"/>
        </w:rPr>
        <w:t>7:09  asal asal sunnat yeh hai.</w:t>
      </w:r>
      <w:r>
        <w:br/>
      </w:r>
      <w:r>
        <w:rPr>
          <w:sz w:val="20"/>
        </w:rPr>
        <w:t>7:14  to dekhiye Islam jo hai woh spirit ka naam hai, form ka naam nahi hai.</w:t>
      </w:r>
      <w:r>
        <w:br/>
      </w:r>
      <w:r>
        <w:rPr>
          <w:sz w:val="20"/>
        </w:rPr>
        <w:t>7:18  Islam chahe ibadat ka mamla ho</w:t>
      </w:r>
    </w:p>
    <w:p>
      <w:pPr>
        <w:pStyle w:val="Heading2"/>
      </w:pPr>
      <w:r>
        <w:t>A scholar's devotion to memorizing hadith</w:t>
      </w:r>
    </w:p>
    <w:p>
      <w:r>
        <w:rPr>
          <w:color w:val="666666"/>
          <w:sz w:val="18"/>
        </w:rPr>
        <w:t>Understanding The Importance of Hadith November 20, 2022 · 23s · at 39:16 · https://youtu.be/xwY_Qsz4HSQ?t=2356</w:t>
      </w:r>
    </w:p>
    <w:p>
      <w:r>
        <w:rPr>
          <w:i/>
        </w:rPr>
        <w:t>“Jo kuch mere kaan mein pad jata hai, hamesha mehfooz ho jata hai”</w:t>
      </w:r>
    </w:p>
    <w:p>
      <w:r>
        <w:rPr>
          <w:sz w:val="20"/>
        </w:rPr>
        <w:t>39:16  ek Hafiz Qatada the, to woh Hazrat Anas ke shagird the.</w:t>
      </w:r>
      <w:r>
        <w:br/>
      </w:r>
      <w:r>
        <w:rPr>
          <w:sz w:val="20"/>
        </w:rPr>
        <w:t>39:21  unhon ne kaha ke jo kuch mere kaan mein pad jata hai, woh hamesha ke liye mehfooz ho jata hai. to aise aise log the jinhon ne is mission mein pura hissa liya, aur iske liye apne apne sacrifice ke level par unhon ne kaam kiya.</w:t>
      </w:r>
    </w:p>
    <w:p>
      <w:pPr>
        <w:pStyle w:val="Heading2"/>
      </w:pPr>
      <w:r>
        <w:t>Justified violence and power of ideology</w:t>
      </w:r>
    </w:p>
    <w:p>
      <w:r>
        <w:rPr>
          <w:color w:val="666666"/>
          <w:sz w:val="18"/>
        </w:rPr>
        <w:t>Ideology of Life December 29, 2013 Maulana Wahiduddin Khan · 19s · at 10:16 · https://youtu.be/N5psCFw23MI?t=616</w:t>
      </w:r>
    </w:p>
    <w:p>
      <w:r>
        <w:rPr>
          <w:i/>
        </w:rPr>
        <w:t>“asi ko mein keh raha hoon ke justified violence”</w:t>
      </w:r>
    </w:p>
    <w:p>
      <w:r>
        <w:rPr>
          <w:sz w:val="20"/>
        </w:rPr>
        <w:t>10:16  isi ko mein keh raha hoon ke justified violence. Yeh raaz hai is ka. Kaise himmat padti hai logon ko?</w:t>
      </w:r>
      <w:r>
        <w:br/>
      </w:r>
      <w:r>
        <w:rPr>
          <w:sz w:val="20"/>
        </w:rPr>
        <w:t>10:25  is liye ke un ke paas ideology hai. Is ideology ko to marte rahenge, suicide bombing bhi karte rahenge.</w:t>
      </w:r>
    </w:p>
    <w:p>
      <w:pPr>
        <w:pStyle w:val="Heading2"/>
      </w:pPr>
      <w:r>
        <w:t>God is everything, I am nothing — source of confidence</w:t>
      </w:r>
    </w:p>
    <w:p>
      <w:r>
        <w:rPr>
          <w:color w:val="666666"/>
          <w:sz w:val="18"/>
        </w:rPr>
        <w:t>Journey to a Mediterranean Island November 23, 2008 · 36s · at 9:49 · https://youtu.be/uoOiuhWeSIQ?t=589</w:t>
      </w:r>
    </w:p>
    <w:p>
      <w:r>
        <w:rPr>
          <w:i/>
        </w:rPr>
        <w:t>“جیسے ہی آپ خدا کو دیکھنے لگیں تو لگتا ہے خدا کے پاس تو سب کچھ ہے”</w:t>
      </w:r>
    </w:p>
    <w:p>
      <w:r>
        <w:rPr>
          <w:sz w:val="20"/>
        </w:rPr>
        <w:t>9:49  dekhen, hota yeh hai keh aadmi apnay oopar, apnay aap ko dekhta hai to apnay aap ko pata hai keh meray paas to kuch bhi, kuch bhi nahi hai. keh jaisay hi aap Khuda ko dekhnay lagen to lagta hai Khuda ke paas to sab kuch hai.</w:t>
      </w:r>
      <w:r>
        <w:br/>
      </w:r>
      <w:r>
        <w:rPr>
          <w:sz w:val="20"/>
        </w:rPr>
        <w:t>10:04  God is everything. I am nothing, but God is everything.</w:t>
      </w:r>
      <w:r>
        <w:br/>
      </w:r>
      <w:r>
        <w:rPr>
          <w:sz w:val="20"/>
        </w:rPr>
        <w:t>10:12  to zindagi mein main samajhta hoon keh sab se bara jo source of conviction hai, source of confidence hai, woh yeh yaqeen hai keh Khuda meray saath hai.</w:t>
      </w:r>
    </w:p>
    <w:p>
      <w:pPr>
        <w:pStyle w:val="Heading2"/>
      </w:pPr>
      <w:r>
        <w:t>Hadith of leaving behind Quran and Sunnah</w:t>
      </w:r>
    </w:p>
    <w:p>
      <w:r>
        <w:rPr>
          <w:color w:val="666666"/>
          <w:sz w:val="18"/>
        </w:rPr>
        <w:t>Understanding The Importance of Hadith November 20, 2022 · 17s · at 3:43 · https://youtu.be/xwY_Qsz4HSQ?t=223</w:t>
      </w:r>
    </w:p>
    <w:p>
      <w:r>
        <w:rPr>
          <w:i/>
        </w:rPr>
        <w:t>“Maine tumhare paas do aham cheezein chhori hain”</w:t>
      </w:r>
    </w:p>
    <w:p>
      <w:r>
        <w:rPr>
          <w:sz w:val="20"/>
        </w:rPr>
        <w:t>3:43  to Hadith mein aaya hai ke maine tumhare paas do ahem cheezein chhori hain:</w:t>
      </w:r>
      <w:r>
        <w:br/>
      </w:r>
      <w:r>
        <w:rPr>
          <w:sz w:val="20"/>
        </w:rPr>
        <w:t>3:50  ek Allah ki kitaab aur doosri meri Sunnah. to yeh dono par jab tum chaloge to tum kabhi gumrah nahi hoge.</w:t>
      </w:r>
    </w:p>
    <w:p>
      <w:pPr>
        <w:pStyle w:val="Heading2"/>
      </w:pPr>
      <w:r>
        <w:t>Topic of the lecture: accountability</w:t>
      </w:r>
    </w:p>
    <w:p>
      <w:r>
        <w:rPr>
          <w:color w:val="666666"/>
          <w:sz w:val="18"/>
        </w:rPr>
        <w:t>The Concept of Accountability in Islam (English) | June 21, 2007 | Maulana Wahiduddin Khan · 30s · at 0:10 · https://youtu.be/g-GqrJp9iTY?t=10</w:t>
      </w:r>
    </w:p>
    <w:p>
      <w:r>
        <w:rPr>
          <w:i/>
        </w:rPr>
        <w:t>“Rabbishrah lee sadree”</w:t>
      </w:r>
    </w:p>
    <w:p>
      <w:r>
        <w:rPr>
          <w:sz w:val="20"/>
        </w:rPr>
        <w:t>0:10  rab ishrah li sadri, wa yassir li amri, wah lul uqdatan min lisani, yafqahu qawli.</w:t>
      </w:r>
      <w:r>
        <w:br/>
      </w:r>
      <w:r>
        <w:rPr>
          <w:sz w:val="20"/>
        </w:rPr>
        <w:t>0:25  The topic for this day is the concept of accountability in Islam.</w:t>
      </w:r>
    </w:p>
    <w:p>
      <w:pPr>
        <w:pStyle w:val="Heading2"/>
      </w:pPr>
      <w:r>
        <w:t>The hadith defining who is the best woman</w:t>
      </w:r>
    </w:p>
    <w:p>
      <w:r>
        <w:rPr>
          <w:color w:val="666666"/>
          <w:sz w:val="18"/>
        </w:rPr>
        <w:t>Behtar Khatoon Kon CPS Women Article Discussion July 2, 2023 · 25s · at 1:37 · https://youtu.be/tGPJwzCnCMM?t=97</w:t>
      </w:r>
    </w:p>
    <w:p>
      <w:r>
        <w:rPr>
          <w:i/>
        </w:rPr>
        <w:t>“Auraton mein sabse behtar aurat kaun hai?”</w:t>
      </w:r>
    </w:p>
    <w:p>
      <w:r>
        <w:rPr>
          <w:sz w:val="20"/>
        </w:rPr>
        <w:t>1:37  auraton mein sabse behtar aurat kaun hai? aapne farmaya ki vah aurat ke mard jab use dekhe to vah usko push kar de aur mard jab kisi kaam ke liye kahe to uski itaa'at karen aur apne nafs aur maal mein vah mard ki marzi ke khilaaf kuch na karen. Musnad Ahmad jild do, safa do sau ikyavan.</w:t>
      </w:r>
      <w:r>
        <w:br/>
      </w:r>
      <w:r>
        <w:rPr>
          <w:sz w:val="20"/>
        </w:rPr>
        <w:t>2:02  yeh hadith apne tauseh mahfoom ke aitbaar se aurat aur mard dono ke liye hai. aurat aur mard dono ek doosre ke liye zindagi ke saathi ki hesiyat rakhte hain. gwahar maamle mein ek doosre ke raazdaan hain. zindagi ka kaarobaar chalane ke liye vah ek doosre ke madadgaar hain. dono ek doosre ke liye ek gaadi ki dukh pahe ki hesiyat rakhenge.</w:t>
      </w:r>
    </w:p>
    <w:p>
      <w:pPr>
        <w:pStyle w:val="Heading2"/>
      </w:pPr>
      <w:r>
        <w:t>Aisha corrects a misogynistic superstition claim</w:t>
      </w:r>
    </w:p>
    <w:p>
      <w:r>
        <w:rPr>
          <w:color w:val="666666"/>
          <w:sz w:val="18"/>
        </w:rPr>
        <w:t>The Living Tradition: Why Hadith Matters in Islam?</w:t>
        <w:br/>
        <w:t>December 8, 2024 · 41s · at 1:01:26 · https://youtu.be/2w9-vnnJBeY?t=3686</w:t>
      </w:r>
    </w:p>
    <w:p>
      <w:r>
        <w:rPr>
          <w:i/>
        </w:rPr>
        <w:t>“Bad luck lies in three things: women, horse, house?”</w:t>
      </w:r>
    </w:p>
    <w:p>
      <w:r>
        <w:rPr>
          <w:sz w:val="20"/>
        </w:rPr>
        <w:t>1:01:26  ab to wahan bhi politics waghera sab chalti hai. behal is zamane ke lehaz se to isi tarah se ek baar hazrat aisha se kisi ne kaha ke "is islam badshagooni teen cheezon mein hai: aurat, ghoda aur ghar mein."</w:t>
      </w:r>
      <w:r>
        <w:br/>
      </w:r>
      <w:r>
        <w:rPr>
          <w:sz w:val="20"/>
        </w:rPr>
        <w:t>1:01:45  to hazrat aisha ne kaha: "bilkul galat, tum ne poori baat suni nahi." to woh tha ke door jahiliyat mein, yaani islam se pehle, arab aisa samajhte the ke islam mein to auraton ko bilkul barabar ka darja diya gaya hai.</w:t>
      </w:r>
      <w:r>
        <w:br/>
      </w:r>
      <w:r>
        <w:rPr>
          <w:sz w:val="20"/>
        </w:rPr>
        <w:t>1:02:00  to is tarah se unhon ne deeper level par islam ko samjha aur taqreeban pachas baras tak woh kaam karti rah</w:t>
      </w:r>
    </w:p>
    <w:p>
      <w:pPr>
        <w:pStyle w:val="Heading2"/>
      </w:pPr>
      <w:r>
        <w:t>God made the sparrow a parable: live without complaint</w:t>
      </w:r>
    </w:p>
    <w:p>
      <w:r>
        <w:rPr>
          <w:color w:val="666666"/>
          <w:sz w:val="18"/>
        </w:rPr>
        <w:t>Bird Culture March 6, 2014 Maulana Wahiduddin Khan · 30s · at 6:05 · https://youtu.be/zLSCXGvTJ9A?t=365</w:t>
      </w:r>
    </w:p>
    <w:p>
      <w:r>
        <w:rPr>
          <w:i/>
        </w:rPr>
        <w:t>“Chiriya ko Allah ne insan ke liye misaal banaya”</w:t>
      </w:r>
    </w:p>
    <w:p>
      <w:r>
        <w:rPr>
          <w:sz w:val="20"/>
        </w:rPr>
        <w:t>6:05  to chidiya ko chidiya ki shakal mein Allah ne ek misal qaim ki hai insaan ke liye.</w:t>
      </w:r>
      <w:r>
        <w:br/>
      </w:r>
      <w:r>
        <w:rPr>
          <w:sz w:val="20"/>
        </w:rPr>
        <w:t>6:20  chidiya insaan nahi hoti, lekin is ki zindagi mein insaan ke liye ek misal hai.</w:t>
      </w:r>
      <w:r>
        <w:br/>
      </w:r>
      <w:r>
        <w:rPr>
          <w:sz w:val="20"/>
        </w:rPr>
        <w:t>6:25  woh yeh hai ke shikayat ke baghair jiyo, protest ke baghair jiyo, negative thinking ke baghair jiyo.</w:t>
      </w:r>
    </w:p>
    <w:p>
      <w:pPr>
        <w:pStyle w:val="Heading2"/>
      </w:pPr>
      <w:r>
        <w:t>Full Hadith on Meeting Enemy</w:t>
      </w:r>
    </w:p>
    <w:p>
      <w:r>
        <w:rPr>
          <w:color w:val="666666"/>
          <w:sz w:val="18"/>
        </w:rPr>
        <w:t>War And Peace November 15, 2013 Maulana Wahiduddin Khan · 49s · at 0:14 · https://youtu.be/dxgn0Pp7iVQ?t=14</w:t>
      </w:r>
    </w:p>
    <w:p>
      <w:r>
        <w:rPr>
          <w:i/>
        </w:rPr>
        <w:t>“15 November 2013. An Abdullah ibn Abi Aufa:”</w:t>
      </w:r>
    </w:p>
    <w:p>
      <w:r>
        <w:rPr>
          <w:sz w:val="20"/>
        </w:rPr>
        <w:t>0:14  15 november 2013. an abdullah ibn abi aufa: "in rasool allah sallallahu alaihi wasallam fi ba'z ayyamihi, allati laqa fiha al-'aduw,</w:t>
      </w:r>
      <w:r>
        <w:br/>
      </w:r>
      <w:r>
        <w:rPr>
          <w:sz w:val="20"/>
        </w:rPr>
        <w:t>0:27  intazar hatta malat al-shams, thumma qama fi al-nas fa-qal: ayyuha al-nas,</w:t>
      </w:r>
      <w:r>
        <w:br/>
      </w:r>
      <w:r>
        <w:rPr>
          <w:sz w:val="20"/>
        </w:rPr>
        <w:t>0:34  la tamannu liqa' al-'aduw, wa-as'alu allaha al-'afiyah, fa-idha laqaytumuhum fa-asbiru, wa-a'lamu anna al-jannata tahta zilali al-suyuf." thumma qala:</w:t>
      </w:r>
      <w:r>
        <w:br/>
      </w:r>
      <w:r>
        <w:rPr>
          <w:sz w:val="20"/>
        </w:rPr>
        <w:t>0:48  "allahumma munzil al-kitab, wa-mujri al-sahab, wa-hazim al-ahzab, hazimhum wa-nsurna 'alayhim." bukhari, hadith number 30, 24, 30, 25.</w:t>
      </w:r>
    </w:p>
    <w:p>
      <w:pPr>
        <w:pStyle w:val="Heading2"/>
      </w:pPr>
      <w:r>
        <w:t>Hadith is not about legal minutiae</w:t>
      </w:r>
    </w:p>
    <w:p>
      <w:r>
        <w:rPr>
          <w:color w:val="666666"/>
          <w:sz w:val="18"/>
        </w:rPr>
        <w:t>Wisdom of Hadith February 23, 2014 · 22s · at 7:33 · https://youtu.be/8GZmhBU-LwE?t=453</w:t>
      </w:r>
    </w:p>
    <w:p>
      <w:r>
        <w:rPr>
          <w:i/>
        </w:rPr>
        <w:t>“To dekhiye hadith ka maamala juziyat shariat ka mawzu nahi hai hadith”</w:t>
      </w:r>
    </w:p>
    <w:p>
      <w:r>
        <w:rPr>
          <w:sz w:val="20"/>
        </w:rPr>
        <w:t>7:33  to dekhen hadith ka muamla juz'iyat shariat ka mozu nahi hai hadith. hadith jo hai woh is se zyada bohat hi ahim cheez hai hadith.</w:t>
      </w:r>
      <w:r>
        <w:br/>
      </w:r>
      <w:r>
        <w:rPr>
          <w:sz w:val="20"/>
        </w:rPr>
        <w:t>7:46  yani quran agar allah ki kitab hai to hadith is ka Applied Edition hai Applied Version hai.</w:t>
      </w:r>
    </w:p>
    <w:p>
      <w:pPr>
        <w:pStyle w:val="Heading2"/>
      </w:pPr>
      <w:r>
        <w:t>the real criterion that separates a true person from a false one</w:t>
      </w:r>
    </w:p>
    <w:p>
      <w:r>
        <w:rPr>
          <w:color w:val="666666"/>
          <w:sz w:val="18"/>
        </w:rPr>
        <w:t>Modesty and Arrogance January 31, 2008 · 22s · at 1:29 · https://youtu.be/8EHBmsIAF_Q?t=89</w:t>
      </w:r>
    </w:p>
    <w:p>
      <w:r>
        <w:rPr>
          <w:i/>
        </w:rPr>
        <w:t>“The criterion for man is this: modesty and arrogance”</w:t>
      </w:r>
    </w:p>
    <w:p>
      <w:r>
        <w:rPr>
          <w:sz w:val="20"/>
        </w:rPr>
        <w:t>1:29  magar insan ke liye jo criterion hai woh yahi hai: modesty aur arrogance. Agar aadmi ke andar modesty hai to woh sacha insan hai,</w:t>
      </w:r>
      <w:r>
        <w:br/>
      </w:r>
      <w:r>
        <w:rPr>
          <w:sz w:val="20"/>
        </w:rPr>
        <w:t>1:44  aur agar us ke andar arrogance hai to woh jhoota insan hai.</w:t>
      </w:r>
    </w:p>
    <w:p>
      <w:pPr>
        <w:pStyle w:val="Heading2"/>
      </w:pPr>
      <w:r>
        <w:t>Sign of zero-defect world becoming defective</w:t>
      </w:r>
    </w:p>
    <w:p>
      <w:r>
        <w:rPr>
          <w:color w:val="666666"/>
          <w:sz w:val="18"/>
        </w:rPr>
        <w:t>Warnings of Doomsday February 4, 2007 · 23s · at 33:20 · https://youtu.be/VT0BnPl_-zc?t=2000</w:t>
      </w:r>
    </w:p>
    <w:p>
      <w:r>
        <w:rPr>
          <w:i/>
        </w:rPr>
        <w:t>“Aur kya nishani hogi ke zero-defect world ko insaan ne bana diya?”</w:t>
      </w:r>
    </w:p>
    <w:p>
      <w:r>
        <w:rPr>
          <w:sz w:val="20"/>
        </w:rPr>
        <w:t>33:20  yani qayamat ke ke qareeb aanay ki nishaniyan. aur kya, aur kya hogi nishani?</w:t>
      </w:r>
      <w:r>
        <w:br/>
      </w:r>
      <w:r>
        <w:rPr>
          <w:sz w:val="20"/>
        </w:rPr>
        <w:t>33:30  aur kya nishani hogi ke zero defect world ko insan ne bana diya? sara is mein har taraf defect hai, defect hai, defect hai.</w:t>
      </w:r>
    </w:p>
    <w:p>
      <w:pPr>
        <w:pStyle w:val="Heading2"/>
      </w:pPr>
      <w:r>
        <w:t>Meaning of oppression in hadith qudsi</w:t>
      </w:r>
    </w:p>
    <w:p>
      <w:r>
        <w:rPr>
          <w:color w:val="666666"/>
          <w:sz w:val="18"/>
        </w:rPr>
        <w:t>Positive Thinking 7 May 2014 - Maulana Wahiduddin Khan · 23s · at 3:02 · https://youtu.be/D6zupEZ6LLw?t=182</w:t>
      </w:r>
    </w:p>
    <w:p>
      <w:r>
        <w:rPr>
          <w:i/>
        </w:rPr>
        <w:t>“Zulm ke lafz se ek baat is mein batayi gayi hai”</w:t>
      </w:r>
    </w:p>
    <w:p>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History moves towards Islam</w:t>
      </w:r>
    </w:p>
    <w:p>
      <w:r>
        <w:rPr>
          <w:color w:val="666666"/>
          <w:sz w:val="18"/>
        </w:rPr>
        <w:t>Non Complaining Attitude Feb 23, 2019 · 27s · at 17:33 · https://youtu.be/W_UN5PdpeR8?t=1053</w:t>
      </w:r>
    </w:p>
    <w:p>
      <w:r>
        <w:rPr>
          <w:i/>
        </w:rPr>
        <w:t>“History ka safar Islam ki taraf ja raha hai.”</w:t>
      </w:r>
    </w:p>
    <w:p>
      <w:r>
        <w:rPr>
          <w:sz w:val="20"/>
        </w:rPr>
        <w:t>17:33  seventh century AD mein rasool Allah ne farmaya tha jo yeh baatein, is ka matlab kya tha ke history ka jo safar hai, woh</w:t>
      </w:r>
      <w:r>
        <w:br/>
      </w:r>
      <w:r>
        <w:rPr>
          <w:sz w:val="20"/>
        </w:rPr>
        <w:t>17:49  Islam ki taraf ja raha hai. history ka safar jo hai, woh Islam ki taraf ja raha hai.</w:t>
      </w:r>
    </w:p>
    <w:p>
      <w:pPr>
        <w:pStyle w:val="Heading2"/>
      </w:pPr>
      <w:r>
        <w:t>Intellect is the greatest gift</w:t>
      </w:r>
    </w:p>
    <w:p>
      <w:r>
        <w:rPr>
          <w:color w:val="666666"/>
          <w:sz w:val="18"/>
        </w:rPr>
        <w:t>Reason And Islam April 21, 2014 Maulana Wahiduddin Khan · 48s · at 1:35 · https://youtu.be/xNSJWgVAn9U?t=95</w:t>
      </w:r>
    </w:p>
    <w:p>
      <w:r>
        <w:rPr>
          <w:i/>
        </w:rPr>
        <w:t>“بسم اللہ الرحمن الرحیم”</w:t>
      </w:r>
    </w:p>
    <w:p>
      <w:r>
        <w:rPr>
          <w:sz w:val="20"/>
        </w:rPr>
        <w:t>1:35  bismillah rahman rahim.</w:t>
      </w:r>
      <w:r>
        <w:br/>
      </w:r>
      <w:r>
        <w:rPr>
          <w:sz w:val="20"/>
        </w:rPr>
        <w:t>1:42  yeh hadith aql ke bare mein hai, yani mind ke bare mein.</w:t>
      </w:r>
      <w:r>
        <w:br/>
      </w:r>
      <w:r>
        <w:rPr>
          <w:sz w:val="20"/>
        </w:rPr>
        <w:t>1:49  aql</w:t>
      </w:r>
      <w:r>
        <w:br/>
      </w:r>
      <w:r>
        <w:rPr>
          <w:sz w:val="20"/>
        </w:rPr>
        <w:t>1:53  aur hadithon se main aur hadithon mein yeh baat aayi hai ke insaan ko jo kuch diya gaya hai us mein aql sab se bari cheez hai.</w:t>
      </w:r>
    </w:p>
    <w:p>
      <w:pPr>
        <w:pStyle w:val="Heading2"/>
      </w:pPr>
      <w:r>
        <w:t>Difference between pro-Islam ideology and pro-Muslim nationalism</w:t>
      </w:r>
    </w:p>
    <w:p>
      <w:r>
        <w:rPr>
          <w:color w:val="666666"/>
          <w:sz w:val="18"/>
        </w:rPr>
        <w:t>Islam in A New Age March 18, 2012 · 1m 08s · at 1:13:38 · https://youtu.be/P5hzq_NheY0?t=4418</w:t>
      </w:r>
    </w:p>
    <w:p>
      <w:r>
        <w:rPr>
          <w:i/>
        </w:rPr>
        <w:t>“Pro-Muslim qaumi hai, Islam khalis ek ideology hai”</w:t>
      </w:r>
    </w:p>
    <w:p>
      <w:r>
        <w:rPr>
          <w:sz w:val="20"/>
        </w:rPr>
        <w:t>1:13:38  Maulana, agla sawal hai Tamil Nadu se Maulana Iqbal Umri sahib ka. unhone aapse poocha hai What is the difference between pro-Islam and pro</w:t>
      </w:r>
      <w:r>
        <w:br/>
      </w:r>
      <w:r>
        <w:rPr>
          <w:sz w:val="20"/>
        </w:rPr>
        <w:t>1:13:48  -Muslim? pro-Muslim hota hai woh qaumi, yaani logon ke andar jo hai mizaj qaumi mizaj hai. qaumi mizaj hai.</w:t>
      </w:r>
      <w:r>
        <w:br/>
      </w:r>
      <w:r>
        <w:rPr>
          <w:sz w:val="20"/>
        </w:rPr>
        <w:t>1:13:58  Islam ek bilkul ek ideology hai, pure ideology. toh pure Islam ka matlab yeh hai ke aap khalis ek divine ideology ko le kar sochein.</w:t>
      </w:r>
      <w:r>
        <w:br/>
      </w:r>
      <w:r>
        <w:rPr>
          <w:sz w:val="20"/>
        </w:rPr>
        <w:t>1:14:09  aur pro-Muslim hai ke ek qaum hai, ek millat hai, us ko le kar sochein aap. toh bilkul do alag alag soch ban</w:t>
      </w:r>
      <w:r>
        <w:br/>
      </w:r>
      <w:r>
        <w:rPr>
          <w:sz w:val="20"/>
        </w:rPr>
        <w:t>1:14:17  jati hai. jaise jaise musalman aam taur par jo campaign mein jeete hain, protest mein jeete hain, nafrat jeete hain, woh kyun? qaumi soch ki wajah se, qaumi mizaj ki wajah se.</w:t>
      </w:r>
      <w:r>
        <w:br/>
      </w:r>
      <w:r>
        <w:rPr>
          <w:sz w:val="20"/>
        </w:rPr>
        <w:t>1:14:27  agar aap ke andar, yaani khalis Islami mizaj ho, toh phir nafrat ki aur negativity ki koi gunjaish hi is mein nahi hoti.</w:t>
      </w:r>
      <w:r>
        <w:br/>
      </w:r>
      <w:r>
        <w:rPr>
          <w:sz w:val="20"/>
        </w:rPr>
        <w:t>1:14:38  dono bilkul do alag alag woh hain. Islami zehan se sochna aur Muslim zehan se sochna, dono bilkul alag al</w:t>
      </w:r>
    </w:p>
    <w:p>
      <w:pPr>
        <w:pStyle w:val="Heading2"/>
      </w:pPr>
      <w:r>
        <w:t>Universe is a zero-defect industry</w:t>
      </w:r>
    </w:p>
    <w:p>
      <w:r>
        <w:rPr>
          <w:color w:val="666666"/>
          <w:sz w:val="18"/>
        </w:rPr>
        <w:t>Warnings of Doomsday February 4, 2007 · 22s · at 30:05 · https://youtu.be/VT0BnPl_-zc?t=1805</w:t>
      </w:r>
    </w:p>
    <w:p>
      <w:r>
        <w:rPr>
          <w:i/>
        </w:rPr>
        <w:t>“Yeh duniya, billion billion saal se, zero-defect industry chal rahi thi”</w:t>
      </w:r>
    </w:p>
    <w:p>
      <w:r>
        <w:rPr>
          <w:sz w:val="20"/>
        </w:rPr>
        <w:t>30:05  aise million cheezein hain. to industrial activities hain is duniya mein, lekin zero defect industry thi yeh.</w:t>
      </w:r>
      <w:r>
        <w:br/>
      </w:r>
      <w:r>
        <w:rPr>
          <w:sz w:val="20"/>
        </w:rPr>
        <w:t>30:15  yeh duniya, yani billion billion saal se, yeh aik zero defect industry ke tor par chal rahi thi. yeh yeh universe kaisi ajeeb baat hai!</w:t>
      </w:r>
    </w:p>
    <w:p>
      <w:pPr>
        <w:pStyle w:val="Heading2"/>
      </w:pPr>
      <w:r>
        <w:t>Hudaybiyyah: accept all conditions for peace</w:t>
      </w:r>
    </w:p>
    <w:p>
      <w:r>
        <w:rPr>
          <w:color w:val="666666"/>
          <w:sz w:val="18"/>
        </w:rPr>
        <w:t>The Issues of Islam in the Present World 11 Nov, 2012 - Maulana Wahiduddin Khan · 26s · at 4:48 · https://youtu.be/_2hQa846Qzc?t=288</w:t>
      </w:r>
    </w:p>
    <w:p>
      <w:r>
        <w:rPr>
          <w:i/>
        </w:rPr>
        <w:t>“Jo kaho manzoor, jo kaho manzoor. Bus peace hum chahte hain.”</w:t>
      </w:r>
    </w:p>
    <w:p>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p>
    <w:p>
      <w:pPr>
        <w:pStyle w:val="Heading2"/>
      </w:pPr>
      <w:r>
        <w:t>Da'wah is a grave responsibility</w:t>
      </w:r>
    </w:p>
    <w:p>
      <w:r>
        <w:rPr>
          <w:color w:val="666666"/>
          <w:sz w:val="18"/>
        </w:rPr>
        <w:t>CPS Women Article Discussion 14 January 8, 2023 · 22s · at 1:00 · https://youtu.be/XVluFGBfxcI?t=60</w:t>
      </w:r>
    </w:p>
    <w:p>
      <w:r>
        <w:rPr>
          <w:i/>
        </w:rPr>
        <w:t>“दावत एक संगीन ज़िम्मेदारी. इस्लाम की एक खदीज पड़ोसी के”</w:t>
      </w:r>
    </w:p>
    <w:p>
      <w:r>
        <w:rPr>
          <w:sz w:val="20"/>
        </w:rPr>
        <w:t>1:00  daawat ek sangeen zimmedari. islam ki ek khadij padosi ke bare mein in alfaaz mein aayi hai. yaani kitney hi padosi hain jo apne padosi ko pakdey hue honge qayamat ke din.</w:t>
      </w:r>
      <w:r>
        <w:br/>
      </w:r>
      <w:r>
        <w:rPr>
          <w:sz w:val="20"/>
        </w:rPr>
        <w:t>1:22  woh kahenge ke aye mere rab, isne apna darwaza mere liye band rakha aur apni bhalai ko mujhse rok diya. al adab ul mufrat lil mukhari, hadith number ek sau gyarah. yahan maroof ka lafz deeni hidayat ke maaney mein aaya hai.</w:t>
      </w:r>
    </w:p>
    <w:p>
      <w:pPr>
        <w:pStyle w:val="Heading2"/>
      </w:pPr>
      <w:r>
        <w:t>Hadith's good news and responsibility</w:t>
      </w:r>
    </w:p>
    <w:p>
      <w:r>
        <w:rPr>
          <w:color w:val="666666"/>
          <w:sz w:val="18"/>
        </w:rPr>
        <w:t>Hadith-e-Qudsi April 24, 2014 Maulana Wahiduddin Khan · 37s · at 25:34 · https://youtu.be/DXaqyk0uct0?t=1534</w:t>
      </w:r>
    </w:p>
    <w:p>
      <w:r>
        <w:rPr>
          <w:i/>
        </w:rPr>
        <w:t>“This hadith is good news, but also a responsibility.”</w:t>
      </w:r>
    </w:p>
    <w:p>
      <w:r>
        <w:rPr>
          <w:sz w:val="20"/>
        </w:rPr>
        <w:t>25:34  to yeh hadees ek taraf khushkhabri hai, good tairing hai, saath saath is mein responsibility bhi batai gayi hai, zimmedari bhi batai gayi hai ke pehle aap bano,</w:t>
      </w:r>
      <w:r>
        <w:br/>
      </w:r>
      <w:r>
        <w:rPr>
          <w:sz w:val="20"/>
        </w:rPr>
        <w:t>25:50  sab se pehle tum apne aap ko abd ke maqam par pahunchao, us ke baad tumhare liye</w:t>
      </w:r>
      <w:r>
        <w:br/>
      </w:r>
      <w:r>
        <w:rPr>
          <w:sz w:val="20"/>
        </w:rPr>
        <w:t>25:58  yeh basharat tumhare par apply hogi.</w:t>
      </w:r>
    </w:p>
    <w:p>
      <w:pPr>
        <w:pStyle w:val="Heading2"/>
      </w:pPr>
      <w:r>
        <w:t>Tiger analogy for God's discovery</w:t>
      </w:r>
    </w:p>
    <w:p>
      <w:r>
        <w:rPr>
          <w:color w:val="666666"/>
          <w:sz w:val="18"/>
        </w:rPr>
        <w:t>Hadith-e-Qudsi April 24, 2014 Maulana Wahiduddin Khan · 57s · at 6:10 · https://youtu.be/DXaqyk0uct0?t=370</w:t>
      </w:r>
    </w:p>
    <w:p>
      <w:r>
        <w:rPr>
          <w:i/>
        </w:rPr>
        <w:t>“In British times, there was a tiger hunter named Jim Corbett.”</w:t>
      </w:r>
    </w:p>
    <w:p>
      <w:r>
        <w:rPr>
          <w:sz w:val="20"/>
        </w:rPr>
        <w:t>6:10  ek tha British period mein ek woh hunter kaha jata tha, yaani sher ka shikar karne wala, Jim Corbett.</w:t>
      </w:r>
      <w:r>
        <w:br/>
      </w:r>
      <w:r>
        <w:rPr>
          <w:sz w:val="20"/>
        </w:rPr>
        <w:t>6:24  uski kitaab hai, us mein apne tajrubaat likhe hain.</w:t>
      </w:r>
      <w:r>
        <w:br/>
      </w:r>
      <w:r>
        <w:rPr>
          <w:sz w:val="20"/>
        </w:rPr>
        <w:t>6:30  to woh kehta hai ke agar aap jungle mein chal rahe hain aur aap notice karte hain ke paas ki jhaari mein ek sher khara hua hai,</w:t>
      </w:r>
      <w:r>
        <w:br/>
      </w:r>
      <w:r>
        <w:rPr>
          <w:sz w:val="20"/>
        </w:rPr>
        <w:t>6:43  chand gaz, chand meter ke faaslay par</w:t>
      </w:r>
      <w:r>
        <w:br/>
      </w:r>
      <w:r>
        <w:rPr>
          <w:sz w:val="20"/>
        </w:rPr>
        <w:t>6:48  , to aap ke jism mein</w:t>
      </w:r>
      <w:r>
        <w:br/>
      </w:r>
      <w:r>
        <w:rPr>
          <w:sz w:val="20"/>
        </w:rPr>
        <w:t>6:53  blood circulation, blood asar badh jata hai. Yaani khoon ki gardish, khoon ka toofan badh jati hai. To aap ghor kijiye ke jis aadmi ko sher ki daryaft hui, uska yeh haal ho gaya.</w:t>
      </w:r>
    </w:p>
    <w:p>
      <w:pPr>
        <w:pStyle w:val="Heading2"/>
      </w:pPr>
      <w:r>
        <w:t>Orientalist praises Muslim narrator-vetting science</w:t>
      </w:r>
    </w:p>
    <w:p>
      <w:r>
        <w:rPr>
          <w:color w:val="666666"/>
          <w:sz w:val="18"/>
        </w:rPr>
        <w:t>Understanding The Importance of Hadith November 20, 2022 · 35s · at 25:54 · https://youtu.be/xwY_Qsz4HSQ?t=1554</w:t>
      </w:r>
    </w:p>
    <w:p>
      <w:r>
        <w:rPr>
          <w:i/>
        </w:rPr>
        <w:t>“No nation ever invented a science like Asma ur-Rijal”</w:t>
      </w:r>
    </w:p>
    <w:p>
      <w:r>
        <w:rPr>
          <w:sz w:val="20"/>
        </w:rPr>
        <w:t>25:54  to iske liye ek ek orientalist hain, doctor springer, unhon ne kaha ke koi qaum duniya mein aisi nahi guzri jisne musalmanon ki tarah asma-ur-rijal ka azeem-ush-shaan fann ijad kiya ho.</w:t>
      </w:r>
      <w:r>
        <w:br/>
      </w:r>
      <w:r>
        <w:rPr>
          <w:sz w:val="20"/>
        </w:rPr>
        <w:t>26:11  matlab aap sochiye ke woh arab jin ko siwaye likhna parhna ke aur kuch nahi aata tha, to islam ne inko kitna zabardast hero bana diya ke unhon ne paanch lakh logon ka poori detailed biography, biodata tayar kar diya.</w:t>
      </w:r>
    </w:p>
    <w:p>
      <w:pPr>
        <w:pStyle w:val="Heading2"/>
      </w:pPr>
      <w:r>
        <w:t>arrogance closes the mind, modesty opens it</w:t>
      </w:r>
    </w:p>
    <w:p>
      <w:r>
        <w:rPr>
          <w:color w:val="666666"/>
          <w:sz w:val="18"/>
        </w:rPr>
        <w:t>Modesty and Arrogance January 31, 2008 · 29s · at 32:06 · https://youtu.be/8EHBmsIAF_Q?t=1926</w:t>
      </w:r>
    </w:p>
    <w:p>
      <w:r>
        <w:rPr>
          <w:i/>
        </w:rPr>
        <w:t>“Arrogance closes the windows of the mind, modesty opens them”</w:t>
      </w:r>
    </w:p>
    <w:p>
      <w:r>
        <w:rPr>
          <w:sz w:val="20"/>
        </w:rPr>
        <w:t>32:06  jab aap ke andar modesty ho. modesty nahin hogi to aap ka to door close rahega. aap ke mind ki khidkiyan band rahengi.</w:t>
      </w:r>
      <w:r>
        <w:br/>
      </w:r>
      <w:r>
        <w:rPr>
          <w:sz w:val="20"/>
        </w:rPr>
        <w:t>32:19  to arrogance mind ki khidkiyon ko band karta hai aur modesty mind ki khidkiyon ko khol deti hai. yeh hai sara maamla.</w:t>
      </w:r>
    </w:p>
    <w:p>
      <w:pPr>
        <w:pStyle w:val="Heading2"/>
      </w:pPr>
      <w:r>
        <w:t>Blessings ignored for violence and hate</w:t>
      </w:r>
    </w:p>
    <w:p>
      <w:r>
        <w:rPr>
          <w:color w:val="666666"/>
          <w:sz w:val="18"/>
        </w:rPr>
        <w:t>Living in the 21st Century I 17th February 2013 - Maulana Wahiduddin Khan · 31s · at 41:04 · https://youtu.be/ccUhM8fLtpU?t=2464</w:t>
      </w:r>
    </w:p>
    <w:p>
      <w:r>
        <w:rPr>
          <w:i/>
        </w:rPr>
        <w:t>“یہ تو ایسے ہی ہے جیسے کہ کسی کو بہترین اس کے فریج میں”</w:t>
      </w:r>
    </w:p>
    <w:p>
      <w:r>
        <w:rPr>
          <w:sz w:val="20"/>
        </w:rPr>
        <w:t>41:04  yeh to aise hi hai jaise ke kisi ko behtareen is ke fridge mein behtareen khaane maujood hon, woh ja ke lakri chabaye woh.</w:t>
      </w:r>
      <w:r>
        <w:br/>
      </w:r>
      <w:r>
        <w:rPr>
          <w:sz w:val="20"/>
        </w:rPr>
        <w:t>41:15  yaani aap ke ghar mein fridge mein saare achhe khaane bhare hue hain, aap ja ke lakri chaba rahe hain, pathar chaba rahe hain. Aise hi ho gaya yeh?</w:t>
      </w:r>
      <w:r>
        <w:br/>
      </w:r>
      <w:r>
        <w:rPr>
          <w:sz w:val="20"/>
        </w:rPr>
        <w:t>41:26  ke mauqe to khol diya Allah Ta'ala ne aap ke liye ke aap hundred percent positive ban kar rahen. Aur aap kya kar rahe hain?</w:t>
      </w:r>
    </w:p>
    <w:p>
      <w:pPr>
        <w:pStyle w:val="Heading2"/>
      </w:pPr>
      <w:r>
        <w:t>Poetic couplet: without water everything is nothing</w:t>
      </w:r>
    </w:p>
    <w:p>
      <w:r>
        <w:rPr>
          <w:color w:val="666666"/>
          <w:sz w:val="18"/>
        </w:rPr>
        <w:t>Dajjal and Dajjalism July 26, 2009 · 36s · at 29:15 · https://youtu.be/CxQTfG01O_s?t=1755</w:t>
      </w:r>
    </w:p>
    <w:p>
      <w:r>
        <w:rPr>
          <w:i/>
        </w:rPr>
        <w:t>“Rahim Khan Khan ne kaha tha: Rahman paani rakhiyo.”</w:t>
      </w:r>
    </w:p>
    <w:p>
      <w:r>
        <w:rPr>
          <w:sz w:val="20"/>
        </w:rPr>
        <w:t>29:15  paae nahin to life nahin. sab log jaante hain ye paani par life depend karti hai paani ke uppar.</w:t>
      </w:r>
      <w:r>
        <w:br/>
      </w:r>
      <w:r>
        <w:rPr>
          <w:sz w:val="20"/>
        </w:rPr>
        <w:t>29:25  chahe plant hon, animal hon ya insaan hon, paani par depend karte hain. paae nahin to sab khatam. Rahim Khan Khan ne bohat sahih kaha tha ke "Rehmann paani rakhiyo,</w:t>
      </w:r>
      <w:r>
        <w:br/>
      </w:r>
      <w:r>
        <w:rPr>
          <w:sz w:val="20"/>
        </w:rPr>
        <w:t>29:40  bin paani sab soon."</w:t>
      </w:r>
      <w:r>
        <w:br/>
      </w:r>
      <w:r>
        <w:rPr>
          <w:sz w:val="20"/>
        </w:rPr>
        <w:t>29:46  Rehmann paani rakhiyo, bin paani sab soon.</w:t>
      </w:r>
    </w:p>
    <w:p>
      <w:pPr>
        <w:pStyle w:val="Heading2"/>
      </w:pPr>
      <w:r>
        <w:t>From war to peace - planning at Hudaybiyyah</w:t>
      </w:r>
    </w:p>
    <w:p>
      <w:r>
        <w:rPr>
          <w:color w:val="666666"/>
          <w:sz w:val="18"/>
        </w:rPr>
        <w:t>The Issues of Islam in the Present World 11 Nov, 2012 - Maulana Wahiduddin Khan · 23s · at 3:28 · https://youtu.be/_2hQa846Qzc?t=208</w:t>
      </w:r>
    </w:p>
    <w:p>
      <w:r>
        <w:rPr>
          <w:i/>
        </w:rPr>
        <w:t>“War ke bajaye peace par mabni planning. Woh thi Hudaybiyah.”</w:t>
      </w:r>
    </w:p>
    <w:p>
      <w:r>
        <w:rPr>
          <w:sz w:val="20"/>
        </w:rPr>
        <w:t>3:28  war ke bajaye peace par mabni planning. woh thi hudaybiyah. bohat hi zyada sochne ki baat hai ke makki daur se le kar madani taur tak bar bar takrao hota raha, chhote baday.</w:t>
      </w:r>
    </w:p>
    <w:p>
      <w:pPr>
        <w:pStyle w:val="Heading2"/>
      </w:pPr>
      <w:r>
        <w:t>VIP airport anger vs Maulana's own humility</w:t>
      </w:r>
    </w:p>
    <w:p>
      <w:r>
        <w:rPr>
          <w:color w:val="666666"/>
          <w:sz w:val="18"/>
        </w:rPr>
        <w:t>God's Protection November 28, 2013 · 31s · at 17:07 · https://youtu.be/QgqXbChsr5c?t=1027</w:t>
      </w:r>
    </w:p>
    <w:p>
      <w:r>
        <w:rPr>
          <w:i/>
        </w:rPr>
        <w:t>“Hamare VIP sahiban ka joota utarwaya gaya America mein”</w:t>
      </w:r>
    </w:p>
    <w:p>
      <w:r>
        <w:rPr>
          <w:sz w:val="20"/>
        </w:rPr>
        <w:t>17:07  ab woh akhbaron mein chapa, bara ghussa ke dekho hamare falan sahib ka unhone joota utar kar check kiya.</w:t>
      </w:r>
      <w:r>
        <w:br/>
      </w:r>
      <w:r>
        <w:rPr>
          <w:sz w:val="20"/>
        </w:rPr>
        <w:t>17:18  mein pichle thore dino mein do baar America gaya hoon, mera bhi joota utara kiya gaya.</w:t>
      </w:r>
      <w:r>
        <w:br/>
      </w:r>
      <w:r>
        <w:rPr>
          <w:sz w:val="20"/>
        </w:rPr>
        <w:t>17:27  woh to sirf is ne dekha mere joote ki tarah to mein ne jaldi utar diya. khud hi utar diya. to woh thank you, thank you kehne laga.</w:t>
      </w:r>
    </w:p>
    <w:p>
      <w:pPr>
        <w:pStyle w:val="Heading2"/>
      </w:pPr>
      <w:r>
        <w:t>Hadith forced into sectarian molds</w:t>
      </w:r>
    </w:p>
    <w:p>
      <w:r>
        <w:rPr>
          <w:color w:val="666666"/>
          <w:sz w:val="18"/>
        </w:rPr>
        <w:t>Wisdom of Hadith February 23, 2014 · 26s · at 6:27 · https://youtu.be/8GZmhBU-LwE?t=387</w:t>
      </w:r>
    </w:p>
    <w:p>
      <w:r>
        <w:rPr>
          <w:i/>
        </w:rPr>
        <w:t>“Un ko bara ta'ajjub hua”</w:t>
      </w:r>
    </w:p>
    <w:p>
      <w:r>
        <w:rPr>
          <w:sz w:val="20"/>
        </w:rPr>
        <w:t>6:27  un ko bara taajjub hua. unhon ne apne aik tabsaray mein kaha tha "halil al-hadith hanfiyun". kya hadith bhi hanfi hai?</w:t>
      </w:r>
      <w:r>
        <w:br/>
      </w:r>
      <w:r>
        <w:rPr>
          <w:sz w:val="20"/>
        </w:rPr>
        <w:t>6:39  to yeh sab ka maslak hai. "halil al-hadith hanfiyun" "halil al-hadith salafiyun" "halil al-hadith shafi'iyun" yani sab ne hadith ko ghuma phira kar apne maslak mein dhal rakha hai.</w:t>
      </w:r>
      <w:r>
        <w:br/>
      </w:r>
      <w:r>
        <w:rPr>
          <w:sz w:val="20"/>
        </w:rPr>
        <w:t>6:54  is se firqay paida hue. juz'iyati bahasain paida huin. to hadith ki asal jo ahmiyat hai wohi gum ho gayi.</w:t>
      </w:r>
    </w:p>
    <w:p>
      <w:pPr>
        <w:pStyle w:val="Heading2"/>
      </w:pPr>
      <w:r>
        <w:t>Islam changed course of human history</w:t>
      </w:r>
    </w:p>
    <w:p>
      <w:r>
        <w:rPr>
          <w:color w:val="666666"/>
          <w:sz w:val="18"/>
        </w:rPr>
        <w:t>Three Periods of History May 17, 2009 Maulana Wahiduddin Khan · 38s · at 23:26 · https://youtu.be/iNS-3Yo58Gk?t=1406</w:t>
      </w:r>
    </w:p>
    <w:p>
      <w:r>
        <w:rPr>
          <w:i/>
        </w:rPr>
        <w:t>“Islam change the course of human history”</w:t>
      </w:r>
    </w:p>
    <w:p>
      <w:r>
        <w:rPr>
          <w:sz w:val="20"/>
        </w:rPr>
        <w:t>23:26  aur main ne apni kitabon mein kai references diye hain manne ke. misaal ke taur par ek historian ne kaha hai ke Islam change the course of human history,</w:t>
      </w:r>
      <w:r>
        <w:br/>
      </w:r>
      <w:r>
        <w:rPr>
          <w:sz w:val="20"/>
        </w:rPr>
        <w:t>23:41  ek naya zamana wapas aa gaya. zamane ke maani kya hain? shirk par base karta tha jo culture, woh hata diya gaya, aur tauheed par jo culture base karta tha, woh aaya.</w:t>
      </w:r>
      <w:r>
        <w:br/>
      </w:r>
      <w:r>
        <w:rPr>
          <w:sz w:val="20"/>
        </w:rPr>
        <w:t>23:55  to kya hua? woh obstacle khatam ho gaya, mental block khatam ho gaya, aur phir log explore karne lage</w:t>
      </w:r>
    </w:p>
    <w:p>
      <w:pPr>
        <w:pStyle w:val="Heading2"/>
      </w:pPr>
      <w:r>
        <w:t>Key word is for God's sake in hadith</w:t>
      </w:r>
    </w:p>
    <w:p>
      <w:r>
        <w:rPr>
          <w:color w:val="666666"/>
          <w:sz w:val="18"/>
        </w:rPr>
        <w:t>Tayeed e Deen | July 13, 2014 · 1m 00s · at 6:23 · https://youtu.be/n94xyIC-RE0?t=383</w:t>
      </w:r>
    </w:p>
    <w:p>
      <w:r>
        <w:rPr>
          <w:i/>
        </w:rPr>
        <w:t>“The crucial word is not fasting.”</w:t>
      </w:r>
    </w:p>
    <w:p>
      <w:r>
        <w:rPr>
          <w:sz w:val="20"/>
        </w:rPr>
        <w:t xml:space="preserve">6:23  </w:t>
      </w:r>
      <w:r>
        <w:br/>
      </w:r>
      <w:r>
        <w:rPr>
          <w:sz w:val="20"/>
        </w:rPr>
        <w:t>6:26  yani li ajli Allah.</w:t>
      </w:r>
      <w:r>
        <w:br/>
      </w:r>
      <w:r>
        <w:rPr>
          <w:sz w:val="20"/>
        </w:rPr>
        <w:t>6:30  crucial word sawm nahin hai.</w:t>
      </w:r>
      <w:r>
        <w:br/>
      </w:r>
      <w:r>
        <w:rPr>
          <w:sz w:val="20"/>
        </w:rPr>
        <w:t>6:33  is hadith mein jo crucial word hai, woh sawm nahin hai.</w:t>
      </w:r>
      <w:r>
        <w:br/>
      </w:r>
      <w:r>
        <w:rPr>
          <w:sz w:val="20"/>
        </w:rPr>
        <w:t>6:36  woh li ajli Allah hai.</w:t>
      </w:r>
      <w:r>
        <w:br/>
      </w:r>
      <w:r>
        <w:rPr>
          <w:sz w:val="20"/>
        </w:rPr>
        <w:t>6:40  is ka matlab hai ke jo kaam bhi sirf li ajli Allah ho, yani for the sake of God.</w:t>
      </w:r>
      <w:r>
        <w:br/>
      </w:r>
      <w:r>
        <w:rPr>
          <w:sz w:val="20"/>
        </w:rPr>
        <w:t>6:43  li ajli Allah ka matlab hai for the sake of God.</w:t>
      </w:r>
      <w:r>
        <w:br/>
      </w:r>
      <w:r>
        <w:rPr>
          <w:sz w:val="20"/>
        </w:rPr>
        <w:t>6:47  yani purely for the sake of God jo kaam ho.</w:t>
      </w:r>
      <w:r>
        <w:br/>
      </w:r>
      <w:r>
        <w:rPr>
          <w:sz w:val="20"/>
        </w:rPr>
        <w:t>6:50  to is sab ke liye yeh hadith</w:t>
      </w:r>
      <w:r>
        <w:br/>
      </w:r>
      <w:r>
        <w:rPr>
          <w:sz w:val="20"/>
        </w:rPr>
        <w:t>6:53  is par apply hogi.</w:t>
      </w:r>
      <w:r>
        <w:br/>
      </w:r>
      <w:r>
        <w:rPr>
          <w:sz w:val="20"/>
        </w:rPr>
        <w:t>6:58  to kal jo main ne dekha wahan, to meri samajh mein aayi ke li ajli Allah jo hai for</w:t>
      </w:r>
      <w:r>
        <w:br/>
      </w:r>
      <w:r>
        <w:rPr>
          <w:sz w:val="20"/>
        </w:rPr>
        <w:t>7:03  the sake of God, woh bohat hi bohat hi comprehensive word hai.</w:t>
      </w:r>
      <w:r>
        <w:br/>
      </w:r>
      <w:r>
        <w:rPr>
          <w:sz w:val="20"/>
        </w:rPr>
        <w:t>7:08  aur har us kaam par woh chaspana hoga jo waqeatan sirf Allah ke liye, sirf Allah ke liye,</w:t>
      </w:r>
      <w:r>
        <w:br/>
      </w:r>
      <w:r>
        <w:rPr>
          <w:sz w:val="20"/>
        </w:rPr>
        <w:t>7:13  sirf Allah ke liye ho.</w:t>
      </w:r>
      <w:r>
        <w:br/>
      </w:r>
      <w:r>
        <w:rPr>
          <w:sz w:val="20"/>
        </w:rPr>
        <w:t>7:18  koi material interest nahin, koi shohrat nahin</w:t>
      </w:r>
    </w:p>
    <w:p>
      <w:pPr>
        <w:pStyle w:val="Heading2"/>
      </w:pPr>
      <w:r>
        <w:t>Prophet's gentle humor with an old woman</w:t>
      </w:r>
    </w:p>
    <w:p>
      <w:r>
        <w:rPr>
          <w:color w:val="666666"/>
          <w:sz w:val="18"/>
        </w:rPr>
        <w:t>Understanding The Importance of Hadith November 20, 2022 · 41s · at 7:44 · https://youtu.be/xwY_Qsz4HSQ?t=464</w:t>
      </w:r>
    </w:p>
    <w:p>
      <w:r>
        <w:rPr>
          <w:i/>
        </w:rPr>
        <w:t>“Ek burhiya aap ke paas aayi, aapne kaha buddhiya jannat mein nahi jayengi”</w:t>
      </w:r>
    </w:p>
    <w:p>
      <w:r>
        <w:rPr>
          <w:sz w:val="20"/>
        </w:rPr>
        <w:t>7:44  to rasool Allah salallahu alaihi wasallam ke paas yeh baat jab pahunchi to rasool Allah salallahu alaihi wasallam ka heumor bohat hi refined tha. ek baar ek boodhi aurat aapke paas aayi to aapne kaha: "ab boodhiya jannat mein nahin jayengi."</w:t>
      </w:r>
      <w:r>
        <w:br/>
      </w:r>
      <w:r>
        <w:rPr>
          <w:sz w:val="20"/>
        </w:rPr>
        <w:t>8:00  woh lagirone to aapne kaha: "jannat mein jayengi toh jawano ke jaayengi, boodhiya nahin jayengi." tab woh hasne lagi. ji to yeh jab rasool Allah salallahu alaihi wasallam ko pata chala yeh do dhaage wali baat to aapne kaha ke yeh heumor tha ke tumhara takiya bada lamba choda hai jismein raat aur din dono sama jaate hain.</w:t>
      </w:r>
    </w:p>
    <w:p>
      <w:pPr>
        <w:pStyle w:val="Heading2"/>
      </w:pPr>
      <w:r>
        <w:t>Translation: Fasting is for Allah alone</w:t>
      </w:r>
    </w:p>
    <w:p>
      <w:r>
        <w:rPr>
          <w:color w:val="666666"/>
          <w:sz w:val="18"/>
        </w:rPr>
        <w:t>Unlimited Rewards for Devotion to Divine Mission June 8, 2019 - Maulana Wahiduddin Khan · 23s · at 1:02 · https://youtu.be/yA3G5LXomtw?t=62</w:t>
      </w:r>
    </w:p>
    <w:p>
      <w:r>
        <w:rPr>
          <w:i/>
        </w:rPr>
        <w:t>“Abu Huraira radiyallahu anhu se riwayat hai”</w:t>
      </w:r>
    </w:p>
    <w:p>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p>
    <w:p>
      <w:pPr>
        <w:pStyle w:val="Heading2"/>
      </w:pPr>
      <w:r>
        <w:t>Every human is pure-hearted until conditioning changes them</w:t>
      </w:r>
    </w:p>
    <w:p>
      <w:r>
        <w:rPr>
          <w:color w:val="666666"/>
          <w:sz w:val="18"/>
        </w:rPr>
        <w:t>Journey to a Mediterranean Island November 23, 2008 · 37s · at 1:19:20 · https://youtu.be/uoOiuhWeSIQ?t=4760</w:t>
      </w:r>
    </w:p>
    <w:p>
      <w:r>
        <w:rPr>
          <w:i/>
        </w:rPr>
        <w:t>“میں ابھی ایک گانا آتا ہے ریڈیو پر: بچے من کے سچے”</w:t>
      </w:r>
    </w:p>
    <w:p>
      <w:r>
        <w:rPr>
          <w:sz w:val="20"/>
        </w:rPr>
        <w:t>1:19:20  main abhi ek ek gana aata hai radio par: bachche mann ke sachhe. main bohat pasand hai mujhe wo gana: bachche mann ke sachhe.</w:t>
      </w:r>
      <w:r>
        <w:br/>
      </w:r>
      <w:r>
        <w:rPr>
          <w:sz w:val="20"/>
        </w:rPr>
        <w:t>1:19:29  to maine socha ke yeh bachche ki baat nahi hai, yeh insan ki baat hai. har insan mann ka sachha hota hai, magar conditioning ki wajah se wo badal jata hai.</w:t>
      </w:r>
      <w:r>
        <w:br/>
      </w:r>
      <w:r>
        <w:rPr>
          <w:sz w:val="20"/>
        </w:rPr>
        <w:t>1:19:40  bachche mann ke sachhe jo hai, wo bachche ko keh rahe hain ke mann ke sachhe hote hain. bade bhi mann ke sachhe hain apni nature ke etbaar se</w:t>
      </w:r>
      <w:r>
        <w:br/>
      </w:r>
      <w:r>
        <w:rPr>
          <w:sz w:val="20"/>
        </w:rPr>
        <w:t>1:19:49  , lekin conditioning ne un ke un ko kuch se kuch bana diya hai. to hum bhi hamare mission sar pe to deconditioning ka mission hai.</w:t>
      </w:r>
    </w:p>
    <w:p>
      <w:pPr>
        <w:pStyle w:val="Heading2"/>
      </w:pPr>
      <w:r>
        <w:t>Hook to hadith about God descending</w:t>
      </w:r>
    </w:p>
    <w:p>
      <w:r>
        <w:rPr>
          <w:color w:val="666666"/>
          <w:sz w:val="18"/>
        </w:rPr>
        <w:t>Avail Your Morning Time August 23, 2020 Maulana Wahiduddin Khan · 37s · at 0:31 · https://youtu.be/mVs7Y0lavYk?t=31</w:t>
      </w:r>
    </w:p>
    <w:p>
      <w:r>
        <w:rPr>
          <w:i/>
        </w:rPr>
        <w:t>“Aaj bas woh utha to ek hadith mujhe yaad aayi.”</w:t>
      </w:r>
    </w:p>
    <w:p>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p>
    <w:p>
      <w:pPr>
        <w:pStyle w:val="Heading2"/>
      </w:pPr>
      <w:r>
        <w:t>Ruku and sajda symbolize total surrender</w:t>
      </w:r>
    </w:p>
    <w:p>
      <w:r>
        <w:rPr>
          <w:color w:val="666666"/>
          <w:sz w:val="18"/>
        </w:rPr>
        <w:t>God's Protection November 28, 2013 · 46s · at 19:19 · https://youtu.be/QgqXbChsr5c?t=1159</w:t>
      </w:r>
    </w:p>
    <w:p>
      <w:r>
        <w:rPr>
          <w:i/>
        </w:rPr>
        <w:t>“Imam ne kaha Allahu Akbar to aap jhuk gaye”</w:t>
      </w:r>
    </w:p>
    <w:p>
      <w:r>
        <w:rPr>
          <w:sz w:val="20"/>
        </w:rPr>
        <w:t>19:19  arzi dekhiye, aap imam ne kaha Allah o Akbar to aap jhuk gaye, ruku mein jhuk gaye, sajde mein jhuk gaye. yeh kya hai?</w:t>
      </w:r>
      <w:r>
        <w:br/>
      </w:r>
      <w:r>
        <w:rPr>
          <w:sz w:val="20"/>
        </w:rPr>
        <w:t>19:30  log is ko bator form dohrate hain, bator form. bator form dohrate hain. is ka matlab kya hai</w:t>
      </w:r>
      <w:r>
        <w:br/>
      </w:r>
      <w:r>
        <w:rPr>
          <w:sz w:val="20"/>
        </w:rPr>
        <w:t>19:38  ? jahan Allah ka naam aa jaye, wahan sar dar karo. jahan Allah ki baat aa jaye, wahan sar dar karo. jahan Allah ka mamla aa jaye, wahan sar dar karo.</w:t>
      </w:r>
      <w:r>
        <w:br/>
      </w:r>
      <w:r>
        <w:rPr>
          <w:sz w:val="20"/>
        </w:rPr>
        <w:t>19:50  yani Allah o Akbar ki awaz sun kar ke ruku mein jana ya sajde mein jana, yeh ek ek symbolize kar raha hai total surrender ko.</w:t>
      </w:r>
    </w:p>
    <w:p>
      <w:pPr>
        <w:pStyle w:val="Heading2"/>
      </w:pPr>
      <w:r>
        <w:t>Sunnah is not about riding donkeys</w:t>
      </w:r>
    </w:p>
    <w:p>
      <w:r>
        <w:rPr>
          <w:color w:val="666666"/>
          <w:sz w:val="18"/>
        </w:rPr>
        <w:t>God Oriented Life (In Conversation with Maulana) 23 10 11 · 47s · at 30:53 · https://youtu.be/E_LWwsWww2U?t=1853</w:t>
      </w:r>
    </w:p>
    <w:p>
      <w:r>
        <w:rPr>
          <w:i/>
        </w:rPr>
        <w:t>“How did they reach America? On a donkey?”</w:t>
      </w:r>
    </w:p>
    <w:p>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p>
    <w:p>
      <w:pPr>
        <w:pStyle w:val="Heading2"/>
      </w:pPr>
      <w:r>
        <w:t>Don't make sin a habit, always seek forgiveness</w:t>
      </w:r>
    </w:p>
    <w:p>
      <w:r>
        <w:rPr>
          <w:color w:val="666666"/>
          <w:sz w:val="18"/>
        </w:rPr>
        <w:t>CPS Women Monthly Q and A with Prof. Farida Khanam and Maulana Farhad Ahmed Umeri July 30, 2023 · 28s · at 9:02 · https://youtu.be/zKtfjSCnoAE?t=542</w:t>
      </w:r>
    </w:p>
    <w:p>
      <w:r>
        <w:rPr>
          <w:i/>
        </w:rPr>
        <w:t>“Aadat nahi daalna hai, ghalti ho to maafi maangna hai”</w:t>
      </w:r>
    </w:p>
    <w:p>
      <w:r>
        <w:rPr>
          <w:sz w:val="20"/>
        </w:rPr>
        <w:t>9:02  Waqt ka saahab, waqt se explain ho gaya. Jab aadat pad jayegi to phir pakad hogi zaroor. Aadat nahi dalna hai. Jhatke mein agar koi galti ho ja rahi hai to maafi mangna hai. Jazaak Allah, Jazaak Allah Khair Bhai and now the question now comes from Doctor Safeena Tabassum. Assalamualaikum.</w:t>
      </w:r>
      <w:r>
        <w:br/>
      </w:r>
      <w:r>
        <w:rPr>
          <w:sz w:val="20"/>
        </w:rPr>
        <w:t>9:30  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p>
    <w:p>
      <w:pPr>
        <w:pStyle w:val="Heading2"/>
      </w:pPr>
      <w:r>
        <w:t>Opening with Bismillah and date</w:t>
      </w:r>
    </w:p>
    <w:p>
      <w:r>
        <w:rPr>
          <w:color w:val="666666"/>
          <w:sz w:val="18"/>
        </w:rPr>
        <w:t>The Reality of Angels December 01, 2018 · 20s · at 0:13 · https://youtu.be/Tz_yrfnJktA?t=13</w:t>
      </w:r>
    </w:p>
    <w:p>
      <w:r>
        <w:rPr>
          <w:i/>
        </w:rPr>
        <w:t>“Bismillah”</w:t>
      </w:r>
    </w:p>
    <w:p>
      <w:r>
        <w:rPr>
          <w:sz w:val="20"/>
        </w:rPr>
        <w:t>0:13  bismillah rahman rahim.</w:t>
      </w:r>
      <w:r>
        <w:br/>
      </w:r>
      <w:r>
        <w:rPr>
          <w:sz w:val="20"/>
        </w:rPr>
        <w:t>0:20  wasalli allah ala nabiyil karim. yakum december</w:t>
      </w:r>
      <w:r>
        <w:br/>
      </w:r>
      <w:r>
        <w:rPr>
          <w:sz w:val="20"/>
        </w:rPr>
        <w:t>0:27  2018.</w:t>
      </w:r>
    </w:p>
    <w:p>
      <w:pPr>
        <w:pStyle w:val="Heading2"/>
      </w:pPr>
      <w:r>
        <w:t>Correct meaning of hadith exception not rule</w:t>
      </w:r>
    </w:p>
    <w:p>
      <w:r>
        <w:rPr>
          <w:color w:val="666666"/>
          <w:sz w:val="18"/>
        </w:rPr>
        <w:t>The Importance of Unity March 15, 2014 · 25s · at 5:57 · https://youtu.be/-xS-eK4zw-k?t=357</w:t>
      </w:r>
    </w:p>
    <w:p>
      <w:r>
        <w:rPr>
          <w:i/>
        </w:rPr>
        <w:t>“Sahi baat yeh hai ke is hadees ka sahi matlab yeh hai”</w:t>
      </w:r>
    </w:p>
    <w:p>
      <w:r>
        <w:rPr>
          <w:sz w:val="20"/>
        </w:rPr>
        <w:t>5:57  ke is hadith ka sahi matlab yeh hai ke aisa kabhi nahi hoga ke sare ke sare log zillat par aktha ho jayen.</w:t>
      </w:r>
      <w:r>
        <w:br/>
      </w:r>
      <w:r>
        <w:rPr>
          <w:sz w:val="20"/>
        </w:rPr>
        <w:t>6:09  kuch na kuch aise afraad honge jo zillat se bache hue honge.</w:t>
      </w:r>
      <w:r>
        <w:br/>
      </w:r>
      <w:r>
        <w:rPr>
          <w:sz w:val="20"/>
        </w:rPr>
        <w:t>6:17  is mein istithna par zor hai na ke umoom par.</w:t>
      </w:r>
    </w:p>
    <w:p>
      <w:pPr>
        <w:pStyle w:val="Heading2"/>
      </w:pPr>
      <w:r>
        <w:t>Ummah will remain on Allah's command</w:t>
      </w:r>
    </w:p>
    <w:p>
      <w:r>
        <w:rPr>
          <w:color w:val="666666"/>
          <w:sz w:val="18"/>
        </w:rPr>
        <w:t>Deep Thinking April 3, 2014 - Maulana Wahiduddin Khan · 25s · at 0:49 · https://youtu.be/D2tvutnQTv0?t=49</w:t>
      </w:r>
    </w:p>
    <w:p>
      <w:r>
        <w:rPr>
          <w:i/>
        </w:rPr>
        <w:t>“Muawiyah narrates: I heard the Prophet say”</w:t>
      </w:r>
    </w:p>
    <w:p>
      <w:r>
        <w:rPr>
          <w:sz w:val="20"/>
        </w:rPr>
        <w:t>0:49  معاویہ روایت کرتے ہیں، انہوں نے نبی صلی اللہ علیہ وسلم کو فرماتے ہوئے سنا: "اللہ جس کے ساتھ خیر کا ارادہ کرتا ہے، اس کو دین کی سمجھ دیتا ہے،</w:t>
      </w:r>
      <w:r>
        <w:br/>
      </w:r>
      <w:r>
        <w:rPr>
          <w:sz w:val="20"/>
        </w:rPr>
        <w:t>1:03  اور میں تو صرف تقسیم کرنے والا ہوں، اللہ عطا کرتا ہے۔" اور یہ امت برابر اللہ کے حکم پر قائم رہے گی</w:t>
      </w:r>
    </w:p>
    <w:p>
      <w:pPr>
        <w:pStyle w:val="Heading2"/>
      </w:pPr>
      <w:r>
        <w:t>15 lakh narrators researched, unmatched in history</w:t>
      </w:r>
    </w:p>
    <w:p>
      <w:r>
        <w:rPr>
          <w:color w:val="666666"/>
          <w:sz w:val="18"/>
        </w:rPr>
        <w:t>History of Islamic Learning May 14, 2006 Part 2 · 23s · at 5:22 · https://youtu.be/snrt_NRyjLI?t=322</w:t>
      </w:r>
    </w:p>
    <w:p>
      <w:r>
        <w:rPr>
          <w:i/>
        </w:rPr>
        <w:t>“کوئی 15 لاکھ آدمیوں کے حالات اکٹھا کیے گئے”</w:t>
      </w:r>
    </w:p>
    <w:p>
      <w:r>
        <w:rPr>
          <w:sz w:val="20"/>
        </w:rPr>
        <w:t>5:22  is tarah koi 15 lakh aadmiyon kay halaat ikatha kiye gaye. moti moti kitabein is par hain, aaj bhi libraryon mein.</w:t>
      </w:r>
      <w:r>
        <w:br/>
      </w:r>
      <w:r>
        <w:rPr>
          <w:sz w:val="20"/>
        </w:rPr>
        <w:t>5:33  yani 15 lakh aadmiyon kay halaat. main bataoon kay history mein kabhi aisa nahi hua kay 15 lakh aadmiyon kay halaat ikatha kiye gaye, kiye jayen.</w:t>
      </w:r>
    </w:p>
    <w:p>
      <w:pPr>
        <w:pStyle w:val="Heading2"/>
      </w:pPr>
      <w:r>
        <w:t>calling out unity conferences as self-promotion</w:t>
      </w:r>
    </w:p>
    <w:p>
      <w:r>
        <w:rPr>
          <w:color w:val="666666"/>
          <w:sz w:val="18"/>
        </w:rPr>
        <w:t>Muslim Unity March 15, 2014 Maulana Wahiduddin Khan · 29s · at 23:52 · https://youtu.be/CZHU5z3SEjc?t=1432</w:t>
      </w:r>
    </w:p>
    <w:p>
      <w:r>
        <w:rPr>
          <w:i/>
        </w:rPr>
        <w:t>“Ittehad millat conference ka ittehad se koi talluq nahi, yeh ek qism ki leadery hai”</w:t>
      </w:r>
    </w:p>
    <w:p>
      <w:r>
        <w:rPr>
          <w:sz w:val="20"/>
        </w:rPr>
        <w:t>23:52  ittehad-e-millat conference ka koi bhi ta'alluq ittehad se nahi hai. yeh to ek qism ki leadership hai. ittehad-e-millat ka nuskha is hadith mein hai, usko batao logon ko.</w:t>
      </w:r>
      <w:r>
        <w:br/>
      </w:r>
      <w:r>
        <w:rPr>
          <w:sz w:val="20"/>
        </w:rPr>
        <w:t>24:09  aaj kal ek mizaj bana hua hai, ittehad-e-millat conference. main samajhta hoon ke yeh leadership hai, iska koi bhi ta'alluq ittehad-e-millat se nahi hai.</w:t>
      </w:r>
    </w:p>
    <w:p>
      <w:pPr>
        <w:pStyle w:val="Heading2"/>
      </w:pPr>
      <w:r>
        <w:t>Meaning of Allahu Akbar: only God is great</w:t>
      </w:r>
    </w:p>
    <w:p>
      <w:r>
        <w:rPr>
          <w:color w:val="666666"/>
          <w:sz w:val="18"/>
        </w:rPr>
        <w:t>God's Protection November 28, 2013 · 29s · at 10:31 · https://youtu.be/QgqXbChsr5c?t=631</w:t>
      </w:r>
    </w:p>
    <w:p>
      <w:r>
        <w:rPr>
          <w:i/>
        </w:rPr>
        <w:t>“Phir namaz shuru ki to kaha: Allahu Akbar”</w:t>
      </w:r>
    </w:p>
    <w:p>
      <w:r>
        <w:rPr>
          <w:sz w:val="20"/>
        </w:rPr>
        <w:t>10:31  phir aap ne namaz shuru ki to aap ne kaha ke "allahu akbar"</w:t>
      </w:r>
      <w:r>
        <w:br/>
      </w:r>
      <w:r>
        <w:rPr>
          <w:sz w:val="20"/>
        </w:rPr>
        <w:t>10:35  . to aap ne kya yaad kiya? ke bada to sirf allah hai. "god is great". is ka matlab kya hua?</w:t>
      </w:r>
      <w:r>
        <w:br/>
      </w:r>
      <w:r>
        <w:rPr>
          <w:sz w:val="20"/>
        </w:rPr>
        <w:t>10:49  ke "allahu akbar wa an asghar". bada to khuda hai, main to chhota hoon. ab ghor kijiye, kitni badi haqeeqat hai.</w:t>
      </w:r>
    </w:p>
    <w:p>
      <w:pPr>
        <w:pStyle w:val="Heading2"/>
      </w:pPr>
      <w:r>
        <w:t>complaints stop your mind's thinking process cold</w:t>
      </w:r>
    </w:p>
    <w:p>
      <w:r>
        <w:rPr>
          <w:color w:val="666666"/>
          <w:sz w:val="18"/>
        </w:rPr>
        <w:t>Bird Culture March 6, 2014 Maulana Wahiduddin Khan · 24s · at 9:55 · https://youtu.be/zLSCXGvTJ9A?t=595</w:t>
      </w:r>
    </w:p>
    <w:p>
      <w:r>
        <w:rPr>
          <w:i/>
        </w:rPr>
        <w:t>“Shikayat mein mubtala ho to thinking process stop”</w:t>
      </w:r>
    </w:p>
    <w:p>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p>
    <w:p>
      <w:pPr>
        <w:pStyle w:val="Heading2"/>
      </w:pPr>
      <w:r>
        <w:t>Living positively despite negative experiences</w:t>
      </w:r>
    </w:p>
    <w:p>
      <w:r>
        <w:rPr>
          <w:color w:val="666666"/>
          <w:sz w:val="18"/>
        </w:rPr>
        <w:t>Hadith Prediction November 3, 2013 · 26s · at 17:25 · https://youtu.be/cb5Lzw9c8aE?t=1045</w:t>
      </w:r>
    </w:p>
    <w:p>
      <w:r>
        <w:rPr>
          <w:i/>
        </w:rPr>
        <w:t>“Living in positivity without in spite of all negative experiences”</w:t>
      </w:r>
    </w:p>
    <w:p>
      <w:r>
        <w:rPr>
          <w:sz w:val="20"/>
        </w:rPr>
        <w:t>17:25  khulq azeem ke maani hain ke yaani living in positivity without in spite of all the negative experiences.</w:t>
      </w:r>
      <w:r>
        <w:br/>
      </w:r>
      <w:r>
        <w:rPr>
          <w:sz w:val="20"/>
        </w:rPr>
        <w:t>17:36  dunya walon ki taraf se kuch bhi ho, kuch bhi ho, kuch bhi ho,</w:t>
      </w:r>
      <w:r>
        <w:br/>
      </w:r>
      <w:r>
        <w:rPr>
          <w:sz w:val="20"/>
        </w:rPr>
        <w:t>17:39  aap apne ko aala akhlaq par qaim rakhte hain, positive thinking par apne ko qaim rakhte hain. ke yeh musalmanon mein bilkul hi nahi hai, ghayab hai.</w:t>
      </w:r>
    </w:p>
    <w:p>
      <w:pPr>
        <w:pStyle w:val="Heading2"/>
      </w:pPr>
      <w:r>
        <w:t>Misinterpretation of ummah unity equals truth</w:t>
      </w:r>
    </w:p>
    <w:p>
      <w:r>
        <w:rPr>
          <w:color w:val="666666"/>
          <w:sz w:val="18"/>
        </w:rPr>
        <w:t>The Importance of Unity March 15, 2014 · 29s · at 3:05 · https://youtu.be/-xS-eK4zw-k?t=185</w:t>
      </w:r>
    </w:p>
    <w:p>
      <w:r>
        <w:rPr>
          <w:i/>
        </w:rPr>
        <w:t>“Is ka matlab logon ne yeh samajh liya”</w:t>
      </w:r>
    </w:p>
    <w:p>
      <w:r>
        <w:rPr>
          <w:sz w:val="20"/>
        </w:rPr>
        <w:t>3:05  iska matlab logon ne yeh samajh liya ke ummat jab kisi issue par mutahid ho jaye to woh issue sahi hoga.</w:t>
      </w:r>
      <w:r>
        <w:br/>
      </w:r>
      <w:r>
        <w:rPr>
          <w:sz w:val="20"/>
        </w:rPr>
        <w:t>3:16  yani ijtima ko haq ke mani mein le liya. yeh hargiz is hadith ka mafhoom nahi hai. kisi bheed ka mujtami ho jana yeh is baat ka saboot nahi hai ke woh mawqaf jo hai haq hai.</w:t>
      </w:r>
    </w:p>
    <w:p>
      <w:pPr>
        <w:pStyle w:val="Heading2"/>
      </w:pPr>
      <w:r>
        <w:t>Asking only what God has prepared</w:t>
      </w:r>
    </w:p>
    <w:p>
      <w:r>
        <w:rPr>
          <w:color w:val="666666"/>
          <w:sz w:val="18"/>
        </w:rPr>
        <w:t>Hadith-e-Qudsi April 24, 2014 Maulana Wahiduddin Khan · 28s · at 12:40 · https://youtu.be/DXaqyk0uct0?t=760</w:t>
      </w:r>
    </w:p>
    <w:p>
      <w:r>
        <w:rPr>
          <w:i/>
        </w:rPr>
        <w:t>“When a servant asks only what God is ready to give.”</w:t>
      </w:r>
    </w:p>
    <w:p>
      <w:r>
        <w:rPr>
          <w:sz w:val="20"/>
        </w:rPr>
        <w:t>12:40  aap ghor kijiye, jab banda itna zyada, yani itna zyada عارف ban jaye, is ki marifat itni barh jaye,</w:t>
      </w:r>
      <w:r>
        <w:br/>
      </w:r>
      <w:r>
        <w:rPr>
          <w:sz w:val="20"/>
        </w:rPr>
        <w:t>12:51  woh Allah ke creation plan ko itna zyada jaan le ke woh wahi mange jo khud Allah dene ke liye pehle se tayyar hai, to phir zahir hai ke woh yaqeenan us ko milega.</w:t>
      </w:r>
    </w:p>
    <w:p>
      <w:pPr>
        <w:pStyle w:val="Heading2"/>
      </w:pPr>
      <w:r>
        <w:t>Testing a narrator's honesty via a horse trick</w:t>
      </w:r>
    </w:p>
    <w:p>
      <w:r>
        <w:rPr>
          <w:color w:val="666666"/>
          <w:sz w:val="18"/>
        </w:rPr>
        <w:t>Understanding The Importance of Hadith November 20, 2022 · 38s · at 27:45 · https://youtu.be/xwY_Qsz4HSQ?t=1665</w:t>
      </w:r>
    </w:p>
    <w:p>
      <w:r>
        <w:rPr>
          <w:i/>
        </w:rPr>
        <w:t>“Ek aadmi khaali bartan se ghoray ko awaz de raha tha”</w:t>
      </w:r>
    </w:p>
    <w:p>
      <w:r>
        <w:rPr>
          <w:sz w:val="20"/>
        </w:rPr>
        <w:t>27:45  to ek aadmi ke paas suna ke iske paas koi hadith hai, to wahan gaye to wahan dekha ke ek aisi khali bartan le ke woh ghore ko bula raha hai.</w:t>
      </w:r>
      <w:r>
        <w:br/>
      </w:r>
      <w:r>
        <w:rPr>
          <w:sz w:val="20"/>
        </w:rPr>
        <w:t>27:57  aawaz de ke khali bartan, matlab is mein kuch dana nahi tha,</w:t>
      </w:r>
      <w:r>
        <w:br/>
      </w:r>
      <w:r>
        <w:rPr>
          <w:sz w:val="20"/>
        </w:rPr>
        <w:t>28:02  woh ghore ko matlab dhoka de raha tha ke dana hai, is mein tum aao, usko bula raha tha. to unhon ne kaha jab yeh ghore ko dhoka de sakta hai to iski hadithon ka kya bharosa?</w:t>
      </w:r>
      <w:r>
        <w:br/>
      </w:r>
      <w:r>
        <w:rPr>
          <w:sz w:val="20"/>
        </w:rPr>
        <w:t>28:13  to woh wapas aa gaye, us se hadith nahi liya. to itna ziyada in logon ne, ji, dhyan kiya is baat par. ji, bohat hi dilchasp qissa bataya aap</w:t>
      </w:r>
    </w:p>
    <w:p>
      <w:pPr>
        <w:pStyle w:val="Heading2"/>
      </w:pPr>
      <w:r>
        <w:t>Reassessment as a sunnah when plans fail</w:t>
      </w:r>
    </w:p>
    <w:p>
      <w:r>
        <w:rPr>
          <w:color w:val="666666"/>
          <w:sz w:val="18"/>
        </w:rPr>
        <w:t>The Issues of Islam in the Present World 11 Nov, 2012 - Maulana Wahiduddin Khan · 24s · at 2:29 · https://youtu.be/_2hQa846Qzc?t=149</w:t>
      </w:r>
    </w:p>
    <w:p>
      <w:r>
        <w:rPr>
          <w:i/>
        </w:rPr>
        <w:t>“Jo jo result chahte the aap nahi nikla.”</w:t>
      </w:r>
    </w:p>
    <w:p>
      <w:r>
        <w:rPr>
          <w:sz w:val="20"/>
        </w:rPr>
        <w:t>2:29  jo jo result chahte the aap unhein nikla. Then you have to revise the whole thing.</w:t>
      </w:r>
      <w:r>
        <w:br/>
      </w:r>
      <w:r>
        <w:rPr>
          <w:sz w:val="20"/>
        </w:rPr>
        <w:t>2:40  you have to reassess the whole matter. Yeh bhi Islam ki ek sunnat hai. Is ka ek saboot yeh hai ke Rasool Allah sallallahu alaihi wasallam ke zamanay mein dekhiye,</w:t>
      </w:r>
    </w:p>
    <w:p>
      <w:pPr>
        <w:pStyle w:val="Heading2"/>
      </w:pPr>
      <w:r>
        <w:t>Full opening up to hadith introduction</w:t>
      </w:r>
    </w:p>
    <w:p>
      <w:r>
        <w:rPr>
          <w:color w:val="666666"/>
          <w:sz w:val="18"/>
        </w:rPr>
        <w:t>The Reality of Angels December 01, 2018 · 56s · at 0:13 · https://youtu.be/Tz_yrfnJktA?t=13</w:t>
      </w:r>
    </w:p>
    <w:p>
      <w:r>
        <w:rPr>
          <w:i/>
        </w:rPr>
        <w:t>“Bismillah”</w:t>
      </w:r>
    </w:p>
    <w:p>
      <w:r>
        <w:rPr>
          <w:sz w:val="20"/>
        </w:rPr>
        <w:t>0:13  bismillah rahman rahim.</w:t>
      </w:r>
      <w:r>
        <w:br/>
      </w:r>
      <w:r>
        <w:rPr>
          <w:sz w:val="20"/>
        </w:rPr>
        <w:t>0:20  wasalli allah ala nabiyil karim. yakum december</w:t>
      </w:r>
      <w:r>
        <w:br/>
      </w:r>
      <w:r>
        <w:rPr>
          <w:sz w:val="20"/>
        </w:rPr>
        <w:t>0:27  2018.</w:t>
      </w:r>
      <w:r>
        <w:br/>
      </w:r>
      <w:r>
        <w:rPr>
          <w:sz w:val="20"/>
        </w:rPr>
        <w:t>0:34  aaj ka topic hai:</w:t>
      </w:r>
      <w:r>
        <w:br/>
      </w:r>
      <w:r>
        <w:rPr>
          <w:sz w:val="20"/>
        </w:rPr>
        <w:t>0:43  angels, yaani farishte.</w:t>
      </w:r>
      <w:r>
        <w:br/>
      </w:r>
      <w:r>
        <w:rPr>
          <w:sz w:val="20"/>
        </w:rPr>
        <w:t>0:55  farishton ke bare mein ek hadith aayi hai, woh pehle aap ke samne parhi jaye gi, us ke baad inshallah is ki tashreeh mein kuch arz kiya jaye ga.</w:t>
      </w:r>
    </w:p>
    <w:p>
      <w:pPr>
        <w:pStyle w:val="Heading2"/>
      </w:pPr>
      <w:r>
        <w:t>Prerequisite to being a true servant</w:t>
      </w:r>
    </w:p>
    <w:p>
      <w:r>
        <w:rPr>
          <w:color w:val="666666"/>
          <w:sz w:val="18"/>
        </w:rPr>
        <w:t>Hadith-e-Qudsi April 24, 2014 Maulana Wahiduddin Khan · 52s · at 16:40 · https://youtu.be/DXaqyk0uct0?t=1000</w:t>
      </w:r>
    </w:p>
    <w:p>
      <w:r>
        <w:rPr>
          <w:i/>
        </w:rPr>
        <w:t>“If you want this hadith to apply to you, first become a servant.”</w:t>
      </w:r>
    </w:p>
    <w:p>
      <w:r>
        <w:rPr>
          <w:sz w:val="20"/>
        </w:rPr>
        <w:t>16:40  To yeh hadith bohat ziyada aham hai, bohat ziyada aham hai, lekin is hadith ke sath sath aik zimmedari juri hui hai. Agar aap is hadith ka misdaq banna chahtay hain, agar aap is hadith ka misdaq banna chahtay hain, pehle abd baniye,</w:t>
      </w:r>
      <w:r>
        <w:br/>
      </w:r>
      <w:r>
        <w:rPr>
          <w:sz w:val="20"/>
        </w:rPr>
        <w:t>16:59  yani saail ya dua go banne se pehle abd baniye.</w:t>
      </w:r>
      <w:r>
        <w:br/>
      </w:r>
      <w:r>
        <w:rPr>
          <w:sz w:val="20"/>
        </w:rPr>
        <w:t>17:08  Yeh hadith batati hai ke aap saal banne ka istihqaaq hi nahi hoga, aap ko dua karne ka istihqaaq hi aap ko nahi haasil hai is waqt tak jab tak abd abd na banay ga.</w:t>
      </w:r>
      <w:r>
        <w:br/>
      </w:r>
      <w:r>
        <w:rPr>
          <w:sz w:val="20"/>
        </w:rPr>
        <w:t>17:23  To pehle abd baniye, phir yeh hadith aap ke oopar apply hogi.</w:t>
      </w:r>
    </w:p>
    <w:p>
      <w:pPr>
        <w:pStyle w:val="Heading2"/>
      </w:pPr>
      <w:r>
        <w:t>Hadith: divorce is the most hated permissible act</w:t>
      </w:r>
    </w:p>
    <w:p>
      <w:r>
        <w:rPr>
          <w:color w:val="666666"/>
          <w:sz w:val="18"/>
        </w:rPr>
        <w:t>Married Life April 29, 2017 Maulana Wahiduddin Khan · 20s · at 0:59 · https://youtu.be/ONfOGL9_VHg?t=59</w:t>
      </w:r>
    </w:p>
    <w:p>
      <w:r>
        <w:rPr>
          <w:i/>
        </w:rPr>
        <w:t>“Allah ke nazdeek sab se zyada mabghooz cheez talaq hai”</w:t>
      </w:r>
    </w:p>
    <w:p>
      <w:r>
        <w:rPr>
          <w:sz w:val="20"/>
        </w:rPr>
        <w:t>0:59  woh yeh hai ke: "abghad-ul-halal 'ind-al-lah hai at-talaq</w:t>
      </w:r>
      <w:r>
        <w:br/>
      </w:r>
      <w:r>
        <w:rPr>
          <w:sz w:val="20"/>
        </w:rPr>
        <w:t>1:06  " ke Allah ke nazdeek sab se zyada mabghood cheez talaq hai, agarche halal kiya gaya hai is ko, lekin woh bohat zyada mabghood cheez hai.</w:t>
      </w:r>
    </w:p>
    <w:p>
      <w:pPr>
        <w:pStyle w:val="Heading2"/>
      </w:pPr>
      <w:r>
        <w:t>Physical beauty fades fast, then comes depression</w:t>
      </w:r>
    </w:p>
    <w:p>
      <w:r>
        <w:rPr>
          <w:color w:val="666666"/>
          <w:sz w:val="18"/>
        </w:rPr>
        <w:t>Behtar Khatoon Kon CPS Women Article Discussion July 2, 2023 · 42s · at 25:13 · https://youtu.be/tGPJwzCnCMM?t=1513</w:t>
      </w:r>
    </w:p>
    <w:p>
      <w:r>
        <w:rPr>
          <w:i/>
        </w:rPr>
        <w:t>“Yeh raunak bahut jaldi khatam ho jaati hai”</w:t>
      </w:r>
    </w:p>
    <w:p>
      <w:r>
        <w:rPr>
          <w:sz w:val="20"/>
        </w:rPr>
        <w:t>25:13  usko bhi Maulana ne likha hua hai aur unhon ne papa say phone maine usko humein yaad dilaya aur to yahan par humko apna development karna hai isliye hum aurat ki baat kar rahe hain aur physically launak khatam ho jayegi. jo baat kiya doctor safeena ne woh bhi bohat hi achhi lagi mujhe.</w:t>
      </w:r>
      <w:r>
        <w:br/>
      </w:r>
      <w:r>
        <w:rPr>
          <w:sz w:val="20"/>
        </w:rPr>
        <w:t>25:31  yeh bhi Maulana sahab ne likha hai ke woh launak bohat jaldi khatam ho jati hai aur uskay baad woh depression mein bhi chali jati hai.</w:t>
      </w:r>
      <w:r>
        <w:br/>
      </w:r>
      <w:r>
        <w:rPr>
          <w:sz w:val="20"/>
        </w:rPr>
        <w:t>25:55  agar yahi cheez agar woh apna intellectually apna develop karein to woh aakhir tak uska woh uski woh</w:t>
      </w:r>
    </w:p>
    <w:p>
      <w:pPr>
        <w:pStyle w:val="Heading2"/>
      </w:pPr>
      <w:r>
        <w:t>Sunnah of not getting angry personally</w:t>
      </w:r>
    </w:p>
    <w:p>
      <w:r>
        <w:rPr>
          <w:color w:val="666666"/>
          <w:sz w:val="18"/>
        </w:rPr>
        <w:t>What is Sunnah | June 02, 2008 · 30s · at 31:37 · https://youtu.be/RHfm7wuEMEM?t=1897</w:t>
      </w:r>
    </w:p>
    <w:p>
      <w:r>
        <w:rPr>
          <w:i/>
        </w:rPr>
        <w:t>“The Prophet never got angry for personal matters.”</w:t>
      </w:r>
    </w:p>
    <w:p>
      <w:r>
        <w:rPr>
          <w:sz w:val="20"/>
        </w:rPr>
        <w:t>31:37  aah karein, achi tarah se samjhein.</w:t>
      </w:r>
      <w:r>
        <w:br/>
      </w:r>
      <w:r>
        <w:rPr>
          <w:sz w:val="20"/>
        </w:rPr>
        <w:t>31:43  jaise aap dekhiye ke hazrat hazrat aisha farmati hain ke rasool Allah apni zaat ke mamle mein kabhi</w:t>
      </w:r>
      <w:r>
        <w:br/>
      </w:r>
      <w:r>
        <w:rPr>
          <w:sz w:val="20"/>
        </w:rPr>
        <w:t>31:49  ghussa nahi hotay thay.</w:t>
      </w:r>
      <w:r>
        <w:br/>
      </w:r>
      <w:r>
        <w:rPr>
          <w:sz w:val="20"/>
        </w:rPr>
        <w:t>31:55  ab yeh bhi aik sunnat hai ke zaat ke mamle mein ghussa na hona.</w:t>
      </w:r>
      <w:r>
        <w:br/>
      </w:r>
      <w:r>
        <w:rPr>
          <w:sz w:val="20"/>
        </w:rPr>
        <w:t>32:01  zaat ke mamle mein ghussa hona kya hai? kisi ne mujh ko gaali de di, kisi ne mujhe</w:t>
      </w:r>
    </w:p>
    <w:p>
      <w:pPr>
        <w:pStyle w:val="Heading2"/>
      </w:pPr>
      <w:r>
        <w:t>Islam is the only religion preserved in original form</w:t>
      </w:r>
    </w:p>
    <w:p>
      <w:r>
        <w:rPr>
          <w:color w:val="666666"/>
          <w:sz w:val="18"/>
        </w:rPr>
        <w:t>Journey to a Mediterranean Island November 23, 2008 · 36s · at 23:39 · https://youtu.be/uoOiuhWeSIQ?t=1419</w:t>
      </w:r>
    </w:p>
    <w:p>
      <w:r>
        <w:rPr>
          <w:i/>
        </w:rPr>
        <w:t>“کوئی بھی ریلیجن جو ہے، اپنی اوریجنل شیپ میں باقی نہیں ہے، سوائے اسلام کے”</w:t>
      </w:r>
    </w:p>
    <w:p>
      <w:r>
        <w:rPr>
          <w:sz w:val="20"/>
        </w:rPr>
        <w:t>23:39  to doosre jitne bhi religion hain, woh sab woh dis start ho gaye. koi bhi religion jo hai, apni original shape mein baqi nahi hai, siwaye Islam ke.</w:t>
      </w:r>
      <w:r>
        <w:br/>
      </w:r>
      <w:r>
        <w:rPr>
          <w:sz w:val="20"/>
        </w:rPr>
        <w:t>23:54  Islam is the only religion in its original form, like a preserved religion. to is ke maani kya hue?</w:t>
      </w:r>
      <w:r>
        <w:br/>
      </w:r>
      <w:r>
        <w:rPr>
          <w:sz w:val="20"/>
        </w:rPr>
        <w:t>24:05  is ke maani yeh hue ke ideology of religion agar kahin mil sakti hai aap ko sahi maanon mein, to woh sirf Islam mein milegi, sirf Quran mein milegi.</w:t>
      </w:r>
    </w:p>
    <w:p>
      <w:pPr>
        <w:pStyle w:val="Heading2"/>
      </w:pPr>
      <w:r>
        <w:t>complaining kills gratitude; a strange blessing remains</w:t>
      </w:r>
    </w:p>
    <w:p>
      <w:r>
        <w:rPr>
          <w:color w:val="666666"/>
          <w:sz w:val="18"/>
        </w:rPr>
        <w:t>Muslim Unity March 15, 2014 Maulana Wahiduddin Khan · 37s · at 14:59 · https://youtu.be/CZHU5z3SEjc?t=899</w:t>
      </w:r>
    </w:p>
    <w:p>
      <w:r>
        <w:rPr>
          <w:i/>
        </w:rPr>
        <w:t>“Yeh tareeqa ghalat hai, aap se shukar khatam ho jata hai”</w:t>
      </w:r>
    </w:p>
    <w:p>
      <w:r>
        <w:rPr>
          <w:sz w:val="20"/>
        </w:rPr>
        <w:t>14:59  yeh tareeqa galat hai. aap se shukr khatm ho jata hai.</w:t>
      </w:r>
      <w:r>
        <w:br/>
      </w:r>
      <w:r>
        <w:rPr>
          <w:sz w:val="20"/>
        </w:rPr>
        <w:t>15:06  bilfarz agar bade paimane par ummat mein bigaad aa gaya ho toh aap ko shukr karna chahiye ke chahe amalan bigaad aa gaya ho, lekin main zaati taur par abhi bhi mujhe yeh neamat hasil hai ke Quran ko parhoon, Sunnat-e-Rasool ko parhoon, aur is se main sachche deen ko hasil karoon.</w:t>
      </w:r>
      <w:r>
        <w:br/>
      </w:r>
      <w:r>
        <w:rPr>
          <w:sz w:val="20"/>
        </w:rPr>
        <w:t>15:30  toh ajeeb neamat hai yeh.</w:t>
      </w:r>
    </w:p>
    <w:p>
      <w:pPr>
        <w:pStyle w:val="Heading2"/>
      </w:pPr>
      <w:r>
        <w:t>defining arrogance as a self-made superiority complex</w:t>
      </w:r>
    </w:p>
    <w:p>
      <w:r>
        <w:rPr>
          <w:color w:val="666666"/>
          <w:sz w:val="18"/>
        </w:rPr>
        <w:t>Modesty and Arrogance January 31, 2008 · 23s · at 51:48 · https://youtu.be/8EHBmsIAF_Q?t=3108</w:t>
      </w:r>
    </w:p>
    <w:p>
      <w:r>
        <w:rPr>
          <w:i/>
        </w:rPr>
        <w:t>“A superiority complex — that's the name of arrogance”</w:t>
      </w:r>
    </w:p>
    <w:p>
      <w:r>
        <w:rPr>
          <w:sz w:val="20"/>
        </w:rPr>
        <w:t>51:48  to ghamand kya hai? ghamand ka matlab hai ke main superior hoon aur doosra aadmi inferior hai.</w:t>
      </w:r>
      <w:r>
        <w:br/>
      </w:r>
      <w:r>
        <w:rPr>
          <w:sz w:val="20"/>
        </w:rPr>
        <w:t>51:56  apne andar jab aap superior complex paida kar len to isi ka naam hai arrogance. Superiority complex apne andar aap daal len to isi ka naam hai arrogance.</w:t>
      </w:r>
    </w:p>
    <w:p>
      <w:pPr>
        <w:pStyle w:val="Heading2"/>
      </w:pPr>
      <w:r>
        <w:t>the hadith's real point: some always stay safe from misguidance</w:t>
      </w:r>
    </w:p>
    <w:p>
      <w:r>
        <w:rPr>
          <w:color w:val="666666"/>
          <w:sz w:val="18"/>
        </w:rPr>
        <w:t>Muslim Unity March 15, 2014 Maulana Wahiduddin Khan · 25s · at 5:58 · https://youtu.be/CZHU5z3SEjc?t=358</w:t>
      </w:r>
    </w:p>
    <w:p>
      <w:r>
        <w:rPr>
          <w:i/>
        </w:rPr>
        <w:t>“Aisa kabhi nahi hoga ke saare log zalalat par ikattha ho jayein”</w:t>
      </w:r>
    </w:p>
    <w:p>
      <w:r>
        <w:rPr>
          <w:sz w:val="20"/>
        </w:rPr>
        <w:t>5:58  ke is hadith ka sahi matlab yeh hai ke aisa kabhi nahi hoga ke sare ke sare log dalalat par ikattha ho jayen.</w:t>
      </w:r>
      <w:r>
        <w:br/>
      </w:r>
      <w:r>
        <w:rPr>
          <w:sz w:val="20"/>
        </w:rPr>
        <w:t>6:09  kuch na kuch aise afraad honge jo dalalat se bache hue honge.</w:t>
      </w:r>
      <w:r>
        <w:br/>
      </w:r>
      <w:r>
        <w:rPr>
          <w:sz w:val="20"/>
        </w:rPr>
        <w:t>6:18  is mein istisna' par zor hai, na ke 'umoom par.</w:t>
      </w:r>
    </w:p>
    <w:p>
      <w:pPr>
        <w:pStyle w:val="Heading2"/>
      </w:pPr>
      <w:r>
        <w:t>Hadith: sword never leaves the ummah</w:t>
      </w:r>
    </w:p>
    <w:p>
      <w:r>
        <w:rPr>
          <w:color w:val="666666"/>
          <w:sz w:val="18"/>
        </w:rPr>
        <w:t>Ideology of Life December 29, 2013 Maulana Wahiduddin Khan · 31s · at 2:56 · https://youtu.be/N5psCFw23MI?t=176</w:t>
      </w:r>
    </w:p>
    <w:p>
      <w:r>
        <w:rPr>
          <w:i/>
        </w:rPr>
        <w:t>“meri ummat mein jab talwar daakhil hogi to qayamat tak niklegi nahi”</w:t>
      </w:r>
    </w:p>
    <w:p>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p>
    <w:p>
      <w:pPr>
        <w:pStyle w:val="Heading2"/>
      </w:pPr>
      <w:r>
        <w:t>Hadith qudsi: God is as His servant expects</w:t>
      </w:r>
    </w:p>
    <w:p>
      <w:r>
        <w:rPr>
          <w:color w:val="666666"/>
          <w:sz w:val="18"/>
        </w:rPr>
        <w:t>Understanding The Importance of Hadith November 20, 2022 · 35s · at 12:14 · https://youtu.be/xwY_Qsz4HSQ?t=734</w:t>
      </w:r>
    </w:p>
    <w:p>
      <w:r>
        <w:rPr>
          <w:i/>
        </w:rPr>
        <w:t>“Main bande ke gumaan ke mutabiq hoon”</w:t>
      </w:r>
    </w:p>
    <w:p>
      <w:r>
        <w:rPr>
          <w:sz w:val="20"/>
        </w:rPr>
        <w:t>12:14  to woh rasool Allah sal Allah aleh wasalam ki zuban mein hota tha, lekin baat Allah ki hoti thi. to misal ke taur par ek hadith qudsi hai ke main bande ke guman ke mutabiq hoon.</w:t>
      </w:r>
      <w:r>
        <w:br/>
      </w:r>
      <w:r>
        <w:rPr>
          <w:sz w:val="20"/>
        </w:rPr>
        <w:t>12:27  yani jaisa mujh se banda guman kare</w:t>
      </w:r>
      <w:r>
        <w:br/>
      </w:r>
      <w:r>
        <w:rPr>
          <w:sz w:val="20"/>
        </w:rPr>
        <w:t>12:30  ga, bohat sare log kehte hain ke hum gunahgar, hamara kya hoga, humein kahan jannat mein jagah milegi. to aisa guman nahi karna chahiye.</w:t>
      </w:r>
      <w:r>
        <w:br/>
      </w:r>
      <w:r>
        <w:rPr>
          <w:sz w:val="20"/>
        </w:rPr>
        <w:t>12:40  guman Allah se acha karna chahiye. to kyunke bilkul hadith ke yeh mutabiq hai ke main bande ki guman ke mutabiq hoon.</w:t>
      </w:r>
    </w:p>
    <w:p>
      <w:pPr>
        <w:pStyle w:val="Heading2"/>
      </w:pPr>
      <w:r>
        <w:t>Definition of hadith qudsi</w:t>
      </w:r>
    </w:p>
    <w:p>
      <w:r>
        <w:rPr>
          <w:color w:val="666666"/>
          <w:sz w:val="18"/>
        </w:rPr>
        <w:t>Positive Thinking 7 May 2014 - Maulana Wahiduddin Khan · 17s · at 2:23 · https://youtu.be/D6zupEZ6LLw?t=143</w:t>
      </w:r>
    </w:p>
    <w:p>
      <w:r>
        <w:rPr>
          <w:i/>
        </w:rPr>
        <w:t>“Dekhiye, yeh jo hadith hai, is ko kehte hain hadith qudsi”</w:t>
      </w:r>
    </w:p>
    <w:p>
      <w:r>
        <w:rPr>
          <w:sz w:val="20"/>
        </w:rPr>
        <w:t>2:23  dekhen, yeh jo hadith hai, is ko kehte hain hadith qudsi. hadith qudsi is hadith ko kehta hai jis mein rasool Allah ne Khuda ki taraf se kaha ho.</w:t>
      </w:r>
    </w:p>
    <w:p>
      <w:pPr>
        <w:pStyle w:val="Heading2"/>
      </w:pPr>
      <w:r>
        <w:t>Quran on the truly serious-minded, righteous woman</w:t>
      </w:r>
    </w:p>
    <w:p>
      <w:r>
        <w:rPr>
          <w:color w:val="666666"/>
          <w:sz w:val="18"/>
        </w:rPr>
        <w:t>Behtar Khatoon Kon CPS Women Article Discussion July 2, 2023 · 30s · at 29:52 · https://youtu.be/tGPJwzCnCMM?t=1792</w:t>
      </w:r>
    </w:p>
    <w:p>
      <w:r>
        <w:rPr>
          <w:i/>
        </w:rPr>
        <w:t>“Her inner nature will suffice to guide her”</w:t>
      </w:r>
    </w:p>
    <w:p>
      <w:r>
        <w:rPr>
          <w:sz w:val="20"/>
        </w:rPr>
        <w:t>29:52  If a woman is of really serious caste of mind, her inner nature will suffice to guide her in this matter. This has been expressed in the following words of the Quran. Therefore, the righteous women are devoutly obedient and guard in the husband's absence. What God would have them guard? The responsibilities of women as regards man described by the Quran and Sunnah are in complete accord with this feminine nature.</w:t>
      </w:r>
      <w:r>
        <w:br/>
      </w:r>
      <w:r>
        <w:rPr>
          <w:sz w:val="20"/>
        </w:rPr>
        <w:t>30:22  So this is a very profound article which which I found in this book. And I would like to open the session to other ladies over here who can share their learning. But please make it short and to pandrah preetam kuch kya hai? Apa, sorry I didn't see. Ji Doctor Safiq.</w:t>
      </w:r>
    </w:p>
    <w:p>
      <w:pPr>
        <w:pStyle w:val="Heading2"/>
      </w:pPr>
      <w:r>
        <w:t>Literal meaning of Dajjal: the Great Deceiver</w:t>
      </w:r>
    </w:p>
    <w:p>
      <w:r>
        <w:rPr>
          <w:color w:val="666666"/>
          <w:sz w:val="18"/>
        </w:rPr>
        <w:t>Dajjal and Dajjalism July 26, 2009 · 43s · at 1:08 · https://youtu.be/CxQTfG01O_s?t=68</w:t>
      </w:r>
    </w:p>
    <w:p>
      <w:r>
        <w:rPr>
          <w:i/>
        </w:rPr>
        <w:t>“Dajjal ka literal meaning hai 'deceiving'.”</w:t>
      </w:r>
    </w:p>
    <w:p>
      <w:r>
        <w:rPr>
          <w:sz w:val="20"/>
        </w:rPr>
        <w:t>1:08  Isko samajhne ke liye humein thoda sa ghaur karna chahiye. Dekhiye, Dajjal ka jo literal meaning hai woh hai "Deceiving".</w:t>
      </w:r>
      <w:r>
        <w:br/>
      </w:r>
      <w:r>
        <w:rPr>
          <w:sz w:val="20"/>
        </w:rPr>
        <w:t>1:23  Dajjal jo hai, noun hai, to iska matlab hoga "Great Deceiver". Yani is mein mubaligha bhi</w:t>
      </w:r>
      <w:r>
        <w:br/>
      </w:r>
      <w:r>
        <w:rPr>
          <w:sz w:val="20"/>
        </w:rPr>
        <w:t>1:34  hai. To Dajjal ka matlab hai "Great Deceiver".</w:t>
      </w:r>
      <w:r>
        <w:br/>
      </w:r>
      <w:r>
        <w:rPr>
          <w:sz w:val="20"/>
        </w:rPr>
        <w:t>1:42  Dekhiye, yeh jo deceiving ka kaam hai, yeh shaitan ka kaam hai. Aur</w:t>
      </w:r>
    </w:p>
    <w:p>
      <w:pPr>
        <w:pStyle w:val="Heading2"/>
      </w:pPr>
      <w:r>
        <w:t>crowds uniting proves nothing about truth</w:t>
      </w:r>
    </w:p>
    <w:p>
      <w:r>
        <w:rPr>
          <w:color w:val="666666"/>
          <w:sz w:val="18"/>
        </w:rPr>
        <w:t>Muslim Unity March 15, 2014 Maulana Wahiduddin Khan · 28s · at 3:06 · https://youtu.be/CZHU5z3SEjc?t=186</w:t>
      </w:r>
    </w:p>
    <w:p>
      <w:r>
        <w:rPr>
          <w:i/>
        </w:rPr>
        <w:t>“Bheed ka mujtama ho jana yeh haq hone ka saboot nahi”</w:t>
      </w:r>
    </w:p>
    <w:p>
      <w:r>
        <w:rPr>
          <w:sz w:val="20"/>
        </w:rPr>
        <w:t>3:06  iska matlab logon ne yeh samajh liya ke ummat jab kisi issue par mutahid ho jaye to woh issue sahi hoga, yaani ijtima' ko haq ke mani mein le liya.</w:t>
      </w:r>
      <w:r>
        <w:br/>
      </w:r>
      <w:r>
        <w:rPr>
          <w:sz w:val="20"/>
        </w:rPr>
        <w:t>3:20  yeh hargiz is hadith ka mafhoom nahi hai. kisi bheed ka mujtami' ho jana yeh is baat ka saboot nahi hai ke woh mawqaf jo hai haq hai.</w:t>
      </w:r>
    </w:p>
    <w:p>
      <w:pPr>
        <w:pStyle w:val="Heading2"/>
      </w:pPr>
      <w:r>
        <w:t>God's mercy rains on those who rise for dawah</w:t>
      </w:r>
    </w:p>
    <w:p>
      <w:r>
        <w:rPr>
          <w:color w:val="666666"/>
          <w:sz w:val="18"/>
        </w:rPr>
        <w:t>From The Spiritual Tree December 3, 2006 · 26s · at 1:07:03 · https://youtu.be/m3JXYXORP5w?t=4023</w:t>
      </w:r>
    </w:p>
    <w:p>
      <w:r>
        <w:rPr>
          <w:i/>
        </w:rPr>
        <w:t>“Whoever rises for God's work, His mercy rains down”</w:t>
      </w:r>
    </w:p>
    <w:p>
      <w:r>
        <w:rPr>
          <w:sz w:val="20"/>
        </w:rPr>
        <w:t>1:07:03  lekin Khuda ka ye wada hai ke jo log daawa mission ke liye uthenge, to Khuda ki rehmat un par barish ban kar barsegi. barish</w:t>
      </w:r>
      <w:r>
        <w:br/>
      </w:r>
      <w:r>
        <w:rPr>
          <w:sz w:val="20"/>
        </w:rPr>
        <w:t>1:07:17  ye Khuda ka wada hai ke jo log daawa mission ke liye uthenge, to Khuda ki rehmat unke upar barish ban kar barsegi.</w:t>
      </w:r>
    </w:p>
    <w:p>
      <w:pPr>
        <w:pStyle w:val="Heading2"/>
      </w:pPr>
      <w:r>
        <w:t>Why hadith is essential to understanding Quran</w:t>
      </w:r>
    </w:p>
    <w:p>
      <w:r>
        <w:rPr>
          <w:color w:val="666666"/>
          <w:sz w:val="18"/>
        </w:rPr>
        <w:t>Understanding The Importance of Hadith November 20, 2022 · 18s · at 1:14 · https://youtu.be/xwY_Qsz4HSQ?t=74</w:t>
      </w:r>
    </w:p>
    <w:p>
      <w:r>
        <w:rPr>
          <w:i/>
        </w:rPr>
        <w:t>“Hadith na ho to hum Quran bhi nahi samajh sakte”</w:t>
      </w:r>
    </w:p>
    <w:p>
      <w:r>
        <w:rPr>
          <w:sz w:val="20"/>
        </w:rPr>
        <w:t>1:14  ji bohat hi important question hai. Hadith ki importance aur itni zyada hai ke Hadith na ho, Rasool Allah sallallahu alaihi wasallam ke amal na hon to hum Quran bhi achhe tareeqe se nahi samajh sakte.</w:t>
      </w:r>
    </w:p>
    <w:p>
      <w:pPr>
        <w:pStyle w:val="Heading2"/>
      </w:pPr>
      <w:r>
        <w:t>Love for sheikh versus love for Islam</w:t>
      </w:r>
    </w:p>
    <w:p>
      <w:r>
        <w:rPr>
          <w:color w:val="666666"/>
          <w:sz w:val="18"/>
        </w:rPr>
        <w:t>Tayeed e Deen | July 13, 2014 · 30s · at 37:58 · https://youtu.be/n94xyIC-RE0?t=2278</w:t>
      </w:r>
    </w:p>
    <w:p>
      <w:r>
        <w:rPr>
          <w:i/>
        </w:rPr>
        <w:t>“We love our sheikh.”</w:t>
      </w:r>
    </w:p>
    <w:p>
      <w:r>
        <w:rPr>
          <w:sz w:val="20"/>
        </w:rPr>
        <w:t>37:58  ahab al anam al shaykh. hum apne shaykh se mohabbat karte hain, lekin islam hamein is se ziyada mehboob hai. to yeh ulma jo hain, kyun nahi kehte ke hum in akabir ko hum izzat dete hain, lekin islam is se ziyada hamare nazdeek aham hai. jin akabir ne yeh masla banaya ke jo gustakhi kare, us ko khatam kar do, aur yeh nahi bataya logon ko ke yeh waqea jo hoga, to is ka court mein jayega, wahan par shahadat hogi, tab fi</w:t>
      </w:r>
    </w:p>
    <w:p>
      <w:pPr>
        <w:pStyle w:val="Heading2"/>
      </w:pPr>
      <w:r>
        <w:t>This teaching covers all of life, not just religion</w:t>
      </w:r>
    </w:p>
    <w:p>
      <w:r>
        <w:rPr>
          <w:color w:val="666666"/>
          <w:sz w:val="18"/>
        </w:rPr>
        <w:t>God's Protection November 28, 2013 · 38s · at 12:19 · https://youtu.be/QgqXbChsr5c?t=739</w:t>
      </w:r>
    </w:p>
    <w:p>
      <w:r>
        <w:rPr>
          <w:i/>
        </w:rPr>
        <w:t>“Yeh sadha baatein sirf mazhabi aqeeday ki baat nahi”</w:t>
      </w:r>
    </w:p>
    <w:p>
      <w:r>
        <w:rPr>
          <w:sz w:val="20"/>
        </w:rPr>
        <w:t>12:19  yani haqeeqat waqea yeh hai ke bada sirf allah hai. aur haqeeqat waqea yeh hai ke main bada nahi hoon.</w:t>
      </w:r>
      <w:r>
        <w:br/>
      </w:r>
      <w:r>
        <w:rPr>
          <w:sz w:val="20"/>
        </w:rPr>
        <w:t>12:29  yeh saada baaten, is mazhabi aqeeday ki baat nahi hain. yeh yeh sirf mazhabi aqeeday ki baat nahi hain. yeh poori zindagi ko cover ki hui hai.</w:t>
      </w:r>
      <w:r>
        <w:br/>
      </w:r>
      <w:r>
        <w:rPr>
          <w:sz w:val="20"/>
        </w:rPr>
        <w:t>12:44  jaisa ke maine arz kiya, kis se aata hai? realistic thinking. realistic thinking to sare kamyabon ki jar hai.</w:t>
      </w:r>
    </w:p>
    <w:p>
      <w:pPr>
        <w:pStyle w:val="Heading2"/>
      </w:pPr>
      <w:r>
        <w:t>Consciousness is building block of universe</w:t>
      </w:r>
    </w:p>
    <w:p>
      <w:r>
        <w:rPr>
          <w:color w:val="666666"/>
          <w:sz w:val="18"/>
        </w:rPr>
        <w:t>Three Periods of History May 17, 2009 Maulana Wahiduddin Khan · 34s · at 32:00 · https://youtu.be/iNS-3Yo58Gk?t=1920</w:t>
      </w:r>
    </w:p>
    <w:p>
      <w:r>
        <w:rPr>
          <w:i/>
        </w:rPr>
        <w:t>“Consciousness is the building block of universe”</w:t>
      </w:r>
    </w:p>
    <w:p>
      <w:r>
        <w:rPr>
          <w:sz w:val="20"/>
        </w:rPr>
        <w:t>32:00  David Bohm yeh top ka scientist hai. is ne kaha ke is ne ek aur qadam aage barhaya ke consciousness is the building block of universe.</w:t>
      </w:r>
      <w:r>
        <w:br/>
      </w:r>
      <w:r>
        <w:rPr>
          <w:sz w:val="20"/>
        </w:rPr>
        <w:t>32:15  shaoor jo hai, woh hai, woh hai sab kuch. bohat hi anokhi baat hai yeh.</w:t>
      </w:r>
      <w:r>
        <w:br/>
      </w:r>
      <w:r>
        <w:rPr>
          <w:sz w:val="20"/>
        </w:rPr>
        <w:t>32:25  pehlay kaha gaya tha ke matter building block hai, phir kaha gaya ke nahi, energy building block hai. ab kya hai?</w:t>
      </w:r>
    </w:p>
    <w:p>
      <w:pPr>
        <w:pStyle w:val="Heading2"/>
      </w:pPr>
      <w:r>
        <w:t>Best principle of spirituality: love your enemy</w:t>
      </w:r>
    </w:p>
    <w:p>
      <w:r>
        <w:rPr>
          <w:color w:val="666666"/>
          <w:sz w:val="18"/>
        </w:rPr>
        <w:t>Journey to a Mediterranean Island November 23, 2008 · 52s · at 1:10:56 · https://youtu.be/uoOiuhWeSIQ?t=4256</w:t>
      </w:r>
    </w:p>
    <w:p>
      <w:r>
        <w:rPr>
          <w:i/>
        </w:rPr>
        <w:t>“بیسٹ جو ہے سپرچولیٹی کا جو پرنسپل، وہ ہے لو یور اینمی”</w:t>
      </w:r>
    </w:p>
    <w:p>
      <w:r>
        <w:rPr>
          <w:sz w:val="20"/>
        </w:rPr>
        <w:t>1:10:56  best jo hai spirituality ka jo principle, woh hai love your enemy. yaani love all including your enemy. mein samajhta hoon ke best formula spirituality ka yeh hai.</w:t>
      </w:r>
      <w:r>
        <w:br/>
      </w:r>
      <w:r>
        <w:rPr>
          <w:sz w:val="20"/>
        </w:rPr>
        <w:t>1:11:09  mahatma gandhi is ko bohat zyada mante the, is cheez ko bohat zyada mante the.</w:t>
      </w:r>
      <w:r>
        <w:br/>
      </w:r>
      <w:r>
        <w:rPr>
          <w:sz w:val="20"/>
        </w:rPr>
        <w:t>1:11:14  to mein samajhta hoon ke spirituality jo hai, is ka expression love ki shakal mein hota hai. saare insanon se mohabbat. mein keh sakta hoon jo mere saath rehte hain, woh gawahi gawahi denge ke mere dil mein har ek ke liye pyar hai, har ek ke liye mohabbat hai.</w:t>
      </w:r>
      <w:r>
        <w:br/>
      </w:r>
      <w:r>
        <w:rPr>
          <w:sz w:val="20"/>
        </w:rPr>
        <w:t>1:11:29  yeh nahin ke meri community ke liye to hai aur doosron ke liye nahin hai. mein sab ko ek sa manta hoon.</w:t>
      </w:r>
      <w:r>
        <w:br/>
      </w:r>
      <w:r>
        <w:rPr>
          <w:sz w:val="20"/>
        </w:rPr>
        <w:t>1:11:36  aur yahi mein samajhta hoon spirituality ka jo hai essence hai. essence ke aap ko aap ke dil mein sab ke liye pyar aa jaye, kisi ke liye hate na ho, kisi ke liye vice na ho.</w:t>
      </w:r>
    </w:p>
    <w:p>
      <w:pPr>
        <w:pStyle w:val="Heading2"/>
      </w:pPr>
      <w:r>
        <w:t>Deeds finer than hair are grave sins</w:t>
      </w:r>
    </w:p>
    <w:p>
      <w:r>
        <w:rPr>
          <w:color w:val="666666"/>
          <w:sz w:val="18"/>
        </w:rPr>
        <w:t>Character Building March 25, 2017 · 23s · at 1:58 · https://youtu.be/GTuBwenwkco?t=118</w:t>
      </w:r>
    </w:p>
    <w:p>
      <w:r>
        <w:rPr>
          <w:i/>
        </w:rPr>
        <w:t>“Anas radhiyallahu anhu se riwayat hai”</w:t>
      </w:r>
    </w:p>
    <w:p>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closing prayer to see every experience as a lesson</w:t>
      </w:r>
    </w:p>
    <w:p>
      <w:r>
        <w:rPr>
          <w:color w:val="666666"/>
          <w:sz w:val="18"/>
        </w:rPr>
        <w:t>Bird Culture March 6, 2014 Maulana Wahiduddin Khan · 1m 05s · at 29:09 · https://youtu.be/zLSCXGvTJ9A?t=1749</w:t>
      </w:r>
    </w:p>
    <w:p>
      <w:r>
        <w:rPr>
          <w:i/>
        </w:rPr>
        <w:t>“Meri dua hai Allah humein yeh nazar ata kare”</w:t>
      </w:r>
    </w:p>
    <w:p>
      <w:r>
        <w:rPr>
          <w:sz w:val="20"/>
        </w:rPr>
        <w:t>29:09  aur yeh bhi samajh aata hai ke rasool allah kis tarah se har waqeye se yaani sabak lete the marifat ki ghiza lete the yeh bhi ismein milta hai.</w:t>
      </w:r>
      <w:r>
        <w:br/>
      </w:r>
      <w:r>
        <w:rPr>
          <w:sz w:val="20"/>
        </w:rPr>
        <w:t>29:24  to meri dua hai ke allah taala mujh ko aur aap ko tofeeq de ke hum is nazar se cheezon ko dekhein aur tasawwum ko isi ko tasawwum kaha gaya jo quran mein jo tasawwum hai woh yahi cheez hai.</w:t>
      </w:r>
      <w:r>
        <w:br/>
      </w:r>
      <w:r>
        <w:rPr>
          <w:sz w:val="20"/>
        </w:rPr>
        <w:t>29:44  to allah taala mujh ko aur aap ko tofeeq de ke hum quran o hadith ko apne imaan ki ghiza banayein.</w:t>
      </w:r>
    </w:p>
    <w:p>
      <w:pPr>
        <w:pStyle w:val="Heading2"/>
      </w:pPr>
      <w:r>
        <w:t>Meaning of entering and leaving Islam</w:t>
      </w:r>
    </w:p>
    <w:p>
      <w:r>
        <w:rPr>
          <w:color w:val="666666"/>
          <w:sz w:val="18"/>
        </w:rPr>
        <w:t>Hadith Prediction November 3, 2013 · 26s · at 23:34 · https://youtu.be/cb5Lzw9c8aE?t=1414</w:t>
      </w:r>
    </w:p>
    <w:p>
      <w:r>
        <w:rPr>
          <w:i/>
        </w:rPr>
        <w:t>“Fauj dar fauj Islam mein aaoge, phir fauj dar fauj nikal jaoge”</w:t>
      </w:r>
    </w:p>
    <w:p>
      <w:r>
        <w:rPr>
          <w:sz w:val="20"/>
        </w:rPr>
        <w:t>23:34  kitna bada yeh yeh nuqsan hua hai. to yahi woh cheez hai jo is hadith mein hai ke tum fauj dar fauj Islam mein aaoge, phir fauj dar fauj nikal bhi jaoge.</w:t>
      </w:r>
      <w:r>
        <w:br/>
      </w:r>
      <w:r>
        <w:rPr>
          <w:sz w:val="20"/>
        </w:rPr>
        <w:t>23:47  to nikalne ke ma'ne yeh nahin ke tum murtad ho jaoge, nahin, balkeh apne mindset ki taraf laut jaoge. ya'ni lotna pichhle deen ki taraf nahin hoga,</w:t>
      </w:r>
    </w:p>
    <w:p>
      <w:pPr>
        <w:pStyle w:val="Heading2"/>
      </w:pPr>
      <w:r>
        <w:t>Muslims blind to modern opportunities</w:t>
      </w:r>
    </w:p>
    <w:p>
      <w:r>
        <w:rPr>
          <w:color w:val="666666"/>
          <w:sz w:val="18"/>
        </w:rPr>
        <w:t>Living in the 21st Century I 17th February 2013 - Maulana Wahiduddin Khan · 29s · at 15:44 · https://youtu.be/ccUhM8fLtpU?t=944</w:t>
      </w:r>
    </w:p>
    <w:p>
      <w:r>
        <w:rPr>
          <w:i/>
        </w:rPr>
        <w:t>“آج کا مسلمان جو ہے opportunity blind ہو گیا ہے”</w:t>
      </w:r>
    </w:p>
    <w:p>
      <w:r>
        <w:rPr>
          <w:sz w:val="20"/>
        </w:rPr>
        <w:t>15:44  to yeh hai kya? aaj ka musalman jo hai opportunity blind ho gaya hai. opportunity blind.</w:t>
      </w:r>
      <w:r>
        <w:br/>
      </w:r>
      <w:r>
        <w:rPr>
          <w:sz w:val="20"/>
        </w:rPr>
        <w:t>15:55  jaante hi nahin kya opportunities khuli hain. abhi woh jee raha hai hazar saal pehle ke daur mein.</w:t>
      </w:r>
      <w:r>
        <w:br/>
      </w:r>
      <w:r>
        <w:rPr>
          <w:sz w:val="20"/>
        </w:rPr>
        <w:t>16:01  Intellectually. Opportunity blind. Aaj ke mawaqe ka unhein pata nahi hai.</w:t>
      </w:r>
    </w:p>
    <w:p>
      <w:pPr>
        <w:pStyle w:val="Heading2"/>
      </w:pPr>
      <w:r>
        <w:t>Ideal system impossible leads to perpetual fight</w:t>
      </w:r>
    </w:p>
    <w:p>
      <w:r>
        <w:rPr>
          <w:color w:val="666666"/>
          <w:sz w:val="18"/>
        </w:rPr>
        <w:t>Ideology of Life December 29, 2013 Maulana Wahiduddin Khan · 27s · at 9:01 · https://youtu.be/N5psCFw23MI?t=541</w:t>
      </w:r>
    </w:p>
    <w:p>
      <w:r>
        <w:rPr>
          <w:i/>
        </w:rPr>
        <w:t>“to is hadees ka matlab yeh hai”</w:t>
      </w:r>
    </w:p>
    <w:p>
      <w:r>
        <w:rPr>
          <w:sz w:val="20"/>
        </w:rPr>
        <w:t>9:01  to is hadith ka matlab yeh hai ke baad ke zamane mein musalmanon ke zehen mein yeh cheez khatm ho jayegi ke is duniya mein hamein less than ideal hi phir razi hona hai.</w:t>
      </w:r>
      <w:r>
        <w:br/>
      </w:r>
      <w:r>
        <w:rPr>
          <w:sz w:val="20"/>
        </w:rPr>
        <w:t>9:10  Ideal mil nahi sakta hai. Ideal cannot be achieved.</w:t>
      </w:r>
      <w:r>
        <w:br/>
      </w:r>
      <w:r>
        <w:rPr>
          <w:sz w:val="20"/>
        </w:rPr>
        <w:t>9:16  to chunke woh chahenge ideal banana aur woh ideal mil nahi sakta to ladenge, ladenge, ladenge. Yeh matlab hai is ka ke jab talwar dakhil hogi to woh khatm nahi hogi.</w:t>
      </w:r>
    </w:p>
    <w:p>
      <w:pPr>
        <w:pStyle w:val="Heading2"/>
      </w:pPr>
      <w:r>
        <w:t>this hadith holds an ocean of meaning</w:t>
      </w:r>
    </w:p>
    <w:p>
      <w:r>
        <w:rPr>
          <w:color w:val="666666"/>
          <w:sz w:val="18"/>
        </w:rPr>
        <w:t>Bird Culture March 6, 2014 Maulana Wahiduddin Khan · 31s · at 26:55 · https://youtu.be/zLSCXGvTJ9A?t=1615</w:t>
      </w:r>
    </w:p>
    <w:p>
      <w:r>
        <w:rPr>
          <w:i/>
        </w:rPr>
        <w:t>“Is hadith mein maani ka samandar hai”</w:t>
      </w:r>
    </w:p>
    <w:p>
      <w:r>
        <w:rPr>
          <w:sz w:val="20"/>
        </w:rPr>
        <w:t>26:55  to jab is hadith par aap ghore karenge to ismein to mani ka samandar hai mani ka samandar.</w:t>
      </w:r>
      <w:r>
        <w:br/>
      </w:r>
      <w:r>
        <w:rPr>
          <w:sz w:val="20"/>
        </w:rPr>
        <w:t>27:07  allah haqeeqat hai ke allah taala ne har cheez mein chahe ek zara ho ya pahad ho ek cheenti ho ya chidiya ho usko insani behavior ke liye ek tamseel bana diya hai.</w:t>
      </w:r>
      <w:r>
        <w:br/>
      </w:r>
      <w:r>
        <w:rPr>
          <w:sz w:val="20"/>
        </w:rPr>
        <w:t>27:18  tamseel yeh ek takhleeq ka hissa hai yeh isi ki taraf rasool allah ne ishara farmaya.</w:t>
      </w:r>
    </w:p>
    <w:p>
      <w:pPr>
        <w:pStyle w:val="Heading2"/>
      </w:pPr>
      <w:r>
        <w:t>Maulana highlights importance</w:t>
      </w:r>
    </w:p>
    <w:p>
      <w:r>
        <w:rPr>
          <w:color w:val="666666"/>
          <w:sz w:val="18"/>
        </w:rPr>
        <w:t>War And Peace November 15, 2013 Maulana Wahiduddin Khan · 20s · at 1:50 · https://youtu.be/dxgn0Pp7iVQ?t=110</w:t>
      </w:r>
    </w:p>
    <w:p>
      <w:r>
        <w:rPr>
          <w:i/>
        </w:rPr>
        <w:t>“Bismillah al-Rahman al-Rahim”</w:t>
      </w:r>
    </w:p>
    <w:p>
      <w:r>
        <w:rPr>
          <w:sz w:val="20"/>
        </w:rPr>
        <w:t>1:50  bismillah rahman rahim.</w:t>
      </w:r>
      <w:r>
        <w:br/>
      </w:r>
      <w:r>
        <w:rPr>
          <w:sz w:val="20"/>
        </w:rPr>
        <w:t>1:56  yeh hadith jo aap ne suni, yeh qital yani war ke masle ko samajhne ke liye bohat aham hai.</w:t>
      </w:r>
    </w:p>
    <w:p>
      <w:pPr>
        <w:pStyle w:val="Heading2"/>
      </w:pPr>
      <w:r>
        <w:t>Aaj bo ge toh kal kaatoge</w:t>
      </w:r>
    </w:p>
    <w:p>
      <w:r>
        <w:rPr>
          <w:color w:val="666666"/>
          <w:sz w:val="18"/>
        </w:rPr>
        <w:t>Life after Death (Prophetic Wisdom) · 37s · at 4:58 · https://youtu.be/7bA2WIsKLMQ?t=298</w:t>
      </w:r>
    </w:p>
    <w:p>
      <w:r>
        <w:rPr>
          <w:i/>
        </w:rPr>
        <w:t>“Aaj bo ge toh kal kaatoge”</w:t>
      </w:r>
    </w:p>
    <w:p>
      <w:r>
        <w:rPr>
          <w:sz w:val="20"/>
        </w:rPr>
        <w:t>4:58  to aaj booge to kal kaato ge. jaisa bona, vaisa kaatna.</w:t>
      </w:r>
      <w:r>
        <w:br/>
      </w:r>
      <w:r>
        <w:rPr>
          <w:sz w:val="20"/>
        </w:rPr>
        <w:t>5:06  jaisa bona, vaisa kaatna. to buri kheti karoge to bura phal milega, achhi kheti karoge to achha phal milega. yeh aik bohat hi basic taleem hai.</w:t>
      </w:r>
      <w:r>
        <w:br/>
      </w:r>
      <w:r>
        <w:rPr>
          <w:sz w:val="20"/>
        </w:rPr>
        <w:t>5:20  agar aadmi ke mind mein yeh baat baith jaye ke aaj ka jo amal mera hai, us ko eternal life mein, kyunke maut ke baad jo dunya hai woh eternal hai.</w:t>
      </w:r>
    </w:p>
    <w:p>
      <w:pPr>
        <w:pStyle w:val="Heading2"/>
      </w:pPr>
      <w:r>
        <w:t>Introduction to the hadith</w:t>
      </w:r>
    </w:p>
    <w:p>
      <w:r>
        <w:rPr>
          <w:color w:val="666666"/>
          <w:sz w:val="18"/>
        </w:rPr>
        <w:t>Patriotism for One's Homeland 19 May 2014 - Maulana Wahiduddin Khan · 33s · at 1:12 · https://youtu.be/BJfxpN_6ba4?t=72</w:t>
      </w:r>
    </w:p>
    <w:p>
      <w:r>
        <w:rPr>
          <w:i/>
        </w:rPr>
        <w:t>“Bismillah al-Rahman al-Rahim”</w:t>
      </w:r>
    </w:p>
    <w:p>
      <w:r>
        <w:rPr>
          <w:sz w:val="20"/>
        </w:rPr>
        <w:t>1:12  bismillah rahman rahim.</w:t>
      </w:r>
      <w:r>
        <w:br/>
      </w:r>
      <w:r>
        <w:rPr>
          <w:sz w:val="20"/>
        </w:rPr>
        <w:t>1:18  is hadith mein</w:t>
      </w:r>
      <w:r>
        <w:br/>
      </w:r>
      <w:r>
        <w:rPr>
          <w:sz w:val="20"/>
        </w:rPr>
        <w:t>1:22  yeh hadith hijrat ke baad ki hai, yaani rasool allah salallaho alaihi wasallam aur aap ke ashaab makka chhod kar jab madina chale gaye.</w:t>
      </w:r>
      <w:r>
        <w:br/>
      </w:r>
      <w:r>
        <w:rPr>
          <w:sz w:val="20"/>
        </w:rPr>
        <w:t>1:32  is zamane ki hai yeh hadith. to wahan par log thoda pareshan rehte the, sehat pe bhi asar padta pad gaya tha.</w:t>
      </w:r>
    </w:p>
    <w:p>
      <w:pPr>
        <w:pStyle w:val="Heading2"/>
      </w:pPr>
      <w:r>
        <w:t>Shirk blocks scientific investigation</w:t>
      </w:r>
    </w:p>
    <w:p>
      <w:r>
        <w:rPr>
          <w:color w:val="666666"/>
          <w:sz w:val="18"/>
        </w:rPr>
        <w:t>Three Periods of History May 17, 2009 Maulana Wahiduddin Khan · 45s · at 18:58 · https://youtu.be/iNS-3Yo58Gk?t=1138</w:t>
      </w:r>
    </w:p>
    <w:p>
      <w:r>
        <w:rPr>
          <w:i/>
        </w:rPr>
        <w:t>“Object of worship cannot be object of investigation”</w:t>
      </w:r>
    </w:p>
    <w:p>
      <w:r>
        <w:rPr>
          <w:sz w:val="20"/>
        </w:rPr>
        <w:t>18:58  yeh bohat hi moti si baat hai, common sense ki baat hai ke jis cheez ko aap worship kar rahay hon, usi ko usi waqt aap, yani jis cheez ko aap ne bana rakha ho, object of worship, usi ko aap object of investigation nahi bana sakte.</w:t>
      </w:r>
      <w:r>
        <w:br/>
      </w:r>
      <w:r>
        <w:rPr>
          <w:sz w:val="20"/>
        </w:rPr>
        <w:t>19:17  yeh common sense ki baat hai ke jis cheez ko aap ne object of worship bana rakha ho, usi ko usi time aap object of investigation nahi bana sakte.</w:t>
      </w:r>
      <w:r>
        <w:br/>
      </w:r>
      <w:r>
        <w:rPr>
          <w:sz w:val="20"/>
        </w:rPr>
        <w:t>19:32  to yeh tha maamla shirk ki wajah se. shirk aik permanent obstacle bana hua tha nature ko explore karne ke rastay mein.</w:t>
      </w:r>
    </w:p>
    <w:p>
      <w:pPr>
        <w:pStyle w:val="Heading2"/>
      </w:pPr>
      <w:r>
        <w:t>Dajjal means Great Deceiver</w:t>
      </w:r>
    </w:p>
    <w:p>
      <w:r>
        <w:rPr>
          <w:color w:val="666666"/>
          <w:sz w:val="18"/>
        </w:rPr>
        <w:t>Warnings of Doomsday February 4, 2007 · 36s · at 4:29 · https://youtu.be/VT0BnPl_-zc?t=269</w:t>
      </w:r>
    </w:p>
    <w:p>
      <w:r>
        <w:rPr>
          <w:i/>
        </w:rPr>
        <w:t>“Dajjal ka matlab hota hai 'Great Deceiver'”</w:t>
      </w:r>
    </w:p>
    <w:p>
      <w:r>
        <w:rPr>
          <w:sz w:val="20"/>
        </w:rPr>
        <w:t>4:29  Dajjal ka matlab hota hai "great deceiver", bohat ziyada bara farebi. to Dajjal bohat hi beautiful ideologies pesh karega, beautiful ideology,</w:t>
      </w:r>
      <w:r>
        <w:br/>
      </w:r>
      <w:r>
        <w:rPr>
          <w:sz w:val="20"/>
        </w:rPr>
        <w:t>4:46  beautiful nazariyat.</w:t>
      </w:r>
      <w:r>
        <w:br/>
      </w:r>
      <w:r>
        <w:rPr>
          <w:sz w:val="20"/>
        </w:rPr>
        <w:t>4:54  woh uski pehchan kya hogi? pehchan hogi result. result, result ko dekh kar aap samjhenge ke yeh Dajali ideology hai ya nahi hai.</w:t>
      </w:r>
    </w:p>
    <w:p>
      <w:pPr>
        <w:pStyle w:val="Heading2"/>
      </w:pPr>
      <w:r>
        <w:t>One-sided interpretation of life: duniya over akhirat</w:t>
      </w:r>
    </w:p>
    <w:p>
      <w:r>
        <w:rPr>
          <w:color w:val="666666"/>
          <w:sz w:val="18"/>
        </w:rPr>
        <w:t>Dajjal and Dajjalism July 26, 2009 · 35s · at 8:44 · https://youtu.be/CxQTfG01O_s?t=524</w:t>
      </w:r>
    </w:p>
    <w:p>
      <w:r>
        <w:rPr>
          <w:i/>
        </w:rPr>
        <w:t>“Yeh hai one-sided interpretation of life.”</w:t>
      </w:r>
    </w:p>
    <w:p>
      <w:r>
        <w:rPr>
          <w:sz w:val="20"/>
        </w:rPr>
        <w:t>8:44  woh cheezon ka ek taraf ka description dega. ek taraf ka. yani duniya ki baaton ko highlight karega aur aakhirat ki baaton ko khatam karega.</w:t>
      </w:r>
      <w:r>
        <w:br/>
      </w:r>
      <w:r>
        <w:rPr>
          <w:sz w:val="20"/>
        </w:rPr>
        <w:t>8:59  duniya mein socha nahi hai iske baare mein.</w:t>
      </w:r>
      <w:r>
        <w:br/>
      </w:r>
      <w:r>
        <w:rPr>
          <w:sz w:val="20"/>
        </w:rPr>
        <w:t>9:01  ye hai one sided interpretation of life. ke aap duniya ke baare mein khoob sochein aur aakhirat ke baare mein kuch na sochein.</w:t>
      </w:r>
      <w:r>
        <w:br/>
      </w:r>
      <w:r>
        <w:rPr>
          <w:sz w:val="20"/>
        </w:rPr>
        <w:t>9:11  ye karega woh. isi ko main keh raha hoon one sided, one sided interpretation of life. ye</w:t>
      </w:r>
    </w:p>
    <w:p>
      <w:pPr>
        <w:pStyle w:val="Heading2"/>
      </w:pPr>
      <w:r>
        <w:t>Hadith as historical fact not personal virtue</w:t>
      </w:r>
    </w:p>
    <w:p>
      <w:r>
        <w:rPr>
          <w:color w:val="666666"/>
          <w:sz w:val="18"/>
        </w:rPr>
        <w:t>Prophetic Guidance Aug 13, 2017 · 12s · at 8:13 · https://youtu.be/kRWf11h-acQ?t=493</w:t>
      </w:r>
    </w:p>
    <w:p>
      <w:r>
        <w:rPr>
          <w:i/>
        </w:rPr>
        <w:t>“Example ke ma'ani mein, ek historical fact ke ma'ani mein”</w:t>
      </w:r>
    </w:p>
    <w:p>
      <w:r>
        <w:rPr>
          <w:sz w:val="20"/>
        </w:rPr>
        <w:t>8:13  example ke mani mein, ek historical fact ke mani mein, woh kisi ek fard ki fazilat ke mani mein nahi hain.</w:t>
      </w:r>
    </w:p>
    <w:p>
      <w:pPr>
        <w:pStyle w:val="Heading2"/>
      </w:pPr>
      <w:r>
        <w:t>Symbolic interpretation of hadith</w:t>
      </w:r>
    </w:p>
    <w:p>
      <w:r>
        <w:rPr>
          <w:color w:val="666666"/>
          <w:sz w:val="18"/>
        </w:rPr>
        <w:t>Avail Your Morning Time August 23, 2020 Maulana Wahiduddin Khan · 21s · at 2:35 · https://youtu.be/mVs7Y0lavYk?t=155</w:t>
      </w:r>
    </w:p>
    <w:p>
      <w:r>
        <w:rPr>
          <w:i/>
        </w:rPr>
        <w:t>“Main is hadith ko bahut dino se sochta tha.”</w:t>
      </w:r>
    </w:p>
    <w:p>
      <w:r>
        <w:rPr>
          <w:sz w:val="20"/>
        </w:rPr>
        <w:t>2:35  Main is hadith ko bahut dinon se sochta tha.</w:t>
      </w:r>
      <w:r>
        <w:br/>
      </w:r>
      <w:r>
        <w:rPr>
          <w:sz w:val="20"/>
        </w:rPr>
        <w:t>2:45  Aaj subah mujhe achaanak mere zehen mein aaya ke yeh symbolic sense mein hai.</w:t>
      </w:r>
    </w:p>
    <w:p>
      <w:pPr>
        <w:pStyle w:val="Heading2"/>
      </w:pPr>
      <w:r>
        <w:t>Closing Quran verse on ever-increasing guidance</w:t>
      </w:r>
    </w:p>
    <w:p>
      <w:r>
        <w:rPr>
          <w:color w:val="666666"/>
          <w:sz w:val="18"/>
        </w:rPr>
        <w:t>Behtar Khatoon Kon CPS Women Article Discussion July 2, 2023 · 52s · at 51:31 · https://youtu.be/tGPJwzCnCMM?t=3091</w:t>
      </w:r>
    </w:p>
    <w:p>
      <w:r>
        <w:rPr>
          <w:i/>
        </w:rPr>
        <w:t>“Allah hidayat paane walon ki hidayat mein izafa karta hai”</w:t>
      </w:r>
    </w:p>
    <w:p>
      <w:r>
        <w:rPr>
          <w:sz w:val="20"/>
        </w:rPr>
        <w:t>51:31  galat aur sahi ko samajhna hai aur yahan quran ki ek aaj se khatam karti hoon ke Allah hidayat pakadne walon ki hidayat mein izafa karta hai shahoor sahi rukh par jaag uthe.</w:t>
      </w:r>
      <w:r>
        <w:br/>
      </w:r>
      <w:r>
        <w:rPr>
          <w:sz w:val="20"/>
        </w:rPr>
        <w:t>51:56  aise aadmi ke saamne koi suraten haal aati hain to woh uski sahi tauji karke usko apni gaza bana leta hai. is tarah uski hidayat mein yakeen aur kaifiyat ke tumaar se barabar izafa hota rehta hai.</w:t>
      </w:r>
      <w:r>
        <w:br/>
      </w:r>
      <w:r>
        <w:rPr>
          <w:sz w:val="20"/>
        </w:rPr>
        <w:t>52:23  isi tarah aankhrat ko saamne rakhkar amal karne wale ka amal bhi musalsal izafa pazir hai. musaf matlab us takal badhta rehta hai. yeh izafa pazir hi chunke aankhrat mein ikhatta ho rahi hai isliye woh duniya mein nazar nahi aati.</w:t>
      </w:r>
    </w:p>
    <w:p>
      <w:pPr>
        <w:pStyle w:val="Heading2"/>
      </w:pPr>
      <w:r>
        <w:t>Hadith on minor sins being destructive</w:t>
      </w:r>
    </w:p>
    <w:p>
      <w:r>
        <w:rPr>
          <w:color w:val="666666"/>
          <w:sz w:val="18"/>
        </w:rPr>
        <w:t>Character Building March 25, 2017 · 45s · at 1:35 · https://youtu.be/GTuBwenwkco?t=95</w:t>
      </w:r>
    </w:p>
    <w:p>
      <w:r>
        <w:rPr>
          <w:i/>
        </w:rPr>
        <w:t>“Innakum lata'maloon a'maalan”</w:t>
      </w:r>
    </w:p>
    <w:p>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Months of travel then, a few hours to Cyprus now</w:t>
      </w:r>
    </w:p>
    <w:p>
      <w:r>
        <w:rPr>
          <w:color w:val="666666"/>
          <w:sz w:val="18"/>
        </w:rPr>
        <w:t>Journey to a Mediterranean Island November 23, 2008 · 30s · at 54:25 · https://youtu.be/uoOiuhWeSIQ?t=3265</w:t>
      </w:r>
    </w:p>
    <w:p>
      <w:r>
        <w:rPr>
          <w:i/>
        </w:rPr>
        <w:t>“اس خاتون کو مدینہ سے سائپرس پہنچنے کے لیے کئی مہینے لگے تھے”</w:t>
      </w:r>
    </w:p>
    <w:p>
      <w:r>
        <w:rPr>
          <w:sz w:val="20"/>
        </w:rPr>
        <w:t>54:25  jab mein wahan dekha, mein ne wahan ka Umm Haram ka maqbara to mein ne socha ke is khatoon ko Madina se Cyprus pohnchne ke liye kai mahine lage the.</w:t>
      </w:r>
      <w:r>
        <w:br/>
      </w:r>
      <w:r>
        <w:rPr>
          <w:sz w:val="20"/>
        </w:rPr>
        <w:t>54:37  kai mahine ke baad woh pahunchi thi wahan par. hum to chand ghanton mein pahunch gaye, chand ghanton mein. to kitna zyada, yaani dunya badal chuki hai,</w:t>
      </w:r>
      <w:r>
        <w:br/>
      </w:r>
      <w:r>
        <w:rPr>
          <w:sz w:val="20"/>
        </w:rPr>
        <w:t>54:52  kitna zyada badal chuki hai.</w:t>
      </w:r>
    </w:p>
    <w:p>
      <w:pPr>
        <w:pStyle w:val="Heading2"/>
      </w:pPr>
      <w:r>
        <w:t>New era is pro-Islam not anti-Islam</w:t>
      </w:r>
    </w:p>
    <w:p>
      <w:r>
        <w:rPr>
          <w:color w:val="666666"/>
          <w:sz w:val="18"/>
        </w:rPr>
        <w:t>Islam in A New Age March 18, 2012 · 36s · at 0:48 · https://youtu.be/P5hzq_NheY0?t=48</w:t>
      </w:r>
    </w:p>
    <w:p>
      <w:r>
        <w:rPr>
          <w:i/>
        </w:rPr>
        <w:t>“Yeh naya zamana hai, yeh pro-Islam zamana hai”</w:t>
      </w:r>
    </w:p>
    <w:p>
      <w:r>
        <w:rPr>
          <w:sz w:val="20"/>
        </w:rPr>
        <w:t>0:48  yeh bohat hi important topic hai kyunke yeh jo naya zamana hai, yeh pro Islam zamana hai.</w:t>
      </w:r>
      <w:r>
        <w:br/>
      </w:r>
      <w:r>
        <w:rPr>
          <w:sz w:val="20"/>
        </w:rPr>
        <w:t>0:59  yeh anti Islam zamana nahi hai.</w:t>
      </w:r>
      <w:r>
        <w:br/>
      </w:r>
      <w:r>
        <w:rPr>
          <w:sz w:val="20"/>
        </w:rPr>
        <w:t>1:03  100 percent yeh pro Islam zamana hai.</w:t>
      </w:r>
      <w:r>
        <w:br/>
      </w:r>
      <w:r>
        <w:rPr>
          <w:sz w:val="20"/>
        </w:rPr>
        <w:t>1:08  toh agar aap is ko is hesiyat se discover karein toh aap ke liye, yani Khuda ki blessing ke samandar khul jayenge.</w:t>
      </w:r>
    </w:p>
    <w:p>
      <w:pPr>
        <w:pStyle w:val="Heading2"/>
      </w:pPr>
      <w:r>
        <w:t>Only pray good for yourself, angels say ameen</w:t>
      </w:r>
    </w:p>
    <w:p>
      <w:r>
        <w:rPr>
          <w:color w:val="666666"/>
          <w:sz w:val="18"/>
        </w:rPr>
        <w:t>CPS Women Monthly Q and A with Prof. Farida Khanam and Maulana Farhad Ahmed Umeri July 30, 2023 · 38s · at 29:54 · https://youtu.be/zKtfjSCnoAE?t=1794</w:t>
      </w:r>
    </w:p>
    <w:p>
      <w:r>
        <w:rPr>
          <w:i/>
        </w:rPr>
        <w:t>“Apne liye bhalai ke alawa koi dua na karo”</w:t>
      </w:r>
    </w:p>
    <w:p>
      <w:r>
        <w:rPr>
          <w:sz w:val="20"/>
        </w:rPr>
        <w:t>29:54  mera sawal ek hadees se related hai. yeh sahih muslim ki hadees se two one three zero. rasoolullah sallallahu alaihi wasallam abu sallama razi allahu anhu ke paas tashreef laye. us waqt unki aankhein khuli hui thi. toh aapne unhein band kar diya. jab rooh cups aur farmaya jab rooh cups ki jati hai toh nazar uska peecha karti hai. toh yeh sunne ke baad unke ghar wale jo hai woh rone lage. toh aap suno suno ne farmaya.</w:t>
      </w:r>
      <w:r>
        <w:br/>
      </w:r>
      <w:r>
        <w:rPr>
          <w:sz w:val="20"/>
        </w:rPr>
        <w:t>30:20  tum apne liye bhalai ke alawa aur koi dua na karo kyunki tum jo kehte ho farishte us par aameen kehte hain. toh mera question phir uske baad aapne unke liye dua ki abu sallama ke liye.</w:t>
      </w:r>
      <w:r>
        <w:br/>
      </w:r>
      <w:r>
        <w:rPr>
          <w:sz w:val="20"/>
        </w:rPr>
        <w:t>30:32  toh mera question yeh hai ki matlab yeh particular usi time ke liye thi kisi matlab inkar ho jata hai us bande ke liye yeh hum logon ke liye bhi hai aam din mein aur iske baad second yeh tha ki agar yeh aam dinon mein bhi hai toh jaise hamare negative thoughts ya comments aise rehte hain toh kya farishte us par bhi aameen kehte hain? mera question yeh tha. aameen kehne ka mamla jo hai woh toh har waqt ke liye hai.</w:t>
      </w:r>
    </w:p>
    <w:p>
      <w:pPr>
        <w:pStyle w:val="Heading2"/>
      </w:pPr>
      <w:r>
        <w:t>Introducing the topic of angels</w:t>
      </w:r>
    </w:p>
    <w:p>
      <w:r>
        <w:rPr>
          <w:color w:val="666666"/>
          <w:sz w:val="18"/>
        </w:rPr>
        <w:t>The Reality of Angels December 01, 2018 · 20s · at 0:34 · https://youtu.be/Tz_yrfnJktA?t=34</w:t>
      </w:r>
    </w:p>
    <w:p>
      <w:r>
        <w:rPr>
          <w:i/>
        </w:rPr>
        <w:t>“Aaj ka topic hai”</w:t>
      </w:r>
    </w:p>
    <w:p>
      <w:r>
        <w:rPr>
          <w:sz w:val="20"/>
        </w:rPr>
        <w:t>0:34  aaj ka topic hai:</w:t>
      </w:r>
      <w:r>
        <w:br/>
      </w:r>
      <w:r>
        <w:rPr>
          <w:sz w:val="20"/>
        </w:rPr>
        <w:t>0:43  angels, yaani farishte.</w:t>
      </w:r>
    </w:p>
    <w:p>
      <w:pPr>
        <w:pStyle w:val="Heading2"/>
      </w:pPr>
      <w:r>
        <w:t>pride exposed as just another word for arrogance</w:t>
      </w:r>
    </w:p>
    <w:p>
      <w:r>
        <w:rPr>
          <w:color w:val="666666"/>
          <w:sz w:val="18"/>
        </w:rPr>
        <w:t>Modesty and Arrogance January 31, 2008 · 44s · at 36:33 · https://youtu.be/8EHBmsIAF_Q?t=2193</w:t>
      </w:r>
    </w:p>
    <w:p>
      <w:r>
        <w:rPr>
          <w:i/>
        </w:rPr>
        <w:t>“Pride is just another name for arrogance”</w:t>
      </w:r>
    </w:p>
    <w:p>
      <w:r>
        <w:rPr>
          <w:sz w:val="20"/>
        </w:rPr>
        <w:t>36:33  pride organs ka doosra naam hai.</w:t>
      </w:r>
      <w:r>
        <w:br/>
      </w:r>
      <w:r>
        <w:rPr>
          <w:sz w:val="20"/>
        </w:rPr>
        <w:t>36:39  hum ko fakhr hai apni family par, hum ko fakhr hai apne apne apni qaum par, hum ko fakhr hai apne samaj par, hum ko fakhr hai apne leaders par, hum ko fakhr hai apne apne akabir par.</w:t>
      </w:r>
      <w:r>
        <w:br/>
      </w:r>
      <w:r>
        <w:rPr>
          <w:sz w:val="20"/>
        </w:rPr>
        <w:t>36:55  yeh kya hai? fakhr jo hai, sirf doosra naam hai organs ka.</w:t>
      </w:r>
      <w:r>
        <w:br/>
      </w:r>
      <w:r>
        <w:rPr>
          <w:sz w:val="20"/>
        </w:rPr>
        <w:t>37:02  log organs nahi bolte to fakhr bolte hain.</w:t>
      </w:r>
      <w:r>
        <w:br/>
      </w:r>
      <w:r>
        <w:rPr>
          <w:sz w:val="20"/>
        </w:rPr>
        <w:t>37:09  organs na bol kar ke fakhr bolte hain.</w:t>
      </w:r>
    </w:p>
    <w:p>
      <w:pPr>
        <w:pStyle w:val="Heading2"/>
      </w:pPr>
      <w:r>
        <w:t>Life is a journey to paradise</w:t>
      </w:r>
    </w:p>
    <w:p>
      <w:r>
        <w:rPr>
          <w:color w:val="666666"/>
          <w:sz w:val="18"/>
        </w:rPr>
        <w:t>Preparation for Paradise March 9, 2019 · 20s · at 0:48 · https://youtu.be/o03dZArw8W0?t=48</w:t>
      </w:r>
    </w:p>
    <w:p>
      <w:r>
        <w:rPr>
          <w:i/>
        </w:rPr>
        <w:t>“Zindagi kya hai? Zindagi jannat ka safar hai.”</w:t>
      </w:r>
    </w:p>
    <w:p>
      <w:r>
        <w:rPr>
          <w:sz w:val="20"/>
        </w:rPr>
        <w:t>0:48  zindagi kya hai? zindagi jannat ka safar hai.</w:t>
      </w:r>
      <w:r>
        <w:br/>
      </w:r>
      <w:r>
        <w:rPr>
          <w:sz w:val="20"/>
        </w:rPr>
        <w:t>1:00  har insan jannat ka musafir hai.</w:t>
      </w:r>
    </w:p>
    <w:p>
      <w:pPr>
        <w:pStyle w:val="Heading2"/>
      </w:pPr>
      <w:r>
        <w:t>Divorce between a married couple is Satan's victory</w:t>
      </w:r>
    </w:p>
    <w:p>
      <w:r>
        <w:rPr>
          <w:color w:val="666666"/>
          <w:sz w:val="18"/>
        </w:rPr>
        <w:t>Married Life April 29, 2017 Maulana Wahiduddin Khan · 21s · at 3:07 · https://youtu.be/ONfOGL9_VHg?t=187</w:t>
      </w:r>
    </w:p>
    <w:p>
      <w:r>
        <w:rPr>
          <w:i/>
        </w:rPr>
        <w:t>“Iska matlab yeh hai ke do log shaadi karke sathi banein”</w:t>
      </w:r>
    </w:p>
    <w:p>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Only accept beliefs proven by Quran and Hadith</w:t>
      </w:r>
    </w:p>
    <w:p>
      <w:r>
        <w:rPr>
          <w:color w:val="666666"/>
          <w:sz w:val="18"/>
        </w:rPr>
        <w:t>Dajjal and Dajjalism July 26, 2009 · 42s · at 1:40:43 · https://youtu.be/CxQTfG01O_s?t=6043</w:t>
      </w:r>
    </w:p>
    <w:p>
      <w:r>
        <w:rPr>
          <w:i/>
        </w:rPr>
        <w:t>“Jab tak Quran o Hadith mein proof na mile, mat maniye.”</w:t>
      </w:r>
    </w:p>
    <w:p>
      <w:r>
        <w:rPr>
          <w:sz w:val="20"/>
        </w:rPr>
        <w:t>1:40:43  ye bilashuba ye baatil aqeeda hai. is ke baatil mein koi shak nahin hai.</w:t>
      </w:r>
      <w:r>
        <w:br/>
      </w:r>
      <w:r>
        <w:rPr>
          <w:sz w:val="20"/>
        </w:rPr>
        <w:t>1:40:47  usooli baat ye hai ke jab tak aap kisi cheez ka proof aap ko Quran o hadees mein nahin mil jaaye, tab tak is ko hargiz na maaniye. chahe koi kitna kehta ho, koi bhi doosri daleel jo hai,</w:t>
      </w:r>
      <w:r>
        <w:br/>
      </w:r>
      <w:r>
        <w:rPr>
          <w:sz w:val="20"/>
        </w:rPr>
        <w:t>1:41:00  is se maanna ye bahut bada gunaah hai. deen ke maamle mein, deen ke maamle mein criterion jo hai, woh Quran o hadees hai. koi doosri cheez criterion nahin ban sakti hai.</w:t>
      </w:r>
      <w:r>
        <w:br/>
      </w:r>
      <w:r>
        <w:rPr>
          <w:sz w:val="20"/>
        </w:rPr>
        <w:t>1:41:11  ye jo aap ne guess kiya hai, shaitan se guess karke paighambar ko maan liya ke har jagah maujood hai, woh ye bahut hi gunaah ki baat hai. ye kyunki is ke peeche koi koi Quran o hadees ki daleel maujood nahin.</w:t>
      </w:r>
    </w:p>
    <w:p>
      <w:pPr>
        <w:pStyle w:val="Heading2"/>
      </w:pPr>
      <w:r>
        <w:t>Modern electronic neighbors in hadith</w:t>
      </w:r>
    </w:p>
    <w:p>
      <w:r>
        <w:rPr>
          <w:color w:val="666666"/>
          <w:sz w:val="18"/>
        </w:rPr>
        <w:t>CPS Women Article Discussion 14 January 8, 2023 · 23s · at 3:00 · https://youtu.be/XVluFGBfxcI?t=180</w:t>
      </w:r>
    </w:p>
    <w:p>
      <w:r>
        <w:rPr>
          <w:i/>
        </w:rPr>
        <w:t>“इस हदीश को मौजूदा ज़माने के लिहाज से देखा जाए तो इसमें आम पड़ोसी के”</w:t>
      </w:r>
    </w:p>
    <w:p>
      <w:r>
        <w:rPr>
          <w:sz w:val="20"/>
        </w:rPr>
        <w:t>3:00  is hadish ko maujooda zamane ke lihaz se dekha jaye to ismein aam padosi ke alawa electronic padosi in neighbor bhi shamil honge kyunke aaj door ke padosi ko hidayat pahunchana utna hi aasan ho gaya hai jitna ke qareebi padosi ko pahunchana.</w:t>
      </w:r>
      <w:r>
        <w:br/>
      </w:r>
      <w:r>
        <w:rPr>
          <w:sz w:val="20"/>
        </w:rPr>
        <w:t>3:23  is article ko padhkar main is hadish mein jo ismein jo hadish batai gayi hai woh isko padhkar iski jo baat hai ke deen ki daawat ki importance ka uski meaning yeh samajh mein aaya hai ke is duniya mein kisi insaan ke liye nijaat ka rasta agar hum kholte hain to usi ke zariye humare nijaat ka rasta bhi khulega.</w:t>
      </w:r>
    </w:p>
    <w:p>
      <w:pPr>
        <w:pStyle w:val="Heading2"/>
      </w:pPr>
      <w:r>
        <w:t>Explanation of hadith on intellect</w:t>
      </w:r>
    </w:p>
    <w:p>
      <w:r>
        <w:rPr>
          <w:color w:val="666666"/>
          <w:sz w:val="18"/>
        </w:rPr>
        <w:t>Reason And Islam April 21, 2014 Maulana Wahiduddin Khan · 52s · at 1:31 · https://youtu.be/xNSJWgVAn9U?t=91</w:t>
      </w:r>
    </w:p>
    <w:p>
      <w:r>
        <w:rPr>
          <w:i/>
        </w:rPr>
        <w:t>“مولانا اس حدیث کی وضاحت فرمائیں”</w:t>
      </w:r>
    </w:p>
    <w:p>
      <w:r>
        <w:rPr>
          <w:sz w:val="20"/>
        </w:rPr>
        <w:t>1:31  Maulana is hadith ki wazahat farmayen.</w:t>
      </w:r>
      <w:r>
        <w:br/>
      </w:r>
      <w:r>
        <w:rPr>
          <w:sz w:val="20"/>
        </w:rPr>
        <w:t>1:35  bismillah rahman rahim.</w:t>
      </w:r>
      <w:r>
        <w:br/>
      </w:r>
      <w:r>
        <w:rPr>
          <w:sz w:val="20"/>
        </w:rPr>
        <w:t>1:42  yeh hadith aql ke bare mein hai, yani mind ke bare mein.</w:t>
      </w:r>
      <w:r>
        <w:br/>
      </w:r>
      <w:r>
        <w:rPr>
          <w:sz w:val="20"/>
        </w:rPr>
        <w:t>1:49  aql</w:t>
      </w:r>
      <w:r>
        <w:br/>
      </w:r>
      <w:r>
        <w:rPr>
          <w:sz w:val="20"/>
        </w:rPr>
        <w:t>1:53  aur hadithon se main aur hadithon mein yeh baat aayi hai ke insaan ko jo kuch diya gaya hai us mein aql sab se bari cheez hai.</w:t>
      </w:r>
    </w:p>
    <w:p>
      <w:pPr>
        <w:pStyle w:val="Heading2"/>
      </w:pPr>
      <w:r>
        <w:t>Future over present</w:t>
      </w:r>
    </w:p>
    <w:p>
      <w:r>
        <w:rPr>
          <w:color w:val="666666"/>
          <w:sz w:val="18"/>
        </w:rPr>
        <w:t>Non Complaining Attitude Feb 23, 2019 · 35s · at 15:34 · https://youtu.be/W_UN5PdpeR8?t=934</w:t>
      </w:r>
    </w:p>
    <w:p>
      <w:r>
        <w:rPr>
          <w:i/>
        </w:rPr>
        <w:t>“Haal ki bajaye mustaqbil ko dekhein ge.”</w:t>
      </w:r>
    </w:p>
    <w:p>
      <w:r>
        <w:rPr>
          <w:sz w:val="20"/>
        </w:rPr>
        <w:t>15:34  is se bekhabar hain. agar woh janein to kya hoga? bajaye shukr ke, bajaye shikayat ke, woh shukr karenge.</w:t>
      </w:r>
      <w:r>
        <w:br/>
      </w:r>
      <w:r>
        <w:rPr>
          <w:sz w:val="20"/>
        </w:rPr>
        <w:t>15:48  haal ki bajaye mustaqbil ko dekhenge.</w:t>
      </w:r>
      <w:r>
        <w:br/>
      </w:r>
      <w:r>
        <w:rPr>
          <w:sz w:val="20"/>
        </w:rPr>
        <w:t>15:53  mayusi ki bajaye umeed unko dikhai padegi. nakami ke baad kamyabi, nakami ki bajaye kamyabi dikhai degi unko.</w:t>
      </w:r>
    </w:p>
    <w:p>
      <w:pPr>
        <w:pStyle w:val="Heading2"/>
      </w:pPr>
      <w:r>
        <w:t>Three parts of intellect in hadith</w:t>
      </w:r>
    </w:p>
    <w:p>
      <w:r>
        <w:rPr>
          <w:color w:val="666666"/>
          <w:sz w:val="18"/>
        </w:rPr>
        <w:t>Reason And Islam April 21, 2014 Maulana Wahiduddin Khan · 45s · at 0:46 · https://youtu.be/xNSJWgVAn9U?t=46</w:t>
      </w:r>
    </w:p>
    <w:p>
      <w:r>
        <w:rPr>
          <w:i/>
        </w:rPr>
        <w:t>“اس حدیث کا ترجمہ ہے”</w:t>
      </w:r>
    </w:p>
    <w:p>
      <w:r>
        <w:rPr>
          <w:sz w:val="20"/>
        </w:rPr>
        <w:t>0:46  is hadith ka tarjuma hai: abu sa'eed al-khidri riwayat karte hain ke unhon ne rasulallahi sallallahu 'alaihi wa sallam ko farmate hue suna: "Allah taala ne aql ko teen hisson mein taqseem kiya hai,</w:t>
      </w:r>
      <w:r>
        <w:br/>
      </w:r>
      <w:r>
        <w:rPr>
          <w:sz w:val="20"/>
        </w:rPr>
        <w:t>1:03  to jis ke andar yeh cheez pai jaye woh aqalmand hai, aur jis ke andar na pai jaye us ko kuch bhi aql nahin hai."</w:t>
      </w:r>
      <w:r>
        <w:br/>
      </w:r>
      <w:r>
        <w:rPr>
          <w:sz w:val="20"/>
        </w:rPr>
        <w:t>1:16  Allah ki behtar marifat, Allah ki behtar itaat, aur Allah ke liye behtar sabr.</w:t>
      </w:r>
    </w:p>
    <w:p>
      <w:pPr>
        <w:pStyle w:val="Heading2"/>
      </w:pPr>
      <w:r>
        <w:t>Hadith wisdom and its criticism</w:t>
      </w:r>
    </w:p>
    <w:p>
      <w:r>
        <w:rPr>
          <w:color w:val="666666"/>
          <w:sz w:val="18"/>
        </w:rPr>
        <w:t>Wisdom of Hadith February 23, 2014 · 30s · at 0:51 · https://youtu.be/8GZmhBU-LwE?t=51</w:t>
      </w:r>
    </w:p>
    <w:p>
      <w:r>
        <w:rPr>
          <w:i/>
        </w:rPr>
        <w:t>“Yani hadith ki hikmat ya hikmat-e-hadith”</w:t>
      </w:r>
    </w:p>
    <w:p>
      <w:r>
        <w:rPr>
          <w:sz w:val="20"/>
        </w:rPr>
        <w:t>0:51  yani hadith ki hikmat ya hikmat-e-hadith.</w:t>
      </w:r>
      <w:r>
        <w:br/>
      </w:r>
      <w:r>
        <w:rPr>
          <w:sz w:val="20"/>
        </w:rPr>
        <w:t>1:01  hadith ke bare mein pehle kabhi shakk nahi kiya gaya. maujoodah zamane mein aisa hua hai ke log hadith ke bare mein shakk karne lage hain.</w:t>
      </w:r>
      <w:r>
        <w:br/>
      </w:r>
      <w:r>
        <w:rPr>
          <w:sz w:val="20"/>
        </w:rPr>
        <w:t>1:10  main samajhta hoon ke is ke zimmedaar khud hamare log hain. yani mazhabi rehnuma.</w:t>
      </w:r>
    </w:p>
    <w:p>
      <w:pPr>
        <w:pStyle w:val="Heading2"/>
      </w:pPr>
      <w:r>
        <w:t>Prophet forbade excessive praise - La tutrunni</w:t>
      </w:r>
    </w:p>
    <w:p>
      <w:r>
        <w:rPr>
          <w:color w:val="666666"/>
          <w:sz w:val="18"/>
        </w:rPr>
        <w:t>Prophetic Guidance Aug 13, 2017 · 35s · at 16:39 · https://youtu.be/kRWf11h-acQ?t=999</w:t>
      </w:r>
    </w:p>
    <w:p>
      <w:r>
        <w:rPr>
          <w:i/>
        </w:rPr>
        <w:t>“Na'at khwani kya hai? Hadees mein aata hai ke Rasul Allah ne farmaya”</w:t>
      </w:r>
    </w:p>
    <w:p>
      <w:r>
        <w:rPr>
          <w:sz w:val="20"/>
        </w:rPr>
        <w:t>16:39  naat khwani kya hai? hadith mein aata hai ke Rasool Allah ne farmaya tha ummat ko khitab karte hue, "la tutruni kama utrat al-nisa min qabl".</w:t>
      </w:r>
      <w:r>
        <w:br/>
      </w:r>
      <w:r>
        <w:rPr>
          <w:sz w:val="20"/>
        </w:rPr>
        <w:t>16:50  yaani mujh ko barha charha kar mat bayan karna. yeh barha charha kar yahi to hai madah khwani, yahi to hai naat khwani.</w:t>
      </w:r>
      <w:r>
        <w:br/>
      </w:r>
      <w:r>
        <w:rPr>
          <w:sz w:val="20"/>
        </w:rPr>
        <w:t>17:05  "la tutruni" yaani mujh ko barha charha kar, barha charha kar mat bayan karna. "shahanshah-e-konain, sarwar-e-alam" waghera.</w:t>
      </w:r>
      <w:r>
        <w:br/>
      </w:r>
      <w:r>
        <w:rPr>
          <w:sz w:val="20"/>
        </w:rPr>
        <w:t>17:15  naat khwani mat karna. yaani sach poochien to "la tutruni" ka matlab hai mere liye naat khwani mat karna. main main jo wisdom de raha hoon, is wisdom ko lekar sochna.</w:t>
      </w:r>
    </w:p>
    <w:p>
      <w:pPr>
        <w:pStyle w:val="Heading2"/>
      </w:pPr>
      <w:r>
        <w:t>Fajr prayer awakens a new personality nobody can corrupt</w:t>
      </w:r>
    </w:p>
    <w:p>
      <w:r>
        <w:rPr>
          <w:color w:val="666666"/>
          <w:sz w:val="18"/>
        </w:rPr>
        <w:t>God's Protection November 28, 2013 · 48s · at 42:46 · https://youtu.be/QgqXbChsr5c?t=2566</w:t>
      </w:r>
    </w:p>
    <w:p>
      <w:r>
        <w:rPr>
          <w:i/>
        </w:rPr>
        <w:t>“Jis ne subah ki namaz parhi, naya insaan jaag uthega”</w:t>
      </w:r>
    </w:p>
    <w:p>
      <w:r>
        <w:rPr>
          <w:sz w:val="20"/>
        </w:rPr>
        <w:t>42:46  yani subha ki namaz padh li to us ke andar aik nai personality ubhar kare gi, us ke andar aik nai shakhsiyat banegi, us ke andar aik naya insaan jaag uthe ga, us ke andar aik naya mind paida hoga, us ke andar nai thinking aa jaye gi.</w:t>
      </w:r>
      <w:r>
        <w:br/>
      </w:r>
      <w:r>
        <w:rPr>
          <w:sz w:val="20"/>
        </w:rPr>
        <w:t>43:02  is is ki, is ka, is ki nazar aik aur qism nazar ban jaye gi, us ka kaan aik aur qism kaan ban jaye ga, us ka sochna, us ka dekhna, us ka sunna, us ka chalna, har cheez mein aik aik naya andaaz aa jaye ga.</w:t>
      </w:r>
      <w:r>
        <w:br/>
      </w:r>
      <w:r>
        <w:rPr>
          <w:sz w:val="20"/>
        </w:rPr>
        <w:t>43:20  to aisay insaan ko kaun kuch bigaad sakta hai? kaun bigaad sakta hai?</w:t>
      </w:r>
    </w:p>
    <w:p>
      <w:pPr>
        <w:pStyle w:val="Heading2"/>
      </w:pPr>
      <w:r>
        <w:t>hadith: you will die as you sleep</w:t>
      </w:r>
    </w:p>
    <w:p>
      <w:r>
        <w:rPr>
          <w:color w:val="666666"/>
          <w:sz w:val="18"/>
        </w:rPr>
        <w:t>From The Spiritual Tree December 3, 2006 · 43s · at 11:12 · https://youtu.be/m3JXYXORP5w?t=672</w:t>
      </w:r>
    </w:p>
    <w:p>
      <w:r>
        <w:rPr>
          <w:i/>
        </w:rPr>
        <w:t>“By God, you will die just as you sleep”</w:t>
      </w:r>
    </w:p>
    <w:p>
      <w:r>
        <w:rPr>
          <w:sz w:val="20"/>
        </w:rPr>
        <w:t>11:12  Khuda ki qasam, jis tarah tum</w:t>
      </w:r>
      <w:r>
        <w:br/>
      </w:r>
      <w:r>
        <w:rPr>
          <w:sz w:val="20"/>
        </w:rPr>
        <w:t>11:21  sote ho, isi tarah</w:t>
      </w:r>
      <w:r>
        <w:br/>
      </w:r>
      <w:r>
        <w:rPr>
          <w:sz w:val="20"/>
        </w:rPr>
        <w:t>11:23  maro ge. yaani sona woh hai, jis tarah ko aadmi sota hai, be khabar rehta hai to woh ek maut ki alamat hoti hai. "Wallah latamutuna kama tanamuna wala tahyuna kama tustahiquna". Khuda ki qasam, tum maro ge jis tarah tum sote ho.</w:t>
      </w:r>
      <w:r>
        <w:br/>
      </w:r>
      <w:r>
        <w:rPr>
          <w:sz w:val="20"/>
        </w:rPr>
        <w:t>11:44  Khuda ki qasam, tum maro ge jis tarah tum sote ho. aur tum dobara uthaye jaoge jis tarah tum jaagte ho.</w:t>
      </w:r>
    </w:p>
    <w:p>
      <w:pPr>
        <w:pStyle w:val="Heading2"/>
      </w:pPr>
      <w:r>
        <w:t>Angels and upcoming hadith</w:t>
      </w:r>
    </w:p>
    <w:p>
      <w:r>
        <w:rPr>
          <w:color w:val="666666"/>
          <w:sz w:val="18"/>
        </w:rPr>
        <w:t>The Reality of Angels December 01, 2018 · 27s · at 0:43 · https://youtu.be/Tz_yrfnJktA?t=43</w:t>
      </w:r>
    </w:p>
    <w:p>
      <w:r>
        <w:rPr>
          <w:i/>
        </w:rPr>
        <w:t>“Angels, yani farishte”</w:t>
      </w:r>
    </w:p>
    <w:p>
      <w:r>
        <w:rPr>
          <w:sz w:val="20"/>
        </w:rPr>
        <w:t>0:43  angels, yaani farishte.</w:t>
      </w:r>
      <w:r>
        <w:br/>
      </w:r>
      <w:r>
        <w:rPr>
          <w:sz w:val="20"/>
        </w:rPr>
        <w:t>0:55  farishton ke bare mein ek hadith aayi hai, woh pehle aap ke samne parhi jaye gi, us ke baad inshallah is ki tashreeh mein kuch arz kiya jaye ga.</w:t>
      </w:r>
    </w:p>
    <w:p>
      <w:pPr>
        <w:pStyle w:val="Heading2"/>
      </w:pPr>
      <w:r>
        <w:t>Islam's text stayed intact, only interpretation got corrupted</w:t>
      </w:r>
    </w:p>
    <w:p>
      <w:r>
        <w:rPr>
          <w:color w:val="666666"/>
          <w:sz w:val="18"/>
        </w:rPr>
        <w:t>History of Islamic Learning May 14, 2006 Part 2 · 49s · at 10:02 · https://youtu.be/snrt_NRyjLI?t=602</w:t>
      </w:r>
    </w:p>
    <w:p>
      <w:r>
        <w:rPr>
          <w:i/>
        </w:rPr>
        <w:t>“اسلام میں ٹیکسٹ انٹیکٹ ہے، بگاڑ آیا ہے انٹرپریٹیشن میں”</w:t>
      </w:r>
    </w:p>
    <w:p>
      <w:r>
        <w:rPr>
          <w:sz w:val="20"/>
        </w:rPr>
        <w:t>10:02  lekin islam mein kya hua hai ke text to intact, intact hai. interpretation mein logon ne bohat ziyada gadbad ki. yeh</w:t>
      </w:r>
      <w:r>
        <w:br/>
      </w:r>
      <w:r>
        <w:rPr>
          <w:sz w:val="20"/>
        </w:rPr>
        <w:t>10:11  farq hai. is ka matlab yeh hai ke agar aap doosray mazhabon ko un ke original form mein jana janna chahen to aap jaan nahi saktay. kyunke jab text hi mein milawat ho gayi ho to aap kya karogay?</w:t>
      </w:r>
      <w:r>
        <w:br/>
      </w:r>
      <w:r>
        <w:rPr>
          <w:sz w:val="20"/>
        </w:rPr>
        <w:t>10:24  aap nahi kar saktay. lekin islam mein yeh possible hai ke aap</w:t>
      </w:r>
      <w:r>
        <w:br/>
      </w:r>
      <w:r>
        <w:rPr>
          <w:sz w:val="20"/>
        </w:rPr>
        <w:t>10:33  is ke text ko parh kar ke, is pe study kar ke jaan sakain ke islam kya hai.</w:t>
      </w:r>
      <w:r>
        <w:br/>
      </w:r>
      <w:r>
        <w:rPr>
          <w:sz w:val="20"/>
        </w:rPr>
        <w:t>10:38  to islam mein jo bigaar aaya hai, woh bigaar aaya hai interpretation mein. text mein koi bigaar nahi aaya hai.</w:t>
      </w:r>
    </w:p>
    <w:p>
      <w:pPr>
        <w:pStyle w:val="Heading2"/>
      </w:pPr>
      <w:r>
        <w:t>Confessing reluctance to travel somewhere completely unknown</w:t>
      </w:r>
    </w:p>
    <w:p>
      <w:r>
        <w:rPr>
          <w:color w:val="666666"/>
          <w:sz w:val="18"/>
        </w:rPr>
        <w:t>Journey to a Mediterranean Island November 23, 2008 · 38s · at 2:30 · https://youtu.be/uoOiuhWeSIQ?t=150</w:t>
      </w:r>
    </w:p>
    <w:p>
      <w:r>
        <w:rPr>
          <w:i/>
        </w:rPr>
        <w:t>“ایک ایسی جگہ جانا جو میڈیٹیرین میں ہے، جس کا نام بھی مجھے نہیں پتا”</w:t>
      </w:r>
    </w:p>
    <w:p>
      <w:r>
        <w:rPr>
          <w:sz w:val="20"/>
        </w:rPr>
        <w:t>2:30  to ek aisi jagah jana jo mediterranean mein hai, jis ka naam bhi mujhe nahi pata, nayi jagah</w:t>
      </w:r>
      <w:r>
        <w:br/>
      </w:r>
      <w:r>
        <w:rPr>
          <w:sz w:val="20"/>
        </w:rPr>
        <w:t>2:40  . to mein I was reluctant to accept this invitation.</w:t>
      </w:r>
      <w:r>
        <w:br/>
      </w:r>
      <w:r>
        <w:rPr>
          <w:sz w:val="20"/>
        </w:rPr>
        <w:t>2:50  bilkul mere dil mein yahi tha ke mein yeh nahi jana hai. pata nahi kya wahan hoga, kya nahi hoga, koi jangla hai ke kya hai. bilkul at the last, jis ko kehte hain at the eleventh hour, kuch aisa hua ke mujhe is ko confirm karna pada.</w:t>
      </w:r>
    </w:p>
    <w:p>
      <w:pPr>
        <w:pStyle w:val="Heading2"/>
      </w:pPr>
      <w:r>
        <w:t>Why early Islamic democracy couldn't fully work</w:t>
      </w:r>
    </w:p>
    <w:p>
      <w:r>
        <w:rPr>
          <w:color w:val="666666"/>
          <w:sz w:val="18"/>
        </w:rPr>
        <w:t>CPS Women Monthly Q and A with Prof. Farida Khanam and Maulana Farhad Ahmed Umeri July 30, 2023 · 30s · at 14:27 · https://youtu.be/zKtfjSCnoAE?t=867</w:t>
      </w:r>
    </w:p>
    <w:p>
      <w:r>
        <w:rPr>
          <w:i/>
        </w:rPr>
        <w:t>“Islam mein democracy thi lekin zamane se compatible nahi thi”</w:t>
      </w:r>
    </w:p>
    <w:p>
      <w:r>
        <w:rPr>
          <w:sz w:val="20"/>
        </w:rPr>
        <w:t>14:27  Islam mein democracy to thi lekin shura ka jo concept hai Quran mein woh bhi wahi hai democracy wala lekin woh zamane se woh zamane se compatible nahi hua tha yeh masla tha. Is wajah se woh chal nahi paya. Democracy jo hota hai aapki baat complete hogi. Haan bataiye. Democracy asal kya cheez hai? Demonopolization.</w:t>
      </w:r>
      <w:r>
        <w:br/>
      </w:r>
      <w:r>
        <w:rPr>
          <w:sz w:val="20"/>
        </w:rPr>
        <w:t>14:57  pehlay zamane mein tribal age mein hota tha monopoly hoti thi.</w:t>
      </w:r>
    </w:p>
    <w:p>
      <w:pPr>
        <w:pStyle w:val="Heading2"/>
      </w:pPr>
      <w:r>
        <w:t>Testing a hadith narrator's honesty with a camel</w:t>
      </w:r>
    </w:p>
    <w:p>
      <w:r>
        <w:rPr>
          <w:color w:val="666666"/>
          <w:sz w:val="18"/>
        </w:rPr>
        <w:t>The Living Tradition: Why Hadith Matters in Islam?</w:t>
        <w:br/>
        <w:t>December 8, 2024 · 59s · at 1:05:58 · https://youtu.be/2w9-vnnJBeY?t=3958</w:t>
      </w:r>
    </w:p>
    <w:p>
      <w:r>
        <w:rPr>
          <w:i/>
        </w:rPr>
        <w:t>“A man tricked a camel with an empty bowl”</w:t>
      </w:r>
    </w:p>
    <w:p>
      <w:r>
        <w:rPr>
          <w:sz w:val="20"/>
        </w:rPr>
        <w:t>1:05:58  to misal ke taur par ek batate hain ke jo honesty ko kitna zyada unhon ne supreme rakha ke ek baar kya hua ke ek aadmi khali bartan le kar ke oont ko bula raha tha ke oont yeh samjhe ke is mein dana hai, to oont aayega.</w:t>
      </w:r>
      <w:r>
        <w:br/>
      </w:r>
      <w:r>
        <w:rPr>
          <w:sz w:val="20"/>
        </w:rPr>
        <w:t>1:06:16  to is ne dekha, is ne koi hadith ka narrator tha, woh</w:t>
      </w:r>
      <w:r>
        <w:br/>
      </w:r>
      <w:r>
        <w:rPr>
          <w:sz w:val="20"/>
        </w:rPr>
        <w:t>1:06:22  dekha ke woh aisa aadmi hai jab oont ko dhokha de de sakta hai, to woh us ki batai hui hadith jo hai, woh authentic nahi</w:t>
      </w:r>
      <w:r>
        <w:br/>
      </w:r>
      <w:r>
        <w:rPr>
          <w:sz w:val="20"/>
        </w:rPr>
        <w:t>1:06:31  hai. To yeh sab cheezain unhon ne itna zabardast ilm jama kiya ke sabhi log hairaan hain, balkay orientalist bhi hairaan hain ke is zamane mein jab ke arabon ko scholarship arabon ke paas itni thi nahi, is waqt un ko kaise samajh mein aaya ke taqreeban paanch lakh logon ki poori poori mukammal maloomat un ki zindagi ke baray mein jama kar di gayi.</w:t>
      </w:r>
    </w:p>
    <w:p>
      <w:pPr>
        <w:pStyle w:val="Heading2"/>
      </w:pPr>
      <w:r>
        <w:t>Rejecting 'son of God' as a Christian, not Islamic, concept</w:t>
      </w:r>
    </w:p>
    <w:p>
      <w:r>
        <w:rPr>
          <w:color w:val="666666"/>
          <w:sz w:val="18"/>
        </w:rPr>
        <w:t>Islam in A New Age March 18, 2012 · 1m 06s · at 1:21:57 · https://youtu.be/P5hzq_NheY0?t=4917</w:t>
      </w:r>
    </w:p>
    <w:p>
      <w:r>
        <w:rPr>
          <w:i/>
        </w:rPr>
        <w:t>“Hum Allah ke bete nahi, uske creature hain”</w:t>
      </w:r>
    </w:p>
    <w:p>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p>
    <w:p>
      <w:pPr>
        <w:pStyle w:val="Heading2"/>
      </w:pPr>
      <w:r>
        <w:t>Khadija tells Prophet to rest after revelation</w:t>
      </w:r>
    </w:p>
    <w:p>
      <w:r>
        <w:rPr>
          <w:color w:val="666666"/>
          <w:sz w:val="18"/>
        </w:rPr>
        <w:t>From The Spiritual Tree December 3, 2006 · 57s · at 23:48 · https://youtu.be/m3JXYXORP5w?t=1428</w:t>
      </w:r>
    </w:p>
    <w:p>
      <w:r>
        <w:rPr>
          <w:i/>
        </w:rPr>
        <w:t>“When revelation came, Khadija said rest — he couldn't”</w:t>
      </w:r>
    </w:p>
    <w:p>
      <w:r>
        <w:rPr>
          <w:sz w:val="20"/>
        </w:rPr>
        <w:t>23:48  main in ko peeche se kheench raha hoon. jab aap par pehli wahi aayi aur aap ghar laute to Khadija ne kaha ke bistar bichha diya aur kaha ke aaram kar lijiye.</w:t>
      </w:r>
      <w:r>
        <w:br/>
      </w:r>
      <w:r>
        <w:rPr>
          <w:sz w:val="20"/>
        </w:rPr>
        <w:t>24:02  aap ne farmaya ke "ae nahar ya Khadija! ae Khadija! aap aaram kahan?" kyunke yeh haqeeqat aap par khul gayi thi.</w:t>
      </w:r>
      <w:r>
        <w:br/>
      </w:r>
      <w:r>
        <w:rPr>
          <w:sz w:val="20"/>
        </w:rPr>
        <w:t>24:13  Allah taala ne khol diya tha ke poori humanity ja rahi</w:t>
      </w:r>
      <w:r>
        <w:br/>
      </w:r>
      <w:r>
        <w:rPr>
          <w:sz w:val="20"/>
        </w:rPr>
        <w:t>24:17  he hel mein. in ko bachao! "Qum fa andir ya ayyuhal muddathir! Qum fa andir!" Quran mein aaya ke "Ya ayyuhal muddathir! Qum fa andir!" ae chadar mein lapet kar sone wale, utho!</w:t>
      </w:r>
      <w:r>
        <w:br/>
      </w:r>
      <w:r>
        <w:rPr>
          <w:sz w:val="20"/>
        </w:rPr>
        <w:t>24:37  duniya jahannum mein ja rahi he, is ko darao, batao is ko !</w:t>
      </w:r>
    </w:p>
    <w:p>
      <w:pPr>
        <w:pStyle w:val="Heading2"/>
      </w:pPr>
      <w:r>
        <w:t>Simplicity is part of faith</w:t>
      </w:r>
    </w:p>
    <w:p>
      <w:r>
        <w:rPr>
          <w:color w:val="666666"/>
          <w:sz w:val="18"/>
        </w:rPr>
        <w:t>Simplicity is part of Faith 2 May 2014 - Maulana Wahiduddin Khan · 51s · at 0:31 · https://youtu.be/IdhUcheTbO4?t=31</w:t>
      </w:r>
    </w:p>
    <w:p>
      <w:r>
        <w:rPr>
          <w:i/>
        </w:rPr>
        <w:t>“Listen! Listen! Simplicity is part of faith.”</w:t>
      </w:r>
    </w:p>
    <w:p>
      <w:r>
        <w:rPr>
          <w:sz w:val="20"/>
        </w:rPr>
        <w:t>0:31  faqala rasool Allah sallallahu alaihi wasallam: "ala tasma'un? ala tasma'un? innal bazazata min al-iman." innal bazazata min al-iman.</w:t>
      </w:r>
      <w:r>
        <w:br/>
      </w:r>
      <w:r>
        <w:rPr>
          <w:sz w:val="20"/>
        </w:rPr>
        <w:t>0:46  abu dawood, hadith number 4161. abu imamah riwayat karte hain ke rasool Allah ke ashab ne aik din aap ke pas duniya ka zikr kiya to aap ne farmaya:</w:t>
      </w:r>
      <w:r>
        <w:br/>
      </w:r>
      <w:r>
        <w:rPr>
          <w:sz w:val="20"/>
        </w:rPr>
        <w:t>1:08  "kya tum suntay nahi ho? kya tum suntay nahi ho? bazazat iman ka hissa hai." bazazat iman ka hissa hai.</w:t>
      </w:r>
    </w:p>
    <w:p>
      <w:pPr>
        <w:pStyle w:val="Heading2"/>
      </w:pPr>
      <w:r>
        <w:t>Ottoman caliphate example: unity didn't save it</w:t>
      </w:r>
    </w:p>
    <w:p>
      <w:r>
        <w:rPr>
          <w:color w:val="666666"/>
          <w:sz w:val="18"/>
        </w:rPr>
        <w:t>Muslim Unity March 15, 2014 Maulana Wahiduddin Khan · 46s · at 3:52 · https://youtu.be/CZHU5z3SEjc?t=232</w:t>
      </w:r>
    </w:p>
    <w:p>
      <w:r>
        <w:rPr>
          <w:i/>
        </w:rPr>
        <w:t>“Poori ummat mutahid ho gayi thi khilafat e turki ke masle par”</w:t>
      </w:r>
    </w:p>
    <w:p>
      <w:r>
        <w:rPr>
          <w:sz w:val="20"/>
        </w:rPr>
        <w:t>3:52  beeswin sadi ke rub'e awwal mein taqreeban poori ummat jo hai mujtami' ho gayi thi khilafat-e-turki ke masle par,</w:t>
      </w:r>
      <w:r>
        <w:br/>
      </w:r>
      <w:r>
        <w:rPr>
          <w:sz w:val="20"/>
        </w:rPr>
        <w:t>4:03  yaani turki khilafat ko bachao. lekin poori ummat ka ijtima' turki khilafat ko bacha nahi saka, khilafat khatm ho gayi.</w:t>
      </w:r>
      <w:r>
        <w:br/>
      </w:r>
      <w:r>
        <w:rPr>
          <w:sz w:val="20"/>
        </w:rPr>
        <w:t>4:16  to agar poori ummat ka kisi issue pe ikattha ho jana yeh haq ki alamat ho to kya Allah ne saath de diya unka?</w:t>
      </w:r>
      <w:r>
        <w:br/>
      </w:r>
      <w:r>
        <w:rPr>
          <w:sz w:val="20"/>
        </w:rPr>
        <w:t>4:26  halanke yeh namumkin baat hai. yaani poori poori ummat ek sachche issue pe ikattha ho jaye aur Allah saath na de iska, yeh to bilkul enthe ke bal hai.</w:t>
      </w:r>
    </w:p>
    <w:p>
      <w:pPr>
        <w:pStyle w:val="Heading2"/>
      </w:pPr>
      <w:r>
        <w:t>Chain of narration is part of religion itself</w:t>
      </w:r>
    </w:p>
    <w:p>
      <w:r>
        <w:rPr>
          <w:color w:val="666666"/>
          <w:sz w:val="18"/>
        </w:rPr>
        <w:t>The Living Tradition: Why Hadith Matters in Islam?</w:t>
        <w:br/>
        <w:t>December 8, 2024 · 27s · at 36:58 · https://youtu.be/2w9-vnnJBeY?t=2218</w:t>
      </w:r>
    </w:p>
    <w:p>
      <w:r>
        <w:rPr>
          <w:i/>
        </w:rPr>
        <w:t>“Talab-e-uluw-al-isnad minad-deen”</w:t>
      </w:r>
    </w:p>
    <w:p>
      <w:r>
        <w:rPr>
          <w:sz w:val="20"/>
        </w:rPr>
        <w:t>36:58  is mein se Ahmad bin Imam Ahmad bin Hanbal ne ek baat kahi thi: "talab ulu al-isnad min al-deen" ke umda qism ke sanad ke aitbar se hadith ko hasil karna deen ka hissa hai.</w:t>
      </w:r>
      <w:r>
        <w:br/>
      </w:r>
      <w:r>
        <w:rPr>
          <w:sz w:val="20"/>
        </w:rPr>
        <w:t>37:14  aur ek aur kisi sahib ne kaha tha: "al-isnad min al-deen law al-isnad la qala man sha wa ma sha" ke asnad, sanad jo hai, chain of narration deen ka hissa hai.</w:t>
      </w:r>
    </w:p>
    <w:p>
      <w:pPr>
        <w:pStyle w:val="Heading2"/>
      </w:pPr>
      <w:r>
        <w:t>poem shows how people misread the same truth</w:t>
      </w:r>
    </w:p>
    <w:p>
      <w:r>
        <w:rPr>
          <w:color w:val="666666"/>
          <w:sz w:val="18"/>
        </w:rPr>
        <w:t>History of Islamic Learning May 14, 2006 Part 2 · 53s · at 11:36 · https://youtu.be/snrt_NRyjLI?t=696</w:t>
      </w:r>
    </w:p>
    <w:p>
      <w:r>
        <w:rPr>
          <w:i/>
        </w:rPr>
        <w:t>“ہم تو نہ چاند سمجھیں، نہ سورج ہیں جانتے”</w:t>
      </w:r>
    </w:p>
    <w:p>
      <w:r>
        <w:rPr>
          <w:sz w:val="20"/>
        </w:rPr>
        <w:t>11:36  misalan ek shayar the, nazeer akbarabadi, unhon ne kaha ke hum to na chand samjhen, na suraj hain jante.</w:t>
      </w:r>
      <w:r>
        <w:br/>
      </w:r>
      <w:r>
        <w:rPr>
          <w:sz w:val="20"/>
        </w:rPr>
        <w:t>11:47  baba, hamein to yeh nazar aati hain rotiyan. ab ek aadmi jo roti ka se pareshan tha, roti ko apna, yani roti ke problem se dochar tha, wo to wo us ko har cheez roti hi dikhai padi.</w:t>
      </w:r>
      <w:r>
        <w:br/>
      </w:r>
      <w:r>
        <w:rPr>
          <w:sz w:val="20"/>
        </w:rPr>
        <w:t>12:06  hum to na chand samjhen, na suraj hain jante. baba, hamein to yeh nazar aati hain rotiyan. ab dekhiye ke kuch aur logon ne kya kiya.</w:t>
      </w:r>
      <w:r>
        <w:br/>
      </w:r>
      <w:r>
        <w:rPr>
          <w:sz w:val="20"/>
        </w:rPr>
        <w:t>12:18  unhon ne kaha ke unhon ne isi ko khuda samajh liya, chand suraj ko khuda samajh liya. unhon ne is ko roti samjha.</w:t>
      </w:r>
    </w:p>
    <w:p>
      <w:pPr>
        <w:pStyle w:val="Heading2"/>
      </w:pPr>
      <w:r>
        <w:t>Don't fear mistakes in reasoning, check your intention</w:t>
      </w:r>
    </w:p>
    <w:p>
      <w:r>
        <w:rPr>
          <w:color w:val="666666"/>
          <w:sz w:val="18"/>
        </w:rPr>
        <w:t>Islam in A New Age March 18, 2012 · 37s · at 49:12 · https://youtu.be/P5hzq_NheY0?t=2952</w:t>
      </w:r>
    </w:p>
    <w:p>
      <w:r>
        <w:rPr>
          <w:i/>
        </w:rPr>
        <w:t>“Ijtihad se mat daro, apni niyat tatolo”</w:t>
      </w:r>
    </w:p>
    <w:p>
      <w:r>
        <w:rPr>
          <w:sz w:val="20"/>
        </w:rPr>
        <w:t>49:12  khwamkhwah aik aik khauf bitha diya hai, khauf ke ijtihad karoge to yeh ho jayega, woh ho jayega. bhai, ijtihad karoge to apni niyat ko tatolo bas.</w:t>
      </w:r>
      <w:r>
        <w:br/>
      </w:r>
      <w:r>
        <w:rPr>
          <w:sz w:val="20"/>
        </w:rPr>
        <w:t>49:23  ijtihad se mat daro. apni niyat, niyat ka jaiza lo. yaani ijtihad se darne ki bajaye apni niyat ka jaiza lo. niyat durust hai to chhalang laga do samandar mein.</w:t>
      </w:r>
      <w:r>
        <w:br/>
      </w:r>
      <w:r>
        <w:rPr>
          <w:sz w:val="20"/>
        </w:rPr>
        <w:t>49:39  kaisi ajeeb yeh taleemat hain Quran o hadees mein. aur kis tarah is ka darwaza band kar rakha hai logon ne.</w:t>
      </w:r>
    </w:p>
    <w:p>
      <w:pPr>
        <w:pStyle w:val="Heading2"/>
      </w:pPr>
      <w:r>
        <w:t>Hadith: Earth as mosque for entire ummah</w:t>
      </w:r>
    </w:p>
    <w:p>
      <w:r>
        <w:rPr>
          <w:color w:val="666666"/>
          <w:sz w:val="18"/>
        </w:rPr>
        <w:t>Prophetic Guidance Aug 13, 2017 · 18s · at 8:47 · https://youtu.be/kRWf11h-acQ?t=527</w:t>
      </w:r>
    </w:p>
    <w:p>
      <w:r>
        <w:rPr>
          <w:i/>
        </w:rPr>
        <w:t>“Yeh jo maine aap ke samne suna ke 'Main ru'ub ek mahine ki masafat tak pahunchta hoon'”</w:t>
      </w:r>
    </w:p>
    <w:p>
      <w:r>
        <w:rPr>
          <w:sz w:val="20"/>
        </w:rPr>
        <w:t>8:47  yeh jo maine aap ke samne suna ke "main roab ek mahine ki masafat tak pohanchta hoon"۔ mere liye sari zameen masjid hai.</w:t>
      </w:r>
      <w:r>
        <w:br/>
      </w:r>
      <w:r>
        <w:rPr>
          <w:sz w:val="20"/>
        </w:rPr>
        <w:t>8:56  yeh yeh mere liye nahi hai. yeh sari ummat ke liye, sare insaan ke liye.</w:t>
      </w:r>
    </w:p>
    <w:p>
      <w:pPr>
        <w:pStyle w:val="Heading2"/>
      </w:pPr>
      <w:r>
        <w:t>Sunnah is about convenience</w:t>
      </w:r>
    </w:p>
    <w:p>
      <w:r>
        <w:rPr>
          <w:color w:val="666666"/>
          <w:sz w:val="18"/>
        </w:rPr>
        <w:t>What is Sunnah | June 02, 2008 · 30s · at 1:48 · https://youtu.be/RHfm7wuEMEM?t=108</w:t>
      </w:r>
    </w:p>
    <w:p>
      <w:r>
        <w:rPr>
          <w:i/>
        </w:rPr>
        <w:t>“The real thing is convenience.”</w:t>
      </w:r>
    </w:p>
    <w:p>
      <w:r>
        <w:rPr>
          <w:sz w:val="20"/>
        </w:rPr>
        <w:t>1:48  phir main ne kaha ke is tarah ke maamle mein asal cheez yeh hai ke insaan ke liye</w:t>
      </w:r>
      <w:r>
        <w:br/>
      </w:r>
      <w:r>
        <w:rPr>
          <w:sz w:val="20"/>
        </w:rPr>
        <w:t>1:54  sahoolat kis mein hai.</w:t>
      </w:r>
      <w:r>
        <w:br/>
      </w:r>
      <w:r>
        <w:rPr>
          <w:sz w:val="20"/>
        </w:rPr>
        <w:t>2:00  zindagi ke jo aadab hain is mein asal cheez sahoolat hai.</w:t>
      </w:r>
      <w:r>
        <w:br/>
      </w:r>
      <w:r>
        <w:rPr>
          <w:sz w:val="20"/>
        </w:rPr>
        <w:t>2:06  koi laga bandha ek hi tareeqa nahi hai jis ko aap hamesha har haal mein follow karein.</w:t>
      </w:r>
      <w:r>
        <w:br/>
      </w:r>
      <w:r>
        <w:rPr>
          <w:sz w:val="20"/>
        </w:rPr>
        <w:t>2:12  main ne kaha ke aisa hai ke log kuch hadith</w:t>
      </w:r>
    </w:p>
    <w:p>
      <w:pPr>
        <w:pStyle w:val="Heading2"/>
      </w:pPr>
      <w:r>
        <w:t>hadith: whoever adopts modesty, God elevates him</w:t>
      </w:r>
    </w:p>
    <w:p>
      <w:r>
        <w:rPr>
          <w:color w:val="666666"/>
          <w:sz w:val="18"/>
        </w:rPr>
        <w:t>Modesty and Arrogance January 31, 2008 · 36s · at 19:50 · https://youtu.be/8EHBmsIAF_Q?t=1190</w:t>
      </w:r>
    </w:p>
    <w:p>
      <w:r>
        <w:rPr>
          <w:i/>
        </w:rPr>
        <w:t>“Man tawada rafa'ahu Allah — whoever adopts modesty, God raises him”</w:t>
      </w:r>
    </w:p>
    <w:p>
      <w:r>
        <w:rPr>
          <w:sz w:val="20"/>
        </w:rPr>
        <w:t>19:50  rasool allah ne farmaya: "man tuwazo rafaho allah". man tuwazo rafaho allah.</w:t>
      </w:r>
      <w:r>
        <w:br/>
      </w:r>
      <w:r>
        <w:rPr>
          <w:sz w:val="20"/>
        </w:rPr>
        <w:t>20:02  jis ne tuwazo ikhtiyar ki, us ko khuda oopar uthata hai.</w:t>
      </w:r>
      <w:r>
        <w:br/>
      </w:r>
      <w:r>
        <w:rPr>
          <w:sz w:val="20"/>
        </w:rPr>
        <w:t>20:08  yaani tuwazo ka matlab hai modesty. jis ne modesty ko apnaya,</w:t>
      </w:r>
      <w:r>
        <w:br/>
      </w:r>
      <w:r>
        <w:rPr>
          <w:sz w:val="20"/>
        </w:rPr>
        <w:t>20:17  jis ne modesty ko apnaya to khuda us ko elevate karta hai, us ko uthata hai, us ko barhata hai. kyun ke us ko khuda ki nisbat hasil ho gai.</w:t>
      </w:r>
    </w:p>
    <w:p>
      <w:pPr>
        <w:pStyle w:val="Heading2"/>
      </w:pPr>
      <w:r>
        <w:t>All humans created at once in covenant</w:t>
      </w:r>
    </w:p>
    <w:p>
      <w:r>
        <w:rPr>
          <w:color w:val="666666"/>
          <w:sz w:val="18"/>
        </w:rPr>
        <w:t>Three Periods of History May 17, 2009 Maulana Wahiduddin Khan · 47s · at 1:37 · https://youtu.be/iNS-3Yo58Gk?t=97</w:t>
      </w:r>
    </w:p>
    <w:p>
      <w:r>
        <w:rPr>
          <w:i/>
        </w:rPr>
        <w:t>“Yeh sun kar mujhe Quran ki ek aayat yaad aayi”</w:t>
      </w:r>
    </w:p>
    <w:p>
      <w:r>
        <w:rPr>
          <w:sz w:val="20"/>
        </w:rPr>
        <w:t>1:37  yeh sun kar mujhe quran ki ek aayat yaad aayi.</w:t>
      </w:r>
      <w:r>
        <w:br/>
      </w:r>
      <w:r>
        <w:rPr>
          <w:sz w:val="20"/>
        </w:rPr>
        <w:t>1:43  quran mein jo chapter number seven hai, us mein ek bohat hi special waqe' ka reference diya gaya hai.</w:t>
      </w:r>
      <w:r>
        <w:br/>
      </w:r>
      <w:r>
        <w:rPr>
          <w:sz w:val="20"/>
        </w:rPr>
        <w:t>1:59  is se maloom hota hai ke Allah taala ne jab insaan ko banaya to saare insano ko ikatthe hi bana diya.</w:t>
      </w:r>
      <w:r>
        <w:br/>
      </w:r>
      <w:r>
        <w:rPr>
          <w:sz w:val="20"/>
        </w:rPr>
        <w:t>2:11  ab jo hum paida ho rahe hain to sab ke sab create kiya ja chuke the, pehle din hi. phir woh</w:t>
      </w:r>
    </w:p>
    <w:p>
      <w:pPr>
        <w:pStyle w:val="Heading2"/>
      </w:pPr>
      <w:r>
        <w:t>Hadith: a good woman is life's best treasure</w:t>
      </w:r>
    </w:p>
    <w:p>
      <w:r>
        <w:rPr>
          <w:color w:val="666666"/>
          <w:sz w:val="18"/>
        </w:rPr>
        <w:t>Behtar Khatoon Kon CPS Women Article Discussion July 2, 2023 · 27s · at 7:10 · https://youtu.be/tGPJwzCnCMM?t=430</w:t>
      </w:r>
    </w:p>
    <w:p>
      <w:r>
        <w:rPr>
          <w:i/>
        </w:rPr>
        <w:t>“Duniya ka sabse achha samaan ek aurat hai”</w:t>
      </w:r>
    </w:p>
    <w:p>
      <w:r>
        <w:rPr>
          <w:sz w:val="20"/>
        </w:rPr>
        <w:t>7:10  Aur hadith mein bataya gaya hai ki duniya ka sabse acha samna ek aurat hai. Rasool Allah ne bataya ki aurat sabse bada khazana hai, sabse behtar maal hai. To mujhe yeh samajh aata hai amlan sahab ke interpretation ko padhkar aur is tarah se ki Allah taala ne ek aurat ke andar woh behtareen aala qualities rakhi hain, magar us qualities ko unfold karne ka kaam sabse pehle us ek aurat ka uske maa baap ka hai.</w:t>
      </w:r>
      <w:r>
        <w:br/>
      </w:r>
      <w:r>
        <w:rPr>
          <w:sz w:val="20"/>
        </w:rPr>
        <w:t>7:37  Agar unhone yani unke maa baap ne apni beti ki tarbiyat khudai planning ke mutabik kardi to phir ek aurat poori insaniyat ke liye khazana ban jayegi. Behtareen daulat ban sakti hai. Nek aurat ban sakti hai. To jo apne matlab is tarah se woh ek apne partner ko apne shadi karke jayegi to apne partner ko bhi aur apne susral walon ko bhi ke liye bhi rehmat ban jayegi.</w:t>
      </w:r>
    </w:p>
    <w:p>
      <w:pPr>
        <w:pStyle w:val="Heading2"/>
      </w:pPr>
      <w:r>
        <w:t>for millennia history only meant kings' history</w:t>
      </w:r>
    </w:p>
    <w:p>
      <w:r>
        <w:rPr>
          <w:color w:val="666666"/>
          <w:sz w:val="18"/>
        </w:rPr>
        <w:t>History of Islamic Learning May 14, 2006 Part 2 · 40s · at 31:49 · https://youtu.be/snrt_NRyjLI?t=1909</w:t>
      </w:r>
    </w:p>
    <w:p>
      <w:r>
        <w:rPr>
          <w:i/>
        </w:rPr>
        <w:t>“ہزاروں سال سے ہسٹری کا نام تھا بادشاہوں کی ہسٹری”</w:t>
      </w:r>
    </w:p>
    <w:p>
      <w:r>
        <w:rPr>
          <w:sz w:val="20"/>
        </w:rPr>
        <w:t>31:49  khaldun ne is ko point out kiya hai ke hazaron saal se history jo thi, woh naam thi badshahon ki history ka.</w:t>
      </w:r>
      <w:r>
        <w:br/>
      </w:r>
      <w:r>
        <w:rPr>
          <w:sz w:val="20"/>
        </w:rPr>
        <w:t>32:00  pichhli koi bhi tareekh padhiye, aap aap ko lagega ke to badshah ki history hai, samaj ki history nahi hai. ek hai samaj ki history, ek hai rulers ki history.</w:t>
      </w:r>
      <w:r>
        <w:br/>
      </w:r>
      <w:r>
        <w:rPr>
          <w:sz w:val="20"/>
        </w:rPr>
        <w:t>32:15  jaise india ki history aap likhen to is mein ek to aap bas congress ne kis tarah rule kiya india par, woh likha hai aap sirf. doosra ke india samaj, india ka jo samaj hai, us ne kaise taraqqi ki, us ne kya kya activities thin, us ne kya kya kaam kiya.</w:t>
      </w:r>
    </w:p>
    <w:p>
      <w:pPr>
        <w:pStyle w:val="Heading2"/>
      </w:pPr>
      <w:r>
        <w:t>Quran alone isn't enough without Hadith</w:t>
      </w:r>
    </w:p>
    <w:p>
      <w:r>
        <w:rPr>
          <w:color w:val="666666"/>
          <w:sz w:val="18"/>
        </w:rPr>
        <w:t>The Living Tradition: Why Hadith Matters in Islam?</w:t>
        <w:br/>
        <w:t>December 8, 2024 · 39s · at 2:53 · https://youtu.be/2w9-vnnJBeY?t=173</w:t>
      </w:r>
    </w:p>
    <w:p>
      <w:r>
        <w:rPr>
          <w:i/>
        </w:rPr>
        <w:t>“Some say the Quran is enough for us”</w:t>
      </w:r>
    </w:p>
    <w:p>
      <w:r>
        <w:rPr>
          <w:sz w:val="20"/>
        </w:rPr>
        <w:t>2:53  bahut sare log kehte hain ke hamare liye quran kafi hai. lekin quran ko hum hadith ke baghair, prophet ki sunnat ke baghair hum quran ko samajh nahi sakte.</w:t>
      </w:r>
      <w:r>
        <w:br/>
      </w:r>
      <w:r>
        <w:rPr>
          <w:sz w:val="20"/>
        </w:rPr>
        <w:t>3:06  to quran jo hai bilkul jaise basic principle ki kitab hai aur hadith jo hai us ki tafseel. to sari tafseel jo hai woh hum ko hadith se milti hai.</w:t>
      </w:r>
      <w:r>
        <w:br/>
      </w:r>
      <w:r>
        <w:rPr>
          <w:sz w:val="20"/>
        </w:rPr>
        <w:t>3:18  to is liye yeh bahut zyada zaroori hai ke hum hadith ko samjhein aur prophet ki sunnat ko samajhne ki koshish karein, tabhi hum quran ko bhi samajh sakte hain.</w:t>
      </w:r>
    </w:p>
    <w:p>
      <w:pPr>
        <w:pStyle w:val="Heading2"/>
      </w:pPr>
      <w:r>
        <w:t>Prediction of system-based ideology in Muslims</w:t>
      </w:r>
    </w:p>
    <w:p>
      <w:r>
        <w:rPr>
          <w:color w:val="666666"/>
          <w:sz w:val="18"/>
        </w:rPr>
        <w:t>Ideology of Life December 29, 2013 Maulana Wahiduddin Khan · 25s · at 5:09 · https://youtu.be/N5psCFw23MI?t=309</w:t>
      </w:r>
    </w:p>
    <w:p>
      <w:r>
        <w:rPr>
          <w:i/>
        </w:rPr>
        <w:t>“is prediction mein bahut hi badi baat thi”</w:t>
      </w:r>
    </w:p>
    <w:p>
      <w:r>
        <w:rPr>
          <w:sz w:val="20"/>
        </w:rPr>
        <w:t>5:09  is prediction mein bohat hi bari baat thi ke ek daur aayega musalmanon mein ke yeh thinking develop kare gi musalmanon mein ke hamara kaam, hamari duty yeh hai ke hum dunya mein islami hukumat qaim karen.</w:t>
      </w:r>
      <w:r>
        <w:br/>
      </w:r>
      <w:r>
        <w:rPr>
          <w:sz w:val="20"/>
        </w:rPr>
        <w:t>5:24  dunya mein hum kingdom of God qaim karen, dunya mein hum justice qaim karen. yeh thinking develop hogi, achaanak nahi hogi, dheere dheere hogi.</w:t>
      </w:r>
    </w:p>
    <w:p>
      <w:pPr>
        <w:pStyle w:val="Heading2"/>
      </w:pPr>
      <w:r>
        <w:t>Aisha: they recited but didn't truly read</w:t>
      </w:r>
    </w:p>
    <w:p>
      <w:r>
        <w:rPr>
          <w:color w:val="666666"/>
          <w:sz w:val="18"/>
        </w:rPr>
        <w:t>The Living Tradition: Why Hadith Matters in Islam?</w:t>
        <w:br/>
        <w:t>December 8, 2024 · 34s · at 58:43 · https://youtu.be/2w9-vnnJBeY?t=3523</w:t>
      </w:r>
    </w:p>
    <w:p>
      <w:r>
        <w:rPr>
          <w:i/>
        </w:rPr>
        <w:t>“Ulaika qara'u wa lam yaqra'u”</w:t>
      </w:r>
    </w:p>
    <w:p>
      <w:r>
        <w:rPr>
          <w:sz w:val="20"/>
        </w:rPr>
        <w:t>58:43  yahan to Maulana bar bar is ke hawale diye hain. to misal ke taur par ek sawal kisi ne un se poocha ke log jo hain, ek raat mein do do, teen teen bar Quran ko hi padh lete hain.</w:t>
      </w:r>
      <w:r>
        <w:br/>
      </w:r>
      <w:r>
        <w:rPr>
          <w:sz w:val="20"/>
        </w:rPr>
        <w:t>58:55  to unhone kaha: "ula'ika qara'u wa lam yaqra'u" unhone padha lekin nahi padha. yani jo unhone rasool Allah sal-lal-lahu alaihi wasallam se samjha tha ke Quran mein tadabbur zar</w:t>
      </w:r>
      <w:r>
        <w:br/>
      </w:r>
      <w:r>
        <w:rPr>
          <w:sz w:val="20"/>
        </w:rPr>
        <w:t>59:07  uri hai, khali recitation nahi. is ka to ek part hai recitation. asal jo hai, tadabbur se is ki spirit hamare upar wazeh hoti hai.</w:t>
      </w:r>
    </w:p>
    <w:p>
      <w:pPr>
        <w:pStyle w:val="Heading2"/>
      </w:pPr>
      <w:r>
        <w:t>Ideal world is in post-death period</w:t>
      </w:r>
    </w:p>
    <w:p>
      <w:r>
        <w:rPr>
          <w:color w:val="666666"/>
          <w:sz w:val="18"/>
        </w:rPr>
        <w:t>Warnings of Doomsday February 4, 2007 · 41s · at 16:08 · https://youtu.be/VT0BnPl_-zc?t=968</w:t>
      </w:r>
    </w:p>
    <w:p>
      <w:r>
        <w:rPr>
          <w:i/>
        </w:rPr>
        <w:t>“Ideal world ko rakh diya Khuda ne post-death period mein”</w:t>
      </w:r>
    </w:p>
    <w:p>
      <w:r>
        <w:rPr>
          <w:sz w:val="20"/>
        </w:rPr>
        <w:t>16:08  ideal society. rousseau ne kya goal diya? ideal political system. yeh goal hi galat tha kyunke woh achievable nahi tha.</w:t>
      </w:r>
      <w:r>
        <w:br/>
      </w:r>
      <w:r>
        <w:rPr>
          <w:sz w:val="20"/>
        </w:rPr>
        <w:t>16:20  main ne arz kiya ke jab nature khud logon ko equal nahi bana rahi hai, to aap kaise layenge jab koi bhi cheez khuda ne ideal nahi banai duniya mein?</w:t>
      </w:r>
      <w:r>
        <w:br/>
      </w:r>
      <w:r>
        <w:rPr>
          <w:sz w:val="20"/>
        </w:rPr>
        <w:t>16:31  aur ideal world ko rakh diya khuda ne post death period mein. dekhiye, ideal world khuda ne rakh diya hai post death period mein.</w:t>
      </w:r>
      <w:r>
        <w:br/>
      </w:r>
      <w:r>
        <w:rPr>
          <w:sz w:val="20"/>
        </w:rPr>
        <w:t>16:40  ab pre death period mein aap kehte hain ke main ideal world banaunga, ideal state, ideal society, ideal system, ideal government.</w:t>
      </w:r>
    </w:p>
    <w:p>
      <w:pPr>
        <w:pStyle w:val="Heading2"/>
      </w:pPr>
      <w:r>
        <w:t>drawing spiritual nourishment from everything, like a bee</w:t>
      </w:r>
    </w:p>
    <w:p>
      <w:r>
        <w:rPr>
          <w:color w:val="666666"/>
          <w:sz w:val="18"/>
        </w:rPr>
        <w:t>Bird Culture March 6, 2014 Maulana Wahiduddin Khan · 29s · at 12:08 · https://youtu.be/zLSCXGvTJ9A?t=728</w:t>
      </w:r>
    </w:p>
    <w:p>
      <w:r>
        <w:rPr>
          <w:i/>
        </w:rPr>
        <w:t>“Har tajurbay ko point of reference bana kar sabaq lena”</w:t>
      </w:r>
    </w:p>
    <w:p>
      <w:r>
        <w:rPr>
          <w:sz w:val="20"/>
        </w:rPr>
        <w:t>12:08  har aise tajrube ko woh woh point of reference bana kar ke use tasawwur karega, use lesson draw draw kar lega, us se marifat ki ghiza le ga.</w:t>
      </w:r>
      <w:r>
        <w:br/>
      </w:r>
      <w:r>
        <w:rPr>
          <w:sz w:val="20"/>
        </w:rPr>
        <w:t>12:21  jis tarah shehad ki makkhi phool se necter le leti hai, aisi zyada bade paimane par aap har cheez se, har cheez se apne liye marifat ki ghiza lete rahen ge.</w:t>
      </w:r>
    </w:p>
    <w:p>
      <w:pPr>
        <w:pStyle w:val="Heading2"/>
      </w:pPr>
      <w:r>
        <w:t>Hadith on divine guidance and understanding</w:t>
      </w:r>
    </w:p>
    <w:p>
      <w:r>
        <w:rPr>
          <w:color w:val="666666"/>
          <w:sz w:val="18"/>
        </w:rPr>
        <w:t>Deep Thinking April 3, 2014 - Maulana Wahiduddin Khan · 26s · at 0:23 · https://youtu.be/D2tvutnQTv0?t=23</w:t>
      </w:r>
    </w:p>
    <w:p>
      <w:r>
        <w:rPr>
          <w:i/>
        </w:rPr>
        <w:t>“From Muawiyah: I heard the Prophet say”</w:t>
      </w:r>
    </w:p>
    <w:p>
      <w:r>
        <w:rPr>
          <w:sz w:val="20"/>
        </w:rPr>
        <w:t>0:23  عن معاویہ، یقول: سمعت النبی صلی اللہ علیہ وسلم یقول: "من یرد اللہ بہ خیرا یفقہ فی الدین، وانما انا قاسم، واللہ یعطی۔" ولن تزال هذه الأمة قائمة على أمر الله، لا يضرهم من خالفهم حتى يأتي أمر الله.</w:t>
      </w:r>
    </w:p>
    <w:p>
      <w:pPr>
        <w:pStyle w:val="Heading2"/>
      </w:pPr>
      <w:r>
        <w:t>sawad e azam doesn't mean the majority is right</w:t>
      </w:r>
    </w:p>
    <w:p>
      <w:r>
        <w:rPr>
          <w:color w:val="666666"/>
          <w:sz w:val="18"/>
        </w:rPr>
        <w:t>Muslim Unity March 15, 2014 Maulana Wahiduddin Khan · 25s · at 10:24 · https://youtu.be/CZHU5z3SEjc?t=624</w:t>
      </w:r>
    </w:p>
    <w:p>
      <w:r>
        <w:rPr>
          <w:i/>
        </w:rPr>
        <w:t>“Iska hargiz yeh matlab nahi ke sawad e azam haq par hoga”</w:t>
      </w:r>
    </w:p>
    <w:p>
      <w:r>
        <w:rPr>
          <w:sz w:val="20"/>
        </w:rPr>
        <w:t>10:24  yeh yahan ittaba' ki baat hai, yeh baat nahi ke sawad-e-aazam haq par hoga.</w:t>
      </w:r>
      <w:r>
        <w:br/>
      </w:r>
      <w:r>
        <w:rPr>
          <w:sz w:val="20"/>
        </w:rPr>
        <w:t>10:33  yeh sirf samajh lijiye ke is ka harghiz yeh matlab nahi ke sawad-e-aazam jo hoga, woh haq par hoga. Nahi, is ka matlab sirf yeh hai ke jab beshtar log</w:t>
      </w:r>
    </w:p>
    <w:p>
      <w:pPr>
        <w:pStyle w:val="Heading2"/>
      </w:pPr>
      <w:r>
        <w:t>Islam called religion of violence, Muslims misfit</w:t>
      </w:r>
    </w:p>
    <w:p>
      <w:r>
        <w:rPr>
          <w:color w:val="666666"/>
          <w:sz w:val="18"/>
        </w:rPr>
        <w:t>The Issues of Islam in the Present World 11 Nov, 2012 - Maulana Wahiduddin Khan · 31s · at 1:18 · https://youtu.be/_2hQa846Qzc?t=78</w:t>
      </w:r>
    </w:p>
    <w:p>
      <w:r>
        <w:rPr>
          <w:i/>
        </w:rPr>
        <w:t>“Badnami ka title mil raha hai Islam ko. Islam religion of violence.”</w:t>
      </w:r>
    </w:p>
    <w:p>
      <w:r>
        <w:rPr>
          <w:sz w:val="20"/>
        </w:rPr>
        <w:t>1:18  badnami ka title mil raha hai islam ko. islam religion of vices. islam religion of vices. musalmanon mein kaha ja raha hai ke musalman ka mazhab aisa hai ke woh kai har jagah misfit hain.</w:t>
      </w:r>
      <w:r>
        <w:br/>
      </w:r>
      <w:r>
        <w:rPr>
          <w:sz w:val="20"/>
        </w:rPr>
        <w:t>1:33  har jagah misfit hain woh. to goya islam mauzu zamanay mein irrelevant ban gaya hai. is par bohat zyada gehrai ke sath sochne ki zarurat hai.</w:t>
      </w:r>
    </w:p>
    <w:p>
      <w:pPr>
        <w:pStyle w:val="Heading2"/>
      </w:pPr>
      <w:r>
        <w:t>this life is a tiny fraction of eternal existence</w:t>
      </w:r>
    </w:p>
    <w:p>
      <w:r>
        <w:rPr>
          <w:color w:val="666666"/>
          <w:sz w:val="18"/>
        </w:rPr>
        <w:t>From The Spiritual Tree December 3, 2006 · 52s · at 2:07:31 · https://youtu.be/m3JXYXORP5w?t=7651</w:t>
      </w:r>
    </w:p>
    <w:p>
      <w:r>
        <w:rPr>
          <w:i/>
        </w:rPr>
        <w:t>“Islam's philosophy: life here is like an iceberg's tip”</w:t>
      </w:r>
    </w:p>
    <w:p>
      <w:r>
        <w:rPr>
          <w:sz w:val="20"/>
        </w:rPr>
        <w:t>2:07:31  asal mein yahan difference hai, do alag alag yani philosophy hain. Ek hai is dunya ko le kar sochna, lekin Islam ki philosophy yeh nahi hai.</w:t>
      </w:r>
      <w:r>
        <w:br/>
      </w:r>
      <w:r>
        <w:rPr>
          <w:sz w:val="20"/>
        </w:rPr>
        <w:t>2:07:42  dekhen, Islam ki philosophy jo hai, wohi hai ke Khuda ne insan ko paida kiya external being ke taur par, aur yahan par hamare life ka bahut thoda hissa hai, jaise ek tip of iceberg.</w:t>
      </w:r>
      <w:r>
        <w:br/>
      </w:r>
      <w:r>
        <w:rPr>
          <w:sz w:val="20"/>
        </w:rPr>
        <w:t>2:07:59  koi 10 saal jeeta hai, koi 20 saal jeeta hai, koi 50 saal, is mein mar jata hai. To yeh to zindagi itni temporary hai, Islam ke mutabiq.</w:t>
      </w:r>
      <w:r>
        <w:br/>
      </w:r>
      <w:r>
        <w:rPr>
          <w:sz w:val="20"/>
        </w:rPr>
        <w:t>2:08:09  is is is is zindagi mein kamyabi bhi hoti hai, bimari hoti hai ke nakami. Nakami ko koi qeemat hai, nakami ki koi qeemat hai. Asal cheez hai ke eternal life mein aap kamyab hon.</w:t>
      </w:r>
      <w:r>
        <w:br/>
      </w:r>
      <w:r>
        <w:rPr>
          <w:sz w:val="20"/>
        </w:rPr>
        <w:t>2:08:21  yeh hai testing ground.</w:t>
      </w:r>
    </w:p>
    <w:p>
      <w:pPr>
        <w:pStyle w:val="Heading2"/>
      </w:pPr>
      <w:r>
        <w:t>Mecca's demand for irrigation and the Prophet's reply</w:t>
      </w:r>
    </w:p>
    <w:p>
      <w:r>
        <w:rPr>
          <w:color w:val="666666"/>
          <w:sz w:val="18"/>
        </w:rPr>
        <w:t>From The Spiritual Tree December 3, 2006 · 39s · at 17:38 · https://youtu.be/m3JXYXORP5w?t=1058</w:t>
      </w:r>
    </w:p>
    <w:p>
      <w:r>
        <w:rPr>
          <w:i/>
        </w:rPr>
        <w:t>“Mecca's people asked him to remove the mountains”</w:t>
      </w:r>
    </w:p>
    <w:p>
      <w:r>
        <w:rPr>
          <w:sz w:val="20"/>
        </w:rPr>
        <w:t>17:38  to agar agar aap isko lafz badalkar kahein to aap yeh keh sakte hain ke goya ke makkah walon ne kaha tha ke koi irrigation ka tareeqa nikale. koi bade aap leader hain, koi bade pahunch wale aadmi hain to yeh kaam kijiye.</w:t>
      </w:r>
      <w:r>
        <w:br/>
      </w:r>
      <w:r>
        <w:rPr>
          <w:sz w:val="20"/>
        </w:rPr>
        <w:t>17:51  asal kaam to yeh karne ka hai. to aapne kya jawab diya ?</w:t>
      </w:r>
      <w:r>
        <w:br/>
      </w:r>
      <w:r>
        <w:rPr>
          <w:sz w:val="20"/>
        </w:rPr>
        <w:t>18:00  "ma ba haza ba'asthtu ilaikum" . aapne farmaya ke "ma ba haza ba'asthtu ilaikum".</w:t>
      </w:r>
      <w:r>
        <w:br/>
      </w:r>
      <w:r>
        <w:rPr>
          <w:sz w:val="20"/>
        </w:rPr>
        <w:t>18:10  "I have not been sent to you for this purpose" . is maqsad ke liye main tumhare paas nahi bheja gaya hoon.</w:t>
      </w:r>
    </w:p>
    <w:p>
      <w:pPr>
        <w:pStyle w:val="Heading2"/>
      </w:pPr>
      <w:r>
        <w:t>Literal and technical meaning of Hadith</w:t>
      </w:r>
    </w:p>
    <w:p>
      <w:r>
        <w:rPr>
          <w:color w:val="666666"/>
          <w:sz w:val="18"/>
        </w:rPr>
        <w:t>The Living Tradition: Why Hadith Matters in Islam?</w:t>
        <w:br/>
        <w:t>December 8, 2024 · 27s · at 1:55 · https://youtu.be/2w9-vnnJBeY?t=115</w:t>
      </w:r>
    </w:p>
    <w:p>
      <w:r>
        <w:rPr>
          <w:i/>
        </w:rPr>
        <w:t>“Hadith literally means conversation”</w:t>
      </w:r>
    </w:p>
    <w:p>
      <w:r>
        <w:rPr>
          <w:sz w:val="20"/>
        </w:rPr>
        <w:t>1:55  dekhein, hadith ke jo literal maani hain woh hain baat cheet, jaise conversation hota hai.</w:t>
      </w:r>
      <w:r>
        <w:br/>
      </w:r>
      <w:r>
        <w:rPr>
          <w:sz w:val="20"/>
        </w:rPr>
        <w:t>2:01  lekin jab istilahi maani mein hum bolte hain to woh paighambar e islam ki words, deeds, aur approval.</w:t>
      </w:r>
      <w:r>
        <w:br/>
      </w:r>
      <w:r>
        <w:rPr>
          <w:sz w:val="20"/>
        </w:rPr>
        <w:t>2:11  yani aap ke samne koi kaam kiya gaya ho aur aap ne us ko barqarar rakha ho. yani koi objection nahi raise kiya ho, balkeh unhon ne us ko approve kiya ho.</w:t>
      </w:r>
    </w:p>
    <w:p>
      <w:pPr>
        <w:pStyle w:val="Heading2"/>
      </w:pPr>
      <w:r>
        <w:t>Removing hadith leads to myth</w:t>
      </w:r>
    </w:p>
    <w:p>
      <w:r>
        <w:rPr>
          <w:color w:val="666666"/>
          <w:sz w:val="18"/>
        </w:rPr>
        <w:t>Wisdom of Hadith February 23, 2014 · 21s · at 13:28 · https://youtu.be/8GZmhBU-LwE?t=808</w:t>
      </w:r>
    </w:p>
    <w:p>
      <w:r>
        <w:rPr>
          <w:i/>
        </w:rPr>
        <w:t>“Agar aap hadith ko hazf karein to jaante hain kya hai”</w:t>
      </w:r>
    </w:p>
    <w:p>
      <w:r>
        <w:rPr>
          <w:sz w:val="20"/>
        </w:rPr>
        <w:t>13:28  yahan tak ke woh hum tak pahunch gaya. agar aap hadith ko hadaf karein to jante hain kya hai? Quran bhi hadaf Muhammad bhi hadaf sab kuch hadaf.</w:t>
      </w:r>
      <w:r>
        <w:br/>
      </w:r>
      <w:r>
        <w:rPr>
          <w:sz w:val="20"/>
        </w:rPr>
        <w:t>13:36  kyun ke sab Myth ban jayega. Abstract ban jayega. jaisa bana hua. jitne bhi peghambar hain Including Hazrat Masih jab sab ki sab kahaniyan hain.</w:t>
      </w:r>
    </w:p>
    <w:p>
      <w:pPr>
        <w:pStyle w:val="Heading2"/>
      </w:pPr>
      <w:r>
        <w:t>Golden rule hadith: be good to your spouse</w:t>
      </w:r>
    </w:p>
    <w:p>
      <w:r>
        <w:rPr>
          <w:color w:val="666666"/>
          <w:sz w:val="18"/>
        </w:rPr>
        <w:t>Behtar Khatoon Kon CPS Women Article Discussion July 2, 2023 · 40s · at 30:44 · https://youtu.be/tGPJwzCnCMM?t=1844</w:t>
      </w:r>
    </w:p>
    <w:p>
      <w:r>
        <w:rPr>
          <w:i/>
        </w:rPr>
        <w:t>“Behtar mard wahi hai jo apni aurton ke liye achha ho”</w:t>
      </w:r>
    </w:p>
    <w:p>
      <w:r>
        <w:rPr>
          <w:sz w:val="20"/>
        </w:rPr>
        <w:t>30:44  Shaveena, main mujhe ek aur hadith ka wala yaad aa raha hai ki aap sabhi logon ne suni hai woh tum mein se behtar mard woh hai jo apni auraton ke liye achha ho. to zahir si baat hai woh hadith bhi dono ke liye hai. woh woh hadith bhi mardon aur auraton ke liye dono par apply karti hai.</w:t>
      </w:r>
      <w:r>
        <w:br/>
      </w:r>
      <w:r>
        <w:rPr>
          <w:sz w:val="20"/>
        </w:rPr>
        <w:t>31:02  to mujhe yeh lagta hai ki jo apne aap ko behtar aurat sabit karne ke liye hamein apne mard ke liye agar achha hona hoga to Allah ki nazar mein hum bahut bada kaam karenge kyunki hum Allah ki nazar mein zyada behtar mard ya zyada behtar aurat banayenge agar hum yeh sabit kar payein ki hum apne husband ke liye behtar hain.</w:t>
      </w:r>
      <w:r>
        <w:br/>
      </w:r>
      <w:r>
        <w:rPr>
          <w:sz w:val="20"/>
        </w:rPr>
        <w:t>31:24  to mujhe yeh baat bahut simple word ki yeh hadith hai aur mujhe isse bahut ek golden rule milta hai ki behtar banne ke liye simple hai ki hum apne apne saath apne husband ke saath behtar hon, hamara ravaiya achha ho. to yeh cheez ek hamara golden rule agar hum bana lein to isse hum bahut sari cheezon ko samajh payenge ki behtar khatoon hai kya?</w:t>
      </w:r>
    </w:p>
    <w:p>
      <w:pPr>
        <w:pStyle w:val="Heading2"/>
      </w:pPr>
      <w:r>
        <w:t>Hadith Translation and Question</w:t>
      </w:r>
    </w:p>
    <w:p>
      <w:r>
        <w:rPr>
          <w:color w:val="666666"/>
          <w:sz w:val="18"/>
        </w:rPr>
        <w:t>War And Peace November 15, 2013 Maulana Wahiduddin Khan · 46s · at 1:03 · https://youtu.be/dxgn0Pp7iVQ?t=63</w:t>
      </w:r>
    </w:p>
    <w:p>
      <w:r>
        <w:rPr>
          <w:i/>
        </w:rPr>
        <w:t>“Is hadith ka tarjuma hai:”</w:t>
      </w:r>
    </w:p>
    <w:p>
      <w:r>
        <w:rPr>
          <w:sz w:val="20"/>
        </w:rPr>
        <w:t>1:03  is hadith ka tarjuma hai: abdullah bin abi aufa se riwayat hai ke rasool allah sallallahu alaihi wasallam ba'z un safaron mein jin mein dushman se amna samna hua, us waqt tak intazar karte jab tak suraj dhal na jata, phir logon mein khare hote aur farmate: "ae logon!</w:t>
      </w:r>
      <w:r>
        <w:br/>
      </w:r>
      <w:r>
        <w:rPr>
          <w:sz w:val="20"/>
        </w:rPr>
        <w:t>1:24  dushman se muqable ki tamanna na karo, allah se afiyat talab karo, aur agar tumhara dushman se muqabla ho to sabr karo, aur yeh jaan lo ke jannat talwaron ke saye mein hai." phir kaha: "ae allah!</w:t>
      </w:r>
      <w:r>
        <w:br/>
      </w:r>
      <w:r>
        <w:rPr>
          <w:sz w:val="20"/>
        </w:rPr>
        <w:t>1:38  kitab ke nazil karne wale aur lashkaroon ko shikast dene wale, unhein shikast de aur hamein un par ghalba ata farma." molana, is hadith ko wazeh kijiye.</w:t>
      </w:r>
    </w:p>
    <w:p>
      <w:pPr>
        <w:pStyle w:val="Heading2"/>
      </w:pPr>
      <w:r>
        <w:t>Ummah's big mistake about Prophet's words</w:t>
      </w:r>
    </w:p>
    <w:p>
      <w:r>
        <w:rPr>
          <w:color w:val="666666"/>
          <w:sz w:val="18"/>
        </w:rPr>
        <w:t>Prophetic Guidance Aug 13, 2017 · 14s · at 7:29 · https://youtu.be/kRWf11h-acQ?t=449</w:t>
      </w:r>
    </w:p>
    <w:p>
      <w:r>
        <w:rPr>
          <w:i/>
        </w:rPr>
        <w:t>“Saari ummat kitni badi bhol mein mubtila hai”</w:t>
      </w:r>
    </w:p>
    <w:p>
      <w:r>
        <w:rPr>
          <w:sz w:val="20"/>
        </w:rPr>
        <w:t>7:29  sari ummat kitni badi bhool mein mubtala hai. dekhiye, Rasool Allah ne jo baatein kahi hain, woh sab ki sab azma ke taur par hain,</w:t>
      </w:r>
    </w:p>
    <w:p>
      <w:pPr>
        <w:pStyle w:val="Heading2"/>
      </w:pPr>
      <w:r>
        <w:t>all humanity is heading to hell, not just kin</w:t>
      </w:r>
    </w:p>
    <w:p>
      <w:r>
        <w:rPr>
          <w:color w:val="666666"/>
          <w:sz w:val="18"/>
        </w:rPr>
        <w:t>From The Spiritual Tree December 3, 2006 · 45s · at 20:12 · https://youtu.be/m3JXYXORP5w?t=1212</w:t>
      </w:r>
    </w:p>
    <w:p>
      <w:r>
        <w:rPr>
          <w:i/>
        </w:rPr>
        <w:t>“All of humanity is being hospitalized into hell”</w:t>
      </w:r>
    </w:p>
    <w:p>
      <w:r>
        <w:rPr>
          <w:sz w:val="20"/>
        </w:rPr>
        <w:t>20:12  aap apne ek bete ko soch rahe hain le kar ke, apne ek baap ko le kar soch rahe hain. aap saari saari insaniyat ja rahi hai jahannum mein, hell mein.</w:t>
      </w:r>
      <w:r>
        <w:br/>
      </w:r>
      <w:r>
        <w:rPr>
          <w:sz w:val="20"/>
        </w:rPr>
        <w:t>20:23  saari saari humanity hi hospitalize ho gayi hai. iska, iska aapko dard nahi. iska aapko dard nahi.</w:t>
      </w:r>
      <w:r>
        <w:br/>
      </w:r>
      <w:r>
        <w:rPr>
          <w:sz w:val="20"/>
        </w:rPr>
        <w:t>20:34  aap ghaur farmaye. aap yeh kahein ke mere baap ka mere upar ehsaan hai, is liye zaroori hai ke main usko hospital mein le kar jaaun.</w:t>
      </w:r>
      <w:r>
        <w:br/>
      </w:r>
      <w:r>
        <w:rPr>
          <w:sz w:val="20"/>
        </w:rPr>
        <w:t>20:42  lekin main kehta hoon, aap aur baap ke upar dono ko milakar ke humanity ka jo ehsaan hai, woh is se billion times zyada hai. billion times zyada hai.</w:t>
      </w:r>
    </w:p>
    <w:p>
      <w:pPr>
        <w:pStyle w:val="Heading2"/>
      </w:pPr>
      <w:r>
        <w:t>Hadith on fear and journey to paradise</w:t>
      </w:r>
    </w:p>
    <w:p>
      <w:r>
        <w:rPr>
          <w:color w:val="666666"/>
          <w:sz w:val="18"/>
        </w:rPr>
        <w:t>Preparation for Paradise March 9, 2019 · 27s · at 1:53 · https://youtu.be/o03dZArw8W0?t=113</w:t>
      </w:r>
    </w:p>
    <w:p>
      <w:r>
        <w:rPr>
          <w:i/>
        </w:rPr>
        <w:t>“Abu Huraira se riwayat hai”</w:t>
      </w:r>
    </w:p>
    <w:p>
      <w:r>
        <w:rPr>
          <w:sz w:val="20"/>
        </w:rPr>
        <w:t>1:53  abu hurairah se riwayat hai, woh kehte hain ke maine rasul Allah sallallahu alayhi wa sallam ko kehte hue suna: "jo dara us ne raat ko safar shuru kiya, aur jis ne raat ko safar shuru kiya woh manzil par pahunch gaya." yaad rakho, beshak Allah ka saman qeemti hai,</w:t>
      </w:r>
      <w:r>
        <w:br/>
      </w:r>
      <w:r>
        <w:rPr>
          <w:sz w:val="20"/>
        </w:rPr>
        <w:t>2:14  aur beshak Allah ka saman jannat hai.</w:t>
      </w:r>
    </w:p>
    <w:p>
      <w:pPr>
        <w:pStyle w:val="Heading2"/>
      </w:pPr>
      <w:r>
        <w:t>Arabic hadith on love and poverty</w:t>
      </w:r>
    </w:p>
    <w:p>
      <w:r>
        <w:rPr>
          <w:color w:val="666666"/>
          <w:sz w:val="18"/>
        </w:rPr>
        <w:t>Why God gives Shocks to a Person September 22, 2018 · 36s · at 0:59 · https://youtu.be/dG3v31RusHo?t=59</w:t>
      </w:r>
    </w:p>
    <w:p>
      <w:r>
        <w:rPr>
          <w:i/>
        </w:rPr>
        <w:t>“An Abdullah ibn Mughaffal qala: qala rajulun lil-Nabi sallallahu alayhi wa sallam:”</w:t>
      </w:r>
    </w:p>
    <w:p>
      <w:r>
        <w:rPr>
          <w:sz w:val="20"/>
        </w:rPr>
        <w:t>0:59  an Abdullah ibn Mughaffal qala: qala rajulun li-n-nabiyyi sallallahu 'alayhi wa sallam:</w:t>
      </w:r>
      <w:r>
        <w:br/>
      </w:r>
      <w:r>
        <w:rPr>
          <w:sz w:val="20"/>
        </w:rPr>
        <w:t>1:07  "ya rasool Allah, wallah inni lahubbuk." kaha us se: "dekho tum kya keh rahe ho." kaha: "wallah inni lahubbuk" teen martaba.</w:t>
      </w:r>
      <w:r>
        <w:br/>
      </w:r>
      <w:r>
        <w:rPr>
          <w:sz w:val="20"/>
        </w:rPr>
        <w:t>1:19  kaha: "agar tum mujh se muhabbat karte ho to tayyari kar lo bohat sakht faqir ki, kyun ke faqr us se ziyada tezi se utarta hai jaisa ke sailab dhalwan ki taraf utarta hai." sunan tirmazi hadith number 2350.</w:t>
      </w:r>
    </w:p>
    <w:p>
      <w:pPr>
        <w:pStyle w:val="Heading2"/>
      </w:pPr>
      <w:r>
        <w:t>Hadith seen as irrelevant in Age of Reason</w:t>
      </w:r>
    </w:p>
    <w:p>
      <w:r>
        <w:rPr>
          <w:color w:val="666666"/>
          <w:sz w:val="18"/>
        </w:rPr>
        <w:t>Wisdom of Hadith February 23, 2014 · 36s · at 2:36 · https://youtu.be/8GZmhBU-LwE?t=156</w:t>
      </w:r>
    </w:p>
    <w:p>
      <w:r>
        <w:rPr>
          <w:i/>
        </w:rPr>
        <w:t>“Aql se iska koi ta'alluq nahi hai”</w:t>
      </w:r>
    </w:p>
    <w:p>
      <w:r>
        <w:rPr>
          <w:sz w:val="20"/>
        </w:rPr>
        <w:t>2:36  aql se is ka koi ta'alluq nahi hai. toh ab jab "Age of Reason" jo hai hum aaj "Age of Reason" mein hain toh is tarah ki baatein aaj insaan ko bilkul Irrelevant maloom hoti hain.</w:t>
      </w:r>
      <w:r>
        <w:br/>
      </w:r>
      <w:r>
        <w:rPr>
          <w:sz w:val="20"/>
        </w:rPr>
        <w:t>2:54  misalan fiqh ki baatein jo hain woh juz'iyat-e-shariat par kya hain woh woh main chahe misal deta hoon. masalan aap namaz padhte hain toh ek ek yeh masla hai ke haath uthayein phir haath bandhein.</w:t>
      </w:r>
    </w:p>
    <w:p>
      <w:pPr>
        <w:pStyle w:val="Heading2"/>
      </w:pPr>
      <w:r>
        <w:t>Translation of hadith on mixing with people</w:t>
      </w:r>
    </w:p>
    <w:p>
      <w:r>
        <w:rPr>
          <w:color w:val="666666"/>
          <w:sz w:val="18"/>
        </w:rPr>
        <w:t>Spirit of Team Work April 6, 2019 · 27s · at 1:08 · https://youtu.be/0tSocvvX_Ks?t=68</w:t>
      </w:r>
    </w:p>
    <w:p>
      <w:r>
        <w:rPr>
          <w:i/>
        </w:rPr>
        <w:t>“Al-Adab al-Mufrad lil-Bukhari, hadith number 388”</w:t>
      </w:r>
    </w:p>
    <w:p>
      <w:r>
        <w:rPr>
          <w:sz w:val="20"/>
        </w:rPr>
        <w:t>1:08  Al-Adab al-Mufrad li al-Bukhari, hadith number 388. Ibn Umar riwayat karte hain nabi salla Allahu alayhi wa sallam se, aap ne kaha: "Woh momin jo logon se milta julta hai aur un ki azzaon par sabr karta hai,</w:t>
      </w:r>
      <w:r>
        <w:br/>
      </w:r>
      <w:r>
        <w:rPr>
          <w:sz w:val="20"/>
        </w:rPr>
        <w:t>1:23  Woh is se behtar hai jo logon se nahi milta aur na un ki takleefon par sabr karta hai". Is hadith ko Tirmidhi ne bhi riwayat kiya hai aur Ibn Majah ne bhi.</w:t>
      </w:r>
    </w:p>
    <w:p>
      <w:pPr>
        <w:pStyle w:val="Heading2"/>
      </w:pPr>
      <w:r>
        <w:t>Hadith reference and meaning</w:t>
      </w:r>
    </w:p>
    <w:p>
      <w:r>
        <w:rPr>
          <w:color w:val="666666"/>
          <w:sz w:val="18"/>
        </w:rPr>
        <w:t>Simplicity is part of Faith 2 May 2014 - Maulana Wahiduddin Khan · 36s · at 0:46 · https://youtu.be/IdhUcheTbO4?t=46</w:t>
      </w:r>
    </w:p>
    <w:p>
      <w:r>
        <w:rPr>
          <w:i/>
        </w:rPr>
        <w:t>“Abu Dawud, Hadith 4161, Abu Umama narrated...”</w:t>
      </w:r>
    </w:p>
    <w:p>
      <w:r>
        <w:rPr>
          <w:sz w:val="20"/>
        </w:rPr>
        <w:t>0:46  abu dawood, hadith number 4161. abu imamah riwayat karte hain ke rasool Allah ke ashab ne aik din aap ke pas duniya ka zikr kiya to aap ne farmaya:</w:t>
      </w:r>
      <w:r>
        <w:br/>
      </w:r>
      <w:r>
        <w:rPr>
          <w:sz w:val="20"/>
        </w:rPr>
        <w:t>1:08  "kya tum suntay nahi ho? kya tum suntay nahi ho? bazazat iman ka hissa hai." bazazat iman ka hissa hai.</w:t>
      </w:r>
    </w:p>
    <w:p>
      <w:pPr>
        <w:pStyle w:val="Heading2"/>
      </w:pPr>
      <w:r>
        <w:t>arrogance as root of all evil, modesty root of good</w:t>
      </w:r>
    </w:p>
    <w:p>
      <w:r>
        <w:rPr>
          <w:color w:val="666666"/>
          <w:sz w:val="18"/>
        </w:rPr>
        <w:t>Modesty and Arrogance January 31, 2008 · 31s · at 15:51 · https://youtu.be/8EHBmsIAF_Q?t=951</w:t>
      </w:r>
    </w:p>
    <w:p>
      <w:r>
        <w:rPr>
          <w:i/>
        </w:rPr>
        <w:t>“Arrogance is the root of all evils, modesty the root of all goodness”</w:t>
      </w:r>
    </w:p>
    <w:p>
      <w:r>
        <w:rPr>
          <w:sz w:val="20"/>
        </w:rPr>
        <w:t>15:51  is liye main yeh samjha hoon ke yeh kehna bilkul durust hoga ke arrogance sari buraiyon ki jar hai aur modesty sari achhaiyon ki jar hai.</w:t>
      </w:r>
      <w:r>
        <w:br/>
      </w:r>
      <w:r>
        <w:rPr>
          <w:sz w:val="20"/>
        </w:rPr>
        <w:t>16:09  arrogance ka matlab hai ghamand, modesty ka matlab hai tawazu. main aap ko do hadith sunana chahunga.</w:t>
      </w:r>
    </w:p>
    <w:p>
      <w:pPr>
        <w:pStyle w:val="Heading2"/>
      </w:pPr>
      <w:r>
        <w:t>God created unequal, equality causes conflict</w:t>
      </w:r>
    </w:p>
    <w:p>
      <w:r>
        <w:rPr>
          <w:color w:val="666666"/>
          <w:sz w:val="18"/>
        </w:rPr>
        <w:t>Warnings of Doomsday February 4, 2007 · 43s · at 13:10 · https://youtu.be/VT0BnPl_-zc?t=790</w:t>
      </w:r>
    </w:p>
    <w:p>
      <w:r>
        <w:rPr>
          <w:i/>
        </w:rPr>
        <w:t>“Khuda ne ya nature ne paida hi nahi kiya hai equal”</w:t>
      </w:r>
    </w:p>
    <w:p>
      <w:r>
        <w:rPr>
          <w:sz w:val="20"/>
        </w:rPr>
        <w:t>13:10  in in equality is zamanay jo thay, thinker thay, sab opsis thay equality ka, sab se equality, social equality, economic equality, gender equality, har taraf equality, equality, equality.</w:t>
      </w:r>
      <w:r>
        <w:br/>
      </w:r>
      <w:r>
        <w:rPr>
          <w:sz w:val="20"/>
        </w:rPr>
        <w:t>13:25  lekin aap dekhiye, result kya nikla? result nikla takrao. kyu? khuda ne ya nature ne paida hi nahi kiya hai equal, paida kiya unequal.</w:t>
      </w:r>
      <w:r>
        <w:br/>
      </w:r>
      <w:r>
        <w:rPr>
          <w:sz w:val="20"/>
        </w:rPr>
        <w:t>13:40  to practical sense mein dunya mein inequality hai. do bhaiyon mein bhi difference hota hai, aurat mard mein difference hota hai, samaj mein difference hota hai, lekin unhon ne zabardasti chaha ke equal banaye, zabardasti.</w:t>
      </w:r>
    </w:p>
    <w:p>
      <w:pPr>
        <w:pStyle w:val="Heading2"/>
      </w:pPr>
      <w:r>
        <w:t>Prophet: I leave two things among you</w:t>
      </w:r>
    </w:p>
    <w:p>
      <w:r>
        <w:rPr>
          <w:color w:val="666666"/>
          <w:sz w:val="18"/>
        </w:rPr>
        <w:t>The Living Tradition: Why Hadith Matters in Islam?</w:t>
        <w:br/>
        <w:t>December 8, 2024 · 26s · at 48:59 · https://youtu.be/2w9-vnnJBeY?t=2939</w:t>
      </w:r>
    </w:p>
    <w:p>
      <w:r>
        <w:rPr>
          <w:i/>
        </w:rPr>
        <w:t>“I am leaving two things among you”</w:t>
      </w:r>
    </w:p>
    <w:p>
      <w:r>
        <w:rPr>
          <w:sz w:val="20"/>
        </w:rPr>
        <w:t>48:59  quran mein to sirf yeh hai keh namaz parho, hajj karo waghera. to yeh jo hai, rasool Allah sal Allah aleh wasallam ne khud kaha hai keh main tumhare darmiyan do cheezen chhod raha hoon, tum hargiz gumrah nahin hoge jab tak in donon ko pakde rahoge: Allah ki kitab aur us ke rasool ki sunnat.</w:t>
      </w:r>
      <w:r>
        <w:br/>
      </w:r>
      <w:r>
        <w:rPr>
          <w:sz w:val="20"/>
        </w:rPr>
        <w:t>49:18  to quran o sunnat donon ekoli Khudai hidayat ka maqhaz hain, source hain.</w:t>
      </w:r>
    </w:p>
    <w:p>
      <w:pPr>
        <w:pStyle w:val="Heading2"/>
      </w:pPr>
      <w:r>
        <w:t>Conversion is a continuous miracle</w:t>
      </w:r>
    </w:p>
    <w:p>
      <w:r>
        <w:rPr>
          <w:color w:val="666666"/>
          <w:sz w:val="18"/>
        </w:rPr>
        <w:t>God Oriented Life (In Conversation with Maulana) 23 10 11 · 31s · at 4:29 · https://youtu.be/E_LWwsWww2U?t=269</w:t>
      </w:r>
    </w:p>
    <w:p>
      <w:r>
        <w:rPr>
          <w:i/>
        </w:rPr>
        <w:t>“Zah kya hai conversion?”</w:t>
      </w:r>
    </w:p>
    <w:p>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p>
    <w:p>
      <w:pPr>
        <w:pStyle w:val="Heading2"/>
      </w:pPr>
      <w:r>
        <w:t>Three periods of human history</w:t>
      </w:r>
    </w:p>
    <w:p>
      <w:r>
        <w:rPr>
          <w:color w:val="666666"/>
          <w:sz w:val="18"/>
        </w:rPr>
        <w:t>Three Periods of History May 17, 2009 Maulana Wahiduddin Khan · 36s · at 0:39 · https://youtu.be/iNS-3Yo58Gk?t=39</w:t>
      </w:r>
    </w:p>
    <w:p>
      <w:r>
        <w:rPr>
          <w:i/>
        </w:rPr>
        <w:t>“Aaj ka topic hai: Three periods of human history”</w:t>
      </w:r>
    </w:p>
    <w:p>
      <w:r>
        <w:rPr>
          <w:sz w:val="20"/>
        </w:rPr>
        <w:t>0:39  aaj ka topic hai:</w:t>
      </w:r>
      <w:r>
        <w:br/>
      </w:r>
      <w:r>
        <w:rPr>
          <w:sz w:val="20"/>
        </w:rPr>
        <w:t>0:43  three periods of human history, insani tareekh ke teen daur.</w:t>
      </w:r>
      <w:r>
        <w:br/>
      </w:r>
      <w:r>
        <w:rPr>
          <w:sz w:val="20"/>
        </w:rPr>
        <w:t>0:56  aap jante hain ke aaj may ki 17 tareekh hai. aaj India ke</w:t>
      </w:r>
      <w:r>
        <w:br/>
      </w:r>
      <w:r>
        <w:rPr>
          <w:sz w:val="20"/>
        </w:rPr>
        <w:t>1:07  parliament ke election ka final result aaya hai.</w:t>
      </w:r>
    </w:p>
    <w:p>
      <w:pPr>
        <w:pStyle w:val="Heading2"/>
      </w:pPr>
      <w:r>
        <w:t>Trembling heart elevates good deeds</w:t>
      </w:r>
    </w:p>
    <w:p>
      <w:r>
        <w:rPr>
          <w:color w:val="666666"/>
          <w:sz w:val="18"/>
        </w:rPr>
        <w:t>Living God March 10, 2019 Maulana Wahiduddin Khan · 55s · at 4:49 · https://youtu.be/RCBFUw2KAdI?t=289</w:t>
      </w:r>
    </w:p>
    <w:p>
      <w:r>
        <w:rPr>
          <w:i/>
        </w:rPr>
        <w:t>“You do a good deed and your heart trembles”</w:t>
      </w:r>
    </w:p>
    <w:p>
      <w:r>
        <w:rPr>
          <w:sz w:val="20"/>
        </w:rPr>
        <w:t>4:49  aur ek hai ke aap ek amal khair kar rahe hain aur aap ka dil kanp raha hai.</w:t>
      </w:r>
      <w:r>
        <w:br/>
      </w:r>
      <w:r>
        <w:rPr>
          <w:sz w:val="20"/>
        </w:rPr>
        <w:t>5:00  to jo amal khair kanpte hue dil ke sath kiya jaye, wahi bara amal hai aur wahi aadmi ko jannat tak pahunchane wala hai.</w:t>
      </w:r>
      <w:r>
        <w:br/>
      </w:r>
      <w:r>
        <w:rPr>
          <w:sz w:val="20"/>
        </w:rPr>
        <w:t>5:17  is ke mani kya hue? ke amal khair ki surat kisi amal ko bara amal nahi banati hai,</w:t>
      </w:r>
      <w:r>
        <w:br/>
      </w:r>
      <w:r>
        <w:rPr>
          <w:sz w:val="20"/>
        </w:rPr>
        <w:t>5:28  balke amal khair ke sath jab ye ye cheez add ho jaye ke aap kanpte hue dil ke sath wo amal kar rahe hain, tab wo bara amal banta hai.</w:t>
      </w:r>
      <w:r>
        <w:br/>
      </w:r>
      <w:r>
        <w:rPr>
          <w:sz w:val="20"/>
        </w:rPr>
        <w:t>5:45  to ye ye jo ayat hai,</w:t>
      </w:r>
    </w:p>
    <w:p>
      <w:pPr>
        <w:pStyle w:val="Heading2"/>
      </w:pPr>
      <w:r>
        <w:t>Importance of hadith as history</w:t>
      </w:r>
    </w:p>
    <w:p>
      <w:r>
        <w:rPr>
          <w:color w:val="666666"/>
          <w:sz w:val="18"/>
        </w:rPr>
        <w:t>Wisdom of Hadith February 23, 2014 · 27s · at 14:36 · https://youtu.be/8GZmhBU-LwE?t=876</w:t>
      </w:r>
    </w:p>
    <w:p>
      <w:r>
        <w:rPr>
          <w:i/>
        </w:rPr>
        <w:t>“To yeh jo Rasool Allah ko yeh tareekhi hasiyat mili”</w:t>
      </w:r>
    </w:p>
    <w:p>
      <w:r>
        <w:rPr>
          <w:sz w:val="20"/>
        </w:rPr>
        <w:t>14:36  to yeh jo rasool Allah ko yeh tareekhi hasiyat mili kaise mili hai? in hadithon ke zariye to mili hai. hadithen jo hain woh Historical Record hain Quran ka rasool Allah ka Islam ka.</w:t>
      </w:r>
      <w:r>
        <w:br/>
      </w:r>
      <w:r>
        <w:rPr>
          <w:sz w:val="20"/>
        </w:rPr>
        <w:t>14:51  hadith ko aap hadaf kar dein to Islam ki History hadaf hai. phir to na Quran hai na hadith hai na Islam hai na kuch hai na kuch hai. ek Myth hai bas.</w:t>
      </w:r>
    </w:p>
    <w:p>
      <w:pPr>
        <w:pStyle w:val="Heading2"/>
      </w:pPr>
      <w:r>
        <w:t>Soye hue fitne ko na jagao</w:t>
      </w:r>
    </w:p>
    <w:p>
      <w:r>
        <w:rPr>
          <w:color w:val="666666"/>
          <w:sz w:val="18"/>
        </w:rPr>
        <w:t>Life after Death (Prophetic Wisdom) · 22s · at 16:42 · https://youtu.be/7bA2WIsKLMQ?t=1002</w:t>
      </w:r>
    </w:p>
    <w:p>
      <w:r>
        <w:rPr>
          <w:i/>
        </w:rPr>
        <w:t>“Soye hue fitne ko soya rehne do”</w:t>
      </w:r>
    </w:p>
    <w:p>
      <w:r>
        <w:rPr>
          <w:sz w:val="20"/>
        </w:rPr>
        <w:t>16:42  to soye hue fitne ko soye soye rehne do. is ko jagate kyun ho is ko? ke ek bail, ek saath khara hua hai.</w:t>
      </w:r>
      <w:r>
        <w:br/>
      </w:r>
      <w:r>
        <w:rPr>
          <w:sz w:val="20"/>
        </w:rPr>
        <w:t>16:52  aap rasta ja rahe hain. to khara hai. woh khara rehne dijiye. aap pathar maar kar kyun is ko bharkate hain ke aa bail mujhe maar. aap bail mujhe maar ki situation kyun paida karte hain aap?</w:t>
      </w:r>
    </w:p>
    <w:p>
      <w:pPr>
        <w:pStyle w:val="Heading2"/>
      </w:pPr>
      <w:r>
        <w:t>modesty defined as the other name for receptivity</w:t>
      </w:r>
    </w:p>
    <w:p>
      <w:r>
        <w:rPr>
          <w:color w:val="666666"/>
          <w:sz w:val="18"/>
        </w:rPr>
        <w:t>Modesty and Arrogance January 31, 2008 · 28s · at 12:32 · https://youtu.be/8EHBmsIAF_Q?t=752</w:t>
      </w:r>
    </w:p>
    <w:p>
      <w:r>
        <w:rPr>
          <w:i/>
        </w:rPr>
        <w:t>“Modesty is the other name of receptivity”</w:t>
      </w:r>
    </w:p>
    <w:p>
      <w:r>
        <w:rPr>
          <w:sz w:val="20"/>
        </w:rPr>
        <w:t>12:32  receptivity kya? sab se bari receptivity hai aur modesty.</w:t>
      </w:r>
      <w:r>
        <w:br/>
      </w:r>
      <w:r>
        <w:rPr>
          <w:sz w:val="20"/>
        </w:rPr>
        <w:t>12:41  modesty is the only modesty is the other name of receptivity.</w:t>
      </w:r>
      <w:r>
        <w:br/>
      </w:r>
      <w:r>
        <w:rPr>
          <w:sz w:val="20"/>
        </w:rPr>
        <w:t>12:49  modesty is the other name of receptivity. jahan modesty hai, wahan receptivity hai. kyun?</w:t>
      </w:r>
    </w:p>
    <w:p>
      <w:pPr>
        <w:pStyle w:val="Heading2"/>
      </w:pPr>
      <w:r>
        <w:t>Da'wah requires creativity and wisdom</w:t>
      </w:r>
    </w:p>
    <w:p>
      <w:r>
        <w:rPr>
          <w:color w:val="666666"/>
          <w:sz w:val="18"/>
        </w:rPr>
        <w:t>CPS Women Article Discussion 14 January 8, 2023 · 30s · at 55:26 · https://youtu.be/XVluFGBfxcI?t=3326</w:t>
      </w:r>
    </w:p>
    <w:p>
      <w:r>
        <w:rPr>
          <w:i/>
        </w:rPr>
        <w:t>“आप दाई को इतना creative होना चाहिए कि वह अपनी practical wisdom को”</w:t>
      </w:r>
    </w:p>
    <w:p>
      <w:r>
        <w:rPr>
          <w:sz w:val="20"/>
        </w:rPr>
        <w:t>55:26  aap dai ko itna creative hona chahiye ke woh apni practical wisdom ko kis tarah se halanki dekhiye theory ek hoti hai. physics mein hum jab padhte hain school mein, theory ek hoti hai lekin uske kai saare examples hote hain. woh theory kahan kahan hum apply karte hain. the same way jo literature mein, jo quran mein, hadith mein ek hamari theory hame mil chuki hai. ab har insaan ke upar depend karta hai ke uski practical wisdom kitni awakened hai. woh jitni zyada awakened hogi utni zyada application hoga.</w:t>
      </w:r>
      <w:r>
        <w:br/>
      </w:r>
      <w:r>
        <w:rPr>
          <w:sz w:val="20"/>
        </w:rPr>
        <w:t>55:56  to this is very very important for all guys who are over here to apply practical wisdom. this is very important to do the our work. woh wala tha humne likha tha chabina woh jo insaan ki misaal aisi jaise pani ki ek machhli jisko pani se nikal kar sehra mein daal diya jaye. aisi machhli sehra mein musalsal tadap rahi hogi aur uske sath behtareen hamdardi yeh hogi ke usko dobara pani ke andar lautaya jaye.</w:t>
      </w:r>
    </w:p>
    <w:p>
      <w:pPr>
        <w:pStyle w:val="Heading2"/>
      </w:pPr>
      <w:r>
        <w:t>Muslims as a protest committee</w:t>
      </w:r>
    </w:p>
    <w:p>
      <w:r>
        <w:rPr>
          <w:color w:val="666666"/>
          <w:sz w:val="18"/>
        </w:rPr>
        <w:t>Hadith Prediction November 3, 2013 · 27s · at 18:49 · https://youtu.be/cb5Lzw9c8aE?t=1129</w:t>
      </w:r>
    </w:p>
    <w:p>
      <w:r>
        <w:rPr>
          <w:i/>
        </w:rPr>
        <w:t>“America ki shikayat, Yahoodi shikayat, Hindu ki shikayat, aur Europe ki shikayat”</w:t>
      </w:r>
    </w:p>
    <w:p>
      <w:r>
        <w:rPr>
          <w:sz w:val="20"/>
        </w:rPr>
        <w:t>18:49  america ki shikayat, yahudi shikayat, hindu ki shikayat, aur europe ki shikayat, har aadmi bas ek na ek enemy daryaft ki hui hai, us ki shikayat karta rehta hai.</w:t>
      </w:r>
      <w:r>
        <w:br/>
      </w:r>
      <w:r>
        <w:rPr>
          <w:sz w:val="20"/>
        </w:rPr>
        <w:t>19:03  complaint, protest, yani poori muslim ummat protestant committee ban gayi. poori muslim committee jo is waqt hai, woh protestant committee ban gayi hai.</w:t>
      </w:r>
    </w:p>
    <w:p>
      <w:pPr>
        <w:pStyle w:val="Heading2"/>
      </w:pPr>
      <w:r>
        <w:t>Bismillah and hadith context</w:t>
      </w:r>
    </w:p>
    <w:p>
      <w:r>
        <w:rPr>
          <w:color w:val="666666"/>
          <w:sz w:val="18"/>
        </w:rPr>
        <w:t>Patriotism for One's Homeland 19 May 2014 - Maulana Wahiduddin Khan · 20s · at 1:12 · https://youtu.be/BJfxpN_6ba4?t=72</w:t>
      </w:r>
    </w:p>
    <w:p>
      <w:r>
        <w:rPr>
          <w:i/>
        </w:rPr>
        <w:t>“Bismillah al-Rahman al-Rahim”</w:t>
      </w:r>
    </w:p>
    <w:p>
      <w:r>
        <w:rPr>
          <w:sz w:val="20"/>
        </w:rPr>
        <w:t>1:12  bismillah rahman rahim.</w:t>
      </w:r>
      <w:r>
        <w:br/>
      </w:r>
      <w:r>
        <w:rPr>
          <w:sz w:val="20"/>
        </w:rPr>
        <w:t>1:18  is hadith mein</w:t>
      </w:r>
      <w:r>
        <w:br/>
      </w:r>
      <w:r>
        <w:rPr>
          <w:sz w:val="20"/>
        </w:rPr>
        <w:t>1:22  yeh hadith hijrat ke baad ki hai, yaani rasool allah salallaho alaihi wasallam aur aap ke ashaab makka chhod kar jab madina chale gaye.</w:t>
      </w:r>
    </w:p>
    <w:p>
      <w:pPr>
        <w:pStyle w:val="Heading2"/>
      </w:pPr>
      <w:r>
        <w:t>Hadith on self-reckoning</w:t>
      </w:r>
    </w:p>
    <w:p>
      <w:r>
        <w:rPr>
          <w:color w:val="666666"/>
          <w:sz w:val="18"/>
        </w:rPr>
        <w:t>The Concept of Accountability in Islam (English) | June 21, 2007 | Maulana Wahiduddin Khan · 30s · at 10:58 · https://youtu.be/g-GqrJp9iTY?t=658</w:t>
      </w:r>
    </w:p>
    <w:p>
      <w:r>
        <w:rPr>
          <w:i/>
        </w:rPr>
        <w:t>“There is a hadith”</w:t>
      </w:r>
    </w:p>
    <w:p>
      <w:r>
        <w:rPr>
          <w:sz w:val="20"/>
        </w:rPr>
        <w:t>10:58  There is a hadith: "It means that reckon yourself before to be reckoned by God." Reckon yourself before</w:t>
      </w:r>
      <w:r>
        <w:br/>
      </w:r>
      <w:r>
        <w:rPr>
          <w:sz w:val="20"/>
        </w:rPr>
        <w:t>11:13  you are re</w:t>
      </w:r>
    </w:p>
    <w:p>
      <w:pPr>
        <w:pStyle w:val="Heading2"/>
      </w:pPr>
      <w:r>
        <w:t>Avoid negative feelings in da'wah</w:t>
      </w:r>
    </w:p>
    <w:p>
      <w:r>
        <w:rPr>
          <w:color w:val="666666"/>
          <w:sz w:val="18"/>
        </w:rPr>
        <w:t>CPS Women Article Discussion 14 January 8, 2023 · 30s · at 1:07:37 · https://youtu.be/XVluFGBfxcI?t=4057</w:t>
      </w:r>
    </w:p>
    <w:p>
      <w:r>
        <w:rPr>
          <w:i/>
        </w:rPr>
        <w:t>“मैं अपने आप से कह रही थी यह ताकि मैं किसी तरह की कोई negative”</w:t>
      </w:r>
    </w:p>
    <w:p>
      <w:r>
        <w:rPr>
          <w:sz w:val="20"/>
        </w:rPr>
        <w:t>1:07:37  Main apne aap se keh rahi thi yeh taaki main kisi tarah ki koi negative feeling mere andar na aa jaye. To jab main dice se utri raha par you won't believe itne speakers subah se saare log kitne na jaane speakers bol chuke the. Nobody was getting that kind of welcome which I got. It is not that ki main mere andar koi aisi surkh aapke par lage hue ya aisi khoobsurti hai ya aisa koi talent, it is not. It is the literature that I'm delivering.</w:t>
      </w:r>
      <w:r>
        <w:br/>
      </w:r>
      <w:r>
        <w:rPr>
          <w:sz w:val="20"/>
        </w:rPr>
        <w:t>1:08:07  The words that I have said, the ideology which I have, jo maine wahan par deliver kiya hai, woh important tha wahan ke logon ke liye aur ekdum se laga ki saare log haathon haath mujhe le rahe hain aur mere paas time bahut kam tha. Mujhe Quran dena tha.</w:t>
      </w:r>
    </w:p>
    <w:p>
      <w:pPr>
        <w:pStyle w:val="Heading2"/>
      </w:pPr>
      <w:r>
        <w:t>Consider result not just right wrong</w:t>
      </w:r>
    </w:p>
    <w:p>
      <w:r>
        <w:rPr>
          <w:color w:val="666666"/>
          <w:sz w:val="18"/>
        </w:rPr>
        <w:t>Principles of Life (Prophetic Wisdom) · 30s · at 28:46 · https://youtu.be/dWzIQ5DQMNU?t=1726</w:t>
      </w:r>
    </w:p>
    <w:p>
      <w:r>
        <w:rPr>
          <w:i/>
        </w:rPr>
        <w:t>“Rait aur rang, rait aur rang.”</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p>
    <w:p>
      <w:pPr>
        <w:pStyle w:val="Heading2"/>
      </w:pPr>
      <w:r>
        <w:t>Hadith predicts secular people aiding Islam's spread</w:t>
      </w:r>
    </w:p>
    <w:p>
      <w:r>
        <w:rPr>
          <w:color w:val="666666"/>
          <w:sz w:val="18"/>
        </w:rPr>
        <w:t>Islam in A New Age March 18, 2012 · 28s · at 25:51 · https://youtu.be/P5hzq_NheY0?t=1551</w:t>
      </w:r>
    </w:p>
    <w:p>
      <w:r>
        <w:rPr>
          <w:i/>
        </w:rPr>
        <w:t>“Allah is deen ki madad secular logon se karayega”</w:t>
      </w:r>
    </w:p>
    <w:p>
      <w:r>
        <w:rPr>
          <w:sz w:val="20"/>
        </w:rPr>
        <w:t>25:51  is ki bhi peshangoi maujood hai Hadees mein. Bukhari mein إن الله لييذها الدين بالرجل الفاجر Allah is deen ki madad secular logon se karaye ga.</w:t>
      </w:r>
      <w:r>
        <w:br/>
      </w:r>
      <w:r>
        <w:rPr>
          <w:sz w:val="20"/>
        </w:rPr>
        <w:t>26:05  fajir ka matlab secular.</w:t>
      </w:r>
      <w:r>
        <w:br/>
      </w:r>
      <w:r>
        <w:rPr>
          <w:sz w:val="20"/>
        </w:rPr>
        <w:t>26:08  aap ghor kijiye, Allah taala ne itna zyada khola apni rehmaton ke darwaze ke secular logon ko bhi isi support par laga diya.</w:t>
      </w:r>
    </w:p>
    <w:p>
      <w:pPr>
        <w:pStyle w:val="Heading2"/>
      </w:pPr>
      <w:r>
        <w:t>Christian in Poland calls Quran a 'peaceful book'</w:t>
      </w:r>
    </w:p>
    <w:p>
      <w:r>
        <w:rPr>
          <w:color w:val="666666"/>
          <w:sz w:val="18"/>
        </w:rPr>
        <w:t>God's Protection November 28, 2013 · 38s · at 26:17 · https://youtu.be/QgqXbChsr5c?t=1577</w:t>
      </w:r>
    </w:p>
    <w:p>
      <w:r>
        <w:rPr>
          <w:i/>
        </w:rPr>
        <w:t>“Hum Poland gaye, wahan ek Christian se mulaqat hui”</w:t>
      </w:r>
    </w:p>
    <w:p>
      <w:r>
        <w:rPr>
          <w:sz w:val="20"/>
        </w:rPr>
        <w:t>26:17  hum poland gaye to wahan par aik christian thay, un ko quran ka tarjuma jo hai, jo hamara chupa hai, us ko diya gaya. us ko parhne ke baad unhon ne kaha tha ke:</w:t>
      </w:r>
      <w:r>
        <w:br/>
      </w:r>
      <w:r>
        <w:rPr>
          <w:sz w:val="20"/>
        </w:rPr>
        <w:t>26:31  "it is a peaceful translation"</w:t>
      </w:r>
      <w:r>
        <w:br/>
      </w:r>
      <w:r>
        <w:rPr>
          <w:sz w:val="20"/>
        </w:rPr>
        <w:t>26:34  . to translation kaha hai: "peaceful book". yeh yeh aik kitab jo hai, yani is mein aman ka formula bataya gaya hai.</w:t>
      </w:r>
      <w:r>
        <w:br/>
      </w:r>
      <w:r>
        <w:rPr>
          <w:sz w:val="20"/>
        </w:rPr>
        <w:t>26:46  to aap sochen ke jab quran peace ka formula hai, to phailao, phailao, phailao.</w:t>
      </w:r>
    </w:p>
    <w:p>
      <w:pPr>
        <w:pStyle w:val="Heading2"/>
      </w:pPr>
      <w:r>
        <w:t>Negative thinking leads to wrong view</w:t>
      </w:r>
    </w:p>
    <w:p>
      <w:r>
        <w:rPr>
          <w:color w:val="666666"/>
          <w:sz w:val="18"/>
        </w:rPr>
        <w:t>Non Complaining Attitude Feb 23, 2019 · 32s · at 22:42 · https://youtu.be/W_UN5PdpeR8?t=1362</w:t>
      </w:r>
    </w:p>
    <w:p>
      <w:r>
        <w:rPr>
          <w:i/>
        </w:rPr>
        <w:t>“Iska nuqsan ye hai ke ultee soch banti hai.”</w:t>
      </w:r>
    </w:p>
    <w:p>
      <w:r>
        <w:rPr>
          <w:sz w:val="20"/>
        </w:rPr>
        <w:t>22:42  ulti soch banti hai. zamana to ja raha hai Allah ke deen ki kamyabi ki taraf, hum ulta rai bana lete hain ke hum gire hue hain.</w:t>
      </w:r>
      <w:r>
        <w:br/>
      </w:r>
      <w:r>
        <w:rPr>
          <w:sz w:val="20"/>
        </w:rPr>
        <w:t>22:59  bahut zyada yeh baat maine suni logon ki zuban se ke "we are under siege, we are under siege". to yeh yeh hoga ke ab sab raste hamare liye khule hue hain, sirf aage badhna hai.</w:t>
      </w:r>
    </w:p>
    <w:p>
      <w:pPr>
        <w:pStyle w:val="Heading2"/>
      </w:pPr>
      <w:r>
        <w:t>Dajjal will be one-eyed according to hadith</w:t>
      </w:r>
    </w:p>
    <w:p>
      <w:r>
        <w:rPr>
          <w:color w:val="666666"/>
          <w:sz w:val="18"/>
        </w:rPr>
        <w:t>Dajjal and Dajjalism July 26, 2009 · 34s · at 8:09 · https://youtu.be/CxQTfG01O_s?t=489</w:t>
      </w:r>
    </w:p>
    <w:p>
      <w:r>
        <w:rPr>
          <w:i/>
        </w:rPr>
        <w:t>“Dajjal aik aankh wala hoga.”</w:t>
      </w:r>
    </w:p>
    <w:p>
      <w:r>
        <w:rPr>
          <w:sz w:val="20"/>
        </w:rPr>
        <w:t>8:09  alif ain wao re aawar. aawar ka matlab hai one eyed, ek aankh wala.</w:t>
      </w:r>
      <w:r>
        <w:br/>
      </w:r>
      <w:r>
        <w:rPr>
          <w:sz w:val="20"/>
        </w:rPr>
        <w:t>8:20  aawar. ke dajjal ek aankh wala hoga. aur riwayat mein ye bhi hai ke woh iski daayin aankh nahi hogi, baayin aankh hogi.</w:t>
      </w:r>
      <w:r>
        <w:br/>
      </w:r>
      <w:r>
        <w:rPr>
          <w:sz w:val="20"/>
        </w:rPr>
        <w:t>8:31  isse mujhe clue mila ke dajjal kya cheez hai. dekhein, dajjal naam hai is baat ka ke one sided interpretation of things.</w:t>
      </w:r>
    </w:p>
    <w:p>
      <w:pPr>
        <w:pStyle w:val="Heading2"/>
      </w:pPr>
      <w:r>
        <w:t>System-based thinking and its spread</w:t>
      </w:r>
    </w:p>
    <w:p>
      <w:r>
        <w:rPr>
          <w:color w:val="666666"/>
          <w:sz w:val="18"/>
        </w:rPr>
        <w:t>Ideology of Life December 29, 2013 Maulana Wahiduddin Khan · 23s · at 13:38 · https://youtu.be/N5psCFw23MI?t=818</w:t>
      </w:r>
    </w:p>
    <w:p>
      <w:r>
        <w:rPr>
          <w:i/>
        </w:rPr>
        <w:t>“to system based thinking is zamane mein paida hui”</w:t>
      </w:r>
    </w:p>
    <w:p>
      <w:r>
        <w:rPr>
          <w:sz w:val="20"/>
        </w:rPr>
        <w:t>13:38  to system based thinking is zamane mein paida hui aur press ki wajah se khoob badhi, khoob badhi, khoob phaili.</w:t>
      </w:r>
      <w:r>
        <w:br/>
      </w:r>
      <w:r>
        <w:rPr>
          <w:sz w:val="20"/>
        </w:rPr>
        <w:t>13:47  to badi baat yeh samajh lein ke nizaam ho kisi ke paas. jis ke paas nizaam ho woh woh badi cheez us ke paas hai. Social system, political system, mukammal system.</w:t>
      </w:r>
    </w:p>
    <w:p>
      <w:pPr>
        <w:pStyle w:val="Heading2"/>
      </w:pPr>
      <w:r>
        <w:t>Hadith of Abu Dharr on complete guidance</w:t>
      </w:r>
    </w:p>
    <w:p>
      <w:r>
        <w:rPr>
          <w:color w:val="666666"/>
          <w:sz w:val="18"/>
        </w:rPr>
        <w:t>Prophetic Method November 18, 2013 Maulana Wahiduddin Khan · 36s · at 0:43 · https://youtu.be/X6cNF26QzBg?t=43</w:t>
      </w:r>
    </w:p>
    <w:p>
      <w:r>
        <w:rPr>
          <w:i/>
        </w:rPr>
        <w:t>“Al-Mu'jam al-Kabir, hadith number 1624.”</w:t>
      </w:r>
    </w:p>
    <w:p>
      <w:r>
        <w:rPr>
          <w:sz w:val="20"/>
        </w:rPr>
        <w:t>0:43  al-Mu'jam al-Kabir lil-Tabarani, hadith number 1624. Abu Dharr riwayat karte hain ke Rasool Allah hum se is haal mein juda hue ke koi bhi chidiya hawa mein par marti to aap hamein us se ek ilm sikhaate hain.</w:t>
      </w:r>
      <w:r>
        <w:br/>
      </w:r>
      <w:r>
        <w:rPr>
          <w:sz w:val="20"/>
        </w:rPr>
        <w:t>1:05  hazrat Abu Dharr mazeed kehte hain ke aap ne farmaya: koi bhi cheez jo tum ko jannat se qareeb kare aur jahannum se door kare, woh tumhare liye wazeh kar di gayi.</w:t>
      </w:r>
    </w:p>
    <w:p>
      <w:pPr>
        <w:pStyle w:val="Heading2"/>
      </w:pPr>
      <w:r>
        <w:t>Companion's vow of loyalty even if outvoted</w:t>
      </w:r>
    </w:p>
    <w:p>
      <w:r>
        <w:rPr>
          <w:color w:val="666666"/>
          <w:sz w:val="18"/>
        </w:rPr>
        <w:t>Dajjal and Dajjalism July 26, 2009 · 33s · at 1:05:38 · https://youtu.be/CxQTfG01O_s?t=3938</w:t>
      </w:r>
    </w:p>
    <w:p>
      <w:r>
        <w:rPr>
          <w:i/>
        </w:rPr>
        <w:t>“Wallahi, agar meri baat na chale, tab bhi main juda rahunga.”</w:t>
      </w:r>
    </w:p>
    <w:p>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p>
    <w:p>
      <w:pPr>
        <w:pStyle w:val="Heading2"/>
      </w:pPr>
      <w:r>
        <w:t>Condition for reading Quran: fear Allah</w:t>
      </w:r>
    </w:p>
    <w:p>
      <w:r>
        <w:rPr>
          <w:color w:val="666666"/>
          <w:sz w:val="18"/>
        </w:rPr>
        <w:t>God Oriented Life (In Conversation with Maulana) 23 10 11 · 45s · at 36:13 · https://youtu.be/E_LWwsWww2U?t=2173</w:t>
      </w:r>
    </w:p>
    <w:p>
      <w:r>
        <w:rPr>
          <w:i/>
        </w:rPr>
        <w:t>“Quran parhne ke liye ek hi shart hai: Ittaqullah wa yu'allimukum Allah”</w:t>
      </w:r>
    </w:p>
    <w:p>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p>
    <w:p>
      <w:pPr>
        <w:pStyle w:val="Heading2"/>
      </w:pPr>
      <w:r>
        <w:t>Peace at any cost is Sunnah</w:t>
      </w:r>
    </w:p>
    <w:p>
      <w:r>
        <w:rPr>
          <w:color w:val="666666"/>
          <w:sz w:val="18"/>
        </w:rPr>
        <w:t>Hadith Prediction November 3, 2013 · 23s · at 21:43 · https://youtu.be/cb5Lzw9c8aE?t=1303</w:t>
      </w:r>
    </w:p>
    <w:p>
      <w:r>
        <w:rPr>
          <w:i/>
        </w:rPr>
        <w:t>“Hudaybiya ka jo Rasul Allah ka muamala tha, wo ek sunnat hai”</w:t>
      </w:r>
    </w:p>
    <w:p>
      <w:r>
        <w:rPr>
          <w:sz w:val="20"/>
        </w:rPr>
        <w:t>21:43  to is ka matlab kya hua? ke you have to establish peace at any cost hudaybiya ka jo rasool Allah sal Allah alaihi wasallam ne mamla kiya tha, woh ek sunnat hai.</w:t>
      </w:r>
      <w:r>
        <w:br/>
      </w:r>
      <w:r>
        <w:rPr>
          <w:sz w:val="20"/>
        </w:rPr>
        <w:t>21:55  sunnat woh khasaas nabwi mein se nahi hai, woh ke you have to establish peace at any cost at any cost, chahe rasool ko mitana pade.</w:t>
      </w:r>
    </w:p>
    <w:p>
      <w:pPr>
        <w:pStyle w:val="Heading2"/>
      </w:pPr>
      <w:r>
        <w:t>true story: a pigeon flees a crow without complaint</w:t>
      </w:r>
    </w:p>
    <w:p>
      <w:r>
        <w:rPr>
          <w:color w:val="666666"/>
          <w:sz w:val="18"/>
        </w:rPr>
        <w:t>Bird Culture March 6, 2014 Maulana Wahiduddin Khan · 42s · at 18:45 · https://youtu.be/zLSCXGvTJ9A?t=1125</w:t>
      </w:r>
    </w:p>
    <w:p>
      <w:r>
        <w:rPr>
          <w:i/>
        </w:rPr>
        <w:t>“Abhi main baitha hua tha apne ghar ke peechay”</w:t>
      </w:r>
    </w:p>
    <w:p>
      <w:r>
        <w:rPr>
          <w:sz w:val="20"/>
        </w:rPr>
        <w:t>18:45  abhi mein baitha hua tha apne ghar ke pichle hisse mein to wahan aise hi pesh aaya ke wahan par kuch dana pada hua tha, ek kabootar kha rahi thi.</w:t>
      </w:r>
      <w:r>
        <w:br/>
      </w:r>
      <w:r>
        <w:rPr>
          <w:sz w:val="20"/>
        </w:rPr>
        <w:t>18:57  itne mein kauwa aa gaya. to kauwa chunke bohat hi strong hota hai, kabootar jo hai, itni strong nahi hoti. to jaise hi kauwa aaya, kabootar urh gayi.</w:t>
      </w:r>
      <w:r>
        <w:br/>
      </w:r>
      <w:r>
        <w:rPr>
          <w:sz w:val="20"/>
        </w:rPr>
        <w:t>19:10  lekin urh ke kya kiya us ne?</w:t>
      </w:r>
      <w:r>
        <w:br/>
      </w:r>
      <w:r>
        <w:rPr>
          <w:sz w:val="20"/>
        </w:rPr>
        <w:t>19:12  ja ke shaakh par baith gayi, bohat hi peaceful tareeqe se. koi na shikayat, na koi protest, kuch bhi nahi.</w:t>
      </w:r>
    </w:p>
    <w:p>
      <w:pPr>
        <w:pStyle w:val="Heading2"/>
      </w:pPr>
      <w:r>
        <w:t>Hadith on fearing rejection of deeds</w:t>
      </w:r>
    </w:p>
    <w:p>
      <w:r>
        <w:rPr>
          <w:color w:val="666666"/>
          <w:sz w:val="18"/>
        </w:rPr>
        <w:t>Living God March 10, 2019 Maulana Wahiduddin Khan · 39s · at 2:35 · https://youtu.be/RCBFUw2KAdI?t=155</w:t>
      </w:r>
    </w:p>
    <w:p>
      <w:r>
        <w:rPr>
          <w:i/>
        </w:rPr>
        <w:t>“Aisha, wife of the Prophet, says”</w:t>
      </w:r>
    </w:p>
    <w:p>
      <w:r>
        <w:rPr>
          <w:sz w:val="20"/>
        </w:rPr>
        <w:t>2:35  aisha, nabi sallallahu alaihi wasallam ki biwi, kehti hain ke maine rasul Allah se is ayat ke bare mein poocha: "wallazina yutuna ma ataw qulubuhum wajilah".</w:t>
      </w:r>
      <w:r>
        <w:br/>
      </w:r>
      <w:r>
        <w:rPr>
          <w:sz w:val="20"/>
        </w:rPr>
        <w:t>2:46  aisha kehti hain: "kya ye wo log hain jo sharab pite hain aur chori karte hain?" aap ne kaha: "nahi, aye siddiq ki beti, lekin ye wo log hain jo roza rakhte hain, namaz padhte hain, sadqa dete hain,</w:t>
      </w:r>
      <w:r>
        <w:br/>
      </w:r>
      <w:r>
        <w:rPr>
          <w:sz w:val="20"/>
        </w:rPr>
        <w:t>3:00  aur wo dar rahe hote hain ke un se qabul nahi kiya jayega. to yahi log bhalai ke kamon mein sab se age barhte hain, aur yahi log sabqat karne wale hain."</w:t>
      </w:r>
    </w:p>
    <w:p>
      <w:pPr>
        <w:pStyle w:val="Heading2"/>
      </w:pPr>
      <w:r>
        <w:t>Aisha: Prophet's character was the Quran embodied</w:t>
      </w:r>
    </w:p>
    <w:p>
      <w:r>
        <w:rPr>
          <w:color w:val="666666"/>
          <w:sz w:val="18"/>
        </w:rPr>
        <w:t>The Living Tradition: Why Hadith Matters in Islam?</w:t>
        <w:br/>
        <w:t>December 8, 2024 · 24s · at 3:33 · https://youtu.be/2w9-vnnJBeY?t=213</w:t>
      </w:r>
    </w:p>
    <w:p>
      <w:r>
        <w:rPr>
          <w:i/>
        </w:rPr>
        <w:t>“Kana khuluquhul Quran — his character was the Quran”</w:t>
      </w:r>
    </w:p>
    <w:p>
      <w:r>
        <w:rPr>
          <w:sz w:val="20"/>
        </w:rPr>
        <w:t>3:33  hazrat aisha ne ek baar farmaaya: "kaan khulqahu al-quran"۔ aap quran ki amli tafseer thay. yaani aap quran in action hum keh sakte hain, quran in action thay poora.</w:t>
      </w:r>
      <w:r>
        <w:br/>
      </w:r>
      <w:r>
        <w:rPr>
          <w:sz w:val="20"/>
        </w:rPr>
        <w:t>3:46  kyunke maulana azaad ne ek baar kaha hai ke ek quran woh hai jo mujallad shakal mein hai aur doosra quran woh hai jo madina mein chalta phirta tha.</w:t>
      </w:r>
    </w:p>
    <w:p>
      <w:pPr>
        <w:pStyle w:val="Heading2"/>
      </w:pPr>
      <w:r>
        <w:t>Wrong ijtihad still earns divine reward</w:t>
      </w:r>
    </w:p>
    <w:p>
      <w:r>
        <w:rPr>
          <w:color w:val="666666"/>
          <w:sz w:val="18"/>
        </w:rPr>
        <w:t>Islam in A New Age March 18, 2012 · 54s · at 10:55 · https://youtu.be/P5hzq_NheY0?t=655</w:t>
      </w:r>
    </w:p>
    <w:p>
      <w:r>
        <w:rPr>
          <w:i/>
        </w:rPr>
        <w:t>“Ghalti ho jaye, tab bhi sawab milega”</w:t>
      </w:r>
    </w:p>
    <w:p>
      <w:r>
        <w:rPr>
          <w:sz w:val="20"/>
        </w:rPr>
        <w:t>10:55  agar sahih na ho, ghalti ho jaye, tab bhi ek sawab hai. is ka matlab kya hai? ye ijtihad ko ubharna hai. ijtihad ka shauq dilana hai ke bila dare hue ijtihad karo.</w:t>
      </w:r>
      <w:r>
        <w:br/>
      </w:r>
      <w:r>
        <w:rPr>
          <w:sz w:val="20"/>
        </w:rPr>
        <w:t>11:12  kaisi ajeeb baat hai. yaani ye mat daro ke ijtihad kar ke tum ghalti kar jaoge. ghalti karoge, tab bhi Allah taala tum ko inaam dega.</w:t>
      </w:r>
      <w:r>
        <w:br/>
      </w:r>
      <w:r>
        <w:rPr>
          <w:sz w:val="20"/>
        </w:rPr>
        <w:t>11:23  sirf apni niyat ka lihaaz rakho. innamal aamaalu binniyat apni niyat ko dekho ke niyat durust ho.</w:t>
      </w:r>
      <w:r>
        <w:br/>
      </w:r>
      <w:r>
        <w:rPr>
          <w:sz w:val="20"/>
        </w:rPr>
        <w:t>11:32  yaani niyat agar durust hai, yaani fehm-e-deen ki niyat hai, Allah ki marifat janne ki niyat hai, Allah ki qurbat hasil karne ki niyat hai,</w:t>
      </w:r>
      <w:r>
        <w:br/>
      </w:r>
      <w:r>
        <w:rPr>
          <w:sz w:val="20"/>
        </w:rPr>
        <w:t>11:45  to khoob ijtihad karo.</w:t>
      </w:r>
    </w:p>
    <w:p>
      <w:pPr>
        <w:pStyle w:val="Heading2"/>
      </w:pPr>
      <w:r>
        <w:t>rebutting a president's claim that pride is Islamic</w:t>
      </w:r>
    </w:p>
    <w:p>
      <w:r>
        <w:rPr>
          <w:color w:val="666666"/>
          <w:sz w:val="18"/>
        </w:rPr>
        <w:t>History of Islamic Learning May 14, 2006 Part 2 · 59s · at 34:33 · https://youtu.be/snrt_NRyjLI?t=2073</w:t>
      </w:r>
    </w:p>
    <w:p>
      <w:r>
        <w:rPr>
          <w:i/>
        </w:rPr>
        <w:t>“ضیاء الحق نے کہا مسلمانوں نے اپنا فخر دوبارہ دریافت کر لیا”</w:t>
      </w:r>
    </w:p>
    <w:p>
      <w:r>
        <w:rPr>
          <w:sz w:val="20"/>
        </w:rPr>
        <w:t>34:33  united nations mein in ka, unhon ne wahan ki general assembly ko address kiya to un ka woh chupa tha jo unhon ne address kiya tha. wahan poora is mein woh kehte hain, woh mein ne parha tha us ko ke Muslims have re-discovered their pride in Islam.</w:t>
      </w:r>
      <w:r>
        <w:br/>
      </w:r>
      <w:r>
        <w:rPr>
          <w:sz w:val="20"/>
        </w:rPr>
        <w:t>34:53  yani pakistan ka president united nations mein jo speech de raha hai, is mein woh kehta hai ke aaj ke musalmanon ke baray mein ke Muslims have re-discovered their pride in Islam.</w:t>
      </w:r>
      <w:r>
        <w:br/>
      </w:r>
      <w:r>
        <w:rPr>
          <w:sz w:val="20"/>
        </w:rPr>
        <w:t>35:07  mein samajhta hoon ke woh galat baat yeh hai. pride agar islam wala ho to islam hi nahi hai, phir woh</w:t>
      </w:r>
      <w:r>
        <w:br/>
      </w:r>
      <w:r>
        <w:rPr>
          <w:sz w:val="20"/>
        </w:rPr>
        <w:t>35:14  woh islam hi nahi hai, kyunke islam ke maani hain khuda ka deen, khuda ka hukum. jo cheez khuda ki taraf se mile aap ko, usay pride aayega,</w:t>
      </w:r>
      <w:r>
        <w:br/>
      </w:r>
      <w:r>
        <w:rPr>
          <w:sz w:val="20"/>
        </w:rPr>
        <w:t>35:23  is mein modesty aayegi, is mein tawazu aayegi. to yeh hai wrong interpretation ka masla.</w:t>
      </w:r>
    </w:p>
    <w:p>
      <w:pPr>
        <w:pStyle w:val="Heading2"/>
      </w:pPr>
      <w:r>
        <w:t>Na'at culture limited Muslim thinking</w:t>
      </w:r>
    </w:p>
    <w:p>
      <w:r>
        <w:rPr>
          <w:color w:val="666666"/>
          <w:sz w:val="18"/>
        </w:rPr>
        <w:t>Prophetic Guidance Aug 13, 2017 · 13s · at 13:36 · https://youtu.be/kRWf11h-acQ?t=816</w:t>
      </w:r>
    </w:p>
    <w:p>
      <w:r>
        <w:rPr>
          <w:i/>
        </w:rPr>
        <w:t>“Na'at khwani ke culture ne musalmanon ke zehen ko mehdood kar diya”</w:t>
      </w:r>
    </w:p>
    <w:p>
      <w:r>
        <w:rPr>
          <w:sz w:val="20"/>
        </w:rPr>
        <w:t>13:36  nah tabai ke zamane mein tha, nah tabe tabai ke zamane mein tha. woh to is zamane mein phaila zyada tar. to naat khwani ke culture ne musalmanon ke zehan ko bilkul hi bilkul bilkul mehdood kar diya.</w:t>
      </w:r>
    </w:p>
    <w:p>
      <w:pPr>
        <w:pStyle w:val="Heading2"/>
      </w:pPr>
      <w:r>
        <w:t>Speaking stops learning - powerful quote</w:t>
      </w:r>
    </w:p>
    <w:p>
      <w:r>
        <w:rPr>
          <w:color w:val="666666"/>
          <w:sz w:val="18"/>
        </w:rPr>
        <w:t>Principles of Life (Prophetic Wisdom) · 31s · at 4:44 · https://youtu.be/dWzIQ5DQMNU?t=284</w:t>
      </w:r>
    </w:p>
    <w:p>
      <w:r>
        <w:rPr>
          <w:i/>
        </w:rPr>
        <w:t>“Jab mein bol raha hoon, us waqt mein seekh nahin raha hoon.”</w:t>
      </w:r>
    </w:p>
    <w:p>
      <w:r>
        <w:rPr>
          <w:sz w:val="20"/>
        </w:rPr>
        <w:t>4:44  toh us ne kaha ke jab mein bol raha hoon, is waqt mein seekh nahi raha hoon.</w:t>
      </w:r>
      <w:r>
        <w:br/>
      </w:r>
      <w:r>
        <w:rPr>
          <w:sz w:val="20"/>
        </w:rPr>
        <w:t>4:50  yaani bolna aap ki learning ko stop kar deta hai.</w:t>
      </w:r>
      <w:r>
        <w:br/>
      </w:r>
      <w:r>
        <w:rPr>
          <w:sz w:val="20"/>
        </w:rPr>
        <w:t>4:55  "When I am speaking, I am not learning." kyunki speaking jab karenge to aap ka andar jo</w:t>
      </w:r>
      <w:r>
        <w:br/>
      </w:r>
      <w:r>
        <w:rPr>
          <w:sz w:val="20"/>
        </w:rPr>
        <w:t>5:00  hai, woh bahar nikalenge.</w:t>
      </w:r>
      <w:r>
        <w:br/>
      </w:r>
      <w:r>
        <w:rPr>
          <w:sz w:val="20"/>
        </w:rPr>
        <w:t>5:05  learning toh hai ke jo bahar jo hai, us ko le aayen.</w:t>
      </w:r>
      <w:r>
        <w:br/>
      </w:r>
      <w:r>
        <w:rPr>
          <w:sz w:val="20"/>
        </w:rPr>
        <w:t>5:11  learning intake ka amal hai.</w:t>
      </w:r>
    </w:p>
    <w:p>
      <w:pPr>
        <w:pStyle w:val="Heading2"/>
      </w:pPr>
      <w:r>
        <w:t>Duniya aakhirat ki kheti</w:t>
      </w:r>
    </w:p>
    <w:p>
      <w:r>
        <w:rPr>
          <w:color w:val="666666"/>
          <w:sz w:val="18"/>
        </w:rPr>
        <w:t>Life after Death (Prophetic Wisdom) · 25s · at 0:38 · https://youtu.be/7bA2WIsKLMQ?t=38</w:t>
      </w:r>
    </w:p>
    <w:p>
      <w:r>
        <w:rPr>
          <w:i/>
        </w:rPr>
        <w:t>“Duniya aakhirat ki kheti hai”</w:t>
      </w:r>
    </w:p>
    <w:p>
      <w:r>
        <w:rPr>
          <w:sz w:val="20"/>
        </w:rPr>
        <w:t>0:38  dunya akhirat ki kheti hai.</w:t>
      </w:r>
      <w:r>
        <w:br/>
      </w:r>
      <w:r>
        <w:rPr>
          <w:sz w:val="20"/>
        </w:rPr>
        <w:t>0:45  matlab yeh hai ke yahan bona, wahan kaatna. dunya kehte hain islam mein pre-death period ko, aur akhirat kehte hain post-death period ko.</w:t>
      </w:r>
      <w:r>
        <w:br/>
      </w:r>
      <w:r>
        <w:rPr>
          <w:sz w:val="20"/>
        </w:rPr>
        <w:t>1:03  to islam ke mutabiq aadmi ko aik eternal being ki hesiyat se paida kiya gaya hai, lekin is ka life span do hisse bata hua hai.</w:t>
      </w:r>
    </w:p>
    <w:p>
      <w:pPr>
        <w:pStyle w:val="Heading2"/>
      </w:pPr>
      <w:r>
        <w:t>A devil boasts to Iblis about causing a divorce</w:t>
      </w:r>
    </w:p>
    <w:p>
      <w:r>
        <w:rPr>
          <w:color w:val="666666"/>
          <w:sz w:val="18"/>
        </w:rPr>
        <w:t>Married Life April 29, 2017 Maulana Wahiduddin Khan · 56s · at 2:31 · https://youtu.be/ONfOGL9_VHg?t=151</w:t>
      </w:r>
    </w:p>
    <w:p>
      <w:r>
        <w:rPr>
          <w:i/>
        </w:rPr>
        <w:t>“Ek shaitan aaya, kaha maine married couple mein talaq karwa di”</w:t>
      </w:r>
    </w:p>
    <w:p>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Stuffed tiger does not inspire fear</w:t>
      </w:r>
    </w:p>
    <w:p>
      <w:r>
        <w:rPr>
          <w:color w:val="666666"/>
          <w:sz w:val="18"/>
        </w:rPr>
        <w:t>Living God March 10, 2019 Maulana Wahiduddin Khan · 24s · at 7:25 · https://youtu.be/RCBFUw2KAdI?t=445</w:t>
      </w:r>
    </w:p>
    <w:p>
      <w:r>
        <w:rPr>
          <w:i/>
        </w:rPr>
        <w:t>“I saw people coming, looking at it with great confidence”</w:t>
      </w:r>
    </w:p>
    <w:p>
      <w:r>
        <w:rPr>
          <w:sz w:val="20"/>
        </w:rPr>
        <w:t>7:25  to main ne dekha ke log aa rahe hain, bohat aitmaad ke saath is ko dekhte hain, chale aate hain, aa rahe hain, ja rahe hain.</w:t>
      </w:r>
      <w:r>
        <w:br/>
      </w:r>
      <w:r>
        <w:rPr>
          <w:sz w:val="20"/>
        </w:rPr>
        <w:t>7:38  is shakal ke aitbaar se woh ek tiger tha, lekin log aa rahe hain, ja rahe hain, koi kisi ka dil kaanp nahin raha hai.</w:t>
      </w:r>
    </w:p>
    <w:p>
      <w:pPr>
        <w:pStyle w:val="Heading2"/>
      </w:pPr>
      <w:r>
        <w:t>Greatest Sunnah is love for humanity</w:t>
      </w:r>
    </w:p>
    <w:p>
      <w:r>
        <w:rPr>
          <w:color w:val="666666"/>
          <w:sz w:val="18"/>
        </w:rPr>
        <w:t>What is Sunnah | June 02, 2008 · 30s · at 10:55 · https://youtu.be/RHfm7wuEMEM?t=655</w:t>
      </w:r>
    </w:p>
    <w:p>
      <w:r>
        <w:rPr>
          <w:i/>
        </w:rPr>
        <w:t>“The Prophet's greatest Sunnah is love for humanity.”</w:t>
      </w:r>
    </w:p>
    <w:p>
      <w:r>
        <w:rPr>
          <w:sz w:val="20"/>
        </w:rPr>
        <w:t>10:55  to insan ke bare mein maine kaha ke aap nafrat mein mubtala hain aur choti choti cheezon</w:t>
      </w:r>
      <w:r>
        <w:br/>
      </w:r>
      <w:r>
        <w:rPr>
          <w:sz w:val="20"/>
        </w:rPr>
        <w:t>11:00  ko samajhte hain ke sunnat hai.</w:t>
      </w:r>
      <w:r>
        <w:br/>
      </w:r>
      <w:r>
        <w:rPr>
          <w:sz w:val="20"/>
        </w:rPr>
        <w:t>11:04  to maine kaha yeh galat hai.</w:t>
      </w:r>
      <w:r>
        <w:br/>
      </w:r>
      <w:r>
        <w:rPr>
          <w:sz w:val="20"/>
        </w:rPr>
        <w:t>11:09  Allah ke Rasool ki zyada bari sunnat yeh hai ke aap insan se mohabbat karein.</w:t>
      </w:r>
      <w:r>
        <w:br/>
      </w:r>
      <w:r>
        <w:rPr>
          <w:sz w:val="20"/>
        </w:rPr>
        <w:t>11:13  insan ke bare mein apni zimmedari ko samjhein.</w:t>
      </w:r>
      <w:r>
        <w:br/>
      </w:r>
      <w:r>
        <w:rPr>
          <w:sz w:val="20"/>
        </w:rPr>
        <w:t>11:18  yeh zyada badi sunnat hai.</w:t>
      </w:r>
      <w:r>
        <w:br/>
      </w:r>
      <w:r>
        <w:rPr>
          <w:sz w:val="20"/>
        </w:rPr>
        <w:t>11:22  is tarah se yeh sunnat hai ke aap</w:t>
      </w:r>
    </w:p>
    <w:p>
      <w:pPr>
        <w:pStyle w:val="Heading2"/>
      </w:pPr>
      <w:r>
        <w:t>Signs of Qiyamah, call to repentance</w:t>
      </w:r>
    </w:p>
    <w:p>
      <w:r>
        <w:rPr>
          <w:color w:val="666666"/>
          <w:sz w:val="18"/>
        </w:rPr>
        <w:t>Warnings of Doomsday February 4, 2007 · 26s · at 40:19 · https://youtu.be/VT0BnPl_-zc?t=2419</w:t>
      </w:r>
    </w:p>
    <w:p>
      <w:r>
        <w:rPr>
          <w:i/>
        </w:rPr>
        <w:t>“Yeh sab cheezein nishaniyan ban kar aa gayi hain ke Qiyamah qareeb hai”</w:t>
      </w:r>
    </w:p>
    <w:p>
      <w:r>
        <w:rPr>
          <w:sz w:val="20"/>
        </w:rPr>
        <w:t>40:19  yeh sab cheezein nishaniyan ban kar aa gayi hain ke qayamat qareeb hai. aye insano!</w:t>
      </w:r>
      <w:r>
        <w:br/>
      </w:r>
      <w:r>
        <w:rPr>
          <w:sz w:val="20"/>
        </w:rPr>
        <w:t>40:26  tauba karo! aye insano! khuda ki taraf daudo! aye insano! apne sahi a'maal kar ke apne aap ko bachao is baat se ke tum ko khuda punish kare, aur tum ko apne aap ko aisa banao ke tum ko khuda paradise mein dakhil kare.</w:t>
      </w:r>
    </w:p>
    <w:p>
      <w:pPr>
        <w:pStyle w:val="Heading2"/>
      </w:pPr>
      <w:r>
        <w:t>Well-considered planning from hadith lesson</w:t>
      </w:r>
    </w:p>
    <w:p>
      <w:r>
        <w:rPr>
          <w:color w:val="666666"/>
          <w:sz w:val="18"/>
        </w:rPr>
        <w:t>Principles of Life (Prophetic Wisdom) · 30s · at 13:53 · https://youtu.be/dWzIQ5DQMNU?t=833</w:t>
      </w:r>
    </w:p>
    <w:p>
      <w:r>
        <w:rPr>
          <w:i/>
        </w:rPr>
        <w:t>“To 'man samata najaa' ka matlab hoga.”</w:t>
      </w:r>
    </w:p>
    <w:p>
      <w:r>
        <w:rPr>
          <w:sz w:val="20"/>
        </w:rPr>
        <w:t xml:space="preserve">13:53  </w:t>
      </w:r>
      <w:r>
        <w:br/>
      </w:r>
      <w:r>
        <w:rPr>
          <w:sz w:val="20"/>
        </w:rPr>
        <w:t>13:59  to "man samt naja" ka matlab hoga ke jis ne soch samajh kar amal kiya, woh kamyab rahega.</w:t>
      </w:r>
      <w:r>
        <w:br/>
      </w:r>
      <w:r>
        <w:rPr>
          <w:sz w:val="20"/>
        </w:rPr>
        <w:t>14:05  is mein sach poochhen to well considered planning ki taleem di gayi hai.</w:t>
      </w:r>
      <w:r>
        <w:br/>
      </w:r>
      <w:r>
        <w:rPr>
          <w:sz w:val="20"/>
        </w:rPr>
        <w:t>14:11  well considered response ki taleem di gayi hai.</w:t>
      </w:r>
      <w:r>
        <w:br/>
      </w:r>
      <w:r>
        <w:rPr>
          <w:sz w:val="20"/>
        </w:rPr>
        <w:t>14:17  well considered action ki taleem di gayi</w:t>
      </w:r>
    </w:p>
    <w:p>
      <w:pPr>
        <w:pStyle w:val="Heading2"/>
      </w:pPr>
      <w:r>
        <w:t>Follow majority but not necessarily right</w:t>
      </w:r>
    </w:p>
    <w:p>
      <w:r>
        <w:rPr>
          <w:color w:val="666666"/>
          <w:sz w:val="18"/>
        </w:rPr>
        <w:t>The Importance of Unity March 15, 2014 · 20s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p>
    <w:p>
      <w:pPr>
        <w:pStyle w:val="Heading2"/>
      </w:pPr>
      <w:r>
        <w:t>Hadith and explanation of true love</w:t>
      </w:r>
    </w:p>
    <w:p>
      <w:r>
        <w:rPr>
          <w:color w:val="666666"/>
          <w:sz w:val="18"/>
        </w:rPr>
        <w:t>Why God gives Shocks to a Person September 22, 2018 · 1m 29s · at 1:42 · https://youtu.be/dG3v31RusHo?t=102</w:t>
      </w:r>
    </w:p>
    <w:p>
      <w:r>
        <w:rPr>
          <w:i/>
        </w:rPr>
        <w:t>“Allah ki qasam, main aap se muhabbat karta hoon.”</w:t>
      </w:r>
    </w:p>
    <w:p>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r>
        <w:br/>
      </w:r>
      <w:r>
        <w:rPr>
          <w:sz w:val="20"/>
        </w:rPr>
        <w:t>2:16  dekhiye, yeh yeh jo rasool, yeh jo hadith hai, is mein kehne wala yeh kehta hai ke "main aap se muhabbat karta hoon." is ka matlab kis ka kya hai?</w:t>
      </w:r>
      <w:r>
        <w:br/>
      </w:r>
      <w:r>
        <w:rPr>
          <w:sz w:val="20"/>
        </w:rPr>
        <w:t>2:37  yeh koi love affair ki baat nahi hai.</w:t>
      </w:r>
      <w:r>
        <w:br/>
      </w:r>
      <w:r>
        <w:rPr>
          <w:sz w:val="20"/>
        </w:rPr>
        <w:t>2:41  is ka matlab hai ke "main aap ke rastay par chalna chahta hoon</w:t>
      </w:r>
    </w:p>
    <w:p>
      <w:pPr>
        <w:pStyle w:val="Heading2"/>
      </w:pPr>
      <w:r>
        <w:t>Hadith introduction and Arabic recitation</w:t>
      </w:r>
    </w:p>
    <w:p>
      <w:r>
        <w:rPr>
          <w:color w:val="666666"/>
          <w:sz w:val="18"/>
        </w:rPr>
        <w:t>Spirit of Team Work April 6, 2019 · 35s · at 0:32 · https://youtu.be/0tSocvvX_Ks?t=32</w:t>
      </w:r>
    </w:p>
    <w:p>
      <w:r>
        <w:rPr>
          <w:i/>
        </w:rPr>
        <w:t>“Aaj Qur'an ki ek hadith ko le kar kuchh baat kahna hai”</w:t>
      </w:r>
    </w:p>
    <w:p>
      <w:r>
        <w:rPr>
          <w:sz w:val="20"/>
        </w:rPr>
        <w:t>0:32  Aaj Quran ki aaj aik hadith ko le kar kuch baat kehna hai.</w:t>
      </w:r>
      <w:r>
        <w:br/>
      </w:r>
      <w:r>
        <w:rPr>
          <w:sz w:val="20"/>
        </w:rPr>
        <w:t>0:45  Yeh hadith Ibn Majah mein aayi hai, aur is ke shabda yeh hain.</w:t>
      </w:r>
      <w:r>
        <w:br/>
      </w:r>
      <w:r>
        <w:rPr>
          <w:sz w:val="20"/>
        </w:rPr>
        <w:t>0:55  An Ibn Umar an al-nabi salla Allahu alayhi wa sallam qala: "Al-mumin alladhi yukhalitu al-nas wa yasbiru ala azahim khayrun min alladhi la yukhalitu al-nas wa la yasbiru ala azahim".</w:t>
      </w:r>
    </w:p>
    <w:p>
      <w:pPr>
        <w:pStyle w:val="Heading2"/>
      </w:pPr>
      <w:r>
        <w:t>Allah grants understanding to whom He wills</w:t>
      </w:r>
    </w:p>
    <w:p>
      <w:r>
        <w:rPr>
          <w:color w:val="666666"/>
          <w:sz w:val="18"/>
        </w:rPr>
        <w:t>Deep Thinking April 3, 2014 - Maulana Wahiduddin Khan · 43s · at 1:28 · https://youtu.be/D2tvutnQTv0?t=88</w:t>
      </w:r>
    </w:p>
    <w:p>
      <w:r>
        <w:rPr>
          <w:i/>
        </w:rPr>
        <w:t>“Bismillah ir-Rahman ir-Rahim”</w:t>
      </w:r>
    </w:p>
    <w:p>
      <w:r>
        <w:rPr>
          <w:sz w:val="20"/>
        </w:rPr>
        <w:t>1:28  بسم اللہ الرحمن الرحیم۔</w:t>
      </w:r>
      <w:r>
        <w:br/>
      </w:r>
      <w:r>
        <w:rPr>
          <w:sz w:val="20"/>
        </w:rPr>
        <w:t>1:35  اس حدیث رسول میں</w:t>
      </w:r>
      <w:r>
        <w:br/>
      </w:r>
      <w:r>
        <w:rPr>
          <w:sz w:val="20"/>
        </w:rPr>
        <w:t>1:41  بتایا گیا ہے کہ اللہ تعالیٰ جس کے لیے خیر کا فیصلہ فرماتا ہے، اس کو تفقع دے دیتا ہے۔</w:t>
      </w:r>
    </w:p>
    <w:p>
      <w:pPr>
        <w:pStyle w:val="Heading2"/>
      </w:pPr>
      <w:r>
        <w:t>Islam and Muslim wrongly treated as one thing</w:t>
      </w:r>
    </w:p>
    <w:p>
      <w:r>
        <w:rPr>
          <w:color w:val="666666"/>
          <w:sz w:val="18"/>
        </w:rPr>
        <w:t>History of Islamic Learning May 14, 2006 Part 2 · 31s · at 16:11 · https://youtu.be/snrt_NRyjLI?t=971</w:t>
      </w:r>
    </w:p>
    <w:p>
      <w:r>
        <w:rPr>
          <w:i/>
        </w:rPr>
        <w:t>“اسلام اور مسلم، یہ دونوں ایک بن گئے”</w:t>
      </w:r>
    </w:p>
    <w:p>
      <w:r>
        <w:rPr>
          <w:sz w:val="20"/>
        </w:rPr>
        <w:t>16:11  misalan dekhiye, ek to yeh hai ke Islam aur Muslim, yeh dono ek ban gae.</w:t>
      </w:r>
      <w:r>
        <w:br/>
      </w:r>
      <w:r>
        <w:rPr>
          <w:sz w:val="20"/>
        </w:rPr>
        <w:t>16:22  jo kitabein likhi gayeen, baad ko woh is tarah se likhi gayeen jaise ke Islam aur Muslim dono ek hain.</w:t>
      </w:r>
      <w:r>
        <w:br/>
      </w:r>
      <w:r>
        <w:rPr>
          <w:sz w:val="20"/>
        </w:rPr>
        <w:t>16:28  misalan kitab likhte hain ke log history par, is ka naam hota hai Islamic history, haalanke woh Islamic history nahi hoti. woh woh hoti hai Muslim history, woh Muslim history hoti hai.</w:t>
      </w:r>
    </w:p>
    <w:p>
      <w:pPr>
        <w:pStyle w:val="Heading2"/>
      </w:pPr>
      <w:r>
        <w:t>Do not raise separate flag, stay silent</w:t>
      </w:r>
    </w:p>
    <w:p>
      <w:r>
        <w:rPr>
          <w:color w:val="666666"/>
          <w:sz w:val="18"/>
        </w:rPr>
        <w:t>The Importance of Unity March 15, 2014 · 25s · at 15:53 · https://youtu.be/-xS-eK4zw-k?t=953</w:t>
      </w:r>
    </w:p>
    <w:p>
      <w:r>
        <w:rPr>
          <w:i/>
        </w:rPr>
        <w:t>“To doosre hissay mein yeh bataya gaya hai”</w:t>
      </w:r>
    </w:p>
    <w:p>
      <w:r>
        <w:rPr>
          <w:sz w:val="20"/>
        </w:rPr>
        <w:t>15:53  to doosre hisse mein yeh bataya gaya hai ke agar kuch afraad samajhte hon ke yeh theek nahi hai to unko alag jhanda nahi uthana chahiye. khamosh hona chahiye۔</w:t>
      </w:r>
      <w:r>
        <w:br/>
      </w:r>
      <w:r>
        <w:rPr>
          <w:sz w:val="20"/>
        </w:rPr>
        <w:t>16:04  khamosh apne gharon mein baithein. kya zaroorat hai ke koi maidan mein aa kar jhanda uthaye woh؟</w:t>
      </w:r>
      <w:r>
        <w:br/>
      </w:r>
      <w:r>
        <w:rPr>
          <w:sz w:val="20"/>
        </w:rPr>
        <w:t>16:12  yani aisi haalat mein afraad ko ya to</w:t>
      </w:r>
    </w:p>
    <w:p>
      <w:pPr>
        <w:pStyle w:val="Heading2"/>
      </w:pPr>
      <w:r>
        <w:t>Hadith on changing religion means rebellion</w:t>
      </w:r>
    </w:p>
    <w:p>
      <w:r>
        <w:rPr>
          <w:color w:val="666666"/>
          <w:sz w:val="18"/>
        </w:rPr>
        <w:t>God Oriented Life (In Conversation with Maulana) 23 10 11 · 45s · at 17:12 · https://youtu.be/E_LWwsWww2U?t=1032</w:t>
      </w:r>
    </w:p>
    <w:p>
      <w:r>
        <w:rPr>
          <w:i/>
        </w:rPr>
        <w:t>“Jo lafz deen hai woh state se baghawat ke ma'ni mein hai”</w:t>
      </w:r>
    </w:p>
    <w:p>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p>
    <w:p>
      <w:pPr>
        <w:pStyle w:val="Heading2"/>
      </w:pPr>
      <w:r>
        <w:t>Prophet's warning about poverty for lovers</w:t>
      </w:r>
    </w:p>
    <w:p>
      <w:r>
        <w:rPr>
          <w:color w:val="666666"/>
          <w:sz w:val="18"/>
        </w:rPr>
        <w:t>Why God gives Shocks to a Person September 22, 2018 · 34s · at 1:42 · https://youtu.be/dG3v31RusHo?t=102</w:t>
      </w:r>
    </w:p>
    <w:p>
      <w:r>
        <w:rPr>
          <w:i/>
        </w:rPr>
        <w:t>“Allah ki qasam, main aap se muhabbat karta hoon.”</w:t>
      </w:r>
    </w:p>
    <w:p>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p>
    <w:p>
      <w:pPr>
        <w:pStyle w:val="Heading2"/>
      </w:pPr>
      <w:r>
        <w:t>divine law: some fall, some are always spared</w:t>
      </w:r>
    </w:p>
    <w:p>
      <w:r>
        <w:rPr>
          <w:color w:val="666666"/>
          <w:sz w:val="18"/>
        </w:rPr>
        <w:t>Muslim Unity March 15, 2014 Maulana Wahiduddin Khan · 23s · at 8:44 · https://youtu.be/CZHU5z3SEjc?t=524</w:t>
      </w:r>
    </w:p>
    <w:p>
      <w:r>
        <w:rPr>
          <w:i/>
        </w:rPr>
        <w:t>“Quran aur Sunnat sari bheed ko nahi pakdenge”</w:t>
      </w:r>
    </w:p>
    <w:p>
      <w:r>
        <w:rPr>
          <w:sz w:val="20"/>
        </w:rPr>
        <w:t>8:44  to lekin Quran aur Sunnat jo hai, saare saari bhiid ko pakad lenge, aisa nahi ho sakta. Yeh sunnat, yeh to Allah Ta'ala ke qanoon ke khilaf hoga.</w:t>
      </w:r>
      <w:r>
        <w:br/>
      </w:r>
      <w:r>
        <w:rPr>
          <w:sz w:val="20"/>
        </w:rPr>
        <w:t>8:59  kuch afraad ko pakadenge, kuch afraad ko bach jayenge.</w:t>
      </w:r>
    </w:p>
    <w:p>
      <w:pPr>
        <w:pStyle w:val="Heading2"/>
      </w:pPr>
      <w:r>
        <w:t>Hadith: Every deed multiplied except fasting</w:t>
      </w:r>
    </w:p>
    <w:p>
      <w:r>
        <w:rPr>
          <w:color w:val="666666"/>
          <w:sz w:val="18"/>
        </w:rPr>
        <w:t>Unlimited Rewards for Devotion to Divine Mission June 8, 2019 - Maulana Wahiduddin Khan · 23s · at 0:38 · https://youtu.be/yA3G5LXomtw?t=38</w:t>
      </w:r>
    </w:p>
    <w:p>
      <w:r>
        <w:rPr>
          <w:i/>
        </w:rPr>
        <w:t>“An Abi Huraira radiyallahu anhu qala”</w:t>
      </w:r>
    </w:p>
    <w:p>
      <w:r>
        <w:rPr>
          <w:sz w:val="20"/>
        </w:rPr>
        <w:t>0:38  an abi huraira radi allah anhu qala: qala rasul allah salallahu alayhi wasallam: «kull amal ibn adam yudaaf, al-hasanat ashru amthalihi ila sab mi at dauf».</w:t>
      </w:r>
      <w:r>
        <w:br/>
      </w:r>
      <w:r>
        <w:rPr>
          <w:sz w:val="20"/>
        </w:rPr>
        <w:t>0:49  qala allah azza wajal: «illa as-sawm fa innahu li, wa ana ajzi bih». yadau shahwatahu wa ta'amahu min ajli. sahih muslim hadith number 1151.</w:t>
      </w:r>
    </w:p>
    <w:p>
      <w:pPr>
        <w:pStyle w:val="Heading2"/>
      </w:pPr>
      <w:r>
        <w:t>The silence rule during Friday sermon</w:t>
      </w:r>
    </w:p>
    <w:p>
      <w:r>
        <w:rPr>
          <w:color w:val="666666"/>
          <w:sz w:val="18"/>
        </w:rPr>
        <w:t>Principles of Life (Prophetic Wisdom) · 1m 00s · at 22:08 · https://youtu.be/dWzIQ5DQMNU?t=1328</w:t>
      </w:r>
    </w:p>
    <w:p>
      <w:r>
        <w:rPr>
          <w:i/>
        </w:rPr>
        <w:t>“Dekhiye, ek baar aisa hua.”</w:t>
      </w:r>
    </w:p>
    <w:p>
      <w:r>
        <w:rPr>
          <w:sz w:val="20"/>
        </w:rPr>
        <w:t>22:08  dekhiye, ek baar aisa hua ke masjid mein juma ka khutba ho raha tha.</w:t>
      </w:r>
      <w:r>
        <w:br/>
      </w:r>
      <w:r>
        <w:rPr>
          <w:sz w:val="20"/>
        </w:rPr>
        <w:t>22:15  juma ka khutba.</w:t>
      </w:r>
      <w:r>
        <w:br/>
      </w:r>
      <w:r>
        <w:rPr>
          <w:sz w:val="20"/>
        </w:rPr>
        <w:t>22:23  to juma ke khutbe ka waqt yeh hai ke "ansatoo" quran majeed mein aaya hai ke chup reh kar suno.</w:t>
      </w:r>
      <w:r>
        <w:br/>
      </w:r>
      <w:r>
        <w:rPr>
          <w:sz w:val="20"/>
        </w:rPr>
        <w:t>22:30  chup reh kar suno. to ek</w:t>
      </w:r>
      <w:r>
        <w:br/>
      </w:r>
      <w:r>
        <w:rPr>
          <w:sz w:val="20"/>
        </w:rPr>
        <w:t>22:38  shakhs jo hai woh khutbe ke waqt bol pada.</w:t>
      </w:r>
      <w:r>
        <w:br/>
      </w:r>
      <w:r>
        <w:rPr>
          <w:sz w:val="20"/>
        </w:rPr>
        <w:t>22:42  to rasool ALLAH sal ALLAH o alaihe wasallam ne is aadmi se kaha, aur yeh ek usool bataya ke</w:t>
      </w:r>
      <w:r>
        <w:br/>
      </w:r>
      <w:r>
        <w:rPr>
          <w:sz w:val="20"/>
        </w:rPr>
        <w:t>22:46  "jab qult la sahbek askat". "wal imamu yakhtab".</w:t>
      </w:r>
      <w:r>
        <w:br/>
      </w:r>
      <w:r>
        <w:rPr>
          <w:sz w:val="20"/>
        </w:rPr>
        <w:t>22:51  faqat lagao ta.</w:t>
      </w:r>
      <w:r>
        <w:br/>
      </w:r>
      <w:r>
        <w:rPr>
          <w:sz w:val="20"/>
        </w:rPr>
        <w:t>22:55  "jab qult la sahbek askat". "wal imamu yakhtab".</w:t>
      </w:r>
      <w:r>
        <w:br/>
      </w:r>
      <w:r>
        <w:rPr>
          <w:sz w:val="20"/>
        </w:rPr>
        <w:t>22:59  faqat lagao ta.</w:t>
      </w:r>
      <w:r>
        <w:br/>
      </w:r>
      <w:r>
        <w:rPr>
          <w:sz w:val="20"/>
        </w:rPr>
        <w:t>23:04  jab imam khat</w:t>
      </w:r>
    </w:p>
    <w:p>
      <w:pPr>
        <w:pStyle w:val="Heading2"/>
      </w:pPr>
      <w:r>
        <w:t>Regret for not guiding neighbor</w:t>
      </w:r>
    </w:p>
    <w:p>
      <w:r>
        <w:rPr>
          <w:color w:val="666666"/>
          <w:sz w:val="18"/>
        </w:rPr>
        <w:t>CPS Women Article Discussion 14 January 8, 2023 · 26s · at 2:34 · https://youtu.be/XVluFGBfxcI?t=154</w:t>
      </w:r>
    </w:p>
    <w:p>
      <w:r>
        <w:rPr>
          <w:i/>
        </w:rPr>
        <w:t>“ग़यामत में किसी को यह मेहरूनी नहीं सताएगी कि वह दुनिया में मादी चीज़ों के”</w:t>
      </w:r>
    </w:p>
    <w:p>
      <w:r>
        <w:rPr>
          <w:sz w:val="20"/>
        </w:rPr>
        <w:t>2:34  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r>
        <w:br/>
      </w:r>
      <w:r>
        <w:rPr>
          <w:sz w:val="20"/>
        </w:rPr>
        <w:t>3:00  is hadish ko maujooda zamane ke lihaz se dekha jaye to ismein aam padosi ke alawa electronic padosi in neighbor bhi shamil honge kyunke aaj door ke padosi ko hidayat pahunchana utna hi aasan ho gaya hai jitna ke qareebi padosi ko pahunchana.</w:t>
      </w:r>
    </w:p>
    <w:p>
      <w:pPr>
        <w:pStyle w:val="Heading2"/>
      </w:pPr>
      <w:r>
        <w:t>God declares I am the King</w:t>
      </w:r>
    </w:p>
    <w:p>
      <w:r>
        <w:rPr>
          <w:color w:val="666666"/>
          <w:sz w:val="18"/>
        </w:rPr>
        <w:t>Avail Your Morning Time August 23, 2020 Maulana Wahiduddin Khan · 44s · at 1:19 · https://youtu.be/mVs7Y0lavYk?t=79</w:t>
      </w:r>
    </w:p>
    <w:p>
      <w:r>
        <w:rPr>
          <w:i/>
        </w:rPr>
        <w:t>“Fayaqool: Anal malik, Anal malik”</w:t>
      </w:r>
    </w:p>
    <w:p>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p>
    <w:p>
      <w:pPr>
        <w:pStyle w:val="Heading2"/>
      </w:pPr>
      <w:r>
        <w:t>Hadith on words counted as hypocrisy</w:t>
      </w:r>
    </w:p>
    <w:p>
      <w:r>
        <w:rPr>
          <w:color w:val="666666"/>
          <w:sz w:val="18"/>
        </w:rPr>
        <w:t>Character Building March 25, 2017 · 25s · at 2:21 · https://youtu.be/GTuBwenwkco?t=141</w:t>
      </w:r>
    </w:p>
    <w:p>
      <w:r>
        <w:rPr>
          <w:i/>
        </w:rPr>
        <w:t>“An Sulaik bin Muthal al-Ghutafani qala”</w:t>
      </w:r>
    </w:p>
    <w:p>
      <w:r>
        <w:rPr>
          <w:sz w:val="20"/>
        </w:rPr>
        <w:t>2:21  aur musnad ahmad mein hai: "anna sulayk bin mathhal al-ghatafani qalu kharaja alayna hudhayfah wa nahnu natahadathu faqala innakum lataklamoona kalamman,</w:t>
      </w:r>
      <w:r>
        <w:br/>
      </w:r>
      <w:r>
        <w:rPr>
          <w:sz w:val="20"/>
        </w:rPr>
        <w:t>2:35  inna kunna lanaddu ala ahd rasool allah sallallahu alaihi wa sallam an-nifaq." musnad ahmad hadith number 23262.</w:t>
      </w:r>
    </w:p>
    <w:p>
      <w:pPr>
        <w:pStyle w:val="Heading2"/>
      </w:pPr>
      <w:r>
        <w:t>milk glass analogy for a closed, arrogant mind</w:t>
      </w:r>
    </w:p>
    <w:p>
      <w:r>
        <w:rPr>
          <w:color w:val="666666"/>
          <w:sz w:val="18"/>
        </w:rPr>
        <w:t>Modesty and Arrogance January 31, 2008 · 55s · at 8:27 · https://youtu.be/8EHBmsIAF_Q?t=507</w:t>
      </w:r>
    </w:p>
    <w:p>
      <w:r>
        <w:rPr>
          <w:i/>
        </w:rPr>
        <w:t>“Suppose fresh milk is being poured and your glass is upside down”</w:t>
      </w:r>
    </w:p>
    <w:p>
      <w:r>
        <w:rPr>
          <w:sz w:val="20"/>
        </w:rPr>
        <w:t>8:27  yeh samajh lijiye ke agar kahin farz kijiye ke fresh milk bat raha hai,</w:t>
      </w:r>
      <w:r>
        <w:br/>
      </w:r>
      <w:r>
        <w:rPr>
          <w:sz w:val="20"/>
        </w:rPr>
        <w:t>8:33  fresh milk bat raha hai aur aap ek glass le kar jaate hain wahan lene ke liye to aap glass ko agar yun ulta kar dein to dene wala de ga aur aap ko mile ga nahin.</w:t>
      </w:r>
      <w:r>
        <w:br/>
      </w:r>
      <w:r>
        <w:rPr>
          <w:sz w:val="20"/>
        </w:rPr>
        <w:t>8:48  agar aap ne container ko ulta kiye hue hain to dene wala de ga aur wo upar se nikal jaye ga, aap ko nahin mile ga.</w:t>
      </w:r>
      <w:r>
        <w:br/>
      </w:r>
      <w:r>
        <w:rPr>
          <w:sz w:val="20"/>
        </w:rPr>
        <w:t>8:58  to apne glass ko ya apne container ko seedha rakhna parta hai. tab jo dene wala de ga, is mein bill aye ga, aap ko nahin to nahin aye ga.</w:t>
      </w:r>
      <w:r>
        <w:br/>
      </w:r>
      <w:r>
        <w:rPr>
          <w:sz w:val="20"/>
        </w:rPr>
        <w:t>9:10  yeh ek simple sa, yeh ek simple si misaal hai jis se aap samajh sakte hain ke yeh mamla kya mamla hai.</w:t>
      </w:r>
    </w:p>
    <w:p>
      <w:pPr>
        <w:pStyle w:val="Heading2"/>
      </w:pPr>
      <w:r>
        <w:t>True goal is achievable, not political rule</w:t>
      </w:r>
    </w:p>
    <w:p>
      <w:r>
        <w:rPr>
          <w:color w:val="666666"/>
          <w:sz w:val="18"/>
        </w:rPr>
        <w:t>Living in the 21st Century I 17th February 2013 - Maulana Wahiduddin Khan · 36s · at 27:30 · https://youtu.be/ccUhM8fLtpU?t=1650</w:t>
      </w:r>
    </w:p>
    <w:p>
      <w:r>
        <w:rPr>
          <w:i/>
        </w:rPr>
        <w:t>“کیسی عجیب بات ہے۔ یعنی hundred percent یہ goal آج achievable ہو گیا۔”</w:t>
      </w:r>
    </w:p>
    <w:p>
      <w:r>
        <w:rPr>
          <w:sz w:val="20"/>
        </w:rPr>
        <w:t>27:30  kesi ajeeb baat hai. Yani hundred percent yeh goal aaj achievable ho gaya.</w:t>
      </w:r>
      <w:r>
        <w:br/>
      </w:r>
      <w:r>
        <w:rPr>
          <w:sz w:val="20"/>
        </w:rPr>
        <w:t>27:40  hundred percent achievable ho gaya. Agar mission yeh hota ke sari dunya mein tum Islam mein hukoomat qaim karo to woh unachievable goal hota.</w:t>
      </w:r>
      <w:r>
        <w:br/>
      </w:r>
      <w:r>
        <w:rPr>
          <w:sz w:val="20"/>
        </w:rPr>
        <w:t>27:51  agar yeh hota ke sari dunya mein Islam ka qanoon implement karo</w:t>
      </w:r>
      <w:r>
        <w:br/>
      </w:r>
      <w:r>
        <w:rPr>
          <w:sz w:val="20"/>
        </w:rPr>
        <w:t>27:57  to woh ek unachievable goal hota. Agar yeh hota ke dunya se batil ko mitao, kufr ko mitao to bhi unachievable goal hota.</w:t>
      </w:r>
    </w:p>
    <w:p>
      <w:pPr>
        <w:pStyle w:val="Heading2"/>
      </w:pPr>
      <w:r>
        <w:t>Those who give negative ideology are Dajjal</w:t>
      </w:r>
    </w:p>
    <w:p>
      <w:r>
        <w:rPr>
          <w:color w:val="666666"/>
          <w:sz w:val="18"/>
        </w:rPr>
        <w:t>Warnings of Doomsday February 4, 2007 · 31s · at 17:55 · https://youtu.be/VT0BnPl_-zc?t=1075</w:t>
      </w:r>
    </w:p>
    <w:p>
      <w:r>
        <w:rPr>
          <w:i/>
        </w:rPr>
        <w:t>“To saare log jo hain, main unko Dajjal kahunga”</w:t>
      </w:r>
    </w:p>
    <w:p>
      <w:r>
        <w:rPr>
          <w:sz w:val="20"/>
        </w:rPr>
        <w:t>17:55  kyun? unhon ne ek aisi ideology di jo jis ka result tha frustration, iska result tha negative thought, iska result tha violence, iska result tha yaani ideological suicide.</w:t>
      </w:r>
      <w:r>
        <w:br/>
      </w:r>
      <w:r>
        <w:rPr>
          <w:sz w:val="20"/>
        </w:rPr>
        <w:t>18:10  to isko jo expose karega, woh mehdi hai, jo dajali yaani jo is tarah ke, is tarah ke jo jo evil ko beautify karega, woh dajjal hai, aur jo isko expose karega, woh mehdi hai.</w:t>
      </w:r>
    </w:p>
    <w:p>
      <w:pPr>
        <w:pStyle w:val="Heading2"/>
      </w:pPr>
      <w:r>
        <w:t>Hadith: fajr prayer brings Allah's guarantee</w:t>
      </w:r>
    </w:p>
    <w:p>
      <w:r>
        <w:rPr>
          <w:color w:val="666666"/>
          <w:sz w:val="18"/>
        </w:rPr>
        <w:t>God's Protection November 28, 2013 · 40s · at 1:02 · https://youtu.be/QgqXbChsr5c?t=62</w:t>
      </w:r>
    </w:p>
    <w:p>
      <w:r>
        <w:rPr>
          <w:i/>
        </w:rPr>
        <w:t>“Ek hadees hai: jis ne subah ki namaz ada ki”</w:t>
      </w:r>
    </w:p>
    <w:p>
      <w:r>
        <w:rPr>
          <w:sz w:val="20"/>
        </w:rPr>
        <w:t>1:02  dekhiye, fajar ki namaz jab hum ne ada ki to is ke baad mujhe ek hadith yaad aayi.</w:t>
      </w:r>
      <w:r>
        <w:br/>
      </w:r>
      <w:r>
        <w:rPr>
          <w:sz w:val="20"/>
        </w:rPr>
        <w:t>1:13  ek hadith hai: "man salla al-subha fa-fi zimmatillah". jis ne subah ki namaz ada ki,</w:t>
      </w:r>
      <w:r>
        <w:br/>
      </w:r>
      <w:r>
        <w:rPr>
          <w:sz w:val="20"/>
        </w:rPr>
        <w:t>1:28  woh Allah ki guarantee mein aa gaya.</w:t>
      </w:r>
      <w:r>
        <w:br/>
      </w:r>
      <w:r>
        <w:rPr>
          <w:sz w:val="20"/>
        </w:rPr>
        <w:t>1:34  dekhiye, yeh koi mysterious baat nahi hai, yeh koi purasrar baat nahi hai.</w:t>
      </w:r>
    </w:p>
    <w:p>
      <w:pPr>
        <w:pStyle w:val="Heading2"/>
      </w:pPr>
      <w:r>
        <w:t>Warning Signs of Doomsday from science</w:t>
      </w:r>
    </w:p>
    <w:p>
      <w:r>
        <w:rPr>
          <w:color w:val="666666"/>
          <w:sz w:val="18"/>
        </w:rPr>
        <w:t>Warnings of Doomsday February 4, 2007 · 51s · at 20:55 · https://youtu.be/VT0BnPl_-zc?t=1255</w:t>
      </w:r>
    </w:p>
    <w:p>
      <w:r>
        <w:rPr>
          <w:i/>
        </w:rPr>
        <w:t>“Warning Signs of Doomsday”</w:t>
      </w:r>
    </w:p>
    <w:p>
      <w:r>
        <w:rPr>
          <w:sz w:val="20"/>
        </w:rPr>
        <w:t>20:55  to warning science mein is mein aata add karunga ke "warning signs of toms day" . is mein to jo hai "warning signs", s i g n s,</w:t>
      </w:r>
      <w:r>
        <w:br/>
      </w:r>
      <w:r>
        <w:rPr>
          <w:sz w:val="20"/>
        </w:rPr>
        <w:t>21:09  "warning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r>
        <w:br/>
      </w:r>
      <w:r>
        <w:rPr>
          <w:sz w:val="20"/>
        </w:rPr>
        <w:t>21:29  woh ab hum lot nahi sakte peechay ki taraf, yaani pre industrial era mein yeh situation jo thi ke carbon dioxide ab double, is ke muqablay mein double hua ja raha hai hamare atmosphere mein.</w:t>
      </w:r>
    </w:p>
    <w:p>
      <w:pPr>
        <w:pStyle w:val="Heading2"/>
      </w:pPr>
      <w:r>
        <w:t>real change happens in the mind, not in rallies</w:t>
      </w:r>
    </w:p>
    <w:p>
      <w:r>
        <w:rPr>
          <w:color w:val="666666"/>
          <w:sz w:val="18"/>
        </w:rPr>
        <w:t>Muslim Unity March 15, 2014 Maulana Wahiduddin Khan · 20s · at 24:58 · https://youtu.be/CZHU5z3SEjc?t=1498</w:t>
      </w:r>
    </w:p>
    <w:p>
      <w:r>
        <w:rPr>
          <w:i/>
        </w:rPr>
        <w:t>“Yeh maamla sadko par nahi, jalsagahon mein nahi, dimagh mein hal hota hai”</w:t>
      </w:r>
    </w:p>
    <w:p>
      <w:r>
        <w:rPr>
          <w:sz w:val="20"/>
        </w:rPr>
        <w:t>24:58  yeh mamla sadkon par nahi hal hota, jalsagahon mein nahi hal hota, yeh mamla dimagh mein hal hota hai.</w:t>
      </w:r>
      <w:r>
        <w:br/>
      </w:r>
      <w:r>
        <w:rPr>
          <w:sz w:val="20"/>
        </w:rPr>
        <w:t>25:08  logon ke dimagh mein sahi shaoor dala jaye, is se masla hal hoga. to main dua karta hoon ke Allah ta'ala logon ko</w:t>
      </w:r>
    </w:p>
    <w:p>
      <w:pPr>
        <w:pStyle w:val="Heading2"/>
      </w:pPr>
      <w:r>
        <w:t>Accountability is a super formula</w:t>
      </w:r>
    </w:p>
    <w:p>
      <w:r>
        <w:rPr>
          <w:color w:val="666666"/>
          <w:sz w:val="18"/>
        </w:rPr>
        <w:t>The Concept of Accountability in Islam (English) | June 21, 2007 | Maulana Wahiduddin Khan · 1m 00s · at 58:06 · https://youtu.be/g-GqrJp9iTY?t=3486</w:t>
      </w:r>
    </w:p>
    <w:p>
      <w:r>
        <w:rPr>
          <w:i/>
        </w:rPr>
        <w:t>“So this is the miracle of accountability”</w:t>
      </w:r>
    </w:p>
    <w:p>
      <w:r>
        <w:rPr>
          <w:sz w:val="20"/>
        </w:rPr>
        <w:t>58:06  He stopped all those gossips.</w:t>
      </w:r>
      <w:r>
        <w:br/>
      </w:r>
      <w:r>
        <w:rPr>
          <w:sz w:val="20"/>
        </w:rPr>
        <w:t>58:12  So this is the miracle of accountability.</w:t>
      </w:r>
      <w:r>
        <w:br/>
      </w:r>
      <w:r>
        <w:rPr>
          <w:sz w:val="20"/>
        </w:rPr>
        <w:t>58:18  Accountability is a super formula.</w:t>
      </w:r>
      <w:r>
        <w:br/>
      </w:r>
      <w:r>
        <w:rPr>
          <w:sz w:val="20"/>
        </w:rPr>
        <w:t>58:24  Accountability is a super formula.</w:t>
      </w:r>
      <w:r>
        <w:br/>
      </w:r>
      <w:r>
        <w:rPr>
          <w:sz w:val="20"/>
        </w:rPr>
        <w:t>58:30  So always remember God, that alway</w:t>
      </w:r>
      <w:r>
        <w:br/>
      </w:r>
      <w:r>
        <w:rPr>
          <w:sz w:val="20"/>
        </w:rPr>
        <w:t>58:36  s remember that you are accountable to God. This is the concept of accountability. Aqul qauliḥaḍa, wa astaghfirullahʿalayhi wa al-Qammaʿajma'īn.</w:t>
      </w:r>
    </w:p>
    <w:p>
      <w:pPr>
        <w:pStyle w:val="Heading2"/>
      </w:pPr>
      <w:r>
        <w:t>Maulana explains bazazah meaning</w:t>
      </w:r>
    </w:p>
    <w:p>
      <w:r>
        <w:rPr>
          <w:color w:val="666666"/>
          <w:sz w:val="18"/>
        </w:rPr>
        <w:t>Simplicity is part of Faith 2 May 2014 - Maulana Wahiduddin Khan · 57s · at 1:08 · https://youtu.be/IdhUcheTbO4?t=68</w:t>
      </w:r>
    </w:p>
    <w:p>
      <w:r>
        <w:rPr>
          <w:i/>
        </w:rPr>
        <w:t>“Don't you hear? Simplicity is part of faith.”</w:t>
      </w:r>
    </w:p>
    <w:p>
      <w:r>
        <w:rPr>
          <w:sz w:val="20"/>
        </w:rPr>
        <w:t>1:08  "kya tum suntay nahi ho? kya tum suntay nahi ho? bazazat iman ka hissa hai." bazazat iman ka hissa hai.</w:t>
      </w:r>
      <w:r>
        <w:br/>
      </w:r>
      <w:r>
        <w:rPr>
          <w:sz w:val="20"/>
        </w:rPr>
        <w:t>1:22  maulana is hadith ki wazahat farmayen.</w:t>
      </w:r>
      <w:r>
        <w:br/>
      </w:r>
      <w:r>
        <w:rPr>
          <w:sz w:val="20"/>
        </w:rPr>
        <w:t>1:25  bismillah-hir-rahman-nir-rahim.</w:t>
      </w:r>
      <w:r>
        <w:br/>
      </w:r>
      <w:r>
        <w:rPr>
          <w:sz w:val="20"/>
        </w:rPr>
        <w:t>1:32  is hadith mein</w:t>
      </w:r>
      <w:r>
        <w:br/>
      </w:r>
      <w:r>
        <w:rPr>
          <w:sz w:val="20"/>
        </w:rPr>
        <w:t>1:36  bazzaha ka lafz aaya hai, is ke lafzi ma'ni hote hain badhali, shebines. yeh zahir ke aitbar se yeh hai, asal mein is ka mafhoom hai sadgi, simplicity.</w:t>
      </w:r>
    </w:p>
    <w:p>
      <w:pPr>
        <w:pStyle w:val="Heading2"/>
      </w:pPr>
      <w:r>
        <w:t>Loving Allah requires sacrificing competing worldly loves</w:t>
      </w:r>
    </w:p>
    <w:p>
      <w:r>
        <w:rPr>
          <w:color w:val="666666"/>
          <w:sz w:val="18"/>
        </w:rPr>
        <w:t>Islam in A New Age March 18, 2012 · 1m 12s · at 1:00:00 · https://youtu.be/P5hzq_NheY0?t=3600</w:t>
      </w:r>
    </w:p>
    <w:p>
      <w:r>
        <w:rPr>
          <w:i/>
        </w:rPr>
        <w:t>“Allah se mohabbat ke liye doosri mohabbatein chhodni parengi”</w:t>
      </w:r>
    </w:p>
    <w:p>
      <w:r>
        <w:rPr>
          <w:sz w:val="20"/>
        </w:rPr>
        <w:t>1:00:00  asal mein log chahte hain ke Allah se mohabbat to karen aur doosron se mohabbatें bhi jari rahen. sacrifice karna chahte nahi,</w:t>
      </w:r>
      <w:r>
        <w:br/>
      </w:r>
      <w:r>
        <w:rPr>
          <w:sz w:val="20"/>
        </w:rPr>
        <w:t>1:00:10  tab is liye aisa اولاد karte hain. agar aap ko Allah se mohabbat karna hai aur mohabbat ka jo inaam hai, wo lena hai to doosri mohabbatوں ko chhodna padega aap ko.</w:t>
      </w:r>
      <w:r>
        <w:br/>
      </w:r>
      <w:r>
        <w:rPr>
          <w:sz w:val="20"/>
        </w:rPr>
        <w:t>1:00:26  madi mohabbat, family ki mohabbat, beta beti ki mohabbat, job ki mohabbat, business ki mohabbat. yani chahte hain ke log wo bhi mohabbatیں ج</w:t>
      </w:r>
      <w:r>
        <w:br/>
      </w:r>
      <w:r>
        <w:rPr>
          <w:sz w:val="20"/>
        </w:rPr>
        <w:t>1:00:35  ari rahen aur sath sath, yani Khuda ki mohabbat bhi mil jaye. ye to mumkin nahi hai. ya to aisi baat na kijiye, baat kar rahe the is ke liye jo price hai, dijiye is ki price.</w:t>
      </w:r>
      <w:r>
        <w:br/>
      </w:r>
      <w:r>
        <w:rPr>
          <w:sz w:val="20"/>
        </w:rPr>
        <w:t>1:00:49  price yahi hai ke doosri mohabbatیں chhodni padengi.</w:t>
      </w:r>
      <w:r>
        <w:br/>
      </w:r>
      <w:r>
        <w:rPr>
          <w:sz w:val="20"/>
        </w:rPr>
        <w:t>1:00:56  bahut simple si baat hai, is mein koi nahi, nahi, koi pecheeda baat nahi hai ke ghair Allah ki mohabbat chhodie, apne aap Allah ki mohabbat aap ke dil mein baith jayegi.</w:t>
      </w:r>
    </w:p>
    <w:p>
      <w:pPr>
        <w:pStyle w:val="Heading2"/>
      </w:pPr>
      <w:r>
        <w:t>Staying loyal to team despite disagreements</w:t>
      </w:r>
    </w:p>
    <w:p>
      <w:r>
        <w:rPr>
          <w:color w:val="666666"/>
          <w:sz w:val="18"/>
        </w:rPr>
        <w:t>Dajjal and Dajjalism July 26, 2009 · 28s · at 1:02:19 · https://youtu.be/CxQTfG01O_s?t=3739</w:t>
      </w:r>
    </w:p>
    <w:p>
      <w:r>
        <w:rPr>
          <w:i/>
        </w:rPr>
        <w:t>“Mujhe decision ki parwah nahi karni.”</w:t>
      </w:r>
    </w:p>
    <w:p>
      <w:r>
        <w:rPr>
          <w:sz w:val="20"/>
        </w:rPr>
        <w:t>1:02:19  to main yeh kahunga ki hamari team ke andar bahut pa ka yeh hona chahiye, bahut hi pa ka decision lena chahiye har ek aadmi ko ke mujhe decision ki parwah nahin karta, mujhe difference ki parwah nahin karni hai.</w:t>
      </w:r>
      <w:r>
        <w:br/>
      </w:r>
      <w:r>
        <w:rPr>
          <w:sz w:val="20"/>
        </w:rPr>
        <w:t>1:02:37  saare differences ke bawajood main is mein juda rahoonga, saare differences ke bawajood main is mein pakad rahoonga isko, kyunke mujhe toh Khuda ki jannat leni hai.</w:t>
      </w:r>
    </w:p>
    <w:p>
      <w:pPr>
        <w:pStyle w:val="Heading2"/>
      </w:pPr>
      <w:r>
        <w:t>Wisdom to distinguish achievable from unachievable</w:t>
      </w:r>
    </w:p>
    <w:p>
      <w:r>
        <w:rPr>
          <w:color w:val="666666"/>
          <w:sz w:val="18"/>
        </w:rPr>
        <w:t>Living in the 21st Century I 17th February 2013 - Maulana Wahiduddin Khan · 34s · at 53:18 · https://youtu.be/ccUhM8fLtpU?t=3198</w:t>
      </w:r>
    </w:p>
    <w:p>
      <w:r>
        <w:rPr>
          <w:i/>
        </w:rPr>
        <w:t>“تو میں یہ کہنا چاہوں گا کہ ہر انسان کو سب سے پہلے یہ کرنا ہے”</w:t>
      </w:r>
    </w:p>
    <w:p>
      <w:r>
        <w:rPr>
          <w:sz w:val="20"/>
        </w:rPr>
        <w:t>53:18  to mein yeh kehna chahunga ke har insaan ko sab se pehle yeh karna hai ke apne andar thinking ko develop kare, thinking.</w:t>
      </w:r>
      <w:r>
        <w:br/>
      </w:r>
      <w:r>
        <w:rPr>
          <w:sz w:val="20"/>
        </w:rPr>
        <w:t>53:32  Thinking ko develop kare. Develop karne ka matlab kya hai?</w:t>
      </w:r>
      <w:r>
        <w:br/>
      </w:r>
      <w:r>
        <w:rPr>
          <w:sz w:val="20"/>
        </w:rPr>
        <w:t>53:36  Woh wisdom ko seekhe. Ke wisdom kya cheez hai, hikmat kya cheez hai. Aur hikmat ka yahi khulasa hai mere nazdeek ke aap jaan paayein</w:t>
      </w:r>
    </w:p>
    <w:p>
      <w:pPr>
        <w:pStyle w:val="Heading2"/>
      </w:pPr>
      <w:r>
        <w:t>Why Maulana calls woman the builder of humanity</w:t>
      </w:r>
    </w:p>
    <w:p>
      <w:r>
        <w:rPr>
          <w:color w:val="666666"/>
          <w:sz w:val="18"/>
        </w:rPr>
        <w:t>Behtar Khatoon Kon CPS Women Article Discussion July 2, 2023 · 28s · at 16:20 · https://youtu.be/tGPJwzCnCMM?t=980</w:t>
      </w:r>
    </w:p>
    <w:p>
      <w:r>
        <w:rPr>
          <w:i/>
        </w:rPr>
        <w:t>“Yeh title Maulana saab ne aurat ko diya hai”</w:t>
      </w:r>
    </w:p>
    <w:p>
      <w:r>
        <w:rPr>
          <w:sz w:val="20"/>
        </w:rPr>
        <w:t>16:20  To yeh jo builder of humanity hai, mehamari insaniyat hai yeh title Maulana sahab ne aurat ko diya hai kyunki woh train karti hain, tarbiyat deti hain humanity ko, insaniyat. To woh ek itni badi baat woh title mil jaye ek aurat ko sirf is baat par ki woh apne maal ko bahut hi zyada zaroorat par kharch karne wali ho jaye. Fazool kharchi se bache aur ghar walon ko bhi iska ekamam kare, ghar walon ko bhi bataye.</w:t>
      </w:r>
      <w:r>
        <w:br/>
      </w:r>
      <w:r>
        <w:rPr>
          <w:sz w:val="20"/>
        </w:rPr>
        <w:t>16:48  To mujhe lagta hai ki ismein behtareen ek to main yeh cheez jaan payi ki kaise ek doosre ke best ruffy ke hayat hum log ban sakte hain aur yeh baat Maulana sahab hamesha kehte the ki koi bhi perfect mard ya perfect aurat nahi hoti. Kabhi bhi, kabhi bhi koi paidaishi taur par ya aapko aisa husband ya aisi wife nahi milti ki jo ki aap sochenge ki yeh mere husband agar aisa hota to main aise kar leti. Aisa humein kabhi nahi hota.</w:t>
      </w:r>
    </w:p>
    <w:p>
      <w:pPr>
        <w:pStyle w:val="Heading2"/>
      </w:pPr>
      <w:r>
        <w:t>Sunnah of future vision</w:t>
      </w:r>
    </w:p>
    <w:p>
      <w:r>
        <w:rPr>
          <w:color w:val="666666"/>
          <w:sz w:val="18"/>
        </w:rPr>
        <w:t>Non Complaining Attitude Feb 23, 2019 · 26s · at 10:34 · https://youtu.be/W_UN5PdpeR8?t=634</w:t>
      </w:r>
    </w:p>
    <w:p>
      <w:r>
        <w:rPr>
          <w:i/>
        </w:rPr>
        <w:t>“Sunnat-e-Rasool hai future ko dekh kar raah banana.”</w:t>
      </w:r>
    </w:p>
    <w:p>
      <w:r>
        <w:rPr>
          <w:sz w:val="20"/>
        </w:rPr>
        <w:t>10:34  to yeh main ne yeh main ne is waqt socha crypto crypt kar kar ke. to main ne kaha yeh sunnat rasool ke khilaf hai aisa bolna.</w:t>
      </w:r>
      <w:r>
        <w:br/>
      </w:r>
      <w:r>
        <w:rPr>
          <w:sz w:val="20"/>
        </w:rPr>
        <w:t>10:47  sunnat rasool hai future ko dekh kar rah banana. sunnat rasool hai future ko dekh kar rah banana.</w:t>
      </w:r>
    </w:p>
    <w:p>
      <w:pPr>
        <w:pStyle w:val="Heading2"/>
      </w:pPr>
      <w:r>
        <w:t>Bedouin's black baby: a genetics analogy</w:t>
      </w:r>
    </w:p>
    <w:p>
      <w:r>
        <w:rPr>
          <w:color w:val="666666"/>
          <w:sz w:val="18"/>
        </w:rPr>
        <w:t>The Living Tradition: Why Hadith Matters in Islam?</w:t>
        <w:br/>
        <w:t>December 8, 2024 · 47s · at 1:09:43 · https://youtu.be/2w9-vnnJBeY?t=4183</w:t>
      </w:r>
    </w:p>
    <w:p>
      <w:r>
        <w:rPr>
          <w:i/>
        </w:rPr>
        <w:t>“A bedouin came to the Prophet doubting his son”</w:t>
      </w:r>
    </w:p>
    <w:p>
      <w:r>
        <w:rPr>
          <w:sz w:val="20"/>
        </w:rPr>
        <w:t>1:09:43  marriage ke talluq se jo kabhi kabhi insaan ko shakk ho jata hai, is par ek bohat hi aham aur bohat hi achhi hadith hai ke ek dehati Allah ke Rasool sallallahu alaihi wasallam ke paas aaya.</w:t>
      </w:r>
      <w:r>
        <w:br/>
      </w:r>
      <w:r>
        <w:rPr>
          <w:sz w:val="20"/>
        </w:rPr>
        <w:t>1:09:51  arab chuki safed hotay thay, to is ka beta paida hua kala tha. To us ne aa kar yeh kaha ke Allah ke Rasool, mera beta paida hua kala hai. Woh us ke zariye inkar karna chah raha tha.</w:t>
      </w:r>
      <w:r>
        <w:br/>
      </w:r>
      <w:r>
        <w:rPr>
          <w:sz w:val="20"/>
        </w:rPr>
        <w:t>1:10:01  to Allah ke Rasool sallallahu alaihi wasallam ne bohat hi aham umda misal de kar us ko samjhaya ke tumhare paas oont hain. Us ne kaha: "Haan." To kaha ke is ka rang kya hai? To kaha: "Red." Surkh.</w:t>
      </w:r>
      <w:r>
        <w:br/>
      </w:r>
      <w:r>
        <w:rPr>
          <w:sz w:val="20"/>
        </w:rPr>
        <w:t>1:10:12  kaha ke: "Achha,</w:t>
      </w:r>
      <w:r>
        <w:br/>
      </w:r>
      <w:r>
        <w:rPr>
          <w:sz w:val="20"/>
        </w:rPr>
        <w:t>1:10:13  is mein koi aisa bhi hai jo bhure rang ka ho?" To kaha: "Haan." To kaha: "Yeh kahan se aa gaya?" To kaha: "Is ki koi urq hogi jo us ko le kar aa gayi hogi." Yani genes keh lein, aaj ke alfaz mein gene hogi jo le kar aa gayi ho.</w:t>
      </w:r>
      <w:r>
        <w:br/>
      </w:r>
      <w:r>
        <w:rPr>
          <w:sz w:val="20"/>
        </w:rPr>
        <w:t>1:10:23  to kaha: "Isi tarike se woh kala jo ho gaya, tumhare gene mein se koi cheez us ko le kar aa gayi hogi." Aur us ko ijazat nahi di.</w:t>
      </w:r>
    </w:p>
    <w:p>
      <w:pPr>
        <w:pStyle w:val="Heading2"/>
      </w:pPr>
      <w:r>
        <w:t>Accountability inculcates self-control</w:t>
      </w:r>
    </w:p>
    <w:p>
      <w:r>
        <w:rPr>
          <w:color w:val="666666"/>
          <w:sz w:val="18"/>
        </w:rPr>
        <w:t>The Concept of Accountability in Islam (English) | June 21, 2007 | Maulana Wahiduddin Khan · 33s · at 17:11 · https://youtu.be/g-GqrJp9iTY?t=1031</w:t>
      </w:r>
    </w:p>
    <w:p>
      <w:r>
        <w:rPr>
          <w:i/>
        </w:rPr>
        <w:t>“It is this belief that checks you”</w:t>
      </w:r>
    </w:p>
    <w:p>
      <w:r>
        <w:rPr>
          <w:sz w:val="20"/>
        </w:rPr>
        <w:t>17:11  rimes.</w:t>
      </w:r>
      <w:r>
        <w:br/>
      </w:r>
      <w:r>
        <w:rPr>
          <w:sz w:val="20"/>
        </w:rPr>
        <w:t>17:22  It is this belief that checks you, that establishes a check-and-balance system, that controls you.</w:t>
      </w:r>
      <w:r>
        <w:br/>
      </w:r>
      <w:r>
        <w:rPr>
          <w:sz w:val="20"/>
        </w:rPr>
        <w:t>17:33  So accountability inculcates a spirit of self-control in every human being.</w:t>
      </w:r>
    </w:p>
    <w:p>
      <w:pPr>
        <w:pStyle w:val="Heading2"/>
      </w:pPr>
      <w:r>
        <w:t>History ends with Day of Loss and Gain</w:t>
      </w:r>
    </w:p>
    <w:p>
      <w:r>
        <w:rPr>
          <w:color w:val="666666"/>
          <w:sz w:val="18"/>
        </w:rPr>
        <w:t>Three Periods of History May 17, 2009 Maulana Wahiduddin Khan · 37s · at 5:42 · https://youtu.be/iNS-3Yo58Gk?t=342</w:t>
      </w:r>
    </w:p>
    <w:p>
      <w:r>
        <w:rPr>
          <w:i/>
        </w:rPr>
        <w:t>“History of mankind. Is ka end kahan hai?”</w:t>
      </w:r>
    </w:p>
    <w:p>
      <w:r>
        <w:rPr>
          <w:sz w:val="20"/>
        </w:rPr>
        <w:t>5:42  isi ki history ko main samajhta hoon ke yeh history ka naam hai: history of mankind. is ka end kahan hai?</w:t>
      </w:r>
      <w:r>
        <w:br/>
      </w:r>
      <w:r>
        <w:rPr>
          <w:sz w:val="20"/>
        </w:rPr>
        <w:t>5:52  is ka end wahi hai</w:t>
      </w:r>
      <w:r>
        <w:br/>
      </w:r>
      <w:r>
        <w:rPr>
          <w:sz w:val="20"/>
        </w:rPr>
        <w:t>5:56  jis ko quran mein kaha gaya: yom al-taghabun, day of loss and gain.</w:t>
      </w:r>
      <w:r>
        <w:br/>
      </w:r>
      <w:r>
        <w:rPr>
          <w:sz w:val="20"/>
        </w:rPr>
        <w:t>6:05  to aaj jo tha, woh woh political future ka loss and gain tha. to kisi hindi akhbar mein kaha ke: "kisi ki haar, kisi ki jeet".</w:t>
      </w:r>
    </w:p>
    <w:p>
      <w:pPr>
        <w:pStyle w:val="Heading2"/>
      </w:pPr>
      <w:r>
        <w:t>one hadith is enough to reform your whole life</w:t>
      </w:r>
    </w:p>
    <w:p>
      <w:r>
        <w:rPr>
          <w:color w:val="666666"/>
          <w:sz w:val="18"/>
        </w:rPr>
        <w:t>Bird Culture March 6, 2014 Maulana Wahiduddin Khan · 37s · at 27:54 · https://youtu.be/zLSCXGvTJ9A?t=1674</w:t>
      </w:r>
    </w:p>
    <w:p>
      <w:r>
        <w:rPr>
          <w:i/>
        </w:rPr>
        <w:t>“Yeh ek hadith zindagi durust karne ke liye kaafi hai”</w:t>
      </w:r>
    </w:p>
    <w:p>
      <w:r>
        <w:rPr>
          <w:sz w:val="20"/>
        </w:rPr>
        <w:t>27:54  to main samajhta hoon ke isi ek hadith ko le kar agar aadmi soche to uski zindagi ko durust karne ke liye kafi ho jaye.</w:t>
      </w:r>
      <w:r>
        <w:br/>
      </w:r>
      <w:r>
        <w:rPr>
          <w:sz w:val="20"/>
        </w:rPr>
        <w:t>28:05  yaani sirf chidiya ko ghore kar ke agar woh bird culture ko daryaft kare to yahi ek waqea iske liye poori zindagi ki islaah ke liye kafi ho jayega.</w:t>
      </w:r>
      <w:r>
        <w:br/>
      </w:r>
      <w:r>
        <w:rPr>
          <w:sz w:val="20"/>
        </w:rPr>
        <w:t>28:20  poori zindagi ki islaah ke liye yaani bird culture chidiya ke liye to mehdood hai lekin insaan ke liye to la mehdood ban jayega.</w:t>
      </w:r>
    </w:p>
    <w:p>
      <w:pPr>
        <w:pStyle w:val="Heading2"/>
      </w:pPr>
      <w:r>
        <w:t>Maulana introduces the topic of supporting religion</w:t>
      </w:r>
    </w:p>
    <w:p>
      <w:r>
        <w:rPr>
          <w:color w:val="666666"/>
          <w:sz w:val="18"/>
        </w:rPr>
        <w:t>Tayeed e Deen | July 13, 2014 · 30s · at 0:44 · https://youtu.be/n94xyIC-RE0?t=44</w:t>
      </w:r>
    </w:p>
    <w:p>
      <w:r>
        <w:rPr>
          <w:i/>
        </w:rPr>
        <w:t>“Supporting religion, helping religion.”</w:t>
      </w:r>
    </w:p>
    <w:p>
      <w:r>
        <w:rPr>
          <w:sz w:val="20"/>
        </w:rPr>
        <w:t>0:44  opic hai: taeed-e-deen.</w:t>
      </w:r>
      <w:r>
        <w:br/>
      </w:r>
      <w:r>
        <w:rPr>
          <w:sz w:val="20"/>
        </w:rPr>
        <w:t>0:50  deen ki help karna.</w:t>
      </w:r>
      <w:r>
        <w:br/>
      </w:r>
      <w:r>
        <w:rPr>
          <w:sz w:val="20"/>
        </w:rPr>
        <w:t>0:56  yeh topic mein ne is liye liya hai ke kal ek tajurba guzra, woh bohat anokha tajurba tha,</w:t>
      </w:r>
      <w:r>
        <w:br/>
      </w:r>
      <w:r>
        <w:rPr>
          <w:sz w:val="20"/>
        </w:rPr>
        <w:t>1:02  is se yeh title janam aaya.</w:t>
      </w:r>
      <w:r>
        <w:br/>
      </w:r>
      <w:r>
        <w:rPr>
          <w:sz w:val="20"/>
        </w:rPr>
        <w:t>1:08  dekhein, aap jante hain ke India ka</w:t>
      </w:r>
    </w:p>
    <w:p>
      <w:pPr>
        <w:pStyle w:val="Heading2"/>
      </w:pPr>
      <w:r>
        <w:t>Silence leads to salvation from hadith</w:t>
      </w:r>
    </w:p>
    <w:p>
      <w:r>
        <w:rPr>
          <w:color w:val="666666"/>
          <w:sz w:val="18"/>
        </w:rPr>
        <w:t>Principles of Life (Prophetic Wisdom) · 30s · at 2:13 · https://youtu.be/dWzIQ5DQMNU?t=133</w:t>
      </w:r>
    </w:p>
    <w:p>
      <w:r>
        <w:rPr>
          <w:i/>
        </w:rPr>
        <w:t>“Islam ki ek hadees sunata hoon.”</w:t>
      </w:r>
    </w:p>
    <w:p>
      <w:r>
        <w:rPr>
          <w:sz w:val="20"/>
        </w:rPr>
        <w:t>2:13  research kar raha tha kis baat par? woh silence par.</w:t>
      </w:r>
      <w:r>
        <w:br/>
      </w:r>
      <w:r>
        <w:rPr>
          <w:sz w:val="20"/>
        </w:rPr>
        <w:t>2:18  silence, chup, khamoshi par.</w:t>
      </w:r>
      <w:r>
        <w:br/>
      </w:r>
      <w:r>
        <w:rPr>
          <w:sz w:val="20"/>
        </w:rPr>
        <w:t>2:23  yani yahi is ki research ka mozu tha ke silence kya hai.</w:t>
      </w:r>
      <w:r>
        <w:br/>
      </w:r>
      <w:r>
        <w:rPr>
          <w:sz w:val="20"/>
        </w:rPr>
        <w:t>2:28  different religion mein ya different system mein silence ko kya importance di gayi hai.</w:t>
      </w:r>
      <w:r>
        <w:br/>
      </w:r>
      <w:r>
        <w:rPr>
          <w:sz w:val="20"/>
        </w:rPr>
        <w:t>2:33  to jab is ne kaha ke main silence par research kar raha hoon, to main ne kaha aap</w:t>
      </w:r>
      <w:r>
        <w:br/>
      </w:r>
      <w:r>
        <w:rPr>
          <w:sz w:val="20"/>
        </w:rPr>
        <w:t>2:38  ko main profit of</w:t>
      </w:r>
    </w:p>
    <w:p>
      <w:pPr>
        <w:pStyle w:val="Heading2"/>
      </w:pPr>
      <w:r>
        <w:t>Shock treatment from non-religious people</w:t>
      </w:r>
    </w:p>
    <w:p>
      <w:r>
        <w:rPr>
          <w:color w:val="666666"/>
          <w:sz w:val="18"/>
        </w:rPr>
        <w:t>Tayeed e Deen | July 13, 2014 · 1m 00s · at 19:38 · https://youtu.be/n94xyIC-RE0?t=1178</w:t>
      </w:r>
    </w:p>
    <w:p>
      <w:r>
        <w:rPr>
          <w:i/>
        </w:rPr>
        <w:t>“Sweet words never bring revolution.”</w:t>
      </w:r>
    </w:p>
    <w:p>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p>
    <w:p>
      <w:pPr>
        <w:pStyle w:val="Heading2"/>
      </w:pPr>
      <w:r>
        <w:t>Dajjali thought divides humans into two</w:t>
      </w:r>
    </w:p>
    <w:p>
      <w:r>
        <w:rPr>
          <w:color w:val="666666"/>
          <w:sz w:val="18"/>
        </w:rPr>
        <w:t>Warnings of Doomsday February 4, 2007 · 37s · at 10:57 · https://youtu.be/VT0BnPl_-zc?t=657</w:t>
      </w:r>
    </w:p>
    <w:p>
      <w:r>
        <w:rPr>
          <w:i/>
        </w:rPr>
        <w:t>“Dajjali thought ki best pehchan kya hai?”</w:t>
      </w:r>
    </w:p>
    <w:p>
      <w:r>
        <w:rPr>
          <w:sz w:val="20"/>
        </w:rPr>
        <w:t>10:57  to dajali thought ya dajali ideology ki best pehchan kya hai? best pehchan yeh hai ke woh insaan ko do mein bantay.</w:t>
      </w:r>
      <w:r>
        <w:br/>
      </w:r>
      <w:r>
        <w:rPr>
          <w:sz w:val="20"/>
        </w:rPr>
        <w:t>11:10  isi liye hadith mein aata hai ke dajjal ek aankh ka hoga, dajjal ek aankh ka hoga. is ka matlab yahi hai ke ek ki side lay ga aur us ko doosray se takraye ga.</w:t>
      </w:r>
      <w:r>
        <w:br/>
      </w:r>
      <w:r>
        <w:rPr>
          <w:sz w:val="20"/>
        </w:rPr>
        <w:t>11:22  woh yeh matlab hai is ka. yahi secular field mein hua. marx ne side liya un logon ki jin ko apnay taur par kaha ke exploited log hain.</w:t>
      </w:r>
    </w:p>
    <w:p>
      <w:pPr>
        <w:pStyle w:val="Heading2"/>
      </w:pPr>
      <w:r>
        <w:t>conferences don't produce lasting unity</w:t>
      </w:r>
    </w:p>
    <w:p>
      <w:r>
        <w:rPr>
          <w:color w:val="666666"/>
          <w:sz w:val="18"/>
        </w:rPr>
        <w:t>Muslim Unity March 15, 2014 Maulana Wahiduddin Khan · 24s · at 26:59 · https://youtu.be/CZHU5z3SEjc?t=1619</w:t>
      </w:r>
    </w:p>
    <w:p>
      <w:r>
        <w:rPr>
          <w:i/>
        </w:rPr>
        <w:t>“Conferences se ittehad nahi aya karta”</w:t>
      </w:r>
    </w:p>
    <w:p>
      <w:r>
        <w:rPr>
          <w:sz w:val="20"/>
        </w:rPr>
        <w:t>26:59  is wisdom ko janne ki zaroorat hai. woh is wisdom ko janne se ittehad aye ga. conferenceon se ittehad nahi aya karta.</w:t>
      </w:r>
      <w:r>
        <w:br/>
      </w:r>
      <w:r>
        <w:rPr>
          <w:sz w:val="20"/>
        </w:rPr>
        <w:t>27:15  conferenceon mein bheer jama hoti hai, jaisi ati hai, waisi chali ati hai.</w:t>
      </w:r>
    </w:p>
    <w:p>
      <w:pPr>
        <w:pStyle w:val="Heading2"/>
      </w:pPr>
      <w:r>
        <w:t>Hadith after migration</w:t>
      </w:r>
    </w:p>
    <w:p>
      <w:r>
        <w:rPr>
          <w:color w:val="666666"/>
          <w:sz w:val="18"/>
        </w:rPr>
        <w:t>Patriotism for One's Homeland 19 May 2014 - Maulana Wahiduddin Khan · 26s · at 1:18 · https://youtu.be/BJfxpN_6ba4?t=78</w:t>
      </w:r>
    </w:p>
    <w:p>
      <w:r>
        <w:rPr>
          <w:i/>
        </w:rPr>
        <w:t>“Is hadith mein”</w:t>
      </w:r>
    </w:p>
    <w:p>
      <w:r>
        <w:rPr>
          <w:sz w:val="20"/>
        </w:rPr>
        <w:t>1:18  is hadith mein</w:t>
      </w:r>
      <w:r>
        <w:br/>
      </w:r>
      <w:r>
        <w:rPr>
          <w:sz w:val="20"/>
        </w:rPr>
        <w:t>1:22  yeh hadith hijrat ke baad ki hai, yaani rasool allah salallaho alaihi wasallam aur aap ke ashaab makka chhod kar jab madina chale gaye.</w:t>
      </w:r>
      <w:r>
        <w:br/>
      </w:r>
      <w:r>
        <w:rPr>
          <w:sz w:val="20"/>
        </w:rPr>
        <w:t>1:32  is zamane ki hai yeh hadith. to wahan par log thoda pareshan rehte the, sehat pe bhi asar padta pad gaya tha.</w:t>
      </w:r>
    </w:p>
    <w:p>
      <w:pPr>
        <w:pStyle w:val="Heading2"/>
      </w:pPr>
      <w:r>
        <w:t>Dar-ul-Harb concept killed the spirit of da'wah</w:t>
      </w:r>
    </w:p>
    <w:p>
      <w:r>
        <w:rPr>
          <w:color w:val="666666"/>
          <w:sz w:val="18"/>
        </w:rPr>
        <w:t>History of Islamic Learning May 14, 2006 Part 2 · 53s · at 24:59 · https://youtu.be/snrt_NRyjLI?t=1499</w:t>
      </w:r>
    </w:p>
    <w:p>
      <w:r>
        <w:rPr>
          <w:i/>
        </w:rPr>
        <w:t>“مسلم علاقہ دارالاسلام اور غیر مسلم دارالحرب — کتنا بڑا نقصان تھا”</w:t>
      </w:r>
    </w:p>
    <w:p>
      <w:r>
        <w:rPr>
          <w:sz w:val="20"/>
        </w:rPr>
        <w:t>24:59  is wajah se unhon ne yeh bana diya ke Muslim area jo hai, woh dar-ul-Islam hai, aur non-Muslim area jo hai, woh dar-ul-harb hai. yeh kitna bara nuqsan tha.</w:t>
      </w:r>
      <w:r>
        <w:br/>
      </w:r>
      <w:r>
        <w:rPr>
          <w:sz w:val="20"/>
        </w:rPr>
        <w:t>25:11  is ki wajah se dawat ka mizaj khatam ho gaya. dawat yeh chahta hai ke aap kisi ko dushman na samjhein, doosron ko apna apna samjhein, insan samjhein, un se mohabbat karein, un se khair khwahi karein.</w:t>
      </w:r>
      <w:r>
        <w:br/>
      </w:r>
      <w:r>
        <w:rPr>
          <w:sz w:val="20"/>
        </w:rPr>
        <w:t>25:26  dawat ka jo mizaj hai, woh khair khwahi chahta hai, mohabbat chahta hai. lekin yeh jo dar-ul-harb ka concept hai, yeh ab ulta ho gaya, ulta ho gaya.</w:t>
      </w:r>
      <w:r>
        <w:br/>
      </w:r>
      <w:r>
        <w:rPr>
          <w:sz w:val="20"/>
        </w:rPr>
        <w:t>25:37  yeh doosre log jo thay, nan muslim jo thay, woh aap ke dushman ban gaye, aap ke rival ban gaye, aap ke hareef banay. to aap sochiye ke jin logon ke bare mein aap ka concept yeh ban jaye, to aap dawat denge in ko?</w:t>
      </w:r>
    </w:p>
    <w:p>
      <w:pPr>
        <w:pStyle w:val="Heading2"/>
      </w:pPr>
      <w:r>
        <w:t>Story of attempt to kill Prophet</w:t>
      </w:r>
    </w:p>
    <w:p>
      <w:r>
        <w:rPr>
          <w:color w:val="666666"/>
          <w:sz w:val="18"/>
        </w:rPr>
        <w:t>Lessons from My Journey to Canada II January 10, 2016 · 22s · at 1:06:10 · https://youtu.be/GHF2Ph3GW7A?t=3970</w:t>
      </w:r>
    </w:p>
    <w:p>
      <w:r>
        <w:rPr>
          <w:i/>
        </w:rPr>
        <w:t>“Someone told me today that a person tried to kill the Prophet”</w:t>
      </w:r>
    </w:p>
    <w:p>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the false sense of priority defined</w:t>
      </w:r>
    </w:p>
    <w:p>
      <w:r>
        <w:rPr>
          <w:color w:val="666666"/>
          <w:sz w:val="18"/>
        </w:rPr>
        <w:t>From The Spiritual Tree December 3, 2006 · 37s · at 1:48 · https://youtu.be/m3JXYXORP5w?t=108</w:t>
      </w:r>
    </w:p>
    <w:p>
      <w:r>
        <w:rPr>
          <w:i/>
        </w:rPr>
        <w:t>“False sense of priority — humanity's whole-history mistake”</w:t>
      </w:r>
    </w:p>
    <w:p>
      <w:r>
        <w:rPr>
          <w:sz w:val="20"/>
        </w:rPr>
        <w:t>1:48  False Sense of Priority".</w:t>
      </w:r>
      <w:r>
        <w:br/>
      </w:r>
      <w:r>
        <w:rPr>
          <w:sz w:val="20"/>
        </w:rPr>
        <w:t>1:54  False Sense of Priority. is par maine socha to laga ke yeh to poori history par ek tabsarah hai.</w:t>
      </w:r>
      <w:r>
        <w:br/>
      </w:r>
      <w:r>
        <w:rPr>
          <w:sz w:val="20"/>
        </w:rPr>
        <w:t>2:03  poori poori history mein insaan isi mein phans raha hai, False Sense of Priority.</w:t>
      </w:r>
      <w:r>
        <w:br/>
      </w:r>
      <w:r>
        <w:rPr>
          <w:sz w:val="20"/>
        </w:rPr>
        <w:t>2:13  yani jis kaam ko pehle karna chahiye tha, us ko chhod kar kisi aur kaam mein lag gaye woh. False Sense of Priority.</w:t>
      </w:r>
    </w:p>
    <w:p>
      <w:pPr>
        <w:pStyle w:val="Heading2"/>
      </w:pPr>
      <w:r>
        <w:t>Allah's promise: I am as My servant expects</w:t>
      </w:r>
    </w:p>
    <w:p>
      <w:r>
        <w:rPr>
          <w:color w:val="666666"/>
          <w:sz w:val="18"/>
        </w:rPr>
        <w:t>CPS Women Monthly Q and A with Prof. Farida Khanam and Maulana Farhad Ahmed Umeri July 30, 2023 · 40s · at 22:40 · https://youtu.be/zKtfjSCnoAE?t=1360</w:t>
      </w:r>
    </w:p>
    <w:p>
      <w:r>
        <w:rPr>
          <w:i/>
        </w:rPr>
        <w:t>“Main bande ke gumaan ke mutabiq hoon”</w:t>
      </w:r>
    </w:p>
    <w:p>
      <w:r>
        <w:rPr>
          <w:sz w:val="20"/>
        </w:rPr>
        <w:t>22:40  yeh hadees ko ek doosre hadees se iska yeh hota hai, explanation hota hai. uska main kuch portion bata raha hoon. abhi toh exact hadees ki yaad nahi hai. allah taala ne yeh kaha. main bande ke gumaan ke mutabiq hoon.</w:t>
      </w:r>
      <w:r>
        <w:br/>
      </w:r>
      <w:r>
        <w:rPr>
          <w:sz w:val="20"/>
        </w:rPr>
        <w:t>23:07  wohi meri taraf tezi ke saath aayega main usse aur zyada tezi ke saath aaunga. toh allah taala yeh kehna chahta hai ki pehle aapki taraf se hona chahiye mamla. din ki taraf aane mein kya hai?</w:t>
      </w:r>
      <w:r>
        <w:br/>
      </w:r>
      <w:r>
        <w:rPr>
          <w:sz w:val="20"/>
        </w:rPr>
        <w:t>23:20  aap clear hai baat?</w:t>
      </w:r>
    </w:p>
    <w:p>
      <w:pPr>
        <w:pStyle w:val="Heading2"/>
      </w:pPr>
      <w:r>
        <w:t>God forbids oppression among people</w:t>
      </w:r>
    </w:p>
    <w:p>
      <w:r>
        <w:rPr>
          <w:color w:val="666666"/>
          <w:sz w:val="18"/>
        </w:rPr>
        <w:t>Positive Thinking 7 May 2014 - Maulana Wahiduddin Khan · 28s · at 1:20 · https://youtu.be/D6zupEZ6LLw?t=80</w:t>
      </w:r>
    </w:p>
    <w:p>
      <w:r>
        <w:rPr>
          <w:i/>
        </w:rPr>
        <w:t>“Maine apne oopar zulm ko haraam kar liya hai”</w:t>
      </w:r>
    </w:p>
    <w:p>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p>
    <w:p>
      <w:pPr>
        <w:pStyle w:val="Heading2"/>
      </w:pPr>
      <w:r>
        <w:t>Basic rule: preserve good inherited customs</w:t>
      </w:r>
    </w:p>
    <w:p>
      <w:r>
        <w:rPr>
          <w:color w:val="666666"/>
          <w:sz w:val="18"/>
        </w:rPr>
        <w:t>CPS Women Monthly Q and A with Prof. Farida Khanam and Maulana Farhad Ahmed Umeri July 30, 2023 · 28s · at 12:53 · https://youtu.be/zKtfjSCnoAE?t=773</w:t>
      </w:r>
    </w:p>
    <w:p>
      <w:r>
        <w:rPr>
          <w:i/>
        </w:rPr>
        <w:t>“Koi bhi achhi cheez peeche se chali aa rahi ho, usko baaki rakhna hai”</w:t>
      </w:r>
    </w:p>
    <w:p>
      <w:r>
        <w:rPr>
          <w:sz w:val="20"/>
        </w:rPr>
        <w:t>12:53  To basic rule jo ismein nikalta hai hamare liye ki koi bhi achhi cheez agar peeche chali bhi aa rahi hai jaise aapne bataya. Haan. Usko baqi rakhna hai. Haan, baqi rakhna hai.</w:t>
      </w:r>
      <w:r>
        <w:br/>
      </w:r>
      <w:r>
        <w:rPr>
          <w:sz w:val="20"/>
        </w:rPr>
        <w:t>13:21  Anyone Najma Apa please ask your question. Haan, main yeh keh rahi hoon ki zara hum how is Islam compatible to democracy ko zara elaborate kar dein.</w:t>
      </w:r>
    </w:p>
    <w:p>
      <w:pPr>
        <w:pStyle w:val="Heading2"/>
      </w:pPr>
      <w:r>
        <w:t>Accept less than ideal in this world</w:t>
      </w:r>
    </w:p>
    <w:p>
      <w:r>
        <w:rPr>
          <w:color w:val="666666"/>
          <w:sz w:val="18"/>
        </w:rPr>
        <w:t>Ideology of Life December 29, 2013 Maulana Wahiduddin Khan · 20s · at 8:41 · https://youtu.be/N5psCFw23MI?t=521</w:t>
      </w:r>
    </w:p>
    <w:p>
      <w:r>
        <w:rPr>
          <w:i/>
        </w:rPr>
        <w:t>“aur chonke aap insaan ki aazaadi ko abolish nahin kar sakte”</w:t>
      </w:r>
    </w:p>
    <w:p>
      <w:r>
        <w:rPr>
          <w:sz w:val="20"/>
        </w:rPr>
        <w:t>8:41  aur chunke aap insan ki azadi ko abolish nahi kar sakte is liye aap yeh bhi nahi kar sakte ke ideal system banaein. To is ka matlab kya hua?</w:t>
      </w:r>
      <w:r>
        <w:br/>
      </w:r>
      <w:r>
        <w:rPr>
          <w:sz w:val="20"/>
        </w:rPr>
        <w:t>8:53  ke you have to accept less than ideal. Yeh hai Christian plan of God.</w:t>
      </w:r>
    </w:p>
    <w:p>
      <w:pPr>
        <w:pStyle w:val="Heading2"/>
      </w:pPr>
      <w:r>
        <w:t>Islam is a flood</w:t>
      </w:r>
    </w:p>
    <w:p>
      <w:r>
        <w:rPr>
          <w:color w:val="666666"/>
          <w:sz w:val="18"/>
        </w:rPr>
        <w:t>Non Complaining Attitude Feb 23, 2019 · 27s · at 19:33 · https://youtu.be/W_UN5PdpeR8?t=1173</w:t>
      </w:r>
    </w:p>
    <w:p>
      <w:r>
        <w:rPr>
          <w:i/>
        </w:rPr>
        <w:t>“Islam ek sailab hai, jo badhta hi rahe ga.”</w:t>
      </w:r>
    </w:p>
    <w:p>
      <w:r>
        <w:rPr>
          <w:sz w:val="20"/>
        </w:rPr>
        <w:t>19:33  islam ek khudai mission hai, to woh janenge ke yeh to rukne wale hain hi nahin, yeh to sailab hai.</w:t>
      </w:r>
      <w:r>
        <w:br/>
      </w:r>
      <w:r>
        <w:rPr>
          <w:sz w:val="20"/>
        </w:rPr>
        <w:t>19:46  as a mission, islam ek sailab hai, woh Allah ne muqaddar kar liya hai ke yeh badhta hi rahe, badhta hi rahe, badhta hi rahe.</w:t>
      </w:r>
    </w:p>
    <w:p>
      <w:pPr>
        <w:pStyle w:val="Heading2"/>
      </w:pPr>
      <w:r>
        <w:t>Islam sent by God as a preserved religion</w:t>
      </w:r>
    </w:p>
    <w:p>
      <w:r>
        <w:rPr>
          <w:color w:val="666666"/>
          <w:sz w:val="18"/>
        </w:rPr>
        <w:t>History of Islamic Learning May 14, 2006 Part 2 · 19s · at 0:16 · https://youtu.be/snrt_NRyjLI?t=16</w:t>
      </w:r>
    </w:p>
    <w:p>
      <w:r>
        <w:rPr>
          <w:i/>
        </w:rPr>
        <w:t>“اسلام کو خدا نے اس حیثیت سے بھیجا کہ وہ محفوظ دین بنے”</w:t>
      </w:r>
    </w:p>
    <w:p>
      <w:r>
        <w:rPr>
          <w:sz w:val="20"/>
        </w:rPr>
        <w:t>0:16  Wasallallahu ala Nabiyyil Kareem. dekhiye, Islam ko Khuda ne is hesiyat se bheja ke duniya mein woh ek preserve religion bane, mehfooz deen.</w:t>
      </w:r>
    </w:p>
    <w:p>
      <w:pPr>
        <w:pStyle w:val="Heading2"/>
      </w:pPr>
      <w:r>
        <w:t>Inqilabi teaching of hadith</w:t>
      </w:r>
    </w:p>
    <w:p>
      <w:r>
        <w:rPr>
          <w:color w:val="666666"/>
          <w:sz w:val="18"/>
        </w:rPr>
        <w:t>Life after Death (Prophetic Wisdom) · 37s · at 11:17 · https://youtu.be/7bA2WIsKLMQ?t=677</w:t>
      </w:r>
    </w:p>
    <w:p>
      <w:r>
        <w:rPr>
          <w:i/>
        </w:rPr>
        <w:t>“Yeh inqilabi teaching hai”</w:t>
      </w:r>
    </w:p>
    <w:p>
      <w:r>
        <w:rPr>
          <w:sz w:val="20"/>
        </w:rPr>
        <w:t>11:17  inqilaabi teaching hai.</w:t>
      </w:r>
      <w:r>
        <w:br/>
      </w:r>
      <w:r>
        <w:rPr>
          <w:sz w:val="20"/>
        </w:rPr>
        <w:t>11:22  yeh aadmi ke andar yeh soch agar aadmi ke andar paida ho jaye to goya keh us ke apne andar aik teacher baith gaya. har waqt batane ke liye kya karna hai, kya nahi karna hai.</w:t>
      </w:r>
      <w:r>
        <w:br/>
      </w:r>
      <w:r>
        <w:rPr>
          <w:sz w:val="20"/>
        </w:rPr>
        <w:t>11:38  yani khud apne interest mein ho jata hai. is yeh aqeedah jo hai, us ka nateeja yeh hota hai keh har aadmi ke ko apne interest mein yeh dikhai dene lagta hai keh woh bura kaam na kare, acha kaam kare.</w:t>
      </w:r>
    </w:p>
    <w:p>
      <w:pPr>
        <w:pStyle w:val="Heading2"/>
      </w:pPr>
      <w:r>
        <w:t>Quranic command to follow the Prophet's rulings</w:t>
      </w:r>
    </w:p>
    <w:p>
      <w:r>
        <w:rPr>
          <w:color w:val="666666"/>
          <w:sz w:val="18"/>
        </w:rPr>
        <w:t>Understanding The Importance of Hadith November 20, 2022 · 30s · at 10:51 · https://youtu.be/xwY_Qsz4HSQ?t=651</w:t>
      </w:r>
    </w:p>
    <w:p>
      <w:r>
        <w:rPr>
          <w:i/>
        </w:rPr>
        <w:t>“Jo Rasool tumhe de wo lo, jis se roke ruk jao”</w:t>
      </w:r>
    </w:p>
    <w:p>
      <w:r>
        <w:rPr>
          <w:sz w:val="20"/>
        </w:rPr>
        <w:t>10:51  to yeh bohat sare aisi quran mein ayatein hain, aur rasool Allah sal Allah aleh wasalam ki hadith hai ke humein har haal mein rasool Allah sal Allah aleh wasalam ki it'at karni hai, is</w:t>
      </w:r>
      <w:r>
        <w:br/>
      </w:r>
      <w:r>
        <w:rPr>
          <w:sz w:val="20"/>
        </w:rPr>
        <w:t>11:05  mein hamari bhalai hai. aur quran ka yeh hukum ek aur ayat mein aya hai, chapter 59 ke rasool se jo kuch tum ko mila, tum us ki pairwi karo; aur jis se rasool tum ko roke, tum us se ruk jao.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