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quran · full transcripts with timestamps · exported 2026-09-21</w:t>
      </w:r>
    </w:p>
    <w:p>
      <w:pPr>
        <w:pStyle w:val="Heading2"/>
      </w:pPr>
      <w:r>
        <w:t>Science is God-made, not man-made</w:t>
      </w:r>
    </w:p>
    <w:p>
      <w:r>
        <w:rPr>
          <w:color w:val="666666"/>
          <w:sz w:val="18"/>
        </w:rPr>
        <w:t>Revival of Islam November 7, 2010 · 28s · at 12:13 · https://youtu.be/-aRS72WUTR8?t=733</w:t>
      </w:r>
    </w:p>
    <w:p>
      <w:r>
        <w:rPr>
          <w:i/>
        </w:rPr>
        <w:t>“Science koi made-made cheez nahi hai, hargiz nahi”</w:t>
      </w:r>
    </w:p>
    <w:p>
      <w:r>
        <w:rPr>
          <w:sz w:val="20"/>
        </w:rPr>
        <w:t>12:13  isi ko hum aaj scientific, scientific science kehte hain. isi ko science kya hai? science darasal naam hai nature ke mein chhpe hue jo laws hain, un ko daryaft karna.</w:t>
      </w:r>
      <w:r>
        <w:br/>
      </w:r>
      <w:r>
        <w:rPr>
          <w:sz w:val="20"/>
        </w:rPr>
        <w:t>12:28  bas science koi god made cheez nahi hai, hargiz nahi. science to god made hai.</w:t>
      </w:r>
    </w:p>
    <w:p>
      <w:pPr>
        <w:pStyle w:val="Heading2"/>
      </w:pPr>
      <w:r>
        <w:t>Flashlight focus analogy for personal reflection</w:t>
      </w:r>
    </w:p>
    <w:p>
      <w:r>
        <w:rPr>
          <w:color w:val="666666"/>
          <w:sz w:val="18"/>
        </w:rPr>
        <w:t>Purpose of Human Life February 12, 2012 Maulana Wahiduddin Khan · 42s · at 9:56 · https://youtu.be/gRupSXuak-w?t=596</w:t>
      </w:r>
    </w:p>
    <w:p>
      <w:r>
        <w:rPr>
          <w:i/>
        </w:rPr>
        <w:t>“Purane zamane mein torch hoti thi jismein focus ghatane badhane ka hota tha”</w:t>
      </w:r>
    </w:p>
    <w:p>
      <w:r>
        <w:rPr>
          <w:sz w:val="20"/>
        </w:rPr>
        <w:t>9:56  aap ne kabhi tajurba kiya hoga jo pehle zamane mein torch hua karti thi, jis mein battery lagai jati thi, to us mein focus ghatane badhane ka hota tha.</w:t>
      </w:r>
      <w:r>
        <w:br/>
      </w:r>
      <w:r>
        <w:rPr>
          <w:sz w:val="20"/>
        </w:rPr>
        <w:t>10:09  to focus ghata dein, tab cheez bahut clear dikhai degi. focus badha dein to kuch dikhai nahin deta saaf tareeqe se.</w:t>
      </w:r>
      <w:r>
        <w:br/>
      </w:r>
      <w:r>
        <w:rPr>
          <w:sz w:val="20"/>
        </w:rPr>
        <w:t>10:18  to jab aap saare insaan ko le kar sochte hain to falsafi aisa nahin karta, kyunke falsafi apne focus ghataata hai.</w:t>
      </w:r>
      <w:r>
        <w:br/>
      </w:r>
      <w:r>
        <w:rPr>
          <w:sz w:val="20"/>
        </w:rPr>
        <w:t>10:31  woh, woh yeh sochta hai ke main kaun hoon? "who am I".</w:t>
      </w:r>
    </w:p>
    <w:p>
      <w:pPr>
        <w:pStyle w:val="Heading2"/>
      </w:pPr>
      <w:r>
        <w:t>Only human can discover God</w:t>
      </w:r>
    </w:p>
    <w:p>
      <w:r>
        <w:rPr>
          <w:color w:val="666666"/>
          <w:sz w:val="18"/>
        </w:rPr>
        <w:t>How to Become 2nd Best in the Universe Oct 8, 2006 Maulana Wahiduddin Khan · 54s · at 5:17 · https://youtu.be/drciAo6jF_o?t=317</w:t>
      </w:r>
    </w:p>
    <w:p>
      <w:r>
        <w:rPr>
          <w:i/>
        </w:rPr>
        <w:t>“Only human has thinking power to discover God”</w:t>
      </w:r>
    </w:p>
    <w:p>
      <w:r>
        <w:rPr>
          <w:sz w:val="20"/>
        </w:rPr>
        <w:t>5:17  to yeh sirf insan hai jis ke andar thinking power hai, conceptual thinking hai, jo kisi cheez ko intellectually discover kar sakta hai.</w:t>
      </w:r>
      <w:r>
        <w:br/>
      </w:r>
      <w:r>
        <w:rPr>
          <w:sz w:val="20"/>
        </w:rPr>
        <w:t>5:34  koi mountain, koi motion, koi mountain, koi ocean, koi animal, koi stars, koi galaxy.</w:t>
      </w:r>
      <w:r>
        <w:br/>
      </w:r>
      <w:r>
        <w:rPr>
          <w:sz w:val="20"/>
        </w:rPr>
        <w:t>5:46  saara universe</w:t>
      </w:r>
      <w:r>
        <w:br/>
      </w:r>
      <w:r>
        <w:rPr>
          <w:sz w:val="20"/>
        </w:rPr>
        <w:t>5:50  apni saari vastness ke bawajood is ke andar yeh taqat nahi hai ke woh khuda ko discover kare aur phir us ki glory ko bayan kare.</w:t>
      </w:r>
      <w:r>
        <w:br/>
      </w:r>
      <w:r>
        <w:rPr>
          <w:sz w:val="20"/>
        </w:rPr>
        <w:t>6:07  yeh sirf insan hai.</w:t>
      </w:r>
    </w:p>
    <w:p>
      <w:pPr>
        <w:pStyle w:val="Heading2"/>
      </w:pPr>
      <w:r>
        <w:t>Decades studying Quranic sequence yielded no insight</w:t>
      </w:r>
    </w:p>
    <w:p>
      <w:r>
        <w:rPr>
          <w:color w:val="666666"/>
          <w:sz w:val="18"/>
        </w:rPr>
        <w:t>Divine Help September 22, 2015 · 53s · at 0:34 · https://youtu.be/sozrNCif0Gg?t=34</w:t>
      </w:r>
    </w:p>
    <w:p>
      <w:r>
        <w:rPr>
          <w:i/>
        </w:rPr>
        <w:t>“Dekhiye, kuch ulama ne bohot zor diya hai”</w:t>
      </w:r>
    </w:p>
    <w:p>
      <w:r>
        <w:rPr>
          <w:sz w:val="20"/>
        </w:rPr>
        <w:t>0:34  dekhiye, kuch ulma ne</w:t>
      </w:r>
      <w:r>
        <w:br/>
      </w:r>
      <w:r>
        <w:rPr>
          <w:sz w:val="20"/>
        </w:rPr>
        <w:t>0:38  is par bohat zyada zor diya hai ke Quran ki jo kaleed hai,</w:t>
      </w:r>
      <w:r>
        <w:br/>
      </w:r>
      <w:r>
        <w:rPr>
          <w:sz w:val="20"/>
        </w:rPr>
        <w:t>0:48  fehm-e-Quran ki kaleed, kunji, woh hai nazm-e-Quran. yani do aayaton ke beech mein nazm ko daryaft karo, isi se tum ko Quran samajh mein aayega.</w:t>
      </w:r>
      <w:r>
        <w:br/>
      </w:r>
      <w:r>
        <w:rPr>
          <w:sz w:val="20"/>
        </w:rPr>
        <w:t>1:01  main ne apni taqreeban poori umar is par guzar di, is ko parha, is par socha. lekin mujhe yaqeen kijiye, koi take away nahi mila.</w:t>
      </w:r>
      <w:r>
        <w:br/>
      </w:r>
      <w:r>
        <w:rPr>
          <w:sz w:val="20"/>
        </w:rPr>
        <w:t>1:14  toh aaj main soch raha tha ke kya maamla hai ke jis cheez ko ulma fehm-e-Quran ki kaleed batate hain, us mein mere liye toh kam az kam koi take away nahi.</w:t>
      </w:r>
    </w:p>
    <w:p>
      <w:pPr>
        <w:pStyle w:val="Heading2"/>
      </w:pPr>
      <w:r>
        <w:t>Hadith: Allah descends in the last third of night</w:t>
      </w:r>
    </w:p>
    <w:p>
      <w:r>
        <w:rPr>
          <w:color w:val="666666"/>
          <w:sz w:val="18"/>
        </w:rPr>
        <w:t>Reflections on Surah Al-Muzzammil May 19, 2024 · 34s · at 19:29 · https://youtu.be/4pduG4qDeDM?t=1169</w:t>
      </w:r>
    </w:p>
    <w:p>
      <w:r>
        <w:rPr>
          <w:i/>
        </w:rPr>
        <w:t>“Who calls upon Me that I may answer him?”</w:t>
      </w:r>
    </w:p>
    <w:p>
      <w:r>
        <w:rPr>
          <w:sz w:val="20"/>
        </w:rPr>
        <w:t>19:29  its ah, its ah, it tells us that itaz best time for dua also. and</w:t>
      </w:r>
      <w:r>
        <w:br/>
      </w:r>
      <w:r>
        <w:rPr>
          <w:sz w:val="20"/>
        </w:rPr>
        <w:t>19:35  that says that every night, during the last third of the night, our Lord descends to the lowest heaven, and says, "Who calls upon Me that I answer him? Who calls Me? Who asks Me that I give him?</w:t>
      </w:r>
      <w:r>
        <w:br/>
      </w:r>
      <w:r>
        <w:rPr>
          <w:sz w:val="20"/>
        </w:rPr>
        <w:t>19:54  and who seeks my forgiveness that time i forgive him ?" so actually, ah, this he descends lar</w:t>
      </w:r>
    </w:p>
    <w:p>
      <w:pPr>
        <w:pStyle w:val="Heading2"/>
      </w:pPr>
      <w:r>
        <w:t>Ideology versus ideology approach</w:t>
      </w:r>
    </w:p>
    <w:p>
      <w:r>
        <w:rPr>
          <w:color w:val="666666"/>
          <w:sz w:val="18"/>
        </w:rPr>
        <w:t>The Root Cause of Terrorism 16 May 2010 - Maulana Wahiduddin Khan · 32s · at 4:37 · https://youtu.be/sq0ZKGJb0vo?t=277</w:t>
      </w:r>
    </w:p>
    <w:p>
      <w:r>
        <w:rPr>
          <w:i/>
        </w:rPr>
        <w:t>“It is not a gun versus gun problem”</w:t>
      </w:r>
    </w:p>
    <w:p>
      <w:r>
        <w:rPr>
          <w:sz w:val="20"/>
        </w:rPr>
        <w:t>4:37  so it is not a gun versus gun problem, gun versus gun issue.</w:t>
      </w:r>
      <w:r>
        <w:br/>
      </w:r>
      <w:r>
        <w:rPr>
          <w:sz w:val="20"/>
        </w:rPr>
        <w:t>4:45  it is a gun versus, it is ideology versus ideology. so we have to find out</w:t>
      </w:r>
      <w:r>
        <w:br/>
      </w:r>
      <w:r>
        <w:rPr>
          <w:sz w:val="20"/>
        </w:rPr>
        <w:t>4:58  a counter ideology. and that counter ideology, account to my experience, is that we have to dispel their wrong notions.</w:t>
      </w:r>
    </w:p>
    <w:p>
      <w:pPr>
        <w:pStyle w:val="Heading2"/>
      </w:pPr>
      <w:r>
        <w:t>Fast not broken by force – creative response</w:t>
      </w:r>
    </w:p>
    <w:p>
      <w:r>
        <w:rPr>
          <w:color w:val="666666"/>
          <w:sz w:val="18"/>
        </w:rPr>
        <w:t>Quran: A Book of Guidance | August 3, 2014 · 1m 00s · at 23:15 · https://youtu.be/OO6VwFy9Nto?t=1395</w:t>
      </w:r>
    </w:p>
    <w:p>
      <w:r>
        <w:rPr>
          <w:i/>
        </w:rPr>
        <w:t>“Even if food is forced, the fast is not broken.”</w:t>
      </w:r>
    </w:p>
    <w:p>
      <w:r>
        <w:rPr>
          <w:sz w:val="20"/>
        </w:rPr>
        <w:t>23:15  to chahe woh pet mein pahunch jaye khana, tab bhi roza nahi ٹوٹےga. kyunke niyat saabit hona chahiye. to yeh kehna chahiye un ko ke is musalman ko roze ka sawab phir milega. uska roze ka sawab khatam nahi hoga. aur plus yeh baat hai ke is aadmi, is musalman ko karna chahiye ke un logon se mile jinhon ne roza todwaya tha, un ko quran de, un ko islami literature de, un ko roze ki</w:t>
      </w:r>
      <w:r>
        <w:br/>
      </w:r>
      <w:r>
        <w:rPr>
          <w:sz w:val="20"/>
        </w:rPr>
        <w:t>23:45  hikmat bataye. to woh cheez, jo hogi, jo hai, ek daawa opportunity mein tabdeel ho jayegi. yeh hai creative thinking. ise shor kar rahe hain, shor kar rahe hain, shor kar rahe hain. jitne bhi musalman hain, shor kar rahe hain ke dekho bhai, india mein roza rakhne ki pabandi lagi hui hai. haalanke kuch bhi nahi. million nahi, million log roza rakh rahe hain. woh to ek single waqea tha. to agar creative,</w:t>
      </w:r>
    </w:p>
    <w:p>
      <w:pPr>
        <w:pStyle w:val="Heading2"/>
      </w:pPr>
      <w:r>
        <w:t>Introduction to Sunday Quran lesson</w:t>
      </w:r>
    </w:p>
    <w:p>
      <w:r>
        <w:rPr>
          <w:color w:val="666666"/>
          <w:sz w:val="18"/>
        </w:rPr>
        <w:t>Dars-e-Quran, Ch. 2 Verse 49-50 February 25, 2018 · 31s · at 0:41 · https://youtu.be/ogSNikZscgM?t=41</w:t>
      </w:r>
    </w:p>
    <w:p>
      <w:r>
        <w:rPr>
          <w:i/>
        </w:rPr>
        <w:t>“Aap jaante hain ke Sunday program mein”</w:t>
      </w:r>
    </w:p>
    <w:p>
      <w:r>
        <w:rPr>
          <w:sz w:val="20"/>
        </w:rPr>
        <w:t>0:41  aap jante hain ke sunday program mein hamare haan quran ka dars hota hai, silsile war.</w:t>
      </w:r>
      <w:r>
        <w:br/>
      </w:r>
      <w:r>
        <w:rPr>
          <w:sz w:val="20"/>
        </w:rPr>
        <w:t>0:54  to aaj is dars ka jo hissa liya gaya hai woh surah baqarah ki kuch ayatein hain.</w:t>
      </w:r>
      <w:r>
        <w:br/>
      </w:r>
      <w:r>
        <w:rPr>
          <w:sz w:val="20"/>
        </w:rPr>
        <w:t>1:03  aaj zer-e-dars rahengi, is ko pehle padha jayega, phir is ka tarjuma pesh kiya jayega.</w:t>
      </w:r>
    </w:p>
    <w:p>
      <w:pPr>
        <w:pStyle w:val="Heading2"/>
      </w:pPr>
      <w:r>
        <w:t>exam hall analogy for why God grants freedom</w:t>
      </w:r>
    </w:p>
    <w:p>
      <w:r>
        <w:rPr>
          <w:color w:val="666666"/>
          <w:sz w:val="18"/>
        </w:rPr>
        <w:t>Month of Ramadan and The Quran 15 July 2012 · 28s · at 41:13 · https://youtu.be/BxiaMbKdoo8?t=2473</w:t>
      </w:r>
    </w:p>
    <w:p>
      <w:r>
        <w:rPr>
          <w:i/>
        </w:rPr>
        <w:t>“کیا ایسا سوچ سکتے ہیں کہ exam hall میں سب کے ہاتھ باندھ دیے جائیں؟”</w:t>
      </w:r>
    </w:p>
    <w:p>
      <w:r>
        <w:rPr>
          <w:sz w:val="20"/>
        </w:rPr>
        <w:t>41:13  kyunki azaadi hai tabhi to test hai. kya aisa soch sakte hain aap ke examination hall mein student aayein sab aur sab ke haath baandh diye jayein?</w:t>
      </w:r>
      <w:r>
        <w:br/>
      </w:r>
      <w:r>
        <w:rPr>
          <w:sz w:val="20"/>
        </w:rPr>
        <w:t>41:24  to kya iska wahan unka exam liya ja sakta hai is tareeqe se?</w:t>
      </w:r>
      <w:r>
        <w:br/>
      </w:r>
      <w:r>
        <w:rPr>
          <w:sz w:val="20"/>
        </w:rPr>
        <w:t>41:30  saare talaba baithe hue hain kursiyon par aur sab ke haath bandhe hue hain. aisa koi exam soch sakte hain aap? yeh impossible hai aisa.</w:t>
      </w:r>
    </w:p>
    <w:p>
      <w:pPr>
        <w:pStyle w:val="Heading2"/>
      </w:pPr>
      <w:r>
        <w:t>Evil changed from evil to rationalized evil</w:t>
      </w:r>
    </w:p>
    <w:p>
      <w:r>
        <w:rPr>
          <w:color w:val="666666"/>
          <w:sz w:val="18"/>
        </w:rPr>
        <w:t>Rationalization of Evil 15 Feb 2009 - Maulana Wahiduddin Khan · 38s · at 3:30 · https://youtu.be/agi0wNsOO84?t=210</w:t>
      </w:r>
    </w:p>
    <w:p>
      <w:r>
        <w:rPr>
          <w:i/>
        </w:rPr>
        <w:t>“Pehle evil sirf evil thi.”</w:t>
      </w:r>
    </w:p>
    <w:p>
      <w:r>
        <w:rPr>
          <w:sz w:val="20"/>
        </w:rPr>
        <w:t>3:30  burai se kabhi bhi history mein, history kabhi khali nahi rahi burai se. kyunke pehle evil sirf evil thi. ab jo evil hai woh hai "rationalized evil".</w:t>
      </w:r>
      <w:r>
        <w:br/>
      </w:r>
      <w:r>
        <w:rPr>
          <w:sz w:val="20"/>
        </w:rPr>
        <w:t>3:45  rationalized ka matlab hota hai "ideologically justified evil".</w:t>
      </w:r>
      <w:r>
        <w:br/>
      </w:r>
      <w:r>
        <w:rPr>
          <w:sz w:val="20"/>
        </w:rPr>
        <w:t>3:54  yani nazariyati taur par is ko sahi bana lena ek burai ko. toh hum ek aisi age mein hain aaj jabke ideologically justified evil ka age hai.</w:t>
      </w:r>
    </w:p>
    <w:p>
      <w:pPr>
        <w:pStyle w:val="Heading2"/>
      </w:pPr>
      <w:r>
        <w:t>Prophet's daily reminder: all humans are siblings</w:t>
      </w:r>
    </w:p>
    <w:p>
      <w:r>
        <w:rPr>
          <w:color w:val="666666"/>
          <w:sz w:val="18"/>
        </w:rPr>
        <w:t>The Concept of Spirituality In Islam - I January 27, 2006 Maulana Wahiduddin Khan · 51s · at 39:14 · https://youtu.be/xnI_QVVDWgk?t=2354</w:t>
      </w:r>
    </w:p>
    <w:p>
      <w:r>
        <w:rPr>
          <w:i/>
        </w:rPr>
        <w:t>“I bear witness all human beings are siblings to each other”</w:t>
      </w:r>
    </w:p>
    <w:p>
      <w:r>
        <w:rPr>
          <w:sz w:val="20"/>
        </w:rPr>
        <w:t>39:14  "allah mashhad, allah mashhad, anal ibad kul ikhwa."</w:t>
      </w:r>
      <w:r>
        <w:br/>
      </w:r>
      <w:r>
        <w:rPr>
          <w:sz w:val="20"/>
        </w:rPr>
        <w:t>39:23  it means, "i bear witness." it means, "i bear witness that all human being are sisters or brothers to each other." this is the prophetic vision.</w:t>
      </w:r>
      <w:r>
        <w:br/>
      </w:r>
      <w:r>
        <w:rPr>
          <w:sz w:val="20"/>
        </w:rPr>
        <w:t>39:50  this is the prophetic thinking.</w:t>
      </w:r>
      <w:r>
        <w:br/>
      </w:r>
      <w:r>
        <w:rPr>
          <w:sz w:val="20"/>
        </w:rPr>
        <w:t>39:58  all human being are brothers and sisters to each other.</w:t>
      </w:r>
    </w:p>
    <w:p>
      <w:pPr>
        <w:pStyle w:val="Heading2"/>
      </w:pPr>
      <w:r>
        <w:t>Prophets do make mistakes — but God always corrects them</w:t>
      </w:r>
    </w:p>
    <w:p>
      <w:r>
        <w:rPr>
          <w:color w:val="666666"/>
          <w:sz w:val="18"/>
        </w:rPr>
        <w:t>The Purpose of Creation March 30, 2008 · 43s · at 1:26:37 · https://youtu.be/ORcTSPLvyn0?t=5197</w:t>
      </w:r>
    </w:p>
    <w:p>
      <w:r>
        <w:rPr>
          <w:i/>
        </w:rPr>
        <w:t>“Paighambar ghalti karte hain”</w:t>
      </w:r>
    </w:p>
    <w:p>
      <w:r>
        <w:rPr>
          <w:sz w:val="20"/>
        </w:rPr>
        <w:t>1:26:37  ulma ka yeh manna nahin hai ke ke paighambar ghalti nahin karta. sirf yeh hai manna ulma ka ke paighambar ko ghalti par khuda baqi nahin rehne deta.</w:t>
      </w:r>
      <w:r>
        <w:br/>
      </w:r>
      <w:r>
        <w:rPr>
          <w:sz w:val="20"/>
        </w:rPr>
        <w:t>1:26:53  yaani jis ko kehte hain istimrar, ghalti par istimrar nahin hone deta. woh is ko tokta hai, farishta bhejta hai, is ko bachata hai is se. warna jis ko kehte hain to wear is human, mein paighambar ka exception nahin hai.</w:t>
      </w:r>
      <w:r>
        <w:br/>
      </w:r>
      <w:r>
        <w:rPr>
          <w:sz w:val="20"/>
        </w:rPr>
        <w:t>1:27:12  to paighambar ki ek ek position yeh hai ke woh bashar hai, doosri yeh hai ke woh rasool hai, yaani messenger hai.</w:t>
      </w:r>
    </w:p>
    <w:p>
      <w:pPr>
        <w:pStyle w:val="Heading2"/>
      </w:pPr>
      <w:r>
        <w:t>science only discovers nature's laws, never invents</w:t>
      </w:r>
    </w:p>
    <w:p>
      <w:r>
        <w:rPr>
          <w:color w:val="666666"/>
          <w:sz w:val="18"/>
        </w:rPr>
        <w:t>Conveying The Message of God August 2, 2009 · 53s · at 15:34 · https://youtu.be/Vas9vU2IepI?t=934</w:t>
      </w:r>
    </w:p>
    <w:p>
      <w:r>
        <w:rPr>
          <w:i/>
        </w:rPr>
        <w:t>“Scientists didn't invent anything, they only discovered it”</w:t>
      </w:r>
    </w:p>
    <w:p>
      <w:r>
        <w:rPr>
          <w:sz w:val="20"/>
        </w:rPr>
        <w:t>15:34  nature mein potentially sab kuch maujood tha, koi invention nahin kiya kisi ne. Invention is nothing, everything is discovery.</w:t>
      </w:r>
      <w:r>
        <w:br/>
      </w:r>
      <w:r>
        <w:rPr>
          <w:sz w:val="20"/>
        </w:rPr>
        <w:t>15:45  invention is nothing,</w:t>
      </w:r>
      <w:r>
        <w:br/>
      </w:r>
      <w:r>
        <w:rPr>
          <w:sz w:val="20"/>
        </w:rPr>
        <w:t>15:48  jo kuch bhi hai, woh invention nahin hai, yeh ijad nahin hai, woh daryaft hai. Scientist ne daryaft kiya is law ko jo had tha is dunya mein, aur usko exploit kiya,</w:t>
      </w:r>
      <w:r>
        <w:br/>
      </w:r>
      <w:r>
        <w:rPr>
          <w:sz w:val="20"/>
        </w:rPr>
        <w:t>16:05  usko avail kiya. To aap ne dekha ke carain daud rahi hain, hawai jahaz ud rahe hain, mobile bol raha hai. Yeh tha scientist ka kaam, woh isko khoob khoob kar rahe hain.</w:t>
      </w:r>
      <w:r>
        <w:br/>
      </w:r>
      <w:r>
        <w:rPr>
          <w:sz w:val="20"/>
        </w:rPr>
        <w:t>16:17  lekin doosra jo kaam hai, jo Muslim community ko karna tha, Muslim ummat ko karna tha ke word of God ko phailaye.</w:t>
      </w:r>
    </w:p>
    <w:p>
      <w:pPr>
        <w:pStyle w:val="Heading2"/>
      </w:pPr>
      <w:r>
        <w:t>Inner peace by avoiding media distractions</w:t>
      </w:r>
    </w:p>
    <w:p>
      <w:r>
        <w:rPr>
          <w:color w:val="666666"/>
          <w:sz w:val="18"/>
        </w:rPr>
        <w:t>Question and Answer April 07, 2020 Maulana Wahiduddin Khan · 58s · at 18:41 · https://youtu.be/_GFv068coXA?t=1121</w:t>
      </w:r>
    </w:p>
    <w:p>
      <w:r>
        <w:rPr>
          <w:i/>
        </w:rPr>
        <w:t>“Inner peace kaise hasil karoon?”</w:t>
      </w:r>
    </w:p>
    <w:p>
      <w:r>
        <w:rPr>
          <w:sz w:val="20"/>
        </w:rPr>
        <w:t>18:41  tanzeem mahir ne aik sawal aap se kiya hai ke: "main inner peace kaise hasil karoon?" bohat hi asaan hai.</w:t>
      </w:r>
      <w:r>
        <w:br/>
      </w:r>
      <w:r>
        <w:rPr>
          <w:sz w:val="20"/>
        </w:rPr>
        <w:t>18:57  inner peace ko mislan mujhe dekhen aap inner peace mere andar mukammal tor par maujood hai. is ki baat yeh hai ke jo baton ka charcha hota hai akhbaron mein aur TV mein</w:t>
      </w:r>
      <w:r>
        <w:br/>
      </w:r>
      <w:r>
        <w:rPr>
          <w:sz w:val="20"/>
        </w:rPr>
        <w:t>19:17  in ke paas sochta hi nahi hoon mein.</w:t>
      </w:r>
      <w:r>
        <w:br/>
      </w:r>
      <w:r>
        <w:rPr>
          <w:sz w:val="20"/>
        </w:rPr>
        <w:t>19:27  media mein jo baatein aati hain mein un par charcha karta hi nahi apni majlis mein. media ki baaton ko mein apne zehan ka mozu nahi banata.</w:t>
      </w:r>
    </w:p>
    <w:p>
      <w:pPr>
        <w:pStyle w:val="Heading2"/>
      </w:pPr>
      <w:r>
        <w:t>Oppression in Muslim lands is divine warning</w:t>
      </w:r>
    </w:p>
    <w:p>
      <w:r>
        <w:rPr>
          <w:color w:val="666666"/>
          <w:sz w:val="18"/>
        </w:rPr>
        <w:t>Dars-e-Quran, Chapter 2, Verses 58-59 April 01, 2018 · 27s · at 18:37 · https://youtu.be/Zylb8MRnsew?t=1117</w:t>
      </w:r>
    </w:p>
    <w:p>
      <w:r>
        <w:rPr>
          <w:i/>
        </w:rPr>
        <w:t>“Na Kashmir mein zulm hai, na Palestine mein zulm hai”</w:t>
      </w:r>
    </w:p>
    <w:p>
      <w:r>
        <w:rPr>
          <w:sz w:val="20"/>
        </w:rPr>
        <w:t>18:37  na kashmir mein zulm hai, na falasteen mein zulm hai, na pakistan mein zulm hai, na misr mein zulm hai, kahin zulm nahin hai, na amreeka mein zulm hai, kahin bhi zulm nahin hai.</w:t>
      </w:r>
      <w:r>
        <w:br/>
      </w:r>
      <w:r>
        <w:rPr>
          <w:sz w:val="20"/>
        </w:rPr>
        <w:t>18:53  har jagah Allah ki ki tanbeehaat hain, Allah ki tanbeehaat hain. to kaha is maslay ka hal kya hai?</w:t>
      </w:r>
    </w:p>
    <w:p>
      <w:pPr>
        <w:pStyle w:val="Heading2"/>
      </w:pPr>
      <w:r>
        <w:t>British Empire united the world for dawah</w:t>
      </w:r>
    </w:p>
    <w:p>
      <w:r>
        <w:rPr>
          <w:color w:val="666666"/>
          <w:sz w:val="18"/>
        </w:rPr>
        <w:t>Study of The Quran 23 June 2019 - Maulana Wahiduddin Khan · 39s · at 7:48 · https://youtu.be/tFQnqhFtPko?t=468</w:t>
      </w:r>
    </w:p>
    <w:p>
      <w:r>
        <w:rPr>
          <w:i/>
        </w:rPr>
        <w:t>“The biggest empire in the world, British Empire.”</w:t>
      </w:r>
    </w:p>
    <w:p>
      <w:r>
        <w:rPr>
          <w:sz w:val="20"/>
        </w:rPr>
        <w:t>7:48  duniya mein sab se bada Empire qaim hua hai, British Empire. yeh sab se bada. to British Empire ke zamane mein kya hua?</w:t>
      </w:r>
      <w:r>
        <w:br/>
      </w:r>
      <w:r>
        <w:rPr>
          <w:sz w:val="20"/>
        </w:rPr>
        <w:t>8:01  British Empire ke zamane mein kya hua? saari duniya ek ek system, ek political system ke under mein aa gayi.</w:t>
      </w:r>
      <w:r>
        <w:br/>
      </w:r>
      <w:r>
        <w:rPr>
          <w:sz w:val="20"/>
        </w:rPr>
        <w:t>8:11  saari duniya. is ka maani kya ho gaya? ke saari duniya mein aap ko safar karna mumkin ho gaya. maslan maine ek baar to safar kiya tha Dilli se Tokyo.</w:t>
      </w:r>
    </w:p>
    <w:p>
      <w:pPr>
        <w:pStyle w:val="Heading2"/>
      </w:pPr>
      <w:r>
        <w:t>Islam's confidence is in truth, not force, like 2+2=4</w:t>
      </w:r>
    </w:p>
    <w:p>
      <w:r>
        <w:rPr>
          <w:color w:val="666666"/>
          <w:sz w:val="18"/>
        </w:rPr>
        <w:t>Freedom of Expression in Islam 30 Sept 2012 - Maulana Wahiduddin Khan · 45s · at 12:39 · https://youtu.be/WLlXSyxX8Q4?t=759</w:t>
      </w:r>
    </w:p>
    <w:p>
      <w:r>
        <w:rPr>
          <w:i/>
        </w:rPr>
        <w:t>“Islam ka aetimaad sachai par hai, talwar par nahi”</w:t>
      </w:r>
    </w:p>
    <w:p>
      <w:r>
        <w:rPr>
          <w:sz w:val="20"/>
        </w:rPr>
        <w:t>12:39  islam ka jo aitmad hai, woh apne nazariye ki sadaqat par hai, apni ideology ki sadaqat par hai, talwar par ya danday par nahi hai.</w:t>
      </w:r>
      <w:r>
        <w:br/>
      </w:r>
      <w:r>
        <w:rPr>
          <w:sz w:val="20"/>
        </w:rPr>
        <w:t>12:52  to hum yeh jantay hain ke koi abuse kare, koi kuch bhi bolay, tab bhi islam ki sadaqat ko thori woh khatam kar de ga.</w:t>
      </w:r>
      <w:r>
        <w:br/>
      </w:r>
      <w:r>
        <w:rPr>
          <w:sz w:val="20"/>
        </w:rPr>
        <w:t>13:04  koi agar kehta hai ke agar aap, agar mein kehta hoon ke do aur do meter char, ab koi mujhe danda marta hai to kya aap samajhtay hain ke is se yeh sachai khatam ho jaye gi?</w:t>
      </w:r>
      <w:r>
        <w:br/>
      </w:r>
      <w:r>
        <w:rPr>
          <w:sz w:val="20"/>
        </w:rPr>
        <w:t>13:18  ke do aur do meter char hotay hain to apni jagah baqi rahe gi?</w:t>
      </w:r>
    </w:p>
    <w:p>
      <w:pPr>
        <w:pStyle w:val="Heading2"/>
      </w:pPr>
      <w:r>
        <w:t>Paradise gives what your soul wanted but never got</w:t>
      </w:r>
    </w:p>
    <w:p>
      <w:r>
        <w:rPr>
          <w:color w:val="666666"/>
          <w:sz w:val="18"/>
        </w:rPr>
        <w:t>Model of Paradise June 22, 2014 · 53s · at 16:19 · https://youtu.be/7jXD8E_dN-E?t=979</w:t>
      </w:r>
    </w:p>
    <w:p>
      <w:r>
        <w:rPr>
          <w:i/>
        </w:rPr>
        <w:t>“Jannat mein wo sab hoga jis ko tumhara nafs chahe”</w:t>
      </w:r>
    </w:p>
    <w:p>
      <w:r>
        <w:rPr>
          <w:sz w:val="20"/>
        </w:rPr>
        <w:t>16:19  is ko sochte hue jab mein is ayat par puhanchta hoon jannat ke baray mein, quran mein aya hai wa lakum fiha ma tashtahi anfusukum</w:t>
      </w:r>
      <w:r>
        <w:br/>
      </w:r>
      <w:r>
        <w:rPr>
          <w:sz w:val="20"/>
        </w:rPr>
        <w:t>16:32  . jannat mein woh sab hoga jis ko tumhara nafs chahe.</w:t>
      </w:r>
      <w:r>
        <w:br/>
      </w:r>
      <w:r>
        <w:rPr>
          <w:sz w:val="20"/>
        </w:rPr>
        <w:t>16:40  to mein samajhta hoon ke yahan nafs se murad aql hai. aur chahne se murad kya hai? yahan yeh cheez understood hai.</w:t>
      </w:r>
      <w:r>
        <w:br/>
      </w:r>
      <w:r>
        <w:rPr>
          <w:sz w:val="20"/>
        </w:rPr>
        <w:t>16:48  yani yeh nahi hai ke jannat mein puhanch kar chahenge aap. jannat mein puhanch kar chahna murad nahi hai asal mein. is ka matlab yeh hai ke jo cheez tum ne dunya mein chahi thi, magar tum ko wahan mili nahi, woh sab jannat mein maujood hai.</w:t>
      </w:r>
      <w:r>
        <w:br/>
      </w:r>
      <w:r>
        <w:rPr>
          <w:sz w:val="20"/>
        </w:rPr>
        <w:t>17:09  yeh matlab hai is ka.</w:t>
      </w:r>
    </w:p>
    <w:p>
      <w:pPr>
        <w:pStyle w:val="Heading2"/>
      </w:pPr>
      <w:r>
        <w:t>early Muslims' spirit crossing the unknown Atlantic</w:t>
      </w:r>
    </w:p>
    <w:p>
      <w:r>
        <w:rPr>
          <w:color w:val="666666"/>
          <w:sz w:val="18"/>
        </w:rPr>
        <w:t>Conveying The Message of God August 2, 2009 · 52s · at 31:42 · https://youtu.be/Vas9vU2IepI?t=1902</w:t>
      </w:r>
    </w:p>
    <w:p>
      <w:r>
        <w:rPr>
          <w:i/>
        </w:rPr>
        <w:t>“If I knew people lived beyond this sea...”</w:t>
      </w:r>
    </w:p>
    <w:p>
      <w:r>
        <w:rPr>
          <w:sz w:val="20"/>
        </w:rPr>
        <w:t>31:42  atlantic ke kinare, ab samandar bahut hi bada samandar hai, atlantic.</w:t>
      </w:r>
      <w:r>
        <w:br/>
      </w:r>
      <w:r>
        <w:rPr>
          <w:sz w:val="20"/>
        </w:rPr>
        <w:t>31:47  to unko pata nahin tha ke atlantic idhar kya hai. aaj hum jante hain ke idhar africa hai, idhar america hai, beech mein atlantic hai. atlantic ocean ke kinare khare ho kar unhon ne kaha tha ke agar main janta ke is samandar ke us paar bhi kuch log hain to main apna ghoda samandar mein daal deta.</w:t>
      </w:r>
      <w:r>
        <w:br/>
      </w:r>
      <w:r>
        <w:rPr>
          <w:sz w:val="20"/>
        </w:rPr>
        <w:t>32:09  matlab unke spirit ko dekhiye, spirit ko .</w:t>
      </w:r>
      <w:r>
        <w:br/>
      </w:r>
      <w:r>
        <w:rPr>
          <w:sz w:val="20"/>
        </w:rPr>
        <w:t>32:12  yeh nahin matlab hai ke samandar ko koi aadmi ghode se yani paar kar sakta hai. atlantic ko samandar, atlantic ocean ko aap ghode se paar nahin kar sakte kyunke unki spirit is mein hai. spirit to unhein yeh nahin pata tha ke atlantic idhar bhi insaan rehte hain.</w:t>
      </w:r>
    </w:p>
    <w:p>
      <w:pPr>
        <w:pStyle w:val="Heading2"/>
      </w:pPr>
      <w:r>
        <w:t>Land war leads to loss, not gain</w:t>
      </w:r>
    </w:p>
    <w:p>
      <w:r>
        <w:rPr>
          <w:color w:val="666666"/>
          <w:sz w:val="18"/>
        </w:rPr>
        <w:t>Q&amp;A 09 Nov 2008 - Maulana Wahiduddin Khan · 45s · at 1:10 · https://youtu.be/iA8ELjlgPLU?t=70</w:t>
      </w:r>
    </w:p>
    <w:p>
      <w:r>
        <w:rPr>
          <w:i/>
        </w:rPr>
        <w:t>“Har ladaai kisi end ke liye hoti hai.”</w:t>
      </w:r>
    </w:p>
    <w:p>
      <w:r>
        <w:rPr>
          <w:sz w:val="20"/>
        </w:rPr>
        <w:t>1:10  Is liye ke land ke liye aap ladh rahe hain to land milna chahiye na? Har ladhai kisi end ke liye, kisi result ke liye hoti hai.</w:t>
      </w:r>
      <w:r>
        <w:br/>
      </w:r>
      <w:r>
        <w:rPr>
          <w:sz w:val="20"/>
        </w:rPr>
        <w:t>1:20  Jab shuru kiya tha ladhai unhon ne 1948 mein to Palestine ka more than 50 percent ke paas tha.</w:t>
      </w:r>
      <w:r>
        <w:br/>
      </w:r>
      <w:r>
        <w:rPr>
          <w:sz w:val="20"/>
        </w:rPr>
        <w:t>1:29  Aaj kuch bhi nahi, sab chhin gaya. To land ki ladhai ladh rahe hain aur land chhinwa rahe hain? Yeh ladhai hai yeh?</w:t>
      </w:r>
      <w:r>
        <w:br/>
      </w:r>
      <w:r>
        <w:rPr>
          <w:sz w:val="20"/>
        </w:rPr>
        <w:t>1:38  To yeh to sar ta pa ek ek stepped kaam hai. To kuch bhi nahi hai, nothing hai, nothing hai.</w:t>
      </w:r>
      <w:r>
        <w:br/>
      </w:r>
      <w:r>
        <w:rPr>
          <w:sz w:val="20"/>
        </w:rPr>
        <w:t>1:46  Na political hai na religious hai. Yeh stepped war hai yeh. Aap sochiye, koi bhi kaam, bas business aap karein to kis liye?</w:t>
      </w:r>
    </w:p>
    <w:p>
      <w:pPr>
        <w:pStyle w:val="Heading2"/>
      </w:pPr>
      <w:r>
        <w:t>Quran is a reminder, choice of path is yours</w:t>
      </w:r>
    </w:p>
    <w:p>
      <w:r>
        <w:rPr>
          <w:color w:val="666666"/>
          <w:sz w:val="18"/>
        </w:rPr>
        <w:t>Reflections on Surah Al-Muzzammil May 19, 2024 · 49s · at 42:23 · https://youtu.be/4pduG4qDeDM?t=2543</w:t>
      </w:r>
    </w:p>
    <w:p>
      <w:r>
        <w:rPr>
          <w:i/>
        </w:rPr>
        <w:t>“The Quran is a reminder — whoever wills, let him choose”</w:t>
      </w:r>
    </w:p>
    <w:p>
      <w:r>
        <w:rPr>
          <w:sz w:val="20"/>
        </w:rPr>
        <w:t>42:23  In a tadzkirah.</w:t>
      </w:r>
      <w:r>
        <w:br/>
      </w:r>
      <w:r>
        <w:rPr>
          <w:sz w:val="20"/>
        </w:rPr>
        <w:t>42:29  This verse is surely a reminder. The Quran is a reminder and admonishment, a warning, a sign for those who follow the right path. Let them choose the right path that leads to His Lord.</w:t>
      </w:r>
      <w:r>
        <w:br/>
      </w:r>
      <w:r>
        <w:rPr>
          <w:sz w:val="20"/>
        </w:rPr>
        <w:t>42:45  In a tadzkirah. The Quran is a reminder, is a guide, is admonition. Whoever wishes, chooses a path to His Lord.</w:t>
      </w:r>
      <w:r>
        <w:br/>
      </w:r>
      <w:r>
        <w:rPr>
          <w:sz w:val="20"/>
        </w:rPr>
        <w:t>42:56  So the choice is yours</w:t>
      </w:r>
      <w:r>
        <w:br/>
      </w:r>
      <w:r>
        <w:rPr>
          <w:sz w:val="20"/>
        </w:rPr>
        <w:t>42:58  yours. There is no compulsion. Whoever understands it and he wants to choose the right path, it is his choice and his call.</w:t>
      </w:r>
    </w:p>
    <w:p>
      <w:pPr>
        <w:pStyle w:val="Heading2"/>
      </w:pPr>
      <w:r>
        <w:t>Take it easy to maintain da'wah spirit</w:t>
      </w:r>
    </w:p>
    <w:p>
      <w:r>
        <w:rPr>
          <w:color w:val="666666"/>
          <w:sz w:val="18"/>
        </w:rPr>
        <w:t>Method of The Quran July 20, 2014 · 25s · at 36:05 · https://youtu.be/kDfC-fjxYmE?t=2165</w:t>
      </w:r>
    </w:p>
    <w:p>
      <w:r>
        <w:rPr>
          <w:i/>
        </w:rPr>
        <w:t>“Take it easy ka muamala karo”</w:t>
      </w:r>
    </w:p>
    <w:p>
      <w:r>
        <w:rPr>
          <w:sz w:val="20"/>
        </w:rPr>
        <w:t>36:05  zulm bhi kiya jayega, yeh sab hoga. lekin is ka is ka charcha hi mat karo. is ko jis ko kehte hain angrezi mein ke Take it easy.</w:t>
      </w:r>
      <w:r>
        <w:br/>
      </w:r>
      <w:r>
        <w:rPr>
          <w:sz w:val="20"/>
        </w:rPr>
        <w:t>36:17  Take it easy ka maamla karo. to kya hoga? aap ki jo spirit, kyunke asal mission to yeh hai ke aap dawat dein duniya ko, Allah ka paigham pahunchayein.</w:t>
      </w:r>
    </w:p>
    <w:p>
      <w:pPr>
        <w:pStyle w:val="Heading2"/>
      </w:pPr>
      <w:r>
        <w:t>Fiqh replaced Quran mistake</w:t>
      </w:r>
    </w:p>
    <w:p>
      <w:r>
        <w:rPr>
          <w:color w:val="666666"/>
          <w:sz w:val="18"/>
        </w:rPr>
        <w:t>Revival of Islam July 21, 2008 · 46s · at 11:13 · https://youtu.be/Rr4sGbJUbQw?t=673</w:t>
      </w:r>
    </w:p>
    <w:p>
      <w:r>
        <w:rPr>
          <w:i/>
        </w:rPr>
        <w:t>“Now if anyone wants to understand religion they read fiqh”</w:t>
      </w:r>
    </w:p>
    <w:p>
      <w:r>
        <w:rPr>
          <w:sz w:val="20"/>
        </w:rPr>
        <w:t>11:13  kar liya ab ab kisi ko kuch samajhna hai deen kya hai islam kya hai to fiqah parhe</w:t>
      </w:r>
      <w:r>
        <w:br/>
      </w:r>
      <w:r>
        <w:rPr>
          <w:sz w:val="20"/>
        </w:rPr>
        <w:t>11:22  yeh aik bohat bari bhool thi</w:t>
      </w:r>
      <w:r>
        <w:br/>
      </w:r>
      <w:r>
        <w:rPr>
          <w:sz w:val="20"/>
        </w:rPr>
        <w:t>11:25  is ka nateeja kya hua</w:t>
      </w:r>
      <w:r>
        <w:br/>
      </w:r>
      <w:r>
        <w:rPr>
          <w:sz w:val="20"/>
        </w:rPr>
        <w:t>11:28  ke logon ne quran ko bana diya kitab tilawat</w:t>
      </w:r>
      <w:r>
        <w:br/>
      </w:r>
      <w:r>
        <w:rPr>
          <w:sz w:val="20"/>
        </w:rPr>
        <w:t>11:32  یعنی بک آف ریسائٹیشن ریسائٹ کر لو ثواب ملتا رہے گا بس</w:t>
      </w:r>
      <w:r>
        <w:br/>
      </w:r>
      <w:r>
        <w:rPr>
          <w:sz w:val="20"/>
        </w:rPr>
        <w:t>11:39  to baat ko jo yeh riwaj parha ke log bila samjhe boojhe quran ki tilawat karne lage</w:t>
      </w:r>
      <w:r>
        <w:br/>
      </w:r>
      <w:r>
        <w:rPr>
          <w:sz w:val="20"/>
        </w:rPr>
        <w:t>11:47  that was a deviation</w:t>
      </w:r>
      <w:r>
        <w:br/>
      </w:r>
      <w:r>
        <w:rPr>
          <w:sz w:val="20"/>
        </w:rPr>
        <w:t>11:49  kyunke quran jo tha woh to source tha</w:t>
      </w:r>
      <w:r>
        <w:br/>
      </w:r>
      <w:r>
        <w:rPr>
          <w:sz w:val="20"/>
        </w:rPr>
        <w:t>11:52  deen ko samajhne ka islam ko janne ka ab source ban gaya kya fiqah</w:t>
      </w:r>
    </w:p>
    <w:p>
      <w:pPr>
        <w:pStyle w:val="Heading2"/>
      </w:pPr>
      <w:r>
        <w:t>why God made a vast universe to test human intelligence</w:t>
      </w:r>
    </w:p>
    <w:p>
      <w:r>
        <w:rPr>
          <w:color w:val="666666"/>
          <w:sz w:val="18"/>
        </w:rPr>
        <w:t>Spiritual Travel Across Eastern Europe July 14, 2024 · 28s · at 32:12 · https://youtu.be/b7BMyJKPM1w?t=1932</w:t>
      </w:r>
    </w:p>
    <w:p>
      <w:r>
        <w:rPr>
          <w:i/>
        </w:rPr>
        <w:t>“If god had built a single galaxy, it would have sufficed”</w:t>
      </w:r>
    </w:p>
    <w:p>
      <w:r>
        <w:rPr>
          <w:sz w:val="20"/>
        </w:rPr>
        <w:t>32:12  unhone likha hai if god had built a single galaxy would have sufficed for human habitation, but god wanted to test human intelligence, or rather to test the human mind he created to see how far human thought and vision could soar. However, humans have confined this potential to mere rituals of prayers, worship, churches and synagogues. Thanks Doctor Sany Sneen Sahib Jaza Kalla.</w:t>
      </w:r>
      <w:r>
        <w:br/>
      </w:r>
      <w:r>
        <w:rPr>
          <w:sz w:val="20"/>
        </w:rPr>
        <w:t>32:40  Doc sahab, iske baad phir aapka, aapne jaise bataya safar hua Zagreb, which is the capital of haan, abhi to hum Sara Jivv pahunche hain. achha. to Sara Jivve ke bhi experiences main kuch share karta hoon. ji. iske baad Zagreb hoga inshallah. to yeh wahan pahunch ke hum raat ko pahunche the. to subah hamari kuch logon se mulaqat hui. ji. ek sahab mile jinka naam tha Doctor Ahmed Ali Beg Basic.</w:t>
      </w:r>
    </w:p>
    <w:p>
      <w:pPr>
        <w:pStyle w:val="Heading2"/>
      </w:pPr>
      <w:r>
        <w:t>Without positive thinking, there is no Islam</w:t>
      </w:r>
    </w:p>
    <w:p>
      <w:r>
        <w:rPr>
          <w:color w:val="666666"/>
          <w:sz w:val="18"/>
        </w:rPr>
        <w:t>The Concept of Spirituality In Islam - I January 27, 2006 Maulana Wahiduddin Khan · 42s · at 56:52 · https://youtu.be/xnI_QVVDWgk?t=3412</w:t>
      </w:r>
    </w:p>
    <w:p>
      <w:r>
        <w:rPr>
          <w:i/>
        </w:rPr>
        <w:t>“Without positive thinking, there is no Islam”</w:t>
      </w:r>
    </w:p>
    <w:p>
      <w:r>
        <w:rPr>
          <w:sz w:val="20"/>
        </w:rPr>
        <w:t>56:52  I think that positive thinking is the greatest.</w:t>
      </w:r>
      <w:r>
        <w:br/>
      </w:r>
      <w:r>
        <w:rPr>
          <w:sz w:val="20"/>
        </w:rPr>
        <w:t>56:57  positive thinking is the, is the cracks of spirituality.</w:t>
      </w:r>
      <w:r>
        <w:br/>
      </w:r>
      <w:r>
        <w:rPr>
          <w:sz w:val="20"/>
        </w:rPr>
        <w:t>57:02  and positive thinking is the greatest teaching of Islam.</w:t>
      </w:r>
      <w:r>
        <w:br/>
      </w:r>
      <w:r>
        <w:rPr>
          <w:sz w:val="20"/>
        </w:rPr>
        <w:t>57:07  without positive thinking, there is no spirituality.</w:t>
      </w:r>
      <w:r>
        <w:br/>
      </w:r>
      <w:r>
        <w:rPr>
          <w:sz w:val="20"/>
        </w:rPr>
        <w:t>57:11  without positive thinking, there is no peace.</w:t>
      </w:r>
      <w:r>
        <w:br/>
      </w:r>
      <w:r>
        <w:rPr>
          <w:sz w:val="20"/>
        </w:rPr>
        <w:t>57:15  without positive thinking, there is no religion.</w:t>
      </w:r>
      <w:r>
        <w:br/>
      </w:r>
      <w:r>
        <w:rPr>
          <w:sz w:val="20"/>
        </w:rPr>
        <w:t>57:19  without positive thinking, there is no Islam.</w:t>
      </w:r>
      <w:r>
        <w:br/>
      </w:r>
      <w:r>
        <w:rPr>
          <w:sz w:val="20"/>
        </w:rPr>
        <w:t>57:25  without positive thinking, there is no islam.</w:t>
      </w:r>
    </w:p>
    <w:p>
      <w:pPr>
        <w:pStyle w:val="Heading2"/>
      </w:pPr>
      <w:r>
        <w:t>Wait and see as worship</w:t>
      </w:r>
    </w:p>
    <w:p>
      <w:r>
        <w:rPr>
          <w:color w:val="666666"/>
          <w:sz w:val="18"/>
        </w:rPr>
        <w:t>An Introduction to Hadith | July 25, 2007 · 32s · at 46:49 · https://youtu.be/gfGuT-o5mSM?t=2809</w:t>
      </w:r>
    </w:p>
    <w:p>
      <w:r>
        <w:rPr>
          <w:i/>
        </w:rPr>
        <w:t>“In English, it is said that wait and see”</w:t>
      </w:r>
    </w:p>
    <w:p>
      <w:r>
        <w:rPr>
          <w:sz w:val="20"/>
        </w:rPr>
        <w:t>46:49  future, God will send you some special blessing, and the problem will be solved.</w:t>
      </w:r>
      <w:r>
        <w:br/>
      </w:r>
      <w:r>
        <w:rPr>
          <w:sz w:val="20"/>
        </w:rPr>
        <w:t>46:54  In English, it is said that wait and see.</w:t>
      </w:r>
      <w:r>
        <w:br/>
      </w:r>
      <w:r>
        <w:rPr>
          <w:sz w:val="20"/>
        </w:rPr>
        <w:t>47:00  Wait and see is a very beautiful saying, but here you can say that wait and see policy</w:t>
      </w:r>
      <w:r>
        <w:br/>
      </w:r>
      <w:r>
        <w:rPr>
          <w:sz w:val="20"/>
        </w:rPr>
        <w:t>47:05  is ibadah also.</w:t>
      </w:r>
      <w:r>
        <w:br/>
      </w:r>
      <w:r>
        <w:rPr>
          <w:sz w:val="20"/>
        </w:rPr>
        <w:t>47:10  It is not simply a tactic.</w:t>
      </w:r>
      <w:r>
        <w:br/>
      </w:r>
      <w:r>
        <w:rPr>
          <w:sz w:val="20"/>
        </w:rPr>
        <w:t>47:16  So, wait and see is a very beautiful principle.</w:t>
      </w:r>
    </w:p>
    <w:p>
      <w:pPr>
        <w:pStyle w:val="Heading2"/>
      </w:pPr>
      <w:r>
        <w:t>Hadith: a true believer harms no one</w:t>
      </w:r>
    </w:p>
    <w:p>
      <w:r>
        <w:rPr>
          <w:color w:val="666666"/>
          <w:sz w:val="18"/>
        </w:rPr>
        <w:t>The Concept of Spirituality In Islam - I January 27, 2006 Maulana Wahiduddin Khan · 55s · at 32:42 · https://youtu.be/xnI_QVVDWgk?t=1962</w:t>
      </w:r>
    </w:p>
    <w:p>
      <w:r>
        <w:rPr>
          <w:i/>
        </w:rPr>
        <w:t>“A Muslim is one by whose hands people are safe”</w:t>
      </w:r>
    </w:p>
    <w:p>
      <w:r>
        <w:rPr>
          <w:sz w:val="20"/>
        </w:rPr>
        <w:t>32:42  a muslim is one by whose hands and tongue people are safe.</w:t>
      </w:r>
      <w:r>
        <w:br/>
      </w:r>
      <w:r>
        <w:rPr>
          <w:sz w:val="20"/>
        </w:rPr>
        <w:t>32:52  it means that a true believer is a harmless person. a true believer is a peaceful member of society. a true believer is a tolerant person.</w:t>
      </w:r>
      <w:r>
        <w:br/>
      </w:r>
      <w:r>
        <w:rPr>
          <w:sz w:val="20"/>
        </w:rPr>
        <w:t>33:12  a true believer is a compassionate person. i can say that</w:t>
      </w:r>
      <w:r>
        <w:br/>
      </w:r>
      <w:r>
        <w:rPr>
          <w:sz w:val="20"/>
        </w:rPr>
        <w:t>33:23  islamic behavior is a two point formula. yani worshipper to god and well-wisher to all mankind. this is the crux of islam.</w:t>
      </w:r>
    </w:p>
    <w:p>
      <w:pPr>
        <w:pStyle w:val="Heading2"/>
      </w:pPr>
      <w:r>
        <w:t>Quran's wonders never end, keep discovering</w:t>
      </w:r>
    </w:p>
    <w:p>
      <w:r>
        <w:rPr>
          <w:color w:val="666666"/>
          <w:sz w:val="18"/>
        </w:rPr>
        <w:t>Discovery of The Quran August 4, 2013 · 44s · at 3:14 · https://youtu.be/B76kcz6qc_4?t=194</w:t>
      </w:r>
    </w:p>
    <w:p>
      <w:r>
        <w:rPr>
          <w:i/>
        </w:rPr>
        <w:t>“La tanqadi ajaibuhu — Quran ke ajaib kabhi khatam nahi honge”</w:t>
      </w:r>
    </w:p>
    <w:p>
      <w:r>
        <w:rPr>
          <w:sz w:val="20"/>
        </w:rPr>
        <w:t>3:14  dekhiye, hadith mein aata hai ke "la tanqadi ajaib" . quran ke ajaib kabhi khatam nahi honge. to yeh ajaib kahan hain?</w:t>
      </w:r>
      <w:r>
        <w:br/>
      </w:r>
      <w:r>
        <w:rPr>
          <w:sz w:val="20"/>
        </w:rPr>
        <w:t>3:25  quran ki pages pages mein nahi hain,</w:t>
      </w:r>
      <w:r>
        <w:br/>
      </w:r>
      <w:r>
        <w:rPr>
          <w:sz w:val="20"/>
        </w:rPr>
        <w:t>3:28  woh padhne wale ke mind mein hain. quran ke ajaib khatam nahi hone ka matlab yeh hai ke quran ka padhne wala qayamat tak quran mein nayi nayi baatein discover karta rahega.</w:t>
      </w:r>
      <w:r>
        <w:br/>
      </w:r>
      <w:r>
        <w:rPr>
          <w:sz w:val="20"/>
        </w:rPr>
        <w:t>3:45  yeh matlab hai is ka. aur agar aisa na ho, yaani aap bar bar nayi baatein discover na karen, to phir aap ke andar stagnation aa jayegi.</w:t>
      </w:r>
    </w:p>
    <w:p>
      <w:pPr>
        <w:pStyle w:val="Heading2"/>
      </w:pPr>
      <w:r>
        <w:t>Unnecessary religious debates breed hypocrisy warns Maulana</w:t>
      </w:r>
    </w:p>
    <w:p>
      <w:r>
        <w:rPr>
          <w:color w:val="666666"/>
          <w:sz w:val="18"/>
        </w:rPr>
        <w:t>The Role of Islam in Personality Development March 13, 2011 · 34s · at 1:09:48 · https://youtu.be/jQP07IZoEy0?t=4188</w:t>
      </w:r>
    </w:p>
    <w:p>
      <w:r>
        <w:rPr>
          <w:i/>
        </w:rPr>
        <w:t>“Unnecessary question hamesha hypocrisy tak pahunchata hai”</w:t>
      </w:r>
    </w:p>
    <w:p>
      <w:r>
        <w:rPr>
          <w:sz w:val="20"/>
        </w:rPr>
        <w:t>1:09:48  kyun ke practical na banein to wahan aap ko musibat uthani pare gi.</w:t>
      </w:r>
      <w:r>
        <w:br/>
      </w:r>
      <w:r>
        <w:rPr>
          <w:sz w:val="20"/>
        </w:rPr>
        <w:t>1:09:54  misal ke taur par, aap jaa kar job lene ke liye to pata ho ke boss to mard hai, to kya loot aain ge wahan se? woh resign kar dain ge wahan se? yeh hai double standard, yeh hai hypocrisy.</w:t>
      </w:r>
      <w:r>
        <w:br/>
      </w:r>
      <w:r>
        <w:rPr>
          <w:sz w:val="20"/>
        </w:rPr>
        <w:t>1:10:05  unnecessary question hamesha jante hain kahan pohanchata hai? hypocrisy tak. unnecessary question always leads to hypocrisy. is se bachiye.</w:t>
      </w:r>
      <w:r>
        <w:br/>
      </w:r>
      <w:r>
        <w:rPr>
          <w:sz w:val="20"/>
        </w:rPr>
        <w:t>1:10:16  main mashwara doon ga, aap sound thinking paida kijiye apne andar. sound thinking.</w:t>
      </w:r>
    </w:p>
    <w:p>
      <w:pPr>
        <w:pStyle w:val="Heading2"/>
      </w:pPr>
      <w:r>
        <w:t>World is for preparation not achievement</w:t>
      </w:r>
    </w:p>
    <w:p>
      <w:r>
        <w:rPr>
          <w:color w:val="666666"/>
          <w:sz w:val="18"/>
        </w:rPr>
        <w:t>Man &amp; Paradise Aug 18, 2013 - Maulana Wahiduddin Khan · 29s · at 30:00 · https://youtu.be/yKy1suwbP8o?t=1800</w:t>
      </w:r>
    </w:p>
    <w:p>
      <w:r>
        <w:rPr>
          <w:i/>
        </w:rPr>
        <w:t>“This world is a world of preparation”</w:t>
      </w:r>
    </w:p>
    <w:p>
      <w:r>
        <w:rPr>
          <w:sz w:val="20"/>
        </w:rPr>
        <w:t>30:00  yahan mujhe tayyari karna hai, yahan mujhe apni zindagi ko is tarah guzarna hai ke is ke reward ke taur par mujhe woh eternal world mil jaye.</w:t>
      </w:r>
      <w:r>
        <w:br/>
      </w:r>
      <w:r>
        <w:rPr>
          <w:sz w:val="20"/>
        </w:rPr>
        <w:t>30:13  to is dunya tayyari ki dunya hai, yeh achieve karne ki dunya nahi hai.</w:t>
      </w:r>
      <w:r>
        <w:br/>
      </w:r>
      <w:r>
        <w:rPr>
          <w:sz w:val="20"/>
        </w:rPr>
        <w:t>30:20  yani yeh world world of achievement nahi hai, yeh world yeh world of preparation hai.</w:t>
      </w:r>
    </w:p>
    <w:p>
      <w:pPr>
        <w:pStyle w:val="Heading2"/>
      </w:pPr>
      <w:r>
        <w:t>Peeling the onion to find your true nature</w:t>
      </w:r>
    </w:p>
    <w:p>
      <w:r>
        <w:rPr>
          <w:color w:val="666666"/>
          <w:sz w:val="18"/>
        </w:rPr>
        <w:t>How to Decondition One's Mind 27 December, 2009 · 51s · at 41:48 · https://youtu.be/BGMkpCzMxB0?t=2508</w:t>
      </w:r>
    </w:p>
    <w:p>
      <w:r>
        <w:rPr>
          <w:i/>
        </w:rPr>
        <w:t>“Aap apne muhasib ban jayen, introspection karein”</w:t>
      </w:r>
    </w:p>
    <w:p>
      <w:r>
        <w:rPr>
          <w:sz w:val="20"/>
        </w:rPr>
        <w:t>41:48  to purify kya hai? aap apne muhasib ban jao, introspection karo apne ko. jaise piaz hoti hai, piaz ka chhilka jo onion hota hai, us par chhilka hota hai.</w:t>
      </w:r>
      <w:r>
        <w:br/>
      </w:r>
      <w:r>
        <w:rPr>
          <w:sz w:val="20"/>
        </w:rPr>
        <w:t>42:01  apni is personality ko is chhilke ki tarah, us ko purify karen. ab aap aik piaz lijiye, aik onion, us ka us ke chhilke nikaliye.</w:t>
      </w:r>
      <w:r>
        <w:br/>
      </w:r>
      <w:r>
        <w:rPr>
          <w:sz w:val="20"/>
        </w:rPr>
        <w:t>42:11  aakhir mein aik core jo hai, woh mile ga. us ko ab chhota sa core, woh hai nature insan ka</w:t>
      </w:r>
      <w:r>
        <w:br/>
      </w:r>
      <w:r>
        <w:rPr>
          <w:sz w:val="20"/>
        </w:rPr>
        <w:t>42:16  . to nature ke upar is tarah pollution hota rehta hai. is pollution ko jab khatam karte jayen to aakhir mein nature reh jaye ga.</w:t>
      </w:r>
      <w:r>
        <w:br/>
      </w:r>
      <w:r>
        <w:rPr>
          <w:sz w:val="20"/>
        </w:rPr>
        <w:t>42:25  that is purified soul. ab isi soul ke liye jannat hai. to individual level par yeh hai, individual level par yeh hai, jis ka nuskha Quran mein yeh bataya gaya:</w:t>
      </w:r>
    </w:p>
    <w:p>
      <w:pPr>
        <w:pStyle w:val="Heading2"/>
      </w:pPr>
      <w:r>
        <w:t>Realization is continuous process</w:t>
      </w:r>
    </w:p>
    <w:p>
      <w:r>
        <w:rPr>
          <w:color w:val="666666"/>
          <w:sz w:val="18"/>
        </w:rPr>
        <w:t>From Political Empire to Opportunity Empire January 03, 2010 Maulana Wahiduddin Khan · 57s · at 3:49 · https://youtu.be/qomMKXzqdb0?t=229</w:t>
      </w:r>
    </w:p>
    <w:p>
      <w:r>
        <w:rPr>
          <w:i/>
        </w:rPr>
        <w:t>“Experience ek baar parh diya to ho gaya”</w:t>
      </w:r>
    </w:p>
    <w:p>
      <w:r>
        <w:rPr>
          <w:sz w:val="20"/>
        </w:rPr>
        <w:t>3:49  experience ek baar padh diya to ho gaya realization is a continuous process</w:t>
      </w:r>
      <w:r>
        <w:br/>
      </w:r>
      <w:r>
        <w:rPr>
          <w:sz w:val="20"/>
        </w:rPr>
        <w:t>4:01  an ending process</w:t>
      </w:r>
      <w:r>
        <w:br/>
      </w:r>
      <w:r>
        <w:rPr>
          <w:sz w:val="20"/>
        </w:rPr>
        <w:t>4:05  har waqt har experience</w:t>
      </w:r>
      <w:r>
        <w:br/>
      </w:r>
      <w:r>
        <w:rPr>
          <w:sz w:val="20"/>
        </w:rPr>
        <w:t>4:09  har baat jo aap dekhte hain jo sunte hain jo aap tajurba karte hain in sab mein</w:t>
      </w:r>
      <w:r>
        <w:br/>
      </w:r>
      <w:r>
        <w:rPr>
          <w:sz w:val="20"/>
        </w:rPr>
        <w:t>4:17  allah ki jhalak hoti hai khuda ki glory ki jhalak hoti hai</w:t>
      </w:r>
      <w:r>
        <w:br/>
      </w:r>
      <w:r>
        <w:rPr>
          <w:sz w:val="20"/>
        </w:rPr>
        <w:t>4:25  to is mein aap discover karte rahein</w:t>
      </w:r>
      <w:r>
        <w:br/>
      </w:r>
      <w:r>
        <w:rPr>
          <w:sz w:val="20"/>
        </w:rPr>
        <w:t>4:30  to realization is a</w:t>
      </w:r>
      <w:r>
        <w:br/>
      </w:r>
      <w:r>
        <w:rPr>
          <w:sz w:val="20"/>
        </w:rPr>
        <w:t>4:33  continuous process when you discover that</w:t>
      </w:r>
      <w:r>
        <w:br/>
      </w:r>
      <w:r>
        <w:rPr>
          <w:sz w:val="20"/>
        </w:rPr>
        <w:t>4:42  there are extra ordinary aspect in ordinary thing</w:t>
      </w:r>
    </w:p>
    <w:p>
      <w:pPr>
        <w:pStyle w:val="Heading2"/>
      </w:pPr>
      <w:r>
        <w:t>Double boosting sins become good deeds</w:t>
      </w:r>
    </w:p>
    <w:p>
      <w:r>
        <w:rPr>
          <w:color w:val="666666"/>
          <w:sz w:val="18"/>
        </w:rPr>
        <w:t>Quran The Book of Good Tidings 14 March, 2020 - Maulana Wahiduddin Khan · 41s · at 8:16 · https://youtu.be/w4R9waZ72gE?t=496</w:t>
      </w:r>
    </w:p>
    <w:p>
      <w:r>
        <w:rPr>
          <w:i/>
        </w:rPr>
        <w:t>“Yani iska matlab yeh hai ke double boosting”</w:t>
      </w:r>
    </w:p>
    <w:p>
      <w:r>
        <w:rPr>
          <w:sz w:val="20"/>
        </w:rPr>
        <w:t>8:16  yani is ka mani yeh hai ke double boosting. tum neki karoge to woh bhi tumhare liye jannat ka darwaza khole ga.</w:t>
      </w:r>
      <w:r>
        <w:br/>
      </w:r>
      <w:r>
        <w:rPr>
          <w:sz w:val="20"/>
        </w:rPr>
        <w:t>8:28  agar tum ne ghalti tum se ho gayi aur tum ne tauba kiya to woh bhi tumhare liye jannat ke darwaze khole ga.</w:t>
      </w:r>
      <w:r>
        <w:br/>
      </w:r>
      <w:r>
        <w:rPr>
          <w:sz w:val="20"/>
        </w:rPr>
        <w:t>8:39  double boosting yeh hai. aik boosting jannat ki, doosri boosting is baat ki ke agar tum ne tauba kiya, tauba nasooh, to woh woh bhi sab tumhari neki mein shumar ho jaye ga.</w:t>
      </w:r>
      <w:r>
        <w:br/>
      </w:r>
      <w:r>
        <w:rPr>
          <w:sz w:val="20"/>
        </w:rPr>
        <w:t>8:55  kisi ajeeb baat hai!</w:t>
      </w:r>
    </w:p>
    <w:p>
      <w:pPr>
        <w:pStyle w:val="Heading2"/>
      </w:pPr>
      <w:r>
        <w:t>Every person is a potential friend, not enemy</w:t>
      </w:r>
    </w:p>
    <w:p>
      <w:r>
        <w:rPr>
          <w:color w:val="666666"/>
          <w:sz w:val="18"/>
        </w:rPr>
        <w:t>In Conversation with Maulana Syed Iqbal Omeri and Maulana Khateeb Asrar Omeri Oct 10, 2023 · 37s · at 7:04 · https://youtu.be/kdukzcSdq6k?t=424</w:t>
      </w:r>
    </w:p>
    <w:p>
      <w:r>
        <w:rPr>
          <w:i/>
        </w:rPr>
        <w:t>“Har aadmi potential dost hai”</w:t>
      </w:r>
    </w:p>
    <w:p>
      <w:r>
        <w:rPr>
          <w:sz w:val="20"/>
        </w:rPr>
        <w:t>7:04  aan se yeh usool nahi milta hai. quran yeh kehta hai ke faiza alladhi bainaka wa bainahu adawatun ka annahu waliyun hameem yaani har aadmi potential dost hai.</w:t>
      </w:r>
      <w:r>
        <w:br/>
      </w:r>
      <w:r>
        <w:rPr>
          <w:sz w:val="20"/>
        </w:rPr>
        <w:t>7:20  toh hum kaise apni dosti sabit kar sakte hain? jiggri dost kaise ban sakte hain?</w:t>
      </w:r>
      <w:r>
        <w:br/>
      </w:r>
      <w:r>
        <w:rPr>
          <w:sz w:val="20"/>
        </w:rPr>
        <w:t>7:27  iske bare mein zyada se zyada hum ko koshish karna chahiye, na ke kisi ko dushman confirm karne mein. is tareeqe ke bohat se aise usool aap ko milenge.</w:t>
      </w:r>
    </w:p>
    <w:p>
      <w:pPr>
        <w:pStyle w:val="Heading2"/>
      </w:pPr>
      <w:r>
        <w:t>Should parents hit children to discipline them?</w:t>
      </w:r>
    </w:p>
    <w:p>
      <w:r>
        <w:rPr>
          <w:color w:val="666666"/>
          <w:sz w:val="18"/>
        </w:rPr>
        <w:t>Purpose of Human Life February 12, 2012 Maulana Wahiduddin Khan · 52s · at 1:24:32 · https://youtu.be/gRupSXuak-w?t=5072</w:t>
      </w:r>
    </w:p>
    <w:p>
      <w:r>
        <w:rPr>
          <w:i/>
        </w:rPr>
        <w:t>“Kya walidain islah ke liye apne bachon ko maar sakte hain?”</w:t>
      </w:r>
    </w:p>
    <w:p>
      <w:r>
        <w:rPr>
          <w:sz w:val="20"/>
        </w:rPr>
        <w:t>1:24:32  "aaj ka insaan apne bachon ki islaah ke liye kya tareeqa apnayen? kya walidain islaah ke liye apne bachon ko maar sakte hain?" nahi, bachon ko maarna to main bilkul hi galat samajhta hoon.</w:t>
      </w:r>
      <w:r>
        <w:br/>
      </w:r>
      <w:r>
        <w:rPr>
          <w:sz w:val="20"/>
        </w:rPr>
        <w:t>1:24:48  yeh hai counter productive. ulta nateeja niklega. hargiz nahi. lekin main manta hoon ke bachon ke sab se bare dushman unke walidain hote hain.</w:t>
      </w:r>
      <w:r>
        <w:br/>
      </w:r>
      <w:r>
        <w:rPr>
          <w:sz w:val="20"/>
        </w:rPr>
        <w:t>1:25:02  is zamane mein khaas taur par sab se bare dushman bachon ke unke walidain hain. kyun? yeh pampering karte hain. pampering.</w:t>
      </w:r>
      <w:r>
        <w:br/>
      </w:r>
      <w:r>
        <w:rPr>
          <w:sz w:val="20"/>
        </w:rPr>
        <w:t>1:25:13  saare maa baap pampering karte hain. masla kama kama kar kya karenge? easy money bachon ko denge. easy money jo hai sab se buri cheez hai.</w:t>
      </w:r>
    </w:p>
    <w:p>
      <w:pPr>
        <w:pStyle w:val="Heading2"/>
      </w:pPr>
      <w:r>
        <w:t>Freedom of expression set as absolute right at creation</w:t>
      </w:r>
    </w:p>
    <w:p>
      <w:r>
        <w:rPr>
          <w:color w:val="666666"/>
          <w:sz w:val="18"/>
        </w:rPr>
        <w:t>Freedom of Expression in Islam 30 Sept 2012 - Maulana Wahiduddin Khan · 53s · at 7:13 · https://youtu.be/WLlXSyxX8Q4?t=433</w:t>
      </w:r>
    </w:p>
    <w:p>
      <w:r>
        <w:rPr>
          <w:i/>
        </w:rPr>
        <w:t>“Insan ki paidaish ke waqt hi Allah ne yeh exemption set kiya”</w:t>
      </w:r>
    </w:p>
    <w:p>
      <w:r>
        <w:rPr>
          <w:sz w:val="20"/>
        </w:rPr>
        <w:t>7:13  is ka matlab kya hua? ke insaan ki paidaish ke waqt hi Allah taala ne yeh exemption set kiya, khud apni zaat se</w:t>
      </w:r>
      <w:r>
        <w:br/>
      </w:r>
      <w:r>
        <w:rPr>
          <w:sz w:val="20"/>
        </w:rPr>
        <w:t>7:23  ke insaan ko poori tarah freedom of exception, freedom of expression hasil rahe gi.</w:t>
      </w:r>
      <w:r>
        <w:br/>
      </w:r>
      <w:r>
        <w:rPr>
          <w:sz w:val="20"/>
        </w:rPr>
        <w:t>7:31  ikhtilaf-e-rai kahan hasil hoga? jo is se mutafiq na ho to woh is ko maar nahin sakta.</w:t>
      </w:r>
      <w:r>
        <w:br/>
      </w:r>
      <w:r>
        <w:rPr>
          <w:sz w:val="20"/>
        </w:rPr>
        <w:t>7:41  is ko haq hai ke woh aik jawabi reason pesh kare, is ko mutma'in kare, bas is se aage woh kuch nahin kar sakta.</w:t>
      </w:r>
      <w:r>
        <w:br/>
      </w:r>
      <w:r>
        <w:rPr>
          <w:sz w:val="20"/>
        </w:rPr>
        <w:t>7:55  to Islam mein yaad rakhiye, izhaar-e-khayal ki azadi absolute right hai insaan ka.</w:t>
      </w:r>
    </w:p>
    <w:p>
      <w:pPr>
        <w:pStyle w:val="Heading2"/>
      </w:pPr>
      <w:r>
        <w:t>Meaning of Allahu Akbar as equality declaration</w:t>
      </w:r>
    </w:p>
    <w:p>
      <w:r>
        <w:rPr>
          <w:color w:val="666666"/>
          <w:sz w:val="18"/>
        </w:rPr>
        <w:t>Universal Brotherhood and Islam June 7, 2007 Maulana Wahiduddin Khan · 35s · at 33:11 · https://youtu.be/kHXdf1eu6IM?t=1991</w:t>
      </w:r>
    </w:p>
    <w:p>
      <w:r>
        <w:rPr>
          <w:i/>
        </w:rPr>
        <w:t>“Allahu Akbar is repeated 250 times a day.”</w:t>
      </w:r>
    </w:p>
    <w:p>
      <w:r>
        <w:rPr>
          <w:sz w:val="20"/>
        </w:rPr>
        <w:t>33:11  So during 24 hours this word "Allahu Akbar" is repeated no less than 250 times,</w:t>
      </w:r>
      <w:r>
        <w:br/>
      </w:r>
      <w:r>
        <w:rPr>
          <w:sz w:val="20"/>
        </w:rPr>
        <w:t>33:26  250 times every day, every day. And, and what is the meaning of "Allahu Akbar"?</w:t>
      </w:r>
      <w:r>
        <w:br/>
      </w:r>
      <w:r>
        <w:rPr>
          <w:sz w:val="20"/>
        </w:rPr>
        <w:t>33:35  "Allahu Akbar" means God is great and all others are equal. No one is great other than Allah.</w:t>
      </w:r>
    </w:p>
    <w:p>
      <w:pPr>
        <w:pStyle w:val="Heading2"/>
      </w:pPr>
      <w:r>
        <w:t>Quran isn't a sword — real jihad is struggle</w:t>
      </w:r>
    </w:p>
    <w:p>
      <w:r>
        <w:rPr>
          <w:color w:val="666666"/>
          <w:sz w:val="18"/>
        </w:rPr>
        <w:t>How to Understand The Quran July 19, 2007 · 35s · at 37:00 · https://youtu.be/usxOhncIdq4?t=2220</w:t>
      </w:r>
    </w:p>
    <w:p>
      <w:r>
        <w:rPr>
          <w:i/>
        </w:rPr>
        <w:t>“Quran to koi talwar nahi hai, koi bandook nahi”</w:t>
      </w:r>
    </w:p>
    <w:p>
      <w:r>
        <w:rPr>
          <w:sz w:val="20"/>
        </w:rPr>
        <w:t>37:00  aur bara jihad. to quran, ab aap sochenge, aisa aadmi sochega ke quran to koi talwar nahi hai, koi bandook nahi hai.</w:t>
      </w:r>
      <w:r>
        <w:br/>
      </w:r>
      <w:r>
        <w:rPr>
          <w:sz w:val="20"/>
        </w:rPr>
        <w:t>37:10  to talwar nahi hai jab quran, to quran ke zariye bara jihad kaise kiya jayega? tab woh samajh mein aayega ke yahan jihad ka matlab qital hai hi nahi,</w:t>
      </w:r>
      <w:r>
        <w:br/>
      </w:r>
      <w:r>
        <w:rPr>
          <w:sz w:val="20"/>
        </w:rPr>
        <w:t>37:25  yahan jahad ka matlab hai judo jehad, yani daawa, istraggle, daawati, judo jehad.</w:t>
      </w:r>
    </w:p>
    <w:p>
      <w:pPr>
        <w:pStyle w:val="Heading2"/>
      </w:pPr>
      <w:r>
        <w:t>Definition of sportsman spirit</w:t>
      </w:r>
    </w:p>
    <w:p>
      <w:r>
        <w:rPr>
          <w:color w:val="666666"/>
          <w:sz w:val="18"/>
        </w:rPr>
        <w:t>The Team Spirit (Part 1) Nov 10, 2006 · 41s · at 23:40 · https://youtu.be/2KfMPUzsmTg?t=1420</w:t>
      </w:r>
    </w:p>
    <w:p>
      <w:r>
        <w:rPr>
          <w:i/>
        </w:rPr>
        <w:t>“Sportsman spirit: ability to appreciate art regardless of artist.”</w:t>
      </w:r>
    </w:p>
    <w:p>
      <w:r>
        <w:rPr>
          <w:sz w:val="20"/>
        </w:rPr>
        <w:t>23:40  main samajhta hoon ke ek sentence mein hum yeh keh sakte hain ke sports, sports man spirit ke bare mein ke the ability to appreciate the art,</w:t>
      </w:r>
      <w:r>
        <w:br/>
      </w:r>
      <w:r>
        <w:rPr>
          <w:sz w:val="20"/>
        </w:rPr>
        <w:t>23:56  or respective of,</w:t>
      </w:r>
      <w:r>
        <w:br/>
      </w:r>
      <w:r>
        <w:rPr>
          <w:sz w:val="20"/>
        </w:rPr>
        <w:t>24:05  or respective of who the artist is. yani artist jis ne banaya hai art, woh woh mera hai ya ghair hai?</w:t>
      </w:r>
    </w:p>
    <w:p>
      <w:pPr>
        <w:pStyle w:val="Heading2"/>
      </w:pPr>
      <w:r>
        <w:t>Cause and effect needs a Creator</w:t>
      </w:r>
    </w:p>
    <w:p>
      <w:r>
        <w:rPr>
          <w:color w:val="666666"/>
          <w:sz w:val="18"/>
        </w:rPr>
        <w:t>Q&amp;A 27 Mar 2011 Maulana Wahiduddin Khan · 37s · at 38:12 · https://youtu.be/0jTDB9X7RZo?t=2292</w:t>
      </w:r>
    </w:p>
    <w:p>
      <w:r>
        <w:rPr>
          <w:i/>
        </w:rPr>
        <w:t>“Scientist to aisa kahte nahin”</w:t>
      </w:r>
    </w:p>
    <w:p>
      <w:r>
        <w:rPr>
          <w:sz w:val="20"/>
        </w:rPr>
        <w:t>38:12  nahin, dekhiye, scientist to aisa kehte nahin. aam log kehte honge. scientist isko cause and effect nahin batate, kyunke yeh har usko paar kar chuka hai. abhi jo aa raha hai, har had ko paar kar chuka hai.</w:t>
      </w:r>
      <w:r>
        <w:br/>
      </w:r>
      <w:r>
        <w:rPr>
          <w:sz w:val="20"/>
        </w:rPr>
        <w:t>38:30  jo cheez had na paar kare, wahan to aap keh sakte hain aisa. halanki wahan bhi, yaani cause and effect jo hai, woh kafi hai. khud cause and effect kisne paida kiya?</w:t>
      </w:r>
      <w:r>
        <w:br/>
      </w:r>
      <w:r>
        <w:rPr>
          <w:sz w:val="20"/>
        </w:rPr>
        <w:t>38:41  cause and effect kisne paida kiya? wahi to koi usko paida karne wala hai.</w:t>
      </w:r>
    </w:p>
    <w:p>
      <w:pPr>
        <w:pStyle w:val="Heading2"/>
      </w:pPr>
      <w:r>
        <w:t>Quran is book of speed</w:t>
      </w:r>
    </w:p>
    <w:p>
      <w:r>
        <w:rPr>
          <w:color w:val="666666"/>
          <w:sz w:val="18"/>
        </w:rPr>
        <w:t>Revival of Islam July 21, 2008 · 28s · at 14:43 · https://youtu.be/Rr4sGbJUbQw?t=883</w:t>
      </w:r>
    </w:p>
    <w:p>
      <w:r>
        <w:rPr>
          <w:i/>
        </w:rPr>
        <w:t>“In the Quran everything is about speed”</w:t>
      </w:r>
    </w:p>
    <w:p>
      <w:r>
        <w:rPr>
          <w:sz w:val="20"/>
        </w:rPr>
        <w:t>14:43  ke yeh deen hai speed to ghayab ho jaye gi kyun ke aur quran ko aap parhein to quran mein sab speed ki baatein hain quran sara ka sara book of speed hai is mein form kuch bhi nahi</w:t>
      </w:r>
      <w:r>
        <w:br/>
      </w:r>
      <w:r>
        <w:rPr>
          <w:sz w:val="20"/>
        </w:rPr>
        <w:t>15:00  to yahi matlab hai rasool Allah ka yeh kehna ke meri qom ne quran ko to chhor diya yani speed ko chhor diya aur form ko le liya</w:t>
      </w:r>
    </w:p>
    <w:p>
      <w:pPr>
        <w:pStyle w:val="Heading2"/>
      </w:pPr>
      <w:r>
        <w:t>hadith: Quran's wonders will never cease</w:t>
      </w:r>
    </w:p>
    <w:p>
      <w:r>
        <w:rPr>
          <w:color w:val="666666"/>
          <w:sz w:val="18"/>
        </w:rPr>
        <w:t>The Journey to Discover God January 17, 2010 · 24s · at 12:39 · https://youtu.be/gXSeKu2LJaE?t=759</w:t>
      </w:r>
    </w:p>
    <w:p>
      <w:r>
        <w:rPr>
          <w:i/>
        </w:rPr>
        <w:t>“'La tanqadi ajaibuhu' — Quran ke wonders kabhi khatam nahi honge”</w:t>
      </w:r>
    </w:p>
    <w:p>
      <w:r>
        <w:rPr>
          <w:sz w:val="20"/>
        </w:rPr>
        <w:t>12:39  "La tan qazi ajaibuhu". Iska matlab kya hai? "The miracles of Quran will never cease".</w:t>
      </w:r>
      <w:r>
        <w:br/>
      </w:r>
      <w:r>
        <w:rPr>
          <w:sz w:val="20"/>
        </w:rPr>
        <w:t>12:53  Quran kay miracles bhi khatam nahin hon gay. Yani Quran mein itni ziyada baatein hain, itni ziyada baatein hain keh woh aadmi isko daryafta hi rahay ga.</w:t>
      </w:r>
    </w:p>
    <w:p>
      <w:pPr>
        <w:pStyle w:val="Heading2"/>
      </w:pPr>
      <w:r>
        <w:t>Opening hook: how to decondition your mind</w:t>
      </w:r>
    </w:p>
    <w:p>
      <w:r>
        <w:rPr>
          <w:color w:val="666666"/>
          <w:sz w:val="18"/>
        </w:rPr>
        <w:t>How to Decondition One's Mind 27 December, 2009 · 38s · at 0:28 · https://youtu.be/BGMkpCzMxB0?t=28</w:t>
      </w:r>
    </w:p>
    <w:p>
      <w:r>
        <w:rPr>
          <w:i/>
        </w:rPr>
        <w:t>“Aaj ka topic hai: how to decondition one's mind”</w:t>
      </w:r>
    </w:p>
    <w:p>
      <w:r>
        <w:rPr>
          <w:sz w:val="20"/>
        </w:rPr>
        <w:t>0:28  wa'hallil 'uqdata min lisani, yafqahu qawli. aaj ka topic hai: how to decondition one's mind.</w:t>
      </w:r>
      <w:r>
        <w:br/>
      </w:r>
      <w:r>
        <w:rPr>
          <w:sz w:val="20"/>
        </w:rPr>
        <w:t>0:40  koi aadmi apne zehan ki deconditioning kaise kare?</w:t>
      </w:r>
      <w:r>
        <w:br/>
      </w:r>
      <w:r>
        <w:rPr>
          <w:sz w:val="20"/>
        </w:rPr>
        <w:t>0:51  ye hai aaj ka topic.</w:t>
      </w:r>
      <w:r>
        <w:br/>
      </w:r>
      <w:r>
        <w:rPr>
          <w:sz w:val="20"/>
        </w:rPr>
        <w:t>0:53  main samajhta hoon ke kisi bhi shakhs ki zindagi ka sab se pehla jo kaam hai wo yahi hai: apni deconditioning karna.</w:t>
      </w:r>
    </w:p>
    <w:p>
      <w:pPr>
        <w:pStyle w:val="Heading2"/>
      </w:pPr>
      <w:r>
        <w:t>Disputes should not affect religion</w:t>
      </w:r>
    </w:p>
    <w:p>
      <w:r>
        <w:rPr>
          <w:color w:val="666666"/>
          <w:sz w:val="18"/>
        </w:rPr>
        <w:t>Story of Sahaba | January 11, 2008 · 30s · at 37:27 · https://youtu.be/CtZdUnx9tLU?t=2247</w:t>
      </w:r>
    </w:p>
    <w:p>
      <w:r>
        <w:rPr>
          <w:i/>
        </w:rPr>
        <w:t>“Koi negative baatein kahi usne”</w:t>
      </w:r>
    </w:p>
    <w:p>
      <w:r>
        <w:rPr>
          <w:sz w:val="20"/>
        </w:rPr>
        <w:t>37:27  koi negative baatein kahein us ne, jis se ke unhein khalid se nafrat ho jaye, khalid ke bare</w:t>
      </w:r>
      <w:r>
        <w:br/>
      </w:r>
      <w:r>
        <w:rPr>
          <w:sz w:val="20"/>
        </w:rPr>
        <w:t>37:32  mein un ki rai buri ho jaye.</w:t>
      </w:r>
      <w:r>
        <w:br/>
      </w:r>
      <w:r>
        <w:rPr>
          <w:sz w:val="20"/>
        </w:rPr>
        <w:t>37:38  is waqt dekhiye ke unhon ne kya kaha.</w:t>
      </w:r>
      <w:r>
        <w:br/>
      </w:r>
      <w:r>
        <w:rPr>
          <w:sz w:val="20"/>
        </w:rPr>
        <w:t>37:43  yeh hai sahabi ka andaaz.</w:t>
      </w:r>
      <w:r>
        <w:br/>
      </w:r>
      <w:r>
        <w:rPr>
          <w:sz w:val="20"/>
        </w:rPr>
        <w:t>37:48  unhon ne kaha ke ma fain ma bainana lam yabin deenana.</w:t>
      </w:r>
      <w:r>
        <w:br/>
      </w:r>
      <w:r>
        <w:rPr>
          <w:sz w:val="20"/>
        </w:rPr>
        <w:t>37:53  kaha ke door ho, hamare aur khalid ke beech mein jo</w:t>
      </w:r>
    </w:p>
    <w:p>
      <w:pPr>
        <w:pStyle w:val="Heading2"/>
      </w:pPr>
      <w:r>
        <w:t>Punishment doesn't solve problems</w:t>
      </w:r>
    </w:p>
    <w:p>
      <w:r>
        <w:rPr>
          <w:color w:val="666666"/>
          <w:sz w:val="18"/>
        </w:rPr>
        <w:t>Hadith Word of Wisdom August 31, 2014 · 10m 09s · at 55:57 · https://youtu.be/fv4eRJRe8dk?t=3357</w:t>
      </w:r>
    </w:p>
    <w:p>
      <w:r>
        <w:rPr>
          <w:i/>
        </w:rPr>
        <w:t>“Punishment does not solve this problem”</w:t>
      </w:r>
    </w:p>
    <w:p>
      <w:r>
        <w:rPr>
          <w:sz w:val="20"/>
        </w:rPr>
        <w:t>55:57  " pooch rahe hain punishment kya hai? samjhaiye, punishment se yeh masla hal nahi hota, badhta hai.</w:t>
      </w:r>
      <w:r>
        <w:br/>
      </w:r>
      <w:r>
        <w:rPr>
          <w:sz w:val="20"/>
        </w:rPr>
        <w:t>56:02  Dekhein, punishment jo hai, woh sirf authority ka kaam hai.</w:t>
      </w:r>
      <w:r>
        <w:br/>
      </w:r>
      <w:r>
        <w:rPr>
          <w:sz w:val="20"/>
        </w:rPr>
        <w:t>56:08  Aap ke paas koi authority nahi hai, jaise gharon mein jhagde hote hain, gharon mein aap kisi ko</w:t>
      </w:r>
      <w:r>
        <w:br/>
      </w:r>
      <w:r>
        <w:rPr>
          <w:sz w:val="20"/>
        </w:rPr>
        <w:t>56:13  punish nahin kar sakte kyunke aap par authority nahin hai.</w:t>
      </w:r>
      <w:r>
        <w:br/>
      </w:r>
      <w:r>
        <w:rPr>
          <w:sz w:val="20"/>
        </w:rPr>
        <w:t>56:19  to agar aisa kahin hai to aap ko samjhaiye, aur is mein main samajhta hoon ke fifty-fifty ka mamla hai.</w:t>
      </w:r>
      <w:r>
        <w:br/>
      </w:r>
      <w:r>
        <w:rPr>
          <w:sz w:val="20"/>
        </w:rPr>
        <w:t>56:24  aisa nahin ke ek tarafah kisi ko, dono kuch na kuch be samjhi ka kaam karte hain, is</w:t>
      </w:r>
      <w:r>
        <w:br/>
      </w:r>
      <w:r>
        <w:rPr>
          <w:sz w:val="20"/>
        </w:rPr>
        <w:t>56:30  se baat flare up ho jati hai.</w:t>
      </w:r>
      <w:r>
        <w:br/>
      </w:r>
      <w:r>
        <w:rPr>
          <w:sz w:val="20"/>
        </w:rPr>
        <w:t>56:36  main is ko nahin manta ke yeh unilateral mamla hai, bilateral mamla hai.</w:t>
      </w:r>
      <w:r>
        <w:br/>
      </w:r>
      <w:r>
        <w:rPr>
          <w:sz w:val="20"/>
        </w:rPr>
        <w:t>56:41  to dono ko samjhana parega.</w:t>
      </w:r>
      <w:r>
        <w:br/>
      </w:r>
      <w:r>
        <w:rPr>
          <w:sz w:val="20"/>
        </w:rPr>
        <w:t>56:47  main ne jo tajurba zindagi ka woh yeh hai ke reporting hamesha log one-sided karte hain.</w:t>
      </w:r>
      <w:r>
        <w:br/>
      </w:r>
      <w:r>
        <w:rPr>
          <w:sz w:val="20"/>
        </w:rPr>
        <w:t>56:52  har aadmi one-sided reporting karta hai, yaani ek ki baat batayega, ek doosri ki baat nahin batayega.</w:t>
      </w:r>
      <w:r>
        <w:br/>
      </w:r>
      <w:r>
        <w:rPr>
          <w:sz w:val="20"/>
        </w:rPr>
        <w:t>56:58  bas yeh aam, itna zyada aam hai ke is mein koi exception nahin hai.</w:t>
      </w:r>
      <w:r>
        <w:br/>
      </w:r>
      <w:r>
        <w:rPr>
          <w:sz w:val="20"/>
        </w:rPr>
        <w:t>57:04  mujhe de walon ko one-sided reporting to aap ko bhi main kahunga, aap is se bachen ke</w:t>
      </w:r>
      <w:r>
        <w:br/>
      </w:r>
      <w:r>
        <w:rPr>
          <w:sz w:val="20"/>
        </w:rPr>
        <w:t>57:09  aap kisi ek ko blame dein aur doosre ko kahin ke woh bilkul be khata hai.</w:t>
      </w:r>
      <w:r>
        <w:br/>
      </w:r>
      <w:r>
        <w:rPr>
          <w:sz w:val="20"/>
        </w:rPr>
        <w:t>57:15  is ko, is ko deep mein jayen, deep mein.</w:t>
      </w:r>
      <w:r>
        <w:br/>
      </w:r>
      <w:r>
        <w:rPr>
          <w:sz w:val="20"/>
        </w:rPr>
        <w:t>57:20  jaise main ne abhi qissa bataya aap ko ke in ke leho ka ke bhai bachche meri baat</w:t>
      </w:r>
      <w:r>
        <w:br/>
      </w:r>
      <w:r>
        <w:rPr>
          <w:sz w:val="20"/>
        </w:rPr>
        <w:t>57:26  sunte nahin, to bas main kahoon aap bade bachche kharab hain.</w:t>
      </w:r>
      <w:r>
        <w:br/>
      </w:r>
      <w:r>
        <w:rPr>
          <w:sz w:val="20"/>
        </w:rPr>
        <w:t>57:31  in ki report ko sun kar main maan loon ke bachche bade kharab hain.</w:t>
      </w:r>
      <w:r>
        <w:br/>
      </w:r>
      <w:r>
        <w:rPr>
          <w:sz w:val="20"/>
        </w:rPr>
        <w:t>57:37  to main ne jab scrutiny ki to maloom hua ke yeh bachchon ke sath biwi se ladte jhagadte</w:t>
      </w:r>
      <w:r>
        <w:br/>
      </w:r>
      <w:r>
        <w:rPr>
          <w:sz w:val="20"/>
        </w:rPr>
        <w:t>57:43  hain, is se mahaul ghar ka kharab ho gaya hai.</w:t>
      </w:r>
      <w:r>
        <w:br/>
      </w:r>
      <w:r>
        <w:rPr>
          <w:sz w:val="20"/>
        </w:rPr>
        <w:t>57:48  to aap aisa kabhi mat kijiye ke one-sided reporting karen.</w:t>
      </w:r>
      <w:r>
        <w:br/>
      </w:r>
      <w:r>
        <w:rPr>
          <w:sz w:val="20"/>
        </w:rPr>
        <w:t>57:54  aap deep mein jayen, scrutiny kijiye, baat ko samjhen gehrai se, tab masla khatam hoga.</w:t>
      </w:r>
      <w:r>
        <w:br/>
      </w:r>
      <w:r>
        <w:rPr>
          <w:sz w:val="20"/>
        </w:rPr>
        <w:t>57:59  aise ek ko blame dena, doosre ko be khata batana, is se koi masla hal hone wala nahin hai.</w:t>
      </w:r>
      <w:r>
        <w:br/>
      </w:r>
      <w:r>
        <w:rPr>
          <w:sz w:val="20"/>
        </w:rPr>
        <w:t>58:05  maulana, agla sawal syed ayub shah sahib ka hai, jo hyderabad se unhon ne sawal kiya hai, aur</w:t>
      </w:r>
      <w:r>
        <w:br/>
      </w:r>
      <w:r>
        <w:rPr>
          <w:sz w:val="20"/>
        </w:rPr>
        <w:t>58:11  unhon ne likha hai ke "agar mard aur aurat ek hi gender hain aur dawat ke kaam mein</w:t>
      </w:r>
      <w:r>
        <w:br/>
      </w:r>
      <w:r>
        <w:rPr>
          <w:sz w:val="20"/>
        </w:rPr>
        <w:t>58:16  muawin o madadgar hain, to Allah ne auraton mein se rasool aur paighambar kyun nahin banaye?" is ko wazeh karen.</w:t>
      </w:r>
      <w:r>
        <w:br/>
      </w:r>
      <w:r>
        <w:rPr>
          <w:sz w:val="20"/>
        </w:rPr>
        <w:t>58:22  is ki koi zaroorat hi nahin ke har har is mein auraton mein hi paighambar hon.</w:t>
      </w:r>
      <w:r>
        <w:br/>
      </w:r>
      <w:r>
        <w:rPr>
          <w:sz w:val="20"/>
        </w:rPr>
        <w:t>58:27  is ki main nahin samajhta ke is ki koi zaroorat hai.</w:t>
      </w:r>
      <w:r>
        <w:br/>
      </w:r>
      <w:r>
        <w:rPr>
          <w:sz w:val="20"/>
        </w:rPr>
        <w:t>58:33  yeh to, yani har ek mard bhi, aurat bhi, dono ek doosre ke saathi banen.</w:t>
      </w:r>
      <w:r>
        <w:br/>
      </w:r>
      <w:r>
        <w:rPr>
          <w:sz w:val="20"/>
        </w:rPr>
        <w:t>58:39  asal cheez is ki hai, baat saathi banne ki hai.</w:t>
      </w:r>
      <w:r>
        <w:br/>
      </w:r>
      <w:r>
        <w:rPr>
          <w:sz w:val="20"/>
        </w:rPr>
        <w:t>58:44  is ki baat nahi hai ke is mein bhi peghambar hon.</w:t>
      </w:r>
      <w:r>
        <w:br/>
      </w:r>
      <w:r>
        <w:rPr>
          <w:sz w:val="20"/>
        </w:rPr>
        <w:t>58:50  yani agar, yani aurat bhi agar peghambar hoti to is mein koi khaas baat ho jati.</w:t>
      </w:r>
      <w:r>
        <w:br/>
      </w:r>
      <w:r>
        <w:rPr>
          <w:sz w:val="20"/>
        </w:rPr>
        <w:t>58:55  mein samajhta hoon ke khaas baat yeh nahi hai.</w:t>
      </w:r>
      <w:r>
        <w:br/>
      </w:r>
      <w:r>
        <w:rPr>
          <w:sz w:val="20"/>
        </w:rPr>
        <w:t>59:01  khaas baat yeh hai ke logon mein yeh ho ke ek doosre ka, yani woh ek doosre ko share karen.</w:t>
      </w:r>
      <w:r>
        <w:br/>
      </w:r>
      <w:r>
        <w:rPr>
          <w:sz w:val="20"/>
        </w:rPr>
        <w:t>59:06  jaise Hazrat Aisha ki misaal hai, Hazrat Aisha peghambar nahi theen, lekin Rasool Allah se un ke jo</w:t>
      </w:r>
      <w:r>
        <w:br/>
      </w:r>
      <w:r>
        <w:rPr>
          <w:sz w:val="20"/>
        </w:rPr>
        <w:t>59:12  seekha, rozana, rozana, rozana, is ke nateejay mein woh Rasool Allah ki fawataat ke baad taqreeban pachas saal</w:t>
      </w:r>
      <w:r>
        <w:br/>
      </w:r>
      <w:r>
        <w:rPr>
          <w:sz w:val="20"/>
        </w:rPr>
        <w:t>59:18  tak ummat ko, yani hikmat aur deen aur wisdom ki baaten batati raheen.</w:t>
      </w:r>
      <w:r>
        <w:br/>
      </w:r>
      <w:r>
        <w:rPr>
          <w:sz w:val="20"/>
        </w:rPr>
        <w:t>59:23  Hazrat Aisha ki jo istinbaataat hain, woh bohat aham samjhate hain.</w:t>
      </w:r>
      <w:r>
        <w:br/>
      </w:r>
      <w:r>
        <w:rPr>
          <w:sz w:val="20"/>
        </w:rPr>
        <w:t>59:29  to peghambar hona zaroori nahi hai, yani peghambar hoti hain ya na hoti hain, jo kaam unhon ne</w:t>
      </w:r>
      <w:r>
        <w:br/>
      </w:r>
      <w:r>
        <w:rPr>
          <w:sz w:val="20"/>
        </w:rPr>
        <w:t>59:34  kiya, woh is ki ahmiyat asal mein hai.</w:t>
      </w:r>
      <w:r>
        <w:br/>
      </w:r>
      <w:r>
        <w:rPr>
          <w:sz w:val="20"/>
        </w:rPr>
        <w:t>59:40  to mein samajhta hoon ke ek, yeh, yeh, yeh, woh is, is zehan ke tehat yeh sawal hai</w:t>
      </w:r>
      <w:r>
        <w:br/>
      </w:r>
      <w:r>
        <w:rPr>
          <w:sz w:val="20"/>
        </w:rPr>
        <w:t>59:46  ke gender equality hona chahiye.</w:t>
      </w:r>
      <w:r>
        <w:br/>
      </w:r>
      <w:r>
        <w:rPr>
          <w:sz w:val="20"/>
        </w:rPr>
        <w:t>59:51  jaisa mard, waisa aurat, jaisa aurat, waisa mard.</w:t>
      </w:r>
      <w:r>
        <w:br/>
      </w:r>
      <w:r>
        <w:rPr>
          <w:sz w:val="20"/>
        </w:rPr>
        <w:t>59:57  mein zaati taur par is ko koi ahmiyat nahi samajhta.</w:t>
      </w:r>
      <w:r>
        <w:br/>
      </w:r>
      <w:r>
        <w:rPr>
          <w:sz w:val="20"/>
        </w:rPr>
        <w:t>1:00:02  mein, jaise ke mein ne arz kiya ke gender equality asal nahi, but gender partnership asal hai.</w:t>
      </w:r>
      <w:r>
        <w:br/>
      </w:r>
      <w:r>
        <w:rPr>
          <w:sz w:val="20"/>
        </w:rPr>
        <w:t>1:00:08  Maulana, agla sawal lene se pehle ek comment parhna chahenge jo Dr. Safeena Tabassum ne Ajmer se bheja hai.</w:t>
      </w:r>
      <w:r>
        <w:br/>
      </w:r>
      <w:r>
        <w:rPr>
          <w:sz w:val="20"/>
        </w:rPr>
        <w:t>1:00:14  unhon ne likha hai ke "Maulana sahib, aaj ke lecture se yeh baat clear ho gayi ke zamanay</w:t>
      </w:r>
      <w:r>
        <w:br/>
      </w:r>
      <w:r>
        <w:rPr>
          <w:sz w:val="20"/>
        </w:rPr>
        <w:t>1:00:19  ki ba-khabari momin ke liye kitni zaroori hai." Maulana, agla sawal aaya hai Chennai se Maulana Iqbal Umri</w:t>
      </w:r>
      <w:r>
        <w:br/>
      </w:r>
      <w:r>
        <w:rPr>
          <w:sz w:val="20"/>
        </w:rPr>
        <w:t>1:00:25  ka, aur unhon ne likha hai ke "Maulana, ek sahib ne kaha ke Musalmanon mein ittehad sirf khilafat</w:t>
      </w:r>
      <w:r>
        <w:br/>
      </w:r>
      <w:r>
        <w:rPr>
          <w:sz w:val="20"/>
        </w:rPr>
        <w:t>1:00:30  ki barkat se hi aa sakta hai.</w:t>
      </w:r>
      <w:r>
        <w:br/>
      </w:r>
      <w:r>
        <w:rPr>
          <w:sz w:val="20"/>
        </w:rPr>
        <w:t>1:00:36  Maulana, Musalman kyun, kyun khilafat ki khush fehmi mein hain? Aur yeh bhi kehte hain ke ek na</w:t>
      </w:r>
      <w:r>
        <w:br/>
      </w:r>
      <w:r>
        <w:rPr>
          <w:sz w:val="20"/>
        </w:rPr>
        <w:t>1:00:41  ek din khilafat zaroor aaye gi." Dekhen, khilafat ka lafz jo hai, yeh ek, ek bid'ati lafz hai.</w:t>
      </w:r>
      <w:r>
        <w:br/>
      </w:r>
      <w:r>
        <w:rPr>
          <w:sz w:val="20"/>
        </w:rPr>
        <w:t>1:00:47  ab baat karta hoon mein, yeh samajh lijiye, is ko logon ne Islami samajh rakha hai na? Yeh</w:t>
      </w:r>
      <w:r>
        <w:br/>
      </w:r>
      <w:r>
        <w:rPr>
          <w:sz w:val="20"/>
        </w:rPr>
        <w:t>1:00:53  bad'ati lafz hai, mubtadiyana lafz hai.</w:t>
      </w:r>
      <w:r>
        <w:br/>
      </w:r>
      <w:r>
        <w:rPr>
          <w:sz w:val="20"/>
        </w:rPr>
        <w:t>1:00:58  dekhen, chaar hamare haan maane hue mustanad hain: Hazrat Abu Bakr, Hazrat Umar, Hazrat Usman, Hazrat Ali.</w:t>
      </w:r>
      <w:r>
        <w:br/>
      </w:r>
      <w:r>
        <w:rPr>
          <w:sz w:val="20"/>
        </w:rPr>
        <w:t>1:01:04  un ke zamane mein khaleefa ka lafz tha hi nahin, amirul momineen kaha jata tha.</w:t>
      </w:r>
      <w:r>
        <w:br/>
      </w:r>
      <w:r>
        <w:rPr>
          <w:sz w:val="20"/>
        </w:rPr>
        <w:t>1:01:09  amirul momineen, yani tareekh ke mutabiq, un chaaron mein se kisi ko khaleefa nahin kaha jata, amirul momineen kaha jata tha.</w:t>
      </w:r>
      <w:r>
        <w:br/>
      </w:r>
      <w:r>
        <w:rPr>
          <w:sz w:val="20"/>
        </w:rPr>
        <w:t>1:01:15  khilafat ka lafz nikala hai banu umiya ke zamane mein, us ko, yani unhon ne, unhon ne apne</w:t>
      </w:r>
      <w:r>
        <w:br/>
      </w:r>
      <w:r>
        <w:rPr>
          <w:sz w:val="20"/>
        </w:rPr>
        <w:t>1:01:21  ko dynasty mein tabdeel kar diya, khandANI hukumat.</w:t>
      </w:r>
      <w:r>
        <w:br/>
      </w:r>
      <w:r>
        <w:rPr>
          <w:sz w:val="20"/>
        </w:rPr>
        <w:t>1:01:26  to apni khandANI hukumat ko legitimize karne ke liye unhon ne khilafat ka lafz chala diya.</w:t>
      </w:r>
      <w:r>
        <w:br/>
      </w:r>
      <w:r>
        <w:rPr>
          <w:sz w:val="20"/>
        </w:rPr>
        <w:t>1:01:32  to khilafat to dynasty ke zamane mein, yani khandANI hukumat ke zamane mein, us ko, us ko muqaddam</w:t>
      </w:r>
      <w:r>
        <w:br/>
      </w:r>
      <w:r>
        <w:rPr>
          <w:sz w:val="20"/>
        </w:rPr>
        <w:t>1:01:37  banane ke liye istemal kiya unhon ne.</w:t>
      </w:r>
      <w:r>
        <w:br/>
      </w:r>
      <w:r>
        <w:rPr>
          <w:sz w:val="20"/>
        </w:rPr>
        <w:t>1:01:43  ab woh chal pada, warna khaleefa ka lafz koi islami lafz nahin hai.</w:t>
      </w:r>
      <w:r>
        <w:br/>
      </w:r>
      <w:r>
        <w:rPr>
          <w:sz w:val="20"/>
        </w:rPr>
        <w:t>1:01:48  agar islami lafz hota to chaaron jo shakhsiyaten hain: Hazrat Abu Bakr, Hazrat Umar, Hazrat Usman, Hazrat Ali, un</w:t>
      </w:r>
      <w:r>
        <w:br/>
      </w:r>
      <w:r>
        <w:rPr>
          <w:sz w:val="20"/>
        </w:rPr>
        <w:t>1:01:54  ke zamane mein yeh lafz istemal hota.</w:t>
      </w:r>
      <w:r>
        <w:br/>
      </w:r>
      <w:r>
        <w:rPr>
          <w:sz w:val="20"/>
        </w:rPr>
        <w:t>1:02:00  ek hadith ko log samajhte hain, woh jo hadith hai ke "alaykum bi sunnati wa sunnati al-khulafai al-rashidin", is mein khulafa</w:t>
      </w:r>
      <w:r>
        <w:br/>
      </w:r>
      <w:r>
        <w:rPr>
          <w:sz w:val="20"/>
        </w:rPr>
        <w:t>1:02:05  se murad political khulafa hargiz nahin hain.</w:t>
      </w:r>
      <w:r>
        <w:br/>
      </w:r>
      <w:r>
        <w:rPr>
          <w:sz w:val="20"/>
        </w:rPr>
        <w:t>1:02:11  yeh bhi samajh lijiye, is hadith mein khulafa se murad political khulafa nahin hain, balke mere ashaab jo</w:t>
      </w:r>
      <w:r>
        <w:br/>
      </w:r>
      <w:r>
        <w:rPr>
          <w:sz w:val="20"/>
        </w:rPr>
        <w:t>1:02:16  mere rastay par chale, woh murad hain.</w:t>
      </w:r>
      <w:r>
        <w:br/>
      </w:r>
      <w:r>
        <w:rPr>
          <w:sz w:val="20"/>
        </w:rPr>
        <w:t>1:02:22  to khilafat to mubtadiyana lafz hai mere nazdeek.</w:t>
      </w:r>
      <w:r>
        <w:br/>
      </w:r>
      <w:r>
        <w:rPr>
          <w:sz w:val="20"/>
        </w:rPr>
        <w:t>1:02:28  aur doosri baat yeh hai ke khilafat ke zamane mein hamesha ladaaiyan jari rahi hain.</w:t>
      </w:r>
      <w:r>
        <w:br/>
      </w:r>
      <w:r>
        <w:rPr>
          <w:sz w:val="20"/>
        </w:rPr>
        <w:t>1:02:33  kabhi bhi aisa nahin hua ke khilafat ke zamane mein ladaaiyan na hon.</w:t>
      </w:r>
      <w:r>
        <w:br/>
      </w:r>
      <w:r>
        <w:rPr>
          <w:sz w:val="20"/>
        </w:rPr>
        <w:t>1:02:39  poora hazar saal tak ladaaiyon se bhara hua hai, har jagah ladai.</w:t>
      </w:r>
      <w:r>
        <w:br/>
      </w:r>
      <w:r>
        <w:rPr>
          <w:sz w:val="20"/>
        </w:rPr>
        <w:t>1:02:44  to kya khilafat se ittehad aata hai? kaun si tareekh batati hai aap ko? woh kaun si tareekh</w:t>
      </w:r>
      <w:r>
        <w:br/>
      </w:r>
      <w:r>
        <w:rPr>
          <w:sz w:val="20"/>
        </w:rPr>
        <w:t>1:02:50  batati hai jis mein khilafat se ittehad aa gaya? main aap ko naam munaam karne ki zaroorat nahin</w:t>
      </w:r>
      <w:r>
        <w:br/>
      </w:r>
      <w:r>
        <w:rPr>
          <w:sz w:val="20"/>
        </w:rPr>
        <w:t>1:02:56  hai, lekin jang-e-siffin aur jang-e-jamal se le kar ke aakhir waqt tak sab ladaaiyan jari rahin.</w:t>
      </w:r>
      <w:r>
        <w:br/>
      </w:r>
      <w:r>
        <w:rPr>
          <w:sz w:val="20"/>
        </w:rPr>
        <w:t>1:03:01  aakhri zamane mein khilafat-e-turki jo hai, us se arabon se ladai jari thi yahan tak ke toot</w:t>
      </w:r>
      <w:r>
        <w:br/>
      </w:r>
      <w:r>
        <w:rPr>
          <w:sz w:val="20"/>
        </w:rPr>
        <w:t>1:03:07  gaya khilafat ka zamana.</w:t>
      </w:r>
      <w:r>
        <w:br/>
      </w:r>
      <w:r>
        <w:rPr>
          <w:sz w:val="20"/>
        </w:rPr>
        <w:t>1:03:12  mughlon ke zamane mein ladai, yaani kaun si? mujhe bataiye, kaun si khilafat hai? ispain mein aath suo</w:t>
      </w:r>
      <w:r>
        <w:br/>
      </w:r>
      <w:r>
        <w:rPr>
          <w:sz w:val="20"/>
        </w:rPr>
        <w:t>1:03:18  saal tak wahan se ladte rahe log.</w:t>
      </w:r>
      <w:r>
        <w:br/>
      </w:r>
      <w:r>
        <w:rPr>
          <w:sz w:val="20"/>
        </w:rPr>
        <w:t>1:03:23  yeh kaun si khilafat hai jis ke zamane mein log mutahid ho gaye the? dekhiye, yaad rakhiye, ittehad</w:t>
      </w:r>
      <w:r>
        <w:br/>
      </w:r>
      <w:r>
        <w:rPr>
          <w:sz w:val="20"/>
        </w:rPr>
        <w:t>1:03:29  ka talluq kisi siyasi iqtadar se nahi hai.</w:t>
      </w:r>
      <w:r>
        <w:br/>
      </w:r>
      <w:r>
        <w:rPr>
          <w:sz w:val="20"/>
        </w:rPr>
        <w:t>1:03:35  ittehad zehni halat ka naam hai.</w:t>
      </w:r>
      <w:r>
        <w:br/>
      </w:r>
      <w:r>
        <w:rPr>
          <w:sz w:val="20"/>
        </w:rPr>
        <w:t>1:03:40  aap zehni aitbar se aap zyada samajhdar hon to aap mutahid rahenge.</w:t>
      </w:r>
      <w:r>
        <w:br/>
      </w:r>
      <w:r>
        <w:rPr>
          <w:sz w:val="20"/>
        </w:rPr>
        <w:t>1:03:46  ittehad ka talluq zehni, yaani taleem se, tarbiyat se, zehni irtqa se hai.</w:t>
      </w:r>
      <w:r>
        <w:br/>
      </w:r>
      <w:r>
        <w:rPr>
          <w:sz w:val="20"/>
        </w:rPr>
        <w:t>1:03:51  party se iska koi matlab nahi.</w:t>
      </w:r>
      <w:r>
        <w:br/>
      </w:r>
      <w:r>
        <w:rPr>
          <w:sz w:val="20"/>
        </w:rPr>
        <w:t>1:03:57  yaani india mein aap dekhen ke musalman aapas mein ladte rahe.</w:t>
      </w:r>
      <w:r>
        <w:br/>
      </w:r>
      <w:r>
        <w:rPr>
          <w:sz w:val="20"/>
        </w:rPr>
        <w:t>1:04:03  mughal jo musalman the, unki ladai hoti rahi.</w:t>
      </w:r>
      <w:r>
        <w:br/>
      </w:r>
      <w:r>
        <w:rPr>
          <w:sz w:val="20"/>
        </w:rPr>
        <w:t>1:04:08  deccan ke jo salateen the, muslim salateen se mughlon ki ladai, dono musalman the.</w:t>
      </w:r>
      <w:r>
        <w:br/>
      </w:r>
      <w:r>
        <w:rPr>
          <w:sz w:val="20"/>
        </w:rPr>
        <w:t>1:04:14  kahan ittehad hai? yeh to bilkul ek khayali baat hai ke khilafat se ittehad aata hai.</w:t>
      </w:r>
      <w:r>
        <w:br/>
      </w:r>
      <w:r>
        <w:rPr>
          <w:sz w:val="20"/>
        </w:rPr>
        <w:t>1:04:19  to maine do baatein arz keen ke khilafat khud ek mubtadiana tasawwur hai.</w:t>
      </w:r>
      <w:r>
        <w:br/>
      </w:r>
      <w:r>
        <w:rPr>
          <w:sz w:val="20"/>
        </w:rPr>
        <w:t>1:04:25  bano umiya ke zamane mein jo unhone khandANI hukumat bana li thi, jis ko kehte hain dynasty,</w:t>
      </w:r>
      <w:r>
        <w:br/>
      </w:r>
      <w:r>
        <w:rPr>
          <w:sz w:val="20"/>
        </w:rPr>
        <w:t>1:04:31  to is ko legitimize karne ke liye unhone khilafat ka lafz chalaya.</w:t>
      </w:r>
      <w:r>
        <w:br/>
      </w:r>
      <w:r>
        <w:rPr>
          <w:sz w:val="20"/>
        </w:rPr>
        <w:t>1:04:36  aur doosri baat yeh hai ke koi tareekh aap nahi bata sakte jabke jo zamana tha usmani saltanat'on</w:t>
      </w:r>
      <w:r>
        <w:br/>
      </w:r>
      <w:r>
        <w:rPr>
          <w:sz w:val="20"/>
        </w:rPr>
        <w:t>1:04:42  ka, jis ko woh khilafat kehte the, ke wahan par ittehad raha ho.</w:t>
      </w:r>
      <w:r>
        <w:br/>
      </w:r>
      <w:r>
        <w:rPr>
          <w:sz w:val="20"/>
        </w:rPr>
        <w:t>1:04:47  khoob ladaiyan huin, khoob khoonrezian huin.</w:t>
      </w:r>
      <w:r>
        <w:br/>
      </w:r>
      <w:r>
        <w:rPr>
          <w:sz w:val="20"/>
        </w:rPr>
        <w:t>1:04:53  yeh to, yeh to ek farzi baat hai.</w:t>
      </w:r>
      <w:r>
        <w:br/>
      </w:r>
      <w:r>
        <w:rPr>
          <w:sz w:val="20"/>
        </w:rPr>
        <w:t>1:04:58  maulana, agla sawal lene se pehle ek comment padhna chahenge jo doha, qatar se maulana abdul basit umri</w:t>
      </w:r>
      <w:r>
        <w:br/>
      </w:r>
      <w:r>
        <w:rPr>
          <w:sz w:val="20"/>
        </w:rPr>
        <w:t>1:05:04  ne bheja hai.</w:t>
      </w:r>
      <w:r>
        <w:br/>
      </w:r>
      <w:r>
        <w:rPr>
          <w:sz w:val="20"/>
        </w:rPr>
        <w:t>1:05:10  unhone likha hai ke "maulana, aaj aap ki taqreer se mujhe is hadith ki ma'nawiyat samajh mein</w:t>
      </w:r>
      <w:r>
        <w:br/>
      </w:r>
      <w:r>
        <w:rPr>
          <w:sz w:val="20"/>
        </w:rPr>
        <w:t>1:05:15  aayi ke aurat dunya ki tamam cheezon se behtar hai aur exchange partner ke jumle ne is ko</w:t>
      </w:r>
      <w:r>
        <w:br/>
      </w:r>
      <w:r>
        <w:rPr>
          <w:sz w:val="20"/>
        </w:rPr>
        <w:t>1:05:21  aur wazeh kiya.</w:t>
      </w:r>
      <w:r>
        <w:br/>
      </w:r>
      <w:r>
        <w:rPr>
          <w:sz w:val="20"/>
        </w:rPr>
        <w:t>1:05:26  doosri baat jo aap ne batai ke musalman abhi bhi sari dunya par khilafat ki soch mein jee</w:t>
      </w:r>
      <w:r>
        <w:br/>
      </w:r>
      <w:r>
        <w:rPr>
          <w:sz w:val="20"/>
        </w:rPr>
        <w:t>1:05:32  rahe hain, halankey ab zamanah badal chuka hai.</w:t>
      </w:r>
      <w:r>
        <w:br/>
      </w:r>
      <w:r>
        <w:rPr>
          <w:sz w:val="20"/>
        </w:rPr>
        <w:t>1:05:38  ab koi doosra kisi doosrey ke mulk par hukoomat nahi kar sakta.</w:t>
      </w:r>
      <w:r>
        <w:br/>
      </w:r>
      <w:r>
        <w:rPr>
          <w:sz w:val="20"/>
        </w:rPr>
        <w:t>1:05:43  aaj sirf daawa empire qaim ho sakta hai." Maulana, agla sawal jo aaya hai woh hai nayejeria se,</w:t>
      </w:r>
      <w:r>
        <w:br/>
      </w:r>
      <w:r>
        <w:rPr>
          <w:sz w:val="20"/>
        </w:rPr>
        <w:t>1:05:49  aur yeh Ejaz Ahmed ke saathi hain jinhon ne yeh sawal kiya hai.</w:t>
      </w:r>
      <w:r>
        <w:br/>
      </w:r>
      <w:r>
        <w:rPr>
          <w:sz w:val="20"/>
        </w:rPr>
        <w:t>1:05:54  un ka sawal yeh hai ke "as Quran claims to be a book that is clear in its</w:t>
      </w:r>
      <w:r>
        <w:br/>
      </w:r>
      <w:r>
        <w:rPr>
          <w:sz w:val="20"/>
        </w:rPr>
        <w:t>1:06:00  writing, how come there is so much ambiguity that leaves people to interpret it as they please?</w:t>
      </w:r>
      <w:r>
        <w:br/>
      </w:r>
      <w:r>
        <w:rPr>
          <w:sz w:val="20"/>
        </w:rPr>
        <w:t>1:06:06  for instance, all the different variations of jihad, the concept of peace, and the Islamic state." kya is</w:t>
      </w:r>
    </w:p>
    <w:p>
      <w:pPr>
        <w:pStyle w:val="Heading2"/>
      </w:pPr>
      <w:r>
        <w:t>Furqan as the biggest secret of success in Quran</w:t>
      </w:r>
    </w:p>
    <w:p>
      <w:r>
        <w:rPr>
          <w:color w:val="666666"/>
          <w:sz w:val="18"/>
        </w:rPr>
        <w:t>The Concept of Furqan in Islam April 28, 2013 Maulana Wahiduddin Khan · 46s · at 1:36 · https://youtu.be/MQs4J9RgjGk?t=96</w:t>
      </w:r>
    </w:p>
    <w:p>
      <w:r>
        <w:rPr>
          <w:i/>
        </w:rPr>
        <w:t>“Arabi lughat mein kaha jata hai”</w:t>
      </w:r>
    </w:p>
    <w:p>
      <w:r>
        <w:rPr>
          <w:sz w:val="20"/>
        </w:rPr>
        <w:t>1:36  arabi lughat mein kaha jata hai: al fasl bayn al shain. dekhen, yeh farqan jo hai quran ke bayan ke mutabiq yeh</w:t>
      </w:r>
      <w:r>
        <w:br/>
      </w:r>
      <w:r>
        <w:rPr>
          <w:sz w:val="20"/>
        </w:rPr>
        <w:t>1:53  success ki</w:t>
      </w:r>
      <w:r>
        <w:br/>
      </w:r>
      <w:r>
        <w:rPr>
          <w:sz w:val="20"/>
        </w:rPr>
        <w:t>1:57  sab se bari, success ka sab se bara raaz hai.</w:t>
      </w:r>
      <w:r>
        <w:br/>
      </w:r>
      <w:r>
        <w:rPr>
          <w:sz w:val="20"/>
        </w:rPr>
        <w:t>2:05  yeh baat quran ki aik ayat se maloom hoti hai. quran mein surah al anfal mein ayat number 29 aap parhiye: al anfal 29.</w:t>
      </w:r>
    </w:p>
    <w:p>
      <w:pPr>
        <w:pStyle w:val="Heading2"/>
      </w:pPr>
      <w:r>
        <w:t>Metaphor: light and heat are inseparable in nature</w:t>
      </w:r>
    </w:p>
    <w:p>
      <w:r>
        <w:rPr>
          <w:color w:val="666666"/>
          <w:sz w:val="18"/>
        </w:rPr>
        <w:t>The Role of Islam in Personality Development March 13, 2011 · 21s · at 44:54 · https://youtu.be/jQP07IZoEy0?t=2694</w:t>
      </w:r>
    </w:p>
    <w:p>
      <w:r>
        <w:rPr>
          <w:i/>
        </w:rPr>
        <w:t>“Suraj mein light bhi hai, heat bhi hai”</w:t>
      </w:r>
    </w:p>
    <w:p>
      <w:r>
        <w:rPr>
          <w:sz w:val="20"/>
        </w:rPr>
        <w:t>44:54  jaise suraj mein light hai, saath saath is ke wo bhi hai, heat bhi hai. to light bhi hai aur heat bhi hai. to kya aap heat ko nikal denge? light rahegi, wo heat nahin rahegi.</w:t>
      </w:r>
      <w:r>
        <w:br/>
      </w:r>
      <w:r>
        <w:rPr>
          <w:sz w:val="20"/>
        </w:rPr>
        <w:t>45:04  aap ke bas mein hai. heat to rahegi.</w:t>
      </w:r>
      <w:r>
        <w:br/>
      </w:r>
      <w:r>
        <w:rPr>
          <w:sz w:val="20"/>
        </w:rPr>
        <w:t>45:11  to jo cheez part of nature ho, us ko aap khatam nahin kar</w:t>
      </w:r>
    </w:p>
    <w:p>
      <w:pPr>
        <w:pStyle w:val="Heading2"/>
      </w:pPr>
      <w:r>
        <w:t>Why the Quran alone is the preserved, authentic revelation</w:t>
      </w:r>
    </w:p>
    <w:p>
      <w:r>
        <w:rPr>
          <w:color w:val="666666"/>
          <w:sz w:val="18"/>
        </w:rPr>
        <w:t>Quran The Book of Guidance July 21, 2013 · 42s · at 19:08 · https://youtu.be/DGDHIAde7eU?t=1148</w:t>
      </w:r>
    </w:p>
    <w:p>
      <w:r>
        <w:rPr>
          <w:i/>
        </w:rPr>
        <w:t>“Quran ka preserved aur authentic edition sirf Quran hai”</w:t>
      </w:r>
    </w:p>
    <w:p>
      <w:r>
        <w:rPr>
          <w:sz w:val="20"/>
        </w:rPr>
        <w:t>19:08  quran is sense mein ke peghambaron ke zariye jo kalam ilahi utra bar bar, to is ka preserved edition aur authentic edition sirf quran hai.</w:t>
      </w:r>
      <w:r>
        <w:br/>
      </w:r>
      <w:r>
        <w:rPr>
          <w:sz w:val="20"/>
        </w:rPr>
        <w:t>19:21  hum yeh nahi kehte ke quran afzal kitab hai, quran koi different book hai. hum yeh nahi kehte. hum yeh mante hain ke sare peghambaron ne allah ki taraf se jo guidance di thi, jo mehfooz nahi rahi pichle zamane mein,</w:t>
      </w:r>
      <w:r>
        <w:br/>
      </w:r>
      <w:r>
        <w:rPr>
          <w:sz w:val="20"/>
        </w:rPr>
        <w:t>19:42  to aakhri zamane mein aanay wali jo kitab hai, quran, is ko allah taala ne khaas intezam kiya, is ke ihtimam kiya, is ko mehfooz kar diya.</w:t>
      </w:r>
    </w:p>
    <w:p>
      <w:pPr>
        <w:pStyle w:val="Heading2"/>
      </w:pPr>
      <w:r>
        <w:t>Scholars are not a religious source</w:t>
      </w:r>
    </w:p>
    <w:p>
      <w:r>
        <w:rPr>
          <w:color w:val="666666"/>
          <w:sz w:val="18"/>
        </w:rPr>
        <w:t>What is Ijtihad February 25, 2007 Maulana Wahiduddin Khan · 22s · at 19:45 · https://youtu.be/vPBQYpteeb0?t=1185</w:t>
      </w:r>
    </w:p>
    <w:p>
      <w:r>
        <w:rPr>
          <w:i/>
        </w:rPr>
        <w:t>“Ulama jo hain source nahi hain”</w:t>
      </w:r>
    </w:p>
    <w:p>
      <w:r>
        <w:rPr>
          <w:sz w:val="20"/>
        </w:rPr>
        <w:t>19:45  kyunki ulma jo hain source nahi hain. ulma ki hesiyat source ki nahi hai. ijma ke nazariye ne ulma ko source ki hesiyat de di. yani rasool ke maqam par bitha diya.</w:t>
      </w:r>
      <w:r>
        <w:br/>
      </w:r>
      <w:r>
        <w:rPr>
          <w:sz w:val="20"/>
        </w:rPr>
        <w:t>19:57  rasool ke maqam par bitha diya. kitni galat baat hai ye.</w:t>
      </w:r>
    </w:p>
    <w:p>
      <w:pPr>
        <w:pStyle w:val="Heading2"/>
      </w:pPr>
      <w:r>
        <w:t>Spreading peace makes you beloved among people</w:t>
      </w:r>
    </w:p>
    <w:p>
      <w:r>
        <w:rPr>
          <w:color w:val="666666"/>
          <w:sz w:val="18"/>
        </w:rPr>
        <w:t>Hadith Literature (English) March 8, 2007 Maulan Wahiduddin Khan · 52s · at 1:07:29 · https://youtu.be/UdxzmJTYqXk?t=4049</w:t>
      </w:r>
    </w:p>
    <w:p>
      <w:r>
        <w:rPr>
          <w:i/>
        </w:rPr>
        <w:t>“If you want to be loved by others, spread salam”</w:t>
      </w:r>
    </w:p>
    <w:p>
      <w:r>
        <w:rPr>
          <w:sz w:val="20"/>
        </w:rPr>
        <w:t>1:07:29  deen der is hadith: "if you want to live as a lovely person among people, if you want</w:t>
      </w:r>
      <w:r>
        <w:br/>
      </w:r>
      <w:r>
        <w:rPr>
          <w:sz w:val="20"/>
        </w:rPr>
        <w:t>1:07:46  to be loved from others, then afsh assalam. spread assalam-o-alaikum.</w:t>
      </w:r>
      <w:r>
        <w:br/>
      </w:r>
      <w:r>
        <w:rPr>
          <w:sz w:val="20"/>
        </w:rPr>
        <w:t>1:07:54  spread assalam-o-alaikum. is not simply saying assalam-o-alaikum.</w:t>
      </w:r>
      <w:r>
        <w:br/>
      </w:r>
      <w:r>
        <w:rPr>
          <w:sz w:val="20"/>
        </w:rPr>
        <w:t>1:07:59  it means that live as a peaceful person among others.</w:t>
      </w:r>
      <w:r>
        <w:br/>
      </w:r>
      <w:r>
        <w:rPr>
          <w:sz w:val="20"/>
        </w:rPr>
        <w:t>1:08:09  afsh assalam means live among person with peace, with peaceful sentiments.</w:t>
      </w:r>
    </w:p>
    <w:p>
      <w:pPr>
        <w:pStyle w:val="Heading2"/>
      </w:pPr>
      <w:r>
        <w:t>Even peaceful protest has no basis in Islam</w:t>
      </w:r>
    </w:p>
    <w:p>
      <w:r>
        <w:rPr>
          <w:color w:val="666666"/>
          <w:sz w:val="18"/>
        </w:rPr>
        <w:t>Freedom of Expression in Islam 30 Sept 2012 - Maulana Wahiduddin Khan · 44s · at 1:19:38 · https://youtu.be/WLlXSyxX8Q4?t=4778</w:t>
      </w:r>
    </w:p>
    <w:p>
      <w:r>
        <w:rPr>
          <w:i/>
        </w:rPr>
        <w:t>“Ehtijaj chahe pur-aman ho ya ghair pur-aman, Islam mein hai hi nahi”</w:t>
      </w:r>
    </w:p>
    <w:p>
      <w:r>
        <w:rPr>
          <w:sz w:val="20"/>
        </w:rPr>
        <w:t>1:19:38  chand log is ko bari baat samajhte hain." is ke baray mein bataein. ejtijah chahe amanat ho ya ghair amanat, Islam mein hai hi nahi.</w:t>
      </w:r>
      <w:r>
        <w:br/>
      </w:r>
      <w:r>
        <w:rPr>
          <w:sz w:val="20"/>
        </w:rPr>
        <w:t>1:19:47  ejtijah ka concept Islam mein hai hi nahi. amanat ho ya partashaddud, dono halaton mein woh ghair Islami hai. is ka saboot yeh hai ke Rasool Allah ke zamane mein Kaaba mein, jo ke sab se muqaddas masjid hai, goya is mein kai so ki tadad mein but rakhe hue thay.</w:t>
      </w:r>
      <w:r>
        <w:br/>
      </w:r>
      <w:r>
        <w:rPr>
          <w:sz w:val="20"/>
        </w:rPr>
        <w:t>1:20:09  but ke Rasool Allah ne kabhi protest nahi kiya, kabhi ejtijah nahi kiya.</w:t>
      </w:r>
      <w:r>
        <w:br/>
      </w:r>
      <w:r>
        <w:rPr>
          <w:sz w:val="20"/>
        </w:rPr>
        <w:t>1:20:13  koi saboot is baat ka nahi hai ke Rasool Allah ne Sahaba ko le kar ke wahan koi protest kiya ho. yeh toh bilkul Islam se koi bhi ta'alluq nahi hai.</w:t>
      </w:r>
    </w:p>
    <w:p>
      <w:pPr>
        <w:pStyle w:val="Heading2"/>
      </w:pPr>
      <w:r>
        <w:t>Recognizing truth without prejudice</w:t>
      </w:r>
    </w:p>
    <w:p>
      <w:r>
        <w:rPr>
          <w:color w:val="666666"/>
          <w:sz w:val="18"/>
        </w:rPr>
        <w:t>Story of Sahaba | January 11, 2008 · 30s · at 6:52 · https://youtu.be/CtZdUnx9tLU?t=412</w:t>
      </w:r>
    </w:p>
    <w:p>
      <w:r>
        <w:rPr>
          <w:i/>
        </w:rPr>
        <w:t>“Agar aadmi ta'assub ka shikar na ho”</w:t>
      </w:r>
    </w:p>
    <w:p>
      <w:r>
        <w:rPr>
          <w:sz w:val="20"/>
        </w:rPr>
        <w:t>6:52  bhi ta'assub ka shikar na ho, woh sachai ko sachai ka seeker ho, aur is ke samne jab</w:t>
      </w:r>
      <w:r>
        <w:br/>
      </w:r>
      <w:r>
        <w:rPr>
          <w:sz w:val="20"/>
        </w:rPr>
        <w:t>6:59  سچائی آئے گی تو اس کو ذرا بھی دیر نہیں لگے گی اس کو recognize کرنے میں۔</w:t>
      </w:r>
      <w:r>
        <w:br/>
      </w:r>
      <w:r>
        <w:rPr>
          <w:sz w:val="20"/>
        </w:rPr>
        <w:t>7:07  foran woh pehchan le ga us ko aur us ko maan le ga.</w:t>
      </w:r>
      <w:r>
        <w:br/>
      </w:r>
      <w:r>
        <w:rPr>
          <w:sz w:val="20"/>
        </w:rPr>
        <w:t>7:14  to aadmi ko chahiye ke apne aap ko</w:t>
      </w:r>
    </w:p>
    <w:p>
      <w:pPr>
        <w:pStyle w:val="Heading2"/>
      </w:pPr>
      <w:r>
        <w:t>why Jesus said love your enemy</w:t>
      </w:r>
    </w:p>
    <w:p>
      <w:r>
        <w:rPr>
          <w:color w:val="666666"/>
          <w:sz w:val="18"/>
        </w:rPr>
        <w:t>Deeper Meaning of The Quran May 17, 2015 · 1m 04s · at 10:33 · https://youtu.be/CoTUNYxSRiI?t=633</w:t>
      </w:r>
    </w:p>
    <w:p>
      <w:r>
        <w:rPr>
          <w:i/>
        </w:rPr>
        <w:t>“Love your enemy — دشمن سے بھی محبت کرو”</w:t>
      </w:r>
    </w:p>
    <w:p>
      <w:r>
        <w:rPr>
          <w:sz w:val="20"/>
        </w:rPr>
        <w:t>10:33  to wahi hoga jo Hazrat Masih ne kaha tha: "Love your enemy". dushman se bhi mohabbat karo. yani is ka matlab kya hai?</w:t>
      </w:r>
      <w:r>
        <w:br/>
      </w:r>
      <w:r>
        <w:rPr>
          <w:sz w:val="20"/>
        </w:rPr>
        <w:t>10:43  dushman koi nahi hota. is ka matlab ye ke agar koi shakhs bazahir tum ko dushman dikhai de tab bhi us se mohabbat karo.</w:t>
      </w:r>
      <w:r>
        <w:br/>
      </w:r>
      <w:r>
        <w:rPr>
          <w:sz w:val="20"/>
        </w:rPr>
        <w:t>10:53  kyun? tum ko is ko dushman dikhai parta hua hai ek choti si wajah se.</w:t>
      </w:r>
      <w:r>
        <w:br/>
      </w:r>
      <w:r>
        <w:rPr>
          <w:sz w:val="20"/>
        </w:rPr>
        <w:t>11:02  ek choti si personal wajah se. personal. ke is ne farz kiya aap ko ek kankar maar diya, ek aap ko gaali de di, aap ko dhakel diya.</w:t>
      </w:r>
      <w:r>
        <w:br/>
      </w:r>
      <w:r>
        <w:rPr>
          <w:sz w:val="20"/>
        </w:rPr>
        <w:t>11:15  aise chota sa koi kaam. lekin jo hazaron saal insan ne jo qurbaniyan di hain us ke muqable mein yeh shikayat bohat kam hai.</w:t>
      </w:r>
      <w:r>
        <w:br/>
      </w:r>
      <w:r>
        <w:rPr>
          <w:sz w:val="20"/>
        </w:rPr>
        <w:t>11:26  to is ek insan ko jis ne aap ko takleef pohanchai hai choti si us ko poori insaniyat se joriye. poori mankind ka hissa samjhiye.</w:t>
      </w:r>
    </w:p>
    <w:p>
      <w:pPr>
        <w:pStyle w:val="Heading2"/>
      </w:pPr>
      <w:r>
        <w:t>Muslims embody the Quranic warning</w:t>
      </w:r>
    </w:p>
    <w:p>
      <w:r>
        <w:rPr>
          <w:color w:val="666666"/>
          <w:sz w:val="18"/>
        </w:rPr>
        <w:t>Divine Warning 29 Oct 2013 - Maulana Wahiduddin Khan · 22s · at 1:05 · https://youtu.be/ITyLA4216tA?t=65</w:t>
      </w:r>
    </w:p>
    <w:p>
      <w:r>
        <w:rPr>
          <w:i/>
        </w:rPr>
        <w:t>“Mau'ood zamane ke musalman is ka musadaq ban chuke hain”</w:t>
      </w:r>
    </w:p>
    <w:p>
      <w:r>
        <w:rPr>
          <w:sz w:val="20"/>
        </w:rPr>
        <w:t>1:05  sirf doosri qomon ke liye nahi thi, balkeh woh khud ummat-e-muslima ke liye bhi hai. aur main samajhta hoon ke mauooda zamana jo hai, mauood zamane ke musalman theek is ka misdaq ban chuke hain.</w:t>
      </w:r>
    </w:p>
    <w:p>
      <w:pPr>
        <w:pStyle w:val="Heading2"/>
      </w:pPr>
      <w:r>
        <w:t>Quran's 1400-year-old verse: history proves man is in loss</w:t>
      </w:r>
    </w:p>
    <w:p>
      <w:r>
        <w:rPr>
          <w:color w:val="666666"/>
          <w:sz w:val="18"/>
        </w:rPr>
        <w:t>Man's Place in The Universe June 17, 2007 · 56s · at 18:01 · https://youtu.be/CND6qsCMZVU?t=1081</w:t>
      </w:r>
    </w:p>
    <w:p>
      <w:r>
        <w:rPr>
          <w:i/>
        </w:rPr>
        <w:t>“Look at the Quran, summed up in a few words”</w:t>
      </w:r>
    </w:p>
    <w:p>
      <w:r>
        <w:rPr>
          <w:sz w:val="20"/>
        </w:rPr>
        <w:t>18:01  to isi ko quran mein dekhiye. chand shabdon mein is tarah sameta gaya hai. ke wal asr innal insana lafi khusr.</w:t>
      </w:r>
      <w:r>
        <w:br/>
      </w:r>
      <w:r>
        <w:rPr>
          <w:sz w:val="20"/>
        </w:rPr>
        <w:t>18:14  history the witness that man is in loss. yeh itna sweeping remark hai, zara ghor kijiye.</w:t>
      </w:r>
      <w:r>
        <w:br/>
      </w:r>
      <w:r>
        <w:rPr>
          <w:sz w:val="20"/>
        </w:rPr>
        <w:t>18:24  yeh ayat utri thi saatvi sadi ke pehle seh mahi mein. saatvi sadi ke pehle seh mahi mein. ab se chaudah so saal pehle.</w:t>
      </w:r>
      <w:r>
        <w:br/>
      </w:r>
      <w:r>
        <w:rPr>
          <w:sz w:val="20"/>
        </w:rPr>
        <w:t>18:35  jabke na communication tha, na media tha, na science thi.</w:t>
      </w:r>
      <w:r>
        <w:br/>
      </w:r>
      <w:r>
        <w:rPr>
          <w:sz w:val="20"/>
        </w:rPr>
        <w:t>18:45  aaj jis cheez ko hum jante hain in mein se kuch bhi nahi cheez nahi thi wahan par. tab yeh sweeping remark diya gaya. ke history the witness that man is in loss.</w:t>
      </w:r>
    </w:p>
    <w:p>
      <w:pPr>
        <w:pStyle w:val="Heading2"/>
      </w:pPr>
      <w:r>
        <w:t>End of noise culture, start of spiritual culture</w:t>
      </w:r>
    </w:p>
    <w:p>
      <w:r>
        <w:rPr>
          <w:color w:val="666666"/>
          <w:sz w:val="18"/>
        </w:rPr>
        <w:t>The Message of The Quran | March 26, 2006 | Maulana Wahiduddin Khan · 30s · at 0:00 · https://youtu.be/li_qc0OGGIA?t=0</w:t>
      </w:r>
    </w:p>
    <w:p>
      <w:r>
        <w:rPr>
          <w:i/>
        </w:rPr>
        <w:t>“Yesterday's event was the end of noise culture”</w:t>
      </w:r>
    </w:p>
    <w:p>
      <w:r>
        <w:rPr>
          <w:sz w:val="20"/>
        </w:rPr>
        <w:t>0:00  kal ka jo event tha, woh "noise culture" ka end tha, aur aaj hamari jo cps hai woh "spiritual culture" ka beginning hai. jo book 1400 years se duniya mein exist kar rahi ho, woh zahir hai ke woh "unknown" nahi reh sakti. kya aisa nahi hai ke khuda ne tum ko "orphan" paya</w:t>
      </w:r>
    </w:p>
    <w:p>
      <w:pPr>
        <w:pStyle w:val="Heading2"/>
      </w:pPr>
      <w:r>
        <w:t>Judge religion by scripture not followers</w:t>
      </w:r>
    </w:p>
    <w:p>
      <w:r>
        <w:rPr>
          <w:color w:val="666666"/>
          <w:sz w:val="18"/>
        </w:rPr>
        <w:t>Discussions on the impact of Maulana Wahiduddin Khan's Thought July 1, 2020 · 47s · at 12:47 · https://youtu.be/Xzuu-nbDm4g?t=767</w:t>
      </w:r>
    </w:p>
    <w:p>
      <w:r>
        <w:rPr>
          <w:i/>
        </w:rPr>
        <w:t>“You should judge people by what text says”</w:t>
      </w:r>
    </w:p>
    <w:p>
      <w:r>
        <w:rPr>
          <w:sz w:val="20"/>
        </w:rPr>
        <w:t>12:47  So these two things are different. And he is the one who taught me or who gave me this perspective, not only limited to Islam, but from my entire life, that you should judge people</w:t>
      </w:r>
      <w:r>
        <w:br/>
      </w:r>
      <w:r>
        <w:rPr>
          <w:sz w:val="20"/>
        </w:rPr>
        <w:t>13:07  in the eyes of what text says, what has been prescribed to these people, not vice versa.</w:t>
      </w:r>
      <w:r>
        <w:br/>
      </w:r>
      <w:r>
        <w:rPr>
          <w:sz w:val="20"/>
        </w:rPr>
        <w:t>13:17  You should not be seeing Muslims and say that, "No, Islam is like this." So that was the first fundamental, I would say, clarity that I got in context to</w:t>
      </w:r>
    </w:p>
    <w:p>
      <w:pPr>
        <w:pStyle w:val="Heading2"/>
      </w:pPr>
      <w:r>
        <w:t>Rediscover original Quranic Islam</w:t>
      </w:r>
    </w:p>
    <w:p>
      <w:r>
        <w:rPr>
          <w:color w:val="666666"/>
          <w:sz w:val="18"/>
        </w:rPr>
        <w:t>Rediscovering Islam From Its Original Sources - Maulana Wahiduddin Khan · 30s · at 4:19 · https://youtu.be/KOUJnT0tl50?t=259</w:t>
      </w:r>
    </w:p>
    <w:p>
      <w:r>
        <w:rPr>
          <w:i/>
        </w:rPr>
        <w:t>“We must rediscover the Quran and Islam.”</w:t>
      </w:r>
    </w:p>
    <w:p>
      <w:r>
        <w:rPr>
          <w:sz w:val="20"/>
        </w:rPr>
        <w:t>4:19  zaroorat hai ke phir se hum quran ko rediscover karein, islam ko rediscover karein. is ke liye humein us ko minus karna padega. baad ko jo dictionary tayyar kiya gaya, us ko minus karna padega. tab hum is islam ko samajh payenge. hamare aur asal islam ke beech mein ek gap aa gaya hai. ek</w:t>
      </w:r>
    </w:p>
    <w:p>
      <w:pPr>
        <w:pStyle w:val="Heading2"/>
      </w:pPr>
      <w:r>
        <w:t>Literature's open book future</w:t>
      </w:r>
    </w:p>
    <w:p>
      <w:r>
        <w:rPr>
          <w:color w:val="666666"/>
          <w:sz w:val="18"/>
        </w:rPr>
        <w:t>In Conversation with Khaja Kaleemuddin 29 Aug 2021 · 23s · at 18:23 · https://youtu.be/oKq_ptPZOVE?t=1103</w:t>
      </w:r>
    </w:p>
    <w:p>
      <w:r>
        <w:rPr>
          <w:i/>
        </w:rPr>
        <w:t>“یہ تو بالکل کھلی کتاب ہے”</w:t>
      </w:r>
    </w:p>
    <w:p>
      <w:r>
        <w:rPr>
          <w:sz w:val="20"/>
        </w:rPr>
        <w:t>18:23  ji to aisi baat hoti rahi, aur woh aaj confirm hota ja raha hai ke aaj un ke</w:t>
      </w:r>
      <w:r>
        <w:br/>
      </w:r>
      <w:r>
        <w:rPr>
          <w:sz w:val="20"/>
        </w:rPr>
        <w:t>18:29  literature ki pazeerai itni ho rahi hai ke itne log parh rahe hain, itne log faida utha rahe hain. yeh to bilkul khuli kitab hai, aap aadmi dekh sakta hai, aur aaenda chal kar ke aur bhi ziyada hoga, inshallah.</w:t>
      </w:r>
    </w:p>
    <w:p>
      <w:pPr>
        <w:pStyle w:val="Heading2"/>
      </w:pPr>
      <w:r>
        <w:t>Muslims failed to discover applied meaning</w:t>
      </w:r>
    </w:p>
    <w:p>
      <w:r>
        <w:rPr>
          <w:color w:val="666666"/>
          <w:sz w:val="18"/>
        </w:rPr>
        <w:t>Dars-e-Quran, Chapter 2, Verses 58-59 April 01, 2018 · 27s · at 6:10 · https://youtu.be/Zylb8MRnsew?t=370</w:t>
      </w:r>
    </w:p>
    <w:p>
      <w:r>
        <w:rPr>
          <w:i/>
        </w:rPr>
        <w:t>“Ummat muslimah Quran ka applied way version daryaaft na kar saki”</w:t>
      </w:r>
    </w:p>
    <w:p>
      <w:r>
        <w:rPr>
          <w:sz w:val="20"/>
        </w:rPr>
        <w:t>6:10  asal cheez yeh hai ke ummat e muslema quran ka applied way mein version daryaft na kar saki.</w:t>
      </w:r>
      <w:r>
        <w:br/>
      </w:r>
      <w:r>
        <w:rPr>
          <w:sz w:val="20"/>
        </w:rPr>
        <w:t>6:22  bas quran ka jo text hai, us ko muqaddas samajh liya, muqaddas samajh liya, bas us ko sawab ka zariya maan liya.</w:t>
      </w:r>
    </w:p>
    <w:p>
      <w:pPr>
        <w:pStyle w:val="Heading2"/>
      </w:pPr>
      <w:r>
        <w:t>Quran is not just historical stories</w:t>
      </w:r>
    </w:p>
    <w:p>
      <w:r>
        <w:rPr>
          <w:color w:val="666666"/>
          <w:sz w:val="18"/>
        </w:rPr>
        <w:t>Dayee and Madu | March 13, 2014 · 30s · at 12:04 · https://youtu.be/6fLoZ_EV4Ks?t=724</w:t>
      </w:r>
    </w:p>
    <w:p>
      <w:r>
        <w:rPr>
          <w:i/>
        </w:rPr>
        <w:t>“Kuch logon ke liye nahi hai”</w:t>
      </w:r>
    </w:p>
    <w:p>
      <w:r>
        <w:rPr>
          <w:sz w:val="20"/>
        </w:rPr>
        <w:t>12:04  kuch logon ke liye nahi hai.</w:t>
      </w:r>
      <w:r>
        <w:br/>
      </w:r>
      <w:r>
        <w:rPr>
          <w:sz w:val="20"/>
        </w:rPr>
        <w:t>12:09  yani choda sau saal pehle kuch log the, unhon ne aisa kiya tha, un ke bare mein yeh</w:t>
      </w:r>
      <w:r>
        <w:br/>
      </w:r>
      <w:r>
        <w:rPr>
          <w:sz w:val="20"/>
        </w:rPr>
        <w:t>12:14  ayat hai, aisa nahi hai.</w:t>
      </w:r>
      <w:r>
        <w:br/>
      </w:r>
      <w:r>
        <w:rPr>
          <w:sz w:val="20"/>
        </w:rPr>
        <w:t>12:19  phir to Quran ek qissa mazi ban jayega, Quran ki authenticity khatm ho jayegi.</w:t>
      </w:r>
      <w:r>
        <w:br/>
      </w:r>
      <w:r>
        <w:rPr>
          <w:sz w:val="20"/>
        </w:rPr>
        <w:t>12:24  agar aap in ayaton ka matlab yeh samjhen ke Rasool Allah ke zamane mein kuch log the jinhon</w:t>
      </w:r>
      <w:r>
        <w:br/>
      </w:r>
      <w:r>
        <w:rPr>
          <w:sz w:val="20"/>
        </w:rPr>
        <w:t>12:29  ne is tarah ka response diya to Quran ki abadiyat ko</w:t>
      </w:r>
    </w:p>
    <w:p>
      <w:pPr>
        <w:pStyle w:val="Heading2"/>
      </w:pPr>
      <w:r>
        <w:t>Quran more powerful than atom bomb</w:t>
      </w:r>
    </w:p>
    <w:p>
      <w:r>
        <w:rPr>
          <w:color w:val="666666"/>
          <w:sz w:val="18"/>
        </w:rPr>
        <w:t>Quran A Miracle June 01, 2014 · 22s · at 40:49 · https://youtu.be/8KM3lDsj4PY?t=2449</w:t>
      </w:r>
    </w:p>
    <w:p>
      <w:r>
        <w:rPr>
          <w:i/>
        </w:rPr>
        <w:t>“Char hazaar saal ke baad yeh inqilab aaya”</w:t>
      </w:r>
    </w:p>
    <w:p>
      <w:r>
        <w:rPr>
          <w:sz w:val="20"/>
        </w:rPr>
        <w:t>40:49  char hazar saal ke baad yeh inqilab duniya mein aaya hai ke Quran jo hai wohi taqat ban jaye. Quran jo hai wohi taqat ban jaye.</w:t>
      </w:r>
      <w:r>
        <w:br/>
      </w:r>
      <w:r>
        <w:rPr>
          <w:sz w:val="20"/>
        </w:rPr>
        <w:t>40:59  na ladne ki zaroorat hai na na Gun chalane ki zaroorat hai. Quran apne aap mein ek taqat hai. Atom bomb se zyada bari taqat hai.</w:t>
      </w:r>
    </w:p>
    <w:p>
      <w:pPr>
        <w:pStyle w:val="Heading2"/>
      </w:pPr>
      <w:r>
        <w:t>Fighting culture makes divine wisdom disappear</w:t>
      </w:r>
    </w:p>
    <w:p>
      <w:r>
        <w:rPr>
          <w:color w:val="666666"/>
          <w:sz w:val="18"/>
        </w:rPr>
        <w:t>The Secret of Divine Wisdom September 2, 2012 · 37s · at 5:55 · https://youtu.be/ZXQlrW7PqAE?t=355</w:t>
      </w:r>
    </w:p>
    <w:p>
      <w:r>
        <w:rPr>
          <w:i/>
        </w:rPr>
        <w:t>“Wisdom aayi hui bhi laut jayegi agar log ladein”</w:t>
      </w:r>
    </w:p>
    <w:p>
      <w:r>
        <w:rPr>
          <w:sz w:val="20"/>
        </w:rPr>
        <w:t>5:55  ek bohat hi bada principle. woh kya hai? ke ilm ya wisdom ya hikmat aayi hui bhi loot jayegi agar aapas mein log ladein, log ladai ka culture chala dein.</w:t>
      </w:r>
      <w:r>
        <w:br/>
      </w:r>
      <w:r>
        <w:rPr>
          <w:sz w:val="20"/>
        </w:rPr>
        <w:t>6:18  yani fighting culture jo hai woh</w:t>
      </w:r>
      <w:r>
        <w:br/>
      </w:r>
      <w:r>
        <w:rPr>
          <w:sz w:val="20"/>
        </w:rPr>
        <w:t>6:23  ilm ko ya wisdom ko khatam kar deta hai.</w:t>
      </w:r>
    </w:p>
    <w:p>
      <w:pPr>
        <w:pStyle w:val="Heading2"/>
      </w:pPr>
      <w:r>
        <w:t>elderly speaker's vision of an angel calling for the team</w:t>
      </w:r>
    </w:p>
    <w:p>
      <w:r>
        <w:rPr>
          <w:color w:val="666666"/>
          <w:sz w:val="18"/>
        </w:rPr>
        <w:t>Experience Sharing of CPS Member, Jaipur Literature Festival 2013 February 3, 2013 · 48s · at 33:57 · https://youtu.be/ujlDnK5Wg3M?t=2037</w:t>
      </w:r>
    </w:p>
    <w:p>
      <w:r>
        <w:rPr>
          <w:i/>
        </w:rPr>
        <w:t>“I have grown old, waiting for the day they call: where is CPS?”</w:t>
      </w:r>
    </w:p>
    <w:p>
      <w:r>
        <w:rPr>
          <w:sz w:val="20"/>
        </w:rPr>
        <w:t>33:57  mein boorha ho gaya hoon aur us din ka intezar kar raha hoon</w:t>
      </w:r>
      <w:r>
        <w:br/>
      </w:r>
      <w:r>
        <w:rPr>
          <w:sz w:val="20"/>
        </w:rPr>
        <w:t>34:04  jab haj ke maidan mein log ikhatta hon ge,</w:t>
      </w:r>
      <w:r>
        <w:br/>
      </w:r>
      <w:r>
        <w:rPr>
          <w:sz w:val="20"/>
        </w:rPr>
        <w:t>34:10  saare log. to mujhe umeed hai ke Allah ka farishta wahan awaz de ga.</w:t>
      </w:r>
      <w:r>
        <w:br/>
      </w:r>
      <w:r>
        <w:rPr>
          <w:sz w:val="20"/>
        </w:rPr>
        <w:t>34:27  Allah ka farishta Allah ke hukum se awaz de ga ke kahan hai CPS ke log?</w:t>
      </w:r>
      <w:r>
        <w:br/>
      </w:r>
      <w:r>
        <w:rPr>
          <w:sz w:val="20"/>
        </w:rPr>
        <w:t>34:35  woh aa gaya hai.</w:t>
      </w:r>
      <w:r>
        <w:br/>
      </w:r>
      <w:r>
        <w:rPr>
          <w:sz w:val="20"/>
        </w:rPr>
        <w:t>34:39  un ke liye aisi shart gate jannat ka khol diya gaya hai.</w:t>
      </w:r>
    </w:p>
    <w:p>
      <w:pPr>
        <w:pStyle w:val="Heading2"/>
      </w:pPr>
      <w:r>
        <w:t>Claim that Islam lacks freedom of expression is baseless</w:t>
      </w:r>
    </w:p>
    <w:p>
      <w:r>
        <w:rPr>
          <w:color w:val="666666"/>
          <w:sz w:val="18"/>
        </w:rPr>
        <w:t>Freedom of Expression in Islam 30 Sept 2012 - Maulana Wahiduddin Khan · 38s · at 4:47 · https://youtu.be/WLlXSyxX8Q4?t=287</w:t>
      </w:r>
    </w:p>
    <w:p>
      <w:r>
        <w:rPr>
          <w:i/>
        </w:rPr>
        <w:t>“Maine sari umar Islam ko padha hai, InshaAllah”</w:t>
      </w:r>
    </w:p>
    <w:p>
      <w:r>
        <w:rPr>
          <w:sz w:val="20"/>
        </w:rPr>
        <w:t>4:47  dekhiye, maine saari umar islam ko parha hai</w:t>
      </w:r>
      <w:r>
        <w:br/>
      </w:r>
      <w:r>
        <w:rPr>
          <w:sz w:val="20"/>
        </w:rPr>
        <w:t>4:53  aur mein keh sakta hoon ke islam par jo woh kitabein hain jo authentic kitaab samajhati hain, un sab ko maine parha hai, inshallah.</w:t>
      </w:r>
      <w:r>
        <w:br/>
      </w:r>
      <w:r>
        <w:rPr>
          <w:sz w:val="20"/>
        </w:rPr>
        <w:t>5:05  to mein keh sakta hoon ke yeh bilkul hi baseless baat hai yeh kehna ke islam mein freedom of expression nahi hai.</w:t>
      </w:r>
      <w:r>
        <w:br/>
      </w:r>
      <w:r>
        <w:rPr>
          <w:sz w:val="20"/>
        </w:rPr>
        <w:t>5:16  islam mein freedom of expression absolute sense mein hai, absolute sense mein.</w:t>
      </w:r>
    </w:p>
    <w:p>
      <w:pPr>
        <w:pStyle w:val="Heading2"/>
      </w:pPr>
      <w:r>
        <w:t>Quranic verse: just step forward and unseen help arrives</w:t>
      </w:r>
    </w:p>
    <w:p>
      <w:r>
        <w:rPr>
          <w:color w:val="666666"/>
          <w:sz w:val="18"/>
        </w:rPr>
        <w:t>Experience Sharing of CPS Member, Jaipur Literature Festival 2013 February 3, 2013 · 1m 58s · at 31:40 · https://youtu.be/ujlDnK5Wg3M?t=1900</w:t>
      </w:r>
    </w:p>
    <w:p>
      <w:r>
        <w:rPr>
          <w:i/>
        </w:rPr>
        <w:t>“Allah said: just enter the holy land — that's all”</w:t>
      </w:r>
    </w:p>
    <w:p>
      <w:r>
        <w:rPr>
          <w:sz w:val="20"/>
        </w:rPr>
        <w:t>31:40  hazrat Musa ke zamane mein jo yehood thay, un ke baray mein hai. to Allah ne kaha tha ke tum dakhil ho jao arz e muqaddas mein.</w:t>
      </w:r>
      <w:r>
        <w:br/>
      </w:r>
      <w:r>
        <w:rPr>
          <w:sz w:val="20"/>
        </w:rPr>
        <w:t>31:53  bas dakhil ho jao.</w:t>
      </w:r>
      <w:r>
        <w:br/>
      </w:r>
      <w:r>
        <w:rPr>
          <w:sz w:val="20"/>
        </w:rPr>
        <w:t>32:00  yani tum bas, tum ko sirf wahan kharay hona hai, chal parna hai. baqi sara kaam farishtay karein ge.</w:t>
      </w:r>
      <w:r>
        <w:br/>
      </w:r>
      <w:r>
        <w:rPr>
          <w:sz w:val="20"/>
        </w:rPr>
        <w:t>32:09  yeh bohat ajeeb baat hai ke Allah ka jo kaam hai, waqeatan agar woh Allah ka kaam hai to is mein aap ko sirf kharay hona hai.</w:t>
      </w:r>
      <w:r>
        <w:br/>
      </w:r>
      <w:r>
        <w:rPr>
          <w:sz w:val="20"/>
        </w:rPr>
        <w:t>32:19  kharay hotay hi aap dekhtay hain ke kuch unseen forces hain, wahan par aap ka kaam kar rahi hain.</w:t>
      </w:r>
      <w:r>
        <w:br/>
      </w:r>
      <w:r>
        <w:rPr>
          <w:sz w:val="20"/>
        </w:rPr>
        <w:t>32:31  yeh jo Quran mein ayat hai, yehood ke reference mein, yehood se murad woh ummat e Musa ke reference hain.</w:t>
      </w:r>
      <w:r>
        <w:br/>
      </w:r>
      <w:r>
        <w:rPr>
          <w:sz w:val="20"/>
        </w:rPr>
        <w:t>32:39  to woh hum sab ke liye aik bohat bari khushkhabri hai ke Allah ke kaam mein aisi nahi hai ke aap kharay ho jain, aap wahan pohanch jain, gate aap ka aap khul jaye ga.</w:t>
      </w:r>
      <w:r>
        <w:br/>
      </w:r>
      <w:r>
        <w:rPr>
          <w:sz w:val="20"/>
        </w:rPr>
        <w:t>32:53  jis tarah aaj kal ke zamane mein aap jantay hain ke aik tareeqa hai ke jo gate se pehle jo farsh hota hai, us ke andar aisi technique hoti hai ke wahan qadam aap rakha hai to darwaza khulta chala jata hai.</w:t>
      </w:r>
      <w:r>
        <w:br/>
      </w:r>
      <w:r>
        <w:rPr>
          <w:sz w:val="20"/>
        </w:rPr>
        <w:t>33:10  wohi haal hai ke aap gate ke paas pohanchain ge ke darwaza khul jaye ga. to main sirf dua kar sakta hoon ke Allah taala mujh ko bhi aap ke is kaam mein shareek kare aur is kaam ko aagay barhaye, aagay barhaye, aagay barhaye,</w:t>
      </w:r>
    </w:p>
    <w:p>
      <w:pPr>
        <w:pStyle w:val="Heading2"/>
      </w:pPr>
      <w:r>
        <w:t>Quran as Furqan, a criterion to judge yourself by</w:t>
      </w:r>
    </w:p>
    <w:p>
      <w:r>
        <w:rPr>
          <w:color w:val="666666"/>
          <w:sz w:val="18"/>
        </w:rPr>
        <w:t>Ramadan and Roza August 5, 2012 · 50s · at 57:40 · https://youtu.be/G1oFWcZ1gBg?t=3460</w:t>
      </w:r>
    </w:p>
    <w:p>
      <w:r>
        <w:rPr>
          <w:i/>
        </w:rPr>
        <w:t>“Quran ko Furqan kaha jata hai, yaani criterion”</w:t>
      </w:r>
    </w:p>
    <w:p>
      <w:r>
        <w:rPr>
          <w:sz w:val="20"/>
        </w:rPr>
        <w:t>57:40  quran ke bare mein ek lafz aata hai furqan ke quran jo hai furqan hai to furqan ke maani hote hain criterion</w:t>
      </w:r>
      <w:r>
        <w:br/>
      </w:r>
      <w:r>
        <w:rPr>
          <w:sz w:val="20"/>
        </w:rPr>
        <w:t>57:51  criterion yani miyar yani quran ki roshni mein quran ke miyar ko le kar ke quran ki kasoti ko le kar apne aap ko jaanchana kahan kahan mere andar kami hai kahan kahan mere andar kami hai</w:t>
      </w:r>
      <w:r>
        <w:br/>
      </w:r>
      <w:r>
        <w:rPr>
          <w:sz w:val="20"/>
        </w:rPr>
        <w:t>58:10  to main samajhta hoon ke hamein re assess ko yani saal bhar hi yeh kaam karna chahiye aur ramzan mein to khaas taur par ke quran ko ba taur miyar ko samjhen aur is ki baaton ko zyada gehrai ke sath mutala karen aur apne pichhli zindagi islaah</w:t>
      </w:r>
    </w:p>
    <w:p>
      <w:pPr>
        <w:pStyle w:val="Heading2"/>
      </w:pPr>
      <w:r>
        <w:t>Dream baseless, use reason</w:t>
      </w:r>
    </w:p>
    <w:p>
      <w:r>
        <w:rPr>
          <w:color w:val="666666"/>
          <w:sz w:val="18"/>
        </w:rPr>
        <w:t>Reason and Human Life | June 25, 2008 · 31s · at 4:49 · https://youtu.be/BlKDj7xKEYA?t=289</w:t>
      </w:r>
    </w:p>
    <w:p>
      <w:r>
        <w:rPr>
          <w:i/>
        </w:rPr>
        <w:t>“Your dream is baseless, apply reason”</w:t>
      </w:r>
    </w:p>
    <w:p>
      <w:r>
        <w:rPr>
          <w:sz w:val="20"/>
        </w:rPr>
        <w:t>4:49  toh khair maine un se kaha ke aap ne jo khwab dekha hai woh khwab baseless hai.</w:t>
      </w:r>
      <w:r>
        <w:br/>
      </w:r>
      <w:r>
        <w:rPr>
          <w:sz w:val="20"/>
        </w:rPr>
        <w:t>4:55  be buniyad hai.</w:t>
      </w:r>
      <w:r>
        <w:br/>
      </w:r>
      <w:r>
        <w:rPr>
          <w:sz w:val="20"/>
        </w:rPr>
        <w:t>5:00  is ko le kar ke aap pareshan hain.</w:t>
      </w:r>
      <w:r>
        <w:br/>
      </w:r>
      <w:r>
        <w:rPr>
          <w:sz w:val="20"/>
        </w:rPr>
        <w:t>5:05  toh dekhiye unhon ne is khwab par reason ko apply nahi kiya.</w:t>
      </w:r>
      <w:r>
        <w:br/>
      </w:r>
      <w:r>
        <w:rPr>
          <w:sz w:val="20"/>
        </w:rPr>
        <w:t>5:11  is khwab par unhon ne aql ko istemal nahi kiya. socha nahi.</w:t>
      </w:r>
      <w:r>
        <w:br/>
      </w:r>
      <w:r>
        <w:rPr>
          <w:sz w:val="20"/>
        </w:rPr>
        <w:t>5:16  is wajah se pareshani pareshan hain bas.</w:t>
      </w:r>
    </w:p>
    <w:p>
      <w:pPr>
        <w:pStyle w:val="Heading2"/>
      </w:pPr>
      <w:r>
        <w:t>Reciting Quran isn't the same as studying it</w:t>
      </w:r>
    </w:p>
    <w:p>
      <w:r>
        <w:rPr>
          <w:color w:val="666666"/>
          <w:sz w:val="18"/>
        </w:rPr>
        <w:t>Fasting Training for Discipline August 16, 2009 · 33s · at 10:10 · https://youtu.be/sZw-RIqkF1c?t=610</w:t>
      </w:r>
    </w:p>
    <w:p>
      <w:r>
        <w:rPr>
          <w:i/>
        </w:rPr>
        <w:t>“Maine logon se poocha: Quran se kya paya aap ne?”</w:t>
      </w:r>
    </w:p>
    <w:p>
      <w:r>
        <w:rPr>
          <w:sz w:val="20"/>
        </w:rPr>
        <w:t>10:10  aam tor par aap dekhiye, mein ne bohat se logon ko poocha, saare Ramzan ke mahine mein Quran ki tilawat karte rehte hain,</w:t>
      </w:r>
      <w:r>
        <w:br/>
      </w:r>
      <w:r>
        <w:rPr>
          <w:sz w:val="20"/>
        </w:rPr>
        <w:t>10:17  saara raat din parhte rehte hain Quran ki tilawat. poocha mein ne un se ke kya paya aap ne Quran se? to kuch bhi nahi, kisi ke paas kuch batane ke liye nahi tha.</w:t>
      </w:r>
      <w:r>
        <w:br/>
      </w:r>
      <w:r>
        <w:rPr>
          <w:sz w:val="20"/>
        </w:rPr>
        <w:t>10:30  kyun? woh tilawat karte hain, study nahi karte.</w:t>
      </w:r>
      <w:r>
        <w:br/>
      </w:r>
      <w:r>
        <w:rPr>
          <w:sz w:val="20"/>
        </w:rPr>
        <w:t>10:38  to tilawat asal nahi hai, asal cheez study hai.</w:t>
      </w:r>
    </w:p>
    <w:p>
      <w:pPr>
        <w:pStyle w:val="Heading2"/>
      </w:pPr>
      <w:r>
        <w:t>Dawah is most important aspect of Muslim life</w:t>
      </w:r>
    </w:p>
    <w:p>
      <w:r>
        <w:rPr>
          <w:color w:val="666666"/>
          <w:sz w:val="18"/>
        </w:rPr>
        <w:t>CPS Peace Conference, Day 1, Global Quran Translation and Distribution presentation by Maria Khan · 22s · at 15:58 · https://youtu.be/3KWde6lmuJM?t=958</w:t>
      </w:r>
    </w:p>
    <w:p>
      <w:r>
        <w:rPr>
          <w:i/>
        </w:rPr>
        <w:t>“Giving dawah is one of the most important aspects”</w:t>
      </w:r>
    </w:p>
    <w:p>
      <w:r>
        <w:rPr>
          <w:sz w:val="20"/>
        </w:rPr>
        <w:t>15:58  Given dawah is one of the most important aspect of the life of a muslim. We as muslims have been privileged to be honored by God Almighty, very called as the best of all nation.</w:t>
      </w:r>
      <w:r>
        <w:br/>
      </w:r>
      <w:r>
        <w:rPr>
          <w:sz w:val="20"/>
        </w:rPr>
        <w:t>16:08  And the reason what he called is the best of all nation is because he told us that we are the people who invite to what is good and forbid what is bad, which is the getting involved in dawah.</w:t>
      </w:r>
    </w:p>
    <w:p>
      <w:pPr>
        <w:pStyle w:val="Heading2"/>
      </w:pPr>
      <w:r>
        <w:t>Meaning of abandoning Quran is no re-application</w:t>
      </w:r>
    </w:p>
    <w:p>
      <w:r>
        <w:rPr>
          <w:color w:val="666666"/>
          <w:sz w:val="18"/>
        </w:rPr>
        <w:t>Quran: A Book of Guidance | August 3, 2014 · 30s · at 4:26 · https://youtu.be/OO6VwFy9Nto?t=266</w:t>
      </w:r>
    </w:p>
    <w:p>
      <w:r>
        <w:rPr>
          <w:i/>
        </w:rPr>
        <w:t>“The meaning is the ummah failed to re-apply the Quran.”</w:t>
      </w:r>
    </w:p>
    <w:p>
      <w:r>
        <w:rPr>
          <w:sz w:val="20"/>
        </w:rPr>
        <w:t>4:26  to zamana hamesha badalta hai. to is ayat ka matlab yeh hai ke rasool Allah yeh farma rahe hain ke baad ke zamane mein meri ummat quran ka re-application daryaft na kar saki, bhatakti rahi woh. is tarah is ne quran ko abandoned book bana diya. in terms of re-application,</w:t>
      </w:r>
    </w:p>
    <w:p>
      <w:pPr>
        <w:pStyle w:val="Heading2"/>
      </w:pPr>
      <w:r>
        <w:t>Hindu neighbor notices Muslims shopping more in Ramadan</w:t>
      </w:r>
    </w:p>
    <w:p>
      <w:r>
        <w:rPr>
          <w:color w:val="666666"/>
          <w:sz w:val="18"/>
        </w:rPr>
        <w:t>Ramadan and Roza August 5, 2012 · 57s · at 35:57 · https://youtu.be/G1oFWcZ1gBg?t=2157</w:t>
      </w:r>
    </w:p>
    <w:p>
      <w:r>
        <w:rPr>
          <w:i/>
        </w:rPr>
        <w:t>“Hindu ne poocha: Ramadan mein shopping zyada kyun?”</w:t>
      </w:r>
    </w:p>
    <w:p>
      <w:r>
        <w:rPr>
          <w:sz w:val="20"/>
        </w:rPr>
        <w:t>35:57  kal kal parson ek ek hindu se meri mulaqat hui woh rehte hain muslim ilaqay mein to unhon ne dekha ke wahan musalman jo hain bohat shopping kar rahe hain to unhon ne poocha kisi musalman se ke aaj kal tum shopping ziyada kar rahe ho ramzan se pehle itna nahin tha to unhon ne kaha ke ramzan mein sab maaf hai khoob khao piyo jitna shopping karo sab maaf hai ramzan ke mahine</w:t>
      </w:r>
      <w:r>
        <w:br/>
      </w:r>
      <w:r>
        <w:rPr>
          <w:sz w:val="20"/>
        </w:rPr>
        <w:t>36:24  mein to ye ulta ho gaya hai</w:t>
      </w:r>
      <w:r>
        <w:br/>
      </w:r>
      <w:r>
        <w:rPr>
          <w:sz w:val="20"/>
        </w:rPr>
        <w:t>36:28  aur ye waqia hai ye waqia hai ke ek musalman kar rahe hain har jagah ke dhoom machti</w:t>
      </w:r>
      <w:r>
        <w:br/>
      </w:r>
      <w:r>
        <w:rPr>
          <w:sz w:val="20"/>
        </w:rPr>
        <w:t>36:32  hai dhoom machti hai Ramzan ke zamane mein ek sahab ja rahe the umrah karne ke liye Ramzan</w:t>
      </w:r>
      <w:r>
        <w:br/>
      </w:r>
      <w:r>
        <w:rPr>
          <w:sz w:val="20"/>
        </w:rPr>
        <w:t>36:40  mein to unhone kaha ke unhone kaha ke mein wahan ek mahina guzarta hoon aur is</w:t>
      </w:r>
      <w:r>
        <w:br/>
      </w:r>
      <w:r>
        <w:rPr>
          <w:sz w:val="20"/>
        </w:rPr>
        <w:t>36:46  bar bhi ja raha hoon Ramzan wahan guzarnay ke liye to unhone kya kaha ke wahan par</w:t>
      </w:r>
      <w:r>
        <w:br/>
      </w:r>
      <w:r>
        <w:rPr>
          <w:sz w:val="20"/>
        </w:rPr>
        <w:t>36:52  ek paisa kharch nahi karna parta</w:t>
      </w:r>
    </w:p>
    <w:p>
      <w:pPr>
        <w:pStyle w:val="Heading2"/>
      </w:pPr>
      <w:r>
        <w:t>Discovery of God is most important</w:t>
      </w:r>
    </w:p>
    <w:p>
      <w:r>
        <w:rPr>
          <w:color w:val="666666"/>
          <w:sz w:val="18"/>
        </w:rPr>
        <w:t>Dars-e-Quran, Chapter 38, V. 29 (Contemplation on the Quran) | October 7, 2018 · 35s · at 1:02:20 · https://youtu.be/bF57J8TD8no?t=3740</w:t>
      </w:r>
    </w:p>
    <w:p>
      <w:r>
        <w:rPr>
          <w:i/>
        </w:rPr>
        <w:t>“Discovery of God jab aap Allah ko jaan lete hain”</w:t>
      </w:r>
    </w:p>
    <w:p>
      <w:r>
        <w:rPr>
          <w:sz w:val="20"/>
        </w:rPr>
        <w:t>1:02:20  "discovery of god.</w:t>
      </w:r>
      <w:r>
        <w:br/>
      </w:r>
      <w:r>
        <w:rPr>
          <w:sz w:val="20"/>
        </w:rPr>
        <w:t>1:02:29  jab aap allah rab ul alameen ko jaan lete hain to har cheez aap ke andar aa jati hai, har cheez.</w:t>
      </w:r>
      <w:r>
        <w:br/>
      </w:r>
      <w:r>
        <w:rPr>
          <w:sz w:val="20"/>
        </w:rPr>
        <w:t>1:02:38  aur jab tak aap allah rab ul alameen se bekhabar rehte hain, tab tak har cheez aap ke</w:t>
      </w:r>
      <w:r>
        <w:br/>
      </w:r>
      <w:r>
        <w:rPr>
          <w:sz w:val="20"/>
        </w:rPr>
        <w:t>1:02:46  andar nahi aati.</w:t>
      </w:r>
    </w:p>
    <w:p>
      <w:pPr>
        <w:pStyle w:val="Heading2"/>
      </w:pPr>
      <w:r>
        <w:t>Responsibility due to neglect</w:t>
      </w:r>
    </w:p>
    <w:p>
      <w:r>
        <w:rPr>
          <w:color w:val="666666"/>
          <w:sz w:val="18"/>
        </w:rPr>
        <w:t>Experience of CPS Peace Conference 2023 May 7, 2023 · 25s · at 59:38 · https://youtu.be/FXG2h96Ylsg?t=3578</w:t>
      </w:r>
    </w:p>
    <w:p>
      <w:r>
        <w:rPr>
          <w:i/>
        </w:rPr>
        <w:t>“Our responsibility increased because of neglect.”</w:t>
      </w:r>
    </w:p>
    <w:p>
      <w:r>
        <w:rPr>
          <w:sz w:val="20"/>
        </w:rPr>
        <w:t>59:38  to ab in aasaniyon ko humein istemal karna hai aur main yeh soch rahi thi ke hamari zimmedari aur bhi zyada badh jati hai jab hum yeh sochte hain ke hamari hamari qaum ne hazaar baras se is ahum fareedo ko anjam nahin diya. kitne log mar gaye aur unko Khuda ka paigham nahin pahuncha. ek Maulana ke paas ek aadmi aae the ko air India mein koi bare officer the.</w:t>
      </w:r>
      <w:r>
        <w:br/>
      </w:r>
      <w:r>
        <w:rPr>
          <w:sz w:val="20"/>
        </w:rPr>
        <w:t>1:00:03  to unhone bataya ke bees saal tak woh Middle East jate rahe kyunke air India mein the. lekin unko kabhi bhi Quran English translation nahin diya gaya. woh bohat hi khoobsurat jild mein Arabic translation diye, Arabic di jati thi. to unhone kaha phir hum uska kya karte hain? hum hamari samajh mein to Arabic aati nahin thi. hum kisi ko de dete the. to woh bohat zyada khush hue jab unko Arabic Quran English mein mila.</w:t>
      </w:r>
    </w:p>
    <w:p>
      <w:pPr>
        <w:pStyle w:val="Heading2"/>
      </w:pPr>
      <w:r>
        <w:t>Set target against derailment</w:t>
      </w:r>
    </w:p>
    <w:p>
      <w:r>
        <w:rPr>
          <w:color w:val="666666"/>
          <w:sz w:val="18"/>
        </w:rPr>
        <w:t>In Conversation with Khaja Kaleemuddin 29 Aug 2021 · 20s · at 45:59 · https://youtu.be/oKq_ptPZOVE?t=2759</w:t>
      </w:r>
    </w:p>
    <w:p>
      <w:r>
        <w:rPr>
          <w:i/>
        </w:rPr>
        <w:t>“ایک ٹارگٹ آپ سیٹ کر لیجئے”</w:t>
      </w:r>
    </w:p>
    <w:p>
      <w:r>
        <w:rPr>
          <w:sz w:val="20"/>
        </w:rPr>
        <w:t>45:59  aik target aap set kar lijiye. Once you have set the target, then fight every thought that tries to derail you from that target.</w:t>
      </w:r>
      <w:r>
        <w:br/>
      </w:r>
      <w:r>
        <w:rPr>
          <w:sz w:val="20"/>
        </w:rPr>
        <w:t>46:08  to woh bohat zaroori hai. ji. aksar aisay impulses atay hain jo aap ko mayoos karte hain ya phir aap ko derail karte hain, distract karte hain.</w:t>
      </w:r>
      <w:r>
        <w:br/>
      </w:r>
      <w:r>
        <w:rPr>
          <w:sz w:val="20"/>
        </w:rPr>
        <w:t>46:17  lekin is time pe</w:t>
      </w:r>
    </w:p>
    <w:p>
      <w:pPr>
        <w:pStyle w:val="Heading2"/>
      </w:pPr>
      <w:r>
        <w:t>A US professor says dissent is the secret to Western progress</w:t>
      </w:r>
    </w:p>
    <w:p>
      <w:r>
        <w:rPr>
          <w:color w:val="666666"/>
          <w:sz w:val="18"/>
        </w:rPr>
        <w:t>Freedom of Expression in Islam 30 Sept 2012 - Maulana Wahiduddin Khan · 39s · at 35:42 · https://youtu.be/WLlXSyxX8Q4?t=2142</w:t>
      </w:r>
    </w:p>
    <w:p>
      <w:r>
        <w:rPr>
          <w:i/>
        </w:rPr>
        <w:t>“Western world ki taraqqi ka raaz kya hai? Dissent”</w:t>
      </w:r>
    </w:p>
    <w:p>
      <w:r>
        <w:rPr>
          <w:sz w:val="20"/>
        </w:rPr>
        <w:t>35:42  mein aik martaba america gaya, wahan poocha mein ne aik professor se ke western world ki taraqqi ka raaz kya hai?</w:t>
      </w:r>
      <w:r>
        <w:br/>
      </w:r>
      <w:r>
        <w:rPr>
          <w:sz w:val="20"/>
        </w:rPr>
        <w:t>35:52  us ne aik hi raaz bola, us ka distant, aik hi raaz. di</w:t>
      </w:r>
      <w:r>
        <w:br/>
      </w:r>
      <w:r>
        <w:rPr>
          <w:sz w:val="20"/>
        </w:rPr>
        <w:t>35:57  stunt, us ne kaha hum distent ko aik aadmi ka muqaddas haq samajhte hain,</w:t>
      </w:r>
      <w:r>
        <w:br/>
      </w:r>
      <w:r>
        <w:rPr>
          <w:sz w:val="20"/>
        </w:rPr>
        <w:t>36:05  distent ko hum insaan ka muqaddas haq samajhte hain. to aap aik taraf is ke khilaaf jhanda utha rahe hain, to phir aap chhod diye is se jo natije, is ke natije mein jo taraqqi hai, us ko bhi chhod dijiye.</w:t>
      </w:r>
    </w:p>
    <w:p>
      <w:pPr>
        <w:pStyle w:val="Heading2"/>
      </w:pPr>
      <w:r>
        <w:t>People become enemies of what they don't understand</w:t>
      </w:r>
    </w:p>
    <w:p>
      <w:r>
        <w:rPr>
          <w:color w:val="666666"/>
          <w:sz w:val="18"/>
        </w:rPr>
        <w:t>The Purpose of Creation March 30, 2008 · 56s · at 48:58 · https://youtu.be/ORcTSPLvyn0?t=2938</w:t>
      </w:r>
    </w:p>
    <w:p>
      <w:r>
        <w:rPr>
          <w:i/>
        </w:rPr>
        <w:t>“Al-nasu a'da ma jahilu”</w:t>
      </w:r>
    </w:p>
    <w:p>
      <w:r>
        <w:rPr>
          <w:sz w:val="20"/>
        </w:rPr>
        <w:t>48:58  to is zamane mein jo jo nikla hai, yeh yani jis ki wajah se musalman samajhte hain ke sab hamare enemy hain, sab hamare conspiracy karte hain hamare khilaf, woh sab false reasoning par qaim hai,</w:t>
      </w:r>
      <w:r>
        <w:br/>
      </w:r>
      <w:r>
        <w:rPr>
          <w:sz w:val="20"/>
        </w:rPr>
        <w:t>49:13  false bases par qaim hai.</w:t>
      </w:r>
      <w:r>
        <w:br/>
      </w:r>
      <w:r>
        <w:rPr>
          <w:sz w:val="20"/>
        </w:rPr>
        <w:t>49:17  purana ek misl hai arabi mein "al-nasu a'daa'u ma jahiloo". "al-nasu a'daa'u ma jahiloo".</w:t>
      </w:r>
      <w:r>
        <w:br/>
      </w:r>
      <w:r>
        <w:rPr>
          <w:sz w:val="20"/>
        </w:rPr>
        <w:t>49:26  log us cheez ke dushman ban jate hain jis ko woh na jante hon.</w:t>
      </w:r>
      <w:r>
        <w:br/>
      </w:r>
      <w:r>
        <w:rPr>
          <w:sz w:val="20"/>
        </w:rPr>
        <w:t>49:33  log us cheez ke dushman ban jate hain jis ko woh na jante hon. main samajhta hoon ke is zamane mein har taraf musalmanon ne na janne ki wajah se yeh kiya ke har cheez ke dushman ban gaye hon.</w:t>
      </w:r>
      <w:r>
        <w:br/>
      </w:r>
      <w:r>
        <w:rPr>
          <w:sz w:val="20"/>
        </w:rPr>
        <w:t>49:45  yahan tak ke hamare naujawani ke umar mein main dekhta tha ke log science ko atheism samajhte the.</w:t>
      </w:r>
    </w:p>
    <w:p>
      <w:pPr>
        <w:pStyle w:val="Heading2"/>
      </w:pPr>
      <w:r>
        <w:t>Hadith: weigh yourself before you are weighed</w:t>
      </w:r>
    </w:p>
    <w:p>
      <w:r>
        <w:rPr>
          <w:color w:val="666666"/>
          <w:sz w:val="18"/>
        </w:rPr>
        <w:t>The End of Human History August 12, 2012 · 53s · at 58:13 · https://youtu.be/QWdHb9pVkAY?t=3493</w:t>
      </w:r>
    </w:p>
    <w:p>
      <w:r>
        <w:rPr>
          <w:i/>
        </w:rPr>
        <w:t>“Wazin qabla an tuzana — weigh yourself before you're weighed”</w:t>
      </w:r>
    </w:p>
    <w:p>
      <w:r>
        <w:rPr>
          <w:sz w:val="20"/>
        </w:rPr>
        <w:t>58:13  yunke hadith mein bohat hi ajeeb lafz aaya hai ke wazan qablan taznu, wazan qablan taznu yani apne aap ko tol lo is se pehle ke tum ko tola jaye.</w:t>
      </w:r>
      <w:r>
        <w:br/>
      </w:r>
      <w:r>
        <w:rPr>
          <w:sz w:val="20"/>
        </w:rPr>
        <w:t>58:33  wazan qablan taznu, apne aap ko tol lo is se pehle ke tum ko tola jaye.</w:t>
      </w:r>
      <w:r>
        <w:br/>
      </w:r>
      <w:r>
        <w:rPr>
          <w:sz w:val="20"/>
        </w:rPr>
        <w:t>58:40  kaisi ajeeb ye yani hila dene wali hadith hai.</w:t>
      </w:r>
      <w:r>
        <w:br/>
      </w:r>
      <w:r>
        <w:rPr>
          <w:sz w:val="20"/>
        </w:rPr>
        <w:t>58:49  wazan qablan taznu, apne aap ko tol lo is se pehle ke tum ko tola jaye. to main samajhta hoon ke aakhri tor par waqt aa gaya hai jab hum mein se har shakhs apne ko khud hi tole</w:t>
      </w:r>
    </w:p>
    <w:p>
      <w:pPr>
        <w:pStyle w:val="Heading2"/>
      </w:pPr>
      <w:r>
        <w:t>A meaningful universe can't contain a meaningless human</w:t>
      </w:r>
    </w:p>
    <w:p>
      <w:r>
        <w:rPr>
          <w:color w:val="666666"/>
          <w:sz w:val="18"/>
        </w:rPr>
        <w:t>Purpose of Human Life February 12, 2012 Maulana Wahiduddin Khan · 48s · at 23:00 · https://youtu.be/gRupSXuak-w?t=1380</w:t>
      </w:r>
    </w:p>
    <w:p>
      <w:r>
        <w:rPr>
          <w:i/>
        </w:rPr>
        <w:t>“Universe is a meaningful universe, bahut hi ajeeb cheez hai”</w:t>
      </w:r>
    </w:p>
    <w:p>
      <w:r>
        <w:rPr>
          <w:sz w:val="20"/>
        </w:rPr>
        <w:t>23:00  to yeh namumkin hai, kyunke dekhiye, is kainat mein science danon ne jo jo daryaft ki hai, bohat hi ajeeb o ghareeb ke kainat meaningful kainat hai,</w:t>
      </w:r>
      <w:r>
        <w:br/>
      </w:r>
      <w:r>
        <w:rPr>
          <w:sz w:val="20"/>
        </w:rPr>
        <w:t>23:16  aur universe is a meaningful universe. bohat hi ajeeb cheez hai.</w:t>
      </w:r>
      <w:r>
        <w:br/>
      </w:r>
      <w:r>
        <w:rPr>
          <w:sz w:val="20"/>
        </w:rPr>
        <w:t>23:23  saari universe mein jo activities hain,</w:t>
      </w:r>
      <w:r>
        <w:br/>
      </w:r>
      <w:r>
        <w:rPr>
          <w:sz w:val="20"/>
        </w:rPr>
        <w:t>23:28  wo sab ke sab bohat ziyada meaningful hain. to kaise mumkin hai ke wahi Khuda ki wahi makhlooq, jisko hum ne insan kaha, jo saari kainat ka sab se anokha miracle hai, wahi purposeless ho, wahi meaningless ho?</w:t>
      </w:r>
    </w:p>
    <w:p>
      <w:pPr>
        <w:pStyle w:val="Heading2"/>
      </w:pPr>
      <w:r>
        <w:t>historian Henri Pirenne on Islam changing world history</w:t>
      </w:r>
    </w:p>
    <w:p>
      <w:r>
        <w:rPr>
          <w:color w:val="666666"/>
          <w:sz w:val="18"/>
        </w:rPr>
        <w:t>Islam &amp; Prophet of Islam 21 Oct, 2012 - Maulana Wahiduddin Khan · 43s · at 25:02 · https://youtu.be/2hwtfOyNeS0?t=1502</w:t>
      </w:r>
    </w:p>
    <w:p>
      <w:r>
        <w:rPr>
          <w:i/>
        </w:rPr>
        <w:t>“Islam changed the face of the globe, wrote Pirenne”</w:t>
      </w:r>
    </w:p>
    <w:p>
      <w:r>
        <w:rPr>
          <w:sz w:val="20"/>
        </w:rPr>
        <w:t>25:02  is zamane mein, yani paighambar Islam ke zamane tak jo halat thi, woh yeh thi ke us ke alfaaz hain ke monarchical absolutism qaim ho gaya tha dunya mein.</w:t>
      </w:r>
      <w:r>
        <w:br/>
      </w:r>
      <w:r>
        <w:rPr>
          <w:sz w:val="20"/>
        </w:rPr>
        <w:t>25:15  monarchical absolutism, yani mutlaq shehanshayiat, mutlaq shehanshayiat, monarchical absolutism, us ko khatam kiya Muhammad ne aur un ke پیروؤں ne.</w:t>
      </w:r>
      <w:r>
        <w:br/>
      </w:r>
      <w:r>
        <w:rPr>
          <w:sz w:val="20"/>
        </w:rPr>
        <w:t>25:28  yeh kehta hai woh Henry Pirenne. us ne bohat zabardast taur par is ka etraf kiya hai. us ne likha hai ke is is ka batate hue yeh baat ke "Islam changed the face of the globe the treasured order of history was overthrown".</w:t>
      </w:r>
    </w:p>
    <w:p>
      <w:pPr>
        <w:pStyle w:val="Heading2"/>
      </w:pPr>
      <w:r>
        <w:t>A scholar who stays silent on wrong is a 'mute devil'</w:t>
      </w:r>
    </w:p>
    <w:p>
      <w:r>
        <w:rPr>
          <w:color w:val="666666"/>
          <w:sz w:val="18"/>
        </w:rPr>
        <w:t>Divine Law of Success October 14, 2012 · 49s · at 1:13:15 · https://youtu.be/GdbQzSNdf70?t=4395</w:t>
      </w:r>
    </w:p>
    <w:p>
      <w:r>
        <w:rPr>
          <w:i/>
        </w:rPr>
        <w:t>“جو غلطی کو جانے، پھر بھی چپ رہے، وہ شیطان اخرس ہے”</w:t>
      </w:r>
    </w:p>
    <w:p>
      <w:r>
        <w:rPr>
          <w:sz w:val="20"/>
        </w:rPr>
        <w:t>1:13:15  hadith mein aata hai ke agar ek aalim kisi baat ko jaane ki galat hai to usko bolna padega. agar woh nahi bolta hai to woh usko kaha gaya ke shaitan aakhres, goong shaitan.</w:t>
      </w:r>
      <w:r>
        <w:br/>
      </w:r>
      <w:r>
        <w:rPr>
          <w:sz w:val="20"/>
        </w:rPr>
        <w:t>1:13:30  yani aise insaan ko jo galati ko jaane ki galati hai, phir bhi chup hai, bolna nahi to woh shaitan aakhres kaha gaya hadith mein.</w:t>
      </w:r>
      <w:r>
        <w:br/>
      </w:r>
      <w:r>
        <w:rPr>
          <w:sz w:val="20"/>
        </w:rPr>
        <w:t>1:13:41  yeh toh bohat badi zimmedari hai ke jaante hue aap is par, iske khilaf na bolein. haan, bolne mein khair khwahi honi chahiye, daleel ki zuban mein honi chahiye, hikmat ke saath bolna chahiye.</w:t>
      </w:r>
      <w:r>
        <w:br/>
      </w:r>
      <w:r>
        <w:rPr>
          <w:sz w:val="20"/>
        </w:rPr>
        <w:t>1:13:53  woh theek hai apni jagah pe, lekin na bolna toh yeh toh shaitan aakhres apne ko sabit karna hai.</w:t>
      </w:r>
    </w:p>
    <w:p>
      <w:pPr>
        <w:pStyle w:val="Heading2"/>
      </w:pPr>
      <w:r>
        <w:t>Heavens and earth were joined then parted</w:t>
      </w:r>
    </w:p>
    <w:p>
      <w:r>
        <w:rPr>
          <w:color w:val="666666"/>
          <w:sz w:val="18"/>
        </w:rPr>
        <w:t>In Search of Truth 6 Aug 2006 - Maulana Wahiduddin Khan · 43s · at 47:16 · https://youtu.be/f8sqv7h-V4o?t=2836</w:t>
      </w:r>
    </w:p>
    <w:p>
      <w:r>
        <w:rPr>
          <w:i/>
        </w:rPr>
        <w:t>“The Quran says: The heavens and earth were joined”</w:t>
      </w:r>
    </w:p>
    <w:p>
      <w:r>
        <w:rPr>
          <w:sz w:val="20"/>
        </w:rPr>
        <w:t>47:16  isi tarah dekhiye, quran mein hai ke "inna al-samawati wal-ardi ratqan fafataqnahuma".</w:t>
      </w:r>
      <w:r>
        <w:br/>
      </w:r>
      <w:r>
        <w:rPr>
          <w:sz w:val="20"/>
        </w:rPr>
        <w:t>47:26  zameen o aasman sab aapas mein jure hue the, jaise is tarah se the. woh ratq is ko kehte hain ke woh kehte hain "munzami al-ajzaa", yaani sab aapas mein jure hue hain.</w:t>
      </w:r>
      <w:r>
        <w:br/>
      </w:r>
      <w:r>
        <w:rPr>
          <w:sz w:val="20"/>
        </w:rPr>
        <w:t>47:38  toh zameen o aasman, yaani poora jo universe hai, woh aapas mein is tarah se jura hua tha. phir khuda ne is ko phaad diya.</w:t>
      </w:r>
      <w:r>
        <w:br/>
      </w:r>
      <w:r>
        <w:rPr>
          <w:sz w:val="20"/>
        </w:rPr>
        <w:t>47:46  yeh exactly wohi baat hai jo aaj hum big bang ke naam se jante hain. main washington gaya toh wahan planetarium mein main gaya toh wahan dekha maine ke cosmic ball jis ko kehte hain,</w:t>
      </w:r>
    </w:p>
    <w:p>
      <w:pPr>
        <w:pStyle w:val="Heading2"/>
      </w:pPr>
      <w:r>
        <w:t>Daily gratitude item from Quranic insight</w:t>
      </w:r>
    </w:p>
    <w:p>
      <w:r>
        <w:rPr>
          <w:color w:val="666666"/>
          <w:sz w:val="18"/>
        </w:rPr>
        <w:t>The Message of the Quran October 21, 2018 · 24s · at 2:47 · https://youtu.be/9_OYLmVWLOE?t=167</w:t>
      </w:r>
    </w:p>
    <w:p>
      <w:r>
        <w:rPr>
          <w:i/>
        </w:rPr>
        <w:t>“To dono aayaton ko mila kar”</w:t>
      </w:r>
    </w:p>
    <w:p>
      <w:r>
        <w:rPr>
          <w:sz w:val="20"/>
        </w:rPr>
        <w:t>2:47  har din allah ek shan mein hai. aur doosri ayat hai: "shukr hai allah rabbil alamin ka".</w:t>
      </w:r>
      <w:r>
        <w:br/>
      </w:r>
      <w:r>
        <w:rPr>
          <w:sz w:val="20"/>
        </w:rPr>
        <w:t>2:58  to dono ayaton ko milakar mujhe samajh mein yeh baat aayi ke allah har insan ko har din</w:t>
      </w:r>
    </w:p>
    <w:p>
      <w:pPr>
        <w:pStyle w:val="Heading2"/>
      </w:pPr>
      <w:r>
        <w:t>Day of reward for sincere servants</w:t>
      </w:r>
    </w:p>
    <w:p>
      <w:r>
        <w:rPr>
          <w:color w:val="666666"/>
          <w:sz w:val="18"/>
        </w:rPr>
        <w:t>Eid al-Fitr August 09, 2013 Maulana Wahiduddin Khan · 27s · at 1:30 · https://youtu.be/0gjvnyE3Clk?t=90</w:t>
      </w:r>
    </w:p>
    <w:p>
      <w:r>
        <w:rPr>
          <w:i/>
        </w:rPr>
        <w:t>“This is the night of reward”</w:t>
      </w:r>
    </w:p>
    <w:p>
      <w:r>
        <w:rPr>
          <w:sz w:val="20"/>
        </w:rPr>
        <w:t>1:30  to yeh hai laylat-ul-jaiza, yaani inaam ka din. Allah ta'ala ki taraf se aaj is ke sachche bondon ke liye inaam ka faisla kiya jata hai.</w:t>
      </w:r>
      <w:r>
        <w:br/>
      </w:r>
      <w:r>
        <w:rPr>
          <w:sz w:val="20"/>
        </w:rPr>
        <w:t>1:46  to aaj hum sab log bhi Allah ki taraf se isi unwan ke, isi inaam ko ummeedwar hain.</w:t>
      </w:r>
    </w:p>
    <w:p>
      <w:pPr>
        <w:pStyle w:val="Heading2"/>
      </w:pPr>
      <w:r>
        <w:t>Humility lesson: man knows less than a crow</w:t>
      </w:r>
    </w:p>
    <w:p>
      <w:r>
        <w:rPr>
          <w:color w:val="666666"/>
          <w:sz w:val="18"/>
        </w:rPr>
        <w:t>Lessons from The Quran April 30, 2014 · 32s · at 19:28 · https://youtu.be/3Snh2dw-6tk?t=1168</w:t>
      </w:r>
    </w:p>
    <w:p>
      <w:r>
        <w:rPr>
          <w:i/>
        </w:rPr>
        <w:t>“O man, you know less than a crow”</w:t>
      </w:r>
    </w:p>
    <w:p>
      <w:r>
        <w:rPr>
          <w:sz w:val="20"/>
        </w:rPr>
        <w:t>19:28  to yeh goya nature hum ko sabaq de rahi hai modesty ki. aye insaan, tu kowe se bhi kam janta hai,</w:t>
      </w:r>
      <w:r>
        <w:br/>
      </w:r>
      <w:r>
        <w:rPr>
          <w:sz w:val="20"/>
        </w:rPr>
        <w:t>19:37  cheunti se bhi kam janta hai. to bohat zabardast is mein yeh sabaq hai ke aye insaan, kabhi bhi ghamand mat kar, organism mein mubtala na ho.</w:t>
      </w:r>
      <w:r>
        <w:br/>
      </w:r>
      <w:r>
        <w:rPr>
          <w:sz w:val="20"/>
        </w:rPr>
        <w:t>19:50  hamesha apne ko mutawazin banaye rakh, modest banaye rakh. to kaisa ajeeb sabaq hai yeh!</w:t>
      </w:r>
    </w:p>
    <w:p>
      <w:pPr>
        <w:pStyle w:val="Heading2"/>
      </w:pPr>
      <w:r>
        <w:t>Freedom of expression in Islam</w:t>
      </w:r>
    </w:p>
    <w:p>
      <w:r>
        <w:rPr>
          <w:color w:val="666666"/>
          <w:sz w:val="18"/>
        </w:rPr>
        <w:t>The Importance of the Quran May 15, 2016 Maulana Wahiduddin Khan · 37s · at 39:02 · https://youtu.be/9a-OOUR_bLg?t=2342</w:t>
      </w:r>
    </w:p>
    <w:p>
      <w:r>
        <w:rPr>
          <w:i/>
        </w:rPr>
        <w:t>“You have no right to say kill Rushdi.”</w:t>
      </w:r>
    </w:p>
    <w:p>
      <w:r>
        <w:rPr>
          <w:sz w:val="20"/>
        </w:rPr>
        <w:t>39:02  yeh kehne ka aap ko haq nahi hai ke rushdie ko qatl kar do. aap ko fatwa dene ka haq nahi hai. yeh maamla hai freedom of expression ka, azaadi rai ka.</w:t>
      </w:r>
      <w:r>
        <w:br/>
      </w:r>
      <w:r>
        <w:rPr>
          <w:sz w:val="20"/>
        </w:rPr>
        <w:t>39:18  dekhen, Islam mein freedom of expression itni ek musallama cheez hai jitna ke secular duniya mein.</w:t>
      </w:r>
      <w:r>
        <w:br/>
      </w:r>
      <w:r>
        <w:rPr>
          <w:sz w:val="20"/>
        </w:rPr>
        <w:t>39:30  Islam mein kabhi koi aap bata nahi sakte ke freedom of expression par rok lagai gayi hai. logon ko haq hai ke apni rai dein.</w:t>
      </w:r>
    </w:p>
    <w:p>
      <w:pPr>
        <w:pStyle w:val="Heading2"/>
      </w:pPr>
      <w:r>
        <w:t>Worst creatures don't use reason</w:t>
      </w:r>
    </w:p>
    <w:p>
      <w:r>
        <w:rPr>
          <w:color w:val="666666"/>
          <w:sz w:val="18"/>
        </w:rPr>
        <w:t>The Quran and Hadith December 20, 2009 · 28s · at 23:57 · https://youtu.be/EM_vhVUKSYw?t=1437</w:t>
      </w:r>
    </w:p>
    <w:p>
      <w:r>
        <w:rPr>
          <w:i/>
        </w:rPr>
        <w:t>“بڑی عجیب آیت ہے یہ!”</w:t>
      </w:r>
    </w:p>
    <w:p>
      <w:r>
        <w:rPr>
          <w:sz w:val="20"/>
        </w:rPr>
        <w:t>23:57  Kaisi ajeeb ayat hai yeh!</w:t>
      </w:r>
      <w:r>
        <w:br/>
      </w:r>
      <w:r>
        <w:rPr>
          <w:sz w:val="20"/>
        </w:rPr>
        <w:t>23:59  "The worst creature" sab se buray janwar woh log hain jo apni aqal ko istemal na karen. "The worst creatures are those who don't use their reason".</w:t>
      </w:r>
      <w:r>
        <w:br/>
      </w:r>
      <w:r>
        <w:rPr>
          <w:sz w:val="20"/>
        </w:rPr>
        <w:t>24:13  phir mein ne hadees is se bhi aik hadees ko mila kar chhod raha hoon. aik hadees mein hai ke Allah taala ne aql ko paida kiya, aql yaani mind ko, reason ko, aql ko paida kiya.</w:t>
      </w:r>
    </w:p>
    <w:p>
      <w:pPr>
        <w:pStyle w:val="Heading2"/>
      </w:pPr>
      <w:r>
        <w:t>A curse against the innocent is never accepted</w:t>
      </w:r>
    </w:p>
    <w:p>
      <w:r>
        <w:rPr>
          <w:color w:val="666666"/>
          <w:sz w:val="18"/>
        </w:rPr>
        <w:t>Divine Warning October 31, 2013 Maulana Wahiduddin Khan · 25s · at 10:22 · https://youtu.be/np9p9TqUa-g?t=622</w:t>
      </w:r>
    </w:p>
    <w:p>
      <w:r>
        <w:rPr>
          <w:i/>
        </w:rPr>
        <w:t>“Hazaar saal tak badua aati rahe, kabhi qubool nahi hogi”</w:t>
      </w:r>
    </w:p>
    <w:p>
      <w:r>
        <w:rPr>
          <w:sz w:val="20"/>
        </w:rPr>
        <w:t>10:22  . Un ke khilaaf bad duaayein mat karo. Yeh bhi ghalt hai ke aap un ko zalim thehra kar, un ko bad dua karo un ke khilaaf. Aisi bad dua kabhi qabool nahi hogi.</w:t>
      </w:r>
      <w:r>
        <w:br/>
      </w:r>
      <w:r>
        <w:rPr>
          <w:sz w:val="20"/>
        </w:rPr>
        <w:t>10:33  hazaar saal tak ki aata rahe, kabhi qabool nahi hogi. Kyun? Woh zalim nahi hain woh. Woh Allah ke kaarindey hain.</w:t>
      </w:r>
      <w:r>
        <w:br/>
      </w:r>
      <w:r>
        <w:rPr>
          <w:sz w:val="20"/>
        </w:rPr>
        <w:t>10:44  to bad dua kaise qabool hogi?</w:t>
      </w:r>
    </w:p>
    <w:p>
      <w:pPr>
        <w:pStyle w:val="Heading2"/>
      </w:pPr>
      <w:r>
        <w:t>Definition of intellectual i'tikaf</w:t>
      </w:r>
    </w:p>
    <w:p>
      <w:r>
        <w:rPr>
          <w:color w:val="666666"/>
          <w:sz w:val="18"/>
        </w:rPr>
        <w:t>Month of Ramadan and The Quran 15 July 2012 - Maulana Wahiduddin Khan · 29s · at 14:18 · https://youtu.be/sxp7HZbQc7U?t=858</w:t>
      </w:r>
    </w:p>
    <w:p>
      <w:r>
        <w:rPr>
          <w:i/>
        </w:rPr>
        <w:t>“I'tikaf kya hai? Activities ke darmiyaan apne zehen ka focus Allah par rakhna.”</w:t>
      </w:r>
    </w:p>
    <w:p>
      <w:r>
        <w:rPr>
          <w:sz w:val="20"/>
        </w:rPr>
        <w:t>14:18  to eitikaf kya hai? ekctivities ke darmiyan apne zehn ka focus jo hai, Khuda par baqi rakhna.</w:t>
      </w:r>
      <w:r>
        <w:br/>
      </w:r>
      <w:r>
        <w:rPr>
          <w:sz w:val="20"/>
        </w:rPr>
        <w:t>14:31  yani insaan goya ek dualism hai, dualism. is ko agar main kahoon to yeh hoga ke diverse ekctivities ke darmiyan focus sirf Allah par hona.</w:t>
      </w:r>
    </w:p>
    <w:p>
      <w:pPr>
        <w:pStyle w:val="Heading2"/>
      </w:pPr>
      <w:r>
        <w:t>Hadith about sword entering the ummah</w:t>
      </w:r>
    </w:p>
    <w:p>
      <w:r>
        <w:rPr>
          <w:color w:val="666666"/>
          <w:sz w:val="18"/>
        </w:rPr>
        <w:t>Quran A Book of Universal Guidance 31 May, 2009 Maulana Wahiduddin Khan · 40s · at 10:55 · https://youtu.be/hFzdEtG7v1E?t=655</w:t>
      </w:r>
    </w:p>
    <w:p>
      <w:r>
        <w:rPr>
          <w:i/>
        </w:rPr>
        <w:t>“Is mein ek baat yeh aati hai ke Rasul Allah ne farmaya”</w:t>
      </w:r>
    </w:p>
    <w:p>
      <w:r>
        <w:rPr>
          <w:sz w:val="20"/>
        </w:rPr>
        <w:t>10:55  us ko haram bataya, Rasool Allah ne haram qarar diya, haram. aur kaha keh kabhi bhi talwar mat uthana tum log. is mein ek baat ye aati hai keh Rasool Allah ne farmaya keh meri ummat mein jab ek baar talwar dakhil ho jaye gi to phir woh kabhi rafa nahin hogi.</w:t>
      </w:r>
      <w:r>
        <w:br/>
      </w:r>
      <w:r>
        <w:rPr>
          <w:sz w:val="20"/>
        </w:rPr>
        <w:t>11:16  kabhi wapas nahin jaye gi. yani chalti hi rahe gi talwar.</w:t>
      </w:r>
      <w:r>
        <w:br/>
      </w:r>
      <w:r>
        <w:rPr>
          <w:sz w:val="20"/>
        </w:rPr>
        <w:t>11:23  yani meri ummat mein jab ek baar talwar dakhil ho gayi to phir woh hamesha chalti chalti rahe gi. main samajh nahin pata tha keh is ka matlab kya hai, kyun chalti rahe gi hamesha.</w:t>
      </w:r>
    </w:p>
    <w:p>
      <w:pPr>
        <w:pStyle w:val="Heading2"/>
      </w:pPr>
      <w:r>
        <w:t>Jewish guards only ask if you pray</w:t>
      </w:r>
    </w:p>
    <w:p>
      <w:r>
        <w:rPr>
          <w:color w:val="666666"/>
          <w:sz w:val="18"/>
        </w:rPr>
        <w:t>Journey to Aqsa Mosque November 10, 2008 · 39s · at 7:19 · https://youtu.be/40kOr2jznE0?t=439</w:t>
      </w:r>
    </w:p>
    <w:p>
      <w:r>
        <w:rPr>
          <w:i/>
        </w:rPr>
        <w:t>“انت مسلم؟ انت مصلی؟”</w:t>
      </w:r>
    </w:p>
    <w:p>
      <w:r>
        <w:rPr>
          <w:sz w:val="20"/>
        </w:rPr>
        <w:t>7:19  woh musallah hote thay woh. to unhon ne kuch bhi nahi poocha. passport bhi nahi manga. bas yeh ke "ant muslim?</w:t>
      </w:r>
      <w:r>
        <w:br/>
      </w:r>
      <w:r>
        <w:rPr>
          <w:sz w:val="20"/>
        </w:rPr>
        <w:t>7:28  ant musalli?" arabi bolte thay woh log. "ant muslim? ant musalli? aap musalman hain? aap namaz parhte hain?</w:t>
      </w:r>
      <w:r>
        <w:br/>
      </w:r>
      <w:r>
        <w:rPr>
          <w:sz w:val="20"/>
        </w:rPr>
        <w:t>7:37  " bas kaha gaya "fazal, fazal." aur phir kaha ke "hamare liye dua kijiye." hamare sath aik yahoodi guide tha, aik aik naujawan tha, woh yahoodi tha, woh guide tha hamara.</w:t>
      </w:r>
      <w:r>
        <w:br/>
      </w:r>
      <w:r>
        <w:rPr>
          <w:sz w:val="20"/>
        </w:rPr>
        <w:t>7:50  us ko rok diya unhon ne. kyunke yahoodiyon ko us ke andar jana mana hai.</w:t>
      </w:r>
    </w:p>
    <w:p>
      <w:pPr>
        <w:pStyle w:val="Heading2"/>
      </w:pPr>
      <w:r>
        <w:t>NASA scientist sacked for citing intelligent design</w:t>
      </w:r>
    </w:p>
    <w:p>
      <w:r>
        <w:rPr>
          <w:color w:val="666666"/>
          <w:sz w:val="18"/>
        </w:rPr>
        <w:t>The End of Human History August 12, 2012 · 40s · at 12:31 · https://youtu.be/QWdHb9pVkAY?t=751</w:t>
      </w:r>
    </w:p>
    <w:p>
      <w:r>
        <w:rPr>
          <w:i/>
        </w:rPr>
        <w:t>“Jab aap maan lein intelligent design ko, toh matlab kya hua?”</w:t>
      </w:r>
    </w:p>
    <w:p>
      <w:r>
        <w:rPr>
          <w:sz w:val="20"/>
        </w:rPr>
        <w:t>12:31  yani duniya mein intelligent design hai. achha, jab aap maan lein intelligent design ko to is ka matlab kya hua?</w:t>
      </w:r>
      <w:r>
        <w:br/>
      </w:r>
      <w:r>
        <w:rPr>
          <w:sz w:val="20"/>
        </w:rPr>
        <w:t>12:41  is ka matlab yeh hai ke jab intelligent design hai to is ka matlab hai ke wahan ek intelligent designer bhi hai.</w:t>
      </w:r>
      <w:r>
        <w:br/>
      </w:r>
      <w:r>
        <w:rPr>
          <w:sz w:val="20"/>
        </w:rPr>
        <w:t>12:50  itna zyada khuda khuda se qareeb aa gayi hai science. to nasa mein ek scientist tha, us ne kisi private balance mein yeh keh diya, yani intelligent design wale theory ko bayan kar diya, us ko sack kar diya gaya.</w:t>
      </w:r>
      <w:r>
        <w:br/>
      </w:r>
      <w:r>
        <w:rPr>
          <w:sz w:val="20"/>
        </w:rPr>
        <w:t>13:08  us ko sack kar diya gaya.</w:t>
      </w:r>
    </w:p>
    <w:p>
      <w:pPr>
        <w:pStyle w:val="Heading2"/>
      </w:pPr>
      <w:r>
        <w:t>Tawba is a lifelong process</w:t>
      </w:r>
    </w:p>
    <w:p>
      <w:r>
        <w:rPr>
          <w:color w:val="666666"/>
          <w:sz w:val="18"/>
        </w:rPr>
        <w:t>Dars-e-Quran, Ch. 2 Verse 54 | March 18, 2018 · 30s · at 1:10:12 · https://youtu.be/xQ2LXsz1oTw?t=4212</w:t>
      </w:r>
    </w:p>
    <w:p>
      <w:r>
        <w:rPr>
          <w:i/>
        </w:rPr>
        <w:t>“Tawba ek lifelong process hai”</w:t>
      </w:r>
    </w:p>
    <w:p>
      <w:r>
        <w:rPr>
          <w:sz w:val="20"/>
        </w:rPr>
        <w:t>1:10:12  yeh ek life long process hai.</w:t>
      </w:r>
      <w:r>
        <w:br/>
      </w:r>
      <w:r>
        <w:rPr>
          <w:sz w:val="20"/>
        </w:rPr>
        <w:t>1:10:17  aap ko dhoondna padta hai ke mera kahan kahan kahan kahan mein ne koi ghalti ki thi jis</w:t>
      </w:r>
      <w:r>
        <w:br/>
      </w:r>
      <w:r>
        <w:rPr>
          <w:sz w:val="20"/>
        </w:rPr>
        <w:t>1:10:22  ko ab abhi ne door nahi kiya.</w:t>
      </w:r>
      <w:r>
        <w:br/>
      </w:r>
      <w:r>
        <w:rPr>
          <w:sz w:val="20"/>
        </w:rPr>
        <w:t>1:10:27  tauba life long process of rethinking ka naam hai.</w:t>
      </w:r>
      <w:r>
        <w:br/>
      </w:r>
      <w:r>
        <w:rPr>
          <w:sz w:val="20"/>
        </w:rPr>
        <w:t>1:10:32  woh aap kijiye.</w:t>
      </w:r>
      <w:r>
        <w:br/>
      </w:r>
      <w:r>
        <w:rPr>
          <w:sz w:val="20"/>
        </w:rPr>
        <w:t>1:10:37  aap yeh kaun karta hai?</w:t>
      </w:r>
    </w:p>
    <w:p>
      <w:pPr>
        <w:pStyle w:val="Heading2"/>
      </w:pPr>
      <w:r>
        <w:t>Terrorism is gun versus ideology, not gun versus gun</w:t>
      </w:r>
    </w:p>
    <w:p>
      <w:r>
        <w:rPr>
          <w:color w:val="666666"/>
          <w:sz w:val="18"/>
        </w:rPr>
        <w:t>Rationalization of Evil Feb 15, 2009 · 25s · at 44:24 · https://youtu.be/WbeB4g7sNQ4?t=2664</w:t>
      </w:r>
    </w:p>
    <w:p>
      <w:r>
        <w:rPr>
          <w:i/>
        </w:rPr>
        <w:t>“یہ گن برصد گن نہیں ہے، یہ آئیڈیالوجی کا معاملہ ہے”</w:t>
      </w:r>
    </w:p>
    <w:p>
      <w:r>
        <w:rPr>
          <w:sz w:val="20"/>
        </w:rPr>
        <w:t>44:24  unki gun ke muqable mein hum zyada powerful gun istemal karein ge to hum crush kar dein ge is ko. main ne kaha yeh aap bhool mein hain. aap is ki yeh gun barasad gun nahin hai, yeh gun barasad ideology ka mamla hai.</w:t>
      </w:r>
      <w:r>
        <w:br/>
      </w:r>
      <w:r>
        <w:rPr>
          <w:sz w:val="20"/>
        </w:rPr>
        <w:t>44:37  gun barasad ideology. agar gun barasad gun hota to aap ki powerful gun jo hai, un ko mita sakti thi. lekin yeh to gun barasad ideology ka mamla hai.</w:t>
      </w:r>
    </w:p>
    <w:p>
      <w:pPr>
        <w:pStyle w:val="Heading2"/>
      </w:pPr>
      <w:r>
        <w:t>Muslims know historical but not contemporary</w:t>
      </w:r>
    </w:p>
    <w:p>
      <w:r>
        <w:rPr>
          <w:color w:val="666666"/>
          <w:sz w:val="18"/>
        </w:rPr>
        <w:t>Study of The Quran November 30, 2014 · 26s · at 8:33 · https://youtu.be/x3fcJ2nlDow?t=513</w:t>
      </w:r>
    </w:p>
    <w:p>
      <w:r>
        <w:rPr>
          <w:i/>
        </w:rPr>
        <w:t>“To musalmanon ko Quran ke historical background ka pata hai”</w:t>
      </w:r>
    </w:p>
    <w:p>
      <w:r>
        <w:rPr>
          <w:sz w:val="20"/>
        </w:rPr>
        <w:t>8:33  to musalmanon ko quran ke historical background ka pata hai, lekin is ke contemporary application ka pata nahin hai. ab dekhiye, zamana bahut zyada badal gaya hai.</w:t>
      </w:r>
      <w:r>
        <w:br/>
      </w:r>
      <w:r>
        <w:rPr>
          <w:sz w:val="20"/>
        </w:rPr>
        <w:t>8:44  ab koi aap ka dushman nahin hai. ab koi aap ka dushman nahin hai. ab ke zamane mein dekhiye, industrialization ke baad yeh duniya mein qaumen ek doosre se faida uthati hain.</w:t>
      </w:r>
    </w:p>
    <w:p>
      <w:pPr>
        <w:pStyle w:val="Heading2"/>
      </w:pPr>
      <w:r>
        <w:t>CPS global Quran distribution dream realized</w:t>
      </w:r>
    </w:p>
    <w:p>
      <w:r>
        <w:rPr>
          <w:color w:val="666666"/>
          <w:sz w:val="18"/>
        </w:rPr>
        <w:t>CPS Peace Conference, Day 1, Global Quran Translation and Distribution presentation by Maria Khan · 47s · at 0:06 · https://youtu.be/3KWde6lmuJM?t=6</w:t>
      </w:r>
    </w:p>
    <w:p>
      <w:r>
        <w:rPr>
          <w:i/>
        </w:rPr>
        <w:t>“Many years ago CPS International had a mission”</w:t>
      </w:r>
    </w:p>
    <w:p>
      <w:r>
        <w:rPr>
          <w:sz w:val="20"/>
        </w:rPr>
        <w:t>0:06  kafi saal pehle CPS international ka jo mission tha jis mein quran distribution ki call Maulana sahib ne di to yeh aik dream tha ke quran translations hon aur quran distribution ho jo world wide level pe ho.</w:t>
      </w:r>
      <w:r>
        <w:br/>
      </w:r>
      <w:r>
        <w:rPr>
          <w:sz w:val="20"/>
        </w:rPr>
        <w:t>0:20  and this dream was actualized by Dr. Saniyya Saneen Khan. he took that as a great responsibility and he put CPS International into the global map.</w:t>
      </w:r>
      <w:r>
        <w:br/>
      </w:r>
      <w:r>
        <w:rPr>
          <w:sz w:val="20"/>
        </w:rPr>
        <w:t>0:31  today the quran distribution is being done in a very coordinated manner in the entire world. more than 8 million copies of quran have already been distributed.</w:t>
      </w:r>
      <w:r>
        <w:br/>
      </w:r>
      <w:r>
        <w:rPr>
          <w:sz w:val="20"/>
        </w:rPr>
        <w:t>0:43  25 translations of quran in national and international languages have already been done and lot in under progress. so there are lot of things that are happening in a global level.</w:t>
      </w:r>
    </w:p>
    <w:p>
      <w:pPr>
        <w:pStyle w:val="Heading2"/>
      </w:pPr>
      <w:r>
        <w:t>Rejecting music during God's signs</w:t>
      </w:r>
    </w:p>
    <w:p>
      <w:r>
        <w:rPr>
          <w:color w:val="666666"/>
          <w:sz w:val="18"/>
        </w:rPr>
        <w:t>Realization of God 12 May 2018 - Maulana Wahiduddin Khan · 28s · at 13:36 · https://youtu.be/Z_0nn6MHsog?t=816</w:t>
      </w:r>
    </w:p>
    <w:p>
      <w:r>
        <w:rPr>
          <w:i/>
        </w:rPr>
        <w:t>“Jhuta jhuta gana”</w:t>
      </w:r>
    </w:p>
    <w:p>
      <w:r>
        <w:rPr>
          <w:sz w:val="20"/>
        </w:rPr>
        <w:t>13:36  jhoota jhoota gaana, jhoota gaana.</w:t>
      </w:r>
      <w:r>
        <w:br/>
      </w:r>
      <w:r>
        <w:rPr>
          <w:sz w:val="20"/>
        </w:rPr>
        <w:t>13:40  mujhe to koi agar free ticket de sari duniya mein ghoomne ka, aur yeh shart yeh ho ke har waqt tumhare kaan mein is singer ka woh laga rahe ga, to main to aik second bhi nahi sochunga ke main aisi sawari pe safar karun.</w:t>
      </w:r>
      <w:r>
        <w:br/>
      </w:r>
      <w:r>
        <w:rPr>
          <w:sz w:val="20"/>
        </w:rPr>
        <w:t>13:58  kyun ke woh lamha hota hai Allah ko yaad karne ka.</w:t>
      </w:r>
    </w:p>
    <w:p>
      <w:pPr>
        <w:pStyle w:val="Heading2"/>
      </w:pPr>
      <w:r>
        <w:t>hardship is built into life, stop complaining</w:t>
      </w:r>
    </w:p>
    <w:p>
      <w:r>
        <w:rPr>
          <w:color w:val="666666"/>
          <w:sz w:val="18"/>
        </w:rPr>
        <w:t>Man Between Angels and Satan August 14, 2011 · 59s · at 48:36 · https://youtu.be/cRXTSSZNM30?t=2916</w:t>
      </w:r>
    </w:p>
    <w:p>
      <w:r>
        <w:rPr>
          <w:i/>
        </w:rPr>
        <w:t>“Musalman aksar shikayat karte hain ke yeh zulm ho raha hai”</w:t>
      </w:r>
    </w:p>
    <w:p>
      <w:r>
        <w:rPr>
          <w:sz w:val="20"/>
        </w:rPr>
        <w:t>48:36  musalman aksar shikayat karte hain yeh zulm ho raha hai wasaish ho rahi hai yeh problem hamari create kiya gaya hai waghera waghera to jab aap Quran ko padhenge sochenge to Quran mein likha hua hai laqad khalaqnal insana fi kabad insaan ko aap ne paida kiya mushaqaton mein hardship mein ab is ko padh ke jab aap sochenge aap to aap kahenge hardship to part of nature hai</w:t>
      </w:r>
      <w:r>
        <w:br/>
      </w:r>
      <w:r>
        <w:rPr>
          <w:sz w:val="20"/>
        </w:rPr>
        <w:t>49:05  is ke baad cheekhne chalane se kya faida</w:t>
      </w:r>
      <w:r>
        <w:br/>
      </w:r>
      <w:r>
        <w:rPr>
          <w:sz w:val="20"/>
        </w:rPr>
        <w:t>49:11  cheekhne cheekhne chalane se kya faida zindagi mein lazman aisa hoga ke kabad paish aaye ga mushkilain paish aayengi problem paish aayenge hardship paish aayenge</w:t>
      </w:r>
      <w:r>
        <w:br/>
      </w:r>
      <w:r>
        <w:rPr>
          <w:sz w:val="20"/>
        </w:rPr>
        <w:t>49:27  to aap ko kya karna hai you have to know the art of hardship management</w:t>
      </w:r>
    </w:p>
    <w:p>
      <w:pPr>
        <w:pStyle w:val="Heading2"/>
      </w:pPr>
      <w:r>
        <w:t>Prophet's three battles each lasted only half a day</w:t>
      </w:r>
    </w:p>
    <w:p>
      <w:r>
        <w:rPr>
          <w:color w:val="666666"/>
          <w:sz w:val="18"/>
        </w:rPr>
        <w:t>The Secret of Divine Wisdom September 2, 2012 · 47s · at 45:44 · https://youtu.be/ZXQlrW7PqAE?t=2744</w:t>
      </w:r>
    </w:p>
    <w:p>
      <w:r>
        <w:rPr>
          <w:i/>
        </w:rPr>
        <w:t>“Badr, Uhud aur Hunain sirf aadhe din mein khatam hui”</w:t>
      </w:r>
    </w:p>
    <w:p>
      <w:r>
        <w:rPr>
          <w:sz w:val="20"/>
        </w:rPr>
        <w:t>45:44  rasool Allah ne jo ke zamane mein jo ladaaiyan hui theen besicly teen ladaaiyan hui theen. badar, uhud aur hunain besicly aur to jhapain is ka mashinz thi woh.</w:t>
      </w:r>
      <w:r>
        <w:br/>
      </w:r>
      <w:r>
        <w:rPr>
          <w:sz w:val="20"/>
        </w:rPr>
        <w:t>45:58  to in teen ladaaiyon mein kya hua?</w:t>
      </w:r>
      <w:r>
        <w:br/>
      </w:r>
      <w:r>
        <w:rPr>
          <w:sz w:val="20"/>
        </w:rPr>
        <w:t>46:00  sirf aadhe din ladaai hui thi. dopahar ko shuru hui shaam ko khatam ho gayi. aap kitabon mein parh lijiyay. aap kitabon mein parh lijiyay ke yeh teeno ladaaiyan aadhe aadhe din hui theen.</w:t>
      </w:r>
      <w:r>
        <w:br/>
      </w:r>
      <w:r>
        <w:rPr>
          <w:sz w:val="20"/>
        </w:rPr>
        <w:t>46:17  to yeh arab log kyun nahin sochtay is ko ke yeh kaisi ladaai hai kaisa jihad hai jo paishat saal chala ja raha hai. rasool Allah ne jis cheez ko jihad kaha tha woh jihad to woh aadhe din ka tha woh.</w:t>
      </w:r>
    </w:p>
    <w:p>
      <w:pPr>
        <w:pStyle w:val="Heading2"/>
      </w:pPr>
      <w:r>
        <w:t>Waswasa defined as wrong advice to avoid</w:t>
      </w:r>
    </w:p>
    <w:p>
      <w:r>
        <w:rPr>
          <w:color w:val="666666"/>
          <w:sz w:val="18"/>
        </w:rPr>
        <w:t>Study of the Quran December 20, 2015 · 46s · at 2:56 · https://youtu.be/aWG02P9l_Bk?t=176</w:t>
      </w:r>
    </w:p>
    <w:p>
      <w:r>
        <w:rPr>
          <w:i/>
        </w:rPr>
        <w:t>“Waswasa ka mani kya hai? Rang advice”</w:t>
      </w:r>
    </w:p>
    <w:p>
      <w:r>
        <w:rPr>
          <w:sz w:val="20"/>
        </w:rPr>
        <w:t>2:56  waswasa ka maeni kya hai? wrong advice,</w:t>
      </w:r>
      <w:r>
        <w:br/>
      </w:r>
      <w:r>
        <w:rPr>
          <w:sz w:val="20"/>
        </w:rPr>
        <w:t>3:00  ghalat rukh ki taraf morna insan ko. to yeh wrong advice woh insanon ki taraf se hoti hai, aur hamd allah ki taraf se hota hai.</w:t>
      </w:r>
      <w:r>
        <w:br/>
      </w:r>
      <w:r>
        <w:rPr>
          <w:sz w:val="20"/>
        </w:rPr>
        <w:t>3:15  to zindagi ke har tajrube mein aap ko hamd ka item daryaft karna hai.</w:t>
      </w:r>
      <w:r>
        <w:br/>
      </w:r>
      <w:r>
        <w:rPr>
          <w:sz w:val="20"/>
        </w:rPr>
        <w:t>3:23  isi tarah insanon se muamla jo pesh aaye to aap ko is se bachna hai ke woh koi waswasa dale aur aap us ko accept kar len.</w:t>
      </w:r>
      <w:r>
        <w:br/>
      </w:r>
      <w:r>
        <w:rPr>
          <w:sz w:val="20"/>
        </w:rPr>
        <w:t>3:34  woh koi wrong advice de aur us ko aap le len. in do cheezon ke darmiyan zindagi ka safar jari rehta hai.</w:t>
      </w:r>
    </w:p>
    <w:p>
      <w:pPr>
        <w:pStyle w:val="Heading2"/>
      </w:pPr>
      <w:r>
        <w:t>Understanding Quran requires understanding the age</w:t>
      </w:r>
    </w:p>
    <w:p>
      <w:r>
        <w:rPr>
          <w:color w:val="666666"/>
          <w:sz w:val="18"/>
        </w:rPr>
        <w:t>Study of The Quran 23 June 2019 - Maulana Wahiduddin Khan · 24s · at 10:42 · https://youtu.be/tFQnqhFtPko?t=642</w:t>
      </w:r>
    </w:p>
    <w:p>
      <w:r>
        <w:rPr>
          <w:i/>
        </w:rPr>
        <w:t>“To understand Quran, you must understand the age.”</w:t>
      </w:r>
    </w:p>
    <w:p>
      <w:r>
        <w:rPr>
          <w:sz w:val="20"/>
        </w:rPr>
        <w:t>10:42  to dekhiye, main yahi keh raha hoon ke quran ko samajhne ke liye aap ko zamane ko samajhna pare ga. kyunke zamane ki zuban mein hai quran.</w:t>
      </w:r>
      <w:r>
        <w:br/>
      </w:r>
      <w:r>
        <w:rPr>
          <w:sz w:val="20"/>
        </w:rPr>
        <w:t>10:53  log samajhte hain ke jab woh quran arabi zuban mein hai, sahih hai ke arabi zuban mein hai, lekin woh woh zamane ke usloob mein hai. zamane ke usloob mein.</w:t>
      </w:r>
    </w:p>
    <w:p>
      <w:pPr>
        <w:pStyle w:val="Heading2"/>
      </w:pPr>
      <w:r>
        <w:t>Quran's anger verse matches modern mind-management psychology</w:t>
      </w:r>
    </w:p>
    <w:p>
      <w:r>
        <w:rPr>
          <w:color w:val="666666"/>
          <w:sz w:val="18"/>
        </w:rPr>
        <w:t>Month of Ramadan and The Quran 15 July 2012 · 53s · at 23:44 · https://youtu.be/BxiaMbKdoo8?t=1424</w:t>
      </w:r>
    </w:p>
    <w:p>
      <w:r>
        <w:rPr>
          <w:i/>
        </w:rPr>
        <w:t>“وَإِذَا مَا غَضِبُوا هُمْ يَغْفِرُونَ ۔ جب انہیں غصہ آتا ہے”</w:t>
      </w:r>
    </w:p>
    <w:p>
      <w:r>
        <w:rPr>
          <w:sz w:val="20"/>
        </w:rPr>
        <w:t>23:44  yeh bataye ga quran aap ko. misaal ke ooper dekhiye. وَإِذَا عَمَّا غَضْبُهُمْ يَغْفِرُونَ .</w:t>
      </w:r>
      <w:r>
        <w:br/>
      </w:r>
      <w:r>
        <w:rPr>
          <w:sz w:val="20"/>
        </w:rPr>
        <w:t>23:54  jab unhein ghussa aata hai to woh maaf kar dete hain. yahi to hai manage karna. yahi to manage karna hai.</w:t>
      </w:r>
      <w:r>
        <w:br/>
      </w:r>
      <w:r>
        <w:rPr>
          <w:sz w:val="20"/>
        </w:rPr>
        <w:t>24:03  ke ke ke ghussa aaya to aap ghusse ko maar dhaad tak daale jaayen. nafrat tak daale jaayen. maaf kar dein.</w:t>
      </w:r>
      <w:r>
        <w:br/>
      </w:r>
      <w:r>
        <w:rPr>
          <w:sz w:val="20"/>
        </w:rPr>
        <w:t>24:14  to is mein yeh bataya tha ke psychology ki jo studies hui hain. woh batati hain ke aadmi ka mind aik hi sath do cheezon par focus nahi kar sakta.</w:t>
      </w:r>
      <w:r>
        <w:br/>
      </w:r>
      <w:r>
        <w:rPr>
          <w:sz w:val="20"/>
        </w:rPr>
        <w:t>24:24  yeh wohi baat jo quran mein hai ke مَا جَعَلَ اللَّهُ لَلْعَجْلِ مِنْ قَلْبَيْنِ فِجْوَةٍ . to at a time insaan ka mind do cheezon par focus nahi kar sakta.</w:t>
      </w:r>
    </w:p>
    <w:p>
      <w:pPr>
        <w:pStyle w:val="Heading2"/>
      </w:pPr>
      <w:r>
        <w:t>Quran's unique divine address style</w:t>
      </w:r>
    </w:p>
    <w:p>
      <w:r>
        <w:rPr>
          <w:color w:val="666666"/>
          <w:sz w:val="18"/>
        </w:rPr>
        <w:t>Realization of God 12 May 2018 - Maulana Wahiduddin Khan · 44s · at 7:54 · https://youtu.be/Z_0nn6MHsog?t=474</w:t>
      </w:r>
    </w:p>
    <w:p>
      <w:r>
        <w:rPr>
          <w:i/>
        </w:rPr>
        <w:t>“Yeh khuda ka kalam nahi ho sakta”</w:t>
      </w:r>
    </w:p>
    <w:p>
      <w:r>
        <w:rPr>
          <w:sz w:val="20"/>
        </w:rPr>
        <w:t>7:54  yeh yeh khuda ka kalam nahi ho sakta, yeh insaan ka kalam ho sakta hai.</w:t>
      </w:r>
      <w:r>
        <w:br/>
      </w:r>
      <w:r>
        <w:rPr>
          <w:sz w:val="20"/>
        </w:rPr>
        <w:t>7:59  to quran mein jo usloob hai, aye insaan, aye bani adam, is tarah ke jo alfaaz hain, woh sirf khuda hi bol sakta hai, koi insaan nahi bol sakta.</w:t>
      </w:r>
      <w:r>
        <w:br/>
      </w:r>
      <w:r>
        <w:rPr>
          <w:sz w:val="20"/>
        </w:rPr>
        <w:t>8:13  poore quran mein aisa hi hai.</w:t>
      </w:r>
      <w:r>
        <w:br/>
      </w:r>
      <w:r>
        <w:rPr>
          <w:sz w:val="20"/>
        </w:rPr>
        <w:t>8:18  to main samajhta hoon ke yahi woh cheez hai jo quran ko ek special kalam ka ehsaas deti hai ke insani usloob nahi hai, woh koi insaniyat se bartar koi hasti hai jo bol rahi hai.</w:t>
      </w:r>
    </w:p>
    <w:p>
      <w:pPr>
        <w:pStyle w:val="Heading2"/>
      </w:pPr>
      <w:r>
        <w:t>Islam does not recognize 'thought crime'</w:t>
      </w:r>
    </w:p>
    <w:p>
      <w:r>
        <w:rPr>
          <w:color w:val="666666"/>
          <w:sz w:val="18"/>
        </w:rPr>
        <w:t>Freedom of Expression in Islam 30 Sept 2012 - Maulana Wahiduddin Khan · 41s · at 20:58 · https://youtu.be/WLlXSyxX8Q4?t=1258</w:t>
      </w:r>
    </w:p>
    <w:p>
      <w:r>
        <w:rPr>
          <w:i/>
        </w:rPr>
        <w:t>“Hargiz Islam mein thought crime nahi hai”</w:t>
      </w:r>
    </w:p>
    <w:p>
      <w:r>
        <w:rPr>
          <w:sz w:val="20"/>
        </w:rPr>
        <w:t>20:58  yeh bilkul baseless baat hai. harghiz Islam mein thought crime nahi hai.</w:t>
      </w:r>
      <w:r>
        <w:br/>
      </w:r>
      <w:r>
        <w:rPr>
          <w:sz w:val="20"/>
        </w:rPr>
        <w:t>21:02  yani mujarrad sochna yeh jurm hai, harghiz aisa nahi hai. aap azaad hain, jo chahen sochein, azaad hain, jo chahen bolein, azaad hain, jo chahen kitab likhein.</w:t>
      </w:r>
      <w:r>
        <w:br/>
      </w:r>
      <w:r>
        <w:rPr>
          <w:sz w:val="20"/>
        </w:rPr>
        <w:t>21:17  haan, agar aap kisi ko physical harm pahanchayen ge, kisi ka baal chheen en ge, kisi ke hath paon toden ge, to woh hai capital punishment ban jayega.</w:t>
      </w:r>
      <w:r>
        <w:br/>
      </w:r>
      <w:r>
        <w:rPr>
          <w:sz w:val="20"/>
        </w:rPr>
        <w:t>21:28  woh, woh, woh, woh, woh punishable, punishable crime ban jayega. yeh hai Islam.</w:t>
      </w:r>
    </w:p>
    <w:p>
      <w:pPr>
        <w:pStyle w:val="Heading2"/>
      </w:pPr>
      <w:r>
        <w:t>Prophet's prohibition of misinterpretation</w:t>
      </w:r>
    </w:p>
    <w:p>
      <w:r>
        <w:rPr>
          <w:color w:val="666666"/>
          <w:sz w:val="18"/>
        </w:rPr>
        <w:t>Misinterpretation of Islam July 24, 2008 · 53s · at 4:35 · https://youtu.be/SNX20ErFRDo?t=275</w:t>
      </w:r>
    </w:p>
    <w:p>
      <w:r>
        <w:rPr>
          <w:i/>
        </w:rPr>
        <w:t>“The Prophet severely prohibited misinterpretation by opinion.”</w:t>
      </w:r>
    </w:p>
    <w:p>
      <w:r>
        <w:rPr>
          <w:sz w:val="20"/>
        </w:rPr>
        <w:t>4:35  toh main is waqt is maamle mein kuch kehna chahunga. Rasool Allah Sallallahu Alaihi Wasallam ne baar baar bohat zyada sakhti se mana kiya tha misinterpretation se.</w:t>
      </w:r>
      <w:r>
        <w:br/>
      </w:r>
      <w:r>
        <w:rPr>
          <w:sz w:val="20"/>
        </w:rPr>
        <w:t>4:54  jaise Quran bare mein ek hadith hai ke: "man fassara al-qurana bira'yih fa asaba fa qad akhta'a".</w:t>
      </w:r>
      <w:r>
        <w:br/>
      </w:r>
      <w:r>
        <w:rPr>
          <w:sz w:val="20"/>
        </w:rPr>
        <w:t>5:05  yaani Quran ke bare mein agar tum apni rai se kuch baat kaho,</w:t>
      </w:r>
      <w:r>
        <w:br/>
      </w:r>
      <w:r>
        <w:rPr>
          <w:sz w:val="20"/>
        </w:rPr>
        <w:t>5:12  apni rai se, aur accidentally woh sahi bhi ho jaye, tab bhi tum ne gunaah kiya. is liye ke tum ko chahiye ke jab bhi kuch bolna hai Quran ke bare mein, toh us ke context ko dekho,</w:t>
      </w:r>
    </w:p>
    <w:p>
      <w:pPr>
        <w:pStyle w:val="Heading2"/>
      </w:pPr>
      <w:r>
        <w:t>Islam entered every home in Medina</w:t>
      </w:r>
    </w:p>
    <w:p>
      <w:r>
        <w:rPr>
          <w:color w:val="666666"/>
          <w:sz w:val="18"/>
        </w:rPr>
        <w:t>Quran A Miracle June 01, 2014 · 19s · at 21:48 · https://youtu.be/8KM3lDsj4PY?t=1308</w:t>
      </w:r>
    </w:p>
    <w:p>
      <w:r>
        <w:rPr>
          <w:i/>
        </w:rPr>
        <w:t>“Tareekh yeh kehti hai ke ghar ghar mein Islam daakhil ho gaya”</w:t>
      </w:r>
    </w:p>
    <w:p>
      <w:r>
        <w:rPr>
          <w:sz w:val="20"/>
        </w:rPr>
        <w:t>21:48  ke tareekh yeh kehti hai ke</w:t>
      </w:r>
      <w:r>
        <w:br/>
      </w:r>
      <w:r>
        <w:rPr>
          <w:sz w:val="20"/>
        </w:rPr>
        <w:t>21:55  mun al ke ghar ghar mein islam dakhil ho gaya. yeh tha quran ka Miraculous Effect. kaise ajeeb log hain jo bomb aur gun mein taqat samajhte hain.</w:t>
      </w:r>
    </w:p>
    <w:p>
      <w:pPr>
        <w:pStyle w:val="Heading2"/>
      </w:pPr>
      <w:r>
        <w:t>Criticism essential for development</w:t>
      </w:r>
    </w:p>
    <w:p>
      <w:r>
        <w:rPr>
          <w:color w:val="666666"/>
          <w:sz w:val="18"/>
        </w:rPr>
        <w:t>Criticism in Islam May 17, 2008 · 33s · at 50:37 · https://youtu.be/qhlJjRh9SeY?t=3037</w:t>
      </w:r>
    </w:p>
    <w:p>
      <w:r>
        <w:rPr>
          <w:i/>
        </w:rPr>
        <w:t>“Without dissent, without criticism, no development.”</w:t>
      </w:r>
    </w:p>
    <w:p>
      <w:r>
        <w:rPr>
          <w:sz w:val="20"/>
        </w:rPr>
        <w:t>50:37  ga to yeh ek pehlu yeh hai</w:t>
      </w:r>
      <w:r>
        <w:br/>
      </w:r>
      <w:r>
        <w:rPr>
          <w:sz w:val="20"/>
        </w:rPr>
        <w:t>50:43  aur doosra pehlu yeh hai ke decent aur difference</w:t>
      </w:r>
      <w:r>
        <w:br/>
      </w:r>
      <w:r>
        <w:rPr>
          <w:sz w:val="20"/>
        </w:rPr>
        <w:t>50:48  ke criticism yeh to yeh to yani</w:t>
      </w:r>
      <w:r>
        <w:br/>
      </w:r>
      <w:r>
        <w:rPr>
          <w:sz w:val="20"/>
        </w:rPr>
        <w:t>50:54  woh hai development ka zeena hai</w:t>
      </w:r>
      <w:r>
        <w:br/>
      </w:r>
      <w:r>
        <w:rPr>
          <w:sz w:val="20"/>
        </w:rPr>
        <w:t>51:01  Without dissent, without difference, without criticism, there is no development at all.</w:t>
      </w:r>
    </w:p>
    <w:p>
      <w:pPr>
        <w:pStyle w:val="Heading2"/>
      </w:pPr>
      <w:r>
        <w:t>Realizing ignorance leads to knowledge</w:t>
      </w:r>
    </w:p>
    <w:p>
      <w:r>
        <w:rPr>
          <w:color w:val="666666"/>
          <w:sz w:val="18"/>
        </w:rPr>
        <w:t>Man &amp; Paradise Aug 18, 2013 - Maulana Wahiduddin Khan · 52s · at 3:12 · https://youtu.be/yKy1suwbP8o?t=192</w:t>
      </w:r>
    </w:p>
    <w:p>
      <w:r>
        <w:rPr>
          <w:i/>
        </w:rPr>
        <w:t>“When you realize your ignorance”</w:t>
      </w:r>
    </w:p>
    <w:p>
      <w:r>
        <w:rPr>
          <w:sz w:val="20"/>
        </w:rPr>
        <w:t>3:12  aap ko jab apni la ilmi ka idrak ho jaye, tab aap ko ilm hasil hota hai.</w:t>
      </w:r>
      <w:r>
        <w:br/>
      </w:r>
      <w:r>
        <w:rPr>
          <w:sz w:val="20"/>
        </w:rPr>
        <w:t>3:22  jab tak aap ko apni la ilmi ka idrak na ho, us waqt aap ko ilm hasil nahi hoga. "allama al-insana wa ma lam ya'lam" ka tarjuma to yeh hai ke insan ko batai woh baat jis ko woh nahi janta tha.</w:t>
      </w:r>
      <w:r>
        <w:br/>
      </w:r>
      <w:r>
        <w:rPr>
          <w:sz w:val="20"/>
        </w:rPr>
        <w:t>3:39  to is ayat mein mujhe aik bohat bari baat milti hai, woh yeh hai ke jab tak aap ke andar ehsas la ilmi na ho, jab tak aap "i don't know" ka idrak na kar saken, tab tak "i know" tak aap nahi pohnchte.</w:t>
      </w:r>
    </w:p>
    <w:p>
      <w:pPr>
        <w:pStyle w:val="Heading2"/>
      </w:pPr>
      <w:r>
        <w:t>Iblis becomes man's eternal rival, defies Allah</w:t>
      </w:r>
    </w:p>
    <w:p>
      <w:r>
        <w:rPr>
          <w:color w:val="666666"/>
          <w:sz w:val="18"/>
        </w:rPr>
        <w:t>Purpose of Creation September 28, 2014 · 45s · at 9:16 · https://youtu.be/7M-rzLZzCYw?t=556</w:t>
      </w:r>
    </w:p>
    <w:p>
      <w:r>
        <w:rPr>
          <w:i/>
        </w:rPr>
        <w:t>“Dekhiye kya hua ke Iblis insan ka rival ban gaya”</w:t>
      </w:r>
    </w:p>
    <w:p>
      <w:r>
        <w:rPr>
          <w:sz w:val="20"/>
        </w:rPr>
        <w:t>9:16  To dekhiye hua kya ke Iblees jo tha wo insan ka rival ban gaya.</w:t>
      </w:r>
      <w:r>
        <w:br/>
      </w:r>
      <w:r>
        <w:rPr>
          <w:sz w:val="20"/>
        </w:rPr>
        <w:t>9:29  Aur insan ke aage nahi jhuka.</w:t>
      </w:r>
      <w:r>
        <w:br/>
      </w:r>
      <w:r>
        <w:rPr>
          <w:sz w:val="20"/>
        </w:rPr>
        <w:t>9:31  Allah ke hukum ke khilaf kiya us ne. Aur us ne kaha ke: "La hatta nakrun thum illa qaleelan".</w:t>
      </w:r>
      <w:r>
        <w:br/>
      </w:r>
      <w:r>
        <w:rPr>
          <w:sz w:val="20"/>
        </w:rPr>
        <w:t>9:40  Mein insan ko chalne nahi doonga. Aur poori history mein aap dekhiye shaitan insan ki dushmani mein laga hua hai.</w:t>
      </w:r>
      <w:r>
        <w:br/>
      </w:r>
      <w:r>
        <w:rPr>
          <w:sz w:val="20"/>
        </w:rPr>
        <w:t>9:52  Lekin Allah taala ka matlab tha ke yeh tareekh banaye jo jis ke liye insan ko paida kiya gaya hai.</w:t>
      </w:r>
    </w:p>
    <w:p>
      <w:pPr>
        <w:pStyle w:val="Heading2"/>
      </w:pPr>
      <w:r>
        <w:t>Be God-oriented: essence of Quran</w:t>
      </w:r>
    </w:p>
    <w:p>
      <w:r>
        <w:rPr>
          <w:color w:val="666666"/>
          <w:sz w:val="18"/>
        </w:rPr>
        <w:t>Message of the Quran August 20, 2017 · 45s · at 7:15 · https://youtu.be/BrbrZxP37pk?t=435</w:t>
      </w:r>
    </w:p>
    <w:p>
      <w:r>
        <w:rPr>
          <w:i/>
        </w:rPr>
        <w:t>“Kun rabbaniyyeen – be God-oriented.”</w:t>
      </w:r>
    </w:p>
    <w:p>
      <w:r>
        <w:rPr>
          <w:sz w:val="20"/>
        </w:rPr>
        <w:t>7:15  is message ka just kya hai to woh is ayat mein milta hai, yani Quran ke ek chapter hai Aal e Imran number teen, is mein yeh ayat hai ke: "Kaun Rabbaaniyyun?" Kaun Rabbaaniyyun ka matlab hote hain: "Rab wale bano</w:t>
      </w:r>
      <w:r>
        <w:br/>
      </w:r>
      <w:r>
        <w:rPr>
          <w:sz w:val="20"/>
        </w:rPr>
        <w:t>7:38  !" Ae logo, Rab wale bano! Yeh Rab wale bano ka matlab kya hua? Wahi cheez hai jisko hum aaj kehte hain spirituality, yani God based spirituality ya God oriented spirituality.</w:t>
      </w:r>
    </w:p>
    <w:p>
      <w:pPr>
        <w:pStyle w:val="Heading2"/>
      </w:pPr>
      <w:r>
        <w:t>Positive mindset for paradise</w:t>
      </w:r>
    </w:p>
    <w:p>
      <w:r>
        <w:rPr>
          <w:color w:val="666666"/>
          <w:sz w:val="18"/>
        </w:rPr>
        <w:t>Quran Compilation November 16, 2014 · 26s · at 41:08 · https://youtu.be/fMlK2jWO4EU?t=2468</w:t>
      </w:r>
    </w:p>
    <w:p>
      <w:r>
        <w:rPr>
          <w:i/>
        </w:rPr>
        <w:t>“Allah yani jannat mein sirf woh log daakhil honge jo positive zihniyat ke”</w:t>
      </w:r>
    </w:p>
    <w:p>
      <w:r>
        <w:rPr>
          <w:sz w:val="20"/>
        </w:rPr>
        <w:t>41:08  allah yani jannat mein sirf woh log dakhil honge jo musbat zehniyat ke sath Allah ke haan pohanchen sahib us sadr ka matlab hota hai musbat zehniyat to musalmanon mein to musbat zehniyat jaise maujood hi nahi hai musbat soch ka wajood hi nahi koi</w:t>
      </w:r>
    </w:p>
    <w:p>
      <w:pPr>
        <w:pStyle w:val="Heading2"/>
      </w:pPr>
      <w:r>
        <w:t>"Water everywhere, not a drop to drink" - the coming reality</w:t>
      </w:r>
    </w:p>
    <w:p>
      <w:r>
        <w:rPr>
          <w:color w:val="666666"/>
          <w:sz w:val="18"/>
        </w:rPr>
        <w:t>Fasting Training for Discipline August 16, 2009 · 35s · at 47:21 · https://youtu.be/sZw-RIqkF1c?t=2841</w:t>
      </w:r>
    </w:p>
    <w:p>
      <w:r>
        <w:rPr>
          <w:i/>
        </w:rPr>
        <w:t>“Water, water everywhere, not a drop to drink”</w:t>
      </w:r>
    </w:p>
    <w:p>
      <w:r>
        <w:rPr>
          <w:sz w:val="20"/>
        </w:rPr>
        <w:t>47:21  to two third ke process mein aa chuka, yani process jo hai, woh two third wale hisse mein aa chuka. is ke baad no water ka ma'mla hoga.</w:t>
      </w:r>
      <w:r>
        <w:br/>
      </w:r>
      <w:r>
        <w:rPr>
          <w:sz w:val="20"/>
        </w:rPr>
        <w:t>47:30  aur wahi waqt aa jayega jo ek shayar ne jo kahani likhi hai ke "Water, water, everywhere, not a drop to drink." .</w:t>
      </w:r>
      <w:r>
        <w:br/>
      </w:r>
      <w:r>
        <w:rPr>
          <w:sz w:val="20"/>
        </w:rPr>
        <w:t>47:41  pani hai magar peene ke liye kuch nahi, kyunke sab salty water hai.</w:t>
      </w:r>
      <w:r>
        <w:br/>
      </w:r>
      <w:r>
        <w:rPr>
          <w:sz w:val="20"/>
        </w:rPr>
        <w:t>47:47  to ab woh waqt aakhri tor par aa gaya hai jab ke idkhaal kalma ka process mukammal ho. is Ramzan mein hamein yehi pledge lena hai.</w:t>
      </w:r>
    </w:p>
    <w:p>
      <w:pPr>
        <w:pStyle w:val="Heading2"/>
      </w:pPr>
      <w:r>
        <w:t>Sufi couplet on staying detached while in the world</w:t>
      </w:r>
    </w:p>
    <w:p>
      <w:r>
        <w:rPr>
          <w:color w:val="666666"/>
          <w:sz w:val="18"/>
        </w:rPr>
        <w:t>The Concept of Spirituality In Islam - I January 27, 2006 Maulana Wahiduddin Khan · 59s · at 28:43 · https://youtu.be/xnI_QVVDWgk?t=1723</w:t>
      </w:r>
    </w:p>
    <w:p>
      <w:r>
        <w:rPr>
          <w:i/>
        </w:rPr>
        <w:t>“Haidat ke qabil meri tajrid tasavvur karta hoon”</w:t>
      </w:r>
    </w:p>
    <w:p>
      <w:r>
        <w:rPr>
          <w:sz w:val="20"/>
        </w:rPr>
        <w:t>28:43  haidaat ke qabil meri tajreed tasawwur.</w:t>
      </w:r>
      <w:r>
        <w:br/>
      </w:r>
      <w:r>
        <w:rPr>
          <w:sz w:val="20"/>
        </w:rPr>
        <w:t>28:50  haidaat ke qabil meri tajreed tasawwur karta hoon tujhe qaid ki mehfil se juda.</w:t>
      </w:r>
      <w:r>
        <w:br/>
      </w:r>
      <w:r>
        <w:rPr>
          <w:sz w:val="20"/>
        </w:rPr>
        <w:t>29:00  ya tajreed means detail thinking. detail thinking. yani, when you are engaged in worldly activities, you have to detail yourself. you have to detail your mind. bodily, you are involved, but intellectually, you are not involved. this is tajreed. haidaat ke qabil meri tajreed tasawwur karta hoon tujhe ghair ki mehfil se juda. ya</w:t>
      </w:r>
      <w:r>
        <w:br/>
      </w:r>
      <w:r>
        <w:rPr>
          <w:sz w:val="20"/>
        </w:rPr>
        <w:t>29:29  when i am engaged in worldly activities, when i am in market, i am in at my home, i am industry, everywhere. but,</w:t>
      </w:r>
    </w:p>
    <w:p>
      <w:pPr>
        <w:pStyle w:val="Heading2"/>
      </w:pPr>
      <w:r>
        <w:t>Quran flees the mind faster than an untied camel bolts</w:t>
      </w:r>
    </w:p>
    <w:p>
      <w:r>
        <w:rPr>
          <w:color w:val="666666"/>
          <w:sz w:val="18"/>
        </w:rPr>
        <w:t>Quran The Book of Guidance July 21, 2013 · 47s · at 2:15 · https://youtu.be/DGDHIAde7eU?t=135</w:t>
      </w:r>
    </w:p>
    <w:p>
      <w:r>
        <w:rPr>
          <w:i/>
        </w:rPr>
        <w:t>“Us zaat ki qasam jiske qabze mein meri jaan hai”</w:t>
      </w:r>
    </w:p>
    <w:p>
      <w:r>
        <w:rPr>
          <w:sz w:val="20"/>
        </w:rPr>
        <w:t>2:15  kyun ke is zaat ki qasam jis ke qabze mein meri jaan hai,</w:t>
      </w:r>
      <w:r>
        <w:br/>
      </w:r>
      <w:r>
        <w:rPr>
          <w:sz w:val="20"/>
        </w:rPr>
        <w:t>2:26  Quran is se bhi ziyada tezi se bhagta hai jis tarah oont is waqt bhagta hai jab ke woh apni rassi se chhoot gaya ho.</w:t>
      </w:r>
      <w:r>
        <w:br/>
      </w:r>
      <w:r>
        <w:rPr>
          <w:sz w:val="20"/>
        </w:rPr>
        <w:t>2:44  yani you have to commit</w:t>
      </w:r>
      <w:r>
        <w:br/>
      </w:r>
      <w:r>
        <w:rPr>
          <w:sz w:val="20"/>
        </w:rPr>
        <w:t>2:49  to the Quran. You have to commit yourself to the Quran. You have to commit yourself to the Quran. Warna kya hoga?</w:t>
      </w:r>
      <w:r>
        <w:br/>
      </w:r>
      <w:r>
        <w:rPr>
          <w:sz w:val="20"/>
        </w:rPr>
        <w:t>2:59  Quran tumhare andar se nikal jayega.</w:t>
      </w:r>
    </w:p>
    <w:p>
      <w:pPr>
        <w:pStyle w:val="Heading2"/>
      </w:pPr>
      <w:r>
        <w:t>Double-checking system</w:t>
      </w:r>
    </w:p>
    <w:p>
      <w:r>
        <w:rPr>
          <w:color w:val="666666"/>
          <w:sz w:val="18"/>
        </w:rPr>
        <w:t>The Message of the Quran - Part-2 (English) | March 07, 2007 | Maulana Wahiduddin Khan · 1m 00s · at 4:49 · https://youtu.be/oqDHIm3IUw4?t=289</w:t>
      </w:r>
    </w:p>
    <w:p>
      <w:r>
        <w:rPr>
          <w:i/>
        </w:rPr>
        <w:t>“It was a double-checking system”</w:t>
      </w:r>
    </w:p>
    <w:p>
      <w:r>
        <w:rPr>
          <w:sz w:val="20"/>
        </w:rPr>
        <w:t>4:49  available in previous history. According to Dr. Maurice Bucaille, it was a double-checking system. It was based on the principle of double-checking system. It means that when a portion of the revelation was received by the Prophet, he</w:t>
      </w:r>
      <w:r>
        <w:br/>
      </w:r>
      <w:r>
        <w:rPr>
          <w:sz w:val="20"/>
        </w:rPr>
        <w:t>5:19  would recite it, and the listeners would memorize it. Then some others would write it. So memorization and writing, both were used side by side. So this was a unique method. It is this method that</w:t>
      </w:r>
    </w:p>
    <w:p>
      <w:pPr>
        <w:pStyle w:val="Heading2"/>
      </w:pPr>
      <w:r>
        <w:t>Hadith: paradise-dwellers' hearts are free of malice</w:t>
      </w:r>
    </w:p>
    <w:p>
      <w:r>
        <w:rPr>
          <w:color w:val="666666"/>
          <w:sz w:val="18"/>
        </w:rPr>
        <w:t>Lessons from The Quran April 30, 2014 · 34s · at 14:00 · https://youtu.be/3Snh2dw-6tk?t=840</w:t>
      </w:r>
    </w:p>
    <w:p>
      <w:r>
        <w:rPr>
          <w:i/>
        </w:rPr>
        <w:t>“Hearts of paradise-dwellers will be like a bird's”</w:t>
      </w:r>
    </w:p>
    <w:p>
      <w:r>
        <w:rPr>
          <w:sz w:val="20"/>
        </w:rPr>
        <w:t>14:00  hadees mein aata hai ke ahle jannat ke baray mein ke afadatum kafadate tair jannat walon ke dil chidiya ke manind honge.</w:t>
      </w:r>
      <w:r>
        <w:br/>
      </w:r>
      <w:r>
        <w:rPr>
          <w:sz w:val="20"/>
        </w:rPr>
        <w:t>14:13  chidiya ke dil mein kisi ke khilaf keena nahi, hasad nahi, bughz nahi, ghussa nahi. Is se khali ho. Yani chidiya poore maanon mein positive, positivity par qaim hoti hai.</w:t>
      </w:r>
      <w:r>
        <w:br/>
      </w:r>
      <w:r>
        <w:rPr>
          <w:sz w:val="20"/>
        </w:rPr>
        <w:t>14:30  yeh insaan ko sabak hai.</w:t>
      </w:r>
    </w:p>
    <w:p>
      <w:pPr>
        <w:pStyle w:val="Heading2"/>
      </w:pPr>
      <w:r>
        <w:t>Read even if illiterate think instead</w:t>
      </w:r>
    </w:p>
    <w:p>
      <w:r>
        <w:rPr>
          <w:color w:val="666666"/>
          <w:sz w:val="18"/>
        </w:rPr>
        <w:t>Dars-e-Quran, Chapter 38, V. 29 (Contemplation on the Quran) | October 7, 2018 · 1m 00s · at 24:37 · https://youtu.be/bF57J8TD8no?t=1477</w:t>
      </w:r>
    </w:p>
    <w:p>
      <w:r>
        <w:rPr>
          <w:i/>
        </w:rPr>
        <w:t>“Padhna nahin aata tab bhi padho”</w:t>
      </w:r>
    </w:p>
    <w:p>
      <w:r>
        <w:rPr>
          <w:sz w:val="20"/>
        </w:rPr>
        <w:t>24:37  jo dialogue hua tha, us dialogue ko aap socho kahan matlab tha? ke unhon ne kaha ke parho,</w:t>
      </w:r>
      <w:r>
        <w:br/>
      </w:r>
      <w:r>
        <w:rPr>
          <w:sz w:val="20"/>
        </w:rPr>
        <w:t>24:43  un ka mein parhna aata nahi hai, is ko is ka matlab kiya hua? is ka matlab yeh</w:t>
      </w:r>
      <w:r>
        <w:br/>
      </w:r>
      <w:r>
        <w:rPr>
          <w:sz w:val="20"/>
        </w:rPr>
        <w:t>24:49  keh parhna nahi aata, tab bhi parho.</w:t>
      </w:r>
      <w:r>
        <w:br/>
      </w:r>
      <w:r>
        <w:rPr>
          <w:sz w:val="20"/>
        </w:rPr>
        <w:t>24:55  matlab socho, socho, socho.</w:t>
      </w:r>
      <w:r>
        <w:br/>
      </w:r>
      <w:r>
        <w:rPr>
          <w:sz w:val="20"/>
        </w:rPr>
        <w:t>25:01  وہ جو انڈسٹری میں کہا جاتا ہے: "Think, think, there must be a better way"،</w:t>
      </w:r>
      <w:r>
        <w:br/>
      </w:r>
      <w:r>
        <w:rPr>
          <w:sz w:val="20"/>
        </w:rPr>
        <w:t>25:07  yeh ain wahi cheez hai.</w:t>
      </w:r>
      <w:r>
        <w:br/>
      </w:r>
      <w:r>
        <w:rPr>
          <w:sz w:val="20"/>
        </w:rPr>
        <w:t>25:13  اسپرٹ آف انکوائری: سوچو، سوچو، there must be a better way.</w:t>
      </w:r>
      <w:r>
        <w:br/>
      </w:r>
      <w:r>
        <w:rPr>
          <w:sz w:val="20"/>
        </w:rPr>
        <w:t>25:19  to aaj kal yeh sari dunya mein sonaoon ki bohat tehreekein chal rahi hain, ek do nahi, aur</w:t>
      </w:r>
      <w:r>
        <w:br/>
      </w:r>
      <w:r>
        <w:rPr>
          <w:sz w:val="20"/>
        </w:rPr>
        <w:t>25:25  sab fail hain.</w:t>
      </w:r>
      <w:r>
        <w:br/>
      </w:r>
      <w:r>
        <w:rPr>
          <w:sz w:val="20"/>
        </w:rPr>
        <w:t>25:31  kisi bhi tehreek ka naam nahi le sakte jis se koi substantial sense mein koi faida pohancha ho ummat ka,</w:t>
      </w:r>
    </w:p>
    <w:p>
      <w:pPr>
        <w:pStyle w:val="Heading2"/>
      </w:pPr>
      <w:r>
        <w:t>Jews blamed Persian kings</w:t>
      </w:r>
    </w:p>
    <w:p>
      <w:r>
        <w:rPr>
          <w:color w:val="666666"/>
          <w:sz w:val="18"/>
        </w:rPr>
        <w:t>Divine Warning 29 Oct 2013 - Maulana Wahiduddin Khan · 22s · at 5:52 · https://youtu.be/ITyLA4216tA?t=352</w:t>
      </w:r>
    </w:p>
    <w:p>
      <w:r>
        <w:rPr>
          <w:i/>
        </w:rPr>
        <w:t>“Jaisa ke yahood ke saath hua ke Iran aur Babal ke badshahon ne hamla kiya”</w:t>
      </w:r>
    </w:p>
    <w:p>
      <w:r>
        <w:rPr>
          <w:sz w:val="20"/>
        </w:rPr>
        <w:t>5:52  jaisa ke yahood ke saath hua ke Iran aur Babal ke badshahon ne yahood par hamla kiya, un ki tod phod ki.</w:t>
      </w:r>
      <w:r>
        <w:br/>
      </w:r>
      <w:r>
        <w:rPr>
          <w:sz w:val="20"/>
        </w:rPr>
        <w:t>6:02  to yahood ne kya kiya? in waqiaat ko Iran aur Babal ke badshahon ki taraf mansoob kar ke un ke khilaaf shikayat ka toofan khara kar diya.</w:t>
      </w:r>
    </w:p>
    <w:p>
      <w:pPr>
        <w:pStyle w:val="Heading2"/>
      </w:pPr>
      <w:r>
        <w:t>Reason is human specialty</w:t>
      </w:r>
    </w:p>
    <w:p>
      <w:r>
        <w:rPr>
          <w:color w:val="666666"/>
          <w:sz w:val="18"/>
        </w:rPr>
        <w:t>Reason and Human Life | June 25, 2008 · 30s · at 0:44 · https://youtu.be/BlKDj7xKEYA?t=44</w:t>
      </w:r>
    </w:p>
    <w:p>
      <w:r>
        <w:rPr>
          <w:i/>
        </w:rPr>
        <w:t>“Reason is the specialty of humans”</w:t>
      </w:r>
    </w:p>
    <w:p>
      <w:r>
        <w:rPr>
          <w:sz w:val="20"/>
        </w:rPr>
        <w:t>0:44  human life.</w:t>
      </w:r>
      <w:r>
        <w:br/>
      </w:r>
      <w:r>
        <w:rPr>
          <w:sz w:val="20"/>
        </w:rPr>
        <w:t>0:52  insani zindagi mein aqal ka maqam.</w:t>
      </w:r>
      <w:r>
        <w:br/>
      </w:r>
      <w:r>
        <w:rPr>
          <w:sz w:val="20"/>
        </w:rPr>
        <w:t>1:00  dekhiye, is dunya mein ya is universe mein ek to insan hai aur doosri bohat sari cheezain hain.</w:t>
      </w:r>
      <w:r>
        <w:br/>
      </w:r>
      <w:r>
        <w:rPr>
          <w:sz w:val="20"/>
        </w:rPr>
        <w:t>1:07  lekin aqal jo hai</w:t>
      </w:r>
    </w:p>
    <w:p>
      <w:pPr>
        <w:pStyle w:val="Heading2"/>
      </w:pPr>
      <w:r>
        <w:t>Distinguish confusion from genuine question</w:t>
      </w:r>
    </w:p>
    <w:p>
      <w:r>
        <w:rPr>
          <w:color w:val="666666"/>
          <w:sz w:val="18"/>
        </w:rPr>
        <w:t>QA Session, November 28, 2013 · 46s · at 45:24 · https://youtu.be/DvwywcoXWf0?t=2724</w:t>
      </w:r>
    </w:p>
    <w:p>
      <w:r>
        <w:rPr>
          <w:i/>
        </w:rPr>
        <w:t>“Mr confusion there is difference between confusion and question”</w:t>
      </w:r>
    </w:p>
    <w:p>
      <w:r>
        <w:rPr>
          <w:sz w:val="20"/>
        </w:rPr>
        <w:t>45:23  Mr confusion.</w:t>
      </w:r>
      <w:r>
        <w:br/>
      </w:r>
      <w:r>
        <w:rPr>
          <w:sz w:val="20"/>
        </w:rPr>
        <w:t>45:24  Mr confusion. to dekhiye, there is difference between confusion and question. pehli baat yeh hai, art of questioning mein number one pe yeh aaya ke aap janen ke what is questioning, question kya hai, aur confusion kya hai. pehli baat, beshtar log jeete hain confusion mein, samajhte hain ke unke paas ek qu</w:t>
      </w:r>
      <w:r>
        <w:br/>
      </w:r>
      <w:r>
        <w:rPr>
          <w:sz w:val="20"/>
        </w:rPr>
        <w:t>45:54  estion hai. to behal is ko mein do do sawal ki tarah se is ki koi definition nahi de sakta, apna tajurba mein ne bayan kar diya.</w:t>
      </w:r>
    </w:p>
    <w:p>
      <w:pPr>
        <w:pStyle w:val="Heading2"/>
      </w:pPr>
      <w:r>
        <w:t>Ummah commercialized Islam entirely</w:t>
      </w:r>
    </w:p>
    <w:p>
      <w:r>
        <w:rPr>
          <w:color w:val="666666"/>
          <w:sz w:val="18"/>
        </w:rPr>
        <w:t>Dars-e-Quran, Chapter 2, Verse 40-43 January 21, 2018 · 23s · at 29:55 · https://youtu.be/K21vgozgMd8?t=1795</w:t>
      </w:r>
    </w:p>
    <w:p>
      <w:r>
        <w:rPr>
          <w:i/>
        </w:rPr>
        <w:t>“The ummah has commercialized Islam”</w:t>
      </w:r>
    </w:p>
    <w:p>
      <w:r>
        <w:rPr>
          <w:sz w:val="20"/>
        </w:rPr>
        <w:t>29:55  warna koi kaam hone wala nahi hai na. kyunke ab to ummat wahan pahunch chuki hai jahan is ne pure pure Islam ko commercialize kar rakha hai.</w:t>
      </w:r>
      <w:r>
        <w:br/>
      </w:r>
      <w:r>
        <w:rPr>
          <w:sz w:val="20"/>
        </w:rPr>
        <w:t>30:06  pure pure Islam ko commercialize kar rakha hai. yahan tak ke idare bante hain, masjidें banti hain, madarse bante hain, woh bhi commercialize se banti hain.</w:t>
      </w:r>
      <w:r>
        <w:br/>
      </w:r>
      <w:r>
        <w:rPr>
          <w:sz w:val="20"/>
        </w:rPr>
        <w:t>30:18  commercialize ke zehn se. mein India mein ek bar to aap ek mashhoor shehar mein gaya</w:t>
      </w:r>
    </w:p>
    <w:p>
      <w:pPr>
        <w:pStyle w:val="Heading2"/>
      </w:pPr>
      <w:r>
        <w:t>reading Quran without converting to Islam</w:t>
      </w:r>
    </w:p>
    <w:p>
      <w:r>
        <w:rPr>
          <w:color w:val="666666"/>
          <w:sz w:val="18"/>
        </w:rPr>
        <w:t>Quran for All Mankind June 3, 2012 · 56s · at 1:04:55 · https://youtu.be/Gp-53Zjugcg?t=3895</w:t>
      </w:r>
    </w:p>
    <w:p>
      <w:r>
        <w:rPr>
          <w:i/>
        </w:rPr>
        <w:t>“Is it right to read the Quran without converting?”</w:t>
      </w:r>
    </w:p>
    <w:p>
      <w:r>
        <w:rPr>
          <w:sz w:val="20"/>
        </w:rPr>
        <w:t>1:04:55  Maulana, agla sawal Delhi se hai, Mr. Kundan Thak</w:t>
      </w:r>
      <w:r>
        <w:br/>
      </w:r>
      <w:r>
        <w:rPr>
          <w:sz w:val="20"/>
        </w:rPr>
        <w:t>1:04:59  ur ka. unhon ne likha hai: "I am a non-Muslim, but I believe in truth, and so I want to read Quran. But is it right to read Quran without converting to Muslim religion?</w:t>
      </w:r>
      <w:r>
        <w:br/>
      </w:r>
      <w:r>
        <w:rPr>
          <w:sz w:val="20"/>
        </w:rPr>
        <w:t>1:05:12  kindly comment." nahi, conversion se koi talluq nahi. yeh to aik book hai, aap parhiye is ko. conversion aik alag cheez hai, is se koi is ka talluq nahi hai.</w:t>
      </w:r>
      <w:r>
        <w:br/>
      </w:r>
      <w:r>
        <w:rPr>
          <w:sz w:val="20"/>
        </w:rPr>
        <w:t>1:05:27  yeh to aik seeking spirit jo hai, is ke tehat parhna chahiye. har kitaab seeking spirit. mein ne khud har kitaab parhi hai, har mazhab ki kitaab hai.</w:t>
      </w:r>
      <w:r>
        <w:br/>
      </w:r>
      <w:r>
        <w:rPr>
          <w:sz w:val="20"/>
        </w:rPr>
        <w:t>1:05:39  to yeh conversion aik alag masla hai, is se koi is ka talluq nahi hai. lekin har aadmi ko har baat ko jaanna chahiye aur soch samajh kar aik faisla karna chahiye.</w:t>
      </w:r>
    </w:p>
    <w:p>
      <w:pPr>
        <w:pStyle w:val="Heading2"/>
      </w:pPr>
      <w:r>
        <w:t>rejecting the excuse of self-reform before helping others</w:t>
      </w:r>
    </w:p>
    <w:p>
      <w:r>
        <w:rPr>
          <w:color w:val="666666"/>
          <w:sz w:val="18"/>
        </w:rPr>
        <w:t>Spiritual Travel Across Eastern Europe July 14, 2024 · 29s · at 13:47 · https://youtu.be/b7BMyJKPM1w?t=827</w:t>
      </w:r>
    </w:p>
    <w:p>
      <w:r>
        <w:rPr>
          <w:i/>
        </w:rPr>
        <w:t>“पहले हम तो सुधर जाएं फिर दोस्त सुधारेंगे?”</w:t>
      </w:r>
    </w:p>
    <w:p>
      <w:r>
        <w:rPr>
          <w:sz w:val="20"/>
        </w:rPr>
        <w:t>13:47  to humne kaha ke isko aap bhi distribute karein, hum bhejenge aapko. khaas taur se non Muslims mein karein. to unhone kaha ke pehle hum to sudhar jaayein phir dost log sudhareinge. yeh aap aksar sunte hain kuch logon ka yeh soch hai. yeh badi ajeeb soch hai. aap kab bhi yeh samjhenge ke aap sudhar gaye? to yeh keh sakta hai ke bhai main bilkul ab imaan yaqta ho gaya hoon aur maarifta yaqta ab main kuch doosron ke liye kaam karoon. ji.</w:t>
      </w:r>
      <w:r>
        <w:br/>
      </w:r>
      <w:r>
        <w:rPr>
          <w:sz w:val="20"/>
        </w:rPr>
        <w:t>14:16  to yeh to kabhi nahi ho sakta.</w:t>
      </w:r>
    </w:p>
    <w:p>
      <w:pPr>
        <w:pStyle w:val="Heading2"/>
      </w:pPr>
      <w:r>
        <w:t>Muslims turned the Quran into an abandoned book</w:t>
      </w:r>
    </w:p>
    <w:p>
      <w:r>
        <w:rPr>
          <w:color w:val="666666"/>
          <w:sz w:val="18"/>
        </w:rPr>
        <w:t>What went Wrong with Muslims May 24, 2009 · 52s · at 6:37 · https://youtu.be/qt2CUXaEHaQ?t=397</w:t>
      </w:r>
    </w:p>
    <w:p>
      <w:r>
        <w:rPr>
          <w:i/>
        </w:rPr>
        <w:t>“Musalmano ne Quran ko kitab-e-mahjura bana diya hai”</w:t>
      </w:r>
    </w:p>
    <w:p>
      <w:r>
        <w:rPr>
          <w:sz w:val="20"/>
        </w:rPr>
        <w:t>6:37  main ne apni lambi umar mein bohat parha, bohat suna, bohat dekha. to mera jo manna hai, woh yeh hai ke musalmanon ne quran ko kitab mehjoor bana diya hai.</w:t>
      </w:r>
      <w:r>
        <w:br/>
      </w:r>
      <w:r>
        <w:rPr>
          <w:sz w:val="20"/>
        </w:rPr>
        <w:t>6:50  in aqam ta quran mehjoor ha yani chhori hui kitab.</w:t>
      </w:r>
      <w:r>
        <w:br/>
      </w:r>
      <w:r>
        <w:rPr>
          <w:sz w:val="20"/>
        </w:rPr>
        <w:t>6:57  musalman quran ke naam par bharkte to khoob hain, laraai jhagda karte hain, jaise ke aaj atheism mein hua. lekin quran ko as a guidebook nahin mante, woh amalan yani practically unke liye quran guidebook nahin hai.</w:t>
      </w:r>
      <w:r>
        <w:br/>
      </w:r>
      <w:r>
        <w:rPr>
          <w:sz w:val="20"/>
        </w:rPr>
        <w:t>7:14  bas muqaddas kitab hai, usko upar rakhna aur koi zara sa bhi kuch touch kar de to us se larna jhagadna ke be hurmati kar di tum ne.</w:t>
      </w:r>
      <w:r>
        <w:br/>
      </w:r>
      <w:r>
        <w:rPr>
          <w:sz w:val="20"/>
        </w:rPr>
        <w:t>7:25  lekin quran jo aaya tha, kis liye?</w:t>
      </w:r>
    </w:p>
    <w:p>
      <w:pPr>
        <w:pStyle w:val="Heading2"/>
      </w:pPr>
      <w:r>
        <w:t>Quran recorded the instant it was revealed</w:t>
      </w:r>
    </w:p>
    <w:p>
      <w:r>
        <w:rPr>
          <w:color w:val="666666"/>
          <w:sz w:val="18"/>
        </w:rPr>
        <w:t>Islam &amp; Prophet of Islam 21 Oct, 2012 - Maulana Wahiduddin Khan · 39s · at 10:30 · https://youtu.be/2hwtfOyNeS0?t=630</w:t>
      </w:r>
    </w:p>
    <w:p>
      <w:r>
        <w:rPr>
          <w:i/>
        </w:rPr>
        <w:t>“The moment the Quran was revealed, it was recorded”</w:t>
      </w:r>
    </w:p>
    <w:p>
      <w:r>
        <w:rPr>
          <w:sz w:val="20"/>
        </w:rPr>
        <w:t>10:30  do to dozen aise log the jo har waqt rasool allah ke sath rehte the, bari bari, is liye ke jab bhi koi wahi aaye to foran woh likh len.</w:t>
      </w:r>
      <w:r>
        <w:br/>
      </w:r>
      <w:r>
        <w:rPr>
          <w:sz w:val="20"/>
        </w:rPr>
        <w:t>10:40  woh</w:t>
      </w:r>
      <w:r>
        <w:br/>
      </w:r>
      <w:r>
        <w:rPr>
          <w:sz w:val="20"/>
        </w:rPr>
        <w:t>10:42  to do darjan to aise log the jo baqayda ko aap ke secretariat ka aap keh sakte hain aaj kal ki zaban mein, lekin sare hi sahaba quran ko yaad karte the.</w:t>
      </w:r>
      <w:r>
        <w:br/>
      </w:r>
      <w:r>
        <w:rPr>
          <w:sz w:val="20"/>
        </w:rPr>
        <w:t>10:53  to jab quran utra, usi waqt record bhi ho gaya. woh pehle membar mein, phir kaghaz par. pichhle zamane mein jo nabi aaye, un ke sath aisa nahi hua.</w:t>
      </w:r>
      <w:r>
        <w:br/>
      </w:r>
      <w:r>
        <w:rPr>
          <w:sz w:val="20"/>
        </w:rPr>
        <w:t>11:04  to nabi chala gaya to us ki us ki kitab bhi chali gayi.</w:t>
      </w:r>
    </w:p>
    <w:p>
      <w:pPr>
        <w:pStyle w:val="Heading2"/>
      </w:pPr>
      <w:r>
        <w:t>Quran's fragmentary style is a plus</w:t>
      </w:r>
    </w:p>
    <w:p>
      <w:r>
        <w:rPr>
          <w:color w:val="666666"/>
          <w:sz w:val="18"/>
        </w:rPr>
        <w:t>How to Study The Quran May 01, 2007 (Eng) - Maulana Wahiduddin Khan · 27s · at 9:26 · https://youtu.be/TFD06hWWpt4?t=566</w:t>
      </w:r>
    </w:p>
    <w:p>
      <w:r>
        <w:rPr>
          <w:i/>
        </w:rPr>
        <w:t>“It is not a minus point of the Quran.”</w:t>
      </w:r>
    </w:p>
    <w:p>
      <w:r>
        <w:rPr>
          <w:sz w:val="20"/>
        </w:rPr>
        <w:t>9:26  it is not a minus point of the Quran. it is plus point of the Quran. why? Quran is not a book of history.</w:t>
      </w:r>
      <w:r>
        <w:br/>
      </w:r>
      <w:r>
        <w:rPr>
          <w:sz w:val="20"/>
        </w:rPr>
        <w:t>9:40  no, Quran is a book of da'wah. da'wah. Quran is a book of mission. Quran wants to liberalize your mind.</w:t>
      </w:r>
    </w:p>
    <w:p>
      <w:pPr>
        <w:pStyle w:val="Heading2"/>
      </w:pPr>
      <w:r>
        <w:t>Humanity's innate hunger for justice never satisfied here</w:t>
      </w:r>
    </w:p>
    <w:p>
      <w:r>
        <w:rPr>
          <w:color w:val="666666"/>
          <w:sz w:val="18"/>
        </w:rPr>
        <w:t>The History of Creation March 16, 2008 · 50s · at 20:04 · https://youtu.be/_azxOJV6t0E?t=1204</w:t>
      </w:r>
    </w:p>
    <w:p>
      <w:r>
        <w:rPr>
          <w:i/>
        </w:rPr>
        <w:t>“Insaan ke andar bahut zyada ehsaas hai justice ka”</w:t>
      </w:r>
    </w:p>
    <w:p>
      <w:r>
        <w:rPr>
          <w:sz w:val="20"/>
        </w:rPr>
        <w:t>20:04  dekhen, insaan ke andar bohat ziyada yeh ehsaas hai justice ka</w:t>
      </w:r>
      <w:r>
        <w:br/>
      </w:r>
      <w:r>
        <w:rPr>
          <w:sz w:val="20"/>
        </w:rPr>
        <w:t>20:10  ehsaas hai. justice, justice yaani bilkul inherent hai. justice ka concept hamare personality mein, hum justice chahte hain.</w:t>
      </w:r>
      <w:r>
        <w:br/>
      </w:r>
      <w:r>
        <w:rPr>
          <w:sz w:val="20"/>
        </w:rPr>
        <w:t>20:20  har aadmi justice chahta hai, lekin is duniya mein justice hoti nahin. poori poori history guzar gayi, kabhi bhi duniya mein justice nahin aa saki.</w:t>
      </w:r>
      <w:r>
        <w:br/>
      </w:r>
      <w:r>
        <w:rPr>
          <w:sz w:val="20"/>
        </w:rPr>
        <w:t>20:32  duniya mein kya aaya? zulm, atrocity, despotism, corruption, exploitation.</w:t>
      </w:r>
      <w:r>
        <w:br/>
      </w:r>
      <w:r>
        <w:rPr>
          <w:sz w:val="20"/>
        </w:rPr>
        <w:t>20:42  to insaan chahta hai ke justice ka ek din aaye, ek din aaye jahan justice mile logon ko, matlab bure logon ko punishment mile, achhe logon ko reward mile.</w:t>
      </w:r>
    </w:p>
    <w:p>
      <w:pPr>
        <w:pStyle w:val="Heading2"/>
      </w:pPr>
      <w:r>
        <w:t>First revelation command</w:t>
      </w:r>
    </w:p>
    <w:p>
      <w:r>
        <w:rPr>
          <w:color w:val="666666"/>
          <w:sz w:val="18"/>
        </w:rPr>
        <w:t>The Message of the Quran - Part-2 (English) | March 07, 2007 | Maulana Wahiduddin Khan · 1m 00s · at 10:23 · https://youtu.be/oqDHIm3IUw4?t=623</w:t>
      </w:r>
    </w:p>
    <w:p>
      <w:r>
        <w:rPr>
          <w:i/>
        </w:rPr>
        <w:t>“Ya Muhammad, iqra”</w:t>
      </w:r>
    </w:p>
    <w:p>
      <w:r>
        <w:rPr>
          <w:sz w:val="20"/>
        </w:rPr>
        <w:t>10:23  "O Muhammad, read." Prophet said, "Ma ana baqari. I cannot read." Jibreel said again, "Ya Muhammad, iqra." "O Muhammad, read." The Prophet again said— the Prophet again replied, "Ma ana baqari.</w:t>
      </w:r>
      <w:r>
        <w:br/>
      </w:r>
      <w:r>
        <w:rPr>
          <w:sz w:val="20"/>
        </w:rPr>
        <w:t>10:53  I cannot read." Then Jibreel third time said, "Ya Muhammad, iqra." The Prophet again said, "Ma ana baqari. I cannot read." So this dialogue was repeated three times. Then Jibreel embraced the Prophet, and then he was able to</w:t>
      </w:r>
    </w:p>
    <w:p>
      <w:pPr>
        <w:pStyle w:val="Heading2"/>
      </w:pPr>
      <w:r>
        <w:t>Iblis was a jinn, not an angel</w:t>
      </w:r>
    </w:p>
    <w:p>
      <w:r>
        <w:rPr>
          <w:color w:val="666666"/>
          <w:sz w:val="18"/>
        </w:rPr>
        <w:t>In Conversation with Maulana Wahiduddin Khan English · 46s · at 59:21 · https://youtu.be/QZrkP8Z3Fv8?t=3561</w:t>
      </w:r>
    </w:p>
    <w:p>
      <w:r>
        <w:rPr>
          <w:i/>
        </w:rPr>
        <w:t>“No, it is wrong, it is a misunderstanding”</w:t>
      </w:r>
    </w:p>
    <w:p>
      <w:r>
        <w:rPr>
          <w:sz w:val="20"/>
        </w:rPr>
        <w:t>59:21  Maulana, in the Qur'an, there are several verses which say that Iblis was an angel. But in Surah Kahf, it is mentioned that Iblis was a jinn.</w:t>
      </w:r>
      <w:r>
        <w:br/>
      </w:r>
      <w:r>
        <w:rPr>
          <w:sz w:val="20"/>
        </w:rPr>
        <w:t>59:32  What is your comment on it? No, it is wrong.</w:t>
      </w:r>
      <w:r>
        <w:br/>
      </w:r>
      <w:r>
        <w:rPr>
          <w:sz w:val="20"/>
        </w:rPr>
        <w:t>59:37  There is no verse in the Qur'an in which the Qur'an mentions that Iblis was an angel. No, not at all.</w:t>
      </w:r>
      <w:r>
        <w:br/>
      </w:r>
      <w:r>
        <w:rPr>
          <w:sz w:val="20"/>
        </w:rPr>
        <w:t>59:47  It is a misunderstanding. Iblis was a jinn, not an angel.</w:t>
      </w:r>
      <w:r>
        <w:br/>
      </w:r>
      <w:r>
        <w:rPr>
          <w:sz w:val="20"/>
        </w:rPr>
        <w:t>59:57  This question is based on some misconception because there is no verse in the Qur'an</w:t>
      </w:r>
    </w:p>
    <w:p>
      <w:pPr>
        <w:pStyle w:val="Heading2"/>
      </w:pPr>
      <w:r>
        <w:t>Complaint culture among Muslims escalates all the way to violence</w:t>
      </w:r>
    </w:p>
    <w:p>
      <w:r>
        <w:rPr>
          <w:color w:val="666666"/>
          <w:sz w:val="18"/>
        </w:rPr>
        <w:t>Quran The Book of Guidance July 21, 2013 · 46s · at 29:45 · https://youtu.be/DGDHIAde7eU?t=1785</w:t>
      </w:r>
    </w:p>
    <w:p>
      <w:r>
        <w:rPr>
          <w:i/>
        </w:rPr>
        <w:t>“Saari duniya ke Musalman ek hi nafsiyat mein mashghool hain”</w:t>
      </w:r>
    </w:p>
    <w:p>
      <w:r>
        <w:rPr>
          <w:sz w:val="20"/>
        </w:rPr>
        <w:t>29:45  sari duniya ke musalman jo hain, ek hi nafsiyat mein mashgool hain, woh hai shikayat, complaint, grievances.</w:t>
      </w:r>
      <w:r>
        <w:br/>
      </w:r>
      <w:r>
        <w:rPr>
          <w:sz w:val="20"/>
        </w:rPr>
        <w:t>29:55  isi mein mashgool hain. har aadmi ko, har har mulk ke mein jo musalman jahan bhi hain, un ko kisi na kisi shikayat hai, political shikayat hai aur tarah tarah ki shikayatein hain.</w:t>
      </w:r>
      <w:r>
        <w:br/>
      </w:r>
      <w:r>
        <w:rPr>
          <w:sz w:val="20"/>
        </w:rPr>
        <w:t>30:09  musalmanon ke akhbar padhiye, musalmanon ke magazine padhiye, musalmanon ke jalson mein jaiye to har jagah shikayat wali baatein ho rahi hain. har jagah complaint, protest, har jagah.</w:t>
      </w:r>
      <w:r>
        <w:br/>
      </w:r>
      <w:r>
        <w:rPr>
          <w:sz w:val="20"/>
        </w:rPr>
        <w:t>30:20  isi liye bahut jald musalman bhadak uthte hain, bahut jald tashaddud pe utar aate hain, aur jab tashaddud se kaam nahi chalta to suicide bombing karte hain.</w:t>
      </w:r>
    </w:p>
    <w:p>
      <w:pPr>
        <w:pStyle w:val="Heading2"/>
      </w:pPr>
      <w:r>
        <w:t>Why Muslims don't condemn terrorism</w:t>
      </w:r>
    </w:p>
    <w:p>
      <w:r>
        <w:rPr>
          <w:color w:val="666666"/>
          <w:sz w:val="18"/>
        </w:rPr>
        <w:t>Terrorism in the name of Islam December 23, 2016 · 34s · at 31:29 · https://youtu.be/sm_0z6s2UPs?t=1889</w:t>
      </w:r>
    </w:p>
    <w:p>
      <w:r>
        <w:rPr>
          <w:i/>
        </w:rPr>
        <w:t>“Muslims don't condemn due to ignorance.”</w:t>
      </w:r>
    </w:p>
    <w:p>
      <w:r>
        <w:rPr>
          <w:sz w:val="20"/>
        </w:rPr>
        <w:t>31:29  is ki wajah yeh hai ke jo jo condemn karna chahiye woh khud bhi zaban jeetay be-khabar hain.</w:t>
      </w:r>
      <w:r>
        <w:br/>
      </w:r>
      <w:r>
        <w:rPr>
          <w:sz w:val="20"/>
        </w:rPr>
        <w:t>31:35  misalan hamare ulama hum ulama jate hain ji ke ke modern age kya hai to condemn kaise karen</w:t>
      </w:r>
      <w:r>
        <w:br/>
      </w:r>
      <w:r>
        <w:rPr>
          <w:sz w:val="20"/>
        </w:rPr>
        <w:t>31:42  woh? khud ulama bhi chounke modern education nahi liya unhon ne wohi pichhle cheezen parhte rahe.</w:t>
      </w:r>
      <w:r>
        <w:br/>
      </w:r>
      <w:r>
        <w:rPr>
          <w:sz w:val="20"/>
        </w:rPr>
        <w:t>31:49  to modern education na lene ki wajah se ulama ko khabar hi nahi hai ke modern age hai</w:t>
      </w:r>
      <w:r>
        <w:br/>
      </w:r>
      <w:r>
        <w:rPr>
          <w:sz w:val="20"/>
        </w:rPr>
        <w:t>31:56  kya? to condemn kaise karen woh? yeh sab in awareness ka mamla hai.</w:t>
      </w:r>
      <w:r>
        <w:br/>
      </w:r>
      <w:r>
        <w:rPr>
          <w:sz w:val="20"/>
        </w:rPr>
        <w:t>32:03  ji. molana sahib, in the end, what is the message that you would want to give to the whole world on today's theme?</w:t>
      </w:r>
    </w:p>
    <w:p>
      <w:pPr>
        <w:pStyle w:val="Heading2"/>
      </w:pPr>
      <w:r>
        <w:t>Meaning of fasting as restraint in Quran</w:t>
      </w:r>
    </w:p>
    <w:p>
      <w:r>
        <w:rPr>
          <w:color w:val="666666"/>
          <w:sz w:val="18"/>
        </w:rPr>
        <w:t>Ramadan a Month of Study of Quran August 23, 2009 · 41s · at 1:34 · https://youtu.be/8z-v68n7WuA?t=94</w:t>
      </w:r>
    </w:p>
    <w:p>
      <w:r>
        <w:rPr>
          <w:i/>
        </w:rPr>
        <w:t>“Rozay ko Quran mein sawm kaha gaya hai”</w:t>
      </w:r>
    </w:p>
    <w:p>
      <w:r>
        <w:rPr>
          <w:sz w:val="20"/>
        </w:rPr>
        <w:t>1:34  dekhain pehli baat yeh hai ke roze ko quran mein som kaha gaya hai. som arabic word hai rukna restraint.</w:t>
      </w:r>
      <w:r>
        <w:br/>
      </w:r>
      <w:r>
        <w:rPr>
          <w:sz w:val="20"/>
        </w:rPr>
        <w:t>1:53  rukna kis cheez se? khane peene se aur doosri cheezon se sath sath bolne se bhi.</w:t>
      </w:r>
      <w:r>
        <w:br/>
      </w:r>
      <w:r>
        <w:rPr>
          <w:sz w:val="20"/>
        </w:rPr>
        <w:t>2:03  dekhain pichli shariat mein yani yahood ki shariat mein som sukoot hota tha. chup ka roza. woh islami shariat mein bhi maujood hai.</w:t>
      </w:r>
    </w:p>
    <w:p>
      <w:pPr>
        <w:pStyle w:val="Heading2"/>
      </w:pPr>
      <w:r>
        <w:t>Ijtihad door cannot be closed</w:t>
      </w:r>
    </w:p>
    <w:p>
      <w:r>
        <w:rPr>
          <w:color w:val="666666"/>
          <w:sz w:val="18"/>
        </w:rPr>
        <w:t>Q&amp;A 20 Nov 2011 Maulana Wahiduddin Khan · 38s · at 25:24 · https://youtu.be/7sNDn8Y6jUc?t=1524</w:t>
      </w:r>
    </w:p>
    <w:p>
      <w:r>
        <w:rPr>
          <w:i/>
        </w:rPr>
        <w:t>“Hargiz sahi nahi hai.”</w:t>
      </w:r>
    </w:p>
    <w:p>
      <w:r>
        <w:rPr>
          <w:sz w:val="20"/>
        </w:rPr>
        <w:t>25:24  har giz sahi nahi hai. kaun hai jo hadith mein di hui ayat ko mansookh kare? mujhe yeh bataiye. kis ko Allah taala ne yeh license diya hai?</w:t>
      </w:r>
      <w:r>
        <w:br/>
      </w:r>
      <w:r>
        <w:rPr>
          <w:sz w:val="20"/>
        </w:rPr>
        <w:t>25:37  Bukhari ki riwayat mein jab yeh hai ke mujtahid</w:t>
      </w:r>
      <w:r>
        <w:br/>
      </w:r>
      <w:r>
        <w:rPr>
          <w:sz w:val="20"/>
        </w:rPr>
        <w:t>25:41  koi shart nahi lagai gayi. aur sirf yeh bataye ga ke agar tum ijtihad karo aur ghalti ho jaye to aadha sawab mile ga.</w:t>
      </w:r>
      <w:r>
        <w:br/>
      </w:r>
      <w:r>
        <w:rPr>
          <w:sz w:val="20"/>
        </w:rPr>
        <w:t>25:51  sahih rahega to double sawab milega. to kis ko ye Allah taala ne ikhtiyar diya hai ke wo mansookh kare ijtihad ko? ghalti ke imkan ke bawajood ijtihad karte rehna hai.</w:t>
      </w:r>
    </w:p>
    <w:p>
      <w:pPr>
        <w:pStyle w:val="Heading2"/>
      </w:pPr>
      <w:r>
        <w:t>Minority rights and Quranic truth</w:t>
      </w:r>
    </w:p>
    <w:p>
      <w:r>
        <w:rPr>
          <w:color w:val="666666"/>
          <w:sz w:val="18"/>
        </w:rPr>
        <w:t>Incentive Matters Most 8 Dec 2019 - Maulana Wahiduddin Khan · 29s · at 0:25 · https://youtu.be/07PMcV-Z8Vo?t=25</w:t>
      </w:r>
    </w:p>
    <w:p>
      <w:r>
        <w:rPr>
          <w:i/>
        </w:rPr>
        <w:t>“Meri pedaish 1925 mein hui”</w:t>
      </w:r>
    </w:p>
    <w:p>
      <w:r>
        <w:rPr>
          <w:sz w:val="20"/>
        </w:rPr>
        <w:t>0:25  meri paidaish 1925 mein hui, january 1925.</w:t>
      </w:r>
      <w:r>
        <w:br/>
      </w:r>
      <w:r>
        <w:rPr>
          <w:sz w:val="20"/>
        </w:rPr>
        <w:t>0:36  is waqt se le kar ab tak</w:t>
      </w:r>
      <w:r>
        <w:br/>
      </w:r>
      <w:r>
        <w:rPr>
          <w:sz w:val="20"/>
        </w:rPr>
        <w:t>0:41  musalsal main aik baat suna raha hoon, woh hai aqalliyat muslim aqalliyat ke huqooq, muslim aqalliyat ke huqooq.</w:t>
      </w:r>
    </w:p>
    <w:p>
      <w:pPr>
        <w:pStyle w:val="Heading2"/>
      </w:pPr>
      <w:r>
        <w:t>People think they are perfect</w:t>
      </w:r>
    </w:p>
    <w:p>
      <w:r>
        <w:rPr>
          <w:color w:val="666666"/>
          <w:sz w:val="18"/>
        </w:rPr>
        <w:t>Divine Warning 29 Oct 2013 - Maulana Wahiduddin Khan · 29s · at 7:10 · https://youtu.be/ITyLA4216tA?t=430</w:t>
      </w:r>
    </w:p>
    <w:p>
      <w:r>
        <w:rPr>
          <w:i/>
        </w:rPr>
        <w:t>“To is ka nateeja kya hota hai?”</w:t>
      </w:r>
    </w:p>
    <w:p>
      <w:r>
        <w:rPr>
          <w:sz w:val="20"/>
        </w:rPr>
        <w:t>7:10  yahan tak ke mauqa ho to tashaddud karte hain, gun aur bomb chalate hain. to is ka nateeja kya hota hai? ke jo bas ka jo zahoor hua tha, is liye ke logon ke andar apni ghalti ka ehsaas paida ho,</w:t>
      </w:r>
      <w:r>
        <w:br/>
      </w:r>
      <w:r>
        <w:rPr>
          <w:sz w:val="20"/>
        </w:rPr>
        <w:t>7:27  woh apna muhasba karein, tauba karein, apni islaah karein. is ke bajaye ulta ho jata hai. woh samajhta hai ke hum to bilkul theek thaak hain, hamari koi ghalti nahi hai.</w:t>
      </w:r>
    </w:p>
    <w:p>
      <w:pPr>
        <w:pStyle w:val="Heading2"/>
      </w:pPr>
      <w:r>
        <w:t>British Empire as supporter of Islam</w:t>
      </w:r>
    </w:p>
    <w:p>
      <w:r>
        <w:rPr>
          <w:color w:val="666666"/>
          <w:sz w:val="18"/>
        </w:rPr>
        <w:t>The Age of the Quran October 14, 2018 · 32s · at 32:12 · https://youtu.be/DymTmk2gwGU?t=1932</w:t>
      </w:r>
    </w:p>
    <w:p>
      <w:r>
        <w:rPr>
          <w:i/>
        </w:rPr>
        <w:t>“British Empire mere nazdeek ek pro-Islam empire thi”</w:t>
      </w:r>
    </w:p>
    <w:p>
      <w:r>
        <w:rPr>
          <w:sz w:val="20"/>
        </w:rPr>
        <w:t>32:12  British Empire mere nazdeek aik aik aik pro Islam Empire thi, pro Islam 100 fisad har lehaz se woh hamare liye mufeed thi, woh hamari supporter thi, supporter.</w:t>
      </w:r>
      <w:r>
        <w:br/>
      </w:r>
      <w:r>
        <w:rPr>
          <w:sz w:val="20"/>
        </w:rPr>
        <w:t>32:29  aur us ke support ko istemal kar ke agar hum ne planning ki hoti to hum us woh jo goal diya gaya tha ke ghar ghar pahunchao Quran ko, woh ab tak poora ho chuka hota.</w:t>
      </w:r>
    </w:p>
    <w:p>
      <w:pPr>
        <w:pStyle w:val="Heading2"/>
      </w:pPr>
      <w:r>
        <w:t>political activism is just material activism renamed</w:t>
      </w:r>
    </w:p>
    <w:p>
      <w:r>
        <w:rPr>
          <w:color w:val="666666"/>
          <w:sz w:val="18"/>
        </w:rPr>
        <w:t>Purpose of Creation September 28, 2014 · 59s · at 1:01:11 · https://youtu.be/7M-rzLZzCYw?t=3671</w:t>
      </w:r>
    </w:p>
    <w:p>
      <w:r>
        <w:rPr>
          <w:i/>
        </w:rPr>
        <w:t>“Political activism doosra naam hai material activism ka”</w:t>
      </w:r>
    </w:p>
    <w:p>
      <w:r>
        <w:rPr>
          <w:sz w:val="20"/>
        </w:rPr>
        <w:t>1:01:11  molana deen ki siyasi taabeer ki wajah se marifat ghair matloob ban gayi hai molana duniyaparasati aur siyasi taabeer mein kya farq hai is ke bare mein bataiye dekhiye dono naam ka farq hai dono ek hi hai</w:t>
      </w:r>
      <w:r>
        <w:br/>
      </w:r>
      <w:r>
        <w:rPr>
          <w:sz w:val="20"/>
        </w:rPr>
        <w:t>1:01:34  islam mein political activism hai hi nahi woh political activism jo hai woh kya</w:t>
      </w:r>
      <w:r>
        <w:br/>
      </w:r>
      <w:r>
        <w:rPr>
          <w:sz w:val="20"/>
        </w:rPr>
        <w:t>1:01:40  hai material activism ka doosra naam hai</w:t>
      </w:r>
      <w:r>
        <w:br/>
      </w:r>
      <w:r>
        <w:rPr>
          <w:sz w:val="20"/>
        </w:rPr>
        <w:t>1:01:46  political activism jo hai doosra naam hai material activism ka mere nazdeek dono mein koi farq nahi hai sirf naam ka farq hai Maulana agla ek comment parhna chahenge jo doctor Safeena tabassum ne bheja hai Ajmer se aur unhone likha hai ke today lecture was a thrilling experience for me</w:t>
      </w:r>
    </w:p>
    <w:p>
      <w:pPr>
        <w:pStyle w:val="Heading2"/>
      </w:pPr>
      <w:r>
        <w:t>Egypt conquered by Quran not sword</w:t>
      </w:r>
    </w:p>
    <w:p>
      <w:r>
        <w:rPr>
          <w:color w:val="666666"/>
          <w:sz w:val="18"/>
        </w:rPr>
        <w:t>The Message of The Quran Part 1 March 26, 2006 Maulana Wahiduddin Khan · 35s · at 37:56 · https://youtu.be/krrs0ZKgnb8?t=2276</w:t>
      </w:r>
    </w:p>
    <w:p>
      <w:r>
        <w:rPr>
          <w:i/>
        </w:rPr>
        <w:t>“Egypt mein pahle log kisi aur mazhab par the”</w:t>
      </w:r>
    </w:p>
    <w:p>
      <w:r>
        <w:rPr>
          <w:sz w:val="20"/>
        </w:rPr>
        <w:t>37:56  to us mein aap jante hain ke misr mein pehle log kisi aur mazhab par the, phir 7th century mein unhone islam qabool kiya.</w:t>
      </w:r>
      <w:r>
        <w:br/>
      </w:r>
      <w:r>
        <w:rPr>
          <w:sz w:val="20"/>
        </w:rPr>
        <w:t>38:11  to woh likhta hai us mein ke "the egyptians were conquered not by the sword but by the quran".</w:t>
      </w:r>
      <w:r>
        <w:br/>
      </w:r>
      <w:r>
        <w:rPr>
          <w:sz w:val="20"/>
        </w:rPr>
        <w:t>38:22  7th century mein egypt jo tha, woh muslim area mein shamil hua.</w:t>
      </w:r>
    </w:p>
    <w:p>
      <w:pPr>
        <w:pStyle w:val="Heading2"/>
      </w:pPr>
      <w:r>
        <w:t>This verse is an eye-opener for a new beginning</w:t>
      </w:r>
    </w:p>
    <w:p>
      <w:r>
        <w:rPr>
          <w:color w:val="666666"/>
          <w:sz w:val="18"/>
        </w:rPr>
        <w:t>Divine Warning October 31, 2013 Maulana Wahiduddin Khan · 49s · at 25:33 · https://youtu.be/np9p9TqUa-g?t=1533</w:t>
      </w:r>
    </w:p>
    <w:p>
      <w:r>
        <w:rPr>
          <w:i/>
        </w:rPr>
        <w:t>“Yeh aayat hamare liye goya eye opener hai”</w:t>
      </w:r>
    </w:p>
    <w:p>
      <w:r>
        <w:rPr>
          <w:sz w:val="20"/>
        </w:rPr>
        <w:t>25:33  yah āyat hamāre lie goyā eye opener hai. chashm-kushā hai.</w:t>
      </w:r>
      <w:r>
        <w:br/>
      </w:r>
      <w:r>
        <w:rPr>
          <w:sz w:val="20"/>
        </w:rPr>
        <w:t>25:44  aur maiṅ samajhtā hūṅ ki here is the starting. ummat-e-muslima ke andar agar koī nayā mustaqbil lānā hai.</w:t>
      </w:r>
      <w:r>
        <w:br/>
      </w:r>
      <w:r>
        <w:rPr>
          <w:sz w:val="20"/>
        </w:rPr>
        <w:t>25:53  koī nayā daur lānā hai.</w:t>
      </w:r>
      <w:r>
        <w:br/>
      </w:r>
      <w:r>
        <w:rPr>
          <w:sz w:val="20"/>
        </w:rPr>
        <w:t>25:58  to is kī beginning yahī hai. is kī beginning usī āyat se maʿlūm hotī hai.</w:t>
      </w:r>
      <w:r>
        <w:br/>
      </w:r>
      <w:r>
        <w:rPr>
          <w:sz w:val="20"/>
        </w:rPr>
        <w:t>26:07  yah āyat batātī hai ki vo kaun sī beginning hai jo agar musalmān shurūʿ kar deṅ to un ke lie ek nayā mustaqbil paidā ho saktā hai.</w:t>
      </w:r>
    </w:p>
    <w:p>
      <w:pPr>
        <w:pStyle w:val="Heading2"/>
      </w:pPr>
      <w:r>
        <w:t>Prophecy: Muslims will follow Jews' path</w:t>
      </w:r>
    </w:p>
    <w:p>
      <w:r>
        <w:rPr>
          <w:color w:val="666666"/>
          <w:sz w:val="18"/>
        </w:rPr>
        <w:t>Dars-e-Quran, Chapter 2, Verses 67-73 April 29 , 2018 · 32s · at 9:21 · https://youtu.be/t_MtP6POTSM?t=561</w:t>
      </w:r>
    </w:p>
    <w:p>
      <w:r>
        <w:rPr>
          <w:i/>
        </w:rPr>
        <w:t>“Is ko hazar baar parhiye aur socheye”</w:t>
      </w:r>
    </w:p>
    <w:p>
      <w:r>
        <w:rPr>
          <w:sz w:val="20"/>
        </w:rPr>
        <w:t>9:21  isko hazar baar padhiye aur sochiye,</w:t>
      </w:r>
      <w:r>
        <w:br/>
      </w:r>
      <w:r>
        <w:rPr>
          <w:sz w:val="20"/>
        </w:rPr>
        <w:t>9:26  yeh ummat yehud ki dastaan nahi hai, woh is baat ki dastaan hai ke ummat muslima par ek aisa waqt aayega ke woh</w:t>
      </w:r>
      <w:r>
        <w:br/>
      </w:r>
      <w:r>
        <w:rPr>
          <w:sz w:val="20"/>
        </w:rPr>
        <w:t>9:41  ummat yehud ki jagah le legi.</w:t>
      </w:r>
      <w:r>
        <w:br/>
      </w:r>
      <w:r>
        <w:rPr>
          <w:sz w:val="20"/>
        </w:rPr>
        <w:t>9:49  kaisi bhayanak ayat hai!</w:t>
      </w:r>
    </w:p>
    <w:p>
      <w:pPr>
        <w:pStyle w:val="Heading2"/>
      </w:pPr>
      <w:r>
        <w:t>father's ultimatum to sons over bad habits fails</w:t>
      </w:r>
    </w:p>
    <w:p>
      <w:r>
        <w:rPr>
          <w:color w:val="666666"/>
          <w:sz w:val="18"/>
        </w:rPr>
        <w:t>Quran for All Mankind June 3, 2012 · 1m 04s · at 59:29 · https://youtu.be/Gp-53Zjugcg?t=3569</w:t>
      </w:r>
    </w:p>
    <w:p>
      <w:r>
        <w:rPr>
          <w:i/>
        </w:rPr>
        <w:t>“Will a father's ultimatum reform his sons? Never”</w:t>
      </w:r>
    </w:p>
    <w:p>
      <w:r>
        <w:rPr>
          <w:sz w:val="20"/>
        </w:rPr>
        <w:t>59:29  Maulana, yeh sawal Mr Abdul Latif Sahab ka hai, Karachi, Pakistan se. Unhon ne likha hai: "Ek baap islah ke khatir apne teen naujawan beton se kehta hai ke jab tak tum gutka paan aur cigarette wagera nahi chhodoge, tab tak main ghar nahi aaunga." Aur woh sahab kai roz se apne bhai ke haan thehre hue hain.</w:t>
      </w:r>
      <w:r>
        <w:br/>
      </w:r>
      <w:r>
        <w:rPr>
          <w:sz w:val="20"/>
        </w:rPr>
        <w:t>59:56  Maulana Sahab, kya baap ka yeh amal aulad ki islah kar dega? Kabhi nahi. Is se islah nahi hoti.</w:t>
      </w:r>
      <w:r>
        <w:br/>
      </w:r>
      <w:r>
        <w:rPr>
          <w:sz w:val="20"/>
        </w:rPr>
        <w:t>1:00:07  Islah ka taluq jo hai, mind ki re-engineering. Aadmi wahi karta hai jo us ke bare mein aap us ko convince kar dein, us ke dimagh mein utar dein.</w:t>
      </w:r>
      <w:r>
        <w:br/>
      </w:r>
      <w:r>
        <w:rPr>
          <w:sz w:val="20"/>
        </w:rPr>
        <w:t>1:00:24  Jis baat ke liye aap convince na kar sakein, us ke liye aap yeh umeed bhi nahi kar sakte ke woh amal amal karega.</w:t>
      </w:r>
    </w:p>
    <w:p>
      <w:pPr>
        <w:pStyle w:val="Heading2"/>
      </w:pPr>
      <w:r>
        <w:t>Finishing the Quran's recitation is nothing without studying it</w:t>
      </w:r>
    </w:p>
    <w:p>
      <w:r>
        <w:rPr>
          <w:color w:val="666666"/>
          <w:sz w:val="18"/>
        </w:rPr>
        <w:t>Fasting Training for Discipline August 16, 2009 · 28s · at 52:32 · https://youtu.be/sZw-RIqkF1c?t=3152</w:t>
      </w:r>
    </w:p>
    <w:p>
      <w:r>
        <w:rPr>
          <w:i/>
        </w:rPr>
        <w:t>“Yaad rakhiye, khatm-e-Quran is nothing”</w:t>
      </w:r>
    </w:p>
    <w:p>
      <w:r>
        <w:rPr>
          <w:sz w:val="20"/>
        </w:rPr>
        <w:t>52:32  to yaad rakhiye, khatam quran is nothing. study of quran jo hai, wohi asal hai. hamein quran ki study karna hai.</w:t>
      </w:r>
      <w:r>
        <w:br/>
      </w:r>
      <w:r>
        <w:rPr>
          <w:sz w:val="20"/>
        </w:rPr>
        <w:t>52:43  quran mein, quran mein ghawasi</w:t>
      </w:r>
      <w:r>
        <w:br/>
      </w:r>
      <w:r>
        <w:rPr>
          <w:sz w:val="20"/>
        </w:rPr>
        <w:t>52:47  karna hai. ya samandar mein aadmi ghusta hai moti nikalne ke liye, us ko kehte hain ghawasi. is ke mani ko dhoondne ke liye.</w:t>
      </w:r>
    </w:p>
    <w:p>
      <w:pPr>
        <w:pStyle w:val="Heading2"/>
      </w:pPr>
      <w:r>
        <w:t>Famous atheist's book mirrored Maulana decades later</w:t>
      </w:r>
    </w:p>
    <w:p>
      <w:r>
        <w:rPr>
          <w:color w:val="666666"/>
          <w:sz w:val="18"/>
        </w:rPr>
        <w:t>In Conversation with Mohammad Asad Pervez March 27, 2022 · 41s · at 42:51 · https://youtu.be/usQU5XmtkX0?t=2571</w:t>
      </w:r>
    </w:p>
    <w:p>
      <w:r>
        <w:rPr>
          <w:i/>
        </w:rPr>
        <w:t>“How the world's most notorious atheist became a believer”</w:t>
      </w:r>
    </w:p>
    <w:p>
      <w:r>
        <w:rPr>
          <w:sz w:val="20"/>
        </w:rPr>
        <w:t>42:51  He published it too, like, twenty years ago and the book was subtitled How the World's Most Notorious Atheist Became Believed Believed in God. Okay. And he listed out all his arguments in that book saying that, well, you know, this is what my atheist argument used to be. And then now I realize that, well, you know, there's an answer to it. And and and he listed out about maybe a couple of, in fact, lot of arguments.</w:t>
      </w:r>
      <w:r>
        <w:br/>
      </w:r>
      <w:r>
        <w:rPr>
          <w:sz w:val="20"/>
        </w:rPr>
        <w:t>43:19  But what was surprising is that anyone who reads that book by Anthony Fleur is that 90% of it is exactly what Monanda wrote in Call of Rises maybe fifty years before him.</w:t>
      </w:r>
      <w:r>
        <w:br/>
      </w:r>
      <w:r>
        <w:rPr>
          <w:sz w:val="20"/>
        </w:rPr>
        <w:t>43:32  It's you you would you could you could honestly hold that book down for plagiarism, but but but the spirit is but the spirit is that Manna realized all these concepts and he addressed it decades before people even knew knew, like, it is it is existed. So I and Anthony Flu's book was a New York Times bestseller. God Rises is also very popular book. It has been part of the syllabus of many Arab universities.</w:t>
      </w:r>
    </w:p>
    <w:p>
      <w:pPr>
        <w:pStyle w:val="Heading2"/>
      </w:pPr>
      <w:r>
        <w:t>One pound of honey needs two million flowers</w:t>
      </w:r>
    </w:p>
    <w:p>
      <w:r>
        <w:rPr>
          <w:color w:val="666666"/>
          <w:sz w:val="18"/>
        </w:rPr>
        <w:t>Model of Paradise June 22, 2014 · 42s · at 13:17 · https://youtu.be/7jXD8E_dN-E?t=797</w:t>
      </w:r>
    </w:p>
    <w:p>
      <w:r>
        <w:rPr>
          <w:i/>
        </w:rPr>
        <w:t>“Ek paund shehad banane ke liye do million phoolon ka nectar chahiye”</w:t>
      </w:r>
    </w:p>
    <w:p>
      <w:r>
        <w:rPr>
          <w:sz w:val="20"/>
        </w:rPr>
        <w:t>13:17  to is zamane mein pata kya gaya hai ke ek pound shehad banane ke liye shehad ki makhi ko do million phoolon ka nectar lena parta hai.</w:t>
      </w:r>
      <w:r>
        <w:br/>
      </w:r>
      <w:r>
        <w:rPr>
          <w:sz w:val="20"/>
        </w:rPr>
        <w:t>13:32  raat sara din, subah se sham tak udti hai, yahan jati hai, wahan jati hai. to do million phoolon ka nectar jab nikalti hai woh aur la ke chhatay mein dalti hai,</w:t>
      </w:r>
      <w:r>
        <w:br/>
      </w:r>
      <w:r>
        <w:rPr>
          <w:sz w:val="20"/>
        </w:rPr>
        <w:t>13:47  tab shehad banta hai. aur ek pound shehad banane ke liye shehad ki makhi ko do million phoolon ka nectar lena parta hai.</w:t>
      </w:r>
    </w:p>
    <w:p>
      <w:pPr>
        <w:pStyle w:val="Heading2"/>
      </w:pPr>
      <w:r>
        <w:t>Quran's first verse gives criterion</w:t>
      </w:r>
    </w:p>
    <w:p>
      <w:r>
        <w:rPr>
          <w:color w:val="666666"/>
          <w:sz w:val="18"/>
        </w:rPr>
        <w:t>The Message of The Quran Part 2 March 26, 2006 Maulana Wahiduddin Khan · 20s · at 1:14 · https://youtu.be/W-W_DKST1dw?t=74</w:t>
      </w:r>
    </w:p>
    <w:p>
      <w:r>
        <w:rPr>
          <w:i/>
        </w:rPr>
        <w:t>“Quran ki pehli aayat hi mein yeh criterion milta hai”</w:t>
      </w:r>
    </w:p>
    <w:p>
      <w:r>
        <w:rPr>
          <w:sz w:val="20"/>
        </w:rPr>
        <w:t>1:14  to quran ki pehli ayat hi mein yeh criterion milta hai: zлик al kitabu la raiba feeh. yaani quran yeh ka yeh claim hai ya ek challenge hai ke quran mein koi bhi cheez tum ko doubt full nahin mile gi.</w:t>
      </w:r>
    </w:p>
    <w:p>
      <w:pPr>
        <w:pStyle w:val="Heading2"/>
      </w:pPr>
      <w:r>
        <w:t>Energy when denied by others</w:t>
      </w:r>
    </w:p>
    <w:p>
      <w:r>
        <w:rPr>
          <w:color w:val="666666"/>
          <w:sz w:val="18"/>
        </w:rPr>
        <w:t>Experience Sharing of Jaipur Literature Festival 03 February 2013 · 29s · at 18:36 · https://youtu.be/Yc_VN2VQIgc?t=1116</w:t>
      </w:r>
    </w:p>
    <w:p>
      <w:r>
        <w:rPr>
          <w:i/>
        </w:rPr>
        <w:t>“When someone denies you, Allah gives energy”</w:t>
      </w:r>
    </w:p>
    <w:p>
      <w:r>
        <w:rPr>
          <w:sz w:val="20"/>
        </w:rPr>
        <w:t>18:36  To matlab mujhe ek naya experience ki jab bhi koi aapko deny karta hai, ek alag si energy Allah bhi aapko dete hain ki nahi, aap dijiye, aapse le liya jayega. To wo us tarike ka experience mujhe hua ki maine bahut logon ko Quran diye. Phir main baar baar soch raha tha is baat ko ki main kuch miss na karoon. To opportunity is tarah ki ki bahut sara crowd hota hai, aap koshish karte hain sabko dene ke liye, lekin log nikal jaate hain. So people have come back.</w:t>
      </w:r>
      <w:r>
        <w:br/>
      </w:r>
      <w:r>
        <w:rPr>
          <w:sz w:val="20"/>
        </w:rPr>
        <w:t>19:05  Bahut sare foreigners jo ki jinka mindset aisa hai, wo kuch nahi lete hain aapse. Soch ke ki pata nahi kya diya ja raha hai. They have come back, they have asked for it.</w:t>
      </w:r>
    </w:p>
    <w:p>
      <w:pPr>
        <w:pStyle w:val="Heading2"/>
      </w:pPr>
      <w:r>
        <w:t>Reframing the verse: my work is mission, not profession</w:t>
      </w:r>
    </w:p>
    <w:p>
      <w:r>
        <w:rPr>
          <w:color w:val="666666"/>
          <w:sz w:val="18"/>
        </w:rPr>
        <w:t>Character of A Dayee January 29, 2014 · 30s · at 6:54 · https://youtu.be/HiPTrIHGmTE?t=414</w:t>
      </w:r>
    </w:p>
    <w:p>
      <w:r>
        <w:rPr>
          <w:i/>
        </w:rPr>
        <w:t>“Ek hai profession, ek hai mission”</w:t>
      </w:r>
    </w:p>
    <w:p>
      <w:r>
        <w:rPr>
          <w:sz w:val="20"/>
        </w:rPr>
        <w:t>6:54  to ek hai profession, ek hai mission.</w:t>
      </w:r>
      <w:r>
        <w:br/>
      </w:r>
      <w:r>
        <w:rPr>
          <w:sz w:val="20"/>
        </w:rPr>
        <w:t>6:58  to is ayat ko agar hum lafz badal kar kahein to yeh hoga ke mein ne is kaam ko bator profession ikhtiyar nahi kiya hai.</w:t>
      </w:r>
      <w:r>
        <w:br/>
      </w:r>
      <w:r>
        <w:rPr>
          <w:sz w:val="20"/>
        </w:rPr>
        <w:t>7:08  yeh meri zindagi ka mission hai.</w:t>
      </w:r>
      <w:r>
        <w:br/>
      </w:r>
      <w:r>
        <w:rPr>
          <w:sz w:val="20"/>
        </w:rPr>
        <w:t>7:12  meri zindagi ka mission hai. kyun ke pretender, yani masnooi tor par karna ya pretend karna, yeh jo karta hai woh kaun karta hai?</w:t>
      </w:r>
    </w:p>
    <w:p>
      <w:pPr>
        <w:pStyle w:val="Heading2"/>
      </w:pPr>
      <w:r>
        <w:t>what drives volunteers to excel without being told</w:t>
      </w:r>
    </w:p>
    <w:p>
      <w:r>
        <w:rPr>
          <w:color w:val="666666"/>
          <w:sz w:val="18"/>
        </w:rPr>
        <w:t>Experience Sharing of CPS Member, Jaipur Literature Festival 2013 February 3, 2013 · 30s · at 0:20 · https://youtu.be/ujlDnK5Wg3M?t=20</w:t>
      </w:r>
    </w:p>
    <w:p>
      <w:r>
        <w:rPr>
          <w:i/>
        </w:rPr>
        <w:t>“What is the force driving every individual to take charge?”</w:t>
      </w:r>
    </w:p>
    <w:p>
      <w:r>
        <w:rPr>
          <w:sz w:val="20"/>
        </w:rPr>
        <w:t>0:20  what is the force which is driving every individual in the team to take the charge of his or her role so well? and i kept thinking about it, and i'll give you an example: when all of us young team members were doing quran distribution at the gate of jlf</w:t>
      </w:r>
      <w:r>
        <w:br/>
      </w:r>
      <w:r>
        <w:rPr>
          <w:sz w:val="20"/>
        </w:rPr>
        <w:t>0:40  , our senior members, umris, they were targeting individuals in the festival inside.</w:t>
      </w:r>
    </w:p>
    <w:p>
      <w:pPr>
        <w:pStyle w:val="Heading2"/>
      </w:pPr>
      <w:r>
        <w:t>Only Quran and Sunnah, not history</w:t>
      </w:r>
    </w:p>
    <w:p>
      <w:r>
        <w:rPr>
          <w:color w:val="666666"/>
          <w:sz w:val="18"/>
        </w:rPr>
        <w:t>The Importance of the Quran May 15, 2016 Maulana Wahiduddin Khan · 44s · at 42:41 · https://youtu.be/9a-OOUR_bLg?t=2561</w:t>
      </w:r>
    </w:p>
    <w:p>
      <w:r>
        <w:rPr>
          <w:i/>
        </w:rPr>
        <w:t>“The Prophet said: I leave you Quran and Sunnah.”</w:t>
      </w:r>
    </w:p>
    <w:p>
      <w:r>
        <w:rPr>
          <w:sz w:val="20"/>
        </w:rPr>
        <w:t>42:41  is ki jar mein yeh baat hai۔ rasool Allah ne farmaya tha ke ke mein apne baad tumhare liye chhod raha hoon quran o sunnat۔</w:t>
      </w:r>
      <w:r>
        <w:br/>
      </w:r>
      <w:r>
        <w:rPr>
          <w:sz w:val="20"/>
        </w:rPr>
        <w:t>42:54  to logon ne is mein izafa kar liya aur tareekh، quran o sunnat aur tareekh۔ yeh izafa jo hai، isi ko hum ne chhodna hai۔</w:t>
      </w:r>
      <w:r>
        <w:br/>
      </w:r>
      <w:r>
        <w:rPr>
          <w:sz w:val="20"/>
        </w:rPr>
        <w:t>43:08  aap quran o sunnat ke oopar common nahi laga sakte۔ woh full full stop laga aur laga rahega۔ rasool Allah ne jab farmaya ke mere baad mein tum ko do cheez chhod raha hoon: quran aur sunnat، to aap common nahi laga sakte is ke andar۔</w:t>
      </w:r>
    </w:p>
    <w:p>
      <w:pPr>
        <w:pStyle w:val="Heading2"/>
      </w:pPr>
      <w:r>
        <w:t>Quran verse: remembrance of Allah brings peace</w:t>
      </w:r>
    </w:p>
    <w:p>
      <w:r>
        <w:rPr>
          <w:color w:val="666666"/>
          <w:sz w:val="18"/>
        </w:rPr>
        <w:t>Peace of Mind June 29, 2014 · 26s · at 9:24 · https://youtu.be/oVwRc_FcAGk?t=564</w:t>
      </w:r>
    </w:p>
    <w:p>
      <w:r>
        <w:rPr>
          <w:i/>
        </w:rPr>
        <w:t>“قرآن کی ایک آیت یاد آئی: اللہ کی یاد سے دلوں کو اطمینان ملتا ہے”</w:t>
      </w:r>
    </w:p>
    <w:p>
      <w:r>
        <w:rPr>
          <w:sz w:val="20"/>
        </w:rPr>
        <w:t>9:24  to is par sochte hue mujhe Quran ki ek ayat yaad aayi jo Surah Ar-Ra'd mein hai: "Ala bi zikrillah tatma'innul quloob".</w:t>
      </w:r>
      <w:r>
        <w:br/>
      </w:r>
      <w:r>
        <w:rPr>
          <w:sz w:val="20"/>
        </w:rPr>
        <w:t>9:38  is ka tarjuma ye hai ke sun lo ke Allah ki yaad hi se dilon ko itminan hasil hota hai. Itminan matlab peace, tranquility.</w:t>
      </w:r>
    </w:p>
    <w:p>
      <w:pPr>
        <w:pStyle w:val="Heading2"/>
      </w:pPr>
      <w:r>
        <w:t>Reconciliation, not confrontation, is always the best</w:t>
      </w:r>
    </w:p>
    <w:p>
      <w:r>
        <w:rPr>
          <w:color w:val="666666"/>
          <w:sz w:val="18"/>
        </w:rPr>
        <w:t>The Concept of Spirituality In Islam - I January 27, 2006 Maulana Wahiduddin Khan · 43s · at 53:00 · https://youtu.be/xnI_QVVDWgk?t=3180</w:t>
      </w:r>
    </w:p>
    <w:p>
      <w:r>
        <w:rPr>
          <w:i/>
        </w:rPr>
        <w:t>“As-sulhu khair — reconciliation is the best”</w:t>
      </w:r>
    </w:p>
    <w:p>
      <w:r>
        <w:rPr>
          <w:sz w:val="20"/>
        </w:rPr>
        <w:t>53:00  the same formula is given in the quran, in these words, "as-sulhu khayr." as-sulhu khayr means</w:t>
      </w:r>
      <w:r>
        <w:br/>
      </w:r>
      <w:r>
        <w:rPr>
          <w:sz w:val="20"/>
        </w:rPr>
        <w:t>53:16  peaceful reconciliation is the best. as-sulhu khayr, peaceful reconciliation is the best.</w:t>
      </w:r>
      <w:r>
        <w:br/>
      </w:r>
      <w:r>
        <w:rPr>
          <w:sz w:val="20"/>
        </w:rPr>
        <w:t>53:25  it means that at the time of controversy, you have to adopt a conciliatory course of action, rather than confrontation. confrontation course of action. this is as-sulhu khayr.</w:t>
      </w:r>
    </w:p>
    <w:p>
      <w:pPr>
        <w:pStyle w:val="Heading2"/>
      </w:pPr>
      <w:r>
        <w:t>Dua is fifty-fifty between effort and God</w:t>
      </w:r>
    </w:p>
    <w:p>
      <w:r>
        <w:rPr>
          <w:color w:val="666666"/>
          <w:sz w:val="18"/>
        </w:rPr>
        <w:t>Divine Help September 22, 2015 · 37s · at 30:43 · https://youtu.be/sozrNCif0Gg?t=1843</w:t>
      </w:r>
    </w:p>
    <w:p>
      <w:r>
        <w:rPr>
          <w:i/>
        </w:rPr>
        <w:t>“Dua ka mamla fifty-fifty hai”</w:t>
      </w:r>
    </w:p>
    <w:p>
      <w:r>
        <w:rPr>
          <w:sz w:val="20"/>
        </w:rPr>
        <w:t>30:43  dua jo hai, dua toh Quran se sabit hai, hadith se sabit hai, rasool Allah ki sunnat se sabit hai. dua bohat hi bari</w:t>
      </w:r>
      <w:r>
        <w:br/>
      </w:r>
      <w:r>
        <w:rPr>
          <w:sz w:val="20"/>
        </w:rPr>
        <w:t>30:51  cheez hai. lekin yaad rakhiye, dua fifty-fifty hai. dua ka muamla fifty-fifty hai. yaani aadha kaam aap karte hain, aadha kaam Allah ke hukum se, faisle karte hain.</w:t>
      </w:r>
      <w:r>
        <w:br/>
      </w:r>
      <w:r>
        <w:rPr>
          <w:sz w:val="20"/>
        </w:rPr>
        <w:t>31:11  toh aap agar apna aadha kaam na karein toh kuch bhi hone wala nahi. kuch bhi nahi hoga, kuch bhi nahi.</w:t>
      </w:r>
    </w:p>
    <w:p>
      <w:pPr>
        <w:pStyle w:val="Heading2"/>
      </w:pPr>
      <w:r>
        <w:t>Stop making excuses for your own weakness</w:t>
      </w:r>
    </w:p>
    <w:p>
      <w:r>
        <w:rPr>
          <w:color w:val="666666"/>
          <w:sz w:val="18"/>
        </w:rPr>
        <w:t>Iman and The Quran March 29, 2009 · 35s · at 1:09:24 · https://youtu.be/ZWtrkjbbojU?t=4164</w:t>
      </w:r>
    </w:p>
    <w:p>
      <w:r>
        <w:rPr>
          <w:i/>
        </w:rPr>
        <w:t>“If you have a good excuse, don't use it.”</w:t>
      </w:r>
    </w:p>
    <w:p>
      <w:r>
        <w:rPr>
          <w:sz w:val="20"/>
        </w:rPr>
        <w:t>1:09:24  to'phir'usko'sawal'mat'kijiye.to'main'kahoon'ga'kam'se'kam'aap'log'jo'yahan'maujood'hain,inko'aaj'hi'yeh'tay'kar'len'a'hai'ke'hum'aa'indah'se 10:30'par'zaroor'apni'seat'par'maujood'honge.</w:t>
      </w:r>
      <w:r>
        <w:br/>
      </w:r>
      <w:r>
        <w:rPr>
          <w:sz w:val="20"/>
        </w:rPr>
        <w:t>1:09:36  aur'kisi'cheez'ko'hum'excuse'nahin'banayenge.</w:t>
      </w:r>
      <w:r>
        <w:br/>
      </w:r>
      <w:r>
        <w:rPr>
          <w:sz w:val="20"/>
        </w:rPr>
        <w:t>1:09:40  mera'matlab'yeh'hai'ke'ifyouhavegoodexcuse,don'tuseit.ifyouhavegoodexcuse,don'tuseit.yeh'pehla'apka'faisla'hona'chahiye'jo'aaj'hi'aapko'kar'lena'chahiye.aapko'main'dua'karta'hoon'ke'aapke'andar'yeh'jazba'jazba'paida'ho.</w:t>
      </w:r>
    </w:p>
    <w:p>
      <w:pPr>
        <w:pStyle w:val="Heading2"/>
      </w:pPr>
      <w:r>
        <w:t>Satanic vs angelic life patterns</w:t>
      </w:r>
    </w:p>
    <w:p>
      <w:r>
        <w:rPr>
          <w:color w:val="666666"/>
          <w:sz w:val="18"/>
        </w:rPr>
        <w:t>The Straight Path October 30, 2011 Maulana Wahiduddin Khan · 25s · at 9:40 · https://youtu.be/PKFHe82Jz58?t=580</w:t>
      </w:r>
    </w:p>
    <w:p>
      <w:r>
        <w:rPr>
          <w:i/>
        </w:rPr>
        <w:t>“Isi mein sara muamala chhupa hua hai”</w:t>
      </w:r>
    </w:p>
    <w:p>
      <w:r>
        <w:rPr>
          <w:sz w:val="20"/>
        </w:rPr>
        <w:t>9:40  isi mein saara maamla chupa hua hai.</w:t>
      </w:r>
      <w:r>
        <w:br/>
      </w:r>
      <w:r>
        <w:rPr>
          <w:sz w:val="20"/>
        </w:rPr>
        <w:t>9:47  jo bhi nazariya, jo bhi tehreek kisi ke inkaar par uthe, samajh len ke woh shaitani tehreek hai, aur jo bhi nazariya, jo bhi tehreek eteraaf par uthe, woh samajh len ke woh malkooti pattern hai.</w:t>
      </w:r>
    </w:p>
    <w:p>
      <w:pPr>
        <w:pStyle w:val="Heading2"/>
      </w:pPr>
      <w:r>
        <w:t>Muslims must convey Islam to America</w:t>
      </w:r>
    </w:p>
    <w:p>
      <w:r>
        <w:rPr>
          <w:color w:val="666666"/>
          <w:sz w:val="18"/>
        </w:rPr>
        <w:t>Islam and Science (In Conversation with Maulana) · 57s · at 3:36 · https://youtu.be/pKS94tSXlT4?t=216</w:t>
      </w:r>
    </w:p>
    <w:p>
      <w:r>
        <w:rPr>
          <w:i/>
        </w:rPr>
        <w:t>“Apni zimmedari ko kyun nahi aap yaad karte?”</w:t>
      </w:r>
    </w:p>
    <w:p>
      <w:r>
        <w:rPr>
          <w:sz w:val="20"/>
        </w:rPr>
        <w:t>3:36  apni zimmedari ko kyun nahi aap yaad karte ke america discovered hoga to aap pahunchaiye sachai ko? yeh ajeeb o ghareeb baat hai musalmanon mein ke apni zimmedari to unhein yaad nahi aati aur doosri baaten ajeeb o ghareeb qism ki un ke zehn mein aa jati hain.</w:t>
      </w:r>
      <w:r>
        <w:br/>
      </w:r>
      <w:r>
        <w:rPr>
          <w:sz w:val="20"/>
        </w:rPr>
        <w:t>3:53  aaj jis zamane mein aap hain, is zamane mein yani sab kuch maloom ho chuka hai, communication aa chuka hai to aap aap aap ke andar yeh tadap kyun nahi paida hoti?</w:t>
      </w:r>
      <w:r>
        <w:br/>
      </w:r>
      <w:r>
        <w:rPr>
          <w:sz w:val="20"/>
        </w:rPr>
        <w:t>4:03  yeh tadap ke america ko aur sari duniya ko bataen islam? ajeeb o ghareeb qism ka sawal kaha jata hai. main hairaan hota hoon musalmanon mein. ajeeb o ghareeb qism ka sawal aata hai un ke dimagh mein lekin apni duty jo hai, apni zimmedari jo hai,</w:t>
      </w:r>
      <w:r>
        <w:br/>
      </w:r>
      <w:r>
        <w:rPr>
          <w:sz w:val="20"/>
        </w:rPr>
        <w:t>4:16  woh woh nahi soch paate woh.</w:t>
      </w:r>
      <w:r>
        <w:br/>
      </w:r>
      <w:r>
        <w:rPr>
          <w:sz w:val="20"/>
        </w:rPr>
        <w:t>4:21  aap aaj ki duniya mein hain to aaj age of communication hai. aap har jagah pahunchaiye, har jagah pahunchaiye, including america.</w:t>
      </w:r>
    </w:p>
    <w:p>
      <w:pPr>
        <w:pStyle w:val="Heading2"/>
      </w:pPr>
      <w:r>
        <w:t>Never stop in truth pursuit</w:t>
      </w:r>
    </w:p>
    <w:p>
      <w:r>
        <w:rPr>
          <w:color w:val="666666"/>
          <w:sz w:val="18"/>
        </w:rPr>
        <w:t>Ramazan Month of Study of the Quran April 30, 2020 Maulana Wahiduddin Khan · 26s · at 32:02 · https://youtu.be/AUSxxGBJHCk?t=1922</w:t>
      </w:r>
    </w:p>
    <w:p>
      <w:r>
        <w:rPr>
          <w:i/>
        </w:rPr>
        <w:t>“Ab aap ka jo safar hai sachai ka”</w:t>
      </w:r>
    </w:p>
    <w:p>
      <w:r>
        <w:rPr>
          <w:sz w:val="20"/>
        </w:rPr>
        <w:t>32:02  ab aap ka jo safar hai sachai ka, is mein kabhi full stop mat lagaiye, chlay dijiye.</w:t>
      </w:r>
      <w:r>
        <w:br/>
      </w:r>
      <w:r>
        <w:rPr>
          <w:sz w:val="20"/>
        </w:rPr>
        <w:t>32:17  yeh matlab hai is ka.</w:t>
      </w:r>
    </w:p>
    <w:p>
      <w:pPr>
        <w:pStyle w:val="Heading2"/>
      </w:pPr>
      <w:r>
        <w:t>Scientific discovery only happens to a prepared mind</w:t>
      </w:r>
    </w:p>
    <w:p>
      <w:r>
        <w:rPr>
          <w:color w:val="666666"/>
          <w:sz w:val="18"/>
        </w:rPr>
        <w:t>Iman and The Quran March 29, 2009 · 50s · at 6:09 · https://youtu.be/ZWtrkjbbojU?t=369</w:t>
      </w:r>
    </w:p>
    <w:p>
      <w:r>
        <w:rPr>
          <w:i/>
        </w:rPr>
        <w:t>“Yes, but this accident happens only to a scientific mind.”</w:t>
      </w:r>
    </w:p>
    <w:p>
      <w:r>
        <w:rPr>
          <w:sz w:val="20"/>
        </w:rPr>
        <w:t>6:09  Usse usne samjha ke yahan par falan cheez paai jaati hai. To yeh ittefaqan hota hai. "by way of accident "</w:t>
      </w:r>
      <w:r>
        <w:br/>
      </w:r>
      <w:r>
        <w:rPr>
          <w:sz w:val="20"/>
        </w:rPr>
        <w:t>6:19  . To Raman ne jawab diya iska ke: "Yes, but this accident</w:t>
      </w:r>
      <w:r>
        <w:br/>
      </w:r>
      <w:r>
        <w:rPr>
          <w:sz w:val="20"/>
        </w:rPr>
        <w:t>6:30  happens only to a scientific mind ". Ke tum theek kehte ho, lekin aisa accident, aisa ittefaq, sirf ek scientific mind ke saath hi pesh aata hai.</w:t>
      </w:r>
      <w:r>
        <w:br/>
      </w:r>
      <w:r>
        <w:rPr>
          <w:sz w:val="20"/>
        </w:rPr>
        <w:t>6:49  Yeh bohat hi maani khez jawab tha iska. To ek tayyar zehan hi is qabil hota hai ke woh kisi baat ko samjhe.</w:t>
      </w:r>
    </w:p>
    <w:p>
      <w:pPr>
        <w:pStyle w:val="Heading2"/>
      </w:pPr>
      <w:r>
        <w:t>Swarm like bees for Quran</w:t>
      </w:r>
    </w:p>
    <w:p>
      <w:r>
        <w:rPr>
          <w:color w:val="666666"/>
          <w:sz w:val="18"/>
        </w:rPr>
        <w:t>Experience Sharing of Jaipur Literature Festival 03 February 2013 · 34s · at 20:41 · https://youtu.be/Yc_VN2VQIgc?t=1241</w:t>
      </w:r>
    </w:p>
    <w:p>
      <w:r>
        <w:rPr>
          <w:i/>
        </w:rPr>
        <w:t>“Like bees they swarmed, give us also”</w:t>
      </w:r>
    </w:p>
    <w:p>
      <w:r>
        <w:rPr>
          <w:sz w:val="20"/>
        </w:rPr>
        <w:t>20:41  To main Ramesh ke saath khada tha, to humne ek ko dena chalu kiya.</w:t>
      </w:r>
      <w:r>
        <w:br/>
      </w:r>
      <w:r>
        <w:rPr>
          <w:sz w:val="20"/>
        </w:rPr>
        <w:t>20:44  To wahan madhumakkhi ki tarah wo jhund ban gaya wahan ki humein bhi de dijiye, humein bhi de dijiye.</w:t>
      </w:r>
      <w:r>
        <w:br/>
      </w:r>
      <w:r>
        <w:rPr>
          <w:sz w:val="20"/>
        </w:rPr>
        <w:t>20:47  To humne bola ki aap group study kar lijiyega, hamare paas limited stock hai.</w:t>
      </w:r>
      <w:r>
        <w:br/>
      </w:r>
      <w:r>
        <w:rPr>
          <w:sz w:val="20"/>
        </w:rPr>
        <w:t>20:50  To phir wo log kuch Quran lekar chale gaye.</w:t>
      </w:r>
      <w:r>
        <w:br/>
      </w:r>
      <w:r>
        <w:rPr>
          <w:sz w:val="20"/>
        </w:rPr>
        <w:t>20:53  Phir baad mein ek aur ladki wahan se aayi, matlab unko bola ki main padhna bhi chahti hoon</w:t>
      </w:r>
      <w:r>
        <w:br/>
      </w:r>
      <w:r>
        <w:rPr>
          <w:sz w:val="20"/>
        </w:rPr>
        <w:t>20:56  aur apne teacher ko bhi gift karna chahti hoon.</w:t>
      </w:r>
      <w:r>
        <w:br/>
      </w:r>
      <w:r>
        <w:rPr>
          <w:sz w:val="20"/>
        </w:rPr>
        <w:t>20:59  To humne socha, ise de dena chahiye.</w:t>
      </w:r>
      <w:r>
        <w:br/>
      </w:r>
      <w:r>
        <w:rPr>
          <w:sz w:val="20"/>
        </w:rPr>
        <w:t>21:02  To is tarah ke kuch-kuch experience rahe.</w:t>
      </w:r>
      <w:r>
        <w:br/>
      </w:r>
      <w:r>
        <w:rPr>
          <w:sz w:val="20"/>
        </w:rPr>
        <w:t>21:05  Humne koshish kaafi kari ki ise hum distribute kar paayein zyada se zyada logon tak.</w:t>
      </w:r>
      <w:r>
        <w:br/>
      </w:r>
      <w:r>
        <w:rPr>
          <w:sz w:val="20"/>
        </w:rPr>
        <w:t>21:08  Aur I think logon ne liya bhi isliye ki wo ise padhna chahte the.</w:t>
      </w:r>
      <w:r>
        <w:br/>
      </w:r>
      <w:r>
        <w:rPr>
          <w:sz w:val="20"/>
        </w:rPr>
        <w:t>21:11  And they were taking it with happiness.</w:t>
      </w:r>
      <w:r>
        <w:br/>
      </w:r>
      <w:r>
        <w:rPr>
          <w:sz w:val="20"/>
        </w:rPr>
        <w:t>21:15  Ki haan, nahi, hum iska intezar kar rahe the, ab hamein wo mil gaya. To ye sab dekh ke ek energy si aati hai ki haan, wakai bahut sari zaroorat hai hum logon ko ki hum log zyada se zyada is tarike se distribute karein, Allah ka message logon tak pahunchayein. Because people are looking for it.</w:t>
      </w:r>
    </w:p>
    <w:p>
      <w:pPr>
        <w:pStyle w:val="Heading2"/>
      </w:pPr>
      <w:r>
        <w:t>Drop in the ocean of internet</w:t>
      </w:r>
    </w:p>
    <w:p>
      <w:r>
        <w:rPr>
          <w:color w:val="666666"/>
          <w:sz w:val="18"/>
        </w:rPr>
        <w:t>Age of the Quran July 14, 2019 Maulana Wahiduddin khan · 45s · at 27:40 · https://youtu.be/vUuC3CcKnxw?t=1660</w:t>
      </w:r>
    </w:p>
    <w:p>
      <w:r>
        <w:rPr>
          <w:i/>
        </w:rPr>
        <w:t>“This is a drop in that river”</w:t>
      </w:r>
    </w:p>
    <w:p>
      <w:r>
        <w:rPr>
          <w:sz w:val="20"/>
        </w:rPr>
        <w:t>27:40  yeh darasal aik drop hai is darya mein is samandar mein internet ke samandar mein to jaise Moosa</w:t>
      </w:r>
      <w:r>
        <w:br/>
      </w:r>
      <w:r>
        <w:rPr>
          <w:sz w:val="20"/>
        </w:rPr>
        <w:t>27:48  aleh-is-slam ki maan ne apna effort kiya tha aur woh bachay ko darya mein dala tha isi</w:t>
      </w:r>
      <w:r>
        <w:br/>
      </w:r>
      <w:r>
        <w:rPr>
          <w:sz w:val="20"/>
        </w:rPr>
        <w:t>27:56  tareeqay se hamein bhi aik koshish karna hai ke hum bhi jo internet ka samandar hai us mein</w:t>
      </w:r>
      <w:r>
        <w:br/>
      </w:r>
      <w:r>
        <w:rPr>
          <w:sz w:val="20"/>
        </w:rPr>
        <w:t>28:02  cheezon ko daalein phir Allah taala ah jo seekers hain un tak un ko pohanchaye ga chounkay hamara</w:t>
      </w:r>
      <w:r>
        <w:br/>
      </w:r>
      <w:r>
        <w:rPr>
          <w:sz w:val="20"/>
        </w:rPr>
        <w:t>28:10  hamara kaam bas yahin yahin tak hai ke hum cheezon ko available kar dein baqi Allah taala dil</w:t>
      </w:r>
      <w:r>
        <w:br/>
      </w:r>
      <w:r>
        <w:rPr>
          <w:sz w:val="20"/>
        </w:rPr>
        <w:t>28:15  mein daalne wala hai to yeh inshallah jo 27 translations ab tak complete ho gaye hain aur baqi</w:t>
      </w:r>
      <w:r>
        <w:br/>
      </w:r>
      <w:r>
        <w:rPr>
          <w:sz w:val="20"/>
        </w:rPr>
        <w:t>28:24  ah aur tarjmay</w:t>
      </w:r>
    </w:p>
    <w:p>
      <w:pPr>
        <w:pStyle w:val="Heading2"/>
      </w:pPr>
      <w:r>
        <w:t>Surah Al-Baqarah warns Muslims not Jews</w:t>
      </w:r>
    </w:p>
    <w:p>
      <w:r>
        <w:rPr>
          <w:color w:val="666666"/>
          <w:sz w:val="18"/>
        </w:rPr>
        <w:t>Dars-e-Quran, Chapter 2, Verse 40-43 January 21, 2018 · 24s · at 8:14 · https://youtu.be/K21vgozgMd8?t=494</w:t>
      </w:r>
    </w:p>
    <w:p>
      <w:r>
        <w:rPr>
          <w:i/>
        </w:rPr>
        <w:t>“Yeh mazammat yahood ki aayat nahi hai”</w:t>
      </w:r>
    </w:p>
    <w:p>
      <w:r>
        <w:rPr>
          <w:sz w:val="20"/>
        </w:rPr>
        <w:t>8:14  yeh mazammat yahud ki ayat nahi hai, mazammat yahud ki surah nahi hai, balkeh ummat muslema ko warning ki surah hai ke tumhare sath bhi aisa hoga, kyunke hadith mein likha hai: "latatba'un min qablakum".</w:t>
      </w:r>
    </w:p>
    <w:p>
      <w:pPr>
        <w:pStyle w:val="Heading2"/>
      </w:pPr>
      <w:r>
        <w:t>One verse a day keeps Saturn away</w:t>
      </w:r>
    </w:p>
    <w:p>
      <w:r>
        <w:rPr>
          <w:color w:val="666666"/>
          <w:sz w:val="18"/>
        </w:rPr>
        <w:t>Living between Angels and Satan I 26th Jan.08 · 30s · at 28:38 · https://youtu.be/V6qfjCkiRcc?t=1718</w:t>
      </w:r>
    </w:p>
    <w:p>
      <w:r>
        <w:rPr>
          <w:i/>
        </w:rPr>
        <w:t>“One verse a day, keep Saturn away.”</w:t>
      </w:r>
    </w:p>
    <w:p>
      <w:r>
        <w:rPr>
          <w:sz w:val="20"/>
        </w:rPr>
        <w:t>28:38  ence of Saturn. Then what is the—how you can keep yourself on theright path? Again, to my knowledge, first of all, you have to read the Quran every day. Someone hasrightly said that</w:t>
      </w:r>
    </w:p>
    <w:p>
      <w:pPr>
        <w:pStyle w:val="Heading2"/>
      </w:pPr>
      <w:r>
        <w:t>Eid al-Fitr as day of reward</w:t>
      </w:r>
    </w:p>
    <w:p>
      <w:r>
        <w:rPr>
          <w:color w:val="666666"/>
          <w:sz w:val="18"/>
        </w:rPr>
        <w:t>Eid al-Fitr August 09, 2013 Maulana Wahiduddin Khan · 53s · at 0:37 · https://youtu.be/0gjvnyE3Clk?t=37</w:t>
      </w:r>
    </w:p>
    <w:p>
      <w:r>
        <w:rPr>
          <w:i/>
        </w:rPr>
        <w:t>“This is 9 August 2013”</w:t>
      </w:r>
    </w:p>
    <w:p>
      <w:r>
        <w:rPr>
          <w:sz w:val="20"/>
        </w:rPr>
        <w:t>0:37  yeh 9 agast 2013 hai,</w:t>
      </w:r>
      <w:r>
        <w:br/>
      </w:r>
      <w:r>
        <w:rPr>
          <w:sz w:val="20"/>
        </w:rPr>
        <w:t>0:45  aur hijri calendar ke aitbar se yakam shawwal 1434 hijri hai. aap jante hain ke aaj eid-ul-fitr ka din hai.</w:t>
      </w:r>
      <w:r>
        <w:br/>
      </w:r>
      <w:r>
        <w:rPr>
          <w:sz w:val="20"/>
        </w:rPr>
        <w:t>1:01  aaj ke din ke bare mein hadith mein ek bohat lambi riwayat aayi hai, jis mein is din ko laylat-ul-jaiza kaha gaya hai.</w:t>
      </w:r>
      <w:r>
        <w:br/>
      </w:r>
      <w:r>
        <w:rPr>
          <w:sz w:val="20"/>
        </w:rPr>
        <w:t>1:11  arabi zaban mein layla raat aur din dono ke liye istemal hota hai. to yeh jo din hai, shawwal ka chand nikalne se le kar shawwal ki sham tak rehta hai.</w:t>
      </w:r>
      <w:r>
        <w:br/>
      </w:r>
      <w:r>
        <w:rPr>
          <w:sz w:val="20"/>
        </w:rPr>
        <w:t>1:30  to yeh hai laylat-ul-jaiza, yaani inaam ka din. Allah ta'ala ki taraf se aaj is ke sachche bondon ke liye inaam ka faisla kiya jata hai.</w:t>
      </w:r>
    </w:p>
    <w:p>
      <w:pPr>
        <w:pStyle w:val="Heading2"/>
      </w:pPr>
      <w:r>
        <w:t>This is past history of Jews</w:t>
      </w:r>
    </w:p>
    <w:p>
      <w:r>
        <w:rPr>
          <w:color w:val="666666"/>
          <w:sz w:val="18"/>
        </w:rPr>
        <w:t>Dars-e-Quran, Ch. 2 Verse 49-50 February 25, 2018 · 23s · at 2:34 · https://youtu.be/ogSNikZscgM?t=154</w:t>
      </w:r>
    </w:p>
    <w:p>
      <w:r>
        <w:rPr>
          <w:i/>
        </w:rPr>
        <w:t>“Dekhiye, yeh jo aayaat hain”</w:t>
      </w:r>
    </w:p>
    <w:p>
      <w:r>
        <w:rPr>
          <w:sz w:val="20"/>
        </w:rPr>
        <w:t>2:34  dekhiye, yeh jo ayatein hain, bazahir yeh yahud ke</w:t>
      </w:r>
      <w:r>
        <w:br/>
      </w:r>
      <w:r>
        <w:rPr>
          <w:sz w:val="20"/>
        </w:rPr>
        <w:t>2:46  maazi ki kuch baatein hain jo is mein dohrai gayi hain. yeh yahood ki maazi ki tareekh.</w:t>
      </w:r>
    </w:p>
    <w:p>
      <w:pPr>
        <w:pStyle w:val="Heading2"/>
      </w:pPr>
      <w:r>
        <w:t>Muslims live in reactive psychology</w:t>
      </w:r>
    </w:p>
    <w:p>
      <w:r>
        <w:rPr>
          <w:color w:val="666666"/>
          <w:sz w:val="18"/>
        </w:rPr>
        <w:t>Why have Muslims turned violent December 14, 2008 Maulana Wahiduddin Khan · 33s · at 3:52 · https://youtu.be/tPI2TlGq_QY?t=232</w:t>
      </w:r>
    </w:p>
    <w:p>
      <w:r>
        <w:rPr>
          <w:i/>
        </w:rPr>
        <w:t>“I have traveled a lot, read a lot.”</w:t>
      </w:r>
    </w:p>
    <w:p>
      <w:r>
        <w:rPr>
          <w:sz w:val="20"/>
        </w:rPr>
        <w:t>3:52  yani, radd-e-amal ki psychology mein. aur yeh aik bilkul haqeeqat hai. maine khud bohat safar kiye hain, bohat parha hai.</w:t>
      </w:r>
      <w:r>
        <w:br/>
      </w:r>
      <w:r>
        <w:rPr>
          <w:sz w:val="20"/>
        </w:rPr>
        <w:t>4:05  sari Musalman, without any exception, radd-e-amal ki psychology mein likhte aur bolte hain.</w:t>
      </w:r>
      <w:r>
        <w:br/>
      </w:r>
      <w:r>
        <w:rPr>
          <w:sz w:val="20"/>
        </w:rPr>
        <w:t>4:15  to reactive psychology jo hai bohat hi stuck word hai Musalmanon ke mind ko batane ke liye.</w:t>
      </w:r>
    </w:p>
    <w:p>
      <w:pPr>
        <w:pStyle w:val="Heading2"/>
      </w:pPr>
      <w:r>
        <w:t>Empire builders all die and leave everything behind</w:t>
      </w:r>
    </w:p>
    <w:p>
      <w:r>
        <w:rPr>
          <w:color w:val="666666"/>
          <w:sz w:val="18"/>
        </w:rPr>
        <w:t>The Purpose of Existence I 9th Sept. 2012 - Maulana Wahiduddin Khan · 43s · at 7:22 · https://youtu.be/cevO-zpWlG8?t=442</w:t>
      </w:r>
    </w:p>
    <w:p>
      <w:r>
        <w:rPr>
          <w:i/>
        </w:rPr>
        <w:t>“Empire builders all died, left everything behind”</w:t>
      </w:r>
    </w:p>
    <w:p>
      <w:r>
        <w:rPr>
          <w:sz w:val="20"/>
        </w:rPr>
        <w:t>7:22  aur bohat ajib, is se bhi zyada ajib baat yeh hai ke har aadmi dekhta hai ke sab mar rahe hain. jo log immediate gain mein apne ko jinhone dala, aur bare bare empire banaye apne, kisi ne political empire, kisi ne commercial empire, kisi ne apne fame ka empire banaya,</w:t>
      </w:r>
      <w:r>
        <w:br/>
      </w:r>
      <w:r>
        <w:rPr>
          <w:sz w:val="20"/>
        </w:rPr>
        <w:t>7:44  lekin ek second mein us ko chhod kar chale gaye is duniya se. sab kuch yahan reh gaya, woh chale gaye kahin doosri duniya mein.</w:t>
      </w:r>
      <w:r>
        <w:br/>
      </w:r>
      <w:r>
        <w:rPr>
          <w:sz w:val="20"/>
        </w:rPr>
        <w:t>7:54  to is ke baad, is ke bawajood, bare bare mind is mein apne ko involve na kar sake, bas immediate gain mein phanse reh gaye.</w:t>
      </w:r>
    </w:p>
    <w:p>
      <w:pPr>
        <w:pStyle w:val="Heading2"/>
      </w:pPr>
      <w:r>
        <w:t>Material world is well-designed not in loss</w:t>
      </w:r>
    </w:p>
    <w:p>
      <w:r>
        <w:rPr>
          <w:color w:val="666666"/>
          <w:sz w:val="18"/>
        </w:rPr>
        <w:t>How Can a Man be Successful August 19, 2012 · 48s · at 6:46 · https://youtu.be/L4CFjy-kkxE?t=406</w:t>
      </w:r>
    </w:p>
    <w:p>
      <w:r>
        <w:rPr>
          <w:i/>
        </w:rPr>
        <w:t>“There is no phenomenon of loss in the material world”</w:t>
      </w:r>
    </w:p>
    <w:p>
      <w:r>
        <w:rPr>
          <w:sz w:val="20"/>
        </w:rPr>
        <w:t>6:46  wahan par to loss ka phenomena nahi hai. wahan ek koi nahi kehta ke jo material world hai, woh</w:t>
      </w:r>
      <w:r>
        <w:br/>
      </w:r>
      <w:r>
        <w:rPr>
          <w:sz w:val="20"/>
        </w:rPr>
        <w:t>6:57  sab wahan par loss hi loss hai, sab burai hi burai hai. sare scientist jo microscope aur telescope se study karte hain dunya ka, woh kehte hain ke kainat bohat hi zyada well designed hai, well planned hai,</w:t>
      </w:r>
      <w:r>
        <w:br/>
      </w:r>
      <w:r>
        <w:rPr>
          <w:sz w:val="20"/>
        </w:rPr>
        <w:t>7:19  bohat meaningful hai, kahin bhi is mein koi flaw nahi. to aap ghor kijiye, isi dunya mein insaan hai jis ki tareekh crime ki register bani hui hai.</w:t>
      </w:r>
    </w:p>
    <w:p>
      <w:pPr>
        <w:pStyle w:val="Heading2"/>
      </w:pPr>
      <w:r>
        <w:t>standing in the road handing out Qurans with both hands</w:t>
      </w:r>
    </w:p>
    <w:p>
      <w:r>
        <w:rPr>
          <w:color w:val="666666"/>
          <w:sz w:val="18"/>
        </w:rPr>
        <w:t>Experience Sharing of CPS Member, Jaipur Literature Festival 2013 February 3, 2013 · 28s · at 13:16 · https://youtu.be/ujlDnK5Wg3M?t=796</w:t>
      </w:r>
    </w:p>
    <w:p>
      <w:r>
        <w:rPr>
          <w:i/>
        </w:rPr>
        <w:t>“I stood in the middle of the road giving Quran with both hands”</w:t>
      </w:r>
    </w:p>
    <w:p>
      <w:r>
        <w:rPr>
          <w:sz w:val="20"/>
        </w:rPr>
        <w:t>13:16  I mean.</w:t>
      </w:r>
      <w:r>
        <w:br/>
      </w:r>
      <w:r>
        <w:rPr>
          <w:sz w:val="20"/>
        </w:rPr>
        <w:t>13:21  I mean in the evening, first day, I was standing in the middle of the road and giving Quran with both hands.</w:t>
      </w:r>
      <w:r>
        <w:br/>
      </w:r>
      <w:r>
        <w:rPr>
          <w:sz w:val="20"/>
        </w:rPr>
        <w:t>13:30  And it was overwhelming. And itna itna encouragement mila mujhe ke himmat nahi hoti thi kabhi kabhi kuch logon ko dene ki.</w:t>
      </w:r>
    </w:p>
    <w:p>
      <w:pPr>
        <w:pStyle w:val="Heading2"/>
      </w:pPr>
      <w:r>
        <w:t>Prophet never stopped women</w:t>
      </w:r>
    </w:p>
    <w:p>
      <w:r>
        <w:rPr>
          <w:color w:val="666666"/>
          <w:sz w:val="18"/>
        </w:rPr>
        <w:t>Experience of CPS Peace Conference 2023 May 7, 2023 · 29s · at 8:11 · https://youtu.be/FXG2h96Ylsg?t=491</w:t>
      </w:r>
    </w:p>
    <w:p>
      <w:r>
        <w:rPr>
          <w:i/>
        </w:rPr>
        <w:t>“The Prophet never stopped women from coming.”</w:t>
      </w:r>
    </w:p>
    <w:p>
      <w:r>
        <w:rPr>
          <w:sz w:val="20"/>
        </w:rPr>
        <w:t>8:11  Rasool Allah sallallahu alaihi wasallam ne kabhi nahin kaha ke dekho mere saath itne log hain to tum is tareeqe se mat aao. Kabhi wahan koi bhi rukawat aapne nahin daali auraton ke aage badhne mein. To agar hum auraton ko aage badhayein aur is mission mein unko engage karein to yeh bilkul aap samajh liye ke sunnat ka haiya hai. Kyunke baad ke zamane mein chunke qadeem culture mein auraton ko zyada tar chahardivari mein hi rakha jata tha.</w:t>
      </w:r>
      <w:r>
        <w:br/>
      </w:r>
      <w:r>
        <w:rPr>
          <w:sz w:val="20"/>
        </w:rPr>
        <w:t>8:40  khaas taur par elite class ki auraton ko. To labour class ki auratein bahar nikalti thi. To elite class ki auratein jo hai woh gharon mein rehti thi apne ko differentiate karne ke liye. To yeh qadeem culture tha aur isi culture yeh culture dobara lauta hai kyunke bahut tezi se Islam saari duniya mein phail gaya aur utna unki training nahin ho paayi. Islam ke usoolon ke mutabiq. To wahi purane culture par woh baqi rahe.</w:t>
      </w:r>
    </w:p>
    <w:p>
      <w:pPr>
        <w:pStyle w:val="Heading2"/>
      </w:pPr>
      <w:r>
        <w:t>The one-line summary of the entire Quran</w:t>
      </w:r>
    </w:p>
    <w:p>
      <w:r>
        <w:rPr>
          <w:color w:val="666666"/>
          <w:sz w:val="18"/>
        </w:rPr>
        <w:t>How to Understand The Quran July 19, 2007 · 52s · at 15:46 · https://youtu.be/usxOhncIdq4?t=946</w:t>
      </w:r>
    </w:p>
    <w:p>
      <w:r>
        <w:rPr>
          <w:i/>
        </w:rPr>
        <w:t>“Quran ki pehli ayat hi Quran ka khulasa hai”</w:t>
      </w:r>
    </w:p>
    <w:p>
      <w:r>
        <w:rPr>
          <w:sz w:val="20"/>
        </w:rPr>
        <w:t>15:46  to phir mein ne kaha ke dekhiye, quran ki pehli ayat jo hai, wohi quran ka khulasa hai. woh hai alhamdulillah rabbil alameen yani khuda ki nematoun ko, khuda ki blessing ko is tarah se daryaft karna</w:t>
      </w:r>
      <w:r>
        <w:br/>
      </w:r>
      <w:r>
        <w:rPr>
          <w:sz w:val="20"/>
        </w:rPr>
        <w:t>16:06  ke aap ke andar aik thrill paida ho jaye, shukr ka thrill. aur phir aap keh parhein alhamdulillah rabbil alameen yeh hai khuda ko is ki azmatoun ke sath acknowledge karna.</w:t>
      </w:r>
      <w:r>
        <w:br/>
      </w:r>
      <w:r>
        <w:rPr>
          <w:sz w:val="20"/>
        </w:rPr>
        <w:t>16:22  to mein ne kaha ke khuda ko aap acknowledge kar sakain ilm ke darjay mein, shaoor ke darjay mein, finding ke darjay mein, marifat ke darjay mein.</w:t>
      </w:r>
      <w:r>
        <w:br/>
      </w:r>
      <w:r>
        <w:rPr>
          <w:sz w:val="20"/>
        </w:rPr>
        <w:t>16:34  yeh hai quran ka khulasa.</w:t>
      </w:r>
    </w:p>
    <w:p>
      <w:pPr>
        <w:pStyle w:val="Heading2"/>
      </w:pPr>
      <w:r>
        <w:t>recitation alone isn't enough, deep reflection needed</w:t>
      </w:r>
    </w:p>
    <w:p>
      <w:r>
        <w:rPr>
          <w:color w:val="666666"/>
          <w:sz w:val="18"/>
        </w:rPr>
        <w:t>Ramadan and the Quran April 17, 2022 Prof. Farida Khanam · 43s · at 2:39 · https://youtu.be/SszJCaNKkZw?t=159</w:t>
      </w:r>
    </w:p>
    <w:p>
      <w:r>
        <w:rPr>
          <w:i/>
        </w:rPr>
        <w:t>“आजकल सिर्फ तिलावत की जाती है, तिलावत से”</w:t>
      </w:r>
    </w:p>
    <w:p>
      <w:r>
        <w:rPr>
          <w:sz w:val="20"/>
        </w:rPr>
        <w:t>2:39  jabke aajkal jo hai sirf tilawat ki jati hai tilawat se. uska fayde hain tilawat ke lekin tilawat se hum uske gehre maani ko nahi samajh sakte. to hamein chahiye ke hum quran ko bahut gaur se padhein, uske zariye se apna tazkiya nafs karein.</w:t>
      </w:r>
      <w:r>
        <w:br/>
      </w:r>
      <w:r>
        <w:rPr>
          <w:sz w:val="20"/>
        </w:rPr>
        <w:t>3:01  kyunke jab tak hamara tazkiya nahi ho jayega, tab tak hum jannat mein jane ka qabil nahi honge aur tazkiya hamein quran par tadabbur karne se hi hoga. quran ko gehre taur par samajhne aur usko apni zindagi mein apply karne se hamara tazkiya hoga. to yeh bahut zaroori hai.</w:t>
      </w:r>
      <w:r>
        <w:br/>
      </w:r>
      <w:r>
        <w:rPr>
          <w:sz w:val="20"/>
        </w:rPr>
        <w:t>3:22  quran jo hai poora ramzan ka mahina jo hai humko isi mein guzarna chahiye taake hum apni jo humko apna spiritual development karna hai woh hum poore tareeke se kar paayein aur uske baad jab hum ek mahina kar lenge achhi tareeke se quran ki study, to woh hamari taqrib saal bhar chalti rahegi. uska asar jo hai hamari zindagi par saal bhar rahega.</w:t>
      </w:r>
    </w:p>
    <w:p>
      <w:pPr>
        <w:pStyle w:val="Heading2"/>
      </w:pPr>
      <w:r>
        <w:t>Pen for pen not violence</w:t>
      </w:r>
    </w:p>
    <w:p>
      <w:r>
        <w:rPr>
          <w:color w:val="666666"/>
          <w:sz w:val="18"/>
        </w:rPr>
        <w:t>Dars-e-Quran. Ch. 2, vv. 135-144 September 2, 2018 Maulana Wahiduddin Khan · 27s · at 39:41 · https://youtu.be/rK0VmX1DgrY?t=2381</w:t>
      </w:r>
    </w:p>
    <w:p>
      <w:r>
        <w:rPr>
          <w:i/>
        </w:rPr>
        <w:t>“Maine ek pata likha tha isi tarah ke is par”</w:t>
      </w:r>
    </w:p>
    <w:p>
      <w:r>
        <w:rPr>
          <w:sz w:val="20"/>
        </w:rPr>
        <w:t>39:41  mein ne ek pata likha tha isi tarah ke us par ke Islam mein jo hai woh yeh hai ke qadr qalam ke jawab mein qalam, qalam, qalam ke jawab mein qalam.</w:t>
      </w:r>
      <w:r>
        <w:br/>
      </w:r>
      <w:r>
        <w:rPr>
          <w:sz w:val="20"/>
        </w:rPr>
        <w:t>39:59  kisi ne qalam chalaya hai to aap bhi qalam chalaiye. kisi ne taqreer ki hai to aap bhi taqreer kijiye.</w:t>
      </w:r>
    </w:p>
    <w:p>
      <w:pPr>
        <w:pStyle w:val="Heading2"/>
      </w:pPr>
      <w:r>
        <w:t>Stalin's unconscious God mention</w:t>
      </w:r>
    </w:p>
    <w:p>
      <w:r>
        <w:rPr>
          <w:color w:val="666666"/>
          <w:sz w:val="18"/>
        </w:rPr>
        <w:t>The Message of The Quran Part 1 March 26, 2006 Maulana Wahiduddin Khan · 42s · at 29:48 · https://youtu.be/krrs0ZKgnb8?t=1788</w:t>
      </w:r>
    </w:p>
    <w:p>
      <w:r>
        <w:rPr>
          <w:i/>
        </w:rPr>
        <w:t>“Yeh baat hai during Second World War ki”</w:t>
      </w:r>
    </w:p>
    <w:p>
      <w:r>
        <w:rPr>
          <w:sz w:val="20"/>
        </w:rPr>
        <w:t>29:48  yeh baat hai during second world war ki.</w:t>
      </w:r>
      <w:r>
        <w:br/>
      </w:r>
      <w:r>
        <w:rPr>
          <w:sz w:val="20"/>
        </w:rPr>
        <w:t>29:54  to maine report mein parha tha keh jab stalin is ko diya gaya, woh usay parhna shuru kiya, aik dam is mein woh kho gaya.</w:t>
      </w:r>
      <w:r>
        <w:br/>
      </w:r>
      <w:r>
        <w:rPr>
          <w:sz w:val="20"/>
        </w:rPr>
        <w:t>30:08  is report mein kho gaya. woh</w:t>
      </w:r>
      <w:r>
        <w:br/>
      </w:r>
      <w:r>
        <w:rPr>
          <w:sz w:val="20"/>
        </w:rPr>
        <w:t>30:13  is ko itni complete lagi, itni effective lagi ke isi mein gum ho gaya. yahan tak ke parhte parhte parhte is ki zaban se nikla "may god prosper this undertaking".</w:t>
      </w:r>
    </w:p>
    <w:p>
      <w:pPr>
        <w:pStyle w:val="Heading2"/>
      </w:pPr>
      <w:r>
        <w:t>freedom of expression is an absolute right</w:t>
      </w:r>
    </w:p>
    <w:p>
      <w:r>
        <w:rPr>
          <w:color w:val="666666"/>
          <w:sz w:val="18"/>
        </w:rPr>
        <w:t>Freedom of Expression in Islam September 30, 2012 · 22s · at 7:51 · https://youtu.be/S4mQpkoZITg?t=471</w:t>
      </w:r>
    </w:p>
    <w:p>
      <w:r>
        <w:rPr>
          <w:i/>
        </w:rPr>
        <w:t>“In Islam, freedom of expression is an absolute right”</w:t>
      </w:r>
    </w:p>
    <w:p>
      <w:r>
        <w:rPr>
          <w:sz w:val="20"/>
        </w:rPr>
        <w:t>7:51  to Islam mein yaad rakhiye, izhar e khayal ki azadi absolute right hai insaan ka.</w:t>
      </w:r>
      <w:r>
        <w:br/>
      </w:r>
      <w:r>
        <w:rPr>
          <w:sz w:val="20"/>
        </w:rPr>
        <w:t>8:02  woh is ko abaish nahi kar sakta. aap ko ikhtilaf hai to aap apni daleel dijiye, apni reason pesh kijiye, apni logic pesh kijiye.</w:t>
      </w:r>
    </w:p>
    <w:p>
      <w:pPr>
        <w:pStyle w:val="Heading2"/>
      </w:pPr>
      <w:r>
        <w:t>Absurd fatwa makes life impossible</w:t>
      </w:r>
    </w:p>
    <w:p>
      <w:r>
        <w:rPr>
          <w:color w:val="666666"/>
          <w:sz w:val="18"/>
        </w:rPr>
        <w:t>What is Ijtihad February 25, 2007 Maulana Wahiduddin Khan · 24s · at 14:44 · https://youtu.be/vPBQYpteeb0?t=884</w:t>
      </w:r>
    </w:p>
    <w:p>
      <w:r>
        <w:rPr>
          <w:i/>
        </w:rPr>
        <w:t>“Har woh fatwa absurd hai jo aap ke liye zindagi ko impossible”</w:t>
      </w:r>
    </w:p>
    <w:p>
      <w:r>
        <w:rPr>
          <w:sz w:val="20"/>
        </w:rPr>
        <w:t>14:44  agarche is mein ijma tha ulama ka hamare. har woh fatwa absurd hai jo aap ke liye zindagi ko impossible bana de.</w:t>
      </w:r>
      <w:r>
        <w:br/>
      </w:r>
      <w:r>
        <w:rPr>
          <w:sz w:val="20"/>
        </w:rPr>
        <w:t>14:57  yani india mein rehna, yahan khana kamana, bachchon ko palna, yahi jo naam impossible bana de. woh fatwa absurd hai bilashuba.</w:t>
      </w:r>
    </w:p>
    <w:p>
      <w:pPr>
        <w:pStyle w:val="Heading2"/>
      </w:pPr>
      <w:r>
        <w:t>God's two guides for humans: reason and revelation</w:t>
      </w:r>
    </w:p>
    <w:p>
      <w:r>
        <w:rPr>
          <w:color w:val="666666"/>
          <w:sz w:val="18"/>
        </w:rPr>
        <w:t>Lessons from The Quran April 30, 2014 · 23s · at 14:46 · https://youtu.be/3Snh2dw-6tk?t=886</w:t>
      </w:r>
    </w:p>
    <w:p>
      <w:r>
        <w:rPr>
          <w:i/>
        </w:rPr>
        <w:t>“First, God gave man reason to know right from wrong”</w:t>
      </w:r>
    </w:p>
    <w:p>
      <w:r>
        <w:rPr>
          <w:sz w:val="20"/>
        </w:rPr>
        <w:t>14:46  misalan, dekhiye, sab se pehle to insaan ko aqal di, samajh boojh di. Apni aqal ko istemal kar ke aadmi jaan sakta hai ke what is right, what is wrong.</w:t>
      </w:r>
      <w:r>
        <w:br/>
      </w:r>
      <w:r>
        <w:rPr>
          <w:sz w:val="20"/>
        </w:rPr>
        <w:t>14:56  ek to yeh</w:t>
      </w:r>
      <w:r>
        <w:br/>
      </w:r>
      <w:r>
        <w:rPr>
          <w:sz w:val="20"/>
        </w:rPr>
        <w:t>14:57  hai, phir is ke baad dekhiye, peghambar bheje, peghambaron ke zariye kitab bheji, wahi bheji. Is se aadmi jaan sakta hai ke sachai kya hai.</w:t>
      </w:r>
    </w:p>
    <w:p>
      <w:pPr>
        <w:pStyle w:val="Heading2"/>
      </w:pPr>
      <w:r>
        <w:t>Why Quran doesn't affect Muslims?</w:t>
      </w:r>
    </w:p>
    <w:p>
      <w:r>
        <w:rPr>
          <w:color w:val="666666"/>
          <w:sz w:val="18"/>
        </w:rPr>
        <w:t>Dars-e-Quran, Chapter 2, Verses 58-59 April 01, 2018 · 23s · at 2:53 · https://youtu.be/Zylb8MRnsew?t=173</w:t>
      </w:r>
    </w:p>
    <w:p>
      <w:r>
        <w:rPr>
          <w:i/>
        </w:rPr>
        <w:t>“Soch raha tha ke Quran jab itne jhajhre hue aadad mein bolta”</w:t>
      </w:r>
    </w:p>
    <w:p>
      <w:r>
        <w:rPr>
          <w:sz w:val="20"/>
        </w:rPr>
        <w:t>2:53  To main aaj soch raha tha ke quran jab itne jhanjhe hue adad mein bolta hai to musalmanon par koi asar kyun nahi hota?</w:t>
      </w:r>
      <w:r>
        <w:br/>
      </w:r>
      <w:r>
        <w:rPr>
          <w:sz w:val="20"/>
        </w:rPr>
        <w:t>3:07  Musalmanon mein koi islaah kyun nahi aati?</w:t>
      </w:r>
    </w:p>
    <w:p>
      <w:pPr>
        <w:pStyle w:val="Heading2"/>
      </w:pPr>
      <w:r>
        <w:t>Tarawih means discussing and studying the Quran together</w:t>
      </w:r>
    </w:p>
    <w:p>
      <w:r>
        <w:rPr>
          <w:color w:val="666666"/>
          <w:sz w:val="18"/>
        </w:rPr>
        <w:t>Ramadan Month of The Quran June 28, 2015 · 53s · at 6:09 · https://youtu.be/Ca7wr4bEy9Y?t=369</w:t>
      </w:r>
    </w:p>
    <w:p>
      <w:r>
        <w:rPr>
          <w:i/>
        </w:rPr>
        <w:t>“Quran ka charcha hota hai — Tarawih ke maayne”</w:t>
      </w:r>
    </w:p>
    <w:p>
      <w:r>
        <w:rPr>
          <w:sz w:val="20"/>
        </w:rPr>
        <w:t>6:09  mazeed yeh ke quran ka charchah hota hai. taravih ke ma'ne yeh bhi samajh lijiye ke quran ka charchah.</w:t>
      </w:r>
      <w:r>
        <w:br/>
      </w:r>
      <w:r>
        <w:rPr>
          <w:sz w:val="20"/>
        </w:rPr>
        <w:t>6:15  jab bohat se log mil kar ke quran ko padhein ge, sunein ge, to yeh goya quran ka charchah ho gaya. sahih tareeqa yahi hai ke taravih mein jo hissah padha jane wala hai, us ko pehle se padh liya jaye.</w:t>
      </w:r>
      <w:r>
        <w:br/>
      </w:r>
      <w:r>
        <w:rPr>
          <w:sz w:val="20"/>
        </w:rPr>
        <w:t>6:30  taravih ke baad jo sun kiya jaye ke aaj jo padha gaya quran, us mein kya lesson milta hai, yeh sab charchah.</w:t>
      </w:r>
      <w:r>
        <w:br/>
      </w:r>
      <w:r>
        <w:rPr>
          <w:sz w:val="20"/>
        </w:rPr>
        <w:t>6:41  to taravih ka matlab sirf khatm quran nahi hai, balke quran ki standing study hai.</w:t>
      </w:r>
      <w:r>
        <w:br/>
      </w:r>
      <w:r>
        <w:rPr>
          <w:sz w:val="20"/>
        </w:rPr>
        <w:t>6:51  khare ho kar quran ka mutala karna, quran ka phir charchah karna, quran ke ma'ne mein mazeed ghor o fikr karna, yeh hai taravih.</w:t>
      </w:r>
    </w:p>
    <w:p>
      <w:pPr>
        <w:pStyle w:val="Heading2"/>
      </w:pPr>
      <w:r>
        <w:t>Spread Quran in every language</w:t>
      </w:r>
    </w:p>
    <w:p>
      <w:r>
        <w:rPr>
          <w:color w:val="666666"/>
          <w:sz w:val="18"/>
        </w:rPr>
        <w:t>Quran Stall at the World Book Fair January 12, 2019 · 31s · at 16:59 · https://youtu.be/qAV6i3yvMjE?t=1019</w:t>
      </w:r>
    </w:p>
    <w:p>
      <w:r>
        <w:rPr>
          <w:i/>
        </w:rPr>
        <w:t>“Now we must spread Quran in every language”</w:t>
      </w:r>
    </w:p>
    <w:p>
      <w:r>
        <w:rPr>
          <w:sz w:val="20"/>
        </w:rPr>
        <w:t>16:59  ab hum logon ko yani yahi karna hai ke Allah ki madad quran ke sath hai.</w:t>
      </w:r>
      <w:r>
        <w:br/>
      </w:r>
      <w:r>
        <w:rPr>
          <w:sz w:val="20"/>
        </w:rPr>
        <w:t>17:11  ab pure pure dil jaan se hamein quran ko phailane mein lag jana hai, har zaban mein, har zaban mein, har zaban mein.</w:t>
      </w:r>
    </w:p>
    <w:p>
      <w:pPr>
        <w:pStyle w:val="Heading2"/>
      </w:pPr>
      <w:r>
        <w:t>Concept of Tafakkur in Islam</w:t>
      </w:r>
    </w:p>
    <w:p>
      <w:r>
        <w:rPr>
          <w:color w:val="666666"/>
          <w:sz w:val="18"/>
        </w:rPr>
        <w:t>The Concept Of Contemplation In Islam -English · 22s · at 0:44 · https://youtu.be/6T363zDBUL4?t=44</w:t>
      </w:r>
    </w:p>
    <w:p>
      <w:r>
        <w:rPr>
          <w:i/>
        </w:rPr>
        <w:t>“The topic for this day is the concept of Tafakkur in Islam.”</w:t>
      </w:r>
    </w:p>
    <w:p>
      <w:r>
        <w:rPr>
          <w:sz w:val="20"/>
        </w:rPr>
        <w:t>0:44  The topic for this day is the concept of tafkeer in Islam, T-A-F-K-E-E-R, the concept of tafkeer in Islam.</w:t>
      </w:r>
      <w:r>
        <w:br/>
      </w:r>
      <w:r>
        <w:rPr>
          <w:sz w:val="20"/>
        </w:rPr>
        <w:t>1:06  aur word tafkeer and also some other words with the same name, with the same meaning, are used in the Quran frequently.</w:t>
      </w:r>
    </w:p>
    <w:p>
      <w:pPr>
        <w:pStyle w:val="Heading2"/>
      </w:pPr>
      <w:r>
        <w:t>Call for collective repentance</w:t>
      </w:r>
    </w:p>
    <w:p>
      <w:r>
        <w:rPr>
          <w:color w:val="666666"/>
          <w:sz w:val="18"/>
        </w:rPr>
        <w:t>The Straight Path October 30, 2011 Maulana Wahiduddin Khan · 31s · at 53:43 · https://youtu.be/PKFHe82Jz58?t=3223</w:t>
      </w:r>
    </w:p>
    <w:p>
      <w:r>
        <w:rPr>
          <w:i/>
        </w:rPr>
        <w:t>“To yaad rakhiye, hum aap ko chahiye ke hum ijtimai tauba karein”</w:t>
      </w:r>
    </w:p>
    <w:p>
      <w:r>
        <w:rPr>
          <w:sz w:val="20"/>
        </w:rPr>
        <w:t>53:43  to yaad rakhiye, hum aap ko chahiye ke hum ijtamai toba karein, ijtamai toba, ijtamai toba sari ummat e muslema karein ke hum do sau saal se fareb mein phirte, hum bekhabar the ke hamare paas quran hai, hamare paas moajza hai, hamare paas khuda ki sab se badi taqat hai.</w:t>
      </w:r>
      <w:r>
        <w:br/>
      </w:r>
      <w:r>
        <w:rPr>
          <w:sz w:val="20"/>
        </w:rPr>
        <w:t>54:04  phir se quran ko padhein, phir se quran par ghor karein, phir se quran ko discover karein.</w:t>
      </w:r>
    </w:p>
    <w:p>
      <w:pPr>
        <w:pStyle w:val="Heading2"/>
      </w:pPr>
      <w:r>
        <w:t>dawah, not protest, is the correct Muslim response</w:t>
      </w:r>
    </w:p>
    <w:p>
      <w:r>
        <w:rPr>
          <w:color w:val="666666"/>
          <w:sz w:val="18"/>
        </w:rPr>
        <w:t>Islam &amp; Prophet of Islam 21 Oct, 2012 - Maulana Wahiduddin Khan · 35s · at 57:16 · https://youtu.be/2hwtfOyNeS0?t=3436</w:t>
      </w:r>
    </w:p>
    <w:p>
      <w:r>
        <w:rPr>
          <w:i/>
        </w:rPr>
        <w:t>“Protest is the wrong option, Dawah is right”</w:t>
      </w:r>
    </w:p>
    <w:p>
      <w:r>
        <w:rPr>
          <w:sz w:val="20"/>
        </w:rPr>
        <w:t>57:16  allah ki pakad qayamat mein zahir hogi. to musalmanon ko sahi option yeh hai ke woh dawat o tabligh ka kaam karen, bajaye is ke ke protest karen.</w:t>
      </w:r>
      <w:r>
        <w:br/>
      </w:r>
      <w:r>
        <w:rPr>
          <w:sz w:val="20"/>
        </w:rPr>
        <w:t>57:27  protest galat option hai, dawat sahi option hai. sara khulasa meri baat ka yeh hai ke is waqt musalmanon ne sari dunya mein jo option le rakha hai, woh protest ka option hai.</w:t>
      </w:r>
      <w:r>
        <w:br/>
      </w:r>
      <w:r>
        <w:rPr>
          <w:sz w:val="20"/>
        </w:rPr>
        <w:t>57:39  woh option hai hi nahin, is ki koi feasibility nahin hai, woh work nahin karega. woh to hamein jo option lena hai, woh dawat ka option hai, yani allah ki baat ko insanon tak pahunchana.</w:t>
      </w:r>
    </w:p>
    <w:p>
      <w:pPr>
        <w:pStyle w:val="Heading2"/>
      </w:pPr>
      <w:r>
        <w:t>Active and passive smoking analogy</w:t>
      </w:r>
    </w:p>
    <w:p>
      <w:r>
        <w:rPr>
          <w:color w:val="666666"/>
          <w:sz w:val="18"/>
        </w:rPr>
        <w:t>Reason and Human Life | June 25, 2008 · 1m 04s · at 19:13 · https://youtu.be/BlKDj7xKEYA?t=1153</w:t>
      </w:r>
    </w:p>
    <w:p>
      <w:r>
        <w:rPr>
          <w:i/>
        </w:rPr>
        <w:t>“Active smoker makes others passive smokers”</w:t>
      </w:r>
    </w:p>
    <w:p>
      <w:r>
        <w:rPr>
          <w:sz w:val="20"/>
        </w:rPr>
        <w:t>19:13  cigarette peeta hai to khud to woh active smoker hai. lekin saath saath woh doosron ko passive smoker banata hai. ghar wale ko paas paros ko society ko. to ek aadmi agar smoking kar raha hai cigarette pe raha hai us ko mana kiya jaye. ke bhai yeh meri private baat hai. aap kyun is mein interview karte hain? main peeta hoon mujhe acha lagta hai is liye piunga</w:t>
      </w:r>
      <w:r>
        <w:br/>
      </w:r>
      <w:r>
        <w:rPr>
          <w:sz w:val="20"/>
        </w:rPr>
        <w:t>19:43  mein.</w:t>
      </w:r>
      <w:r>
        <w:br/>
      </w:r>
      <w:r>
        <w:rPr>
          <w:sz w:val="20"/>
        </w:rPr>
        <w:t>19:48  aap ko kya? yeh logic sahi nahin hai.</w:t>
      </w:r>
      <w:r>
        <w:br/>
      </w:r>
      <w:r>
        <w:rPr>
          <w:sz w:val="20"/>
        </w:rPr>
        <w:t>19:53  kaha jayega ke yeh logic tumhari sahi nahin hai.</w:t>
      </w:r>
      <w:r>
        <w:br/>
      </w:r>
      <w:r>
        <w:rPr>
          <w:sz w:val="20"/>
        </w:rPr>
        <w:t>19:58  ke tum active smoking kar ke doosron ko passive smoking karate ho.</w:t>
      </w:r>
      <w:r>
        <w:br/>
      </w:r>
      <w:r>
        <w:rPr>
          <w:sz w:val="20"/>
        </w:rPr>
        <w:t>20:03  kyun ke jo dhuwan nikalte ho tum woh dhuwan phailta hai hawa ke saath.</w:t>
      </w:r>
      <w:r>
        <w:br/>
      </w:r>
      <w:r>
        <w:rPr>
          <w:sz w:val="20"/>
        </w:rPr>
        <w:t>20:08  yani cigarette peene mein jo dhuwan nikalta hai woh hawa mein aata hai.</w:t>
      </w:r>
      <w:r>
        <w:br/>
      </w:r>
      <w:r>
        <w:rPr>
          <w:sz w:val="20"/>
        </w:rPr>
        <w:t>20:13  hawa mein aata hai to to phailta hai phailta hai sab tak phochta hai.</w:t>
      </w:r>
    </w:p>
    <w:p>
      <w:pPr>
        <w:pStyle w:val="Heading2"/>
      </w:pPr>
      <w:r>
        <w:t>ego is Satan's entry point, conscience is angels'</w:t>
      </w:r>
    </w:p>
    <w:p>
      <w:r>
        <w:rPr>
          <w:color w:val="666666"/>
          <w:sz w:val="18"/>
        </w:rPr>
        <w:t>Man Between Angels and Satan August 14, 2011 · 34s · at 2:02 · https://youtu.be/cRXTSSZNM30?t=122</w:t>
      </w:r>
    </w:p>
    <w:p>
      <w:r>
        <w:rPr>
          <w:i/>
        </w:rPr>
        <w:t>“Insan ke andar ek taraf ego hai, dusri taraf conscience”</w:t>
      </w:r>
    </w:p>
    <w:p>
      <w:r>
        <w:rPr>
          <w:sz w:val="20"/>
        </w:rPr>
        <w:t>2:02  allah taala ne insaan ko paida kiya is tarah se ke uske andar ek taraf ego hai, aur doosri taraf consciousness hai.</w:t>
      </w:r>
      <w:r>
        <w:br/>
      </w:r>
      <w:r>
        <w:rPr>
          <w:sz w:val="20"/>
        </w:rPr>
        <w:t>2:09  quran mein is ko aa gaya hai: "nafs ammara" aur "nafs lawwama". yani ego aur zamir.</w:t>
      </w:r>
      <w:r>
        <w:br/>
      </w:r>
      <w:r>
        <w:rPr>
          <w:sz w:val="20"/>
        </w:rPr>
        <w:t>2:22  to ego jo hai woh shaitan ka entry point hai. aur consciousness jo hai woh angels ka entry point hai.</w:t>
      </w:r>
    </w:p>
    <w:p>
      <w:pPr>
        <w:pStyle w:val="Heading2"/>
      </w:pPr>
      <w:r>
        <w:t>Great minds can afford a simple spiritual style</w:t>
      </w:r>
    </w:p>
    <w:p>
      <w:r>
        <w:rPr>
          <w:color w:val="666666"/>
          <w:sz w:val="18"/>
        </w:rPr>
        <w:t>The Concept of Spirituality In Islam - I January 27, 2006 Maulana Wahiduddin Khan · 48s · at 10:48 · https://youtu.be/xnI_QVVDWgk?t=648</w:t>
      </w:r>
    </w:p>
    <w:p>
      <w:r>
        <w:rPr>
          <w:i/>
        </w:rPr>
        <w:t>“A thinker has said, only great minds afford simple style”</w:t>
      </w:r>
    </w:p>
    <w:p>
      <w:r>
        <w:rPr>
          <w:sz w:val="20"/>
        </w:rPr>
        <w:t>10:48  a thinker has said that only great minds can afford to a to simple style</w:t>
      </w:r>
      <w:r>
        <w:br/>
      </w:r>
      <w:r>
        <w:rPr>
          <w:sz w:val="20"/>
        </w:rPr>
        <w:t>11:06  . only great minds can afford to simple style.</w:t>
      </w:r>
      <w:r>
        <w:br/>
      </w:r>
      <w:r>
        <w:rPr>
          <w:sz w:val="20"/>
        </w:rPr>
        <w:t>11:17  i think that</w:t>
      </w:r>
      <w:r>
        <w:br/>
      </w:r>
      <w:r>
        <w:rPr>
          <w:sz w:val="20"/>
        </w:rPr>
        <w:t>11:20  i can say that show in the face of spirituality.</w:t>
      </w:r>
      <w:r>
        <w:br/>
      </w:r>
      <w:r>
        <w:rPr>
          <w:sz w:val="20"/>
        </w:rPr>
        <w:t>11:24  only great man</w:t>
      </w:r>
      <w:r>
        <w:br/>
      </w:r>
      <w:r>
        <w:rPr>
          <w:sz w:val="20"/>
        </w:rPr>
        <w:t>11:28  can afford to adopt a spiritual style of life.</w:t>
      </w:r>
    </w:p>
    <w:p>
      <w:pPr>
        <w:pStyle w:val="Heading2"/>
      </w:pPr>
      <w:r>
        <w:t>Protest not allowed in Islam</w:t>
      </w:r>
    </w:p>
    <w:p>
      <w:r>
        <w:rPr>
          <w:color w:val="666666"/>
          <w:sz w:val="18"/>
        </w:rPr>
        <w:t>Terrorism in the name of Islam December 23, 2016 · 50s · at 10:08 · https://youtu.be/sm_0z6s2UPs?t=608</w:t>
      </w:r>
    </w:p>
    <w:p>
      <w:r>
        <w:rPr>
          <w:i/>
        </w:rPr>
        <w:t>“Protest is not permissible in Islam.”</w:t>
      </w:r>
    </w:p>
    <w:p>
      <w:r>
        <w:rPr>
          <w:sz w:val="20"/>
        </w:rPr>
        <w:t>10:08  dekhiye, protest jis ko kehte hain na, protest, ehtijaj, woh to Islam mein jaiz hi nahin.</w:t>
      </w:r>
      <w:r>
        <w:br/>
      </w:r>
      <w:r>
        <w:rPr>
          <w:sz w:val="20"/>
        </w:rPr>
        <w:t>10:13  kisi bhi wajah se protest jaiz nahin.</w:t>
      </w:r>
      <w:r>
        <w:br/>
      </w:r>
      <w:r>
        <w:rPr>
          <w:sz w:val="20"/>
        </w:rPr>
        <w:t>10:18  misalan dekhiye, Makkah mein Kaaba ke andar unhon ne but rakh diya tha.</w:t>
      </w:r>
      <w:r>
        <w:br/>
      </w:r>
      <w:r>
        <w:rPr>
          <w:sz w:val="20"/>
        </w:rPr>
        <w:t>10:23  to Rasool Allah ne protest nahin kiya.</w:t>
      </w:r>
      <w:r>
        <w:br/>
      </w:r>
      <w:r>
        <w:rPr>
          <w:sz w:val="20"/>
        </w:rPr>
        <w:t>10:28  is se bari baat kya ho sakti hai? ke muqaddas Kaaba ke andar sankaron but rakh diye jayein.</w:t>
      </w:r>
      <w:r>
        <w:br/>
      </w:r>
      <w:r>
        <w:rPr>
          <w:sz w:val="20"/>
        </w:rPr>
        <w:t>10:33  is se ziyada buri baat kya ho sakti hai? lekin Rasool Allah ne ya Sahaba ne kabhi protest nahin kiya.</w:t>
      </w:r>
      <w:r>
        <w:br/>
      </w:r>
      <w:r>
        <w:rPr>
          <w:sz w:val="20"/>
        </w:rPr>
        <w:t>10:38  to protest khud hi Islam mein jaiz nahin hai.</w:t>
      </w:r>
      <w:r>
        <w:br/>
      </w:r>
      <w:r>
        <w:rPr>
          <w:sz w:val="20"/>
        </w:rPr>
        <w:t>10:43  kisi junoon wajah ke liye bhi jaiz nahin hai.</w:t>
      </w:r>
      <w:r>
        <w:br/>
      </w:r>
      <w:r>
        <w:rPr>
          <w:sz w:val="20"/>
        </w:rPr>
        <w:t>10:48  to jo log protest karte hain, is ko Islam se justify karte hain, woh sab bilkul baseless hai.</w:t>
      </w:r>
      <w:r>
        <w:br/>
      </w:r>
      <w:r>
        <w:rPr>
          <w:sz w:val="20"/>
        </w:rPr>
        <w:t>10:53  is ka Islam se koi ta'alluq nahin hai.</w:t>
      </w:r>
      <w:r>
        <w:br/>
      </w:r>
      <w:r>
        <w:rPr>
          <w:sz w:val="20"/>
        </w:rPr>
        <w:t>10:58  ji. molana sahib, what is the prophet of Islam's teaching on what one should do when one is being oppressed? what is your say on this?</w:t>
      </w:r>
    </w:p>
    <w:p>
      <w:pPr>
        <w:pStyle w:val="Heading2"/>
      </w:pPr>
      <w:r>
        <w:t>Sect-splitting is a universal religious phenomenon, not just Islamic</w:t>
      </w:r>
    </w:p>
    <w:p>
      <w:r>
        <w:rPr>
          <w:color w:val="666666"/>
          <w:sz w:val="18"/>
        </w:rPr>
        <w:t>Sects in Islam December 21, 2008 · 47s · at 1:29 · https://youtu.be/Y8C_ml3itz8?t=89</w:t>
      </w:r>
    </w:p>
    <w:p>
      <w:r>
        <w:rPr>
          <w:i/>
        </w:rPr>
        <w:t>“Yeh koi Muslim phenomenon nahi, yeh universal phenomenon hai”</w:t>
      </w:r>
    </w:p>
    <w:p>
      <w:r>
        <w:rPr>
          <w:sz w:val="20"/>
        </w:rPr>
        <w:t>1:29  to dekhiye, pehli baat to yeh hai ke yeh koi</w:t>
      </w:r>
      <w:r>
        <w:br/>
      </w:r>
      <w:r>
        <w:rPr>
          <w:sz w:val="20"/>
        </w:rPr>
        <w:t>1:37  muslim phenomenon nahi hai, yeh ek universal phenomenon hai.</w:t>
      </w:r>
      <w:r>
        <w:br/>
      </w:r>
      <w:r>
        <w:rPr>
          <w:sz w:val="20"/>
        </w:rPr>
        <w:t>1:43  kisi bhi mazhab ko aap dekhenge to wahan par jo iske jo founder the, unke zamane mein woh mazhab ek mazhab hota tha.</w:t>
      </w:r>
      <w:r>
        <w:br/>
      </w:r>
      <w:r>
        <w:rPr>
          <w:sz w:val="20"/>
        </w:rPr>
        <w:t>1:54  lekin later period mein in mein</w:t>
      </w:r>
      <w:r>
        <w:br/>
      </w:r>
      <w:r>
        <w:rPr>
          <w:sz w:val="20"/>
        </w:rPr>
        <w:t>2:00  tukde hue aur bohat se sect ban gaye.</w:t>
      </w:r>
      <w:r>
        <w:br/>
      </w:r>
      <w:r>
        <w:rPr>
          <w:sz w:val="20"/>
        </w:rPr>
        <w:t>2:05  christianity mein, jainism mein, hinduism mein, jainism mein, buddhism mein, jisko bhi dekhie aap.</w:t>
      </w:r>
    </w:p>
    <w:p>
      <w:pPr>
        <w:pStyle w:val="Heading2"/>
      </w:pPr>
      <w:r>
        <w:t>two meanings of forsaking the Quran</w:t>
      </w:r>
    </w:p>
    <w:p>
      <w:r>
        <w:rPr>
          <w:color w:val="666666"/>
          <w:sz w:val="18"/>
        </w:rPr>
        <w:t>CPS Women Article Discussion 13 January 1, 2023 · 26s · at 3:50 · https://youtu.be/KScG6GBDUZc?t=230</w:t>
      </w:r>
    </w:p>
    <w:p>
      <w:r>
        <w:rPr>
          <w:i/>
        </w:rPr>
        <w:t>“जो लोग कुरान को ना माने उनके लिए कुरान का छोड़ना यह है”</w:t>
      </w:r>
    </w:p>
    <w:p>
      <w:r>
        <w:rPr>
          <w:sz w:val="20"/>
        </w:rPr>
        <w:t>3:50  jo log quran ko na maane unke liye quran ka chhodna yeh hai ke woh usko khuda ki utari hui kitaab maanne se inkaar kar dein aur jo log quran ko maante hain unke liye quran ka chhodna yeh hai ke woh zabaan se quran ko khuda ki kitaab kahein aur apni zindagi ko uske khilaaf chalaayein. woh quran ko aqeel dattan maante hue amlan use chhod dein.</w:t>
      </w:r>
      <w:r>
        <w:br/>
      </w:r>
      <w:r>
        <w:rPr>
          <w:sz w:val="20"/>
        </w:rPr>
        <w:t>4:16  jab musalmanon ka haal yeh ho jaye ki woh quran mein gaur o fikr na karein, woh apne masal</w:t>
      </w:r>
    </w:p>
    <w:p>
      <w:pPr>
        <w:pStyle w:val="Heading2"/>
      </w:pPr>
      <w:r>
        <w:t>Tafakkur as most important aspect of revelation</w:t>
      </w:r>
    </w:p>
    <w:p>
      <w:r>
        <w:rPr>
          <w:color w:val="666666"/>
          <w:sz w:val="18"/>
        </w:rPr>
        <w:t>The Concept Of Contemplation In Islam -English · 28s · at 2:48 · https://youtu.be/6T363zDBUL4?t=168</w:t>
      </w:r>
    </w:p>
    <w:p>
      <w:r>
        <w:rPr>
          <w:i/>
        </w:rPr>
        <w:t>“There other verses of Quran with same meaning.”</w:t>
      </w:r>
    </w:p>
    <w:p>
      <w:r>
        <w:rPr>
          <w:sz w:val="20"/>
        </w:rPr>
        <w:t>2:48  There are other verses of the Quran with the same meaning. These verses of the Quran clearly mention that the most important aspect of revelation is tafkeer.</w:t>
      </w:r>
      <w:r>
        <w:br/>
      </w:r>
      <w:r>
        <w:rPr>
          <w:sz w:val="20"/>
        </w:rPr>
        <w:t>3:16  So what is the importance of tafkeer? The fact is that our mind has great potential. There are billion and billion and billion particles in every mind.</w:t>
      </w:r>
    </w:p>
    <w:p>
      <w:pPr>
        <w:pStyle w:val="Heading2"/>
      </w:pPr>
      <w:r>
        <w:t>Prepare mind before Quran</w:t>
      </w:r>
    </w:p>
    <w:p>
      <w:r>
        <w:rPr>
          <w:color w:val="666666"/>
          <w:sz w:val="18"/>
        </w:rPr>
        <w:t>From Political Empire to Opportunity Empire January 03, 2010 Maulana Wahiduddin Khan · 27s · at 16:40 · https://youtu.be/qomMKXzqdb0?t=1000</w:t>
      </w:r>
    </w:p>
    <w:p>
      <w:r>
        <w:rPr>
          <w:i/>
        </w:rPr>
        <w:t>“Shayad duniya ke liye nazir”</w:t>
      </w:r>
    </w:p>
    <w:p>
      <w:r>
        <w:rPr>
          <w:sz w:val="20"/>
        </w:rPr>
        <w:t>16:40  shayad dunya ke liye nazeer likon alameen nazeera to baat kya hai apne mind ko pehle prepared mind banana hai first of all you have to prepare your mind first of all you have to decondition our conditioning here is the beginning here is the beginning</w:t>
      </w:r>
    </w:p>
    <w:p>
      <w:pPr>
        <w:pStyle w:val="Heading2"/>
      </w:pPr>
      <w:r>
        <w:t>Fiqhi Islam vs Quranic Islam</w:t>
      </w:r>
    </w:p>
    <w:p>
      <w:r>
        <w:rPr>
          <w:color w:val="666666"/>
          <w:sz w:val="18"/>
        </w:rPr>
        <w:t>Rediscovering Islam From Its Original Sources - Maulana Wahiduddin Khan · 31s · at 34:47 · https://youtu.be/KOUJnT0tl50?t=2087</w:t>
      </w:r>
    </w:p>
    <w:p>
      <w:r>
        <w:rPr>
          <w:i/>
        </w:rPr>
        <w:t>“This is fiqhi Islam, not Quranic Islam.”</w:t>
      </w:r>
    </w:p>
    <w:p>
      <w:r>
        <w:rPr>
          <w:sz w:val="20"/>
        </w:rPr>
        <w:t>34:47  yeh fiqhi Islam hai, yeh yeh Qurani Islam nahin hai. Yaad rakhiye, ek hai fiqhi Islam, ek hai Qurani Islam. Yeh categorization, yeh categorization jo hai, yeh fiqhi Islam hai, yeh Qurani Islam nahin hai. To fiqhi Islam ko phenkiye. To maine bataya ke dekhiye, Rasool Allah (SAW) ke zamane mein Arab jo Makka tha, jahan aap thay,</w:t>
      </w:r>
    </w:p>
    <w:p>
      <w:pPr>
        <w:pStyle w:val="Heading2"/>
      </w:pPr>
      <w:r>
        <w:t>Fasting yet not really fasting</w:t>
      </w:r>
    </w:p>
    <w:p>
      <w:r>
        <w:rPr>
          <w:color w:val="666666"/>
          <w:sz w:val="18"/>
        </w:rPr>
        <w:t>Fasting Training for Discipline August 16, 2009 · 31s · at 28:22 · https://youtu.be/sZw-RIqkF1c?t=1702</w:t>
      </w:r>
    </w:p>
    <w:p>
      <w:r>
        <w:rPr>
          <w:i/>
        </w:rPr>
        <w:t>“Roza rakh kar bhi be-rozadaar hain”</w:t>
      </w:r>
    </w:p>
    <w:p>
      <w:r>
        <w:rPr>
          <w:sz w:val="20"/>
        </w:rPr>
        <w:t>28:22  aur aap sari family mein jeete hain, ho ha karte hain, khate peete hain khoob.</w:t>
      </w:r>
      <w:r>
        <w:br/>
      </w:r>
      <w:r>
        <w:rPr>
          <w:sz w:val="20"/>
        </w:rPr>
        <w:t>28:27  to ice kwani kaha ke aap ke roza rakh kar bhi be rozedar hain,</w:t>
      </w:r>
      <w:r>
        <w:br/>
      </w:r>
      <w:r>
        <w:rPr>
          <w:sz w:val="20"/>
        </w:rPr>
        <w:t>28:34  roza rakh kar bhi be roze dar hain. to aaj kal sab se bari museebat jo hai, jo main dekhta hoon, woh hai family.</w:t>
      </w:r>
      <w:r>
        <w:br/>
      </w:r>
      <w:r>
        <w:rPr>
          <w:sz w:val="20"/>
        </w:rPr>
        <w:t>28:44  family sab ka concern hai, family sab ka orientation hai, family mein jeete hain subah se sham tak isi mein.</w:t>
      </w:r>
    </w:p>
    <w:p>
      <w:pPr>
        <w:pStyle w:val="Heading2"/>
      </w:pPr>
      <w:r>
        <w:t>Goal of Quran is to change heart and mind</w:t>
      </w:r>
    </w:p>
    <w:p>
      <w:r>
        <w:rPr>
          <w:color w:val="666666"/>
          <w:sz w:val="18"/>
        </w:rPr>
        <w:t>How to Study The Quran May 01, 2007 (Eng) - Maulana Wahiduddin Khan · 23s · at 17:03 · https://youtu.be/TFD06hWWpt4?t=1023</w:t>
      </w:r>
    </w:p>
    <w:p>
      <w:r>
        <w:rPr>
          <w:i/>
        </w:rPr>
        <w:t>“First of all, you have to know what is the goal of the Quran?”</w:t>
      </w:r>
    </w:p>
    <w:p>
      <w:r>
        <w:rPr>
          <w:sz w:val="20"/>
        </w:rPr>
        <w:t>17:03  first of all, you have to know what is the. what is the goal of the quran? what is the target of the quran? the goal is to change the heart.</w:t>
      </w:r>
      <w:r>
        <w:br/>
      </w:r>
      <w:r>
        <w:rPr>
          <w:sz w:val="20"/>
        </w:rPr>
        <w:t>17:14  goal is to change the mind. and popular style is not good for this purpose.</w:t>
      </w:r>
    </w:p>
    <w:p>
      <w:pPr>
        <w:pStyle w:val="Heading2"/>
      </w:pPr>
      <w:r>
        <w:t>Super thrilling news for Shab-e-Qadr</w:t>
      </w:r>
    </w:p>
    <w:p>
      <w:r>
        <w:rPr>
          <w:color w:val="666666"/>
          <w:sz w:val="18"/>
        </w:rPr>
        <w:t>Shab-e-Qadr October 7, 2007 Maulana Wahiduddin Khan · 28s · at 8:55 · https://youtu.be/zt3RAKDBu7E?t=535</w:t>
      </w:r>
    </w:p>
    <w:p>
      <w:r>
        <w:rPr>
          <w:i/>
        </w:rPr>
        <w:t>“I have a super thrilling news for you”</w:t>
      </w:r>
    </w:p>
    <w:p>
      <w:r>
        <w:rPr>
          <w:sz w:val="20"/>
        </w:rPr>
        <w:t>8:55  to mein kahunga ke aap ke liye, i have a super thrilling news for you. today i have a super thrilling news for you.</w:t>
      </w:r>
      <w:r>
        <w:br/>
      </w:r>
      <w:r>
        <w:rPr>
          <w:sz w:val="20"/>
        </w:rPr>
        <w:t>9:07  woh yeh ke mere inspiration ke mutabiq, mere dream ke mutabiq aur mujhe nearly certain hai ke aaj hi hogi shab qadr, inshallah.</w:t>
      </w:r>
    </w:p>
    <w:p>
      <w:pPr>
        <w:pStyle w:val="Heading2"/>
      </w:pPr>
      <w:r>
        <w:t>Man is a pleasure-seeking animal never fully satisfied</w:t>
      </w:r>
    </w:p>
    <w:p>
      <w:r>
        <w:rPr>
          <w:color w:val="666666"/>
          <w:sz w:val="18"/>
        </w:rPr>
        <w:t>Ramadan and Roza August 5, 2012 · 50s · at 21:45 · https://youtu.be/G1oFWcZ1gBg?t=1305</w:t>
      </w:r>
    </w:p>
    <w:p>
      <w:r>
        <w:rPr>
          <w:i/>
        </w:rPr>
        <w:t>“Insaan ek pleasure-seeking animal hai”</w:t>
      </w:r>
    </w:p>
    <w:p>
      <w:r>
        <w:rPr>
          <w:sz w:val="20"/>
        </w:rPr>
        <w:t>21:45  jaise kal parson mein soch raha tha ke insan ko allah taala ne paida kiya bohat zyada is ke andar yani pleasure insan mein is a pleasure seeking animal mein is a pleasure s</w:t>
      </w:r>
      <w:r>
        <w:br/>
      </w:r>
      <w:r>
        <w:rPr>
          <w:sz w:val="20"/>
        </w:rPr>
        <w:t>22:05  making animal aadmi ke andar khwahishein hain chahta hai ke woh khwahishein</w:t>
      </w:r>
      <w:r>
        <w:br/>
      </w:r>
      <w:r>
        <w:rPr>
          <w:sz w:val="20"/>
        </w:rPr>
        <w:t>22:10  in khwahishon ko poori kare</w:t>
      </w:r>
      <w:r>
        <w:br/>
      </w:r>
      <w:r>
        <w:rPr>
          <w:sz w:val="20"/>
        </w:rPr>
        <w:t>22:13  lekin koi khwahish us ki poori nahi hoti woh mar jata hai</w:t>
      </w:r>
      <w:r>
        <w:br/>
      </w:r>
      <w:r>
        <w:rPr>
          <w:sz w:val="20"/>
        </w:rPr>
        <w:t>22:18  badshah bhi apni khwahishon ko poori nahi kar pata</w:t>
      </w:r>
      <w:r>
        <w:br/>
      </w:r>
      <w:r>
        <w:rPr>
          <w:sz w:val="20"/>
        </w:rPr>
        <w:t>22:22  to main ne socha ke is dunya ke bare mein ek taraf yeh hai do ayatein mujhe yaad</w:t>
      </w:r>
      <w:r>
        <w:br/>
      </w:r>
      <w:r>
        <w:rPr>
          <w:sz w:val="20"/>
        </w:rPr>
        <w:t>22:27  aayin ek ayat hai</w:t>
      </w:r>
      <w:r>
        <w:br/>
      </w:r>
      <w:r>
        <w:rPr>
          <w:sz w:val="20"/>
        </w:rPr>
        <w:t>22:30  ke wa atakum min kulli ma sa altumoo</w:t>
      </w:r>
    </w:p>
    <w:p>
      <w:pPr>
        <w:pStyle w:val="Heading2"/>
      </w:pPr>
      <w:r>
        <w:t>Man is born a seeker of truth</w:t>
      </w:r>
    </w:p>
    <w:p>
      <w:r>
        <w:rPr>
          <w:color w:val="666666"/>
          <w:sz w:val="18"/>
        </w:rPr>
        <w:t>In Pursuit of Reality October 25, 2008 · 28s · at 15:51 · https://youtu.be/tz3cEF-6zjQ?t=951</w:t>
      </w:r>
    </w:p>
    <w:p>
      <w:r>
        <w:rPr>
          <w:i/>
        </w:rPr>
        <w:t>“Aadmi by birth seeker hai.”</w:t>
      </w:r>
    </w:p>
    <w:p>
      <w:r>
        <w:rPr>
          <w:sz w:val="20"/>
        </w:rPr>
        <w:t>15:51  to asal cheez kya hai? ke aadmi, yani aadmi by birth seeker hai. seeker kis cheez ka?</w:t>
      </w:r>
      <w:r>
        <w:br/>
      </w:r>
      <w:r>
        <w:rPr>
          <w:sz w:val="20"/>
        </w:rPr>
        <w:t>16:00  final truth ka, final reality ka. is se kam ki jo cheez hai, us ko satisfy nahi karti.</w:t>
      </w:r>
      <w:r>
        <w:br/>
      </w:r>
      <w:r>
        <w:rPr>
          <w:sz w:val="20"/>
        </w:rPr>
        <w:t>16:10  aur jitne log hain, yeh jin ko hum achiever ya super achiever kehte hain, woh sab is se kam mile hue cheez the.</w:t>
      </w:r>
    </w:p>
    <w:p>
      <w:pPr>
        <w:pStyle w:val="Heading2"/>
      </w:pPr>
      <w:r>
        <w:t>Every enemy potential friend</w:t>
      </w:r>
    </w:p>
    <w:p>
      <w:r>
        <w:rPr>
          <w:color w:val="666666"/>
          <w:sz w:val="18"/>
        </w:rPr>
        <w:t>Lessons from The Quran | December 24, 2005 | Maulana Wahiduddin Khan · 31s · at 1:51:29 · https://youtu.be/1YOgdBErTfE?t=6689</w:t>
      </w:r>
    </w:p>
    <w:p>
      <w:r>
        <w:rPr>
          <w:i/>
        </w:rPr>
        <w:t>“Every enemy is your potential friend”</w:t>
      </w:r>
    </w:p>
    <w:p>
      <w:r>
        <w:rPr>
          <w:sz w:val="20"/>
        </w:rPr>
        <w:t>1:51:29  bazoahir dushman ke roop mein dekhte ho aur us ko dushman samajh bethe ho, woh apnay andar aik dost insaan chupaye hue hai. dost insaan. every enemy is your potential friend. har dushman imkani tor par tumhara dost hai. yeh kitni inqalabi taleem hai.</w:t>
      </w:r>
    </w:p>
    <w:p>
      <w:pPr>
        <w:pStyle w:val="Heading2"/>
      </w:pPr>
      <w:r>
        <w:t>Quran verse: man gets only what he strives for</w:t>
      </w:r>
    </w:p>
    <w:p>
      <w:r>
        <w:rPr>
          <w:color w:val="666666"/>
          <w:sz w:val="18"/>
        </w:rPr>
        <w:t>The Journey to Discover God January 17, 2010 · 25s · at 1:16:52 · https://youtu.be/gXSeKu2LJaE?t=4612</w:t>
      </w:r>
    </w:p>
    <w:p>
      <w:r>
        <w:rPr>
          <w:i/>
        </w:rPr>
        <w:t>“Insan ko sirf wahi milta hai jiske liye usne koshish ki”</w:t>
      </w:r>
    </w:p>
    <w:p>
      <w:r>
        <w:rPr>
          <w:sz w:val="20"/>
        </w:rPr>
        <w:t>1:16:52  quran ayat: "li sa la lil ins an illa masa". that is "man has only what he works towards".</w:t>
      </w:r>
      <w:r>
        <w:br/>
      </w:r>
      <w:r>
        <w:rPr>
          <w:sz w:val="20"/>
        </w:rPr>
        <w:t>1:17:03  does this relate to the duniya or akhirat as well? also sometimes we see that people in the world get material success without really working towards something.</w:t>
      </w:r>
    </w:p>
    <w:p>
      <w:pPr>
        <w:pStyle w:val="Heading2"/>
      </w:pPr>
      <w:r>
        <w:t>Give up craving applause and crowds as a preacher</w:t>
      </w:r>
    </w:p>
    <w:p>
      <w:r>
        <w:rPr>
          <w:color w:val="666666"/>
          <w:sz w:val="18"/>
        </w:rPr>
        <w:t>Character of A Dayee January 29, 2014 · 50s · at 19:51 · https://youtu.be/HiPTrIHGmTE?t=1191</w:t>
      </w:r>
    </w:p>
    <w:p>
      <w:r>
        <w:rPr>
          <w:i/>
        </w:rPr>
        <w:t>“Agar da'i chahe ke majma uske liye taaliyan bajaye”</w:t>
      </w:r>
    </w:p>
    <w:p>
      <w:r>
        <w:rPr>
          <w:sz w:val="20"/>
        </w:rPr>
        <w:t>19:51  hata ke daai agar chahe ke majma is ke liye taliyan bajaye, majma is ke liye bheer kare, majma is ki tareefein kare, majma is ki wah wah kare,</w:t>
      </w:r>
      <w:r>
        <w:br/>
      </w:r>
      <w:r>
        <w:rPr>
          <w:sz w:val="20"/>
        </w:rPr>
        <w:t>20:07  majma is ko stage de. is qism ki koi bhi khwahish jo</w:t>
      </w:r>
      <w:r>
        <w:br/>
      </w:r>
      <w:r>
        <w:rPr>
          <w:sz w:val="20"/>
        </w:rPr>
        <w:t>20:21  ajr ka sawal kiya mana ho.</w:t>
      </w:r>
      <w:r>
        <w:br/>
      </w:r>
      <w:r>
        <w:rPr>
          <w:sz w:val="20"/>
        </w:rPr>
        <w:t>20:28  yani jis ke andar profession ki bo aati ho. to wo daai ko mukammal tor par chhod dena hai.</w:t>
      </w:r>
    </w:p>
    <w:p>
      <w:pPr>
        <w:pStyle w:val="Heading2"/>
      </w:pPr>
      <w:r>
        <w:t>Live as a harmless person if you can't be useful</w:t>
      </w:r>
    </w:p>
    <w:p>
      <w:r>
        <w:rPr>
          <w:color w:val="666666"/>
          <w:sz w:val="18"/>
        </w:rPr>
        <w:t>The Concept of Spirituality In Islam - I January 27, 2006 Maulana Wahiduddin Khan · 37s · at 59:53 · https://youtu.be/xnI_QVVDWgk?t=3593</w:t>
      </w:r>
    </w:p>
    <w:p>
      <w:r>
        <w:rPr>
          <w:i/>
        </w:rPr>
        <w:t>“If you can't live as a useful person, be harmless”</w:t>
      </w:r>
    </w:p>
    <w:p>
      <w:r>
        <w:rPr>
          <w:sz w:val="20"/>
        </w:rPr>
        <w:t>59:53  there is a hadith, "in love the</w:t>
      </w:r>
      <w:r>
        <w:br/>
      </w:r>
      <w:r>
        <w:rPr>
          <w:sz w:val="20"/>
        </w:rPr>
        <w:t>59:59  if you are not able to live as a useful person, so you have to live as a harmless person."</w:t>
      </w:r>
      <w:r>
        <w:br/>
      </w:r>
      <w:r>
        <w:rPr>
          <w:sz w:val="20"/>
        </w:rPr>
        <w:t>1:00:11  if you are, if you are not in a position to give something to your society,</w:t>
      </w:r>
      <w:r>
        <w:br/>
      </w:r>
      <w:r>
        <w:rPr>
          <w:sz w:val="20"/>
        </w:rPr>
        <w:t>1:00:17  to keep yourself, make yourself harmless, save others from your heart.</w:t>
      </w:r>
    </w:p>
    <w:p>
      <w:pPr>
        <w:pStyle w:val="Heading2"/>
      </w:pPr>
      <w:r>
        <w:t>complaint is worse than major sins</w:t>
      </w:r>
    </w:p>
    <w:p>
      <w:r>
        <w:rPr>
          <w:color w:val="666666"/>
          <w:sz w:val="18"/>
        </w:rPr>
        <w:t>Peace of Mind June 29, 2014 · 33s · at 55:43 · https://youtu.be/oVwRc_FcAGk?t=3343</w:t>
      </w:r>
    </w:p>
    <w:p>
      <w:r>
        <w:rPr>
          <w:i/>
        </w:rPr>
        <w:t>“شکایت سے زیادہ بری چیز مجھے نہیں معلوم”</w:t>
      </w:r>
    </w:p>
    <w:p>
      <w:r>
        <w:rPr>
          <w:sz w:val="20"/>
        </w:rPr>
        <w:t>55:43  kyun ke shikayaton ke itne zyada shakh dar shakh hote hain, woh kabhi khatam hi nahi honge. shikayat se zyada buri cheez mujhe nahi maloom.</w:t>
      </w:r>
      <w:r>
        <w:br/>
      </w:r>
      <w:r>
        <w:rPr>
          <w:sz w:val="20"/>
        </w:rPr>
        <w:t>55:52  mera apna jo deen hai, woh yeh ke shikayat is se zyada buri cheez hai ke aap sharab piyen, khizr gosht khayen. aap khizr gosht khayen to choti burai hai, aur shikayat dil mein li hai, woh bari burai hai.</w:t>
      </w:r>
      <w:r>
        <w:br/>
      </w:r>
      <w:r>
        <w:rPr>
          <w:sz w:val="20"/>
        </w:rPr>
        <w:t>56:08  mera apna jo mutala hai deen ka, mein shikayat ko super haram samajhta hoon,</w:t>
      </w:r>
    </w:p>
    <w:p>
      <w:pPr>
        <w:pStyle w:val="Heading2"/>
      </w:pPr>
      <w:r>
        <w:t>Quran's veracity despite pre-scientific era</w:t>
      </w:r>
    </w:p>
    <w:p>
      <w:r>
        <w:rPr>
          <w:color w:val="666666"/>
          <w:sz w:val="18"/>
        </w:rPr>
        <w:t>Scientific Affirmation of the Quran I 15th Dec 07 - Maulana Wahiduddin Khan · 22s · at 4:08 · https://youtu.be/pt0FaCDlfAY?t=248</w:t>
      </w:r>
    </w:p>
    <w:p>
      <w:r>
        <w:rPr>
          <w:i/>
        </w:rPr>
        <w:t>“All though, Quran was revealed in pre-scientific era.”</w:t>
      </w:r>
    </w:p>
    <w:p>
      <w:r>
        <w:rPr>
          <w:sz w:val="20"/>
        </w:rPr>
        <w:t>4:08  all though, Quran was revealed in pre scientific era. but, even in—in the era of modern science,</w:t>
      </w:r>
      <w:r>
        <w:br/>
      </w:r>
      <w:r>
        <w:rPr>
          <w:sz w:val="20"/>
        </w:rPr>
        <w:t>4:24  it remains its veracity.</w:t>
      </w:r>
    </w:p>
    <w:p>
      <w:pPr>
        <w:pStyle w:val="Heading2"/>
      </w:pPr>
      <w:r>
        <w:t>Importance of open-mindedness</w:t>
      </w:r>
    </w:p>
    <w:p>
      <w:r>
        <w:rPr>
          <w:color w:val="666666"/>
          <w:sz w:val="18"/>
        </w:rPr>
        <w:t>Dars-e-Quran, Chapter 2, Verse 79 June 24, 2018 · 34s · at 1:54 · https://youtu.be/7OeNcHSoPp0?t=114</w:t>
      </w:r>
    </w:p>
    <w:p>
      <w:r>
        <w:rPr>
          <w:i/>
        </w:rPr>
        <w:t>“Quran ko samajhna ho ya kisi bhi khaas baat ko samajhna ho”</w:t>
      </w:r>
    </w:p>
    <w:p>
      <w:r>
        <w:rPr>
          <w:sz w:val="20"/>
        </w:rPr>
        <w:t>1:54  quran ko samajhna ho ya kisi bhi khaas baat ko samajhna ho to aap ko yeh jaanna chahiye ke aap is waqt samajh payenge jab ke aap open mind hon.</w:t>
      </w:r>
      <w:r>
        <w:br/>
      </w:r>
      <w:r>
        <w:rPr>
          <w:sz w:val="20"/>
        </w:rPr>
        <w:t>2:13  yani open mind ki hesiyat number aik ki hai. to quran ko samajhne ke liye zaroori hai ke aap ke andar open mind ho. aap ne apne aap ko train kiya ho ke is cheezon ko open mind ke sath dekhen.</w:t>
      </w:r>
    </w:p>
    <w:p>
      <w:pPr>
        <w:pStyle w:val="Heading2"/>
      </w:pPr>
      <w:r>
        <w:t>how to discover your own negative traits</w:t>
      </w:r>
    </w:p>
    <w:p>
      <w:r>
        <w:rPr>
          <w:color w:val="666666"/>
          <w:sz w:val="18"/>
        </w:rPr>
        <w:t>Quran for All Mankind June 3, 2012 · 54s · at 1:17:29 · https://youtu.be/Gp-53Zjugcg?t=4649</w:t>
      </w:r>
    </w:p>
    <w:p>
      <w:r>
        <w:rPr>
          <w:i/>
        </w:rPr>
        <w:t>“How can we find our own negative points?”</w:t>
      </w:r>
    </w:p>
    <w:p>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p>
    <w:p>
      <w:pPr>
        <w:pStyle w:val="Heading2"/>
      </w:pPr>
      <w:r>
        <w:t>Descartes found he exists but not why</w:t>
      </w:r>
    </w:p>
    <w:p>
      <w:r>
        <w:rPr>
          <w:color w:val="666666"/>
          <w:sz w:val="18"/>
        </w:rPr>
        <w:t>The Purpose of Existence I 9th Sept. 2012 - Maulana Wahiduddin Khan · 32s · at 2:04 · https://youtu.be/cevO-zpWlG8?t=124</w:t>
      </w:r>
    </w:p>
    <w:p>
      <w:r>
        <w:rPr>
          <w:i/>
        </w:rPr>
        <w:t>“Descartes said: I think, therefore I exist”</w:t>
      </w:r>
    </w:p>
    <w:p>
      <w:r>
        <w:rPr>
          <w:sz w:val="20"/>
        </w:rPr>
        <w:t>2:04  us ne kaha tha ke "i think</w:t>
      </w:r>
      <w:r>
        <w:br/>
      </w:r>
      <w:r>
        <w:rPr>
          <w:sz w:val="20"/>
        </w:rPr>
        <w:t>2:08  therefore i exist".</w:t>
      </w:r>
      <w:r>
        <w:br/>
      </w:r>
      <w:r>
        <w:rPr>
          <w:sz w:val="20"/>
        </w:rPr>
        <w:t>2:13  is tarah descartes ne apni maujoodgi ko daryaft kiya, aur main maujood hoon is kainat mein.</w:t>
      </w:r>
      <w:r>
        <w:br/>
      </w:r>
      <w:r>
        <w:rPr>
          <w:sz w:val="20"/>
        </w:rPr>
        <w:t>2:25  lekin is maujoodgi ka purpose kya hai, yeh descartes ko maloom na ho saka.</w:t>
      </w:r>
    </w:p>
    <w:p>
      <w:pPr>
        <w:pStyle w:val="Heading2"/>
      </w:pPr>
      <w:r>
        <w:t>Quran's unique style and claim</w:t>
      </w:r>
    </w:p>
    <w:p>
      <w:r>
        <w:rPr>
          <w:color w:val="666666"/>
          <w:sz w:val="18"/>
        </w:rPr>
        <w:t>Scientific Affirmation of the Quran I 15th Dec 07 - Maulana Wahiduddin Khan · 32s · at 30:49 · https://youtu.be/pt0FaCDlfAY?t=1849</w:t>
      </w:r>
    </w:p>
    <w:p>
      <w:r>
        <w:rPr>
          <w:i/>
        </w:rPr>
        <w:t>“So, if you read Quran objectively”</w:t>
      </w:r>
    </w:p>
    <w:p>
      <w:r>
        <w:rPr>
          <w:sz w:val="20"/>
        </w:rPr>
        <w:t>30:49  so, if you—if you read quran objectively, you will find that quran is a quite different book.</w:t>
      </w:r>
      <w:r>
        <w:br/>
      </w:r>
      <w:r>
        <w:rPr>
          <w:sz w:val="20"/>
        </w:rPr>
        <w:t>31:02  for example, the very first verse is—very first verse of the quran is: "zlik alkitabullah rab fihi".</w:t>
      </w:r>
      <w:r>
        <w:br/>
      </w:r>
      <w:r>
        <w:rPr>
          <w:sz w:val="20"/>
        </w:rPr>
        <w:t>31:15  this is the book of god</w:t>
      </w:r>
      <w:r>
        <w:br/>
      </w:r>
      <w:r>
        <w:rPr>
          <w:sz w:val="20"/>
        </w:rPr>
        <w:t>31:17  . there is no doubt about it.</w:t>
      </w:r>
    </w:p>
    <w:p>
      <w:pPr>
        <w:pStyle w:val="Heading2"/>
      </w:pPr>
      <w:r>
        <w:t>Mind's particles of information</w:t>
      </w:r>
    </w:p>
    <w:p>
      <w:r>
        <w:rPr>
          <w:color w:val="666666"/>
          <w:sz w:val="18"/>
        </w:rPr>
        <w:t>The Concept Of Contemplation In Islam -English · 18s · at 3:41 · https://youtu.be/6T363zDBUL4?t=221</w:t>
      </w:r>
    </w:p>
    <w:p>
      <w:r>
        <w:rPr>
          <w:i/>
        </w:rPr>
        <w:t>“What are these particles?”</w:t>
      </w:r>
    </w:p>
    <w:p>
      <w:r>
        <w:rPr>
          <w:sz w:val="20"/>
        </w:rPr>
        <w:t>3:41  What are these particles? They are not sand, they are particles of information. So our mind is full of potentials.</w:t>
      </w:r>
      <w:r>
        <w:br/>
      </w:r>
      <w:r>
        <w:rPr>
          <w:sz w:val="20"/>
        </w:rPr>
        <w:t>3:59  Our sole purpose is to unfold these potentials, to turn the potentials of our mind into actual. There is a sole purpose of human life, there is a sole purpose of the Quran.</w:t>
      </w:r>
    </w:p>
    <w:p>
      <w:pPr>
        <w:pStyle w:val="Heading2"/>
      </w:pPr>
      <w:r>
        <w:t>This world is a selection field</w:t>
      </w:r>
    </w:p>
    <w:p>
      <w:r>
        <w:rPr>
          <w:color w:val="666666"/>
          <w:sz w:val="18"/>
        </w:rPr>
        <w:t>Different Aspects of Islam · 30s · at 46:05 · https://youtu.be/Y77bzb5Vbr8?t=2765</w:t>
      </w:r>
    </w:p>
    <w:p>
      <w:r>
        <w:rPr>
          <w:i/>
        </w:rPr>
        <w:t>“Yeh duniya intikhabi maidan hai”</w:t>
      </w:r>
    </w:p>
    <w:p>
      <w:r>
        <w:rPr>
          <w:sz w:val="20"/>
        </w:rPr>
        <w:t>46:05  ke aadmi ko agar yeh maloom ho jaye jaan le.</w:t>
      </w:r>
      <w:r>
        <w:br/>
      </w:r>
      <w:r>
        <w:rPr>
          <w:sz w:val="20"/>
        </w:rPr>
        <w:t>46:09  to zindagi ka simt badal jaye.</w:t>
      </w:r>
      <w:r>
        <w:br/>
      </w:r>
      <w:r>
        <w:rPr>
          <w:sz w:val="20"/>
        </w:rPr>
        <w:t>46:14  simt jo hai zindagi ka bilkul badal jaye.</w:t>
      </w:r>
      <w:r>
        <w:br/>
      </w:r>
      <w:r>
        <w:rPr>
          <w:sz w:val="20"/>
        </w:rPr>
        <w:t>46:18  achanak hi aadmi bilkul soch aik is ki poori poora zehan is ka active ho jayega.</w:t>
      </w:r>
      <w:r>
        <w:br/>
      </w:r>
      <w:r>
        <w:rPr>
          <w:sz w:val="20"/>
        </w:rPr>
        <w:t>46:22  aik dam alert ho jayega.</w:t>
      </w:r>
      <w:r>
        <w:br/>
      </w:r>
      <w:r>
        <w:rPr>
          <w:sz w:val="20"/>
        </w:rPr>
        <w:t>46:27  is ke andar phir nazm o zabt aayega.</w:t>
      </w:r>
      <w:r>
        <w:br/>
      </w:r>
      <w:r>
        <w:rPr>
          <w:sz w:val="20"/>
        </w:rPr>
        <w:t>46:31  is ke andar apne aap apne</w:t>
      </w:r>
    </w:p>
    <w:p>
      <w:pPr>
        <w:pStyle w:val="Heading2"/>
      </w:pPr>
      <w:r>
        <w:t>Competition brings order, lack causes chaos</w:t>
      </w:r>
    </w:p>
    <w:p>
      <w:r>
        <w:rPr>
          <w:color w:val="666666"/>
          <w:sz w:val="18"/>
        </w:rPr>
        <w:t>The Right Path May 24, 2015 Maulana Wahiduddin Khan · 1m 33s · at 1:14:49 · https://youtu.be/BYPgvndFDA8?t=4489</w:t>
      </w:r>
    </w:p>
    <w:p>
      <w:r>
        <w:rPr>
          <w:i/>
        </w:rPr>
        <w:t>“جہاں کمپریشن ہو، وہاں ٹھیک ہو جاتا ہے”</w:t>
      </w:r>
    </w:p>
    <w:p>
      <w:r>
        <w:rPr>
          <w:sz w:val="20"/>
        </w:rPr>
        <w:t>1:14:49  dekhiye, main samajhta hoon ke</w:t>
      </w:r>
      <w:r>
        <w:br/>
      </w:r>
      <w:r>
        <w:rPr>
          <w:sz w:val="20"/>
        </w:rPr>
        <w:t>1:14:52  jahan compression ho, wahan theek ho jata hai.</w:t>
      </w:r>
      <w:r>
        <w:br/>
      </w:r>
      <w:r>
        <w:rPr>
          <w:sz w:val="20"/>
        </w:rPr>
        <w:t>1:14:55  jahan compreshan na ho, wahan woh theek nahi rehta.</w:t>
      </w:r>
      <w:r>
        <w:br/>
      </w:r>
      <w:r>
        <w:rPr>
          <w:sz w:val="20"/>
        </w:rPr>
        <w:t>1:14:59  jaise office hai, to ek shakhs ghar mein to ladega, office mein theek rahega, kyunke office</w:t>
      </w:r>
      <w:r>
        <w:br/>
      </w:r>
      <w:r>
        <w:rPr>
          <w:sz w:val="20"/>
        </w:rPr>
        <w:t>1:15:07  mein compreshan hai.</w:t>
      </w:r>
      <w:r>
        <w:br/>
      </w:r>
      <w:r>
        <w:rPr>
          <w:sz w:val="20"/>
        </w:rPr>
        <w:t>1:15:08  office mein ladega to us ko farigh kar diya jayega.</w:t>
      </w:r>
      <w:r>
        <w:br/>
      </w:r>
      <w:r>
        <w:rPr>
          <w:sz w:val="20"/>
        </w:rPr>
        <w:t>1:15:12  to bahar nikalte nikla hai to apna apni achhi image banane ke liye woh bohat theek thaak rahe</w:t>
      </w:r>
      <w:r>
        <w:br/>
      </w:r>
      <w:r>
        <w:rPr>
          <w:sz w:val="20"/>
        </w:rPr>
        <w:t>1:15:19  ga. To main samajhta hoon ke yeh sari baatein is liye hoti hain ke jahan compreshan hai, wahan</w:t>
      </w:r>
      <w:r>
        <w:br/>
      </w:r>
      <w:r>
        <w:rPr>
          <w:sz w:val="20"/>
        </w:rPr>
        <w:t>1:15:26  to theek thaak rehte hain log.</w:t>
      </w:r>
      <w:r>
        <w:br/>
      </w:r>
      <w:r>
        <w:rPr>
          <w:sz w:val="20"/>
        </w:rPr>
        <w:t>1:15:27  jahan compreshan nahi hai, wahan woh yaani theek thaak nahi reh paate.</w:t>
      </w:r>
      <w:r>
        <w:br/>
      </w:r>
      <w:r>
        <w:rPr>
          <w:sz w:val="20"/>
        </w:rPr>
        <w:t>1:15:35  to sahi insan woh hai jo</w:t>
      </w:r>
      <w:r>
        <w:br/>
      </w:r>
      <w:r>
        <w:rPr>
          <w:sz w:val="20"/>
        </w:rPr>
        <w:t>1:15:39  jo apne yaani jis ko jo intellectually developed ho, uska shaoor tarqqi yafta ho ke har jagah</w:t>
      </w:r>
      <w:r>
        <w:br/>
      </w:r>
      <w:r>
        <w:rPr>
          <w:sz w:val="20"/>
        </w:rPr>
        <w:t>1:15:48  woh ek sa rahe.</w:t>
      </w:r>
      <w:r>
        <w:br/>
      </w:r>
      <w:r>
        <w:rPr>
          <w:sz w:val="20"/>
        </w:rPr>
        <w:t>1:15:50  compreshan ho ya na ho, har jagah woh theek thaak rahe.</w:t>
      </w:r>
      <w:r>
        <w:br/>
      </w:r>
      <w:r>
        <w:rPr>
          <w:sz w:val="20"/>
        </w:rPr>
        <w:t>1:15:55  isi ko main samajhta hoon ke aala insan.</w:t>
      </w:r>
      <w:r>
        <w:br/>
      </w:r>
      <w:r>
        <w:rPr>
          <w:sz w:val="20"/>
        </w:rPr>
        <w:t>1:15:58  maulana, yeh agla question bhi doctor farida khanoom ka hai dehli se.</w:t>
      </w:r>
      <w:r>
        <w:br/>
      </w:r>
      <w:r>
        <w:rPr>
          <w:sz w:val="20"/>
        </w:rPr>
        <w:t>1:16:03  From my interaction with Muslims, I have learned that Muslims are totally unaware of logical thinking.</w:t>
      </w:r>
      <w:r>
        <w:br/>
      </w:r>
      <w:r>
        <w:rPr>
          <w:sz w:val="20"/>
        </w:rPr>
        <w:t>1:16:14  They can't think in any point logically and rationally.</w:t>
      </w:r>
      <w:r>
        <w:br/>
      </w:r>
      <w:r>
        <w:rPr>
          <w:sz w:val="20"/>
        </w:rPr>
        <w:t>1:16:19  why is it so?</w:t>
      </w:r>
      <w:r>
        <w:br/>
      </w:r>
      <w:r>
        <w:rPr>
          <w:sz w:val="20"/>
        </w:rPr>
        <w:t>1:16:22  Dekhein, is ka mujhe bhi tajruba hai ke Musalman logical thinking ya scientific analysis jaante nahi. Is ki wajah yeh hai ke modern education mein dakhil nahi hue Musalman sahi tor par. Hatta ke unhon ne jo college university banayi, wahan bhi sahi ma'ni mein modern education nahi aayi. Kyun ke kyun ke bahut zyada favor tha, bahut zyada favor. Jahan favor rahega, wahan scientific education nahi ho sakti hai. Jo jo main jaanta hoon, Musalman idare, wahan competition nahi hai, wahan par favor, favor, favor. To modern education is ma'ni mein, is ma'ni mein ke western countries mein hui, us ma'ni mein Musalmanon mein kabhi aayi nahi, na aaj bhi nahi hai. To is wajah se scientific thinking un ko un ki qadar nahi hai. We will end this session now.</w:t>
      </w:r>
    </w:p>
    <w:p>
      <w:pPr>
        <w:pStyle w:val="Heading2"/>
      </w:pPr>
      <w:r>
        <w:t>Everyone on the road running for just one thing: money</w:t>
      </w:r>
    </w:p>
    <w:p>
      <w:r>
        <w:rPr>
          <w:color w:val="666666"/>
          <w:sz w:val="18"/>
        </w:rPr>
        <w:t>Quran The Book of Guidance July 21, 2013 · 31s · at 20:24 · https://youtu.be/DGDHIAde7eU?t=1224</w:t>
      </w:r>
    </w:p>
    <w:p>
      <w:r>
        <w:rPr>
          <w:i/>
        </w:rPr>
        <w:t>“Kahan aa rahe hain, kahan ja rahe hain? Sirf paisa kamana”</w:t>
      </w:r>
    </w:p>
    <w:p>
      <w:r>
        <w:rPr>
          <w:sz w:val="20"/>
        </w:rPr>
        <w:t>20:24  aap sochen ke kahan aa rahe hain, kahan ja rahe hain? sirf ek maqsad ke liye, aur woh hai jis ko kehte hain kamai, paisa kamana.</w:t>
      </w:r>
      <w:r>
        <w:br/>
      </w:r>
      <w:r>
        <w:rPr>
          <w:sz w:val="20"/>
        </w:rPr>
        <w:t>20:34  chahe koi job kar raha hai, chahe koi business kar raha hai, koi politics mein daud laga raha hai, sab ka aakhri maqsad kya hai?</w:t>
      </w:r>
      <w:r>
        <w:br/>
      </w:r>
      <w:r>
        <w:rPr>
          <w:sz w:val="20"/>
        </w:rPr>
        <w:t>20:42  paisa kamana. paisa kis liye? taake meri zindagi zyada achi ho, mere paas acha ghar ho, mere paas achi sawari ho, mere bachon ka mustaqbil acha ho, achi taleem un ko ho.</w:t>
      </w:r>
    </w:p>
    <w:p>
      <w:pPr>
        <w:pStyle w:val="Heading2"/>
      </w:pPr>
      <w:r>
        <w:t>Islamophobia false, Westophobia real</w:t>
      </w:r>
    </w:p>
    <w:p>
      <w:r>
        <w:rPr>
          <w:color w:val="666666"/>
          <w:sz w:val="18"/>
        </w:rPr>
        <w:t>Global Message December 30, 2018 Maulana Wahiduddin Khan · 28s · at 14:29 · https://youtu.be/Ml_PyAxx8OE?t=869</w:t>
      </w:r>
    </w:p>
    <w:p>
      <w:r>
        <w:rPr>
          <w:i/>
        </w:rPr>
        <w:t>“Islamophobia is a false allegation.”</w:t>
      </w:r>
    </w:p>
    <w:p>
      <w:r>
        <w:rPr>
          <w:sz w:val="20"/>
        </w:rPr>
        <w:t>14:29  wahan ke mahol mein kahin bhi islamophobia nahi hai. bilkul yeh bilkul false allegation hai yeh.</w:t>
      </w:r>
      <w:r>
        <w:br/>
      </w:r>
      <w:r>
        <w:rPr>
          <w:sz w:val="20"/>
        </w:rPr>
        <w:t>14:39  lekin khud musalmanon mein bohat baray paimane par aa gaya westophobia. westophobia. yani west se jalan, west ko apna rival samajhna, west ko apna dushman samajhna, yeh sab aa gaya.</w:t>
      </w:r>
    </w:p>
    <w:p>
      <w:pPr>
        <w:pStyle w:val="Heading2"/>
      </w:pPr>
      <w:r>
        <w:t>Quran verse on minority overcoming majority</w:t>
      </w:r>
    </w:p>
    <w:p>
      <w:r>
        <w:rPr>
          <w:color w:val="666666"/>
          <w:sz w:val="18"/>
        </w:rPr>
        <w:t>Incentive Matters Most 8 Dec 2019 - Maulana Wahiduddin Khan · 52s · at 2:21 · https://youtu.be/07PMcV-Z8Vo?t=141</w:t>
      </w:r>
    </w:p>
    <w:p>
      <w:r>
        <w:rPr>
          <w:i/>
        </w:rPr>
        <w:t>“Lekin aap Quran khol kar parhiye”</w:t>
      </w:r>
    </w:p>
    <w:p>
      <w:r>
        <w:rPr>
          <w:sz w:val="20"/>
        </w:rPr>
        <w:t>2:21  lekin aap quran khol kar parhiye. quran ki pehli surah jo hai, al-baqarah,</w:t>
      </w:r>
      <w:r>
        <w:br/>
      </w:r>
      <w:r>
        <w:rPr>
          <w:sz w:val="20"/>
        </w:rPr>
        <w:t>2:31  al baqra, is ke andar aik ayat hai, is ke alfaaz yeh hain: "kam min fia'tin qaleelatin, ghalabat fia'tun kaseeratun bi-llah".</w:t>
      </w:r>
      <w:r>
        <w:br/>
      </w:r>
      <w:r>
        <w:rPr>
          <w:sz w:val="20"/>
        </w:rPr>
        <w:t>2:53  kitnay chotay giroh hain, jo aqalliyati giroh hain, woh Allah ke izn se</w:t>
      </w:r>
      <w:r>
        <w:br/>
      </w:r>
      <w:r>
        <w:rPr>
          <w:sz w:val="20"/>
        </w:rPr>
        <w:t>3:08  baray giroh par ghalib aa jatay hain.</w:t>
      </w:r>
    </w:p>
    <w:p>
      <w:pPr>
        <w:pStyle w:val="Heading2"/>
      </w:pPr>
      <w:r>
        <w:t>Language differences between Quran and Hadith</w:t>
      </w:r>
    </w:p>
    <w:p>
      <w:r>
        <w:rPr>
          <w:color w:val="666666"/>
          <w:sz w:val="18"/>
        </w:rPr>
        <w:t>An Introduction to Hadith | July 25, 2007 · 30s · at 13:00 · https://youtu.be/gfGuT-o5mSM?t=780</w:t>
      </w:r>
    </w:p>
    <w:p>
      <w:r>
        <w:rPr>
          <w:i/>
        </w:rPr>
        <w:t>“Arabic language and then you read Quran and also you read Hadith”</w:t>
      </w:r>
    </w:p>
    <w:p>
      <w:r>
        <w:rPr>
          <w:sz w:val="20"/>
        </w:rPr>
        <w:t>13:00  Arabic language and then you read Quran and also you read Hadith, you will find that in terms</w:t>
      </w:r>
      <w:r>
        <w:br/>
      </w:r>
      <w:r>
        <w:rPr>
          <w:sz w:val="20"/>
        </w:rPr>
        <w:t>13:10  of language, there are great differences between the two.</w:t>
      </w:r>
      <w:r>
        <w:br/>
      </w:r>
      <w:r>
        <w:rPr>
          <w:sz w:val="20"/>
        </w:rPr>
        <w:t>13:20  In terms of language, in terms of style of narration, there is a great difference between the Quran and</w:t>
      </w:r>
    </w:p>
    <w:p>
      <w:pPr>
        <w:pStyle w:val="Heading2"/>
      </w:pPr>
      <w:r>
        <w:t>True meaning of Alhamdulillah as a storm of praise</w:t>
      </w:r>
    </w:p>
    <w:p>
      <w:r>
        <w:rPr>
          <w:color w:val="666666"/>
          <w:sz w:val="18"/>
        </w:rPr>
        <w:t>How to Understand The Quran July 19, 2007 · 30s · at 4:27 · https://youtu.be/usxOhncIdq4?t=267</w:t>
      </w:r>
    </w:p>
    <w:p>
      <w:r>
        <w:rPr>
          <w:i/>
        </w:rPr>
        <w:t>“Aap khuda ko azmaton ke sath dariyaft karen”</w:t>
      </w:r>
    </w:p>
    <w:p>
      <w:r>
        <w:rPr>
          <w:sz w:val="20"/>
        </w:rPr>
        <w:t>4:27  nahi, is ka matlab yeh hai ke aap Khuda ko itni aisi azmaton ke saath daryaft karein ke aap ke andar ek hamd ka toofan barpa ho.</w:t>
      </w:r>
      <w:r>
        <w:br/>
      </w:r>
      <w:r>
        <w:rPr>
          <w:sz w:val="20"/>
        </w:rPr>
        <w:t>4:41  shukr ka ek zalzala paida ho aap ke andar. aur phir aap keh padein Alhamdulillah Rabb al-Alameen. is tareeqe se dekhiye, Quran mein hai Qul Huwallahu Ahad</w:t>
      </w:r>
    </w:p>
    <w:p>
      <w:pPr>
        <w:pStyle w:val="Heading2"/>
      </w:pPr>
      <w:r>
        <w:t>Quran revealed for study not recitation</w:t>
      </w:r>
    </w:p>
    <w:p>
      <w:r>
        <w:rPr>
          <w:color w:val="666666"/>
          <w:sz w:val="18"/>
        </w:rPr>
        <w:t>Ramadan a Month of Study of Quran August 23, 2009 · 42s · at 14:45 · https://youtu.be/8z-v68n7WuA?t=885</w:t>
      </w:r>
    </w:p>
    <w:p>
      <w:r>
        <w:rPr>
          <w:i/>
        </w:rPr>
        <w:t>“Quran kisi liye utra hai? Recitation ke liye nahi”</w:t>
      </w:r>
    </w:p>
    <w:p>
      <w:r>
        <w:rPr>
          <w:sz w:val="20"/>
        </w:rPr>
        <w:t>14:45  quran kis liye utra hai? Recitation ke liye nahin hai. be samjhe bujhe tilawat ke liye nahin utra. woh utra hai study ke liye.</w:t>
      </w:r>
      <w:r>
        <w:br/>
      </w:r>
      <w:r>
        <w:rPr>
          <w:sz w:val="20"/>
        </w:rPr>
        <w:t>14:55  Study ke liye utra hai. ke quran par socho. quran mein Khuda ne sachaiyon ko khola hai. jo creation plan of God hai us ko bataya hai.</w:t>
      </w:r>
      <w:r>
        <w:br/>
      </w:r>
      <w:r>
        <w:rPr>
          <w:sz w:val="20"/>
        </w:rPr>
        <w:t>15:10  unseen world ke bare mein hamein khabrein di hain. to hum sochen sochen taake hum is ko discover karen. to Ramadan ka mahina ko Khuda ne bana diya study of the quran ka mahina.</w:t>
      </w:r>
    </w:p>
    <w:p>
      <w:pPr>
        <w:pStyle w:val="Heading2"/>
      </w:pPr>
      <w:r>
        <w:t>Quranic references prove divine origin</w:t>
      </w:r>
    </w:p>
    <w:p>
      <w:r>
        <w:rPr>
          <w:color w:val="666666"/>
          <w:sz w:val="18"/>
        </w:rPr>
        <w:t>Scientific Affirmation of the Quran I 15th Dec 07 - Maulana Wahiduddin Khan · 26s · at 22:03 · https://youtu.be/pt0FaCDlfAY?t=1323</w:t>
      </w:r>
    </w:p>
    <w:p>
      <w:r>
        <w:rPr>
          <w:i/>
        </w:rPr>
        <w:t>“This kind of references in the Quran”</w:t>
      </w:r>
    </w:p>
    <w:p>
      <w:r>
        <w:rPr>
          <w:sz w:val="20"/>
        </w:rPr>
        <w:t>22:03  So, these kind of references in the Quran prove that Quran was revealed by God Almighty, who knows everything.</w:t>
      </w:r>
      <w:r>
        <w:br/>
      </w:r>
      <w:r>
        <w:rPr>
          <w:sz w:val="20"/>
        </w:rPr>
        <w:t>22:18  God Almighty knows everything. he knows da past, he knows da present, he knows da future.</w:t>
      </w:r>
    </w:p>
    <w:p>
      <w:pPr>
        <w:pStyle w:val="Heading2"/>
      </w:pPr>
      <w:r>
        <w:t>The first-chance principle behind takbir-e-oola</w:t>
      </w:r>
    </w:p>
    <w:p>
      <w:r>
        <w:rPr>
          <w:color w:val="666666"/>
          <w:sz w:val="18"/>
        </w:rPr>
        <w:t>How to Decondition One's Mind 27 December, 2009 · 30s · at 4:22 · https://youtu.be/BGMkpCzMxB0?t=262</w:t>
      </w:r>
    </w:p>
    <w:p>
      <w:r>
        <w:rPr>
          <w:i/>
        </w:rPr>
        <w:t>“Har cheez mein hai takbir-e-oola”</w:t>
      </w:r>
    </w:p>
    <w:p>
      <w:r>
        <w:rPr>
          <w:sz w:val="20"/>
        </w:rPr>
        <w:t>4:22  har cheez mein hai takbeer e awwali.</w:t>
      </w:r>
      <w:r>
        <w:br/>
      </w:r>
      <w:r>
        <w:rPr>
          <w:sz w:val="20"/>
        </w:rPr>
        <w:t>4:27  har cheez mein hai. first chance jo hota hai, first chance, isi mein sab se bari kamyabi hoti hai.</w:t>
      </w:r>
      <w:r>
        <w:br/>
      </w:r>
      <w:r>
        <w:rPr>
          <w:sz w:val="20"/>
        </w:rPr>
        <w:t>4:40  first chance jis ne khoya to baad ko to koi bari kamyabi nahi mile gi us ko. kisi business mein ho, chahe social work mein ho, education mein ho.</w:t>
      </w:r>
    </w:p>
    <w:p>
      <w:pPr>
        <w:pStyle w:val="Heading2"/>
      </w:pPr>
      <w:r>
        <w:t>Quran is guidance for individuals</w:t>
      </w:r>
    </w:p>
    <w:p>
      <w:r>
        <w:rPr>
          <w:color w:val="666666"/>
          <w:sz w:val="18"/>
        </w:rPr>
        <w:t>Month of Ramadan and The Quran 15 July 2012 - Maulana Wahiduddin Khan · 20s · at 20:52 · https://youtu.be/sxp7HZbQc7U?t=1252</w:t>
      </w:r>
    </w:p>
    <w:p>
      <w:r>
        <w:rPr>
          <w:i/>
        </w:rPr>
        <w:t>“Quran is a book of guidance to every one of you...”</w:t>
      </w:r>
    </w:p>
    <w:p>
      <w:r>
        <w:rPr>
          <w:sz w:val="20"/>
        </w:rPr>
        <w:t>20:52  to follow the straight path . ab aap dekhiye ek fard ko quran khitab kar raha hai, ek shakhs ko khitab kar raha hai.</w:t>
      </w:r>
      <w:r>
        <w:br/>
      </w:r>
      <w:r>
        <w:rPr>
          <w:sz w:val="20"/>
        </w:rPr>
        <w:t>21:03  aur woh bhi is mein wish ki shart laga rakhi hai. woh ek fard, woh ek insaan</w:t>
      </w:r>
    </w:p>
    <w:p>
      <w:pPr>
        <w:pStyle w:val="Heading2"/>
      </w:pPr>
      <w:r>
        <w:t>Hadith: guiding one person beats all riches</w:t>
      </w:r>
    </w:p>
    <w:p>
      <w:r>
        <w:rPr>
          <w:color w:val="666666"/>
          <w:sz w:val="18"/>
        </w:rPr>
        <w:t>Peace in Palestine In Light of Quranic Guidance November 5, 2023 · 24s · at 22:49 · https://youtu.be/VktRNLm79N0?t=1369</w:t>
      </w:r>
    </w:p>
    <w:p>
      <w:r>
        <w:rPr>
          <w:i/>
        </w:rPr>
        <w:t>“If one person finds guidance through you, it's better than...”</w:t>
      </w:r>
    </w:p>
    <w:p>
      <w:r>
        <w:rPr>
          <w:sz w:val="20"/>
        </w:rPr>
        <w:t>22:49  Bilkul, doctor sahab balkay woh itni powerful hadees hai jab Rasool Allah ne kaha ke if one person finds guidance through you then it is better than all those things on which the sun rises. Aur Quran dena, Islam ki sahi baat batana logon ko, it's a, it's a work of guidance. Aur doctor jaisay aapne bataya ke woh silsilaywar shuru ho gaya.</w:t>
      </w:r>
      <w:r>
        <w:br/>
      </w:r>
      <w:r>
        <w:rPr>
          <w:sz w:val="20"/>
        </w:rPr>
        <w:t>23:13  Ab to itni main sab viewers ko batana chahunga ke hazaron mein jo Quran hai regular basis par alag sa area jo hai wahan par aur jo tourist area hai wahan par baqayda woh Quran gift kartay hain tourist ko.</w:t>
      </w:r>
    </w:p>
    <w:p>
      <w:pPr>
        <w:pStyle w:val="Heading2"/>
      </w:pPr>
      <w:r>
        <w:t>Verses about Jews not condemnation</w:t>
      </w:r>
    </w:p>
    <w:p>
      <w:r>
        <w:rPr>
          <w:color w:val="666666"/>
          <w:sz w:val="18"/>
        </w:rPr>
        <w:t>Dars e Quran, Ch 2 Vs 80 82, July 01, 2018 · 23s · at 39:52 · https://youtu.be/BuLkoCE6j18?t=2392</w:t>
      </w:r>
    </w:p>
    <w:p>
      <w:r>
        <w:rPr>
          <w:i/>
        </w:rPr>
        <w:t>“Yeh jo aayatein aap ke samne parhi gayeen”</w:t>
      </w:r>
    </w:p>
    <w:p>
      <w:r>
        <w:rPr>
          <w:sz w:val="20"/>
        </w:rPr>
        <w:t>39:52  yeh jo aayatein aap ke samne padhi gayi, is ko aap tafseeron mein padhein to lagta hai ke Allah taala ne jo aayatein utari hain, yahood ki mazammat mein hain.</w:t>
      </w:r>
      <w:r>
        <w:br/>
      </w:r>
      <w:r>
        <w:rPr>
          <w:sz w:val="20"/>
        </w:rPr>
        <w:t>40:01  pata hai yeh koi kaam hai? Allah rab ul alameen ki shan nahi hai, Allah rab ul alameen ki shan ke khilaf hai ke yahood ki mazammat mein quran utar diya.</w:t>
      </w:r>
    </w:p>
    <w:p>
      <w:pPr>
        <w:pStyle w:val="Heading2"/>
      </w:pPr>
      <w:r>
        <w:t>No compulsion in religion</w:t>
      </w:r>
    </w:p>
    <w:p>
      <w:r>
        <w:rPr>
          <w:color w:val="666666"/>
          <w:sz w:val="18"/>
        </w:rPr>
        <w:t>Terrorism in the name of Islam December 23, 2016 · 36s · at 28:55 · https://youtu.be/sm_0z6s2UPs?t=1735</w:t>
      </w:r>
    </w:p>
    <w:p>
      <w:r>
        <w:rPr>
          <w:i/>
        </w:rPr>
        <w:t>“No compulsion in religion, Quran says.”</w:t>
      </w:r>
    </w:p>
    <w:p>
      <w:r>
        <w:rPr>
          <w:sz w:val="20"/>
        </w:rPr>
        <w:t>28:55  yeh to bohat hi zyada galat baat hai.</w:t>
      </w:r>
      <w:r>
        <w:br/>
      </w:r>
      <w:r>
        <w:rPr>
          <w:sz w:val="20"/>
        </w:rPr>
        <w:t>28:58  yeh to bohat zyada galat baat hai ke logon ko musalman banane ki ladaai karna yeh to is</w:t>
      </w:r>
      <w:r>
        <w:br/>
      </w:r>
      <w:r>
        <w:rPr>
          <w:sz w:val="20"/>
        </w:rPr>
        <w:t>29:02  liye islam mein hai hi nahi.</w:t>
      </w:r>
      <w:r>
        <w:br/>
      </w:r>
      <w:r>
        <w:rPr>
          <w:sz w:val="20"/>
        </w:rPr>
        <w:t>29:05  saaf saaf quran mein hai ke la ikraha fiddeen.</w:t>
      </w:r>
      <w:r>
        <w:br/>
      </w:r>
      <w:r>
        <w:rPr>
          <w:sz w:val="20"/>
        </w:rPr>
        <w:t>29:09  islam mein koi to baseless nahi hai.</w:t>
      </w:r>
      <w:r>
        <w:br/>
      </w:r>
      <w:r>
        <w:rPr>
          <w:sz w:val="20"/>
        </w:rPr>
        <w:t>29:13  yeh bohat zyada galat baat hai ke lad kar logon ko islam mein dakhil karna.</w:t>
      </w:r>
      <w:r>
        <w:br/>
      </w:r>
      <w:r>
        <w:rPr>
          <w:sz w:val="20"/>
        </w:rPr>
        <w:t>29:16  is ka talluq islam se nahi quran se nahi hadith se nahi.</w:t>
      </w:r>
      <w:r>
        <w:br/>
      </w:r>
      <w:r>
        <w:rPr>
          <w:sz w:val="20"/>
        </w:rPr>
        <w:t>29:20  aap ko aik he kaam karna hai woh hai peaceful dawah work.</w:t>
      </w:r>
      <w:r>
        <w:br/>
      </w:r>
      <w:r>
        <w:rPr>
          <w:sz w:val="20"/>
        </w:rPr>
        <w:t>29:23  peaceful dawah work bas.</w:t>
      </w:r>
      <w:r>
        <w:br/>
      </w:r>
      <w:r>
        <w:rPr>
          <w:sz w:val="20"/>
        </w:rPr>
        <w:t>29:27  is se aagay aap ko koi duty nahi hai.</w:t>
      </w:r>
      <w:r>
        <w:br/>
      </w:r>
      <w:r>
        <w:rPr>
          <w:sz w:val="20"/>
        </w:rPr>
        <w:t>29:31  ji. molana sahib, you who have always spoken and written that present age is the age of peace and it is the age of opportunities. can you elaborate more on this?</w:t>
      </w:r>
    </w:p>
    <w:p>
      <w:pPr>
        <w:pStyle w:val="Heading2"/>
      </w:pPr>
      <w:r>
        <w:t>Negative thinking makes you opportunity-blind</w:t>
      </w:r>
    </w:p>
    <w:p>
      <w:r>
        <w:rPr>
          <w:color w:val="666666"/>
          <w:sz w:val="18"/>
        </w:rPr>
        <w:t>Journey to Aqsa Mosque November 10, 2008 · 38s · at 47:15 · https://youtu.be/40kOr2jznE0?t=2835</w:t>
      </w:r>
    </w:p>
    <w:p>
      <w:r>
        <w:rPr>
          <w:i/>
        </w:rPr>
        <w:t>“نیگیٹیو تھنکنگ کا سب سے بڑا نقصان کیا ہے؟”</w:t>
      </w:r>
    </w:p>
    <w:p>
      <w:r>
        <w:rPr>
          <w:sz w:val="20"/>
        </w:rPr>
        <w:t>47:15  yeh hai positive thinking ka brickle, positive thinking ka brickle. jo log negative thinking mein jeete hon, un ko aap woh opportunity blind ban jaate hain.</w:t>
      </w:r>
      <w:r>
        <w:br/>
      </w:r>
      <w:r>
        <w:rPr>
          <w:sz w:val="20"/>
        </w:rPr>
        <w:t>47:29  yaad rakhiye, negative thinking ka sab se bara nuksan kya hai? opportunity blind ban jaana.</w:t>
      </w:r>
      <w:r>
        <w:br/>
      </w:r>
      <w:r>
        <w:rPr>
          <w:sz w:val="20"/>
        </w:rPr>
        <w:t>47:42  sab se bara loss, sab se bara nuksan negative thinking ka yeh hai ke aap ban jaate hain daawa blind, opportunity blind.</w:t>
      </w:r>
    </w:p>
    <w:p>
      <w:pPr>
        <w:pStyle w:val="Heading2"/>
      </w:pPr>
      <w:r>
        <w:t>look at your capacity, not the task's size</w:t>
      </w:r>
    </w:p>
    <w:p>
      <w:r>
        <w:rPr>
          <w:color w:val="666666"/>
          <w:sz w:val="18"/>
        </w:rPr>
        <w:t>Doomsday is Coming November 24, 2013 · 53s · at 1:02:30 · https://youtu.be/rixrzrrK-cE?t=3750</w:t>
      </w:r>
    </w:p>
    <w:p>
      <w:r>
        <w:rPr>
          <w:i/>
        </w:rPr>
        <w:t>“Magnitude ko mat dekhiye aap, apni capacity ko dekhiye”</w:t>
      </w:r>
    </w:p>
    <w:p>
      <w:r>
        <w:rPr>
          <w:sz w:val="20"/>
        </w:rPr>
        <w:t>1:02:30  What should we do?" dekhen, yeh to soch sahi nahi hai. kyunkay quran mein hai kay "atqaw allah ma astata'tum, la yukallif allah illa asaa'tum" .</w:t>
      </w:r>
      <w:r>
        <w:br/>
      </w:r>
      <w:r>
        <w:rPr>
          <w:sz w:val="20"/>
        </w:rPr>
        <w:t>1:02:45  to aadmi ko, jo us ki capacity hai, us kay qadr karna hai.</w:t>
      </w:r>
      <w:r>
        <w:br/>
      </w:r>
      <w:r>
        <w:rPr>
          <w:sz w:val="20"/>
        </w:rPr>
        <w:t>1:02:53  magnitude ko mat dekhiye aap. apni capacity ko dekhiye. yeh galat soch hai kay aap magnitude ko dekhen. apni capacity ko dekhiye.</w:t>
      </w:r>
      <w:r>
        <w:br/>
      </w:r>
      <w:r>
        <w:rPr>
          <w:sz w:val="20"/>
        </w:rPr>
        <w:t>1:03:03  capacity mein agar aadmi kami nahi ki hai to allah ta'ala us ka muqabil qaul ban jayega. kis ki kya capacity hai?</w:t>
      </w:r>
      <w:r>
        <w:br/>
      </w:r>
      <w:r>
        <w:rPr>
          <w:sz w:val="20"/>
        </w:rPr>
        <w:t>1:03:12  us ko arabi mein "us" kaha jata hai. "us". "us" yani capacity. bas mein kya hai? to apnay apnay bas mein jo hai, us ko dekhiye.</w:t>
      </w:r>
    </w:p>
    <w:p>
      <w:pPr>
        <w:pStyle w:val="Heading2"/>
      </w:pPr>
      <w:r>
        <w:t>Fatwa against Aqsa travel is baseless</w:t>
      </w:r>
    </w:p>
    <w:p>
      <w:r>
        <w:rPr>
          <w:color w:val="666666"/>
          <w:sz w:val="18"/>
        </w:rPr>
        <w:t>Q&amp;A 09 Nov 2008 - Maulana Wahiduddin Khan · 50s · at 21:07 · https://youtu.be/iA8ELjlgPLU?t=1267</w:t>
      </w:r>
    </w:p>
    <w:p>
      <w:r>
        <w:rPr>
          <w:i/>
        </w:rPr>
        <w:t>“Yeh toh ek banawati fatwa tha.”</w:t>
      </w:r>
    </w:p>
    <w:p>
      <w:r>
        <w:rPr>
          <w:sz w:val="20"/>
        </w:rPr>
        <w:t>21:07  yeh to ek banawati fatwa tha, unhon ne samajh rakha hai ke wahan par musalmanon ka rule hona chahiye, koi basis is ki nahi hai, khud hi bana rakha hai.</w:t>
      </w:r>
      <w:r>
        <w:br/>
      </w:r>
      <w:r>
        <w:rPr>
          <w:sz w:val="20"/>
        </w:rPr>
        <w:t>21:19  ab agar wahan musalman ke siwa koi aur role karne lage to woh un ke nazdeek</w:t>
      </w:r>
      <w:r>
        <w:br/>
      </w:r>
      <w:r>
        <w:rPr>
          <w:sz w:val="20"/>
        </w:rPr>
        <w:t>21:24  jayaz nahin hai, yani legal role wahan par musalmanon ka hona chahiye. doosra koi hai to illegal role kar raha hai woh. to chounke illegal role hai, is liye wahan jana hamare liye jayaz nahin.</w:t>
      </w:r>
      <w:r>
        <w:br/>
      </w:r>
      <w:r>
        <w:rPr>
          <w:sz w:val="20"/>
        </w:rPr>
        <w:t>21:35  yeh sab banawati baatein hain, na quran mein, na hadith mein, kuch bhi nahin.</w:t>
      </w:r>
      <w:r>
        <w:br/>
      </w:r>
      <w:r>
        <w:rPr>
          <w:sz w:val="20"/>
        </w:rPr>
        <w:t>21:41  yeh sab bilkul banawati baatein hain. to is ko kehte hain banaye fasid ala al-fasid. ek banawati baat banayi, is ke baad ek banawati fatwa bhi de diya.</w:t>
      </w:r>
      <w:r>
        <w:br/>
      </w:r>
      <w:r>
        <w:rPr>
          <w:sz w:val="20"/>
        </w:rPr>
        <w:t>21:51  sab bilkul baseless baatein hain, yeh koi is ki logic nahin hai, koi is ki reason nahin hai.</w:t>
      </w:r>
    </w:p>
    <w:p>
      <w:pPr>
        <w:pStyle w:val="Heading2"/>
      </w:pPr>
      <w:r>
        <w:t>Suicide bombing is forbidden in Islam</w:t>
      </w:r>
    </w:p>
    <w:p>
      <w:r>
        <w:rPr>
          <w:color w:val="666666"/>
          <w:sz w:val="18"/>
        </w:rPr>
        <w:t>Message of The Quran October 20, 2007 · 36s · at 17:17 · https://youtu.be/7GePL3JmwnE?t=1037</w:t>
      </w:r>
    </w:p>
    <w:p>
      <w:r>
        <w:rPr>
          <w:i/>
        </w:rPr>
        <w:t>“Suicide bombing — this is haram in Islam”</w:t>
      </w:r>
    </w:p>
    <w:p>
      <w:r>
        <w:rPr>
          <w:sz w:val="20"/>
        </w:rPr>
        <w:t>17:17  hum tum ko help nahi karein ge. tum apne ko district karte ho to karte raho. aur dekhiye, suicide bombing jo hai, islam mein to haram hai yeh.</w:t>
      </w:r>
      <w:r>
        <w:br/>
      </w:r>
      <w:r>
        <w:rPr>
          <w:sz w:val="20"/>
        </w:rPr>
        <w:t>17:30  aap yeh yaad rakhiye ke islam mein aik bohat hi accepted principle hai ke khudkushi ya suicide bombing yeh haram hai.</w:t>
      </w:r>
      <w:r>
        <w:br/>
      </w:r>
      <w:r>
        <w:rPr>
          <w:sz w:val="20"/>
        </w:rPr>
        <w:t>17:44  haram hai yeh. unlawful hai islam mein. yani woh aadmi hell mein jaye ga.</w:t>
      </w:r>
    </w:p>
    <w:p>
      <w:pPr>
        <w:pStyle w:val="Heading2"/>
      </w:pPr>
      <w:r>
        <w:t>Challenge to Islam's universal brotherhood</w:t>
      </w:r>
    </w:p>
    <w:p>
      <w:r>
        <w:rPr>
          <w:color w:val="666666"/>
          <w:sz w:val="18"/>
        </w:rPr>
        <w:t>Universal Brotherhood and Islam June 7, 2007 Maulana Wahiduddin Khan · 51s · at 0:32 · https://youtu.be/kHXdf1eu6IM?t=32</w:t>
      </w:r>
    </w:p>
    <w:p>
      <w:r>
        <w:rPr>
          <w:i/>
        </w:rPr>
        <w:t>“The topic for this morning is universal brotherhood and Islam.”</w:t>
      </w:r>
    </w:p>
    <w:p>
      <w:r>
        <w:rPr>
          <w:sz w:val="20"/>
        </w:rPr>
        <w:t>0:32  the topic for this morning is universal brotherhood and islam.</w:t>
      </w:r>
      <w:r>
        <w:br/>
      </w:r>
      <w:r>
        <w:rPr>
          <w:sz w:val="20"/>
        </w:rPr>
        <w:t>0:46  yesterday i happened to meet a scholar. he was a humanist.</w:t>
      </w:r>
      <w:r>
        <w:br/>
      </w:r>
      <w:r>
        <w:rPr>
          <w:sz w:val="20"/>
        </w:rPr>
        <w:t>0:57  he said that i have read islam, and i can say that</w:t>
      </w:r>
      <w:r>
        <w:br/>
      </w:r>
      <w:r>
        <w:rPr>
          <w:sz w:val="20"/>
        </w:rPr>
        <w:t>1:09  in islam there is no concept of</w:t>
      </w:r>
      <w:r>
        <w:br/>
      </w:r>
      <w:r>
        <w:rPr>
          <w:sz w:val="20"/>
        </w:rPr>
        <w:t>1:19  universal brotherhood.</w:t>
      </w:r>
    </w:p>
    <w:p>
      <w:pPr>
        <w:pStyle w:val="Heading2"/>
      </w:pPr>
      <w:r>
        <w:t>Misinterpretation of Quranic completeness</w:t>
      </w:r>
    </w:p>
    <w:p>
      <w:r>
        <w:rPr>
          <w:color w:val="666666"/>
          <w:sz w:val="18"/>
        </w:rPr>
        <w:t>Islam and Science (In Conversation with Maulana) · 43s · at 13:56 · https://youtu.be/pKS94tSXlT4?t=836</w:t>
      </w:r>
    </w:p>
    <w:p>
      <w:r>
        <w:rPr>
          <w:i/>
        </w:rPr>
        <w:t>“Aayat mein hai kahan? Is mein yeh lafz kahan hai?”</w:t>
      </w:r>
    </w:p>
    <w:p>
      <w:r>
        <w:rPr>
          <w:sz w:val="20"/>
        </w:rPr>
        <w:t>13:56  is mein hai kahan? aayat mein yeh kahan hai? is mein yeh lafz kahan hai ke Islam mukammal deen hai? aap mujhe bataiye ke is aayat ka kaun se lafz ka yeh tarjuma hai ke Islam mukammal deen hai?</w:t>
      </w:r>
      <w:r>
        <w:br/>
      </w:r>
      <w:r>
        <w:rPr>
          <w:sz w:val="20"/>
        </w:rPr>
        <w:t>14:09  yeh to khud sakhta matlab nikala gaya hai. is ka tarjuma kijiye, tarjuma lafzi kijiye. tarjuma yeh hoga: "aaj maine tumhare deen ko tumhare liye poora kar diya, kaamil kar diya." yeh to nahi ke aaj maine Islam ko mukammal kar ke tumhein is ka mukammal edition de diya.</w:t>
      </w:r>
      <w:r>
        <w:br/>
      </w:r>
      <w:r>
        <w:rPr>
          <w:sz w:val="20"/>
        </w:rPr>
        <w:t>14:31  kahan is mein? is ke mani yeh nikle ke jo ahkam tumhare upar utarne wale the, woh utar utar utar chuke.</w:t>
      </w:r>
    </w:p>
    <w:p>
      <w:pPr>
        <w:pStyle w:val="Heading2"/>
      </w:pPr>
      <w:r>
        <w:t>Every person is born as Mr. Nature</w:t>
      </w:r>
    </w:p>
    <w:p>
      <w:r>
        <w:rPr>
          <w:color w:val="666666"/>
          <w:sz w:val="18"/>
        </w:rPr>
        <w:t>Why do we need Prophet | May 20, 2007 - Maulana Wahiduddin Khan · 30s · at 33:49 · https://youtu.be/1l_Uu3_Nd4E?t=2029</w:t>
      </w:r>
    </w:p>
    <w:p>
      <w:r>
        <w:rPr>
          <w:i/>
        </w:rPr>
        <w:t>“Nahi. Is ka matlab bhi wohi hai”</w:t>
      </w:r>
    </w:p>
    <w:p>
      <w:r>
        <w:rPr>
          <w:sz w:val="20"/>
        </w:rPr>
        <w:t>33:49  si. nahin. is ka matlab bhi wohi hai ke har aadmi jab paida hota hai us waqt woh Mr. Nature hota hai. phir shuru hoti hai conditioning. hote hote hote woh Mr. Conditioned ban jaata hai. yaani paida hote waqt hai Mr. Nature. baad ko ho jaata hai woh Mr. Conditioned. yeh matlab hai is ka. to Prophet chunke angel ke</w:t>
      </w:r>
    </w:p>
    <w:p>
      <w:pPr>
        <w:pStyle w:val="Heading2"/>
      </w:pPr>
      <w:r>
        <w:t>Love mission not political rule</w:t>
      </w:r>
    </w:p>
    <w:p>
      <w:r>
        <w:rPr>
          <w:color w:val="666666"/>
          <w:sz w:val="18"/>
        </w:rPr>
        <w:t>Dars-e-Quran, Chapter 2, Verse 60 April 08, 2018 · 44s · at 8:43 · https://youtu.be/0ACymzsx8vI?t=523</w:t>
      </w:r>
    </w:p>
    <w:p>
      <w:r>
        <w:rPr>
          <w:i/>
        </w:rPr>
        <w:t>“تو آج میرا تھاٹ آف دا ڈے یہ ہے”</w:t>
      </w:r>
    </w:p>
    <w:p>
      <w:r>
        <w:rPr>
          <w:sz w:val="20"/>
        </w:rPr>
        <w:t>8:43  peaceful tareeqe se iske liye parchar karo, logon ko batao. to aaj mera thought of the day yeh hai, yaani subah ko utha mein to yeh yaad aaya mujhe, to meri samajh mein aaya ke jo log hukumat ilahiya ke naam se political movement chalate hain, jihad ka naara dete hain,</w:t>
      </w:r>
      <w:r>
        <w:br/>
      </w:r>
      <w:r>
        <w:rPr>
          <w:sz w:val="20"/>
        </w:rPr>
        <w:t>9:08  woh bilkul galat, ghalati par hain. woh</w:t>
      </w:r>
      <w:r>
        <w:br/>
      </w:r>
      <w:r>
        <w:rPr>
          <w:sz w:val="20"/>
        </w:rPr>
        <w:t>9:14  unhein pyar mohabbat ka mission chalana chahiye, kyunke aadmi ka dil badalta hai pyar mohabbat se, jihad se nahi badalta.</w:t>
      </w:r>
    </w:p>
    <w:p>
      <w:pPr>
        <w:pStyle w:val="Heading2"/>
      </w:pPr>
      <w:r>
        <w:t>Zamzam water is a blessing, not sacred relic</w:t>
      </w:r>
    </w:p>
    <w:p>
      <w:r>
        <w:rPr>
          <w:color w:val="666666"/>
          <w:sz w:val="18"/>
        </w:rPr>
        <w:t>Divine Help September 22, 2015 · 24s · at 1:02:26 · https://youtu.be/sozrNCif0Gg?t=3746</w:t>
      </w:r>
    </w:p>
    <w:p>
      <w:r>
        <w:rPr>
          <w:i/>
        </w:rPr>
        <w:t>“Aaj musalman Zamzam ke pani ko muqaddas maante hain”</w:t>
      </w:r>
    </w:p>
    <w:p>
      <w:r>
        <w:rPr>
          <w:sz w:val="20"/>
        </w:rPr>
        <w:t>1:02:26  unhon ne likha hai ke aaj musalman zam zam ke pani ko bohat muqaddas mante hain. kya yeh sahi hai?</w:t>
      </w:r>
      <w:r>
        <w:br/>
      </w:r>
      <w:r>
        <w:rPr>
          <w:sz w:val="20"/>
        </w:rPr>
        <w:t>1:02:36  nahi, yeh sab kuch sahi hai. zam zam aik nemat hai, muqaddas nahi hai. muqaddas ka tasawwur hi galat hai.</w:t>
      </w:r>
      <w:r>
        <w:br/>
      </w:r>
      <w:r>
        <w:rPr>
          <w:sz w:val="20"/>
        </w:rPr>
        <w:t>1:02:46  zam zam aik nemat hai, bas to nemat to lijiye is ko.</w:t>
      </w:r>
    </w:p>
    <w:p>
      <w:pPr>
        <w:pStyle w:val="Heading2"/>
      </w:pPr>
      <w:r>
        <w:t>Never despair of anyone</w:t>
      </w:r>
    </w:p>
    <w:p>
      <w:r>
        <w:rPr>
          <w:color w:val="666666"/>
          <w:sz w:val="18"/>
        </w:rPr>
        <w:t>Q&amp;A 04 Mar 2012 Maulana Wahiduddin Khan · 44s · at 40:37 · https://youtu.be/txRmutuvWQI?t=2437</w:t>
      </w:r>
    </w:p>
    <w:p>
      <w:r>
        <w:rPr>
          <w:i/>
        </w:rPr>
        <w:t>“Kisi insaan se mayus na hon”</w:t>
      </w:r>
    </w:p>
    <w:p>
      <w:r>
        <w:rPr>
          <w:sz w:val="20"/>
        </w:rPr>
        <w:t>40:37  kisi insan se aap mayous na hon, hikmat ke sath kaam karen, dua ke sath kaam karen. is ke liye, yani literature dein us ko</w:t>
      </w:r>
      <w:r>
        <w:br/>
      </w:r>
      <w:r>
        <w:rPr>
          <w:sz w:val="20"/>
        </w:rPr>
        <w:t>40:46  jis mein us ko dilchaspi ho. toh yani jis ne diya tha quran majeed ka ka german tarjuma, toh bees saal tak us ke shelf mein pada raha.</w:t>
      </w:r>
      <w:r>
        <w:br/>
      </w:r>
      <w:r>
        <w:rPr>
          <w:sz w:val="20"/>
        </w:rPr>
        <w:t>41:00  bees saal ke baad us ko tofeeq ho gayi</w:t>
      </w:r>
      <w:r>
        <w:br/>
      </w:r>
      <w:r>
        <w:rPr>
          <w:sz w:val="20"/>
        </w:rPr>
        <w:t>41:04  imaan ki. to mayoos hone ki zaroorat nahi hai. jahan aap hamesha yeh kisi replanning kijiye, phir se sochiye aur dua kijiye to raaste khulenge, inshallah.</w:t>
      </w:r>
    </w:p>
    <w:p>
      <w:pPr>
        <w:pStyle w:val="Heading2"/>
      </w:pPr>
      <w:r>
        <w:t>Open discussion leads to development</w:t>
      </w:r>
    </w:p>
    <w:p>
      <w:r>
        <w:rPr>
          <w:color w:val="666666"/>
          <w:sz w:val="18"/>
        </w:rPr>
        <w:t>Criticism in Islam May 17, 2008 · 28s · at 33:22 · https://youtu.be/qhlJjRh9SeY?t=2002</w:t>
      </w:r>
    </w:p>
    <w:p>
      <w:r>
        <w:rPr>
          <w:i/>
        </w:rPr>
        <w:t>“Open discussion leads to development.”</w:t>
      </w:r>
    </w:p>
    <w:p>
      <w:r>
        <w:rPr>
          <w:sz w:val="20"/>
        </w:rPr>
        <w:t>33:22  yani open discussion leads to development.</w:t>
      </w:r>
      <w:r>
        <w:br/>
      </w:r>
      <w:r>
        <w:rPr>
          <w:sz w:val="20"/>
        </w:rPr>
        <w:t>33:28  this is law of nature. open discussion ho. acha aap yeh condition nahi laga sakte ke discussion karo to criticize mat karo.</w:t>
      </w:r>
      <w:r>
        <w:br/>
      </w:r>
      <w:r>
        <w:rPr>
          <w:sz w:val="20"/>
        </w:rPr>
        <w:t>33:40  without criticism there is no discussion. phir to praise rahega aap meri praise karo main aap ki praise karoon.</w:t>
      </w:r>
    </w:p>
    <w:p>
      <w:pPr>
        <w:pStyle w:val="Heading2"/>
      </w:pPr>
      <w:r>
        <w:t>Science isn't atheism — Muslims got this backwards</w:t>
      </w:r>
    </w:p>
    <w:p>
      <w:r>
        <w:rPr>
          <w:color w:val="666666"/>
          <w:sz w:val="18"/>
        </w:rPr>
        <w:t>The Purpose of Creation March 30, 2008 · 27s · at 49:45 · https://youtu.be/ORcTSPLvyn0?t=2985</w:t>
      </w:r>
    </w:p>
    <w:p>
      <w:r>
        <w:rPr>
          <w:i/>
        </w:rPr>
        <w:t>“Log science ko atheism samajhte the”</w:t>
      </w:r>
    </w:p>
    <w:p>
      <w:r>
        <w:rPr>
          <w:sz w:val="20"/>
        </w:rPr>
        <w:t>49:45  yahan tak ke hamare naujawani ke umar mein main dekhta tha ke log science ko atheism samajhte the.</w:t>
      </w:r>
      <w:r>
        <w:br/>
      </w:r>
      <w:r>
        <w:rPr>
          <w:sz w:val="20"/>
        </w:rPr>
        <w:t>49:54  is zamane mein yeh concept tha ke science means atheism, yani ilhad. yani science aur ilhad dono ko ek samajhte the. woh halanke science jo hai, woh kya hai?</w:t>
      </w:r>
      <w:r>
        <w:br/>
      </w:r>
      <w:r>
        <w:rPr>
          <w:sz w:val="20"/>
        </w:rPr>
        <w:t>50:05  science to wohi hai jis ko Quran mein kaha gaya "afaq o anfus" ki jo nishani nishaniyan hain, us ka zahoor</w:t>
      </w:r>
    </w:p>
    <w:p>
      <w:pPr>
        <w:pStyle w:val="Heading2"/>
      </w:pPr>
      <w:r>
        <w:t>Stepping back from controversy at Hudaibiya</w:t>
      </w:r>
    </w:p>
    <w:p>
      <w:r>
        <w:rPr>
          <w:color w:val="666666"/>
          <w:sz w:val="18"/>
        </w:rPr>
        <w:t>How to Manage Controversy 10 Nov 2019 - Maulana Wahiduddin Khan · 21s · at 7:42 · https://youtu.be/UafTzJXHrSA?t=462</w:t>
      </w:r>
    </w:p>
    <w:p>
      <w:r>
        <w:rPr>
          <w:i/>
        </w:rPr>
        <w:t>“انہوں نے کہا کہ ہم آپ کو مکہ میں ہرگز داخل نہیں ہونے دیں گے”</w:t>
      </w:r>
    </w:p>
    <w:p>
      <w:r>
        <w:rPr>
          <w:sz w:val="20"/>
        </w:rPr>
        <w:t>7:42  aage barh kar hudaybiya ke maqam par aaye. unhon ne kaha ke hum aap ko Makkah mein hargiz dakhil nahi hone den ge. hum aap ko umrah nahi karne den ge.</w:t>
      </w:r>
      <w:r>
        <w:br/>
      </w:r>
      <w:r>
        <w:rPr>
          <w:sz w:val="20"/>
        </w:rPr>
        <w:t>7:56  to aap ne controversy ko minus kiya.</w:t>
      </w:r>
    </w:p>
    <w:p>
      <w:pPr>
        <w:pStyle w:val="Heading2"/>
      </w:pPr>
      <w:r>
        <w:t>A believer is like a tender, gentle plant</w:t>
      </w:r>
    </w:p>
    <w:p>
      <w:r>
        <w:rPr>
          <w:color w:val="666666"/>
          <w:sz w:val="18"/>
        </w:rPr>
        <w:t>Hadith Literature (English) March 8, 2007 Maulan Wahiduddin Khan · 54s · at 1:12:36 · https://youtu.be/UdxzmJTYqXk?t=4356</w:t>
      </w:r>
    </w:p>
    <w:p>
      <w:r>
        <w:rPr>
          <w:i/>
        </w:rPr>
        <w:t>“The Prophet said: a believer is like a tender plant”</w:t>
      </w:r>
    </w:p>
    <w:p>
      <w:r>
        <w:rPr>
          <w:sz w:val="20"/>
        </w:rPr>
        <w:t>1:12:36  da prafit van said dat: "momin</w:t>
      </w:r>
      <w:r>
        <w:br/>
      </w:r>
      <w:r>
        <w:rPr>
          <w:sz w:val="20"/>
        </w:rPr>
        <w:t>1:12:43  is like a tender plant." So this is the example of a momin.</w:t>
      </w:r>
      <w:r>
        <w:br/>
      </w:r>
      <w:r>
        <w:rPr>
          <w:sz w:val="20"/>
        </w:rPr>
        <w:t>1:12:54  you hev to liv vid pozitiviti.</w:t>
      </w:r>
      <w:r>
        <w:br/>
      </w:r>
      <w:r>
        <w:rPr>
          <w:sz w:val="20"/>
        </w:rPr>
        <w:t>1:13:00  You have to live as a flower. Then you will find the blessing of God, and finally you will find entry into paradise.</w:t>
      </w:r>
    </w:p>
    <w:p>
      <w:pPr>
        <w:pStyle w:val="Heading2"/>
      </w:pPr>
      <w:r>
        <w:t>Muslims must trade despair for hope-based action</w:t>
      </w:r>
    </w:p>
    <w:p>
      <w:r>
        <w:rPr>
          <w:color w:val="666666"/>
          <w:sz w:val="18"/>
        </w:rPr>
        <w:t>Quran aur Asr-e-Jadeed Al-Risala, January 2017 Maulana Wahiduddin Khan · 29s · at 20:33 · https://youtu.be/__3jCmiWfEc?t=1233</w:t>
      </w:r>
    </w:p>
    <w:p>
      <w:r>
        <w:rPr>
          <w:i/>
        </w:rPr>
        <w:t>“It's time for the Muslim ummah to abandon all negative action.”</w:t>
      </w:r>
    </w:p>
    <w:p>
      <w:r>
        <w:rPr>
          <w:sz w:val="20"/>
        </w:rPr>
        <w:t>20:33  ab waqt aa gaya hai ke ummat-e-muslima is haqeeqat ko samjhe. woh har qism ki manfi karrawaiyon ko mukammal taur par chhod de kyunke ummat-e-muslima ki manfi karrawaiyan mahroomi yaani deprivation ke usool par qaim thi.</w:t>
      </w:r>
      <w:r>
        <w:br/>
      </w:r>
      <w:r>
        <w:rPr>
          <w:sz w:val="20"/>
        </w:rPr>
        <w:t>20:50  ab ummat-e-muslima ko apni mansooba bandi ko mukammal taur par yaft yaani gain ke usool par qaim karna hai. ab ummat-e-muslima ke liye mayoosi ka daur khatm ho gaya hai.</w:t>
      </w:r>
    </w:p>
    <w:p>
      <w:pPr>
        <w:pStyle w:val="Heading2"/>
      </w:pPr>
      <w:r>
        <w:t>Air travel dissolved borders, made everyone a world citizen</w:t>
      </w:r>
    </w:p>
    <w:p>
      <w:r>
        <w:rPr>
          <w:color w:val="666666"/>
          <w:sz w:val="18"/>
        </w:rPr>
        <w:t>Quran aur Asr-e-Jadeed Al-Risala, January 2017 Maulana Wahiduddin Khan · 46s · at 19:15 · https://youtu.be/__3jCmiWfEc?t=1155</w:t>
      </w:r>
    </w:p>
    <w:p>
      <w:r>
        <w:rPr>
          <w:i/>
        </w:rPr>
        <w:t>“Every human today is literally a citizen of the whole world.”</w:t>
      </w:r>
    </w:p>
    <w:p>
      <w:r>
        <w:rPr>
          <w:sz w:val="20"/>
        </w:rPr>
        <w:t>19:15  is ke nateejay mein insanon ki banai hui tamam sarhaden apne aap toot gayeen. ab amalan har insan tamam dunya ka shehri hai jab ke qadeem zamanay mein koi insan sirf apne mulk ka shehri hota tha.</w:t>
      </w:r>
      <w:r>
        <w:br/>
      </w:r>
      <w:r>
        <w:rPr>
          <w:sz w:val="20"/>
        </w:rPr>
        <w:t>19:30  education, job, siyahat, tijarat waghera ke liye log bari tadad mein aik mulk se aik mulk se doosre mulk jatay hain.</w:t>
      </w:r>
      <w:r>
        <w:br/>
      </w:r>
      <w:r>
        <w:rPr>
          <w:sz w:val="20"/>
        </w:rPr>
        <w:t>19:40  in mulkon mein un ko har tarah ki azadi mili hui hai yahan tak ke woh apne mazhab se logon ko agah karen. is ki bhi azadi hai.</w:t>
      </w:r>
      <w:r>
        <w:br/>
      </w:r>
      <w:r>
        <w:rPr>
          <w:sz w:val="20"/>
        </w:rPr>
        <w:t>19:49  is nazar se hum dekhen to hamein mehsoos hoga ke aaj sari dunya hamari dunya hai. woh sari had bandiyan toot chuki hain jo qadeem daur ka khasa theen.</w:t>
      </w:r>
    </w:p>
    <w:p>
      <w:pPr>
        <w:pStyle w:val="Heading2"/>
      </w:pPr>
      <w:r>
        <w:t>Jihad for what when doors are open</w:t>
      </w:r>
    </w:p>
    <w:p>
      <w:r>
        <w:rPr>
          <w:color w:val="666666"/>
          <w:sz w:val="18"/>
        </w:rPr>
        <w:t>The Age of the Quran March 24, 2019 · 43s · at 17:49 · https://youtu.be/DI5wU5CwcW4?t=1069</w:t>
      </w:r>
    </w:p>
    <w:p>
      <w:r>
        <w:rPr>
          <w:i/>
        </w:rPr>
        <w:t>“Jo log Quran ka naam lete hain aur laraiyan chherte hain, yeh jihad kis liye?”</w:t>
      </w:r>
    </w:p>
    <w:p>
      <w:r>
        <w:rPr>
          <w:sz w:val="20"/>
        </w:rPr>
        <w:t>17:49  yeh jihad kis liye? jab saare mawaqe khul chuke thay, jihad kis liye? tamam opportunity aap khul gayi world level par.</w:t>
      </w:r>
      <w:r>
        <w:br/>
      </w:r>
      <w:r>
        <w:rPr>
          <w:sz w:val="20"/>
        </w:rPr>
        <w:t>18:01  puri duniya mein jo jo possibility logon ko mili hai, bade logon ko, wo wo aap ko hasil hai. misaal ke taur par lift ke, lift ki sahulat, car ki sahulat,</w:t>
      </w:r>
      <w:r>
        <w:br/>
      </w:r>
      <w:r>
        <w:rPr>
          <w:sz w:val="20"/>
        </w:rPr>
        <w:t>18:19  wheelchair ki sahulat, hospital ki sahulat. to ladai kis liye? jab saare darwaze aap ke liye khol diye gaye to ladai kis liye?</w:t>
      </w:r>
    </w:p>
    <w:p>
      <w:pPr>
        <w:pStyle w:val="Heading2"/>
      </w:pPr>
      <w:r>
        <w:t>Maulana admits he doesn't follow the objection</w:t>
      </w:r>
    </w:p>
    <w:p>
      <w:r>
        <w:rPr>
          <w:color w:val="666666"/>
          <w:sz w:val="18"/>
        </w:rPr>
        <w:t>In Conversation with Maulana Wahiduddin Khan English · 1m 05s · at 1:03:29 · https://youtu.be/QZrkP8Z3Fv8?t=3809</w:t>
      </w:r>
    </w:p>
    <w:p>
      <w:r>
        <w:rPr>
          <w:i/>
        </w:rPr>
        <w:t>“I failed to understand this objection”</w:t>
      </w:r>
    </w:p>
    <w:p>
      <w:r>
        <w:rPr>
          <w:sz w:val="20"/>
        </w:rPr>
        <w:t>1:03:29  And He will provide a reward for those people who proved to be righteous persons. Maulana, according to Arunshori, there is a mathematical error in the Qur'an.</w:t>
      </w:r>
      <w:r>
        <w:br/>
      </w:r>
      <w:r>
        <w:rPr>
          <w:sz w:val="20"/>
        </w:rPr>
        <w:t>1:03:41  In Chapter 4, verses number 11 and 12, if you add up the different parts of inheritance given to the heir, it totals to more than one.</w:t>
      </w:r>
      <w:r>
        <w:br/>
      </w:r>
      <w:r>
        <w:rPr>
          <w:sz w:val="20"/>
        </w:rPr>
        <w:t>1:03:54  Does this mean that the author of the Qur'an does not know mathematics? No, I failed to understand this</w:t>
      </w:r>
      <w:r>
        <w:br/>
      </w:r>
      <w:r>
        <w:rPr>
          <w:sz w:val="20"/>
        </w:rPr>
        <w:t>1:04:08  objection.</w:t>
      </w:r>
      <w:r>
        <w:br/>
      </w:r>
      <w:r>
        <w:rPr>
          <w:sz w:val="20"/>
        </w:rPr>
        <w:t>1:04:10  I think there is some misunderstanding. I will see the Qur'an and I will see Arunshori's book because I don't know I failed to understand what is the what is the real</w:t>
      </w:r>
    </w:p>
    <w:p>
      <w:pPr>
        <w:pStyle w:val="Heading2"/>
      </w:pPr>
      <w:r>
        <w:t>Reflecting on Quran is like sitting in God's library</w:t>
      </w:r>
    </w:p>
    <w:p>
      <w:r>
        <w:rPr>
          <w:color w:val="666666"/>
          <w:sz w:val="18"/>
        </w:rPr>
        <w:t>Ramadan and Roza July 14, 2013 · 55s · at 20:12 · https://youtu.be/M2p3NR5pF7c?t=1212</w:t>
      </w:r>
    </w:p>
    <w:p>
      <w:r>
        <w:rPr>
          <w:i/>
        </w:rPr>
        <w:t>“Quran mein tadabbur karna goya khuda ke kutub khane mein baithna hai”</w:t>
      </w:r>
    </w:p>
    <w:p>
      <w:r>
        <w:rPr>
          <w:sz w:val="20"/>
        </w:rPr>
        <w:t>20:12  is ko sochte hue aik ajib baat mere zehan mein aai keh quran mein tadabbur karna goya khuda ke kutub khane mein baithna hai,</w:t>
      </w:r>
      <w:r>
        <w:br/>
      </w:r>
      <w:r>
        <w:rPr>
          <w:sz w:val="20"/>
        </w:rPr>
        <w:t>20:26  divine library mein mutala karna hai. yeh saada baat nahi hai. jab aap library mein jayen, kitaben parhen to aap ko nai nai maloomat milti hain,</w:t>
      </w:r>
      <w:r>
        <w:br/>
      </w:r>
      <w:r>
        <w:rPr>
          <w:sz w:val="20"/>
        </w:rPr>
        <w:t>20:40  nai nai baaten aap daryaft karte hain.</w:t>
      </w:r>
      <w:r>
        <w:br/>
      </w:r>
      <w:r>
        <w:rPr>
          <w:sz w:val="20"/>
        </w:rPr>
        <w:t>20:44  aise jab aap tadabbur karte hain aur tadabbur aap ko khuda se qareeb kar deta hai, tadabbur aap ko is qabil bana deta hai keh Allah ka inspiration aap ko mile,</w:t>
      </w:r>
      <w:r>
        <w:br/>
      </w:r>
      <w:r>
        <w:rPr>
          <w:sz w:val="20"/>
        </w:rPr>
        <w:t>20:58  to goya keh aap divine library mein ja kar pohanch gaye aur nai nai baaten aap ko milen gi.</w:t>
      </w:r>
    </w:p>
    <w:p>
      <w:pPr>
        <w:pStyle w:val="Heading2"/>
      </w:pPr>
      <w:r>
        <w:t>Finding the Quran verse that answers life's purpose</w:t>
      </w:r>
    </w:p>
    <w:p>
      <w:r>
        <w:rPr>
          <w:color w:val="666666"/>
          <w:sz w:val="18"/>
        </w:rPr>
        <w:t>Purpose of Human Life February 12, 2012 Maulana Wahiduddin Khan · 44s · at 2:58 · https://youtu.be/gRupSXuak-w?t=178</w:t>
      </w:r>
    </w:p>
    <w:p>
      <w:r>
        <w:rPr>
          <w:i/>
        </w:rPr>
        <w:t>“Lambi jadd-o-jehad ke baad mujhe Quran ki is ayat se jawab mila”</w:t>
      </w:r>
    </w:p>
    <w:p>
      <w:r>
        <w:rPr>
          <w:sz w:val="20"/>
        </w:rPr>
        <w:t>2:58  to lambi jahad ke baad mujhe aakhir kar Quran ki is aayat se is ka jawab mila,</w:t>
      </w:r>
      <w:r>
        <w:br/>
      </w:r>
      <w:r>
        <w:rPr>
          <w:sz w:val="20"/>
        </w:rPr>
        <w:t>3:10  woh yeh hai: "afahasibtum innama khalaqnakum wabisan wa annakum ilaina la turjaun."</w:t>
      </w:r>
      <w:r>
        <w:br/>
      </w:r>
      <w:r>
        <w:rPr>
          <w:sz w:val="20"/>
        </w:rPr>
        <w:t>3:21  Is aayat ka lafzi tarjuma to yeh hai ki kya tum ne samjha hai ki hum ne tum ko be maqsad paida kiya hai, "purpose less",</w:t>
      </w:r>
      <w:r>
        <w:br/>
      </w:r>
      <w:r>
        <w:rPr>
          <w:sz w:val="20"/>
        </w:rPr>
        <w:t>3:37  aur tum hamari taraf lotaye nahi jaoge?</w:t>
      </w:r>
    </w:p>
    <w:p>
      <w:pPr>
        <w:pStyle w:val="Heading2"/>
      </w:pPr>
      <w:r>
        <w:t>Fake outward piety without inner sincerity ruins credibility</w:t>
      </w:r>
    </w:p>
    <w:p>
      <w:r>
        <w:rPr>
          <w:color w:val="666666"/>
          <w:sz w:val="18"/>
        </w:rPr>
        <w:t>Character of A Dayee January 29, 2014 · 43s · at 17:47 · https://youtu.be/HiPTrIHGmTE?t=1067</w:t>
      </w:r>
    </w:p>
    <w:p>
      <w:r>
        <w:rPr>
          <w:i/>
        </w:rPr>
        <w:t>“Aap banawati taur par akhlaq dikhayein, haalanke haqiqat mein na hon”</w:t>
      </w:r>
    </w:p>
    <w:p>
      <w:r>
        <w:rPr>
          <w:sz w:val="20"/>
        </w:rPr>
        <w:t>17:47  misal ke tor par aap ke dil mein kuch hai, lip service ke tor par aap kuch kahein. aap banawati tor par akhlaq dikhaein, halankay haqeeqat mein aap ba-akhlaq na hon.</w:t>
      </w:r>
      <w:r>
        <w:br/>
      </w:r>
      <w:r>
        <w:rPr>
          <w:sz w:val="20"/>
        </w:rPr>
        <w:t>18:02  aap banawati tor par logon ki khair khwahi zahir karein, halankay haqeeqat mein aap khair khwahi na hon, aap ke andar na ho.</w:t>
      </w:r>
      <w:r>
        <w:br/>
      </w:r>
      <w:r>
        <w:rPr>
          <w:sz w:val="20"/>
        </w:rPr>
        <w:t>18:13  to banawati tor par, bator lip service ke agar aap kaam karein to woh cheez jo hai aap ke daai honay ko mushtabah kar de gi.</w:t>
      </w:r>
    </w:p>
    <w:p>
      <w:pPr>
        <w:pStyle w:val="Heading2"/>
      </w:pPr>
      <w:r>
        <w:t>No excuse for violence, always choose reconciliation</w:t>
      </w:r>
    </w:p>
    <w:p>
      <w:r>
        <w:rPr>
          <w:color w:val="666666"/>
          <w:sz w:val="18"/>
        </w:rPr>
        <w:t>The Concept of Spirituality In Islam - I January 27, 2006 Maulana Wahiduddin Khan · 32s · at 53:44 · https://youtu.be/xnI_QVVDWgk?t=3224</w:t>
      </w:r>
    </w:p>
    <w:p>
      <w:r>
        <w:rPr>
          <w:i/>
        </w:rPr>
        <w:t>“No excuse for violence, no excuse for intolerance”</w:t>
      </w:r>
    </w:p>
    <w:p>
      <w:r>
        <w:rPr>
          <w:sz w:val="20"/>
        </w:rPr>
        <w:t>53:44  it means that no excuse for violence, no excuse of intolerance, no excuse of declaring that he is our enemy. this is our enemy. you have no right to declare that this or that person is your enemy. no right. because quran said, "as-sulhu khayr,</w:t>
      </w:r>
      <w:r>
        <w:br/>
      </w:r>
      <w:r>
        <w:rPr>
          <w:sz w:val="20"/>
        </w:rPr>
        <w:t>54:13  reconciliation is the best."</w:t>
      </w:r>
    </w:p>
    <w:p>
      <w:pPr>
        <w:pStyle w:val="Heading2"/>
      </w:pPr>
      <w:r>
        <w:t>Satan's vow to mislead all of mankind</w:t>
      </w:r>
    </w:p>
    <w:p>
      <w:r>
        <w:rPr>
          <w:color w:val="666666"/>
          <w:sz w:val="18"/>
        </w:rPr>
        <w:t>Man Between Angels and Satan August 14, 2011 · 28s · at 9:49 · https://youtu.be/cRXTSSZNM30?t=589</w:t>
      </w:r>
    </w:p>
    <w:p>
      <w:r>
        <w:rPr>
          <w:i/>
        </w:rPr>
        <w:t>“Shaitan ne challenge diya tha ke main sare insano ko bahkaunga”</w:t>
      </w:r>
    </w:p>
    <w:p>
      <w:r>
        <w:rPr>
          <w:sz w:val="20"/>
        </w:rPr>
        <w:t>9:49  to yaad rakhiye isi ko shaitan chahta hai ke insaan hamesha yahi kaam karta rahe. us ko follow kar de us ko.</w:t>
      </w:r>
      <w:r>
        <w:br/>
      </w:r>
      <w:r>
        <w:rPr>
          <w:sz w:val="20"/>
        </w:rPr>
        <w:t>9:58  shaitan ne challenge diya tha ke mein saare insaanon ko behkaunga.</w:t>
      </w:r>
      <w:r>
        <w:br/>
      </w:r>
      <w:r>
        <w:rPr>
          <w:sz w:val="20"/>
        </w:rPr>
        <w:t>10:06  yaani mein sab ko apne raste par chalaunga. yeh jo hai majmeen mein sab ko behkaunga, matlab kiya hai is ka?</w:t>
      </w:r>
      <w:r>
        <w:br/>
      </w:r>
      <w:r>
        <w:rPr>
          <w:sz w:val="20"/>
        </w:rPr>
        <w:t>10:18  is ka matlab kiya hai? ke sab ko mein apne raste par chalaunga. yaani kiya rasta</w:t>
      </w:r>
    </w:p>
    <w:p>
      <w:pPr>
        <w:pStyle w:val="Heading2"/>
      </w:pPr>
      <w:r>
        <w:t>Deep reflection reveals Quran's treasures</w:t>
      </w:r>
    </w:p>
    <w:p>
      <w:r>
        <w:rPr>
          <w:color w:val="666666"/>
          <w:sz w:val="18"/>
        </w:rPr>
        <w:t>The Quran September 20, 2020 Maulana Wahiduddin Khan · 30s · at 20:33 · https://youtu.be/yQZGg2A0-Tk?t=1233</w:t>
      </w:r>
    </w:p>
    <w:p>
      <w:r>
        <w:rPr>
          <w:i/>
        </w:rPr>
        <w:t>“Quran ko jab aap bohat ghour karein ge”</w:t>
      </w:r>
    </w:p>
    <w:p>
      <w:r>
        <w:rPr>
          <w:sz w:val="20"/>
        </w:rPr>
        <w:t>20:33  eureka? eureka, eureka</w:t>
      </w:r>
      <w:r>
        <w:br/>
      </w:r>
      <w:r>
        <w:rPr>
          <w:sz w:val="20"/>
        </w:rPr>
        <w:t>20:39  ke quran ko jab aap bohat ghor karenge to allah ke tofeeq se aap par badan khulenge.</w:t>
      </w:r>
      <w:r>
        <w:br/>
      </w:r>
      <w:r>
        <w:rPr>
          <w:sz w:val="20"/>
        </w:rPr>
        <w:t>20:49  phir aap kahan padhenge ke wallah wajadt, wallah wajadt?</w:t>
      </w:r>
      <w:r>
        <w:br/>
      </w:r>
      <w:r>
        <w:rPr>
          <w:sz w:val="20"/>
        </w:rPr>
        <w:t>20:56  yahi tareeqa hai.</w:t>
      </w:r>
    </w:p>
    <w:p>
      <w:pPr>
        <w:pStyle w:val="Heading2"/>
      </w:pPr>
      <w:r>
        <w:t>Importance of daily regular Quran study</w:t>
      </w:r>
    </w:p>
    <w:p>
      <w:r>
        <w:rPr>
          <w:color w:val="666666"/>
          <w:sz w:val="18"/>
        </w:rPr>
        <w:t>Quran The Book of Guidance 21 July, 2013 - Maulana Wahiduddin Khan · 32s · at 5:47 · https://youtu.be/u0vvvl3R5ro?t=347</w:t>
      </w:r>
    </w:p>
    <w:p>
      <w:r>
        <w:rPr>
          <w:i/>
        </w:rPr>
        <w:t>“Is se maine samjha ke kya matlab hai is hadees ka”</w:t>
      </w:r>
    </w:p>
    <w:p>
      <w:r>
        <w:rPr>
          <w:sz w:val="20"/>
        </w:rPr>
        <w:t>5:47  is se maine samjha ke kya matlab hai is hadith ka. is hadith ka matlab hai quran ki study barabar karo, quran ka mutala barabar karo,</w:t>
      </w:r>
      <w:r>
        <w:br/>
      </w:r>
      <w:r>
        <w:rPr>
          <w:sz w:val="20"/>
        </w:rPr>
        <w:t>6:01  tab is ke mani tumhare dimagh mein baqi rahenge, aur sirf mani be'aitbaar tarjuma nahin, kyunke quran ke bare mein aaya hai ke "la tanqadi aja'ibuhu", is mein naye naye pehlu khulte rahenge barabar.</w:t>
      </w:r>
    </w:p>
    <w:p>
      <w:pPr>
        <w:pStyle w:val="Heading2"/>
      </w:pPr>
      <w:r>
        <w:t>Quran verse: every calamity is result of your own deeds</w:t>
      </w:r>
    </w:p>
    <w:p>
      <w:r>
        <w:rPr>
          <w:color w:val="666666"/>
          <w:sz w:val="18"/>
        </w:rPr>
        <w:t>What went Wrong with Muslims May 24, 2009 · 46s · at 44:51 · https://youtu.be/qt2CUXaEHaQ?t=2691</w:t>
      </w:r>
    </w:p>
    <w:p>
      <w:r>
        <w:rPr>
          <w:i/>
        </w:rPr>
        <w:t>“Quran mein bohot important ayat hai is silsile mein”</w:t>
      </w:r>
    </w:p>
    <w:p>
      <w:r>
        <w:rPr>
          <w:sz w:val="20"/>
        </w:rPr>
        <w:t>44:51  quran mein aik bohat hi important ayat hai is silsilay mein, woh yeh hai ke: وما اصاب کممنمصیبت فبما کسبتایدیکم</w:t>
      </w:r>
      <w:r>
        <w:br/>
      </w:r>
      <w:r>
        <w:rPr>
          <w:sz w:val="20"/>
        </w:rPr>
        <w:t>45:06  woh ma asab kum min masibatin fa bima kasabat aidikum yani duniya mein jo kuch bhi musibat parti hai, woh sab tumhare apni kamai ka result hota hai.</w:t>
      </w:r>
      <w:r>
        <w:br/>
      </w:r>
      <w:r>
        <w:rPr>
          <w:sz w:val="20"/>
        </w:rPr>
        <w:t>45:18  ismein isko kehte hain arabi mein kehte hain hasar, hasar ke saath hai. yani bhai, woh da out any exception, hasar ka matlab hota hai woh da out any exception ke jo bhi parta hai tumhare oopar, woh sab tumhari apni kamai ka natija hota hai, apne kiye ka natija hota hai.</w:t>
      </w:r>
    </w:p>
    <w:p>
      <w:pPr>
        <w:pStyle w:val="Heading2"/>
      </w:pPr>
      <w:r>
        <w:t>Everything ready, act for Quran</w:t>
      </w:r>
    </w:p>
    <w:p>
      <w:r>
        <w:rPr>
          <w:color w:val="666666"/>
          <w:sz w:val="18"/>
        </w:rPr>
        <w:t>God's Management of History 23 Feb 2020 - Maulana Wahiduddin Khan · 59s · at 19:46 · https://youtu.be/NeNadnD-0KE?t=1186</w:t>
      </w:r>
    </w:p>
    <w:p>
      <w:r>
        <w:rPr>
          <w:i/>
        </w:rPr>
        <w:t>“اب تو سب کچھ ہو چکا ہے، اب آپ کو صرف اٹھنا ہے”</w:t>
      </w:r>
    </w:p>
    <w:p>
      <w:r>
        <w:rPr>
          <w:sz w:val="20"/>
        </w:rPr>
        <w:t>19:46  yahan tak pohncha diya. yani historical process yahan tak pohncha. ab kya hai? ab to sab kuch ho chuka hai.</w:t>
      </w:r>
      <w:r>
        <w:br/>
      </w:r>
      <w:r>
        <w:rPr>
          <w:sz w:val="20"/>
        </w:rPr>
        <w:t>19:57  ab aap ko sirf uthna hai.</w:t>
      </w:r>
      <w:r>
        <w:br/>
      </w:r>
      <w:r>
        <w:rPr>
          <w:sz w:val="20"/>
        </w:rPr>
        <w:t>20:02  sirf uthna hai. Allah taala ne industrial age mein paida kiya. Industrial age paida kiya aur is mein computer age laya.</w:t>
      </w:r>
      <w:r>
        <w:br/>
      </w:r>
      <w:r>
        <w:rPr>
          <w:sz w:val="20"/>
        </w:rPr>
        <w:t>20:13  Allah taala ne le aaye. Computer age jo hai final age hai. Computer age jo hai is process ka final</w:t>
      </w:r>
      <w:r>
        <w:br/>
      </w:r>
      <w:r>
        <w:rPr>
          <w:sz w:val="20"/>
        </w:rPr>
        <w:t>20:25  conversion hai. Ab sab kuch tayyar ho chuka hai. Bas aap uthiye aur aur apni jo paisa aap kharch karte hain apne bachon par, jo ghar walon par, is ko Quran ke liye kharch kijiye.</w:t>
      </w:r>
      <w:r>
        <w:br/>
      </w:r>
      <w:r>
        <w:rPr>
          <w:sz w:val="20"/>
        </w:rPr>
        <w:t>20:43  yahi kaam reh gaya aap ka.</w:t>
      </w:r>
    </w:p>
    <w:p>
      <w:pPr>
        <w:pStyle w:val="Heading2"/>
      </w:pPr>
      <w:r>
        <w:t>Same Quran, two outcomes: guidance or misguidance</w:t>
      </w:r>
    </w:p>
    <w:p>
      <w:r>
        <w:rPr>
          <w:color w:val="666666"/>
          <w:sz w:val="18"/>
        </w:rPr>
        <w:t>Ramadan and Quranic Guidance July 29, 2012 · 49s · at 28:54 · https://youtu.be/WxpcI7qi4d0?t=1734</w:t>
      </w:r>
    </w:p>
    <w:p>
      <w:r>
        <w:rPr>
          <w:i/>
        </w:rPr>
        <w:t>“Yazillu bihi kaseeran wa yahdi bihi kaseeran”</w:t>
      </w:r>
    </w:p>
    <w:p>
      <w:r>
        <w:rPr>
          <w:sz w:val="20"/>
        </w:rPr>
        <w:t>28:54  quran mein hai ke yudillu bihi katheerun wa yahdi bihi katheerun.</w:t>
      </w:r>
      <w:r>
        <w:br/>
      </w:r>
      <w:r>
        <w:rPr>
          <w:sz w:val="20"/>
        </w:rPr>
        <w:t>29:00  yeh bohat ajeeb ayat hai. isi ek hi quran ke bare mein farmaaya, yeh quran kuch logon ko misguide karta hai.</w:t>
      </w:r>
      <w:r>
        <w:br/>
      </w:r>
      <w:r>
        <w:rPr>
          <w:sz w:val="20"/>
        </w:rPr>
        <w:t>29:10  aur kuch logon ko proper guidance deta hai. kaisi ajeeb baat hai yeh. yudillu bihi katheerun wa yahdi bihi katheerun.</w:t>
      </w:r>
      <w:r>
        <w:br/>
      </w:r>
      <w:r>
        <w:rPr>
          <w:sz w:val="20"/>
        </w:rPr>
        <w:t>29:19  ek hi ek hi kitab, ek hi صحیfa. isi ke bare mein farmaaya ke kisi ko sahi rehnumai milti hai aur koi bhatak jata hai.</w:t>
      </w:r>
      <w:r>
        <w:br/>
      </w:r>
      <w:r>
        <w:rPr>
          <w:sz w:val="20"/>
        </w:rPr>
        <w:t>29:33  yeh bohat ziyada sochne ki baat hai. hum mein se har shakhs is ka case ban sakta hai. to bohat ziyada sochne ki baat hai.</w:t>
      </w:r>
    </w:p>
    <w:p>
      <w:pPr>
        <w:pStyle w:val="Heading2"/>
      </w:pPr>
      <w:r>
        <w:t>Prophets not accessible to all</w:t>
      </w:r>
    </w:p>
    <w:p>
      <w:r>
        <w:rPr>
          <w:color w:val="666666"/>
          <w:sz w:val="18"/>
        </w:rPr>
        <w:t>Quran Compilation November 16, 2014 · 39s · at 3:17 · https://youtu.be/fMlK2jWO4EU?t=197</w:t>
      </w:r>
    </w:p>
    <w:p>
      <w:r>
        <w:rPr>
          <w:i/>
        </w:rPr>
        <w:t>“Dekhiye paighambar har ek ke liye dastiyab nahi ho sakta”</w:t>
      </w:r>
    </w:p>
    <w:p>
      <w:r>
        <w:rPr>
          <w:sz w:val="20"/>
        </w:rPr>
        <w:t>3:16  lekin</w:t>
      </w:r>
      <w:r>
        <w:br/>
      </w:r>
      <w:r>
        <w:rPr>
          <w:sz w:val="20"/>
        </w:rPr>
        <w:t>3:17  dekhen peghambar har ek ke liye dastiyab nahi ho sakta jaise peghambar farz kijiye ke Makkah mein hai</w:t>
      </w:r>
      <w:r>
        <w:br/>
      </w:r>
      <w:r>
        <w:rPr>
          <w:sz w:val="20"/>
        </w:rPr>
        <w:t>3:27  mein Delhi mein hoon to peghambar se milne ke liye to mujhe bohat lamba safar karna parega</w:t>
      </w:r>
      <w:r>
        <w:br/>
      </w:r>
      <w:r>
        <w:rPr>
          <w:sz w:val="20"/>
        </w:rPr>
        <w:t>3:34  to peghambar in person</w:t>
      </w:r>
      <w:r>
        <w:br/>
      </w:r>
      <w:r>
        <w:rPr>
          <w:sz w:val="20"/>
        </w:rPr>
        <w:t>3:38  har ek ke liye dastiyab nahi ho sakta hai</w:t>
      </w:r>
      <w:r>
        <w:br/>
      </w:r>
      <w:r>
        <w:rPr>
          <w:sz w:val="20"/>
        </w:rPr>
        <w:t>3:42  to zaroorat thi ke ek kitab maujood ho jo har ek ke liye dastiyab ho jaye insan kahin</w:t>
      </w:r>
      <w:r>
        <w:br/>
      </w:r>
      <w:r>
        <w:rPr>
          <w:sz w:val="20"/>
        </w:rPr>
        <w:t>3:48  bhi ho woh kitab ko parh kar jaane ke peghambar ka paigham kya hai</w:t>
      </w:r>
    </w:p>
    <w:p>
      <w:pPr>
        <w:pStyle w:val="Heading2"/>
      </w:pPr>
      <w:r>
        <w:t>Sunrise as the biggest news of the day</w:t>
      </w:r>
    </w:p>
    <w:p>
      <w:r>
        <w:rPr>
          <w:color w:val="666666"/>
          <w:sz w:val="18"/>
        </w:rPr>
        <w:t>In Conversation with Maulana Syed Iqbal Omeri and Maulana Khateeb Asrar Omeri Oct 10, 2023 · 36s · at 11:04 · https://youtu.be/kdukzcSdq6k?t=664</w:t>
      </w:r>
    </w:p>
    <w:p>
      <w:r>
        <w:rPr>
          <w:i/>
        </w:rPr>
        <w:t>“Bhai, aaj suraj nikla hai, is se badi koi khabar nahi”</w:t>
      </w:r>
    </w:p>
    <w:p>
      <w:r>
        <w:rPr>
          <w:sz w:val="20"/>
        </w:rPr>
        <w:t>11:04  toh maulana yahi kaha karte the, bhai, aaj suraj nikla hai, is se badi koi khabar ho sakti hai ke Khuda ne aap ko ek din aur de diya hai.</w:t>
      </w:r>
      <w:r>
        <w:br/>
      </w:r>
      <w:r>
        <w:rPr>
          <w:sz w:val="20"/>
        </w:rPr>
        <w:t>11:17  Khuda ne aap ko azadi ka ek aur din de diya hai taake tum us ko jaan sako. phir maulana yeh ayat padha</w:t>
      </w:r>
      <w:r>
        <w:br/>
      </w:r>
      <w:r>
        <w:rPr>
          <w:sz w:val="20"/>
        </w:rPr>
        <w:t>11:24  karte the: idha ash shamsu kuwwirat ke yaad rakho ke jab suraj laipet liya jayega, yaani suraj ki roshni chhin jayegi, suraj talu nahi hoga, toh woh din qayamat ka din hoga aur aap ko amal ka mauqa nahi hoga.</w:t>
      </w:r>
    </w:p>
    <w:p>
      <w:pPr>
        <w:pStyle w:val="Heading2"/>
      </w:pPr>
      <w:r>
        <w:t>hadith on Quran's endless wonders</w:t>
      </w:r>
    </w:p>
    <w:p>
      <w:r>
        <w:rPr>
          <w:color w:val="666666"/>
          <w:sz w:val="18"/>
        </w:rPr>
        <w:t>History Repeats Itself 10th March 2013 · 26s · at 54:05 · https://youtu.be/dsjxiXLPXeg?t=3245</w:t>
      </w:r>
    </w:p>
    <w:p>
      <w:r>
        <w:rPr>
          <w:i/>
        </w:rPr>
        <w:t>“Quran ke ajaib kabhi khatam na honge”</w:t>
      </w:r>
    </w:p>
    <w:p>
      <w:r>
        <w:rPr>
          <w:sz w:val="20"/>
        </w:rPr>
        <w:t>54:05  to is aayat mein jab mujhe yeh baatein daryaft huin. to mujhe phir woh hadith yaad aayi. ke la tanqadi ajaibuhu.</w:t>
      </w:r>
      <w:r>
        <w:br/>
      </w:r>
      <w:r>
        <w:rPr>
          <w:sz w:val="20"/>
        </w:rPr>
        <w:t>54:15  quran ke ajaaib kabhi khatm na honge.</w:t>
      </w:r>
      <w:r>
        <w:br/>
      </w:r>
      <w:r>
        <w:rPr>
          <w:sz w:val="20"/>
        </w:rPr>
        <w:t>54:20  to ajaaib khatm hone ka matlab kya hai? hamesha naye naye ajaaib daryaft hote rahenge. yeh matlab hai iska.</w:t>
      </w:r>
    </w:p>
    <w:p>
      <w:pPr>
        <w:pStyle w:val="Heading2"/>
      </w:pPr>
      <w:r>
        <w:t>heart in Qur'an means mind, not organ</w:t>
      </w:r>
    </w:p>
    <w:p>
      <w:r>
        <w:rPr>
          <w:color w:val="666666"/>
          <w:sz w:val="18"/>
        </w:rPr>
        <w:t>In Conversation with Maulana Wahiduddin Khan English · 41s · at 42:53 · https://youtu.be/QZrkP8Z3Fv8?t=2573</w:t>
      </w:r>
    </w:p>
    <w:p>
      <w:r>
        <w:rPr>
          <w:i/>
        </w:rPr>
        <w:t>“No, not at all, it is a literary style”</w:t>
      </w:r>
    </w:p>
    <w:p>
      <w:r>
        <w:rPr>
          <w:sz w:val="20"/>
        </w:rPr>
        <w:t>42:53  Doesn't this imply that the Qur'an is actually contradicting science? No, not at all. It is a literary style</w:t>
      </w:r>
      <w:r>
        <w:br/>
      </w:r>
      <w:r>
        <w:rPr>
          <w:sz w:val="20"/>
        </w:rPr>
        <w:t>43:04  . It is not a scientific language. It is a literary style. You know, in every language,</w:t>
      </w:r>
      <w:r>
        <w:br/>
      </w:r>
      <w:r>
        <w:rPr>
          <w:sz w:val="20"/>
        </w:rPr>
        <w:t>43:12  the same style is</w:t>
      </w:r>
      <w:r>
        <w:br/>
      </w:r>
      <w:r>
        <w:rPr>
          <w:sz w:val="20"/>
        </w:rPr>
        <w:t>43:18  the same style is in usage. So, here, the heart is in a symbolic sense.</w:t>
      </w:r>
      <w:r>
        <w:br/>
      </w:r>
      <w:r>
        <w:rPr>
          <w:sz w:val="20"/>
        </w:rPr>
        <w:t>43:28  The heart is in a symbolic sense. The heart means the center of thought.</w:t>
      </w:r>
    </w:p>
    <w:p>
      <w:pPr>
        <w:pStyle w:val="Heading2"/>
      </w:pPr>
      <w:r>
        <w:t>The one crucial word people miss in fasting</w:t>
      </w:r>
    </w:p>
    <w:p>
      <w:r>
        <w:rPr>
          <w:color w:val="666666"/>
          <w:sz w:val="18"/>
        </w:rPr>
        <w:t>For The Sake of God July 27, 2014 · 22s · at 2:59 · https://youtu.be/3lPfny7j2NE?t=179</w:t>
      </w:r>
    </w:p>
    <w:p>
      <w:r>
        <w:rPr>
          <w:i/>
        </w:rPr>
        <w:t>“Log ne isko sirf roze se juda kar liya”</w:t>
      </w:r>
    </w:p>
    <w:p>
      <w:r>
        <w:rPr>
          <w:sz w:val="20"/>
        </w:rPr>
        <w:t>2:59  Toh dekhiye, logon ne is ko sirf roze se mutalliq kar liya, haalankeh asal jo crucial word is mein hai woh hai "li" , yani "lillahi".</w:t>
      </w:r>
      <w:r>
        <w:br/>
      </w:r>
      <w:r>
        <w:rPr>
          <w:sz w:val="20"/>
        </w:rPr>
        <w:t>3:10  to mein bohat dinon tak yeh sochta raha, aur mein dekhta tha ke roza jo us waqt musalmanon mein hai, us ka to koi important dar nahi aata.</w:t>
      </w:r>
    </w:p>
    <w:p>
      <w:pPr>
        <w:pStyle w:val="Heading2"/>
      </w:pPr>
      <w:r>
        <w:t>Love of homeland is human nature, hadith or not</w:t>
      </w:r>
    </w:p>
    <w:p>
      <w:r>
        <w:rPr>
          <w:color w:val="666666"/>
          <w:sz w:val="18"/>
        </w:rPr>
        <w:t>Rationalization of Evil Feb 15, 2009 · 49s · at 1:31:43 · https://youtu.be/WbeB4g7sNQ4?t=5503</w:t>
      </w:r>
    </w:p>
    <w:p>
      <w:r>
        <w:rPr>
          <w:i/>
        </w:rPr>
        <w:t>“اگر یہ حدیث رسول نہ ہو تو یہ حدیث فطرت ہے”</w:t>
      </w:r>
    </w:p>
    <w:p>
      <w:r>
        <w:rPr>
          <w:sz w:val="20"/>
        </w:rPr>
        <w:t>1:31:43  Yeh yaad rakhiye, agar yeh Hadees-e-Rasool na ho, tab bhi yeh Hadees-e-Fitrat hai. Yeh Fitrat mein hai insaan ke ke woh apne watan se mohabbat kare.</w:t>
      </w:r>
      <w:r>
        <w:br/>
      </w:r>
      <w:r>
        <w:rPr>
          <w:sz w:val="20"/>
        </w:rPr>
        <w:t>1:31:54  To main ne poocha ke bataiye, kahan likha hua hai ke aib, aib, aye logon, apne maa se mohabbat karo? Kahan likha hua hai? To hubb-ul-umm min-al-iman agar na ho to hubb-ul-umm min-al-fitrah hai.</w:t>
      </w:r>
      <w:r>
        <w:br/>
      </w:r>
      <w:r>
        <w:rPr>
          <w:sz w:val="20"/>
        </w:rPr>
        <w:t>1:32:04  Woh kahan likha hua hai ke hubb-ul-umm jo hai, maa se mohabbat karna zaroori hai aap ke liye? Lekin sab log mohabbat karte hain apni maa se.</w:t>
      </w:r>
      <w:r>
        <w:br/>
      </w:r>
      <w:r>
        <w:rPr>
          <w:sz w:val="20"/>
        </w:rPr>
        <w:t>1:32:15  Kaun jo apni maa se mohabbat na karta ho? Hai kahan? Kahin likha hua nahi ke hubb-ul-umm min-al-iman, maa se mohabbat karo, yeh iman ka hissa hai. Yeh to main ne kaha ke dekhiye, agar hubb-ul-watan min-al-iman Hadees na ho, Hadees-e-Rasool na ho, tab bhi woh Hadees-e-Fitrat hai.</w:t>
      </w:r>
    </w:p>
    <w:p>
      <w:pPr>
        <w:pStyle w:val="Heading2"/>
      </w:pPr>
      <w:r>
        <w:t>The Quran needs redefining today, not re-revealing</w:t>
      </w:r>
    </w:p>
    <w:p>
      <w:r>
        <w:rPr>
          <w:color w:val="666666"/>
          <w:sz w:val="18"/>
        </w:rPr>
        <w:t>Revival of Islam November 7, 2010 · 25s · at 20:12 · https://youtu.be/-aRS72WUTR8?t=1212</w:t>
      </w:r>
    </w:p>
    <w:p>
      <w:r>
        <w:rPr>
          <w:i/>
        </w:rPr>
        <w:t>“Quran has to be re-defined today, not re-revealed”</w:t>
      </w:r>
    </w:p>
    <w:p>
      <w:r>
        <w:rPr>
          <w:sz w:val="20"/>
        </w:rPr>
        <w:t>20:12  kisi ne kaha hai ke quran has to be revealed to day. main samajhta hoon ke is mein ek jo lafz istemaal kiya, revealed, woh theek nahi hai.</w:t>
      </w:r>
      <w:r>
        <w:br/>
      </w:r>
      <w:r>
        <w:rPr>
          <w:sz w:val="20"/>
        </w:rPr>
        <w:t>20:23  zyada sahi hai ke aap kahein ke quran has to be redefined to day.</w:t>
      </w:r>
      <w:r>
        <w:br/>
      </w:r>
      <w:r>
        <w:rPr>
          <w:sz w:val="20"/>
        </w:rPr>
        <w:t>20:29  phir se reveal karne ki zaroorat nahi hai, phir se define karne ki zaroorat hai. aisi dekhiye, bahut saari cheezein hain.</w:t>
      </w:r>
    </w:p>
    <w:p>
      <w:pPr>
        <w:pStyle w:val="Heading2"/>
      </w:pPr>
      <w:r>
        <w:t>Quran as a miraculously preserved 1400-year-old book</w:t>
      </w:r>
    </w:p>
    <w:p>
      <w:r>
        <w:rPr>
          <w:color w:val="666666"/>
          <w:sz w:val="18"/>
        </w:rPr>
        <w:t>Ramadan and the Quran April 17, 2022 Prof. Farida Khanam · 27s · at 4:40 · https://youtu.be/SszJCaNKkZw?t=280</w:t>
      </w:r>
    </w:p>
    <w:p>
      <w:r>
        <w:rPr>
          <w:i/>
        </w:rPr>
        <w:t>“कुरान is a preserved book, एक miraculous चीज़ है”</w:t>
      </w:r>
    </w:p>
    <w:p>
      <w:r>
        <w:rPr>
          <w:sz w:val="20"/>
        </w:rPr>
        <w:t>4:40  to wo kehte the ke quran is a preserved book aur yeh ek bahut badi ek miraculous cheez hai ke quran jo chaudah sau saal pehle utara gaya wo waise ka waisa mehfooz hai. to yeh safeguarding of the quran kaise hui? iske peeche kya maqsad tha? isko aap wazeh karein. asal mein tamam jo divine books theen, wo sab perfect theen.</w:t>
      </w:r>
      <w:r>
        <w:br/>
      </w:r>
      <w:r>
        <w:rPr>
          <w:sz w:val="20"/>
        </w:rPr>
        <w:t>5:07  lekin aisa hua ke insan usko mehfooz nahi kar saka. to hazrat adam alaih salam jo the wo pehle paigambar the. to allah taala ne sabko ek hi message bheja har kaum ko, uske saath paigambar bheje aur unko ek hi message bheja. lekin masla yeh tha ke insan jo hai wo usko mehfooz nahi kar pata tha.</w:t>
      </w:r>
    </w:p>
    <w:p>
      <w:pPr>
        <w:pStyle w:val="Heading2"/>
      </w:pPr>
      <w:r>
        <w:t>Opening prayer from the Quran</w:t>
      </w:r>
    </w:p>
    <w:p>
      <w:r>
        <w:rPr>
          <w:color w:val="666666"/>
          <w:sz w:val="18"/>
        </w:rPr>
        <w:t>Dars-e-Quran, Chapter 2, Verses 72-74 May 13, 2018 · 25s · at 0:10 · https://youtu.be/tPUOXnxXwK4?t=10</w:t>
      </w:r>
    </w:p>
    <w:p>
      <w:r>
        <w:rPr>
          <w:i/>
        </w:rPr>
        <w:t>“Bismillah ir-Rahman ir-Rahim”</w:t>
      </w:r>
    </w:p>
    <w:p>
      <w:r>
        <w:rPr>
          <w:sz w:val="20"/>
        </w:rPr>
        <w:t>0:10  bismillah rehman rahim, wa salallahu ala nabiyyil karim.</w:t>
      </w:r>
      <w:r>
        <w:br/>
      </w:r>
      <w:r>
        <w:rPr>
          <w:sz w:val="20"/>
        </w:rPr>
        <w:t>0:20  rab ishrah li sadri, wa yassir li amri, wahlul uqdatan min lisani yafqahu qawli.</w:t>
      </w:r>
    </w:p>
    <w:p>
      <w:pPr>
        <w:pStyle w:val="Heading2"/>
      </w:pPr>
      <w:r>
        <w:t>We are not alone; angel companion</w:t>
      </w:r>
    </w:p>
    <w:p>
      <w:r>
        <w:rPr>
          <w:color w:val="666666"/>
          <w:sz w:val="18"/>
        </w:rPr>
        <w:t>Living between Angels and Satan I 26th Jan.08 · 31s · at 54:51 · https://youtu.be/V6qfjCkiRcc?t=3291</w:t>
      </w:r>
    </w:p>
    <w:p>
      <w:r>
        <w:rPr>
          <w:i/>
        </w:rPr>
        <w:t>“It is really a great news that we are not alone.”</w:t>
      </w:r>
    </w:p>
    <w:p>
      <w:r>
        <w:rPr>
          <w:sz w:val="20"/>
        </w:rPr>
        <w:t>54:51  We have to save ourselves by the influence of Satan. It means that we are not alone in this world. It is really a great news that we are not alone in this world. Our companion is—is—is—is angel of God</w:t>
      </w:r>
    </w:p>
    <w:p>
      <w:pPr>
        <w:pStyle w:val="Heading2"/>
      </w:pPr>
      <w:r>
        <w:t>Guidance is 50% preacher, 50% listener's own nature</w:t>
      </w:r>
    </w:p>
    <w:p>
      <w:r>
        <w:rPr>
          <w:color w:val="666666"/>
          <w:sz w:val="18"/>
        </w:rPr>
        <w:t>Divine Guidance November 25, 2007 · 45s · at 1:52 · https://youtu.be/uJjypJ-8His?t=112</w:t>
      </w:r>
    </w:p>
    <w:p>
      <w:r>
        <w:rPr>
          <w:i/>
        </w:rPr>
        <w:t>“Da'i ka kaam sirf 50 percent hai”</w:t>
      </w:r>
    </w:p>
    <w:p>
      <w:r>
        <w:rPr>
          <w:sz w:val="20"/>
        </w:rPr>
        <w:t>1:52  humain kya karna hai is mein? aaj hi yeh baat mujhe samajh mein aayi ke is ka matlab kya hai. to matlab yeh hai ke daai ka kaam 50% hai,</w:t>
      </w:r>
      <w:r>
        <w:br/>
      </w:r>
      <w:r>
        <w:rPr>
          <w:sz w:val="20"/>
        </w:rPr>
        <w:t>2:07  baqi 50% madu ka kaam hai. yeh 50-50 ka muamla hai. madu ka matlab kya hai?</w:t>
      </w:r>
      <w:r>
        <w:br/>
      </w:r>
      <w:r>
        <w:rPr>
          <w:sz w:val="20"/>
        </w:rPr>
        <w:t>2:16  is ki apni nature.</w:t>
      </w:r>
      <w:r>
        <w:br/>
      </w:r>
      <w:r>
        <w:rPr>
          <w:sz w:val="20"/>
        </w:rPr>
        <w:t>2:20  to daai yeh karta hai ke woh baat ko batata hai, sachai ko batata hai. lekin yeh batana jo hai, is muamle mein daai ka role sirf 50% hai.</w:t>
      </w:r>
    </w:p>
    <w:p>
      <w:pPr>
        <w:pStyle w:val="Heading2"/>
      </w:pPr>
      <w:r>
        <w:t>Extremism forbidden in Islam</w:t>
      </w:r>
    </w:p>
    <w:p>
      <w:r>
        <w:rPr>
          <w:color w:val="666666"/>
          <w:sz w:val="18"/>
        </w:rPr>
        <w:t>Islam and Peace (In Conversation with Maulana) · 46s · at 26:16 · https://youtu.be/vFVw6wPt5lk?t=1576</w:t>
      </w:r>
    </w:p>
    <w:p>
      <w:r>
        <w:rPr>
          <w:i/>
        </w:rPr>
        <w:t>“It is due to Muslims' extremism.”</w:t>
      </w:r>
    </w:p>
    <w:p>
      <w:r>
        <w:rPr>
          <w:sz w:val="20"/>
        </w:rPr>
        <w:t>26:16  It is due to Muslims' extremism. There is ghulu. Ghulu was forbidden in Islam</w:t>
      </w:r>
      <w:r>
        <w:br/>
      </w:r>
      <w:r>
        <w:rPr>
          <w:sz w:val="20"/>
        </w:rPr>
        <w:t>26:25  . La ghulu wa fiddin. The Prophet of Islam has said, "La ghulu wa fiddin." It means there is no extremism in Islam.</w:t>
      </w:r>
      <w:r>
        <w:br/>
      </w:r>
      <w:r>
        <w:rPr>
          <w:sz w:val="20"/>
        </w:rPr>
        <w:t>26:36  So all these practices are due to extremism that is forbidden in Islam. So the blame goes to those extremist Muslims and not to Islam.</w:t>
      </w:r>
      <w:r>
        <w:br/>
      </w:r>
      <w:r>
        <w:rPr>
          <w:sz w:val="20"/>
        </w:rPr>
        <w:t>26:52  Coming back to the Quran, Maulana, does the Quran not mention that Jesus was Kalimatullah?</w:t>
      </w:r>
    </w:p>
    <w:p>
      <w:pPr>
        <w:pStyle w:val="Heading2"/>
      </w:pPr>
      <w:r>
        <w:t>People forget prayer the instant they leave the mosque</w:t>
      </w:r>
    </w:p>
    <w:p>
      <w:r>
        <w:rPr>
          <w:color w:val="666666"/>
          <w:sz w:val="18"/>
        </w:rPr>
        <w:t>Sects in Islam December 21, 2008 · 44s · at 54:49 · https://youtu.be/Y8C_ml3itz8?t=3289</w:t>
      </w:r>
    </w:p>
    <w:p>
      <w:r>
        <w:rPr>
          <w:i/>
        </w:rPr>
        <w:t>“Namaz ke baad koi namaz ki baat nahi karta”</w:t>
      </w:r>
    </w:p>
    <w:p>
      <w:r>
        <w:rPr>
          <w:sz w:val="20"/>
        </w:rPr>
        <w:t>54:49  Masjido mein aap jaiye, maslan jumme mein aap jaiye, wahan bohat log aate hain.</w:t>
      </w:r>
      <w:r>
        <w:br/>
      </w:r>
      <w:r>
        <w:rPr>
          <w:sz w:val="20"/>
        </w:rPr>
        <w:t>54:55  Namaz padhiye, namaz padh ke jab aap niklenge, jab aap dekhenge door ke bahar to koi ek shakhs bhi nahi milega aapko jo namaz ki baatein kar raha ho.</w:t>
      </w:r>
      <w:r>
        <w:br/>
      </w:r>
      <w:r>
        <w:rPr>
          <w:sz w:val="20"/>
        </w:rPr>
        <w:t>55:09  Har aadmi baatein kya kar raha hai? Koi dost ki, market ki, business ki, uski, uski kar raha hai. Bas kyun? Woh speed se namaz padhi nahi ho. Usne</w:t>
      </w:r>
      <w:r>
        <w:br/>
      </w:r>
      <w:r>
        <w:rPr>
          <w:sz w:val="20"/>
        </w:rPr>
        <w:t>55:20  Agar woh namaz padhi ho, usne woh jisne speed se bhari ho yeh to usiki baatein karega. Woh Sahaba Karam ke bare mein aata hai ke woh namaz jab padhte the</w:t>
      </w:r>
    </w:p>
    <w:p>
      <w:pPr>
        <w:pStyle w:val="Heading2"/>
      </w:pPr>
      <w:r>
        <w:t>Crusades defeat reframed as historical turning point</w:t>
      </w:r>
    </w:p>
    <w:p>
      <w:r>
        <w:rPr>
          <w:color w:val="666666"/>
          <w:sz w:val="18"/>
        </w:rPr>
        <w:t>Purpose of Creation September 28, 2014 · 31s · at 15:44 · https://youtu.be/7M-rzLZzCYw?t=944</w:t>
      </w:r>
    </w:p>
    <w:p>
      <w:r>
        <w:rPr>
          <w:i/>
        </w:rPr>
        <w:t>“Yeh jeet aur haar ka mamla nahi tha”</w:t>
      </w:r>
    </w:p>
    <w:p>
      <w:r>
        <w:rPr>
          <w:sz w:val="20"/>
        </w:rPr>
        <w:t>15:44  aur do so saal tak ladai hoti rahi is ki wapsi ke liye. lekin aap jante hain ke is mein European hukoomaton ko humiliating defeat hui.</w:t>
      </w:r>
      <w:r>
        <w:br/>
      </w:r>
      <w:r>
        <w:rPr>
          <w:sz w:val="20"/>
        </w:rPr>
        <w:t>16:00  humiliating defeat yaani muslim saltanatain jo thi woh kamyab huin. lekin yeh jeet aur haar ka muamla nahi tha.</w:t>
      </w:r>
      <w:r>
        <w:br/>
      </w:r>
      <w:r>
        <w:rPr>
          <w:sz w:val="20"/>
        </w:rPr>
        <w:t>16:11  yeh history ko ek naye daur mein dakhil karne ka muamla tha.</w:t>
      </w:r>
    </w:p>
    <w:p>
      <w:pPr>
        <w:pStyle w:val="Heading2"/>
      </w:pPr>
      <w:r>
        <w:t>Science does not reject Quran</w:t>
      </w:r>
    </w:p>
    <w:p>
      <w:r>
        <w:rPr>
          <w:color w:val="666666"/>
          <w:sz w:val="18"/>
        </w:rPr>
        <w:t>Islam and Science (In Conversation with Maulana) · 1m 00s · at 0:29 · https://youtu.be/pKS94tSXlT4?t=29</w:t>
      </w:r>
    </w:p>
    <w:p>
      <w:r>
        <w:rPr>
          <w:i/>
        </w:rPr>
        <w:t>“Dekhiye, yeh baat ghalat hai ke science reject karti hai.”</w:t>
      </w:r>
    </w:p>
    <w:p>
      <w:r>
        <w:rPr>
          <w:sz w:val="20"/>
        </w:rPr>
        <w:t>0:29  dekhen, yeh baat galat hai ke science reject karti hai. yeh ke ek science khamosh hai. koi science aisi nahi hai jo is ko—science ne is ko na to yani mana hai na reject kiya hai.</w:t>
      </w:r>
      <w:r>
        <w:br/>
      </w:r>
      <w:r>
        <w:rPr>
          <w:sz w:val="20"/>
        </w:rPr>
        <w:t>0:43  is hawalay se science khamosh hai. to abhi to science, aap jante hain ke khud science ki discoveries jo hain woh kehti hain ke universe ka jo mass hai, m a double s,</w:t>
      </w:r>
      <w:r>
        <w:br/>
      </w:r>
      <w:r>
        <w:rPr>
          <w:sz w:val="20"/>
        </w:rPr>
        <w:t>0:59  is ka 95% hissa aisa hai jo abhi hum be khabar hain. dark matters mushkil se 5% ke baray mein kuch juzwi maloomat hui hain.</w:t>
      </w:r>
      <w:r>
        <w:br/>
      </w:r>
      <w:r>
        <w:rPr>
          <w:sz w:val="20"/>
        </w:rPr>
        <w:t>1:15  woh bhi ek scientist ki zuban mein: "We are knowing more and more about less and less." to yeh galat kehna hai, yeh baat galat hai kehna ke science is ko inkar karti hai.</w:t>
      </w:r>
    </w:p>
    <w:p>
      <w:pPr>
        <w:pStyle w:val="Heading2"/>
      </w:pPr>
      <w:r>
        <w:t>Quran verse: intelligent people alone truly fear God</w:t>
      </w:r>
    </w:p>
    <w:p>
      <w:r>
        <w:rPr>
          <w:color w:val="666666"/>
          <w:sz w:val="18"/>
        </w:rPr>
        <w:t>Dars-e-Quran July 30, 2007 · 47s · at 7:57 · https://youtu.be/9D_8jxwLKlE?t=477</w:t>
      </w:r>
    </w:p>
    <w:p>
      <w:r>
        <w:rPr>
          <w:i/>
        </w:rPr>
        <w:t>“Ittaqu ya ulil albab — aye aqal walo, mujhse daro”</w:t>
      </w:r>
    </w:p>
    <w:p>
      <w:r>
        <w:rPr>
          <w:sz w:val="20"/>
        </w:rPr>
        <w:t>7:57  is tarah se ek aur ayat hai: ittaqu ya ulil albab. yeh Quran ki ek ayat hai: ittaqu ya ulil albab.</w:t>
      </w:r>
      <w:r>
        <w:br/>
      </w:r>
      <w:r>
        <w:rPr>
          <w:sz w:val="20"/>
        </w:rPr>
        <w:t>8:13  ae aqal walo! mujh se daro. yani Allah ne farmaya: ae aqal walo! mujh se daro.</w:t>
      </w:r>
      <w:r>
        <w:br/>
      </w:r>
      <w:r>
        <w:rPr>
          <w:sz w:val="20"/>
        </w:rPr>
        <w:t>8:24  to is ke ma'ni kya hue ke taqwa jo hai wo aqal ki baat hai.</w:t>
      </w:r>
      <w:r>
        <w:br/>
      </w:r>
      <w:r>
        <w:rPr>
          <w:sz w:val="20"/>
        </w:rPr>
        <w:t>8:31  aqal wale hi samajh sakte hain ke taqwa ki ahmiyat kya hai.</w:t>
      </w:r>
      <w:r>
        <w:br/>
      </w:r>
      <w:r>
        <w:rPr>
          <w:sz w:val="20"/>
        </w:rPr>
        <w:t>8:38  yani taqwa mein ulil albab ka matlab hai aqal wale.</w:t>
      </w:r>
    </w:p>
    <w:p>
      <w:pPr>
        <w:pStyle w:val="Heading2"/>
      </w:pPr>
      <w:r>
        <w:t>Love belongs to God, children are a duty</w:t>
      </w:r>
    </w:p>
    <w:p>
      <w:r>
        <w:rPr>
          <w:color w:val="666666"/>
          <w:sz w:val="18"/>
        </w:rPr>
        <w:t>Journey to Aqsa Mosque November 10, 2008 · 49s · at 1:22:12 · https://youtu.be/40kOr2jznE0?t=4932</w:t>
      </w:r>
    </w:p>
    <w:p>
      <w:r>
        <w:rPr>
          <w:i/>
        </w:rPr>
        <w:t>“بچے آپ کی محبت کا مرکز نہیں بن سکتے”</w:t>
      </w:r>
    </w:p>
    <w:p>
      <w:r>
        <w:rPr>
          <w:sz w:val="20"/>
        </w:rPr>
        <w:t>1:22:12  bachche aap ki mohabbat ka markaz nahin ban</w:t>
      </w:r>
      <w:r>
        <w:br/>
      </w:r>
      <w:r>
        <w:rPr>
          <w:sz w:val="20"/>
        </w:rPr>
        <w:t>1:22:14  sakte. bachchon ke liye khuda ne mohabbat nahin rakhi hai. aulad aap ke liye responsibility hai. yaad rakhiye, is ko achhi tarah samajh lijie.</w:t>
      </w:r>
      <w:r>
        <w:br/>
      </w:r>
      <w:r>
        <w:rPr>
          <w:sz w:val="20"/>
        </w:rPr>
        <w:t>1:22:24  aulad aap ki responsibility hai. aulad se agar mohabbat karte hain to aap khuda ke saath, khuda ki cheez aulad ko de rahe hain.</w:t>
      </w:r>
      <w:r>
        <w:br/>
      </w:r>
      <w:r>
        <w:rPr>
          <w:sz w:val="20"/>
        </w:rPr>
        <w:t>1:22:34  mohabbat ka jo jazbaat aap ke andar rakha gaya hai, is ka sole haq sirf khuda</w:t>
      </w:r>
      <w:r>
        <w:br/>
      </w:r>
      <w:r>
        <w:rPr>
          <w:sz w:val="20"/>
        </w:rPr>
        <w:t>1:22:38  ko hai, wal-lazina aamanu ashadd hubban lil-lah. aulad se mohabbat karte hain to aap ek shirk karte hain. aap shirk, yaani khuda ka haq aulad ko de rahe hain.</w:t>
      </w:r>
      <w:r>
        <w:br/>
      </w:r>
      <w:r>
        <w:rPr>
          <w:sz w:val="20"/>
        </w:rPr>
        <w:t>1:22:49  is mein zara bhi shakk mat kijiye. kisi ko shakk ho to mere paas aaye, main kitabein dikhaunga is ko. to khulasa is ka yeh hai ke</w:t>
      </w:r>
    </w:p>
    <w:p>
      <w:pPr>
        <w:pStyle w:val="Heading2"/>
      </w:pPr>
      <w:r>
        <w:t>Best concept of freedom in Quran</w:t>
      </w:r>
    </w:p>
    <w:p>
      <w:r>
        <w:rPr>
          <w:color w:val="666666"/>
          <w:sz w:val="18"/>
        </w:rPr>
        <w:t>The Message of The Quran at IIC | October 31, 2009 · 30s · at 15:31 · https://youtu.be/bybfuPv1p98?t=931</w:t>
      </w:r>
    </w:p>
    <w:p>
      <w:r>
        <w:rPr>
          <w:i/>
        </w:rPr>
        <w:t>“For you your religion, for me mine”</w:t>
      </w:r>
    </w:p>
    <w:p>
      <w:r>
        <w:rPr>
          <w:sz w:val="20"/>
        </w:rPr>
        <w:t>15:31  woh kya hai? "lakum deenukum waliya deen".</w:t>
      </w:r>
      <w:r>
        <w:br/>
      </w:r>
      <w:r>
        <w:rPr>
          <w:sz w:val="20"/>
        </w:rPr>
        <w:t>15:35  "For you your religion for me mine".</w:t>
      </w:r>
      <w:r>
        <w:br/>
      </w:r>
      <w:r>
        <w:rPr>
          <w:sz w:val="20"/>
        </w:rPr>
        <w:t>15:39  best concept hai freedom ka.</w:t>
      </w:r>
      <w:r>
        <w:br/>
      </w:r>
      <w:r>
        <w:rPr>
          <w:sz w:val="20"/>
        </w:rPr>
        <w:t>15:44  yani aap agar chahein keh sab log aik ho jayein then you cannot establish freedom.</w:t>
      </w:r>
      <w:r>
        <w:br/>
      </w:r>
      <w:r>
        <w:rPr>
          <w:sz w:val="20"/>
        </w:rPr>
        <w:t>15:48  sab se best formula yeh hai co-existence.</w:t>
      </w:r>
      <w:r>
        <w:br/>
      </w:r>
      <w:r>
        <w:rPr>
          <w:sz w:val="20"/>
        </w:rPr>
        <w:t>15:52  keh aap apne pe chalein, main apne pe chaloon ga.</w:t>
      </w:r>
      <w:r>
        <w:br/>
      </w:r>
      <w:r>
        <w:rPr>
          <w:sz w:val="20"/>
        </w:rPr>
        <w:t>15:57  jahan bhi aap dekhein</w:t>
      </w:r>
    </w:p>
    <w:p>
      <w:pPr>
        <w:pStyle w:val="Heading2"/>
      </w:pPr>
      <w:r>
        <w:t>journalist says this small book shook the world</w:t>
      </w:r>
    </w:p>
    <w:p>
      <w:r>
        <w:rPr>
          <w:color w:val="666666"/>
          <w:sz w:val="18"/>
        </w:rPr>
        <w:t>The Message of The Quran (English) July 4, 2009 · 45s · at 23:03 · https://youtu.be/1DoXQna1vuY?t=1383</w:t>
      </w:r>
    </w:p>
    <w:p>
      <w:r>
        <w:rPr>
          <w:i/>
        </w:rPr>
        <w:t>“I presented this Quran to a senior journalist from Delhi”</w:t>
      </w:r>
    </w:p>
    <w:p>
      <w:r>
        <w:rPr>
          <w:sz w:val="20"/>
        </w:rPr>
        <w:t>23:03  so he said that, this gentleman said that: "i presented this quran to a senior journalist from delhi." he belongs to delhi.</w:t>
      </w:r>
      <w:r>
        <w:br/>
      </w:r>
      <w:r>
        <w:rPr>
          <w:sz w:val="20"/>
        </w:rPr>
        <w:t>23:19  so after, after seeing the title: "the quran", the journalist said: "is choti si book ne duniya mein tehalka macha rakha hai." although it is small book,</w:t>
      </w:r>
      <w:r>
        <w:br/>
      </w:r>
      <w:r>
        <w:rPr>
          <w:sz w:val="20"/>
        </w:rPr>
        <w:t>23:40  that this book has created a storm, a great storm throughout the world.</w:t>
      </w:r>
    </w:p>
    <w:p>
      <w:pPr>
        <w:pStyle w:val="Heading2"/>
      </w:pPr>
      <w:r>
        <w:t>difficulties are a blessing not a curse</w:t>
      </w:r>
    </w:p>
    <w:p>
      <w:r>
        <w:rPr>
          <w:color w:val="666666"/>
          <w:sz w:val="18"/>
        </w:rPr>
        <w:t>The Message of The Quran (English) July 4, 2009 · 40s · at 12:27 · https://youtu.be/1DoXQna1vuY?t=747</w:t>
      </w:r>
    </w:p>
    <w:p>
      <w:r>
        <w:rPr>
          <w:i/>
        </w:rPr>
        <w:t>“All progress, all development are due to problems”</w:t>
      </w:r>
    </w:p>
    <w:p>
      <w:r>
        <w:rPr>
          <w:sz w:val="20"/>
        </w:rPr>
        <w:t>12:27  difficulties and problems activate you? then you start thinking, and then you are able to turn your potential into actual.</w:t>
      </w:r>
      <w:r>
        <w:br/>
      </w:r>
      <w:r>
        <w:rPr>
          <w:sz w:val="20"/>
        </w:rPr>
        <w:t>12:39  so all the progress, all the development are due to problem, due to difficulties.</w:t>
      </w:r>
      <w:r>
        <w:br/>
      </w:r>
      <w:r>
        <w:rPr>
          <w:sz w:val="20"/>
        </w:rPr>
        <w:t>12:49  difficulties are not evil, not curse. difficulties or problems are placing.</w:t>
      </w:r>
      <w:r>
        <w:br/>
      </w:r>
      <w:r>
        <w:rPr>
          <w:sz w:val="20"/>
        </w:rPr>
        <w:t>12:57  so when you think in this way, then you will say: alhamdulillah rabbil alamin. o god, you are lord of the universe.</w:t>
      </w:r>
    </w:p>
    <w:p>
      <w:pPr>
        <w:pStyle w:val="Heading2"/>
      </w:pPr>
      <w:r>
        <w:t>God's plan includes hardship, manage it</w:t>
      </w:r>
    </w:p>
    <w:p>
      <w:r>
        <w:rPr>
          <w:color w:val="666666"/>
          <w:sz w:val="18"/>
        </w:rPr>
        <w:t>The Message of Islam March 29, 2014 Maulana Wahiduddin Khan · 50s · at 15:42 · https://youtu.be/cVBrjiI9ngY?t=942</w:t>
      </w:r>
    </w:p>
    <w:p>
      <w:r>
        <w:rPr>
          <w:i/>
        </w:rPr>
        <w:t>“God created man in hardship; learn to manage problems.”</w:t>
      </w:r>
    </w:p>
    <w:p>
      <w:r>
        <w:rPr>
          <w:sz w:val="20"/>
        </w:rPr>
        <w:t>15:42  ab is ayat par pahunche aap ke "laqad khalaqnal insana fi kabadin" ke hum ne, yani Allah ne paida kiya insaan ko kabad mein.</w:t>
      </w:r>
      <w:r>
        <w:br/>
      </w:r>
      <w:r>
        <w:rPr>
          <w:sz w:val="20"/>
        </w:rPr>
        <w:t>15:57  kabad ka matlab hai mushkilat, mushkilat. ab jab yeh parhen ge aap to aap creation plan of God ko daryaft karen ge</w:t>
      </w:r>
      <w:r>
        <w:br/>
      </w:r>
      <w:r>
        <w:rPr>
          <w:sz w:val="20"/>
        </w:rPr>
        <w:t>16:11  ke Allah ka jo takhleeqi mansooba hai us ke mutabiq dunya mein zaroor mushkil rahe ga,</w:t>
      </w:r>
      <w:r>
        <w:br/>
      </w:r>
      <w:r>
        <w:rPr>
          <w:sz w:val="20"/>
        </w:rPr>
        <w:t>16:21  zaroor challenge rahe ga, zaroor muqabla hoga, yeh to hoga, hoga. tab aap kya karen ge? aap aap mushkil ko ma'alij karna seekhen ge,</w:t>
      </w:r>
    </w:p>
    <w:p>
      <w:pPr>
        <w:pStyle w:val="Heading2"/>
      </w:pPr>
      <w:r>
        <w:t>Angels record a grateful believer</w:t>
      </w:r>
    </w:p>
    <w:p>
      <w:r>
        <w:rPr>
          <w:color w:val="666666"/>
          <w:sz w:val="18"/>
        </w:rPr>
        <w:t>Realization of God 12 May 2018 - Maulana Wahiduddin Khan · 44s · at 11:34 · https://youtu.be/Z_0nn6MHsog?t=694</w:t>
      </w:r>
    </w:p>
    <w:p>
      <w:r>
        <w:rPr>
          <w:i/>
        </w:rPr>
        <w:t>“Farishte apne record mein likhenge”</w:t>
      </w:r>
    </w:p>
    <w:p>
      <w:r>
        <w:rPr>
          <w:sz w:val="20"/>
        </w:rPr>
        <w:t>11:34  firishte apne record mein likhein ge: yeh aik insaan so kar utha hai</w:t>
      </w:r>
      <w:r>
        <w:br/>
      </w:r>
      <w:r>
        <w:rPr>
          <w:sz w:val="20"/>
        </w:rPr>
        <w:t>11:45  jo Allah rabb ul alameen ki</w:t>
      </w:r>
      <w:r>
        <w:br/>
      </w:r>
      <w:r>
        <w:rPr>
          <w:sz w:val="20"/>
        </w:rPr>
        <w:t>11:52  marifat wala insaan tha, Allah rabb ul alameen ki marifat wala insaan, aur woh Allah ki nematon par shukr karne wala insaan hai.</w:t>
      </w:r>
      <w:r>
        <w:br/>
      </w:r>
      <w:r>
        <w:rPr>
          <w:sz w:val="20"/>
        </w:rPr>
        <w:t>12:04  "aarif li zaatihi wa shakir li an'umihi"۔ yaani Allah ki marifat wala insaan aur Allah ki nematon par shukr karne wala insaan.</w:t>
      </w:r>
    </w:p>
    <w:p>
      <w:pPr>
        <w:pStyle w:val="Heading2"/>
      </w:pPr>
      <w:r>
        <w:t>Prophet refuses wealth for humility</w:t>
      </w:r>
    </w:p>
    <w:p>
      <w:r>
        <w:rPr>
          <w:color w:val="666666"/>
          <w:sz w:val="18"/>
        </w:rPr>
        <w:t>Ramadan and Roza 5th August, 2012 Maulana Wahiduddin Khan · 44s · at 4:05 · https://youtu.be/EVCudm_mwp0?t=245</w:t>
      </w:r>
    </w:p>
    <w:p>
      <w:r>
        <w:rPr>
          <w:i/>
        </w:rPr>
        <w:t>“Yeh hai ke aap se isi doran ek farishte ne aa kar kaha”</w:t>
      </w:r>
    </w:p>
    <w:p>
      <w:r>
        <w:rPr>
          <w:sz w:val="20"/>
        </w:rPr>
        <w:t>4:05  yeh hai ke aap se isi douran ek ek farishtay ne aa kar kaha ke Allah taala ne mujhe bheja hai aur makkah ke jo wadi hai us ko sara sona bana kar aap ko de diya jaye.</w:t>
      </w:r>
      <w:r>
        <w:br/>
      </w:r>
      <w:r>
        <w:rPr>
          <w:sz w:val="20"/>
        </w:rPr>
        <w:t>4:22  to aap ne farmaya ke la ya rabb. nahi Khuda aisa nahi. bal idha ju't tadharra'tu to</w:t>
      </w:r>
      <w:r>
        <w:br/>
      </w:r>
      <w:r>
        <w:rPr>
          <w:sz w:val="20"/>
        </w:rPr>
        <w:t>4:34  jab mujhe bhook lagay to main tadarru karoon. is ka matlab hai bhook lagna aur pyaas lagna yeh zaroori hai taake aadmi ke andar helplessness ka ehsas paida ho.</w:t>
      </w:r>
    </w:p>
    <w:p>
      <w:pPr>
        <w:pStyle w:val="Heading2"/>
      </w:pPr>
      <w:r>
        <w:t>freedom is necessary for life to be a test</w:t>
      </w:r>
    </w:p>
    <w:p>
      <w:r>
        <w:rPr>
          <w:color w:val="666666"/>
          <w:sz w:val="18"/>
        </w:rPr>
        <w:t>Freedom of Expression in Islam September 30, 2012 · 57s · at 8:47 · https://youtu.be/S4mQpkoZITg?t=527</w:t>
      </w:r>
    </w:p>
    <w:p>
      <w:r>
        <w:rPr>
          <w:i/>
        </w:rPr>
        <w:t>“You know freedom is essential for a test to mean anything”</w:t>
      </w:r>
    </w:p>
    <w:p>
      <w:r>
        <w:rPr>
          <w:sz w:val="20"/>
        </w:rPr>
        <w:t>8:47  ab aap jante hain ke test ke liye azadi lazmi hai. azadi nahi to test nahi. to Allah taala ka jo creation plan hai, is mein inherently yeh shamil hai ke insaan ko azadi rahe gi.</w:t>
      </w:r>
      <w:r>
        <w:br/>
      </w:r>
      <w:r>
        <w:rPr>
          <w:sz w:val="20"/>
        </w:rPr>
        <w:t>9:04  aap se azadi agar cheen li jaye to phir freedom, to phir test kis baat ka hoga?</w:t>
      </w:r>
      <w:r>
        <w:br/>
      </w:r>
      <w:r>
        <w:rPr>
          <w:sz w:val="20"/>
        </w:rPr>
        <w:t>9:15  kisi ka hath baandh dein, paon baandh dein, zuban band kar dein, to sochna band kar dein. to phir test ka, test ka koi sense hi nahi rehta. to is liye azadi, azaad izhar e khayal ki azadi,</w:t>
      </w:r>
      <w:r>
        <w:br/>
      </w:r>
      <w:r>
        <w:rPr>
          <w:sz w:val="20"/>
        </w:rPr>
        <w:t>9:31  decent ki azadi, freedom of expression, yeh bilashuba, bilashuba Islam ke mutabiq har aurat aur har mard ka absolute right hai.</w:t>
      </w:r>
    </w:p>
    <w:p>
      <w:pPr>
        <w:pStyle w:val="Heading2"/>
      </w:pPr>
      <w:r>
        <w:t>Rickshaw driver distributes Quran translations</w:t>
      </w:r>
    </w:p>
    <w:p>
      <w:r>
        <w:rPr>
          <w:color w:val="666666"/>
          <w:sz w:val="18"/>
        </w:rPr>
        <w:t>QA Session, November 28, 2013 · 31s · at 3:50 · https://youtu.be/DvwywcoXWf0?t=230</w:t>
      </w:r>
    </w:p>
    <w:p>
      <w:r>
        <w:rPr>
          <w:i/>
        </w:rPr>
        <w:t>“Ek rickshaw chalane wale ek sahab hain kisi shahar mein”</w:t>
      </w:r>
    </w:p>
    <w:p>
      <w:r>
        <w:rPr>
          <w:sz w:val="20"/>
        </w:rPr>
        <w:t>3:50  aik rickshaw chalane wale aik sahib hain kisi shehar mein, mujhe maloom hua, rickshaw chalate hain woh, aur quran ka chupa hua tarjuma apne paas rakhte hain. aur parhe likhe nahi hain woh, bas jo aata hai us ko aik de dete hain musafir ko. to printing press ke zamane mein ahliyat ka sawal bilkul irrelevant ho chuka hai. pehle yeh sawal ho sakta tha.</w:t>
      </w:r>
    </w:p>
    <w:p>
      <w:pPr>
        <w:pStyle w:val="Heading2"/>
      </w:pPr>
      <w:r>
        <w:t>Introduction to Hadith literature</w:t>
      </w:r>
    </w:p>
    <w:p>
      <w:r>
        <w:rPr>
          <w:color w:val="666666"/>
          <w:sz w:val="18"/>
        </w:rPr>
        <w:t>Hadith Literature - Part-1 (English) March 08, 2007 Maulana Wahiduddin Khan · 51s · at 0:10 · https://youtu.be/vZSus8oBppM?t=10</w:t>
      </w:r>
    </w:p>
    <w:p>
      <w:r>
        <w:rPr>
          <w:i/>
        </w:rPr>
        <w:t>“Today I want to say a few words about Hadith literature.”</w:t>
      </w:r>
    </w:p>
    <w:p>
      <w:r>
        <w:rPr>
          <w:sz w:val="20"/>
        </w:rPr>
        <w:t>0:10  bismillah rahman rahim.</w:t>
      </w:r>
      <w:r>
        <w:br/>
      </w:r>
      <w:r>
        <w:rPr>
          <w:sz w:val="20"/>
        </w:rPr>
        <w:t>0:20  wasallallahu ala nabiyyil karim.</w:t>
      </w:r>
      <w:r>
        <w:br/>
      </w:r>
      <w:r>
        <w:rPr>
          <w:sz w:val="20"/>
        </w:rPr>
        <w:t>0:30  rabbi shrah li sadri, wa yassir li amri, wahluqdatan min lisani, yafqahu qawli.</w:t>
      </w:r>
      <w:r>
        <w:br/>
      </w:r>
      <w:r>
        <w:rPr>
          <w:sz w:val="20"/>
        </w:rPr>
        <w:t>0:40  Today I want to say a few words about Hadith literature.</w:t>
      </w:r>
      <w:r>
        <w:br/>
      </w:r>
      <w:r>
        <w:rPr>
          <w:sz w:val="20"/>
        </w:rPr>
        <w:t>0:50  You know, Hadith is the second most authentic source of the religion of Islam.</w:t>
      </w:r>
      <w:r>
        <w:br/>
      </w:r>
      <w:r>
        <w:rPr>
          <w:sz w:val="20"/>
        </w:rPr>
        <w:t>1:01  There are two authentic sources of Islamic religion. One is the Quran, and the second is Hadith.</w:t>
      </w:r>
    </w:p>
    <w:p>
      <w:pPr>
        <w:pStyle w:val="Heading2"/>
      </w:pPr>
      <w:r>
        <w:t>Why different interpretations of Quran</w:t>
      </w:r>
    </w:p>
    <w:p>
      <w:r>
        <w:rPr>
          <w:color w:val="666666"/>
          <w:sz w:val="18"/>
        </w:rPr>
        <w:t>Hadith Word of Wisdom August 31, 2014 · 5m 06s · at 1:06:06 · https://youtu.be/fv4eRJRe8dk?t=3966</w:t>
      </w:r>
    </w:p>
    <w:p>
      <w:r>
        <w:rPr>
          <w:i/>
        </w:rPr>
        <w:t>“When Quran is clear, why different interpretations?”</w:t>
      </w:r>
    </w:p>
    <w:p>
      <w:r>
        <w:rPr>
          <w:sz w:val="20"/>
        </w:rPr>
        <w:t>1:06:06  for instance, all the different variations of jihad, the concept of peace, and the Islamic state." kya is</w:t>
      </w:r>
      <w:r>
        <w:br/>
      </w:r>
      <w:r>
        <w:rPr>
          <w:sz w:val="20"/>
        </w:rPr>
        <w:t>1:06:11  ka kya khulasa hai? is Maulana, woh yeh jaan'na chah rahe hain ke jab Quran itna clear hai</w:t>
      </w:r>
      <w:r>
        <w:br/>
      </w:r>
      <w:r>
        <w:rPr>
          <w:sz w:val="20"/>
        </w:rPr>
        <w:t>1:06:16  to phir is ke different interpretations kyun aate hain? particularly peace ko le ke, jihad ko le ke</w:t>
      </w:r>
      <w:r>
        <w:br/>
      </w:r>
      <w:r>
        <w:rPr>
          <w:sz w:val="20"/>
        </w:rPr>
        <w:t>1:06:21  to itne variations kyun hain? ya jo political system hai, to aisa kyun hai ke is ki wajah</w:t>
      </w:r>
      <w:r>
        <w:br/>
      </w:r>
      <w:r>
        <w:rPr>
          <w:sz w:val="20"/>
        </w:rPr>
        <w:t>1:06:27  se confusion bohat hota hai? agar Quran waqai mein bohat clear kitaab hai to phir itna confusion kyun</w:t>
      </w:r>
      <w:r>
        <w:br/>
      </w:r>
      <w:r>
        <w:rPr>
          <w:sz w:val="20"/>
        </w:rPr>
        <w:t>1:06:32  in cheezon ko le ke? dekhen, is ka ta'alluq Quran se nahi hai.</w:t>
      </w:r>
      <w:r>
        <w:br/>
      </w:r>
      <w:r>
        <w:rPr>
          <w:sz w:val="20"/>
        </w:rPr>
        <w:t>1:06:37  is ka ta'alluq is se hai ke mazhab humanity ka subject hai.</w:t>
      </w:r>
      <w:r>
        <w:br/>
      </w:r>
      <w:r>
        <w:rPr>
          <w:sz w:val="20"/>
        </w:rPr>
        <w:t>1:06:42  humanity is ka woh science ka subject nahi hai.</w:t>
      </w:r>
      <w:r>
        <w:br/>
      </w:r>
      <w:r>
        <w:rPr>
          <w:sz w:val="20"/>
        </w:rPr>
        <w:t>1:06:48  physical sciences mein chunkey physical sciences chunkey base karti hain mathematics par, to physical sciences mein mathematics ki</w:t>
      </w:r>
      <w:r>
        <w:br/>
      </w:r>
      <w:r>
        <w:rPr>
          <w:sz w:val="20"/>
        </w:rPr>
        <w:t>1:06:53  wajah se wahan possible hota hai ke wahan ek hi baat sabit ho, interpretation na ho.</w:t>
      </w:r>
      <w:r>
        <w:br/>
      </w:r>
      <w:r>
        <w:rPr>
          <w:sz w:val="20"/>
        </w:rPr>
        <w:t>1:06:58  interpretation to humanities ka phenomena hai.</w:t>
      </w:r>
      <w:r>
        <w:br/>
      </w:r>
      <w:r>
        <w:rPr>
          <w:sz w:val="20"/>
        </w:rPr>
        <w:t>1:07:04  physical science mein expression nahi hota.</w:t>
      </w:r>
      <w:r>
        <w:br/>
      </w:r>
      <w:r>
        <w:rPr>
          <w:sz w:val="20"/>
        </w:rPr>
        <w:t>1:07:09  wahan to ek ek cheez jo hai, jo jo experiment kar ke jo maloom hoti hai, wahi baat hai.</w:t>
      </w:r>
      <w:r>
        <w:br/>
      </w:r>
      <w:r>
        <w:rPr>
          <w:sz w:val="20"/>
        </w:rPr>
        <w:t>1:07:14  isi isi ko exact sciences kehte hain.</w:t>
      </w:r>
      <w:r>
        <w:br/>
      </w:r>
      <w:r>
        <w:rPr>
          <w:sz w:val="20"/>
        </w:rPr>
        <w:t>1:07:19  to exact sciences mein interpretation ka ka farq nahi hota, lekin humanities mein hota hai.</w:t>
      </w:r>
      <w:r>
        <w:br/>
      </w:r>
      <w:r>
        <w:rPr>
          <w:sz w:val="20"/>
        </w:rPr>
        <w:t>1:07:25  to yeh to hamesha hi rahega interpretation ka ikhtilaf, chahey woh Quran ho, chahey koi bhi cheez ho.</w:t>
      </w:r>
      <w:r>
        <w:br/>
      </w:r>
      <w:r>
        <w:rPr>
          <w:sz w:val="20"/>
        </w:rPr>
        <w:t>1:07:30  to yeh aur doosri baat yeh hai ke ikhtilaf koi evil nahi hai.</w:t>
      </w:r>
      <w:r>
        <w:br/>
      </w:r>
      <w:r>
        <w:rPr>
          <w:sz w:val="20"/>
        </w:rPr>
        <w:t>1:07:35  isi ikhtilaf se to intellectual development hota hai.</w:t>
      </w:r>
      <w:r>
        <w:br/>
      </w:r>
      <w:r>
        <w:rPr>
          <w:sz w:val="20"/>
        </w:rPr>
        <w:t>1:07:40  agar ikhtilaf na ho to aap kaise guftagu kaise karen ge? discussion kaise karen ge? dialogue kaise karen</w:t>
      </w:r>
      <w:r>
        <w:br/>
      </w:r>
      <w:r>
        <w:rPr>
          <w:sz w:val="20"/>
        </w:rPr>
        <w:t>1:07:46  ge? to humanities mein is ko jo ikhtilafat hote hain, woh yaani ya farq hota hai jo sochne</w:t>
      </w:r>
      <w:r>
        <w:br/>
      </w:r>
      <w:r>
        <w:rPr>
          <w:sz w:val="20"/>
        </w:rPr>
        <w:t>1:07:51  ka, isi se discussion hota hai, isi se intellectual development hota hai.</w:t>
      </w:r>
      <w:r>
        <w:br/>
      </w:r>
      <w:r>
        <w:rPr>
          <w:sz w:val="20"/>
        </w:rPr>
        <w:t>1:07:56  to mere nazdeek ikhtilaf koi evil ki baat nahi hai.</w:t>
      </w:r>
      <w:r>
        <w:br/>
      </w:r>
      <w:r>
        <w:rPr>
          <w:sz w:val="20"/>
        </w:rPr>
        <w:t>1:08:02  woh to hum ko point of discussion deta hai.</w:t>
      </w:r>
      <w:r>
        <w:br/>
      </w:r>
      <w:r>
        <w:rPr>
          <w:sz w:val="20"/>
        </w:rPr>
        <w:t>1:08:07  isi se hum apni intellectual life ko taraqqi dete hain.</w:t>
      </w:r>
      <w:r>
        <w:br/>
      </w:r>
      <w:r>
        <w:rPr>
          <w:sz w:val="20"/>
        </w:rPr>
        <w:t>1:08:12  mein nahi samajhta ke is mein koi evil ki baat hai.</w:t>
      </w:r>
      <w:r>
        <w:br/>
      </w:r>
      <w:r>
        <w:rPr>
          <w:sz w:val="20"/>
        </w:rPr>
        <w:t>1:08:17  maulana, isi ke continuation mein aksar jo non-muslims hain, particularly woh yeh sawal karte hain ke ek group</w:t>
      </w:r>
      <w:r>
        <w:br/>
      </w:r>
      <w:r>
        <w:rPr>
          <w:sz w:val="20"/>
        </w:rPr>
        <w:t>1:08:23  peaceful interpretation karta hai aur ek group violent interpretation karta hai.</w:t>
      </w:r>
      <w:r>
        <w:br/>
      </w:r>
      <w:r>
        <w:rPr>
          <w:sz w:val="20"/>
        </w:rPr>
        <w:t>1:08:28  to woh yeh kehte hain ke aap jo peaceful interpretation bata rahe hain, aap kaise keh sakte hain</w:t>
      </w:r>
      <w:r>
        <w:br/>
      </w:r>
      <w:r>
        <w:rPr>
          <w:sz w:val="20"/>
        </w:rPr>
        <w:t>1:08:33  ke aap ka interpretation sahi hai? to is cheez pe kaise un ko convince kiya jaye? dekhiye, humanities</w:t>
      </w:r>
      <w:r>
        <w:br/>
      </w:r>
      <w:r>
        <w:rPr>
          <w:sz w:val="20"/>
        </w:rPr>
        <w:t>1:08:39  mein ya mazhab mein hamesha aql ka istemal baqi rahega.</w:t>
      </w:r>
      <w:r>
        <w:br/>
      </w:r>
      <w:r>
        <w:rPr>
          <w:sz w:val="20"/>
        </w:rPr>
        <w:t>1:08:44  jaise ek misaal deta hoon aap ko ke geeta ek kitaab hai, bhagwat geeta.</w:t>
      </w:r>
      <w:r>
        <w:br/>
      </w:r>
      <w:r>
        <w:rPr>
          <w:sz w:val="20"/>
        </w:rPr>
        <w:t>1:08:49  ek kitaab hai, bohat ahem.</w:t>
      </w:r>
      <w:r>
        <w:br/>
      </w:r>
      <w:r>
        <w:rPr>
          <w:sz w:val="20"/>
        </w:rPr>
        <w:t>1:08:54  hamare prime minister sahab ne wahan ja kar ke diya un ko tohfe mein, japan ke prime minister ko.</w:t>
      </w:r>
      <w:r>
        <w:br/>
      </w:r>
      <w:r>
        <w:rPr>
          <w:sz w:val="20"/>
        </w:rPr>
        <w:t>1:09:00  lekin aap ko maloom hai ke geeta ke kai interpretation kiye gaye hain.</w:t>
      </w:r>
      <w:r>
        <w:br/>
      </w:r>
      <w:r>
        <w:rPr>
          <w:sz w:val="20"/>
        </w:rPr>
        <w:t>1:09:05  ek ek woh hai jis ke mutabiq, yaani geeta ladai ki kitaab hai kyunke is mein baqayda do</w:t>
      </w:r>
      <w:r>
        <w:br/>
      </w:r>
      <w:r>
        <w:rPr>
          <w:sz w:val="20"/>
        </w:rPr>
        <w:t>1:09:10  fareeq ladte hain aapas mein.</w:t>
      </w:r>
      <w:r>
        <w:br/>
      </w:r>
      <w:r>
        <w:rPr>
          <w:sz w:val="20"/>
        </w:rPr>
        <w:t>1:09:15  ek ek interpretation ke mutabiq geeta jo hai, wisdom ki kitaab hai kyunke wisdom ki baatein hain.</w:t>
      </w:r>
      <w:r>
        <w:br/>
      </w:r>
      <w:r>
        <w:rPr>
          <w:sz w:val="20"/>
        </w:rPr>
        <w:t>1:09:21  ek ek kitaab jo jo unhon ne kiya hai, yaani gandhi ji ne ke woh woh woh woh</w:t>
      </w:r>
      <w:r>
        <w:br/>
      </w:r>
      <w:r>
        <w:rPr>
          <w:sz w:val="20"/>
        </w:rPr>
        <w:t>1:09:26  fighting ko mante hi nahi.</w:t>
      </w:r>
      <w:r>
        <w:br/>
      </w:r>
      <w:r>
        <w:rPr>
          <w:sz w:val="20"/>
        </w:rPr>
        <w:t>1:09:31  woh woh kehte hain ke insaan ke spiritual level par woh sab kuch hota hai.</w:t>
      </w:r>
      <w:r>
        <w:br/>
      </w:r>
      <w:r>
        <w:rPr>
          <w:sz w:val="20"/>
        </w:rPr>
        <w:t>1:09:37  yaani kaurav aur pandav koi lade the kahin bahar zameen par nahi.</w:t>
      </w:r>
      <w:r>
        <w:br/>
      </w:r>
      <w:r>
        <w:rPr>
          <w:sz w:val="20"/>
        </w:rPr>
        <w:t>1:09:42  insaan ke andar hi andar jo spiritual waqea tha, uska zikr hai is mein.</w:t>
      </w:r>
      <w:r>
        <w:br/>
      </w:r>
      <w:r>
        <w:rPr>
          <w:sz w:val="20"/>
        </w:rPr>
        <w:t>1:09:47  to interpretation ka farq to rehta hai, lekin is ki wajah se kya aap geeta ko samajhna mushkil</w:t>
      </w:r>
      <w:r>
        <w:br/>
      </w:r>
      <w:r>
        <w:rPr>
          <w:sz w:val="20"/>
        </w:rPr>
        <w:t>1:09:52  hai aap ke liye? aap geeta ko padhiye aur samjhiye, apni aql ko istemal kijiye.</w:t>
      </w:r>
      <w:r>
        <w:br/>
      </w:r>
      <w:r>
        <w:rPr>
          <w:sz w:val="20"/>
        </w:rPr>
        <w:t>1:09:58  log apne apne dhang par karte rahen, lekin hum hamare hamare paas bhi aql hai.</w:t>
      </w:r>
      <w:r>
        <w:br/>
      </w:r>
      <w:r>
        <w:rPr>
          <w:sz w:val="20"/>
        </w:rPr>
        <w:t>1:10:03  hum apni aql se padhen geeta ko, jo samajh mein aaye ga, us ko manen ge.</w:t>
      </w:r>
      <w:r>
        <w:br/>
      </w:r>
      <w:r>
        <w:rPr>
          <w:sz w:val="20"/>
        </w:rPr>
        <w:t>1:10:08  hum aise hi quran ka muamla hai.</w:t>
      </w:r>
      <w:r>
        <w:br/>
      </w:r>
      <w:r>
        <w:rPr>
          <w:sz w:val="20"/>
        </w:rPr>
        <w:t>1:10:13  yeh sab kuch koi koi problem nahi hai.</w:t>
      </w:r>
      <w:r>
        <w:br/>
      </w:r>
      <w:r>
        <w:rPr>
          <w:sz w:val="20"/>
        </w:rPr>
        <w:t>1:10:19  yeh apni aql ko istemal karen, bas aap ki aql jo kahe, woh us ko padheye.</w:t>
      </w:r>
      <w:r>
        <w:br/>
      </w:r>
      <w:r>
        <w:rPr>
          <w:sz w:val="20"/>
        </w:rPr>
        <w:t>1:10:24  mein aksar kaha karta hoon ke mazhab jo hai, yeh personal choice ka muamla hai.</w:t>
      </w:r>
      <w:r>
        <w:br/>
      </w:r>
      <w:r>
        <w:rPr>
          <w:sz w:val="20"/>
        </w:rPr>
        <w:t>1:10:29  Personal choice koi kya kehta hai, us ko chhodiye.</w:t>
      </w:r>
      <w:r>
        <w:br/>
      </w:r>
      <w:r>
        <w:rPr>
          <w:sz w:val="20"/>
        </w:rPr>
        <w:t>1:10:35  aap aap khud padhiye aur jo aap ki samajh mein aaye, us ko ikhtiyar kar lijiye.</w:t>
      </w:r>
      <w:r>
        <w:br/>
      </w:r>
      <w:r>
        <w:rPr>
          <w:sz w:val="20"/>
        </w:rPr>
        <w:t>1:10:40  mazhab naam bhi hai personal choice ka.</w:t>
      </w:r>
      <w:r>
        <w:br/>
      </w:r>
      <w:r>
        <w:rPr>
          <w:sz w:val="20"/>
        </w:rPr>
        <w:t>1:10:45  mazhab jo hai, personal choice hi ka subject hai.</w:t>
      </w:r>
      <w:r>
        <w:br/>
      </w:r>
      <w:r>
        <w:rPr>
          <w:sz w:val="20"/>
        </w:rPr>
        <w:t>1:10:50  to aap apni aql ko istemal kijiye.</w:t>
      </w:r>
      <w:r>
        <w:br/>
      </w:r>
      <w:r>
        <w:rPr>
          <w:sz w:val="20"/>
        </w:rPr>
        <w:t>1:10:56  maulana, agla sawal dilli se hai, mushtaq ahmed bani sahib ka, aur unhon ne likha hai ke "You</w:t>
      </w:r>
      <w:r>
        <w:br/>
      </w:r>
      <w:r>
        <w:rPr>
          <w:sz w:val="20"/>
        </w:rPr>
        <w:t>1:11:01  spoke in today's lecture about the end of khilafat system in Turkey.</w:t>
      </w:r>
      <w:r>
        <w:br/>
      </w:r>
      <w:r>
        <w:rPr>
          <w:sz w:val="20"/>
        </w:rPr>
        <w:t>1:11:06  Does it mean that there is no possibility of khilafat now in the current world?</w:t>
      </w:r>
      <w:r>
        <w:br/>
      </w:r>
      <w:r>
        <w:rPr>
          <w:sz w:val="20"/>
        </w:rPr>
        <w:t>1:11:12  What is your comment on this?</w:t>
      </w:r>
    </w:p>
    <w:p>
      <w:pPr>
        <w:pStyle w:val="Heading2"/>
      </w:pPr>
      <w:r>
        <w:t>Quran abandoned by later Muslims</w:t>
      </w:r>
    </w:p>
    <w:p>
      <w:r>
        <w:rPr>
          <w:color w:val="666666"/>
          <w:sz w:val="18"/>
        </w:rPr>
        <w:t>Why have Muslims turned violent December 14, 2008 Maulana Wahiduddin Khan · 29s · at 5:56 · https://youtu.be/tPI2TlGq_QY?t=356</w:t>
      </w:r>
    </w:p>
    <w:p>
      <w:r>
        <w:rPr>
          <w:i/>
        </w:rPr>
        <w:t>“Muslims will make Quran an abandoned book.”</w:t>
      </w:r>
    </w:p>
    <w:p>
      <w:r>
        <w:rPr>
          <w:sz w:val="20"/>
        </w:rPr>
        <w:t>5:56  ke musalman jo hain, baad ke zamane mein quran ko ek abandon book bana den ge.</w:t>
      </w:r>
      <w:r>
        <w:br/>
      </w:r>
      <w:r>
        <w:rPr>
          <w:sz w:val="20"/>
        </w:rPr>
        <w:t>6:06  kitab mehjoor bana den ge. kitab mehjoor ka matlab hai abandon book. yaani formal tor par to manen ge us ko, as a formal belief.</w:t>
      </w:r>
      <w:r>
        <w:br/>
      </w:r>
      <w:r>
        <w:rPr>
          <w:sz w:val="20"/>
        </w:rPr>
        <w:t>6:16  lekin practical tor par us ko chhoden hue hon ge. to wahi hai yeh.</w:t>
      </w:r>
    </w:p>
    <w:p>
      <w:pPr>
        <w:pStyle w:val="Heading2"/>
      </w:pPr>
      <w:r>
        <w:t>Double boosting hope in difficulty</w:t>
      </w:r>
    </w:p>
    <w:p>
      <w:r>
        <w:rPr>
          <w:color w:val="666666"/>
          <w:sz w:val="18"/>
        </w:rPr>
        <w:t>Quran The Book of Good Tidings 14 March, 2020 - Maulana Wahiduddin Khan · 49s · at 24:21 · https://youtu.be/w4R9waZ72gE?t=1461</w:t>
      </w:r>
    </w:p>
    <w:p>
      <w:r>
        <w:rPr>
          <w:i/>
        </w:rPr>
        <w:t>“Isi liye to maine kaha ke Quran rasta jo hai double”</w:t>
      </w:r>
    </w:p>
    <w:p>
      <w:r>
        <w:rPr>
          <w:sz w:val="20"/>
        </w:rPr>
        <w:t>24:21  isi liye to maine kaha ke quran rasta jo hai, double boosting ka rasta hai. double boosting.</w:t>
      </w:r>
      <w:r>
        <w:br/>
      </w:r>
      <w:r>
        <w:rPr>
          <w:sz w:val="20"/>
        </w:rPr>
        <w:t>24:32  quran aap ke liye booster hai, quran aap ke liye booster booster hai.</w:t>
      </w:r>
      <w:r>
        <w:br/>
      </w:r>
      <w:r>
        <w:rPr>
          <w:sz w:val="20"/>
        </w:rPr>
        <w:t>24:40  woh double boosting hai.</w:t>
      </w:r>
      <w:r>
        <w:br/>
      </w:r>
      <w:r>
        <w:rPr>
          <w:sz w:val="20"/>
        </w:rPr>
        <w:t>24:45  yaani maeeshi mein umeed,</w:t>
      </w:r>
      <w:r>
        <w:br/>
      </w:r>
      <w:r>
        <w:rPr>
          <w:sz w:val="20"/>
        </w:rPr>
        <w:t>24:51  shikast mein kamyabi,</w:t>
      </w:r>
      <w:r>
        <w:br/>
      </w:r>
      <w:r>
        <w:rPr>
          <w:sz w:val="20"/>
        </w:rPr>
        <w:t>24:56  lootne mein qadam. double boosting is ka paigham deta hai quran.</w:t>
      </w:r>
    </w:p>
    <w:p>
      <w:pPr>
        <w:pStyle w:val="Heading2"/>
      </w:pPr>
      <w:r>
        <w:t>newspaper headline it's okay to be gay</w:t>
      </w:r>
    </w:p>
    <w:p>
      <w:r>
        <w:rPr>
          <w:color w:val="666666"/>
          <w:sz w:val="18"/>
        </w:rPr>
        <w:t>The Message of The Quran (English) July 4, 2009 · 58s · at 40:14 · https://youtu.be/1DoXQna1vuY?t=2414</w:t>
      </w:r>
    </w:p>
    <w:p>
      <w:r>
        <w:rPr>
          <w:i/>
        </w:rPr>
        <w:t>“Yesterday there were some comments in that judicial verdict”</w:t>
      </w:r>
    </w:p>
    <w:p>
      <w:r>
        <w:rPr>
          <w:sz w:val="20"/>
        </w:rPr>
        <w:t>40:14  Here you can see that yesterday there was some comments on the, on that judicial verdict, which gave green signal to homosexuals.</w:t>
      </w:r>
      <w:r>
        <w:br/>
      </w:r>
      <w:r>
        <w:rPr>
          <w:sz w:val="20"/>
        </w:rPr>
        <w:t>40:33  so</w:t>
      </w:r>
      <w:r>
        <w:br/>
      </w:r>
      <w:r>
        <w:rPr>
          <w:sz w:val="20"/>
        </w:rPr>
        <w:t>40:36  the newspaper has published several comments on this, on this event.</w:t>
      </w:r>
      <w:r>
        <w:br/>
      </w:r>
      <w:r>
        <w:rPr>
          <w:sz w:val="20"/>
        </w:rPr>
        <w:t>40:46  so the, the capture of this report is: it is okay to be gay.</w:t>
      </w:r>
      <w:r>
        <w:br/>
      </w:r>
      <w:r>
        <w:rPr>
          <w:sz w:val="20"/>
        </w:rPr>
        <w:t>40:56  it is okay to be gay.</w:t>
      </w:r>
      <w:r>
        <w:br/>
      </w:r>
      <w:r>
        <w:rPr>
          <w:sz w:val="20"/>
        </w:rPr>
        <w:t>41:00  you see these words: it is okay to be gay. its challenge to god almighty. god created this world for what purpose?</w:t>
      </w:r>
    </w:p>
    <w:p>
      <w:pPr>
        <w:pStyle w:val="Heading2"/>
      </w:pPr>
      <w:r>
        <w:t>God is All-knowing, informs prophet</w:t>
      </w:r>
    </w:p>
    <w:p>
      <w:r>
        <w:rPr>
          <w:color w:val="666666"/>
          <w:sz w:val="18"/>
        </w:rPr>
        <w:t>Why do we need Prophet | May 20, 2007 - Maulana Wahiduddin Khan · 30s · at 47:59 · https://youtu.be/1l_Uu3_Nd4E?t=2879</w:t>
      </w:r>
    </w:p>
    <w:p>
      <w:r>
        <w:rPr>
          <w:i/>
        </w:rPr>
        <w:t>“Khuda wohi hai all-knowing”</w:t>
      </w:r>
    </w:p>
    <w:p>
      <w:r>
        <w:rPr>
          <w:sz w:val="20"/>
        </w:rPr>
        <w:t>47:59  yani khuda wahi hai all-knowing aur wahi kisi ko bataye to us ko pata hoga aur woh zahir hai ke woh prophet hai, peghambar hai. khabir ke zariye ilm aata hai prophet ke paas aur prophet ke zariye hum ko pahunchta hai. to mein samajhta hoon ke is ke siwa hamare paas koi option nahi hai.</w:t>
      </w:r>
    </w:p>
    <w:p>
      <w:pPr>
        <w:pStyle w:val="Heading2"/>
      </w:pPr>
      <w:r>
        <w:t>Prophet's success secret</w:t>
      </w:r>
    </w:p>
    <w:p>
      <w:r>
        <w:rPr>
          <w:color w:val="666666"/>
          <w:sz w:val="18"/>
        </w:rPr>
        <w:t>Prophetic Wisdom | January 29, 2017 · 1m 00s · at 9:17 · https://youtu.be/4w0NZoOLzsw?t=557</w:t>
      </w:r>
    </w:p>
    <w:p>
      <w:r>
        <w:rPr>
          <w:i/>
        </w:rPr>
        <w:t>“The secret of Prophet's success was non-confrontational planning.”</w:t>
      </w:r>
    </w:p>
    <w:p>
      <w:r>
        <w:rPr>
          <w:sz w:val="20"/>
        </w:rPr>
        <w:t>9:17  what was the secret of super achievement. to maine bohat zyada socha, bohat zyada socha, aakhir kar mujhe samajh mein aaya ke woh wisdom thi non confrontational planning. aap ki poori seerat jo hai, poori zindagi makkah se le kar madinah tak, aap ki kul peghamabar wali zindagi kul aap ki 23 saal hai, 2</w:t>
      </w:r>
      <w:r>
        <w:br/>
      </w:r>
      <w:r>
        <w:rPr>
          <w:sz w:val="20"/>
        </w:rPr>
        <w:t>9:47  3 years. Is 23 saal ke douran aap ne hamesha isi usool par apna kaam kiya. Non confrontational planning. To is maani ke kamyabi ka bara raaz yeh hai, Rasool Allah Sal Allah Alaihi Wasallam tareekh ke sab se ziyada kamyab insaan thay. Kaise thay? Aap ne is wisdom ko follow kiya. Is liye ke dekhiye, Allah</w:t>
      </w:r>
    </w:p>
    <w:p>
      <w:pPr>
        <w:pStyle w:val="Heading2"/>
      </w:pPr>
      <w:r>
        <w:t>Definition of a true believer: one who knows God</w:t>
      </w:r>
    </w:p>
    <w:p>
      <w:r>
        <w:rPr>
          <w:color w:val="666666"/>
          <w:sz w:val="18"/>
        </w:rPr>
        <w:t>Dars-e-Quran July 30, 2007 · 32s · at 51:45 · https://youtu.be/9D_8jxwLKlE?t=3105</w:t>
      </w:r>
    </w:p>
    <w:p>
      <w:r>
        <w:rPr>
          <w:i/>
        </w:rPr>
        <w:t>“Momin kise kehte hain? Jise khuda ki marifat ho jaaye”</w:t>
      </w:r>
    </w:p>
    <w:p>
      <w:r>
        <w:rPr>
          <w:sz w:val="20"/>
        </w:rPr>
        <w:t>51:45  to jo aadmi khuda ki, jis aadmi ko khuda ka iman mil jaye, jo aadmi khuda ko realize kare, jis aadmi ko khuda ki daryaft ho jaye, usi ka naam momin hai.</w:t>
      </w:r>
      <w:r>
        <w:br/>
      </w:r>
      <w:r>
        <w:rPr>
          <w:sz w:val="20"/>
        </w:rPr>
        <w:t>52:00  momin kis ko kehte hain? momin woh hai jis ko khuda ki marifat ho jaye.</w:t>
      </w:r>
      <w:r>
        <w:br/>
      </w:r>
      <w:r>
        <w:rPr>
          <w:sz w:val="20"/>
        </w:rPr>
        <w:t>52:08  to khuda ki marifat sab se bari hasti ki marifat hai.</w:t>
      </w:r>
    </w:p>
    <w:p>
      <w:pPr>
        <w:pStyle w:val="Heading2"/>
      </w:pPr>
      <w:r>
        <w:t>secret of success is seeing failure as success</w:t>
      </w:r>
    </w:p>
    <w:p>
      <w:r>
        <w:rPr>
          <w:color w:val="666666"/>
          <w:sz w:val="18"/>
        </w:rPr>
        <w:t>Quran for All Mankind June 3, 2012 · 32s · at 1:24:50 · https://youtu.be/Gp-53Zjugcg?t=5090</w:t>
      </w:r>
    </w:p>
    <w:p>
      <w:r>
        <w:rPr>
          <w:i/>
        </w:rPr>
        <w:t>“What is the secret of success?”</w:t>
      </w:r>
    </w:p>
    <w:p>
      <w:r>
        <w:rPr>
          <w:sz w:val="20"/>
        </w:rPr>
        <w:t>1:24:50  bhai, mein to kahunga ke failure ko aap success ke roop mein dekh sakein. yahi hai success.</w:t>
      </w:r>
      <w:r>
        <w:br/>
      </w:r>
      <w:r>
        <w:rPr>
          <w:sz w:val="20"/>
        </w:rPr>
        <w:t>1:24:59  yeh duniya mein failure hi muqaddar hai. har aadmi ko fail hi hota hai. yeh duniya mein koi bhi kamyab nahi hota. lekin jo pesh aaya hai, us ko aap failure na kahein, us ko success samjhein.</w:t>
      </w:r>
      <w:r>
        <w:br/>
      </w:r>
      <w:r>
        <w:rPr>
          <w:sz w:val="20"/>
        </w:rPr>
        <w:t>1:25:15  yeh hai kamyabi ka raaz.</w:t>
      </w:r>
    </w:p>
    <w:p>
      <w:pPr>
        <w:pStyle w:val="Heading2"/>
      </w:pPr>
      <w:r>
        <w:t>Hazrat Ali: a person's value lies in their excellence</w:t>
      </w:r>
    </w:p>
    <w:p>
      <w:r>
        <w:rPr>
          <w:color w:val="666666"/>
          <w:sz w:val="18"/>
        </w:rPr>
        <w:t>Man's Place in The Universe June 17, 2007 · 45s · at 1:13:26 · https://youtu.be/CND6qsCMZVU?t=4406</w:t>
      </w:r>
    </w:p>
    <w:p>
      <w:r>
        <w:rPr>
          <w:i/>
        </w:rPr>
        <w:t>“The value of a person lies in excellence”</w:t>
      </w:r>
    </w:p>
    <w:p>
      <w:r>
        <w:rPr>
          <w:sz w:val="20"/>
        </w:rPr>
        <w:t>1:13:26  toh us ko fourth caliph jo hain Hazrat Ali unhon ne kaha ke قيمة المرء مایوس is ka matlab hai ke The value of a person lies in excellence toh</w:t>
      </w:r>
      <w:r>
        <w:br/>
      </w:r>
      <w:r>
        <w:rPr>
          <w:sz w:val="20"/>
        </w:rPr>
        <w:t>1:13:45  ab is ko mein ayat se mila kar ke samajh paya hoon ke aadmi ka jo sab se bari value hai woh yeh hai ke apne فوق ko daryaft kare woh yani jis jo special quality us ko di hai khuda ne us ko woh discover kare phir us ko develop kare us ko aage badhaye usi ke lehaz se uska darja banega</w:t>
      </w:r>
    </w:p>
    <w:p>
      <w:pPr>
        <w:pStyle w:val="Heading2"/>
      </w:pPr>
      <w:r>
        <w:t>Admit mistake, revise the strategy</w:t>
      </w:r>
    </w:p>
    <w:p>
      <w:r>
        <w:rPr>
          <w:color w:val="666666"/>
          <w:sz w:val="18"/>
        </w:rPr>
        <w:t>Q&amp;A 09 Nov 2008 - Maulana Wahiduddin Khan · 52s · at 2:38 · https://youtu.be/iA8ELjlgPLU?t=158</w:t>
      </w:r>
    </w:p>
    <w:p>
      <w:r>
        <w:rPr>
          <w:i/>
        </w:rPr>
        <w:t>“Re-assess karna chahiye, revise karna chahiye.”</w:t>
      </w:r>
    </w:p>
    <w:p>
      <w:r>
        <w:rPr>
          <w:sz w:val="20"/>
        </w:rPr>
        <w:t>2:38  Reassess karna chahiye, revise karna chahiye. Yeh elaan karna chahiye ke "we were wrong".</w:t>
      </w:r>
      <w:r>
        <w:br/>
      </w:r>
      <w:r>
        <w:rPr>
          <w:sz w:val="20"/>
        </w:rPr>
        <w:t>2:44  Yeh jo kaha unhon ne, unhon ne kehna chahiye tha ke "we were wrong" kyun ke land mili, land chhin gayi. 1948 mein unhon ne ladhai chhodi thi, ab 60 baras beet gaye hain.</w:t>
      </w:r>
      <w:r>
        <w:br/>
      </w:r>
      <w:r>
        <w:rPr>
          <w:sz w:val="20"/>
        </w:rPr>
        <w:t>2:58  Aap kitabon mein padh lijiye, history padh lijiye, 1948 mein ball four plan ke tehat jo banaya tha unhon ne land, woh Palestine ka more than 50 percent tha.</w:t>
      </w:r>
      <w:r>
        <w:br/>
      </w:r>
      <w:r>
        <w:rPr>
          <w:sz w:val="20"/>
        </w:rPr>
        <w:t>3:12  Aaj un ke paas kuch bhi nahi hai, sab chhin gaya, sab qabza kar liya doosron ne. To yeh land ki ladhai thi, yeh land ko chhinne ki ladhai thi, land ko khone ki ladhai thi.</w:t>
      </w:r>
      <w:r>
        <w:br/>
      </w:r>
      <w:r>
        <w:rPr>
          <w:sz w:val="20"/>
        </w:rPr>
        <w:t>3:26  Yeh koi ladhai hai yeh? Stepped war.</w:t>
      </w:r>
    </w:p>
    <w:p>
      <w:pPr>
        <w:pStyle w:val="Heading2"/>
      </w:pPr>
      <w:r>
        <w:t>Finished half the Quran translation overnight</w:t>
      </w:r>
    </w:p>
    <w:p>
      <w:r>
        <w:rPr>
          <w:color w:val="666666"/>
          <w:sz w:val="18"/>
        </w:rPr>
        <w:t>In Conversation with Mohammad Asad Pervez March 27, 2022 · 34s · at 6:36 · https://youtu.be/usQU5XmtkX0?t=396</w:t>
      </w:r>
    </w:p>
    <w:p>
      <w:r>
        <w:rPr>
          <w:i/>
        </w:rPr>
        <w:t>“The first day, I finished almost half of it”</w:t>
      </w:r>
    </w:p>
    <w:p>
      <w:r>
        <w:rPr>
          <w:sz w:val="20"/>
        </w:rPr>
        <w:t>6:36  But the first day when I start with that translation, I finished almost half of it in the same night. Right. Because because it was the book was so appealing and the book certainly made sense to me when I was reading it in contemporary English. So and and as you would have experienced and many people experience when you read the Quran, the Quran speaks to you.</w:t>
      </w:r>
      <w:r>
        <w:br/>
      </w:r>
      <w:r>
        <w:rPr>
          <w:sz w:val="20"/>
        </w:rPr>
        <w:t>7:02  The impact that book can have on someone when they read it in their language, it's phenomenal.</w:t>
      </w:r>
      <w:r>
        <w:br/>
      </w:r>
      <w:r>
        <w:rPr>
          <w:sz w:val="20"/>
        </w:rPr>
        <w:t>7:10  I remember this one specific verse in Surat Al Youssef When it comes towards the end when bin Yameen</w:t>
      </w:r>
    </w:p>
    <w:p>
      <w:pPr>
        <w:pStyle w:val="Heading2"/>
      </w:pPr>
      <w:r>
        <w:t>Two principles: accountability and friendliness</w:t>
      </w:r>
    </w:p>
    <w:p>
      <w:r>
        <w:rPr>
          <w:color w:val="666666"/>
          <w:sz w:val="18"/>
        </w:rPr>
        <w:t>Universal Brotherhood and Islam June 7, 2007 Maulana Wahiduddin Khan · 49s · at 20:49 · https://youtu.be/kHXdf1eu6IM?t=1249</w:t>
      </w:r>
    </w:p>
    <w:p>
      <w:r>
        <w:rPr>
          <w:i/>
        </w:rPr>
        <w:t>“A believer is accountable to God and adopts friendly behavior.”</w:t>
      </w:r>
    </w:p>
    <w:p>
      <w:r>
        <w:rPr>
          <w:sz w:val="20"/>
        </w:rPr>
        <w:t>20:49  And according to this, according to this definition a Mumin is one who believes in Oneness of God and he believes that I am accountable to God.</w:t>
      </w:r>
      <w:r>
        <w:br/>
      </w:r>
      <w:r>
        <w:rPr>
          <w:sz w:val="20"/>
        </w:rPr>
        <w:t>21:09  "Ittaqullah haesamaakun." Mumin is one who believes that I am accountable to God. "Ashiri nas bikhulqin hasanin." Then Mumin is one who adopts friendly behavior to all mankind.</w:t>
      </w:r>
      <w:r>
        <w:br/>
      </w:r>
      <w:r>
        <w:rPr>
          <w:sz w:val="20"/>
        </w:rPr>
        <w:t>21:31  These are two basic principles of Islam</w:t>
      </w:r>
    </w:p>
    <w:p>
      <w:pPr>
        <w:pStyle w:val="Heading2"/>
      </w:pPr>
      <w:r>
        <w:t>Laylat al-Qadr better than thousand months</w:t>
      </w:r>
    </w:p>
    <w:p>
      <w:r>
        <w:rPr>
          <w:color w:val="666666"/>
          <w:sz w:val="18"/>
        </w:rPr>
        <w:t>Ramadan a Month of Study of Quran August 23, 2009 · 46s · at 22:23 · https://youtu.be/8z-v68n7WuA?t=1343</w:t>
      </w:r>
    </w:p>
    <w:p>
      <w:r>
        <w:rPr>
          <w:i/>
        </w:rPr>
        <w:t>“Lailatul Qadr hazar mahino se behtar hai”</w:t>
      </w:r>
    </w:p>
    <w:p>
      <w:r>
        <w:rPr>
          <w:sz w:val="20"/>
        </w:rPr>
        <w:t>22:23  jab aap sochen ge. Sochen ge baghair nahin ho sakta hai. Yeh Allah taala ne jo farmaya keh Ramadan mein quran utra is raat yaani quran ke mutabiq woh raat ka waqt tha.</w:t>
      </w:r>
      <w:r>
        <w:br/>
      </w:r>
      <w:r>
        <w:rPr>
          <w:sz w:val="20"/>
        </w:rPr>
        <w:t>22:39  jab quran utarna shuru hua to woh raat ka waqt tha. Ramadan ke mahine ki koi aakhri date thi aur waqt tha raat ka.</w:t>
      </w:r>
      <w:r>
        <w:br/>
      </w:r>
      <w:r>
        <w:rPr>
          <w:sz w:val="20"/>
        </w:rPr>
        <w:t>22:48  is waqt Jibrael aaye. Is raat ko quran mein Lailat-ul-Qadr kaha gaya hai.</w:t>
      </w:r>
      <w:r>
        <w:br/>
      </w:r>
      <w:r>
        <w:rPr>
          <w:sz w:val="20"/>
        </w:rPr>
        <w:t>22:57  Inna anzalnahu fi Lailat-ul-Qadr to Lailat-ul-Qadr ki bohat ahmiyat hai. Khairun min alf shahr kaha gaya is ko. Hazar mahinon se behtar hai.</w:t>
      </w:r>
    </w:p>
    <w:p>
      <w:pPr>
        <w:pStyle w:val="Heading2"/>
      </w:pPr>
      <w:r>
        <w:t>Alhamdulillah as a discovery of God</w:t>
      </w:r>
    </w:p>
    <w:p>
      <w:r>
        <w:rPr>
          <w:color w:val="666666"/>
          <w:sz w:val="18"/>
        </w:rPr>
        <w:t>Dars-e-Quran, Chapter 20, Verse 15 October 22, 2017 · 51s · at 4:43 · https://youtu.be/mSEhKbQ1q8Y?t=283</w:t>
      </w:r>
    </w:p>
    <w:p>
      <w:r>
        <w:rPr>
          <w:i/>
        </w:rPr>
        <w:t>“Alhamdulillah Rabbil Aalameen ka matlab kya hai?”</w:t>
      </w:r>
    </w:p>
    <w:p>
      <w:r>
        <w:rPr>
          <w:sz w:val="20"/>
        </w:rPr>
        <w:t>4:43  Alhamdulillah Rabbil Alameen ka matlab kya hai? ke aap study karte hain</w:t>
      </w:r>
      <w:r>
        <w:br/>
      </w:r>
      <w:r>
        <w:rPr>
          <w:sz w:val="20"/>
        </w:rPr>
        <w:t>4:53  kainat ki. suraj nikalta hai, chand nikalta hai, barish hoti hai. hazaron lakhon waqiat rozana ho rahe hain.</w:t>
      </w:r>
      <w:r>
        <w:br/>
      </w:r>
      <w:r>
        <w:rPr>
          <w:sz w:val="20"/>
        </w:rPr>
        <w:t>5:06  aap un ko sochte hain dekh dekh kar. hawaen chalti hain. aap sochte hain. aur phir keh uthte hain.</w:t>
      </w:r>
      <w:r>
        <w:br/>
      </w:r>
      <w:r>
        <w:rPr>
          <w:sz w:val="20"/>
        </w:rPr>
        <w:t>5:16  yani aap ke andar se ubal parta hai Alhamdulillah Rabbil Alameen. yeh kalma hai aap ka apni discovery ka.</w:t>
      </w:r>
      <w:r>
        <w:br/>
      </w:r>
      <w:r>
        <w:rPr>
          <w:sz w:val="20"/>
        </w:rPr>
        <w:t>5:27  yeh kalma hai discovery ka. yeh bataya hua kalma nahi hai.</w:t>
      </w:r>
    </w:p>
    <w:p>
      <w:pPr>
        <w:pStyle w:val="Heading2"/>
      </w:pPr>
      <w:r>
        <w:t>Total freedom to speak exists until violence used</w:t>
      </w:r>
    </w:p>
    <w:p>
      <w:r>
        <w:rPr>
          <w:color w:val="666666"/>
          <w:sz w:val="18"/>
        </w:rPr>
        <w:t>Study of the Quran December 20, 2015 · 32s · at 31:11 · https://youtu.be/aWG02P9l_Bk?t=1871</w:t>
      </w:r>
    </w:p>
    <w:p>
      <w:r>
        <w:rPr>
          <w:i/>
        </w:rPr>
        <w:t>“United Nations mein bhi koi aapko rok nahi sakta”</w:t>
      </w:r>
    </w:p>
    <w:p>
      <w:r>
        <w:rPr>
          <w:sz w:val="20"/>
        </w:rPr>
        <w:t>31:11  nah east mein, nah west mein. kahin rok nahin sakta koi aap ko. hatta ke United Nations mein agar aap ko mauqa mile khare hone ka, wahan khare ho kar ke aap bolen, to kitne hi aap khilaf bolen kisi ke, koi roka nahin aap ko.</w:t>
      </w:r>
      <w:r>
        <w:br/>
      </w:r>
      <w:r>
        <w:rPr>
          <w:sz w:val="20"/>
        </w:rPr>
        <w:t>31:29  sirf rukawat kab hogi? jab aap bomb istemal karen, gun istemal karen, tashaddud istemal karen.</w:t>
      </w:r>
    </w:p>
    <w:p>
      <w:pPr>
        <w:pStyle w:val="Heading2"/>
      </w:pPr>
      <w:r>
        <w:t>Give well whether or not people give back — the tree philosophy</w:t>
      </w:r>
    </w:p>
    <w:p>
      <w:r>
        <w:rPr>
          <w:color w:val="666666"/>
          <w:sz w:val="18"/>
        </w:rPr>
        <w:t>In Conversation with Dr. Saniyasnain Khan December 12, 2021 · 27s · at 19:29 · https://youtu.be/9Lp76ckNRYE?t=1169</w:t>
      </w:r>
    </w:p>
    <w:p>
      <w:r>
        <w:rPr>
          <w:i/>
        </w:rPr>
        <w:t>“Jo de uska bhi bhala aur jo na de uska bhi bhala”</w:t>
      </w:r>
    </w:p>
    <w:p>
      <w:r>
        <w:rPr>
          <w:sz w:val="20"/>
        </w:rPr>
        <w:t>19:29  bilkul. to un ka woh aah mujhe bohat acha lagta tha jumla ke jo de us ka bhi bhala aur jo na de aah us ka bhi bhala. ji.</w:t>
      </w:r>
      <w:r>
        <w:br/>
      </w:r>
      <w:r>
        <w:rPr>
          <w:sz w:val="20"/>
        </w:rPr>
        <w:t>19:37  to it's sort of reflects on how a daai should be. hmm. ke aik daai ko hamesha is dunya mein aik giver member ki hesiyat se aah rehna chahiye jaise aik peR hota hai.</w:t>
      </w:r>
      <w:r>
        <w:br/>
      </w:r>
      <w:r>
        <w:rPr>
          <w:sz w:val="20"/>
        </w:rPr>
        <w:t>19:49  bilkul. aah peR ka bohat acha example batate the woh aah ke peR sirf dena janta hai. aah and that is how you know we should lead our life.</w:t>
      </w:r>
    </w:p>
    <w:p>
      <w:pPr>
        <w:pStyle w:val="Heading2"/>
      </w:pPr>
      <w:r>
        <w:t>Sunlight analogy: closed eyes still mean blindness</w:t>
      </w:r>
    </w:p>
    <w:p>
      <w:r>
        <w:rPr>
          <w:color w:val="666666"/>
          <w:sz w:val="18"/>
        </w:rPr>
        <w:t>The Secret of Divine Wisdom September 2, 2012 · 37s · at 7:33 · https://youtu.be/ZXQlrW7PqAE?t=453</w:t>
      </w:r>
    </w:p>
    <w:p>
      <w:r>
        <w:rPr>
          <w:i/>
        </w:rPr>
        <w:t>“Agar main apni aankh band kar loon to kya hoga”</w:t>
      </w:r>
    </w:p>
    <w:p>
      <w:r>
        <w:rPr>
          <w:sz w:val="20"/>
        </w:rPr>
        <w:t>7:33  misalan Allah taala nau karor tees lakh meel door se suraj ki roshni hamein bhej raha hai. hamare aur suraj ke beech mein jo faasla hai woh nau karor tees lakh meel door ka hai.</w:t>
      </w:r>
      <w:r>
        <w:br/>
      </w:r>
      <w:r>
        <w:rPr>
          <w:sz w:val="20"/>
        </w:rPr>
        <w:t>7:48  to wahan se hamein roshni bheji ja rahi hai. lekin agar mein apni aankh band kar loon to kya hoga? roshni aayegi, phir bhi mein andha bana rahoon ga.</w:t>
      </w:r>
      <w:r>
        <w:br/>
      </w:r>
      <w:r>
        <w:rPr>
          <w:sz w:val="20"/>
        </w:rPr>
        <w:t>8:00  andha. blind.</w:t>
      </w:r>
      <w:r>
        <w:br/>
      </w:r>
      <w:r>
        <w:rPr>
          <w:sz w:val="20"/>
        </w:rPr>
        <w:t>8:05  to ek condition hoti hai har cheez ki.</w:t>
      </w:r>
    </w:p>
    <w:p>
      <w:pPr>
        <w:pStyle w:val="Heading2"/>
      </w:pPr>
      <w:r>
        <w:t>God forgives and punishes whom He wills</w:t>
      </w:r>
    </w:p>
    <w:p>
      <w:r>
        <w:rPr>
          <w:color w:val="666666"/>
          <w:sz w:val="18"/>
        </w:rPr>
        <w:t>Dars e Quran Ch 2 Verse 18 22 April 2014 - Maulana Wahiduddin Khan · 22s · at 1:01 · https://youtu.be/L1sLGdsM8tw?t=61</w:t>
      </w:r>
    </w:p>
    <w:p>
      <w:r>
        <w:rPr>
          <w:i/>
        </w:rPr>
        <w:t>“Woh jisko chahe ga bakhshe ga”</w:t>
      </w:r>
    </w:p>
    <w:p>
      <w:r>
        <w:rPr>
          <w:sz w:val="20"/>
        </w:rPr>
        <w:t>1:01  woh jis ko chahe ga bakhshe ga aur jis ko chahe ga azab de ga. aur Allah hi ki aur Allah hi ke liye badshahi aasmanon aur zameen ki hai aur jo kuch un ke darmiyan hai.</w:t>
      </w:r>
      <w:r>
        <w:br/>
      </w:r>
      <w:r>
        <w:rPr>
          <w:sz w:val="20"/>
        </w:rPr>
        <w:t>1:15  aur usi ki taraf laut kar jana hai. Maulana is ayat ki wazahat farmayen.</w:t>
      </w:r>
    </w:p>
    <w:p>
      <w:pPr>
        <w:pStyle w:val="Heading2"/>
      </w:pPr>
      <w:r>
        <w:t>Need to think beyond words</w:t>
      </w:r>
    </w:p>
    <w:p>
      <w:r>
        <w:rPr>
          <w:color w:val="666666"/>
          <w:sz w:val="18"/>
        </w:rPr>
        <w:t>Universal Study of The Quran 26 July, 2019 - Maulana Wahiduddin Khan · 27s · at 5:40 · https://youtu.be/Ac4V122XwXA?t=340</w:t>
      </w:r>
    </w:p>
    <w:p>
      <w:r>
        <w:rPr>
          <w:i/>
        </w:rPr>
        <w:t>“Aap ko soch ki satah par aap ko jaana padega”</w:t>
      </w:r>
    </w:p>
    <w:p>
      <w:r>
        <w:rPr>
          <w:sz w:val="20"/>
        </w:rPr>
        <w:t>5:40  aap ko soch ki satah par aap ko jana padega.</w:t>
      </w:r>
      <w:r>
        <w:br/>
      </w:r>
      <w:r>
        <w:rPr>
          <w:sz w:val="20"/>
        </w:rPr>
        <w:t>5:49  misalan main ek choti si misal deta hoon. aaj mera mind trigger hua. ye jo keh raha hoon main, ye aaj hi mere mind mein aaya ke مرور se murad wo alfaaz ka parhna nahi hai.</w:t>
      </w:r>
    </w:p>
    <w:p>
      <w:pPr>
        <w:pStyle w:val="Heading2"/>
      </w:pPr>
      <w:r>
        <w:t>Death is not the end of life</w:t>
      </w:r>
    </w:p>
    <w:p>
      <w:r>
        <w:rPr>
          <w:color w:val="666666"/>
          <w:sz w:val="18"/>
        </w:rPr>
        <w:t>Quran A Dictionary of Truth (English) May 02, 2007 Maulana Wahiduddin Khan · 27s · at 43:35 · https://youtu.be/plsYgl_xxbY?t=2615</w:t>
      </w:r>
    </w:p>
    <w:p>
      <w:r>
        <w:rPr>
          <w:i/>
        </w:rPr>
        <w:t>“Death is not the end of life.”</w:t>
      </w:r>
    </w:p>
    <w:p>
      <w:r>
        <w:rPr>
          <w:sz w:val="20"/>
        </w:rPr>
        <w:t>43:35  Death is not the end of life. It is the beginning of a new period of life. So according to the Quran, there is a world hereafter.</w:t>
      </w:r>
      <w:r>
        <w:br/>
      </w:r>
      <w:r>
        <w:rPr>
          <w:sz w:val="20"/>
        </w:rPr>
        <w:t>43:51  So we have to believe it. We have to believe it that there is a world after this world.</w:t>
      </w:r>
    </w:p>
    <w:p>
      <w:pPr>
        <w:pStyle w:val="Heading2"/>
      </w:pPr>
      <w:r>
        <w:t>Evil is really the misuse of human freedom</w:t>
      </w:r>
    </w:p>
    <w:p>
      <w:r>
        <w:rPr>
          <w:color w:val="666666"/>
          <w:sz w:val="18"/>
        </w:rPr>
        <w:t>Quran A Book of God June 5, 2011 · 57s · at 6:55 · https://youtu.be/xT0YdQ1Jgc8?t=415</w:t>
      </w:r>
    </w:p>
    <w:p>
      <w:r>
        <w:rPr>
          <w:i/>
        </w:rPr>
        <w:t>“ایول نہیں ہے، یہ ہے مس یوز آف فریڈم کا پنامنہ”</w:t>
      </w:r>
    </w:p>
    <w:p>
      <w:r>
        <w:rPr>
          <w:sz w:val="20"/>
        </w:rPr>
        <w:t>6:55  to yeh explain hota hai is baat se jis ko woh log evil kehte hain. aur sab se bara jo samajhte hain ke sab se bara proof hai khuda ke na hone ka, nauzubillah, woh yeh hai ke duniya mein evil kyun hai?</w:t>
      </w:r>
      <w:r>
        <w:br/>
      </w:r>
      <w:r>
        <w:rPr>
          <w:sz w:val="20"/>
        </w:rPr>
        <w:t>7:10  to creation plan of god ka jo concept hai, woh usko explain karta hai. evil nahi hai, yeh hai misuse of freedom ka phenomenon.</w:t>
      </w:r>
      <w:r>
        <w:br/>
      </w:r>
      <w:r>
        <w:rPr>
          <w:sz w:val="20"/>
        </w:rPr>
        <w:t>7:24  evil nahi hai, woh Allah taala ne insan ko duniya mein rakha test ke liye. to test ke liye to freedom bhi diya usko, azadi bhi diya.</w:t>
      </w:r>
      <w:r>
        <w:br/>
      </w:r>
      <w:r>
        <w:rPr>
          <w:sz w:val="20"/>
        </w:rPr>
        <w:t>7:36  azadi diya to usko misuse karna bhi usko haq hai. usko</w:t>
      </w:r>
      <w:r>
        <w:br/>
      </w:r>
      <w:r>
        <w:rPr>
          <w:sz w:val="20"/>
        </w:rPr>
        <w:t>7:40  to jis cheez ko evil kehte hain yeh log, woh haqeeqat mein kya hai? woh hai misuse of freedom ka phenomenon.</w:t>
      </w:r>
    </w:p>
    <w:p>
      <w:pPr>
        <w:pStyle w:val="Heading2"/>
      </w:pPr>
      <w:r>
        <w:t>introspection is the starting point of change</w:t>
      </w:r>
    </w:p>
    <w:p>
      <w:r>
        <w:rPr>
          <w:color w:val="666666"/>
          <w:sz w:val="18"/>
        </w:rPr>
        <w:t>Deeper Meaning of The Quran May 17, 2015 · 55s · at 1:03:43 · https://youtu.be/CoTUNYxSRiI?t=3823</w:t>
      </w:r>
    </w:p>
    <w:p>
      <w:r>
        <w:rPr>
          <w:i/>
        </w:rPr>
        <w:t>“Starting Point محاسبہ ہے یعنی Introspection”</w:t>
      </w:r>
    </w:p>
    <w:p>
      <w:r>
        <w:rPr>
          <w:sz w:val="20"/>
        </w:rPr>
        <w:t>1:03:43  Masha Allah. Maulana, agla sawal Bhopal se aaya hai Fawad Sahab ne kiya hai. Aur unhon ne aap se poocha hai ki: "What is the starting point of breaking one's conditioning so that the person can re-engineer his or her mind?"</w:t>
      </w:r>
      <w:r>
        <w:br/>
      </w:r>
      <w:r>
        <w:rPr>
          <w:sz w:val="20"/>
        </w:rPr>
        <w:t>1:04:02  Bhai, main to yahi samajhta hoon ki Starting Point muhasba hai yaani Introspection.</w:t>
      </w:r>
      <w:r>
        <w:br/>
      </w:r>
      <w:r>
        <w:rPr>
          <w:sz w:val="20"/>
        </w:rPr>
        <w:t>1:04:10  Apne aap apni Scrutiny karna. Apne ko Critical Way mein dekhna. Apna Analysis karna.</w:t>
      </w:r>
      <w:r>
        <w:br/>
      </w:r>
      <w:r>
        <w:rPr>
          <w:sz w:val="20"/>
        </w:rPr>
        <w:t>1:04:21  Jisko kehte hain Arabi mein muhasba kehte hain English mein jisko kehte hain Introspection. Yahi mere dekh to yahi Starting Point hai.</w:t>
      </w:r>
    </w:p>
    <w:p>
      <w:pPr>
        <w:pStyle w:val="Heading2"/>
      </w:pPr>
      <w:r>
        <w:t>Unprecedented conference level</w:t>
      </w:r>
    </w:p>
    <w:p>
      <w:r>
        <w:rPr>
          <w:color w:val="666666"/>
          <w:sz w:val="18"/>
        </w:rPr>
        <w:t>Lessons from My Journey to Canada January 03, 2016 Maulana Wahiduddin Khan · 39s · at 19:42 · https://youtu.be/Uh8DWul9IyY?t=1182</w:t>
      </w:r>
    </w:p>
    <w:p>
      <w:r>
        <w:rPr>
          <w:i/>
        </w:rPr>
        <w:t>“There we had very unique experiences.”</w:t>
      </w:r>
    </w:p>
    <w:p>
      <w:r>
        <w:rPr>
          <w:sz w:val="20"/>
        </w:rPr>
        <w:t>19:42  to wahan par bare anokhe tajrubaat kiye. bohat anokhe tajrubaat. aur yeh jo hui thi conference bohat hi bohat hi high level ki hui thi.</w:t>
      </w:r>
      <w:r>
        <w:br/>
      </w:r>
      <w:r>
        <w:rPr>
          <w:sz w:val="20"/>
        </w:rPr>
        <w:t>19:55  jis level ka wahan stage tha jis level ka wahan par intizamat thay woh mein ne ab tak dekhe nahi thay. hamare haan jo india mein jalse hote hain seminar conference is ka level bilkul mukhtalif tha.</w:t>
      </w:r>
      <w:r>
        <w:br/>
      </w:r>
      <w:r>
        <w:rPr>
          <w:sz w:val="20"/>
        </w:rPr>
        <w:t>20:10  india mein mein ne kabhi nahi dekha aisa koi seminar ya conference ya bahar bhi nahi dekha. ek bilkul ek naya version tha woh conference ka.</w:t>
      </w:r>
    </w:p>
    <w:p>
      <w:pPr>
        <w:pStyle w:val="Heading2"/>
      </w:pPr>
      <w:r>
        <w:t>Human error in copying texts</w:t>
      </w:r>
    </w:p>
    <w:p>
      <w:r>
        <w:rPr>
          <w:color w:val="666666"/>
          <w:sz w:val="18"/>
        </w:rPr>
        <w:t>Preservation of The Quran 10 Oct 2021 - Prof. Farida Khanam · 34s · at 2:08 · https://youtu.be/JCdmm6oays8?t=128</w:t>
      </w:r>
    </w:p>
    <w:p>
      <w:r>
        <w:rPr>
          <w:i/>
        </w:rPr>
        <w:t>“Helicopter ko imli ka ped likh diya”</w:t>
      </w:r>
    </w:p>
    <w:p>
      <w:r>
        <w:rPr>
          <w:sz w:val="20"/>
        </w:rPr>
        <w:t>2:08  haath se kitabat hoti thi, computer ke daur se pehle ki baat hai. to ek baar katib ko kuch article likhne ko diya to us mein ek lafz tha helicopter.</w:t>
      </w:r>
      <w:r>
        <w:br/>
      </w:r>
      <w:r>
        <w:rPr>
          <w:sz w:val="20"/>
        </w:rPr>
        <w:t>2:24  ab woh un ko helicopter samajh mein aaya nahi to unhon ne us ko imli ka peR likh diya. to ab yeh ek misaal hai jis se aap samajh sakte hain ke insaan ko jab kuch samajh mein nahi aata to us ki apni samajh se us mein izafe kar deta hai, us ko radobadal kar deta hai.</w:t>
      </w:r>
    </w:p>
    <w:p>
      <w:pPr>
        <w:pStyle w:val="Heading2"/>
      </w:pPr>
      <w:r>
        <w:t>Popular hadith explanation about memorizers is baseless, says Maulana</w:t>
      </w:r>
    </w:p>
    <w:p>
      <w:r>
        <w:rPr>
          <w:color w:val="666666"/>
          <w:sz w:val="18"/>
        </w:rPr>
        <w:t>Quran The Book of Guidance July 21, 2013 · 28s · at 3:31 · https://youtu.be/DGDHIAde7eU?t=211</w:t>
      </w:r>
    </w:p>
    <w:p>
      <w:r>
        <w:rPr>
          <w:i/>
        </w:rPr>
        <w:t>“Yeh jo sharah hai, yeh bilkul hi baseless hai”</w:t>
      </w:r>
    </w:p>
    <w:p>
      <w:r>
        <w:rPr>
          <w:sz w:val="20"/>
        </w:rPr>
        <w:t>3:31  daikhen, yeh jo sharah hai, yeh bilkul hi baseless hai. Is ka is hadith se koi ta'alluq nahin hai.</w:t>
      </w:r>
      <w:r>
        <w:br/>
      </w:r>
      <w:r>
        <w:rPr>
          <w:sz w:val="20"/>
        </w:rPr>
        <w:t>3:41  is hadith ka jo ta'alluq hai, woh Quran ke meaning se hai, na ke is ke alfaaz se.</w:t>
      </w:r>
      <w:r>
        <w:br/>
      </w:r>
      <w:r>
        <w:rPr>
          <w:sz w:val="20"/>
        </w:rPr>
        <w:t>3:51  hafiz kya karta hai? Alfaaz ko yaad karta hai to is se is ka ta'alluq nahin. Woh ek alag masla hai.</w:t>
      </w:r>
    </w:p>
    <w:p>
      <w:pPr>
        <w:pStyle w:val="Heading2"/>
      </w:pPr>
      <w:r>
        <w:t>Rediscovering Quran through tadabbur</w:t>
      </w:r>
    </w:p>
    <w:p>
      <w:r>
        <w:rPr>
          <w:color w:val="666666"/>
          <w:sz w:val="18"/>
        </w:rPr>
        <w:t>The Creative Study of the Quran April 21, 2019 Maulana Wahiduddin Khan · 25s · at 2:00 · https://youtu.be/NmIQ_NmSTXs?t=120</w:t>
      </w:r>
    </w:p>
    <w:p>
      <w:r>
        <w:rPr>
          <w:i/>
        </w:rPr>
        <w:t>“So what is tadabbur?”</w:t>
      </w:r>
    </w:p>
    <w:p>
      <w:r>
        <w:rPr>
          <w:sz w:val="20"/>
        </w:rPr>
        <w:t>2:00  to tadabbur kya hai? tadabbur ka matlab main samajhta hoon yeh hai ke har din hum Quran ko rediscover karein.</w:t>
      </w:r>
      <w:r>
        <w:br/>
      </w:r>
      <w:r>
        <w:rPr>
          <w:sz w:val="20"/>
        </w:rPr>
        <w:t>2:14  har din hum Quran ko rediscover karein. har din hum Quran se naya food hasil karein.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