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seerah · full transcripts with timestamps · exported 2026-09-21</w:t>
      </w:r>
    </w:p>
    <w:p>
      <w:pPr>
        <w:pStyle w:val="Heading2"/>
      </w:pPr>
      <w:r>
        <w:t>Salman al-Farsi's trench idea saves the day</w:t>
      </w:r>
    </w:p>
    <w:p>
      <w:r>
        <w:rPr>
          <w:color w:val="666666"/>
          <w:sz w:val="18"/>
        </w:rPr>
        <w:t>Prophetic Wisdom November 13, 2022 · 44s · at 54:59 · https://youtu.be/EUFD21PtjwM?t=3299</w:t>
      </w:r>
    </w:p>
    <w:p>
      <w:r>
        <w:rPr>
          <w:i/>
        </w:rPr>
        <w:t>“At the Trench, a huge Meccan army was closing in”</w:t>
      </w:r>
    </w:p>
    <w:p>
      <w:r>
        <w:rPr>
          <w:sz w:val="20"/>
        </w:rPr>
        <w:t>54:59  to is wajah say rasool Allah sal Allah alayh wasallam bohat ziyada mashwara kartay thay. aur aik baar aisa hua jo ghazwa e khandaq hui thi</w:t>
      </w:r>
      <w:r>
        <w:br/>
      </w:r>
      <w:r>
        <w:rPr>
          <w:sz w:val="20"/>
        </w:rPr>
        <w:t>55:09  na. ji. to bohat bari tadad jo hai quraish ki army woh aa gayi thi. ab jang honay mein sirf tabahi hoti hai.</w:t>
      </w:r>
      <w:r>
        <w:br/>
      </w:r>
      <w:r>
        <w:rPr>
          <w:sz w:val="20"/>
        </w:rPr>
        <w:t>55:18  to aap ne mashwara kiya to is mein aik salman farsi thay, woh iran ke rehne walay thay. to unhon ne kaha ke iran mein agar badshah log jab jang nahi chahtay hain to khandaq khod diya karte hain.</w:t>
      </w:r>
      <w:r>
        <w:br/>
      </w:r>
      <w:r>
        <w:rPr>
          <w:sz w:val="20"/>
        </w:rPr>
        <w:t>55:31  to yeh rai jo hai rasool Allah sal Allah alayh wasallam ko bohat pasand aayi. aur aap ne apne tamam ashaab ke sath mil kar woh khandaq khodi thi, jis ki wajah say woh jang jo hai woh tal gayi.</w:t>
      </w:r>
    </w:p>
    <w:p>
      <w:pPr>
        <w:pStyle w:val="Heading2"/>
      </w:pPr>
      <w:r>
        <w:t>Discover creator all-powerful and your weakness</w:t>
      </w:r>
    </w:p>
    <w:p>
      <w:r>
        <w:rPr>
          <w:color w:val="666666"/>
          <w:sz w:val="18"/>
        </w:rPr>
        <w:t>The Prophet An Example of Modesty August 27, 2017 · 40s · at 8:25 · https://youtu.be/aR3V4c8fQC4?t=505</w:t>
      </w:r>
    </w:p>
    <w:p>
      <w:r>
        <w:rPr>
          <w:i/>
        </w:rPr>
        <w:t>“Tu is haqeeqat ko daryaft kar ki tera creator all-powerful hai”</w:t>
      </w:r>
    </w:p>
    <w:p>
      <w:r>
        <w:rPr>
          <w:sz w:val="20"/>
        </w:rPr>
        <w:t>8:25  tu is haqeeqat ko daryaft kar, is haqeeqat ko daryaft kar ke tera creator all powerful hai aur tu all powerless.</w:t>
      </w:r>
      <w:r>
        <w:br/>
      </w:r>
      <w:r>
        <w:rPr>
          <w:sz w:val="20"/>
        </w:rPr>
        <w:t>8:43  yehi sab se bari discovery hai insaan ke liye. rozana suraj hum ko yeh batata hai</w:t>
      </w:r>
      <w:r>
        <w:br/>
      </w:r>
      <w:r>
        <w:rPr>
          <w:sz w:val="20"/>
        </w:rPr>
        <w:t>8:56  ke tumhara creator all powerful hai aur tu all powerless.</w:t>
      </w:r>
    </w:p>
    <w:p>
      <w:pPr>
        <w:pStyle w:val="Heading2"/>
      </w:pPr>
      <w:r>
        <w:t>Blame religious people, not religion itself</w:t>
      </w:r>
    </w:p>
    <w:p>
      <w:r>
        <w:rPr>
          <w:color w:val="666666"/>
          <w:sz w:val="18"/>
        </w:rPr>
        <w:t>Religion and Democracy December 25, 2011 · 54s · at 1:51:20 · https://youtu.be/8Mf_yvDA8ik?t=6680</w:t>
      </w:r>
    </w:p>
    <w:p>
      <w:r>
        <w:rPr>
          <w:i/>
        </w:rPr>
        <w:t>“Mazhab ne nahi kiya, mazhab ko maanne walon ne kiya”</w:t>
      </w:r>
    </w:p>
    <w:p>
      <w:r>
        <w:rPr>
          <w:sz w:val="20"/>
        </w:rPr>
        <w:t>1:51:20  kiya. ghalati yahi hai ke yeh religion hi to open of mind jo kaha tha, jis ne woh, us ne kaha tha marx ne.</w:t>
      </w:r>
      <w:r>
        <w:br/>
      </w:r>
      <w:r>
        <w:rPr>
          <w:sz w:val="20"/>
        </w:rPr>
        <w:t>1:51:31  to woh jo baat mazhab ke bare mein kahi, woh asal mein un logon par chaspana hoti hai jo mazhab ko ke naam par yeh sab phailate hain.</w:t>
      </w:r>
      <w:r>
        <w:br/>
      </w:r>
      <w:r>
        <w:rPr>
          <w:sz w:val="20"/>
        </w:rPr>
        <w:t>1:51:42  pehle bhi tha, ab bhi. yani pehle bhi yahi tha ke mazhab ke naam par jo log karte rahe, us ko mazhab ki taraf mansoob kar diya gaya.</w:t>
      </w:r>
      <w:r>
        <w:br/>
      </w:r>
      <w:r>
        <w:rPr>
          <w:sz w:val="20"/>
        </w:rPr>
        <w:t>1:51:49  us waqt bhi mazhab ke naam par log violence kar rahe hain, to mazhab se mansoob kiya ja raha hai. to aap ko alag dono ko alag kar dijie.</w:t>
      </w:r>
      <w:r>
        <w:br/>
      </w:r>
      <w:r>
        <w:rPr>
          <w:sz w:val="20"/>
        </w:rPr>
        <w:t>1:52:02  yani you have to differentiate between religious, religious people and and religion. to tab aap baat samajh mein ayegi.</w:t>
      </w:r>
    </w:p>
    <w:p>
      <w:pPr>
        <w:pStyle w:val="Heading2"/>
      </w:pPr>
      <w:r>
        <w:t>Fatima was a true copy of the Prophet</w:t>
      </w:r>
    </w:p>
    <w:p>
      <w:r>
        <w:rPr>
          <w:color w:val="666666"/>
          <w:sz w:val="18"/>
        </w:rPr>
        <w:t>The Story of Hazrat Fatima The Prophet's Cherished Daughter (Part- I) July 30, 2023 · 49s · at 5:10 · https://youtu.be/MG9FmkFEyfo?t=310</w:t>
      </w:r>
    </w:p>
    <w:p>
      <w:r>
        <w:rPr>
          <w:i/>
        </w:rPr>
        <w:t>“No one resembled the Prophet like Fatima did”</w:t>
      </w:r>
    </w:p>
    <w:p>
      <w:r>
        <w:rPr>
          <w:sz w:val="20"/>
        </w:rPr>
        <w:t>5:10  haan, yeh bohat hi aham point hai. Kyun ke Hazrat Aisha R.A. ki hadith hai, bohat hi zabardast hadith hai, jis mein unhon ne kaha hai ke</w:t>
      </w:r>
      <w:r>
        <w:br/>
      </w:r>
      <w:r>
        <w:rPr>
          <w:sz w:val="20"/>
        </w:rPr>
        <w:t>5:28  No one resembles the Prophet like Fatima.</w:t>
      </w:r>
      <w:r>
        <w:br/>
      </w:r>
      <w:r>
        <w:rPr>
          <w:sz w:val="20"/>
        </w:rPr>
        <w:t>5:32  She was a true copy of the Prophet. A female version of the Prophet. Ji. Hadith mein aise aata hai ke ma ra'aytu ahadan ashbaha samtan wa dalan wa hadyan bi Rasul Allah sallallahu 'alayhi wa sallam.</w:t>
      </w:r>
      <w:r>
        <w:br/>
      </w:r>
      <w:r>
        <w:rPr>
          <w:sz w:val="20"/>
        </w:rPr>
        <w:t>5:48  I have never seen anyone resembling the Prophet like Fatima in his character, in his manners, in his guidance, and in his conduct.</w:t>
      </w:r>
    </w:p>
    <w:p>
      <w:pPr>
        <w:pStyle w:val="Heading2"/>
      </w:pPr>
      <w:r>
        <w:t>Muslim youth in the West are rational, not rebellious</w:t>
      </w:r>
    </w:p>
    <w:p>
      <w:r>
        <w:rPr>
          <w:color w:val="666666"/>
          <w:sz w:val="18"/>
        </w:rPr>
        <w:t>Muslims in Diaspora 9 jan 2007 (English) · 23s · at 48:34 · https://youtu.be/oAi49l7nuOI?t=2914</w:t>
      </w:r>
    </w:p>
    <w:p>
      <w:r>
        <w:rPr>
          <w:i/>
        </w:rPr>
        <w:t>“It is not a case of blasphemy, but a case of reason.”</w:t>
      </w:r>
    </w:p>
    <w:p>
      <w:r>
        <w:rPr>
          <w:sz w:val="20"/>
        </w:rPr>
        <w:t>48:34  It is not a case of blasphemy, but it is a case of reason. So, they want to understand Islam in rational terms.</w:t>
      </w:r>
      <w:r>
        <w:br/>
      </w:r>
      <w:r>
        <w:rPr>
          <w:sz w:val="20"/>
        </w:rPr>
        <w:t>48:48  They want to understand Islam in scientific terms.</w:t>
      </w:r>
      <w:r>
        <w:br/>
      </w:r>
      <w:r>
        <w:rPr>
          <w:sz w:val="20"/>
        </w:rPr>
        <w:t>48:52  So, if you</w:t>
      </w:r>
    </w:p>
    <w:p>
      <w:pPr>
        <w:pStyle w:val="Heading2"/>
      </w:pPr>
      <w:r>
        <w:t>Hadith on the purpose-driven blessing of Zamzam water</w:t>
      </w:r>
    </w:p>
    <w:p>
      <w:r>
        <w:rPr>
          <w:color w:val="666666"/>
          <w:sz w:val="18"/>
        </w:rPr>
        <w:t>Timeless Wisdom from the Life of Abu Dharr al-Ghifari December 21, 2025 · 32s · at 6:45 · https://youtu.be/CDBjybktCDM?t=405</w:t>
      </w:r>
    </w:p>
    <w:p>
      <w:r>
        <w:rPr>
          <w:i/>
        </w:rPr>
        <w:t>“I kept on drinking Zamzam water and watched the people”</w:t>
      </w:r>
    </w:p>
    <w:p>
      <w:r>
        <w:rPr>
          <w:sz w:val="20"/>
        </w:rPr>
        <w:t>6:45  and watched the people ." and he was only drinking zamzam water, no food, for many days. and the prophet muhammad sallallahu alaihi wasallam said that: "ma zamzam limashrubin ho." the water of zamzam is for whatever purpose you drink it.</w:t>
      </w:r>
      <w:r>
        <w:br/>
      </w:r>
      <w:r>
        <w:rPr>
          <w:sz w:val="20"/>
        </w:rPr>
        <w:t>7:06  meaning if you drink zamzam with the sincere intention for healing or relief or knowledge or forgiveness , allah will grant benefit by his will.</w:t>
      </w:r>
    </w:p>
    <w:p>
      <w:pPr>
        <w:pStyle w:val="Heading2"/>
      </w:pPr>
      <w:r>
        <w:t>Religion demands duty consciousness, not rights consciousness</w:t>
      </w:r>
    </w:p>
    <w:p>
      <w:r>
        <w:rPr>
          <w:color w:val="666666"/>
          <w:sz w:val="18"/>
        </w:rPr>
        <w:t>Return to Religion June 13, 2009 · 49s · at 8:53 · https://youtu.be/qx7LpCmXMQk?t=533</w:t>
      </w:r>
    </w:p>
    <w:p>
      <w:r>
        <w:rPr>
          <w:i/>
        </w:rPr>
        <w:t>“Religion wants to make people duty conscious, not rights conscious”</w:t>
      </w:r>
    </w:p>
    <w:p>
      <w:r>
        <w:rPr>
          <w:sz w:val="20"/>
        </w:rPr>
        <w:t>8:53  Religion wants to make people duty-conscious, and not right-conscious. Jesus Christ was a prophet</w:t>
      </w:r>
      <w:r>
        <w:br/>
      </w:r>
      <w:r>
        <w:rPr>
          <w:sz w:val="20"/>
        </w:rPr>
        <w:t>9:07  , he was not son of God, but he was a prophet of God. So he had said</w:t>
      </w:r>
      <w:r>
        <w:br/>
      </w:r>
      <w:r>
        <w:rPr>
          <w:sz w:val="20"/>
        </w:rPr>
        <w:t>9:16  that you can find this saying in New Testament, that give to Caesar what is due to Caesar, and give to God what is due to God.</w:t>
      </w:r>
      <w:r>
        <w:br/>
      </w:r>
      <w:r>
        <w:rPr>
          <w:sz w:val="20"/>
        </w:rPr>
        <w:t>9:35  This is what I am saying: duty-conscious.</w:t>
      </w:r>
    </w:p>
    <w:p>
      <w:pPr>
        <w:pStyle w:val="Heading2"/>
      </w:pPr>
      <w:r>
        <w:t>God commands Moses to speak softly</w:t>
      </w:r>
    </w:p>
    <w:p>
      <w:r>
        <w:rPr>
          <w:color w:val="666666"/>
          <w:sz w:val="18"/>
        </w:rPr>
        <w:t>The Concept of Taleef in Islam August 3, 2007 · 53s · at 1:10 · https://youtu.be/IHAeOuCThHg?t=70</w:t>
      </w:r>
    </w:p>
    <w:p>
      <w:r>
        <w:rPr>
          <w:i/>
        </w:rPr>
        <w:t>“When God sent Moses to Pharaoh”</w:t>
      </w:r>
    </w:p>
    <w:p>
      <w:r>
        <w:rPr>
          <w:sz w:val="20"/>
        </w:rPr>
        <w:t>1:10  . When God sent Moses to Pharaoh, the contemporary king, so God said</w:t>
      </w:r>
      <w:r>
        <w:br/>
      </w:r>
      <w:r>
        <w:rPr>
          <w:sz w:val="20"/>
        </w:rPr>
        <w:t>1:31  that "qoola lahu qawlan layyinan"</w:t>
      </w:r>
      <w:r>
        <w:br/>
      </w:r>
      <w:r>
        <w:rPr>
          <w:sz w:val="20"/>
        </w:rPr>
        <w:t>1:37  O Moses, say in a soft manner.</w:t>
      </w:r>
      <w:r>
        <w:br/>
      </w:r>
      <w:r>
        <w:rPr>
          <w:sz w:val="20"/>
        </w:rPr>
        <w:t>1:48  Convey your message in a soft manner. "qoola lahu qawlan layyinan" So this is the TALEEF-u-Qalb.</w:t>
      </w:r>
    </w:p>
    <w:p>
      <w:pPr>
        <w:pStyle w:val="Heading2"/>
      </w:pPr>
      <w:r>
        <w:t>Political leaders need rivals; the Prophet never did</w:t>
      </w:r>
    </w:p>
    <w:p>
      <w:r>
        <w:rPr>
          <w:color w:val="666666"/>
          <w:sz w:val="18"/>
        </w:rPr>
        <w:t>Muhammad was a Prophet, not a Political Leader December 17, 2007 · 28s · at 25:56 · https://youtu.be/YyQZsYsAYi0?t=1556</w:t>
      </w:r>
    </w:p>
    <w:p>
      <w:r>
        <w:rPr>
          <w:i/>
        </w:rPr>
        <w:t>“Without rivals, you cannot be a political leader”</w:t>
      </w:r>
    </w:p>
    <w:p>
      <w:r>
        <w:rPr>
          <w:sz w:val="20"/>
        </w:rPr>
        <w:t>25:56  so i can say that all the political leaders were negative in thinking, were negative thinker. the case of every political leader is that he discover some rivals, some rivals.</w:t>
      </w:r>
      <w:r>
        <w:br/>
      </w:r>
      <w:r>
        <w:rPr>
          <w:sz w:val="20"/>
        </w:rPr>
        <w:t>26:12  without some rivals, you can not be a political leader. politics always want to have some rivals.</w:t>
      </w:r>
    </w:p>
    <w:p>
      <w:pPr>
        <w:pStyle w:val="Heading2"/>
      </w:pPr>
      <w:r>
        <w:t>Accepting Islam wipes out all previous sins instantly</w:t>
      </w:r>
    </w:p>
    <w:p>
      <w:r>
        <w:rPr>
          <w:color w:val="666666"/>
          <w:sz w:val="18"/>
        </w:rPr>
        <w:t>History 0f Thoughts November 12, 2006 · 38s · at 1:49:14 · https://youtu.be/BvzmJxA0j7c?t=6554</w:t>
      </w:r>
    </w:p>
    <w:p>
      <w:r>
        <w:rPr>
          <w:i/>
        </w:rPr>
        <w:t>“Al-Islamu yahdimu ma qablahu — Islam demolishes what came before”</w:t>
      </w:r>
    </w:p>
    <w:p>
      <w:r>
        <w:rPr>
          <w:sz w:val="20"/>
        </w:rPr>
        <w:t>1:49:14  Fainnalaha yaghfirul zun wa jameean. Kyunke Khuda saare hi gunahon ko maaf kar deta hai, saare hi sin ko maaf kar deta hai.</w:t>
      </w:r>
      <w:r>
        <w:br/>
      </w:r>
      <w:r>
        <w:rPr>
          <w:sz w:val="20"/>
        </w:rPr>
        <w:t>1:49:27  Yeh ayat utri, tab ja ke logon ko itminan hua. Aur doosri ek aur hadith hai al-islamu yahdimu ma qablahu</w:t>
      </w:r>
      <w:r>
        <w:br/>
      </w:r>
      <w:r>
        <w:rPr>
          <w:sz w:val="20"/>
        </w:rPr>
        <w:t>1:49:39  Al-islamu yahdimu ma qablahu. Islam pehle wale ko demolish kar deta hai.</w:t>
      </w:r>
      <w:r>
        <w:br/>
      </w:r>
      <w:r>
        <w:rPr>
          <w:sz w:val="20"/>
        </w:rPr>
        <w:t>1:49:48  Islam pehle kiye hue ko demolish kar deta hai.</w:t>
      </w:r>
    </w:p>
    <w:p>
      <w:pPr>
        <w:pStyle w:val="Heading2"/>
      </w:pPr>
      <w:r>
        <w:t>No fixed model for culture in Islam</w:t>
      </w:r>
    </w:p>
    <w:p>
      <w:r>
        <w:rPr>
          <w:color w:val="666666"/>
          <w:sz w:val="18"/>
        </w:rPr>
        <w:t>The Art of Application | January 07, 2017 | Maulana Wahiduddin Khan · 30s · at 27:02 · https://youtu.be/wb1bDtubwMU?t=1622</w:t>
      </w:r>
    </w:p>
    <w:p>
      <w:r>
        <w:rPr>
          <w:i/>
        </w:rPr>
        <w:t>“Culture ke maamle mein koi ek model nahi hai”</w:t>
      </w:r>
    </w:p>
    <w:p>
      <w:r>
        <w:rPr>
          <w:sz w:val="20"/>
        </w:rPr>
        <w:t>27:02  zamane mein riwaj hoga, siwaye is ke jo muharramat hote hain, jaise sharab hai, nudity hai, muslim society hai, to jo cheezein khule taur par haram hain, is se hamein bachna hai bas. baqi sab, sab, sab Islami culture hai. sab Islami culture hai. yaani kurta pajama bhi Islami hai aur coat pantalon bhi Islami hai. is mein koi farq nahi hai. pagdi, pagdi bhi</w:t>
      </w:r>
    </w:p>
    <w:p>
      <w:pPr>
        <w:pStyle w:val="Heading2"/>
      </w:pPr>
      <w:r>
        <w:t>De-linking leads to progress</w:t>
      </w:r>
    </w:p>
    <w:p>
      <w:r>
        <w:rPr>
          <w:color w:val="666666"/>
          <w:sz w:val="18"/>
        </w:rPr>
        <w:t>Dars-e-Quran, Chapter 2, Verses 75-78 June 17, 2018 · 24s · at 21:34 · https://youtu.be/2qkgyTF6bt8?t=1294</w:t>
      </w:r>
    </w:p>
    <w:p>
      <w:r>
        <w:rPr>
          <w:i/>
        </w:rPr>
        <w:t>“Ek doosre se fayda uthayen”</w:t>
      </w:r>
    </w:p>
    <w:p>
      <w:r>
        <w:rPr>
          <w:sz w:val="20"/>
        </w:rPr>
        <w:t>21:34  ek doosre se faida uthayein ke trade mein, industry mein, education mein, health mein waghera waghera. to aaj dono mulk taraqqi karte hain zyada, jaisa ke japan mein hua, germany mein hua,</w:t>
      </w:r>
      <w:r>
        <w:br/>
      </w:r>
      <w:r>
        <w:rPr>
          <w:sz w:val="20"/>
        </w:rPr>
        <w:t>21:51  isi liye ke unhone de-linking model ikhtiyar kiya.</w:t>
      </w:r>
    </w:p>
    <w:p>
      <w:pPr>
        <w:pStyle w:val="Heading2"/>
      </w:pPr>
      <w:r>
        <w:t>quranic formula: with every difficulty comes ease</w:t>
      </w:r>
    </w:p>
    <w:p>
      <w:r>
        <w:rPr>
          <w:color w:val="666666"/>
          <w:sz w:val="18"/>
        </w:rPr>
        <w:t>Importance of Creative Thinking December 11, 2011 · 47s · at 1:33:35 · https://youtu.be/jfML9Arb0S4?t=5615</w:t>
      </w:r>
    </w:p>
    <w:p>
      <w:r>
        <w:rPr>
          <w:i/>
        </w:rPr>
        <w:t>“Inna ma'al 'usri yusra - with every problem there are opportunities”</w:t>
      </w:r>
    </w:p>
    <w:p>
      <w:r>
        <w:rPr>
          <w:sz w:val="20"/>
        </w:rPr>
        <w:t>1:33:35  woh ayat hai: "inna ma'al gusr usra, inna ma'al gusr usra." yani is ka matlab yeh hai ke "af with every difficulty, there is ease." is ka matlab kya hua?</w:t>
      </w:r>
      <w:r>
        <w:br/>
      </w:r>
      <w:r>
        <w:rPr>
          <w:sz w:val="20"/>
        </w:rPr>
        <w:t>1:33:52  "with every problem, there are opportunities.</w:t>
      </w:r>
      <w:r>
        <w:br/>
      </w:r>
      <w:r>
        <w:rPr>
          <w:sz w:val="20"/>
        </w:rPr>
        <w:t>1:33:55  " yeh matlab hua is ka. to zindagi ko dekhiye, is ko hai positive way mein dekhna hai. is ka matlab hua ke koi bhi situation hai, koi bhi problem hai, to wahan aap yeh na samjhein ke bas problem hai to bas problem hai aur kuch nahi hai.</w:t>
      </w:r>
      <w:r>
        <w:br/>
      </w:r>
      <w:r>
        <w:rPr>
          <w:sz w:val="20"/>
        </w:rPr>
        <w:t>1:34:10  problem hai to sath sath opportunities bhi hain. yani Allah taala ne jo banaya hai dunya, is tarah banaya hai ke kabhi bhi aisa na ho yahan par ke sirf problem ho aur opportunities na ho</w:t>
      </w:r>
    </w:p>
    <w:p>
      <w:pPr>
        <w:pStyle w:val="Heading2"/>
      </w:pPr>
      <w:r>
        <w:t>Hadith on how long Yusuf patiently stayed in prison</w:t>
      </w:r>
    </w:p>
    <w:p>
      <w:r>
        <w:rPr>
          <w:color w:val="666666"/>
          <w:sz w:val="18"/>
        </w:rPr>
        <w:t>Lessons from The Story of Prophet Yusuf Part 3 July 17, 2022 · 52s · at 3:22 · https://youtu.be/IweBlcs49uM?t=202</w:t>
      </w:r>
    </w:p>
    <w:p>
      <w:r>
        <w:rPr>
          <w:i/>
        </w:rPr>
        <w:t>“حضرت محمدﷺ نے فرمایا: اگر میں اتنی مدت جیل میں رہتا”</w:t>
      </w:r>
    </w:p>
    <w:p>
      <w:r>
        <w:rPr>
          <w:sz w:val="20"/>
        </w:rPr>
        <w:t>3:22  Hazrat Muhammad Sallallahu Alaihi Wasallam ne ek bar kaha tha ke "lau lubista fi as-sijn ma lubisa Yūsuf la'ajiba ad-dā'ī" yani Yūsuf Alaihis salam jitne saal yani jitni bari muddat jail mein rahe,</w:t>
      </w:r>
      <w:r>
        <w:br/>
      </w:r>
      <w:r>
        <w:rPr>
          <w:sz w:val="20"/>
        </w:rPr>
        <w:t>3:41  agar main rehta itni lambi muddat aur badshah ke log aate mere pas ke chalo to main foran bahar aa jata j</w:t>
      </w:r>
      <w:r>
        <w:br/>
      </w:r>
      <w:r>
        <w:rPr>
          <w:sz w:val="20"/>
        </w:rPr>
        <w:t>3:50  ail se. To is se andaza hota hai ke kitni bari kitni bari muddat Hazrat Yūsuf Alaihis salam rahe honge aur kitna mushkil raha hoga.</w:t>
      </w:r>
      <w:r>
        <w:br/>
      </w:r>
      <w:r>
        <w:rPr>
          <w:sz w:val="20"/>
        </w:rPr>
        <w:t>3:59  Kitabon mein aata hai taqreeban saat saal Yūsuf Alaihis salam jail mein rahe. Jee jee jee. To doctor sahib, jaise aap ne bataya ke prophet Yūsuf ne kaha ke matlab pehle mere charges ko le kar aap faisla kijiye.</w:t>
      </w:r>
    </w:p>
    <w:p>
      <w:pPr>
        <w:pStyle w:val="Heading2"/>
      </w:pPr>
      <w:r>
        <w:t>Prophet separated worship and politics</w:t>
      </w:r>
    </w:p>
    <w:p>
      <w:r>
        <w:rPr>
          <w:color w:val="666666"/>
          <w:sz w:val="18"/>
        </w:rPr>
        <w:t>Charity in Islam (In Conversation with Maulana) July 22, 2007 · 59s · at 27:37 · https://youtu.be/FGw1nzGmS4g?t=1657</w:t>
      </w:r>
    </w:p>
    <w:p>
      <w:r>
        <w:rPr>
          <w:i/>
        </w:rPr>
        <w:t>“Profit ne ibadat ko aur politics ko detach kar diya.”</w:t>
      </w:r>
    </w:p>
    <w:p>
      <w:r>
        <w:rPr>
          <w:sz w:val="20"/>
        </w:rPr>
        <w:t>27:37  to rasoolullah ne is tarike se humein bataya hai ki political rule jo hai, yeh sab bilkul alag cheezein hain. uska ibadat se koi talluq nahin hai.</w:t>
      </w:r>
      <w:r>
        <w:br/>
      </w:r>
      <w:r>
        <w:rPr>
          <w:sz w:val="20"/>
        </w:rPr>
        <w:t>27:52  profit ne ibadat ko aur politics ko detach kar diya, alag kar diya ek doosre se.</w:t>
      </w:r>
      <w:r>
        <w:br/>
      </w:r>
      <w:r>
        <w:rPr>
          <w:sz w:val="20"/>
        </w:rPr>
        <w:t>27:59  rule koi bhi kare, ibadat hum khuda ki karna hai, hum woh karte rahenge.</w:t>
      </w:r>
      <w:r>
        <w:br/>
      </w:r>
      <w:r>
        <w:rPr>
          <w:sz w:val="20"/>
        </w:rPr>
        <w:t>28:03  usko to aap dono dono ko alag kar diya.</w:t>
      </w:r>
      <w:r>
        <w:br/>
      </w:r>
      <w:r>
        <w:rPr>
          <w:sz w:val="20"/>
        </w:rPr>
        <w:t>28:07  ab jo mufti fatwa de, uska fatwa hi galat hai.</w:t>
      </w:r>
      <w:r>
        <w:br/>
      </w:r>
      <w:r>
        <w:rPr>
          <w:sz w:val="20"/>
        </w:rPr>
        <w:t>28:10  uske fatwe ko hum reject kar denge.</w:t>
      </w:r>
      <w:r>
        <w:br/>
      </w:r>
      <w:r>
        <w:rPr>
          <w:sz w:val="20"/>
        </w:rPr>
        <w:t>28:14  usko his fata is rejected.</w:t>
      </w:r>
      <w:r>
        <w:br/>
      </w:r>
      <w:r>
        <w:rPr>
          <w:sz w:val="20"/>
        </w:rPr>
        <w:t>28:19  ab woh bahut hi khush ho gaye.</w:t>
      </w:r>
      <w:r>
        <w:br/>
      </w:r>
      <w:r>
        <w:rPr>
          <w:sz w:val="20"/>
        </w:rPr>
        <w:t>28:23  to mere nazdeek yeh jo baatein karte hain log, muslim ke ruler jo hai, kharab ho gaya, uski</w:t>
      </w:r>
      <w:r>
        <w:br/>
      </w:r>
      <w:r>
        <w:rPr>
          <w:sz w:val="20"/>
        </w:rPr>
        <w:t>28:28  kharabi karna, yeh sab bilkul yaani yeh haram siyasat hai.</w:t>
      </w:r>
      <w:r>
        <w:br/>
      </w:r>
      <w:r>
        <w:rPr>
          <w:sz w:val="20"/>
        </w:rPr>
        <w:t>28:33  bila shubah hai, unlawful siyasat hai.</w:t>
      </w:r>
      <w:r>
        <w:br/>
      </w:r>
      <w:r>
        <w:rPr>
          <w:sz w:val="20"/>
        </w:rPr>
        <w:t>28:35  yeh aur saare muslim countries</w:t>
      </w:r>
    </w:p>
    <w:p>
      <w:pPr>
        <w:pStyle w:val="Heading2"/>
      </w:pPr>
      <w:r>
        <w:t>Introduction to the Prophetic Model in Quran</w:t>
      </w:r>
    </w:p>
    <w:p>
      <w:r>
        <w:rPr>
          <w:color w:val="666666"/>
          <w:sz w:val="18"/>
        </w:rPr>
        <w:t>Prophetic Model February 16, 2014 · 31s · at 0:50 · https://youtu.be/ypIIqSmExzk?t=50</w:t>
      </w:r>
    </w:p>
    <w:p>
      <w:r>
        <w:rPr>
          <w:i/>
        </w:rPr>
        <w:t>“Prophetic Model ya Uswa Rasool”</w:t>
      </w:r>
    </w:p>
    <w:p>
      <w:r>
        <w:rPr>
          <w:sz w:val="20"/>
        </w:rPr>
        <w:t>0:50  "prophetic model" ya "uswa rasool".</w:t>
      </w:r>
      <w:r>
        <w:br/>
      </w:r>
      <w:r>
        <w:rPr>
          <w:sz w:val="20"/>
        </w:rPr>
        <w:t>0:59  quran mein</w:t>
      </w:r>
      <w:r>
        <w:br/>
      </w:r>
      <w:r>
        <w:rPr>
          <w:sz w:val="20"/>
        </w:rPr>
        <w:t>1:04  ek bohat hi ahem ayat hai is mazmoon ki. is ke alfaaz yeh hain: laqad kana lakum fi rasoolillahi uswatun hasanah.</w:t>
      </w:r>
    </w:p>
    <w:p>
      <w:pPr>
        <w:pStyle w:val="Heading2"/>
      </w:pPr>
      <w:r>
        <w:t>Avoid provocation, bear harm, hide complaints</w:t>
      </w:r>
    </w:p>
    <w:p>
      <w:r>
        <w:rPr>
          <w:color w:val="666666"/>
          <w:sz w:val="18"/>
        </w:rPr>
        <w:t>Conciliatory Approach and Confrontational Approach | March 21, 2010 · 32s · at 9:33 · https://youtu.be/PrfDlx2pfA0?t=573</w:t>
      </w:r>
    </w:p>
    <w:p>
      <w:r>
        <w:rPr>
          <w:i/>
        </w:rPr>
        <w:t>“Provocation ko avoid kijiye, nuqsan ko bardasht kijiye”</w:t>
      </w:r>
    </w:p>
    <w:p>
      <w:r>
        <w:rPr>
          <w:sz w:val="20"/>
        </w:rPr>
        <w:t>9:33  killing se bachna hoga, tab aap killing se bach paayenge, nahi to nahi bach paayenge.</w:t>
      </w:r>
      <w:r>
        <w:br/>
      </w:r>
      <w:r>
        <w:rPr>
          <w:sz w:val="20"/>
        </w:rPr>
        <w:t>9:39  yaani provocation ko avoid kijiye, nuksan ko bardasht kijiye, shikayaton ko apne dil mein chupa lijiye, hate ko</w:t>
      </w:r>
      <w:r>
        <w:br/>
      </w:r>
      <w:r>
        <w:rPr>
          <w:sz w:val="20"/>
        </w:rPr>
        <w:t>9:46  kill kar dijiye apne andar.</w:t>
      </w:r>
      <w:r>
        <w:br/>
      </w:r>
      <w:r>
        <w:rPr>
          <w:sz w:val="20"/>
        </w:rPr>
        <w:t>9:53  yeh hai pre killing wali baat.</w:t>
      </w:r>
      <w:r>
        <w:br/>
      </w:r>
      <w:r>
        <w:rPr>
          <w:sz w:val="20"/>
        </w:rPr>
        <w:t>9:59  to log pre killing se bachte nahi to baat killing tak pahunch jaati hai.</w:t>
      </w:r>
    </w:p>
    <w:p>
      <w:pPr>
        <w:pStyle w:val="Heading2"/>
      </w:pPr>
      <w:r>
        <w:t>Quran as authentic source for creation</w:t>
      </w:r>
    </w:p>
    <w:p>
      <w:r>
        <w:rPr>
          <w:color w:val="666666"/>
          <w:sz w:val="18"/>
        </w:rPr>
        <w:t>Prophetic Mission in 21st Century I 2 Oct , 2011 - Maulana Wahiduddin Khan · 27s · at 1:11 · https://youtu.be/ioz5Zg87QpI?t=71</w:t>
      </w:r>
    </w:p>
    <w:p>
      <w:r>
        <w:rPr>
          <w:i/>
        </w:rPr>
        <w:t>“The authentic source for God's creative plan is the Quran.”</w:t>
      </w:r>
    </w:p>
    <w:p>
      <w:r>
        <w:rPr>
          <w:sz w:val="20"/>
        </w:rPr>
        <w:t>1:11  takhleeqi mansoobay ko janne ka authentic source sirf ek hi kitab hai, woh hai quran.</w:t>
      </w:r>
      <w:r>
        <w:br/>
      </w:r>
      <w:r>
        <w:rPr>
          <w:sz w:val="20"/>
        </w:rPr>
        <w:t>1:22  quran ke mutabiq</w:t>
      </w:r>
      <w:r>
        <w:br/>
      </w:r>
      <w:r>
        <w:rPr>
          <w:sz w:val="20"/>
        </w:rPr>
        <w:t>1:26  is dunya mein takhleeq aur nabuwwat dono saath saath aaye hain, yani creation aur prophet hood.</w:t>
      </w:r>
    </w:p>
    <w:p>
      <w:pPr>
        <w:pStyle w:val="Heading2"/>
      </w:pPr>
      <w:r>
        <w:t>Prophet's clever response to being insulted as Muzammam</w:t>
      </w:r>
    </w:p>
    <w:p>
      <w:r>
        <w:rPr>
          <w:color w:val="666666"/>
          <w:sz w:val="18"/>
        </w:rPr>
        <w:t>Prophetic Wisdom November 13, 2022 · 33s · at 32:58 · https://youtu.be/EUFD21PtjwM?t=1978</w:t>
      </w:r>
    </w:p>
    <w:p>
      <w:r>
        <w:rPr>
          <w:i/>
        </w:rPr>
        <w:t>“They nicknamed him Muzammam — condemnable”</w:t>
      </w:r>
    </w:p>
    <w:p>
      <w:r>
        <w:rPr>
          <w:sz w:val="20"/>
        </w:rPr>
        <w:t>32:58  misal ke tor par mazamm hai, jab aap ko logon ne mazamm kaha condemnable to aap ne kaha main to muhammad hoon. main is ka matlab hai praiseworthy.</w:t>
      </w:r>
      <w:r>
        <w:br/>
      </w:r>
      <w:r>
        <w:rPr>
          <w:sz w:val="20"/>
        </w:rPr>
        <w:t>33:07  to jo condemnable keh rahe hain, jo bura bhala mujhe keh rahe hain, naam hi mazamm rakh diya tha.</w:t>
      </w:r>
      <w:r>
        <w:br/>
      </w:r>
      <w:r>
        <w:rPr>
          <w:sz w:val="20"/>
        </w:rPr>
        <w:t>33:15  to jo bura bhala mazamm ko woh keh rahe hain, mera naam badal kar, to mere upar parte hi nahi. to isi par molana ki aik article mein parh rahi thi, to us mein doctor zakir hussain president banne se pehle ki baat hai.</w:t>
      </w:r>
    </w:p>
    <w:p>
      <w:pPr>
        <w:pStyle w:val="Heading2"/>
      </w:pPr>
      <w:r>
        <w:t>History shift from living prophet to recorded prophet</w:t>
      </w:r>
    </w:p>
    <w:p>
      <w:r>
        <w:rPr>
          <w:color w:val="666666"/>
          <w:sz w:val="18"/>
        </w:rPr>
        <w:t>Why was Muhammad The Last Prophet March 25, 2007 · 44s · at 23:55 · https://youtu.be/iPBd0i_xtnA?t=1435</w:t>
      </w:r>
    </w:p>
    <w:p>
      <w:r>
        <w:rPr>
          <w:i/>
        </w:rPr>
        <w:t>“پہلے تھا زندہ پرافٹ کا زمانہ، اب ریکارڈڈ پرافٹ کا”</w:t>
      </w:r>
    </w:p>
    <w:p>
      <w:r>
        <w:rPr>
          <w:sz w:val="20"/>
        </w:rPr>
        <w:t>23:55  aap se pehle aur aap ke baad ek bohat bara farq aap dekhenge.</w:t>
      </w:r>
      <w:r>
        <w:br/>
      </w:r>
      <w:r>
        <w:rPr>
          <w:sz w:val="20"/>
        </w:rPr>
        <w:t>24:02  pehle tha zinda prophet ka zamana. ab ho gaya recorded prophet ka zamana.</w:t>
      </w:r>
      <w:r>
        <w:br/>
      </w:r>
      <w:r>
        <w:rPr>
          <w:sz w:val="20"/>
        </w:rPr>
        <w:t>24:11  Muhammad sallallahu alaihi wasallam se pehle zinda prophet ka zamana tha. jab tak zinda hain, tab tak un se mil raha hai aap ko. jab woh nahin hain to un ka koi record nahin hai.</w:t>
      </w:r>
      <w:r>
        <w:br/>
      </w:r>
      <w:r>
        <w:rPr>
          <w:sz w:val="20"/>
        </w:rPr>
        <w:t>24:22  aap ke zariye kya hua? ke zinda prophet se aage barh kar ke recorded prophet ka zamana aa gaya. ab sab kuch record mein ho gaya. jaise mein misaal doon ke doctor ambedkar ne hamara aain jo hai, hamara us ko draft kiya unhon ne.</w:t>
      </w:r>
    </w:p>
    <w:p>
      <w:pPr>
        <w:pStyle w:val="Heading2"/>
      </w:pPr>
      <w:r>
        <w:t>Two categories of activism</w:t>
      </w:r>
    </w:p>
    <w:p>
      <w:r>
        <w:rPr>
          <w:color w:val="666666"/>
          <w:sz w:val="18"/>
        </w:rPr>
        <w:t>Prophetic Model of Activism June 20, 2009 Maulana Wahiduddin Khan · 38s · at 1:28 · https://youtu.be/0XeBV6rPRk8?t=88</w:t>
      </w:r>
    </w:p>
    <w:p>
      <w:r>
        <w:rPr>
          <w:i/>
        </w:rPr>
        <w:t>“In fact, there are only two categories of activism.”</w:t>
      </w:r>
    </w:p>
    <w:p>
      <w:r>
        <w:rPr>
          <w:sz w:val="20"/>
        </w:rPr>
        <w:t>1:28  in fact, there are only two categories of activism.</w:t>
      </w:r>
      <w:r>
        <w:br/>
      </w:r>
      <w:r>
        <w:rPr>
          <w:sz w:val="20"/>
        </w:rPr>
        <w:t>1:39  det is god oriented activism and man oriented activism.</w:t>
      </w:r>
      <w:r>
        <w:br/>
      </w:r>
      <w:r>
        <w:rPr>
          <w:sz w:val="20"/>
        </w:rPr>
        <w:t>1:51  prophet activism was god oriented activism. and all other types of activism are man oriented activism.</w:t>
      </w:r>
    </w:p>
    <w:p>
      <w:pPr>
        <w:pStyle w:val="Heading2"/>
      </w:pPr>
      <w:r>
        <w:t>jihad literally means 'to strive,' not violence</w:t>
      </w:r>
    </w:p>
    <w:p>
      <w:r>
        <w:rPr>
          <w:color w:val="666666"/>
          <w:sz w:val="18"/>
        </w:rPr>
        <w:t>Human Equality in Islam July 1, 2007 Maulana Wahiduddin Khan · 28s · at 34:35 · https://youtu.be/5aJvpiCYbzQ?t=2075</w:t>
      </w:r>
    </w:p>
    <w:p>
      <w:r>
        <w:rPr>
          <w:i/>
        </w:rPr>
        <w:t>“Jihad literally means to strive — not war”</w:t>
      </w:r>
    </w:p>
    <w:p>
      <w:r>
        <w:rPr>
          <w:sz w:val="20"/>
        </w:rPr>
        <w:t>34:35  Dekhen, jihad jo hai, jihad ke maani ek to yeh hai ke jihad ke maani war nahin hai, violence nahin hai. Jihad literally means to strive, to struggle.</w:t>
      </w:r>
      <w:r>
        <w:br/>
      </w:r>
      <w:r>
        <w:rPr>
          <w:sz w:val="20"/>
        </w:rPr>
        <w:t>34:47  bas koshish karna, koshish karna kisi baat ke liye koshish karna. Aap logon mein acha character laane ke liye aap koshish kar rahe ho to woh jihad hai.</w:t>
      </w:r>
    </w:p>
    <w:p>
      <w:pPr>
        <w:pStyle w:val="Heading2"/>
      </w:pPr>
      <w:r>
        <w:t>Belief is personal freedom, not punishable</w:t>
      </w:r>
    </w:p>
    <w:p>
      <w:r>
        <w:rPr>
          <w:color w:val="666666"/>
          <w:sz w:val="18"/>
        </w:rPr>
        <w:t>The Role of Islam in History January 9, 2011 · 29s · at 14:18 · https://youtu.be/Hnm_lr7e-iM?t=858</w:t>
      </w:r>
    </w:p>
    <w:p>
      <w:r>
        <w:rPr>
          <w:i/>
        </w:rPr>
        <w:t>“Aqeeda insan ki azadi ka masla hai, punishment ka nahi”</w:t>
      </w:r>
    </w:p>
    <w:p>
      <w:r>
        <w:rPr>
          <w:sz w:val="20"/>
        </w:rPr>
        <w:t>14:18  aqeedah insaan ki azaadi ka masla hai. woh punishment ka masla nahi hai. yaad rakhiye. yani belief is a subject of personal freedom.</w:t>
      </w:r>
      <w:r>
        <w:br/>
      </w:r>
      <w:r>
        <w:rPr>
          <w:sz w:val="20"/>
        </w:rPr>
        <w:t>14:32  it is not subject of legal punishment.</w:t>
      </w:r>
      <w:r>
        <w:br/>
      </w:r>
      <w:r>
        <w:rPr>
          <w:sz w:val="20"/>
        </w:rPr>
        <w:t>14:37  legal punishment kis cheez ke liye hai? woh hai social crime ke liye hai. social crime. yani</w:t>
      </w:r>
    </w:p>
    <w:p>
      <w:pPr>
        <w:pStyle w:val="Heading2"/>
      </w:pPr>
      <w:r>
        <w:t>Allahu Akbar reveals God is great, not me</w:t>
      </w:r>
    </w:p>
    <w:p>
      <w:r>
        <w:rPr>
          <w:color w:val="666666"/>
          <w:sz w:val="18"/>
        </w:rPr>
        <w:t>The Concept of Spirituality In Islam - II January 27, 2006 Maulana Wahiduddin Khan · 42s · at 12:29 · https://youtu.be/YZvx_Y3Dcg0?t=749</w:t>
      </w:r>
    </w:p>
    <w:p>
      <w:r>
        <w:rPr>
          <w:i/>
        </w:rPr>
        <w:t>“Allahu Akbar means God is great — what's the simple sentence?”</w:t>
      </w:r>
    </w:p>
    <w:p>
      <w:r>
        <w:rPr>
          <w:sz w:val="20"/>
        </w:rPr>
        <w:t>12:29  Allahu Akbar means God is great. God is great. what is the simple sentence?</w:t>
      </w:r>
      <w:r>
        <w:br/>
      </w:r>
      <w:r>
        <w:rPr>
          <w:sz w:val="20"/>
        </w:rPr>
        <w:t>12:43  it is a simple sentence.</w:t>
      </w:r>
      <w:r>
        <w:br/>
      </w:r>
      <w:r>
        <w:rPr>
          <w:sz w:val="20"/>
        </w:rPr>
        <w:t>12:51  in other words, it means, it means that God is great and i am not great.</w:t>
      </w:r>
      <w:r>
        <w:br/>
      </w:r>
      <w:r>
        <w:rPr>
          <w:sz w:val="20"/>
        </w:rPr>
        <w:t>13:01  it is implicit. it is implicit in Allahu Akbar. God is great and i am not great.</w:t>
      </w:r>
    </w:p>
    <w:p>
      <w:pPr>
        <w:pStyle w:val="Heading2"/>
      </w:pPr>
      <w:r>
        <w:t>La ilaha illallah is discovery, not empty words</w:t>
      </w:r>
    </w:p>
    <w:p>
      <w:r>
        <w:rPr>
          <w:color w:val="666666"/>
          <w:sz w:val="18"/>
        </w:rPr>
        <w:t>Hadith-e-Rasool (Sayings of The Prophet of Islam) 20 June 2010 · 37s · at 10:38 · https://youtu.be/eOZy3kYKTn0?t=638</w:t>
      </w:r>
    </w:p>
    <w:p>
      <w:r>
        <w:rPr>
          <w:i/>
        </w:rPr>
        <w:t>“Man qala la ilaha illallah dakhalal jannah”</w:t>
      </w:r>
    </w:p>
    <w:p>
      <w:r>
        <w:rPr>
          <w:sz w:val="20"/>
        </w:rPr>
        <w:t>10:38  ab main kuch aur Hadeesein aap ke samne rakhna chahta hoon. ek Hadees hai: "Man qala la ilaha illallah dakhala al jannah".</w:t>
      </w:r>
      <w:r>
        <w:br/>
      </w:r>
      <w:r>
        <w:rPr>
          <w:sz w:val="20"/>
        </w:rPr>
        <w:t>10:53  jis aadmi ne kaha ke Allah ke siwa koi aur maabood nahi hai to woh jannat mein dakhil hoga.</w:t>
      </w:r>
      <w:r>
        <w:br/>
      </w:r>
      <w:r>
        <w:rPr>
          <w:sz w:val="20"/>
        </w:rPr>
        <w:t>11:03  dekhiye yahan par lafz qaul hai lekin yeh saada qaul nahi hai. yeh marifat ka qaul hai. yeh discovery ka qaul hai.</w:t>
      </w:r>
    </w:p>
    <w:p>
      <w:pPr>
        <w:pStyle w:val="Heading2"/>
      </w:pPr>
      <w:r>
        <w:t>Abu Zar sends possessions to the afterlife</w:t>
      </w:r>
    </w:p>
    <w:p>
      <w:r>
        <w:rPr>
          <w:color w:val="666666"/>
          <w:sz w:val="18"/>
        </w:rPr>
        <w:t>Companions of The Prophet (2) 11 July 2021 - Prof. Farida Khanam and Dr. Saniyasnain Khan · 41s · at 2:06 · https://youtu.be/FkhLHnwvUZQ?t=126</w:t>
      </w:r>
    </w:p>
    <w:p>
      <w:r>
        <w:rPr>
          <w:i/>
        </w:rPr>
        <w:t>“Wahan usne dekha ki ghar mein kuch samaan hi nahi hai”</w:t>
      </w:r>
    </w:p>
    <w:p>
      <w:r>
        <w:rPr>
          <w:sz w:val="20"/>
        </w:rPr>
        <w:t>2:06  wahan us ne dekha ke ghar mein kuch saman hi nahi hai. to us ne poocha ke aap ka yeh sara saman kahan gaya? to hazrat abu zar ne farmaya ke mera ek aur ghar hai, main wahan wahan bhej diya hai maine. to bada heran hua, us ne kaha woh kaun sa ghar hai aap ka?</w:t>
      </w:r>
      <w:r>
        <w:br/>
      </w:r>
      <w:r>
        <w:rPr>
          <w:sz w:val="20"/>
        </w:rPr>
        <w:t>2:26  to hazrat abu zar giffari raziallah ne farmaya ke akhirat ka ghar. to yeh ek bahut hi achha waqia hai jo batata hai ke humein is dunya mein sirf zaroorat ke mutabiq zindagi guzarni hai, need based life aur sadgi ikhtiyar karni hai, simplicity ikhtiyar karni hai.</w:t>
      </w:r>
    </w:p>
    <w:p>
      <w:pPr>
        <w:pStyle w:val="Heading2"/>
      </w:pPr>
      <w:r>
        <w:t>The Prophet's hardest day, stoned at Taif</w:t>
      </w:r>
    </w:p>
    <w:p>
      <w:r>
        <w:rPr>
          <w:color w:val="666666"/>
          <w:sz w:val="18"/>
        </w:rPr>
        <w:t>Importance of Travel in Religion July 28, 2024 · 53s · at 36:02 · https://youtu.be/a5tfBcUSYXc?t=2162</w:t>
      </w:r>
    </w:p>
    <w:p>
      <w:r>
        <w:rPr>
          <w:i/>
        </w:rPr>
        <w:t>“He told Aisha: my hardest day ever was at Taif.”</w:t>
      </w:r>
    </w:p>
    <w:p>
      <w:r>
        <w:rPr>
          <w:sz w:val="20"/>
        </w:rPr>
        <w:t>36:02  to is liye ek qabile ka protection zaroori tha. is liye aap taif gaye, lekin taif walon ne bhi aap ko bilkul, matlab ek ek dam baat nahi suni.</w:t>
      </w:r>
      <w:r>
        <w:br/>
      </w:r>
      <w:r>
        <w:rPr>
          <w:sz w:val="20"/>
        </w:rPr>
        <w:t>36:13  yahan tak ke ek dam jo jo street urchins hote hain, un ko bharka diya ke un ke upar pathar maro.</w:t>
      </w:r>
      <w:r>
        <w:br/>
      </w:r>
      <w:r>
        <w:rPr>
          <w:sz w:val="20"/>
        </w:rPr>
        <w:t>36:22  to aisi aap ko itni sakht ruswai, itni sakht takleef kabhi nahi hui</w:t>
      </w:r>
      <w:r>
        <w:br/>
      </w:r>
      <w:r>
        <w:rPr>
          <w:sz w:val="20"/>
        </w:rPr>
        <w:t>36:30  . rasool allah salallaho alaihe wasallam ne ek baar hazrat aisha se kaha ke mere liye sab se zyada sakht din tha taif ka, ke wahan yahan tak ke pathar maarte rahe, aap ke khoon ab khoon ho rahe the, aur yahan tak ke andhera ho gaya.</w:t>
      </w:r>
      <w:r>
        <w:br/>
      </w:r>
      <w:r>
        <w:rPr>
          <w:sz w:val="20"/>
        </w:rPr>
        <w:t>36:44  tab ja ke bachche jo hain, wahan se gaye. to is ke baad bhi aap ne un ke liye bad dua nahi kiya. aur jo yeh hamare liye ek ek cheez, hamare liye namoona</w:t>
      </w:r>
    </w:p>
    <w:p>
      <w:pPr>
        <w:pStyle w:val="Heading2"/>
      </w:pPr>
      <w:r>
        <w:t>Sometimes doing nothing beats reacting in anger</w:t>
      </w:r>
    </w:p>
    <w:p>
      <w:r>
        <w:rPr>
          <w:color w:val="666666"/>
          <w:sz w:val="18"/>
        </w:rPr>
        <w:t>Art of Crisis Management October 3, 2010 · 50s · at 35:43 · https://youtu.be/sKdyThFThXo?t=2143</w:t>
      </w:r>
    </w:p>
    <w:p>
      <w:r>
        <w:rPr>
          <w:i/>
        </w:rPr>
        <w:t>“Action se zyada acha hai in-action”</w:t>
      </w:r>
    </w:p>
    <w:p>
      <w:r>
        <w:rPr>
          <w:sz w:val="20"/>
        </w:rPr>
        <w:t>35:43  dekhen, action se zyada acha hai inaction. Yaad rakhiye, chahe family life ho, chahe national life ho,</w:t>
      </w:r>
      <w:r>
        <w:br/>
      </w:r>
      <w:r>
        <w:rPr>
          <w:sz w:val="20"/>
        </w:rPr>
        <w:t>35:53  controversial mamlaat mein, yani husband aur wife mein agar jhagda ho jaye to aap sab kuch na kijiye, sirf ek itna hi kijiye, kuch na kijiye, wo sab theek ho jayega.</w:t>
      </w:r>
      <w:r>
        <w:br/>
      </w:r>
      <w:r>
        <w:rPr>
          <w:sz w:val="20"/>
        </w:rPr>
        <w:t>36:06  yani ek baat husband ki buri lag gayi wife ko, ya ek baat wife ke husband ki buri lag gayi husband ko, to kuch na kijiye, sirf chup ho jaiye bas, aur baad mein sab theek ho jayega.</w:t>
      </w:r>
      <w:r>
        <w:br/>
      </w:r>
      <w:r>
        <w:rPr>
          <w:sz w:val="20"/>
        </w:rPr>
        <w:t>36:21  yani sometime inaction is better than the action.</w:t>
      </w:r>
      <w:r>
        <w:br/>
      </w:r>
      <w:r>
        <w:rPr>
          <w:sz w:val="20"/>
        </w:rPr>
        <w:t>36:28  wo main aap ko misaal deta hoon.</w:t>
      </w:r>
    </w:p>
    <w:p>
      <w:pPr>
        <w:pStyle w:val="Heading2"/>
      </w:pPr>
      <w:r>
        <w:t>Islamic history really began with Adam, not Muhammad</w:t>
      </w:r>
    </w:p>
    <w:p>
      <w:r>
        <w:rPr>
          <w:color w:val="666666"/>
          <w:sz w:val="18"/>
        </w:rPr>
        <w:t>A Brief Survey of Islamic History (Eng) February 15, 2007 · 56s · at 1:24 · https://youtu.be/MdRtdA99UlA?t=84</w:t>
      </w:r>
    </w:p>
    <w:p>
      <w:r>
        <w:rPr>
          <w:i/>
        </w:rPr>
        <w:t>“This is not correct.”</w:t>
      </w:r>
    </w:p>
    <w:p>
      <w:r>
        <w:rPr>
          <w:sz w:val="20"/>
        </w:rPr>
        <w:t>1:24  but, this is not correct.</w:t>
      </w:r>
      <w:r>
        <w:br/>
      </w:r>
      <w:r>
        <w:rPr>
          <w:sz w:val="20"/>
        </w:rPr>
        <w:t>1:33  in fact, the history of islam begins right from the first person, that is adam (adam).</w:t>
      </w:r>
      <w:r>
        <w:br/>
      </w:r>
      <w:r>
        <w:rPr>
          <w:sz w:val="20"/>
        </w:rPr>
        <w:t>1:47  because there are</w:t>
      </w:r>
      <w:r>
        <w:br/>
      </w:r>
      <w:r>
        <w:rPr>
          <w:sz w:val="20"/>
        </w:rPr>
        <w:t>1:58  references—many references in the qur'an and also in the hadith—that prove that islamic history</w:t>
      </w:r>
      <w:r>
        <w:br/>
      </w:r>
      <w:r>
        <w:rPr>
          <w:sz w:val="20"/>
        </w:rPr>
        <w:t>2:12  is the history of the prophets.</w:t>
      </w:r>
    </w:p>
    <w:p>
      <w:pPr>
        <w:pStyle w:val="Heading2"/>
      </w:pPr>
      <w:r>
        <w:t>Islam established equality acknowledges</w:t>
      </w:r>
    </w:p>
    <w:p>
      <w:r>
        <w:rPr>
          <w:color w:val="666666"/>
          <w:sz w:val="18"/>
        </w:rPr>
        <w:t>Prophet of Islam as a Model for Mankind August 31, 2007 · 46s · at 40:11 · https://youtu.be/UKUzH7_OjKM?t=2411</w:t>
      </w:r>
    </w:p>
    <w:p>
      <w:r>
        <w:rPr>
          <w:i/>
        </w:rPr>
        <w:t>“Swami Vivekananda was a great scholar of India.”</w:t>
      </w:r>
    </w:p>
    <w:p>
      <w:r>
        <w:rPr>
          <w:sz w:val="20"/>
        </w:rPr>
        <w:t>40:11  You know, Swami Vivekananda was a great scholar of India. He has admitted—he has acknowledged this fact in these words—that</w:t>
      </w:r>
      <w:r>
        <w:br/>
      </w:r>
      <w:r>
        <w:rPr>
          <w:sz w:val="20"/>
        </w:rPr>
        <w:t>40:30  if ever any religion was able to establish equality, it was Islam and Islam alone.</w:t>
      </w:r>
      <w:r>
        <w:br/>
      </w:r>
      <w:r>
        <w:rPr>
          <w:sz w:val="20"/>
        </w:rPr>
        <w:t>40:41  If ever any religion approached this equality, it was Islam and Islam alone.</w:t>
      </w:r>
      <w:r>
        <w:br/>
      </w:r>
      <w:r>
        <w:rPr>
          <w:sz w:val="20"/>
        </w:rPr>
        <w:t>40:52  This was the acknowledgment of Swami Vivekananda.</w:t>
      </w:r>
    </w:p>
    <w:p>
      <w:pPr>
        <w:pStyle w:val="Heading2"/>
      </w:pPr>
      <w:r>
        <w:t>Reinterpreting a command is ijtihad, not disobedience</w:t>
      </w:r>
    </w:p>
    <w:p>
      <w:r>
        <w:rPr>
          <w:color w:val="666666"/>
          <w:sz w:val="18"/>
        </w:rPr>
        <w:t>Creative Solution or Ijtihadi Hal September 16, 2012 · 23s · at 18:02 · https://youtu.be/yBKbiu0d_1A?t=1082</w:t>
      </w:r>
    </w:p>
    <w:p>
      <w:r>
        <w:rPr>
          <w:i/>
        </w:rPr>
        <w:t>“This was not abandoning the Prophet's command”</w:t>
      </w:r>
    </w:p>
    <w:p>
      <w:r>
        <w:rPr>
          <w:sz w:val="20"/>
        </w:rPr>
        <w:t>18:02  creative solution. to ye jo kiya sahaba ne, ye inhiraf nahi tha, ye rasool Allah ke hukum ko chhodna nahi tha.</w:t>
      </w:r>
      <w:r>
        <w:br/>
      </w:r>
      <w:r>
        <w:rPr>
          <w:sz w:val="20"/>
        </w:rPr>
        <w:t>18:13  rasool Allah ke hukum ki redefinition dena tha. unhon ne rasool Allah ke hukum ko re-define kiya.</w:t>
      </w:r>
      <w:r>
        <w:br/>
      </w:r>
      <w:r>
        <w:rPr>
          <w:sz w:val="20"/>
        </w:rPr>
        <w:t>18:23  ye hai ijtihad</w:t>
      </w:r>
    </w:p>
    <w:p>
      <w:pPr>
        <w:pStyle w:val="Heading2"/>
      </w:pPr>
      <w:r>
        <w:t>hadith: don't create problems for your neighbor</w:t>
      </w:r>
    </w:p>
    <w:p>
      <w:r>
        <w:rPr>
          <w:color w:val="666666"/>
          <w:sz w:val="18"/>
        </w:rPr>
        <w:t>The Concept of Sunnah and Bidah in Islam February 14, 2008 Maulana Wahiduddin Khan · 25s · at 53:38 · https://youtu.be/_uIO23hmBjg?t=3218</w:t>
      </w:r>
    </w:p>
    <w:p>
      <w:r>
        <w:rPr>
          <w:i/>
        </w:rPr>
        <w:t>“خدا کی قسم وہ شخص مومن نہیں ہے جو اپنے پڑوسی کے لیے پرابلم کریٹ کرے”</w:t>
      </w:r>
    </w:p>
    <w:p>
      <w:r>
        <w:rPr>
          <w:sz w:val="20"/>
        </w:rPr>
        <w:t>53:38  jaise ek hadith hai ke Khuda ki qasam woh shakhs momin nahi hai jo apne parosi ke liye problem create kare.</w:t>
      </w:r>
      <w:r>
        <w:br/>
      </w:r>
      <w:r>
        <w:rPr>
          <w:sz w:val="20"/>
        </w:rPr>
        <w:t>53:52  ab dekhiye yeh bhi ek model hai ke jo aadmi aap ka parosi hai us ke liye aap problem create nahi kar sakte. to poora samaaj aap ka parosi hai.</w:t>
      </w:r>
    </w:p>
    <w:p>
      <w:pPr>
        <w:pStyle w:val="Heading2"/>
      </w:pPr>
      <w:r>
        <w:t>Archimedes' Eureka bathtub discovery</w:t>
      </w:r>
    </w:p>
    <w:p>
      <w:r>
        <w:rPr>
          <w:color w:val="666666"/>
          <w:sz w:val="18"/>
        </w:rPr>
        <w:t>Human Knowledge and Divine Knowledge February 17, 2008 · 48s · at 12:28 · https://youtu.be/FVOvdC0uY1c?t=748</w:t>
      </w:r>
    </w:p>
    <w:p>
      <w:r>
        <w:rPr>
          <w:i/>
        </w:rPr>
        <w:t>“Yeh up-thrust naav ko paani ke upar chalata hai”</w:t>
      </w:r>
    </w:p>
    <w:p>
      <w:r>
        <w:rPr>
          <w:sz w:val="20"/>
        </w:rPr>
        <w:t>12:28  yeh upwat pressure jo hai woh naav ko chalata rehta hai pani ke oopar.</w:t>
      </w:r>
      <w:r>
        <w:br/>
      </w:r>
      <w:r>
        <w:rPr>
          <w:sz w:val="20"/>
        </w:rPr>
        <w:t>12:36  jab is ko yeh cheez discover hui to woh Greek language bolta tha to is mein us ne kaha Eureka, E U R E K A.</w:t>
      </w:r>
      <w:r>
        <w:br/>
      </w:r>
      <w:r>
        <w:rPr>
          <w:sz w:val="20"/>
        </w:rPr>
        <w:t>12:51  Eureka, Eureka kehta hua bhaga. yani I discovered, I discovered. maine pa liya, maine pa liya.</w:t>
      </w:r>
      <w:r>
        <w:br/>
      </w:r>
      <w:r>
        <w:rPr>
          <w:sz w:val="20"/>
        </w:rPr>
        <w:t>13:02  to history of thought mein main samajhta hoon ke yeh bohat hi well known qissa hai ke kaise insan ne known, is ke aage unknown ko jaana.</w:t>
      </w:r>
    </w:p>
    <w:p>
      <w:pPr>
        <w:pStyle w:val="Heading2"/>
      </w:pPr>
      <w:r>
        <w:t>Honesty is part of true faith in Islam</w:t>
      </w:r>
    </w:p>
    <w:p>
      <w:r>
        <w:rPr>
          <w:color w:val="666666"/>
          <w:sz w:val="18"/>
        </w:rPr>
        <w:t>Lessons from The Story of Prophet Moses Part 2, August 28, 2022 · 27s · at 7:28 · https://youtu.be/2grjIPh0AFc?t=448</w:t>
      </w:r>
    </w:p>
    <w:p>
      <w:r>
        <w:rPr>
          <w:i/>
        </w:rPr>
        <w:t>“Iman is not iman if you're not honest”</w:t>
      </w:r>
    </w:p>
    <w:p>
      <w:r>
        <w:rPr>
          <w:sz w:val="20"/>
        </w:rPr>
        <w:t>7:28  maulana isko excellence kehte the. haan ke aap excellence ki buniyad pe aage badh sakte hain. aur jo honesty hai, iska ta'alluq eman se hai.</w:t>
      </w:r>
      <w:r>
        <w:br/>
      </w:r>
      <w:r>
        <w:rPr>
          <w:sz w:val="20"/>
        </w:rPr>
        <w:t>7:41  chunke hadith mein aata hai ke la iman liman la amanat lah yani uska eman eman nahi hai jo honest nahi hai. aur zahira hai eman ka ta'alluq akhirat se hai.</w:t>
      </w:r>
      <w:r>
        <w:br/>
      </w:r>
      <w:r>
        <w:rPr>
          <w:sz w:val="20"/>
        </w:rPr>
        <w:t>7:53  to yeh bohat aham cheez hai. ji</w:t>
      </w:r>
    </w:p>
    <w:p>
      <w:pPr>
        <w:pStyle w:val="Heading2"/>
      </w:pPr>
      <w:r>
        <w:t>With every hardship there is ease</w:t>
      </w:r>
    </w:p>
    <w:p>
      <w:r>
        <w:rPr>
          <w:color w:val="666666"/>
          <w:sz w:val="18"/>
        </w:rPr>
        <w:t>Lessons from The Islamic History (English) November 30, 2007 · 34s · at 43:26 · https://youtu.be/PBu7tbmSSy8?t=2606</w:t>
      </w:r>
    </w:p>
    <w:p>
      <w:r>
        <w:rPr>
          <w:i/>
        </w:rPr>
        <w:t>“There is a verse in the Quran: with every hardship, there is ease”</w:t>
      </w:r>
    </w:p>
    <w:p>
      <w:r>
        <w:rPr>
          <w:sz w:val="20"/>
        </w:rPr>
        <w:t>43:26  "innama al-usri yusra". with every hardship, there is ease. with every hardship, there is ease.</w:t>
      </w:r>
      <w:r>
        <w:br/>
      </w:r>
      <w:r>
        <w:rPr>
          <w:sz w:val="20"/>
        </w:rPr>
        <w:t>43:37  this is the law of nature. this Quranic verse refers a law of nature.</w:t>
      </w:r>
      <w:r>
        <w:br/>
      </w:r>
      <w:r>
        <w:rPr>
          <w:sz w:val="20"/>
        </w:rPr>
        <w:t>43:45  it is a law of nature that with every hardship, there is ease. it means that, according to the law of nature, in every situation,</w:t>
      </w:r>
      <w:r>
        <w:br/>
      </w:r>
      <w:r>
        <w:rPr>
          <w:sz w:val="20"/>
        </w:rPr>
        <w:t>44:00  when you find some hardship, some difficulties, some problem, you, you should believe that at the same time, along with those problems, there are opportunities.</w:t>
      </w:r>
    </w:p>
    <w:p>
      <w:pPr>
        <w:pStyle w:val="Heading2"/>
      </w:pPr>
      <w:r>
        <w:t>Give to Caesar what is Caesar's and to God</w:t>
      </w:r>
    </w:p>
    <w:p>
      <w:r>
        <w:rPr>
          <w:color w:val="666666"/>
          <w:sz w:val="18"/>
        </w:rPr>
        <w:t>Conciliatory Approach and Confrontational Approach | March 21, 2010 · 30s · at 36:01 · https://youtu.be/PrfDlx2pfA0?t=2161</w:t>
      </w:r>
    </w:p>
    <w:p>
      <w:r>
        <w:rPr>
          <w:i/>
        </w:rPr>
        <w:t>“Unhon ne formula kya diya jo Bible mein likha hua hai”</w:t>
      </w:r>
    </w:p>
    <w:p>
      <w:r>
        <w:rPr>
          <w:sz w:val="20"/>
        </w:rPr>
        <w:t>36:01  to unhone formula kya diya jo Bible mein likha hua hai, Bible mein padh sakte hain aap,</w:t>
      </w:r>
      <w:r>
        <w:br/>
      </w:r>
      <w:r>
        <w:rPr>
          <w:sz w:val="20"/>
        </w:rPr>
        <w:t>36:09  woh formula yeh hai: "Givo to king, wat is div to king, and givo to God, wat is</w:t>
      </w:r>
      <w:r>
        <w:br/>
      </w:r>
      <w:r>
        <w:rPr>
          <w:sz w:val="20"/>
        </w:rPr>
        <w:t>36:16  div to God, givo to king, wat is div to king, and givo to God, wat is div</w:t>
      </w:r>
      <w:r>
        <w:br/>
      </w:r>
      <w:r>
        <w:rPr>
          <w:sz w:val="20"/>
        </w:rPr>
        <w:t>36:24  to God." Yaani jo jo hukoomat kaha ke woh hukoomat ko do, aur jo Khuda kaha ke</w:t>
      </w:r>
    </w:p>
    <w:p>
      <w:pPr>
        <w:pStyle w:val="Heading2"/>
      </w:pPr>
      <w:r>
        <w:t>Prophet's warning against mocking short stature</w:t>
      </w:r>
    </w:p>
    <w:p>
      <w:r>
        <w:rPr>
          <w:color w:val="666666"/>
          <w:sz w:val="18"/>
        </w:rPr>
        <w:t>The Man Quran Builds - Part 2 April 2, 2006 Maulana Wahiduddin Khan · 35s · at 6:54 · https://youtu.be/Cp8_UUv6emI?t=414</w:t>
      </w:r>
    </w:p>
    <w:p>
      <w:r>
        <w:rPr>
          <w:i/>
        </w:rPr>
        <w:t>“Rasool Allah ne kaha ki tumne aisi baat kahi”</w:t>
      </w:r>
    </w:p>
    <w:p>
      <w:r>
        <w:rPr>
          <w:sz w:val="20"/>
        </w:rPr>
        <w:t>6:54  un ka size chota tha. to rasool Allah ne kaha ke tum ne ek aisi baat kahi hai ke agar is ko ocean mein daal diya hai to ocean bhi pollute ho jaye.</w:t>
      </w:r>
      <w:r>
        <w:br/>
      </w:r>
      <w:r>
        <w:rPr>
          <w:sz w:val="20"/>
        </w:rPr>
        <w:t>7:07  itni si baat ke unhon ne hath ke ishare se kaha tha: "arey, wo matlab wo jo naati si hai!" kitab mein aata hai ke tani qasira to kisi ko humiliate karna, kisi ko degrade karna, kisi ko chota samajhna, ye bohat zyada buri cheez hai.</w:t>
      </w:r>
    </w:p>
    <w:p>
      <w:pPr>
        <w:pStyle w:val="Heading2"/>
      </w:pPr>
      <w:r>
        <w:t>Prophet stops a man beating his slave</w:t>
      </w:r>
    </w:p>
    <w:p>
      <w:r>
        <w:rPr>
          <w:color w:val="666666"/>
          <w:sz w:val="18"/>
        </w:rPr>
        <w:t>CPS Women Monthly Interaction 8 August 28, 2022 · 55s · at 1:12:24 · https://youtu.be/TL5rMVeuDh8?t=4344</w:t>
      </w:r>
    </w:p>
    <w:p>
      <w:r>
        <w:rPr>
          <w:i/>
        </w:rPr>
        <w:t>“Rasulullah udhar se guzre to woh apne gulam ko maar rahe the.”</w:t>
      </w:r>
    </w:p>
    <w:p>
      <w:r>
        <w:rPr>
          <w:sz w:val="20"/>
        </w:rPr>
        <w:t>1:12:24  to woh rasūlullah sasullam udhar se guzre to woh apne ghulām ko maar rahe the. to rasūlullah sasullam ne dekha rasūlullah sasullam to kabhi zindagi mein aapne kisi ko jo muqādim par jhidka tak nahi to aur aapne kaha ki tumko khuda se darna chahiye kyunki jitna khudrat tumko is walam par hai usse bahut zyada khudrat hota tumhare upar hai.</w:t>
      </w:r>
      <w:r>
        <w:br/>
      </w:r>
      <w:r>
        <w:rPr>
          <w:sz w:val="20"/>
        </w:rPr>
        <w:t>1:12:54  to matlab wahan par darr zarūri tha. to kahin kahin darr bhi zarūri hota hai. hum human beings hain na to unko kahin kahin darr bhi zarūri hota hai. lekin yeh jo log aajkal mohal bhi log khāstar par darate hain ki khabar mein yeh hoga, woh hoga. to yeh sab galat hai. yeh sab jo hai baad mein cheezein hum jo hain bana li gayi hain. jazāk allāh aapne bahut achhi baat batai.</w:t>
      </w:r>
      <w:r>
        <w:br/>
      </w:r>
      <w:r>
        <w:rPr>
          <w:sz w:val="20"/>
        </w:rPr>
        <w:t>1:13:19  mujhe aisa lag raha hai ki maulana to love ki baat karte the ki we should love allāh the most. woh to yahi batate the to allāh se mohabbat aur phir main yeh sochti hoon jaise hum maa baap se mohabbat karte hain to us wajah se hum ġalat kaam karte hue darte hain ki yeh hamare maa baap ko bura lagega.</w:t>
      </w:r>
    </w:p>
    <w:p>
      <w:pPr>
        <w:pStyle w:val="Heading2"/>
      </w:pPr>
      <w:r>
        <w:t>Islam begins from education not the sword</w:t>
      </w:r>
    </w:p>
    <w:p>
      <w:r>
        <w:rPr>
          <w:color w:val="666666"/>
          <w:sz w:val="18"/>
        </w:rPr>
        <w:t>Lessons from The Islamic History (English) November 30, 2007 · 43s · at 3:34 · https://youtu.be/PBu7tbmSSy8?t=214</w:t>
      </w:r>
    </w:p>
    <w:p>
      <w:r>
        <w:rPr>
          <w:i/>
        </w:rPr>
        <w:t>“The first thing required in Islamic activism is reading”</w:t>
      </w:r>
    </w:p>
    <w:p>
      <w:r>
        <w:rPr>
          <w:sz w:val="20"/>
        </w:rPr>
        <w:t>3:34  so the first important aspect of islam: islam begins from education. islam begins from, from iqraa.</w:t>
      </w:r>
      <w:r>
        <w:br/>
      </w:r>
      <w:r>
        <w:rPr>
          <w:sz w:val="20"/>
        </w:rPr>
        <w:t>3:49  education means intellectual awakening. when you educate people, you try to educate, you try to awaken them in term of intellectual thinking.</w:t>
      </w:r>
      <w:r>
        <w:br/>
      </w:r>
      <w:r>
        <w:rPr>
          <w:sz w:val="20"/>
        </w:rPr>
        <w:t>4:04  the first of all is to awaken their mind. to try to intellectual awakening</w:t>
      </w:r>
    </w:p>
    <w:p>
      <w:pPr>
        <w:pStyle w:val="Heading2"/>
      </w:pPr>
      <w:r>
        <w:t>Why the Prophet shortened prayers for crying babies</w:t>
      </w:r>
    </w:p>
    <w:p>
      <w:r>
        <w:rPr>
          <w:color w:val="666666"/>
          <w:sz w:val="18"/>
        </w:rPr>
        <w:t>A Talk Given by Prof. Farida Khanam at Vidyajyoti College Theology September 2, 2022 · 59s · at 45:25 · https://youtu.be/xWunZk7U6xo?t=2725</w:t>
      </w:r>
    </w:p>
    <w:p>
      <w:r>
        <w:rPr>
          <w:i/>
        </w:rPr>
        <w:t>“I shorten my prayer so crying babies aren't troubled”</w:t>
      </w:r>
    </w:p>
    <w:p>
      <w:r>
        <w:rPr>
          <w:sz w:val="20"/>
        </w:rPr>
        <w:t>45:25  You know sometimes I'll just give you one incident that sometimes these these ladies would come with small babies and they would start crying during prayer and the prophet said that I shall tell my prayer In prayer, you know, some portions of the Quran are recited. So you can recite more, you can recite less.</w:t>
      </w:r>
      <w:r>
        <w:br/>
      </w:r>
      <w:r>
        <w:rPr>
          <w:sz w:val="20"/>
        </w:rPr>
        <w:t>45:54  So he said that I shorten my prayer so that they are not, so not to trouble them. But if they if they have to stand for a long time for prayer and the baby is crying. For their difficulty, for their problem, he himself would shorten the prayer. He will not say that why you come with a small baby to the mosque.</w:t>
      </w:r>
      <w:r>
        <w:br/>
      </w:r>
      <w:r>
        <w:rPr>
          <w:sz w:val="20"/>
        </w:rPr>
        <w:t>46:24  So he encouraged to this extent. Some ladies said that there are so many men we feel hesitant to come to the mask. So sir, us some some separate class. So he arranged for a separate class as well. So so those ladies who wanted to come to the mask, they would come to the mask. And those who wanted to have separate class, for them we arranged separate class.</w:t>
      </w:r>
    </w:p>
    <w:p>
      <w:pPr>
        <w:pStyle w:val="Heading2"/>
      </w:pPr>
      <w:r>
        <w:t>Prophet's dream reveals the night of Qadr</w:t>
      </w:r>
    </w:p>
    <w:p>
      <w:r>
        <w:rPr>
          <w:color w:val="666666"/>
          <w:sz w:val="18"/>
        </w:rPr>
        <w:t>Exploring Lailatul Qadr March 31, 2024 · 37s · at 4:04 · https://youtu.be/WeNvQKwBSx0?t=244</w:t>
      </w:r>
    </w:p>
    <w:p>
      <w:r>
        <w:rPr>
          <w:i/>
        </w:rPr>
        <w:t>“Aap ne khwab mein dekha, mitti ki zameen, barish ho rahi hai”</w:t>
      </w:r>
    </w:p>
    <w:p>
      <w:r>
        <w:rPr>
          <w:sz w:val="20"/>
        </w:rPr>
        <w:t>4:04  is mahine ki jo barkatein hain is ko paane ke liye. to Rasool Allah Salallahu Alaihi Wasallam itikaf karte rahe aur koshish karte rahe ke woh exact raat pata chale.</w:t>
      </w:r>
      <w:r>
        <w:br/>
      </w:r>
      <w:r>
        <w:rPr>
          <w:sz w:val="20"/>
        </w:rPr>
        <w:t>4:17  to ek din aap ne khwab mein dekha ke koi mitti ki zameen hai, wahan par barish ho rahi hai. aur is barish mein aap sajda kar rahe hain.</w:t>
      </w:r>
      <w:r>
        <w:br/>
      </w:r>
      <w:r>
        <w:rPr>
          <w:sz w:val="20"/>
        </w:rPr>
        <w:t>4:27  tab aap ko samajh mein aa gaya ke yahi raat hai Shab-e-Qadr ki.</w:t>
      </w:r>
      <w:r>
        <w:br/>
      </w:r>
      <w:r>
        <w:rPr>
          <w:sz w:val="20"/>
        </w:rPr>
        <w:t>4:31  to phir yeh raat jo thi, yeh teesre ashre mein thi. to phir aap ne apne sahaba se keh diya ke tum log isi teesre ashre mein itikaf kiya karo.</w:t>
      </w:r>
    </w:p>
    <w:p>
      <w:pPr>
        <w:pStyle w:val="Heading2"/>
      </w:pPr>
      <w:r>
        <w:t>shirk defined simply as nature worship</w:t>
      </w:r>
    </w:p>
    <w:p>
      <w:r>
        <w:rPr>
          <w:color w:val="666666"/>
          <w:sz w:val="18"/>
        </w:rPr>
        <w:t>Historical Aspects of Hajj November 1, 2008 · 24s · at 3:11 · https://youtu.be/-cHslxrgNeE?t=191</w:t>
      </w:r>
    </w:p>
    <w:p>
      <w:r>
        <w:rPr>
          <w:i/>
        </w:rPr>
        <w:t>“Shirk hai nature worship”</w:t>
      </w:r>
    </w:p>
    <w:p>
      <w:r>
        <w:rPr>
          <w:sz w:val="20"/>
        </w:rPr>
        <w:t>3:11  shirk hai nature worship.</w:t>
      </w:r>
      <w:r>
        <w:br/>
      </w:r>
      <w:r>
        <w:rPr>
          <w:sz w:val="20"/>
        </w:rPr>
        <w:t>3:14  sooraj ko poojna, chand ko poojna, sitaron ko poojna, samandar ko poojna, paharon ko poojna. Yeh hai nature worship.</w:t>
      </w:r>
      <w:r>
        <w:br/>
      </w:r>
      <w:r>
        <w:rPr>
          <w:sz w:val="20"/>
        </w:rPr>
        <w:t>3:25  history of thought mein is ko nature worship kaha jata hai. Mazhabi zuban mein is ka naam hai shirk.</w:t>
      </w:r>
    </w:p>
    <w:p>
      <w:pPr>
        <w:pStyle w:val="Heading2"/>
      </w:pPr>
      <w:r>
        <w:t>Prophet’s mission is hereafter success</w:t>
      </w:r>
    </w:p>
    <w:p>
      <w:r>
        <w:rPr>
          <w:color w:val="666666"/>
          <w:sz w:val="18"/>
        </w:rPr>
        <w:t>Prophetic Model of Activism June 20, 2009 Maulana Wahiduddin Khan · 51s · at 20:07 · https://youtu.be/0XeBV6rPRk8?t=1207</w:t>
      </w:r>
    </w:p>
    <w:p>
      <w:r>
        <w:rPr>
          <w:i/>
        </w:rPr>
        <w:t>“I was not sent to you for this purpose.”</w:t>
      </w:r>
    </w:p>
    <w:p>
      <w:r>
        <w:rPr>
          <w:sz w:val="20"/>
        </w:rPr>
        <w:t>20:07  demand. but prophet said, "ma behaza bo'is alaikum? i was not sent to you for this purpose.</w:t>
      </w:r>
      <w:r>
        <w:br/>
      </w:r>
      <w:r>
        <w:rPr>
          <w:sz w:val="20"/>
        </w:rPr>
        <w:t>20:21  i was not sent to you for this purpose.</w:t>
      </w:r>
      <w:r>
        <w:br/>
      </w:r>
      <w:r>
        <w:rPr>
          <w:sz w:val="20"/>
        </w:rPr>
        <w:t>20:26  the purpose of my prophethood is to show you the way of. of, of success of the akhirat.</w:t>
      </w:r>
      <w:r>
        <w:br/>
      </w:r>
      <w:r>
        <w:rPr>
          <w:sz w:val="20"/>
        </w:rPr>
        <w:t>20:38  success is akhirat success." he said, "alam ta'lam, ala akhirah, success is akhirat success." so, he said that, "i was not sent for this kind of task,</w:t>
      </w:r>
    </w:p>
    <w:p>
      <w:pPr>
        <w:pStyle w:val="Heading2"/>
      </w:pPr>
      <w:r>
        <w:t>Don't fear, Allah is with us in the cave</w:t>
      </w:r>
    </w:p>
    <w:p>
      <w:r>
        <w:rPr>
          <w:color w:val="666666"/>
          <w:sz w:val="18"/>
        </w:rPr>
        <w:t xml:space="preserve">Life of the Prophet of Islam </w:t>
        <w:br/>
        <w:t>March 15, 2009 · 41s · at 45:49 · https://youtu.be/qk9NiFqVwoo?t=2749</w:t>
      </w:r>
    </w:p>
    <w:p>
      <w:r>
        <w:rPr>
          <w:i/>
        </w:rPr>
        <w:t>“Don't be afraid — Allah is with us, he said.”</w:t>
      </w:r>
    </w:p>
    <w:p>
      <w:r>
        <w:rPr>
          <w:sz w:val="20"/>
        </w:rPr>
        <w:t>45:49  woh us waqt Hazrat Abu Bakr sirf aap ke sath thay aur koi nahi tha. to Abu Bakr ne kaha ke Rasool Allah, woh to yahan bhi aa gaye.</w:t>
      </w:r>
      <w:r>
        <w:br/>
      </w:r>
      <w:r>
        <w:rPr>
          <w:sz w:val="20"/>
        </w:rPr>
        <w:t>46:02  us waqt Quran mein aaya hai ke aap ne farmaya: "La tahzan in Allah ma'ana". aye Abu Bakr, daro mat ke woh Khuda hamare sath hai.</w:t>
      </w:r>
      <w:r>
        <w:br/>
      </w:r>
      <w:r>
        <w:rPr>
          <w:sz w:val="20"/>
        </w:rPr>
        <w:t>46:16  yaani us waqt jab ke aap ke pas talwar nahi thi, aap ke pas koi fauj nahi thi, kuch bhi nahi tha,</w:t>
      </w:r>
      <w:r>
        <w:br/>
      </w:r>
      <w:r>
        <w:rPr>
          <w:sz w:val="20"/>
        </w:rPr>
        <w:t>46:25  to us waqt aap ne kaha ke "La tahzan in Allah ma'ana". daro mat ke Khuda hamare sath hai.</w:t>
      </w:r>
    </w:p>
    <w:p>
      <w:pPr>
        <w:pStyle w:val="Heading2"/>
      </w:pPr>
      <w:r>
        <w:t>Be like ant extracting sugar from salt</w:t>
      </w:r>
    </w:p>
    <w:p>
      <w:r>
        <w:rPr>
          <w:color w:val="666666"/>
          <w:sz w:val="18"/>
        </w:rPr>
        <w:t>Prophetic Model February 16, 2014 · 40s · at 19:59 · https://youtu.be/ypIIqSmExzk?t=1199</w:t>
      </w:r>
    </w:p>
    <w:p>
      <w:r>
        <w:rPr>
          <w:i/>
        </w:rPr>
        <w:t>“To aaiye duniya jo hai namak ka dher hai”</w:t>
      </w:r>
    </w:p>
    <w:p>
      <w:r>
        <w:rPr>
          <w:sz w:val="20"/>
        </w:rPr>
        <w:t>19:59  woh shakar se matlab hoga is ko. shakar ke dane le gi aur chali jaye gi. woh namak ke dher ko bilkul ignore kare gi.</w:t>
      </w:r>
      <w:r>
        <w:br/>
      </w:r>
      <w:r>
        <w:rPr>
          <w:sz w:val="20"/>
        </w:rPr>
        <w:t>20:09  to aaiye dunya jo hai namak ka dher hai. is mein kuch dane shakar ke hain. momin ka kaam kya hai? cheunti ki tarah se woh shakar ko le aur namak ke dher ko chhod de.</w:t>
      </w:r>
      <w:r>
        <w:br/>
      </w:r>
      <w:r>
        <w:rPr>
          <w:sz w:val="20"/>
        </w:rPr>
        <w:t>20:24  is tarah aap ke andar aik personality banti hai. aik personality banti hai jis ko kaha gaya hai quran mein rabbani personality. yaani aisi personality jis ke andar hate na ho, violence na ho.</w:t>
      </w:r>
    </w:p>
    <w:p>
      <w:pPr>
        <w:pStyle w:val="Heading2"/>
      </w:pPr>
      <w:r>
        <w:t>A wicked man's scheme still benefits the believer</w:t>
      </w:r>
    </w:p>
    <w:p>
      <w:r>
        <w:rPr>
          <w:color w:val="666666"/>
          <w:sz w:val="18"/>
        </w:rPr>
        <w:t>The Importance of Wisdom February 22, 2009 · 28s · at 6:17 · https://youtu.be/2E7WtpqtFgw?t=377</w:t>
      </w:r>
    </w:p>
    <w:p>
      <w:r>
        <w:rPr>
          <w:i/>
        </w:rPr>
        <w:t>“Iss duniya mein ek fajir aadmi bhi aisa karta hai ke sachuation create karta hai”</w:t>
      </w:r>
    </w:p>
    <w:p>
      <w:r>
        <w:rPr>
          <w:sz w:val="20"/>
        </w:rPr>
        <w:t>6:17  is hadith mein yahi baat batai gayi hai ke is dunya mein aik fajar aadmi bhi aisa karta hai ke woh aik situation create karta hai.</w:t>
      </w:r>
      <w:r>
        <w:br/>
      </w:r>
      <w:r>
        <w:rPr>
          <w:sz w:val="20"/>
        </w:rPr>
        <w:t>6:28  aur us ko avail kar ke momin faida utha leta hai.</w:t>
      </w:r>
      <w:r>
        <w:br/>
      </w:r>
      <w:r>
        <w:rPr>
          <w:sz w:val="20"/>
        </w:rPr>
        <w:t>6:35  yeh itni bari baat hai, itni bari baat hai ke ke koi is ko aristotle aur plato bhi nahi jaan sake, jo rasool Allah ne bataya.</w:t>
      </w:r>
    </w:p>
    <w:p>
      <w:pPr>
        <w:pStyle w:val="Heading2"/>
      </w:pPr>
      <w:r>
        <w:t>Ijtihad is not revisionism</w:t>
      </w:r>
    </w:p>
    <w:p>
      <w:r>
        <w:rPr>
          <w:color w:val="666666"/>
          <w:sz w:val="18"/>
        </w:rPr>
        <w:t>The Concept of Ijtihad in Islam | August 13. 2007 · 1m 01s · at 42:38 · https://youtu.be/MtyTGXhdxjc?t=2558</w:t>
      </w:r>
    </w:p>
    <w:p>
      <w:r>
        <w:rPr>
          <w:i/>
        </w:rPr>
        <w:t>“Ijtihad is not revisionism.”</w:t>
      </w:r>
    </w:p>
    <w:p>
      <w:r>
        <w:rPr>
          <w:sz w:val="20"/>
        </w:rPr>
        <w:t>42:38  important to know that ijtihad is not revisionism.</w:t>
      </w:r>
      <w:r>
        <w:br/>
      </w:r>
      <w:r>
        <w:rPr>
          <w:sz w:val="20"/>
        </w:rPr>
        <w:t>42:43  Ijtihad is not a revision.</w:t>
      </w:r>
      <w:r>
        <w:br/>
      </w:r>
      <w:r>
        <w:rPr>
          <w:sz w:val="20"/>
        </w:rPr>
        <w:t>42:48  Ijtihad is not a reform.</w:t>
      </w:r>
      <w:r>
        <w:br/>
      </w:r>
      <w:r>
        <w:rPr>
          <w:sz w:val="20"/>
        </w:rPr>
        <w:t>42:53  Islam does not need reform.</w:t>
      </w:r>
      <w:r>
        <w:br/>
      </w:r>
      <w:r>
        <w:rPr>
          <w:sz w:val="20"/>
        </w:rPr>
        <w:t>42:58  Islam does not, Islam is a preserved religion.</w:t>
      </w:r>
      <w:r>
        <w:br/>
      </w:r>
      <w:r>
        <w:rPr>
          <w:sz w:val="20"/>
        </w:rPr>
        <w:t>43:03  In Islam, the divine guidance is preserved</w:t>
      </w:r>
      <w:r>
        <w:br/>
      </w:r>
      <w:r>
        <w:rPr>
          <w:sz w:val="20"/>
        </w:rPr>
        <w:t>43:08  in its original form.</w:t>
      </w:r>
      <w:r>
        <w:br/>
      </w:r>
      <w:r>
        <w:rPr>
          <w:sz w:val="20"/>
        </w:rPr>
        <w:t>43:13  So, Islam does not need reform.</w:t>
      </w:r>
      <w:r>
        <w:br/>
      </w:r>
      <w:r>
        <w:rPr>
          <w:sz w:val="20"/>
        </w:rPr>
        <w:t>43:18  Islam does not need revision.</w:t>
      </w:r>
      <w:r>
        <w:br/>
      </w:r>
      <w:r>
        <w:rPr>
          <w:sz w:val="20"/>
        </w:rPr>
        <w:t>43:24  تو، reform اور revision is quite alien in Islamic, in Islamic system.</w:t>
      </w:r>
      <w:r>
        <w:br/>
      </w:r>
      <w:r>
        <w:rPr>
          <w:sz w:val="20"/>
        </w:rPr>
        <w:t>43:29  What is needed is reapplication.</w:t>
      </w:r>
      <w:r>
        <w:br/>
      </w:r>
      <w:r>
        <w:rPr>
          <w:sz w:val="20"/>
        </w:rPr>
        <w:t>43:34  And ijtihad means re-application.</w:t>
      </w:r>
    </w:p>
    <w:p>
      <w:pPr>
        <w:pStyle w:val="Heading2"/>
      </w:pPr>
      <w:r>
        <w:t>I am the world's biggest status-quo-ist</w:t>
      </w:r>
    </w:p>
    <w:p>
      <w:r>
        <w:rPr>
          <w:color w:val="666666"/>
          <w:sz w:val="18"/>
        </w:rPr>
        <w:t>Freedom of Expression in Islam April 1, 2007 Maulana Wahiduddin Khan · 1m 01s · at 1:09:03 · https://youtu.be/k-gj-Uu0sqA?t=4143</w:t>
      </w:r>
    </w:p>
    <w:p>
      <w:r>
        <w:rPr>
          <w:i/>
        </w:rPr>
        <w:t>“I am the world's biggest status quo-ist”</w:t>
      </w:r>
    </w:p>
    <w:p>
      <w:r>
        <w:rPr>
          <w:sz w:val="20"/>
        </w:rPr>
        <w:t>1:09:03  i don't know any exception sab ka haal yahi koi koi distraction</w:t>
      </w:r>
      <w:r>
        <w:br/>
      </w:r>
      <w:r>
        <w:rPr>
          <w:sz w:val="20"/>
        </w:rPr>
        <w:t>1:09:09  un necessary burden ek liya hua hai apne mind par un necessary burden mein to koi burden nahi leta main kaha karta hoon farida se maine kaha ke main dunya ka sab se bara status quest hoon mere jaisa status koi na paida hua na paida hoga jo hai wohi theek hai jo hai wohi theek hai jo hai wohi theek hai to kya hai status quest mein kyun ban gaya</w:t>
      </w:r>
      <w:r>
        <w:br/>
      </w:r>
      <w:r>
        <w:rPr>
          <w:sz w:val="20"/>
        </w:rPr>
        <w:t>1:09:37  distraction se apne ko bachane ke liye aur jis se kyun bachana hai distraction se kyunke bhai spirituality us ko unfold hona chahiye process of unfolding aur not not not stop chalna chahiye is liye maine apne aap ko yani dunya ke sab se bara status quest bana liya status quest jo hai wohi theek hai</w:t>
      </w:r>
    </w:p>
    <w:p>
      <w:pPr>
        <w:pStyle w:val="Heading2"/>
      </w:pPr>
      <w:r>
        <w:t>Japan realized violence failed and took a U-turn</w:t>
      </w:r>
    </w:p>
    <w:p>
      <w:r>
        <w:rPr>
          <w:color w:val="666666"/>
          <w:sz w:val="18"/>
        </w:rPr>
        <w:t>Discovery of Modern Age February 10, 2013 · 28s · at 9:22 · https://youtu.be/qYGA53ii7E4?t=562</w:t>
      </w:r>
    </w:p>
    <w:p>
      <w:r>
        <w:rPr>
          <w:i/>
        </w:rPr>
        <w:t>“Tashuddud se Japan bada mulk bana nahi”</w:t>
      </w:r>
    </w:p>
    <w:p>
      <w:r>
        <w:rPr>
          <w:sz w:val="20"/>
        </w:rPr>
        <w:t>9:22  lekin bara mulk bana nahi, tashaddud se Japan bara mulk bana nahi. baad ko unhein discovery hui ke hum to bekhofii kar rahay thay, hum to nadani kar rahay thay.</w:t>
      </w:r>
      <w:r>
        <w:br/>
      </w:r>
      <w:r>
        <w:rPr>
          <w:sz w:val="20"/>
        </w:rPr>
        <w:t>9:35  Japan bara ban sakta hai peace ke zariye se, power of peace ke zariye se, power of violence se nahi. to achaanak second world war ke baad Japan ne u-turn le liya.</w:t>
      </w:r>
    </w:p>
    <w:p>
      <w:pPr>
        <w:pStyle w:val="Heading2"/>
      </w:pPr>
      <w:r>
        <w:t>Change negative to positive thinking</w:t>
      </w:r>
    </w:p>
    <w:p>
      <w:r>
        <w:rPr>
          <w:color w:val="666666"/>
          <w:sz w:val="18"/>
        </w:rPr>
        <w:t>The Spiritual Message of Fasting April 29, 2020 Maulana Wahiduddin Khan · 23s · at 13:16 · https://youtu.be/QCqKrVhGUF0?t=796</w:t>
      </w:r>
    </w:p>
    <w:p>
      <w:r>
        <w:rPr>
          <w:i/>
        </w:rPr>
        <w:t>“Hum ko sirf apni soch ko badalna hai”</w:t>
      </w:r>
    </w:p>
    <w:p>
      <w:r>
        <w:rPr>
          <w:sz w:val="20"/>
        </w:rPr>
        <w:t>13:16  to hum ko sirf apni soch ko badalna hai,</w:t>
      </w:r>
      <w:r>
        <w:br/>
      </w:r>
      <w:r>
        <w:rPr>
          <w:sz w:val="20"/>
        </w:rPr>
        <w:t>13:20  hum ko sirf apni soch ko badalna hai. hum ne hum yeh karein ke na ghussa karein,</w:t>
      </w:r>
      <w:r>
        <w:br/>
      </w:r>
      <w:r>
        <w:rPr>
          <w:sz w:val="20"/>
        </w:rPr>
        <w:t>13:30  na koi badla lein un se. apni soch ko badlein yaani negative ko positive mein convert karein.</w:t>
      </w:r>
    </w:p>
    <w:p>
      <w:pPr>
        <w:pStyle w:val="Heading2"/>
      </w:pPr>
      <w:r>
        <w:t>Prophet stood for Jewish funeral</w:t>
      </w:r>
    </w:p>
    <w:p>
      <w:r>
        <w:rPr>
          <w:color w:val="666666"/>
          <w:sz w:val="18"/>
        </w:rPr>
        <w:t>Attributes of a Dayee 31 Oct 2010 - Maulana Wahiduddin Khan · 26s · at 17:11 · https://youtu.be/hVE1z6kLRRA?t=1031</w:t>
      </w:r>
    </w:p>
    <w:p>
      <w:r>
        <w:rPr>
          <w:i/>
        </w:rPr>
        <w:t>“A lay sat nafsan? Kya woh insan nahi?”</w:t>
      </w:r>
    </w:p>
    <w:p>
      <w:r>
        <w:rPr>
          <w:sz w:val="20"/>
        </w:rPr>
        <w:t>17:11  ek baar to aap rasool Allah sal Allah alaihi wasallam madine mein aap ne dekha ke ek janaza ja raha hai, us ki respect mein aap khare hogaye.</w:t>
      </w:r>
      <w:r>
        <w:br/>
      </w:r>
      <w:r>
        <w:rPr>
          <w:sz w:val="20"/>
        </w:rPr>
        <w:t>17:21  to ek sahab ne kaha ke yeh to yahoodi ka janaza tha,</w:t>
      </w:r>
      <w:r>
        <w:br/>
      </w:r>
      <w:r>
        <w:rPr>
          <w:sz w:val="20"/>
        </w:rPr>
        <w:t>17:27  yeh ghair muslim ka janaza tha.</w:t>
      </w:r>
      <w:r>
        <w:br/>
      </w:r>
      <w:r>
        <w:rPr>
          <w:sz w:val="20"/>
        </w:rPr>
        <w:t>17:29  aap ne farmaya "alaysat nafsan" . kya woh insaan nahi?</w:t>
      </w:r>
    </w:p>
    <w:p>
      <w:pPr>
        <w:pStyle w:val="Heading2"/>
      </w:pPr>
      <w:r>
        <w:t>The wise live in remembrance of God</w:t>
      </w:r>
    </w:p>
    <w:p>
      <w:r>
        <w:rPr>
          <w:color w:val="666666"/>
          <w:sz w:val="18"/>
        </w:rPr>
        <w:t>How to Develop Pratical Wisdom May 5, 2024 · 22s · at 29:55 · https://youtu.be/QIKxtH-MyMM?t=1795</w:t>
      </w:r>
    </w:p>
    <w:p>
      <w:r>
        <w:rPr>
          <w:i/>
        </w:rPr>
        <w:t>“A wise person is one who lives in remembrance of God.”</w:t>
      </w:r>
    </w:p>
    <w:p>
      <w:r>
        <w:rPr>
          <w:sz w:val="20"/>
        </w:rPr>
        <w:t>29:55  ji apa aur molana se ek yeh bhi cheez seekhi ke woh kehte the: "wise person is one who lives in remembrance of God and in wise person is one who lives in material world because he is not aware of the creation plan of God." apa agar sahaba ki zindagi se bhi dekhein to bohat examples milte hain.</w:t>
      </w:r>
    </w:p>
    <w:p>
      <w:pPr>
        <w:pStyle w:val="Heading2"/>
      </w:pPr>
      <w:r>
        <w:t>dressing kids well while losing them to hell</w:t>
      </w:r>
    </w:p>
    <w:p>
      <w:r>
        <w:rPr>
          <w:color w:val="666666"/>
          <w:sz w:val="18"/>
        </w:rPr>
        <w:t>Muslims in Diaspora January 9, 2007 · 48s · at 1:02:40 · https://youtu.be/kP8FzUSQWW0?t=3760</w:t>
      </w:r>
    </w:p>
    <w:p>
      <w:r>
        <w:rPr>
          <w:i/>
        </w:rPr>
        <w:t>“Is it just to dress your kids and push them to hell?”</w:t>
      </w:r>
    </w:p>
    <w:p>
      <w:r>
        <w:rPr>
          <w:sz w:val="20"/>
        </w:rPr>
        <w:t>1:02:40  chaliye main maan leta hoon is ke lekin aap ke bachhe jo un ka jinka koi talluq nahi namaz roze se hai un ka koi talluq nahi quran se hai un ka koi talluq nahi hadith se hai un ko koi talluq nahi khuda se aur aur rasool se aur ashab rasool se to kya aap samajhte hain ke wo bhi aap ke sath jannat mein chale jayein ge to kya aap un ko jahannum mein dhakilna chahte hain sari umar aap ne kamaya sari umar aap ne mehnat ki sirf</w:t>
      </w:r>
      <w:r>
        <w:br/>
      </w:r>
      <w:r>
        <w:rPr>
          <w:sz w:val="20"/>
        </w:rPr>
        <w:t>1:03:08  is liye ke apne bachhon ko achhe achhe kapde pehna kar ke jahannum mein dhakil dein</w:t>
      </w:r>
      <w:r>
        <w:br/>
      </w:r>
      <w:r>
        <w:rPr>
          <w:sz w:val="20"/>
        </w:rPr>
        <w:t>1:03:15  main samajhta hoon ke farz ke darje mein zaroori hai ke yeh log sochein is masle ko bahut zyada seriously</w:t>
      </w:r>
    </w:p>
    <w:p>
      <w:pPr>
        <w:pStyle w:val="Heading2"/>
      </w:pPr>
      <w:r>
        <w:t>Prophet ideal yet practical</w:t>
      </w:r>
    </w:p>
    <w:p>
      <w:r>
        <w:rPr>
          <w:color w:val="666666"/>
          <w:sz w:val="18"/>
        </w:rPr>
        <w:t>Social Ethics December 13, 2007 - Maulana Wahiduddin Khan · 19s · at 6:30 · https://youtu.be/COoLsUtnTHk?t=390</w:t>
      </w:r>
    </w:p>
    <w:p>
      <w:r>
        <w:rPr>
          <w:i/>
        </w:rPr>
        <w:t>“The Prophet of Islam was an ideal person but practical.”</w:t>
      </w:r>
    </w:p>
    <w:p>
      <w:r>
        <w:rPr>
          <w:sz w:val="20"/>
        </w:rPr>
        <w:t>6:30  . it is formula based on reason, also it is based on islamic teachings. the prophet of islam was an ideal person, it is well known, but at the same time he was a practical person</w:t>
      </w:r>
    </w:p>
    <w:p>
      <w:pPr>
        <w:pStyle w:val="Heading2"/>
      </w:pPr>
      <w:r>
        <w:t>Animal sacrifice symbolizes dedicating your life to God</w:t>
      </w:r>
    </w:p>
    <w:p>
      <w:r>
        <w:rPr>
          <w:color w:val="666666"/>
          <w:sz w:val="18"/>
        </w:rPr>
        <w:t>Spirit of Hajj 15 May 2007 - Maulana Wahiduddin Khan · 51s · at 36:00 · https://youtu.be/ZoOJXrOeYww?t=2160</w:t>
      </w:r>
    </w:p>
    <w:p>
      <w:r>
        <w:rPr>
          <w:i/>
        </w:rPr>
        <w:t>“By sacrificing an animal, you say: Allahumma minka wa laka”</w:t>
      </w:r>
    </w:p>
    <w:p>
      <w:r>
        <w:rPr>
          <w:sz w:val="20"/>
        </w:rPr>
        <w:t>36:00  by sacrificing animal, you say Allah will accept.</w:t>
      </w:r>
      <w:r>
        <w:br/>
      </w:r>
      <w:r>
        <w:rPr>
          <w:sz w:val="20"/>
        </w:rPr>
        <w:t>36:08  it means that i will sacrifice my life</w:t>
      </w:r>
      <w:r>
        <w:br/>
      </w:r>
      <w:r>
        <w:rPr>
          <w:sz w:val="20"/>
        </w:rPr>
        <w:t>36:16  for the sake of god.</w:t>
      </w:r>
      <w:r>
        <w:br/>
      </w:r>
      <w:r>
        <w:rPr>
          <w:sz w:val="20"/>
        </w:rPr>
        <w:t>36:20  so, although, so apparently you are sacrificing an animal, but in spirit you are presenting yourself.</w:t>
      </w:r>
      <w:r>
        <w:br/>
      </w:r>
      <w:r>
        <w:rPr>
          <w:sz w:val="20"/>
        </w:rPr>
        <w:t>36:34  you are sacrificing yourself. you are giving a place that i will sacrifice my, my life</w:t>
      </w:r>
      <w:r>
        <w:br/>
      </w:r>
      <w:r>
        <w:rPr>
          <w:sz w:val="20"/>
        </w:rPr>
        <w:t>36:46  in the way of god.</w:t>
      </w:r>
    </w:p>
    <w:p>
      <w:pPr>
        <w:pStyle w:val="Heading2"/>
      </w:pPr>
      <w:r>
        <w:t>Signs in heavens and earth ignored</w:t>
      </w:r>
    </w:p>
    <w:p>
      <w:r>
        <w:rPr>
          <w:color w:val="666666"/>
          <w:sz w:val="18"/>
        </w:rPr>
        <w:t>The Message of Eid al-Fitr June 16, 2018 Maulana Wahiduddin Khan · 33s · at 0:39 · https://youtu.be/QlTiIy-mN8U?t=39</w:t>
      </w:r>
    </w:p>
    <w:p>
      <w:r>
        <w:rPr>
          <w:i/>
        </w:rPr>
        <w:t>“Yeh Surah Yusuf ki ek ayat hai”</w:t>
      </w:r>
    </w:p>
    <w:p>
      <w:r>
        <w:rPr>
          <w:sz w:val="20"/>
        </w:rPr>
        <w:t>0:39  Yeh Surah Yusuf ki aik aayat hai: "Wa ay min ayatin fis samawati wal ardi yamurrun alaiha wa hum anha mu'ridun".</w:t>
      </w:r>
      <w:r>
        <w:br/>
      </w:r>
      <w:r>
        <w:rPr>
          <w:sz w:val="20"/>
        </w:rPr>
        <w:t>0:54  Ke teen nishaniyan hain zameen o aasman mein, jis se woh guzarte hain</w:t>
      </w:r>
      <w:r>
        <w:br/>
      </w:r>
      <w:r>
        <w:rPr>
          <w:sz w:val="20"/>
        </w:rPr>
        <w:t>1:06  aur is se woh i'raaz karte hain.</w:t>
      </w:r>
    </w:p>
    <w:p>
      <w:pPr>
        <w:pStyle w:val="Heading2"/>
      </w:pPr>
      <w:r>
        <w:t>Scholar's answer: Islam guides strength, not modesty</w:t>
      </w:r>
    </w:p>
    <w:p>
      <w:r>
        <w:rPr>
          <w:color w:val="666666"/>
          <w:sz w:val="18"/>
        </w:rPr>
        <w:t>The Prophetic Guidance February 18, 2007 · 46s · at 4:43 · https://youtu.be/5K7MiAVqNNA?t=283</w:t>
      </w:r>
    </w:p>
    <w:p>
      <w:r>
        <w:rPr>
          <w:i/>
        </w:rPr>
        <w:t>“Islam mein position of strength ka model to hai”</w:t>
      </w:r>
    </w:p>
    <w:p>
      <w:r>
        <w:rPr>
          <w:sz w:val="20"/>
        </w:rPr>
        <w:t>4:43  kuch der ke baad woh bole ke islam mein position of strength ka model toh hai,</w:t>
      </w:r>
      <w:r>
        <w:br/>
      </w:r>
      <w:r>
        <w:rPr>
          <w:sz w:val="20"/>
        </w:rPr>
        <w:t>4:57  lekin islam mein position of modesty ka model maujood nahin.</w:t>
      </w:r>
      <w:r>
        <w:br/>
      </w:r>
      <w:r>
        <w:rPr>
          <w:sz w:val="20"/>
        </w:rPr>
        <w:t>5:09  phir mein dohraunga ke unhon ne kaha ke "In Islam there is a model for the position of strength, but in Islam there is no model for the position of modesty."</w:t>
      </w:r>
    </w:p>
    <w:p>
      <w:pPr>
        <w:pStyle w:val="Heading2"/>
      </w:pPr>
      <w:r>
        <w:t>Prophet praises Uthman as most generous son-in-law</w:t>
      </w:r>
    </w:p>
    <w:p>
      <w:r>
        <w:rPr>
          <w:color w:val="666666"/>
          <w:sz w:val="18"/>
        </w:rPr>
        <w:t>The Story of Hazrat Fatima The Prophet's Cherished Daughter (Part- I) July 30, 2023 · 46s · at 37:46 · https://youtu.be/MG9FmkFEyfo?t=2266</w:t>
      </w:r>
    </w:p>
    <w:p>
      <w:r>
        <w:rPr>
          <w:i/>
        </w:rPr>
        <w:t>“He is the most generous of sons-in-law, Prophet said”</w:t>
      </w:r>
    </w:p>
    <w:p>
      <w:r>
        <w:rPr>
          <w:sz w:val="20"/>
        </w:rPr>
        <w:t>37:46  aya. to rasool allah sallallahu alaihi wasallam ne dua ki: "the aal usman" ah aur kaha ke: "raham allah aba amr" ke: "may god bless, may god have mercy on aba amr." ab abu amr tha hazrat usman raziallahu anhu ka ah kuniyat, nickname.</w:t>
      </w:r>
      <w:r>
        <w:br/>
      </w:r>
      <w:r>
        <w:rPr>
          <w:sz w:val="20"/>
        </w:rPr>
        <w:t>38:07  to kaha ke: "he is he is the most generous of son in laws." rasool allah sallallahu alaihi wasallam</w:t>
      </w:r>
      <w:r>
        <w:br/>
      </w:r>
      <w:r>
        <w:rPr>
          <w:sz w:val="20"/>
        </w:rPr>
        <w:t>38:14  ne farmaya ke: "he is he is he is the most generous of son in laws" and he praised his generosity. aap ko yaad hoga jab hum ne hazrat usman ka program kiya tha to jab bhi koi mauqa hota tha, hmm rasool allah jab bhi koi call dete the to woh sab se aage rehte the.</w:t>
      </w:r>
    </w:p>
    <w:p>
      <w:pPr>
        <w:pStyle w:val="Heading2"/>
      </w:pPr>
      <w:r>
        <w:t>in this era criticizing anyone is your right</w:t>
      </w:r>
    </w:p>
    <w:p>
      <w:r>
        <w:rPr>
          <w:color w:val="666666"/>
          <w:sz w:val="18"/>
        </w:rPr>
        <w:t>Importance of Creative Thinking December 11, 2011 · 55s · at 32:39 · https://youtu.be/jfML9Arb0S4?t=1959</w:t>
      </w:r>
    </w:p>
    <w:p>
      <w:r>
        <w:rPr>
          <w:i/>
        </w:rPr>
        <w:t>“Aap kisi bhi shakhs se miliye, usse baat kijiye, criticize kijiye”</w:t>
      </w:r>
    </w:p>
    <w:p>
      <w:r>
        <w:rPr>
          <w:sz w:val="20"/>
        </w:rPr>
        <w:t>32:39  openness ke daur mein woh apne aap ko cell mein band kiye hue hain. yani kisi wajah se woh hum se negative honge to hum se milna bhi nahi un ko.</w:t>
      </w:r>
      <w:r>
        <w:br/>
      </w:r>
      <w:r>
        <w:rPr>
          <w:sz w:val="20"/>
        </w:rPr>
        <w:t>32:53  to dekhiye, yeh daur jo hai, aisa hai ke aap kisi bhi shakhs se miliye, us se baat kijiye, criticize kijiye. yeh aap ka right samjha jata hai.</w:t>
      </w:r>
      <w:r>
        <w:br/>
      </w:r>
      <w:r>
        <w:rPr>
          <w:sz w:val="20"/>
        </w:rPr>
        <w:t>33:02  criticize karna aap ka right hai. ek naya daur hai.</w:t>
      </w:r>
      <w:r>
        <w:br/>
      </w:r>
      <w:r>
        <w:rPr>
          <w:sz w:val="20"/>
        </w:rPr>
        <w:t>33:07  to har ek se miliye, har ek se interact kijiye, har ek se discuss kijiye. lekin hamare jo mazhabi idare hain, un mein aaj bhi openness nahi aaya,</w:t>
      </w:r>
      <w:r>
        <w:br/>
      </w:r>
      <w:r>
        <w:rPr>
          <w:sz w:val="20"/>
        </w:rPr>
        <w:t>33:22  na mazhab idaron ke andar aaya, na woh jante hain ke yeh zamana openness ka hai, aur tum kahin bhi ja kar kaam kaam kar sakte ho, kahin bhi kar sakte ho.</w:t>
      </w:r>
    </w:p>
    <w:p>
      <w:pPr>
        <w:pStyle w:val="Heading2"/>
      </w:pPr>
      <w:r>
        <w:t>Literal meaning of ijtihad as utmost effort</w:t>
      </w:r>
    </w:p>
    <w:p>
      <w:r>
        <w:rPr>
          <w:color w:val="666666"/>
          <w:sz w:val="18"/>
        </w:rPr>
        <w:t>Ijtihad in Islam December 28, 2008 · 25s · at 2:41 · https://youtu.be/tQL9OXuyYFk?t=161</w:t>
      </w:r>
    </w:p>
    <w:p>
      <w:r>
        <w:rPr>
          <w:i/>
        </w:rPr>
        <w:t>“Ijtihad ka matlab hai 'to exact one's utmost'”</w:t>
      </w:r>
    </w:p>
    <w:p>
      <w:r>
        <w:rPr>
          <w:sz w:val="20"/>
        </w:rPr>
        <w:t>2:41  daikhen, ijtihad ka jo word hai, arabic word hai yeh, is ka matlab hota hai "to exact ones at most".</w:t>
      </w:r>
      <w:r>
        <w:br/>
      </w:r>
      <w:r>
        <w:rPr>
          <w:sz w:val="20"/>
        </w:rPr>
        <w:t>2:52  yani bohat ziyada koshish karna kisi cheez ko samajhne ke liye, bohat ziyada koshish karna. "to exact ones at most" yeh hai ijtihad ka matlab.</w:t>
      </w:r>
    </w:p>
    <w:p>
      <w:pPr>
        <w:pStyle w:val="Heading2"/>
      </w:pPr>
      <w:r>
        <w:t>Maulana's poetic reflection during his first flight</w:t>
      </w:r>
    </w:p>
    <w:p>
      <w:r>
        <w:rPr>
          <w:color w:val="666666"/>
          <w:sz w:val="18"/>
        </w:rPr>
        <w:t>Importance of Travel in Religion July 28, 2024 · 28s · at 1:10:44 · https://youtu.be/a5tfBcUSYXc?t=4244</w:t>
      </w:r>
    </w:p>
    <w:p>
      <w:r>
        <w:rPr>
          <w:i/>
        </w:rPr>
        <w:t>“It felt like a great bird lifted my soul into the sky.”</w:t>
      </w:r>
    </w:p>
    <w:p>
      <w:r>
        <w:rPr>
          <w:sz w:val="20"/>
        </w:rPr>
        <w:t>1:10:44  humm, to mein ne ghor se dekha ke kya likh rahe hain. to unhon ne likha tha ke jab hamara jahaz ura fiza mein to mujhe aisa laga ke ek bohat bari chirya meri rooh ko le ke aasman mein ur gayi.</w:t>
      </w:r>
      <w:r>
        <w:br/>
      </w:r>
      <w:r>
        <w:rPr>
          <w:sz w:val="20"/>
        </w:rPr>
        <w:t>1:11:00  masha Allah!</w:t>
      </w:r>
      <w:r>
        <w:br/>
      </w:r>
      <w:r>
        <w:rPr>
          <w:sz w:val="20"/>
        </w:rPr>
        <w:t>1:11:02  aur phir is ke baad akhirat aur aur aur is aur mujhe akhirat mein pohncha diya. phir is ke baad akhirat ki baatein likhne lage.</w:t>
      </w:r>
    </w:p>
    <w:p>
      <w:pPr>
        <w:pStyle w:val="Heading2"/>
      </w:pPr>
      <w:r>
        <w:t>Angel commands tawazu, not political role</w:t>
      </w:r>
    </w:p>
    <w:p>
      <w:r>
        <w:rPr>
          <w:color w:val="666666"/>
          <w:sz w:val="18"/>
        </w:rPr>
        <w:t>Prophetic Role April 13, 2014 · 28s · at 3:45 · https://youtu.be/EyXt5FrRMlM?t=225</w:t>
      </w:r>
    </w:p>
    <w:p>
      <w:r>
        <w:rPr>
          <w:i/>
        </w:rPr>
        <w:t>“Political role ya non-political role”</w:t>
      </w:r>
    </w:p>
    <w:p>
      <w:r>
        <w:rPr>
          <w:sz w:val="20"/>
        </w:rPr>
        <w:t>3:45  political role ya non political role. yani iqtadar ki seat par baith kar kuch karna ya iqtadar ke bahir jo mawaqe hain, us ke aitbar se kuch karna.</w:t>
      </w:r>
      <w:r>
        <w:br/>
      </w:r>
      <w:r>
        <w:rPr>
          <w:sz w:val="20"/>
        </w:rPr>
        <w:t>3:59  to hazrat jibril jab wahan maujood the, unhon ne kaha ke aey Muhammad</w:t>
      </w:r>
      <w:r>
        <w:br/>
      </w:r>
      <w:r>
        <w:rPr>
          <w:sz w:val="20"/>
        </w:rPr>
        <w:t>4:04  ! tawazu ka tareeqa ikhtiyar kijiye. tawazu. to is mein sharheen samajhte hain ke tawazu lafzi maani mein lete hain woh.</w:t>
      </w:r>
    </w:p>
    <w:p>
      <w:pPr>
        <w:pStyle w:val="Heading2"/>
      </w:pPr>
      <w:r>
        <w:t>the Prophet is a servant, not a superhuman</w:t>
      </w:r>
    </w:p>
    <w:p>
      <w:r>
        <w:rPr>
          <w:color w:val="666666"/>
          <w:sz w:val="18"/>
        </w:rPr>
        <w:t>Human Equality in Islam July 1, 2007 Maulana Wahiduddin Khan · 23s · at 12:27 · https://youtu.be/5aJvpiCYbzQ?t=747</w:t>
      </w:r>
    </w:p>
    <w:p>
      <w:r>
        <w:rPr>
          <w:i/>
        </w:rPr>
        <w:t>“The kalima calls the Prophet 'a servant and a messenger'”</w:t>
      </w:r>
    </w:p>
    <w:p>
      <w:r>
        <w:rPr>
          <w:sz w:val="20"/>
        </w:rPr>
        <w:t>12:27  is mein dekhiye prophet jo hain, un ke bare mein kaha ke abduhu wa rasuluh, yani woh bande hain aur messenger hain.</w:t>
      </w:r>
      <w:r>
        <w:br/>
      </w:r>
      <w:r>
        <w:rPr>
          <w:sz w:val="20"/>
        </w:rPr>
        <w:t>12:38  bas woh super human nahi hain, woh god nahi hain, woh kuch nahi hain. main samajhta hoon ke jad kaat di Islam ne inequality ki.</w:t>
      </w:r>
      <w:r>
        <w:br/>
      </w:r>
      <w:r>
        <w:rPr>
          <w:sz w:val="20"/>
        </w:rPr>
        <w:t>12:51  jab khud prophet jo hai, hamare jaise hain, bashar. Quran mein bar bar kaha gaya hai ke prophet yani Muhammad bin Abdullah bhi tumhare jaise ek bashar hain.</w:t>
      </w:r>
    </w:p>
    <w:p>
      <w:pPr>
        <w:pStyle w:val="Heading2"/>
      </w:pPr>
      <w:r>
        <w:t>Democracy is majority rule, not an ideal system</w:t>
      </w:r>
    </w:p>
    <w:p>
      <w:r>
        <w:rPr>
          <w:color w:val="666666"/>
          <w:sz w:val="18"/>
        </w:rPr>
        <w:t>Religion and Democracy December 25, 2011 · 24s · at 22:00 · https://youtu.be/8Mf_yvDA8ik?t=1320</w:t>
      </w:r>
    </w:p>
    <w:p>
      <w:r>
        <w:rPr>
          <w:i/>
        </w:rPr>
        <w:t>“Democracy koi ideal system nahi hai, woh practical system hai”</w:t>
      </w:r>
    </w:p>
    <w:p>
      <w:r>
        <w:rPr>
          <w:sz w:val="20"/>
        </w:rPr>
        <w:t>22:00  toh democracy kya hai? democracy koi ideal system nahi hai, woh aik club nahi karte. democracy mean rule of majority hai.</w:t>
      </w:r>
      <w:r>
        <w:br/>
      </w:r>
      <w:r>
        <w:rPr>
          <w:sz w:val="20"/>
        </w:rPr>
        <w:t>22:10  bas democracy ko koi bhi club nahi karta ke democracy koi ideal system hai. nahi, woh practical system hai.</w:t>
      </w:r>
      <w:r>
        <w:br/>
      </w:r>
      <w:r>
        <w:rPr>
          <w:sz w:val="20"/>
        </w:rPr>
        <w:t>22:21  practically kuch aur possible nahi hai.</w:t>
      </w:r>
    </w:p>
    <w:p>
      <w:pPr>
        <w:pStyle w:val="Heading2"/>
      </w:pPr>
      <w:r>
        <w:t>assassin grabs his beard, then backs off</w:t>
      </w:r>
    </w:p>
    <w:p>
      <w:r>
        <w:rPr>
          <w:color w:val="666666"/>
          <w:sz w:val="18"/>
        </w:rPr>
        <w:t>Story of Uthman ibn Affan (ra) -</w:t>
        <w:br/>
        <w:t>Lives of the Sahabah -1 May 21, 2023 · 1m 00s · at 42:31 · https://youtu.be/rO43Eo-WWdY?t=2551</w:t>
      </w:r>
    </w:p>
    <w:p>
      <w:r>
        <w:rPr>
          <w:i/>
        </w:rPr>
        <w:t>“Chhodo meri dadhi — your father never touched my hand”</w:t>
      </w:r>
    </w:p>
    <w:p>
      <w:r>
        <w:rPr>
          <w:sz w:val="20"/>
        </w:rPr>
        <w:t>42:31  be hum to woh bechara dar gaya aur apne bhag gaya woh chhod ke ji aisay aik aadmi aaya us ne talwar leke dadi pakad li Hazrat Usman ki and he was about to hit him hum to Hazrat Hazrat Usman ne kaha ke chhod do meri dadi your father used to love it us ka woh karte thay res</w:t>
      </w:r>
      <w:r>
        <w:br/>
      </w:r>
      <w:r>
        <w:rPr>
          <w:sz w:val="20"/>
        </w:rPr>
        <w:t>43:01  expect karte the ji ke aisa na ho ke main jaake kahun ke isne tumhare bete ne aisa</w:t>
      </w:r>
      <w:r>
        <w:br/>
      </w:r>
      <w:r>
        <w:rPr>
          <w:sz w:val="20"/>
        </w:rPr>
        <w:t>43:09  kiya to wo bhi ghabra gaya aur chhod ke chala gaya aise hi ek aur aadmi aaya ji</w:t>
      </w:r>
      <w:r>
        <w:br/>
      </w:r>
      <w:r>
        <w:rPr>
          <w:sz w:val="20"/>
        </w:rPr>
        <w:t>43:16  talwar leke to hazrat usman ne pehchan liya ji kaha ke tum tum nahi kar sakte hum hum</w:t>
      </w:r>
      <w:r>
        <w:br/>
      </w:r>
      <w:r>
        <w:rPr>
          <w:sz w:val="20"/>
        </w:rPr>
        <w:t>43:24  kyunke prophet ne tumhari tribe ke liye dua ki hai hum wo bhi ghabra ke bhag gaya ji to</w:t>
      </w:r>
    </w:p>
    <w:p>
      <w:pPr>
        <w:pStyle w:val="Heading2"/>
      </w:pPr>
      <w:r>
        <w:t>The Jannati person has no malice in heart</w:t>
      </w:r>
    </w:p>
    <w:p>
      <w:r>
        <w:rPr>
          <w:color w:val="666666"/>
          <w:sz w:val="18"/>
        </w:rPr>
        <w:t>Companions of The Prophet (2) 11 July 2021 - Prof. Farida Khanam and Dr. Saniyasnain Khan · 38s · at 6:02 · https://youtu.be/FkhLHnwvUZQ?t=362</w:t>
      </w:r>
    </w:p>
    <w:p>
      <w:r>
        <w:rPr>
          <w:i/>
        </w:rPr>
        <w:t>“La ajidu fi kalbi ghillan li ahad”</w:t>
      </w:r>
    </w:p>
    <w:p>
      <w:r>
        <w:rPr>
          <w:sz w:val="20"/>
        </w:rPr>
        <w:t>6:02  lekin ek baat hai, us shakhs ne kaha ke la azidu fi qalbi ghillan li ahadin ke mere dil mein kisi ke khilaf koi mailis nahi hai,</w:t>
      </w:r>
      <w:r>
        <w:br/>
      </w:r>
      <w:r>
        <w:rPr>
          <w:sz w:val="20"/>
        </w:rPr>
        <w:t>6:17  koi negativity nahi hai, koi negative thought nahi hai,</w:t>
      </w:r>
      <w:r>
        <w:br/>
      </w:r>
      <w:r>
        <w:rPr>
          <w:sz w:val="20"/>
        </w:rPr>
        <w:t>6:21  koi negative jazbat nahi hai. to us shakhs ne kaha, jo aaya tha rehne ke liye, jo sahabi the, ke achha yeh baat hai jis ki wajah se aap ko rasulullah sallallahu alaihi wasallam ne jannati kaha. to yeh molana ne bhi is par bahut zor diya hai</w:t>
      </w:r>
    </w:p>
    <w:p>
      <w:pPr>
        <w:pStyle w:val="Heading2"/>
      </w:pPr>
      <w:r>
        <w:t>innovation happens in form, never in spirit of Islam</w:t>
      </w:r>
    </w:p>
    <w:p>
      <w:r>
        <w:rPr>
          <w:color w:val="666666"/>
          <w:sz w:val="18"/>
        </w:rPr>
        <w:t>The Concept of Sunnah and Bidah in Islam February 14, 2008 Maulana Wahiduddin Khan · 29s · at 11:30 · https://youtu.be/_uIO23hmBjg?t=690</w:t>
      </w:r>
    </w:p>
    <w:p>
      <w:r>
        <w:rPr>
          <w:i/>
        </w:rPr>
        <w:t>“وہ ہے اسلام کا فارم۔ اسپیریٹ نہیں۔”</w:t>
      </w:r>
    </w:p>
    <w:p>
      <w:r>
        <w:rPr>
          <w:sz w:val="20"/>
        </w:rPr>
        <w:t>11:30  woh hai islam ka form. spirit nahi. spirit mein nai baat kya nikali jayegi?</w:t>
      </w:r>
      <w:r>
        <w:br/>
      </w:r>
      <w:r>
        <w:rPr>
          <w:sz w:val="20"/>
        </w:rPr>
        <w:t>11:39  spirit ka matlab hai khuda se darna, khuda se mohabbat karna, khuda ke hukumon ko follow karna, khuda ko apna soul concern bana lein.</w:t>
      </w:r>
      <w:r>
        <w:br/>
      </w:r>
      <w:r>
        <w:rPr>
          <w:sz w:val="20"/>
        </w:rPr>
        <w:t>11:54  is mein nahi hoti. woh hoti hai form mein.</w:t>
      </w:r>
    </w:p>
    <w:p>
      <w:pPr>
        <w:pStyle w:val="Heading2"/>
      </w:pPr>
      <w:r>
        <w:t>Only two options: pass the test or miss the blessing</w:t>
      </w:r>
    </w:p>
    <w:p>
      <w:r>
        <w:rPr>
          <w:color w:val="666666"/>
          <w:sz w:val="18"/>
        </w:rPr>
        <w:t>Lessons from The Best Story 9 May 2014 · 38s · at 20:16 · https://youtu.be/35AxTJhKx4s?t=1216</w:t>
      </w:r>
    </w:p>
    <w:p>
      <w:r>
        <w:rPr>
          <w:i/>
        </w:rPr>
        <w:t>“Ya to aap is test par stand karein, ya blessing se mehroom rahein”</w:t>
      </w:r>
    </w:p>
    <w:p>
      <w:r>
        <w:rPr>
          <w:sz w:val="20"/>
        </w:rPr>
        <w:t>20:16  ya to aap is test par stand karein, ya to aap stand yeh jo test hai, pe stand karein, ya nahin to phir Allah ki blessing se apne ko maroof yani phir Allah ki blessing aap par nahin aayegi.</w:t>
      </w:r>
      <w:r>
        <w:br/>
      </w:r>
      <w:r>
        <w:rPr>
          <w:sz w:val="20"/>
        </w:rPr>
        <w:t>20:34  to option do mein se ek ka hai: ya to Allah ki blessing</w:t>
      </w:r>
      <w:r>
        <w:br/>
      </w:r>
      <w:r>
        <w:rPr>
          <w:sz w:val="20"/>
        </w:rPr>
        <w:t>20:43  test mein poora utre ek shakal mein, nahin to aap wadi tor par Allah ki blessing se maroof hain. Koi doosra shakal nahin hai jis se aap Allah ki blessing ko pa saken.</w:t>
      </w:r>
    </w:p>
    <w:p>
      <w:pPr>
        <w:pStyle w:val="Heading2"/>
      </w:pPr>
      <w:r>
        <w:t>Prophet corrects eclipse superstition</w:t>
      </w:r>
    </w:p>
    <w:p>
      <w:r>
        <w:rPr>
          <w:color w:val="666666"/>
          <w:sz w:val="18"/>
        </w:rPr>
        <w:t>From Superstition to Science April 19, 2009 Maulana Wahiduddin Khan · 1m 02s · at 13:03 · https://youtu.be/yg7PEiA87V0?t=783</w:t>
      </w:r>
    </w:p>
    <w:p>
      <w:r>
        <w:rPr>
          <w:i/>
        </w:rPr>
        <w:t>“To aap ne bilkul emergency call ki”</w:t>
      </w:r>
    </w:p>
    <w:p>
      <w:r>
        <w:rPr>
          <w:sz w:val="20"/>
        </w:rPr>
        <w:t>13:03  to aap ne bilkul emergency call jis ko kehte hain emergency meeting ki aap ne. sab ko bulaya ke sab log masjid mein aa jayen.</w:t>
      </w:r>
      <w:r>
        <w:br/>
      </w:r>
      <w:r>
        <w:rPr>
          <w:sz w:val="20"/>
        </w:rPr>
        <w:t>13:13  zara sochiye ke is baat ko sochiye itni si baat par aap ne emergency meeting bulai.</w:t>
      </w:r>
      <w:r>
        <w:br/>
      </w:r>
      <w:r>
        <w:rPr>
          <w:sz w:val="20"/>
        </w:rPr>
        <w:t>13:22  kitni is ko kitna importance diya aap ne is baat ko ke log is ko superstition sense mein le rahe hain. to sab log ikhatta hue is waqt aap ne ek wahan par ek khutba diya yaani lecture diya aur kaha ke dekho yeh jo solar eclipse aur lunar eclipse hota hai kisi ki jeene marne se koi taluq nahi hai.</w:t>
      </w:r>
      <w:r>
        <w:br/>
      </w:r>
      <w:r>
        <w:rPr>
          <w:sz w:val="20"/>
        </w:rPr>
        <w:t>13:49  koi taluq nahi hai.</w:t>
      </w:r>
      <w:r>
        <w:br/>
      </w:r>
      <w:r>
        <w:rPr>
          <w:sz w:val="20"/>
        </w:rPr>
        <w:t>13:55  aap ne farmaya ke min ayatulllah woh Khuda ki do nishaniyon mein se nishani hain.</w:t>
      </w:r>
    </w:p>
    <w:p>
      <w:pPr>
        <w:pStyle w:val="Heading2"/>
      </w:pPr>
      <w:r>
        <w:t>Priority of prophetic mission</w:t>
      </w:r>
    </w:p>
    <w:p>
      <w:r>
        <w:rPr>
          <w:color w:val="666666"/>
          <w:sz w:val="18"/>
        </w:rPr>
        <w:t>The Life of The Prophet | July 31, 2007 · 30s · at 16:38 · https://youtu.be/IY9aEQThos0?t=998</w:t>
      </w:r>
    </w:p>
    <w:p>
      <w:r>
        <w:rPr>
          <w:i/>
        </w:rPr>
        <w:t>“He said, Ma Mla Lahaza Boistu Alaikum”</w:t>
      </w:r>
    </w:p>
    <w:p>
      <w:r>
        <w:rPr>
          <w:sz w:val="20"/>
        </w:rPr>
        <w:t>16:38  s and other problems.</w:t>
      </w:r>
      <w:r>
        <w:br/>
      </w:r>
      <w:r>
        <w:rPr>
          <w:sz w:val="20"/>
        </w:rPr>
        <w:t>16:48  They were ready to appoint him as the King of Makkah, as the leader of Makkah, but he refused.</w:t>
      </w:r>
      <w:r>
        <w:br/>
      </w:r>
      <w:r>
        <w:rPr>
          <w:sz w:val="20"/>
        </w:rPr>
        <w:t>16:58  He said, "Ma Mla Lahaza Boistu Alaikum, I was not sent to you for this purpose." Thus, he</w:t>
      </w:r>
    </w:p>
    <w:p>
      <w:pPr>
        <w:pStyle w:val="Heading2"/>
      </w:pPr>
      <w:r>
        <w:t>Prophet calls emergency meeting over eclipse rumor</w:t>
      </w:r>
    </w:p>
    <w:p>
      <w:r>
        <w:rPr>
          <w:color w:val="666666"/>
          <w:sz w:val="18"/>
        </w:rPr>
        <w:t>From Superstition to Science April 19, 2009 · 28s · at 13:03 · https://youtu.be/GvCoNSjZlGE?t=783</w:t>
      </w:r>
    </w:p>
    <w:p>
      <w:r>
        <w:rPr>
          <w:i/>
        </w:rPr>
        <w:t>“Aap ne emergency meeting ki, sab log masjid mein aa jayein”</w:t>
      </w:r>
    </w:p>
    <w:p>
      <w:r>
        <w:rPr>
          <w:sz w:val="20"/>
        </w:rPr>
        <w:t>13:03  to aap ne bilkul emergency call, jis ko kehte hain, emergency meeting ki aap ne. Sab ko bulaya ke sab log masjid mein aa jayen.</w:t>
      </w:r>
      <w:r>
        <w:br/>
      </w:r>
      <w:r>
        <w:rPr>
          <w:sz w:val="20"/>
        </w:rPr>
        <w:t>13:13  zara sochiye ke is baat ko sochiye, itni si baat par aap ne emergency meeting bulai.</w:t>
      </w:r>
      <w:r>
        <w:br/>
      </w:r>
      <w:r>
        <w:rPr>
          <w:sz w:val="20"/>
        </w:rPr>
        <w:t>13:22  kitni is ko kitna importance diya aap ne is baat ko ke log is ko superstition sense mein le rahe hain. To sab log ikhatta hue,</w:t>
      </w:r>
    </w:p>
    <w:p>
      <w:pPr>
        <w:pStyle w:val="Heading2"/>
      </w:pPr>
      <w:r>
        <w:t>Crisis management concerns every person and nation</w:t>
      </w:r>
    </w:p>
    <w:p>
      <w:r>
        <w:rPr>
          <w:color w:val="666666"/>
          <w:sz w:val="18"/>
        </w:rPr>
        <w:t>The Crises Management September 18, 2011 · 41s · at 0:36 · https://youtu.be/s3cYFtQZwzw?t=36</w:t>
      </w:r>
    </w:p>
    <w:p>
      <w:r>
        <w:rPr>
          <w:i/>
        </w:rPr>
        <w:t>“Today's topic is crisis management”</w:t>
      </w:r>
    </w:p>
    <w:p>
      <w:r>
        <w:rPr>
          <w:sz w:val="20"/>
        </w:rPr>
        <w:t>0:36  aaj ka topic hai</w:t>
      </w:r>
      <w:r>
        <w:br/>
      </w:r>
      <w:r>
        <w:rPr>
          <w:sz w:val="20"/>
        </w:rPr>
        <w:t>0:44  "the crisis management", yaani bahran ka masla.</w:t>
      </w:r>
      <w:r>
        <w:br/>
      </w:r>
      <w:r>
        <w:rPr>
          <w:sz w:val="20"/>
        </w:rPr>
        <w:t>0:53  dekhein, bahran ya crisis yeh zindagi ka ek hissa hai.</w:t>
      </w:r>
      <w:r>
        <w:br/>
      </w:r>
      <w:r>
        <w:rPr>
          <w:sz w:val="20"/>
        </w:rPr>
        <w:t>1:01  individual ke saath bhi hota hai, nation ke saath, har jagah. to "how to manage the crisis" yeh har aadmi ka masla hai.</w:t>
      </w:r>
    </w:p>
    <w:p>
      <w:pPr>
        <w:pStyle w:val="Heading2"/>
      </w:pPr>
      <w:r>
        <w:t>Agree to disagree as de-linking</w:t>
      </w:r>
    </w:p>
    <w:p>
      <w:r>
        <w:rPr>
          <w:color w:val="666666"/>
          <w:sz w:val="18"/>
        </w:rPr>
        <w:t>Art of De-Linking | May 6, 2007 - Maulana Wahiduddin Khan · 30s · at 55:40 · https://youtu.be/e-Y0yXpZr34?t=3340</w:t>
      </w:r>
    </w:p>
    <w:p>
      <w:r>
        <w:rPr>
          <w:i/>
        </w:rPr>
        <w:t>“Let's agree to disagree.”</w:t>
      </w:r>
    </w:p>
    <w:p>
      <w:r>
        <w:rPr>
          <w:sz w:val="20"/>
        </w:rPr>
        <w:t>55:40  ہم نے اپنایا ایک سادہ فارمولا Let's agree to disagree. Let's agree to disagree. یہ مان</w:t>
      </w:r>
      <w:r>
        <w:br/>
      </w:r>
      <w:r>
        <w:rPr>
          <w:sz w:val="20"/>
        </w:rPr>
        <w:t>55:50  lo ke hamaray darmiyan kuch ikhtilafat hain lets agree to disagree yeh hai delinking policy</w:t>
      </w:r>
      <w:r>
        <w:br/>
      </w:r>
      <w:r>
        <w:rPr>
          <w:sz w:val="20"/>
        </w:rPr>
        <w:t>56:00  yani unhonay is ko delink kar diya aik hai hamaray taluqat aik hai siyasi ikhtilaf</w:t>
      </w:r>
    </w:p>
    <w:p>
      <w:pPr>
        <w:pStyle w:val="Heading2"/>
      </w:pPr>
      <w:r>
        <w:t>Follow your inner voice</w:t>
      </w:r>
    </w:p>
    <w:p>
      <w:r>
        <w:rPr>
          <w:color w:val="666666"/>
          <w:sz w:val="18"/>
        </w:rPr>
        <w:t>The Creation Plan December 09, 2018 · 50s · at 51:12 · https://youtu.be/y8tS4vW9lFI?t=3072</w:t>
      </w:r>
    </w:p>
    <w:p>
      <w:r>
        <w:rPr>
          <w:i/>
        </w:rPr>
        <w:t>“Apni inner voice ko suno”</w:t>
      </w:r>
    </w:p>
    <w:p>
      <w:r>
        <w:rPr>
          <w:sz w:val="20"/>
        </w:rPr>
        <w:t>51:12  is mein yahi is ka matlab yahi tha ke: "apni inner voice ko suno, inner voice ko suno."</w:t>
      </w:r>
      <w:r>
        <w:br/>
      </w:r>
      <w:r>
        <w:rPr>
          <w:sz w:val="20"/>
        </w:rPr>
        <w:t>51:25  andar se jo awaz aaye to foran is ko suno, foran is ko follow karo.</w:t>
      </w:r>
      <w:r>
        <w:br/>
      </w:r>
      <w:r>
        <w:rPr>
          <w:sz w:val="20"/>
        </w:rPr>
        <w:t>51:36  to main to samajhta hoon ke yahi ek hi tareeqa hai. kisi mufti ke paas mat jaiye, apne inner voice ko suniye, inner voice ko,</w:t>
      </w:r>
      <w:r>
        <w:br/>
      </w:r>
      <w:r>
        <w:rPr>
          <w:sz w:val="20"/>
        </w:rPr>
        <w:t>51:51  aur phir aap ko kabhi bhi wo inner voice aap ki jo hai, wo kabhi aap ko bhatkne nahi de ga.</w:t>
      </w:r>
    </w:p>
    <w:p>
      <w:pPr>
        <w:pStyle w:val="Heading2"/>
      </w:pPr>
      <w:r>
        <w:t>Colleges weren't slaughterhouses, they were deconditioning</w:t>
      </w:r>
    </w:p>
    <w:p>
      <w:r>
        <w:rPr>
          <w:color w:val="666666"/>
          <w:sz w:val="18"/>
        </w:rPr>
        <w:t>Choice Between Right and Wrong Battlefield January 26, 2007 Maulana Wahiddduin Khan · 56s · at 57:34 · https://youtu.be/F-onKK3Ibcc?t=3454</w:t>
      </w:r>
    </w:p>
    <w:p>
      <w:r>
        <w:rPr>
          <w:i/>
        </w:rPr>
        <w:t>“Iqbal said education would bring freedom, not knowing it'd bring doubt too”</w:t>
      </w:r>
    </w:p>
    <w:p>
      <w:r>
        <w:rPr>
          <w:sz w:val="20"/>
        </w:rPr>
        <w:t>57:34  yeh halal hai, yeh woh haram hai. yeh maano, woh na maano. lekin rational basis par woh un ka jawab nahi de paate thay. is liye frapna paida hua.</w:t>
      </w:r>
      <w:r>
        <w:br/>
      </w:r>
      <w:r>
        <w:rPr>
          <w:sz w:val="20"/>
        </w:rPr>
        <w:t>57:45  jo iqbal ne kaha hai ke hum yeh samjhe thay ke laye gi firaqat taleem. kya khabar thi ke chalaye ga ilhad bhi sath. yeh ilhad nahi aaya tha. yeh ek spirit of inquiry aayi thi.</w:t>
      </w:r>
      <w:r>
        <w:br/>
      </w:r>
      <w:r>
        <w:rPr>
          <w:sz w:val="20"/>
        </w:rPr>
        <w:t>57:56  jis ko aap ne ilhad samajh liya. ya maula modoodi ne kaha ke yeh college aur universityan jo hain, yeh qatl gaah hain. slaughter house hain. slaughter house nahi thay woh.</w:t>
      </w:r>
      <w:r>
        <w:br/>
      </w:r>
      <w:r>
        <w:rPr>
          <w:sz w:val="20"/>
        </w:rPr>
        <w:t>58:07  woh slaughter house nahi thay. woh deconditioning ke institutions thay woh.</w:t>
      </w:r>
      <w:r>
        <w:br/>
      </w:r>
      <w:r>
        <w:rPr>
          <w:sz w:val="20"/>
        </w:rPr>
        <w:t>58:13  yani college aur university jo hain, woh slaughter house nahi thay. deconditioning ke institutions thay. aur insaan phir se nature par laya ja raha tha ke, yani apnay mind ko free kar ke soch sakay.</w:t>
      </w:r>
    </w:p>
    <w:p>
      <w:pPr>
        <w:pStyle w:val="Heading2"/>
      </w:pPr>
      <w:r>
        <w:t>Kashmir is full of hidden dawah opportunities</w:t>
      </w:r>
    </w:p>
    <w:p>
      <w:r>
        <w:rPr>
          <w:color w:val="666666"/>
          <w:sz w:val="18"/>
        </w:rPr>
        <w:t>Time for Introspection February 26, 2012 Maulana Wahiduddin Khan · 37s · at 51:19 · https://youtu.be/PjgdpJGybeE?t=3079</w:t>
      </w:r>
    </w:p>
    <w:p>
      <w:r>
        <w:rPr>
          <w:i/>
        </w:rPr>
        <w:t>“Kashmir ke kuch log mujhse mile”</w:t>
      </w:r>
    </w:p>
    <w:p>
      <w:r>
        <w:rPr>
          <w:sz w:val="20"/>
        </w:rPr>
        <w:t>51:19  kashmir ke kuch log mujh se milay mein ne kaha ke aap wahan dawat ka kaam kijiye toh unhon ne kaha ke wahan toh sab musalman hain dawat ka kaam kaise karen ab dekhein kis tarah se log dawah brand ho rahay hain</w:t>
      </w:r>
      <w:r>
        <w:br/>
      </w:r>
      <w:r>
        <w:rPr>
          <w:sz w:val="20"/>
        </w:rPr>
        <w:t>51:34  ke kehtay hain ke kashmir dawat ka kaam ka mauqa hi nahi mein ne kaha ke dekhiye kashmir mein itnay tourist atay hain woh sab aap ke liye madu hain</w:t>
      </w:r>
      <w:r>
        <w:br/>
      </w:r>
      <w:r>
        <w:rPr>
          <w:sz w:val="20"/>
        </w:rPr>
        <w:t>51:47  kashmir mein pujari bohat atay hain kyunkay wahan par mandir hai qadeem mandir woh aap ke liye madu hain</w:t>
      </w:r>
    </w:p>
    <w:p>
      <w:pPr>
        <w:pStyle w:val="Heading2"/>
      </w:pPr>
      <w:r>
        <w:t>Prophet's clever deflection of an insulting nickname</w:t>
      </w:r>
    </w:p>
    <w:p>
      <w:r>
        <w:rPr>
          <w:color w:val="666666"/>
          <w:sz w:val="18"/>
        </w:rPr>
        <w:t xml:space="preserve">Life of the Prophet of Islam </w:t>
        <w:br/>
        <w:t>March 15, 2009 · 45s · at 30:53 · https://youtu.be/qk9NiFqVwoo?t=1853</w:t>
      </w:r>
    </w:p>
    <w:p>
      <w:r>
        <w:rPr>
          <w:i/>
        </w:rPr>
        <w:t>“They call you Mudhammam, why are you smiling?”</w:t>
      </w:r>
    </w:p>
    <w:p>
      <w:r>
        <w:rPr>
          <w:sz w:val="20"/>
        </w:rPr>
        <w:t>30:53  to rasool Allah ne se unhon ne kaha ke yeh aadmi aap ko Muzammim keh raha hai, aap kuch aur muskara rahe hain aap. to aap ne kaha ke Muzammim mera to naam hai nahi.</w:t>
      </w:r>
      <w:r>
        <w:br/>
      </w:r>
      <w:r>
        <w:rPr>
          <w:sz w:val="20"/>
        </w:rPr>
        <w:t>31:06  jis ka naam hai, us par parhe gi yeh baat us ki.</w:t>
      </w:r>
      <w:r>
        <w:br/>
      </w:r>
      <w:r>
        <w:rPr>
          <w:sz w:val="20"/>
        </w:rPr>
        <w:t>31:09  yani jo parh raha hai, woh sab woh baatein us par parhein gi jo jis ka naam ho Muzammim. mera naam to Muhammad hai.</w:t>
      </w:r>
      <w:r>
        <w:br/>
      </w:r>
      <w:r>
        <w:rPr>
          <w:sz w:val="20"/>
        </w:rPr>
        <w:t>31:19  yani koi yeh kahe ke Muzammim aisa aadmi hai, Muzammim waisa aadmi hai, to jo Muzammim jis ka naam hoga, us se parhe gi yeh baatein. mera naam to Muhammad hai, to mere upar to parhne wali hai hi nahi baatein.</w:t>
      </w:r>
      <w:r>
        <w:br/>
      </w:r>
      <w:r>
        <w:rPr>
          <w:sz w:val="20"/>
        </w:rPr>
        <w:t>31:31  is tarah avoid karte rahe aap. yeh hai avoid karne ka tareeqa.</w:t>
      </w:r>
    </w:p>
    <w:p>
      <w:pPr>
        <w:pStyle w:val="Heading2"/>
      </w:pPr>
      <w:r>
        <w:t>Companions never broke their word or lied</w:t>
      </w:r>
    </w:p>
    <w:p>
      <w:r>
        <w:rPr>
          <w:color w:val="666666"/>
          <w:sz w:val="18"/>
        </w:rPr>
        <w:t>The Companions of The Prophet January 15, 2023 · 21s · at 3:43 · https://youtu.be/clnN0tUU9og?t=223</w:t>
      </w:r>
    </w:p>
    <w:p>
      <w:r>
        <w:rPr>
          <w:i/>
        </w:rPr>
        <w:t>“Whatever they said, they stood by — lying was unknown to them.”</w:t>
      </w:r>
    </w:p>
    <w:p>
      <w:r>
        <w:rPr>
          <w:sz w:val="20"/>
        </w:rPr>
        <w:t>3:43  ab is ke jo alfaaz bol dete thay us par poore utarte thay. Wada ke pakay thay. Jhoot bolna to un ko aata hi nahi tha.</w:t>
      </w:r>
      <w:r>
        <w:br/>
      </w:r>
      <w:r>
        <w:rPr>
          <w:sz w:val="20"/>
        </w:rPr>
        <w:t>3:54  isi liye unhon ne paygambar ki itni ziyada mukhalifat ki lekin kabhi nahi kaha ke woh jhootay hain. Kyunke woh jantay hi nahi thay jhoot bolna to doosray ko kaise keh sakte thay.</w:t>
      </w:r>
    </w:p>
    <w:p>
      <w:pPr>
        <w:pStyle w:val="Heading2"/>
      </w:pPr>
      <w:r>
        <w:t>God's de-linking for free will</w:t>
      </w:r>
    </w:p>
    <w:p>
      <w:r>
        <w:rPr>
          <w:color w:val="666666"/>
          <w:sz w:val="18"/>
        </w:rPr>
        <w:t>Art of De-Linking May 6, 2007 Maulana Wahiduddin Khan · 39s · at 12:08 · https://youtu.be/cvzrpk4qFus?t=728</w:t>
      </w:r>
    </w:p>
    <w:p>
      <w:r>
        <w:rPr>
          <w:i/>
        </w:rPr>
        <w:t>“God adopted de-linking policy”</w:t>
      </w:r>
    </w:p>
    <w:p>
      <w:r>
        <w:rPr>
          <w:sz w:val="20"/>
        </w:rPr>
        <w:t>12:08  aap mein se har aadmi jo hai, us ko freedom of choice hai, jo chahe kare, jo chahe na kare. to yahan kya hai? Khuda ne delinking policy apnayi hai.</w:t>
      </w:r>
      <w:r>
        <w:br/>
      </w:r>
      <w:r>
        <w:rPr>
          <w:sz w:val="20"/>
        </w:rPr>
        <w:t>12:19  insaan ke ikhtiyar ko apne ikhtiyar ko delink kar diya. tabhi to hum jo chahte hain, karte hain. Khuda ne delink nahi kiya hai solar system ke sath, to solar system apna koi rasta nahi bana sakta.</w:t>
      </w:r>
      <w:r>
        <w:br/>
      </w:r>
      <w:r>
        <w:rPr>
          <w:sz w:val="20"/>
        </w:rPr>
        <w:t>12:38  Khuda ne delink nahi kiya hai mountain aur ocean ke sath, rain ke sath. to koi alag rasta nahi b</w:t>
      </w:r>
      <w:r>
        <w:br/>
      </w:r>
      <w:r>
        <w:rPr>
          <w:sz w:val="20"/>
        </w:rPr>
        <w:t>12:48  na sakta. jo is ke liye determined hai, pre determined, usi par chalenge woh log. insaan jo hai, akela ek hai poori universe mein jis ko ke freedom mila hua hai.</w:t>
      </w:r>
    </w:p>
    <w:p>
      <w:pPr>
        <w:pStyle w:val="Heading2"/>
      </w:pPr>
      <w:r>
        <w:t>Quran's inner meaning compared to an iceberg</w:t>
      </w:r>
    </w:p>
    <w:p>
      <w:r>
        <w:rPr>
          <w:color w:val="666666"/>
          <w:sz w:val="18"/>
        </w:rPr>
        <w:t>The Spirit of Ramadan (Part 2) April 24, 2022 Dr. Saniyasnain Khan · 51s · at 25:28 · https://youtu.be/NHe5tC7U3mk?t=1528</w:t>
      </w:r>
    </w:p>
    <w:p>
      <w:r>
        <w:rPr>
          <w:i/>
        </w:rPr>
        <w:t>“Quran ek iceberg hai, tip chhoti, andar poora pahaad.”</w:t>
      </w:r>
    </w:p>
    <w:p>
      <w:r>
        <w:rPr>
          <w:sz w:val="20"/>
        </w:rPr>
        <w:t>25:28  to jab jab hum sochte hai to allah taalaah ki taraf se harishte aate hai aur wo inspire karte hai aur wo hamein wah meaning tak pahunchate hain. wahi real meaning hai. quran ek bahut chhoti kitab hai. i think it's one sixth of bible. ji.</w:t>
      </w:r>
      <w:r>
        <w:br/>
      </w:r>
      <w:r>
        <w:rPr>
          <w:sz w:val="20"/>
        </w:rPr>
        <w:t>25:45  to lekin jo uska inner meaning hai, jaise molana ne ek baar kaha tha iceberg ki misal di thi ki iceberg ki ek tip hoti hai lekin wo andar itna bada hota hai ek pahaad hota hai.</w:t>
      </w:r>
      <w:r>
        <w:br/>
      </w:r>
      <w:r>
        <w:rPr>
          <w:sz w:val="20"/>
        </w:rPr>
        <w:t>25:59  to yahi quran ka mamla hai ki wo jo usmein lineon mein likha hua hai wo between the line hai main jo message hai uska to us tak pahunchne ke liye aapko sochna padega tadabbur aur tafakur aur taqur aur tavasum jo quran mein baatein aayi hai un sab cheezon se aap gehri ji. gehrai tak pahunch sakte ji.</w:t>
      </w:r>
      <w:r>
        <w:br/>
      </w:r>
      <w:r>
        <w:rPr>
          <w:sz w:val="20"/>
        </w:rPr>
        <w:t>26:19  aur doctor jaise aapne abhi kaha ki quran study groups banaye, to ek hadis bhi hai ki allah is pleased with those who study quran together and angels come and visit them. to isi hadis ke hawale se shayad aap bata rahe the. to iske bare mein kuch aur aap add karna chahenge na phir? zarur.</w:t>
      </w:r>
    </w:p>
    <w:p>
      <w:pPr>
        <w:pStyle w:val="Heading2"/>
      </w:pPr>
      <w:r>
        <w:t>Khadijah's noble nicknames before Islam</w:t>
      </w:r>
    </w:p>
    <w:p>
      <w:r>
        <w:rPr>
          <w:color w:val="666666"/>
          <w:sz w:val="18"/>
        </w:rPr>
        <w:t>The Story of Hazrat Khadija Part I December 4, 2022 · 24s · at 3:15 · https://youtu.be/cNzPbtW9AV0?t=195</w:t>
      </w:r>
    </w:p>
    <w:p>
      <w:r>
        <w:rPr>
          <w:i/>
        </w:rPr>
        <w:t>“She had many nicknames, one meant Princess of Quraysh”</w:t>
      </w:r>
    </w:p>
    <w:p>
      <w:r>
        <w:rPr>
          <w:sz w:val="20"/>
        </w:rPr>
        <w:t>3:15  ji. bohat hi nobel khatoon theen, aur un ke bohat saare nicknames thay. achha. jaise ek Tahirah tha, Tahirah ka matlab pure, aise hi un ka nickname tha Ameerat Quraish, yaani Princess of Quraish</w:t>
      </w:r>
      <w:r>
        <w:br/>
      </w:r>
      <w:r>
        <w:rPr>
          <w:sz w:val="20"/>
        </w:rPr>
        <w:t>3:30  . aur ek nickname tha Sayyidat al-Nisa Quraish, Nisa Quraish. ji. yaani the leader of the women of Quraish.</w:t>
      </w:r>
    </w:p>
    <w:p>
      <w:pPr>
        <w:pStyle w:val="Heading2"/>
      </w:pPr>
      <w:r>
        <w:t>Sheikh Saadi's parable on gratitude despite lack</w:t>
      </w:r>
    </w:p>
    <w:p>
      <w:r>
        <w:rPr>
          <w:color w:val="666666"/>
          <w:sz w:val="18"/>
        </w:rPr>
        <w:t>Prophet of Mercy October 24, 2021 Prof. Farida Khanam · 35s · at 42:44 · https://youtu.be/qIOdAqzWhNI?t=2564</w:t>
      </w:r>
    </w:p>
    <w:p>
      <w:r>
        <w:rPr>
          <w:i/>
        </w:rPr>
        <w:t>“شیخ سعدی کہتے ہیں: میرے پاؤں میں چپل نہیں تھے۔”</w:t>
      </w:r>
    </w:p>
    <w:p>
      <w:r>
        <w:rPr>
          <w:sz w:val="20"/>
        </w:rPr>
        <w:t>42:44  ek waqea hai Hazrat Sheikh Saadi ka. to jab kisi ke paas koi cheez na ho to us ko dekh kar hamein shukr ada karte hain hum ke Allah ne hamein is nemat se nawaza hai.</w:t>
      </w:r>
      <w:r>
        <w:br/>
      </w:r>
      <w:r>
        <w:rPr>
          <w:sz w:val="20"/>
        </w:rPr>
        <w:t>42:56  to Sheikh Saadi ne isi baat ko apne shair mein likha hai, hikayat mein likha hai ke: "ek bar main kahin ja raha tha, mere paon mein chappal nahi the.</w:t>
      </w:r>
      <w:r>
        <w:br/>
      </w:r>
      <w:r>
        <w:rPr>
          <w:sz w:val="20"/>
        </w:rPr>
        <w:t>43:05  to mein ne dekha ke aik aadmi hai, us ke taang hi nahin hain. woh langra ke chal raha hai. to mein ne Khuda ka bohat ziyada shukr kiya, to mere paas to sirf chappal hi nahin hain." to yeh saari cheezein hamein baar baar Khuda ki yaad dilati hain.</w:t>
      </w:r>
    </w:p>
    <w:p>
      <w:pPr>
        <w:pStyle w:val="Heading2"/>
      </w:pPr>
      <w:r>
        <w:t>Well-wishing leads to positive opinion</w:t>
      </w:r>
    </w:p>
    <w:p>
      <w:r>
        <w:rPr>
          <w:color w:val="666666"/>
          <w:sz w:val="18"/>
        </w:rPr>
        <w:t>The Problem of Misunderstanding July 02, 2008 · 48s · at 7:47 · https://youtu.be/IP8aFVKtttc?t=467</w:t>
      </w:r>
    </w:p>
    <w:p>
      <w:r>
        <w:rPr>
          <w:i/>
        </w:rPr>
        <w:t>“to ek hi cheez mein aap dekhiye”</w:t>
      </w:r>
    </w:p>
    <w:p>
      <w:r>
        <w:rPr>
          <w:sz w:val="20"/>
        </w:rPr>
        <w:t>7:47  toh ek hi cheez mein aap dekhiye, agar aadmi ke andar well-wishing hai, woh khair khwah hai, toh positive raaye banayega, aur agar woh khair khwah nahi hai toh negative raaye banayega.</w:t>
      </w:r>
      <w:r>
        <w:br/>
      </w:r>
      <w:r>
        <w:rPr>
          <w:sz w:val="20"/>
        </w:rPr>
        <w:t>8:03  misunderstanding kya hai? misunderstanding ka matlab hai negative opinion. Toh aap ne jo maine misaal di, aap ko dekhiye, ek hi cheez hai.</w:t>
      </w:r>
      <w:r>
        <w:br/>
      </w:r>
      <w:r>
        <w:rPr>
          <w:sz w:val="20"/>
        </w:rPr>
        <w:t>8:17  ek hi cheez mein aap positive opinion bana sakte hain, usi cheez mein aap negative opinion bana sakte hain.</w:t>
      </w:r>
      <w:r>
        <w:br/>
      </w:r>
      <w:r>
        <w:rPr>
          <w:sz w:val="20"/>
        </w:rPr>
        <w:t>8:27  toh negative opinion jab aap banayein toh usi ka naam hai misunderstanding.</w:t>
      </w:r>
    </w:p>
    <w:p>
      <w:pPr>
        <w:pStyle w:val="Heading2"/>
      </w:pPr>
      <w:r>
        <w:t>Companions never got inflamed at worse insults than a cartoon</w:t>
      </w:r>
    </w:p>
    <w:p>
      <w:r>
        <w:rPr>
          <w:color w:val="666666"/>
          <w:sz w:val="18"/>
        </w:rPr>
        <w:t>The Case of Present Day Muslims February 14, 2010 · 57s · at 6:22 · https://youtu.be/OspAyZSFN6I?t=382</w:t>
      </w:r>
    </w:p>
    <w:p>
      <w:r>
        <w:rPr>
          <w:i/>
        </w:rPr>
        <w:t>“They called Muhammad abtar, majnoon, muzammam — no one flared up.”</w:t>
      </w:r>
    </w:p>
    <w:p>
      <w:r>
        <w:rPr>
          <w:sz w:val="20"/>
        </w:rPr>
        <w:t>6:22  to itni bari baat kehte the ke Muhammad abtar hain. koi bharka nahin? wahan to koi nahin bharka.</w:t>
      </w:r>
      <w:r>
        <w:br/>
      </w:r>
      <w:r>
        <w:rPr>
          <w:sz w:val="20"/>
        </w:rPr>
        <w:t>6:32  aisi kaise? kalinnaka al majnoon aye Muhammad, tum to deewane ho. koi bharka nahin? koi bhi nahin bharka.</w:t>
      </w:r>
      <w:r>
        <w:br/>
      </w:r>
      <w:r>
        <w:rPr>
          <w:sz w:val="20"/>
        </w:rPr>
        <w:t>6:43  aise hi woh kehte the ke mudh'am. yeh mudh'am hai, Muhammad jo hain mudh</w:t>
      </w:r>
      <w:r>
        <w:br/>
      </w:r>
      <w:r>
        <w:rPr>
          <w:sz w:val="20"/>
        </w:rPr>
        <w:t>6:50  mam hain. mudh'am matlab condemned. is qabil hain ke condemn kiya jaye in ko. condemnable. to be name ko bharka?</w:t>
      </w:r>
      <w:r>
        <w:br/>
      </w:r>
      <w:r>
        <w:rPr>
          <w:sz w:val="20"/>
        </w:rPr>
        <w:t>7:00  woh kehte the ke yeh jo aap kehte hain, wahi waghera, yeh wahi waghera kuch nahin hai, kuch kuch hain, in ko sikha dete hain, is ko ja ke dohrate hain yeh.</w:t>
      </w:r>
      <w:r>
        <w:br/>
      </w:r>
      <w:r>
        <w:rPr>
          <w:sz w:val="20"/>
        </w:rPr>
        <w:t>7:10  aisi aisi badi badi baatein kehte the. koi bharka nahin? na rasool Allah bharke, na sahaba bharke.</w:t>
      </w:r>
    </w:p>
    <w:p>
      <w:pPr>
        <w:pStyle w:val="Heading2"/>
      </w:pPr>
      <w:r>
        <w:t>bigger the reward, bigger the test</w:t>
      </w:r>
    </w:p>
    <w:p>
      <w:r>
        <w:rPr>
          <w:color w:val="666666"/>
          <w:sz w:val="18"/>
        </w:rPr>
        <w:t>Lessons from The Story of Prophet Yusuf Part 2 June 5, 2022 · 39s · at 12:54 · https://youtu.be/k1b1r4F2rnI?t=774</w:t>
      </w:r>
    </w:p>
    <w:p>
      <w:r>
        <w:rPr>
          <w:i/>
        </w:rPr>
        <w:t>“جتنا بڑا ریوارڈ اتنا بڑا ٹیسٹ۔”</w:t>
      </w:r>
    </w:p>
    <w:p>
      <w:r>
        <w:rPr>
          <w:sz w:val="20"/>
        </w:rPr>
        <w:t>12:54  hai inhi se hamein hidayat leni hai inhi ki zindagi se. aur jo sab se bari baat hai woh yeh hai ke peghamabaron ko bohat hi aala jannat milegi jannat ul firdous milegi.</w:t>
      </w:r>
      <w:r>
        <w:br/>
      </w:r>
      <w:r>
        <w:rPr>
          <w:sz w:val="20"/>
        </w:rPr>
        <w:t>13:08  ji maqam mehmood pe un ko faiz kiya jayega aur Allah taala ke bohat hi muqarrib bandon mein se hain woh to zahir hai jitna bara reward itna bara test.</w:t>
      </w:r>
      <w:r>
        <w:br/>
      </w:r>
      <w:r>
        <w:rPr>
          <w:sz w:val="20"/>
        </w:rPr>
        <w:t>13:19  bara test sahi</w:t>
      </w:r>
      <w:r>
        <w:br/>
      </w:r>
      <w:r>
        <w:rPr>
          <w:sz w:val="20"/>
        </w:rPr>
        <w:t>13:20  baat hai to yeh to isi liye peghamabaron ka test sab se zyada hua. ji Rasool Allah ka test sab se zyada hua ke kitna sataya logon ne aur Hazrat Yusuf alaihiالسلام to bohat handsome bhi the.</w:t>
      </w:r>
    </w:p>
    <w:p>
      <w:pPr>
        <w:pStyle w:val="Heading2"/>
      </w:pPr>
      <w:r>
        <w:t>Stone age men's fight sparks first discovery</w:t>
      </w:r>
    </w:p>
    <w:p>
      <w:r>
        <w:rPr>
          <w:color w:val="666666"/>
          <w:sz w:val="18"/>
        </w:rPr>
        <w:t>Human Knowledge and Divine Knowledge February 17, 2008 · 59s · at 5:33 · https://youtu.be/FVOvdC0uY1c?t=333</w:t>
      </w:r>
    </w:p>
    <w:p>
      <w:r>
        <w:rPr>
          <w:i/>
        </w:rPr>
        <w:t>“Do aadmi aapas mein jhagad gaye”</w:t>
      </w:r>
    </w:p>
    <w:p>
      <w:r>
        <w:rPr>
          <w:sz w:val="20"/>
        </w:rPr>
        <w:t>5:33  lekin yeh baat jo mein kehne ja raha hoon, probably it was true, mein yeh keh sakta hoon. to stone age ke baray mein woh kehte hain ke do aadmi aapas mein jhagṛ gaye.</w:t>
      </w:r>
      <w:r>
        <w:br/>
      </w:r>
      <w:r>
        <w:rPr>
          <w:sz w:val="20"/>
        </w:rPr>
        <w:t>5:49  un mein dispute ho gaya.</w:t>
      </w:r>
      <w:r>
        <w:br/>
      </w:r>
      <w:r>
        <w:rPr>
          <w:sz w:val="20"/>
        </w:rPr>
        <w:t>5:52  to donon ne aik doosre ko patthar se mara. jab donon taraf se patthar chale to aisa hua ke beech mein donon patthar ṭakṛa gaye.</w:t>
      </w:r>
      <w:r>
        <w:br/>
      </w:r>
      <w:r>
        <w:rPr>
          <w:sz w:val="20"/>
        </w:rPr>
        <w:t>6:04  jab ṭakṛa gaye to is mein sparking hui, yaani changari nikli. to stone age ke insaan ke liye aik bilkul nai baat thi yeh.</w:t>
      </w:r>
      <w:r>
        <w:br/>
      </w:r>
      <w:r>
        <w:rPr>
          <w:sz w:val="20"/>
        </w:rPr>
        <w:t>6:18  to donon apna jhagṛa bhool gaye aur is patthar ko le kar phir isi ko khel karne lage. ṭakṛate thay aur is mein se sparking hoti thi, yaani changari nikalti thi.</w:t>
      </w:r>
    </w:p>
    <w:p>
      <w:pPr>
        <w:pStyle w:val="Heading2"/>
      </w:pPr>
      <w:r>
        <w:t>an ideal government is impossible, always</w:t>
      </w:r>
    </w:p>
    <w:p>
      <w:r>
        <w:rPr>
          <w:color w:val="666666"/>
          <w:sz w:val="18"/>
        </w:rPr>
        <w:t>The Companions and the Hadith Scholars June 24, 2012 · 23s · at 36:51 · https://youtu.be/Dj4QiYnxgBs?t=2211</w:t>
      </w:r>
    </w:p>
    <w:p>
      <w:r>
        <w:rPr>
          <w:i/>
        </w:rPr>
        <w:t>“Hukumat kabhi bhi ideal nahi ho sakti, yeh namumkin baat hai”</w:t>
      </w:r>
    </w:p>
    <w:p>
      <w:r>
        <w:rPr>
          <w:sz w:val="20"/>
        </w:rPr>
        <w:t>36:51  dekhen, yahan main yeh arz kar doon ke hukoomat kabhi bhi ideal nahi ho sakti. yaad rakhiye, yeh namumkin baat hai.</w:t>
      </w:r>
      <w:r>
        <w:br/>
      </w:r>
      <w:r>
        <w:rPr>
          <w:sz w:val="20"/>
        </w:rPr>
        <w:t>37:02  namumkin baat hai ke kabhi bhi hukoomat ideal ho. hukoomat hamesha qaim hoti hai yani amli halaat ki buniyad par.</w:t>
      </w:r>
      <w:r>
        <w:br/>
      </w:r>
      <w:r>
        <w:rPr>
          <w:sz w:val="20"/>
        </w:rPr>
        <w:t>37:15  misalan dekhiye, aaj kal jo saare muslim mulkon mein hangama kiye hue hain, adl ko le kar ke, adl yani adlana nizaam darkaar hai.</w:t>
      </w:r>
    </w:p>
    <w:p>
      <w:pPr>
        <w:pStyle w:val="Heading2"/>
      </w:pPr>
      <w:r>
        <w:t>Prophet practical model not miraculous</w:t>
      </w:r>
    </w:p>
    <w:p>
      <w:r>
        <w:rPr>
          <w:color w:val="666666"/>
          <w:sz w:val="18"/>
        </w:rPr>
        <w:t>Prophet of Islam as a Model for Mankind August 31, 2007 · 41s · at 41:40 · https://youtu.be/UKUzH7_OjKM?t=2500</w:t>
      </w:r>
    </w:p>
    <w:p>
      <w:r>
        <w:rPr>
          <w:i/>
        </w:rPr>
        <w:t>“It is to underestimate the prophetic role of Muhammad.”</w:t>
      </w:r>
    </w:p>
    <w:p>
      <w:r>
        <w:rPr>
          <w:sz w:val="20"/>
        </w:rPr>
        <w:t>41:40  as a mysterious personality, they are not doing a good job</w:t>
      </w:r>
      <w:r>
        <w:br/>
      </w:r>
      <w:r>
        <w:rPr>
          <w:sz w:val="20"/>
        </w:rPr>
        <w:t>41:49  . It is to underestimate the prophetic role of Muhammad.</w:t>
      </w:r>
      <w:r>
        <w:br/>
      </w:r>
      <w:r>
        <w:rPr>
          <w:sz w:val="20"/>
        </w:rPr>
        <w:t>41:58  Muhammad was not a mysterious person. Muhammad was not a miraculous person.</w:t>
      </w:r>
      <w:r>
        <w:br/>
      </w:r>
      <w:r>
        <w:rPr>
          <w:sz w:val="20"/>
        </w:rPr>
        <w:t>42:05  He was a practical model.</w:t>
      </w:r>
      <w:r>
        <w:br/>
      </w:r>
      <w:r>
        <w:rPr>
          <w:sz w:val="20"/>
        </w:rPr>
        <w:t>42:15  Then those historians who</w:t>
      </w:r>
    </w:p>
    <w:p>
      <w:pPr>
        <w:pStyle w:val="Heading2"/>
      </w:pPr>
      <w:r>
        <w:t>hadith: modesty is part of faith</w:t>
      </w:r>
    </w:p>
    <w:p>
      <w:r>
        <w:rPr>
          <w:color w:val="666666"/>
          <w:sz w:val="18"/>
        </w:rPr>
        <w:t>Story of Uthman ibn Affan (ra) -</w:t>
        <w:br/>
        <w:t>Lives of the Sahabah -1 May 21, 2023 · 31s · at 7:03 · https://youtu.be/rO43Eo-WWdY?t=423</w:t>
      </w:r>
    </w:p>
    <w:p>
      <w:r>
        <w:rPr>
          <w:i/>
        </w:rPr>
        <w:t>“Rasulullah ne kaha tha: al-haya minal iman”</w:t>
      </w:r>
    </w:p>
    <w:p>
      <w:r>
        <w:rPr>
          <w:sz w:val="20"/>
        </w:rPr>
        <w:t>7:03  isi tarah se Rasoolullah ne kaha tha ke Al haya minal iman.</w:t>
      </w:r>
      <w:r>
        <w:br/>
      </w:r>
      <w:r>
        <w:rPr>
          <w:sz w:val="20"/>
        </w:rPr>
        <w:t>7:08  yani haya ya modesty is from faith, from iman.</w:t>
      </w:r>
      <w:r>
        <w:br/>
      </w:r>
      <w:r>
        <w:rPr>
          <w:sz w:val="20"/>
        </w:rPr>
        <w:t>7:12  jaisa aap ne bhi kaha ke he never drank alcohol or wine.</w:t>
      </w:r>
      <w:r>
        <w:br/>
      </w:r>
      <w:r>
        <w:rPr>
          <w:sz w:val="20"/>
        </w:rPr>
        <w:t>7:17  unhone kaha tha ke yani pre-islamic period mein bhi unhone kabhi sharab waghera nahi pi aur kaha tha</w:t>
      </w:r>
      <w:r>
        <w:br/>
      </w:r>
      <w:r>
        <w:rPr>
          <w:sz w:val="20"/>
        </w:rPr>
        <w:t>7:21  ke reason is a gift of God.</w:t>
      </w:r>
      <w:r>
        <w:br/>
      </w:r>
      <w:r>
        <w:rPr>
          <w:sz w:val="20"/>
        </w:rPr>
        <w:t>7:25  rum and wine destroy reason.</w:t>
      </w:r>
      <w:r>
        <w:br/>
      </w:r>
      <w:r>
        <w:rPr>
          <w:sz w:val="20"/>
        </w:rPr>
        <w:t>7:30  yani woh apni fitrat pe the, nature pe the. Ji. Aur</w:t>
      </w:r>
    </w:p>
    <w:p>
      <w:pPr>
        <w:pStyle w:val="Heading2"/>
      </w:pPr>
      <w:r>
        <w:t>differences among companions were a mercy</w:t>
      </w:r>
    </w:p>
    <w:p>
      <w:r>
        <w:rPr>
          <w:color w:val="666666"/>
          <w:sz w:val="18"/>
        </w:rPr>
        <w:t>Evolution of Fiqh: The Journey</w:t>
        <w:br/>
        <w:t>of Islamic Jurisprudence Dec 22, 2024 · 25s · at 46:44 · https://youtu.be/Iwtb-eFjp2c?t=2804</w:t>
      </w:r>
    </w:p>
    <w:p>
      <w:r>
        <w:rPr>
          <w:i/>
        </w:rPr>
        <w:t>“sahaba mein agar ikhtilaf na hota to mujhe pasand nahi hota”</w:t>
      </w:r>
    </w:p>
    <w:p>
      <w:r>
        <w:rPr>
          <w:sz w:val="20"/>
        </w:rPr>
        <w:t>46:44  to unhon ne yeh kaha ke ashab e rasool mein agar ikhtilaf na hota to yeh mujhe pasand</w:t>
      </w:r>
      <w:r>
        <w:br/>
      </w:r>
      <w:r>
        <w:rPr>
          <w:sz w:val="20"/>
        </w:rPr>
        <w:t>46:49  nahi tha. ikhtilaf hua to aasani hai hamare liye ke insan ko bohat sare options mil jate hain. insan kya karta hai? jahan par us ko zaroorat ho, yeh cheez hamare liye aasan hai, convenient hai, wo us ko kar leta hai.</w:t>
      </w:r>
      <w:r>
        <w:br/>
      </w:r>
      <w:r>
        <w:rPr>
          <w:sz w:val="20"/>
        </w:rPr>
        <w:t>47:00  doosri jagah doosra convenient ho, wo us ko kar sakta hai. bohat aham cheez hai yeh aap ne batai. to ab main aap se ek sawal karunga ikhtilaf ke ta'alluq se, us ki kuch misalein</w:t>
      </w:r>
    </w:p>
    <w:p>
      <w:pPr>
        <w:pStyle w:val="Heading2"/>
      </w:pPr>
      <w:r>
        <w:t>Pollution as prophesied smoke</w:t>
      </w:r>
    </w:p>
    <w:p>
      <w:r>
        <w:rPr>
          <w:color w:val="666666"/>
          <w:sz w:val="18"/>
        </w:rPr>
        <w:t>Global Warming and Islam May 30, 2008 · 26s · at 13:45 · https://youtu.be/aFMSQmrEfVU?t=825</w:t>
      </w:r>
    </w:p>
    <w:p>
      <w:r>
        <w:rPr>
          <w:i/>
        </w:rPr>
        <w:t>“Aap sochein zara, yeh pollution se hum face kar rahe hain”</w:t>
      </w:r>
    </w:p>
    <w:p>
      <w:r>
        <w:rPr>
          <w:sz w:val="20"/>
        </w:rPr>
        <w:t>13:45  Aap sochiye zara yeh jo yeh jo is waqt jis pollution se hum ko hum face kar rahe hain, jisko kehte hain carbon emission ya air pollution,</w:t>
      </w:r>
      <w:r>
        <w:br/>
      </w:r>
      <w:r>
        <w:rPr>
          <w:sz w:val="20"/>
        </w:rPr>
        <w:t>14:00  woh woh kya hai? Is ne East se West tak phail gaya hai woh. Aur zindagi ko woh hamare liye ek bahut bada danger bana hua hai.</w:t>
      </w:r>
    </w:p>
    <w:p>
      <w:pPr>
        <w:pStyle w:val="Heading2"/>
      </w:pPr>
      <w:r>
        <w:t>Monism vs monotheism difference</w:t>
      </w:r>
    </w:p>
    <w:p>
      <w:r>
        <w:rPr>
          <w:color w:val="666666"/>
          <w:sz w:val="18"/>
        </w:rPr>
        <w:t>Prophetic Mission (In Conversation with Maulana) 23 04 07 · 45s · at 8:53 · https://youtu.be/6WUoL2VK1ZE?t=533</w:t>
      </w:r>
    </w:p>
    <w:p>
      <w:r>
        <w:rPr>
          <w:i/>
        </w:rPr>
        <w:t>“Dekhiye, monism mein to khuda alag se kuch hota nahi”</w:t>
      </w:r>
    </w:p>
    <w:p>
      <w:r>
        <w:rPr>
          <w:sz w:val="20"/>
        </w:rPr>
        <w:t>8:53  ? Achha, bohat difference hai. Dekhiye, monism mein to Khuda alag se kuch hota nahi, woh to just like air, just like gravity, just like cosmic rays hai.</w:t>
      </w:r>
      <w:r>
        <w:br/>
      </w:r>
      <w:r>
        <w:rPr>
          <w:sz w:val="20"/>
        </w:rPr>
        <w:t>9:09  Woh Khuda to kuch hai hi nahi, lekin monotheism mein Khuda ek ek being hai,</w:t>
      </w:r>
      <w:r>
        <w:br/>
      </w:r>
      <w:r>
        <w:rPr>
          <w:sz w:val="20"/>
        </w:rPr>
        <w:t>9:19  woh exist kar raha hai apne ilm ke zariye, woh har jagah hai, khud hi khud har jagah nahi hai. Apne ilm ke zariye, apne yani woh dekh har jagah dekh raha hai, har jagah woh us ki reach hai, har jagah hai.</w:t>
      </w:r>
    </w:p>
    <w:p>
      <w:pPr>
        <w:pStyle w:val="Heading2"/>
      </w:pPr>
      <w:r>
        <w:t>save yourself, let everything else go</w:t>
      </w:r>
    </w:p>
    <w:p>
      <w:r>
        <w:rPr>
          <w:color w:val="666666"/>
          <w:sz w:val="18"/>
        </w:rPr>
        <w:t>Spirituality vs Materialism July 10, 2011 Maulana Wahiduddin Khan · 52s · at 1:30:56 · https://youtu.be/oLx-EARR2fI?t=5456</w:t>
      </w:r>
    </w:p>
    <w:p>
      <w:r>
        <w:rPr>
          <w:i/>
        </w:rPr>
        <w:t>“My philosophy is: save yourself.”</w:t>
      </w:r>
    </w:p>
    <w:p>
      <w:r>
        <w:rPr>
          <w:sz w:val="20"/>
        </w:rPr>
        <w:t>1:30:56  main ne kaha mera nazariya yeh hai ke save yourself aur doosre ke bare mein main kehta hoon ke everything go to fault</w:t>
      </w:r>
      <w:r>
        <w:br/>
      </w:r>
      <w:r>
        <w:rPr>
          <w:sz w:val="20"/>
        </w:rPr>
        <w:t>1:31:07  mere sab saathi jante hain ke mera nazariya yeh hai. save yourself aur main yeh kehta hoon ke everything else go to fault nahi to aap kaise jeeyenge aap?</w:t>
      </w:r>
      <w:r>
        <w:br/>
      </w:r>
      <w:r>
        <w:rPr>
          <w:sz w:val="20"/>
        </w:rPr>
        <w:t>1:31:22  agar aap chahte hain ke positive ban kar rahen to yahi karna parega. bhulana, bhulana, bhulana, bhulana, bhulana. jab doosra aadmi aap ka advice le kar nahi chalne wala hai, doosra aadmi aap ka direction mein nahi chalne wala hai, to aap is ka bojh apne sar kyun rakhen aap?</w:t>
      </w:r>
      <w:r>
        <w:br/>
      </w:r>
      <w:r>
        <w:rPr>
          <w:sz w:val="20"/>
        </w:rPr>
        <w:t>1:31:37  woh bhula dijiye is ko. ignore kijiye, forget kijiye. is ko avoid kijiye. kyunke doosra koi option hamare paas nahi hai.</w:t>
      </w:r>
    </w:p>
    <w:p>
      <w:pPr>
        <w:pStyle w:val="Heading2"/>
      </w:pPr>
      <w:r>
        <w:t>Ideal cannot be achieved saying</w:t>
      </w:r>
    </w:p>
    <w:p>
      <w:r>
        <w:rPr>
          <w:color w:val="666666"/>
          <w:sz w:val="18"/>
        </w:rPr>
        <w:t>The Case of Failure | August 27, 2006 | Maulana Wahiduddin Khan · 30s · at 22:23 · https://youtu.be/4O9FjV0vIfo?t=1343</w:t>
      </w:r>
    </w:p>
    <w:p>
      <w:r>
        <w:rPr>
          <w:i/>
        </w:rPr>
        <w:t>“To aap dekhiye, aap jaante honge”</w:t>
      </w:r>
    </w:p>
    <w:p>
      <w:r>
        <w:rPr>
          <w:sz w:val="20"/>
        </w:rPr>
        <w:t>22:23  to aap dekhiye, aap jantay honge ek bohat well known saying hai English mein ke "ideal can</w:t>
      </w:r>
      <w:r>
        <w:br/>
      </w:r>
      <w:r>
        <w:rPr>
          <w:sz w:val="20"/>
        </w:rPr>
        <w:t>22:29  not be achieved".</w:t>
      </w:r>
      <w:r>
        <w:br/>
      </w:r>
      <w:r>
        <w:rPr>
          <w:sz w:val="20"/>
        </w:rPr>
        <w:t>22:35  hazaron saal se insaan ka jo jo experience raha hai, is ka yeh nichor hai.</w:t>
      </w:r>
      <w:r>
        <w:br/>
      </w:r>
      <w:r>
        <w:rPr>
          <w:sz w:val="20"/>
        </w:rPr>
        <w:t>22:41  yeh hazaron saal se insaan dhoondta hai, yeh karta hai, wo karta hai, lekin aakhir mein kuch nahi paata.</w:t>
      </w:r>
      <w:r>
        <w:br/>
      </w:r>
      <w:r>
        <w:rPr>
          <w:sz w:val="20"/>
        </w:rPr>
        <w:t>22:47  wo baray baray jo king hotay hain, aakhir mein</w:t>
      </w:r>
    </w:p>
    <w:p>
      <w:pPr>
        <w:pStyle w:val="Heading2"/>
      </w:pPr>
      <w:r>
        <w:t>Gradual revelation of prohibitions</w:t>
      </w:r>
    </w:p>
    <w:p>
      <w:r>
        <w:rPr>
          <w:color w:val="666666"/>
          <w:sz w:val="18"/>
        </w:rPr>
        <w:t>The Life of The Prophet | July 31, 2007 · 1m 03s · at 40:10 · https://youtu.be/IY9aEQThos0?t=2410</w:t>
      </w:r>
    </w:p>
    <w:p>
      <w:r>
        <w:rPr>
          <w:i/>
        </w:rPr>
        <w:t>“If these verses were revealed before the preparation”</w:t>
      </w:r>
    </w:p>
    <w:p>
      <w:r>
        <w:rPr>
          <w:sz w:val="20"/>
        </w:rPr>
        <w:t>40:10  inking.</w:t>
      </w:r>
      <w:r>
        <w:br/>
      </w:r>
      <w:r>
        <w:rPr>
          <w:sz w:val="20"/>
        </w:rPr>
        <w:t>40:18  Then these verses were revealed that don't that adultery is haram and wine is haram.</w:t>
      </w:r>
      <w:r>
        <w:br/>
      </w:r>
      <w:r>
        <w:rPr>
          <w:sz w:val="20"/>
        </w:rPr>
        <w:t>40:26  So she says that if these verses were revealed before the preparation of society, they would say, "La</w:t>
      </w:r>
      <w:r>
        <w:br/>
      </w:r>
      <w:r>
        <w:rPr>
          <w:sz w:val="20"/>
        </w:rPr>
        <w:t>40:34  nada'ud zena abadan, la nada'ul khamar abadan."</w:t>
      </w:r>
      <w:r>
        <w:br/>
      </w:r>
      <w:r>
        <w:rPr>
          <w:sz w:val="20"/>
        </w:rPr>
        <w:t>40:41  We are not going to abandon adultery, we are not going to abandon wine, alcohol.</w:t>
      </w:r>
      <w:r>
        <w:br/>
      </w:r>
      <w:r>
        <w:rPr>
          <w:sz w:val="20"/>
        </w:rPr>
        <w:t>40:49  So this was also a very important example set by the Prophet of Islam.</w:t>
      </w:r>
      <w:r>
        <w:br/>
      </w:r>
      <w:r>
        <w:rPr>
          <w:sz w:val="20"/>
        </w:rPr>
        <w:t>40:57  What is the correct way of bringing about a reform in society?</w:t>
      </w:r>
      <w:r>
        <w:br/>
      </w:r>
      <w:r>
        <w:rPr>
          <w:sz w:val="20"/>
        </w:rPr>
        <w:t>41:05  How can you build a better society?</w:t>
      </w:r>
    </w:p>
    <w:p>
      <w:pPr>
        <w:pStyle w:val="Heading2"/>
      </w:pPr>
      <w:r>
        <w:t>Misunderstanding due to lack of well-wishing</w:t>
      </w:r>
    </w:p>
    <w:p>
      <w:r>
        <w:rPr>
          <w:color w:val="666666"/>
          <w:sz w:val="18"/>
        </w:rPr>
        <w:t>The Problem of Misunderstanding July 02, 2008 · 58s · at 0:47 · https://youtu.be/IP8aFVKtttc?t=47</w:t>
      </w:r>
    </w:p>
    <w:p>
      <w:r>
        <w:rPr>
          <w:i/>
        </w:rPr>
        <w:t>“the problem of misunderstanding”</w:t>
      </w:r>
    </w:p>
    <w:p>
      <w:r>
        <w:rPr>
          <w:sz w:val="20"/>
        </w:rPr>
        <w:t>0:47  the problem of misunderstanding ghalat fehmi ka masla.</w:t>
      </w:r>
      <w:r>
        <w:br/>
      </w:r>
      <w:r>
        <w:rPr>
          <w:sz w:val="20"/>
        </w:rPr>
        <w:t>0:57  dekhiye, ghalat fehmi ya misunderstanding bohat zyada aam hai. har ghar mein aap dekhenge, har society mein dekhenge, har jagah dekhenge aap.</w:t>
      </w:r>
      <w:r>
        <w:br/>
      </w:r>
      <w:r>
        <w:rPr>
          <w:sz w:val="20"/>
        </w:rPr>
        <w:t>1:18  main dekhta hoon ke more than 99 percent log kisi na kisi aitbaar se misunderstanding mein pade rehte hain.</w:t>
      </w:r>
      <w:r>
        <w:br/>
      </w:r>
      <w:r>
        <w:rPr>
          <w:sz w:val="20"/>
        </w:rPr>
        <w:t>1:33  misunderstanding is liye hoti hai ke hum doosre ke bare mein well-wisher nahi hote.</w:t>
      </w:r>
    </w:p>
    <w:p>
      <w:pPr>
        <w:pStyle w:val="Heading2"/>
      </w:pPr>
      <w:r>
        <w:t>Abu Dharr's habit of always volunteering first to help</w:t>
      </w:r>
    </w:p>
    <w:p>
      <w:r>
        <w:rPr>
          <w:color w:val="666666"/>
          <w:sz w:val="18"/>
        </w:rPr>
        <w:t>Timeless Wisdom from the Life of Abu Dharr al-Ghifari December 21, 2025 · 34s · at 24:44 · https://youtu.be/CDBjybktCDM?t=1484</w:t>
      </w:r>
    </w:p>
    <w:p>
      <w:r>
        <w:rPr>
          <w:i/>
        </w:rPr>
        <w:t>“Whenever the Prophet asked for help, Abu Dharr was first to respond”</w:t>
      </w:r>
    </w:p>
    <w:p>
      <w:r>
        <w:rPr>
          <w:sz w:val="20"/>
        </w:rPr>
        <w:t>24:44  so this was prophet's love for abu dharr (RA), and abu dharr was exceptional, because whenever the prophet asked the sahaba for help, he was always the first one to respond.</w:t>
      </w:r>
      <w:r>
        <w:br/>
      </w:r>
      <w:r>
        <w:rPr>
          <w:sz w:val="20"/>
        </w:rPr>
        <w:t>24:57  he would immediately say, "I will do what, I will do what." spirit Maulana kehte the</w:t>
      </w:r>
      <w:r>
        <w:br/>
      </w:r>
      <w:r>
        <w:rPr>
          <w:sz w:val="20"/>
        </w:rPr>
        <w:t>25:02  na? haanji, so that was very evident in abu dharr (RA) life. and during the expedition of tabuk, when the prophet asked who would take the camels to grazes, abu dharr stood up and volunteered.</w:t>
      </w:r>
    </w:p>
    <w:p>
      <w:pPr>
        <w:pStyle w:val="Heading2"/>
      </w:pPr>
      <w:r>
        <w:t>See the opportunity, not the ruler's religion</w:t>
      </w:r>
    </w:p>
    <w:p>
      <w:r>
        <w:rPr>
          <w:color w:val="666666"/>
          <w:sz w:val="18"/>
        </w:rPr>
        <w:t>A Brief Survey of Islamic History (Eng) February 15, 2007 · 27s · at 24:46 · https://youtu.be/MdRtdA99UlA?t=1486</w:t>
      </w:r>
    </w:p>
    <w:p>
      <w:r>
        <w:rPr>
          <w:i/>
        </w:rPr>
        <w:t>“That issue — idol worshipper or not — is irrelevant.”</w:t>
      </w:r>
    </w:p>
    <w:p>
      <w:r>
        <w:rPr>
          <w:sz w:val="20"/>
        </w:rPr>
        <w:t>24:46  This issue is an irrelevant issue.</w:t>
      </w:r>
      <w:r>
        <w:br/>
      </w:r>
      <w:r>
        <w:rPr>
          <w:sz w:val="20"/>
        </w:rPr>
        <w:t>24:50  In such a situation, da'wahi must see the opportunity rather than the religion of the ruler.</w:t>
      </w:r>
      <w:r>
        <w:br/>
      </w:r>
      <w:r>
        <w:rPr>
          <w:sz w:val="20"/>
        </w:rPr>
        <w:t>25:01  In such a situation, the religion of the ruler is irrelevant. You have to see the opportunity. It is very important.</w:t>
      </w:r>
    </w:p>
    <w:p>
      <w:pPr>
        <w:pStyle w:val="Heading2"/>
      </w:pPr>
      <w:r>
        <w:t>Descartes: I think therefore I exist</w:t>
      </w:r>
    </w:p>
    <w:p>
      <w:r>
        <w:rPr>
          <w:color w:val="666666"/>
          <w:sz w:val="18"/>
        </w:rPr>
        <w:t>What is Islam March 17, 2007 · 39s · at 9:30 · https://youtu.be/xEDxZmsi3Mg?t=570</w:t>
      </w:r>
    </w:p>
    <w:p>
      <w:r>
        <w:rPr>
          <w:i/>
        </w:rPr>
        <w:t>“I think, therefore I exist”</w:t>
      </w:r>
    </w:p>
    <w:p>
      <w:r>
        <w:rPr>
          <w:sz w:val="20"/>
        </w:rPr>
        <w:t>9:30  . you know, there was a philosopher, great philosopher, descartes. he was thinking about himself, about himself.</w:t>
      </w:r>
      <w:r>
        <w:br/>
      </w:r>
      <w:r>
        <w:rPr>
          <w:sz w:val="20"/>
        </w:rPr>
        <w:t>9:43  he was faced with a question: whether i exist or not? whether my existence is a hallucination or it has real existence</w:t>
      </w:r>
      <w:r>
        <w:br/>
      </w:r>
      <w:r>
        <w:rPr>
          <w:sz w:val="20"/>
        </w:rPr>
        <w:t>9:59  ? so, he found a point. he said: i think, therefore i exist.</w:t>
      </w:r>
    </w:p>
    <w:p>
      <w:pPr>
        <w:pStyle w:val="Heading2"/>
      </w:pPr>
      <w:r>
        <w:t>Shock treatment awakens human potential</w:t>
      </w:r>
    </w:p>
    <w:p>
      <w:r>
        <w:rPr>
          <w:color w:val="666666"/>
          <w:sz w:val="18"/>
        </w:rPr>
        <w:t>Contribution of The Prophet 13 March 2006 - Maulana Wahiduddin Khan · 25s · at 10:40 · https://youtu.be/KgVEHbWpoHw?t=640</w:t>
      </w:r>
    </w:p>
    <w:p>
      <w:r>
        <w:rPr>
          <w:i/>
        </w:rPr>
        <w:t>“Aur ye problem zindagi ka jo woh shock treatment hai”</w:t>
      </w:r>
    </w:p>
    <w:p>
      <w:r>
        <w:rPr>
          <w:sz w:val="20"/>
        </w:rPr>
        <w:t>10:40  aur yeh problem zindagi ka jo woh shock treatment hai,</w:t>
      </w:r>
      <w:r>
        <w:br/>
      </w:r>
      <w:r>
        <w:rPr>
          <w:sz w:val="20"/>
        </w:rPr>
        <w:t>10:43  agar aap aisi dunya bana dein jahan har aadmi ameer ho, har aadmi ke paas achhe achhe ghar hon, achhi achhi carain hon, to saari activities dunya ki khatam ho jayengi.</w:t>
      </w:r>
      <w:r>
        <w:br/>
      </w:r>
      <w:r>
        <w:rPr>
          <w:sz w:val="20"/>
        </w:rPr>
        <w:t>10:54  kyun ke aap incentive chheen lenge. dekhiye, problem jo hain woh challenge bante hain. aur challenge jab bante hain to tabhi aadmi daudta hai.</w:t>
      </w:r>
    </w:p>
    <w:p>
      <w:pPr>
        <w:pStyle w:val="Heading2"/>
      </w:pPr>
      <w:r>
        <w:t>Patience simply means take it easy</w:t>
      </w:r>
    </w:p>
    <w:p>
      <w:r>
        <w:rPr>
          <w:color w:val="666666"/>
          <w:sz w:val="18"/>
        </w:rPr>
        <w:t>Freedom of Expression in Islam April 1, 2007 Maulana Wahiduddin Khan · 26s · at 1:18:16 · https://youtu.be/k-gj-Uu0sqA?t=4696</w:t>
      </w:r>
    </w:p>
    <w:p>
      <w:r>
        <w:rPr>
          <w:i/>
        </w:rPr>
        <w:t>“Patience simply means — take it easy”</w:t>
      </w:r>
    </w:p>
    <w:p>
      <w:r>
        <w:rPr>
          <w:sz w:val="20"/>
        </w:rPr>
        <w:t>1:18:16  toh sabr naam hai is baat ka ke aap cheezon ko jis ko kehte hain na angrezi mein take it easy yahi sabr hai take it easy ki policy le lijiye bas yahi sabr hai bas sab se asan formula hai take it easy main ne dekha hai ek sahib ko ek bar safar mein ke woh insulin ke injection lagate the daily do bar subah shaam subah shaam</w:t>
      </w:r>
    </w:p>
    <w:p>
      <w:pPr>
        <w:pStyle w:val="Heading2"/>
      </w:pPr>
      <w:r>
        <w:t>all prophets are equal, one shared message</w:t>
      </w:r>
    </w:p>
    <w:p>
      <w:r>
        <w:rPr>
          <w:color w:val="666666"/>
          <w:sz w:val="18"/>
        </w:rPr>
        <w:t>The Story of The Prophet Muhammads</w:t>
        <w:br/>
        <w:t>Night Journey Isra and Miraj Feb 11, 2024 · 24s · at 28:11 · https://youtu.be/bw3s_9mno68?t=1691</w:t>
      </w:r>
    </w:p>
    <w:p>
      <w:r>
        <w:rPr>
          <w:i/>
        </w:rPr>
        <w:t>“All prophets are equal, none favored over another”</w:t>
      </w:r>
    </w:p>
    <w:p>
      <w:r>
        <w:rPr>
          <w:sz w:val="20"/>
        </w:rPr>
        <w:t>28:11  saare paigambar, halanki quran ke mutabik saare paigambar barabar hain, la nufarru baina ahadin min rusulihi. aur sabko ek hi message diya gaya.</w:t>
      </w:r>
      <w:r>
        <w:br/>
      </w:r>
      <w:r>
        <w:rPr>
          <w:sz w:val="20"/>
        </w:rPr>
        <w:t>28:21  aisa nahi ki rasoolullah ka message alag tha aur doosre paigambaron ka alag tha. lekin maulana ne yeh likha hai ki jo purane paigambar the, unka, unki jo laayi hui shariyat thi, jo unki, unke laaya hua message tha,</w:t>
      </w:r>
    </w:p>
    <w:p>
      <w:pPr>
        <w:pStyle w:val="Heading2"/>
      </w:pPr>
      <w:r>
        <w:t>the word Islam itself means peace</w:t>
      </w:r>
    </w:p>
    <w:p>
      <w:r>
        <w:rPr>
          <w:color w:val="666666"/>
          <w:sz w:val="18"/>
        </w:rPr>
        <w:t>Importance of Adjustment June 27, 2009 · 27s · at 42:23 · https://youtu.be/Gp1zc2HPMRU?t=2543</w:t>
      </w:r>
    </w:p>
    <w:p>
      <w:r>
        <w:rPr>
          <w:i/>
        </w:rPr>
        <w:t>“The word Islam has the connotation of peace.”</w:t>
      </w:r>
    </w:p>
    <w:p>
      <w:r>
        <w:rPr>
          <w:sz w:val="20"/>
        </w:rPr>
        <w:t>42:23  . you know, the word islam is, even the word islam haz connotation of peace.</w:t>
      </w:r>
      <w:r>
        <w:br/>
      </w:r>
      <w:r>
        <w:rPr>
          <w:sz w:val="20"/>
        </w:rPr>
        <w:t>42:33  the root word of islam is sulm, that is s i l m sulm. sulm means peace. so islam means religion of peace.</w:t>
      </w:r>
      <w:r>
        <w:br/>
      </w:r>
      <w:r>
        <w:rPr>
          <w:sz w:val="20"/>
        </w:rPr>
        <w:t>42:47  why, why islam is religion of peace?</w:t>
      </w:r>
    </w:p>
    <w:p>
      <w:pPr>
        <w:pStyle w:val="Heading2"/>
      </w:pPr>
      <w:r>
        <w:t>Life after death second phase</w:t>
      </w:r>
    </w:p>
    <w:p>
      <w:r>
        <w:rPr>
          <w:color w:val="666666"/>
          <w:sz w:val="18"/>
        </w:rPr>
        <w:t>An Introduction to the Quran July 24, 2007 · 42s · at 8:43 · https://youtu.be/e7mc7FO5LwI?t=523</w:t>
      </w:r>
    </w:p>
    <w:p>
      <w:r>
        <w:rPr>
          <w:i/>
        </w:rPr>
        <w:t>“Our life span is divided into two parts”</w:t>
      </w:r>
    </w:p>
    <w:p>
      <w:r>
        <w:rPr>
          <w:sz w:val="20"/>
        </w:rPr>
        <w:t>8:43  Our life span is divided into two parts, pre-death period and post-death period.</w:t>
      </w:r>
      <w:r>
        <w:br/>
      </w:r>
      <w:r>
        <w:rPr>
          <w:sz w:val="20"/>
        </w:rPr>
        <w:t>8:54  So after death, we</w:t>
      </w:r>
      <w:r>
        <w:br/>
      </w:r>
      <w:r>
        <w:rPr>
          <w:sz w:val="20"/>
        </w:rPr>
        <w:t>9:00  so death is not death. Death means the second - entering in the second phase of life.</w:t>
      </w:r>
      <w:r>
        <w:br/>
      </w:r>
      <w:r>
        <w:rPr>
          <w:sz w:val="20"/>
        </w:rPr>
        <w:t>9:12  So it is very important. We must believe that there is a day hereafter, there is hell, there is paradise.</w:t>
      </w:r>
    </w:p>
    <w:p>
      <w:pPr>
        <w:pStyle w:val="Heading2"/>
      </w:pPr>
      <w:r>
        <w:t>woman hears inner call to give up everything for mission</w:t>
      </w:r>
    </w:p>
    <w:p>
      <w:r>
        <w:rPr>
          <w:color w:val="666666"/>
          <w:sz w:val="18"/>
        </w:rPr>
        <w:t>Message of Eid Al-Adha July 10, 2022 · 23s · at 4:08 · https://youtu.be/3UrMEgt8GYA?t=248</w:t>
      </w:r>
    </w:p>
    <w:p>
      <w:r>
        <w:rPr>
          <w:i/>
        </w:rPr>
        <w:t>“Ek dum bohot tez awaaz aayi: final call de do”</w:t>
      </w:r>
    </w:p>
    <w:p>
      <w:r>
        <w:rPr>
          <w:sz w:val="20"/>
        </w:rPr>
        <w:t>4:08  To mujhe yaad aata hai ek baar Doctor Naghma Siddiqui ke ghar mein bahut zyada plant waghaira lage hue hain, to isi mein kuch busy thin woh</w:t>
      </w:r>
      <w:r>
        <w:br/>
      </w:r>
      <w:r>
        <w:rPr>
          <w:sz w:val="20"/>
        </w:rPr>
        <w:t>4:17  To kehne lagi mujhe ek dam bahut tez aawaz aayi ke final call de do. Kehne lagi us waqt se phir maine ghar ki cheezon mein dilchaspi lena khatam kar diya, to full time woh mission mein lag gayin.</w:t>
      </w:r>
    </w:p>
    <w:p>
      <w:pPr>
        <w:pStyle w:val="Heading2"/>
      </w:pPr>
      <w:r>
        <w:t>Umar: wisdom is a gift of God, not a product of age</w:t>
      </w:r>
    </w:p>
    <w:p>
      <w:r>
        <w:rPr>
          <w:color w:val="666666"/>
          <w:sz w:val="18"/>
        </w:rPr>
        <w:t>How to Develop Pratical Wisdom May 5, 2024 · 39s · at 15:29 · https://youtu.be/QIKxtH-MyMM?t=929</w:t>
      </w:r>
    </w:p>
    <w:p>
      <w:r>
        <w:rPr>
          <w:i/>
        </w:rPr>
        <w:t>“It's a fallacy that if a person is old, he is automatically wise.”</w:t>
      </w:r>
    </w:p>
    <w:p>
      <w:r>
        <w:rPr>
          <w:sz w:val="20"/>
        </w:rPr>
        <w:t>15:29  ji acha apa yeh bhi ek fallacy hai ke agar koi shakhs old hai to woh wise</w:t>
      </w:r>
      <w:r>
        <w:br/>
      </w:r>
      <w:r>
        <w:rPr>
          <w:sz w:val="20"/>
        </w:rPr>
        <w:t>15:37  he. Lekin Hazrat Umar ne aik martaba kaha ke "Wisdom</w:t>
      </w:r>
      <w:r>
        <w:br/>
      </w:r>
      <w:r>
        <w:rPr>
          <w:sz w:val="20"/>
        </w:rPr>
        <w:t>15:42  is not due to advancement of age, but it is a gift of God to whomsoever He wills</w:t>
      </w:r>
      <w:r>
        <w:br/>
      </w:r>
      <w:r>
        <w:rPr>
          <w:sz w:val="20"/>
        </w:rPr>
        <w:t>15:47  to give, and therefore</w:t>
      </w:r>
      <w:r>
        <w:br/>
      </w:r>
      <w:r>
        <w:rPr>
          <w:sz w:val="20"/>
        </w:rPr>
        <w:t>15:51  save yourself from mean works and bad morals."</w:t>
      </w:r>
      <w:r>
        <w:br/>
      </w:r>
      <w:r>
        <w:rPr>
          <w:sz w:val="20"/>
        </w:rPr>
        <w:t>15:54  Aur aap Quran mein bhi aaya hai chapter two mein ke "God grants wisdom to whomever He will,</w:t>
      </w:r>
      <w:r>
        <w:br/>
      </w:r>
      <w:r>
        <w:rPr>
          <w:sz w:val="20"/>
        </w:rPr>
        <w:t>16:00  and anyone who is granted wisdom has been granted abundant wealth, but only a person with understanding can</w:t>
      </w:r>
      <w:r>
        <w:br/>
      </w:r>
      <w:r>
        <w:rPr>
          <w:sz w:val="20"/>
        </w:rPr>
        <w:t>16:08  know this."</w:t>
      </w:r>
    </w:p>
    <w:p>
      <w:pPr>
        <w:pStyle w:val="Heading2"/>
      </w:pPr>
      <w:r>
        <w:t>Hadith text: Prophet and the date palm pollination</w:t>
      </w:r>
    </w:p>
    <w:p>
      <w:r>
        <w:rPr>
          <w:color w:val="666666"/>
          <w:sz w:val="18"/>
        </w:rPr>
        <w:t>Islam and Science March 18, 2014 Maulana Wahiduddin Khan · 50s · at 1:17 · https://youtu.be/DCcqcQwpYWg?t=77</w:t>
      </w:r>
    </w:p>
    <w:p>
      <w:r>
        <w:rPr>
          <w:i/>
        </w:rPr>
        <w:t>“Anas bin Malik: Prophet heard a sound in a date-palm garden in Medina”</w:t>
      </w:r>
    </w:p>
    <w:p>
      <w:r>
        <w:rPr>
          <w:sz w:val="20"/>
        </w:rPr>
        <w:t>1:17  Anas bin Malik se riwayat hai ke Rasool Allah sal Allah alayhi wasallam ne Madina ke andar khajoor ke bagh mein kuch awaz suni,</w:t>
      </w:r>
      <w:r>
        <w:br/>
      </w:r>
      <w:r>
        <w:rPr>
          <w:sz w:val="20"/>
        </w:rPr>
        <w:t>1:30  to aap ne kaha: yeh kya hai? to ek aadmi ne kaha: tabeer e nakhla ki awaz hai. to aap ne kaha: agar log is ko chhod den to behtar hai.</w:t>
      </w:r>
      <w:r>
        <w:br/>
      </w:r>
      <w:r>
        <w:rPr>
          <w:sz w:val="20"/>
        </w:rPr>
        <w:t>1:44  to logon ne aisa karna chhod diya.</w:t>
      </w:r>
      <w:r>
        <w:br/>
      </w:r>
      <w:r>
        <w:rPr>
          <w:sz w:val="20"/>
        </w:rPr>
        <w:t>1:47  to is saal khajoor ki pedawar achhi nahi hui. logon ne aap ko is ki khabar di, to aap ne kaha: tum zyada behtar jante ho jo tumhari dunya ke liye behtar ho, aur jahan tak tumhari akhirat ka mamla hai to woh mere zimme hai.</w:t>
      </w:r>
    </w:p>
    <w:p>
      <w:pPr>
        <w:pStyle w:val="Heading2"/>
      </w:pPr>
      <w:r>
        <w:t>Abu Bakr's unwavering faith earns him As-Siddiq</w:t>
      </w:r>
    </w:p>
    <w:p>
      <w:r>
        <w:rPr>
          <w:color w:val="666666"/>
          <w:sz w:val="18"/>
        </w:rPr>
        <w:t>The Story of The Prophet Muhammads</w:t>
        <w:br/>
        <w:t>Night Journey Isra and Miraj Feb 11, 2024 · 52s · at 54:52 · https://youtu.be/bw3s_9mno68?t=3292</w:t>
      </w:r>
    </w:p>
    <w:p>
      <w:r>
        <w:rPr>
          <w:i/>
        </w:rPr>
        <w:t>“If he said that, he must be true”</w:t>
      </w:r>
    </w:p>
    <w:p>
      <w:r>
        <w:rPr>
          <w:sz w:val="20"/>
        </w:rPr>
        <w:t>54:52  to hazrat abu bakr ne zabardast baat kahi, "wallah ila in kaana lak sadak. If he has said that, he must be true." ji, to unhon ne kaha ke "do you believe in him?" ji, to hazrat abu bakr ne kaha, "yes, i believe in him and i believe in something greater than that. i believe that he receives communication from god. he is in communication with god</w:t>
      </w:r>
      <w:r>
        <w:br/>
      </w:r>
      <w:r>
        <w:rPr>
          <w:sz w:val="20"/>
        </w:rPr>
        <w:t>55:20  d. he is, he is god is saying his revelations to him. yani agar if you believe that he is in prophet is in communication with god, everything is understandable." to isi wajah se rasoolullah ne hazrat abu bakr ko as siddiq ka khitab diya tha, "one who testify the faith.</w:t>
      </w:r>
    </w:p>
    <w:p>
      <w:pPr>
        <w:pStyle w:val="Heading2"/>
      </w:pPr>
      <w:r>
        <w:t>Prophet Ayyub's clever way to keep his oath</w:t>
      </w:r>
    </w:p>
    <w:p>
      <w:r>
        <w:rPr>
          <w:color w:val="666666"/>
          <w:sz w:val="18"/>
        </w:rPr>
        <w:t>Creative Solution or Ijtihadi Hal September 16, 2012 · 25s · at 13:05 · https://youtu.be/yBKbiu0d_1A?t=785</w:t>
      </w:r>
    </w:p>
    <w:p>
      <w:r>
        <w:rPr>
          <w:i/>
        </w:rPr>
        <w:t>“Allah gave Ayyub a beautiful creative solution”</w:t>
      </w:r>
    </w:p>
    <w:p>
      <w:r>
        <w:rPr>
          <w:sz w:val="20"/>
        </w:rPr>
        <w:t>13:05  woh kya? ke ek jharoo le lo, jharoo, is mein ek sau sank ho</w:t>
      </w:r>
      <w:r>
        <w:br/>
      </w:r>
      <w:r>
        <w:rPr>
          <w:sz w:val="20"/>
        </w:rPr>
        <w:t>13:14  aur ek baar is ko aise mar do.</w:t>
      </w:r>
      <w:r>
        <w:br/>
      </w:r>
      <w:r>
        <w:rPr>
          <w:sz w:val="20"/>
        </w:rPr>
        <w:t>13:19  to woh sau baar jo marne ki baat hai, woh poori ho jayegi. that was a creative solution. kitna beautiful solution hai yeh.</w:t>
      </w:r>
    </w:p>
    <w:p>
      <w:pPr>
        <w:pStyle w:val="Heading2"/>
      </w:pPr>
      <w:r>
        <w:t>modern Islamic literature for today's mind was never written</w:t>
      </w:r>
    </w:p>
    <w:p>
      <w:r>
        <w:rPr>
          <w:color w:val="666666"/>
          <w:sz w:val="18"/>
        </w:rPr>
        <w:t>The Companions and the Hadith Scholars June 24, 2012 · 54s · at 28:57 · https://youtu.be/Dj4QiYnxgBs?t=1737</w:t>
      </w:r>
    </w:p>
    <w:p>
      <w:r>
        <w:rPr>
          <w:i/>
        </w:rPr>
        <w:t>“Aaj ke mind ko address karne wala Islami literature, yeh bohot bara kaam tha”</w:t>
      </w:r>
    </w:p>
    <w:p>
      <w:r>
        <w:rPr>
          <w:sz w:val="20"/>
        </w:rPr>
        <w:t>28:57  woh kya tha? aaj ke mind jo hai, aaj ke insaan ke jo mind hai, us ko address karne wala literature, aaj ke mind ko address karne wala islami literature, yeh bohat hi bara kaam tha.</w:t>
      </w:r>
      <w:r>
        <w:br/>
      </w:r>
      <w:r>
        <w:rPr>
          <w:sz w:val="20"/>
        </w:rPr>
        <w:t>29:13  bohat bara kaam tha. jis tarah se muhaddiseen ne is zamane ke lehaz se hadithon ko jama kiya aur book formon ko ikattha kiya,</w:t>
      </w:r>
      <w:r>
        <w:br/>
      </w:r>
      <w:r>
        <w:rPr>
          <w:sz w:val="20"/>
        </w:rPr>
        <w:t>29:23  aisi is zamane mein zaroorat thi ke daur haazir ko parha jae, modern civilization ko samjha jae, aaj ke taqaze ko samjha jae, daur jadeed ki zaban ko seekha jae aur phir ek taqatwar literature tayyar kiya jae jo aaj ke insaan ke mind ko address kar sake.</w:t>
      </w:r>
      <w:r>
        <w:br/>
      </w:r>
      <w:r>
        <w:rPr>
          <w:sz w:val="20"/>
        </w:rPr>
        <w:t>29:42  lekin yeh kaam nahi hua. yaani main wahid akela ek shakhs hoon jis ne is kaam mein apni koshish ko sirf kiya.</w:t>
      </w:r>
    </w:p>
    <w:p>
      <w:pPr>
        <w:pStyle w:val="Heading2"/>
      </w:pPr>
      <w:r>
        <w:t>Da'wah for God's sake eliminates frustration</w:t>
      </w:r>
    </w:p>
    <w:p>
      <w:r>
        <w:rPr>
          <w:color w:val="666666"/>
          <w:sz w:val="18"/>
        </w:rPr>
        <w:t>Man and The Laws of Nature I 1 April 2012 - Maulana Wahiduddin Khan · 22s · at 39:59 · https://youtu.be/pXgCS3J0VkU?t=2399</w:t>
      </w:r>
    </w:p>
    <w:p>
      <w:r>
        <w:rPr>
          <w:i/>
        </w:rPr>
        <w:t>“Da'wat ki jati hai Allah ke liye, insaan ke liye nahi”</w:t>
      </w:r>
    </w:p>
    <w:p>
      <w:r>
        <w:rPr>
          <w:sz w:val="20"/>
        </w:rPr>
        <w:t>39:59  quran mein hai ke dawat ki jati hai allah ke liye, insan ke liye nahin. jis se darmian aap dawat kar rahe hain, woh agar qabool kar le aap ki baat ko, tab bhi aap faiday mein hain, na qabool kare, tab bhi aap faiday mein hain.</w:t>
      </w:r>
      <w:r>
        <w:br/>
      </w:r>
      <w:r>
        <w:rPr>
          <w:sz w:val="20"/>
        </w:rPr>
        <w:t>40:16  kyunki aap to allah ke ambassador hain, allah ki taraf se logon ko baat pohncha rahe hain.</w:t>
      </w:r>
    </w:p>
    <w:p>
      <w:pPr>
        <w:pStyle w:val="Heading2"/>
      </w:pPr>
      <w:r>
        <w:t>Fatima's poetic farewell to her father</w:t>
      </w:r>
    </w:p>
    <w:p>
      <w:r>
        <w:rPr>
          <w:color w:val="666666"/>
          <w:sz w:val="18"/>
        </w:rPr>
        <w:t>The Story of Hazrat Fatima The Prophet's Cherished Daughter (Part- II) October 1, 2023 · 59s · at 42:21 · https://youtu.be/-fPPxXoii24?t=2541</w:t>
      </w:r>
    </w:p>
    <w:p>
      <w:r>
        <w:rPr>
          <w:i/>
        </w:rPr>
        <w:t>“O my dear father, we announce your death to Gabriel”</w:t>
      </w:r>
    </w:p>
    <w:p>
      <w:r>
        <w:rPr>
          <w:sz w:val="20"/>
        </w:rPr>
        <w:t>42:21  to wahan par ah sab se pehle jis ne suna wo hazrat fatima hi thi paas mein hi bilkul ghar tha to unhon ne jo alfaaz bolay wo kitabon mein aata hai bohat hi she spoke beautiful words ke ya abta ajab rabba dua o my dear father you have accepted the call of your lord yani how close you are now from your lord</w:t>
      </w:r>
      <w:r>
        <w:br/>
      </w:r>
      <w:r>
        <w:rPr>
          <w:sz w:val="20"/>
        </w:rPr>
        <w:t>42:50  aur phir bolein ke ya abta ila جبرائیل inaa o my dear father</w:t>
      </w:r>
      <w:r>
        <w:br/>
      </w:r>
      <w:r>
        <w:rPr>
          <w:sz w:val="20"/>
        </w:rPr>
        <w:t>43:02  o my dear father we announce the news of your death to jibril ya abta jannat al firdous mawa o my dear father jannat al firdous is now your abode</w:t>
      </w:r>
    </w:p>
    <w:p>
      <w:pPr>
        <w:pStyle w:val="Heading2"/>
      </w:pPr>
      <w:r>
        <w:t>Islam's goal is da'wah not khilafat</w:t>
      </w:r>
    </w:p>
    <w:p>
      <w:r>
        <w:rPr>
          <w:color w:val="666666"/>
          <w:sz w:val="18"/>
        </w:rPr>
        <w:t>Prophet’s Policy of Management of Conflict 28 Nov 2019 - Maulana Wahiduddin Khan · 48s · at 37:26 · https://youtu.be/2NrsopasB2s?t=2246</w:t>
      </w:r>
    </w:p>
    <w:p>
      <w:r>
        <w:rPr>
          <w:i/>
        </w:rPr>
        <w:t>“Hálanke iska koi saboot nahi”</w:t>
      </w:r>
    </w:p>
    <w:p>
      <w:r>
        <w:rPr>
          <w:sz w:val="20"/>
        </w:rPr>
        <w:t>37:26  Halankeh is ka koi saboot, saboot na Quran mein, na Hadees mein hai ke Islam ka nishana khilafat ka nizam qaim karna hai.</w:t>
      </w:r>
      <w:r>
        <w:br/>
      </w:r>
      <w:r>
        <w:rPr>
          <w:sz w:val="20"/>
        </w:rPr>
        <w:t>37:36  Lekin sab ke zehn mein yeh basa hua hai. Toh agar woh samajhte hain ke agar ab jehad na karein toh khilafat ka nizam kaise qaim hoga?</w:t>
      </w:r>
      <w:r>
        <w:br/>
      </w:r>
      <w:r>
        <w:rPr>
          <w:sz w:val="20"/>
        </w:rPr>
        <w:t>37:49  Toh is tasawwur ko todna hai ke Islam ka nishana khilafat ka amal nahi hai. Islam khilafat dawat hai.</w:t>
      </w:r>
      <w:r>
        <w:br/>
      </w:r>
      <w:r>
        <w:rPr>
          <w:sz w:val="20"/>
        </w:rPr>
        <w:t>38:00  Islam ka nishana dawat Allah hai, khilafat ka amal na hi nahi hai. Jab tak yeh na logon ko bataya jaye, jar nahi kate gi.</w:t>
      </w:r>
    </w:p>
    <w:p>
      <w:pPr>
        <w:pStyle w:val="Heading2"/>
      </w:pPr>
      <w:r>
        <w:t>Man is the hero of the universe</w:t>
      </w:r>
    </w:p>
    <w:p>
      <w:r>
        <w:rPr>
          <w:color w:val="666666"/>
          <w:sz w:val="18"/>
        </w:rPr>
        <w:t>AL RISALA FEBRUARY 2017 AUDIO · 20s · at 32:42 · https://youtu.be/W4_KA3UtIHA?t=1962</w:t>
      </w:r>
    </w:p>
    <w:p>
      <w:r>
        <w:rPr>
          <w:i/>
        </w:rPr>
        <w:t>“Insaan kaainat ka hero hai”</w:t>
      </w:r>
    </w:p>
    <w:p>
      <w:r>
        <w:rPr>
          <w:sz w:val="20"/>
        </w:rPr>
        <w:t>32:42  is agle daur hayat ko quran mein jannat ya paradise ka naam diya gaya hai. insaan kainat ka hero hai.</w:t>
      </w:r>
      <w:r>
        <w:br/>
      </w:r>
      <w:r>
        <w:rPr>
          <w:sz w:val="20"/>
        </w:rPr>
        <w:t>32:50  apni takhleeqi salahiyat ke aitbar se insaan aik abadi makhlooq hai lekin insaan maujooda dunya mein sirf mehdood muddat ke liye rehta hai.</w:t>
      </w:r>
    </w:p>
    <w:p>
      <w:pPr>
        <w:pStyle w:val="Heading2"/>
      </w:pPr>
      <w:r>
        <w:t>Apparent defeat called a clear victory in the Quran</w:t>
      </w:r>
    </w:p>
    <w:p>
      <w:r>
        <w:rPr>
          <w:color w:val="666666"/>
          <w:sz w:val="18"/>
        </w:rPr>
        <w:t>Lessons from The Islamic History (English) November 30, 2007 · 50s · at 27:52 · https://youtu.be/PBu7tbmSSy8?t=1672</w:t>
      </w:r>
    </w:p>
    <w:p>
      <w:r>
        <w:rPr>
          <w:i/>
        </w:rPr>
        <w:t>“It was a sign of defeat, but Quran says it is a fath”</w:t>
      </w:r>
    </w:p>
    <w:p>
      <w:r>
        <w:rPr>
          <w:sz w:val="20"/>
        </w:rPr>
        <w:t>27:52  it was a sign of defeat, but quran says that it is a fath. it is a clear fath: "inna fatahna laka fatham mubeena." we gave you a clear victory.</w:t>
      </w:r>
      <w:r>
        <w:br/>
      </w:r>
      <w:r>
        <w:rPr>
          <w:sz w:val="20"/>
        </w:rPr>
        <w:t>28:11  we gave you a clear victory. now, what what what it means? what is the meaning of this verse?</w:t>
      </w:r>
      <w:r>
        <w:br/>
      </w:r>
      <w:r>
        <w:rPr>
          <w:sz w:val="20"/>
        </w:rPr>
        <w:t>28:21  it means that that victory is outcome of defeat. very strange formula:</w:t>
      </w:r>
      <w:r>
        <w:br/>
      </w:r>
      <w:r>
        <w:rPr>
          <w:sz w:val="20"/>
        </w:rPr>
        <w:t>28:34  hudaybi agreement was an agreement of defeat, but quran says it is agreement of fath.</w:t>
      </w:r>
    </w:p>
    <w:p>
      <w:pPr>
        <w:pStyle w:val="Heading2"/>
      </w:pPr>
      <w:r>
        <w:t>Prophet's real role was preaching, not jumping into fire</w:t>
      </w:r>
    </w:p>
    <w:p>
      <w:r>
        <w:rPr>
          <w:color w:val="666666"/>
          <w:sz w:val="18"/>
        </w:rPr>
        <w:t>Prophetic Model August 5, 2017 Maulana Wahiduddin Khan · 39s · at 2:24 · https://youtu.be/DldZ8TXkOGA?t=144</w:t>
      </w:r>
    </w:p>
    <w:p>
      <w:r>
        <w:rPr>
          <w:i/>
        </w:rPr>
        <w:t>“His real role was a preacher, not someone who jumps into fire.”</w:t>
      </w:r>
    </w:p>
    <w:p>
      <w:r>
        <w:rPr>
          <w:sz w:val="20"/>
        </w:rPr>
        <w:t>2:24  yeh tha un ka role. to un ka asal role tha da'ee. shair ne kya bana diya un ka role?</w:t>
      </w:r>
      <w:r>
        <w:br/>
      </w:r>
      <w:r>
        <w:rPr>
          <w:sz w:val="20"/>
        </w:rPr>
        <w:t>2:34  keh aag mein kood pade. yeh hazrat ibrahim par itna bada zulm hai. koi bhi paighambar is liye nahi aata keh kood pade woh aag mein.</w:t>
      </w:r>
      <w:r>
        <w:br/>
      </w:r>
      <w:r>
        <w:rPr>
          <w:sz w:val="20"/>
        </w:rPr>
        <w:t>2:47  koi paighambar is liye aata hi nahi. yeh bilkul base less baat hai. har paighambar, including hazrat ibrahim, is liye aaye keh insaan ko us ke rab ka paigham pahunchaye.</w:t>
      </w:r>
    </w:p>
    <w:p>
      <w:pPr>
        <w:pStyle w:val="Heading2"/>
      </w:pPr>
      <w:r>
        <w:t>Dogs bark but elephant continues</w:t>
      </w:r>
    </w:p>
    <w:p>
      <w:r>
        <w:rPr>
          <w:color w:val="666666"/>
          <w:sz w:val="18"/>
        </w:rPr>
        <w:t>Al-RISALA OCT, 2017 · 35s · at 40:55 · https://youtu.be/miVEmmbCoWA?t=2455</w:t>
      </w:r>
    </w:p>
    <w:p>
      <w:r>
        <w:rPr>
          <w:i/>
        </w:rPr>
        <w:t>“کتے بھونکتے رہتے ہیں اور ہاتھی چلتا رہتا ہے”</w:t>
      </w:r>
    </w:p>
    <w:p>
      <w:r>
        <w:rPr>
          <w:sz w:val="20"/>
        </w:rPr>
        <w:t>40:55  is mo'tadil jawab ki mukhtalif soortein ho sakti hain: ek yeh ke saada taur par bas us ko nazar andaaz kar diya jaye, yani wahi rawaiyya jis ko aam zaban mein is tarah bayan kiya jata hai: "kutte bhonkte rehte hain aur hathi chalta rehta hai".</w:t>
      </w:r>
      <w:r>
        <w:br/>
      </w:r>
      <w:r>
        <w:rPr>
          <w:sz w:val="20"/>
        </w:rPr>
        <w:t>41:14  isi tarah kabhi hijr e jameel ki soorat yeh hoti hai ke mukhalif giroh ki bad-amli ka jawab khush-amli se diya jaye, us ke past akhlaq ke muqable mein bartar akhlaq ka tareeqa ikhtiyar kar ke us ko maghloob kar liya jaye.</w:t>
      </w:r>
    </w:p>
    <w:p>
      <w:pPr>
        <w:pStyle w:val="Heading2"/>
      </w:pPr>
      <w:r>
        <w:t>Vivid size analogy: sun as Himalaya, earth as football</w:t>
      </w:r>
    </w:p>
    <w:p>
      <w:r>
        <w:rPr>
          <w:color w:val="666666"/>
          <w:sz w:val="18"/>
        </w:rPr>
        <w:t>From Superstition to Science April 19, 2009 · 21s · at 16:31 · https://youtu.be/GvCoNSjZlGE?t=991</w:t>
      </w:r>
    </w:p>
    <w:p>
      <w:r>
        <w:rPr>
          <w:i/>
        </w:rPr>
        <w:t>“Suraj Himalaya pahaad ke barabar, zameen football ke barabar”</w:t>
      </w:r>
    </w:p>
    <w:p>
      <w:r>
        <w:rPr>
          <w:sz w:val="20"/>
        </w:rPr>
        <w:t>16:31  yani suraj ko agar aap himalaya pahad ke barabar manen to zameen football ke barabar hogi, ek gend ke barabar hogi.</w:t>
      </w:r>
      <w:r>
        <w:br/>
      </w:r>
      <w:r>
        <w:rPr>
          <w:sz w:val="20"/>
        </w:rPr>
        <w:t>16:43  aur phir chand to ek sarson ke barabar hoga, sarson se bhi chhota hoga. itna size mein difference hai. lekin kya hota hai?</w:t>
      </w:r>
    </w:p>
    <w:p>
      <w:pPr>
        <w:pStyle w:val="Heading2"/>
      </w:pPr>
      <w:r>
        <w:t>Prophet's daily prayer for universal brotherhood</w:t>
      </w:r>
    </w:p>
    <w:p>
      <w:r>
        <w:rPr>
          <w:color w:val="666666"/>
          <w:sz w:val="18"/>
        </w:rPr>
        <w:t>The Concept of Harmony in Islam July 20, 2007 · 52s · at 24:24 · https://youtu.be/L2_iLI2vcP0?t=1464</w:t>
      </w:r>
    </w:p>
    <w:p>
      <w:r>
        <w:rPr>
          <w:i/>
        </w:rPr>
        <w:t>“O God, I bear witness all human beings are brothers.”</w:t>
      </w:r>
    </w:p>
    <w:p>
      <w:r>
        <w:rPr>
          <w:sz w:val="20"/>
        </w:rPr>
        <w:t>24:24  in al-ibad kullu ikhwah. o god, i bear witness that all human being are brother and sister to each other.</w:t>
      </w:r>
      <w:r>
        <w:br/>
      </w:r>
      <w:r>
        <w:rPr>
          <w:sz w:val="20"/>
        </w:rPr>
        <w:t>24:45  " this is the formula of harmony.</w:t>
      </w:r>
      <w:r>
        <w:br/>
      </w:r>
      <w:r>
        <w:rPr>
          <w:sz w:val="20"/>
        </w:rPr>
        <w:t>24:53  this is the formula of harmony. prophet of islam was able to see everyone as his sister as his brother. so according to this hadith, all men and women are sisters and brothers to each other.</w:t>
      </w:r>
      <w:r>
        <w:br/>
      </w:r>
      <w:r>
        <w:rPr>
          <w:sz w:val="20"/>
        </w:rPr>
        <w:t>25:10  so we are living in a family.</w:t>
      </w:r>
    </w:p>
    <w:p>
      <w:pPr>
        <w:pStyle w:val="Heading2"/>
      </w:pPr>
      <w:r>
        <w:t>The religion-worldly divide is real but not total</w:t>
      </w:r>
    </w:p>
    <w:p>
      <w:r>
        <w:rPr>
          <w:color w:val="666666"/>
          <w:sz w:val="18"/>
        </w:rPr>
        <w:t>Islam and Science March 18, 2014 Maulana Wahiduddin Khan · 35s · at 19:25 · https://youtu.be/DCcqcQwpYWg?t=1165</w:t>
      </w:r>
    </w:p>
    <w:p>
      <w:r>
        <w:rPr>
          <w:i/>
        </w:rPr>
        <w:t>“تفریق بلاشبہ ہے، لیکن وہ کلی معنی میں نہیں ہے”</w:t>
      </w:r>
    </w:p>
    <w:p>
      <w:r>
        <w:rPr>
          <w:sz w:val="20"/>
        </w:rPr>
        <w:t>19:25  To tafrīq bilashubha hai, lekin woh kulli ma'ni mein nahi hai.</w:t>
      </w:r>
      <w:r>
        <w:br/>
      </w:r>
      <w:r>
        <w:rPr>
          <w:sz w:val="20"/>
        </w:rPr>
        <w:t>19:32  Deen aur dunya ki cheezon mein tafrīq bilashubha hai, lekin kulli ma'ni mein nahi hai woh. Woh is ma'ni mein hai ke jo insaaf ke usool hain, jo dāndārī ke usool hain,</w:t>
      </w:r>
      <w:r>
        <w:br/>
      </w:r>
      <w:r>
        <w:rPr>
          <w:sz w:val="20"/>
        </w:rPr>
        <w:t>19:51  woh to wohi honge jo deen mein bataye gaye hain. Baqi فنی baatein jo hain, woh is ka ta'alluq dunyavi research se hoga.</w:t>
      </w:r>
    </w:p>
    <w:p>
      <w:pPr>
        <w:pStyle w:val="Heading2"/>
      </w:pPr>
      <w:r>
        <w:t>Hardest day: the day of Taif</w:t>
      </w:r>
    </w:p>
    <w:p>
      <w:r>
        <w:rPr>
          <w:color w:val="666666"/>
          <w:sz w:val="18"/>
        </w:rPr>
        <w:t>Prophet Muhammad A Mercy to Mankind February 6, 2022 Prof. Farida Khanam · 29s · at 29:07 · https://youtu.be/lFmxnb6St0Q?t=1747</w:t>
      </w:r>
    </w:p>
    <w:p>
      <w:r>
        <w:rPr>
          <w:i/>
        </w:rPr>
        <w:t>“That was my hardest day, the day of Taif”</w:t>
      </w:r>
    </w:p>
    <w:p>
      <w:r>
        <w:rPr>
          <w:sz w:val="20"/>
        </w:rPr>
        <w:t>29:07  bohat zabardast tareeqe se Rasool Allah sallallahu alaihi wasallam ne kaha ek baar ke woh mera sabse zyada sakht din tha Taif ka din. to wahan par bhi aap ko jab support nahi mili. qabile ki support is kaam ko karne ke liye zaroori thi. yahan tak ke jab aap wahan aaye Makka wapas to aap andar nahi aa sakte the kyunke aap ko qabile ki support nahi thi. to aap ne kai logon se kaha to usmein ek Mutaimib ne Addi the.</w:t>
      </w:r>
      <w:r>
        <w:br/>
      </w:r>
      <w:r>
        <w:rPr>
          <w:sz w:val="20"/>
        </w:rPr>
        <w:t>29:36  unhon ne apne chhe beton ko bheja jo bhi us zamane mein jo bhi talwar rahi ho danda raha lekar ke woh aaye apni protection mein Rasool Allah sallallahu alaihi wasallam ko ghar pohanchaya. to ab woh masla ho gaya tha ab Makka mein ab kaam kaam nahi kiya ja sakta tha. ab halaat bilkul kharab ho chuke the. tab Allah taala ne Madine walon ke dil mein dala. to Madine tak baat pahunchi aur wahan par Islam bohat tezi se phailne laga.</w:t>
      </w:r>
    </w:p>
    <w:p>
      <w:pPr>
        <w:pStyle w:val="Heading2"/>
      </w:pPr>
      <w:r>
        <w:t>The Sahaba's dowry: gold the weight of a date pit</w:t>
      </w:r>
    </w:p>
    <w:p>
      <w:r>
        <w:rPr>
          <w:color w:val="666666"/>
          <w:sz w:val="18"/>
        </w:rPr>
        <w:t>The Age of Deceiving Philosophies I June 21, 2009 Maulana Wahiduddin Khan · 44s · at 56:09 · https://youtu.be/Ytnj8NSIAgQ?t=3369</w:t>
      </w:r>
    </w:p>
    <w:p>
      <w:r>
        <w:rPr>
          <w:i/>
        </w:rPr>
        <w:t>“Do you know what a dowry was in the Prophet's time?”</w:t>
      </w:r>
    </w:p>
    <w:p>
      <w:r>
        <w:rPr>
          <w:sz w:val="20"/>
        </w:rPr>
        <w:t>56:09  rasool allah ke zamane mein sahaba ki shadi hoti thi, jaante hain kya jaiz hota tha? woh mehr kya hoti thi? mehr hota tha khajoor ki guthli ke wazan ke barabar sona,</w:t>
      </w:r>
      <w:r>
        <w:br/>
      </w:r>
      <w:r>
        <w:rPr>
          <w:sz w:val="20"/>
        </w:rPr>
        <w:t>56:23  is size ke barabar nahi. yani koi guthli ke size ke barabar sona ho to ye qeemti ho jayega, lekin wazan to kuch bhi nahi hota is ka. to khajoor ki guthli ke wazan ke barabar sona aur kuch bhi nahi, na joda, na na na kuch na kuch.</w:t>
      </w:r>
      <w:r>
        <w:br/>
      </w:r>
      <w:r>
        <w:rPr>
          <w:sz w:val="20"/>
        </w:rPr>
        <w:t>56:40  aaj koi apni beti ki shadi aisa karega? na jaiz hai, na barat hai, na koi dhoom dhaam hai, bas bahut si mamooli si raqam mehr mehr mein de di gayi, bas qissa khatam.</w:t>
      </w:r>
    </w:p>
    <w:p>
      <w:pPr>
        <w:pStyle w:val="Heading2"/>
      </w:pPr>
      <w:r>
        <w:t>Hindus broke it, but Muslims got it broken</w:t>
      </w:r>
    </w:p>
    <w:p>
      <w:r>
        <w:rPr>
          <w:color w:val="666666"/>
          <w:sz w:val="18"/>
        </w:rPr>
        <w:t>Art of Crisis Management October 3, 2010 · 31s · at 34:11 · https://youtu.be/sKdyThFThXo?t=2051</w:t>
      </w:r>
    </w:p>
    <w:p>
      <w:r>
        <w:rPr>
          <w:i/>
        </w:rPr>
        <w:t>“Hinduon ne Babri Masjid toda, magar Musalmano ne torwaya”</w:t>
      </w:r>
    </w:p>
    <w:p>
      <w:r>
        <w:rPr>
          <w:sz w:val="20"/>
        </w:rPr>
        <w:t>34:11  main ne is waqt likha tha ke babri masjid ko hinduoņ ne toda, magar hinduoņ ne musalmanoņ ne todo waya.</w:t>
      </w:r>
      <w:r>
        <w:br/>
      </w:r>
      <w:r>
        <w:rPr>
          <w:sz w:val="20"/>
        </w:rPr>
        <w:t>34:21  6 december ko hinduoņ ne babri masjid toda,lekin musalmanoņ ne todo waya.</w:t>
      </w:r>
      <w:r>
        <w:br/>
      </w:r>
      <w:r>
        <w:rPr>
          <w:sz w:val="20"/>
        </w:rPr>
        <w:t>34:28  yani aisi siyasat chalai, bharka bhadkane wali siyasat. To zahir hai, bhadkane wali siyasat aise hota hai. Bhadkane wali siyasat to aadmi apne baap ko maar dalta hai, apne bete pe goli chala deta hai, kuch bhi karta hai.</w:t>
      </w:r>
    </w:p>
    <w:p>
      <w:pPr>
        <w:pStyle w:val="Heading2"/>
      </w:pPr>
      <w:r>
        <w:t>Real enemy is Satan not humans</w:t>
      </w:r>
    </w:p>
    <w:p>
      <w:r>
        <w:rPr>
          <w:color w:val="666666"/>
          <w:sz w:val="18"/>
        </w:rPr>
        <w:t>Muslims in The Modern Age February 18, 2007 Maulana Wahiduddin Khan · 30s · at 11:38 · https://youtu.be/uaGVfipgIo8?t=698</w:t>
      </w:r>
    </w:p>
    <w:p>
      <w:r>
        <w:rPr>
          <w:i/>
        </w:rPr>
        <w:t>“Our enemy is not Hindus or Christians, but Satan.”</w:t>
      </w:r>
    </w:p>
    <w:p>
      <w:r>
        <w:rPr>
          <w:sz w:val="20"/>
        </w:rPr>
        <w:t>11:38  yeh bohat bari baat hai. hamare enemy na toh hindu hain, na christian hain, na jo hain, na american hain.</w:t>
      </w:r>
      <w:r>
        <w:br/>
      </w:r>
      <w:r>
        <w:rPr>
          <w:sz w:val="20"/>
        </w:rPr>
        <w:t>11:47  koi enemy hamara nahi hai. enemy hamara satan hai. yeh kitni bari baat hai. saare musalman dunya bhar ke musalman kya samajhte hain?</w:t>
      </w:r>
      <w:r>
        <w:br/>
      </w:r>
      <w:r>
        <w:rPr>
          <w:sz w:val="20"/>
        </w:rPr>
        <w:t>11:56  inhi logon ko enemy samajhte hain. inhi logon ko enemy samajhte hain. koi samajhta hai ke hindu enemy hai, koi samajhta hai RSS enemy hai, BJP enemy hai, koi samajhta hai.</w:t>
      </w:r>
      <w:r>
        <w:br/>
      </w:r>
      <w:r>
        <w:rPr>
          <w:sz w:val="20"/>
        </w:rPr>
        <w:t>12:09  koi yahoodi ko samajhta hai, koi american ko samajhta hai. sab jhooti baatein hain. koi hamara enemy nahi hai.</w:t>
      </w:r>
    </w:p>
    <w:p>
      <w:pPr>
        <w:pStyle w:val="Heading2"/>
      </w:pPr>
      <w:r>
        <w:t>Riots are misuse of freedom, not conspiracy</w:t>
      </w:r>
    </w:p>
    <w:p>
      <w:r>
        <w:rPr>
          <w:color w:val="666666"/>
          <w:sz w:val="18"/>
        </w:rPr>
        <w:t>Creative Solution or Ijtihadi Hal September 16, 2012 · 41s · at 43:06 · https://youtu.be/yBKbiu0d_1A?t=2586</w:t>
      </w:r>
    </w:p>
    <w:p>
      <w:r>
        <w:rPr>
          <w:i/>
        </w:rPr>
        <w:t>“People think it's a conspiracy — it's not”</w:t>
      </w:r>
    </w:p>
    <w:p>
      <w:r>
        <w:rPr>
          <w:sz w:val="20"/>
        </w:rPr>
        <w:t>43:06  Yeh namumkin hai khatm ho. Kyun? Bahut badi ghalati yeh hai ke log samajhte hain ke yeh yeh ek conspiracy ka nateeja hai, yeh kisi dushmani ka nateeja</w:t>
      </w:r>
      <w:r>
        <w:br/>
      </w:r>
      <w:r>
        <w:rPr>
          <w:sz w:val="20"/>
        </w:rPr>
        <w:t>43:18  hai. Hargiz nahi, yeh Allah ke diye hue azadi ka misuse hai. It is a phenomenon of misuse of freedom.</w:t>
      </w:r>
      <w:r>
        <w:br/>
      </w:r>
      <w:r>
        <w:rPr>
          <w:sz w:val="20"/>
        </w:rPr>
        <w:t>43:31  Aur freedom kis ne diya hai? Allah ne diya hai. Faman sha'a falyu'min, wa man sha'a falyakfur. To khud Allah taala ke creation plan mein freedom maujood hai har insaan ke liye.</w:t>
      </w:r>
    </w:p>
    <w:p>
      <w:pPr>
        <w:pStyle w:val="Heading2"/>
      </w:pPr>
      <w:r>
        <w:t>Abu Bakr wonders if all eight gates could call him</w:t>
      </w:r>
    </w:p>
    <w:p>
      <w:r>
        <w:rPr>
          <w:color w:val="666666"/>
          <w:sz w:val="18"/>
        </w:rPr>
        <w:t>The Spirit of Ramadan (Part 2) April 24, 2022 Dr. Saniyasnain Khan · 57s · at 2:16 · https://youtu.be/NHe5tC7U3mk?t=136</w:t>
      </w:r>
    </w:p>
    <w:p>
      <w:r>
        <w:rPr>
          <w:i/>
        </w:rPr>
        <w:t>“Sab aath gates se ek hi shaks ke liye announcement ho sakti hai?”</w:t>
      </w:r>
    </w:p>
    <w:p>
      <w:r>
        <w:rPr>
          <w:sz w:val="20"/>
        </w:rPr>
        <w:t>2:16  to sahaba jo baithe hue the usmein Hazrat Abu Bakr bhi the. Abu Bakr raziallahu anhu. To unhone thoda unusual sa sawal poocha. Kaha ke kya aisa bhi ho sakta hai ke saare aathon gate mein se ek hi aadmi ke liye announcement ho. Yaani aathon gate mein se ek hi aadmi ka announcement ho aur woh kisi bhi gate se chala jaye?</w:t>
      </w:r>
      <w:r>
        <w:br/>
      </w:r>
      <w:r>
        <w:rPr>
          <w:sz w:val="20"/>
        </w:rPr>
        <w:t>2:43  to Rasoolullah sallam ne kaha ke naam haan ho sakta hai aur kaha ke woh arzu antakun ameen hoon ke mujhe umeed hai ke tum un mein se ek hoge. You will be among one of them. Oh, sure. To yeh tha darja Hazrat Abu Bakr ka aur maqam tha ke kisi bhi gate mein se chale jayenge. Saare gates pukarenge unke naam ko.</w:t>
      </w:r>
      <w:r>
        <w:br/>
      </w:r>
      <w:r>
        <w:rPr>
          <w:sz w:val="20"/>
        </w:rPr>
        <w:t>3:13  ji.</w:t>
      </w:r>
    </w:p>
    <w:p>
      <w:pPr>
        <w:pStyle w:val="Heading2"/>
      </w:pPr>
      <w:r>
        <w:t>Prophet's line on his love for Usman</w:t>
      </w:r>
    </w:p>
    <w:p>
      <w:r>
        <w:rPr>
          <w:color w:val="666666"/>
          <w:sz w:val="18"/>
        </w:rPr>
        <w:t>Story of Uthman ibn Affan (ra) -</w:t>
        <w:br/>
        <w:t>Lives of the Sahabah -1 May 21, 2023 · 30s · at 34:58 · https://youtu.be/rO43Eo-WWdY?t=2098</w:t>
      </w:r>
    </w:p>
    <w:p>
      <w:r>
        <w:rPr>
          <w:i/>
        </w:rPr>
        <w:t>“Wallahi, if I had a third daughter I'd marry her to you”</w:t>
      </w:r>
    </w:p>
    <w:p>
      <w:r>
        <w:rPr>
          <w:sz w:val="20"/>
        </w:rPr>
        <w:t>34:58  bolay ke wallah law kana idi salasa yani wallah if i had the third daughter i would have married her to you hum yani is qadar mohabbat karte thay Hazrat Usman se Rasoolullah ke agar meri aik aur beti hoti to main us se tumhari shadi kar deta is qadar talluq tha to doctor sahab kuch comments lena chahunga ye comment bheja hai Maulana Iqbal Umri</w:t>
      </w:r>
    </w:p>
    <w:p>
      <w:pPr>
        <w:pStyle w:val="Heading2"/>
      </w:pPr>
      <w:r>
        <w:t>Prophet's intensified worship in final ten nights</w:t>
      </w:r>
    </w:p>
    <w:p>
      <w:r>
        <w:rPr>
          <w:color w:val="666666"/>
          <w:sz w:val="18"/>
        </w:rPr>
        <w:t>Exploring Lailatul Qadr March 31, 2024 · 56s · at 6:06 · https://youtu.be/WeNvQKwBSx0?t=366</w:t>
      </w:r>
    </w:p>
    <w:p>
      <w:r>
        <w:rPr>
          <w:i/>
        </w:rPr>
        <w:t>“Hazrat Ayesha farmati hain, un das dinon mein zyada ibadat karte the”</w:t>
      </w:r>
    </w:p>
    <w:p>
      <w:r>
        <w:rPr>
          <w:sz w:val="20"/>
        </w:rPr>
        <w:t>6:06  to Rasool Allah Salallahu Alaihi Wasallam na ke khud khud to aap zyada tar qiyam al-layl karte the lekin Ramzan ki in raaton ko khaas taur par apne ghar walon ko jagate the aur sab log jo hain mil kar ibadat karte the aur zikr karte the, duayein karte the.</w:t>
      </w:r>
      <w:r>
        <w:br/>
      </w:r>
      <w:r>
        <w:rPr>
          <w:sz w:val="20"/>
        </w:rPr>
        <w:t>6:25  aur Ramzan ke mahine mein aap sadqa aur khairat bhi bohat zyada karte the.</w:t>
      </w:r>
      <w:r>
        <w:br/>
      </w:r>
      <w:r>
        <w:rPr>
          <w:sz w:val="20"/>
        </w:rPr>
        <w:t>6:31  Hazrat Aisha farmati hain ke aap in das dinon mein jitna aap ibadat karte the utna doosri raaton mein nahi karte the. asal mein dekhiye, insan jo hai bohat zyada haris hai Allah taala ki rehmaton ko hasil karne ka.</w:t>
      </w:r>
      <w:r>
        <w:br/>
      </w:r>
      <w:r>
        <w:rPr>
          <w:sz w:val="20"/>
        </w:rPr>
        <w:t>6:47  to</w:t>
      </w:r>
      <w:r>
        <w:br/>
      </w:r>
      <w:r>
        <w:rPr>
          <w:sz w:val="20"/>
        </w:rPr>
        <w:t>6:48  is wajah se aap ab dekhiye ke jab rasool Allah salallaho alaihi wasallam itna zyada ibadat karte the aur itna zyada chahte the ke Allah ki rehmaten zyada se zyada milen to isi tarah hum logon ko bhi bohat zyada is ki yeh zaroorat hai.</w:t>
      </w:r>
    </w:p>
    <w:p>
      <w:pPr>
        <w:pStyle w:val="Heading2"/>
      </w:pPr>
      <w:r>
        <w:t>Dawah is an art</w:t>
      </w:r>
    </w:p>
    <w:p>
      <w:r>
        <w:rPr>
          <w:color w:val="666666"/>
          <w:sz w:val="18"/>
        </w:rPr>
        <w:t>Dayee A Creative Thinker April 23, 2020 Maulana Wahiduddin Khan · 45s · at 14:27 · https://youtu.be/RPxh-QbC0vc?t=867</w:t>
      </w:r>
    </w:p>
    <w:p>
      <w:r>
        <w:rPr>
          <w:i/>
        </w:rPr>
        <w:t>“Is liye main kehta hoon ke dawah ek art hai.”</w:t>
      </w:r>
    </w:p>
    <w:p>
      <w:r>
        <w:rPr>
          <w:sz w:val="20"/>
        </w:rPr>
        <w:t>14:27  isi liye main kehta hoon ke dawat ek art hai. dawat ek art hai, art.</w:t>
      </w:r>
      <w:r>
        <w:br/>
      </w:r>
      <w:r>
        <w:rPr>
          <w:sz w:val="20"/>
        </w:rPr>
        <w:t>14:37  yani</w:t>
      </w:r>
      <w:r>
        <w:br/>
      </w:r>
      <w:r>
        <w:rPr>
          <w:sz w:val="20"/>
        </w:rPr>
        <w:t>14:43  halaat ko banjh kar ke apne mawaafiq mein convert karna.</w:t>
      </w:r>
      <w:r>
        <w:br/>
      </w:r>
      <w:r>
        <w:rPr>
          <w:sz w:val="20"/>
        </w:rPr>
        <w:t>14:58  isi liye main kehta hoon ke sacha daai woh hai jo creative thinker ho. jo creative thinker ho.</w:t>
      </w:r>
    </w:p>
    <w:p>
      <w:pPr>
        <w:pStyle w:val="Heading2"/>
      </w:pPr>
      <w:r>
        <w:t>Ali's saying: a man's value lies in excellence</w:t>
      </w:r>
    </w:p>
    <w:p>
      <w:r>
        <w:rPr>
          <w:color w:val="666666"/>
          <w:sz w:val="18"/>
        </w:rPr>
        <w:t>The Companions of The Prophet January 15, 2023 · 52s · at 1:01:10 · https://youtu.be/clnN0tUU9og?t=3670</w:t>
      </w:r>
    </w:p>
    <w:p>
      <w:r>
        <w:rPr>
          <w:i/>
        </w:rPr>
        <w:t>“Maulana said: a man's real value lies in excellence.”</w:t>
      </w:r>
    </w:p>
    <w:p>
      <w:r>
        <w:rPr>
          <w:sz w:val="20"/>
        </w:rPr>
        <w:t>1:01:10  us mein aik, us jo hai, woh Maulana kehte thay, "My man's real man's value lies in excellence." matlab jo bhi kaam insaan kare, woh behtareen kare. isi mein uski value hai. yaani ke ab matlab usko bohat pure tareeqay se, usko behtareen tareeqay se us kaam ko kare. toh usi mein usko dunya ki bhi success milegi, akhirat ki bhi milegi.</w:t>
      </w:r>
      <w:r>
        <w:br/>
      </w:r>
      <w:r>
        <w:rPr>
          <w:sz w:val="20"/>
        </w:rPr>
        <w:t>1:01:38  namaz bhi parhe, toh bohat zyada khushu o khuzu se parhe. har kaam woh behtareen tareeqay se anjaam de. toh bohat sari unki sayings hain, us par poori aik kitab hai. toh main yahan ab chunke time kam hai, main sirf aik waqia batati hoon ke jab Hazrat Ali chauthe khaleefa bane, toh kitne zyada yeh Sahaba log justice par qaim rehte thay.</w:t>
      </w:r>
    </w:p>
    <w:p>
      <w:pPr>
        <w:pStyle w:val="Heading2"/>
      </w:pPr>
      <w:r>
        <w:t>tawaf symbolizes God-oriented versus self-oriented life</w:t>
      </w:r>
    </w:p>
    <w:p>
      <w:r>
        <w:rPr>
          <w:color w:val="666666"/>
          <w:sz w:val="18"/>
        </w:rPr>
        <w:t>Message of Eid Al-Adha July 10, 2022 · 30s · at 14:19 · https://youtu.be/3UrMEgt8GYA?t=859</w:t>
      </w:r>
    </w:p>
    <w:p>
      <w:r>
        <w:rPr>
          <w:i/>
        </w:rPr>
        <w:t>“Tawaf ka matlab hai khuda rukhi zindagi paida karna”</w:t>
      </w:r>
    </w:p>
    <w:p>
      <w:r>
        <w:rPr>
          <w:sz w:val="20"/>
        </w:rPr>
        <w:t>14:19  to maulana ne ye explain kiya hai ke is ka matlab hai ke woh apne andar khuda rukh zindagi, um, paida karta hai. yani god oriented life.</w:t>
      </w:r>
      <w:r>
        <w:br/>
      </w:r>
      <w:r>
        <w:rPr>
          <w:sz w:val="20"/>
        </w:rPr>
        <w:t>14:30  maulana ne bataya hai ke ek to self oriented life ho sakti hai, khud rukh zindagi, aur doosri ho sakti hai khuda rukh zindagi.</w:t>
      </w:r>
      <w:r>
        <w:br/>
      </w:r>
      <w:r>
        <w:rPr>
          <w:sz w:val="20"/>
        </w:rPr>
        <w:t>14:38  to ye jo tawaaf hai, ye ek symbolic way mein batata hai ke humein, um, khuda rukh zindagi apne andar paida kar</w:t>
      </w:r>
    </w:p>
    <w:p>
      <w:pPr>
        <w:pStyle w:val="Heading2"/>
      </w:pPr>
      <w:r>
        <w:t>Throwing oneself to build</w:t>
      </w:r>
    </w:p>
    <w:p>
      <w:r>
        <w:rPr>
          <w:color w:val="666666"/>
          <w:sz w:val="18"/>
        </w:rPr>
        <w:t>Safety First January 21, 2007 · 28s · at 8:07 · https://youtu.be/izaGKxVnt-Y?t=487</w:t>
      </w:r>
    </w:p>
    <w:p>
      <w:r>
        <w:rPr>
          <w:i/>
        </w:rPr>
        <w:t>“I will throw myself to build.”</w:t>
      </w:r>
    </w:p>
    <w:p>
      <w:r>
        <w:rPr>
          <w:sz w:val="20"/>
        </w:rPr>
        <w:t>8:07  i will jhonk my self</w:t>
      </w:r>
      <w:r>
        <w:br/>
      </w:r>
      <w:r>
        <w:rPr>
          <w:sz w:val="20"/>
        </w:rPr>
        <w:t>8:13  ye un ki baat thi. I think I will join myself to to build</w:t>
      </w:r>
      <w:r>
        <w:br/>
      </w:r>
      <w:r>
        <w:rPr>
          <w:sz w:val="20"/>
        </w:rPr>
        <w:t>8:29  aah aah jadeed mahal yahan.</w:t>
      </w:r>
    </w:p>
    <w:p>
      <w:pPr>
        <w:pStyle w:val="Heading2"/>
      </w:pPr>
      <w:r>
        <w:t>why he's called 'father of the kitten'</w:t>
      </w:r>
    </w:p>
    <w:p>
      <w:r>
        <w:rPr>
          <w:color w:val="666666"/>
          <w:sz w:val="18"/>
        </w:rPr>
        <w:t>The Story of Hazrat Abu Hurairah (r.a.) December 31, 2023 · 48s · at 1:59 · https://youtu.be/ntoKGwQ1WX0?t=119</w:t>
      </w:r>
    </w:p>
    <w:p>
      <w:r>
        <w:rPr>
          <w:i/>
        </w:rPr>
        <w:t>“He was very fond of cats — here's why”</w:t>
      </w:r>
    </w:p>
    <w:p>
      <w:r>
        <w:rPr>
          <w:sz w:val="20"/>
        </w:rPr>
        <w:t>1:59  To aur jaise aap ne kaha ke yeh nickname jo Abu Huraira hai, uh, darasal uh, he was very fond of cats.</w:t>
      </w:r>
      <w:r>
        <w:br/>
      </w:r>
      <w:r>
        <w:rPr>
          <w:sz w:val="20"/>
        </w:rPr>
        <w:t>2:08  Ji. Aur unke paas ek choti billi thi, ek k</w:t>
      </w:r>
      <w:r>
        <w:br/>
      </w:r>
      <w:r>
        <w:rPr>
          <w:sz w:val="20"/>
        </w:rPr>
        <w:t>2:12  itten. He used to keep in his sleeves and would play with him. So Prophet when saw him playing with that cat and he called him Abu Huraira, father of Ji.</w:t>
      </w:r>
      <w:r>
        <w:br/>
      </w:r>
      <w:r>
        <w:rPr>
          <w:sz w:val="20"/>
        </w:rPr>
        <w:t>2:25  Uh, kitten. To is tarike se yeh naam mashhoor ho gaya aur jo unka asal naam tha, original, wo, uh, log bhool gaye ek tarike se.</w:t>
      </w:r>
      <w:r>
        <w:br/>
      </w:r>
      <w:r>
        <w:rPr>
          <w:sz w:val="20"/>
        </w:rPr>
        <w:t>2:36  Waise unka asal naam tha Abd al-Shams. Uh, the slave of uh, the sun. To Prophet ne naam badal diya tha, Abd al-Rahman rakh diya tha.</w:t>
      </w:r>
    </w:p>
    <w:p>
      <w:pPr>
        <w:pStyle w:val="Heading2"/>
      </w:pPr>
      <w:r>
        <w:t>Adopt 'big bird thinking' to rise above problems</w:t>
      </w:r>
    </w:p>
    <w:p>
      <w:r>
        <w:rPr>
          <w:color w:val="666666"/>
          <w:sz w:val="18"/>
        </w:rPr>
        <w:t>Prophetic Wisdom July 23, 2016 Maulana Wahiduddin Khan · 42s · at 26:26 · https://youtu.be/aaXBGgyvWOU?t=1586</w:t>
      </w:r>
    </w:p>
    <w:p>
      <w:r>
        <w:rPr>
          <w:i/>
        </w:rPr>
        <w:t>“Every human has freedom, and freedom creates problems”</w:t>
      </w:r>
    </w:p>
    <w:p>
      <w:r>
        <w:rPr>
          <w:sz w:val="20"/>
        </w:rPr>
        <w:t>26:26  to hota kya hai ke is duniya mein insan ko freedom mila hua, har insan ko freedom ki wajah se masail paida hote hain.</w:t>
      </w:r>
      <w:r>
        <w:br/>
      </w:r>
      <w:r>
        <w:rPr>
          <w:sz w:val="20"/>
        </w:rPr>
        <w:t>26:36  to yeh bilkul "it is bird natural". to aap chidiya ki manind ban jaiye, upar uth kar ji. jis ko kehte hain "big bird thinking".</w:t>
      </w:r>
      <w:r>
        <w:br/>
      </w:r>
      <w:r>
        <w:rPr>
          <w:sz w:val="20"/>
        </w:rPr>
        <w:t>26:47  is ke liye main ek term banaya hai "big bird thinking" ke big bird jo hai, woh uth jati hai upar masail se.</w:t>
      </w:r>
      <w:r>
        <w:br/>
      </w:r>
      <w:r>
        <w:rPr>
          <w:sz w:val="20"/>
        </w:rPr>
        <w:t>26:57  upar is ki soch jo hai, masail se upar hoti hai. to is hadith ka matlab hai ke big bird fikr bano.</w:t>
      </w:r>
    </w:p>
    <w:p>
      <w:pPr>
        <w:pStyle w:val="Heading2"/>
      </w:pPr>
      <w:r>
        <w:t>a servant asks only for Paradise with the Prophet</w:t>
      </w:r>
    </w:p>
    <w:p>
      <w:r>
        <w:rPr>
          <w:color w:val="666666"/>
          <w:sz w:val="18"/>
        </w:rPr>
        <w:t>The Story of Hazrat Abu Hurairah (r.a.) December 31, 2023 · 56s · at 20:18 · https://youtu.be/ntoKGwQ1WX0?t=1218</w:t>
      </w:r>
    </w:p>
    <w:p>
      <w:r>
        <w:rPr>
          <w:i/>
        </w:rPr>
        <w:t>“Ask me for anything you want, the Prophet said”</w:t>
      </w:r>
    </w:p>
    <w:p>
      <w:r>
        <w:rPr>
          <w:sz w:val="20"/>
        </w:rPr>
        <w:t>20:17  t</w:t>
      </w:r>
      <w:r>
        <w:br/>
      </w:r>
      <w:r>
        <w:rPr>
          <w:sz w:val="20"/>
        </w:rPr>
        <w:t>20:18  Hajr ka waqt tha to paani la ke Prophet ki help ki. Woh Prophet ne wuzu kiya. To uss waqt Rasool Allah ne dekha un ki, un ki problems ko, kaha ke kuch tum chahte ho to batao, kuch maango.</w:t>
      </w:r>
      <w:r>
        <w:br/>
      </w:r>
      <w:r>
        <w:rPr>
          <w:sz w:val="20"/>
        </w:rPr>
        <w:t>20:34  to unhon ne socha, to unhon ne kaha ke bas main aap ki companionship chahta hoon jannat mein. Hmm</w:t>
      </w:r>
      <w:r>
        <w:br/>
      </w:r>
      <w:r>
        <w:rPr>
          <w:sz w:val="20"/>
        </w:rPr>
        <w:t>20:42  . To Rasool Allah ne kaha ke nahin bhai, kuch matlab aakhirat ki baat nahin, dunya ki koi cheez ho to batao. You need a house, you need a wife, you need a family, you need money, whatever you need.</w:t>
      </w:r>
      <w:r>
        <w:br/>
      </w:r>
      <w:r>
        <w:rPr>
          <w:sz w:val="20"/>
        </w:rPr>
        <w:t>20:53  Ji. Yaani Rasool Allah dua kar dete to aasmaan se sona baras jaata. To phir unhon ne wohi kaha. You know, I need your companionship in Jannah.</w:t>
      </w:r>
      <w:r>
        <w:br/>
      </w:r>
      <w:r>
        <w:rPr>
          <w:sz w:val="20"/>
        </w:rPr>
        <w:t>21:03  to Rasool Allah ne kaha achha tum ne bahut bhaari cheez maangi hai mujh se. Ji. To tum thoda sajdon ko apna badhao. Ji. To uss se pata chalta hai ke kis tarah ke, hmm, log the, kitna dedication tha un ka.</w:t>
      </w:r>
      <w:r>
        <w:br/>
      </w:r>
      <w:r>
        <w:rPr>
          <w:sz w:val="20"/>
        </w:rPr>
        <w:t>21:15  Ji. Haalanke kitne difficult haalaat se guzar rahe the. Bilkul. Khaane peene ke liye kapde nahin hote the. Yaani Hazrat Abu Huraira kehte hain ke</w:t>
      </w:r>
    </w:p>
    <w:p>
      <w:pPr>
        <w:pStyle w:val="Heading2"/>
      </w:pPr>
      <w:r>
        <w:t>Apparent defeat became victory through Hudaybiyyah</w:t>
      </w:r>
    </w:p>
    <w:p>
      <w:r>
        <w:rPr>
          <w:color w:val="666666"/>
          <w:sz w:val="18"/>
        </w:rPr>
        <w:t>Islamic Activism Shifting the Focus from Battlefield to Peace 16 4 2020 Maulana Wahiduddin Khan · 46s · at 5:06 · https://youtu.be/hghnskwZTLM?t=306</w:t>
      </w:r>
    </w:p>
    <w:p>
      <w:r>
        <w:rPr>
          <w:i/>
        </w:rPr>
        <w:t>“Rasul Allah aahista aahista wapas aa gaye to raste mein Quran ki aayat utri”</w:t>
      </w:r>
    </w:p>
    <w:p>
      <w:r>
        <w:rPr>
          <w:sz w:val="20"/>
        </w:rPr>
        <w:t>5:06  rasool Allah sallay alaihi wasallam ahista ahista wapas aa gaye. to rastay mein quran ki ayat utri inna fatahna laka fatan mubeena</w:t>
      </w:r>
      <w:r>
        <w:br/>
      </w:r>
      <w:r>
        <w:rPr>
          <w:sz w:val="20"/>
        </w:rPr>
        <w:t>5:21  aur yeh waqea ki tareekh ne sabit kiya. tareekh ne sabit kiya ke yeh muahida aap ke liye fateh ki buniyad banay ga.</w:t>
      </w:r>
      <w:r>
        <w:br/>
      </w:r>
      <w:r>
        <w:rPr>
          <w:sz w:val="20"/>
        </w:rPr>
        <w:t>5:36  kaise ajeeb baat hai!</w:t>
      </w:r>
      <w:r>
        <w:br/>
      </w:r>
      <w:r>
        <w:rPr>
          <w:sz w:val="20"/>
        </w:rPr>
        <w:t>5:41  shikast ka muahida fateh ki buniyad ban gaya.</w:t>
      </w:r>
    </w:p>
    <w:p>
      <w:pPr>
        <w:pStyle w:val="Heading2"/>
      </w:pPr>
      <w:r>
        <w:t>Prophet warns even his daughter about Judgment Day</w:t>
      </w:r>
    </w:p>
    <w:p>
      <w:r>
        <w:rPr>
          <w:color w:val="666666"/>
          <w:sz w:val="18"/>
        </w:rPr>
        <w:t>The Story of Hazrat Fatima The Prophet's Cherished Daughter (Part- I) July 30, 2023 · 52s · at 9:54 · https://youtu.be/MG9FmkFEyfo?t=594</w:t>
      </w:r>
    </w:p>
    <w:p>
      <w:r>
        <w:rPr>
          <w:i/>
        </w:rPr>
        <w:t>“I cannot save you from God on Judgment Day”</w:t>
      </w:r>
    </w:p>
    <w:p>
      <w:r>
        <w:rPr>
          <w:sz w:val="20"/>
        </w:rPr>
        <w:t>9:54  , salni bima shi'ti la ughni 'an ki min Allah shay'a aur aata hai la amliku lakum min Allah shay'a yani you ask anything from me, my wealth, my property, I will give it to you.</w:t>
      </w:r>
      <w:r>
        <w:br/>
      </w:r>
      <w:r>
        <w:rPr>
          <w:sz w:val="20"/>
        </w:rPr>
        <w:t>10:10  But remember that on the Day of Judgment I cannot save you from God. Yani this is an individual responsibility.</w:t>
      </w:r>
      <w:r>
        <w:br/>
      </w:r>
      <w:r>
        <w:rPr>
          <w:sz w:val="20"/>
        </w:rPr>
        <w:t>10:19  You have to do your job. You have to, you are accountable to God.</w:t>
      </w:r>
      <w:r>
        <w:br/>
      </w:r>
      <w:r>
        <w:rPr>
          <w:sz w:val="20"/>
        </w:rPr>
        <w:t>10:24  You cannot say on the Day of Judgment that I am the daughter of the Prophet. Ya main yeh keh ke chhoot jaungi ke main to beti hoon Rasool Allah ki ya prophet mere father hain, yeh keh ke bach nahi sakti.</w:t>
      </w:r>
      <w:r>
        <w:br/>
      </w:r>
      <w:r>
        <w:rPr>
          <w:sz w:val="20"/>
        </w:rPr>
        <w:t>10:36  I cannot save you from God on the Day of Judgment. Yeh it is an individual responsibility. No one can protect you, even I cannot protect you.</w:t>
      </w:r>
    </w:p>
    <w:p>
      <w:pPr>
        <w:pStyle w:val="Heading2"/>
      </w:pPr>
      <w:r>
        <w:t>Prophet lost as model due to exaggeration</w:t>
      </w:r>
    </w:p>
    <w:p>
      <w:r>
        <w:rPr>
          <w:color w:val="666666"/>
          <w:sz w:val="18"/>
        </w:rPr>
        <w:t>The Untold Story of Islam April 16, 2006 Maulana Wahiduddin Khan · 38s · at 11:20 · https://youtu.be/CtVOh0F_LLc?t=680</w:t>
      </w:r>
    </w:p>
    <w:p>
      <w:r>
        <w:rPr>
          <w:i/>
        </w:rPr>
        <w:t>“Rasool Allah ko super glory dekar pride hasil kar liya”</w:t>
      </w:r>
    </w:p>
    <w:p>
      <w:r>
        <w:rPr>
          <w:sz w:val="20"/>
        </w:rPr>
        <w:t>11:20  to rasool Allah ko super glory de kar pride to hasil kar liya musalmanon ne, lekin sath sath loss hua ke as a model un ka woh khatam ho gaya.</w:t>
      </w:r>
      <w:r>
        <w:br/>
      </w:r>
      <w:r>
        <w:rPr>
          <w:sz w:val="20"/>
        </w:rPr>
        <w:t>11:37  as a model un ka koi position nahi rahi. zahir hai ke model khuda to model nahi ban sakta hamare liye. koi kahe ke khuda tumhara model hai.</w:t>
      </w:r>
      <w:r>
        <w:br/>
      </w:r>
      <w:r>
        <w:rPr>
          <w:sz w:val="20"/>
        </w:rPr>
        <w:t>11:48  model khuda agar ho to is mani ke hum ko planetary system banana chahiye. hum ko mountain roshan banana chahiye. kyunke khuda ne banaya hai.</w:t>
      </w:r>
    </w:p>
    <w:p>
      <w:pPr>
        <w:pStyle w:val="Heading2"/>
      </w:pPr>
      <w:r>
        <w:t>Francis of Assisi recognizes the Sultan as a man of God</w:t>
      </w:r>
    </w:p>
    <w:p>
      <w:r>
        <w:rPr>
          <w:color w:val="666666"/>
          <w:sz w:val="18"/>
        </w:rPr>
        <w:t>A Talk Given by Prof. Farida Khanam at Vidyajyoti College Theology September 2, 2022 · 58s · at 2:39 · https://youtu.be/xWunZk7U6xo?t=159</w:t>
      </w:r>
    </w:p>
    <w:p>
      <w:r>
        <w:rPr>
          <w:i/>
        </w:rPr>
        <w:t>“Both instantly recognized one another as men of God”</w:t>
      </w:r>
    </w:p>
    <w:p>
      <w:r>
        <w:rPr>
          <w:sz w:val="20"/>
        </w:rPr>
        <w:t>2:39  This is the insight that Francis of Assisi, eighty eight centuries ago when he met with sultan Malik al Kamil at Damitya in Egypt. When the crusaders were raging for a fight, raging for killing, Francis of Assisi went and met with sultan Malik al Kamen.</w:t>
      </w:r>
      <w:r>
        <w:br/>
      </w:r>
      <w:r>
        <w:rPr>
          <w:sz w:val="20"/>
        </w:rPr>
        <w:t>3:06  instantaneously both of them recognized in one another as man of god.</w:t>
      </w:r>
      <w:r>
        <w:br/>
      </w:r>
      <w:r>
        <w:rPr>
          <w:sz w:val="20"/>
        </w:rPr>
        <w:t>3:16  in being living in the camp of the sultan for two weeks, francis of assisi came to recognize</w:t>
      </w:r>
      <w:r>
        <w:br/>
      </w:r>
      <w:r>
        <w:rPr>
          <w:sz w:val="20"/>
        </w:rPr>
        <w:t>3:26  that all human beings, all human beings, without any exception, all of us are brothers and sisters to one another.</w:t>
      </w:r>
      <w:r>
        <w:br/>
      </w:r>
      <w:r>
        <w:rPr>
          <w:sz w:val="20"/>
        </w:rPr>
        <w:t>3:37  The most profound impact on his life, that experience had. He also recognized that the the the essence of human creature, the essence of creature, essence of human person is to worship God.</w:t>
      </w:r>
    </w:p>
    <w:p>
      <w:pPr>
        <w:pStyle w:val="Heading2"/>
      </w:pPr>
      <w:r>
        <w:t>A degenerating community becomes double standard</w:t>
      </w:r>
    </w:p>
    <w:p>
      <w:r>
        <w:rPr>
          <w:color w:val="666666"/>
          <w:sz w:val="18"/>
        </w:rPr>
        <w:t>The Fate of Muslim Ummah (English) May 03, 2014 · 38s · at 30:43 · https://youtu.be/Gu64pZtxdAA?t=1843</w:t>
      </w:r>
    </w:p>
    <w:p>
      <w:r>
        <w:rPr>
          <w:i/>
        </w:rPr>
        <w:t>“When a community suffers degeneration, it becomes double standard.”</w:t>
      </w:r>
    </w:p>
    <w:p>
      <w:r>
        <w:rPr>
          <w:sz w:val="20"/>
        </w:rPr>
        <w:t>30:43  when a community</w:t>
      </w:r>
      <w:r>
        <w:br/>
      </w:r>
      <w:r>
        <w:rPr>
          <w:sz w:val="20"/>
        </w:rPr>
        <w:t>30:47  suffers degeneration, then it becomes double standard.</w:t>
      </w:r>
      <w:r>
        <w:br/>
      </w:r>
      <w:r>
        <w:rPr>
          <w:sz w:val="20"/>
        </w:rPr>
        <w:t>31:00  they adopt for their personal life what is better in terms of result. and when it comes to community issues, they will talk.</w:t>
      </w:r>
      <w:r>
        <w:br/>
      </w:r>
      <w:r>
        <w:rPr>
          <w:sz w:val="20"/>
        </w:rPr>
        <w:t>31:17  they adopt stage activism.</w:t>
      </w:r>
    </w:p>
    <w:p>
      <w:pPr>
        <w:pStyle w:val="Heading2"/>
      </w:pPr>
      <w:r>
        <w:t>for you your religion, for me mine</w:t>
      </w:r>
    </w:p>
    <w:p>
      <w:r>
        <w:rPr>
          <w:color w:val="666666"/>
          <w:sz w:val="18"/>
        </w:rPr>
        <w:t>Importance of Adjustment June 27, 2009 · 53s · at 23:38 · https://youtu.be/Gp1zc2HPMRU?t=1418</w:t>
      </w:r>
    </w:p>
    <w:p>
      <w:r>
        <w:rPr>
          <w:i/>
        </w:rPr>
        <w:t>“For you, your religion; for me, mine.”</w:t>
      </w:r>
    </w:p>
    <w:p>
      <w:r>
        <w:rPr>
          <w:sz w:val="20"/>
        </w:rPr>
        <w:t>23:38  so he adopted a very beautiful formula, very very practical formula. that was</w:t>
      </w:r>
      <w:r>
        <w:br/>
      </w:r>
      <w:r>
        <w:rPr>
          <w:sz w:val="20"/>
        </w:rPr>
        <w:t>23:51  lakum deenukum wa liya deen. for you, your religion; for me, mine. it means that i am giving you freedom,</w:t>
      </w:r>
      <w:r>
        <w:br/>
      </w:r>
      <w:r>
        <w:rPr>
          <w:sz w:val="20"/>
        </w:rPr>
        <w:t>24:05  aur you please give me freedom.</w:t>
      </w:r>
      <w:r>
        <w:br/>
      </w:r>
      <w:r>
        <w:rPr>
          <w:sz w:val="20"/>
        </w:rPr>
        <w:t>24:09  you are free,</w:t>
      </w:r>
      <w:r>
        <w:br/>
      </w:r>
      <w:r>
        <w:rPr>
          <w:sz w:val="20"/>
        </w:rPr>
        <w:t>24:13  and also i am free.</w:t>
      </w:r>
      <w:r>
        <w:br/>
      </w:r>
      <w:r>
        <w:rPr>
          <w:sz w:val="20"/>
        </w:rPr>
        <w:t>24:18  to it was mutual freedom. by this, prophet of islam established normalcy, and he</w:t>
      </w:r>
    </w:p>
    <w:p>
      <w:pPr>
        <w:pStyle w:val="Heading2"/>
      </w:pPr>
      <w:r>
        <w:t>patience means never becoming a victim of circumstance</w:t>
      </w:r>
    </w:p>
    <w:p>
      <w:r>
        <w:rPr>
          <w:color w:val="666666"/>
          <w:sz w:val="18"/>
        </w:rPr>
        <w:t>In Conversation April 8, 2016 Maulana Wahiduddin Khan · 56s · at 31:59 · https://youtu.be/jW4fUC7OcVM?t=1919</w:t>
      </w:r>
    </w:p>
    <w:p>
      <w:r>
        <w:rPr>
          <w:i/>
        </w:rPr>
        <w:t>“Don't allow anyone to dictate you”</w:t>
      </w:r>
    </w:p>
    <w:p>
      <w:r>
        <w:rPr>
          <w:sz w:val="20"/>
        </w:rPr>
        <w:t>31:59  sabr ka yeh role hai. to quran o hadith mein sabr ko jo ahmiyat di gayi hai, woh bohat hi zyada, yaani bohat hi important hai.</w:t>
      </w:r>
      <w:r>
        <w:br/>
      </w:r>
      <w:r>
        <w:rPr>
          <w:sz w:val="20"/>
        </w:rPr>
        <w:t>32:11  har soorat-e-haal ke liye, har soorat-e-haal ke liye yeh baat hai ke aap ke halaat, aap yeh aap mein kaha karta hoon ke don't allow anyone to dictate you.</w:t>
      </w:r>
      <w:r>
        <w:br/>
      </w:r>
      <w:r>
        <w:rPr>
          <w:sz w:val="20"/>
        </w:rPr>
        <w:t>32:27  don't allow anyone to dictate you. jo halaat paish aate hain, negative halaat, stress wale halaat, to aap ko chahte hain ke aap is suck up kar lein, aap is ko follow kar lein.</w:t>
      </w:r>
      <w:r>
        <w:br/>
      </w:r>
      <w:r>
        <w:rPr>
          <w:sz w:val="20"/>
        </w:rPr>
        <w:t>32:38  to sabr aap ke andar use, sabr aap ko is se bachati hai. is ko aap, is ko aap, is is is ke, is ka, is ka victim na bante,</w:t>
      </w:r>
    </w:p>
    <w:p>
      <w:pPr>
        <w:pStyle w:val="Heading2"/>
      </w:pPr>
      <w:r>
        <w:t>Retreat is greater than advancement</w:t>
      </w:r>
    </w:p>
    <w:p>
      <w:r>
        <w:rPr>
          <w:color w:val="666666"/>
          <w:sz w:val="18"/>
        </w:rPr>
        <w:t>The Secular Contribution of Islam | April 16, 2017 · 30s · at 14:29 · https://youtu.be/QV_HIq7KeaY?t=869</w:t>
      </w:r>
    </w:p>
    <w:p>
      <w:r>
        <w:rPr>
          <w:i/>
        </w:rPr>
        <w:t>“The great thing is retreat, not advancement.”</w:t>
      </w:r>
    </w:p>
    <w:p>
      <w:r>
        <w:rPr>
          <w:sz w:val="20"/>
        </w:rPr>
        <w:t>14:29  ghaliban pehli baar dunya ko yeh bataya ke bari cheez advancement nahi hai, bari cheez retreat hai. kyunke advancement kya hai? lad ke mar jao. kuch woh mare, kuch tum maro. lekin retreat jo hai woh hai apne ko bachao. time lo. re-planning karo. re-plan</w:t>
      </w:r>
    </w:p>
    <w:p>
      <w:pPr>
        <w:pStyle w:val="Heading2"/>
      </w:pPr>
      <w:r>
        <w:t>Simplicity is part of faith</w:t>
      </w:r>
    </w:p>
    <w:p>
      <w:r>
        <w:rPr>
          <w:color w:val="666666"/>
          <w:sz w:val="18"/>
        </w:rPr>
        <w:t>The Spirit of Ramadan (Part 2) April 24, 2022 Dr. Saniyasnain Khan · 29s · at 37:46 · https://youtu.be/NHe5tC7U3mk?t=2266</w:t>
      </w:r>
    </w:p>
    <w:p>
      <w:r>
        <w:rPr>
          <w:i/>
        </w:rPr>
        <w:t>“Simplicity is part of faith, sabse badi sunnat sadgi hai.”</w:t>
      </w:r>
    </w:p>
    <w:p>
      <w:r>
        <w:rPr>
          <w:sz w:val="20"/>
        </w:rPr>
        <w:t>37:46  toh lekin jo sunnat sabse badi sunnat toh yahi hai saadgi. ji. hadish mein bhi aata hai al bajaaj tum bina leeman. simplicity is part of faith. toh jab tak ki yeh saadgi nahi aayegi tab tak woh koi gehre gehri spiritual baatein insan nahi pakad payega. toh yeh bahut zaroori hai. ji. yeh bahut important baat hai docsahab ki simplicity is part of faith. haan, maulana bhi hamesha puri zindagi inteha hi simple rahe. inteha simple. ji.</w:t>
      </w:r>
      <w:r>
        <w:br/>
      </w:r>
      <w:r>
        <w:rPr>
          <w:sz w:val="20"/>
        </w:rPr>
        <w:t>38:15  docsapp as we know that iftar is just not about you know taking physical food. it is a combination of spiritual food as well as physical food. toh ek sawal yeh bhi main puchna chahunga ki is there a reward for someone who invites others during iftar? aajkal bahut iftar parties bhi hoti hain, toh iske bare mein aap kya kahenge?</w:t>
      </w:r>
    </w:p>
    <w:p>
      <w:pPr>
        <w:pStyle w:val="Heading2"/>
      </w:pPr>
      <w:r>
        <w:t>Israelites demand spicy food, Moses' sharp reply</w:t>
      </w:r>
    </w:p>
    <w:p>
      <w:r>
        <w:rPr>
          <w:color w:val="666666"/>
          <w:sz w:val="18"/>
        </w:rPr>
        <w:t>Lessons from The Story of Prophet Moses Part 5, October 30, 2022 · 39s · at 12:27 · https://youtu.be/Yei6NJ0s5wI?t=747</w:t>
      </w:r>
    </w:p>
    <w:p>
      <w:r>
        <w:rPr>
          <w:i/>
        </w:rPr>
        <w:t>“Humein saag, kakdi, gajar, mooli chahiye”</w:t>
      </w:r>
    </w:p>
    <w:p>
      <w:r>
        <w:rPr>
          <w:sz w:val="20"/>
        </w:rPr>
        <w:t>12:27  to woh spicy food chahiye tha unhein cooked food chahiye tha. Ji, ab yeh to bohat hi basic food tha. Ji, unhone kaha hamein saag chahiye cup kookri aur aur gajar aur mooli aur yeh sab cheezein jo hain adrak aur leh</w:t>
      </w:r>
      <w:r>
        <w:br/>
      </w:r>
      <w:r>
        <w:rPr>
          <w:sz w:val="20"/>
        </w:rPr>
        <w:t>12:41  sun. Hmm, to Musa Alaihissalam ne kaha ke tum ek achhi cheez ko chhod ke ek bekar cheez lena chahte ho.</w:t>
      </w:r>
      <w:r>
        <w:br/>
      </w:r>
      <w:r>
        <w:rPr>
          <w:sz w:val="20"/>
        </w:rPr>
        <w:t>12:49  yaani achhi cheez is sense mein ke Allah Ta'ala ki khaas nemmat hai woh. Ji, bazahir to simple hai. Hmm, lekin woh bohat hi khaas nemmat ke taur par Allah Ta'ala ne utari hai.</w:t>
      </w:r>
      <w:r>
        <w:br/>
      </w:r>
      <w:r>
        <w:rPr>
          <w:sz w:val="20"/>
        </w:rPr>
        <w:t>13:00  to Musa Alaihissalam ne kaha phir jao kahin kisi aur shehar mein wahan tumhe yeh sab cheezein mil jayengi.</w:t>
      </w:r>
    </w:p>
    <w:p>
      <w:pPr>
        <w:pStyle w:val="Heading2"/>
      </w:pPr>
      <w:r>
        <w:t>Prophet Ibrahim model and useless political change</w:t>
      </w:r>
    </w:p>
    <w:p>
      <w:r>
        <w:rPr>
          <w:color w:val="666666"/>
          <w:sz w:val="18"/>
        </w:rPr>
        <w:t>Prophetic Models in Quran (English) - Part II March 05, 2007 Maulana Wahiduddin Khan · 2m 18s · at 0:10 · https://youtu.be/uk0vwl6YNcA?t=10</w:t>
      </w:r>
    </w:p>
    <w:p>
      <w:r>
        <w:rPr>
          <w:i/>
        </w:rPr>
        <w:t>“Bismillah ir-Rahman ir-Raheem. The model of Prophet Ibrahim is very important.”</w:t>
      </w:r>
    </w:p>
    <w:p>
      <w:r>
        <w:rPr>
          <w:sz w:val="20"/>
        </w:rPr>
        <w:t>0:10  Bismillah hir rahman nir raheem.</w:t>
      </w:r>
      <w:r>
        <w:br/>
      </w:r>
      <w:r>
        <w:rPr>
          <w:sz w:val="20"/>
        </w:rPr>
        <w:t>0:20  The model of Prophet Ibrahim is very important.</w:t>
      </w:r>
      <w:r>
        <w:br/>
      </w:r>
      <w:r>
        <w:rPr>
          <w:sz w:val="20"/>
        </w:rPr>
        <w:t>0:31  It gives us a very clear direction.</w:t>
      </w:r>
      <w:r>
        <w:br/>
      </w:r>
      <w:r>
        <w:rPr>
          <w:sz w:val="20"/>
        </w:rPr>
        <w:t>0:42  That when we want to reform or revival, the work of reform or work of revivalism should begin from deconditioning.</w:t>
      </w:r>
      <w:r>
        <w:br/>
      </w:r>
      <w:r>
        <w:rPr>
          <w:sz w:val="20"/>
        </w:rPr>
        <w:t>0:52  There may be different modes of this deconditioning according to the situation.</w:t>
      </w:r>
      <w:r>
        <w:br/>
      </w:r>
      <w:r>
        <w:rPr>
          <w:sz w:val="20"/>
        </w:rPr>
        <w:t>1:03  Every time we are not required to go to desert.</w:t>
      </w:r>
      <w:r>
        <w:br/>
      </w:r>
      <w:r>
        <w:rPr>
          <w:sz w:val="20"/>
        </w:rPr>
        <w:t>1:14  But the principle that must be followed in every age is that when we find ourselves in a</w:t>
      </w:r>
      <w:r>
        <w:br/>
      </w:r>
      <w:r>
        <w:rPr>
          <w:sz w:val="20"/>
        </w:rPr>
        <w:t>1:24  community, in a people who need to be reformed, who need to be revivalism, so we have to</w:t>
      </w:r>
      <w:r>
        <w:br/>
      </w:r>
      <w:r>
        <w:rPr>
          <w:sz w:val="20"/>
        </w:rPr>
        <w:t>1:35  begin our work from deconditioning.</w:t>
      </w:r>
      <w:r>
        <w:br/>
      </w:r>
      <w:r>
        <w:rPr>
          <w:sz w:val="20"/>
        </w:rPr>
        <w:t>1:46  Before deconditioning, nothing will yield any positive result.</w:t>
      </w:r>
      <w:r>
        <w:br/>
      </w:r>
      <w:r>
        <w:rPr>
          <w:sz w:val="20"/>
        </w:rPr>
        <w:t>1:57  For example, political change is not useful in such a situation.</w:t>
      </w:r>
      <w:r>
        <w:br/>
      </w:r>
      <w:r>
        <w:rPr>
          <w:sz w:val="20"/>
        </w:rPr>
        <w:t>2:12  Or giving the doze of prides through historical stories that also will not yield any positive result.</w:t>
      </w:r>
      <w:r>
        <w:br/>
      </w:r>
      <w:r>
        <w:rPr>
          <w:sz w:val="20"/>
        </w:rPr>
        <w:t>2:28  Or any other method is useless in such a situation when the people need reform, revivalism.</w:t>
      </w:r>
    </w:p>
    <w:p>
      <w:pPr>
        <w:pStyle w:val="Heading2"/>
      </w:pPr>
      <w:r>
        <w:t>A Bible prophecy fulfilled by ten thousand companions</w:t>
      </w:r>
    </w:p>
    <w:p>
      <w:r>
        <w:rPr>
          <w:color w:val="666666"/>
          <w:sz w:val="18"/>
        </w:rPr>
        <w:t>The Man Al-Quran Builds April 2, 2006 Maulana Wahiduddin Khan · 51s · at 12:41 · https://youtu.be/06TQIt_5vlw?t=761</w:t>
      </w:r>
    </w:p>
    <w:p>
      <w:r>
        <w:rPr>
          <w:i/>
        </w:rPr>
        <w:t>“Bible mein hai: he came with ten thousand saints”</w:t>
      </w:r>
    </w:p>
    <w:p>
      <w:r>
        <w:rPr>
          <w:sz w:val="20"/>
        </w:rPr>
        <w:t>12:41  mislan bible mein aik jagah hai aik aanay walay prophet ke baray mein. he came with ten thousand saints.</w:t>
      </w:r>
      <w:r>
        <w:br/>
      </w:r>
      <w:r>
        <w:rPr>
          <w:sz w:val="20"/>
        </w:rPr>
        <w:t>12:57  yeh sentence hai bible ka. he came with ten thousand saints.</w:t>
      </w:r>
      <w:r>
        <w:br/>
      </w:r>
      <w:r>
        <w:rPr>
          <w:sz w:val="20"/>
        </w:rPr>
        <w:t>13:02  aap jantay hain ke rasool Allah ne jab makkah ki taraf march kiya tha, us waqt aap ke sath das hazar sahaba thay.</w:t>
      </w:r>
      <w:r>
        <w:br/>
      </w:r>
      <w:r>
        <w:rPr>
          <w:sz w:val="20"/>
        </w:rPr>
        <w:t>13:13  to yeh itna important waqea hai ke khuda ne pichli kitabon mein bhi is ko likh diya, logon ko peshgi bataya taake jab woh log aayen to log un ka sath dein aur un ko pehchan kar un se zindagi ke liye rehnumai hasil karein.</w:t>
      </w:r>
    </w:p>
    <w:p>
      <w:pPr>
        <w:pStyle w:val="Heading2"/>
      </w:pPr>
      <w:r>
        <w:t>Ideologically justified militancy</w:t>
      </w:r>
    </w:p>
    <w:p>
      <w:r>
        <w:rPr>
          <w:color w:val="666666"/>
          <w:sz w:val="18"/>
        </w:rPr>
        <w:t>The case of Present Muslims 13 Feb, 2011 - Maulana Wahiduddin Khan · 24s · at 8:51 · https://youtu.be/t6KWTAnDEcs?t=531</w:t>
      </w:r>
    </w:p>
    <w:p>
      <w:r>
        <w:rPr>
          <w:i/>
        </w:rPr>
        <w:t>“That Muslim militancy is ideologically justified, which others' is not.”</w:t>
      </w:r>
    </w:p>
    <w:p>
      <w:r>
        <w:rPr>
          <w:sz w:val="20"/>
        </w:rPr>
        <w:t>8:51  ke muslim militancy ideologically justified militancy hai, jo doosron ki nahi hai.</w:t>
      </w:r>
      <w:r>
        <w:br/>
      </w:r>
      <w:r>
        <w:rPr>
          <w:sz w:val="20"/>
        </w:rPr>
        <w:t>9:03  doosron ke paas koi ideology le kar ke nahi hai, woh kuch lene ke daure, woh yeh zameen par qabza, yeh hukumat par qabza, woh nahi mila to chup ho gaye.</w:t>
      </w:r>
    </w:p>
    <w:p>
      <w:pPr>
        <w:pStyle w:val="Heading2"/>
      </w:pPr>
      <w:r>
        <w:t>Modern age is pro-Islam</w:t>
      </w:r>
    </w:p>
    <w:p>
      <w:r>
        <w:rPr>
          <w:color w:val="666666"/>
          <w:sz w:val="18"/>
        </w:rPr>
        <w:t>Islam in A New Age 18 March 2012 Maulana Wahiduddin Khan · 26s · at 1:00 · https://youtu.be/HDisvam9R30?t=60</w:t>
      </w:r>
    </w:p>
    <w:p>
      <w:r>
        <w:rPr>
          <w:i/>
        </w:rPr>
        <w:t>“یہ اینٹی اسلام زمانہ نہیں ہے”</w:t>
      </w:r>
    </w:p>
    <w:p>
      <w:r>
        <w:rPr>
          <w:sz w:val="20"/>
        </w:rPr>
        <w:t>1:00  yeh anti islam zamana nahi hai. 100% yeh pro islam zamana hai.</w:t>
      </w:r>
      <w:r>
        <w:br/>
      </w:r>
      <w:r>
        <w:rPr>
          <w:sz w:val="20"/>
        </w:rPr>
        <w:t>1:10  to agar aap is ko is hesiyat se discover karein to aap ke liye, yaani Khuda ki blessing ke samandar khul jayenge.</w:t>
      </w:r>
      <w:r>
        <w:br/>
      </w:r>
      <w:r>
        <w:rPr>
          <w:sz w:val="20"/>
        </w:rPr>
        <w:t>1:27  is liye bohat zaroori hai ke is pehlu se</w:t>
      </w:r>
    </w:p>
    <w:p>
      <w:pPr>
        <w:pStyle w:val="Heading2"/>
      </w:pPr>
      <w:r>
        <w:t>Equality of all races and peoples in Islam</w:t>
      </w:r>
    </w:p>
    <w:p>
      <w:r>
        <w:rPr>
          <w:color w:val="666666"/>
          <w:sz w:val="18"/>
        </w:rPr>
        <w:t>Rasulullah ka Hajj Haqeeqat-E-Hajj Book by Maulana Wahiduddin Khan · 41s · at 26:14 · https://youtu.be/-f0kUKfC0Wg?t=1574</w:t>
      </w:r>
    </w:p>
    <w:p>
      <w:r>
        <w:rPr>
          <w:i/>
        </w:rPr>
        <w:t>“کسی عربی کو کسی عجمی پر فضیلت نہیں”</w:t>
      </w:r>
    </w:p>
    <w:p>
      <w:r>
        <w:rPr>
          <w:sz w:val="20"/>
        </w:rPr>
        <w:t>26:14  Yahan aap ne jin baaton ka ailan farmaya un mein se yeh bhi tha: La fadla li arabi ala ajami wa la li ajami ala arabi wa la li aswada ala ahmar wa la li ahmar ala aswad illa bil taqwa.</w:t>
      </w:r>
      <w:r>
        <w:br/>
      </w:r>
      <w:r>
        <w:rPr>
          <w:sz w:val="20"/>
        </w:rPr>
        <w:t>26:32  Musnad Ahmad an Abi Nadrat. Kisi arabi ko kisi ajami par fazilat nahi</w:t>
      </w:r>
      <w:r>
        <w:br/>
      </w:r>
      <w:r>
        <w:rPr>
          <w:sz w:val="20"/>
        </w:rPr>
        <w:t>26:40  Aur kisi ajami ko kisi arabi par fazilat nahi aur kisi kale ko kisi surkh par fazilat nahi aur kisi surkh ko kisi kale par fazilat nahi.</w:t>
      </w:r>
      <w:r>
        <w:br/>
      </w:r>
      <w:r>
        <w:rPr>
          <w:sz w:val="20"/>
        </w:rPr>
        <w:t>26:51  Fazilat ka madar sirf taqwa par hai.</w:t>
      </w:r>
    </w:p>
    <w:p>
      <w:pPr>
        <w:pStyle w:val="Heading2"/>
      </w:pPr>
      <w:r>
        <w:t>Plato: true intelligence is knowing you know nothing</w:t>
      </w:r>
    </w:p>
    <w:p>
      <w:r>
        <w:rPr>
          <w:color w:val="666666"/>
          <w:sz w:val="18"/>
        </w:rPr>
        <w:t>How to Develop Pratical Wisdom May 5, 2024 · 41s · at 14:08 · https://youtu.be/QIKxtH-MyMM?t=848</w:t>
      </w:r>
    </w:p>
    <w:p>
      <w:r>
        <w:rPr>
          <w:i/>
        </w:rPr>
        <w:t>“Plato said: I know that I am intelligent because I know that I know nothing.”</w:t>
      </w:r>
    </w:p>
    <w:p>
      <w:r>
        <w:rPr>
          <w:sz w:val="20"/>
        </w:rPr>
        <w:t>14:08  Plato ne ek bari dilchasp baat kahi ke "I know that I am intelligent because I know that I know nothing." matlab yeh janne ke liye bhi ke hum intelligent hain, yeh janna parega ke hum kuch nahi jante.</w:t>
      </w:r>
      <w:r>
        <w:br/>
      </w:r>
      <w:r>
        <w:rPr>
          <w:sz w:val="20"/>
        </w:rPr>
        <w:t>14:23  matlab agar hamare andar yeh hai ke hum sab kuch jante hain, to is ka matlab hum intelligent nahi hain. to yeh bari dilchasp baat hai. to Socrates ne, Socrates ne, "Know thy self" Maulana ki ek kitab bhi hai, "Man Know Thy Self".</w:t>
      </w:r>
      <w:r>
        <w:br/>
      </w:r>
      <w:r>
        <w:rPr>
          <w:sz w:val="20"/>
        </w:rPr>
        <w:t>14:39  to is ne khud shnasi, apne aap ko pehchan, is par bohat zyada zor diya. kyunke jab tak insan apne aap ko nahi pehchanega, woh apne Rab ko bhi nahi pehchan</w:t>
      </w:r>
    </w:p>
    <w:p>
      <w:pPr>
        <w:pStyle w:val="Heading2"/>
      </w:pPr>
      <w:r>
        <w:t>defining shatm rasul as abusing the Prophet</w:t>
      </w:r>
    </w:p>
    <w:p>
      <w:r>
        <w:rPr>
          <w:color w:val="666666"/>
          <w:sz w:val="18"/>
        </w:rPr>
        <w:t>Blasphemy in Islam November 24, 2024 · 27s · at 2:57 · https://youtu.be/IjG5T6KZDxs?t=177</w:t>
      </w:r>
    </w:p>
    <w:p>
      <w:r>
        <w:rPr>
          <w:i/>
        </w:rPr>
        <w:t>“شتم ایک عربی زبان کا لفظ ہے، ابیوزنگ”</w:t>
      </w:r>
    </w:p>
    <w:p>
      <w:r>
        <w:rPr>
          <w:sz w:val="20"/>
        </w:rPr>
        <w:t>2:57  ab hum aate hain aap ke is sawal par ke "shatm-e-rasool" ka masla kya hai? shatm ek arabi zaban ka lafz hai jis ko agar aap simple english mein kehna chahen to aap keh sakte hain "abusing".</w:t>
      </w:r>
      <w:r>
        <w:br/>
      </w:r>
      <w:r>
        <w:rPr>
          <w:sz w:val="20"/>
        </w:rPr>
        <w:t>3:12  shatm-e-rasool ka matlab hua "abusing of the prophet Muhammad" aur "other prophets". aam zaban mein aap kahenge peghambar-e-islam ke mamle mein gustakhi.</w:t>
      </w:r>
    </w:p>
    <w:p>
      <w:pPr>
        <w:pStyle w:val="Heading2"/>
      </w:pPr>
      <w:r>
        <w:t>Islam as a flowing river</w:t>
      </w:r>
    </w:p>
    <w:p>
      <w:r>
        <w:rPr>
          <w:color w:val="666666"/>
          <w:sz w:val="18"/>
        </w:rPr>
        <w:t>The Concept of Ijtihad in Islam | August 13. 2007 · 1m 01s · at 6:18 · https://youtu.be/MtyTGXhdxjc?t=378</w:t>
      </w:r>
    </w:p>
    <w:p>
      <w:r>
        <w:rPr>
          <w:i/>
        </w:rPr>
        <w:t>“Situation is like a flowing river.”</w:t>
      </w:r>
    </w:p>
    <w:p>
      <w:r>
        <w:rPr>
          <w:sz w:val="20"/>
        </w:rPr>
        <w:t>6:18  is like river.</w:t>
      </w:r>
      <w:r>
        <w:br/>
      </w:r>
      <w:r>
        <w:rPr>
          <w:sz w:val="20"/>
        </w:rPr>
        <w:t>6:23  River is flowing, flowing, flowing.</w:t>
      </w:r>
      <w:r>
        <w:br/>
      </w:r>
      <w:r>
        <w:rPr>
          <w:sz w:val="20"/>
        </w:rPr>
        <w:t>6:28  There is no stop in the journey of river.</w:t>
      </w:r>
      <w:r>
        <w:br/>
      </w:r>
      <w:r>
        <w:rPr>
          <w:sz w:val="20"/>
        </w:rPr>
        <w:t>6:33  So is the human life, so is the civilization, so is the situation.</w:t>
      </w:r>
      <w:r>
        <w:br/>
      </w:r>
      <w:r>
        <w:rPr>
          <w:sz w:val="20"/>
        </w:rPr>
        <w:t>6:38  So if you stop the door of ijtihad, it means that you are making Islam as like a</w:t>
      </w:r>
      <w:r>
        <w:br/>
      </w:r>
      <w:r>
        <w:rPr>
          <w:sz w:val="20"/>
        </w:rPr>
        <w:t>6:43  Pound, P O N D pound.</w:t>
      </w:r>
      <w:r>
        <w:br/>
      </w:r>
      <w:r>
        <w:rPr>
          <w:sz w:val="20"/>
        </w:rPr>
        <w:t>6:48  It means that pond is a stagnant thing, stagnant pond.</w:t>
      </w:r>
      <w:r>
        <w:br/>
      </w:r>
      <w:r>
        <w:rPr>
          <w:sz w:val="20"/>
        </w:rPr>
        <w:t>6:54  you will make Islam as a stagnant pond.</w:t>
      </w:r>
      <w:r>
        <w:br/>
      </w:r>
      <w:r>
        <w:rPr>
          <w:sz w:val="20"/>
        </w:rPr>
        <w:t>7:00  No, you have to reapply ijtihad.</w:t>
      </w:r>
      <w:r>
        <w:br/>
      </w:r>
      <w:r>
        <w:rPr>
          <w:sz w:val="20"/>
        </w:rPr>
        <w:t>7:06  And by applying ijtihad, you will make Islam a river, a flowing river.</w:t>
      </w:r>
      <w:r>
        <w:br/>
      </w:r>
      <w:r>
        <w:rPr>
          <w:sz w:val="20"/>
        </w:rPr>
        <w:t>7:13  There is no stagnation in Islam.</w:t>
      </w:r>
    </w:p>
    <w:p>
      <w:pPr>
        <w:pStyle w:val="Heading2"/>
      </w:pPr>
      <w:r>
        <w:t>Islam permits only defensive war</w:t>
      </w:r>
    </w:p>
    <w:p>
      <w:r>
        <w:rPr>
          <w:color w:val="666666"/>
          <w:sz w:val="18"/>
        </w:rPr>
        <w:t>Conciliatory Approach vs Confrontational Approach March 21, 2010 Maulana Wahiduddin Khan · 29s · at 1:14:52 · https://youtu.be/GTMfVIxatRM?t=4492</w:t>
      </w:r>
    </w:p>
    <w:p>
      <w:r>
        <w:rPr>
          <w:i/>
        </w:rPr>
        <w:t>“Islam mein sirf defense war hai, koi doosri war nahi”</w:t>
      </w:r>
    </w:p>
    <w:p>
      <w:r>
        <w:rPr>
          <w:sz w:val="20"/>
        </w:rPr>
        <w:t>1:14:52  woh to yeh hai ke mujhe toheed ki baat kehtay rehna hai, kehtay rehna hai, kehtay rehna hai. main kisi tareeqay se is ko chhodunga nahi. is ka jang se kya talluq? nahi. ab baat ko jo jang hui hai, woh defense mein hui hai.</w:t>
      </w:r>
      <w:r>
        <w:br/>
      </w:r>
      <w:r>
        <w:rPr>
          <w:sz w:val="20"/>
        </w:rPr>
        <w:t>1:15:05  main ne bar bar yeh baat yahan kahi hai ke Islam mein sirf defense war hai, koi doosri war nahi hai. sirf defense war hai.</w:t>
      </w:r>
      <w:r>
        <w:br/>
      </w:r>
      <w:r>
        <w:rPr>
          <w:sz w:val="20"/>
        </w:rPr>
        <w:t>1:15:14  woh bhi is waqt hai jab ke jab ke is ko avoid karnay ki har koshish nakaam ho gayi. woh har ko</w:t>
      </w:r>
    </w:p>
    <w:p>
      <w:pPr>
        <w:pStyle w:val="Heading2"/>
      </w:pPr>
      <w:r>
        <w:t>As-Sulhu Khair: peace is better than confrontation</w:t>
      </w:r>
    </w:p>
    <w:p>
      <w:r>
        <w:rPr>
          <w:color w:val="666666"/>
          <w:sz w:val="18"/>
        </w:rPr>
        <w:t>A Brief Survey of Islamic History (Eng) February 15, 2007 · 49s · at 1:09:12 · https://youtu.be/MdRtdA99UlA?t=4152</w:t>
      </w:r>
    </w:p>
    <w:p>
      <w:r>
        <w:rPr>
          <w:i/>
        </w:rPr>
        <w:t>“As-Sulhu Khair — peace is better.”</w:t>
      </w:r>
    </w:p>
    <w:p>
      <w:r>
        <w:rPr>
          <w:sz w:val="20"/>
        </w:rPr>
        <w:t>1:09:12  This principle is given in the Qur'an in these words: "As-Sulhu Khair." "As-Sulhu Khair" means peace is good.</w:t>
      </w:r>
      <w:r>
        <w:br/>
      </w:r>
      <w:r>
        <w:rPr>
          <w:sz w:val="20"/>
        </w:rPr>
        <w:t>1:09:25  Peace is better. It means that when there is a confrontation, when there is a problem, you have to adopt a peaceful method rather than a confrontational method.</w:t>
      </w:r>
      <w:r>
        <w:br/>
      </w:r>
      <w:r>
        <w:rPr>
          <w:sz w:val="20"/>
        </w:rPr>
        <w:t>1:09:44  So, in Makkah at that time, there were two options for the prophet: one opting for the confrontational method and the second to migrate from Makkah.</w:t>
      </w:r>
    </w:p>
    <w:p>
      <w:pPr>
        <w:pStyle w:val="Heading2"/>
      </w:pPr>
      <w:r>
        <w:t>Preventing habits by conscious check</w:t>
      </w:r>
    </w:p>
    <w:p>
      <w:r>
        <w:rPr>
          <w:color w:val="666666"/>
          <w:sz w:val="18"/>
        </w:rPr>
        <w:t>The Art of Life Management December 24, 2006 · 51s · at 15:29 · https://youtu.be/0oYFP8xwEW0?t=929</w:t>
      </w:r>
    </w:p>
    <w:p>
      <w:r>
        <w:rPr>
          <w:i/>
        </w:rPr>
        <w:t>“Pehle din aap karte hain to thoda sa ehsas hota hai”</w:t>
      </w:r>
    </w:p>
    <w:p>
      <w:r>
        <w:rPr>
          <w:sz w:val="20"/>
        </w:rPr>
        <w:t>15:29  to yaad rakhiye adat ka ka jo falsafa hai woh yeh hai ke pehle din ek kaam aap karte hain to thora sa ehsas hota hai kya ke main ghalt kaam kiya.</w:t>
      </w:r>
      <w:r>
        <w:br/>
      </w:r>
      <w:r>
        <w:rPr>
          <w:sz w:val="20"/>
        </w:rPr>
        <w:t>15:40  jaise maine abhi kaha ke beech mein kai log kyun bole. to yeh kya hoga? yeh bhi ek adat hai. ke majlison mein aap baithte hain. har aadmi bolne lagta hai.</w:t>
      </w:r>
      <w:r>
        <w:br/>
      </w:r>
      <w:r>
        <w:rPr>
          <w:sz w:val="20"/>
        </w:rPr>
        <w:t>15:49  main hi bol raha hoon, wohi bol rahe hain. to bolte bolte chounke aap ne check nahi kiya pehle din. to conscious mind se nikal ke woh chali gayi unconscious mind</w:t>
      </w:r>
      <w:r>
        <w:br/>
      </w:r>
      <w:r>
        <w:rPr>
          <w:sz w:val="20"/>
        </w:rPr>
        <w:t>15:59  mein. yani doosre alfaaz mein woh adat ban gayi aap ki, adat ban gayi. to aap mamool ke tareeqe mein karne lagte hain us ko. aap ko ehsas nahi hota ke main ghalt kar raha hoon koi kaam.</w:t>
      </w:r>
      <w:r>
        <w:br/>
      </w:r>
      <w:r>
        <w:rPr>
          <w:sz w:val="20"/>
        </w:rPr>
        <w:t>16:09  halanke agar aap sochein to bohat ghalt maloom hoga ke yeh kya tareeqa hai. ke pooch lein ek aadmi se, bolein sab log. lekin woh adat ban chuki hai. to bohat ziyada zaroori hai is baat ko samjhiye.</w:t>
      </w:r>
    </w:p>
    <w:p>
      <w:pPr>
        <w:pStyle w:val="Heading2"/>
      </w:pPr>
      <w:r>
        <w:t>Urgency: there is no time left to waste</w:t>
      </w:r>
    </w:p>
    <w:p>
      <w:r>
        <w:rPr>
          <w:color w:val="666666"/>
          <w:sz w:val="18"/>
        </w:rPr>
        <w:t>Global Warming Divine Warning October 7, 2009 Maulana Wahiduddin Khan · 22s · at 7:51 · https://youtu.be/BaTfAGzuUdc?t=471</w:t>
      </w:r>
    </w:p>
    <w:p>
      <w:r>
        <w:rPr>
          <w:i/>
        </w:rPr>
        <w:t>“There is no time, no time”</w:t>
      </w:r>
    </w:p>
    <w:p>
      <w:r>
        <w:rPr>
          <w:sz w:val="20"/>
        </w:rPr>
        <w:t>7:51  you have to take this as a sole concern, because time is, because there is no time.</w:t>
      </w:r>
      <w:r>
        <w:br/>
      </w:r>
      <w:r>
        <w:rPr>
          <w:sz w:val="20"/>
        </w:rPr>
        <w:t>8:01  there is no time.</w:t>
      </w:r>
      <w:r>
        <w:br/>
      </w:r>
      <w:r>
        <w:rPr>
          <w:sz w:val="20"/>
        </w:rPr>
        <w:t>8:05  so we have to be very very active in this field.</w:t>
      </w:r>
    </w:p>
    <w:p>
      <w:pPr>
        <w:pStyle w:val="Heading2"/>
      </w:pPr>
      <w:r>
        <w:t>Isal-e-Sawab has no basis in real Islam</w:t>
      </w:r>
    </w:p>
    <w:p>
      <w:r>
        <w:rPr>
          <w:color w:val="666666"/>
          <w:sz w:val="18"/>
        </w:rPr>
        <w:t>Art of Crisis Management October 3, 2010 · 26s · at 1:00:16 · https://youtu.be/sKdyThFThXo?t=3616</w:t>
      </w:r>
    </w:p>
    <w:p>
      <w:r>
        <w:rPr>
          <w:i/>
        </w:rPr>
        <w:t>“Isal-e-Sawab ka concept Musalmano ka rawaj hai”</w:t>
      </w:r>
    </w:p>
    <w:p>
      <w:r>
        <w:rPr>
          <w:sz w:val="20"/>
        </w:rPr>
        <w:t>1:00:16  dekhiye, esal-e-sawab ka jo concept hai, yeh musalmanon ka riwaj hai, islam say is ka koi talluq nahin, yeh hai hi nahin.</w:t>
      </w:r>
      <w:r>
        <w:br/>
      </w:r>
      <w:r>
        <w:rPr>
          <w:sz w:val="20"/>
        </w:rPr>
        <w:t>1:00:27  esal-e-sawab ka lafz hi aik baat ko paida hua, quran mein na yeh lafz hai, na hadith mein yeh lafz hai. yeh to daur-e-zawaal mein musalmanon nay nikal rakha hai, yeh sab esal-e-sawab,</w:t>
      </w:r>
      <w:r>
        <w:br/>
      </w:r>
      <w:r>
        <w:rPr>
          <w:sz w:val="20"/>
        </w:rPr>
        <w:t>1:00:41  yeh hai hi nahin islam mein.</w:t>
      </w:r>
    </w:p>
    <w:p>
      <w:pPr>
        <w:pStyle w:val="Heading2"/>
      </w:pPr>
      <w:r>
        <w:t>History as the greatest asset</w:t>
      </w:r>
    </w:p>
    <w:p>
      <w:r>
        <w:rPr>
          <w:color w:val="666666"/>
          <w:sz w:val="18"/>
        </w:rPr>
        <w:t>The Importance of Wisdom I November 4, 2012 Maulana Wahiduddin Khan · 29s · at 7:53 · https://youtu.be/RpFboW7i_P4?t=473</w:t>
      </w:r>
    </w:p>
    <w:p>
      <w:r>
        <w:rPr>
          <w:i/>
        </w:rPr>
        <w:t>“Dekhiye, sab se bada asset kisi ke liye kya hai?”</w:t>
      </w:r>
    </w:p>
    <w:p>
      <w:r>
        <w:rPr>
          <w:sz w:val="20"/>
        </w:rPr>
        <w:t>7:53  dekhiye, sab se bara asset kisi ke liye kiya hai? is ka, is ki jo tareekh hai jo us ne banai hai. aap paida hotay hain, phir kisi mahaul mein rehte hain, parhte hain, amal karte hain, woh sab jama hota rehta hai aap ke record mein.</w:t>
      </w:r>
      <w:r>
        <w:br/>
      </w:r>
      <w:r>
        <w:rPr>
          <w:sz w:val="20"/>
        </w:rPr>
        <w:t>8:11  woh sab mil kar ke ek shakhs bante hain. aap jaise aap jab lete hain ek naam ke mahatma gandhi, to mahatma gandhi ke lafz mein poori history jama hai.</w:t>
      </w:r>
    </w:p>
    <w:p>
      <w:pPr>
        <w:pStyle w:val="Heading2"/>
      </w:pPr>
      <w:r>
        <w:t>Quran used for pride not guidance</w:t>
      </w:r>
    </w:p>
    <w:p>
      <w:r>
        <w:rPr>
          <w:color w:val="666666"/>
          <w:sz w:val="18"/>
        </w:rPr>
        <w:t>Prophetic Example | April 06, 2014 | Maulana Wahiduddin Khan · 30s · at 39:31 · https://youtu.be/zTVjTJbStUU?t=2371</w:t>
      </w:r>
    </w:p>
    <w:p>
      <w:r>
        <w:rPr>
          <w:i/>
        </w:rPr>
        <w:t>“Aaj ke musalmanon ke liye Quran kitab fakhr bana bana hua hai”</w:t>
      </w:r>
    </w:p>
    <w:p>
      <w:r>
        <w:rPr>
          <w:sz w:val="20"/>
        </w:rPr>
        <w:t>39:31  aaj ke musalmanon ke liye quran kitab fakhar bana bana hua hai kitab hidayat nahi hai.</w:t>
      </w:r>
      <w:r>
        <w:br/>
      </w:r>
      <w:r>
        <w:rPr>
          <w:sz w:val="20"/>
        </w:rPr>
        <w:t>39:37  yeh hai wahid wajah jis ki wajah se musalmanon ko ka yeh haal ho raha hai ke jo</w:t>
      </w:r>
      <w:r>
        <w:br/>
      </w:r>
      <w:r>
        <w:rPr>
          <w:sz w:val="20"/>
        </w:rPr>
        <w:t>39:43  jo ke aap jante hain.</w:t>
      </w:r>
      <w:r>
        <w:br/>
      </w:r>
      <w:r>
        <w:rPr>
          <w:sz w:val="20"/>
        </w:rPr>
        <w:t>39:49  ab mein aap ko aik aur peghambar ki misaal deta hoon.</w:t>
      </w:r>
      <w:r>
        <w:br/>
      </w:r>
      <w:r>
        <w:rPr>
          <w:sz w:val="20"/>
        </w:rPr>
        <w:t>39:55  hazrat moosa ki misaal lijiey. hazrat</w:t>
      </w:r>
    </w:p>
    <w:p>
      <w:pPr>
        <w:pStyle w:val="Heading2"/>
      </w:pPr>
      <w:r>
        <w:t>Prophetic wisdom on lost vs present</w:t>
      </w:r>
    </w:p>
    <w:p>
      <w:r>
        <w:rPr>
          <w:color w:val="666666"/>
          <w:sz w:val="18"/>
        </w:rPr>
        <w:t>Trust in God | February 05, 2017 · 30s · at 36:46 · https://youtu.be/khPS-kyRILc?t=2206</w:t>
      </w:r>
    </w:p>
    <w:p>
      <w:r>
        <w:rPr>
          <w:i/>
        </w:rPr>
        <w:t>“یعنی کھوئے ہوئے کو بلانا اور ملے ہوئے پر فوکس کرنا”</w:t>
      </w:r>
    </w:p>
    <w:p>
      <w:r>
        <w:rPr>
          <w:sz w:val="20"/>
        </w:rPr>
        <w:t>36:46  yaani khoye hue ko bhulana aur mile hue par focus karna, yeh prophetic wisdom hai yeh. maine aap, aap, aap survey kijiye. har musalman donald trump ke khilaaf bolta hua mile ga aap ko. koi yeh nahi kehta mile ga aap ko ke amreeka mein sau saal se hum khoob aaram se reh rahe thay, abhi bhi reh rahe hain. bare bare masjidain, bare bare barkat, bare bare adaray. to</w:t>
      </w:r>
    </w:p>
    <w:p>
      <w:pPr>
        <w:pStyle w:val="Heading2"/>
      </w:pPr>
      <w:r>
        <w:t>Quran and Hadith prove Muhammad is the final prophet</w:t>
      </w:r>
    </w:p>
    <w:p>
      <w:r>
        <w:rPr>
          <w:color w:val="666666"/>
          <w:sz w:val="18"/>
        </w:rPr>
        <w:t>Why was Muhammad The Last Prophet March 25, 2007 · 41s · at 6:03 · https://youtu.be/iPBd0i_xtnA?t=363</w:t>
      </w:r>
    </w:p>
    <w:p>
      <w:r>
        <w:rPr>
          <w:i/>
        </w:rPr>
        <w:t>“وَخَاتَمُ النَّبِيِّينَ — محمد کے بعد کوئی نبی نہیں”</w:t>
      </w:r>
    </w:p>
    <w:p>
      <w:r>
        <w:rPr>
          <w:sz w:val="20"/>
        </w:rPr>
        <w:t>6:03  aat hai. prophet Muhammad ke baad koi aur prophet nahi aayega. yeh quran se aur hadees se sabit hai. quran mein hai ke wa lakin ar rasoolu allahi wa khatamun nabiyyeen yani Muhammad jo hain,</w:t>
      </w:r>
      <w:r>
        <w:br/>
      </w:r>
      <w:r>
        <w:rPr>
          <w:sz w:val="20"/>
        </w:rPr>
        <w:t>6:20  woh sirf rasool nahi hain balkeh woh khatam un nabiyyeen bhi hain. yani aap ka... aap par nabiyon ka aana band ho gaya, khatam ho gaya.</w:t>
      </w:r>
      <w:r>
        <w:br/>
      </w:r>
      <w:r>
        <w:rPr>
          <w:sz w:val="20"/>
        </w:rPr>
        <w:t>6:32  hadees mein bhi yeh baat hai ke khutima biya an nabuwatu mere upar nabuwwat khatam ho gayi. la nabiyya ba'di mere baad koi nabi nahi.</w:t>
      </w:r>
    </w:p>
    <w:p>
      <w:pPr>
        <w:pStyle w:val="Heading2"/>
      </w:pPr>
      <w:r>
        <w:t>Question of who to follow when model lost</w:t>
      </w:r>
    </w:p>
    <w:p>
      <w:r>
        <w:rPr>
          <w:color w:val="666666"/>
          <w:sz w:val="18"/>
        </w:rPr>
        <w:t>The Untold Story of Islam April 16, 2006 Maulana Wahiduddin Khan · 22s · at 12:39 · https://youtu.be/CtVOh0F_LLc?t=759</w:t>
      </w:r>
    </w:p>
    <w:p>
      <w:r>
        <w:rPr>
          <w:i/>
        </w:rPr>
        <w:t>“Woh koun hai jis ke jaisa hum banne ki koshish karein?”</w:t>
      </w:r>
    </w:p>
    <w:p>
      <w:r>
        <w:rPr>
          <w:sz w:val="20"/>
        </w:rPr>
        <w:t>12:39  woh kaun hai jis ke jaisa hum banne ki koshish karein? woh koi nahi raha. kyunke jo model tha, woh model to khudai ke darje mein aa gaya.</w:t>
      </w:r>
      <w:r>
        <w:br/>
      </w:r>
      <w:r>
        <w:rPr>
          <w:sz w:val="20"/>
        </w:rPr>
        <w:t>12:49  woh to fauq-ul-bashar ya super human being ban gaya. yeh hai Islam ka strange ho jana.</w:t>
      </w:r>
    </w:p>
    <w:p>
      <w:pPr>
        <w:pStyle w:val="Heading2"/>
      </w:pPr>
      <w:r>
        <w:t>Meaning of 'derailment' as a train leaving its track</w:t>
      </w:r>
    </w:p>
    <w:p>
      <w:r>
        <w:rPr>
          <w:color w:val="666666"/>
          <w:sz w:val="18"/>
        </w:rPr>
        <w:t>Role Of Ikhwan-e-Rasool 2 April 2011 · 43s · at 13:12 · https://youtu.be/I9Tc1YwhAkA?t=792</w:t>
      </w:r>
    </w:p>
    <w:p>
      <w:r>
        <w:rPr>
          <w:i/>
        </w:rPr>
        <w:t>“Derailment ka lafz bohot acha hai”</w:t>
      </w:r>
    </w:p>
    <w:p>
      <w:r>
        <w:rPr>
          <w:sz w:val="20"/>
        </w:rPr>
        <w:t>13:12  kyunke har derailment jo hai woh kisi shakhsiyat se wabasta hota hai. derailment apne aap nahi hota. koi shakhs hota hai, koi afraad hote hain, koi group hota hai jo derail karta hai.</w:t>
      </w:r>
      <w:r>
        <w:br/>
      </w:r>
      <w:r>
        <w:rPr>
          <w:sz w:val="20"/>
        </w:rPr>
        <w:t>13:27  derailment ka lafz bohat acha hai.</w:t>
      </w:r>
      <w:r>
        <w:br/>
      </w:r>
      <w:r>
        <w:rPr>
          <w:sz w:val="20"/>
        </w:rPr>
        <w:t>13:30  aap jante hain rail jo hoti hai yani gaadi, train, patri par chalti hai. to patri se kabhi hat jaye to us ko kehte hain derailment. yani gaadi jo hai uska engine, train, hat jaye patri se to us ko kehte hain derailment.</w:t>
      </w:r>
      <w:r>
        <w:br/>
      </w:r>
      <w:r>
        <w:rPr>
          <w:sz w:val="20"/>
        </w:rPr>
        <w:t>13:46  yeh bohat hi acha lafz hai yeh. to sirat-e-mustaqeem ki patri se hat jana. hatta hai kin ke zariye se? shakhsiyaat ke zariye se.</w:t>
      </w:r>
    </w:p>
    <w:p>
      <w:pPr>
        <w:pStyle w:val="Heading2"/>
      </w:pPr>
      <w:r>
        <w:t>success is the art of the possible</w:t>
      </w:r>
    </w:p>
    <w:p>
      <w:r>
        <w:rPr>
          <w:color w:val="666666"/>
          <w:sz w:val="18"/>
        </w:rPr>
        <w:t>Prophetic Wisdom November 13, 2022 · 25s · at 13:28 · https://youtu.be/EUFD21PtjwM?t=808</w:t>
      </w:r>
    </w:p>
    <w:p>
      <w:r>
        <w:rPr>
          <w:i/>
        </w:rPr>
        <w:t>“Success is the art of the possible”</w:t>
      </w:r>
    </w:p>
    <w:p>
      <w:r>
        <w:rPr>
          <w:sz w:val="20"/>
        </w:rPr>
        <w:t>13:28  aur namumkinat ke peeche mat jayen. woh kehte hain na ke Politics is the art of the possible. ji. to yeh har cheez mein politics ke bare mein yeh kaha gaya hai, lekin har mamle mein yahi hai ke Success is the art of the possible.</w:t>
      </w:r>
      <w:r>
        <w:br/>
      </w:r>
      <w:r>
        <w:rPr>
          <w:sz w:val="20"/>
        </w:rPr>
        <w:t>13:42  kisi</w:t>
      </w:r>
      <w:r>
        <w:br/>
      </w:r>
      <w:r>
        <w:rPr>
          <w:sz w:val="20"/>
        </w:rPr>
        <w:t>13:43  bhi mamle mein agar aap possible ko le kar aage badhenge, tab aap ko success milegi. aur yeh mat samjhiye ke hamesha ke liye hum status quoist ban jayenge.</w:t>
      </w:r>
    </w:p>
    <w:p>
      <w:pPr>
        <w:pStyle w:val="Heading2"/>
      </w:pPr>
      <w:r>
        <w:t>Prophet's morning prayer on universal brotherhood</w:t>
      </w:r>
    </w:p>
    <w:p>
      <w:r>
        <w:rPr>
          <w:color w:val="666666"/>
          <w:sz w:val="18"/>
        </w:rPr>
        <w:t>Islam In the light of its Scriptures (English) February 22, 2007 · 44s · at 40:22 · https://youtu.be/SoxJ9awANEQ?t=2422</w:t>
      </w:r>
    </w:p>
    <w:p>
      <w:r>
        <w:rPr>
          <w:i/>
        </w:rPr>
        <w:t>“O God, I bear witness all men and women are siblings”</w:t>
      </w:r>
    </w:p>
    <w:p>
      <w:r>
        <w:rPr>
          <w:sz w:val="20"/>
        </w:rPr>
        <w:t>40:22  islam. the prophet used to rise early in morning and say in his prayer, his morning prayer: "allah mashhad an al ibad kull ikhwa.</w:t>
      </w:r>
      <w:r>
        <w:br/>
      </w:r>
      <w:r>
        <w:rPr>
          <w:sz w:val="20"/>
        </w:rPr>
        <w:t>40:41  " o god, i bear witness that all men and women are sisters and brothers</w:t>
      </w:r>
      <w:r>
        <w:br/>
      </w:r>
      <w:r>
        <w:rPr>
          <w:sz w:val="20"/>
        </w:rPr>
        <w:t>40:53  which each other. this is the universal aspect of islam . islam is a universal religion.</w:t>
      </w:r>
    </w:p>
    <w:p>
      <w:pPr>
        <w:pStyle w:val="Heading2"/>
      </w:pPr>
      <w:r>
        <w:t>The meaning behind the name Aisha</w:t>
      </w:r>
    </w:p>
    <w:p>
      <w:r>
        <w:rPr>
          <w:color w:val="666666"/>
          <w:sz w:val="18"/>
        </w:rPr>
        <w:t>The Story of Hazrat Aishah January 29, 2023 · 46s · at 2:03 · https://youtu.be/JvCeNobW-Wk?t=123</w:t>
      </w:r>
    </w:p>
    <w:p>
      <w:r>
        <w:rPr>
          <w:i/>
        </w:rPr>
        <w:t>“Yeh jo word Aisha hai, iske maayne hain alive”</w:t>
      </w:r>
    </w:p>
    <w:p>
      <w:r>
        <w:rPr>
          <w:sz w:val="20"/>
        </w:rPr>
        <w:t>2:03  to yeh jo word Aisha hai, iske maayne hote hain alive ya to live, literal meaning. aur bahut saare aur bhi naam the ya alqab the, nicknames</w:t>
      </w:r>
      <w:r>
        <w:br/>
      </w:r>
      <w:r>
        <w:rPr>
          <w:sz w:val="20"/>
        </w:rPr>
        <w:t>2:20  the Hazrat Aisha razi Allahu anha ka. ek to wohi hai jo Quran mein aaya hai, Ummahat al-Mu'minin. Umm al-Mu'minin kaha jata tha, mother of the believers. aur ek naam tha As-Siddiqah. As-Siddiqah ka matlab hai truthful. to is tarah bhi kaha jata tha, As-Siddiqah bint As-Siddiq, yaani the truthful woman, daughter of the truthful man yaani Hazrat</w:t>
      </w:r>
    </w:p>
    <w:p>
      <w:pPr>
        <w:pStyle w:val="Heading2"/>
      </w:pPr>
      <w:r>
        <w:t>Prophet's famous line defending his love for Aisha</w:t>
      </w:r>
    </w:p>
    <w:p>
      <w:r>
        <w:rPr>
          <w:color w:val="666666"/>
          <w:sz w:val="18"/>
        </w:rPr>
        <w:t>The Story of Hazrat Aishah January 29, 2023 · 55s · at 50:11 · https://youtu.be/JvCeNobW-Wk?t=3011</w:t>
      </w:r>
    </w:p>
    <w:p>
      <w:r>
        <w:rPr>
          <w:i/>
        </w:rPr>
        <w:t>“Ya Umm Salama, don't hurt me regarding Aisha”</w:t>
      </w:r>
    </w:p>
    <w:p>
      <w:r>
        <w:rPr>
          <w:sz w:val="20"/>
        </w:rPr>
        <w:t>50:11  to prophet ne bari zabardast baat kahi ji bole ya umme salma la tuzini fi ayesha a umme salma don't hurt me in regard to ayesha wallah ma nazala alaihi al-wahy ke khuda ki qasam wahy sirf us waqt nazil hoti hai</w:t>
      </w:r>
      <w:r>
        <w:br/>
      </w:r>
      <w:r>
        <w:rPr>
          <w:sz w:val="20"/>
        </w:rPr>
        <w:t>50:38  wa'ana fi lihaafi imraatin minkun ghairah ke jo khuda jo quran ki wahy hai woh sirf us waqt nazil hoti hai jab mein ayesha ke sath rehta hoon aur kisi ke sath jab rehta hoon to quran ki wahy nahi ati to jab hazrat umme salma ne suna ke ah allah taala wahy quran ki jo hai woh hazrat ayesha ke ghar mein bhejta hai to woh ek dum chup ho gayin</w:t>
      </w:r>
    </w:p>
    <w:p>
      <w:pPr>
        <w:pStyle w:val="Heading2"/>
      </w:pPr>
      <w:r>
        <w:t>Religion and worldly life: separate yet connected</w:t>
      </w:r>
    </w:p>
    <w:p>
      <w:r>
        <w:rPr>
          <w:color w:val="666666"/>
          <w:sz w:val="18"/>
        </w:rPr>
        <w:t>Islam and Science March 18, 2014 Maulana Wahiduddin Khan · 34s · at 16:10 · https://youtu.be/DCcqcQwpYWg?t=970</w:t>
      </w:r>
    </w:p>
    <w:p>
      <w:r>
        <w:rPr>
          <w:i/>
        </w:rPr>
        <w:t>“دین اور دنیا ایک اعتبار سے الگ بھی ہیں، دوسرے اعتبار سے جڑے بھی ہیں”</w:t>
      </w:r>
    </w:p>
    <w:p>
      <w:r>
        <w:rPr>
          <w:sz w:val="20"/>
        </w:rPr>
        <w:t>16:10  Deen aur dunya aik aitbar se alag bhi hain, doosray aitbar se juray hue bhi hain. Yani jo iska fanni pehlu hai, uske aitbar se alag hai.</w:t>
      </w:r>
      <w:r>
        <w:br/>
      </w:r>
      <w:r>
        <w:rPr>
          <w:sz w:val="20"/>
        </w:rPr>
        <w:t>16:21  lekin iska jo value ke pehlu hai, iqdar ka pehlu, usoolon ka pehlu, us aitbar se woh deen ka mozu hai.</w:t>
      </w:r>
      <w:r>
        <w:br/>
      </w:r>
      <w:r>
        <w:rPr>
          <w:sz w:val="20"/>
        </w:rPr>
        <w:t>16:31  Is tarah dekhiye, koi takrao nahi hoga. Koi takrao nahi hoga. Aur tamam shobay jo hain, jin ko hum duniyavi shobay kehtay hain, woh taraqqi kartay rahengay.</w:t>
      </w:r>
    </w:p>
    <w:p>
      <w:pPr>
        <w:pStyle w:val="Heading2"/>
      </w:pPr>
      <w:r>
        <w:t>give to Caesar, give to God quote</w:t>
      </w:r>
    </w:p>
    <w:p>
      <w:r>
        <w:rPr>
          <w:color w:val="666666"/>
          <w:sz w:val="18"/>
        </w:rPr>
        <w:t>Prophetic Guidance in the Quran (English) June 18, 2007 · 44s · at 52:08 · https://youtu.be/E2Iz1yfXw-g?t=3128</w:t>
      </w:r>
    </w:p>
    <w:p>
      <w:r>
        <w:rPr>
          <w:i/>
        </w:rPr>
        <w:t>“Give to Caesar what is due to Caesar.”</w:t>
      </w:r>
    </w:p>
    <w:p>
      <w:r>
        <w:rPr>
          <w:sz w:val="20"/>
        </w:rPr>
        <w:t>52:07  what</w:t>
      </w:r>
      <w:r>
        <w:br/>
      </w:r>
      <w:r>
        <w:rPr>
          <w:sz w:val="20"/>
        </w:rPr>
        <w:t>52:08  to do?" he said that: "give to Caesar what is due to Caesar, and give to God what is due to God." this was the teaching of Prophet Jesus:</w:t>
      </w:r>
      <w:r>
        <w:br/>
      </w:r>
      <w:r>
        <w:rPr>
          <w:sz w:val="20"/>
        </w:rPr>
        <w:t>52:25  "give to Caesar what is due to Caesar, and give to God what is</w:t>
      </w:r>
      <w:r>
        <w:br/>
      </w:r>
      <w:r>
        <w:rPr>
          <w:sz w:val="20"/>
        </w:rPr>
        <w:t>52:30  due to God." it means that: "don't go, don't, don't confront with with king Roman king.</w:t>
      </w:r>
      <w:r>
        <w:br/>
      </w:r>
      <w:r>
        <w:rPr>
          <w:sz w:val="20"/>
        </w:rPr>
        <w:t>52:43  don't fight with Roman king, but avoid Roman kings.</w:t>
      </w:r>
    </w:p>
    <w:p>
      <w:pPr>
        <w:pStyle w:val="Heading2"/>
      </w:pPr>
      <w:r>
        <w:t>Death is not negative, it precedes meeting God</w:t>
      </w:r>
    </w:p>
    <w:p>
      <w:r>
        <w:rPr>
          <w:color w:val="666666"/>
          <w:sz w:val="18"/>
        </w:rPr>
        <w:t>Hajj In the Footsteps of Prophet Ibrahim June 16, 2024 · 28s · at 1:09:58 · https://youtu.be/wAMsw43dhmg?t=4198</w:t>
      </w:r>
    </w:p>
    <w:p>
      <w:r>
        <w:rPr>
          <w:i/>
        </w:rPr>
        <w:t>“It should not be taken as negative, death precedes meeting Allah”</w:t>
      </w:r>
    </w:p>
    <w:p>
      <w:r>
        <w:rPr>
          <w:sz w:val="20"/>
        </w:rPr>
        <w:t>1:09:58  It should not be taken as negative. As Hazrat Aisha also rightly said that death precedes meeting a with Allah. To woh to lamha sab logon ke liye ek sabse achha lamha hoga. To yeh kitab "Maut ki Yaad" isko main doctor sahab ko request karunga ke woh usko launch karein. Zaroor, aapne bahut achhi hadees abhi batai ke "demolisher of pleasure". Hadim lazzat al mau</w:t>
      </w:r>
    </w:p>
    <w:p>
      <w:pPr>
        <w:pStyle w:val="Heading2"/>
      </w:pPr>
      <w:r>
        <w:t>Second audience may be better than first</w:t>
      </w:r>
    </w:p>
    <w:p>
      <w:r>
        <w:rPr>
          <w:color w:val="666666"/>
          <w:sz w:val="18"/>
        </w:rPr>
        <w:t>From Superstition to Science April 19, 2009 Maulana Wahiduddin Khan · 1m 04s · at 4:47 · https://youtu.be/yg7PEiA87V0?t=287</w:t>
      </w:r>
    </w:p>
    <w:p>
      <w:r>
        <w:rPr>
          <w:i/>
        </w:rPr>
        <w:t>“Falyubligh al-shahid al-gha'ib”</w:t>
      </w:r>
    </w:p>
    <w:p>
      <w:r>
        <w:rPr>
          <w:sz w:val="20"/>
        </w:rPr>
        <w:t>4:47  is waqt aap ne ek bohat hi anokhi baat kahi thi. aap ne farmaya tha ke falyuballigh ash shahidu al ghāib.</w:t>
      </w:r>
      <w:r>
        <w:br/>
      </w:r>
      <w:r>
        <w:rPr>
          <w:sz w:val="20"/>
        </w:rPr>
        <w:t>5:00  fa ruba muballigh awgam sāmi'īn.</w:t>
      </w:r>
      <w:r>
        <w:br/>
      </w:r>
      <w:r>
        <w:rPr>
          <w:sz w:val="20"/>
        </w:rPr>
        <w:t>5:06  jo yahan hain woh un tak pohancha dein jo yahan nahi hain.</w:t>
      </w:r>
      <w:r>
        <w:br/>
      </w:r>
      <w:r>
        <w:rPr>
          <w:sz w:val="20"/>
        </w:rPr>
        <w:t>5:17  jo yahan hazir hain woh un tak pohancha dein jo yahan maujood nahi hain. phir aap ne farmaya fa ruba muballigh awgam sāmi'īn.</w:t>
      </w:r>
      <w:r>
        <w:br/>
      </w:r>
      <w:r>
        <w:rPr>
          <w:sz w:val="20"/>
        </w:rPr>
        <w:t>5:33  kyunke bohat se woh log jin tak pohanchaya jaye woh zyada samajh pate hain kisi baat ko un se jinho ne pohanchaya.</w:t>
      </w:r>
    </w:p>
    <w:p>
      <w:pPr>
        <w:pStyle w:val="Heading2"/>
      </w:pPr>
      <w:r>
        <w:t>Fatwa on Sania Mirza's dress called nonsense</w:t>
      </w:r>
    </w:p>
    <w:p>
      <w:r>
        <w:rPr>
          <w:color w:val="666666"/>
          <w:sz w:val="18"/>
        </w:rPr>
        <w:t>Role of Islam in History April 5, 2009 · 42s · at 1:07:56 · https://youtu.be/_chXIaKrOH8?t=4076</w:t>
      </w:r>
    </w:p>
    <w:p>
      <w:r>
        <w:rPr>
          <w:i/>
        </w:rPr>
        <w:t>“Some mufti issued a fatwa on Sania Mirza's dress”</w:t>
      </w:r>
    </w:p>
    <w:p>
      <w:r>
        <w:rPr>
          <w:sz w:val="20"/>
        </w:rPr>
        <w:t>1:07:56  it is impossible. Some mufti issued fatwa that the dress of Sania Mirza is un Islamic. It is nonsense.</w:t>
      </w:r>
      <w:r>
        <w:br/>
      </w:r>
      <w:r>
        <w:rPr>
          <w:sz w:val="20"/>
        </w:rPr>
        <w:t>1:08:06  you cannot start from this fatwa. No mufti was, no mufti bother to take appointment and preach the Islamic trust to Sania Mirza.</w:t>
      </w:r>
      <w:r>
        <w:br/>
      </w:r>
      <w:r>
        <w:rPr>
          <w:sz w:val="20"/>
        </w:rPr>
        <w:t>1:08:19  simply they issue a fatwa. It is nonsense.</w:t>
      </w:r>
      <w:r>
        <w:br/>
      </w:r>
      <w:r>
        <w:rPr>
          <w:sz w:val="20"/>
        </w:rPr>
        <w:t>1:08:25  so if you want to, if you want to, if you want to bring about change in dress, first of all, you have to bring about change in the mind, in the thinking.</w:t>
      </w:r>
    </w:p>
    <w:p>
      <w:pPr>
        <w:pStyle w:val="Heading2"/>
      </w:pPr>
      <w:r>
        <w:t>Total human freedom and its potential misuse</w:t>
      </w:r>
    </w:p>
    <w:p>
      <w:r>
        <w:rPr>
          <w:color w:val="666666"/>
          <w:sz w:val="18"/>
        </w:rPr>
        <w:t>Divine Nature November 29, 2015 · 24s · at 21:49 · https://youtu.be/iRBCWfId-0U?t=1309</w:t>
      </w:r>
    </w:p>
    <w:p>
      <w:r>
        <w:rPr>
          <w:i/>
        </w:rPr>
        <w:t>“Allah ne insan ko total freedom di hai”</w:t>
      </w:r>
    </w:p>
    <w:p>
      <w:r>
        <w:rPr>
          <w:sz w:val="20"/>
        </w:rPr>
        <w:t>21:49  Is ki wajah hai ke insan ne Allah taala ne insan ko aazad banaya hai. Azadi di hai. Total freedom. To total freedom ki wajah se woh freedom ko misuse bhi karta hai.</w:t>
      </w:r>
      <w:r>
        <w:br/>
      </w:r>
      <w:r>
        <w:rPr>
          <w:sz w:val="20"/>
        </w:rPr>
        <w:t>22:02  Jab misuse karega to problem paida honge. To Allah ki wave length ke mutabiq insan ki wave length ho.</w:t>
      </w:r>
    </w:p>
    <w:p>
      <w:pPr>
        <w:pStyle w:val="Heading2"/>
      </w:pPr>
      <w:r>
        <w:t>Qurbani as a covenant to live the Abrahamic way</w:t>
      </w:r>
    </w:p>
    <w:p>
      <w:r>
        <w:rPr>
          <w:color w:val="666666"/>
          <w:sz w:val="18"/>
        </w:rPr>
        <w:t>Message of Eid Al-Adha June 29, 2023 · 46s · at 8:55 · https://youtu.be/Tom30c7WwTw?t=535</w:t>
      </w:r>
    </w:p>
    <w:p>
      <w:r>
        <w:rPr>
          <w:i/>
        </w:rPr>
        <w:t>“Yeh sirf kisi jaanwar ki qurbani nahi hai”</w:t>
      </w:r>
    </w:p>
    <w:p>
      <w:r>
        <w:rPr>
          <w:sz w:val="20"/>
        </w:rPr>
        <w:t>8:55  toh yeh jo qurbani hai, rajat ibrahim ali salam ne jo pesh ki, is ka matlab yeh yeh hai ke yeh sirf koi janwar ki qurbani nahi hai, balki yeh hamari apni qurbani hai ke hum apna time, apni energy, apna waqt, apna paisa kaise allah ke raam mein kharch karen.</w:t>
      </w:r>
      <w:r>
        <w:br/>
      </w:r>
      <w:r>
        <w:rPr>
          <w:sz w:val="20"/>
        </w:rPr>
        <w:t>9:20  yaani is ko hum keh sakte hain ke yeh ek ahad hai, yeh ek ahad hai ke I will lead the abrahimic way of life. yaani jo adrat ibrahim ali salam ka tareeqa tha, us ko follow karna. yeh darasal haj ki spirit hai aur iddulaja ki spirit hai.</w:t>
      </w:r>
      <w:r>
        <w:br/>
      </w:r>
      <w:r>
        <w:rPr>
          <w:sz w:val="20"/>
        </w:rPr>
        <w:t>9:41  hadish mein aata hai ke there there are no days in which good deeds are more beloved to allah than these days. yaani jo yeh din hai qurmani ke, is mein jo bhi good deeds hain sab se zyada allah ko pasand hai. aise hi hadish mein aata hai ke al haj ul mabrur laee salahoo jazaa un ill al janna, ke accepted haj ka jo reward hai paradise se kam nahi hai.</w:t>
      </w:r>
    </w:p>
    <w:p>
      <w:pPr>
        <w:pStyle w:val="Heading2"/>
      </w:pPr>
      <w:r>
        <w:t>Human exception and free will</w:t>
      </w:r>
    </w:p>
    <w:p>
      <w:r>
        <w:rPr>
          <w:color w:val="666666"/>
          <w:sz w:val="18"/>
        </w:rPr>
        <w:t>Man and The Laws of Nature I 1 April 2012 - Maulana Wahiduddin Khan · 22s · at 3:01 · https://youtu.be/pXgCS3J0VkU?t=181</w:t>
      </w:r>
    </w:p>
    <w:p>
      <w:r>
        <w:rPr>
          <w:i/>
        </w:rPr>
        <w:t>“Is vast universe mein sirf insaan ka exception hai”</w:t>
      </w:r>
    </w:p>
    <w:p>
      <w:r>
        <w:rPr>
          <w:sz w:val="20"/>
        </w:rPr>
        <w:t>3:01  is vast universe mein sirf insaan ka exception hai.</w:t>
      </w:r>
      <w:r>
        <w:br/>
      </w:r>
      <w:r>
        <w:rPr>
          <w:sz w:val="20"/>
        </w:rPr>
        <w:t>3:07  insaan ko freedom of choice mila hua hai. insaan ko yeh ikhtiyar hai keh khud apni soch, apni khwahish ke tehat koi decision le aur us ko follow kare.</w:t>
      </w:r>
    </w:p>
    <w:p>
      <w:pPr>
        <w:pStyle w:val="Heading2"/>
      </w:pPr>
      <w:r>
        <w:t>Quran says earlier prophets were also mocked</w:t>
      </w:r>
    </w:p>
    <w:p>
      <w:r>
        <w:rPr>
          <w:color w:val="666666"/>
          <w:sz w:val="18"/>
        </w:rPr>
        <w:t>Blasphemy in Islam November 24, 2024 · 54s · at 10:08 · https://youtu.be/IjG5T6KZDxs?t=608</w:t>
      </w:r>
    </w:p>
    <w:p>
      <w:r>
        <w:rPr>
          <w:i/>
        </w:rPr>
        <w:t>“آپ سے پہلے پیغمبروں کا بھی استہزاء کیا گیا”</w:t>
      </w:r>
    </w:p>
    <w:p>
      <w:r>
        <w:rPr>
          <w:sz w:val="20"/>
        </w:rPr>
        <w:t>10:08  qablak" ke aap se pehle peghambaron ka bhi istihza kiya gaya, mazak uraya gaya</w:t>
      </w:r>
      <w:r>
        <w:br/>
      </w:r>
      <w:r>
        <w:rPr>
          <w:sz w:val="20"/>
        </w:rPr>
        <w:t>10:13  , un ki bhi toheen ki gayi aur aap ki bhi ki ki ja rahi hai. aur is silsile mein Quran ki ek surat hai, Surah Al-Kawthar, is mein un logon ka Allah ne zikr kiya hai jo Rasool Allah ko abtar kaha karte thay.</w:t>
      </w:r>
      <w:r>
        <w:br/>
      </w:r>
      <w:r>
        <w:rPr>
          <w:sz w:val="20"/>
        </w:rPr>
        <w:t>10:31  abtar jo hai yeh blasphemy hai, is ka matlab yeh hai ke "alladhi la uqbah" ke un ki koi narina aulad nahi hai,</w:t>
      </w:r>
      <w:r>
        <w:br/>
      </w:r>
      <w:r>
        <w:rPr>
          <w:sz w:val="20"/>
        </w:rPr>
        <w:t>10:43  yeh mar jayenge to un ka naam o nishan sab khatam ho jayega. yahi log aap ko abtar kehte thay. aur is se bhi bari misaal yeh hai ke Quran mein Allah ne Abdullah bin Ubay ka jo door e Rasool mein munafiqeen ka sardar tha,</w:t>
      </w:r>
    </w:p>
    <w:p>
      <w:pPr>
        <w:pStyle w:val="Heading2"/>
      </w:pPr>
      <w:r>
        <w:t>First generation lost before revolution</w:t>
      </w:r>
    </w:p>
    <w:p>
      <w:r>
        <w:rPr>
          <w:color w:val="666666"/>
          <w:sz w:val="18"/>
        </w:rPr>
        <w:t>The Principles of Revolution 14 May 2007 - Maulana Wahiduddin Khan · 55s · at 12:52 · https://youtu.be/2qdUPZbBW28?t=772</w:t>
      </w:r>
    </w:p>
    <w:p>
      <w:r>
        <w:rPr>
          <w:i/>
        </w:rPr>
        <w:t>“The first generation is the best generation, but they died.”</w:t>
      </w:r>
    </w:p>
    <w:p>
      <w:r>
        <w:rPr>
          <w:sz w:val="20"/>
        </w:rPr>
        <w:t>12:52  you know, first generation is the best generation. the leaders of first generation are full of his spirit.</w:t>
      </w:r>
      <w:r>
        <w:br/>
      </w:r>
      <w:r>
        <w:rPr>
          <w:sz w:val="20"/>
        </w:rPr>
        <w:t>13:03  they have clear ideals. they have</w:t>
      </w:r>
      <w:r>
        <w:br/>
      </w:r>
      <w:r>
        <w:rPr>
          <w:sz w:val="20"/>
        </w:rPr>
        <w:t>13:11  sacrifice for their mission. but they were engaged to remove the obstacles. and you know, when the revolution came, they were old.</w:t>
      </w:r>
      <w:r>
        <w:br/>
      </w:r>
      <w:r>
        <w:rPr>
          <w:sz w:val="20"/>
        </w:rPr>
        <w:t>13:28  they were, they died.</w:t>
      </w:r>
      <w:r>
        <w:br/>
      </w:r>
      <w:r>
        <w:rPr>
          <w:sz w:val="20"/>
        </w:rPr>
        <w:t>13:34  they died. when the revolution, when the time of revolution came, they died. russo died, marx died, even mahatma gandhi died.</w:t>
      </w:r>
    </w:p>
    <w:p>
      <w:pPr>
        <w:pStyle w:val="Heading2"/>
      </w:pPr>
      <w:r>
        <w:t>Hadith: Islam began as a stranger, will return as one</w:t>
      </w:r>
    </w:p>
    <w:p>
      <w:r>
        <w:rPr>
          <w:color w:val="666666"/>
          <w:sz w:val="18"/>
        </w:rPr>
        <w:t>Role Of Ikhwan-e-Rasool 2 April 2011 · 42s · at 5:44 · https://youtu.be/I9Tc1YwhAkA?t=344</w:t>
      </w:r>
    </w:p>
    <w:p>
      <w:r>
        <w:rPr>
          <w:i/>
        </w:rPr>
        <w:t>“Bada'al-Islamu ghariban wa sa'yauudu kama bada'a”</w:t>
      </w:r>
    </w:p>
    <w:p>
      <w:r>
        <w:rPr>
          <w:sz w:val="20"/>
        </w:rPr>
        <w:t>5:44  to in ke role ko samajhne ke liye ek hadith mein pesh karunga. ek hadith mein hai ke badal-islaamo ghareeban wa sa-yu'oodu kamaa badaa fa-tooba lil-ghurabaa.</w:t>
      </w:r>
      <w:r>
        <w:br/>
      </w:r>
      <w:r>
        <w:rPr>
          <w:sz w:val="20"/>
        </w:rPr>
        <w:t>6:03  Islam jab shuru hua to ajnabi tha. baad ke zamane mein dobara woh ajnabi ho jayega.</w:t>
      </w:r>
      <w:r>
        <w:br/>
      </w:r>
      <w:r>
        <w:rPr>
          <w:sz w:val="20"/>
        </w:rPr>
        <w:t>6:14  to daur-e-ajnabiyat mein kaam karna pada ashaab-e-Muhammad ko, ashaab-e-Rasul ko. aur dobara daur-e-ajnabiyat mein kaam karna padega Ikhwan-e-Rasul ko.</w:t>
      </w:r>
    </w:p>
    <w:p>
      <w:pPr>
        <w:pStyle w:val="Heading2"/>
      </w:pPr>
      <w:r>
        <w:t>Satan beautifies wrongdoing and calls it jihad</w:t>
      </w:r>
    </w:p>
    <w:p>
      <w:r>
        <w:rPr>
          <w:color w:val="666666"/>
          <w:sz w:val="18"/>
        </w:rPr>
        <w:t>Religion and Democracy December 25, 2011 · 34s · at 48:30 · https://youtu.be/8Mf_yvDA8ik?t=2910</w:t>
      </w:r>
    </w:p>
    <w:p>
      <w:r>
        <w:rPr>
          <w:i/>
        </w:rPr>
        <w:t>“Zainash Shaitan a'malahum — Shaitan har ghalat kaam ko beautify karta hai”</w:t>
      </w:r>
    </w:p>
    <w:p>
      <w:r>
        <w:rPr>
          <w:sz w:val="20"/>
        </w:rPr>
        <w:t>48:30  quran mein yeh bataya gaya hai: "zayyan al-shaytan a'mal</w:t>
      </w:r>
      <w:r>
        <w:br/>
      </w:r>
      <w:r>
        <w:rPr>
          <w:sz w:val="20"/>
        </w:rPr>
        <w:t>48:34  " yani shaitan ka tareeqa yeh hai ke ek galat kaam ko beautify karta hai, galat kaam ko beautify karta hai.</w:t>
      </w:r>
      <w:r>
        <w:br/>
      </w:r>
      <w:r>
        <w:rPr>
          <w:sz w:val="20"/>
        </w:rPr>
        <w:t>48:43  to shaitan ne beautify kiya, yani ladai bhadai ko beautify kar ke jihad bata diya. ladai bhadai ko beautify kar ke kaha ke yeh mukammal nizam qaim karna hai.</w:t>
      </w:r>
      <w:r>
        <w:br/>
      </w:r>
      <w:r>
        <w:rPr>
          <w:sz w:val="20"/>
        </w:rPr>
        <w:t>48:54  ladai bhadai ko beautify kar ke keh diya ke islami hukumat hai. yeh "that is sheer beautification of of certain"</w:t>
      </w:r>
    </w:p>
    <w:p>
      <w:pPr>
        <w:pStyle w:val="Heading2"/>
      </w:pPr>
      <w:r>
        <w:t>political Islam led Muslims into terrorism, missed dawah</w:t>
      </w:r>
    </w:p>
    <w:p>
      <w:r>
        <w:rPr>
          <w:color w:val="666666"/>
          <w:sz w:val="18"/>
        </w:rPr>
        <w:t>The Story of The Prophet Muhammads</w:t>
        <w:br/>
        <w:t>Night Journey Isra and Miraj Feb 11, 2024 · 42s · at 18:30 · https://youtu.be/bw3s_9mno68?t=1110</w:t>
      </w:r>
    </w:p>
    <w:p>
      <w:r>
        <w:rPr>
          <w:i/>
        </w:rPr>
        <w:t>“Muslims built political systems, then terrorism began”</w:t>
      </w:r>
    </w:p>
    <w:p>
      <w:r>
        <w:rPr>
          <w:sz w:val="20"/>
        </w:rPr>
        <w:t>18:30  political system ke hum nizam kayam karna hai, hum islamic hukumat kayam karni hai. to uski wajah se</w:t>
      </w:r>
      <w:r>
        <w:br/>
      </w:r>
      <w:r>
        <w:rPr>
          <w:sz w:val="20"/>
        </w:rPr>
        <w:t>18:39  terrorism shuru hua aur suicide bombing aur ladai jhagda har jagah musalman lad</w:t>
      </w:r>
      <w:r>
        <w:br/>
      </w:r>
      <w:r>
        <w:rPr>
          <w:sz w:val="20"/>
        </w:rPr>
        <w:t>18:44  ne lage. to yeh jo ek opportunity thi dawat ki, yeh woh uska poori tarah se avail nahin kar sake aur inhi sab cheezon mein lag gaye. to yeh is lihaz se yeh ek sign tha. ji, ji, doctor sahib, jaisa ke hum padhte bhi hain ke prophet ki jo journey rahi hai, yeh bahut hi effortless thi. to main chahunga aap iske baare mein batayein ke kis tarah se yeh extraordinary journey jo hai, woh start hui</w:t>
      </w:r>
    </w:p>
    <w:p>
      <w:pPr>
        <w:pStyle w:val="Heading2"/>
      </w:pPr>
      <w:r>
        <w:t>Closing line: Allah's supply isn't short, deserving candidates are</w:t>
      </w:r>
    </w:p>
    <w:p>
      <w:r>
        <w:rPr>
          <w:color w:val="666666"/>
          <w:sz w:val="18"/>
        </w:rPr>
        <w:t>Lessons from The Story of Prophet Yusuf Part 3 July 17, 2022 · 51s · at 49:37 · https://youtu.be/IweBlcs49uM?t=2977</w:t>
      </w:r>
    </w:p>
    <w:p>
      <w:r>
        <w:rPr>
          <w:i/>
        </w:rPr>
        <w:t>“اللہ نے سب لوگوں کے لیے بیسٹ فیوچر ہی رکھا ہے”</w:t>
      </w:r>
    </w:p>
    <w:p>
      <w:r>
        <w:rPr>
          <w:sz w:val="20"/>
        </w:rPr>
        <w:t>49:37  agar hum dekhen to allah ne sab logon ke liye best future hi rakha hai, magar woh best future hamein kaise mil sakta hai?</w:t>
      </w:r>
      <w:r>
        <w:br/>
      </w:r>
      <w:r>
        <w:rPr>
          <w:sz w:val="20"/>
        </w:rPr>
        <w:t>49:46  woh hamein tabhi mil sakta hai jab hum zindagi ke test par poora utren. aur yeh test kya hai? hum ne doctor sahib ke teen sessions mein jana ke yeh test wahi hai ke agar aap ko negative situation aaye, difficult situation aaye, ya koi aap se revenge le to hamein us waqt sabr karna hai, hamein allah par bharosa karna hai, aur wahi karna hai jo profit yusuf ne kiya ke poora ka poora allah par daal diya.</w:t>
      </w:r>
      <w:r>
        <w:br/>
      </w:r>
      <w:r>
        <w:rPr>
          <w:sz w:val="20"/>
        </w:rPr>
        <w:t>50:13  yaad rakhiye, allah ke paas dene ke liye kami nahi, magar logon ke deserving candidates banne mein kami hai. to hum yeh dua karte hain ke hum sab log deserving candidates banen, aur hum sab logon ko jannat milay.</w:t>
      </w:r>
    </w:p>
    <w:p>
      <w:pPr>
        <w:pStyle w:val="Heading2"/>
      </w:pPr>
      <w:r>
        <w:t>hadith: worship God as if you see Him</w:t>
      </w:r>
    </w:p>
    <w:p>
      <w:r>
        <w:rPr>
          <w:color w:val="666666"/>
          <w:sz w:val="18"/>
        </w:rPr>
        <w:t>What is Islam March 17, 2007 · 50s · at 18:54 · https://youtu.be/xEDxZmsi3Mg?t=1134</w:t>
      </w:r>
    </w:p>
    <w:p>
      <w:r>
        <w:rPr>
          <w:i/>
        </w:rPr>
        <w:t>“Worship God as if you are seeing Him”</w:t>
      </w:r>
    </w:p>
    <w:p>
      <w:r>
        <w:rPr>
          <w:sz w:val="20"/>
        </w:rPr>
        <w:t>18:54  . in this hadith, it is mentioned that what is ibadah? to, the prophet of islam has said that ta'abbad Allah ka'annaka tarahu.</w:t>
      </w:r>
      <w:r>
        <w:br/>
      </w:r>
      <w:r>
        <w:rPr>
          <w:sz w:val="20"/>
        </w:rPr>
        <w:t>19:09  ta'abbad Allah ka'annaka tarahu yani it means that worship god as if you are seeing him.</w:t>
      </w:r>
      <w:r>
        <w:br/>
      </w:r>
      <w:r>
        <w:rPr>
          <w:sz w:val="20"/>
        </w:rPr>
        <w:t>19:22  it means that worship means living in the presence of god. worship is not something as ritual.</w:t>
      </w:r>
      <w:r>
        <w:br/>
      </w:r>
      <w:r>
        <w:rPr>
          <w:sz w:val="20"/>
        </w:rPr>
        <w:t>19:34  no, worship is the expression of feeling that you are living in the presence of god.</w:t>
      </w:r>
    </w:p>
    <w:p>
      <w:pPr>
        <w:pStyle w:val="Heading2"/>
      </w:pPr>
      <w:r>
        <w:t>big historical change never happens suddenly</w:t>
      </w:r>
    </w:p>
    <w:p>
      <w:r>
        <w:rPr>
          <w:color w:val="666666"/>
          <w:sz w:val="18"/>
        </w:rPr>
        <w:t>Historical Aspects of Hajj November 1, 2008 · 32s · at 2:30 · https://youtu.be/-cHslxrgNeE?t=150</w:t>
      </w:r>
    </w:p>
    <w:p>
      <w:r>
        <w:rPr>
          <w:i/>
        </w:rPr>
        <w:t>“History mein koi aghaz achanak nahi hota”</w:t>
      </w:r>
    </w:p>
    <w:p>
      <w:r>
        <w:rPr>
          <w:sz w:val="20"/>
        </w:rPr>
        <w:t>2:30  tauheed ke daur ka aghaz tha. Lekin yeh bhi samajh lijiye ke history mein koi aghaz achanak nahi hota,</w:t>
      </w:r>
      <w:r>
        <w:br/>
      </w:r>
      <w:r>
        <w:rPr>
          <w:sz w:val="20"/>
        </w:rPr>
        <w:t>2:43  ek process ke roop mein hota hai.</w:t>
      </w:r>
      <w:r>
        <w:br/>
      </w:r>
      <w:r>
        <w:rPr>
          <w:sz w:val="20"/>
        </w:rPr>
        <w:t>2:46  koi bhi jo history mein bari tabdeeli aayi hai to woh process ke roop mein aayi hai. Aisa kabhi nahi hua hai ke achanak koi bari tabdeeli waqe ho jaye.</w:t>
      </w:r>
    </w:p>
    <w:p>
      <w:pPr>
        <w:pStyle w:val="Heading2"/>
      </w:pPr>
      <w:r>
        <w:t>Prophet stands for a non-Muslim's funeral</w:t>
      </w:r>
    </w:p>
    <w:p>
      <w:r>
        <w:rPr>
          <w:color w:val="666666"/>
          <w:sz w:val="18"/>
        </w:rPr>
        <w:t>The Concept of Harmony in Islam July 20, 2007 · 48s · at 21:24 · https://youtu.be/L2_iLI2vcP0?t=1284</w:t>
      </w:r>
    </w:p>
    <w:p>
      <w:r>
        <w:rPr>
          <w:i/>
        </w:rPr>
        <w:t>“Was he not a human being?”</w:t>
      </w:r>
    </w:p>
    <w:p>
      <w:r>
        <w:rPr>
          <w:sz w:val="20"/>
        </w:rPr>
        <w:t>21:24  the prophet was seated at the time. he stood up in respect</w:t>
      </w:r>
      <w:r>
        <w:br/>
      </w:r>
      <w:r>
        <w:rPr>
          <w:sz w:val="20"/>
        </w:rPr>
        <w:t>21:32  . one of his companion said: "o prophet, it was funeral of funeral of a jew, not a muslim, or funeral of a non muslim, and not funeral of a muslim." the prophet replied: "was he not a human being?</w:t>
      </w:r>
      <w:r>
        <w:br/>
      </w:r>
      <w:r>
        <w:rPr>
          <w:sz w:val="20"/>
        </w:rPr>
        <w:t>21:57  was he not a human being? alais nafs</w:t>
      </w:r>
      <w:r>
        <w:br/>
      </w:r>
      <w:r>
        <w:rPr>
          <w:sz w:val="20"/>
        </w:rPr>
        <w:t>22:01  ?" he said: "alais nafs? was he not a human being?" this was applied harmony.</w:t>
      </w:r>
    </w:p>
    <w:p>
      <w:pPr>
        <w:pStyle w:val="Heading2"/>
      </w:pPr>
      <w:r>
        <w:t>Clean the heart before gaining wisdom</w:t>
      </w:r>
    </w:p>
    <w:p>
      <w:r>
        <w:rPr>
          <w:color w:val="666666"/>
          <w:sz w:val="18"/>
        </w:rPr>
        <w:t>Companions of The Prophet (2) 11 July 2021 - Prof. Farida Khanam and Dr. Saniyasnain Khan · 21s · at 10:12 · https://youtu.be/FkhLHnwvUZQ?t=612</w:t>
      </w:r>
    </w:p>
    <w:p>
      <w:r>
        <w:rPr>
          <w:i/>
        </w:rPr>
        <w:t>“Isi tarah tumhara jo dil hai”</w:t>
      </w:r>
    </w:p>
    <w:p>
      <w:r>
        <w:rPr>
          <w:sz w:val="20"/>
        </w:rPr>
        <w:t>10:12  isi tarah tumhara jo dil hai, tumhara jo man hai, woh uske andar negativity hai, hate hai logon ke liye. to main agar koi tumhein gyan ki baat bataoon, tum kahan rakhoge use?</w:t>
      </w:r>
      <w:r>
        <w:br/>
      </w:r>
      <w:r>
        <w:rPr>
          <w:sz w:val="20"/>
        </w:rPr>
        <w:t>10:24  pehle usko saaf karo, phir main kuch bataunga, tab tumhare kaam aayegi. to yeh badi achhi misaal hai. maulana aksar isko bataya karte the</w:t>
      </w:r>
    </w:p>
    <w:p>
      <w:pPr>
        <w:pStyle w:val="Heading2"/>
      </w:pPr>
      <w:r>
        <w:t>worship is not a form, it's a feeling</w:t>
      </w:r>
    </w:p>
    <w:p>
      <w:r>
        <w:rPr>
          <w:color w:val="666666"/>
          <w:sz w:val="18"/>
        </w:rPr>
        <w:t>What is Islam March 17, 2007 · 55s · at 21:11 · https://youtu.be/xEDxZmsi3Mg?t=1271</w:t>
      </w:r>
    </w:p>
    <w:p>
      <w:r>
        <w:rPr>
          <w:i/>
        </w:rPr>
        <w:t>“Ibadah is not simply a set of rituals”</w:t>
      </w:r>
    </w:p>
    <w:p>
      <w:r>
        <w:rPr>
          <w:sz w:val="20"/>
        </w:rPr>
        <w:t>21:11  ibadah or namaz or ruku or sajda are simply an expression of this feeling. so, ibadah is not simply a set of rituals.</w:t>
      </w:r>
      <w:r>
        <w:br/>
      </w:r>
      <w:r>
        <w:rPr>
          <w:sz w:val="20"/>
        </w:rPr>
        <w:t>21:26  no, it is a very meaningful act. very, very meaningful act. ibadah is an external expression of inner feeling.</w:t>
      </w:r>
      <w:r>
        <w:br/>
      </w:r>
      <w:r>
        <w:rPr>
          <w:sz w:val="20"/>
        </w:rPr>
        <w:t>21:41  ibadah is not a form. it is an expression of spirit. ibadah is not simply a form.</w:t>
      </w:r>
      <w:r>
        <w:br/>
      </w:r>
      <w:r>
        <w:rPr>
          <w:sz w:val="20"/>
        </w:rPr>
        <w:t>21:52  ibadah is expression of your inner spirit. so, ibadah is an external expression of one inner spirit.</w:t>
      </w:r>
    </w:p>
    <w:p>
      <w:pPr>
        <w:pStyle w:val="Heading2"/>
      </w:pPr>
      <w:r>
        <w:t>repeating Allahu Akbar alone is not true dhikr</w:t>
      </w:r>
    </w:p>
    <w:p>
      <w:r>
        <w:rPr>
          <w:color w:val="666666"/>
          <w:sz w:val="18"/>
        </w:rPr>
        <w:t>The Early Life of Prophet Muhammad November 28, 2021 Dr. Saniyasnain Khan · 25s · at 39:03 · https://youtu.be/xjZAqfhmg1Y?t=2343</w:t>
      </w:r>
    </w:p>
    <w:p>
      <w:r>
        <w:rPr>
          <w:i/>
        </w:rPr>
        <w:t>“اللہ اکبر بار بار کہنا، کیا یہ ذکر ہے؟”</w:t>
      </w:r>
    </w:p>
    <w:p>
      <w:r>
        <w:rPr>
          <w:sz w:val="20"/>
        </w:rPr>
        <w:t>39:03  allah o akbar ya alhamdulillah ya subhan allah bar bar bar bar kehna to yeh hai zikr. jo Maulana ne explain kiya hai, yeh zikr nahi hai.</w:t>
      </w:r>
      <w:r>
        <w:br/>
      </w:r>
      <w:r>
        <w:rPr>
          <w:sz w:val="20"/>
        </w:rPr>
        <w:t>39:13  repetition of words zikr nahi hai. zikr to yeh hai ke aap ne koi cheez dekhi, koi cheez sochi, aur aap ka zehn khuda ki taraf gaya ke: "kaise allah ne yeh cheez banai hai?</w:t>
      </w:r>
    </w:p>
    <w:p>
      <w:pPr>
        <w:pStyle w:val="Heading2"/>
      </w:pPr>
      <w:r>
        <w:t>Verse repeated 11 times in Quran</w:t>
      </w:r>
    </w:p>
    <w:p>
      <w:r>
        <w:rPr>
          <w:color w:val="666666"/>
          <w:sz w:val="18"/>
        </w:rPr>
        <w:t>Dars-e-Quran, Chapter 62, V. 2 (Prophetic Wisdom) August 26, 2018 · 34s · at 0:36 · https://youtu.be/Btsoiq8qvLI?t=36</w:t>
      </w:r>
    </w:p>
    <w:p>
      <w:r>
        <w:rPr>
          <w:i/>
        </w:rPr>
        <w:t>“Quran mein aik ayat 11 baar aayi hai”</w:t>
      </w:r>
    </w:p>
    <w:p>
      <w:r>
        <w:rPr>
          <w:sz w:val="20"/>
        </w:rPr>
        <w:t>0:36  aaj dars-e-quran ka</w:t>
      </w:r>
      <w:r>
        <w:br/>
      </w:r>
      <w:r>
        <w:rPr>
          <w:sz w:val="20"/>
        </w:rPr>
        <w:t>0:42  din hai. quran mein ek ayat</w:t>
      </w:r>
      <w:r>
        <w:br/>
      </w:r>
      <w:r>
        <w:rPr>
          <w:sz w:val="20"/>
        </w:rPr>
        <w:t>0:50  11 baar aayi hai,</w:t>
      </w:r>
      <w:r>
        <w:br/>
      </w:r>
      <w:r>
        <w:rPr>
          <w:sz w:val="20"/>
        </w:rPr>
        <w:t>0:55  yani is ayat mein nabi ke role ko do lafzon mein bayan kiya gaya: quran—oh, nahin—kitab aur hikmat.</w:t>
      </w:r>
    </w:p>
    <w:p>
      <w:pPr>
        <w:pStyle w:val="Heading2"/>
      </w:pPr>
      <w:r>
        <w:t>Paradise is easy with condition</w:t>
      </w:r>
    </w:p>
    <w:p>
      <w:r>
        <w:rPr>
          <w:color w:val="666666"/>
          <w:sz w:val="18"/>
        </w:rPr>
        <w:t>God Gives in Abundance 13 Oct 2019 - Maulana Wahiduddin Khan · 19s · at 44:23 · https://youtu.be/eC4RaczXBzM?t=2663</w:t>
      </w:r>
    </w:p>
    <w:p>
      <w:r>
        <w:rPr>
          <w:i/>
        </w:rPr>
        <w:t>“Aap iski shart poori kijiye”</w:t>
      </w:r>
    </w:p>
    <w:p>
      <w:r>
        <w:rPr>
          <w:sz w:val="20"/>
        </w:rPr>
        <w:t>44:23  aap is ki shart poori keejiye. condition woh yeh hai ke aap apne aap ko deejie Allah ke cause mein.</w:t>
      </w:r>
      <w:r>
        <w:br/>
      </w:r>
      <w:r>
        <w:rPr>
          <w:sz w:val="20"/>
        </w:rPr>
        <w:t>44:33  aap ke paas jo paisa hai, jo energy hai, jo time hai, is ko deejie Allah ke cause mein. to jannat se ziyada aasan koi cheez nahin.</w:t>
      </w:r>
    </w:p>
    <w:p>
      <w:pPr>
        <w:pStyle w:val="Heading2"/>
      </w:pPr>
      <w:r>
        <w:t>Need for positive thinking</w:t>
      </w:r>
    </w:p>
    <w:p>
      <w:r>
        <w:rPr>
          <w:color w:val="666666"/>
          <w:sz w:val="18"/>
        </w:rPr>
        <w:t>In Conversation with Maulana Wahiduddin Khan | June 16, 2007 · 30s · at 37:08 · https://youtu.be/MG2XRUY4FBM?t=2228</w:t>
      </w:r>
    </w:p>
    <w:p>
      <w:r>
        <w:rPr>
          <w:i/>
        </w:rPr>
        <w:t>“Most important need for Muslims is positive thinking.”</w:t>
      </w:r>
    </w:p>
    <w:p>
      <w:r>
        <w:rPr>
          <w:sz w:val="20"/>
        </w:rPr>
        <w:t>37:08  i think that the most important need for muslims is positive thinking. almost all the muslim world, all the muslim men and muslim women are living in negative feeling. negative feeling. the the all the nations are enemies,</w:t>
      </w:r>
    </w:p>
    <w:p>
      <w:pPr>
        <w:pStyle w:val="Heading2"/>
      </w:pPr>
      <w:r>
        <w:t>Hajar's faith when Ibrahim left her alone</w:t>
      </w:r>
    </w:p>
    <w:p>
      <w:r>
        <w:rPr>
          <w:color w:val="666666"/>
          <w:sz w:val="18"/>
        </w:rPr>
        <w:t>The Prophetic Example Oct 20, 2013 · 48s · at 8:40 · https://youtu.be/0dITZjMkR5k?t=520</w:t>
      </w:r>
    </w:p>
    <w:p>
      <w:r>
        <w:rPr>
          <w:i/>
        </w:rPr>
        <w:t>“حضرت ہاجرہ نے پوچھا: ہم کو یہاں چھوڑ کے کہاں جا رہے ہیں؟”</w:t>
      </w:r>
    </w:p>
    <w:p>
      <w:r>
        <w:rPr>
          <w:sz w:val="20"/>
        </w:rPr>
        <w:t>8:40  pani ke ek mashq di thi unhon ne un ko, aise hi kuch bas. to Hazrat Hajra ne poocha ke hum ko yahan chhod ke kahan ja rahe hain aap?</w:t>
      </w:r>
      <w:r>
        <w:br/>
      </w:r>
      <w:r>
        <w:rPr>
          <w:sz w:val="20"/>
        </w:rPr>
        <w:t>8:52  to Bukhari ki riwayat mein bataya gaya hai ke Hazrat Ibrahim ne koi jawab nahi diya.</w:t>
      </w:r>
      <w:r>
        <w:br/>
      </w:r>
      <w:r>
        <w:rPr>
          <w:sz w:val="20"/>
        </w:rPr>
        <w:t>8:58  do baar poocha, teen baar poocha to koi jawab nahi diya. phir Hazrat Hajra ne kaha ke kya Allah ne aap ko is ka hukum diya hai?</w:t>
      </w:r>
      <w:r>
        <w:br/>
      </w:r>
      <w:r>
        <w:rPr>
          <w:sz w:val="20"/>
        </w:rPr>
        <w:t>9:08  tab Hazrat Ibrahim ne kaha ke haan. is waqt Hazrat Hajra ki zuban se yeh nikla: idhan la yudee'una</w:t>
      </w:r>
      <w:r>
        <w:br/>
      </w:r>
      <w:r>
        <w:rPr>
          <w:sz w:val="20"/>
        </w:rPr>
        <w:t>9:20  tab Allah hum ko waste nahi karega, hum ko zaya nahi karega.</w:t>
      </w:r>
    </w:p>
    <w:p>
      <w:pPr>
        <w:pStyle w:val="Heading2"/>
      </w:pPr>
      <w:r>
        <w:t>Distraction is the biggest killer of spiritual insight</w:t>
      </w:r>
    </w:p>
    <w:p>
      <w:r>
        <w:rPr>
          <w:color w:val="666666"/>
          <w:sz w:val="18"/>
        </w:rPr>
        <w:t>Taqwa and Patience November 29, 2013 Maulana Wahiduddin Khan · 38s · at 25:02 · https://youtu.be/HhJ22onYSzk?t=1502</w:t>
      </w:r>
    </w:p>
    <w:p>
      <w:r>
        <w:rPr>
          <w:i/>
        </w:rPr>
        <w:t>“Distraction sabse badi qatil cheez hai maarfat ke liye”</w:t>
      </w:r>
    </w:p>
    <w:p>
      <w:r>
        <w:rPr>
          <w:sz w:val="20"/>
        </w:rPr>
        <w:t>25:02  distraction sab se bari qatil cheez hai marifat ke liye. yaad rakhiye,</w:t>
      </w:r>
      <w:r>
        <w:br/>
      </w:r>
      <w:r>
        <w:rPr>
          <w:sz w:val="20"/>
        </w:rPr>
        <w:t>25:14  distraction jo hai sab se zyada killer hai marifat ko hasil karne ke liye. mein zinda ek wajood, zinda ek misaal hoon ke kis tarah agar aap yaqeen aur kis tarah agar aap sabr aur taqwa par qaim rahen to asal qasas jo hai repeat hoga, repeat hoga, repeat hoga.</w:t>
      </w:r>
    </w:p>
    <w:p>
      <w:pPr>
        <w:pStyle w:val="Heading2"/>
      </w:pPr>
      <w:r>
        <w:t>Islam's unique method accepts others</w:t>
      </w:r>
    </w:p>
    <w:p>
      <w:r>
        <w:rPr>
          <w:color w:val="666666"/>
          <w:sz w:val="18"/>
        </w:rPr>
        <w:t>Islamic Activism Shifting the Focus from Battlefield to Peace 16 4 2020 Maulana Wahiduddin Khan · 41s · at 0:21 · https://youtu.be/hghnskwZTLM?t=21</w:t>
      </w:r>
    </w:p>
    <w:p>
      <w:r>
        <w:rPr>
          <w:i/>
        </w:rPr>
        <w:t>“Har mission ko koi tareeqa kar ikhtiyar karna parta hai”</w:t>
      </w:r>
    </w:p>
    <w:p>
      <w:r>
        <w:rPr>
          <w:sz w:val="20"/>
        </w:rPr>
        <w:t>0:21  har mission ko koi tareeqa kar ikhtiyar karna parta hai. Islam ka tareeqa kar bohat hi anokha tareeqa kar hai.</w:t>
      </w:r>
      <w:r>
        <w:br/>
      </w:r>
      <w:r>
        <w:rPr>
          <w:sz w:val="20"/>
        </w:rPr>
        <w:t>0:36  tamam tareeqa kar ya method doosre ko deny karne par qaim hain.</w:t>
      </w:r>
      <w:r>
        <w:br/>
      </w:r>
      <w:r>
        <w:rPr>
          <w:sz w:val="20"/>
        </w:rPr>
        <w:t>0:48  doosri jo party hai maidan mein, us ko deny karna.</w:t>
      </w:r>
      <w:r>
        <w:br/>
      </w:r>
      <w:r>
        <w:rPr>
          <w:sz w:val="20"/>
        </w:rPr>
        <w:t>0:53  lekin Islam ka tareeqa kar bohat ajeeb o ghareeb hai. doosre ke tareeqa kar ko accept karne ki pabandi hai.</w:t>
      </w:r>
    </w:p>
    <w:p>
      <w:pPr>
        <w:pStyle w:val="Heading2"/>
      </w:pPr>
      <w:r>
        <w:t>Maulana's 'Last Discovery': dying with zero negativity</w:t>
      </w:r>
    </w:p>
    <w:p>
      <w:r>
        <w:rPr>
          <w:color w:val="666666"/>
          <w:sz w:val="18"/>
        </w:rPr>
        <w:t>Maulana Wahiduddin Khan and His Critics A Response to Misinterpretations. November 26, 2024 · 52s · at 17:20 · https://youtu.be/aVtXLKOMOHw?t=1040</w:t>
      </w:r>
    </w:p>
    <w:p>
      <w:r>
        <w:rPr>
          <w:i/>
        </w:rPr>
        <w:t>“'My Last Discovery of the World' ke unwan se Maulana ne likha.”</w:t>
      </w:r>
    </w:p>
    <w:p>
      <w:r>
        <w:rPr>
          <w:sz w:val="20"/>
        </w:rPr>
        <w:t>17:20  "My Last Discovery of the World" ke unwan se diya</w:t>
      </w:r>
      <w:r>
        <w:br/>
      </w:r>
      <w:r>
        <w:rPr>
          <w:sz w:val="20"/>
        </w:rPr>
        <w:t>17:25  hai. Ismein unhone kaha hai ke is duniya ki meri sabse badi aur aakhri daryaft yeh hai ke koi insan is duniya se is tarah rukhsat ho ke uske dil mein aite ke barabar bhi negativity na ho.</w:t>
      </w:r>
      <w:r>
        <w:br/>
      </w:r>
      <w:r>
        <w:rPr>
          <w:sz w:val="20"/>
        </w:rPr>
        <w:t>17:43  kisi insan ko le</w:t>
      </w:r>
      <w:r>
        <w:br/>
      </w:r>
      <w:r>
        <w:rPr>
          <w:sz w:val="20"/>
        </w:rPr>
        <w:t>17:45  kar is duniya se woh is tarah rukhsat hona chahiye ke woh jab rukhsat ho raha ho toh kisi bhi insan ko le kar uske dil mein munfisoo chuka ek aite, ek particle bhi nahi hona chahiye.</w:t>
      </w:r>
      <w:r>
        <w:br/>
      </w:r>
      <w:r>
        <w:rPr>
          <w:sz w:val="20"/>
        </w:rPr>
        <w:t>17:58  Yeh meri is duniya ki jo hai sabse bada aur aakhri daryaft hai. Toh kisi aadmi ke life aur uske work ko dekh kar uske kaam ki tashreeh ki jayegi.</w:t>
      </w:r>
    </w:p>
    <w:p>
      <w:pPr>
        <w:pStyle w:val="Heading2"/>
      </w:pPr>
      <w:r>
        <w:t>Put everything in God's account alone</w:t>
      </w:r>
    </w:p>
    <w:p>
      <w:r>
        <w:rPr>
          <w:color w:val="666666"/>
          <w:sz w:val="18"/>
        </w:rPr>
        <w:t>Prophetic Model February 16, 2014 · 20s · at 56:15 · https://youtu.be/ypIIqSmExzk?t=3375</w:t>
      </w:r>
    </w:p>
    <w:p>
      <w:r>
        <w:rPr>
          <w:i/>
        </w:rPr>
        <w:t>“Woh hai cheezon ko aap Allah ke khaane mein daalte rahein”</w:t>
      </w:r>
    </w:p>
    <w:p>
      <w:r>
        <w:rPr>
          <w:sz w:val="20"/>
        </w:rPr>
        <w:t>56:15  woh hai cheezon ko aap Allah ke khane mein daalte rahen. bas. ek hi nuskhah is ka hai.</w:t>
      </w:r>
      <w:r>
        <w:br/>
      </w:r>
      <w:r>
        <w:rPr>
          <w:sz w:val="20"/>
        </w:rPr>
        <w:t>56:24  aur yeh Surah Yusuf mein bataya hua hai. yeh nuskhah. aap jante hain ke Hazrat Yaqoob jo thay un ko ek bohat bara sadmah guzra.</w:t>
      </w:r>
    </w:p>
    <w:p>
      <w:pPr>
        <w:pStyle w:val="Heading2"/>
      </w:pPr>
      <w:r>
        <w:t>Death is a new beginning</w:t>
      </w:r>
    </w:p>
    <w:p>
      <w:r>
        <w:rPr>
          <w:color w:val="666666"/>
          <w:sz w:val="18"/>
        </w:rPr>
        <w:t>Prophetic Model of Activism June 20, 2009 Maulana Wahiduddin Khan · 28s · at 15:03 · https://youtu.be/0XeBV6rPRk8?t=903</w:t>
      </w:r>
    </w:p>
    <w:p>
      <w:r>
        <w:rPr>
          <w:i/>
        </w:rPr>
        <w:t>“Death is not the end.”</w:t>
      </w:r>
    </w:p>
    <w:p>
      <w:r>
        <w:rPr>
          <w:sz w:val="20"/>
        </w:rPr>
        <w:t>15:03  that death is not the end. death is only beginning of the second of the life, second part of the life." this was the message that death is not the end of life.</w:t>
      </w:r>
      <w:r>
        <w:br/>
      </w:r>
      <w:r>
        <w:rPr>
          <w:sz w:val="20"/>
        </w:rPr>
        <w:t>15:21  death is only a new beginning, only beginning of the other life.</w:t>
      </w:r>
    </w:p>
    <w:p>
      <w:pPr>
        <w:pStyle w:val="Heading2"/>
      </w:pPr>
      <w:r>
        <w:t>Badr was an exception, must practice patience</w:t>
      </w:r>
    </w:p>
    <w:p>
      <w:r>
        <w:rPr>
          <w:color w:val="666666"/>
          <w:sz w:val="18"/>
        </w:rPr>
        <w:t>Patience in Islam (Prophetic Wisdom Nov 26, 2006 · 25s · at 8:37 · https://youtu.be/1avkRQrJL5Y?t=517</w:t>
      </w:r>
    </w:p>
    <w:p>
      <w:r>
        <w:rPr>
          <w:i/>
        </w:rPr>
        <w:t>“Badr was clearly an exception rather than a rule”</w:t>
      </w:r>
    </w:p>
    <w:p>
      <w:r>
        <w:rPr>
          <w:sz w:val="20"/>
        </w:rPr>
        <w:t>8:37  aisi halat mein badr ka hawala dena yeh bohat bara, yani bohat bohat galat baat hai. badr was clearly an exception rather than a rule.</w:t>
      </w:r>
      <w:r>
        <w:br/>
      </w:r>
      <w:r>
        <w:rPr>
          <w:sz w:val="20"/>
        </w:rPr>
        <w:t>8:53  to aam halat mein balkay nabi ke baad hamesha hi aap ko sabr karna parhega. sabr.</w:t>
      </w:r>
    </w:p>
    <w:p>
      <w:pPr>
        <w:pStyle w:val="Heading2"/>
      </w:pPr>
      <w:r>
        <w:t>Vivekananda quote on Islam and equality</w:t>
      </w:r>
    </w:p>
    <w:p>
      <w:r>
        <w:rPr>
          <w:color w:val="666666"/>
          <w:sz w:val="18"/>
        </w:rPr>
        <w:t>Moral Values In Islam - III | January 27, 2006 | Maulana Wahiduddin Khan · 30s · at 50:02 · https://youtu.be/dTiWv3ClWPI?t=3002</w:t>
      </w:r>
    </w:p>
    <w:p>
      <w:r>
        <w:rPr>
          <w:i/>
        </w:rPr>
        <w:t>“Swami Vivekananda has said in his letters...”</w:t>
      </w:r>
    </w:p>
    <w:p>
      <w:r>
        <w:rPr>
          <w:sz w:val="20"/>
        </w:rPr>
        <w:t>50:02  Swami Vivekananda has said in, in his letters of Swami Vivekananda that if, if any religion, this</w:t>
      </w:r>
      <w:r>
        <w:br/>
      </w:r>
      <w:r>
        <w:rPr>
          <w:sz w:val="20"/>
        </w:rPr>
        <w:t>50:17  Wording of Swami Vivekananda, if any religion approach to this equality, it is Islam and Islam bro.</w:t>
      </w:r>
    </w:p>
    <w:p>
      <w:pPr>
        <w:pStyle w:val="Heading2"/>
      </w:pPr>
      <w:r>
        <w:t>Companions instantly surrendered to recognized truth</w:t>
      </w:r>
    </w:p>
    <w:p>
      <w:r>
        <w:rPr>
          <w:color w:val="666666"/>
          <w:sz w:val="18"/>
        </w:rPr>
        <w:t>The Companions of The Prophet January 15, 2023 · 23s · at 4:04 · https://youtu.be/clnN0tUU9og?t=244</w:t>
      </w:r>
    </w:p>
    <w:p>
      <w:r>
        <w:rPr>
          <w:i/>
        </w:rPr>
        <w:t>“Once they accepted the truth, no excuse ever pulled them back.”</w:t>
      </w:r>
    </w:p>
    <w:p>
      <w:r>
        <w:rPr>
          <w:sz w:val="20"/>
        </w:rPr>
        <w:t>4:04  aur jo shayad sab se bari baat hai ke woh haqiqat pasand thay, realist thay. Foran haqiqat ke samnay woh surrender kar dete thay.</w:t>
      </w:r>
      <w:r>
        <w:br/>
      </w:r>
      <w:r>
        <w:rPr>
          <w:sz w:val="20"/>
        </w:rPr>
        <w:t>4:13  aaj jaise koi surrender nahi karta, woh apna kuch na kuch false excuses paish karta rehta hai. Un ke haan koi excuse nahi tha. Ek bar unhon ne haq ko maan liya to maan liya, poori zindagi us ke liye woh qurbaaniyan detay rahay.</w:t>
      </w:r>
    </w:p>
    <w:p>
      <w:pPr>
        <w:pStyle w:val="Heading2"/>
      </w:pPr>
      <w:r>
        <w:t>Yusuf's story is repeatable for everyone</w:t>
      </w:r>
    </w:p>
    <w:p>
      <w:r>
        <w:rPr>
          <w:color w:val="666666"/>
          <w:sz w:val="18"/>
        </w:rPr>
        <w:t>Story of the Prophet Yusuf May 11, 2014 Maulana Wahiduddin Khan · 27s · at 19:45 · https://youtu.be/2alsBthUWhw?t=1185</w:t>
      </w:r>
    </w:p>
    <w:p>
      <w:r>
        <w:rPr>
          <w:i/>
        </w:rPr>
        <w:t>“Yeh mut samjho ke ek insaan ka waqia hai”</w:t>
      </w:r>
    </w:p>
    <w:p>
      <w:r>
        <w:rPr>
          <w:sz w:val="20"/>
        </w:rPr>
        <w:t>19:45  Yeh mat samjho ke ek insan ka waqia hai. Yeh waqia repeatable hai.</w:t>
      </w:r>
      <w:r>
        <w:br/>
      </w:r>
      <w:r>
        <w:rPr>
          <w:sz w:val="20"/>
        </w:rPr>
        <w:t>19:50  Har aadmi har aadmi har aadmi har aurat har mard har aurat har mard is ko apni zindagi mein repeat kar sakta hai.</w:t>
      </w:r>
      <w:r>
        <w:br/>
      </w:r>
      <w:r>
        <w:rPr>
          <w:sz w:val="20"/>
        </w:rPr>
        <w:t>20:02  har ek ke liye repeatable hai lekin kab jab ke woh is ki shart ko pura karay. aur shart yeh shart yeh do hai taqwa aur sabr.</w:t>
      </w:r>
    </w:p>
    <w:p>
      <w:pPr>
        <w:pStyle w:val="Heading2"/>
      </w:pPr>
      <w:r>
        <w:t>Awaken conscience, not ego, when correcting someone</w:t>
      </w:r>
    </w:p>
    <w:p>
      <w:r>
        <w:rPr>
          <w:color w:val="666666"/>
          <w:sz w:val="18"/>
        </w:rPr>
        <w:t>The Case of Present Day Muslims February 14, 2010 · 44s · at 1:37:03 · https://youtu.be/OspAyZSFN6I?t=5823</w:t>
      </w:r>
    </w:p>
    <w:p>
      <w:r>
        <w:rPr>
          <w:i/>
        </w:rPr>
        <w:t>“Don't play the role of Satan when someone does wrong.”</w:t>
      </w:r>
    </w:p>
    <w:p>
      <w:r>
        <w:rPr>
          <w:sz w:val="20"/>
        </w:rPr>
        <w:t>1:37:03  . har har aadmi ke dil mein, dil mein har aadmi ke seene mein ek consciousness hai, ek ego hai. to agar aap narmi se samjhayein, is ke liye dua karein to is ka consciousness jaage ga.</w:t>
      </w:r>
      <w:r>
        <w:br/>
      </w:r>
      <w:r>
        <w:rPr>
          <w:sz w:val="20"/>
        </w:rPr>
        <w:t>1:37:16  is kaam ko chhod de ga woh. lekin agar lage bura bhala kehne, us ko laanat taan karne to ego jaag pare ga. to ego ko mat jagao.</w:t>
      </w:r>
      <w:r>
        <w:br/>
      </w:r>
      <w:r>
        <w:rPr>
          <w:sz w:val="20"/>
        </w:rPr>
        <w:t>1:37:26  is ka matlab yeh hai doosra agar lafz badal dein aap to aap ne farmaya ke is ke consciousness ko jagao. is ke ego ko mat jagao. consciousness ko jagao ge to baat ko maan le ga.</w:t>
      </w:r>
      <w:r>
        <w:br/>
      </w:r>
      <w:r>
        <w:rPr>
          <w:sz w:val="20"/>
        </w:rPr>
        <w:t>1:37:35  ego ko jagao ge to woh to bhadkaye ga, ladai chhod de ga. to aap is ke lafz badal dein to matlab is ka yahi hai ke kisi ko burai mein dekho to is ke consciousness ko jagao.</w:t>
      </w:r>
    </w:p>
    <w:p>
      <w:pPr>
        <w:pStyle w:val="Heading2"/>
      </w:pPr>
      <w:r>
        <w:t>Later followers may be better in God's sight</w:t>
      </w:r>
    </w:p>
    <w:p>
      <w:r>
        <w:rPr>
          <w:color w:val="666666"/>
          <w:sz w:val="18"/>
        </w:rPr>
        <w:t>From Superstition to Science April 19, 2009 · 28s · at 6:54 · https://youtu.be/GvCoNSjZlGE?t=414</w:t>
      </w:r>
    </w:p>
    <w:p>
      <w:r>
        <w:rPr>
          <w:i/>
        </w:rPr>
        <w:t>“Kya is se badi koi khushkhabri ho sakti hai?”</w:t>
      </w:r>
    </w:p>
    <w:p>
      <w:r>
        <w:rPr>
          <w:sz w:val="20"/>
        </w:rPr>
        <w:t>6:54  yani koi aisa aspect ho sakta hai hamare andar ke hum jo suna ji log hain wahan un se better sabit hon Allah ki nazar mein.</w:t>
      </w:r>
      <w:r>
        <w:br/>
      </w:r>
      <w:r>
        <w:rPr>
          <w:sz w:val="20"/>
        </w:rPr>
        <w:t>7:03  kya is se bari koi khushkhabri ho sakti hai? literal meaning iska hai, literal meaning. main is mein koi badha kar baat nahi keh raha hoon.</w:t>
      </w:r>
      <w:r>
        <w:br/>
      </w:r>
      <w:r>
        <w:rPr>
          <w:sz w:val="20"/>
        </w:rPr>
        <w:t>7:14  literal tor par nikal raha hai is mein se. farubba muballighin awghabun sami'un</w:t>
      </w:r>
    </w:p>
    <w:p>
      <w:pPr>
        <w:pStyle w:val="Heading2"/>
      </w:pPr>
      <w:r>
        <w:t>Islam's formula for multi-religious society</w:t>
      </w:r>
    </w:p>
    <w:p>
      <w:r>
        <w:rPr>
          <w:color w:val="666666"/>
          <w:sz w:val="18"/>
        </w:rPr>
        <w:t>Life of The Prophet of Islam (English) March 06, 2007 Maulana Wahiduddin Khan · 58s · at 15:08 · https://youtu.be/u6RTh_UeP5M?t=908</w:t>
      </w:r>
    </w:p>
    <w:p>
      <w:r>
        <w:rPr>
          <w:i/>
        </w:rPr>
        <w:t>“The formula of Islam in such a situation is based on religious tolerance”</w:t>
      </w:r>
    </w:p>
    <w:p>
      <w:r>
        <w:rPr>
          <w:sz w:val="20"/>
        </w:rPr>
        <w:t>15:08  the formula of islam in such a situation is based on religious tolerance.</w:t>
      </w:r>
      <w:r>
        <w:br/>
      </w:r>
      <w:r>
        <w:rPr>
          <w:sz w:val="20"/>
        </w:rPr>
        <w:t>15:17  in other words, you can see that this formula was based on two points. it was two point formula: follow one and respect all.</w:t>
      </w:r>
      <w:r>
        <w:br/>
      </w:r>
      <w:r>
        <w:rPr>
          <w:sz w:val="20"/>
        </w:rPr>
        <w:t>15:34  when you find in a multi religious society, so you have to follow your own religion, but at the same time, you have to give respect for other religion.</w:t>
      </w:r>
      <w:r>
        <w:br/>
      </w:r>
      <w:r>
        <w:rPr>
          <w:sz w:val="20"/>
        </w:rPr>
        <w:t>15:51  so "lakum deenukum wali deen" means in other words: follow one and respect all.</w:t>
      </w:r>
    </w:p>
    <w:p>
      <w:pPr>
        <w:pStyle w:val="Heading2"/>
      </w:pPr>
      <w:r>
        <w:t>Adjustment is not surrender, it's high thinking</w:t>
      </w:r>
    </w:p>
    <w:p>
      <w:r>
        <w:rPr>
          <w:color w:val="666666"/>
          <w:sz w:val="18"/>
        </w:rPr>
        <w:t>CPS Mission Conference 2023 April 30, 2023 · 43s · at 1:02:33 · https://youtu.be/sfTBajRastM?t=3753</w:t>
      </w:r>
    </w:p>
    <w:p>
      <w:r>
        <w:rPr>
          <w:i/>
        </w:rPr>
        <w:t>“If there is one word to define success, it is adjustment”</w:t>
      </w:r>
    </w:p>
    <w:p>
      <w:r>
        <w:rPr>
          <w:sz w:val="20"/>
        </w:rPr>
        <w:t>1:02:33  kiya. Maulana kehte thay ke intellectual partnership is very important and it's the highest goal. In fact, he used to say that if there is one word to define its success, it is adjustment.</w:t>
      </w:r>
      <w:r>
        <w:br/>
      </w:r>
      <w:r>
        <w:rPr>
          <w:sz w:val="20"/>
        </w:rPr>
        <w:t>1:02:47  And adjustment is not surrender or submission. It just shows that the person who adjusts is living on a higher intellectual level of thinking.</w:t>
      </w:r>
      <w:r>
        <w:br/>
      </w:r>
      <w:r>
        <w:rPr>
          <w:sz w:val="20"/>
        </w:rPr>
        <w:t>1:02:59  So adjustment comes from a high level of thinking and is a very enjoyable experience. To ab aap jaise mein ne adjustment ki bhi baat ki thi to agla question mein aap se poochna chahta hoon on teamwork and unity.</w:t>
      </w:r>
    </w:p>
    <w:p>
      <w:pPr>
        <w:pStyle w:val="Heading2"/>
      </w:pPr>
      <w:r>
        <w:t>Stop focusing on lost and grasp present</w:t>
      </w:r>
    </w:p>
    <w:p>
      <w:r>
        <w:rPr>
          <w:color w:val="666666"/>
          <w:sz w:val="18"/>
        </w:rPr>
        <w:t>Trust in God | February 05, 2017 · 30s · at 13:28 · https://youtu.be/khPS-kyRILc?t=808</w:t>
      </w:r>
    </w:p>
    <w:p>
      <w:r>
        <w:rPr>
          <w:i/>
        </w:rPr>
        <w:t>“ملے ہوئے پر فوکس کرنا چھوڑیں”</w:t>
      </w:r>
    </w:p>
    <w:p>
      <w:r>
        <w:rPr>
          <w:sz w:val="20"/>
        </w:rPr>
        <w:t>13:28  mile hue par focus karna chhoden, aur na mile hue par focus karna pakden. jo cheez nahi mili hai, usi par focus. yeh to shaitan ki sunnat hai. already abhi bhi aap ko har mulk mein, including india, bohat kuch mila hua hai, billion billion cheezen mili hui hain. is par focus karo, is par shukr karo, is par planning karo. to rasool allah sallallahu alai</w:t>
      </w:r>
    </w:p>
    <w:p>
      <w:pPr>
        <w:pStyle w:val="Heading2"/>
      </w:pPr>
      <w:r>
        <w:t>From reciters to distributors: the modern-day call</w:t>
      </w:r>
    </w:p>
    <w:p>
      <w:r>
        <w:rPr>
          <w:color w:val="666666"/>
          <w:sz w:val="18"/>
        </w:rPr>
        <w:t>The Age of Deceiving Philosophies I June 21, 2009 Maulana Wahiduddin Khan · 23s · at 47:06 · https://youtu.be/Ytnj8NSIAgQ?t=2826</w:t>
      </w:r>
    </w:p>
    <w:p>
      <w:r>
        <w:rPr>
          <w:i/>
        </w:rPr>
        <w:t>“They were called Bukri, the reciters — now what should you become?”</w:t>
      </w:r>
    </w:p>
    <w:p>
      <w:r>
        <w:rPr>
          <w:sz w:val="20"/>
        </w:rPr>
        <w:t>47:06  to un ko kaha jaata tha bakhri, parh kar sunane wala. ab jab printing press ka zamana hai to aap ko kya banna hai?</w:t>
      </w:r>
      <w:r>
        <w:br/>
      </w:r>
      <w:r>
        <w:rPr>
          <w:sz w:val="20"/>
        </w:rPr>
        <w:t>47:15  distributor.</w:t>
      </w:r>
      <w:r>
        <w:br/>
      </w:r>
      <w:r>
        <w:rPr>
          <w:sz w:val="20"/>
        </w:rPr>
        <w:t>47:17  sahaba bane the bakhri, aap distributor ban jaiye, yani kitabon ko taqseem pahunchaiye, logon ko kitabon ko logon ko pahunchaiye.</w:t>
      </w:r>
    </w:p>
    <w:p>
      <w:pPr>
        <w:pStyle w:val="Heading2"/>
      </w:pPr>
      <w:r>
        <w:t>Hadith: Fatima is part of me</w:t>
      </w:r>
    </w:p>
    <w:p>
      <w:r>
        <w:rPr>
          <w:color w:val="666666"/>
          <w:sz w:val="18"/>
        </w:rPr>
        <w:t>The Story of Hazrat Fatima The Prophet's Cherished Daughter (Part- I) July 30, 2023 · 13s · at 0:23 · https://youtu.be/MG9FmkFEyfo?t=23</w:t>
      </w:r>
    </w:p>
    <w:p>
      <w:r>
        <w:rPr>
          <w:i/>
        </w:rPr>
        <w:t>“Prophet once said, Fatima is part of me”</w:t>
      </w:r>
    </w:p>
    <w:p>
      <w:r>
        <w:rPr>
          <w:sz w:val="20"/>
        </w:rPr>
        <w:t>0:23  Prophet once said that, "Fatima is part of</w:t>
      </w:r>
      <w:r>
        <w:br/>
      </w:r>
      <w:r>
        <w:rPr>
          <w:sz w:val="20"/>
        </w:rPr>
        <w:t>0:27  me; whoever makes her angry, makes me angry." The legacy of Hazrat Fatima continues to inspire millions of Muslims.</w:t>
      </w:r>
    </w:p>
    <w:p>
      <w:pPr>
        <w:pStyle w:val="Heading2"/>
      </w:pPr>
      <w:r>
        <w:t>complaining is the language of failure</w:t>
      </w:r>
    </w:p>
    <w:p>
      <w:r>
        <w:rPr>
          <w:color w:val="666666"/>
          <w:sz w:val="18"/>
        </w:rPr>
        <w:t>Importance of Creative Thinking December 11, 2011 · 22s · at 4:49 · https://youtu.be/jfML9Arb0S4?t=289</w:t>
      </w:r>
    </w:p>
    <w:p>
      <w:r>
        <w:rPr>
          <w:i/>
        </w:rPr>
        <w:t>“Jis aadmi ko kuchh mila ho, woh complaint kyun karega?”</w:t>
      </w:r>
    </w:p>
    <w:p>
      <w:r>
        <w:rPr>
          <w:sz w:val="20"/>
        </w:rPr>
        <w:t>4:49  jis aadmi ko kuch mila ho, kuch achieve kiya ho, us ne woh complaint kyun karega? complaint to language hai un logon ki jo zindagi mein fail ho jayen.</w:t>
      </w:r>
      <w:r>
        <w:br/>
      </w:r>
      <w:r>
        <w:rPr>
          <w:sz w:val="20"/>
        </w:rPr>
        <w:t>5:02  jo zindagi mein fail ho jayen, unhi ki language hai complaint, complaint protest.</w:t>
      </w:r>
    </w:p>
    <w:p>
      <w:pPr>
        <w:pStyle w:val="Heading2"/>
      </w:pPr>
      <w:r>
        <w:t>Respond to insults with dawah, not violence</w:t>
      </w:r>
    </w:p>
    <w:p>
      <w:r>
        <w:rPr>
          <w:color w:val="666666"/>
          <w:sz w:val="18"/>
        </w:rPr>
        <w:t>Creative Solution or Ijtihadi Hal September 16, 2012 · 30s · at 51:55 · https://youtu.be/yBKbiu0d_1A?t=3115</w:t>
      </w:r>
    </w:p>
    <w:p>
      <w:r>
        <w:rPr>
          <w:i/>
        </w:rPr>
        <w:t>“Treat the offender as a dawah case, not blasphemy”</w:t>
      </w:r>
    </w:p>
    <w:p>
      <w:r>
        <w:rPr>
          <w:sz w:val="20"/>
        </w:rPr>
        <w:t>51:55  yani is se discussion kar sakte hain, is ko kitabein de sakte hain, is se ja ke baat kijiye. jo shakhs aisa kare, is ko dawat ka case samjhiye, na ke shatm, na ke qatl ka case.</w:t>
      </w:r>
      <w:r>
        <w:br/>
      </w:r>
      <w:r>
        <w:rPr>
          <w:sz w:val="20"/>
        </w:rPr>
        <w:t>52:12  dekhiye, yeh jo aaya hai, yeh Islam Quran mein kahin bhi nahi hai. Quran mein kahin bhi nahi hai ke jo shatm kare, is ko maar dalo.</w:t>
      </w:r>
    </w:p>
    <w:p>
      <w:pPr>
        <w:pStyle w:val="Heading2"/>
      </w:pPr>
      <w:r>
        <w:t>never tolerate even a moment of ingratitude</w:t>
      </w:r>
    </w:p>
    <w:p>
      <w:r>
        <w:rPr>
          <w:color w:val="666666"/>
          <w:sz w:val="18"/>
        </w:rPr>
        <w:t>CPS Women Monthly Interaction 8 August 28, 2022 · 46s · at 7:31 · https://youtu.be/TL5rMVeuDh8?t=451</w:t>
      </w:r>
    </w:p>
    <w:p>
      <w:r>
        <w:rPr>
          <w:i/>
        </w:rPr>
        <w:t>“Maulana sahab kehte hain, ek lamha ke liye bhi shukr ka erosion...”</w:t>
      </w:r>
    </w:p>
    <w:p>
      <w:r>
        <w:rPr>
          <w:sz w:val="20"/>
        </w:rPr>
        <w:t>7:31  To aap bataiye ke Maulana sahib keh dete hain ek lamha ke liye bhi main apne shukr ka erosion bardasht nahi kar sakta. Isi liye un ke samne to bohat zyada hum logon ko to utna takleefein, utna masail, utna museebatein padi hi nahi hain jitna un ko padi thi. To lekin woh apne dimagh mein rakhte hi nahi the us ko.</w:t>
      </w:r>
      <w:r>
        <w:br/>
      </w:r>
      <w:r>
        <w:rPr>
          <w:sz w:val="20"/>
        </w:rPr>
        <w:t>7:50  Bilkul foran nikal dete the kyun ke jitni der woh apne dimagh mein rakhein utni der woh Khuda ka shukr ada nahi kar rahe honge to hamein har lamha Khuda ka shukr ada karna hai. Har waqt nayi nayi baatein discover karte rehna hai aur tabhi hum Khuda ka shukr guzar bande banenge aur jab tak ke hum Khuda ke shukr guzar bande nahi banenge tab tak hum jannat ke mustehid nahi thehrenge.</w:t>
      </w:r>
      <w:r>
        <w:br/>
      </w:r>
      <w:r>
        <w:rPr>
          <w:sz w:val="20"/>
        </w:rPr>
        <w:t>8:17  to yeh itna bara hum risk le rahe hain negative emotions ko display karke ke yeh hum CPS</w:t>
      </w:r>
    </w:p>
    <w:p>
      <w:pPr>
        <w:pStyle w:val="Heading2"/>
      </w:pPr>
      <w:r>
        <w:t>Ishq-e-Rasool is a later innovation, not Islam</w:t>
      </w:r>
    </w:p>
    <w:p>
      <w:r>
        <w:rPr>
          <w:color w:val="666666"/>
          <w:sz w:val="18"/>
        </w:rPr>
        <w:t>The Role of Islam in History January 9, 2011 · 38s · at 1:28:26 · https://youtu.be/Hnm_lr7e-iM?t=5306</w:t>
      </w:r>
    </w:p>
    <w:p>
      <w:r>
        <w:rPr>
          <w:i/>
        </w:rPr>
        <w:t>“Ye super bidat hai, na Quran mein hai na Hadith mein”</w:t>
      </w:r>
    </w:p>
    <w:p>
      <w:r>
        <w:rPr>
          <w:sz w:val="20"/>
        </w:rPr>
        <w:t>1:28:26  yeh yeh super bid'at hai, yeh to. aap gaur kijiye ke ishq ka lafz hai Quran mein, hai na hadees mein. aur is ko bana liya Islam? yeh na'at khwanon ne bana rakha hai.</w:t>
      </w:r>
      <w:r>
        <w:br/>
      </w:r>
      <w:r>
        <w:rPr>
          <w:sz w:val="20"/>
        </w:rPr>
        <w:t>1:28:37  yeh na'at khwanon ka mazhab hai, yeh. ishq rasool shayad na'at khwanon ka mazhab hai. na Quran mein hai, na hadees mein hai. Quran mein tha: "ittaba', ittaba'." rasool ki ittiba' karo.</w:t>
      </w:r>
      <w:r>
        <w:br/>
      </w:r>
      <w:r>
        <w:rPr>
          <w:sz w:val="20"/>
        </w:rPr>
        <w:t>1:28:48  rasool ko follow karo. yeh khud hi khud banaya aur is ko Islam bana diya?</w:t>
      </w:r>
      <w:r>
        <w:br/>
      </w:r>
      <w:r>
        <w:rPr>
          <w:sz w:val="20"/>
        </w:rPr>
        <w:t>1:28:54  yaad rakhiye, ishq rasool jo hai, yeh Islam mein nahi hai, yeh na'at khwanon ne bana rakha hai. yeh na'at khwani ka mazhab hai, yeh.</w:t>
      </w:r>
    </w:p>
    <w:p>
      <w:pPr>
        <w:pStyle w:val="Heading2"/>
      </w:pPr>
      <w:r>
        <w:t>Muslims today are in a state of decline</w:t>
      </w:r>
    </w:p>
    <w:p>
      <w:r>
        <w:rPr>
          <w:color w:val="666666"/>
          <w:sz w:val="18"/>
        </w:rPr>
        <w:t>Art of Crisis Management October 3, 2010 · 26s · at 1:26:00 · https://youtu.be/sKdyThFThXo?t=5160</w:t>
      </w:r>
    </w:p>
    <w:p>
      <w:r>
        <w:rPr>
          <w:i/>
        </w:rPr>
        <w:t>“Musalman daur-e-zawal mein hain, degeneration unka ho chuka hai”</w:t>
      </w:r>
    </w:p>
    <w:p>
      <w:r>
        <w:rPr>
          <w:sz w:val="20"/>
        </w:rPr>
        <w:t>1:26:00  bhai, aisa kyun hai? ji, musalman daur-e-zawal mein hain,</w:t>
      </w:r>
      <w:r>
        <w:br/>
      </w:r>
      <w:r>
        <w:rPr>
          <w:sz w:val="20"/>
        </w:rPr>
        <w:t>1:26:06  degeneration un ka ho chuka hai. yeh to quran hadith se sabit hai ke musalmanon ka aik zamana aaye ga ke jab koi degeneration ho jaye ga.</w:t>
      </w:r>
      <w:r>
        <w:br/>
      </w:r>
      <w:r>
        <w:rPr>
          <w:sz w:val="20"/>
        </w:rPr>
        <w:t>1:26:17  lam yabqa al islam illa ismuhu. islam ka sirf naam baqi reh jaye ga, yahan tak ke masjidon mein namazi hon ge, lekin hidayat nahin hogi un mein.</w:t>
      </w:r>
    </w:p>
    <w:p>
      <w:pPr>
        <w:pStyle w:val="Heading2"/>
      </w:pPr>
      <w:r>
        <w:t>Prophet's mission answered with reason, not anger</w:t>
      </w:r>
    </w:p>
    <w:p>
      <w:r>
        <w:rPr>
          <w:color w:val="666666"/>
          <w:sz w:val="18"/>
        </w:rPr>
        <w:t>The Case of Present Day Muslims February 14, 2010 · 53s · at 7:29 · https://youtu.be/OspAyZSFN6I?t=449</w:t>
      </w:r>
    </w:p>
    <w:p>
      <w:r>
        <w:rPr>
          <w:i/>
        </w:rPr>
        <w:t>“Instead of anger, they said: you're underestimating Muhammad.”</w:t>
      </w:r>
    </w:p>
    <w:p>
      <w:r>
        <w:rPr>
          <w:sz w:val="20"/>
        </w:rPr>
        <w:t>7:29  rational way mein jawab diya. misaal kay tor par abtar kay baray mein bataya gaya aik aur surah mein kay Muhammad ka aik mission hai.</w:t>
      </w:r>
      <w:r>
        <w:br/>
      </w:r>
      <w:r>
        <w:rPr>
          <w:sz w:val="20"/>
        </w:rPr>
        <w:t>7:36  un ko tum, un ko bohat kam samajh rahay ho, underestimate kar rahay ho. kay beta nahi to khatam. in ka mission hai, hazaron lakhon karoron log in ka saath denay aaye hain.</w:t>
      </w:r>
      <w:r>
        <w:br/>
      </w:r>
      <w:r>
        <w:rPr>
          <w:sz w:val="20"/>
        </w:rPr>
        <w:t>7:47  woh saray in ki jannatain hain.</w:t>
      </w:r>
      <w:r>
        <w:br/>
      </w:r>
      <w:r>
        <w:rPr>
          <w:sz w:val="20"/>
        </w:rPr>
        <w:t>7:52  yani bajaye is kay kay ghussa ho kar is ko maray pakar kar, jis nay abtar kaha tha, yeh kaha gaya kay tum underestimate kar rahay ho maslay ko.</w:t>
      </w:r>
      <w:r>
        <w:br/>
      </w:r>
      <w:r>
        <w:rPr>
          <w:sz w:val="20"/>
        </w:rPr>
        <w:t>8:04  kay woh insan hai jo aik mission lay kay utha hai. mission phailay ga. log is ka saath den gay.</w:t>
      </w:r>
      <w:r>
        <w:br/>
      </w:r>
      <w:r>
        <w:rPr>
          <w:sz w:val="20"/>
        </w:rPr>
        <w:t>8:13  aik history banay gi. aur kiya hoga, kiya hoga? to tum underestimate kar rahay ho Muhammad ko.</w:t>
      </w:r>
    </w:p>
    <w:p>
      <w:pPr>
        <w:pStyle w:val="Heading2"/>
      </w:pPr>
      <w:r>
        <w:t>prophet stood for a jewish funeral procession</w:t>
      </w:r>
    </w:p>
    <w:p>
      <w:r>
        <w:rPr>
          <w:color w:val="666666"/>
          <w:sz w:val="18"/>
        </w:rPr>
        <w:t>Importance of Creative Thinking December 11, 2011 · 40s · at 1:31:19 · https://youtu.be/jfML9Arb0S4?t=5479</w:t>
      </w:r>
    </w:p>
    <w:p>
      <w:r>
        <w:rPr>
          <w:i/>
        </w:rPr>
        <w:t>“Rasoolullah kharay ho gaye - kya woh insaan nahi tha?”</w:t>
      </w:r>
    </w:p>
    <w:p>
      <w:r>
        <w:rPr>
          <w:sz w:val="20"/>
        </w:rPr>
        <w:t>1:31:19  janaze ka jo jaloos hota hai na ke janaza janaza ja raha hai aur peechay log chal rahe hain, to yeh manzar tha.</w:t>
      </w:r>
      <w:r>
        <w:br/>
      </w:r>
      <w:r>
        <w:rPr>
          <w:sz w:val="20"/>
        </w:rPr>
        <w:t>1:31:27  is ko dekh kar rasool Allah sallallahu alaihi wasallam khare ho gaye. yaani is ko matlab respect, is ke respect mein khare ho gaye.</w:t>
      </w:r>
      <w:r>
        <w:br/>
      </w:r>
      <w:r>
        <w:rPr>
          <w:sz w:val="20"/>
        </w:rPr>
        <w:t>1:31:36  to ek sahabi ne kaha ke ke aey Khuda ke rasool, yeh to yahoodi ka janaza tha, koi musalman ka nahi tha. aap ne farmaya ke alaihi wasallam nafsan, kya woh insan nahi tha?</w:t>
      </w:r>
      <w:r>
        <w:br/>
      </w:r>
      <w:r>
        <w:rPr>
          <w:sz w:val="20"/>
        </w:rPr>
        <w:t>1:31:50  wazeh, wazeh, not a human being. to rasool Allah ne is yahoodi ko insan samjha. insan to har ek ko humein insan</w:t>
      </w:r>
      <w:r>
        <w:br/>
      </w:r>
      <w:r>
        <w:rPr>
          <w:sz w:val="20"/>
        </w:rPr>
        <w:t>1:32:00  samajhna hai, chahe yahoodi ho ya ya RSS ka aadmi ho ya kisi bhi group ka, kisi bhi qomiyat ka ho, aadmi woh insan hai.</w:t>
      </w:r>
    </w:p>
    <w:p>
      <w:pPr>
        <w:pStyle w:val="Heading2"/>
      </w:pPr>
      <w:r>
        <w:t>Newton's humility quote on the vastness of knowledge</w:t>
      </w:r>
    </w:p>
    <w:p>
      <w:r>
        <w:rPr>
          <w:color w:val="666666"/>
          <w:sz w:val="18"/>
        </w:rPr>
        <w:t>Ijtihad in Islam December 28, 2008 · 27s · at 1:34:19 · https://youtu.be/tQL9OXuyYFk?t=5659</w:t>
      </w:r>
    </w:p>
    <w:p>
      <w:r>
        <w:rPr>
          <w:i/>
        </w:rPr>
        <w:t>“Newton ne kaha: main us bacche ki manind hoon”</w:t>
      </w:r>
    </w:p>
    <w:p>
      <w:r>
        <w:rPr>
          <w:sz w:val="20"/>
        </w:rPr>
        <w:t>1:34:19  Newton ne kaha tha ke main kisi ne poocha Newton se ke tum ne bohat study ki hai, bohat jaana hai, batao apne bare mein.</w:t>
      </w:r>
      <w:r>
        <w:br/>
      </w:r>
      <w:r>
        <w:rPr>
          <w:sz w:val="20"/>
        </w:rPr>
        <w:t>1:34:29  to unhon ne kaha ke main is bachche ki maanind hoon jo samundar ke kinare woh ghogha sameit raha hai.</w:t>
      </w:r>
      <w:r>
        <w:br/>
      </w:r>
      <w:r>
        <w:rPr>
          <w:sz w:val="20"/>
        </w:rPr>
        <w:t>1:34:38  yaani universe of knowledge jo hai, bohat hi badi hai. to over confidence aap ko rok deta hai ke aap aur seekhein, aur seekhein, aur seekhein.</w:t>
      </w:r>
    </w:p>
    <w:p>
      <w:pPr>
        <w:pStyle w:val="Heading2"/>
      </w:pPr>
      <w:r>
        <w:t>Root out ego, only God is great</w:t>
      </w:r>
    </w:p>
    <w:p>
      <w:r>
        <w:rPr>
          <w:color w:val="666666"/>
          <w:sz w:val="18"/>
        </w:rPr>
        <w:t>Chairperson, Prof. Farida Khanam's Addressal Peace Conference April 29-30, 2023 · 42s · at 20:50 · https://youtu.be/ZuVp1fGsZOw?t=1250</w:t>
      </w:r>
    </w:p>
    <w:p>
      <w:r>
        <w:rPr>
          <w:i/>
        </w:rPr>
        <w:t>“Yeh jaati-badai ka jazba jo hota hai”</w:t>
      </w:r>
    </w:p>
    <w:p>
      <w:r>
        <w:rPr>
          <w:sz w:val="20"/>
        </w:rPr>
        <w:t>20:50  To yeh jo zaati badai ka jo jazba hota hai, uski wajah se log alag hote hain.</w:t>
      </w:r>
      <w:r>
        <w:br/>
      </w:r>
      <w:r>
        <w:rPr>
          <w:sz w:val="20"/>
        </w:rPr>
        <w:t>21:04  To hum logon ko yeh jazba koot koot ke nikal dena hai.</w:t>
      </w:r>
      <w:r>
        <w:br/>
      </w:r>
      <w:r>
        <w:rPr>
          <w:sz w:val="20"/>
        </w:rPr>
        <w:t>21:18  Kyunki yeh koi bada Khuda hai, insan bada hai hi nahi.</w:t>
      </w:r>
      <w:r>
        <w:br/>
      </w:r>
      <w:r>
        <w:rPr>
          <w:sz w:val="20"/>
        </w:rPr>
        <w:t>21:32  Stupid kaam hai. toh humein yeh nahi karna hai. humein Rasool Allah sal Allah alayhi wa sallam ne muhayde Hudaybiya ke baad apne ashaab ko jama kiya aur unko nasiyat ki ki Allah ne mujhko tamam dunya ke liye rehmat banakar bheja hai. toh tum log is paigham ko meri taraf se tamam qaumon tak pahuncha do aur ikhtilaf mein na padna. isse pata chal ja chalta hai ki asal cheez ikhtilaf hai.</w:t>
      </w:r>
    </w:p>
    <w:p>
      <w:pPr>
        <w:pStyle w:val="Heading2"/>
      </w:pPr>
      <w:r>
        <w:t>Patience leads to unlimited reward from Allah</w:t>
      </w:r>
    </w:p>
    <w:p>
      <w:r>
        <w:rPr>
          <w:color w:val="666666"/>
          <w:sz w:val="18"/>
        </w:rPr>
        <w:t>Fasting for the Sake of God, June 3, 2018 · 32s · at 5:51 · https://youtu.be/UmhFJJCsvdk?t=351</w:t>
      </w:r>
    </w:p>
    <w:p>
      <w:r>
        <w:rPr>
          <w:i/>
        </w:rPr>
        <w:t>“Sabr karna pade insan ko”</w:t>
      </w:r>
    </w:p>
    <w:p>
      <w:r>
        <w:rPr>
          <w:sz w:val="20"/>
        </w:rPr>
        <w:t>5:51  sabr karna pade insan ko, to is par be hisab reward hai.</w:t>
      </w:r>
      <w:r>
        <w:br/>
      </w:r>
      <w:r>
        <w:rPr>
          <w:sz w:val="20"/>
        </w:rPr>
        <w:t>6:02  to main sochta soch raha tha ke sahaba ki zindagi mein is ki misaal, kyunke yeh baat sirf</w:t>
      </w:r>
      <w:r>
        <w:br/>
      </w:r>
      <w:r>
        <w:rPr>
          <w:sz w:val="20"/>
        </w:rPr>
        <w:t>6:13  lafzi bayan se wazeh nahi hogi, is ki koi misaal chahiye.</w:t>
      </w:r>
    </w:p>
    <w:p>
      <w:pPr>
        <w:pStyle w:val="Heading2"/>
      </w:pPr>
      <w:r>
        <w:t>Prophetic dream about divine help</w:t>
      </w:r>
    </w:p>
    <w:p>
      <w:r>
        <w:rPr>
          <w:color w:val="666666"/>
          <w:sz w:val="18"/>
        </w:rPr>
        <w:t>Divine Help 28 Sept, 2019 - Maulana Wahiduddin Khan · 33s · at 5:21 · https://youtu.be/djYNA8XBXwM?t=321</w:t>
      </w:r>
    </w:p>
    <w:p>
      <w:r>
        <w:rPr>
          <w:i/>
        </w:rPr>
        <w:t>“Jo nusrat banda karta hai, woh nusrat banda kar ke rahe ga”</w:t>
      </w:r>
    </w:p>
    <w:p>
      <w:r>
        <w:rPr>
          <w:sz w:val="20"/>
        </w:rPr>
        <w:t>5:21  woh khwab yeh tha ke</w:t>
      </w:r>
      <w:r>
        <w:br/>
      </w:r>
      <w:r>
        <w:rPr>
          <w:sz w:val="20"/>
        </w:rPr>
        <w:t>5:27  jo nasrat banda karta hai, woh nasrat banda kar ke rahe ga. jo nasrat banda karta hai, woh nasrat banda kar ke rahe ga.</w:t>
      </w:r>
      <w:r>
        <w:br/>
      </w:r>
      <w:r>
        <w:rPr>
          <w:sz w:val="20"/>
        </w:rPr>
        <w:t>5:42  do baar mein ne kaha khwab mein. yeh usool hai ke agar khwab ka alfaaz kuch different type kahoon to us se acha khwab hota hai na.</w:t>
      </w:r>
    </w:p>
    <w:p>
      <w:pPr>
        <w:pStyle w:val="Heading2"/>
      </w:pPr>
      <w:r>
        <w:t>A sweeping forgiveness dua for Aisha</w:t>
      </w:r>
    </w:p>
    <w:p>
      <w:r>
        <w:rPr>
          <w:color w:val="666666"/>
          <w:sz w:val="18"/>
        </w:rPr>
        <w:t>The Story of Aisha Bint Abu Bakr Part 2 March 05, 2023 · 49s · at 39:23 · https://youtu.be/od3Is6a9B7o?t=2363</w:t>
      </w:r>
    </w:p>
    <w:p>
      <w:r>
        <w:rPr>
          <w:i/>
        </w:rPr>
        <w:t>“O Allah, forgive Aisha all of her sins”</w:t>
      </w:r>
    </w:p>
    <w:p>
      <w:r>
        <w:rPr>
          <w:sz w:val="20"/>
        </w:rPr>
        <w:t>39:23  haan yeh baat sahi hai ek bar Prophet bohat hi happy mood mein thay he was very happy ji to Hazrat Aisha ne kaha ke adعو Allah li please pray for me ji to Rasool Allah ne hath uthaya aur bari umda dua ki.</w:t>
      </w:r>
      <w:r>
        <w:br/>
      </w:r>
      <w:r>
        <w:rPr>
          <w:sz w:val="20"/>
        </w:rPr>
        <w:t>39:38  ji Allahummaghfir li Aisha o Allah forgive Aisha</w:t>
      </w:r>
      <w:r>
        <w:br/>
      </w:r>
      <w:r>
        <w:rPr>
          <w:sz w:val="20"/>
        </w:rPr>
        <w:t>39:43  hmm all her sins ma taqaddum min zanbihi wa ma ta'akhkhar the sins that she had done in the past and the sins that she will do in future hmm ma asrart wa ma a'alant hmm open sins and hidden sins hmm to Hazrat Aisha ko itni itna acha laga he was so happy hmm that she burst into laughter ji and in her excitement and laughter and happiness she fell on her back</w:t>
      </w:r>
    </w:p>
    <w:p>
      <w:pPr>
        <w:pStyle w:val="Heading2"/>
      </w:pPr>
      <w:r>
        <w:t>Disappointment is forbidden for someone doing da'wah</w:t>
      </w:r>
    </w:p>
    <w:p>
      <w:r>
        <w:rPr>
          <w:color w:val="666666"/>
          <w:sz w:val="18"/>
        </w:rPr>
        <w:t>A Brief Survey of Islamic History (Eng) February 15, 2007 · 49s · at 20:48 · https://youtu.be/MdRtdA99UlA?t=1248</w:t>
      </w:r>
    </w:p>
    <w:p>
      <w:r>
        <w:rPr>
          <w:i/>
        </w:rPr>
        <w:t>“You are not allowed to go to disappointment.”</w:t>
      </w:r>
    </w:p>
    <w:p>
      <w:r>
        <w:rPr>
          <w:sz w:val="20"/>
        </w:rPr>
        <w:t>20:48  Every time. You are not allowed to go to disappointment. It is haram for a da'wahi.</w:t>
      </w:r>
      <w:r>
        <w:br/>
      </w:r>
      <w:r>
        <w:rPr>
          <w:sz w:val="20"/>
        </w:rPr>
        <w:t>21:01  Disappointment is haram for a da'wahi. Even if Madhu is giving a negative response initially, you have to continue your da'wah work without</w:t>
      </w:r>
      <w:r>
        <w:br/>
      </w:r>
      <w:r>
        <w:rPr>
          <w:sz w:val="20"/>
        </w:rPr>
        <w:t>21:21  any anger, without any negative thought, without feeling disappointment</w:t>
      </w:r>
      <w:r>
        <w:br/>
      </w:r>
      <w:r>
        <w:rPr>
          <w:sz w:val="20"/>
        </w:rPr>
        <w:t>21:32  . So, this is a great example in the prophet of Yunus.</w:t>
      </w:r>
    </w:p>
    <w:p>
      <w:pPr>
        <w:pStyle w:val="Heading2"/>
      </w:pPr>
      <w:r>
        <w:t>Relief to find a truly historical prophet</w:t>
      </w:r>
    </w:p>
    <w:p>
      <w:r>
        <w:rPr>
          <w:color w:val="666666"/>
          <w:sz w:val="18"/>
        </w:rPr>
        <w:t>The Prophet A Blessing for All of Humanity January 5, 2014 · 30s · at 6:05 · https://youtu.be/ZmMkgj54O28?t=365</w:t>
      </w:r>
    </w:p>
    <w:p>
      <w:r>
        <w:rPr>
          <w:i/>
        </w:rPr>
        <w:t>“In this book there is a thrilling statement”</w:t>
      </w:r>
    </w:p>
    <w:p>
      <w:r>
        <w:rPr>
          <w:sz w:val="20"/>
        </w:rPr>
        <w:t>6:05  is kitab mein ek bohat hi thrilling statement un ka hai, un alfaz mein hai ke jab rasool Allah ko pa liya unhon ne to likhte hain ke "Oh what a relief to find after all a truly historical prophet to believe in"</w:t>
      </w:r>
      <w:r>
        <w:br/>
      </w:r>
      <w:r>
        <w:rPr>
          <w:sz w:val="20"/>
        </w:rPr>
        <w:t>6:21  . yeh hai peghambar Islam sal Allah alaihi wasallam ka, yaani rehmat hona ke dunya ko zaroorat hai ek peghambar ki, lekin unhein aisa peghambar nahi mil raha tha jo historically credible ho,</w:t>
      </w:r>
    </w:p>
    <w:p>
      <w:pPr>
        <w:pStyle w:val="Heading2"/>
      </w:pPr>
      <w:r>
        <w:t>Sahaba reach the Atlantic wishing they could go further</w:t>
      </w:r>
    </w:p>
    <w:p>
      <w:r>
        <w:rPr>
          <w:color w:val="666666"/>
          <w:sz w:val="18"/>
        </w:rPr>
        <w:t>CPS Mission Conference 2023 April 30, 2023 · 46s · at 15:58 · https://youtu.be/sfTBajRastM?t=958</w:t>
      </w:r>
    </w:p>
    <w:p>
      <w:r>
        <w:rPr>
          <w:i/>
        </w:rPr>
        <w:t>“ए अल्लाह, अगर मुझे मालूम होता कि इस समुंदर के आगे भी लोग रहते हैं”</w:t>
      </w:r>
    </w:p>
    <w:p>
      <w:r>
        <w:rPr>
          <w:sz w:val="20"/>
        </w:rPr>
        <w:t>15:58  bilkul uske shore par pahunch gaye africa ke atlantic ocean ke. aur wahan unhone kaha tha, khade hokar ghode ke upar ki, "ae allah, agar mujhe maloom hota ki is samundar ke aage bhi log rehte hain,</w:t>
      </w:r>
      <w:r>
        <w:br/>
      </w:r>
      <w:r>
        <w:rPr>
          <w:sz w:val="20"/>
        </w:rPr>
        <w:t>16:16  toh main unke paas pahunchta aur unko tera paigham pahunchata."</w:t>
      </w:r>
      <w:r>
        <w:br/>
      </w:r>
      <w:r>
        <w:rPr>
          <w:sz w:val="20"/>
        </w:rPr>
        <w:t>16:22  kyunki us zamane mein log samajhte the ki america toh discover nahi hua tha. woh samajhte the ki woh end of the world hai. toh yeh badi, yani motivating, motivate karta hai yeh waqia ki hum wahi us raste par chale jo sahaba ka rasta tha.</w:t>
      </w:r>
    </w:p>
    <w:p>
      <w:pPr>
        <w:pStyle w:val="Heading2"/>
      </w:pPr>
      <w:r>
        <w:t>Eid al-Adha as extended Hajj chapter</w:t>
      </w:r>
    </w:p>
    <w:p>
      <w:r>
        <w:rPr>
          <w:color w:val="666666"/>
          <w:sz w:val="18"/>
        </w:rPr>
        <w:t>Revival of Abrahamic Mission October 28, 2012 Maulana Wahiduddin Khan · 27s · at 1:10 · https://youtu.be/_lPI1oLa-00?t=70</w:t>
      </w:r>
    </w:p>
    <w:p>
      <w:r>
        <w:rPr>
          <w:i/>
        </w:rPr>
        <w:t>“Eid al-Adha is actually an extended chapter of Hajj.”</w:t>
      </w:r>
    </w:p>
    <w:p>
      <w:r>
        <w:rPr>
          <w:sz w:val="20"/>
        </w:rPr>
        <w:t>1:10  dekhiye, eid al adha darasal</w:t>
      </w:r>
      <w:r>
        <w:br/>
      </w:r>
      <w:r>
        <w:rPr>
          <w:sz w:val="20"/>
        </w:rPr>
        <w:t>1:18  hajj ka extended chapter hai.</w:t>
      </w:r>
      <w:r>
        <w:br/>
      </w:r>
      <w:r>
        <w:rPr>
          <w:sz w:val="20"/>
        </w:rPr>
        <w:t>1:25  aap jante hain ke inhi dino mein jab ke hum eid al adha manate hain, inhi dino mein makkah mein hajj ki international ibadat hoti hai.</w:t>
      </w:r>
    </w:p>
    <w:p>
      <w:pPr>
        <w:pStyle w:val="Heading2"/>
      </w:pPr>
      <w:r>
        <w:t>Success is measured by the size of your heart</w:t>
      </w:r>
    </w:p>
    <w:p>
      <w:r>
        <w:rPr>
          <w:color w:val="666666"/>
          <w:sz w:val="18"/>
        </w:rPr>
        <w:t>The Man Al-Quran Builds April 2, 2006 Maulana Wahiduddin Khan · 32s · at 59:45 · https://youtu.be/06TQIt_5vlw?t=3585</w:t>
      </w:r>
    </w:p>
    <w:p>
      <w:r>
        <w:rPr>
          <w:i/>
        </w:rPr>
        <w:t>“Jitna bada dil, utni badi kamiyabi”</w:t>
      </w:r>
    </w:p>
    <w:p>
      <w:r>
        <w:rPr>
          <w:sz w:val="20"/>
        </w:rPr>
        <w:t>59:45  mein aksar kaha karta hoon</w:t>
      </w:r>
      <w:r>
        <w:br/>
      </w:r>
      <w:r>
        <w:rPr>
          <w:sz w:val="20"/>
        </w:rPr>
        <w:t>59:48  ke jitna bara dil utni bari kamyabi hai</w:t>
      </w:r>
      <w:r>
        <w:br/>
      </w:r>
      <w:r>
        <w:rPr>
          <w:sz w:val="20"/>
        </w:rPr>
        <w:t>59:53  to jo log dono ka mizaj ye ho kisi mamle ko izzat ka sawal bana lein humiliation kiya</w:t>
      </w:r>
      <w:r>
        <w:br/>
      </w:r>
      <w:r>
        <w:rPr>
          <w:sz w:val="20"/>
        </w:rPr>
        <w:t>59:59  gaya mujh ko ye kehne lage hain wo koi bara kaam nahi kar sakte</w:t>
      </w:r>
      <w:r>
        <w:br/>
      </w:r>
      <w:r>
        <w:rPr>
          <w:sz w:val="20"/>
        </w:rPr>
        <w:t>1:00:06  ye sahaba jo thay itna bara kaam kiya unho ne ke alam mein aik inqilab barpa kar diya</w:t>
      </w:r>
      <w:r>
        <w:br/>
      </w:r>
      <w:r>
        <w:rPr>
          <w:sz w:val="20"/>
        </w:rPr>
        <w:t>1:00:12  aik aisa inqilab jo kabhi is se pehle nahi aaya tha</w:t>
      </w:r>
    </w:p>
    <w:p>
      <w:pPr>
        <w:pStyle w:val="Heading2"/>
      </w:pPr>
      <w:r>
        <w:t>Hadith: divide your stomach into thirds</w:t>
      </w:r>
    </w:p>
    <w:p>
      <w:r>
        <w:rPr>
          <w:color w:val="666666"/>
          <w:sz w:val="18"/>
        </w:rPr>
        <w:t>Lessons from The Story of Prophet Moses Part 5, October 30, 2022 · 25s · at 13:42 · https://youtu.be/Yei6NJ0s5wI?t=822</w:t>
      </w:r>
    </w:p>
    <w:p>
      <w:r>
        <w:rPr>
          <w:i/>
        </w:rPr>
        <w:t>“Tum apne pait ka teen hissa karo”</w:t>
      </w:r>
    </w:p>
    <w:p>
      <w:r>
        <w:rPr>
          <w:sz w:val="20"/>
        </w:rPr>
        <w:t>13:42  balkeh Rasool Allah Sallallahu Alaihi Wasallam Prophet Muhammad Sallallahu Alaihi Wasallam ne farmaya ek baar ke tum apne pet ka teen</w:t>
      </w:r>
      <w:r>
        <w:br/>
      </w:r>
      <w:r>
        <w:rPr>
          <w:sz w:val="20"/>
        </w:rPr>
        <w:t>13:50  hissa karo. Hmm, one third khali aur one third pani aur one third mein khana. Hmm, to yahi wahi hai simplicity. Choonkeh agar is mein aap ne bohat zyada</w:t>
      </w:r>
      <w:r>
        <w:br/>
      </w:r>
      <w:r>
        <w:rPr>
          <w:sz w:val="20"/>
        </w:rPr>
        <w:t>14:03  ah ah zyada ah intezam kiya to phir woh cheez khatam ho jayegi. Woh sara focus chala jayega. To</w:t>
      </w:r>
    </w:p>
    <w:p>
      <w:pPr>
        <w:pStyle w:val="Heading2"/>
      </w:pPr>
      <w:r>
        <w:t>Young Ali's courage to support Prophet</w:t>
      </w:r>
    </w:p>
    <w:p>
      <w:r>
        <w:rPr>
          <w:color w:val="666666"/>
          <w:sz w:val="18"/>
        </w:rPr>
        <w:t>Sahabah as a Role Model November 27, 2007 · 29s · at 27:16 · https://youtu.be/bsaYmZAU8FY?t=1636</w:t>
      </w:r>
    </w:p>
    <w:p>
      <w:r>
        <w:rPr>
          <w:i/>
        </w:rPr>
        <w:t>“to jab ye aisa hua ke senior log baithe hue hain”</w:t>
      </w:r>
    </w:p>
    <w:p>
      <w:r>
        <w:rPr>
          <w:sz w:val="20"/>
        </w:rPr>
        <w:t>27:16  to jab yeh aisa hua ke senior log baithe hue hain, chup hain aur ek bachcha keh raha hai</w:t>
      </w:r>
      <w:r>
        <w:br/>
      </w:r>
      <w:r>
        <w:rPr>
          <w:sz w:val="20"/>
        </w:rPr>
        <w:t>27:24  ke mein aap ka saath doonga to aap ki zuban se nikla ant ya ali, ant ya ali. aye ali tum, aye ali tum.</w:t>
      </w:r>
      <w:r>
        <w:br/>
      </w:r>
      <w:r>
        <w:rPr>
          <w:sz w:val="20"/>
        </w:rPr>
        <w:t>27:34  yani barhon, bare, bare aur senior log to saath nahin de rahe hain. tum ek bachcha ho aur tum keh rahe ho ke mein saath doonga. itna bada mission hai, itna bada mission hai.</w:t>
      </w:r>
    </w:p>
    <w:p>
      <w:pPr>
        <w:pStyle w:val="Heading2"/>
      </w:pPr>
      <w:r>
        <w:t>Prophet says Khadijah's love was placed in his heart by God</w:t>
      </w:r>
    </w:p>
    <w:p>
      <w:r>
        <w:rPr>
          <w:color w:val="666666"/>
          <w:sz w:val="18"/>
        </w:rPr>
        <w:t>The Story of Khadija Part 2 December 25, 2022 · 25s · at 50:56 · https://youtu.be/CT7OATmveus?t=3056</w:t>
      </w:r>
    </w:p>
    <w:p>
      <w:r>
        <w:rPr>
          <w:i/>
        </w:rPr>
        <w:t>“By God, I was granted her love”</w:t>
      </w:r>
    </w:p>
    <w:p>
      <w:r>
        <w:rPr>
          <w:sz w:val="20"/>
        </w:rPr>
        <w:t>50:56  ji aur ek baar Rasool Allah ne kaha tha ke wallah inni qad ruziqt hubba yaani aah Khadijah ki mohabbat mujhe pila di gayi thi.</w:t>
      </w:r>
      <w:r>
        <w:br/>
      </w:r>
      <w:r>
        <w:rPr>
          <w:sz w:val="20"/>
        </w:rPr>
        <w:t>51:08  hmm aah her love had been nurtured in my heart by Allah himself. hmm to is tarah ki is tarah ka khaas ta'alluq tha Rasool Allah ka aah Hazrat Khadijah se.</w:t>
      </w:r>
    </w:p>
    <w:p>
      <w:pPr>
        <w:pStyle w:val="Heading2"/>
      </w:pPr>
      <w:r>
        <w:t>God grants peace to non-violence</w:t>
      </w:r>
    </w:p>
    <w:p>
      <w:r>
        <w:rPr>
          <w:color w:val="666666"/>
          <w:sz w:val="18"/>
        </w:rPr>
        <w:t>B'nai B'rith International Programme October 20, 2015 · 25s · at 20:42 · https://youtu.be/3iuM_AF6RLM?t=1242</w:t>
      </w:r>
    </w:p>
    <w:p>
      <w:r>
        <w:rPr>
          <w:i/>
        </w:rPr>
        <w:t>“There is a Hadith. Prophet of Islam has said”</w:t>
      </w:r>
    </w:p>
    <w:p>
      <w:r>
        <w:rPr>
          <w:sz w:val="20"/>
        </w:rPr>
        <w:t>20:42  There is a Hadith. Prophet of Islam has said, innallaha. Yawti ala rifqi ma la yawti ala dunuhu</w:t>
      </w:r>
      <w:r>
        <w:br/>
      </w:r>
      <w:r>
        <w:rPr>
          <w:sz w:val="20"/>
        </w:rPr>
        <w:t>20:56  It means that God Almighty grants peace to what He does not grant to violence.</w:t>
      </w:r>
    </w:p>
    <w:p>
      <w:pPr>
        <w:pStyle w:val="Heading2"/>
      </w:pPr>
      <w:r>
        <w:t>Scientific method example: Plato's teeth</w:t>
      </w:r>
    </w:p>
    <w:p>
      <w:r>
        <w:rPr>
          <w:color w:val="666666"/>
          <w:sz w:val="18"/>
        </w:rPr>
        <w:t>Scientific Way of Thinking July 22, 2007 · 1m 01s · at 1:31 · https://youtu.be/HxIschrKj7s?t=91</w:t>
      </w:r>
    </w:p>
    <w:p>
      <w:r>
        <w:rPr>
          <w:i/>
        </w:rPr>
        <w:t>“Brute Russell gave a simple example.”</w:t>
      </w:r>
    </w:p>
    <w:p>
      <w:r>
        <w:rPr>
          <w:sz w:val="20"/>
        </w:rPr>
        <w:t>1:31  unhon ne kaha ke Plato ne kaha tha ke aurat mard ke muqablay mein inferior hoti hai.</w:t>
      </w:r>
      <w:r>
        <w:br/>
      </w:r>
      <w:r>
        <w:rPr>
          <w:sz w:val="20"/>
        </w:rPr>
        <w:t>1:43  mard superior hai aur aurat inferior hai by nature, by birth.</w:t>
      </w:r>
      <w:r>
        <w:br/>
      </w:r>
      <w:r>
        <w:rPr>
          <w:sz w:val="20"/>
        </w:rPr>
        <w:t>1:49  iska proof us ne yeh diya ke aurat ke munh mein kam daant hotay hain,</w:t>
      </w:r>
      <w:r>
        <w:br/>
      </w:r>
      <w:r>
        <w:rPr>
          <w:sz w:val="20"/>
        </w:rPr>
        <w:t>1:58  mard ke muqable mein kam daant hotay hain. to bertrand russell likhta hai ke plato ke do biwiyan theen.</w:t>
      </w:r>
      <w:r>
        <w:br/>
      </w:r>
      <w:r>
        <w:rPr>
          <w:sz w:val="20"/>
        </w:rPr>
        <w:t>2:11  agar woh kisi biwi se kehta ke apna munh kholo, main tumhare daant ginoon ga.</w:t>
      </w:r>
      <w:r>
        <w:br/>
      </w:r>
      <w:r>
        <w:rPr>
          <w:sz w:val="20"/>
        </w:rPr>
        <w:t>2:21  to woh pata ke jis tarah mard ke munh mein 32 daant hotay hain, usi tarah aurat ke munh mein bhi 32 daant hain.</w:t>
      </w:r>
    </w:p>
    <w:p>
      <w:pPr>
        <w:pStyle w:val="Heading2"/>
      </w:pPr>
      <w:r>
        <w:t>the real starting point of spiritual insight, marifah</w:t>
      </w:r>
    </w:p>
    <w:p>
      <w:r>
        <w:rPr>
          <w:color w:val="666666"/>
          <w:sz w:val="18"/>
        </w:rPr>
        <w:t>The Early Life of Prophet Muhammad November 28, 2021 Dr. Saniyasnain Khan · 24s · at 35:36 · https://youtu.be/xjZAqfhmg1Y?t=2136</w:t>
      </w:r>
    </w:p>
    <w:p>
      <w:r>
        <w:rPr>
          <w:i/>
        </w:rPr>
        <w:t>“معرفت کا سٹارٹنگ پوائنٹ کیا ہونا چاہیے؟”</w:t>
      </w:r>
    </w:p>
    <w:p>
      <w:r>
        <w:rPr>
          <w:sz w:val="20"/>
        </w:rPr>
        <w:t>35:36  merat se aah, zuber siddiqi sahib ne sawal bheja hai. aah, unhon ne aap se poocha hai ke: "marifat ka starting point kya hona chahiye?" what is the starting point of marifat?</w:t>
      </w:r>
      <w:r>
        <w:br/>
      </w:r>
      <w:r>
        <w:rPr>
          <w:sz w:val="20"/>
        </w:rPr>
        <w:t>35:51  isko wazeh kar dein aap. marifat ka jo starting point hai, wohi hai distractions ko avoid karna.</w:t>
      </w:r>
    </w:p>
    <w:p>
      <w:pPr>
        <w:pStyle w:val="Heading2"/>
      </w:pPr>
      <w:r>
        <w:t>Surah Yusuf as the best story</w:t>
      </w:r>
    </w:p>
    <w:p>
      <w:r>
        <w:rPr>
          <w:color w:val="666666"/>
          <w:sz w:val="18"/>
        </w:rPr>
        <w:t>The Message of Surah Yusuf Political Management April 14, 2020 Maulana Wahiduddin Khan · 22s · at 1:10 · https://youtu.be/bpwEh5brv2M?t=70</w:t>
      </w:r>
    </w:p>
    <w:p>
      <w:r>
        <w:rPr>
          <w:i/>
        </w:rPr>
        <w:t>“Isko kaha gaya hai Ahsan al-Qisas”</w:t>
      </w:r>
    </w:p>
    <w:p>
      <w:r>
        <w:rPr>
          <w:sz w:val="20"/>
        </w:rPr>
        <w:t>1:10  to un ka jo waqia bayan kiya gaya hai quran mein, us ko kaha gaya hai ahsan-ul-qisas, yani Best Story.</w:t>
      </w:r>
      <w:r>
        <w:br/>
      </w:r>
      <w:r>
        <w:rPr>
          <w:sz w:val="20"/>
        </w:rPr>
        <w:t>1:27  Best Story.</w:t>
      </w:r>
    </w:p>
    <w:p>
      <w:pPr>
        <w:pStyle w:val="Heading2"/>
      </w:pPr>
      <w:r>
        <w:t>Literal meaning of augha as better container</w:t>
      </w:r>
    </w:p>
    <w:p>
      <w:r>
        <w:rPr>
          <w:color w:val="666666"/>
          <w:sz w:val="18"/>
        </w:rPr>
        <w:t>From Superstition to Science April 19, 2009 Maulana Wahiduddin Khan · 42s · at 7:17 · https://youtu.be/yg7PEiA87V0?t=437</w:t>
      </w:r>
    </w:p>
    <w:p>
      <w:r>
        <w:rPr>
          <w:i/>
        </w:rPr>
        <w:t>“Dekhiye is mein lafz augha hai”</w:t>
      </w:r>
    </w:p>
    <w:p>
      <w:r>
        <w:rPr>
          <w:sz w:val="20"/>
        </w:rPr>
        <w:t>7:17  fa ruba muballigh awgam sāmi'īn.</w:t>
      </w:r>
      <w:r>
        <w:br/>
      </w:r>
      <w:r>
        <w:rPr>
          <w:sz w:val="20"/>
        </w:rPr>
        <w:t>7:22  dekhein is mein lafz awgam hai, word jo hai word awgam. alif ba o ain e a awgam. awgam ke ma'ne hote hain better container.</w:t>
      </w:r>
      <w:r>
        <w:br/>
      </w:r>
      <w:r>
        <w:rPr>
          <w:sz w:val="20"/>
        </w:rPr>
        <w:t>7:34  literal ma'ne hote hain better container. yani baad wala jo hai woh better container ho sakta hai. isi ko main keh raha hoon ke second audience might be better than the first audience.</w:t>
      </w:r>
      <w:r>
        <w:br/>
      </w:r>
      <w:r>
        <w:rPr>
          <w:sz w:val="20"/>
        </w:rPr>
        <w:t>7:49  toh yeh kitni hi bari extended sense mein hum sab is mein shareek hain. kyunke baat ek ke baad ek ke baad hoti hui hum tak pohanchi hai.</w:t>
      </w:r>
    </w:p>
    <w:p>
      <w:pPr>
        <w:pStyle w:val="Heading2"/>
      </w:pPr>
      <w:r>
        <w:t>Definition of plagiarism</w:t>
      </w:r>
    </w:p>
    <w:p>
      <w:r>
        <w:rPr>
          <w:color w:val="666666"/>
          <w:sz w:val="18"/>
        </w:rPr>
        <w:t>The End of Human History 12 August 2012 - Maulana Wahiduddin Khan · 55s · at 3:14 · https://youtu.be/sH9tW0YQwT8?t=194</w:t>
      </w:r>
    </w:p>
    <w:p>
      <w:r>
        <w:rPr>
          <w:i/>
        </w:rPr>
        <w:t>“Plagiarism ka matlab hai: copying someone's idea without crediting the original author.”</w:t>
      </w:r>
    </w:p>
    <w:p>
      <w:r>
        <w:rPr>
          <w:sz w:val="20"/>
        </w:rPr>
        <w:t>3:14  plagiarism ka matlab hai: copying someone's idea without creating original author.</w:t>
      </w:r>
      <w:r>
        <w:br/>
      </w:r>
      <w:r>
        <w:rPr>
          <w:sz w:val="20"/>
        </w:rPr>
        <w:t>3:28  yaani aap ek kitaab likhein ya ek article likhein, us mein kisi ki ek baat ko le lein, us ke idea ko, waise hi ke waise hi,</w:t>
      </w:r>
      <w:r>
        <w:br/>
      </w:r>
      <w:r>
        <w:rPr>
          <w:sz w:val="20"/>
        </w:rPr>
        <w:t>3:42  aur us ko aap credit na dein, us ko acknowledge na karein, us ka reference na dein, apna bana kar pesh karein us ko.</w:t>
      </w:r>
      <w:r>
        <w:br/>
      </w:r>
      <w:r>
        <w:rPr>
          <w:sz w:val="20"/>
        </w:rPr>
        <w:t>3:53  to that is plagiarism: copying someone's idea without creating the original author.</w:t>
      </w:r>
    </w:p>
    <w:p>
      <w:pPr>
        <w:pStyle w:val="Heading2"/>
      </w:pPr>
      <w:r>
        <w:t>High thinking in Prophet's life</w:t>
      </w:r>
    </w:p>
    <w:p>
      <w:r>
        <w:rPr>
          <w:color w:val="666666"/>
          <w:sz w:val="18"/>
        </w:rPr>
        <w:t>Prophet of Islam A Role Model 16 Jan, 2011 - Maulana Wahiduddin Khan · 37s · at 8:51 · https://youtu.be/ya0bvV77BLc?t=531</w:t>
      </w:r>
    </w:p>
    <w:p>
      <w:r>
        <w:rPr>
          <w:i/>
        </w:rPr>
        <w:t>“Yeh hai high thinking”</w:t>
      </w:r>
    </w:p>
    <w:p>
      <w:r>
        <w:rPr>
          <w:sz w:val="20"/>
        </w:rPr>
        <w:t>8:51  to yeh yeh jo cheez hai, is ko main kahoon ke high thinking. yeh high thinking hai.</w:t>
      </w:r>
      <w:r>
        <w:br/>
      </w:r>
      <w:r>
        <w:rPr>
          <w:sz w:val="20"/>
        </w:rPr>
        <w:t>9:00  yeh khalq riyazi jis ko Quran mein kaha gaya hai, kya high thinking? har cheez se oopar uth kar sochna. nafrat, mohabbat, muslim, ghair muslim, friend, enemy,</w:t>
      </w:r>
      <w:r>
        <w:br/>
      </w:r>
      <w:r>
        <w:rPr>
          <w:sz w:val="20"/>
        </w:rPr>
        <w:t>9:17  apna, ghair, yeh sari cheezon se oopar uth kar sochna. yeh hai pehla aap ki zindagi se sabaq.</w:t>
      </w:r>
    </w:p>
    <w:p>
      <w:pPr>
        <w:pStyle w:val="Heading2"/>
      </w:pPr>
      <w:r>
        <w:t>No paradise without belief in God</w:t>
      </w:r>
    </w:p>
    <w:p>
      <w:r>
        <w:rPr>
          <w:color w:val="666666"/>
          <w:sz w:val="18"/>
        </w:rPr>
        <w:t>The Message of Surah Yusuf Political Management April 14, 2020 Maulana Wahiduddin Khan · 28s · at 37:11 · https://youtu.be/bpwEh5brv2M?t=2231</w:t>
      </w:r>
    </w:p>
    <w:p>
      <w:r>
        <w:rPr>
          <w:i/>
        </w:rPr>
        <w:t>“Nahi, nahi, bilkul nahi. God ko hazf”</w:t>
      </w:r>
    </w:p>
    <w:p>
      <w:r>
        <w:rPr>
          <w:sz w:val="20"/>
        </w:rPr>
        <w:t>37:11  kafi hain? nahi, nahi, bilkul nahi. god ko hadaf kar ke koi jannat mein nahi pahunch sakta.</w:t>
      </w:r>
      <w:r>
        <w:br/>
      </w:r>
      <w:r>
        <w:rPr>
          <w:sz w:val="20"/>
        </w:rPr>
        <w:t>37:21  jo uska jo creator hai, usi ko aap na manen to kis liye jannat? kis liye?</w:t>
      </w:r>
    </w:p>
    <w:p>
      <w:pPr>
        <w:pStyle w:val="Heading2"/>
      </w:pPr>
      <w:r>
        <w:t>Don't react, keep positive thinking</w:t>
      </w:r>
    </w:p>
    <w:p>
      <w:r>
        <w:rPr>
          <w:color w:val="666666"/>
          <w:sz w:val="18"/>
        </w:rPr>
        <w:t>Lesson from Prophet's Life April 23, 2006 Maulana Wahiduddin Khan · 23s · at 1:44 · https://youtu.be/PIe6pirYtyY?t=104</w:t>
      </w:r>
    </w:p>
    <w:p>
      <w:r>
        <w:rPr>
          <w:i/>
        </w:rPr>
        <w:t>“Ek cheez jo maine paayi hai Prophet ki zindagi ko padh kar”</w:t>
      </w:r>
    </w:p>
    <w:p>
      <w:r>
        <w:rPr>
          <w:sz w:val="20"/>
        </w:rPr>
        <w:t>1:44  aik cheez jo mein ne paai hai prophet ki zindagi ko parh kar, woh yeh hai ke reaction ki soch se munh par rehna,</w:t>
      </w:r>
      <w:r>
        <w:br/>
      </w:r>
      <w:r>
        <w:rPr>
          <w:sz w:val="20"/>
        </w:rPr>
        <w:t>1:58  kisi bhi situation mein react na karna, balkeh positive thinking par apne ko qaim rakhna.</w:t>
      </w:r>
    </w:p>
    <w:p>
      <w:pPr>
        <w:pStyle w:val="Heading2"/>
      </w:pPr>
      <w:r>
        <w:t>Da'ee must be mad'u-friendly</w:t>
      </w:r>
    </w:p>
    <w:p>
      <w:r>
        <w:rPr>
          <w:color w:val="666666"/>
          <w:sz w:val="18"/>
        </w:rPr>
        <w:t>Attributes of a Dayee 31 Oct 2010 - Maulana Wahiduddin Khan · 23s · at 3:38 · https://youtu.be/hVE1z6kLRRA?t=218</w:t>
      </w:r>
    </w:p>
    <w:p>
      <w:r>
        <w:rPr>
          <w:i/>
        </w:rPr>
        <w:t>“Dai ke andar mad'u friendly behavior aana chahiye.”</w:t>
      </w:r>
    </w:p>
    <w:p>
      <w:r>
        <w:rPr>
          <w:sz w:val="20"/>
        </w:rPr>
        <w:t>3:38  customer friendly. saaray insanon kay liye woh customer friendly ban jata hai.</w:t>
      </w:r>
      <w:r>
        <w:br/>
      </w:r>
      <w:r>
        <w:rPr>
          <w:sz w:val="20"/>
        </w:rPr>
        <w:t>3:47  aisay hi daai ka muamla hona chahiye. daai kay andar madعو friendly behaviour aana chahiye, warna woh daai nahin hai.</w:t>
      </w:r>
    </w:p>
    <w:p>
      <w:pPr>
        <w:pStyle w:val="Heading2"/>
      </w:pPr>
      <w:r>
        <w:t>Philosophy of suicide bombing</w:t>
      </w:r>
    </w:p>
    <w:p>
      <w:r>
        <w:rPr>
          <w:color w:val="666666"/>
          <w:sz w:val="18"/>
        </w:rPr>
        <w:t>The case of Present Muslims 13 Feb, 2011 - Maulana Wahiduddin Khan · 22s · at 15:35 · https://youtu.be/t6KWTAnDEcs?t=935</w:t>
      </w:r>
    </w:p>
    <w:p>
      <w:r>
        <w:rPr>
          <w:i/>
        </w:rPr>
        <w:t>“So this suicide, what is the philosophy of suicide bombing?”</w:t>
      </w:r>
    </w:p>
    <w:p>
      <w:r>
        <w:rPr>
          <w:sz w:val="20"/>
        </w:rPr>
        <w:t>15:35  yani what is the philosophy of suicide bombing? is ki aik philosophy hai, baqayda, woh kya hai? destabilize karna.</w:t>
      </w:r>
      <w:r>
        <w:br/>
      </w:r>
      <w:r>
        <w:rPr>
          <w:sz w:val="20"/>
        </w:rPr>
        <w:t>15:45  yani if we can not change the government, at least we can destabilize it. yeh hai is ki philosophy ke agar hum hukoomat ko badal nahi sakte to kam az kam destabilize to kar sakte hain is ko.</w:t>
      </w:r>
    </w:p>
    <w:p>
      <w:pPr>
        <w:pStyle w:val="Heading2"/>
      </w:pPr>
      <w:r>
        <w:t>Khadija became the Prophet's greatest booster and supporter</w:t>
      </w:r>
    </w:p>
    <w:p>
      <w:r>
        <w:rPr>
          <w:color w:val="666666"/>
          <w:sz w:val="18"/>
        </w:rPr>
        <w:t>The Man Al-Quran Builds April 2, 2006 Maulana Wahiduddin Khan · 51s · at 28:24 · https://youtu.be/06TQIt_5vlw?t=1704</w:t>
      </w:r>
    </w:p>
    <w:p>
      <w:r>
        <w:rPr>
          <w:i/>
        </w:rPr>
        <w:t>“Khadija sab aurton ke liye ek model ban gayin”</w:t>
      </w:r>
    </w:p>
    <w:p>
      <w:r>
        <w:rPr>
          <w:sz w:val="20"/>
        </w:rPr>
        <w:t>28:24  to un ki zindagi ko parh kar jo hamein maloom hoti hain baatein to mein keh sakta hoon ke khadijah aik model bani tamam auraton ke liye.</w:t>
      </w:r>
      <w:r>
        <w:br/>
      </w:r>
      <w:r>
        <w:rPr>
          <w:sz w:val="20"/>
        </w:rPr>
        <w:t>28:34  woh model kya? woh booster ban gayeen rasool Allah ke liye. yani rasool Allah jo mission chalana chahte thay us mission mein unhon ne booster ka role ada kiya.</w:t>
      </w:r>
      <w:r>
        <w:br/>
      </w:r>
      <w:r>
        <w:rPr>
          <w:sz w:val="20"/>
        </w:rPr>
        <w:t>28:44  yani aap ka saath diya aap se cooperate kiya. har aitbar se woh un ke saath raheen.</w:t>
      </w:r>
      <w:r>
        <w:br/>
      </w:r>
      <w:r>
        <w:rPr>
          <w:sz w:val="20"/>
        </w:rPr>
        <w:t>28:52  un un ka jo un ki property un ki daulat un ki taqat un ke un ka jo kuch bhi tha woh sab laga diya unhon ne. chunancha is zamane mein yani makkah do zamane mein jo kaam aap ne kiya us mein barah-e-rast khadijah ka haath rehta tha har aitbar se.</w:t>
      </w:r>
      <w:r>
        <w:br/>
      </w:r>
      <w:r>
        <w:rPr>
          <w:sz w:val="20"/>
        </w:rPr>
        <w:t>29:08  to is ke liye mere paas jo lafz hai woh yahi hai ke woh booster bani prophet ki.</w:t>
      </w:r>
    </w:p>
    <w:p>
      <w:pPr>
        <w:pStyle w:val="Heading2"/>
      </w:pPr>
      <w:r>
        <w:t>Jewish culture of excellence</w:t>
      </w:r>
    </w:p>
    <w:p>
      <w:r>
        <w:rPr>
          <w:color w:val="666666"/>
          <w:sz w:val="18"/>
        </w:rPr>
        <w:t>The Art of Life Management December 24, 2006 · 38s · at 55:15 · https://youtu.be/0oYFP8xwEW0?t=3315</w:t>
      </w:r>
    </w:p>
    <w:p>
      <w:r>
        <w:rPr>
          <w:i/>
        </w:rPr>
        <w:t>“Un ka ek hi target hota hai excellence”</w:t>
      </w:r>
    </w:p>
    <w:p>
      <w:r>
        <w:rPr>
          <w:sz w:val="20"/>
        </w:rPr>
        <w:t>55:15  to un se mein ne poocha ke aap ne Yahudion ko kaisa paya ho? to unhon ne kaha ke un ka aik hi target hota hai excellence. Excellence.</w:t>
      </w:r>
      <w:r>
        <w:br/>
      </w:r>
      <w:r>
        <w:rPr>
          <w:sz w:val="20"/>
        </w:rPr>
        <w:t>55:24  is sare Yahudi bachche ke dimagh bhartay hain woh bachpan se ke excellence. is se kam par woh razi nahi hotay. jaise aik bachcha aaye ga apne baap se kahe ga ke mein ne eighty percent mark laya hoon mein.</w:t>
      </w:r>
      <w:r>
        <w:br/>
      </w:r>
      <w:r>
        <w:rPr>
          <w:sz w:val="20"/>
        </w:rPr>
        <w:t>55:38  to woh nahi kahe ga ke shabash. Why not eighty five percent? agar woh aa kar kahe ga ke eighty five percent laya hoon mark tab bhi woh shabash hi nahi de ga.</w:t>
      </w:r>
      <w:r>
        <w:br/>
      </w:r>
      <w:r>
        <w:rPr>
          <w:sz w:val="20"/>
        </w:rPr>
        <w:t>55:47  Why not ninety percent? aur woh kahe bechara ke mein ninety percent laya hoon tab bhi shabash hi nahi de ga.</w:t>
      </w:r>
      <w:r>
        <w:br/>
      </w:r>
      <w:r>
        <w:rPr>
          <w:sz w:val="20"/>
        </w:rPr>
        <w:t>55:54  kahe ga Why not ninety five percent? is tarah se woh un ke haan education ki importance jante hain woh. Muslim world mein aaj bhi koi aadmi mujhe nahi maloom jo education ke important samajhta ho us ko chhod kar ke.</w:t>
      </w:r>
    </w:p>
    <w:p>
      <w:pPr>
        <w:pStyle w:val="Heading2"/>
      </w:pPr>
      <w:r>
        <w:t>Protest generates hate, not light — Zia-ul-Haq quote</w:t>
      </w:r>
    </w:p>
    <w:p>
      <w:r>
        <w:rPr>
          <w:color w:val="666666"/>
          <w:sz w:val="18"/>
        </w:rPr>
        <w:t>Prophet of Islam A Role Model 16 January, 2011 · 58s · at 1:23:10 · https://youtu.be/77WIVVVMP04?t=4990</w:t>
      </w:r>
    </w:p>
    <w:p>
      <w:r>
        <w:rPr>
          <w:i/>
        </w:rPr>
        <w:t>“General Zia-ul-Haq ne bahut achi baat kahi thi”</w:t>
      </w:r>
    </w:p>
    <w:p>
      <w:r>
        <w:rPr>
          <w:sz w:val="20"/>
        </w:rPr>
        <w:t>1:23:10  lekin jab bhi aap protest karen to foran kya hai? we in the concept jagta hai: "tum ne koi cheez chheen rakhi hai, main is ko tum se le kar rahoon ga." to takrao ka mahol,</w:t>
      </w:r>
      <w:r>
        <w:br/>
      </w:r>
      <w:r>
        <w:rPr>
          <w:sz w:val="20"/>
        </w:rPr>
        <w:t>1:23:24  negative thinking ka mahol, dosti aur dushmani ka mahol, yeh to lazim lazim hai. paida hi hota hai.</w:t>
      </w:r>
      <w:r>
        <w:br/>
      </w:r>
      <w:r>
        <w:rPr>
          <w:sz w:val="20"/>
        </w:rPr>
        <w:t>1:23:34  general zia ul haq ne bohat achhi baat kahi thi ke protest ka tareeqa jo hai, heat ziyada generate karta hai, roshni kam deta hai. bohat sahi hai woh.</w:t>
      </w:r>
      <w:r>
        <w:br/>
      </w:r>
      <w:r>
        <w:rPr>
          <w:sz w:val="20"/>
        </w:rPr>
        <w:t>1:23:46  yeh to jazbat, jazbat logon ke kholte hain dimagh andar, isi ko yaani nikalte hain narey laga kar ke aur jalsay jaloos kar ke.</w:t>
      </w:r>
      <w:r>
        <w:br/>
      </w:r>
      <w:r>
        <w:rPr>
          <w:sz w:val="20"/>
        </w:rPr>
        <w:t>1:23:58  baal mein rasool Allah ke namoonay ke le kar kehta hoon ke protest ka tareeqa har haal mein galat hai, chahe woh purnaman kaho, tab bhi tab bhi galat hai. woh</w:t>
      </w:r>
    </w:p>
    <w:p>
      <w:pPr>
        <w:pStyle w:val="Heading2"/>
      </w:pPr>
      <w:r>
        <w:t>Companions of the Prophet vs Brothers of the Prophet defined</w:t>
      </w:r>
    </w:p>
    <w:p>
      <w:r>
        <w:rPr>
          <w:color w:val="666666"/>
          <w:sz w:val="18"/>
        </w:rPr>
        <w:t>Role Of Ikhwan-e-Rasool 2 April 2011 · 34s · at 5:10 · https://youtu.be/I9Tc1YwhAkA?t=310</w:t>
      </w:r>
    </w:p>
    <w:p>
      <w:r>
        <w:rPr>
          <w:i/>
        </w:rPr>
        <w:t>“Unko kaha jaata hai Ashab-e-Muhammad, khair-e-ummat”</w:t>
      </w:r>
    </w:p>
    <w:p>
      <w:r>
        <w:rPr>
          <w:sz w:val="20"/>
        </w:rPr>
        <w:t>5:10  un ko kaha jata hai ashaab-e-Muhammad. unhi ke liye aaya hai lafz khair-ul-ummah.</w:t>
      </w:r>
      <w:r>
        <w:br/>
      </w:r>
      <w:r>
        <w:rPr>
          <w:sz w:val="20"/>
        </w:rPr>
        <w:t>5:18  to hadith mein aata hai ke baad ke zamane mein dobara ek team banegi. is team ke liye ikhwan-e-Rasul ka lafz aaya hai hadith mein.</w:t>
      </w:r>
      <w:r>
        <w:br/>
      </w:r>
      <w:r>
        <w:rPr>
          <w:sz w:val="20"/>
        </w:rPr>
        <w:t>5:29  yani ashaab-e-Muhammad ke ma'ni hain Companions of the Prophet. aur Ikhwan-e-Rasul ke ma'ni hain Brothers of the Prophet.</w:t>
      </w:r>
    </w:p>
    <w:p>
      <w:pPr>
        <w:pStyle w:val="Heading2"/>
      </w:pPr>
      <w:r>
        <w:t>The dua the Prophet and Maulana loved most</w:t>
      </w:r>
    </w:p>
    <w:p>
      <w:r>
        <w:rPr>
          <w:color w:val="666666"/>
          <w:sz w:val="18"/>
        </w:rPr>
        <w:t>CPS Mission Conference 2023 April 30, 2023 · 1m 27s · at 1:10:32 · https://youtu.be/sfTBajRastM?t=4232</w:t>
      </w:r>
    </w:p>
    <w:p>
      <w:r>
        <w:rPr>
          <w:i/>
        </w:rPr>
        <w:t>“या हय्युं या क़य्यूमु बिरहमतिका अस्तग़ीस”</w:t>
      </w:r>
    </w:p>
    <w:p>
      <w:r>
        <w:rPr>
          <w:sz w:val="20"/>
        </w:rPr>
        <w:t>1:10:32  Ab mein ek do dua leta hoon, chuki waqt ab bohat kam hai. Ek dua jo Prophet ko bohat pasand thi aur Maulana bhi aksar usko padhte the,</w:t>
      </w:r>
      <w:r>
        <w:br/>
      </w:r>
      <w:r>
        <w:rPr>
          <w:sz w:val="20"/>
        </w:rPr>
        <w:t>1:10:45  bohat Maulana ko pasand thi. Yeh hai Ya Hayyu Ya Qayyumu bi rahmatika astagheethu O Living God, O Sustaining God, I seek Your Mercy.</w:t>
      </w:r>
      <w:r>
        <w:br/>
      </w:r>
      <w:r>
        <w:rPr>
          <w:sz w:val="20"/>
        </w:rPr>
        <w:t>1:10:56  Mein teri mercy, mein teri rehmat ka mohtaj hoon. Ya Hayyu Ya Qayyumu bi rahmatika astagheethu aur iska agla hissa hai Aslih li shani kulli ke meri sari jo meri Problems hain, usko solve kar d</w:t>
      </w:r>
      <w:r>
        <w:br/>
      </w:r>
      <w:r>
        <w:rPr>
          <w:sz w:val="20"/>
        </w:rPr>
        <w:t>1:11:11  e. I seek Your Help in settingright all my affairs. Aslih li shani kulli wa la takilni ila nafsi tarfata aini yeh bohat zabardast hai ke Please do not leave me to myself even for a blink of an eye.</w:t>
      </w:r>
      <w:r>
        <w:br/>
      </w:r>
      <w:r>
        <w:rPr>
          <w:sz w:val="20"/>
        </w:rPr>
        <w:t>1:11:30  Don't leave me alone even for a blink of an eye. La takilni ila nafsi tarfata aini</w:t>
      </w:r>
      <w:r>
        <w:br/>
      </w:r>
      <w:r>
        <w:rPr>
          <w:sz w:val="20"/>
        </w:rPr>
        <w:t>1:11:37  yeh bohat achi dua hai aur Maulana aksar usko padhte the. Aur sahaba bhi kehte hain ke jab koi pareshani hoti thi Rasool Allah, koi News aati thi kahin se toh hum sunne lagte the ke woh ahista ahista padhte the Ya Hayyu Ya Qayyumu bi rahmatika astagheethu aur</w:t>
      </w:r>
    </w:p>
    <w:p>
      <w:pPr>
        <w:pStyle w:val="Heading2"/>
      </w:pPr>
      <w:r>
        <w:t>Muslims don't know wisdom of dealing</w:t>
      </w:r>
    </w:p>
    <w:p>
      <w:r>
        <w:rPr>
          <w:color w:val="666666"/>
          <w:sz w:val="18"/>
        </w:rPr>
        <w:t>Prophet’s Policy of Management of Conflict 28 Nov 2019 - Maulana Wahiduddin Khan · 37s · at 12:01 · https://youtu.be/2NrsopasB2s?t=721</w:t>
      </w:r>
    </w:p>
    <w:p>
      <w:r>
        <w:rPr>
          <w:i/>
        </w:rPr>
        <w:t>“Yahi hikmat musalman jaante nahin”</w:t>
      </w:r>
    </w:p>
    <w:p>
      <w:r>
        <w:rPr>
          <w:sz w:val="20"/>
        </w:rPr>
        <w:t>12:01  yahi hikmat musalman jante nahi. jahan kuch baat ho gayi to foran takra gaye hain. to jab un se double woh takraao ho jaye, yaani woh log react karte hain to change action banta hai,</w:t>
      </w:r>
      <w:r>
        <w:br/>
      </w:r>
      <w:r>
        <w:rPr>
          <w:sz w:val="20"/>
        </w:rPr>
        <w:t>12:20  to maar peet hoti hai. bas yahi sab khabron mein aata hai.</w:t>
      </w:r>
      <w:r>
        <w:br/>
      </w:r>
      <w:r>
        <w:rPr>
          <w:sz w:val="20"/>
        </w:rPr>
        <w:t>12:27  earaaz kar ke planning karna, dealing kar ke planning karna, yeh koi janta hi nahi.</w:t>
      </w:r>
    </w:p>
    <w:p>
      <w:pPr>
        <w:pStyle w:val="Heading2"/>
      </w:pPr>
      <w:r>
        <w:t>jungle scout story shows missionary spirit</w:t>
      </w:r>
    </w:p>
    <w:p>
      <w:r>
        <w:rPr>
          <w:color w:val="666666"/>
          <w:sz w:val="18"/>
        </w:rPr>
        <w:t>Muslims in Diaspora January 9, 2007 · 1m 00s · at 15:23 · https://youtu.be/kP8FzUSQWW0?t=923</w:t>
      </w:r>
    </w:p>
    <w:p>
      <w:r>
        <w:rPr>
          <w:i/>
        </w:rPr>
        <w:t>“Once, in South America's jungles, they sent a scout”</w:t>
      </w:r>
    </w:p>
    <w:p>
      <w:r>
        <w:rPr>
          <w:sz w:val="20"/>
        </w:rPr>
        <w:t>15:23  South America jo hai jis mein ke bohat baray baray janglat hain to wahan par woh chahtay thay ke apna mission pohanchayen.</w:t>
      </w:r>
      <w:r>
        <w:br/>
      </w:r>
      <w:r>
        <w:rPr>
          <w:sz w:val="20"/>
        </w:rPr>
        <w:t>15:34  wahan abhi bhi log rehtay thay insaan jangli andaaz mein. to aik waqt bheja unhon ne. ghaliban Paraguay ke janglat mein.</w:t>
      </w:r>
      <w:r>
        <w:br/>
      </w:r>
      <w:r>
        <w:rPr>
          <w:sz w:val="20"/>
        </w:rPr>
        <w:t>15:45  to woh wahan gaya woh aadmi wahan se aaya to woh batata hai woh report jo diya us ne ke wahan jab machhar hain makhi hain keeday makoray hain aur garha hai aur yeh hai aur woh hai yeh sab report de raha tha woh.</w:t>
      </w:r>
      <w:r>
        <w:br/>
      </w:r>
      <w:r>
        <w:rPr>
          <w:sz w:val="20"/>
        </w:rPr>
        <w:t>16:00  to jo priest tha priest ne kaha ke yeh batao ke wahan insaan bhi hain kya?</w:t>
      </w:r>
      <w:r>
        <w:br/>
      </w:r>
      <w:r>
        <w:rPr>
          <w:sz w:val="20"/>
        </w:rPr>
        <w:t>16:10  insaan hain ke nahi yeh batao. to us ne kaha ke haan wahan insaan bhi hain. to kaha ke bas phir hamara hum wahan jayen ge aur hum mission wahan phailayen ge.</w:t>
      </w:r>
      <w:r>
        <w:br/>
      </w:r>
      <w:r>
        <w:rPr>
          <w:sz w:val="20"/>
        </w:rPr>
        <w:t>16:20  yeh hai missionary spirit.</w:t>
      </w:r>
    </w:p>
    <w:p>
      <w:pPr>
        <w:pStyle w:val="Heading2"/>
      </w:pPr>
      <w:r>
        <w:t>use afterlife reward as your emotional filter</w:t>
      </w:r>
    </w:p>
    <w:p>
      <w:r>
        <w:rPr>
          <w:color w:val="666666"/>
          <w:sz w:val="18"/>
        </w:rPr>
        <w:t>CPS Women Monthly Interaction 8 August 28, 2022 · 57s · at 5:15 · https://youtu.be/TL5rMVeuDh8?t=315</w:t>
      </w:r>
    </w:p>
    <w:p>
      <w:r>
        <w:rPr>
          <w:i/>
        </w:rPr>
        <w:t>“Negative emotions ko curve karna hai, khatam karna hai.”</w:t>
      </w:r>
    </w:p>
    <w:p>
      <w:r>
        <w:rPr>
          <w:sz w:val="20"/>
        </w:rPr>
        <w:t>5:15  Lekin negative emotions jo hai us ko curve karna hai, us ko khatam karna hai. Bas har baat ko yahi samjhiye ke akhirat mein hamein kis cheez ka reward milega, kis cheez ka reward nahi milega. Ek yeh criteria bilkul aap apne dimagh mein set kar lijiye ke yeh kaam karenge to is ka hota kya reward milega aur yeh kaam karenge to woh saza milegi. To emotions agar hamare andar negative hain to us ko hamein khatam karna hai.</w:t>
      </w:r>
      <w:r>
        <w:br/>
      </w:r>
      <w:r>
        <w:rPr>
          <w:sz w:val="20"/>
        </w:rPr>
        <w:t>5:43  Positive emotions hain to woh bohat achi baat hai. To Maulana ne bilkul hamesha hum logon ko yahi sikhaya ke jazbati hona jo hai na us ko achhe kaam mein lagana to sahi hai lekin galat kaam mein lagana to bohat zyada galat hai aur ki personality chalta rehta hai to negative emotions bilkul khatam karna hai.</w:t>
      </w:r>
      <w:r>
        <w:br/>
      </w:r>
      <w:r>
        <w:rPr>
          <w:sz w:val="20"/>
        </w:rPr>
        <w:t>6:12  Tarah tarah se apne aap ko samjhana hai, explain karna hai na ke us ko justify karna hai ke agar hum kisi ke khilaf ho jate hain to hamein soch lena chahiye ke yeh to ek waqt hi dunya mein hum chaar din ke liye aaye hain. Hamein sirf wahi kaam karna hai jo Khuda ki raza hasil karne ke liye kiya jaye. Baqi har kaam ko humne bilkul minus karte rehna hai, eliminate karte rehna hai.</w:t>
      </w:r>
    </w:p>
    <w:p>
      <w:pPr>
        <w:pStyle w:val="Heading2"/>
      </w:pPr>
      <w:r>
        <w:t>Prophet's truth-seeking nature</w:t>
      </w:r>
    </w:p>
    <w:p>
      <w:r>
        <w:rPr>
          <w:color w:val="666666"/>
          <w:sz w:val="18"/>
        </w:rPr>
        <w:t>Life of the Prophet Muhammad, May 26, 2008 · 25s · at 3:19 · https://youtu.be/RHKPu_bRDiY?t=199</w:t>
      </w:r>
    </w:p>
    <w:p>
      <w:r>
        <w:rPr>
          <w:i/>
        </w:rPr>
        <w:t>“Woh chhote par se hi seekhar the”</w:t>
      </w:r>
    </w:p>
    <w:p>
      <w:r>
        <w:rPr>
          <w:sz w:val="20"/>
        </w:rPr>
        <w:t>3:19  to muhammad sallallahu alaihi wasallam in activities se aik dam alag rehte the. is ka matlab yeh hai ke woh chote par se hi seekhar the.</w:t>
      </w:r>
      <w:r>
        <w:br/>
      </w:r>
      <w:r>
        <w:rPr>
          <w:sz w:val="20"/>
        </w:rPr>
        <w:t>3:33  sachai ko janna, sachai ko talash karna, yeh un ka nature tha.</w:t>
      </w:r>
    </w:p>
    <w:p>
      <w:pPr>
        <w:pStyle w:val="Heading2"/>
      </w:pPr>
      <w:r>
        <w:t>No human is without self-interest, use it wisely</w:t>
      </w:r>
    </w:p>
    <w:p>
      <w:r>
        <w:rPr>
          <w:color w:val="666666"/>
          <w:sz w:val="18"/>
        </w:rPr>
        <w:t>The Importance of Wisdom February 22, 2009 · 40s · at 6:49 · https://youtu.be/2E7WtpqtFgw?t=409</w:t>
      </w:r>
    </w:p>
    <w:p>
      <w:r>
        <w:rPr>
          <w:i/>
        </w:rPr>
        <w:t>“Modi koi angel nahi hai, Modi insaan hai”</w:t>
      </w:r>
    </w:p>
    <w:p>
      <w:r>
        <w:rPr>
          <w:sz w:val="20"/>
        </w:rPr>
        <w:t>6:49  yani modi koi angel nahi hai, modi insan hai. har insan ke paas interest hota hai. koi bhi insan aisa dunya mein nahi hai jis ka koi interest na ho.</w:t>
      </w:r>
      <w:r>
        <w:br/>
      </w:r>
      <w:r>
        <w:rPr>
          <w:sz w:val="20"/>
        </w:rPr>
        <w:t>7:03  to aadmi apne interest hi ke liye koi kaam karta hai. hamesha, without any exception.</w:t>
      </w:r>
      <w:r>
        <w:br/>
      </w:r>
      <w:r>
        <w:rPr>
          <w:sz w:val="20"/>
        </w:rPr>
        <w:t>7:13  aap ka kaam hai ke us ko aap,</w:t>
      </w:r>
      <w:r>
        <w:br/>
      </w:r>
      <w:r>
        <w:rPr>
          <w:sz w:val="20"/>
        </w:rPr>
        <w:t>7:18  us ke action se jo situation create hui hai, us ko aap apne haq mein istemal kar lein. yani master of situation ban jayen aap.</w:t>
      </w:r>
    </w:p>
    <w:p>
      <w:pPr>
        <w:pStyle w:val="Heading2"/>
      </w:pPr>
      <w:r>
        <w:t>Ibrahim's prayer for his descendants</w:t>
      </w:r>
    </w:p>
    <w:p>
      <w:r>
        <w:rPr>
          <w:color w:val="666666"/>
          <w:sz w:val="18"/>
        </w:rPr>
        <w:t>The Role of Hazrat Hajra October 10, 2020 Prof. Farida Khanam · 49s · at 14:07 · https://youtu.be/KzWhW_1h9tc?t=847</w:t>
      </w:r>
    </w:p>
    <w:p>
      <w:r>
        <w:rPr>
          <w:i/>
        </w:rPr>
        <w:t>“To is se pehle unhon ne dua ek aai hai”</w:t>
      </w:r>
    </w:p>
    <w:p>
      <w:r>
        <w:rPr>
          <w:sz w:val="20"/>
        </w:rPr>
        <w:t>14:07  to is se pehle bhi unhon ne un ki dua aik aai hai sahi bukhari mein ke jab woh hazrat hajra ko chhod kar ja rahe the, to jab kafi door chale gaye, to unhon ne phir wahan us ilaqe ko chhodne se pehle aik yeh dua kiya tha</w:t>
      </w:r>
      <w:r>
        <w:br/>
      </w:r>
      <w:r>
        <w:rPr>
          <w:sz w:val="20"/>
        </w:rPr>
        <w:t>14:24  ke aye hamare rab</w:t>
      </w:r>
      <w:r>
        <w:br/>
      </w:r>
      <w:r>
        <w:rPr>
          <w:sz w:val="20"/>
        </w:rPr>
        <w:t>14:26  ! main ne apni aulad ko aik be aab o giya wadi mein tere mohtaram ghar ke pas basaya hai. Aye hamar</w:t>
      </w:r>
      <w:r>
        <w:br/>
      </w:r>
      <w:r>
        <w:rPr>
          <w:sz w:val="20"/>
        </w:rPr>
        <w:t>14:35  e rab! Taa ke woh namaz qaim karen. Pas tu logon ke dil un ki taraf mail kar de aur un ko phalon ki rozi ata farma taa ke woh shukr karen.</w:t>
      </w:r>
      <w:r>
        <w:br/>
      </w:r>
      <w:r>
        <w:rPr>
          <w:sz w:val="20"/>
        </w:rPr>
        <w:t>14:46  yeh dua hazrat ibrahim, yeh dua quran ke chapter ibrahim mein aai hai aur verse number hai 35 to 37.</w:t>
      </w:r>
    </w:p>
    <w:p>
      <w:pPr>
        <w:pStyle w:val="Heading2"/>
      </w:pPr>
      <w:r>
        <w:t>Hadith: pass my message on, generation after generation</w:t>
      </w:r>
    </w:p>
    <w:p>
      <w:r>
        <w:rPr>
          <w:color w:val="666666"/>
          <w:sz w:val="18"/>
        </w:rPr>
        <w:t>From Superstition to Science April 19, 2009 · 46s · at 4:47 · https://youtu.be/GvCoNSjZlGE?t=287</w:t>
      </w:r>
    </w:p>
    <w:p>
      <w:r>
        <w:rPr>
          <w:i/>
        </w:rPr>
        <w:t>“Jo yahan hain wo un tak pohncha dein jo yahan nahin”</w:t>
      </w:r>
    </w:p>
    <w:p>
      <w:r>
        <w:rPr>
          <w:sz w:val="20"/>
        </w:rPr>
        <w:t>4:47  is waqt aap ne ek bohat hi anokhi baat kahi thi. aap ne farmaya tha ke falyaballigh-ish-shahidu al-ghaiba farubba muballighin awghabun sami'un</w:t>
      </w:r>
      <w:r>
        <w:br/>
      </w:r>
      <w:r>
        <w:rPr>
          <w:sz w:val="20"/>
        </w:rPr>
        <w:t>5:06  jo yahan hain woh un tak pohncha dein jo yahan nahi hain.</w:t>
      </w:r>
      <w:r>
        <w:br/>
      </w:r>
      <w:r>
        <w:rPr>
          <w:sz w:val="20"/>
        </w:rPr>
        <w:t>5:17  jo yahan hazir hain woh un tak pohncha dein jo yahan maujood nahi hain. phir aap ne farmaya farubba muballighin awghabun sami'un</w:t>
      </w:r>
    </w:p>
    <w:p>
      <w:pPr>
        <w:pStyle w:val="Heading2"/>
      </w:pPr>
      <w:r>
        <w:t>Reflection on authentic hadith of fasting reward</w:t>
      </w:r>
    </w:p>
    <w:p>
      <w:r>
        <w:rPr>
          <w:color w:val="666666"/>
          <w:sz w:val="18"/>
        </w:rPr>
        <w:t>Fasting for the Sake of God, June 3, 2018 · 30s · at 3:19 · https://youtu.be/UmhFJJCsvdk?t=199</w:t>
      </w:r>
    </w:p>
    <w:p>
      <w:r>
        <w:rPr>
          <w:i/>
        </w:rPr>
        <w:t>“Dekhiye, yeh hadith Sahih Bukhari mein hai”</w:t>
      </w:r>
    </w:p>
    <w:p>
      <w:r>
        <w:rPr>
          <w:sz w:val="20"/>
        </w:rPr>
        <w:t>3:19  dekhein, yeh hadith Sahih al-Bukhari mein hai, is ka matlab hai ke bohat authentic hai.</w:t>
      </w:r>
      <w:r>
        <w:br/>
      </w:r>
      <w:r>
        <w:rPr>
          <w:sz w:val="20"/>
        </w:rPr>
        <w:t>3:29  to bohat ziyada sochne ki baat hai ke roze mein kaun si aisi baat hai ke woh bohat</w:t>
      </w:r>
      <w:r>
        <w:br/>
      </w:r>
      <w:r>
        <w:rPr>
          <w:sz w:val="20"/>
        </w:rPr>
        <w:t>3:39  hi ziyada, bohat hi ziyada reward is ke upar likh diya gaya hai.</w:t>
      </w:r>
    </w:p>
    <w:p>
      <w:pPr>
        <w:pStyle w:val="Heading2"/>
      </w:pPr>
      <w:r>
        <w:t>All prophets are authentic models despite different methods</w:t>
      </w:r>
    </w:p>
    <w:p>
      <w:r>
        <w:rPr>
          <w:color w:val="666666"/>
          <w:sz w:val="18"/>
        </w:rPr>
        <w:t>Prophetic Mission in History March 06, 2007 · 27s · at 7:59 · https://youtu.be/w7HfRxRVIps?t=479</w:t>
      </w:r>
    </w:p>
    <w:p>
      <w:r>
        <w:rPr>
          <w:i/>
        </w:rPr>
        <w:t>“The Quranic verse muqtadih means all prophets are authentic models”</w:t>
      </w:r>
    </w:p>
    <w:p>
      <w:r>
        <w:rPr>
          <w:sz w:val="20"/>
        </w:rPr>
        <w:t>7:59  so, the quranic verse muqtadi means</w:t>
      </w:r>
      <w:r>
        <w:br/>
      </w:r>
      <w:r>
        <w:rPr>
          <w:sz w:val="20"/>
        </w:rPr>
        <w:t>8:06  all the prophets are authentic models.</w:t>
      </w:r>
      <w:r>
        <w:br/>
      </w:r>
      <w:r>
        <w:rPr>
          <w:sz w:val="20"/>
        </w:rPr>
        <w:t>8:15  although the ideology and theatrical system was one and the same between all the prophets.</w:t>
      </w:r>
    </w:p>
    <w:p>
      <w:pPr>
        <w:pStyle w:val="Heading2"/>
      </w:pPr>
      <w:r>
        <w:t>Love of homeland is a natural instinct</w:t>
      </w:r>
    </w:p>
    <w:p>
      <w:r>
        <w:rPr>
          <w:color w:val="666666"/>
          <w:sz w:val="18"/>
        </w:rPr>
        <w:t>Understanding Patriotism in Islam July 27, 2025 · 42s · at 2:14 · https://youtu.be/xKCy0dkVfzw?t=134</w:t>
      </w:r>
    </w:p>
    <w:p>
      <w:r>
        <w:rPr>
          <w:i/>
        </w:rPr>
        <w:t>“وطن سے محبت تو بالکل ایک فطری جذبہ ہے”</w:t>
      </w:r>
    </w:p>
    <w:p>
      <w:r>
        <w:rPr>
          <w:sz w:val="20"/>
        </w:rPr>
        <w:t>2:14  dekhiye, watan say muhabbat to bilkul aik fitri jazbah hay aur bahut hi gehra insani jazbah hay.</w:t>
      </w:r>
      <w:r>
        <w:br/>
      </w:r>
      <w:r>
        <w:rPr>
          <w:sz w:val="20"/>
        </w:rPr>
        <w:t>2:25  koi kahay bheraha ho, kisi bhi mulk mein rah raha ho, usko apnay watan say muhabbat hoti hay.</w:t>
      </w:r>
      <w:r>
        <w:br/>
      </w:r>
      <w:r>
        <w:rPr>
          <w:sz w:val="20"/>
        </w:rPr>
        <w:t>2:32  kyun kay aadmi jis sarzamin par parwarish pata hay, jahan uski shakhsiyat tashkeel pati hay, uski yadein wabasta hoti hain, uskay tajrubaat hotay hain, uskay taluqat hotay hain, usko bahut kuch apnay watan say milta hay.</w:t>
      </w:r>
      <w:r>
        <w:br/>
      </w:r>
      <w:r>
        <w:rPr>
          <w:sz w:val="20"/>
        </w:rPr>
        <w:t>2:49  to yeh to bilkul natural hay kay usko apnay watan say gehrimuhabbat ho.</w:t>
      </w:r>
    </w:p>
    <w:p>
      <w:pPr>
        <w:pStyle w:val="Heading2"/>
      </w:pPr>
      <w:r>
        <w:t>Islam calls for reason, not just rituals</w:t>
      </w:r>
    </w:p>
    <w:p>
      <w:r>
        <w:rPr>
          <w:color w:val="666666"/>
          <w:sz w:val="18"/>
        </w:rPr>
        <w:t>Islam and Reason | October 19, 2008 · 30s · at 25:39 · https://youtu.be/fonwQAw1vCw?t=1539</w:t>
      </w:r>
    </w:p>
    <w:p>
      <w:r>
        <w:rPr>
          <w:i/>
        </w:rPr>
        <w:t>“Bas formal tor par kuch rituals hain”</w:t>
      </w:r>
    </w:p>
    <w:p>
      <w:r>
        <w:rPr>
          <w:sz w:val="20"/>
        </w:rPr>
        <w:t>25:39  bas formal tor par kuch rituals hain, is ko dohra liya, namaz ho gayi, roza ho gaya, haj ho gaya.</w:t>
      </w:r>
      <w:r>
        <w:br/>
      </w:r>
      <w:r>
        <w:rPr>
          <w:sz w:val="20"/>
        </w:rPr>
        <w:t>25:45  halankay islam jo hai aql ko nak karta hai.</w:t>
      </w:r>
      <w:r>
        <w:br/>
      </w:r>
      <w:r>
        <w:rPr>
          <w:sz w:val="20"/>
        </w:rPr>
        <w:t>25:51  quran ko parhiya to quran mein bar bar yeh hai ke socho, socho, socho, socho, aql ko istemal karo.</w:t>
      </w:r>
      <w:r>
        <w:br/>
      </w:r>
      <w:r>
        <w:rPr>
          <w:sz w:val="20"/>
        </w:rPr>
        <w:t>25:57  aql ko na istemal karne ki wajah se is raaz hayat ko log nahi jaan paye.</w:t>
      </w:r>
      <w:r>
        <w:br/>
      </w:r>
      <w:r>
        <w:rPr>
          <w:sz w:val="20"/>
        </w:rPr>
        <w:t>26:04  is law of nature ko nahi jaan paye.</w:t>
      </w:r>
    </w:p>
    <w:p>
      <w:pPr>
        <w:pStyle w:val="Heading2"/>
      </w:pPr>
      <w:r>
        <w:t>Muslims must stop complaining</w:t>
      </w:r>
    </w:p>
    <w:p>
      <w:r>
        <w:rPr>
          <w:color w:val="666666"/>
          <w:sz w:val="18"/>
        </w:rPr>
        <w:t>Dars-e-Quran, Hadith-e-Jibril October 29, 2017 · 21s · at 25:43 · https://youtu.be/CaMTvkwqQqo?t=1543</w:t>
      </w:r>
    </w:p>
    <w:p>
      <w:r>
        <w:rPr>
          <w:i/>
        </w:rPr>
        <w:t>“Muslimon ko chahiye ke shikayat ki boli bolna chhor dein”</w:t>
      </w:r>
    </w:p>
    <w:p>
      <w:r>
        <w:rPr>
          <w:sz w:val="20"/>
        </w:rPr>
        <w:t>25:43  we are in the set waghera. To is is hadith ko parhne ke baad musalmanon ko chahiye ke shikayat ki boli bolna chhod dein.</w:t>
      </w:r>
      <w:r>
        <w:br/>
      </w:r>
      <w:r>
        <w:rPr>
          <w:sz w:val="20"/>
        </w:rPr>
        <w:t>25:56  hamesha ke liye. Zulm ki boli bolna chhod dein. Hamesha ke liye.</w:t>
      </w:r>
    </w:p>
    <w:p>
      <w:pPr>
        <w:pStyle w:val="Heading2"/>
      </w:pPr>
      <w:r>
        <w:t>Do not blame people, blame Satan</w:t>
      </w:r>
    </w:p>
    <w:p>
      <w:r>
        <w:rPr>
          <w:color w:val="666666"/>
          <w:sz w:val="18"/>
        </w:rPr>
        <w:t>Lessons from The Story of Prophet Yusuf - I May 22, 2022 Dr. Saniyasnain Khan · 21s · at 26:23 · https://youtu.be/grDcnpaLdIA?t=1583</w:t>
      </w:r>
    </w:p>
    <w:p>
      <w:r>
        <w:rPr>
          <w:i/>
        </w:rPr>
        <w:t>“To ye bahut hi ahem baat hazrat yaqub ali salam ne”</w:t>
      </w:r>
    </w:p>
    <w:p>
      <w:r>
        <w:rPr>
          <w:sz w:val="20"/>
        </w:rPr>
        <w:t>26:23  to yeh bahut hi ahham baat hazrat yaqub aleh salam ne kahi ismein ki insaan dushman nahi hai balki shaitan to dushman hai. to ek aur cheez ismein mil rahi hai hamein ki hazrat yaqub aleh salam aur yusuf aleh salam baap bete the halanki yusuf aleh salam chhote the satrah saal ke lekin woh discussion kar rahe hain. ji.</w:t>
      </w:r>
      <w:r>
        <w:br/>
      </w:r>
      <w:r>
        <w:rPr>
          <w:sz w:val="20"/>
        </w:rPr>
        <w:t>26:44  intellectual discussion kar rahe hain aur unko unko samjha rahe hain ki ek baat to bahut hi achha yeh andaaz hai ek baat balki parenting ka bhi bahut achha andaaz bhi milta hai kis tarike se hazrat yaqub aleh salam apne apne bete ko samjha rahe hain ki is khwab ko kis tarah se achhi tarah se interpret kiya. to bahut hi achha yeh ek hamein ek ismein se clue milta hai.</w:t>
      </w:r>
    </w:p>
    <w:p>
      <w:pPr>
        <w:pStyle w:val="Heading2"/>
      </w:pPr>
      <w:r>
        <w:t>Religion is how you deal with people, not ritual</w:t>
      </w:r>
    </w:p>
    <w:p>
      <w:r>
        <w:rPr>
          <w:color w:val="666666"/>
          <w:sz w:val="18"/>
        </w:rPr>
        <w:t>Prophet of Mercy October 24, 2021 Prof. Farida Khanam · 42s · at 16:37 · https://youtu.be/qIOdAqzWhNI?t=997</w:t>
      </w:r>
    </w:p>
    <w:p>
      <w:r>
        <w:rPr>
          <w:i/>
        </w:rPr>
        <w:t>“رسول اللہ نے فرمایا: الدین المعاملہ، دین جو ہے وہ معاملہ ہے۔”</w:t>
      </w:r>
    </w:p>
    <w:p>
      <w:r>
        <w:rPr>
          <w:sz w:val="20"/>
        </w:rPr>
        <w:t>16:37  to Rasool Allah Sal Allahu Alaihi Wa Sallam ne ek baar bataya ke ad deen al muamalah to deen jo hai woh muamalah hai. to jo muamlaat mein hamein yahan judge kiya ja raha hai, hum is ke bare mein zyada consciously is par sochte nahi hain lekin hamein bohat hi zyada serious hona hai ke jahan hamein judge kiya ja raha hai woh muamalat hain aur woh khaas taur par muamalat jo hum kamzoron ke sath karte hain kyunke wahan hamein koi dar nahi hota siwaye Khuda ke.</w:t>
      </w:r>
      <w:r>
        <w:br/>
      </w:r>
      <w:r>
        <w:rPr>
          <w:sz w:val="20"/>
        </w:rPr>
        <w:t>17:06  ab zyada taqatwar se to hum khud hi darte hain lekin kamzor ke liye hum ko hum jaisa kamzor ke sath jaisa amal karte hain woh khaas taur par Allah taala ke haan dekha jayega.</w:t>
      </w:r>
    </w:p>
    <w:p>
      <w:pPr>
        <w:pStyle w:val="Heading2"/>
      </w:pPr>
      <w:r>
        <w:t>Story: the Prophet forgave Ta'if and waited for the next generation</w:t>
      </w:r>
    </w:p>
    <w:p>
      <w:r>
        <w:rPr>
          <w:color w:val="666666"/>
          <w:sz w:val="18"/>
        </w:rPr>
        <w:t>How to Develop Pratical Wisdom May 5, 2024 · 43s · at 5:53 · https://youtu.be/QIKxtH-MyMM?t=353</w:t>
      </w:r>
    </w:p>
    <w:p>
      <w:r>
        <w:rPr>
          <w:i/>
        </w:rPr>
        <w:t>“When the Prophet went to Ta'if, they treated him with great cruelty.”</w:t>
      </w:r>
    </w:p>
    <w:p>
      <w:r>
        <w:rPr>
          <w:sz w:val="20"/>
        </w:rPr>
        <w:t>5:53  . to isi tareeqay se hum apne aap ko develop karte rahein ge. misaal ke taur par, rasool Allah sal Allah alaih wasallam jab taif gaye aur taif walon ne bohat zulm kiya aap ke upar, to aap ne yeh nahi dekha jabke paharon ke farishtay bhi aya aur kaha ke hum is ka badla le lene ke liye Allah ne bheja hai.</w:t>
      </w:r>
      <w:r>
        <w:br/>
      </w:r>
      <w:r>
        <w:rPr>
          <w:sz w:val="20"/>
        </w:rPr>
        <w:t>6:13  aap ne kaha nahi, hum dekhein ge ke un ki agli generations iman laein gi.</w:t>
      </w:r>
      <w:r>
        <w:br/>
      </w:r>
      <w:r>
        <w:rPr>
          <w:sz w:val="20"/>
        </w:rPr>
        <w:t>6:19  to agli generations tak ke liye aap intezar karne ke liye tayyar thay. to yeh wohi kar sakta hai jo bohat zyada wise ho, bohat zyada samajhdar ho ke jo present situation hai, us se guzar kar woh aage tak dekh sakta hai.</w:t>
      </w:r>
    </w:p>
    <w:p>
      <w:pPr>
        <w:pStyle w:val="Heading2"/>
      </w:pPr>
      <w:r>
        <w:t>Definition of Sahaba and Muhadditheen</w:t>
      </w:r>
    </w:p>
    <w:p>
      <w:r>
        <w:rPr>
          <w:color w:val="666666"/>
          <w:sz w:val="18"/>
        </w:rPr>
        <w:t>Sahaba and Muhaddithin 24th June 2012 - Maulana Wahiduddin Khan · 43s · at 0:47 · https://youtu.be/tUPo7MI0Bdo?t=47</w:t>
      </w:r>
    </w:p>
    <w:p>
      <w:r>
        <w:rPr>
          <w:i/>
        </w:rPr>
        <w:t>“Sahaba unko kaha jata hai jo Rasul Allah ke contemporary momineen thay”</w:t>
      </w:r>
    </w:p>
    <w:p>
      <w:r>
        <w:rPr>
          <w:sz w:val="20"/>
        </w:rPr>
        <w:t>0:47  sahaba in ko kaha jata hai jo rasool Allah ke contemporary momineen thay.</w:t>
      </w:r>
      <w:r>
        <w:br/>
      </w:r>
      <w:r>
        <w:rPr>
          <w:sz w:val="20"/>
        </w:rPr>
        <w:t>0:59  aur muhaddiseen woh hain jinho ne baat ko, hadeeson ko jama kiya. sahaba ka zamana seven century ka hai,</w:t>
      </w:r>
      <w:r>
        <w:br/>
      </w:r>
      <w:r>
        <w:rPr>
          <w:sz w:val="20"/>
        </w:rPr>
        <w:t>1:14  aur muhaddiseen ka zamana</w:t>
      </w:r>
      <w:r>
        <w:br/>
      </w:r>
      <w:r>
        <w:rPr>
          <w:sz w:val="20"/>
        </w:rPr>
        <w:t>1:17  aathveen century ka. yeh dono groh Islam mein bohat zyada ahmiyat rakhte hain.</w:t>
      </w:r>
    </w:p>
    <w:p>
      <w:pPr>
        <w:pStyle w:val="Heading2"/>
      </w:pPr>
      <w:r>
        <w:t>human need for companionship, isolation as worst punishment</w:t>
      </w:r>
    </w:p>
    <w:p>
      <w:r>
        <w:rPr>
          <w:color w:val="666666"/>
          <w:sz w:val="18"/>
        </w:rPr>
        <w:t>Itikaf (Intellectual Seclusion) April 16, 2023 · 34s · at 10:09 · https://youtu.be/Yci8zFmfCU4?t=609</w:t>
      </w:r>
    </w:p>
    <w:p>
      <w:r>
        <w:rPr>
          <w:i/>
        </w:rPr>
        <w:t>“Usko koi chahiye jiske sath woh baat share kare”</w:t>
      </w:r>
    </w:p>
    <w:p>
      <w:r>
        <w:rPr>
          <w:sz w:val="20"/>
        </w:rPr>
        <w:t>10:08  is</w:t>
      </w:r>
      <w:r>
        <w:br/>
      </w:r>
      <w:r>
        <w:rPr>
          <w:sz w:val="20"/>
        </w:rPr>
        <w:t>10:09  ko koi chahiye jiske saath woh apni baat share kare, koi chahiye jiske saath woh apna mel jol kare. yeh cheezein zaroori hain iske liye.</w:t>
      </w:r>
      <w:r>
        <w:br/>
      </w:r>
      <w:r>
        <w:rPr>
          <w:sz w:val="20"/>
        </w:rPr>
        <w:t>10:17  is liye hum dekhte hain ke koi insan ko agar boycott kar diya jaye to woh zinda, woh pareshan ho jata hai. ah, jail mein bhi hum dekhte hain ke agar kisi ko rakh diya jaye ke tanhai ka uske liye saza ho to uske liye sab se badi saza hoti hai.</w:t>
      </w:r>
      <w:r>
        <w:br/>
      </w:r>
      <w:r>
        <w:rPr>
          <w:sz w:val="20"/>
        </w:rPr>
        <w:t>10:29  to yeh apne aap mein kya hota hai? rehbaniyat woh hoti hai, jo Islam ke ilawa hai ke aap apne aap ko tanhai mein rakh dete hain. to is wajah se is se mana kiya gaya, kyunke aadmi iski riayat nahi kar pata. bohat saari doosri galtiyan bhi aa jati hain.</w:t>
      </w:r>
    </w:p>
    <w:p>
      <w:pPr>
        <w:pStyle w:val="Heading2"/>
      </w:pPr>
      <w:r>
        <w:t>Scientific explanation of eclipse</w:t>
      </w:r>
    </w:p>
    <w:p>
      <w:r>
        <w:rPr>
          <w:color w:val="666666"/>
          <w:sz w:val="18"/>
        </w:rPr>
        <w:t>From Superstition to Science April 19, 2009 Maulana Wahiduddin Khan · 1m 43s · at 16:04 · https://youtu.be/yg7PEiA87V0?t=964</w:t>
      </w:r>
    </w:p>
    <w:p>
      <w:r>
        <w:rPr>
          <w:i/>
        </w:rPr>
        <w:t>“Aaj ke insaan ka frame work scientific hai”</w:t>
      </w:r>
    </w:p>
    <w:p>
      <w:r>
        <w:rPr>
          <w:sz w:val="20"/>
        </w:rPr>
        <w:t>16:04  aaj ke insan ka jo framework hai woh scientific framework hai</w:t>
      </w:r>
      <w:r>
        <w:br/>
      </w:r>
      <w:r>
        <w:rPr>
          <w:sz w:val="20"/>
        </w:rPr>
        <w:t>16:10  ab kya jana hai insan ne ke eclipse jo hota hai woh kya hai</w:t>
      </w:r>
      <w:r>
        <w:br/>
      </w:r>
      <w:r>
        <w:rPr>
          <w:sz w:val="20"/>
        </w:rPr>
        <w:t>16:16  woh ek astronomical phenomena hai</w:t>
      </w:r>
      <w:r>
        <w:br/>
      </w:r>
      <w:r>
        <w:rPr>
          <w:sz w:val="20"/>
        </w:rPr>
        <w:t>16:19  yani teen bodies zameen chand aur suraj</w:t>
      </w:r>
      <w:r>
        <w:br/>
      </w:r>
      <w:r>
        <w:rPr>
          <w:sz w:val="20"/>
        </w:rPr>
        <w:t>16:25  move karte hue in mein size mein bohat difference hai</w:t>
      </w:r>
      <w:r>
        <w:br/>
      </w:r>
      <w:r>
        <w:rPr>
          <w:sz w:val="20"/>
        </w:rPr>
        <w:t>16:30  bohat zyada difference hai size mein</w:t>
      </w:r>
      <w:r>
        <w:br/>
      </w:r>
      <w:r>
        <w:rPr>
          <w:sz w:val="20"/>
        </w:rPr>
        <w:t>16:35  yani suraj ko agar aap himalaya pahaad ke barabar manen to zameen football ke barabar hogi ek geet ke barabar hogi aur phir chand to ek sarson ke barabar hoga sarson se bhi chota hoga itna size mein difference hai lekin kya hota hai moving state mein hai sab move kar rahe hain</w:t>
      </w:r>
      <w:r>
        <w:br/>
      </w:r>
      <w:r>
        <w:rPr>
          <w:sz w:val="20"/>
        </w:rPr>
        <w:t>17:02  to yeh ek phenomena hai bohat anokha phenomena astronomical phenomena ke</w:t>
      </w:r>
      <w:r>
        <w:br/>
      </w:r>
      <w:r>
        <w:rPr>
          <w:sz w:val="20"/>
        </w:rPr>
        <w:t>17:10  yeh is ko hum keh sakte hain ke well calculated</w:t>
      </w:r>
      <w:r>
        <w:br/>
      </w:r>
      <w:r>
        <w:rPr>
          <w:sz w:val="20"/>
        </w:rPr>
        <w:t>17:14  positioning of three moving bodies</w:t>
      </w:r>
      <w:r>
        <w:br/>
      </w:r>
      <w:r>
        <w:rPr>
          <w:sz w:val="20"/>
        </w:rPr>
        <w:t>17:19  in the space</w:t>
      </w:r>
      <w:r>
        <w:br/>
      </w:r>
      <w:r>
        <w:rPr>
          <w:sz w:val="20"/>
        </w:rPr>
        <w:t>17:22  ke teen moving bodies jo hain un ko bohat hi zyada right proportion mein in ke distance ko</w:t>
      </w:r>
      <w:r>
        <w:br/>
      </w:r>
      <w:r>
        <w:rPr>
          <w:sz w:val="20"/>
        </w:rPr>
        <w:t>17:29  aisa laya jata hai ke hum hamare dekhne mein barabar lagte hain woh agar hum ko dekhne mein</w:t>
      </w:r>
      <w:r>
        <w:br/>
      </w:r>
      <w:r>
        <w:rPr>
          <w:sz w:val="20"/>
        </w:rPr>
        <w:t>17:34  barabar na lagayen to grehan bhi nahin hoga</w:t>
      </w:r>
      <w:r>
        <w:br/>
      </w:r>
      <w:r>
        <w:rPr>
          <w:sz w:val="20"/>
        </w:rPr>
        <w:t>17:39  agar hum cheezon ko is ke asal real size ke aitbar se dekhen to kabhi grehan nahin hoga</w:t>
      </w:r>
      <w:r>
        <w:br/>
      </w:r>
      <w:r>
        <w:rPr>
          <w:sz w:val="20"/>
        </w:rPr>
        <w:t>17:47  wo</w:t>
      </w:r>
      <w:r>
        <w:br/>
      </w:r>
      <w:r>
        <w:rPr>
          <w:sz w:val="20"/>
        </w:rPr>
        <w:t>17:48  kahin bhi hon samne hon ya peechhe hon ya aage hon to grehan nahin lagaye kyunke grehan naam</w:t>
      </w:r>
    </w:p>
    <w:p>
      <w:pPr>
        <w:pStyle w:val="Heading2"/>
      </w:pPr>
      <w:r>
        <w:t>Discovering Islam was his own deliberate choice</w:t>
      </w:r>
    </w:p>
    <w:p>
      <w:r>
        <w:rPr>
          <w:color w:val="666666"/>
          <w:sz w:val="18"/>
        </w:rPr>
        <w:t>On World Religions Diversity not Dissension March 9, 2013 · 42s · at 11:25 · https://youtu.be/8enJoTTAH5k?t=685</w:t>
      </w:r>
    </w:p>
    <w:p>
      <w:r>
        <w:rPr>
          <w:i/>
        </w:rPr>
        <w:t>“I discovered that Islam was my choice, not my birth”</w:t>
      </w:r>
    </w:p>
    <w:p>
      <w:r>
        <w:rPr>
          <w:sz w:val="20"/>
        </w:rPr>
        <w:t>11:25  So what happened after a long study of Quran and Sunnah, another relevant teacher, I discovered that Islam was my choice, although it was not my birth religion.</w:t>
      </w:r>
      <w:r>
        <w:br/>
      </w:r>
      <w:r>
        <w:rPr>
          <w:sz w:val="20"/>
        </w:rPr>
        <w:t>11:50  I can say that I am not a Muslim by birth, but I am a Muslim by choice. And here I would like to mention that Swami Vivekananda is my benefactor.</w:t>
      </w:r>
    </w:p>
    <w:p>
      <w:pPr>
        <w:pStyle w:val="Heading2"/>
      </w:pPr>
      <w:r>
        <w:t>Taj Mahal analogy for baseless claims</w:t>
      </w:r>
    </w:p>
    <w:p>
      <w:r>
        <w:rPr>
          <w:color w:val="666666"/>
          <w:sz w:val="18"/>
        </w:rPr>
        <w:t>Scientific Way of Thinking July 22, 2007 · 40s · at 10:39 · https://youtu.be/HxIschrKj7s?t=639</w:t>
      </w:r>
    </w:p>
    <w:p>
      <w:r>
        <w:rPr>
          <w:i/>
        </w:rPr>
        <w:t>“Suppose you say Taj Mahal is black.”</w:t>
      </w:r>
    </w:p>
    <w:p>
      <w:r>
        <w:rPr>
          <w:sz w:val="20"/>
        </w:rPr>
        <w:t>10:39  jaise suppose aap kahein Taj Mahal ke bare mein ke Taj Mahal jo hai woh white marble ka bana hua nahi hai, woh toh black hai.</w:t>
      </w:r>
      <w:r>
        <w:br/>
      </w:r>
      <w:r>
        <w:rPr>
          <w:sz w:val="20"/>
        </w:rPr>
        <w:t>10:50  agar aap aisa kahein ke Taj Mahal white marble ka bana hua nahi hai, woh toh black hai. toh jante hain kya hoga?</w:t>
      </w:r>
      <w:r>
        <w:br/>
      </w:r>
      <w:r>
        <w:rPr>
          <w:sz w:val="20"/>
        </w:rPr>
        <w:t>11:03  aapka yeh kehna Taj Mahal par nahi padega.</w:t>
      </w:r>
      <w:r>
        <w:br/>
      </w:r>
      <w:r>
        <w:rPr>
          <w:sz w:val="20"/>
        </w:rPr>
        <w:t>11:08  duniya yeh kahegi aadmi toh color blind hai. kitni bhari price deni padti hai yaad rakhiye.</w:t>
      </w:r>
    </w:p>
    <w:p>
      <w:pPr>
        <w:pStyle w:val="Heading2"/>
      </w:pPr>
      <w:r>
        <w:t>No great work possible without team spirit</w:t>
      </w:r>
    </w:p>
    <w:p>
      <w:r>
        <w:rPr>
          <w:color w:val="666666"/>
          <w:sz w:val="18"/>
        </w:rPr>
        <w:t>The Importance of Team Work February 5, 2012 · 37s · at 35:07 · https://youtu.be/qBbwznqIqVw?t=2107</w:t>
      </w:r>
    </w:p>
    <w:p>
      <w:r>
        <w:rPr>
          <w:i/>
        </w:rPr>
        <w:t>“Team spirit ke baghair koi bada kaam mumkin nahi”</w:t>
      </w:r>
    </w:p>
    <w:p>
      <w:r>
        <w:rPr>
          <w:sz w:val="20"/>
        </w:rPr>
        <w:t>35:07  to yeh jo dawati mission jo hamara hai, is mission mein bhi team spirit darkaar hai. team spirit jo log is se jure hue hain, un ke andar team spirit hogi, tabhi koi bada kaam ho sakega.</w:t>
      </w:r>
      <w:r>
        <w:br/>
      </w:r>
      <w:r>
        <w:rPr>
          <w:sz w:val="20"/>
        </w:rPr>
        <w:t>35:27  bada kaam. aur is ko main apne lafzon mein yeh kahunga ke if you have a good excuse, don't use it</w:t>
      </w:r>
      <w:r>
        <w:br/>
      </w:r>
      <w:r>
        <w:rPr>
          <w:sz w:val="20"/>
        </w:rPr>
        <w:t>35:37  yeh hai team spirit ki jaan.</w:t>
      </w:r>
    </w:p>
    <w:p>
      <w:pPr>
        <w:pStyle w:val="Heading2"/>
      </w:pPr>
      <w:r>
        <w:t>De-linking policy definition</w:t>
      </w:r>
    </w:p>
    <w:p>
      <w:r>
        <w:rPr>
          <w:color w:val="666666"/>
          <w:sz w:val="18"/>
        </w:rPr>
        <w:t>Art of De-Linking May 6, 2007 Maulana Wahiduddin Khan · 41s · at 1:01 · https://youtu.be/cvzrpk4qFus?t=61</w:t>
      </w:r>
    </w:p>
    <w:p>
      <w:r>
        <w:rPr>
          <w:i/>
        </w:rPr>
        <w:t>“De-linking policy basically means to adopt practical formula”</w:t>
      </w:r>
    </w:p>
    <w:p>
      <w:r>
        <w:rPr>
          <w:sz w:val="20"/>
        </w:rPr>
        <w:t>1:01  basically means to adopt practical formula, when ideal formula is not applicable.</w:t>
      </w:r>
      <w:r>
        <w:br/>
      </w:r>
      <w:r>
        <w:rPr>
          <w:sz w:val="20"/>
        </w:rPr>
        <w:t>1:21  isi ko main ne de-linking policy kaha hai.</w:t>
      </w:r>
      <w:r>
        <w:br/>
      </w:r>
      <w:r>
        <w:rPr>
          <w:sz w:val="20"/>
        </w:rPr>
        <w:t>1:27  kai baar aisa hota hai ke hum ideal solution chahne lagte hain aur is mein apna sara energy laga dete hain, aur phir ideal solution milta nahin.</w:t>
      </w:r>
    </w:p>
    <w:p>
      <w:pPr>
        <w:pStyle w:val="Heading2"/>
      </w:pPr>
      <w:r>
        <w:t>Professor's confusion on Trinity</w:t>
      </w:r>
    </w:p>
    <w:p>
      <w:r>
        <w:rPr>
          <w:color w:val="666666"/>
          <w:sz w:val="18"/>
        </w:rPr>
        <w:t>The Prophet A Blessing for All of Humanity January 5, 2014 · 26s · at 23:28 · https://youtu.be/ZmMkgj54O28?t=1408</w:t>
      </w:r>
    </w:p>
    <w:p>
      <w:r>
        <w:rPr>
          <w:i/>
        </w:rPr>
        <w:t>“He smiled and said if you ask I don't know”</w:t>
      </w:r>
    </w:p>
    <w:p>
      <w:r>
        <w:rPr>
          <w:sz w:val="20"/>
        </w:rPr>
        <w:t>23:28  to unhone muskara kar jawab diya ke if you ask, i don't know. if you don't ask, i know. aap ghor kijiye ke kitni ajeeb helpless ki haalat thi,</w:t>
      </w:r>
      <w:r>
        <w:br/>
      </w:r>
      <w:r>
        <w:rPr>
          <w:sz w:val="20"/>
        </w:rPr>
        <w:t>23:42  helpless ho rahe the log ke if you ask, i don't know. if you don't ask, i know. matlab hai ke main as a belief to maanta hoon isko, lekin reason se woh usko main explain nahi kar sakta.</w:t>
      </w:r>
    </w:p>
    <w:p>
      <w:pPr>
        <w:pStyle w:val="Heading2"/>
      </w:pPr>
      <w:r>
        <w:t>The Quran's central concept: one God</w:t>
      </w:r>
    </w:p>
    <w:p>
      <w:r>
        <w:rPr>
          <w:color w:val="666666"/>
          <w:sz w:val="18"/>
        </w:rPr>
        <w:t>A Talk Given by Prof. Farida Khanam at Vidyajyoti College Theology September 2, 2022 · 23s · at 34:00 · https://youtu.be/xWunZk7U6xo?t=2040</w:t>
      </w:r>
    </w:p>
    <w:p>
      <w:r>
        <w:rPr>
          <w:i/>
        </w:rPr>
        <w:t>“Say: He is God, the One God, the Self-Sufficient”</w:t>
      </w:r>
    </w:p>
    <w:p>
      <w:r>
        <w:rPr>
          <w:sz w:val="20"/>
        </w:rPr>
        <w:t>34:00  The Quran puts it thus, say he is god, the one god, the self sufficient one. There is nothing like him. This is chapter 112. The concept of the one god is the central concept of Islam.</w:t>
      </w:r>
      <w:r>
        <w:br/>
      </w:r>
      <w:r>
        <w:rPr>
          <w:sz w:val="20"/>
        </w:rPr>
        <w:t>34:23  It is this belief which is the essence of Islam and the sole source of all its teachings. So the main concept of the Quran is the creation plan of God. Why man has come to this world? What is God's creation plan? So God's creation plan is that man man is an eternal creature.</w:t>
      </w:r>
    </w:p>
    <w:p>
      <w:pPr>
        <w:pStyle w:val="Heading2"/>
      </w:pPr>
      <w:r>
        <w:t>An ideal society is impossible outside paradise</w:t>
      </w:r>
    </w:p>
    <w:p>
      <w:r>
        <w:rPr>
          <w:color w:val="666666"/>
          <w:sz w:val="18"/>
        </w:rPr>
        <w:t>Islam and Democracy January 23, 2011 · 54s · at 1:25:25 · https://youtu.be/SgxyqSf267U?t=5125</w:t>
      </w:r>
    </w:p>
    <w:p>
      <w:r>
        <w:rPr>
          <w:i/>
        </w:rPr>
        <w:t>“This idea is completely wrong — ideal society is only in paradise”</w:t>
      </w:r>
    </w:p>
    <w:p>
      <w:r>
        <w:rPr>
          <w:sz w:val="20"/>
        </w:rPr>
        <w:t>1:25:25  bilkul galat baat hai yeh yeh khuda ke kisi plan hai is ke khilaf hai yeh koi misali samaj na ban sakta hai na kabhi bana na banega ideal samaj jo hai woh sirf jannat mein hoga aur duniya mein to ideal na ho tabhi khuda ka creation plan poora hota hai woh koi test kaise hoga agar duniya mein sab log ideal ban jayein to test kahan se hoga</w:t>
      </w:r>
      <w:r>
        <w:br/>
      </w:r>
      <w:r>
        <w:rPr>
          <w:sz w:val="20"/>
        </w:rPr>
        <w:t>1:25:52  duniya mein jab injustice hoga koi zulm bhi hoga provocation bhi hoga tabhi to test logon ko liya jayega is wajah se yeh nazariya bilkul galat hai yeh jin logon ne yeh jinhone yeh baat nikali hai ke islam masail samaj banana chahta hai ideal samaj woh bilkul galat kehte hain woh ab apna khayal hi un ka falsafa hai is ka islam se koi taluq nahi hai</w:t>
      </w:r>
    </w:p>
    <w:p>
      <w:pPr>
        <w:pStyle w:val="Heading2"/>
      </w:pPr>
      <w:r>
        <w:t>religion's true essence is spirit, not just ritual form</w:t>
      </w:r>
    </w:p>
    <w:p>
      <w:r>
        <w:rPr>
          <w:color w:val="666666"/>
          <w:sz w:val="18"/>
        </w:rPr>
        <w:t>Human Equality in Islam July 1, 2007 Maulana Wahiduddin Khan · 23s · at 46:47 · https://youtu.be/5aJvpiCYbzQ?t=2807</w:t>
      </w:r>
    </w:p>
    <w:p>
      <w:r>
        <w:rPr>
          <w:i/>
        </w:rPr>
        <w:t>“Take an orange — it has fruit, and it has peel”</w:t>
      </w:r>
    </w:p>
    <w:p>
      <w:r>
        <w:rPr>
          <w:sz w:val="20"/>
        </w:rPr>
        <w:t>46:47  aap narangi lein to us mein narangi hogi aur chhilka bhi hoga. lekin asal cheez to narangi hai, asal cheez chhilka to nahi hai. to yeh sahi hai ke Islam ka ek form hai, lekin asal cheez jo hai, woh us ki spirit hai.</w:t>
      </w:r>
      <w:r>
        <w:br/>
      </w:r>
      <w:r>
        <w:rPr>
          <w:sz w:val="20"/>
        </w:rPr>
        <w:t>47:03  spirit hai to Islam hai,</w:t>
      </w:r>
      <w:r>
        <w:br/>
      </w:r>
      <w:r>
        <w:rPr>
          <w:sz w:val="20"/>
        </w:rPr>
        <w:t>47:05  nahi to woh kuch bhi nahi, just ek chhilka.</w:t>
      </w:r>
    </w:p>
    <w:p>
      <w:pPr>
        <w:pStyle w:val="Heading2"/>
      </w:pPr>
      <w:r>
        <w:t>Patience as normalization of situation</w:t>
      </w:r>
    </w:p>
    <w:p>
      <w:r>
        <w:rPr>
          <w:color w:val="666666"/>
          <w:sz w:val="18"/>
        </w:rPr>
        <w:t>Patience in Islam (Prophetic Wisdom Nov 26, 2006 · 41s · at 14:13 · https://youtu.be/1avkRQrJL5Y?t=853</w:t>
      </w:r>
    </w:p>
    <w:p>
      <w:r>
        <w:rPr>
          <w:i/>
        </w:rPr>
        <w:t>“Sabr ka matlab hai normalization of situation”</w:t>
      </w:r>
    </w:p>
    <w:p>
      <w:r>
        <w:rPr>
          <w:sz w:val="20"/>
        </w:rPr>
        <w:t>14:13  to sabr ka matlab hai normalization of soorat-e-haal. sabr koi paise ka ravaiyya nahi hai.</w:t>
      </w:r>
      <w:r>
        <w:br/>
      </w:r>
      <w:r>
        <w:rPr>
          <w:sz w:val="20"/>
        </w:rPr>
        <w:t>14:26  sabr jo hai ek tareeqa hai, ek tareeqa hai to normalize the situation. soorat-e-haal ko</w:t>
      </w:r>
      <w:r>
        <w:br/>
      </w:r>
      <w:r>
        <w:rPr>
          <w:sz w:val="20"/>
        </w:rPr>
        <w:t>14:39  yaani bigadne se bachane ke liye. bigadne ka matlab kya hai? ke daai aur mad'u ke beech mein aisi hi soorat-e-haal paida ho jaye ke woh aap ki baat ko thande tareeqe se na le,</w:t>
      </w:r>
    </w:p>
    <w:p>
      <w:pPr>
        <w:pStyle w:val="Heading2"/>
      </w:pPr>
      <w:r>
        <w:t>War in Islam is a state matter, not for individuals</w:t>
      </w:r>
    </w:p>
    <w:p>
      <w:r>
        <w:rPr>
          <w:color w:val="666666"/>
          <w:sz w:val="18"/>
        </w:rPr>
        <w:t>Prophet of Islam A Role Model 16 January, 2011 · 52s · at 1:13:05 · https://youtu.be/77WIVVVMP04?t=4385</w:t>
      </w:r>
    </w:p>
    <w:p>
      <w:r>
        <w:rPr>
          <w:i/>
        </w:rPr>
        <w:t>“Yeh sab jo ho raha hai jihad ke naam par, bilkul baseless hai”</w:t>
      </w:r>
    </w:p>
    <w:p>
      <w:r>
        <w:rPr>
          <w:sz w:val="20"/>
        </w:rPr>
        <w:t>1:13:05  musalman kehte hain jaan khatre mein hai. koi ek musalman aisa nahi hai jo sach much jis ki jaan khatre mein padi ho. yeh aap wale mujhe maal ki politics hai.</w:t>
      </w:r>
      <w:r>
        <w:br/>
      </w:r>
      <w:r>
        <w:rPr>
          <w:sz w:val="20"/>
        </w:rPr>
        <w:t>1:13:16  bilkul yeh sara jo ho raha hai jihad ke naam par, sab bilkul laagu hai, baseless hai. yeh jihad nahi hai.</w:t>
      </w:r>
      <w:r>
        <w:br/>
      </w:r>
      <w:r>
        <w:rPr>
          <w:sz w:val="20"/>
        </w:rPr>
        <w:t>1:13:23  doosri baat yeh hai ke war ya qital jo hai Islam mein, woh aam logon ka kaam nahi hai. woh sirf state ka kaam hai. state ka, woh bhi jab koi attack kare, jo kehte hain defensive war,</w:t>
      </w:r>
      <w:r>
        <w:br/>
      </w:r>
      <w:r>
        <w:rPr>
          <w:sz w:val="20"/>
        </w:rPr>
        <w:t>1:13:36  defensive war state ke zariye se jo ho, wahi Islam mein genuine war hai. bahar koi war nahi hai. aur yeh jo keh rahe hain ke kisi ka woh to woh bilkul farzi b</w:t>
      </w:r>
      <w:r>
        <w:br/>
      </w:r>
      <w:r>
        <w:rPr>
          <w:sz w:val="20"/>
        </w:rPr>
        <w:t>1:13:47  aat hai. koi misaal bataein, woh ke khwamkhwah hi kisi ko maarne laga. koi aadmi, koi misaal bataein, woh yeh sarta sar farzi baat hai.</w:t>
      </w:r>
    </w:p>
    <w:p>
      <w:pPr>
        <w:pStyle w:val="Heading2"/>
      </w:pPr>
      <w:r>
        <w:t>Moses's two-point da'wah formula explained</w:t>
      </w:r>
    </w:p>
    <w:p>
      <w:r>
        <w:rPr>
          <w:color w:val="666666"/>
          <w:sz w:val="18"/>
        </w:rPr>
        <w:t>A Brief Survey of Islamic History (Eng) February 15, 2007 · 42s · at 29:34 · https://youtu.be/MdRtdA99UlA?t=1774</w:t>
      </w:r>
    </w:p>
    <w:p>
      <w:r>
        <w:rPr>
          <w:i/>
        </w:rPr>
        <w:t>“His formula was a two-point formula.”</w:t>
      </w:r>
    </w:p>
    <w:p>
      <w:r>
        <w:rPr>
          <w:sz w:val="20"/>
        </w:rPr>
        <w:t>29:34  on the line, on this line that at one side, he addressed Pharaoh. He addressed the Coptic people who were mushrik.</w:t>
      </w:r>
      <w:r>
        <w:br/>
      </w:r>
      <w:r>
        <w:rPr>
          <w:sz w:val="20"/>
        </w:rPr>
        <w:t>29:46  At the same time, he addressed Banu Isra'il. So, his formula was a two-point formula. The formula adopted by Prophet Moses was a two-point formula.</w:t>
      </w:r>
      <w:r>
        <w:br/>
      </w:r>
      <w:r>
        <w:rPr>
          <w:sz w:val="20"/>
        </w:rPr>
        <w:t>30:01  One, doing da'wah work among Coptic people. And the second, doing reform work among Banu Isra'il.</w:t>
      </w:r>
      <w:r>
        <w:br/>
      </w:r>
      <w:r>
        <w:rPr>
          <w:sz w:val="20"/>
        </w:rPr>
        <w:t>30:12  So, this is a very important example.</w:t>
      </w:r>
    </w:p>
    <w:p>
      <w:pPr>
        <w:pStyle w:val="Heading2"/>
      </w:pPr>
      <w:r>
        <w:t>Aisha: the Prophet's character was the Quran itself</w:t>
      </w:r>
    </w:p>
    <w:p>
      <w:r>
        <w:rPr>
          <w:color w:val="666666"/>
          <w:sz w:val="18"/>
        </w:rPr>
        <w:t>CPS Women Monthly Interaction 8 August 28, 2022 · 29s · at 20:09 · https://youtu.be/TL5rMVeuDh8?t=1209</w:t>
      </w:r>
    </w:p>
    <w:p>
      <w:r>
        <w:rPr>
          <w:i/>
        </w:rPr>
        <w:t>“Ek baar Hazrat Aisha se poocha, Rasulullah ka akhlaq kaisa tha?”</w:t>
      </w:r>
    </w:p>
    <w:p>
      <w:r>
        <w:rPr>
          <w:sz w:val="20"/>
        </w:rPr>
        <w:t>20:09  ek baar hazrat aasha se poocha kisi ne ki rasoolullah sarsalam ka akhilah kaisa tha? to aapne kaha ki bilkul aapka aapka akhilah jo hai woh quran tha yani aap quran par jo quran mein likha hua hai usi par aap chalte the. to aapka ek lakh isi liye to nakus kiya gaya hai taki hum log usko apnayen. woh hamare liye namoona hai, hamare liye ushwa hai.</w:t>
      </w:r>
      <w:r>
        <w:br/>
      </w:r>
      <w:r>
        <w:rPr>
          <w:sz w:val="20"/>
        </w:rPr>
        <w:t>20:38  woh sab baaten jo hain bilkul bilkul reality se koi talluk nahi rakhti hain. jaza khila khila khila khila khila khila. 21, no more. shama likkum faridaba. ji wali saurabh. doctor supina bol rahi hoon.</w:t>
      </w:r>
    </w:p>
    <w:p>
      <w:pPr>
        <w:pStyle w:val="Heading2"/>
      </w:pPr>
      <w:r>
        <w:t>Practical wisdom: give more than asked</w:t>
      </w:r>
    </w:p>
    <w:p>
      <w:r>
        <w:rPr>
          <w:color w:val="666666"/>
          <w:sz w:val="18"/>
        </w:rPr>
        <w:t>The Message of Surah Yusuf Political Management April 14, 2020 Maulana Wahiduddin Khan · 29s · at 29:39 · https://youtu.be/bpwEh5brv2M?t=1779</w:t>
      </w:r>
    </w:p>
    <w:p>
      <w:r>
        <w:rPr>
          <w:i/>
        </w:rPr>
        <w:t>“Iska matlab ye hai ke agar koi shakhs”</w:t>
      </w:r>
    </w:p>
    <w:p>
      <w:r>
        <w:rPr>
          <w:sz w:val="20"/>
        </w:rPr>
        <w:t>29:39  mein ne naqal ki hai apni kitaab mein. is ka matlab yeh hai ke agar koi shakhs tum se tumhara shirt mangay, shirt to tum apna coat bhi us ko utaar ke de do.</w:t>
      </w:r>
      <w:r>
        <w:br/>
      </w:r>
      <w:r>
        <w:rPr>
          <w:sz w:val="20"/>
        </w:rPr>
        <w:t>29:50  is policy ne</w:t>
      </w:r>
      <w:r>
        <w:br/>
      </w:r>
      <w:r>
        <w:rPr>
          <w:sz w:val="20"/>
        </w:rPr>
        <w:t>29:58  jo kamyabi hui hai Christian community ko, woh isi policy ki wajah se hai.</w:t>
      </w:r>
    </w:p>
    <w:p>
      <w:pPr>
        <w:pStyle w:val="Heading2"/>
      </w:pPr>
      <w:r>
        <w:t>Maulana's one condition before your first journey</w:t>
      </w:r>
    </w:p>
    <w:p>
      <w:r>
        <w:rPr>
          <w:color w:val="666666"/>
          <w:sz w:val="18"/>
        </w:rPr>
        <w:t>Importance of Travel in Religion July 28, 2024 · 32s · at 52:48 · https://youtu.be/a5tfBcUSYXc?t=3168</w:t>
      </w:r>
    </w:p>
    <w:p>
      <w:r>
        <w:rPr>
          <w:i/>
        </w:rPr>
        <w:t>“I'll take you only if you never complain about food or sleep.”</w:t>
      </w:r>
    </w:p>
    <w:p>
      <w:r>
        <w:rPr>
          <w:sz w:val="20"/>
        </w:rPr>
        <w:t>52:48  mujhay yaad hai jab first time travel karna tha, tab humain shayad bhopal ya meerut jana tha. to Maulana nay kaha, "main aik shart pay aap ko lay kar jaon ga kay agar aap ko khana na milay to aap complain nahi karogay.</w:t>
      </w:r>
      <w:r>
        <w:br/>
      </w:r>
      <w:r>
        <w:rPr>
          <w:sz w:val="20"/>
        </w:rPr>
        <w:t>53:02  agar aap ko sonay kay liye bed na milay aur zameen pay bhi sona paray to aap is pay raazi ho." to aur kuch bhi aap complain nahi karogay safar mein.</w:t>
      </w:r>
      <w:r>
        <w:br/>
      </w:r>
      <w:r>
        <w:rPr>
          <w:sz w:val="20"/>
        </w:rPr>
        <w:t>53:11  to unhonay kaha, "agar yeh conditions aap ko agreed hain to main aap ko lay jana chahoon ga." to main nay kaha, "Maulana Sahib, zaroor! i want to learn and experience. aap please meray ko l</w:t>
      </w:r>
      <w:r>
        <w:br/>
      </w:r>
      <w:r>
        <w:rPr>
          <w:sz w:val="20"/>
        </w:rPr>
        <w:t>53:21  ay kar jayen." to aapa, main dekhta tha kay Maulana hamesha har experience ko aur isi liye unhonay itnay safarnamay bhi likhay hain kay kis tareeqay say woh relate kartay thay cheezon ko aur har cheez ko woh God say link kartay thay.</w:t>
      </w:r>
    </w:p>
    <w:p>
      <w:pPr>
        <w:pStyle w:val="Heading2"/>
      </w:pPr>
      <w:r>
        <w:t>paradise is not a birthright to anyone</w:t>
      </w:r>
    </w:p>
    <w:p>
      <w:r>
        <w:rPr>
          <w:color w:val="666666"/>
          <w:sz w:val="18"/>
        </w:rPr>
        <w:t>Prophetic Guidance in the Quran (English) June 18, 2007 · 26s · at 12:53 · https://youtu.be/E2Iz1yfXw-g?t=773</w:t>
      </w:r>
    </w:p>
    <w:p>
      <w:r>
        <w:rPr>
          <w:i/>
        </w:rPr>
        <w:t>“This event has a great lesson.”</w:t>
      </w:r>
    </w:p>
    <w:p>
      <w:r>
        <w:rPr>
          <w:sz w:val="20"/>
        </w:rPr>
        <w:t>12:53  great lesson. it means that paradise is not a birth right to everyone, to anyone.</w:t>
      </w:r>
      <w:r>
        <w:br/>
      </w:r>
      <w:r>
        <w:rPr>
          <w:sz w:val="20"/>
        </w:rPr>
        <w:t>13:04  paradise is not a birth right to anyone. even the prophets are not exempted from this general principle.</w:t>
      </w:r>
    </w:p>
    <w:p>
      <w:pPr>
        <w:pStyle w:val="Heading2"/>
      </w:pPr>
      <w:r>
        <w:t>Companion's desire to cross the ocean for dawah</w:t>
      </w:r>
    </w:p>
    <w:p>
      <w:r>
        <w:rPr>
          <w:color w:val="666666"/>
          <w:sz w:val="18"/>
        </w:rPr>
        <w:t>Team Spirit, November 29, 2013 · 8m 54s · at 0:15 · https://youtu.be/HPOCgCN5A7U?t=15</w:t>
      </w:r>
    </w:p>
    <w:p>
      <w:r>
        <w:rPr>
          <w:i/>
        </w:rPr>
        <w:t>“Agar main jaanta ke is samandar ke us paar bhi kuch insaan baste hain...”</w:t>
      </w:r>
    </w:p>
    <w:p>
      <w:r>
        <w:rPr>
          <w:sz w:val="20"/>
        </w:rPr>
        <w:t>0:15  bismillah al-rahman al-rahim, wa-salla Allahu 'ala al-nabi al-karim.</w:t>
      </w:r>
      <w:r>
        <w:br/>
      </w:r>
      <w:r>
        <w:rPr>
          <w:sz w:val="20"/>
        </w:rPr>
        <w:t>0:22  rabbi-shrah li sadri, wa-yassir li amri, wa-hlul 'uqdatan min lisani, yafqahu qawli.</w:t>
      </w:r>
      <w:r>
        <w:br/>
      </w:r>
      <w:r>
        <w:rPr>
          <w:sz w:val="20"/>
        </w:rPr>
        <w:t>0:29  aaj november 2013 ki 29 tareekh hai.</w:t>
      </w:r>
      <w:r>
        <w:br/>
      </w:r>
      <w:r>
        <w:rPr>
          <w:sz w:val="20"/>
        </w:rPr>
        <w:t>0:36  aap log jo yahan par ikattha hain, aur aap logon ke peechay jo bohat se aur log hain</w:t>
      </w:r>
      <w:r>
        <w:br/>
      </w:r>
      <w:r>
        <w:rPr>
          <w:sz w:val="20"/>
        </w:rPr>
        <w:t>0:43  dawati mission mein, un ko dekh kar mujhe aik ajeeb vision aaya, vision.</w:t>
      </w:r>
      <w:r>
        <w:br/>
      </w:r>
      <w:r>
        <w:rPr>
          <w:sz w:val="20"/>
        </w:rPr>
        <w:t>0:50  aik vision aaya.</w:t>
      </w:r>
      <w:r>
        <w:br/>
      </w:r>
      <w:r>
        <w:rPr>
          <w:sz w:val="20"/>
        </w:rPr>
        <w:t>0:57  woh vision kya hai? tareekh ko 200 saal se aik waqe'a ka intezar hai.</w:t>
      </w:r>
      <w:r>
        <w:br/>
      </w:r>
      <w:r>
        <w:rPr>
          <w:sz w:val="20"/>
        </w:rPr>
        <w:t>1:04  tareekh se meri murad hai jadeed tareekh.</w:t>
      </w:r>
      <w:r>
        <w:br/>
      </w:r>
      <w:r>
        <w:rPr>
          <w:sz w:val="20"/>
        </w:rPr>
        <w:t>1:11  door jadeed mein kuch nai opportunities paida huin, kis liye? kisi kaam ke liye.</w:t>
      </w:r>
      <w:r>
        <w:br/>
      </w:r>
      <w:r>
        <w:rPr>
          <w:sz w:val="20"/>
        </w:rPr>
        <w:t>1:18  jaisay Allah barish barsatay hain to kisi kaam ke liye.</w:t>
      </w:r>
      <w:r>
        <w:br/>
      </w:r>
      <w:r>
        <w:rPr>
          <w:sz w:val="20"/>
        </w:rPr>
        <w:t>1:25  jab barish barti hai to badalon ko intezar hota hai aik waqe'a ka, ke kisan pani ko istemal</w:t>
      </w:r>
      <w:r>
        <w:br/>
      </w:r>
      <w:r>
        <w:rPr>
          <w:sz w:val="20"/>
        </w:rPr>
        <w:t>1:32  kar ke fasal ugaye.</w:t>
      </w:r>
      <w:r>
        <w:br/>
      </w:r>
      <w:r>
        <w:rPr>
          <w:sz w:val="20"/>
        </w:rPr>
        <w:t>1:39  balkay sari kainat, kyunke aap barish jab hoti hai to poori kainat milti hai, us waqt tab barish hoti hai.</w:t>
      </w:r>
      <w:r>
        <w:br/>
      </w:r>
      <w:r>
        <w:rPr>
          <w:sz w:val="20"/>
        </w:rPr>
        <w:t>1:46  barish koi saada waqe'a nahi hai.</w:t>
      </w:r>
      <w:r>
        <w:br/>
      </w:r>
      <w:r>
        <w:rPr>
          <w:sz w:val="20"/>
        </w:rPr>
        <w:t>1:53  goya ke poora kainaati nizam jo hai, us ne mutahid ho kar aik kaam kiya to barish hui.</w:t>
      </w:r>
      <w:r>
        <w:br/>
      </w:r>
      <w:r>
        <w:rPr>
          <w:sz w:val="20"/>
        </w:rPr>
        <w:t>2:00  to kya aap samajhte hain ke bas baat khatam ho gayi? woh poora kainaati nizam intezar kar raha</w:t>
      </w:r>
      <w:r>
        <w:br/>
      </w:r>
      <w:r>
        <w:rPr>
          <w:sz w:val="20"/>
        </w:rPr>
        <w:t>2:07  hai aik waqe'a ka, jo doosron ko karna hai, barish ko nahi.</w:t>
      </w:r>
      <w:r>
        <w:br/>
      </w:r>
      <w:r>
        <w:rPr>
          <w:sz w:val="20"/>
        </w:rPr>
        <w:t>2:14  woh hai ke pani ko istemal kar ke fasal ugna, taake dana paida ho, ghalla paida ho, phal</w:t>
      </w:r>
      <w:r>
        <w:br/>
      </w:r>
      <w:r>
        <w:rPr>
          <w:sz w:val="20"/>
        </w:rPr>
        <w:t>2:21  paida ho, insaan ke liye ghiza husool ho.</w:t>
      </w:r>
      <w:r>
        <w:br/>
      </w:r>
      <w:r>
        <w:rPr>
          <w:sz w:val="20"/>
        </w:rPr>
        <w:t>2:28  to poora kainaati nizam barish barsata hai, lekin khud is waqe'a ko wujood nahi lata jo aakhri cheez darkar hai.</w:t>
      </w:r>
      <w:r>
        <w:br/>
      </w:r>
      <w:r>
        <w:rPr>
          <w:sz w:val="20"/>
        </w:rPr>
        <w:t>2:35  woh to kuch doosray logon ko karna hai.</w:t>
      </w:r>
      <w:r>
        <w:br/>
      </w:r>
      <w:r>
        <w:rPr>
          <w:sz w:val="20"/>
        </w:rPr>
        <w:t>2:42  lekin kainaati nizam jab barish barsata hai to woh poora kainaati nizam intezar kar raha hai ke woh</w:t>
      </w:r>
      <w:r>
        <w:br/>
      </w:r>
      <w:r>
        <w:rPr>
          <w:sz w:val="20"/>
        </w:rPr>
        <w:t>2:49  log uthein jinhon ne barish ke pani ko istemal kar ke is ko laalati fasal mein tabdeel karna hai.</w:t>
      </w:r>
      <w:r>
        <w:br/>
      </w:r>
      <w:r>
        <w:rPr>
          <w:sz w:val="20"/>
        </w:rPr>
        <w:t>2:56  to mujhe jo mein ne kaha vision ki baat, 200 saal se tareekh ko ek intezar hai, balkay</w:t>
      </w:r>
      <w:r>
        <w:br/>
      </w:r>
      <w:r>
        <w:rPr>
          <w:sz w:val="20"/>
        </w:rPr>
        <w:t>3:03  shayad 300 saal tak is ko barha saktay hain aap.</w:t>
      </w:r>
      <w:r>
        <w:br/>
      </w:r>
      <w:r>
        <w:rPr>
          <w:sz w:val="20"/>
        </w:rPr>
        <w:t>3:11  jab printed press wajood mein aaya, printed press.</w:t>
      </w:r>
      <w:r>
        <w:br/>
      </w:r>
      <w:r>
        <w:rPr>
          <w:sz w:val="20"/>
        </w:rPr>
        <w:t>3:18  printed press ek ajeeb ghareeb nemat hai, kyunkay qadeem zamanay mein haath se likhi jati kitab, ek kitab</w:t>
      </w:r>
      <w:r>
        <w:br/>
      </w:r>
      <w:r>
        <w:rPr>
          <w:sz w:val="20"/>
        </w:rPr>
        <w:t>3:25  likhtay likhtay saal bhar beet gaya, ek quran likhtay likhtay, is ko islaah karo, doosra copy is se</w:t>
      </w:r>
      <w:r>
        <w:br/>
      </w:r>
      <w:r>
        <w:rPr>
          <w:sz w:val="20"/>
        </w:rPr>
        <w:t>3:32  nahi bana saktay thay aap, doosri copy phir se likhni parti thi, phir se likhni parti thi.</w:t>
      </w:r>
      <w:r>
        <w:br/>
      </w:r>
      <w:r>
        <w:rPr>
          <w:sz w:val="20"/>
        </w:rPr>
        <w:t>3:39  isi liye qadeem zamanay mein uloom ki kabhi taraqqi nahi ho saki.</w:t>
      </w:r>
      <w:r>
        <w:br/>
      </w:r>
      <w:r>
        <w:rPr>
          <w:sz w:val="20"/>
        </w:rPr>
        <w:t>3:46  300 saal pehlay ka jo zamanah hai, is mein na science ki taraqqi hui, na kisi ilm ki</w:t>
      </w:r>
      <w:r>
        <w:br/>
      </w:r>
      <w:r>
        <w:rPr>
          <w:sz w:val="20"/>
        </w:rPr>
        <w:t>3:53  taraqqi hui, kyunkay zaroorat thi printed press ki, ke ek shakhs ek kitab likhay, jisay newton ne 300</w:t>
      </w:r>
      <w:r>
        <w:br/>
      </w:r>
      <w:r>
        <w:rPr>
          <w:sz w:val="20"/>
        </w:rPr>
        <w:t>4:00  saal pehlay principia likhi.</w:t>
      </w:r>
      <w:r>
        <w:br/>
      </w:r>
      <w:r>
        <w:rPr>
          <w:sz w:val="20"/>
        </w:rPr>
        <w:t>4:07  principia samjha jata hai science ki bible.</w:t>
      </w:r>
      <w:r>
        <w:br/>
      </w:r>
      <w:r>
        <w:rPr>
          <w:sz w:val="20"/>
        </w:rPr>
        <w:t>4:14  to us waqt press ka zamanah aa chuka tha.</w:t>
      </w:r>
      <w:r>
        <w:br/>
      </w:r>
      <w:r>
        <w:rPr>
          <w:sz w:val="20"/>
        </w:rPr>
        <w:t>4:21  to achaanak poooray europe mein phail gayi woh kitab, aur phir woh buniyad ban gayi modern science ki.</w:t>
      </w:r>
      <w:r>
        <w:br/>
      </w:r>
      <w:r>
        <w:rPr>
          <w:sz w:val="20"/>
        </w:rPr>
        <w:t>4:28  to press ke zamanay ko istemal kiya europe ne, science ki taraqqi hui, democracy ko taraqqi hui, aur</w:t>
      </w:r>
      <w:r>
        <w:br/>
      </w:r>
      <w:r>
        <w:rPr>
          <w:sz w:val="20"/>
        </w:rPr>
        <w:t>4:35  freedom ka daur aaya.</w:t>
      </w:r>
      <w:r>
        <w:br/>
      </w:r>
      <w:r>
        <w:rPr>
          <w:sz w:val="20"/>
        </w:rPr>
        <w:t>4:42  bohat si cheezain jo naye zamanay mein aayi hain, is ka bohat gehra ta'alluq press se hai.</w:t>
      </w:r>
      <w:r>
        <w:br/>
      </w:r>
      <w:r>
        <w:rPr>
          <w:sz w:val="20"/>
        </w:rPr>
        <w:t>4:49  phir ab to aap jantay hain ke print media se aagay, aur woh yaani electronic media aa chuka</w:t>
      </w:r>
      <w:r>
        <w:br/>
      </w:r>
      <w:r>
        <w:rPr>
          <w:sz w:val="20"/>
        </w:rPr>
        <w:t>4:56  hai, aur bhi ziyada tar darakht aa rahay hain.</w:t>
      </w:r>
      <w:r>
        <w:br/>
      </w:r>
      <w:r>
        <w:rPr>
          <w:sz w:val="20"/>
        </w:rPr>
        <w:t>5:03  yeh sab kyun hua? kya aap samajhtay hain ke yeh koi khel kood hai? yeh bilashubah khaliq ne</w:t>
      </w:r>
      <w:r>
        <w:br/>
      </w:r>
      <w:r>
        <w:rPr>
          <w:sz w:val="20"/>
        </w:rPr>
        <w:t>5:10  kiya hai, waisay hi jaisay barish barsata hai khaliq, aur phir intezar karta hai kuch insaan uthein.</w:t>
      </w:r>
      <w:r>
        <w:br/>
      </w:r>
      <w:r>
        <w:rPr>
          <w:sz w:val="20"/>
        </w:rPr>
        <w:t>5:17  aisay hi khaliq ne yeh kiya hai ke naya zamanah paida kiya, printing press ka daur aaya, religious</w:t>
      </w:r>
      <w:r>
        <w:br/>
      </w:r>
      <w:r>
        <w:rPr>
          <w:sz w:val="20"/>
        </w:rPr>
        <w:t>5:24  freedom ka daur aaya, modern technology ka daur aaya, poori dunya global village ban gayi.</w:t>
      </w:r>
      <w:r>
        <w:br/>
      </w:r>
      <w:r>
        <w:rPr>
          <w:sz w:val="20"/>
        </w:rPr>
        <w:t>5:31  to kis liye? ek ek aur waqea zahoor mein lana hai jo jis ke liye insaan darkaar hain.</w:t>
      </w:r>
      <w:r>
        <w:br/>
      </w:r>
      <w:r>
        <w:rPr>
          <w:sz w:val="20"/>
        </w:rPr>
        <w:t>5:38  woh hai Allah ke paigham ko aalami satah par pohanchana.</w:t>
      </w:r>
      <w:r>
        <w:br/>
      </w:r>
      <w:r>
        <w:rPr>
          <w:sz w:val="20"/>
        </w:rPr>
        <w:t>5:45  dekhiye, quran mein ek ayat hai: "nadhir al-furqan li yakuna lil 'alamin nadhira".</w:t>
      </w:r>
      <w:r>
        <w:br/>
      </w:r>
      <w:r>
        <w:rPr>
          <w:sz w:val="20"/>
        </w:rPr>
        <w:t>5:52  allah ne utara quran ke sare alam ke liye woh agah karne wala bane.</w:t>
      </w:r>
      <w:r>
        <w:br/>
      </w:r>
      <w:r>
        <w:rPr>
          <w:sz w:val="20"/>
        </w:rPr>
        <w:t>5:59  aap ghor kijiye, yeh ayat utri thi ab se chaudah so saal pehle.</w:t>
      </w:r>
      <w:r>
        <w:br/>
      </w:r>
      <w:r>
        <w:rPr>
          <w:sz w:val="20"/>
        </w:rPr>
        <w:t>6:07  koi janta bhi nahi tha ke sara alam kya hai.</w:t>
      </w:r>
      <w:r>
        <w:br/>
      </w:r>
      <w:r>
        <w:rPr>
          <w:sz w:val="20"/>
        </w:rPr>
        <w:t>6:14  chaudah so saal pehle kisi ko pata nahi tha ke sara alam hai kiya.</w:t>
      </w:r>
      <w:r>
        <w:br/>
      </w:r>
      <w:r>
        <w:rPr>
          <w:sz w:val="20"/>
        </w:rPr>
        <w:t>6:21  yahan par aap ne dekha hoga, seerhi ke paas ek map laga hua hai, sari zameen ka map.</w:t>
      </w:r>
      <w:r>
        <w:br/>
      </w:r>
      <w:r>
        <w:rPr>
          <w:sz w:val="20"/>
        </w:rPr>
        <w:t>6:28  to mein jab seerhi par charhta utarta hoon, is ko dekhta hoon to lagta hai ke yeh saada</w:t>
      </w:r>
      <w:r>
        <w:br/>
      </w:r>
      <w:r>
        <w:rPr>
          <w:sz w:val="20"/>
        </w:rPr>
        <w:t>6:35  waqia nahi hai.</w:t>
      </w:r>
      <w:r>
        <w:br/>
      </w:r>
      <w:r>
        <w:rPr>
          <w:sz w:val="20"/>
        </w:rPr>
        <w:t>6:42  woh naqsha bata raha hai ke tum ek naye zamane mein pahunch chuke ho, jab ke tum jaan sakte</w:t>
      </w:r>
      <w:r>
        <w:br/>
      </w:r>
      <w:r>
        <w:rPr>
          <w:sz w:val="20"/>
        </w:rPr>
        <w:t>6:49  ho ke kaun mulk kahan hai, kaun shehar kahan hai.</w:t>
      </w:r>
      <w:r>
        <w:br/>
      </w:r>
      <w:r>
        <w:rPr>
          <w:sz w:val="20"/>
        </w:rPr>
        <w:t>6:56  pehlay kuch pata nahi tha.</w:t>
      </w:r>
      <w:r>
        <w:br/>
      </w:r>
      <w:r>
        <w:rPr>
          <w:sz w:val="20"/>
        </w:rPr>
        <w:t>7:03  na aisa naqsha tha, na aisa ilm tha.</w:t>
      </w:r>
      <w:r>
        <w:br/>
      </w:r>
      <w:r>
        <w:rPr>
          <w:sz w:val="20"/>
        </w:rPr>
        <w:t>7:10  ilm jis ko kehte hain geography, geographic ilm, woh to bohat hi recent ilm hai.</w:t>
      </w:r>
      <w:r>
        <w:br/>
      </w:r>
      <w:r>
        <w:rPr>
          <w:sz w:val="20"/>
        </w:rPr>
        <w:t>7:17  pehlay kahan tha? kuch bhi nahi jante thay log.</w:t>
      </w:r>
      <w:r>
        <w:br/>
      </w:r>
      <w:r>
        <w:rPr>
          <w:sz w:val="20"/>
        </w:rPr>
        <w:t>7:24  to aap ghor kijiye ke quran ko utara allah taala ne is liye ke sara alam tak pahunchaya.</w:t>
      </w:r>
      <w:r>
        <w:br/>
      </w:r>
      <w:r>
        <w:rPr>
          <w:sz w:val="20"/>
        </w:rPr>
        <w:t>7:31  aur jahan utara gaya, jin ke upar utra, un ko pata bhi nahi tha ke sara alam kya hai.</w:t>
      </w:r>
      <w:r>
        <w:br/>
      </w:r>
      <w:r>
        <w:rPr>
          <w:sz w:val="20"/>
        </w:rPr>
        <w:t>7:38  koi arab ke log nahi jante thay chathi sadi isvi mein ke sara alam kya hai.</w:t>
      </w:r>
      <w:r>
        <w:br/>
      </w:r>
      <w:r>
        <w:rPr>
          <w:sz w:val="20"/>
        </w:rPr>
        <w:t>7:45  jo jo naqsha aap ne dekha hoga yahan par, us naqshay arab ke kisi aadmi ko pata nahi tha.</w:t>
      </w:r>
      <w:r>
        <w:br/>
      </w:r>
      <w:r>
        <w:rPr>
          <w:sz w:val="20"/>
        </w:rPr>
        <w:t>7:52  is ki ek bohat hi anokhi misaal yeh hai ke ek tabai nikle arab se, kuch sathiyon ko</w:t>
      </w:r>
      <w:r>
        <w:br/>
      </w:r>
      <w:r>
        <w:rPr>
          <w:sz w:val="20"/>
        </w:rPr>
        <w:t>7:59  le kar, ek dasta le kar Asia paar kiya, phir Africa pahunche, dawoodi jazbe ke tehat.</w:t>
      </w:r>
      <w:r>
        <w:br/>
      </w:r>
      <w:r>
        <w:rPr>
          <w:sz w:val="20"/>
        </w:rPr>
        <w:t>8:06  Africa par chalte chalte pahunche to wahan par Atlantic tha.</w:t>
      </w:r>
      <w:r>
        <w:br/>
      </w:r>
      <w:r>
        <w:rPr>
          <w:sz w:val="20"/>
        </w:rPr>
        <w:t>8:13  aap jante hain ke Atlantic ke Africa aur America ke darmiyan Atlantic hai, Atlantic ocean.</w:t>
      </w:r>
      <w:r>
        <w:br/>
      </w:r>
      <w:r>
        <w:rPr>
          <w:sz w:val="20"/>
        </w:rPr>
        <w:t>8:20  phir jab unhon ne dekha ke samandar hai, samandar hai, samandar hai, kaha yeh to aage to kuch</w:t>
      </w:r>
      <w:r>
        <w:br/>
      </w:r>
      <w:r>
        <w:rPr>
          <w:sz w:val="20"/>
        </w:rPr>
        <w:t>8:27  dikhai nahi deta.</w:t>
      </w:r>
      <w:r>
        <w:br/>
      </w:r>
      <w:r>
        <w:rPr>
          <w:sz w:val="20"/>
        </w:rPr>
        <w:t>8:34  to wahan khare khare ke unhon ne kaha tha: "allahumma la alam in bra hazrat hazrat bahar balad lakhista</w:t>
      </w:r>
      <w:r>
        <w:br/>
      </w:r>
      <w:r>
        <w:rPr>
          <w:sz w:val="20"/>
        </w:rPr>
        <w:t>8:41  hata laya ahad donk".</w:t>
      </w:r>
      <w:r>
        <w:br/>
      </w:r>
      <w:r>
        <w:rPr>
          <w:sz w:val="20"/>
        </w:rPr>
        <w:t>8:48  ek tabai ka qaul hai, yani: "ae Allah!</w:t>
      </w:r>
      <w:r>
        <w:br/>
      </w:r>
      <w:r>
        <w:rPr>
          <w:sz w:val="20"/>
        </w:rPr>
        <w:t>8:56  Agar main janta ke is samandar ke is paar bhi kuch insaan bastay hain to apne ghoda mein samandar mein dakhil kar deta, wahan tak pahunchta taake wahan bata sakoon ke main: "Ae logon!"</w:t>
      </w:r>
      <w:r>
        <w:br/>
      </w:r>
      <w:r>
        <w:rPr>
          <w:sz w:val="20"/>
        </w:rPr>
        <w:t>9:09  sirf ek Allah ki ibadat karo".</w:t>
      </w:r>
    </w:p>
    <w:p>
      <w:pPr>
        <w:pStyle w:val="Heading2"/>
      </w:pPr>
      <w:r>
        <w:t>The one trait that defined all the Companions</w:t>
      </w:r>
    </w:p>
    <w:p>
      <w:r>
        <w:rPr>
          <w:color w:val="666666"/>
          <w:sz w:val="18"/>
        </w:rPr>
        <w:t>The Companions of The Prophet January 15, 2023 · 49s · at 52:19 · https://youtu.be/clnN0tUU9og?t=3139</w:t>
      </w:r>
    </w:p>
    <w:p>
      <w:r>
        <w:rPr>
          <w:i/>
        </w:rPr>
        <w:t>“A deep attachment to the mission — that's what focused them.”</w:t>
      </w:r>
    </w:p>
    <w:p>
      <w:r>
        <w:rPr>
          <w:sz w:val="20"/>
        </w:rPr>
        <w:t>52:19  so ek gehra attachment to the mission aur wo mission kyunke khuda ka mission hai. to gehra attachment to the mission aur bilkul focus ho paradise par, akhirat par. jaise sahaba the, wo bilkul focused the ke agar unhone koi galat kaam kiya to khuda ke yahan wo accountable honge.</w:t>
      </w:r>
      <w:r>
        <w:br/>
      </w:r>
      <w:r>
        <w:rPr>
          <w:sz w:val="20"/>
        </w:rPr>
        <w:t>52:44  to jab aadmi focused ho jayega na, destruction uska khatam ho jayega. wo dunya ke mamle mein unko koi destruction tha hi nahi, sirf aur sirf us deen ke liye kaam karte the, mission ke liye kaam karte the. kuch bhi nahi sochte the ke ghar mein hamare koi jo masle hain, wo kaise hal honge. jaise hazrat abubakar sara maal le aaye, to unhone yeh nahi socha ke hamare ghar walon ka kya hoga</w:t>
      </w:r>
      <w:r>
        <w:br/>
      </w:r>
      <w:r>
        <w:rPr>
          <w:sz w:val="20"/>
        </w:rPr>
        <w:t>53:09  . jab woh Madina ja rahe the Rasoolullah sallallahu alaihi wasallam ke sath Hazrat mein, to unke paas</w:t>
      </w:r>
    </w:p>
    <w:p>
      <w:pPr>
        <w:pStyle w:val="Heading2"/>
      </w:pPr>
      <w:r>
        <w:t>Questioning why God let the Egypt coup happen</w:t>
      </w:r>
    </w:p>
    <w:p>
      <w:r>
        <w:rPr>
          <w:color w:val="666666"/>
          <w:sz w:val="18"/>
        </w:rPr>
        <w:t>The Fate of Muslim Ummah (English) May 03, 2014 · 1m 00s · at 4:05 · https://youtu.be/Gu64pZtxdAA?t=245</w:t>
      </w:r>
    </w:p>
    <w:p>
      <w:r>
        <w:rPr>
          <w:i/>
        </w:rPr>
        <w:t>“If it was an act of enmity by Western nations, then where is God Almighty?”</w:t>
      </w:r>
    </w:p>
    <w:p>
      <w:r>
        <w:rPr>
          <w:sz w:val="20"/>
        </w:rPr>
        <w:t>4:05  If it is a fact that what happened in Egypt, it was an act of enmity</w:t>
      </w:r>
      <w:r>
        <w:br/>
      </w:r>
      <w:r>
        <w:rPr>
          <w:sz w:val="20"/>
        </w:rPr>
        <w:t>4:15  by Western nations, by Saudia, or by Israel, then where is God Almighty?</w:t>
      </w:r>
      <w:r>
        <w:br/>
      </w:r>
      <w:r>
        <w:rPr>
          <w:sz w:val="20"/>
        </w:rPr>
        <w:t>4:27  Where is God Almighty?</w:t>
      </w:r>
      <w:r>
        <w:br/>
      </w:r>
      <w:r>
        <w:rPr>
          <w:sz w:val="20"/>
        </w:rPr>
        <w:t>4:32  The Qur'an says that God Almighty never goes to sleep.</w:t>
      </w:r>
      <w:r>
        <w:br/>
      </w:r>
      <w:r>
        <w:rPr>
          <w:sz w:val="20"/>
        </w:rPr>
        <w:t>4:41  And also, there are dozens of verses in the Qur'an that tell us</w:t>
      </w:r>
      <w:r>
        <w:br/>
      </w:r>
      <w:r>
        <w:rPr>
          <w:sz w:val="20"/>
        </w:rPr>
        <w:t>4:49  that God will not allow anti-Islamic forces to overpower Muslims.</w:t>
      </w:r>
    </w:p>
    <w:p>
      <w:pPr>
        <w:pStyle w:val="Heading2"/>
      </w:pPr>
      <w:r>
        <w:t>Muslim by choice versus Muslim by chance quote</w:t>
      </w:r>
    </w:p>
    <w:p>
      <w:r>
        <w:rPr>
          <w:color w:val="666666"/>
          <w:sz w:val="18"/>
        </w:rPr>
        <w:t>The Companions of The Prophet January 15, 2023 · 50s · at 57:30 · https://youtu.be/clnN0tUU9og?t=3450</w:t>
      </w:r>
    </w:p>
    <w:p>
      <w:r>
        <w:rPr>
          <w:i/>
        </w:rPr>
        <w:t>“Sahaba were Muslim by choice — we are Muslim by chance.”</w:t>
      </w:r>
    </w:p>
    <w:p>
      <w:r>
        <w:rPr>
          <w:sz w:val="20"/>
        </w:rPr>
        <w:t>57:30  aap ek comment padhna chahunga jo mohammed munis iqbal sahab ne bheja hai delhi se. unhone likha hai ke "sahaba were muslim by choice and we are muslim by chance.</w:t>
      </w:r>
      <w:r>
        <w:br/>
      </w:r>
      <w:r>
        <w:rPr>
          <w:sz w:val="20"/>
        </w:rPr>
        <w:t>57:43  it is due to the sacrifice made by sahaba that we are here as muslims today. they made the right choice and led the foundation for the future generations. we on the other hand have today weaken those foundation because we have never understood the value of those sacrifice made by sahaba.</w:t>
      </w:r>
      <w:r>
        <w:br/>
      </w:r>
      <w:r>
        <w:rPr>
          <w:sz w:val="20"/>
        </w:rPr>
        <w:t>58:03  hence it becomes extremely important for us to take the responsibility and follow the footsteps of sahaba. take lessons from their life and apply it in ours. pleasing allah is the only option we have." apa, yeh ek sawal doctor stuti ne poocha hai.</w:t>
      </w:r>
    </w:p>
    <w:p>
      <w:pPr>
        <w:pStyle w:val="Heading2"/>
      </w:pPr>
      <w:r>
        <w:t>A few morsels of food are enough for a person</w:t>
      </w:r>
    </w:p>
    <w:p>
      <w:r>
        <w:rPr>
          <w:color w:val="666666"/>
          <w:sz w:val="18"/>
        </w:rPr>
        <w:t>The Spirit of Ramadan (Part 2) April 24, 2022 Dr. Saniyasnain Khan · 25s · at 36:43 · https://youtu.be/NHe5tC7U3mk?t=2203</w:t>
      </w:r>
    </w:p>
    <w:p>
      <w:r>
        <w:rPr>
          <w:i/>
        </w:rPr>
        <w:t>“Ibn Aadam ko kamar seedhi rakhne ke liye chand luqme kaafi hain.”</w:t>
      </w:r>
    </w:p>
    <w:p>
      <w:r>
        <w:rPr>
          <w:sz w:val="20"/>
        </w:rPr>
        <w:t>36:43  sara zehan logon ko khane ke upar chala jata hai aur hadish mein aata hai ki jo ibn adam hai yaani insan usko apni kamar seedhi rakhne ke liye chand lukmai kafi hai usko bhi. few morsels are enough to keep his back straight aur agar woh apne pet ko bharna chahta hai toh pet ke teen hisse karein.</w:t>
      </w:r>
      <w:r>
        <w:br/>
      </w:r>
      <w:r>
        <w:rPr>
          <w:sz w:val="20"/>
        </w:rPr>
        <w:t>37:08  ek hisse yaani one third mein khana aur one third mein pani aur one third khali.</w:t>
      </w:r>
    </w:p>
    <w:p>
      <w:pPr>
        <w:pStyle w:val="Heading2"/>
      </w:pPr>
      <w:r>
        <w:t>Doomsday won't come until people are warned</w:t>
      </w:r>
    </w:p>
    <w:p>
      <w:r>
        <w:rPr>
          <w:color w:val="666666"/>
          <w:sz w:val="18"/>
        </w:rPr>
        <w:t>Living with Angels April 11, 2010 · 42s · at 58:59 · https://youtu.be/u-SHIRgBE6M?t=3539</w:t>
      </w:r>
    </w:p>
    <w:p>
      <w:r>
        <w:rPr>
          <w:i/>
        </w:rPr>
        <w:t>“Qayamat us waqt aayegi jab logon ko bata diya gaya ho.”</w:t>
      </w:r>
    </w:p>
    <w:p>
      <w:r>
        <w:rPr>
          <w:sz w:val="20"/>
        </w:rPr>
        <w:t>58:59  qayamat is waqt aayegi jab ke logon ko bata diya gaya ho.</w:t>
      </w:r>
      <w:r>
        <w:br/>
      </w:r>
      <w:r>
        <w:rPr>
          <w:sz w:val="20"/>
        </w:rPr>
        <w:t>59:09  quran mein bohat hi wazeh tor par yeh usool bataya gaya hai ke</w:t>
      </w:r>
      <w:r>
        <w:br/>
      </w:r>
      <w:r>
        <w:rPr>
          <w:sz w:val="20"/>
        </w:rPr>
        <w:t>59:22  ma kan allahu liyuhlikra qaryatn bizulmin wa ahlu ghafilun</w:t>
      </w:r>
      <w:r>
        <w:br/>
      </w:r>
      <w:r>
        <w:rPr>
          <w:sz w:val="20"/>
        </w:rPr>
        <w:t>59:29  allah ka yeh tareeqa nahi ke insano ko halak kare jab ke woh bekhabar hon.</w:t>
      </w:r>
    </w:p>
    <w:p>
      <w:pPr>
        <w:pStyle w:val="Heading2"/>
      </w:pPr>
      <w:r>
        <w:t>Abu Bakr donates all his wealth for Allah</w:t>
      </w:r>
    </w:p>
    <w:p>
      <w:r>
        <w:rPr>
          <w:color w:val="666666"/>
          <w:sz w:val="18"/>
        </w:rPr>
        <w:t>The Story of Hazrat Aishah January 29, 2023 · 29s · at 8:00 · https://youtu.be/JvCeNobW-Wk?t=480</w:t>
      </w:r>
    </w:p>
    <w:p>
      <w:r>
        <w:rPr>
          <w:i/>
        </w:rPr>
        <w:t>“Ae Abu Bakr, tum saara ghar ka samaan le aaye”</w:t>
      </w:r>
    </w:p>
    <w:p>
      <w:r>
        <w:rPr>
          <w:sz w:val="20"/>
        </w:rPr>
        <w:t>8:00  ji, to Rasulullah sallallahu alaihi wasallam ne kaha ki ae Abu Bakr, tum to yeh saare hi ghar ka saman le aaye, kuch ghar walon ke liye bhi chhoda. ji, to Hazrat Abu Bakr ne kaha ki mere liye aur mere ghar walon ke liye Allah aur uska Rasul kaafi hai. Masha Allah!</w:t>
      </w:r>
      <w:r>
        <w:br/>
      </w:r>
      <w:r>
        <w:rPr>
          <w:sz w:val="20"/>
        </w:rPr>
        <w:t>8:14  to yeh isi ko ek sher mein Iqbal ne kaha tha ki parwane ko chirag hai, bulbul ko phool, bas Siddiq ke liye hai Khuda ka Rasul, bas Masha Allah!</w:t>
      </w:r>
      <w:r>
        <w:br/>
      </w:r>
      <w:r>
        <w:rPr>
          <w:sz w:val="20"/>
        </w:rPr>
        <w:t>8:26  to yeh to ek bahut hi exceptional shakhsiyat thi. ji,</w:t>
      </w:r>
    </w:p>
    <w:p>
      <w:pPr>
        <w:pStyle w:val="Heading2"/>
      </w:pPr>
      <w:r>
        <w:t>Islam requires love for all not just family</w:t>
      </w:r>
    </w:p>
    <w:p>
      <w:r>
        <w:rPr>
          <w:color w:val="666666"/>
          <w:sz w:val="18"/>
        </w:rPr>
        <w:t>Prophetic Guidance (Prophetic Wisdom) November 22, 2006 Maulana Wahiduddin Khan · 21s · at 9:04 · https://youtu.be/N3E-JrkTlYI?t=544</w:t>
      </w:r>
    </w:p>
    <w:p>
      <w:r>
        <w:rPr>
          <w:i/>
        </w:rPr>
        <w:t>“Agar family ke liye mohabbat, doosron ke liye na ho to yeh Islam nahi.”</w:t>
      </w:r>
    </w:p>
    <w:p>
      <w:r>
        <w:rPr>
          <w:sz w:val="20"/>
        </w:rPr>
        <w:t>9:04  aur yeh ek baat mein arz karna chahta hoon ke islam jo hai yeh sikhata hai sare insano se mohabbat karna.</w:t>
      </w:r>
      <w:r>
        <w:br/>
      </w:r>
      <w:r>
        <w:rPr>
          <w:sz w:val="20"/>
        </w:rPr>
        <w:t>9:14  agar aap ke dil mein apne family ke liye mohabbat ho aur doosron ke liye mohabbat na ho to yeh islam nahi hai.</w:t>
      </w:r>
    </w:p>
    <w:p>
      <w:pPr>
        <w:pStyle w:val="Heading2"/>
      </w:pPr>
      <w:r>
        <w:t>Meccans became great companions</w:t>
      </w:r>
    </w:p>
    <w:p>
      <w:r>
        <w:rPr>
          <w:color w:val="666666"/>
          <w:sz w:val="18"/>
        </w:rPr>
        <w:t>Islam in A New Age August 30, 2020 Maulana Wahiduddin Khan · 57s · at 14:42 · https://youtu.be/R2EEb2xSIcA?t=882</w:t>
      </w:r>
    </w:p>
    <w:p>
      <w:r>
        <w:rPr>
          <w:i/>
        </w:rPr>
        <w:t>“Ye Makke ke log to Umar Abu Bakr bane”</w:t>
      </w:r>
    </w:p>
    <w:p>
      <w:r>
        <w:rPr>
          <w:sz w:val="20"/>
        </w:rPr>
        <w:t>14:42  yeh makke ke log to umar abubakar bane, yeh makke ke log to sahaba bane. to jin ko musalmanon ne dub kar rakha hai, woh kuffar-e-makka,</w:t>
      </w:r>
      <w:r>
        <w:br/>
      </w:r>
      <w:r>
        <w:rPr>
          <w:sz w:val="20"/>
        </w:rPr>
        <w:t>14:58  woh sab ashaab-e-islam, ashaab-e-rasool bane.</w:t>
      </w:r>
      <w:r>
        <w:br/>
      </w:r>
      <w:r>
        <w:rPr>
          <w:sz w:val="20"/>
        </w:rPr>
        <w:t>15:08  unhon ne islam ki tareekh banai, unhon ne quran ko jama kiya, unhon ne hadith ko jama kiya, unhon ne islam ki dictionary banai.</w:t>
      </w:r>
      <w:r>
        <w:br/>
      </w:r>
      <w:r>
        <w:rPr>
          <w:sz w:val="20"/>
        </w:rPr>
        <w:t>15:24  yaani saare kaam jo kiye hain logon ne, wahi log hain jin ko yeh bekhabar log kuffar-e-makka kehte hain.</w:t>
      </w:r>
    </w:p>
    <w:p>
      <w:pPr>
        <w:pStyle w:val="Heading2"/>
      </w:pPr>
      <w:r>
        <w:t>Hadith detail: Musa first at the Throne</w:t>
      </w:r>
    </w:p>
    <w:p>
      <w:r>
        <w:rPr>
          <w:color w:val="666666"/>
          <w:sz w:val="18"/>
        </w:rPr>
        <w:t>Lessons from The Story of Prophet Moses Part 1, August 1, 2022 · 35s · at 5:34 · https://youtu.be/JsRmjNQQHLY?t=334</w:t>
      </w:r>
    </w:p>
    <w:p>
      <w:r>
        <w:rPr>
          <w:i/>
        </w:rPr>
        <w:t>“जब कयामत आएगी, सूर फूंका जाएगा...”</w:t>
      </w:r>
    </w:p>
    <w:p>
      <w:r>
        <w:rPr>
          <w:sz w:val="20"/>
        </w:rPr>
        <w:t>5:34  afzal mat batao. Aur kaha ke jab qayamat aayegi, to sur phoonka jaye</w:t>
      </w:r>
      <w:r>
        <w:br/>
      </w:r>
      <w:r>
        <w:rPr>
          <w:sz w:val="20"/>
        </w:rPr>
        <w:t>5:43  ga, saare insan behosh ho jayenge, aur main sabse pehle hosh mein aaunga. Prophet ne kaha, ji, aur main arsh ki taraf badhunga,</w:t>
      </w:r>
      <w:r>
        <w:br/>
      </w:r>
      <w:r>
        <w:rPr>
          <w:sz w:val="20"/>
        </w:rPr>
        <w:t>5:58  to main dekhoonga ke Musa wahan mujhse pehle maujood hain, ji, arsh ke kone ko pakde hue.</w:t>
      </w:r>
    </w:p>
    <w:p>
      <w:pPr>
        <w:pStyle w:val="Heading2"/>
      </w:pPr>
      <w:r>
        <w:t>Da'wah is not only giving, it's also receiving</w:t>
      </w:r>
    </w:p>
    <w:p>
      <w:r>
        <w:rPr>
          <w:color w:val="666666"/>
          <w:sz w:val="18"/>
        </w:rPr>
        <w:t>Muslims in Diaspora April 5, 2014 Maulana Wahiduddin Khan · 57s · at 25:51 · https://youtu.be/JUzf9W-4D8A?t=1551</w:t>
      </w:r>
    </w:p>
    <w:p>
      <w:r>
        <w:rPr>
          <w:i/>
        </w:rPr>
        <w:t>“Da'wah is not only giving — it is also receiving.”</w:t>
      </w:r>
    </w:p>
    <w:p>
      <w:r>
        <w:rPr>
          <w:sz w:val="20"/>
        </w:rPr>
        <w:t>25:51  dawah is not only giving, it is also receiving.</w:t>
      </w:r>
      <w:r>
        <w:br/>
      </w:r>
      <w:r>
        <w:rPr>
          <w:sz w:val="20"/>
        </w:rPr>
        <w:t>25:58  you are, you are giving something to man and same time you are receiving something from god.</w:t>
      </w:r>
      <w:r>
        <w:br/>
      </w:r>
      <w:r>
        <w:rPr>
          <w:sz w:val="20"/>
        </w:rPr>
        <w:t>26:09  when dawah is a rewardable act, then it means that</w:t>
      </w:r>
      <w:r>
        <w:br/>
      </w:r>
      <w:r>
        <w:rPr>
          <w:sz w:val="20"/>
        </w:rPr>
        <w:t>26:21  when you are doing the work, you are giving something to your ne</w:t>
      </w:r>
      <w:r>
        <w:br/>
      </w:r>
      <w:r>
        <w:rPr>
          <w:sz w:val="20"/>
        </w:rPr>
        <w:t>26:26  bour, but at the same time you are receiving the blessings of god.</w:t>
      </w:r>
      <w:r>
        <w:br/>
      </w:r>
      <w:r>
        <w:rPr>
          <w:sz w:val="20"/>
        </w:rPr>
        <w:t>26:37  so it is very important. it is the greatest deed.</w:t>
      </w:r>
    </w:p>
    <w:p>
      <w:pPr>
        <w:pStyle w:val="Heading2"/>
      </w:pPr>
      <w:r>
        <w:t>Are you not happy to be queen of paradise</w:t>
      </w:r>
    </w:p>
    <w:p>
      <w:r>
        <w:rPr>
          <w:color w:val="666666"/>
          <w:sz w:val="18"/>
        </w:rPr>
        <w:t>The Story of Hazrat Fatima The Prophet's Cherished Daughter (Part- I) July 30, 2023 · 43s · at 23:30 · https://youtu.be/MG9FmkFEyfo?t=1410</w:t>
      </w:r>
    </w:p>
    <w:p>
      <w:r>
        <w:rPr>
          <w:i/>
        </w:rPr>
        <w:t>“Are you not satisfied to be leader of women in paradise?”</w:t>
      </w:r>
    </w:p>
    <w:p>
      <w:r>
        <w:rPr>
          <w:sz w:val="20"/>
        </w:rPr>
        <w:t>23:30  to Hazrat Muhammad salallaho alaihi wasallam ne kaha ke ama tardeenai ke are you not satisfied? are you not happy?</w:t>
      </w:r>
      <w:r>
        <w:br/>
      </w:r>
      <w:r>
        <w:rPr>
          <w:sz w:val="20"/>
        </w:rPr>
        <w:t>23:39  ama tardeenai inki sayyidatun nisa al-alamin ke are you na</w:t>
      </w:r>
      <w:r>
        <w:br/>
      </w:r>
      <w:r>
        <w:rPr>
          <w:sz w:val="20"/>
        </w:rPr>
        <w:t>23:45  t happy? are you not satisfied? are you not contented that you will be the leader of women in paradise?</w:t>
      </w:r>
      <w:r>
        <w:br/>
      </w:r>
      <w:r>
        <w:rPr>
          <w:sz w:val="20"/>
        </w:rPr>
        <w:t>23:54  you will be the queen of paradise. to ab aap dekhiye, look at her knowledge and her understanding what she says.</w:t>
      </w:r>
      <w:r>
        <w:br/>
      </w:r>
      <w:r>
        <w:rPr>
          <w:sz w:val="20"/>
        </w:rPr>
        <w:t>24:04  she says: ya abati fa ayna Maryam bint Imran? where is Mary the daughter of Imran, the mother of Jesus</w:t>
      </w:r>
    </w:p>
    <w:p>
      <w:pPr>
        <w:pStyle w:val="Heading2"/>
      </w:pPr>
      <w:r>
        <w:t>Meaning of 'don't be angry' advice</w:t>
      </w:r>
    </w:p>
    <w:p>
      <w:r>
        <w:rPr>
          <w:color w:val="666666"/>
          <w:sz w:val="18"/>
        </w:rPr>
        <w:t>Islam In the light of Hadith and Sunnah (English) February 22, 2007 Maulana Wahiduddin Khan · 48s · at 15:01 · https://youtu.be/A7MYL_HL6F4?t=901</w:t>
      </w:r>
    </w:p>
    <w:p>
      <w:r>
        <w:rPr>
          <w:i/>
        </w:rPr>
        <w:t>“Now, what is the meaning of this sentence?”</w:t>
      </w:r>
    </w:p>
    <w:p>
      <w:r>
        <w:rPr>
          <w:sz w:val="20"/>
        </w:rPr>
        <w:t>15:01  Now, what is the meaning of this sentence, this answer?</w:t>
      </w:r>
      <w:r>
        <w:br/>
      </w:r>
      <w:r>
        <w:rPr>
          <w:sz w:val="20"/>
        </w:rPr>
        <w:t>15:07  It means that don't be angry even when provoked.</w:t>
      </w:r>
      <w:r>
        <w:br/>
      </w:r>
      <w:r>
        <w:rPr>
          <w:sz w:val="20"/>
        </w:rPr>
        <w:t>15:14  Because anger is an outcome of provocation.</w:t>
      </w:r>
      <w:r>
        <w:br/>
      </w:r>
      <w:r>
        <w:rPr>
          <w:sz w:val="20"/>
        </w:rPr>
        <w:t>15:21  When there is provocation, there is anger.</w:t>
      </w:r>
      <w:r>
        <w:br/>
      </w:r>
      <w:r>
        <w:rPr>
          <w:sz w:val="20"/>
        </w:rPr>
        <w:t>15:28  Without provocation, there is no anger.</w:t>
      </w:r>
      <w:r>
        <w:br/>
      </w:r>
      <w:r>
        <w:rPr>
          <w:sz w:val="20"/>
        </w:rPr>
        <w:t>15:35  You cannot find a man who becomes angry without provocation.</w:t>
      </w:r>
      <w:r>
        <w:br/>
      </w:r>
      <w:r>
        <w:rPr>
          <w:sz w:val="20"/>
        </w:rPr>
        <w:t>15:42  It is impossible.</w:t>
      </w:r>
      <w:r>
        <w:br/>
      </w:r>
      <w:r>
        <w:rPr>
          <w:sz w:val="20"/>
        </w:rPr>
        <w:t>15:49  So "La taqzab," don't be angry means don't be angry even when provoked.</w:t>
      </w:r>
    </w:p>
    <w:p>
      <w:pPr>
        <w:pStyle w:val="Heading2"/>
      </w:pPr>
      <w:r>
        <w:t>historical change is always gradual, never sudden</w:t>
      </w:r>
    </w:p>
    <w:p>
      <w:r>
        <w:rPr>
          <w:color w:val="666666"/>
          <w:sz w:val="18"/>
        </w:rPr>
        <w:t>The Companions and the Hadith Scholars June 24, 2012 · 28s · at 14:33 · https://youtu.be/Dj4QiYnxgBs?t=873</w:t>
      </w:r>
    </w:p>
    <w:p>
      <w:r>
        <w:rPr>
          <w:i/>
        </w:rPr>
        <w:t>“History mein koi tabdeeli, koi change achanak kabhi nahi aata”</w:t>
      </w:r>
    </w:p>
    <w:p>
      <w:r>
        <w:rPr>
          <w:sz w:val="20"/>
        </w:rPr>
        <w:t>14:33  dekhiye, maine kai baar yeh baat kahi hai ke history mein koi tabdeeli, koi change achaanak kabhi aata nahi hai. kabhi bhi nahi aata.</w:t>
      </w:r>
      <w:r>
        <w:br/>
      </w:r>
      <w:r>
        <w:rPr>
          <w:sz w:val="20"/>
        </w:rPr>
        <w:t>14:44  ek lambi muddat ke baad aata hai. jaise is zamane mein dekhiye, democracy hai. to kaha, democracy achaanak aa gayi. is ke peeche boht lambi muddat hai.</w:t>
      </w:r>
      <w:r>
        <w:br/>
      </w:r>
      <w:r>
        <w:rPr>
          <w:sz w:val="20"/>
        </w:rPr>
        <w:t>14:55  sainkaron saal ke darmiyan ek process chala. tab ja kar ke democracy aayi hai.</w:t>
      </w:r>
    </w:p>
    <w:p>
      <w:pPr>
        <w:pStyle w:val="Heading2"/>
      </w:pPr>
      <w:r>
        <w:t>Da'wah is loving humans</w:t>
      </w:r>
    </w:p>
    <w:p>
      <w:r>
        <w:rPr>
          <w:color w:val="666666"/>
          <w:sz w:val="18"/>
        </w:rPr>
        <w:t>Attributes of a Dayee 31 Oct 2010 - Maulana Wahiduddin Khan · 43s · at 9:45 · https://youtu.be/hVE1z6kLRRA?t=585</w:t>
      </w:r>
    </w:p>
    <w:p>
      <w:r>
        <w:rPr>
          <w:i/>
        </w:rPr>
        <w:t>“Dawat insan se mohabbat karne ka naam hai.”</w:t>
      </w:r>
    </w:p>
    <w:p>
      <w:r>
        <w:rPr>
          <w:sz w:val="20"/>
        </w:rPr>
        <w:t>9:45  dawat ka kaam hoga. dekhen, yaad rakhiye achhi tarah se, dawat ko announcement nahi hai ke aelan kar diya aap ne, dawat ho gayi.</w:t>
      </w:r>
      <w:r>
        <w:br/>
      </w:r>
      <w:r>
        <w:rPr>
          <w:sz w:val="20"/>
        </w:rPr>
        <w:t>9:57  dawat insaan se mohabbat karne ka naam hai. insaan ka khair khwah banne ka naam hai. woh itna hi khair khwah jitna ek baap apne bete ke liye hota hai.</w:t>
      </w:r>
      <w:r>
        <w:br/>
      </w:r>
      <w:r>
        <w:rPr>
          <w:sz w:val="20"/>
        </w:rPr>
        <w:t>10:10  yaad rakhiye, jo aadmi apne bete se mohabbat karta ho aur doosron ko kafir o mushrik batata ho, aur phir woh daai kahe apne aap ko, to woh jhoot bolta hai.</w:t>
      </w:r>
    </w:p>
    <w:p>
      <w:pPr>
        <w:pStyle w:val="Heading2"/>
      </w:pPr>
      <w:r>
        <w:t>First Quranic verse revealed to Muhammad in the cave</w:t>
      </w:r>
    </w:p>
    <w:p>
      <w:r>
        <w:rPr>
          <w:color w:val="666666"/>
          <w:sz w:val="18"/>
        </w:rPr>
        <w:t>A Talk Given by Prof. Farida Khanam at Vidyajyoti College Theology September 2, 2022 · 58s · at 14:46 · https://youtu.be/xWunZk7U6xo?t=886</w:t>
      </w:r>
    </w:p>
    <w:p>
      <w:r>
        <w:rPr>
          <w:i/>
        </w:rPr>
        <w:t>“A being appeared in the cave and named him prophet”</w:t>
      </w:r>
    </w:p>
    <w:p>
      <w:r>
        <w:rPr>
          <w:sz w:val="20"/>
        </w:rPr>
        <w:t>14:46  So one day when he he had he was about 40 years old then all of a sudden a human being appeared in the cave and he told him that he was chosen god's prophet and he told him to read some verses which had which he had brought from god.</w:t>
      </w:r>
      <w:r>
        <w:br/>
      </w:r>
      <w:r>
        <w:rPr>
          <w:sz w:val="20"/>
        </w:rPr>
        <w:t>15:16  These are part of the quran. So this was the first verse that was revealed to the prophet. Recite in the name of your lord who created from a clot of blood. Your lord is most gracious. So he said he was not he was unlettered. He was not able to read and write. In Arabia there were very few people who were able to read and write. So he said I can't read.</w:t>
      </w:r>
      <w:r>
        <w:br/>
      </w:r>
      <w:r>
        <w:rPr>
          <w:sz w:val="20"/>
        </w:rPr>
        <w:t>15:44  So three times Gabriel said that read these verses. He said I can't read. Then Gabriel embraced him and then he began to read or repeat those verses. But he was very, then Gabriel left after some time and then he was so confused. This was his first experience.</w:t>
      </w:r>
    </w:p>
    <w:p>
      <w:pPr>
        <w:pStyle w:val="Heading2"/>
      </w:pPr>
      <w:r>
        <w:t>even top American Muslim leaders live in frustration</w:t>
      </w:r>
    </w:p>
    <w:p>
      <w:r>
        <w:rPr>
          <w:color w:val="666666"/>
          <w:sz w:val="18"/>
        </w:rPr>
        <w:t>Spirituality vs Materialism July 10, 2011 Maulana Wahiduddin Khan · 41s · at 37:41 · https://youtu.be/oLx-EARR2fI?t=2261</w:t>
      </w:r>
    </w:p>
    <w:p>
      <w:r>
        <w:rPr>
          <w:i/>
        </w:rPr>
        <w:t>“You'd be surprised — I found everyone frustrated.”</w:t>
      </w:r>
    </w:p>
    <w:p>
      <w:r>
        <w:rPr>
          <w:sz w:val="20"/>
        </w:rPr>
        <w:t>37:41  to is woh jo hota hai salana, to amreeka bhar ke bare bare log is mein atay hain. bare bare log is bar atay hain jo idaray chala rahay hain, jo masjidon ke imam hain aur jo islamic center ke chairman hain,</w:t>
      </w:r>
      <w:r>
        <w:br/>
      </w:r>
      <w:r>
        <w:rPr>
          <w:sz w:val="20"/>
        </w:rPr>
        <w:t>37:55  mukhtalif qism ke wahan par jo chala rahay hain tehreekein, woh sab wahan atay hain. to un mein se bohat se logon se meri mulaqat hui.</w:t>
      </w:r>
      <w:r>
        <w:br/>
      </w:r>
      <w:r>
        <w:rPr>
          <w:sz w:val="20"/>
        </w:rPr>
        <w:t>38:06  aap taajub karein ke har aik ko maine seat paya.</w:t>
      </w:r>
      <w:r>
        <w:br/>
      </w:r>
      <w:r>
        <w:rPr>
          <w:sz w:val="20"/>
        </w:rPr>
        <w:t>38:10  side koi bhi aisa nahi mujhe mila jis ko yaqeen mein, yaqeen par jeeta ho. frustration, frustration, frustration.</w:t>
      </w:r>
    </w:p>
    <w:p>
      <w:pPr>
        <w:pStyle w:val="Heading2"/>
      </w:pPr>
      <w:r>
        <w:t>Scholar's fatwa: calling man God's khalifa is haram</w:t>
      </w:r>
    </w:p>
    <w:p>
      <w:r>
        <w:rPr>
          <w:color w:val="666666"/>
          <w:sz w:val="18"/>
        </w:rPr>
        <w:t>Quran A Book of Universal Guidance May 31, 2009 · 27s · at 7:29 · https://youtu.be/Q2_96C_3Zd8?t=449</w:t>
      </w:r>
    </w:p>
    <w:p>
      <w:r>
        <w:rPr>
          <w:i/>
        </w:rPr>
        <w:t>“Ibn Taymiyyah ka fatwa hai ke yeh kehna haram hai”</w:t>
      </w:r>
    </w:p>
    <w:p>
      <w:r>
        <w:rPr>
          <w:sz w:val="20"/>
        </w:rPr>
        <w:t>7:29  halankeh yeh baseless tha. yaani Imama bin Taymiyyah bohat barhe scholar hain Islam mein. un ka fatwa hai ke yeh kehna ke insan zameen par Khuda ka khalifa hai, yeh haram hai, haram.</w:t>
      </w:r>
      <w:r>
        <w:br/>
      </w:r>
      <w:r>
        <w:rPr>
          <w:sz w:val="20"/>
        </w:rPr>
        <w:t>7:42  lekin chal pada yeh, aaj tak chal raha hai. ke hum zameen par Khuda ke khalifa hain. achha, chounkeh successor dekhiye, khalifa ka jo word hai, us ka sahih translation hai successor,</w:t>
      </w:r>
    </w:p>
    <w:p>
      <w:pPr>
        <w:pStyle w:val="Heading2"/>
      </w:pPr>
      <w:r>
        <w:t>Renewing the covenant of Abraham</w:t>
      </w:r>
    </w:p>
    <w:p>
      <w:r>
        <w:rPr>
          <w:color w:val="666666"/>
          <w:sz w:val="18"/>
        </w:rPr>
        <w:t>The Revival of Ibrahimi Mission-28th October 2012 · 19m 31s · at 25:07 · https://youtu.be/kniEYfMCz9w?t=1507</w:t>
      </w:r>
    </w:p>
    <w:p>
      <w:r>
        <w:rPr>
          <w:i/>
        </w:rPr>
        <w:t>“I am present to renew the covenant.”</w:t>
      </w:r>
    </w:p>
    <w:p>
      <w:r>
        <w:rPr>
          <w:sz w:val="20"/>
        </w:rPr>
        <w:t>25:07  Main hazir hoon ke main dobara yahan ehad karoon ya parhez loon ke is mission ko main aage badhaunga.</w:t>
      </w:r>
      <w:r>
        <w:br/>
      </w:r>
      <w:r>
        <w:rPr>
          <w:sz w:val="20"/>
        </w:rPr>
        <w:t>25:14  Mission ruka nahi hai, is ka tasalsul jari hai, wo continue hai.</w:t>
      </w:r>
      <w:r>
        <w:br/>
      </w:r>
      <w:r>
        <w:rPr>
          <w:sz w:val="20"/>
        </w:rPr>
        <w:t>25:22  Ye hai matlab labbaik Allahumma labbaik ka.</w:t>
      </w:r>
      <w:r>
        <w:br/>
      </w:r>
      <w:r>
        <w:rPr>
          <w:sz w:val="20"/>
        </w:rPr>
        <w:t>25:30  To haj mein jo log jate hain, wo marasim ada karne nahi ate, balke Arafat ke maidan mein</w:t>
      </w:r>
      <w:r>
        <w:br/>
      </w:r>
      <w:r>
        <w:rPr>
          <w:sz w:val="20"/>
        </w:rPr>
        <w:t>25:38  jam ho kar goya ke dobara rasool ki awaz khud sunne ke liye jate hain.</w:t>
      </w:r>
      <w:r>
        <w:br/>
      </w:r>
      <w:r>
        <w:rPr>
          <w:sz w:val="20"/>
        </w:rPr>
        <w:t>25:46  mein jab yeh baatein soch raha hoon to aisa lagta hai ke woh awaz goonjti hui mujh tak</w:t>
      </w:r>
      <w:r>
        <w:br/>
      </w:r>
      <w:r>
        <w:rPr>
          <w:sz w:val="20"/>
        </w:rPr>
        <w:t>25:54  pehanch rahi thi.</w:t>
      </w:r>
      <w:r>
        <w:br/>
      </w:r>
      <w:r>
        <w:rPr>
          <w:sz w:val="20"/>
        </w:rPr>
        <w:t>26:02  rasool Allah jo awaz bole the, woh faza mein goonjti hui mujh tak pehanch rahi thi.</w:t>
      </w:r>
      <w:r>
        <w:br/>
      </w:r>
      <w:r>
        <w:rPr>
          <w:sz w:val="20"/>
        </w:rPr>
        <w:t>26:10  aur yeh keh rahi hai ke yeh mission seventh century 18 mein khatam nahi ho gaya, is ko pahunchna</w:t>
      </w:r>
      <w:r>
        <w:br/>
      </w:r>
      <w:r>
        <w:rPr>
          <w:sz w:val="20"/>
        </w:rPr>
        <w:t>26:18  hai 21 century tak.</w:t>
      </w:r>
      <w:r>
        <w:br/>
      </w:r>
      <w:r>
        <w:rPr>
          <w:sz w:val="20"/>
        </w:rPr>
        <w:t>26:26  to jab haji wahan jata hai to haqeeqatan woh yeh pledge lene ke liye jata hai. Pledge!</w:t>
      </w:r>
      <w:r>
        <w:br/>
      </w:r>
      <w:r>
        <w:rPr>
          <w:sz w:val="20"/>
        </w:rPr>
        <w:t>26:34  aisa kyun nahi hota ke haji lotte hain to woh mission zinda kyun nahi hota? Ibrahimi mission zinda</w:t>
      </w:r>
      <w:r>
        <w:br/>
      </w:r>
      <w:r>
        <w:rPr>
          <w:sz w:val="20"/>
        </w:rPr>
        <w:t>26:41  کیوں نہیں ہوتا؟ اس لیے کہ without preparation جاتے ہیں۔</w:t>
      </w:r>
      <w:r>
        <w:br/>
      </w:r>
      <w:r>
        <w:rPr>
          <w:sz w:val="20"/>
        </w:rPr>
        <w:t>26:48  وہ وہ prepared mind کے ساتھ وہاں نہیں جاتے۔</w:t>
      </w:r>
      <w:r>
        <w:br/>
      </w:r>
      <w:r>
        <w:rPr>
          <w:sz w:val="20"/>
        </w:rPr>
        <w:t>26:55  without preparation. Hajjis ko zaroorat hai ke bataya jaye ke tum jo ja rahe ho, kis liye</w:t>
      </w:r>
      <w:r>
        <w:br/>
      </w:r>
      <w:r>
        <w:rPr>
          <w:sz w:val="20"/>
        </w:rPr>
        <w:t>27:02  ja rahe ho.</w:t>
      </w:r>
      <w:r>
        <w:br/>
      </w:r>
      <w:r>
        <w:rPr>
          <w:sz w:val="20"/>
        </w:rPr>
        <w:t>27:09  un ko yeh ayat batai jaye Quran majeed ki jo Surah Al-Hajj mein hai ke jahidu fi Allah</w:t>
      </w:r>
      <w:r>
        <w:br/>
      </w:r>
      <w:r>
        <w:rPr>
          <w:sz w:val="20"/>
        </w:rPr>
        <w:t>27:16  haq jihadi ke jihad ka matlab kya hai? Yahan aage ke jo alfaaz hain, woh yeh hain ke</w:t>
      </w:r>
      <w:r>
        <w:br/>
      </w:r>
      <w:r>
        <w:rPr>
          <w:sz w:val="20"/>
        </w:rPr>
        <w:t>27:23  lakon al-rasool shaheeda alaikum wa takun al-shuhada al-nas ek aur jagah yahi ayat aayi hai, is mein yeh</w:t>
      </w:r>
      <w:r>
        <w:br/>
      </w:r>
      <w:r>
        <w:rPr>
          <w:sz w:val="20"/>
        </w:rPr>
        <w:t>27:30  alfaaz hain ke wa kadhalika ja'alnakum ummatan wasatan li takunu shuhada al-nas wa yakun al-rasool alaikum shaheeda dekhiye, wasat ke</w:t>
      </w:r>
      <w:r>
        <w:br/>
      </w:r>
      <w:r>
        <w:rPr>
          <w:sz w:val="20"/>
        </w:rPr>
        <w:t>27:37  ma'ani hote hain beech.</w:t>
      </w:r>
      <w:r>
        <w:br/>
      </w:r>
      <w:r>
        <w:rPr>
          <w:sz w:val="20"/>
        </w:rPr>
        <w:t>27:44  beech to paighambar jo tha, woh middle man bana Allah ke aur insano ke darmiyan.</w:t>
      </w:r>
      <w:r>
        <w:br/>
      </w:r>
      <w:r>
        <w:rPr>
          <w:sz w:val="20"/>
        </w:rPr>
        <w:t>27:51  Allah aur insano ke darmiyan paighambar middle man tha ke Allah se jo paigham mila, us ko insano tak pahunchaya.</w:t>
      </w:r>
      <w:r>
        <w:br/>
      </w:r>
      <w:r>
        <w:rPr>
          <w:sz w:val="20"/>
        </w:rPr>
        <w:t>27:58  ab yeh ummat middle ummat hai ke rasool se jo mila, us ko insano tak pahunchana hai.</w:t>
      </w:r>
      <w:r>
        <w:br/>
      </w:r>
      <w:r>
        <w:rPr>
          <w:sz w:val="20"/>
        </w:rPr>
        <w:t>28:05  ab ayat ke is juz ko le kar sochiye, aap lakon al-rasool shaheeda alaikum wa takunu shuhada al-nas</w:t>
      </w:r>
      <w:r>
        <w:br/>
      </w:r>
      <w:r>
        <w:rPr>
          <w:sz w:val="20"/>
        </w:rPr>
        <w:t>28:12  tab aap ko samajh aayega ke yahan jihad ka matlab kya hai.</w:t>
      </w:r>
      <w:r>
        <w:br/>
      </w:r>
      <w:r>
        <w:rPr>
          <w:sz w:val="20"/>
        </w:rPr>
        <w:t>28:19  jihad ka matlab na to ladna bhadna hai, na qital karna hai, yeh sab nahi hai.</w:t>
      </w:r>
      <w:r>
        <w:br/>
      </w:r>
      <w:r>
        <w:rPr>
          <w:sz w:val="20"/>
        </w:rPr>
        <w:t>28:26  jihad ka matlab agla lafz wazeh kar raha hai.</w:t>
      </w:r>
      <w:r>
        <w:br/>
      </w:r>
      <w:r>
        <w:rPr>
          <w:sz w:val="20"/>
        </w:rPr>
        <w:t>28:33  jihad ka matlab jihad shahadat hai.</w:t>
      </w:r>
      <w:r>
        <w:br/>
      </w:r>
      <w:r>
        <w:rPr>
          <w:sz w:val="20"/>
        </w:rPr>
        <w:t>28:40  yahan par lakon al-rasool shaheeda alaikum wa takunu shuhada al-nas jihad se murad jihad shahadat hai, jihad dawat</w:t>
      </w:r>
      <w:r>
        <w:br/>
      </w:r>
      <w:r>
        <w:rPr>
          <w:sz w:val="20"/>
        </w:rPr>
        <w:t>28:47  hai, jihad tabligh hai.</w:t>
      </w:r>
      <w:r>
        <w:br/>
      </w:r>
      <w:r>
        <w:rPr>
          <w:sz w:val="20"/>
        </w:rPr>
        <w:t>28:54  khud ayat ke alfaaz yeh mutayyan kar rahe hain ke yahan jihad se matlab kya hai.</w:t>
      </w:r>
      <w:r>
        <w:br/>
      </w:r>
      <w:r>
        <w:rPr>
          <w:sz w:val="20"/>
        </w:rPr>
        <w:t>29:01  dekhiye, jahad ka mani hai jad o jehad, at most struggle.</w:t>
      </w:r>
      <w:r>
        <w:br/>
      </w:r>
      <w:r>
        <w:rPr>
          <w:sz w:val="20"/>
        </w:rPr>
        <w:t>29:08  yeh hai jahad.</w:t>
      </w:r>
      <w:r>
        <w:br/>
      </w:r>
      <w:r>
        <w:rPr>
          <w:sz w:val="20"/>
        </w:rPr>
        <w:t>29:15  to kaha ke dawat ke liye, shahadat ke liye, tablegh ke liye tum apni sari taqat laga do,</w:t>
      </w:r>
      <w:r>
        <w:br/>
      </w:r>
      <w:r>
        <w:rPr>
          <w:sz w:val="20"/>
        </w:rPr>
        <w:t>29:22  koi insan be khabar na rahe Allah ke paigham se.</w:t>
      </w:r>
      <w:r>
        <w:br/>
      </w:r>
      <w:r>
        <w:rPr>
          <w:sz w:val="20"/>
        </w:rPr>
        <w:t>29:29  to yeh hai woh, yeh hai woh mission jis ke, jis ke, jis ka paigham lene ke liye</w:t>
      </w:r>
      <w:r>
        <w:br/>
      </w:r>
      <w:r>
        <w:rPr>
          <w:sz w:val="20"/>
        </w:rPr>
        <w:t>29:37  haji wahan jata hai.</w:t>
      </w:r>
      <w:r>
        <w:br/>
      </w:r>
      <w:r>
        <w:rPr>
          <w:sz w:val="20"/>
        </w:rPr>
        <w:t>29:44  mein akhbar mein parh raha tha ke wahan par jo imam e haram hain, jo wahan mufti e aazam hain,</w:t>
      </w:r>
      <w:r>
        <w:br/>
      </w:r>
      <w:r>
        <w:rPr>
          <w:sz w:val="20"/>
        </w:rPr>
        <w:t>29:51  unki taqreeren hain to us mein unhon ne zor diya ittehad par ke sari dunya ke musalman</w:t>
      </w:r>
      <w:r>
        <w:br/>
      </w:r>
      <w:r>
        <w:rPr>
          <w:sz w:val="20"/>
        </w:rPr>
        <w:t>29:58  ittehad ho jayen.</w:t>
      </w:r>
      <w:r>
        <w:br/>
      </w:r>
      <w:r>
        <w:rPr>
          <w:sz w:val="20"/>
        </w:rPr>
        <w:t>30:05  dekhiye, ittehad ki baat mein apne bachpan se sunta aya hoon.</w:t>
      </w:r>
      <w:r>
        <w:br/>
      </w:r>
      <w:r>
        <w:rPr>
          <w:sz w:val="20"/>
        </w:rPr>
        <w:t>30:12  har jalse mein, har hajj mein, har moqa par ittehad, ittehad, ittehad.</w:t>
      </w:r>
      <w:r>
        <w:br/>
      </w:r>
      <w:r>
        <w:rPr>
          <w:sz w:val="20"/>
        </w:rPr>
        <w:t>30:19  lekin aaj tak musalmanon mein ittehad nahi aya.</w:t>
      </w:r>
      <w:r>
        <w:br/>
      </w:r>
      <w:r>
        <w:rPr>
          <w:sz w:val="20"/>
        </w:rPr>
        <w:t>30:26  yeh baat har hajj mein wahan jo imam taqreer karta, jo khutba deta, us mein yeh baat kahi</w:t>
      </w:r>
      <w:r>
        <w:br/>
      </w:r>
      <w:r>
        <w:rPr>
          <w:sz w:val="20"/>
        </w:rPr>
        <w:t>30:33  jati hai ke sab log ittehad ho jao.</w:t>
      </w:r>
      <w:r>
        <w:br/>
      </w:r>
      <w:r>
        <w:rPr>
          <w:sz w:val="20"/>
        </w:rPr>
        <w:t>30:40  to ittehad kyun nahi? kyun musalman ittehad nahi? is ki wajah kya hai? dekhiye, ittehad wahan sermon se nahi ata.</w:t>
      </w:r>
      <w:r>
        <w:br/>
      </w:r>
      <w:r>
        <w:rPr>
          <w:sz w:val="20"/>
        </w:rPr>
        <w:t>30:47  aap sermon dete hain to ittehad paida ho jaye.</w:t>
      </w:r>
      <w:r>
        <w:br/>
      </w:r>
      <w:r>
        <w:rPr>
          <w:sz w:val="20"/>
        </w:rPr>
        <w:t>30:54  It is quite impossible. آپ کو مسلمانوں کو ایک مشن دینا ہوگا۔</w:t>
      </w:r>
      <w:r>
        <w:br/>
      </w:r>
      <w:r>
        <w:rPr>
          <w:sz w:val="20"/>
        </w:rPr>
        <w:t>31:01  mission yeh mission hai jo logon ko ittehad karta hai.</w:t>
      </w:r>
      <w:r>
        <w:br/>
      </w:r>
      <w:r>
        <w:rPr>
          <w:sz w:val="20"/>
        </w:rPr>
        <w:t>31:08  sermon nahi, woh sermon jo aap haram e Makkah mein dein, haram e Madinah mein dein ya kahin bhi dein,</w:t>
      </w:r>
      <w:r>
        <w:br/>
      </w:r>
      <w:r>
        <w:rPr>
          <w:sz w:val="20"/>
        </w:rPr>
        <w:t>31:15  aap hamare pahaar par khare ho ke dein, jabal e rehmat par khare ho ke dein.</w:t>
      </w:r>
      <w:r>
        <w:br/>
      </w:r>
      <w:r>
        <w:rPr>
          <w:sz w:val="20"/>
        </w:rPr>
        <w:t>31:22  agar aap ittehad, ittehad, ittehad kahenge to yeh ittehad nahi ata.</w:t>
      </w:r>
      <w:r>
        <w:br/>
      </w:r>
      <w:r>
        <w:rPr>
          <w:sz w:val="20"/>
        </w:rPr>
        <w:t>31:29  is se aap ko ek mission dena hoga.</w:t>
      </w:r>
      <w:r>
        <w:br/>
      </w:r>
      <w:r>
        <w:rPr>
          <w:sz w:val="20"/>
        </w:rPr>
        <w:t>31:36  mission tab log ittehad ho kar woh mission mein lagen ge.</w:t>
      </w:r>
      <w:r>
        <w:br/>
      </w:r>
      <w:r>
        <w:rPr>
          <w:sz w:val="20"/>
        </w:rPr>
        <w:t>31:43  woh mission kya hai? woh mission hai dawat, dawat e Allah.</w:t>
      </w:r>
      <w:r>
        <w:br/>
      </w:r>
      <w:r>
        <w:rPr>
          <w:sz w:val="20"/>
        </w:rPr>
        <w:t>31:50  yani sare insanon ko Allah ke creation plan se agah karna, jaisa ke paighambar e Islam ne agah kiya.</w:t>
      </w:r>
      <w:r>
        <w:br/>
      </w:r>
      <w:r>
        <w:rPr>
          <w:sz w:val="20"/>
        </w:rPr>
        <w:t>31:57  yeh mission aur yeh batana parega ke isi mission par tum ko jannat milne wali hai.</w:t>
      </w:r>
      <w:r>
        <w:br/>
      </w:r>
      <w:r>
        <w:rPr>
          <w:sz w:val="20"/>
        </w:rPr>
        <w:t>32:04  sirf janwar zabah kar diya to is par jannat nahi milegi.</w:t>
      </w:r>
      <w:r>
        <w:br/>
      </w:r>
      <w:r>
        <w:rPr>
          <w:sz w:val="20"/>
        </w:rPr>
        <w:t>32:11  yeh kehna parega ke aap ne wahan ja kar janwar zabah kar diya to aap jannat mil gayi.</w:t>
      </w:r>
      <w:r>
        <w:br/>
      </w:r>
      <w:r>
        <w:rPr>
          <w:sz w:val="20"/>
        </w:rPr>
        <w:t>32:18  yeh impossible hai, yeh namumkin hai.</w:t>
      </w:r>
      <w:r>
        <w:br/>
      </w:r>
      <w:r>
        <w:rPr>
          <w:sz w:val="20"/>
        </w:rPr>
        <w:t>32:25  jannat milegi rasool Allah ke mission ko poora karne par, yani dawat Allah ke liye jahad karne par.</w:t>
      </w:r>
      <w:r>
        <w:br/>
      </w:r>
      <w:r>
        <w:rPr>
          <w:sz w:val="20"/>
        </w:rPr>
        <w:t>32:32  warna jannat milne wali nahi hai.</w:t>
      </w:r>
      <w:r>
        <w:br/>
      </w:r>
      <w:r>
        <w:rPr>
          <w:sz w:val="20"/>
        </w:rPr>
        <w:t>32:40  تو جب تک آپ مشن کا تصور نہ دیں، اس مشن کو لوگوں کے mind میں inculcate نہ</w:t>
      </w:r>
      <w:r>
        <w:br/>
      </w:r>
      <w:r>
        <w:rPr>
          <w:sz w:val="20"/>
        </w:rPr>
        <w:t>32:47  kar dein, tab tak yaad rakhiye, kabhi ittehad paida nahi ho sakta hai.</w:t>
      </w:r>
      <w:r>
        <w:br/>
      </w:r>
      <w:r>
        <w:rPr>
          <w:sz w:val="20"/>
        </w:rPr>
        <w:t>32:54  tab tak ittehad paida nahi ho sakta hai.</w:t>
      </w:r>
      <w:r>
        <w:br/>
      </w:r>
      <w:r>
        <w:rPr>
          <w:sz w:val="20"/>
        </w:rPr>
        <w:t>33:01  wahan par aap ko yeh kehna hai ke dekho, yahan par 198 countries ko log ekhatta hain aur</w:t>
      </w:r>
      <w:r>
        <w:br/>
      </w:r>
      <w:r>
        <w:rPr>
          <w:sz w:val="20"/>
        </w:rPr>
        <w:t>33:08  جو نہیں ہیں، وہ بھی communal modern communication جو ہے، اس کے ذریعے سے ہماری آواز سن رہے ہیں۔</w:t>
      </w:r>
      <w:r>
        <w:br/>
      </w:r>
      <w:r>
        <w:rPr>
          <w:sz w:val="20"/>
        </w:rPr>
        <w:t>33:15  yani sari dunya ke log sun rahe hain is awaz ko jo ek jagah se buland ho rahi hai.</w:t>
      </w:r>
      <w:r>
        <w:br/>
      </w:r>
      <w:r>
        <w:rPr>
          <w:sz w:val="20"/>
        </w:rPr>
        <w:t>33:22  تو اللہ تعالی نے یہ کمیونیکیشن کے زمانے میں کیوں پیدا کیا؟ What is the purpose of this</w:t>
      </w:r>
      <w:r>
        <w:br/>
      </w:r>
      <w:r>
        <w:rPr>
          <w:sz w:val="20"/>
        </w:rPr>
        <w:t>33:29  age of communication? وہ ہے کہ پیغمبر اسلام کے مشن کو انٹرنیشنل لیول پر پہنچایا جائے۔</w:t>
      </w:r>
      <w:r>
        <w:br/>
      </w:r>
      <w:r>
        <w:rPr>
          <w:sz w:val="20"/>
        </w:rPr>
        <w:t>33:36  rasool Allah ke mission ko internationalize karne ke liye hai.</w:t>
      </w:r>
      <w:r>
        <w:br/>
      </w:r>
      <w:r>
        <w:rPr>
          <w:sz w:val="20"/>
        </w:rPr>
        <w:t>33:43  yeh yeh sab diya jaye.</w:t>
      </w:r>
      <w:r>
        <w:br/>
      </w:r>
      <w:r>
        <w:rPr>
          <w:sz w:val="20"/>
        </w:rPr>
        <w:t>33:50  تو جب اس طرح سے prepared mind ہو کر کے جائیں گے لوگ حج کرنے، یعنی حاجی prepared</w:t>
      </w:r>
      <w:r>
        <w:br/>
      </w:r>
      <w:r>
        <w:rPr>
          <w:sz w:val="20"/>
        </w:rPr>
        <w:t>33:57  mind ho, wahan par jo aadmi bol raha hai, jo khutba de raha hai, woh khud bohat zyada</w:t>
      </w:r>
      <w:r>
        <w:br/>
      </w:r>
      <w:r>
        <w:rPr>
          <w:sz w:val="20"/>
        </w:rPr>
        <w:t>34:04  bashaoor ho, us ko pata ho ke kya mujhe kehna hai, kya baat, konsi baat logon ke</w:t>
      </w:r>
      <w:r>
        <w:br/>
      </w:r>
      <w:r>
        <w:rPr>
          <w:sz w:val="20"/>
        </w:rPr>
        <w:t>34:11  mind ko address karegi, konsi baat logon ko mission ka tasawwur degi.</w:t>
      </w:r>
      <w:r>
        <w:br/>
      </w:r>
      <w:r>
        <w:rPr>
          <w:sz w:val="20"/>
        </w:rPr>
        <w:t>34:18  tab ja kar ke yeh mumkin hai ke ittehad paida ho, mission ka tasawwur paida ho aur log</w:t>
      </w:r>
      <w:r>
        <w:br/>
      </w:r>
      <w:r>
        <w:rPr>
          <w:sz w:val="20"/>
        </w:rPr>
        <w:t>34:25  is mission ke liye, jis ke liye labbaik labbaik keh kar ke laut te hain, us par woh amal</w:t>
      </w:r>
      <w:r>
        <w:br/>
      </w:r>
      <w:r>
        <w:rPr>
          <w:sz w:val="20"/>
        </w:rPr>
        <w:t>34:32  karna shuru kar dein.</w:t>
      </w:r>
      <w:r>
        <w:br/>
      </w:r>
      <w:r>
        <w:rPr>
          <w:sz w:val="20"/>
        </w:rPr>
        <w:t>34:39  sermon se nahi ho sakta, kabhi bhi na hua hai, na aaj ho sakta hai.</w:t>
      </w:r>
      <w:r>
        <w:br/>
      </w:r>
      <w:r>
        <w:rPr>
          <w:sz w:val="20"/>
        </w:rPr>
        <w:t>34:46  natija yeh hai ke hamein ek daai banne ke liye creative banna parega.</w:t>
      </w:r>
      <w:r>
        <w:br/>
      </w:r>
      <w:r>
        <w:rPr>
          <w:sz w:val="20"/>
        </w:rPr>
        <w:t>34:53  creative, creative matlab kya hai? naye naye ideas nikalna, nayi nayi baatein sochna.</w:t>
      </w:r>
      <w:r>
        <w:br/>
      </w:r>
      <w:r>
        <w:rPr>
          <w:sz w:val="20"/>
        </w:rPr>
        <w:t>35:00  ek tareeqe se kaam na banaye, doosra kaam karna.</w:t>
      </w:r>
      <w:r>
        <w:br/>
      </w:r>
      <w:r>
        <w:rPr>
          <w:sz w:val="20"/>
        </w:rPr>
        <w:t>35:07  ab dekhiye, Hazrat Ibrahim ne kya kiya? Hazrat Ibrahim ne Iraq ka jo us waqt capital city tha,</w:t>
      </w:r>
      <w:r>
        <w:br/>
      </w:r>
      <w:r>
        <w:rPr>
          <w:sz w:val="20"/>
        </w:rPr>
        <w:t>35:14  Ur jo tha, us waqt woh Iraq ka, Iraq ka naam us waqt Babyl hua karta tha.</w:t>
      </w:r>
      <w:r>
        <w:br/>
      </w:r>
      <w:r>
        <w:rPr>
          <w:sz w:val="20"/>
        </w:rPr>
        <w:t>35:21  to wahan par aap ne dawat ki, wahan par logon ki taraf se response nahi mila.</w:t>
      </w:r>
      <w:r>
        <w:br/>
      </w:r>
      <w:r>
        <w:rPr>
          <w:sz w:val="20"/>
        </w:rPr>
        <w:t>35:28  to aap atraf ke mulkon mein gaye, yani Misr gaye, Falasteen gaye, Sham gaye.</w:t>
      </w:r>
      <w:r>
        <w:br/>
      </w:r>
      <w:r>
        <w:rPr>
          <w:sz w:val="20"/>
        </w:rPr>
        <w:t>35:36  yani aap ghhor kijiye ke Asia aur Africa ke darmiyan woh safar karte rahe, yani Misr rahe Africa</w:t>
      </w:r>
      <w:r>
        <w:br/>
      </w:r>
      <w:r>
        <w:rPr>
          <w:sz w:val="20"/>
        </w:rPr>
        <w:t>35:43  mein, Sham Asia mein.</w:t>
      </w:r>
      <w:r>
        <w:br/>
      </w:r>
      <w:r>
        <w:rPr>
          <w:sz w:val="20"/>
        </w:rPr>
        <w:t>35:50  toh is ka matlab hai ke Hazrat Ibrahim ne ek ek almi safar kiya dhoondne ke liye kahan</w:t>
      </w:r>
      <w:r>
        <w:br/>
      </w:r>
      <w:r>
        <w:rPr>
          <w:sz w:val="20"/>
        </w:rPr>
        <w:t>35:57  insaan milte hain.</w:t>
      </w:r>
      <w:r>
        <w:br/>
      </w:r>
      <w:r>
        <w:rPr>
          <w:sz w:val="20"/>
        </w:rPr>
        <w:t>36:04  جب آپ نے دیکھا کہ انسان due to their conditioning ملنے والے ہیں، نہیں، اتنے پختہ ہو چکے</w:t>
      </w:r>
      <w:r>
        <w:br/>
      </w:r>
      <w:r>
        <w:rPr>
          <w:sz w:val="20"/>
        </w:rPr>
        <w:t>36:11  hain apni conditioning mein jo chali aa rahi hai hazaron saal se, nasal dar nasal ke Hazrat Ibrahim</w:t>
      </w:r>
      <w:r>
        <w:br/>
      </w:r>
      <w:r>
        <w:rPr>
          <w:sz w:val="20"/>
        </w:rPr>
        <w:t>36:18  ki baat un ke samajh mein nahi aayi.</w:t>
      </w:r>
      <w:r>
        <w:br/>
      </w:r>
      <w:r>
        <w:rPr>
          <w:sz w:val="20"/>
        </w:rPr>
        <w:t>36:25  woh jo Hazrat Ibrahim ka jumla aaya hai Quran mein Rabb annahum adlalan katheera is ka matlab yahi</w:t>
      </w:r>
      <w:r>
        <w:br/>
      </w:r>
      <w:r>
        <w:rPr>
          <w:sz w:val="20"/>
        </w:rPr>
        <w:t>36:32  hai ke yeh log poori tarah conditioned ho chuke hain.</w:t>
      </w:r>
      <w:r>
        <w:br/>
      </w:r>
      <w:r>
        <w:rPr>
          <w:sz w:val="20"/>
        </w:rPr>
        <w:t>36:39  Rabb annahum adlalan katheera is ka matlab yahi hai ke Khuda yeh log poori tarah conditioned ho chuke hain.</w:t>
      </w:r>
      <w:r>
        <w:br/>
      </w:r>
      <w:r>
        <w:rPr>
          <w:sz w:val="20"/>
        </w:rPr>
        <w:t>36:46  tab Allah ne Hazrat Ibrahim ko naya rasta bataya, wahi ke nayi nasal banao, mayoos na mayoos ho</w:t>
      </w:r>
      <w:r>
        <w:br/>
      </w:r>
      <w:r>
        <w:rPr>
          <w:sz w:val="20"/>
        </w:rPr>
        <w:t>36:53  jao, na un ke khilaaf ladai karo, na talwarein nikalo, na na un ki gardanein kaato, nayi planning karo.</w:t>
      </w:r>
      <w:r>
        <w:br/>
      </w:r>
      <w:r>
        <w:rPr>
          <w:sz w:val="20"/>
        </w:rPr>
        <w:t>37:00  toh yeh bhi sunnat Ibrahim hai ke dawat ka kaam hum jab karein toh hamein creative banna padega.</w:t>
      </w:r>
      <w:r>
        <w:br/>
      </w:r>
      <w:r>
        <w:rPr>
          <w:sz w:val="20"/>
        </w:rPr>
        <w:t>37:07  ek tareeqe se nahi toh doosre tareeqe se, doosre tareeqe se, teesre tareeqe se.</w:t>
      </w:r>
      <w:r>
        <w:br/>
      </w:r>
      <w:r>
        <w:rPr>
          <w:sz w:val="20"/>
        </w:rPr>
        <w:t>37:14  ab toh Allah taala ne sari sooraten paida kar di hain.</w:t>
      </w:r>
      <w:r>
        <w:br/>
      </w:r>
      <w:r>
        <w:rPr>
          <w:sz w:val="20"/>
        </w:rPr>
        <w:t>37:21  ab Quran ek mehfooz kitaab ban chuka hai, printing press ke zamane mein woh chhap chuka hai.</w:t>
      </w:r>
      <w:r>
        <w:br/>
      </w:r>
      <w:r>
        <w:rPr>
          <w:sz w:val="20"/>
        </w:rPr>
        <w:t>37:28  duniya bhar mein communication ka zamana aa chuka hai.</w:t>
      </w:r>
      <w:r>
        <w:br/>
      </w:r>
      <w:r>
        <w:rPr>
          <w:sz w:val="20"/>
        </w:rPr>
        <w:t>37:35  toh aap Quran ko distribute karein.</w:t>
      </w:r>
      <w:r>
        <w:br/>
      </w:r>
      <w:r>
        <w:rPr>
          <w:sz w:val="20"/>
        </w:rPr>
        <w:t>37:42  main samajhta hoon ke sab se bada, yani sunnat azam hai is waqt Hazrat Ibrahim ki.</w:t>
      </w:r>
      <w:r>
        <w:br/>
      </w:r>
      <w:r>
        <w:rPr>
          <w:sz w:val="20"/>
        </w:rPr>
        <w:t>37:49  Quran ki ek ahmiyat abhi haal mein mujhe samajh mein aayi.</w:t>
      </w:r>
      <w:r>
        <w:br/>
      </w:r>
      <w:r>
        <w:rPr>
          <w:sz w:val="20"/>
        </w:rPr>
        <w:t>37:56  aap ko maloom hai ke Delhi mein ek ek naujawan, jis ki umar sirf 24 saal thi, us</w:t>
      </w:r>
      <w:r>
        <w:br/>
      </w:r>
      <w:r>
        <w:rPr>
          <w:sz w:val="20"/>
        </w:rPr>
        <w:t>38:03  ne suicide kar liya.</w:t>
      </w:r>
      <w:r>
        <w:br/>
      </w:r>
      <w:r>
        <w:rPr>
          <w:sz w:val="20"/>
        </w:rPr>
        <w:t>38:10  Delhi ki ek multi-storey building mein aathveen manzil par us ka office tha, wahan chhalang laga kar</w:t>
      </w:r>
      <w:r>
        <w:br/>
      </w:r>
      <w:r>
        <w:rPr>
          <w:sz w:val="20"/>
        </w:rPr>
        <w:t>38:17  apna koi halaak kar liya us ne.</w:t>
      </w:r>
      <w:r>
        <w:br/>
      </w:r>
      <w:r>
        <w:rPr>
          <w:sz w:val="20"/>
        </w:rPr>
        <w:t>38:24  toh us ke marne ke baad jo suicide note nikla, us mein likha tha us ne ke mujhe</w:t>
      </w:r>
      <w:r>
        <w:br/>
      </w:r>
      <w:r>
        <w:rPr>
          <w:sz w:val="20"/>
        </w:rPr>
        <w:t>38:31  sachai ki talash thi.</w:t>
      </w:r>
      <w:r>
        <w:br/>
      </w:r>
      <w:r>
        <w:rPr>
          <w:sz w:val="20"/>
        </w:rPr>
        <w:t>38:39  mein ne kitabon mein parha to mujhe nahi mili sachai, mili nahi.</w:t>
      </w:r>
      <w:r>
        <w:br/>
      </w:r>
      <w:r>
        <w:rPr>
          <w:sz w:val="20"/>
        </w:rPr>
        <w:t>38:46  ab mein ja raha hoon ke maut ke is paar jo dunya hai, wahan shayad mujhe sachai mil jaye.</w:t>
      </w:r>
      <w:r>
        <w:br/>
      </w:r>
      <w:r>
        <w:rPr>
          <w:sz w:val="20"/>
        </w:rPr>
        <w:t>38:53  woh Dilli mein ek kamre mein rehta tha, uska jo room mate tha, us ne kaha ke</w:t>
      </w:r>
      <w:r>
        <w:br/>
      </w:r>
      <w:r>
        <w:rPr>
          <w:sz w:val="20"/>
        </w:rPr>
        <w:t>39:00  aaj kal woh philosophy ki kitabein parhta tha, bohat philosophy ki kitabein.</w:t>
      </w:r>
      <w:r>
        <w:br/>
      </w:r>
      <w:r>
        <w:rPr>
          <w:sz w:val="20"/>
        </w:rPr>
        <w:t>39:07  to philosophy kya hai? philosophy to confusion mein hota hai.</w:t>
      </w:r>
      <w:r>
        <w:br/>
      </w:r>
      <w:r>
        <w:rPr>
          <w:sz w:val="20"/>
        </w:rPr>
        <w:t>39:14  اس میں فلاسفی میں، philosophy is a knowledge of confusion.</w:t>
      </w:r>
      <w:r>
        <w:br/>
      </w:r>
      <w:r>
        <w:rPr>
          <w:sz w:val="20"/>
        </w:rPr>
        <w:t>39:21  jo bhi philosophy parhta hai, woh aap dekh lijiye, tajurba kar ke, woh confusion mein jeeta hai.</w:t>
      </w:r>
      <w:r>
        <w:br/>
      </w:r>
      <w:r>
        <w:rPr>
          <w:sz w:val="20"/>
        </w:rPr>
        <w:t>39:28  philosophy mein kabhi bhi mujhe nahi mila koi aadmi aisa jo confusion ke siwa us ne kuch paya ho.</w:t>
      </w:r>
      <w:r>
        <w:br/>
      </w:r>
      <w:r>
        <w:rPr>
          <w:sz w:val="20"/>
        </w:rPr>
        <w:t>39:35  to philosophy mein dhoondh raha tha woh sachai, is mein hai confusion.</w:t>
      </w:r>
      <w:r>
        <w:br/>
      </w:r>
      <w:r>
        <w:rPr>
          <w:sz w:val="20"/>
        </w:rPr>
        <w:t>39:42  to dekhiye, ek hi kitab hai is aasman ke neeche, jis mein sachai poore maanon mein batai gayi</w:t>
      </w:r>
      <w:r>
        <w:br/>
      </w:r>
      <w:r>
        <w:rPr>
          <w:sz w:val="20"/>
        </w:rPr>
        <w:t>39:49  hai, aur is mein is mein clarity paar ek salah hai.</w:t>
      </w:r>
      <w:r>
        <w:br/>
      </w:r>
      <w:r>
        <w:rPr>
          <w:sz w:val="20"/>
        </w:rPr>
        <w:t>39:56  clarity is ke andar paar ek salah hai, woh hai Quran.</w:t>
      </w:r>
      <w:r>
        <w:br/>
      </w:r>
      <w:r>
        <w:rPr>
          <w:sz w:val="20"/>
        </w:rPr>
        <w:t>40:03  Quran mein khud yeh ayat hai ke walaqad yassarna alquranu lizzikri afalain mata.</w:t>
      </w:r>
      <w:r>
        <w:br/>
      </w:r>
      <w:r>
        <w:rPr>
          <w:sz w:val="20"/>
        </w:rPr>
        <w:t>40:10  yahan yassarna ke lafzi tarjuma to hai ke hum ne aasan bana diya, lekin aasan ka matlab kya</w:t>
      </w:r>
      <w:r>
        <w:br/>
      </w:r>
      <w:r>
        <w:rPr>
          <w:sz w:val="20"/>
        </w:rPr>
        <w:t>40:17  hai? woh yeh to yahi matlab hai ke is mein clarity bohat zyada hai.</w:t>
      </w:r>
      <w:r>
        <w:br/>
      </w:r>
      <w:r>
        <w:rPr>
          <w:sz w:val="20"/>
        </w:rPr>
        <w:t>40:24  parhte jao, samajhte jao, parhte jao, samajhte jao.</w:t>
      </w:r>
      <w:r>
        <w:br/>
      </w:r>
      <w:r>
        <w:rPr>
          <w:sz w:val="20"/>
        </w:rPr>
        <w:t>40:31  to Guru Patel ka jo waqia hai, mein samajhta hoon ke woh sari dunya ka waqia hai.</w:t>
      </w:r>
      <w:r>
        <w:br/>
      </w:r>
      <w:r>
        <w:rPr>
          <w:sz w:val="20"/>
        </w:rPr>
        <w:t>40:38  ہر انسان جو ہے، سچائی کا طالب ہے، کیونکہ انسان کے نیچر میں pursuit سچائی کی interwoven ہے۔</w:t>
      </w:r>
      <w:r>
        <w:br/>
      </w:r>
      <w:r>
        <w:rPr>
          <w:sz w:val="20"/>
        </w:rPr>
        <w:t>40:45  har insaan by birth chahta hai ke us ko sachai milay.</w:t>
      </w:r>
      <w:r>
        <w:br/>
      </w:r>
      <w:r>
        <w:rPr>
          <w:sz w:val="20"/>
        </w:rPr>
        <w:t>40:52  تو کہا potential sense میں ہر آدمی seeker ہے، seeker۔</w:t>
      </w:r>
      <w:r>
        <w:br/>
      </w:r>
      <w:r>
        <w:rPr>
          <w:sz w:val="20"/>
        </w:rPr>
        <w:t>40:59  to woh parhta hai yeh sab cheezein idhar udhar, lekin us ko milta nahi.</w:t>
      </w:r>
      <w:r>
        <w:br/>
      </w:r>
      <w:r>
        <w:rPr>
          <w:sz w:val="20"/>
        </w:rPr>
        <w:t>41:06  natija hai ke woh first jeeta hai, first marta hai.</w:t>
      </w:r>
      <w:r>
        <w:br/>
      </w:r>
      <w:r>
        <w:rPr>
          <w:sz w:val="20"/>
        </w:rPr>
        <w:t>41:13  ab aisi halat mein dekhiye, jo ek hi kitab, jis mein guidance hai, jis mein sachai ko bataya</w:t>
      </w:r>
      <w:r>
        <w:br/>
      </w:r>
      <w:r>
        <w:rPr>
          <w:sz w:val="20"/>
        </w:rPr>
        <w:t>41:20  gaya hai, woh Quran hai, aur Quran ke haamil musalman hain.</w:t>
      </w:r>
      <w:r>
        <w:br/>
      </w:r>
      <w:r>
        <w:rPr>
          <w:sz w:val="20"/>
        </w:rPr>
        <w:t>41:27  ab bataiye ke aisi halat mein kya farz hai musalmanon ka ke janwar zabah kar dein? bas ho</w:t>
      </w:r>
      <w:r>
        <w:br/>
      </w:r>
      <w:r>
        <w:rPr>
          <w:sz w:val="20"/>
        </w:rPr>
        <w:t>41:34  gaya farz ada un ka.</w:t>
      </w:r>
      <w:r>
        <w:br/>
      </w:r>
      <w:r>
        <w:rPr>
          <w:sz w:val="20"/>
        </w:rPr>
        <w:t>41:42  shadiyon mein bare bare kharcha kar ke dhoom machayein, is se kaam ban gaya un ka.</w:t>
      </w:r>
      <w:r>
        <w:br/>
      </w:r>
      <w:r>
        <w:rPr>
          <w:sz w:val="20"/>
        </w:rPr>
        <w:t>41:49  yaqeen kijiye, farz se bhi zyada bara farz hai musalman ke upar ke woh Quran ko tamam insanon</w:t>
      </w:r>
      <w:r>
        <w:br/>
      </w:r>
      <w:r>
        <w:rPr>
          <w:sz w:val="20"/>
        </w:rPr>
        <w:t>41:56  tak pahunchayen, har zaban mein tarjuma tayyar karen, har zaban mein is ko chhapen, aur is ko sari</w:t>
      </w:r>
      <w:r>
        <w:br/>
      </w:r>
      <w:r>
        <w:rPr>
          <w:sz w:val="20"/>
        </w:rPr>
        <w:t>42:03  duniya mein distribute karen.</w:t>
      </w:r>
      <w:r>
        <w:br/>
      </w:r>
      <w:r>
        <w:rPr>
          <w:sz w:val="20"/>
        </w:rPr>
        <w:t>42:10  Musalmanon ka har paisa is waqt tak jaiz nahin hai un ko istemal karna jab tak ke woh</w:t>
      </w:r>
      <w:r>
        <w:br/>
      </w:r>
      <w:r>
        <w:rPr>
          <w:sz w:val="20"/>
        </w:rPr>
        <w:t>42:17  dawat ke kaam mein is ko istemal na kar chuke hon.</w:t>
      </w:r>
      <w:r>
        <w:br/>
      </w:r>
      <w:r>
        <w:rPr>
          <w:sz w:val="20"/>
        </w:rPr>
        <w:t>42:24  Ek dawat ke kaam mein agar aap ka paisa nahin lag raha hai to aap apne paise apne</w:t>
      </w:r>
      <w:r>
        <w:br/>
      </w:r>
      <w:r>
        <w:rPr>
          <w:sz w:val="20"/>
        </w:rPr>
        <w:t>42:31  liye istemal kar rahe hain, apni family ke liye.</w:t>
      </w:r>
      <w:r>
        <w:br/>
      </w:r>
      <w:r>
        <w:rPr>
          <w:sz w:val="20"/>
        </w:rPr>
        <w:t>42:38  To yaqeen kijiye ke woh jaiz hi nahin.</w:t>
      </w:r>
      <w:r>
        <w:br/>
      </w:r>
      <w:r>
        <w:rPr>
          <w:sz w:val="20"/>
        </w:rPr>
        <w:t>42:45  Jab aap dawat ke liye kharch koi kar chuke hon, tab ja kar ke family ke liye kharch</w:t>
      </w:r>
      <w:r>
        <w:br/>
      </w:r>
      <w:r>
        <w:rPr>
          <w:sz w:val="20"/>
        </w:rPr>
        <w:t>42:52  karna jaiz hoga.</w:t>
      </w:r>
      <w:r>
        <w:br/>
      </w:r>
      <w:r>
        <w:rPr>
          <w:sz w:val="20"/>
        </w:rPr>
        <w:t>42:59  Yeh bohat ajeeb baat hai, bohat ajeeb baat hai.</w:t>
      </w:r>
      <w:r>
        <w:br/>
      </w:r>
      <w:r>
        <w:rPr>
          <w:sz w:val="20"/>
        </w:rPr>
        <w:t>43:06  Isi liye Quran mein hai ke yas'aluka ma yutfiqoon qul af log poochte hain ke hum kya</w:t>
      </w:r>
      <w:r>
        <w:br/>
      </w:r>
      <w:r>
        <w:rPr>
          <w:sz w:val="20"/>
        </w:rPr>
        <w:t>43:13  kharch karen? To farmaya ke jo kuch bhi tumhari real need se zyada ho.</w:t>
      </w:r>
      <w:r>
        <w:br/>
      </w:r>
      <w:r>
        <w:rPr>
          <w:sz w:val="20"/>
        </w:rPr>
        <w:t>43:20  Af af ka matlab hota hai real need, haqeeqi zaroorat.</w:t>
      </w:r>
      <w:r>
        <w:br/>
      </w:r>
      <w:r>
        <w:rPr>
          <w:sz w:val="20"/>
        </w:rPr>
        <w:t>43:27  Yeh ayat kya bata rahi hai ke aap ki kamai mein aap ka hissa sirf baqadr zaroorat hai,</w:t>
      </w:r>
      <w:r>
        <w:br/>
      </w:r>
      <w:r>
        <w:rPr>
          <w:sz w:val="20"/>
        </w:rPr>
        <w:t>43:34  jo real need hai, us ke baqadr aap ka hissa hai.</w:t>
      </w:r>
      <w:r>
        <w:br/>
      </w:r>
      <w:r>
        <w:rPr>
          <w:sz w:val="20"/>
        </w:rPr>
        <w:t>43:41  Baqi sab dawat hai Allah ke liye, baqi sab shaad aur naaz ke liye.</w:t>
      </w:r>
      <w:r>
        <w:br/>
      </w:r>
      <w:r>
        <w:rPr>
          <w:sz w:val="20"/>
        </w:rPr>
        <w:t>43:48  Yeh sabaq lene ke liye aadmi jata hai haj karne, magar us waqt le kar lotte nahin log.</w:t>
      </w:r>
      <w:r>
        <w:br/>
      </w:r>
      <w:r>
        <w:rPr>
          <w:sz w:val="20"/>
        </w:rPr>
        <w:t>43:55  Kyun? Chunke woh prepared mind nahin hote, aise hi chalate hain.</w:t>
      </w:r>
      <w:r>
        <w:br/>
      </w:r>
      <w:r>
        <w:rPr>
          <w:sz w:val="20"/>
        </w:rPr>
        <w:t>44:02  Mas'ale mas'ale yaad kar ke bas mas'ale mas'ale yaad karte hue jate hain, aur mas'ale mas'ale yaad karte</w:t>
      </w:r>
      <w:r>
        <w:br/>
      </w:r>
      <w:r>
        <w:rPr>
          <w:sz w:val="20"/>
        </w:rPr>
        <w:t>44:09  hue wapas aa jate hain.</w:t>
      </w:r>
      <w:r>
        <w:br/>
      </w:r>
      <w:r>
        <w:rPr>
          <w:sz w:val="20"/>
        </w:rPr>
        <w:t>44:16  Aur wahan jo taqreeren hoti hain, jo khutbe diye jate hain, us mein bhi baat clear taur par</w:t>
      </w:r>
      <w:r>
        <w:br/>
      </w:r>
      <w:r>
        <w:rPr>
          <w:sz w:val="20"/>
        </w:rPr>
        <w:t>44:23  nahin batate woh log.</w:t>
      </w:r>
      <w:r>
        <w:br/>
      </w:r>
      <w:r>
        <w:rPr>
          <w:sz w:val="20"/>
        </w:rPr>
        <w:t>44:30  Main samajhta hoon yeh baat sari duniya mein boli jani chahiye, haram se bhi aur har jagah ke a musalmanon!</w:t>
      </w:r>
      <w:r>
        <w:br/>
      </w:r>
      <w:r>
        <w:rPr>
          <w:sz w:val="20"/>
        </w:rPr>
        <w:t>44:38  Tum par farz hai ke tum Quran ko sari duniya tak pahunchao.</w:t>
      </w:r>
    </w:p>
    <w:p>
      <w:pPr>
        <w:pStyle w:val="Heading2"/>
      </w:pPr>
      <w:r>
        <w:t>Life as art of the possible</w:t>
      </w:r>
    </w:p>
    <w:p>
      <w:r>
        <w:rPr>
          <w:color w:val="666666"/>
          <w:sz w:val="18"/>
        </w:rPr>
        <w:t>Social Ethics December 13, 2007 - Maulana Wahiduddin Khan · 33s · at 7:07 · https://youtu.be/COoLsUtnTHk?t=427</w:t>
      </w:r>
    </w:p>
    <w:p>
      <w:r>
        <w:rPr>
          <w:i/>
        </w:rPr>
        <w:t>“Politics is the art of the possible.”</w:t>
      </w:r>
    </w:p>
    <w:p>
      <w:r>
        <w:rPr>
          <w:sz w:val="20"/>
        </w:rPr>
        <w:t>7:07  politics is the art of the possible. i would like to say that this formula is not only for politics</w:t>
      </w:r>
      <w:r>
        <w:br/>
      </w:r>
      <w:r>
        <w:rPr>
          <w:sz w:val="20"/>
        </w:rPr>
        <w:t>7:20  . in general sense, it is for whole life. so i would like to say that</w:t>
      </w:r>
      <w:r>
        <w:br/>
      </w:r>
      <w:r>
        <w:rPr>
          <w:sz w:val="20"/>
        </w:rPr>
        <w:t>7:30  that life is the art of the possible, not only politics, but whole life.</w:t>
      </w:r>
    </w:p>
    <w:p>
      <w:pPr>
        <w:pStyle w:val="Heading2"/>
      </w:pPr>
      <w:r>
        <w:t>Satan despairs of being worshipped in Mecca</w:t>
      </w:r>
    </w:p>
    <w:p>
      <w:r>
        <w:rPr>
          <w:color w:val="666666"/>
          <w:sz w:val="18"/>
        </w:rPr>
        <w:t>Rasulullah ka Hajj Haqeeqat-E-Hajj Book by Maulana Wahiduddin Khan · 21s · at 27:11 · https://youtu.be/-f0kUKfC0Wg?t=1631</w:t>
      </w:r>
    </w:p>
    <w:p>
      <w:r>
        <w:rPr>
          <w:i/>
        </w:rPr>
        <w:t>“سن لو! شیطان اس سے مایوس ہو گیا ہے”</w:t>
      </w:r>
    </w:p>
    <w:p>
      <w:r>
        <w:rPr>
          <w:sz w:val="20"/>
        </w:rPr>
        <w:t>27:11  Tirmidhi: Sun lo! Shaitan is se mayoos ho gaya hai ke ab tumhare is shahar mein qayamat tak is ki parastish ki jaye</w:t>
      </w:r>
      <w:r>
        <w:br/>
      </w:r>
      <w:r>
        <w:rPr>
          <w:sz w:val="20"/>
        </w:rPr>
        <w:t>27:21  Magar tum aise kamon mein is ki pairwi karoge jis ki tumhari nazar mein ahmiyat na hogi aur woh is se razi ho jayega.</w:t>
      </w:r>
    </w:p>
    <w:p>
      <w:pPr>
        <w:pStyle w:val="Heading2"/>
      </w:pPr>
      <w:r>
        <w:t>Quran verse: every hardship carries an opportunity</w:t>
      </w:r>
    </w:p>
    <w:p>
      <w:r>
        <w:rPr>
          <w:color w:val="666666"/>
          <w:sz w:val="18"/>
        </w:rPr>
        <w:t>The Case of Present Day Muslims February 14, 2010 · 56s · at 17:17 · https://youtu.be/OspAyZSFN6I?t=1037</w:t>
      </w:r>
    </w:p>
    <w:p>
      <w:r>
        <w:rPr>
          <w:i/>
        </w:rPr>
        <w:t>“There's a verse everyone recites in prayer but nobody understands.”</w:t>
      </w:r>
    </w:p>
    <w:p>
      <w:r>
        <w:rPr>
          <w:sz w:val="20"/>
        </w:rPr>
        <w:t>17:17  quran mein ek bohat hi bari ayat hai, jis ko har log namaz mein parhte hain, lekin samjhta koi bhi nahin. wo hai inna ma'al usri yusra inna ma'al usri yusra is ka matlab ek usr, ek</w:t>
      </w:r>
      <w:r>
        <w:br/>
      </w:r>
      <w:r>
        <w:rPr>
          <w:sz w:val="20"/>
        </w:rPr>
        <w:t>17:36  yusr. usr kehte hain, yani is ka literal translation to yeh hai ke mushkil ke sath aasani hai, yani difficulties ke sath ease hai.</w:t>
      </w:r>
      <w:r>
        <w:br/>
      </w:r>
      <w:r>
        <w:rPr>
          <w:sz w:val="20"/>
        </w:rPr>
        <w:t>17:50  lekin is ka matlab kya hai? problem ke sath opportunity hai.</w:t>
      </w:r>
      <w:r>
        <w:br/>
      </w:r>
      <w:r>
        <w:rPr>
          <w:sz w:val="20"/>
        </w:rPr>
        <w:t>17:57  yani usr ka matlab hai problem, yusr ka matlab hai opportunity.</w:t>
      </w:r>
      <w:r>
        <w:br/>
      </w:r>
      <w:r>
        <w:rPr>
          <w:sz w:val="20"/>
        </w:rPr>
        <w:t>18:03  to with every problem there is there is opportunity. yani jab koi problem aata hai to ek nai opportunity le kar aata hai.</w:t>
      </w:r>
    </w:p>
    <w:p>
      <w:pPr>
        <w:pStyle w:val="Heading2"/>
      </w:pPr>
      <w:r>
        <w:t>Paradise's greatest happiness is a glimpse of God</w:t>
      </w:r>
    </w:p>
    <w:p>
      <w:r>
        <w:rPr>
          <w:color w:val="666666"/>
          <w:sz w:val="18"/>
        </w:rPr>
        <w:t>Return to Religion June 13, 2009 · 26s · at 15:24 · https://youtu.be/qx7LpCmXMQk?t=924</w:t>
      </w:r>
    </w:p>
    <w:p>
      <w:r>
        <w:rPr>
          <w:i/>
        </w:rPr>
        <w:t>“When people enter paradise, they'll be very, very happy”</w:t>
      </w:r>
    </w:p>
    <w:p>
      <w:r>
        <w:rPr>
          <w:sz w:val="20"/>
        </w:rPr>
        <w:t>15:24  There is a hadith that when people find entry into paradise, they will be very happy, very happy, very happy.</w:t>
      </w:r>
      <w:r>
        <w:br/>
      </w:r>
      <w:r>
        <w:rPr>
          <w:sz w:val="20"/>
        </w:rPr>
        <w:t>15:36  Then there is announcement by angels that God will give you a glimpse of His personality, simply a glimpse.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