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society · full transcripts with timestamps · exported 2026-09-22</w:t>
      </w:r>
    </w:p>
    <w:p>
      <w:pPr>
        <w:pStyle w:val="Heading2"/>
      </w:pPr>
      <w:r>
        <w:t>Man is large enough to contain contradictions</w:t>
      </w:r>
    </w:p>
    <w:p>
      <w:r>
        <w:rPr>
          <w:color w:val="666666"/>
          <w:sz w:val="18"/>
        </w:rPr>
        <w:t>Multi Religious Society and Islam (English) March 3, 2007 · 47s · at 11:04 · https://youtu.be/13uSBqf_XHg?t=664</w:t>
      </w:r>
    </w:p>
    <w:p>
      <w:r>
        <w:rPr>
          <w:i/>
        </w:rPr>
        <w:t>“I am large enough to contain all these contradictions”</w:t>
      </w:r>
    </w:p>
    <w:p>
      <w:r>
        <w:rPr>
          <w:sz w:val="20"/>
        </w:rPr>
        <w:t>11:04  one western thinker has rightly said that I am large enough to contain all these contradictions.</w:t>
      </w:r>
      <w:r>
        <w:br/>
      </w:r>
      <w:r>
        <w:rPr>
          <w:sz w:val="20"/>
        </w:rPr>
        <w:t>11:20  I would like to say that man is large enough to contain all these differences. so, difference is not an evil.</w:t>
      </w:r>
      <w:r>
        <w:br/>
      </w:r>
      <w:r>
        <w:rPr>
          <w:sz w:val="20"/>
        </w:rPr>
        <w:t>11:34  instead, it is a blessing. why? because difference creates dialogue, discussion.</w:t>
      </w:r>
    </w:p>
    <w:p>
      <w:pPr>
        <w:pStyle w:val="Heading2"/>
      </w:pPr>
      <w:r>
        <w:t>Use polite reason, not harsh criticism, to teach</w:t>
      </w:r>
    </w:p>
    <w:p>
      <w:r>
        <w:rPr>
          <w:color w:val="666666"/>
          <w:sz w:val="18"/>
        </w:rPr>
        <w:t>Revival of Muslims March 08, 2015 · 37s · at 1:09:34 · https://youtu.be/8ShFcr8YozI?t=4174</w:t>
      </w:r>
    </w:p>
    <w:p>
      <w:r>
        <w:rPr>
          <w:i/>
        </w:rPr>
        <w:t>“Harsh question mat kijiye, reason-based sawal kijiye”</w:t>
      </w:r>
    </w:p>
    <w:p>
      <w:r>
        <w:rPr>
          <w:sz w:val="20"/>
        </w:rPr>
        <w:t>1:09:34  ally important hain. Maulana, unka sawal hai. Unhon ne likha hai ke My question is that usually nobody likes to listen to the criticism.</w:t>
      </w:r>
      <w:r>
        <w:br/>
      </w:r>
      <w:r>
        <w:rPr>
          <w:sz w:val="20"/>
        </w:rPr>
        <w:t>1:09:45  So what should be the best approach to soften the hearts of Muslims for any kind of education? Bhai, harsh question mat kijiye.</w:t>
      </w:r>
      <w:r>
        <w:br/>
      </w:r>
      <w:r>
        <w:rPr>
          <w:sz w:val="20"/>
        </w:rPr>
        <w:t>1:09:55  Reason-based question kijiye aur polite andaaz se baat kijiye.</w:t>
      </w:r>
      <w:r>
        <w:br/>
      </w:r>
      <w:r>
        <w:rPr>
          <w:sz w:val="20"/>
        </w:rPr>
        <w:t>1:10:00  Har aadmi, yani polite andaaz se baat ki jaye to har aadmi sunta hai is ko. Har aadmi sunta hai.</w:t>
      </w:r>
    </w:p>
    <w:p>
      <w:pPr>
        <w:pStyle w:val="Heading2"/>
      </w:pPr>
      <w:r>
        <w:t>Recognizing your mistake is true human beauty</w:t>
      </w:r>
    </w:p>
    <w:p>
      <w:r>
        <w:rPr>
          <w:color w:val="666666"/>
          <w:sz w:val="18"/>
        </w:rPr>
        <w:t>The Qualities Of God-Fearing Women CPS Women Discussion July 23, 2023 · 28s · at 14:18 · https://youtu.be/YfKcwP5Flp8?t=858</w:t>
      </w:r>
    </w:p>
    <w:p>
      <w:r>
        <w:rPr>
          <w:i/>
        </w:rPr>
        <w:t>“Itni saari pehchan jaata hai ke usne galat kiya”</w:t>
      </w:r>
    </w:p>
    <w:p>
      <w:r>
        <w:rPr>
          <w:sz w:val="20"/>
        </w:rPr>
        <w:t>14:18  to itni sari pehchan jata hai ke usne galat kiya aur wahi shayad insaan ki sabse badi beauty hai ke woh agar pehchane aur usko pachtawa ho aur woh tauba kare to yeh Allah taala ko sabse zyada pasand hai.</w:t>
      </w:r>
      <w:r>
        <w:br/>
      </w:r>
      <w:r>
        <w:rPr>
          <w:sz w:val="20"/>
        </w:rPr>
        <w:t>14:46  تو ایسی عورتوں کے لیے تو مجھے لگتا ہے جیسے ہم نے discuss کیا تھا کہ وہ بہترین رفیق</w:t>
      </w:r>
    </w:p>
    <w:p>
      <w:pPr>
        <w:pStyle w:val="Heading2"/>
      </w:pPr>
      <w:r>
        <w:t>Quran says disperse after prayer, not stage protests</w:t>
      </w:r>
    </w:p>
    <w:p>
      <w:r>
        <w:rPr>
          <w:color w:val="666666"/>
          <w:sz w:val="18"/>
        </w:rPr>
        <w:t>Importance of Peace December 16, 2012 · 54s · at 56:28 · https://youtu.be/nymyorYyEz4?t=3388</w:t>
      </w:r>
    </w:p>
    <w:p>
      <w:r>
        <w:rPr>
          <w:i/>
        </w:rPr>
        <w:t>“Jab namaz khatam ho to tum phail jao zameen mein”</w:t>
      </w:r>
    </w:p>
    <w:p>
      <w:r>
        <w:rPr>
          <w:sz w:val="20"/>
        </w:rPr>
        <w:t>56:28  ko parha, Quran mein likha hai Surah Juma. to us mein yeh hai ayat ke faiza qadiyat-us-salatu fantashiru fil ardi.</w:t>
      </w:r>
      <w:r>
        <w:br/>
      </w:r>
      <w:r>
        <w:rPr>
          <w:sz w:val="20"/>
        </w:rPr>
        <w:t>56:40  faiza qadiyat-us-salatu fantashiru fil ardi min fadlillah. jab namaz khatam ho to tum phail jao zameen mein aur Allah ka rizq talash karo.</w:t>
      </w:r>
      <w:r>
        <w:br/>
      </w:r>
      <w:r>
        <w:rPr>
          <w:sz w:val="20"/>
        </w:rPr>
        <w:t>56:56  to unhone kaha ke aaj kal kya hai Musalman Juma ke din khaas taur par kya hota hai? wahan bhadkao taqreerein karte hain aur us ka juloos nikalte hain.</w:t>
      </w:r>
      <w:r>
        <w:br/>
      </w:r>
      <w:r>
        <w:rPr>
          <w:sz w:val="20"/>
        </w:rPr>
        <w:t>57:05  to quran to keh raha hai ke juma ki namaz parh kar chale jao wapas. yahan kya karte hain ke bharkao taqreeren kar ke in ko jaloos nikalte hain. in ka</w:t>
      </w:r>
      <w:r>
        <w:br/>
      </w:r>
      <w:r>
        <w:rPr>
          <w:sz w:val="20"/>
        </w:rPr>
        <w:t>57:16  yeh kaun sa islam hai? is tareeqay se islam ko parha nahi logon ne, is tarah se quran ko parha nahi.</w:t>
      </w:r>
    </w:p>
    <w:p>
      <w:pPr>
        <w:pStyle w:val="Heading2"/>
      </w:pPr>
      <w:r>
        <w:t>modern comfort culture, not evolution, causes back pain</w:t>
      </w:r>
    </w:p>
    <w:p>
      <w:r>
        <w:rPr>
          <w:color w:val="666666"/>
          <w:sz w:val="18"/>
        </w:rPr>
        <w:t>The Age of Deceiving Philosophies I 21 June 2009 · 35s · at 16:06 · https://youtu.be/RZCs_8AtCTM?t=966</w:t>
      </w:r>
    </w:p>
    <w:p>
      <w:r>
        <w:rPr>
          <w:i/>
        </w:rPr>
        <w:t>“Comfort culture has created this back problem”</w:t>
      </w:r>
    </w:p>
    <w:p>
      <w:r>
        <w:rPr>
          <w:sz w:val="20"/>
        </w:rPr>
        <w:t>16:06  comfort culture ne back problem paida kar rakha hai. aaj kal kya hai? aadmi kuch karta hi nahi, sirf baitha hua hai aur button ko chho raha hai aur sab kuch hua chala ja raha hai.</w:t>
      </w:r>
      <w:r>
        <w:br/>
      </w:r>
      <w:r>
        <w:rPr>
          <w:sz w:val="20"/>
        </w:rPr>
        <w:t>16:17  aap aeropil bhi urate hain to us mein kuch aap ko karna nahi parta, sirf button ko chhoona parta hai. computer par baithte hain to aap ko kuch karna nahi parta, aap ko koi exercise nahi hai.</w:t>
      </w:r>
      <w:r>
        <w:br/>
      </w:r>
      <w:r>
        <w:rPr>
          <w:sz w:val="20"/>
        </w:rPr>
        <w:t>16:27  aap aik dam aisay baithe hue hain dair dair tak. to jo cheez aai hai comfort culture ki wajah se, us ko attribute kar diya unhon ne evolutionary adaptation ki wajah se.</w:t>
      </w:r>
    </w:p>
    <w:p>
      <w:pPr>
        <w:pStyle w:val="Heading2"/>
      </w:pPr>
      <w:r>
        <w:t>Bright future for Indian Muslims</w:t>
      </w:r>
    </w:p>
    <w:p>
      <w:r>
        <w:rPr>
          <w:color w:val="666666"/>
          <w:sz w:val="18"/>
        </w:rPr>
        <w:t>Khas Mulakat , Munsif TV, December 03, 2015 · 32s · at 22:24 · https://youtu.be/zWU-kGSikPo?t=1344</w:t>
      </w:r>
    </w:p>
    <w:p>
      <w:r>
        <w:rPr>
          <w:i/>
        </w:rPr>
        <w:t>“Hindustan ke Musalmano ka mustaqbil bahut aasan hai.”</w:t>
      </w:r>
    </w:p>
    <w:p>
      <w:r>
        <w:rPr>
          <w:sz w:val="20"/>
        </w:rPr>
        <w:t>22:24  Hindustan ke musalmanon ka mustaqbil bohat aasan hai janna.</w:t>
      </w:r>
      <w:r>
        <w:br/>
      </w:r>
      <w:r>
        <w:rPr>
          <w:sz w:val="20"/>
        </w:rPr>
        <w:t>22:29  1947 se compare kijiye aaj ko.</w:t>
      </w:r>
      <w:r>
        <w:br/>
      </w:r>
      <w:r>
        <w:rPr>
          <w:sz w:val="20"/>
        </w:rPr>
        <w:t>22:31  Ji. To aaj har Muslim family taraqqi par hai.</w:t>
      </w:r>
      <w:r>
        <w:br/>
      </w:r>
      <w:r>
        <w:rPr>
          <w:sz w:val="20"/>
        </w:rPr>
        <w:t>22:36  Aap Hyderabad se hain, kisi bhi Muslim family mein ja ke dekhiye to aap dekhenge, pehle kacha</w:t>
      </w:r>
      <w:r>
        <w:br/>
      </w:r>
      <w:r>
        <w:rPr>
          <w:sz w:val="20"/>
        </w:rPr>
        <w:t>22:42  ghar tha to ab pakka ghar hai.</w:t>
      </w:r>
      <w:r>
        <w:br/>
      </w:r>
      <w:r>
        <w:rPr>
          <w:sz w:val="20"/>
        </w:rPr>
        <w:t>22:43  Pehle cycle thi to ab car hai.</w:t>
      </w:r>
      <w:r>
        <w:br/>
      </w:r>
      <w:r>
        <w:rPr>
          <w:sz w:val="20"/>
        </w:rPr>
        <w:t>22:46  Pehle in ka bachcha madrasay mein parhta tha to ab English school mein parhta hai.</w:t>
      </w:r>
      <w:r>
        <w:br/>
      </w:r>
      <w:r>
        <w:rPr>
          <w:sz w:val="20"/>
        </w:rPr>
        <w:t>22:49  Pehle in ke ghar walay Hyderabad mein kaam karte thay, ab America mein kaam kar rahe hain.</w:t>
      </w:r>
      <w:r>
        <w:br/>
      </w:r>
      <w:r>
        <w:rPr>
          <w:sz w:val="20"/>
        </w:rPr>
        <w:t>22:54  To mustaqbil aage barh rah</w:t>
      </w:r>
      <w:r>
        <w:br/>
      </w:r>
      <w:r>
        <w:rPr>
          <w:sz w:val="20"/>
        </w:rPr>
        <w:t>22:56  yani aap ko tabnak mustaqbil dikhai de raha hai. Already tabnak mustaqbil hai. Common Civil Code ko le kar aap kya sochte hain? Baar baar hawa khara kiya jata hai mulk mein ke Common Civil Code laagu kar diya jaye. Phir itni mukhalifat kyun?</w:t>
      </w:r>
    </w:p>
    <w:p>
      <w:pPr>
        <w:pStyle w:val="Heading2"/>
      </w:pPr>
      <w:r>
        <w:t>No justification for violence today</w:t>
      </w:r>
    </w:p>
    <w:p>
      <w:r>
        <w:rPr>
          <w:color w:val="666666"/>
          <w:sz w:val="18"/>
        </w:rPr>
        <w:t>A Talk by Maulana Wahiduddin Khan to Members of Marquette University USA January 5, 2019 · 29s · at 2:21 · https://youtu.be/A4uj0gy6X-M?t=141</w:t>
      </w:r>
    </w:p>
    <w:p>
      <w:r>
        <w:rPr>
          <w:i/>
        </w:rPr>
        <w:t>“the present age represents a de-monopolization of resources”</w:t>
      </w:r>
    </w:p>
    <w:p>
      <w:r>
        <w:rPr>
          <w:sz w:val="20"/>
        </w:rPr>
        <w:t>2:21  . In fact, he says that the present age, uh, represents a de-monopolization of resources. Today, every person has an equal opportunity, so the justification of violence or war does not exist</w:t>
      </w:r>
      <w:r>
        <w:br/>
      </w:r>
      <w:r>
        <w:rPr>
          <w:sz w:val="20"/>
        </w:rPr>
        <w:t>2:35  . Uh, if you read his books or if you listen to his talks, uh, you would find him emphasizing that if a human being, uh, understands the contribution that humanity has made, then they will not be rivals to one another.</w:t>
      </w:r>
      <w:r>
        <w:br/>
      </w:r>
      <w:r>
        <w:rPr>
          <w:sz w:val="20"/>
        </w:rPr>
        <w:t>2:51  And it is for this reason that, uh, he says that the West is our biggest benefactor</w:t>
      </w:r>
    </w:p>
    <w:p>
      <w:pPr>
        <w:pStyle w:val="Heading2"/>
      </w:pPr>
      <w:r>
        <w:t>Muslim losses as divine apple warning</w:t>
      </w:r>
    </w:p>
    <w:p>
      <w:r>
        <w:rPr>
          <w:color w:val="666666"/>
          <w:sz w:val="18"/>
        </w:rPr>
        <w:t>Natural Warning April 17, 2016 · 20s · at 14:58 · https://youtu.be/fSNOpwgzcss?t=898</w:t>
      </w:r>
    </w:p>
    <w:p>
      <w:r>
        <w:rPr>
          <w:i/>
        </w:rPr>
        <w:t>“This loss is the divine apple falling on Muslims.”</w:t>
      </w:r>
    </w:p>
    <w:p>
      <w:r>
        <w:rPr>
          <w:sz w:val="20"/>
        </w:rPr>
        <w:t>14:58  to yeh nuqsan jo hai yeh yeh bomb hai, yeh nuqsan jo hai yeh yeh is khudaai saib hai jo musalmanon ke sar par gir raha hai. Saib ki baarish hai jo musalmanon ke sar par ho rahi hai.</w:t>
      </w:r>
      <w:r>
        <w:br/>
      </w:r>
      <w:r>
        <w:rPr>
          <w:sz w:val="20"/>
        </w:rPr>
        <w:t>15:12  ke socho, socho, socho.</w:t>
      </w:r>
    </w:p>
    <w:p>
      <w:pPr>
        <w:pStyle w:val="Heading2"/>
      </w:pPr>
      <w:r>
        <w:t>Man who went blind eating only eggs — balance matters</w:t>
      </w:r>
    </w:p>
    <w:p>
      <w:r>
        <w:rPr>
          <w:color w:val="666666"/>
          <w:sz w:val="18"/>
        </w:rPr>
        <w:t>The Issues of Islam in the Present World November 11, 2012 · 50s · at 1:08:52 · https://youtu.be/COoaUbCCi1c?t=4132</w:t>
      </w:r>
    </w:p>
    <w:p>
      <w:r>
        <w:rPr>
          <w:i/>
        </w:rPr>
        <w:t>“He ate 80 eggs a day and went blind”</w:t>
      </w:r>
    </w:p>
    <w:p>
      <w:r>
        <w:rPr>
          <w:sz w:val="20"/>
        </w:rPr>
        <w:t>1:08:52  . Main report mein jab tha to ek sahib the, woh bechare andhe ho gaye the. Woh andhe to main ne poocha un se, bazahir tandrust the lekin andhe ho gaye the.</w:t>
      </w:r>
      <w:r>
        <w:br/>
      </w:r>
      <w:r>
        <w:rPr>
          <w:sz w:val="20"/>
        </w:rPr>
        <w:t>1:09:03  to unhon ne kaha ke second world war ke zamane mein main anda supply karta tha military ko. To anda gaon se aata tha, tab yani poultry farm nahi hua karte the,</w:t>
      </w:r>
      <w:r>
        <w:br/>
      </w:r>
      <w:r>
        <w:rPr>
          <w:sz w:val="20"/>
        </w:rPr>
        <w:t>1:09:16  ab to poultry farm hai jagah jagah.</w:t>
      </w:r>
      <w:r>
        <w:br/>
      </w:r>
      <w:r>
        <w:rPr>
          <w:sz w:val="20"/>
        </w:rPr>
        <w:t>1:09:19  to gaon se anda aata tha to woh toot jata tha. To unhon ne kaha ke woh toote hue ande woh kha leta hai. To bohat se ek ek din mein 80 se ande kha gaya main.</w:t>
      </w:r>
      <w:r>
        <w:br/>
      </w:r>
      <w:r>
        <w:rPr>
          <w:sz w:val="20"/>
        </w:rPr>
        <w:t>1:09:30  yani ek hi cheez khate rahe, anda, anda, anda, anda. To andhe ho gaye woh. To balance diet jis tarah zaroori hai, is tarah se balance education bhi zaroori hai.</w:t>
      </w:r>
    </w:p>
    <w:p>
      <w:pPr>
        <w:pStyle w:val="Heading2"/>
      </w:pPr>
      <w:r>
        <w:t>Fazilat means responsibility not privilege</w:t>
      </w:r>
    </w:p>
    <w:p>
      <w:r>
        <w:rPr>
          <w:color w:val="666666"/>
          <w:sz w:val="18"/>
        </w:rPr>
        <w:t>Dars-e-Quran, Chapter 2, Verse 47 February 04, 2018 · 32s · at 3:52 · https://youtu.be/f40P0x-Wm24?t=232</w:t>
      </w:r>
    </w:p>
    <w:p>
      <w:r>
        <w:rPr>
          <w:i/>
        </w:rPr>
        <w:t>“To fazeelat ka lafz yahan kisi barai ke maani mein nahi hai”</w:t>
      </w:r>
    </w:p>
    <w:p>
      <w:r>
        <w:rPr>
          <w:sz w:val="20"/>
        </w:rPr>
        <w:t>3:52  to fazilat ka lafz yahan kisi بڑai ke mani mein nahi hai, balkeh zimmedari ke mani mein hai.</w:t>
      </w:r>
      <w:r>
        <w:br/>
      </w:r>
      <w:r>
        <w:rPr>
          <w:sz w:val="20"/>
        </w:rPr>
        <w:t>4:06  kisi بڑai ke mani mein nahi hai, balkeh zimmedari ke mani mein hai. isi tarah se ummat-e-yahood ke baad jab payambar-e-islam sallallahu alaihi wasallam ki ba'sat hui, aur aap ke baad nabuwwat khatm kar di gayi,</w:t>
      </w:r>
    </w:p>
    <w:p>
      <w:pPr>
        <w:pStyle w:val="Heading2"/>
      </w:pPr>
      <w:r>
        <w:t>Avoid being problem for others</w:t>
      </w:r>
    </w:p>
    <w:p>
      <w:r>
        <w:rPr>
          <w:color w:val="666666"/>
          <w:sz w:val="18"/>
        </w:rPr>
        <w:t>Lessons from Hajj | November 13, 2007 · 31s · at 16:59 · https://youtu.be/8a-iN7u2YQs?t=1019</w:t>
      </w:r>
    </w:p>
    <w:p>
      <w:r>
        <w:rPr>
          <w:i/>
        </w:rPr>
        <w:t>“Dusron ke liye mas'ala na banein”</w:t>
      </w:r>
    </w:p>
    <w:p>
      <w:r>
        <w:rPr>
          <w:sz w:val="20"/>
        </w:rPr>
        <w:t>16:59  kyun? doosroN ke masle se bachne ka sab se aasan formula yeh hai ke aap un ke liye</w:t>
      </w:r>
      <w:r>
        <w:br/>
      </w:r>
      <w:r>
        <w:rPr>
          <w:sz w:val="20"/>
        </w:rPr>
        <w:t>17:04  masla na paida kareN.</w:t>
      </w:r>
      <w:r>
        <w:br/>
      </w:r>
      <w:r>
        <w:rPr>
          <w:sz w:val="20"/>
        </w:rPr>
        <w:t>17:09  sab se aasan formula yahi hai.</w:t>
      </w:r>
      <w:r>
        <w:br/>
      </w:r>
      <w:r>
        <w:rPr>
          <w:sz w:val="20"/>
        </w:rPr>
        <w:t>17:14  aap jab doosroN ke liye masla na baneN ge to doosre bhi aap ke liye masla nahiN baneN ge.</w:t>
      </w:r>
      <w:r>
        <w:br/>
      </w:r>
      <w:r>
        <w:rPr>
          <w:sz w:val="20"/>
        </w:rPr>
        <w:t>17:20  aur phir samaj mein peace aaye ga.</w:t>
      </w:r>
      <w:r>
        <w:br/>
      </w:r>
      <w:r>
        <w:rPr>
          <w:sz w:val="20"/>
        </w:rPr>
        <w:t>17:25  to is ke liye aap ko qurbani karni parti hai.</w:t>
      </w:r>
    </w:p>
    <w:p>
      <w:pPr>
        <w:pStyle w:val="Heading2"/>
      </w:pPr>
      <w:r>
        <w:t>Political opposition forbidden in Islam</w:t>
      </w:r>
    </w:p>
    <w:p>
      <w:r>
        <w:rPr>
          <w:color w:val="666666"/>
          <w:sz w:val="18"/>
        </w:rPr>
        <w:t>Role Of Ikhwan-e-Rasool 2 April 2011 - Maulana Wahiduddin Khan · 33s · at 19:51 · https://youtu.be/O4gmiyD-KV8?t=1191</w:t>
      </w:r>
    </w:p>
    <w:p>
      <w:r>
        <w:rPr>
          <w:i/>
        </w:rPr>
        <w:t>“Politics of opposition is forbidden in Islam”</w:t>
      </w:r>
    </w:p>
    <w:p>
      <w:r>
        <w:rPr>
          <w:sz w:val="20"/>
        </w:rPr>
        <w:t>19:51  Kabhi khatam ho nahi sakti hai. Yeh bhi yaad rakhiye. Islam mein politics of opposition ko haram qarar diya gaya hai.</w:t>
      </w:r>
      <w:r>
        <w:br/>
      </w:r>
      <w:r>
        <w:rPr>
          <w:sz w:val="20"/>
        </w:rPr>
        <w:t>20:01  Yeh haram hai. Kyun? Woh to rahegi rahegi.</w:t>
      </w:r>
      <w:r>
        <w:br/>
      </w:r>
      <w:r>
        <w:rPr>
          <w:sz w:val="20"/>
        </w:rPr>
        <w:t>20:07  Rasool Allah se shikayat hui. Hunain ke amaal e ghanimat ko taqseem karne mein shikayat hui, Ansar ko yahan tak keh diya ke Rasool Allah ke samne ke wa ALLAH MAA ADAL.</w:t>
      </w:r>
    </w:p>
    <w:p>
      <w:pPr>
        <w:pStyle w:val="Heading2"/>
      </w:pPr>
      <w:r>
        <w:t>Spouses as each other's training partners</w:t>
      </w:r>
    </w:p>
    <w:p>
      <w:r>
        <w:rPr>
          <w:color w:val="666666"/>
          <w:sz w:val="18"/>
        </w:rPr>
        <w:t>The Position of Woman in Islam March 6, 2022 Maulana Wahiduddin Khan · 55s · at 39:42 · https://youtu.be/xEPOBSMmqk4?t=2382</w:t>
      </w:r>
    </w:p>
    <w:p>
      <w:r>
        <w:rPr>
          <w:i/>
        </w:rPr>
        <w:t>“Man and woman aren't just partners—they're training partners”</w:t>
      </w:r>
    </w:p>
    <w:p>
      <w:r>
        <w:rPr>
          <w:sz w:val="20"/>
        </w:rPr>
        <w:t>39:42  unhone kaha ke main intellectual partner to kehta hoon lekin main yeh kahunga ke woh ek doosre ke</w:t>
      </w:r>
      <w:r>
        <w:br/>
      </w:r>
      <w:r>
        <w:rPr>
          <w:sz w:val="20"/>
        </w:rPr>
        <w:t>39:48  training partners hain and phir unhone usko waazeh bhi kiya ke allah talan ne sab insano ke andar</w:t>
      </w:r>
      <w:r>
        <w:br/>
      </w:r>
      <w:r>
        <w:rPr>
          <w:sz w:val="20"/>
        </w:rPr>
        <w:t>39:54  affection dala hai and for a husband and a wife, they can be each other sympathetic critic because</w:t>
      </w:r>
      <w:r>
        <w:br/>
      </w:r>
      <w:r>
        <w:rPr>
          <w:sz w:val="20"/>
        </w:rPr>
        <w:t>40:00  we all have weaknesses but we don't know about our weakness until the other person shows us our</w:t>
      </w:r>
      <w:r>
        <w:br/>
      </w:r>
      <w:r>
        <w:rPr>
          <w:sz w:val="20"/>
        </w:rPr>
        <w:t>40:06  weakness or talks about it and who can be a better person than your own intellectual companion like</w:t>
      </w:r>
      <w:r>
        <w:br/>
      </w:r>
      <w:r>
        <w:rPr>
          <w:sz w:val="20"/>
        </w:rPr>
        <w:t>40:12  a husband or a wife.</w:t>
      </w:r>
      <w:r>
        <w:br/>
      </w:r>
      <w:r>
        <w:rPr>
          <w:sz w:val="20"/>
        </w:rPr>
        <w:t>40:18  to Maulana sahib ne samjhate hue kaha ki they both are like cog wheels to one another and god has created man and woman with different abilities. what is important is that we must discover each other's ability and go hand in hand.</w:t>
      </w:r>
      <w:r>
        <w:br/>
      </w:r>
      <w:r>
        <w:rPr>
          <w:sz w:val="20"/>
        </w:rPr>
        <w:t>40:37  to woh tabhi ho sakta hai jab aap ek doosre ke liye sympathetic partner bane, ek sympathetic critic bane and only then you will be able to evolve yourself in terms of your thinking, your thought process, your behavior and this will make you best in conduct aur asal mein is zindagi mein yahi test hai ki Allah taala yahi dekh rahe hain ki who is best in conduct.</w:t>
      </w:r>
    </w:p>
    <w:p>
      <w:pPr>
        <w:pStyle w:val="Heading2"/>
      </w:pPr>
      <w:r>
        <w:t>violence is not an option, only peace or patience</w:t>
      </w:r>
    </w:p>
    <w:p>
      <w:r>
        <w:rPr>
          <w:color w:val="666666"/>
          <w:sz w:val="18"/>
        </w:rPr>
        <w:t>Peace and Violence June 06, 2009 · 55s · at 52:19 · https://youtu.be/OUXCF-40RGY?t=3139</w:t>
      </w:r>
    </w:p>
    <w:p>
      <w:r>
        <w:rPr>
          <w:i/>
        </w:rPr>
        <w:t>“Violence is simply not an option.”</w:t>
      </w:r>
    </w:p>
    <w:p>
      <w:r>
        <w:rPr>
          <w:sz w:val="20"/>
        </w:rPr>
        <w:t>52:19  and one aspect of those laws is peace. peace, peace is the only option for us in this world.</w:t>
      </w:r>
      <w:r>
        <w:br/>
      </w:r>
      <w:r>
        <w:rPr>
          <w:sz w:val="20"/>
        </w:rPr>
        <w:t>52:30  violence is simply not an option.</w:t>
      </w:r>
      <w:r>
        <w:br/>
      </w:r>
      <w:r>
        <w:rPr>
          <w:sz w:val="20"/>
        </w:rPr>
        <w:t>52:38  violence is not an option. peace is the only option for us. either, either peace or patience.</w:t>
      </w:r>
      <w:r>
        <w:br/>
      </w:r>
      <w:r>
        <w:rPr>
          <w:sz w:val="20"/>
        </w:rPr>
        <w:t>52:52  if you are not ready to follow the peaceful method, then you have to keep silence. you have to keep patience.</w:t>
      </w:r>
      <w:r>
        <w:br/>
      </w:r>
      <w:r>
        <w:rPr>
          <w:sz w:val="20"/>
        </w:rPr>
        <w:t>53:03  but violence is not allowed according to the law of nature.</w:t>
      </w:r>
      <w:r>
        <w:br/>
      </w:r>
      <w:r>
        <w:rPr>
          <w:sz w:val="20"/>
        </w:rPr>
        <w:t>53:15  i think that non muslim world is confused between islam and muslims. so,</w:t>
      </w:r>
    </w:p>
    <w:p>
      <w:pPr>
        <w:pStyle w:val="Heading2"/>
      </w:pPr>
      <w:r>
        <w:t>Atheist surrenders when challenged on his own standard</w:t>
      </w:r>
    </w:p>
    <w:p>
      <w:r>
        <w:rPr>
          <w:color w:val="666666"/>
          <w:sz w:val="18"/>
        </w:rPr>
        <w:t>Intellectual Poverty of Modern World December 17, 2006 · 1m 01s · at 1:02:30 · https://youtu.be/GdhR0DoI1Ys?t=3750</w:t>
      </w:r>
    </w:p>
    <w:p>
      <w:r>
        <w:rPr>
          <w:i/>
        </w:rPr>
        <w:t>“کیا معیار آپ کے پاس ہیں ثابت کرنے کے لیے وجود خدا کا؟”</w:t>
      </w:r>
    </w:p>
    <w:p>
      <w:r>
        <w:rPr>
          <w:sz w:val="20"/>
        </w:rPr>
        <w:t>1:02:30  jaise ke maine is se pehle ek misal aap ko di thi is ko main dohrata hoon ke ek bohat parhe likhe admi se meri mulaqat hui jo atheist the.</w:t>
      </w:r>
      <w:r>
        <w:br/>
      </w:r>
      <w:r>
        <w:rPr>
          <w:sz w:val="20"/>
        </w:rPr>
        <w:t>1:02:41  to unhon ne kaha ke ke unhon ne kaha ke kya meyar aap ke pas hain sabit karne ke liye wajood Khuda ka</w:t>
      </w:r>
      <w:r>
        <w:br/>
      </w:r>
      <w:r>
        <w:rPr>
          <w:sz w:val="20"/>
        </w:rPr>
        <w:t>1:02:52  ? maine kaha ke wahi meyar jo aap ke pas hain sabit karne ke liye. aur is ke baad woh admi ne surrender kar diya.</w:t>
      </w:r>
      <w:r>
        <w:br/>
      </w:r>
      <w:r>
        <w:rPr>
          <w:sz w:val="20"/>
        </w:rPr>
        <w:t>1:03:03  yeh pehle aisa nahi ho sakta tha. yeh jo taraqqi hua hai scientific taraqqi tab yeh mumkin hua hai ke aisa ek admi ko majboor kar de surrender karne ke liye.</w:t>
      </w:r>
      <w:r>
        <w:br/>
      </w:r>
      <w:r>
        <w:rPr>
          <w:sz w:val="20"/>
        </w:rPr>
        <w:t>1:03:17  to yeh yeh tha is hadith ka matlab ke ek zamana aye ga jab tum na talwar chalaoge na larai karoge. sirf la ilaha illallah kahoge aur qale ki deewarain gir padengi.</w:t>
      </w:r>
    </w:p>
    <w:p>
      <w:pPr>
        <w:pStyle w:val="Heading2"/>
      </w:pPr>
      <w:r>
        <w:t>Negative thinking blocks even genius minds</w:t>
      </w:r>
    </w:p>
    <w:p>
      <w:r>
        <w:rPr>
          <w:color w:val="666666"/>
          <w:sz w:val="18"/>
        </w:rPr>
        <w:t>Intellectual Poverty of Modern World December 17, 2006 · 35s · at 11:35 · https://youtu.be/GdhR0DoI1Ys?t=695</w:t>
      </w:r>
    </w:p>
    <w:p>
      <w:r>
        <w:rPr>
          <w:i/>
        </w:rPr>
        <w:t>“منفی ہو جائیں تو مائنڈ ٹھیک سے کام نہیں کرتا۔”</w:t>
      </w:r>
    </w:p>
    <w:p>
      <w:r>
        <w:rPr>
          <w:sz w:val="20"/>
        </w:rPr>
        <w:t>11:35  jab aap dekhiye, manfi ho jayein to aap ka mind, chahe kitna hi bara mind ho, theek se kaam nahi karta.</w:t>
      </w:r>
      <w:r>
        <w:br/>
      </w:r>
      <w:r>
        <w:rPr>
          <w:sz w:val="20"/>
        </w:rPr>
        <w:t>11:46  aap kitne hi zaheen hon, aap kitne hi zaheen hon,</w:t>
      </w:r>
      <w:r>
        <w:br/>
      </w:r>
      <w:r>
        <w:rPr>
          <w:sz w:val="20"/>
        </w:rPr>
        <w:t>11:52  aap genius hon, lekin agar aap ke mind mein aa gayi nafrat, dushmani, manfi soch to aap kabhi bhi objective rai, objective rai nahi bana payenge.</w:t>
      </w:r>
    </w:p>
    <w:p>
      <w:pPr>
        <w:pStyle w:val="Heading2"/>
      </w:pPr>
      <w:r>
        <w:t>Jihad is peaceful Dawa, not fighting</w:t>
      </w:r>
    </w:p>
    <w:p>
      <w:r>
        <w:rPr>
          <w:color w:val="666666"/>
          <w:sz w:val="18"/>
        </w:rPr>
        <w:t>From The Spiritual Tree May 30, 2007 · 25s · at 35:11 · https://youtu.be/vGj_dsCMv-M?t=2111</w:t>
      </w:r>
    </w:p>
    <w:p>
      <w:r>
        <w:rPr>
          <w:i/>
        </w:rPr>
        <w:t>“So this kind of thinking is not Christian thinking.”</w:t>
      </w:r>
    </w:p>
    <w:p>
      <w:r>
        <w:rPr>
          <w:sz w:val="20"/>
        </w:rPr>
        <w:t>35:11  So this kind of thinking is not Christian thinking. It is Islamic thinking. It is not covetous. It is true jihad. It is true jihad.</w:t>
      </w:r>
      <w:r>
        <w:br/>
      </w:r>
      <w:r>
        <w:rPr>
          <w:sz w:val="20"/>
        </w:rPr>
        <w:t>35:25  Because jihad has nothing to do with qatal, with fighting. But jihad means Dawa jihad.</w:t>
      </w:r>
    </w:p>
    <w:p>
      <w:pPr>
        <w:pStyle w:val="Heading2"/>
      </w:pPr>
      <w:r>
        <w:t>Peaceful activism is powerful</w:t>
      </w:r>
    </w:p>
    <w:p>
      <w:r>
        <w:rPr>
          <w:color w:val="666666"/>
          <w:sz w:val="18"/>
        </w:rPr>
        <w:t>Towards Understanding Islam (English) March 22, 2007 Maulana Wahiduddin Khan · 31s · at 33:46 · https://youtu.be/jXvJkbWa2MM?t=2026</w:t>
      </w:r>
    </w:p>
    <w:p>
      <w:r>
        <w:rPr>
          <w:i/>
        </w:rPr>
        <w:t>“It is not inaction. It is not cowardice”</w:t>
      </w:r>
    </w:p>
    <w:p>
      <w:r>
        <w:rPr>
          <w:sz w:val="20"/>
        </w:rPr>
        <w:t>33:46  It is not inaction.</w:t>
      </w:r>
      <w:r>
        <w:br/>
      </w:r>
      <w:r>
        <w:rPr>
          <w:sz w:val="20"/>
        </w:rPr>
        <w:t>33:51  It is not cowardice.</w:t>
      </w:r>
      <w:r>
        <w:br/>
      </w:r>
      <w:r>
        <w:rPr>
          <w:sz w:val="20"/>
        </w:rPr>
        <w:t>33:56  It is not passivity.</w:t>
      </w:r>
      <w:r>
        <w:br/>
      </w:r>
      <w:r>
        <w:rPr>
          <w:sz w:val="20"/>
        </w:rPr>
        <w:t>34:01  It is not doing nothing. No.</w:t>
      </w:r>
      <w:r>
        <w:br/>
      </w:r>
      <w:r>
        <w:rPr>
          <w:sz w:val="20"/>
        </w:rPr>
        <w:t>34:06  Positive status quoism means peaceful activism.</w:t>
      </w:r>
      <w:r>
        <w:br/>
      </w:r>
      <w:r>
        <w:rPr>
          <w:sz w:val="20"/>
        </w:rPr>
        <w:t>34:11  And peaceful activism is very, very powerful activism.</w:t>
      </w:r>
      <w:r>
        <w:br/>
      </w:r>
      <w:r>
        <w:rPr>
          <w:sz w:val="20"/>
        </w:rPr>
        <w:t>34:17  There are a number of Hadiths and Quran that tell us that peace is more powerful than violence. Adjustment is more powerful than confrontation. Tolerance is more powerful than intolerance.</w:t>
      </w:r>
    </w:p>
    <w:p>
      <w:pPr>
        <w:pStyle w:val="Heading2"/>
      </w:pPr>
      <w:r>
        <w:t>Hindu reader finds his own mind in Quran</w:t>
      </w:r>
    </w:p>
    <w:p>
      <w:r>
        <w:rPr>
          <w:color w:val="666666"/>
          <w:sz w:val="18"/>
        </w:rPr>
        <w:t>From Political Empire to Opportunity Empire, Jan 3, 2010 · 42s · at 7:37 · https://youtu.be/beXYK7vtZ04?t=457</w:t>
      </w:r>
    </w:p>
    <w:p>
      <w:r>
        <w:rPr>
          <w:i/>
        </w:rPr>
        <w:t>“جیسے ایک ہندو مجھ سے ملے، انہوں نے کہا کہ میں قرآن کو پڑھتا ہوں”</w:t>
      </w:r>
    </w:p>
    <w:p>
      <w:r>
        <w:rPr>
          <w:sz w:val="20"/>
        </w:rPr>
        <w:t>7:37  jaise ek Hindu mujhse mile, unhone kaha ke main Quran ko padhta hoon barabar, toh main toh Quran mein padhta hoon, toh lagta hai main Gita padh raha hoon.</w:t>
      </w:r>
      <w:r>
        <w:br/>
      </w:r>
      <w:r>
        <w:rPr>
          <w:sz w:val="20"/>
        </w:rPr>
        <w:t>7:48  quran parhta hoon, to lagta hai ke mein yeh geeta parh raha hoon. yeh hi saare musalmanon ka haal hai. woh quran parhte hain, lekin apne mind ko iske andar parh rahe hote hain.</w:t>
      </w:r>
      <w:r>
        <w:br/>
      </w:r>
      <w:r>
        <w:rPr>
          <w:sz w:val="20"/>
        </w:rPr>
        <w:t>7:57  jiske mind mein politics hai, use politics parh raha hai. jiske mind mein multancy hai, woh multancy parh raha hai.</w:t>
      </w:r>
      <w:r>
        <w:br/>
      </w:r>
      <w:r>
        <w:rPr>
          <w:sz w:val="20"/>
        </w:rPr>
        <w:t>8:05  jiske mind mein yeh hai ke mein peghambar woh hain, use koi insult na kare, to woh usko woh parh raha hai. to quran ke dhoom bache hue ek so baras se, woh result kuch bhi nahin hai, kyunke aapne mind ko badla nahin hai.</w:t>
      </w:r>
    </w:p>
    <w:p>
      <w:pPr>
        <w:pStyle w:val="Heading2"/>
      </w:pPr>
      <w:r>
        <w:t>Prophet's anger was principled</w:t>
      </w:r>
    </w:p>
    <w:p>
      <w:r>
        <w:rPr>
          <w:color w:val="666666"/>
          <w:sz w:val="18"/>
        </w:rPr>
        <w:t>Believers and Non-Belivers (In Conversation with Maulana) · 45s · at 17:58 · https://youtu.be/a5IoCo05gaw?t=1078</w:t>
      </w:r>
    </w:p>
    <w:p>
      <w:r>
        <w:rPr>
          <w:i/>
        </w:rPr>
        <w:t>“Rasulullah ka jo gussa hota tha, apni zaat ke liye”</w:t>
      </w:r>
    </w:p>
    <w:p>
      <w:r>
        <w:rPr>
          <w:sz w:val="20"/>
        </w:rPr>
        <w:t>17:58  ge?" dekhiye, rasoolullah ka jo gussa hota tha, apni zaat ke liye hi hota tha.</w:t>
      </w:r>
      <w:r>
        <w:br/>
      </w:r>
      <w:r>
        <w:rPr>
          <w:sz w:val="20"/>
        </w:rPr>
        <w:t>18:03  yeh hadis mein aaya hai, woh principal par hota tha.</w:t>
      </w:r>
      <w:r>
        <w:br/>
      </w:r>
      <w:r>
        <w:rPr>
          <w:sz w:val="20"/>
        </w:rPr>
        <w:t>18:07  woh wo gussa hakat mein wahi hai jisko main kehta hoon language of hammering.</w:t>
      </w:r>
      <w:r>
        <w:br/>
      </w:r>
      <w:r>
        <w:rPr>
          <w:sz w:val="20"/>
        </w:rPr>
        <w:t>18:13  usko gussa mat kahiye.</w:t>
      </w:r>
      <w:r>
        <w:br/>
      </w:r>
      <w:r>
        <w:rPr>
          <w:sz w:val="20"/>
        </w:rPr>
        <w:t>18:16  yaani, jaise aaj main bola hoon, main yeh yeh koi keh sakta hai ki aap gusse mein bole,</w:t>
      </w:r>
      <w:r>
        <w:br/>
      </w:r>
      <w:r>
        <w:rPr>
          <w:sz w:val="20"/>
        </w:rPr>
        <w:t>18:21  gussa nahi bole.</w:t>
      </w:r>
      <w:r>
        <w:br/>
      </w:r>
      <w:r>
        <w:rPr>
          <w:sz w:val="20"/>
        </w:rPr>
        <w:t>18:22  وہ لینگویج، that was language of hammering.</w:t>
      </w:r>
      <w:r>
        <w:br/>
      </w:r>
      <w:r>
        <w:rPr>
          <w:sz w:val="20"/>
        </w:rPr>
        <w:t>18:25  to rasoolullah is tarah bolte the.</w:t>
      </w:r>
      <w:r>
        <w:br/>
      </w:r>
      <w:r>
        <w:rPr>
          <w:sz w:val="20"/>
        </w:rPr>
        <w:t>18:27  aata tha ita takzab.</w:t>
      </w:r>
      <w:r>
        <w:br/>
      </w:r>
      <w:r>
        <w:rPr>
          <w:sz w:val="20"/>
        </w:rPr>
        <w:t>18:31  yumar tana. hadis mein aata hai ki k mujar jash is tarah bolte the aap kisi se ki</w:t>
      </w:r>
      <w:r>
        <w:br/>
      </w:r>
      <w:r>
        <w:rPr>
          <w:sz w:val="20"/>
        </w:rPr>
        <w:t>18:38  koi fauj hamla karne wali, uski khabar de rahe ho aap.</w:t>
      </w:r>
    </w:p>
    <w:p>
      <w:pPr>
        <w:pStyle w:val="Heading2"/>
      </w:pPr>
      <w:r>
        <w:t>Love marriage is really just lust marriage</w:t>
      </w:r>
    </w:p>
    <w:p>
      <w:r>
        <w:rPr>
          <w:color w:val="666666"/>
          <w:sz w:val="18"/>
        </w:rPr>
        <w:t>Divine Management in History April 7, 2013 · 40s · at 1:10:26 · https://youtu.be/wcBzG56LuPY?t=4226</w:t>
      </w:r>
    </w:p>
    <w:p>
      <w:r>
        <w:rPr>
          <w:i/>
        </w:rPr>
        <w:t>“Main love marriage ko ahmaqana marriage samajhta hoon”</w:t>
      </w:r>
    </w:p>
    <w:p>
      <w:r>
        <w:rPr>
          <w:sz w:val="20"/>
        </w:rPr>
        <w:t>1:10:26  do you think it is permitted in islam? would you agree that the marriage of the prophet and khadijah was also a love marriage?" ji sahib, ab start baat hai, main love marriage ko ahmaqana marriage samajhta hoon,</w:t>
      </w:r>
      <w:r>
        <w:br/>
      </w:r>
      <w:r>
        <w:rPr>
          <w:sz w:val="20"/>
        </w:rPr>
        <w:t>1:10:42  yani pagalon ki marriage, pagalon ki. is liye ke dekhiye, aap love marriage hoti hai, tootta kyun hai? yani more than 50 percent love marriages nakam ho jati hain.</w:t>
      </w:r>
      <w:r>
        <w:br/>
      </w:r>
      <w:r>
        <w:rPr>
          <w:sz w:val="20"/>
        </w:rPr>
        <w:t>1:10:54  to what is that love marriage? jo pagal pan ki shadiyan hoti hain, usay kehte hain love marriage. india se le kar europe, america tak har jagah love marriage nakam hai.</w:t>
      </w:r>
    </w:p>
    <w:p>
      <w:pPr>
        <w:pStyle w:val="Heading2"/>
      </w:pPr>
      <w:r>
        <w:t>Prophetic formula of positive status quoism</w:t>
      </w:r>
    </w:p>
    <w:p>
      <w:r>
        <w:rPr>
          <w:color w:val="666666"/>
          <w:sz w:val="18"/>
        </w:rPr>
        <w:t>Islam and Peace (Part 2) (English) January 17, 2007 Maulana Wahiduddin Khan · 28s · at 17:44 · https://youtu.be/K5H4b8y4E7g?t=1064</w:t>
      </w:r>
    </w:p>
    <w:p>
      <w:r>
        <w:rPr>
          <w:i/>
        </w:rPr>
        <w:t>“This is the prophetic formula.”</w:t>
      </w:r>
    </w:p>
    <w:p>
      <w:r>
        <w:rPr>
          <w:sz w:val="20"/>
        </w:rPr>
        <w:t>17:44  this is the prophetic formula.</w:t>
      </w:r>
      <w:r>
        <w:br/>
      </w:r>
      <w:r>
        <w:rPr>
          <w:sz w:val="20"/>
        </w:rPr>
        <w:t>17:47  and this is, you can give a term it as positive state quo quest.</w:t>
      </w:r>
      <w:r>
        <w:br/>
      </w:r>
      <w:r>
        <w:rPr>
          <w:sz w:val="20"/>
        </w:rPr>
        <w:t>18:01  the prophet adopted this formula everywhere in mecca and medina, both.</w:t>
      </w:r>
    </w:p>
    <w:p>
      <w:pPr>
        <w:pStyle w:val="Heading2"/>
      </w:pPr>
      <w:r>
        <w:t>Hating people is as haram as alcohol</w:t>
      </w:r>
    </w:p>
    <w:p>
      <w:r>
        <w:rPr>
          <w:color w:val="666666"/>
          <w:sz w:val="18"/>
        </w:rPr>
        <w:t>Islamization of Muslims January 10, 2010 Maulana Wahiduddin Khan · 34s · at 1:21:06 · https://youtu.be/bjCT5yer37Q?t=4866</w:t>
      </w:r>
    </w:p>
    <w:p>
      <w:r>
        <w:rPr>
          <w:i/>
        </w:rPr>
        <w:t>“Hate was haram then, and haram now”</w:t>
      </w:r>
    </w:p>
    <w:p>
      <w:r>
        <w:rPr>
          <w:sz w:val="20"/>
        </w:rPr>
        <w:t>1:21:06  aap jo nahi khelte kyunke haraam hai, to nafrat kyun karte hain? aap woh kahan se aap jaiz kar liya? aap ne</w:t>
      </w:r>
      <w:r>
        <w:br/>
      </w:r>
      <w:r>
        <w:rPr>
          <w:sz w:val="20"/>
        </w:rPr>
        <w:t>1:21:12  yaad rakhiye, nafrat karna is waqt bhi haraam tha, aaj bhi haraam hai. kisi ko right nahi hai ke nafrat kare woh kisi se. koi excuse nahi hai.</w:t>
      </w:r>
      <w:r>
        <w:br/>
      </w:r>
      <w:r>
        <w:rPr>
          <w:sz w:val="20"/>
        </w:rPr>
        <w:t>1:21:22  yaad rakhiye, koi excuse nahi hota ke aap khwamkhwah khinzir kha rahe hain aur sharab pee rahe hain. koi excuse hai is ka? kisi bhi excuse se aap khinzir nahi khayenge.</w:t>
      </w:r>
      <w:r>
        <w:br/>
      </w:r>
      <w:r>
        <w:rPr>
          <w:sz w:val="20"/>
        </w:rPr>
        <w:t>1:21:33  is tak kisi bhi excuse se aap ko nafrat nahi karna hai. main khuda ke fazl se pehle bhi nahi nafrat ki, maine angrezon ke</w:t>
      </w:r>
    </w:p>
    <w:p>
      <w:pPr>
        <w:pStyle w:val="Heading2"/>
      </w:pPr>
      <w:r>
        <w:t>Without peace nothing is possible</w:t>
      </w:r>
    </w:p>
    <w:p>
      <w:r>
        <w:rPr>
          <w:color w:val="666666"/>
          <w:sz w:val="18"/>
        </w:rPr>
        <w:t>Understanding Islam, Peace and Jihad (English) | October 27, 2014 | Maulana Wahiduddin Khan · 30s · at 27:51 · https://youtu.be/HfVTQpI4A2w?t=1671</w:t>
      </w:r>
    </w:p>
    <w:p>
      <w:r>
        <w:rPr>
          <w:i/>
        </w:rPr>
        <w:t>“Without peace, you cannot do anything.”</w:t>
      </w:r>
    </w:p>
    <w:p>
      <w:r>
        <w:rPr>
          <w:sz w:val="20"/>
        </w:rPr>
        <w:t>27:51  wo.</w:t>
      </w:r>
      <w:r>
        <w:br/>
      </w:r>
      <w:r>
        <w:rPr>
          <w:sz w:val="20"/>
        </w:rPr>
        <w:t>27:55  you want to practice religion.</w:t>
      </w:r>
      <w:r>
        <w:br/>
      </w:r>
      <w:r>
        <w:rPr>
          <w:sz w:val="20"/>
        </w:rPr>
        <w:t>27:59  you want to preach your ideas.</w:t>
      </w:r>
      <w:r>
        <w:br/>
      </w:r>
      <w:r>
        <w:rPr>
          <w:sz w:val="20"/>
        </w:rPr>
        <w:t>28:04  All these things require peace, peaceful situation.</w:t>
      </w:r>
      <w:r>
        <w:br/>
      </w:r>
      <w:r>
        <w:rPr>
          <w:sz w:val="20"/>
        </w:rPr>
        <w:t>28:08  so, islam believes in peace.</w:t>
      </w:r>
      <w:r>
        <w:br/>
      </w:r>
      <w:r>
        <w:rPr>
          <w:sz w:val="20"/>
        </w:rPr>
        <w:t>28:12  And Islam tries to establish peace at any cost.</w:t>
      </w:r>
      <w:r>
        <w:br/>
      </w:r>
      <w:r>
        <w:rPr>
          <w:sz w:val="20"/>
        </w:rPr>
        <w:t>28:16  Because without peace, there is no progress</w:t>
      </w:r>
    </w:p>
    <w:p>
      <w:pPr>
        <w:pStyle w:val="Heading2"/>
      </w:pPr>
      <w:r>
        <w:t>Patience is the key to peace</w:t>
      </w:r>
    </w:p>
    <w:p>
      <w:r>
        <w:rPr>
          <w:color w:val="666666"/>
          <w:sz w:val="18"/>
        </w:rPr>
        <w:t>Discussion on Peace (Ulama Session- II) Peace Conference April 29-30, 2023 · 24s · at 28:30 · https://youtu.be/jWMy2u1iAEg?t=1710</w:t>
      </w:r>
    </w:p>
    <w:p>
      <w:r>
        <w:rPr>
          <w:i/>
        </w:rPr>
        <w:t>“पहली चीज़ जो थी उसमें एक सब्र के ऊपर”</w:t>
      </w:r>
    </w:p>
    <w:p>
      <w:r>
        <w:rPr>
          <w:sz w:val="20"/>
        </w:rPr>
        <w:t>28:30  jo char chapter uske aaye the usko focus karke main aapko bataunga. pehli cheez jo thi usmein ek sabr ke upar. sabr ke upar jo Maulana ne itna likha hai apna hi uski ahmiyat batayi hai ki jo humne ka sira jo hai woh sabr hai. aapke andar agar sabr nahi toh aap pura aman prasan nahi ban sakte hain.</w:t>
      </w:r>
      <w:r>
        <w:br/>
      </w:r>
      <w:r>
        <w:rPr>
          <w:sz w:val="20"/>
        </w:rPr>
        <w:t>28:54  bagair kisi jo aadmi jazbati hoga, besabra hoga vah aman se kaam nahin le sakta to, to pehli</w:t>
      </w:r>
    </w:p>
    <w:p>
      <w:pPr>
        <w:pStyle w:val="Heading2"/>
      </w:pPr>
      <w:r>
        <w:t>Two centuries of sacrifices gained nothing</w:t>
      </w:r>
    </w:p>
    <w:p>
      <w:r>
        <w:rPr>
          <w:color w:val="666666"/>
          <w:sz w:val="18"/>
        </w:rPr>
        <w:t>Revival of Muslim Ummah I 3rd February 13 · 1m 00s · at 13:16 · https://youtu.be/ArygqklqyhE?t=796</w:t>
      </w:r>
    </w:p>
    <w:p>
      <w:r>
        <w:rPr>
          <w:i/>
        </w:rPr>
        <w:t>“Register kar rahe hain history mein.”</w:t>
      </w:r>
    </w:p>
    <w:p>
      <w:r>
        <w:rPr>
          <w:sz w:val="20"/>
        </w:rPr>
        <w:t>13:16  register kar rahay hain history mein. Yeh hai, yeh hai woh ghalti jo hamein jaanna chahiye. Dekhiye, ab main aap ko yaad dilana chahta hoon ke do sau saal ki sacrifices se musalmanon ko mila kya? Yaani poori 19veen sadi, poori 20veen sadi musalmanon ki, momin ki sadi hai, tehreekon ki sadi hai, sacrifices ki sadi hai, tarah</w:t>
      </w:r>
      <w:r>
        <w:br/>
      </w:r>
      <w:r>
        <w:rPr>
          <w:sz w:val="20"/>
        </w:rPr>
        <w:t>13:46  tarah ki qurbaniyon ki sadi hai. Do sadiyan, do sadiyan. Mujhe koi shakhs bataye ke kya mila? Yaani positive, what was the positive gain? Positive gain kuch bhi nahi tha. Kuch bhi nahi, nothing. Sab qurbaaniyan, qurbaaniyan, qurbaaniyan. Yaani musalmanon ne apni jaanon ko halaak kiya, billion trillion dollar nuqsan pahunchaya, property ka, aur musalman backward community ban gaye duniya mein, backward community. Saare log yeh maantay</w:t>
      </w:r>
    </w:p>
    <w:p>
      <w:pPr>
        <w:pStyle w:val="Heading2"/>
      </w:pPr>
      <w:r>
        <w:t>My subject is Islam, not Muslims</w:t>
      </w:r>
    </w:p>
    <w:p>
      <w:r>
        <w:rPr>
          <w:color w:val="666666"/>
          <w:sz w:val="18"/>
        </w:rPr>
        <w:t>Interview of Maulana Wahiduddin Khan by Steve Chase · 30s · at 1:33 · https://youtu.be/dbDfvOYCLdA?t=93</w:t>
      </w:r>
    </w:p>
    <w:p>
      <w:r>
        <w:rPr>
          <w:i/>
        </w:rPr>
        <w:t>“My way of thinking is that I always say that my subject is Islam.”</w:t>
      </w:r>
    </w:p>
    <w:p>
      <w:r>
        <w:rPr>
          <w:sz w:val="20"/>
        </w:rPr>
        <w:t>1:33  So my way of thinking is that—I always say that my subject is Islam.</w:t>
      </w:r>
      <w:r>
        <w:br/>
      </w:r>
      <w:r>
        <w:rPr>
          <w:sz w:val="20"/>
        </w:rPr>
        <w:t>1:39  Muslim has not been my subject.</w:t>
      </w:r>
      <w:r>
        <w:br/>
      </w:r>
      <w:r>
        <w:rPr>
          <w:sz w:val="20"/>
        </w:rPr>
        <w:t>1:45  So I always study Islam from Islamic texts.</w:t>
      </w:r>
      <w:r>
        <w:br/>
      </w:r>
      <w:r>
        <w:rPr>
          <w:sz w:val="20"/>
        </w:rPr>
        <w:t>1:51  So I differentiate between Islam and Muslims.</w:t>
      </w:r>
      <w:r>
        <w:br/>
      </w:r>
      <w:r>
        <w:rPr>
          <w:sz w:val="20"/>
        </w:rPr>
        <w:t>1:57  So according to my study, the first source of Islam</w:t>
      </w:r>
    </w:p>
    <w:p>
      <w:pPr>
        <w:pStyle w:val="Heading2"/>
      </w:pPr>
      <w:r>
        <w:t>Dawah's only valid intention is the hereafter, not glory</w:t>
      </w:r>
    </w:p>
    <w:p>
      <w:r>
        <w:rPr>
          <w:color w:val="666666"/>
          <w:sz w:val="18"/>
        </w:rPr>
        <w:t>Present Muslims- A Case of Wrong Identity February 13, 2011 · 59s · at 1:14:32 · https://youtu.be/gDX72gIRL4E?t=4472</w:t>
      </w:r>
    </w:p>
    <w:p>
      <w:r>
        <w:rPr>
          <w:i/>
        </w:rPr>
        <w:t>“Dawat ka kaam kis niyat ke tehat karna matlub hai?”</w:t>
      </w:r>
    </w:p>
    <w:p>
      <w:r>
        <w:rPr>
          <w:sz w:val="20"/>
        </w:rPr>
        <w:t>1:14:32  past glory ke liye, hukumat ke liye, ya akhirat ke liye ?"</w:t>
      </w:r>
      <w:r>
        <w:br/>
      </w:r>
      <w:r>
        <w:rPr>
          <w:sz w:val="20"/>
        </w:rPr>
        <w:t>1:14:37  iske bare mein bataein, sirf akhirat ke liye. past glory se koi ta'alluq iska nahin, hukumat se koi ta'alluq iska nahin .</w:t>
      </w:r>
      <w:r>
        <w:br/>
      </w:r>
      <w:r>
        <w:rPr>
          <w:sz w:val="20"/>
        </w:rPr>
        <w:t>1:14:47  yeh naseehatnasihah hai. quran majeed mein hai ke nabi ne kaha ke nabi ne: "main tumhara khair khwah hoon." to iska jo sar chashma hai, woh khair khwahi hai.</w:t>
      </w:r>
      <w:r>
        <w:br/>
      </w:r>
      <w:r>
        <w:rPr>
          <w:sz w:val="20"/>
        </w:rPr>
        <w:t>1:15:02  nabi ne apne mad'oo logon se kaha ke: "main tumhara khair khwah hoon. main tumhe chahta hoon ke tum ko nijat akhirat</w:t>
      </w:r>
      <w:r>
        <w:br/>
      </w:r>
      <w:r>
        <w:rPr>
          <w:sz w:val="20"/>
        </w:rPr>
        <w:t>1:15:10  mile, tum ko allah ki pakad se to bach jao. akhirat mein tum ko abadi jannat mile." bas insaan ki khair khwahi uska muharrik hai, na ke hukumat ya fakhr.</w:t>
      </w:r>
      <w:r>
        <w:br/>
      </w:r>
      <w:r>
        <w:rPr>
          <w:sz w:val="20"/>
        </w:rPr>
        <w:t>1:15:22  woh bilkul batil hai, iska dawat se koi ta'alluq nahin hai. woh sab yani woh sab community work hai.</w:t>
      </w:r>
    </w:p>
    <w:p>
      <w:pPr>
        <w:pStyle w:val="Heading2"/>
      </w:pPr>
      <w:r>
        <w:t>Hadith: all human beings are brothers and sisters</w:t>
      </w:r>
    </w:p>
    <w:p>
      <w:r>
        <w:rPr>
          <w:color w:val="666666"/>
          <w:sz w:val="18"/>
        </w:rPr>
        <w:t>Attributes of a Dayee October 31, 2010 · 23s · at 11:03 · https://youtu.be/-inz5O22QGE?t=663</w:t>
      </w:r>
    </w:p>
    <w:p>
      <w:r>
        <w:rPr>
          <w:i/>
        </w:rPr>
        <w:t>“Inna al-ibaada kulluhum ikhwa, sab insan bhai bhai hain”</w:t>
      </w:r>
    </w:p>
    <w:p>
      <w:r>
        <w:rPr>
          <w:sz w:val="20"/>
        </w:rPr>
        <w:t>11:03  rasool Allah ne farmaya tha ke "إِنَّالْعِبَادَكُلُّهُمْإِخْوَةٌ" . saare insaan bhai bhai hain.</w:t>
      </w:r>
      <w:r>
        <w:br/>
      </w:r>
      <w:r>
        <w:rPr>
          <w:sz w:val="20"/>
        </w:rPr>
        <w:t>11:14  saare log jo hain, woh hamare liye. saari khawateen hamari sister hain. saare insaan hamare brother hain.</w:t>
      </w:r>
    </w:p>
    <w:p>
      <w:pPr>
        <w:pStyle w:val="Heading2"/>
      </w:pPr>
      <w:r>
        <w:t>Qur'an: reconciliation and peace are always best</w:t>
      </w:r>
    </w:p>
    <w:p>
      <w:r>
        <w:rPr>
          <w:color w:val="666666"/>
          <w:sz w:val="18"/>
        </w:rPr>
        <w:t>Multi Religious Society and Islam (English) March 3, 2007 · 47s · at 54:21 · https://youtu.be/13uSBqf_XHg?t=3261</w:t>
      </w:r>
    </w:p>
    <w:p>
      <w:r>
        <w:rPr>
          <w:i/>
        </w:rPr>
        <w:t>“Al-sulh khair — reconciliation is the best”</w:t>
      </w:r>
    </w:p>
    <w:p>
      <w:r>
        <w:rPr>
          <w:sz w:val="20"/>
        </w:rPr>
        <w:t>54:21  it is "alsulh khair." "alsulh khair" means</w:t>
      </w:r>
      <w:r>
        <w:br/>
      </w:r>
      <w:r>
        <w:rPr>
          <w:sz w:val="20"/>
        </w:rPr>
        <w:t>54:32  conciliation is the best. reconciliation is the best. that is peaceful behavior, conciliatory behavior, non confrontation approach is the best for a believer.</w:t>
      </w:r>
      <w:r>
        <w:br/>
      </w:r>
      <w:r>
        <w:rPr>
          <w:sz w:val="20"/>
        </w:rPr>
        <w:t>54:51  "alsulh khair.</w:t>
      </w:r>
      <w:r>
        <w:br/>
      </w:r>
      <w:r>
        <w:rPr>
          <w:sz w:val="20"/>
        </w:rPr>
        <w:t>54:53  " "sulh" means peace, tolerance, adjustment. this kind of behavior is the best for a believer.</w:t>
      </w:r>
    </w:p>
    <w:p>
      <w:pPr>
        <w:pStyle w:val="Heading2"/>
      </w:pPr>
      <w:r>
        <w:t>Indirect proof of Creator</w:t>
      </w:r>
    </w:p>
    <w:p>
      <w:r>
        <w:rPr>
          <w:color w:val="666666"/>
          <w:sz w:val="18"/>
        </w:rPr>
        <w:t>Art of Questioning | May 20, 2017 · 30s · at 8:20 · https://youtu.be/mTDFeXED7PA?t=500</w:t>
      </w:r>
    </w:p>
    <w:p>
      <w:r>
        <w:rPr>
          <w:i/>
        </w:rPr>
        <w:t>“Creator ka indirect thaboot hai”</w:t>
      </w:r>
    </w:p>
    <w:p>
      <w:r>
        <w:rPr>
          <w:sz w:val="20"/>
        </w:rPr>
        <w:t>8:20  agar is ka direct suboot hai to creator jo hai is ka hi direct suboot hai.</w:t>
      </w:r>
      <w:r>
        <w:br/>
      </w:r>
      <w:r>
        <w:rPr>
          <w:sz w:val="20"/>
        </w:rPr>
        <w:t>8:28  aur indirect suboot ziyada bara hai.</w:t>
      </w:r>
      <w:r>
        <w:br/>
      </w:r>
      <w:r>
        <w:rPr>
          <w:sz w:val="20"/>
        </w:rPr>
        <w:t>8:35  kyun ke tamam bari bari cheezain indirect hi tor in ka proof direct hi milta hai.</w:t>
      </w:r>
      <w:r>
        <w:br/>
      </w:r>
      <w:r>
        <w:rPr>
          <w:sz w:val="20"/>
        </w:rPr>
        <w:t>8:43  jaisa ke modern science batati hai. to sawal</w:t>
      </w:r>
      <w:r>
        <w:br/>
      </w:r>
      <w:r>
        <w:rPr>
          <w:sz w:val="20"/>
        </w:rPr>
        <w:t>8:51  jo hai jis se mana kiya gaya hai jis ko kehtay hain khwamkhwah ka sawal, kathoot jo hoti</w:t>
      </w:r>
    </w:p>
    <w:p>
      <w:pPr>
        <w:pStyle w:val="Heading2"/>
      </w:pPr>
      <w:r>
        <w:t>Human-friendly behavior required of believers</w:t>
      </w:r>
    </w:p>
    <w:p>
      <w:r>
        <w:rPr>
          <w:color w:val="666666"/>
          <w:sz w:val="18"/>
        </w:rPr>
        <w:t>Multi-Religious Societies in Islam (Part 2) (English) 3 March 2007 - Maulana Wahiduddin Khan · 28s · at 5:58 · https://youtu.be/_SzmGqjYeOo?t=358</w:t>
      </w:r>
    </w:p>
    <w:p>
      <w:r>
        <w:rPr>
          <w:i/>
        </w:rPr>
        <w:t>“In modern terms, I can say that the only religious behavior”</w:t>
      </w:r>
    </w:p>
    <w:p>
      <w:r>
        <w:rPr>
          <w:sz w:val="20"/>
        </w:rPr>
        <w:t>5:58  in modern term, I can say that the only, the only religious behavior required by every,</w:t>
      </w:r>
      <w:r>
        <w:br/>
      </w:r>
      <w:r>
        <w:rPr>
          <w:sz w:val="20"/>
        </w:rPr>
        <w:t>6:14  required in every believer is insan friendly behavior, man friendly behavior.</w:t>
      </w:r>
    </w:p>
    <w:p>
      <w:pPr>
        <w:pStyle w:val="Heading2"/>
      </w:pPr>
      <w:r>
        <w:t>hadith: Prophet always chose the easier, peaceful course</w:t>
      </w:r>
    </w:p>
    <w:p>
      <w:r>
        <w:rPr>
          <w:color w:val="666666"/>
          <w:sz w:val="18"/>
        </w:rPr>
        <w:t>Peaceful Activism vs Violent Activism May 23, 2009 · 48s · at 23:49 · https://youtu.be/LlwiET1Kb5w?t=1429</w:t>
      </w:r>
    </w:p>
    <w:p>
      <w:r>
        <w:rPr>
          <w:i/>
        </w:rPr>
        <w:t>“There's a hadith in Sahih Bukhari about the Prophet's policy.”</w:t>
      </w:r>
    </w:p>
    <w:p>
      <w:r>
        <w:rPr>
          <w:sz w:val="20"/>
        </w:rPr>
        <w:t>23:49  there is a hadith in the, in sahih al-bukhari, that rasulullah sallallahu alaihi wasallam,</w:t>
      </w:r>
      <w:r>
        <w:br/>
      </w:r>
      <w:r>
        <w:rPr>
          <w:sz w:val="20"/>
        </w:rPr>
        <w:t>24:01  it means that whenever the prophet had to choose between the two, he always opted for easier course of action rather than harder course of action.</w:t>
      </w:r>
      <w:r>
        <w:br/>
      </w:r>
      <w:r>
        <w:rPr>
          <w:sz w:val="20"/>
        </w:rPr>
        <w:t>24:12  in other words, peaceful course of action rather than violent course of action.</w:t>
      </w:r>
      <w:r>
        <w:br/>
      </w:r>
      <w:r>
        <w:rPr>
          <w:sz w:val="20"/>
        </w:rPr>
        <w:t>24:18  this was the basic, this is the basic principle of prophet of Islam. this is the was the general policy of the prophet of Islam.</w:t>
      </w:r>
      <w:r>
        <w:br/>
      </w:r>
      <w:r>
        <w:rPr>
          <w:sz w:val="20"/>
        </w:rPr>
        <w:t>24:29  this hadith give us what was the general policy of the prophet of Islam.</w:t>
      </w:r>
    </w:p>
    <w:p>
      <w:pPr>
        <w:pStyle w:val="Heading2"/>
      </w:pPr>
      <w:r>
        <w:t>kalam is time-bound knowledge, relevance expires with its era</w:t>
      </w:r>
    </w:p>
    <w:p>
      <w:r>
        <w:rPr>
          <w:color w:val="666666"/>
          <w:sz w:val="18"/>
        </w:rPr>
        <w:t>Ilm-e-Kalaam Tajdeed-e-Deen Book by Maulana Wahiduddin Khan · 26s · at 1:18 · https://youtu.be/8OqRuoQaggk?t=78</w:t>
      </w:r>
    </w:p>
    <w:p>
      <w:r>
        <w:rPr>
          <w:i/>
        </w:rPr>
        <w:t>“Ilm-e-kalam ek zamani ilm hai, uski ahmiyat khud khatam ho jati hai”</w:t>
      </w:r>
    </w:p>
    <w:p>
      <w:r>
        <w:rPr>
          <w:sz w:val="20"/>
        </w:rPr>
        <w:t>1:18  dusri taraf waqt ke ilmi mayar par islam ki numaindagi kar saken. magar ilm-e-kalam ain apni noiyat ke aitbar se ek zamani ilm hai.</w:t>
      </w:r>
      <w:r>
        <w:br/>
      </w:r>
      <w:r>
        <w:rPr>
          <w:sz w:val="20"/>
        </w:rPr>
        <w:t>1:29  woh islam ki daimi haqiqat ko zamani istilahaat mein bayan karta hai, is liye is ki ahmiyat is waqt khud ba khud khatam ho jati hai jabke woh zamana khatam ho jaye jis ke andar woh wajood mein aaya tha.</w:t>
      </w:r>
    </w:p>
    <w:p>
      <w:pPr>
        <w:pStyle w:val="Heading2"/>
      </w:pPr>
      <w:r>
        <w:t>disciples spread the message peacefully, not violently</w:t>
      </w:r>
    </w:p>
    <w:p>
      <w:r>
        <w:rPr>
          <w:color w:val="666666"/>
          <w:sz w:val="18"/>
        </w:rPr>
        <w:t>A Talk by Maulana Wahiduddin Khan Given to Members of CPS - Kashmir 1st December 2012 · 22s · at 12:21 · https://youtu.be/EJdrj1olpic?t=741</w:t>
      </w:r>
    </w:p>
    <w:p>
      <w:r>
        <w:rPr>
          <w:i/>
        </w:rPr>
        <w:t>“The disciples fought no war, no militancy”</w:t>
      </w:r>
    </w:p>
    <w:p>
      <w:r>
        <w:rPr>
          <w:sz w:val="20"/>
        </w:rPr>
        <w:t>12:21  yani hawariyon ne aap ka sath diya, aur sath dene ka kya matlab kaha tha? Aap ke message ko phailana. Hawariyon ne koi ladai nahi ki, koi militancy nahi chalai,</w:t>
      </w:r>
      <w:r>
        <w:br/>
      </w:r>
      <w:r>
        <w:rPr>
          <w:sz w:val="20"/>
        </w:rPr>
        <w:t>12:37  peaceful tareeqay se Hazrat Masih ke paigham ko phailaya.</w:t>
      </w:r>
    </w:p>
    <w:p>
      <w:pPr>
        <w:pStyle w:val="Heading2"/>
      </w:pPr>
      <w:r>
        <w:t>Hadith: bigger trial means bigger reward</w:t>
      </w:r>
    </w:p>
    <w:p>
      <w:r>
        <w:rPr>
          <w:color w:val="666666"/>
          <w:sz w:val="18"/>
        </w:rPr>
        <w:t>A Talk by Maulana Given to The Members of Kashmir October 31, 2011 · 32s · at 18:27 · https://youtu.be/WU9aSqw2rCs?t=1107</w:t>
      </w:r>
    </w:p>
    <w:p>
      <w:r>
        <w:rPr>
          <w:i/>
        </w:rPr>
        <w:t>“Jitni badi azmaish, utna bada inaam”</w:t>
      </w:r>
    </w:p>
    <w:p>
      <w:r>
        <w:rPr>
          <w:sz w:val="20"/>
        </w:rPr>
        <w:t>18:27  wahan par to yaani halakat ke risk le kar da'wati kaam karna hai. to mujhe ek hadith yaad aayi: "Inna a'zam al-jazaa'a a'zam al-balaa'a".</w:t>
      </w:r>
      <w:r>
        <w:br/>
      </w:r>
      <w:r>
        <w:rPr>
          <w:sz w:val="20"/>
        </w:rPr>
        <w:t>18:43  yaani jitna bari aazmaish, utna hi zyada inaam.</w:t>
      </w:r>
      <w:r>
        <w:br/>
      </w:r>
      <w:r>
        <w:rPr>
          <w:sz w:val="20"/>
        </w:rPr>
        <w:t>18:49  jitni bari aazmaish, utna bada inaam. to kashmir ke logon ko to yeh ek bohat bari basharat hai.</w:t>
      </w:r>
    </w:p>
    <w:p>
      <w:pPr>
        <w:pStyle w:val="Heading2"/>
      </w:pPr>
      <w:r>
        <w:t>Jihad means peaceful struggle</w:t>
      </w:r>
    </w:p>
    <w:p>
      <w:r>
        <w:rPr>
          <w:color w:val="666666"/>
          <w:sz w:val="18"/>
        </w:rPr>
        <w:t>Interview of Maulana Wahiduddin Khan by Steve Chase · 35s · at 21:26 · https://youtu.be/dbDfvOYCLdA?t=1286</w:t>
      </w:r>
    </w:p>
    <w:p>
      <w:r>
        <w:rPr>
          <w:i/>
        </w:rPr>
        <w:t>“The word jihad is an Arabic word.”</w:t>
      </w:r>
    </w:p>
    <w:p>
      <w:r>
        <w:rPr>
          <w:sz w:val="20"/>
        </w:rPr>
        <w:t>21:26  The word jihad is an Arabic word.</w:t>
      </w:r>
      <w:r>
        <w:br/>
      </w:r>
      <w:r>
        <w:rPr>
          <w:sz w:val="20"/>
        </w:rPr>
        <w:t>21:33  And literally it means to strike, to struggle.</w:t>
      </w:r>
      <w:r>
        <w:br/>
      </w:r>
      <w:r>
        <w:rPr>
          <w:sz w:val="20"/>
        </w:rPr>
        <w:t>21:40  Jihad has nothing to do with—with—with war and violence.</w:t>
      </w:r>
      <w:r>
        <w:br/>
      </w:r>
      <w:r>
        <w:rPr>
          <w:sz w:val="20"/>
        </w:rPr>
        <w:t>21:47  Not at all.</w:t>
      </w:r>
      <w:r>
        <w:br/>
      </w:r>
      <w:r>
        <w:rPr>
          <w:sz w:val="20"/>
        </w:rPr>
        <w:t>21:55  If you want to see reference, I would refer one verse of the Quran. Do</w:t>
      </w:r>
    </w:p>
    <w:p>
      <w:pPr>
        <w:pStyle w:val="Heading2"/>
      </w:pPr>
      <w:r>
        <w:t>Mahdi is whoever rediscovers Islam's relevance in the modern age</w:t>
      </w:r>
    </w:p>
    <w:p>
      <w:r>
        <w:rPr>
          <w:color w:val="666666"/>
          <w:sz w:val="18"/>
        </w:rPr>
        <w:t>Reinterpretation of Islam April 12, 2009 · 50s · at 44:39 · https://youtu.be/QMG_eov11Po?t=2679</w:t>
      </w:r>
    </w:p>
    <w:p>
      <w:r>
        <w:rPr>
          <w:i/>
        </w:rPr>
        <w:t>“Mahdi ka matlab yahi hai ke wohi Islam”</w:t>
      </w:r>
    </w:p>
    <w:p>
      <w:r>
        <w:rPr>
          <w:sz w:val="20"/>
        </w:rPr>
        <w:t>44:39  mehdi ka matlab yahi hai ke wohi Islam, jo pehle wala Islam, us ko jo modern idiom mein discover karega, wohi mehdi hoga.</w:t>
      </w:r>
      <w:r>
        <w:br/>
      </w:r>
      <w:r>
        <w:rPr>
          <w:sz w:val="20"/>
        </w:rPr>
        <w:t>44:52  in changing situation mein Islam ko rediscover karna, Islam ki relevance ko.</w:t>
      </w:r>
      <w:r>
        <w:br/>
      </w:r>
      <w:r>
        <w:rPr>
          <w:sz w:val="20"/>
        </w:rPr>
        <w:t>45:00  aap jaante hain ke is zamane mein aap aise log bohat milenge, aap ko jo samajhte hain ke Islam has no relevance in modern age. there are millions, millions people they think like this: Islam has lost its relevance in modern age.</w:t>
      </w:r>
      <w:r>
        <w:br/>
      </w:r>
      <w:r>
        <w:rPr>
          <w:sz w:val="20"/>
        </w:rPr>
        <w:t>45:17  toh yeh aise zamane mein jab ke apparently, yani Islam apna relevance kho chuka hai, us waqt Islam ki relevance ko rediscover karna, yeh modern age mein</w:t>
      </w:r>
    </w:p>
    <w:p>
      <w:pPr>
        <w:pStyle w:val="Heading2"/>
      </w:pPr>
      <w:r>
        <w:t>Peaceful method is best in Islam</w:t>
      </w:r>
    </w:p>
    <w:p>
      <w:r>
        <w:rPr>
          <w:color w:val="666666"/>
          <w:sz w:val="18"/>
        </w:rPr>
        <w:t>Shantum Seth Group Questions I February 2, 2008 · 31s · at 3:40 · https://youtu.be/ORQJV96Zd5w?t=220</w:t>
      </w:r>
    </w:p>
    <w:p>
      <w:r>
        <w:rPr>
          <w:i/>
        </w:rPr>
        <w:t>“Then there is a verse in the Quran, As-Sulhu Khair.”</w:t>
      </w:r>
    </w:p>
    <w:p>
      <w:r>
        <w:rPr>
          <w:sz w:val="20"/>
        </w:rPr>
        <w:t>3:40  Then there is a verse in the Quran, As-Sulhu Khair.</w:t>
      </w:r>
      <w:r>
        <w:br/>
      </w:r>
      <w:r>
        <w:rPr>
          <w:sz w:val="20"/>
        </w:rPr>
        <w:t>3:46  This verse gives us the general policy of Islam, and that is peace.</w:t>
      </w:r>
      <w:r>
        <w:br/>
      </w:r>
      <w:r>
        <w:rPr>
          <w:sz w:val="20"/>
        </w:rPr>
        <w:t>3:52  As-Sulhu Khair means peaceful method is the best.</w:t>
      </w:r>
      <w:r>
        <w:br/>
      </w:r>
      <w:r>
        <w:rPr>
          <w:sz w:val="20"/>
        </w:rPr>
        <w:t>3:58  Peaceful solution is the best.</w:t>
      </w:r>
      <w:r>
        <w:br/>
      </w:r>
      <w:r>
        <w:rPr>
          <w:sz w:val="20"/>
        </w:rPr>
        <w:t>4:04  So in every aspect, Islam is a religion of peace.</w:t>
      </w:r>
      <w:r>
        <w:br/>
      </w:r>
      <w:r>
        <w:rPr>
          <w:sz w:val="20"/>
        </w:rPr>
        <w:t>4:11  Here I can say that there is no war in Islam other than defensive war. Other than defensive war, there is no war in Islam.</w:t>
      </w:r>
    </w:p>
    <w:p>
      <w:pPr>
        <w:pStyle w:val="Heading2"/>
      </w:pPr>
      <w:r>
        <w:t>Need to rethink Muslim mindset</w:t>
      </w:r>
    </w:p>
    <w:p>
      <w:r>
        <w:rPr>
          <w:color w:val="666666"/>
          <w:sz w:val="18"/>
        </w:rPr>
        <w:t>Believers and Non-Belivers (In Conversation with Maulana) · 36s · at 21:12 · https://youtu.be/a5IoCo05gaw?t=1272</w:t>
      </w:r>
    </w:p>
    <w:p>
      <w:r>
        <w:rPr>
          <w:i/>
        </w:rPr>
        <w:t>“To rethink jab tak nahi karenge”</w:t>
      </w:r>
    </w:p>
    <w:p>
      <w:r>
        <w:rPr>
          <w:sz w:val="20"/>
        </w:rPr>
        <w:t>21:12  toh rethink jab tak nahi karenge, jab tak apni galti ko daryaft nahi karenge, iski mere khayal se islah nahi ho sakti hai.</w:t>
      </w:r>
      <w:r>
        <w:br/>
      </w:r>
      <w:r>
        <w:rPr>
          <w:sz w:val="20"/>
        </w:rPr>
        <w:t>21:23  yeh musalmanon ko daryaft karna padega ki yeh maujoodgi ke obsession mein jee rahe hain. maujoodgi ka jo border tha, us border ko ki ab zaroorat hi nahi rahi. woh border khatm chuka. woh ab model doosra aa gaya. kyunki hamare jitne likhne wale hain, jitne hamare bolne wale hain, unhone usi ko pakka kiya hai. one to all, jitne bhi likhne wale hain, chahe arab se paida hue ho, india mein paida hue ho,</w:t>
      </w:r>
    </w:p>
    <w:p>
      <w:pPr>
        <w:pStyle w:val="Heading2"/>
      </w:pPr>
      <w:r>
        <w:t>Hadith: a person's death marks the start of their Qiyamah</w:t>
      </w:r>
    </w:p>
    <w:p>
      <w:r>
        <w:rPr>
          <w:color w:val="666666"/>
          <w:sz w:val="18"/>
        </w:rPr>
        <w:t>Reinterpretation of Islam April 12, 2009 · 32s · at 59:30 · https://youtu.be/QMG_eov11Po?t=3570</w:t>
      </w:r>
    </w:p>
    <w:p>
      <w:r>
        <w:rPr>
          <w:i/>
        </w:rPr>
        <w:t>“Jab hi dies, hiz qiyamah begins”</w:t>
      </w:r>
    </w:p>
    <w:p>
      <w:r>
        <w:rPr>
          <w:sz w:val="20"/>
        </w:rPr>
        <w:t>59:30  mamma faqat qamat Qayamatuhu.</w:t>
      </w:r>
      <w:r>
        <w:br/>
      </w:r>
      <w:r>
        <w:rPr>
          <w:sz w:val="20"/>
        </w:rPr>
        <w:t>59:36  when he dies, his Qayamat begins. so there is no difference between death and Qayamat. mamma faqat qamat Qayamatuhu.</w:t>
      </w:r>
      <w:r>
        <w:br/>
      </w:r>
      <w:r>
        <w:rPr>
          <w:sz w:val="20"/>
        </w:rPr>
        <w:t>59:50  jab aadmi mara to qayamat shuru ho gayi.</w:t>
      </w:r>
      <w:r>
        <w:br/>
      </w:r>
      <w:r>
        <w:rPr>
          <w:sz w:val="20"/>
        </w:rPr>
        <w:t>59:56  so according to hadith, there is no difference, no no distance.</w:t>
      </w:r>
    </w:p>
    <w:p>
      <w:pPr>
        <w:pStyle w:val="Heading2"/>
      </w:pPr>
      <w:r>
        <w:t>Don't fight a problem, find its alternative instead</w:t>
      </w:r>
    </w:p>
    <w:p>
      <w:r>
        <w:rPr>
          <w:color w:val="666666"/>
          <w:sz w:val="18"/>
        </w:rPr>
        <w:t>Age of Alternatives April 05, 2015 · 28s · at 5:31 · https://youtu.be/4v0uCM2BZuA?t=331</w:t>
      </w:r>
    </w:p>
    <w:p>
      <w:r>
        <w:rPr>
          <w:i/>
        </w:rPr>
        <w:t>“When a problem comes, don't clash with it”</w:t>
      </w:r>
    </w:p>
    <w:p>
      <w:r>
        <w:rPr>
          <w:sz w:val="20"/>
        </w:rPr>
        <w:t>5:31  to problem jo aata hai, to foran aadmi ke andar kya soch aati hai ke is problem ko hatao, is problem se takrao, is problem se laro.</w:t>
      </w:r>
      <w:r>
        <w:br/>
      </w:r>
      <w:r>
        <w:rPr>
          <w:sz w:val="20"/>
        </w:rPr>
        <w:t>5:41  yeh against di law of nature hai. jab problem aaye to is ka alternative talash karo.</w:t>
      </w:r>
      <w:r>
        <w:br/>
      </w:r>
      <w:r>
        <w:rPr>
          <w:sz w:val="20"/>
        </w:rPr>
        <w:t>5:52  no complain, no protest, no violence.</w:t>
      </w:r>
      <w:r>
        <w:br/>
      </w:r>
      <w:r>
        <w:rPr>
          <w:sz w:val="20"/>
        </w:rPr>
        <w:t>6:00  agar aap</w:t>
      </w:r>
    </w:p>
    <w:p>
      <w:pPr>
        <w:pStyle w:val="Heading2"/>
      </w:pPr>
      <w:r>
        <w:t>Quran promise: patience and God-consciousness defeat conspiracies</w:t>
      </w:r>
    </w:p>
    <w:p>
      <w:r>
        <w:rPr>
          <w:color w:val="666666"/>
          <w:sz w:val="18"/>
        </w:rPr>
        <w:t>Culture of Peace and Non Voilence in Islam January 14, 2023 · 37s · at 21:21 · https://youtu.be/INrBUtThaRw?t=1281</w:t>
      </w:r>
    </w:p>
    <w:p>
      <w:r>
        <w:rPr>
          <w:i/>
        </w:rPr>
        <w:t>“Agar tum sabar karo aur Allah ka taqwa ikhtiyar karo”</w:t>
      </w:r>
    </w:p>
    <w:p>
      <w:r>
        <w:rPr>
          <w:sz w:val="20"/>
        </w:rPr>
        <w:t>21:21  to quran mein aaya hai chapter third aur verse 120 mein ke agar tum sabar karo aur allah ka taqwa ikhtiyar karo to un ki koi sazish tum ko hargiz nuqsan na pohanchaye gi.</w:t>
      </w:r>
      <w:r>
        <w:br/>
      </w:r>
      <w:r>
        <w:rPr>
          <w:sz w:val="20"/>
        </w:rPr>
        <w:t>21:34  to ab jab allah taala keh raha hai ke hargiz nuqsan nahi tumhein pohanche ga, to hamein thora sa sochna chahiye na ke kya matlab hai ke sabar karo aur allah ka taqwa ikhtiyar karo, allah se daro, allah ki jo guidelines</w:t>
      </w:r>
      <w:r>
        <w:br/>
      </w:r>
      <w:r>
        <w:rPr>
          <w:sz w:val="20"/>
        </w:rPr>
        <w:t>21:49  hain, wo is ke mutabiq apni zindagi guzaro. to sabar aur planning jo hai, wo har sazish ko nakam bana deti hai.</w:t>
      </w:r>
    </w:p>
    <w:p>
      <w:pPr>
        <w:pStyle w:val="Heading2"/>
      </w:pPr>
      <w:r>
        <w:t>state terrorism is not a real category, states may lawfully arm</w:t>
      </w:r>
    </w:p>
    <w:p>
      <w:r>
        <w:rPr>
          <w:color w:val="666666"/>
          <w:sz w:val="18"/>
        </w:rPr>
        <w:t>Peaceful Activism vs Violent Activism May 23, 2009 · 39s · at 53:57 · https://youtu.be/LlwiET1Kb5w?t=3237</w:t>
      </w:r>
    </w:p>
    <w:p>
      <w:r>
        <w:rPr>
          <w:i/>
        </w:rPr>
        <w:t>“No, I don't subscribe to this notion of state terrorism.”</w:t>
      </w:r>
    </w:p>
    <w:p>
      <w:r>
        <w:rPr>
          <w:sz w:val="20"/>
        </w:rPr>
        <w:t>53:57  no, i don't subscribe with this notion. state terrorism was kind by so called human right activist.</w:t>
      </w:r>
      <w:r>
        <w:br/>
      </w:r>
      <w:r>
        <w:rPr>
          <w:sz w:val="20"/>
        </w:rPr>
        <w:t>54:07  no such thing that is state terrorism. state is allowed to arm you, to use arms.</w:t>
      </w:r>
      <w:r>
        <w:br/>
      </w:r>
      <w:r>
        <w:rPr>
          <w:sz w:val="20"/>
        </w:rPr>
        <w:t>54:16  when an state, when a state uses arms, so allowed, but other organizations are not allowed.</w:t>
      </w:r>
      <w:r>
        <w:br/>
      </w:r>
      <w:r>
        <w:rPr>
          <w:sz w:val="20"/>
        </w:rPr>
        <w:t>54:27  so, all those activities by ngos is basically wrong.</w:t>
      </w:r>
    </w:p>
    <w:p>
      <w:pPr>
        <w:pStyle w:val="Heading2"/>
      </w:pPr>
      <w:r>
        <w:t>Differences as dissent, not controversy, in every field</w:t>
      </w:r>
    </w:p>
    <w:p>
      <w:r>
        <w:rPr>
          <w:color w:val="666666"/>
          <w:sz w:val="18"/>
        </w:rPr>
        <w:t>Differences Are a Part Of Nature CPS Women Discussion 24 September 17, 2023 · 51s · at 25:12 · https://youtu.be/uL_xIxYZtw4?t=1512</w:t>
      </w:r>
    </w:p>
    <w:p>
      <w:r>
        <w:rPr>
          <w:i/>
        </w:rPr>
        <w:t>“I would like to say something regarding this difference”</w:t>
      </w:r>
    </w:p>
    <w:p>
      <w:r>
        <w:rPr>
          <w:sz w:val="20"/>
        </w:rPr>
        <w:t>25:12  yeh point bahut achha mujhe nazar a padta hai. Samajh mein aaya jiza kar lao aap. Nahi. I would like to say something regarding this difference. Difference important in both fields, secular, religious. Somebody is on mute. Please mute yourself, Swiya head up. Ok, thank you.</w:t>
      </w:r>
      <w:r>
        <w:br/>
      </w:r>
      <w:r>
        <w:rPr>
          <w:sz w:val="20"/>
        </w:rPr>
        <w:t>25:36  What I was saying differences is important in every field, in secular as well as in religious field. It is a form of descent rather than a matter of controversy. It provide us with a kind of ladder to which to attend the higher reaches of our lives. Without difference, no development is possible in any branch of intellectual learning.</w:t>
      </w:r>
      <w:r>
        <w:br/>
      </w:r>
      <w:r>
        <w:rPr>
          <w:sz w:val="20"/>
        </w:rPr>
        <w:t>26:03  So I, we have many ladies who is attending the session. If anyone would like to share the learning, please raise your hand. Aisha you want to say something? Please. Wali bhi Sahab.</w:t>
      </w:r>
    </w:p>
    <w:p>
      <w:pPr>
        <w:pStyle w:val="Heading2"/>
      </w:pPr>
      <w:r>
        <w:t>Hadith: men and women are equal halves</w:t>
      </w:r>
    </w:p>
    <w:p>
      <w:r>
        <w:rPr>
          <w:color w:val="666666"/>
          <w:sz w:val="18"/>
        </w:rPr>
        <w:t>Islam Principles and Practice (English) September 8, 2007 Maulana Wahiduddin Khan · 36s · at 19:18 · https://youtu.be/2wOdR0to6gs?t=1158</w:t>
      </w:r>
    </w:p>
    <w:p>
      <w:r>
        <w:rPr>
          <w:i/>
        </w:rPr>
        <w:t>“Men and women are two equal halves of a single unit.”</w:t>
      </w:r>
    </w:p>
    <w:p>
      <w:r>
        <w:rPr>
          <w:sz w:val="20"/>
        </w:rPr>
        <w:t>19:18  But as far as the Quran and Hadith is concerned, you cannot find such discrimination. For example, there is a hadith the Prophet of Islam has said, al nisa shaqaiq al rijal.</w:t>
      </w:r>
      <w:r>
        <w:br/>
      </w:r>
      <w:r>
        <w:rPr>
          <w:sz w:val="20"/>
        </w:rPr>
        <w:t>19:33  It means that men and women are two equal halves of a single unit.</w:t>
      </w:r>
      <w:r>
        <w:br/>
      </w:r>
      <w:r>
        <w:rPr>
          <w:sz w:val="20"/>
        </w:rPr>
        <w:t>19:43  Men and women are two equal halves of a single unit. So, Islam believes in complete equality.</w:t>
      </w:r>
    </w:p>
    <w:p>
      <w:pPr>
        <w:pStyle w:val="Heading2"/>
      </w:pPr>
      <w:r>
        <w:t>Replanning to become human-friendly</w:t>
      </w:r>
    </w:p>
    <w:p>
      <w:r>
        <w:rPr>
          <w:color w:val="666666"/>
          <w:sz w:val="18"/>
        </w:rPr>
        <w:t>Dars-e-Quran, Chapter 2, Verse 63-71 April 15, 2018 · 34s · at 32:20 · https://youtu.be/4QSHnsRshnI?t=1940</w:t>
      </w:r>
    </w:p>
    <w:p>
      <w:r>
        <w:rPr>
          <w:i/>
        </w:rPr>
        <w:t>“Ab aap ko nayi planning karni hai.”</w:t>
      </w:r>
    </w:p>
    <w:p>
      <w:r>
        <w:rPr>
          <w:sz w:val="20"/>
        </w:rPr>
        <w:t>32:20  abhi musalman jo hain, insan ke khair khwah nahi hain. woh sochte hain ke Islam aur dushman hain. Islamophobia ka culture chala rakha hai.</w:t>
      </w:r>
      <w:r>
        <w:br/>
      </w:r>
      <w:r>
        <w:rPr>
          <w:sz w:val="20"/>
        </w:rPr>
        <w:t>32:32  ab aap ko nai planning karni hai, insan ka dost ban kar ke.</w:t>
      </w:r>
      <w:r>
        <w:br/>
      </w:r>
      <w:r>
        <w:rPr>
          <w:sz w:val="20"/>
        </w:rPr>
        <w:t>32:40  yani insan friendly behaviour.</w:t>
      </w:r>
      <w:r>
        <w:br/>
      </w:r>
      <w:r>
        <w:rPr>
          <w:sz w:val="20"/>
        </w:rPr>
        <w:t>32:46  yahan se beginning hogi. insan friendly behaviour se beginning hogi.</w:t>
      </w:r>
    </w:p>
    <w:p>
      <w:pPr>
        <w:pStyle w:val="Heading2"/>
      </w:pPr>
      <w:r>
        <w:t>judge Islam by its teachings, not by Muslims' actions</w:t>
      </w:r>
    </w:p>
    <w:p>
      <w:r>
        <w:rPr>
          <w:color w:val="666666"/>
          <w:sz w:val="18"/>
        </w:rPr>
        <w:t>On Positive Thinking (Sai Center) June 13, 2007 · 24s · at 18:58 · https://youtu.be/nSLf0wQ-PWw?t=1138</w:t>
      </w:r>
    </w:p>
    <w:p>
      <w:r>
        <w:rPr>
          <w:i/>
        </w:rPr>
        <w:t>“You have to differentiate between Islam and Muslims”</w:t>
      </w:r>
    </w:p>
    <w:p>
      <w:r>
        <w:rPr>
          <w:sz w:val="20"/>
        </w:rPr>
        <w:t>18:58  pyar o mohabbat sikhata hai to yeh ladai kis liye? yeh ladai musalmanon ki ladai hai, yeh islam ki ladai nahin hai.</w:t>
      </w:r>
      <w:r>
        <w:br/>
      </w:r>
      <w:r>
        <w:rPr>
          <w:sz w:val="20"/>
        </w:rPr>
        <w:t>19:08  you have to differentiate between Islam and Muslims</w:t>
      </w:r>
      <w:r>
        <w:br/>
      </w:r>
      <w:r>
        <w:rPr>
          <w:sz w:val="20"/>
        </w:rPr>
        <w:t>19:13  you have to judge Muslims in the light of Islamic teachings and not vice versa ab dekhen, hamara India ka ek constitution hai, constitution of India.</w:t>
      </w:r>
    </w:p>
    <w:p>
      <w:pPr>
        <w:pStyle w:val="Heading2"/>
      </w:pPr>
      <w:r>
        <w:t>Will to work matters more than workplace</w:t>
      </w:r>
    </w:p>
    <w:p>
      <w:r>
        <w:rPr>
          <w:color w:val="666666"/>
          <w:sz w:val="18"/>
        </w:rPr>
        <w:t>The Status of Women in Islam (English) February 28, 2007 Maulana Wahiduddin Khan · 39s · at 7:17 · https://youtu.be/pSLnXzYImXo?t=437</w:t>
      </w:r>
    </w:p>
    <w:p>
      <w:r>
        <w:rPr>
          <w:i/>
        </w:rPr>
        <w:t>“They want to provide same workplace for both sexes”</w:t>
      </w:r>
    </w:p>
    <w:p>
      <w:r>
        <w:rPr>
          <w:sz w:val="20"/>
        </w:rPr>
        <w:t>7:17  they want to provide same workplace for the both sexes. it is also wrong. according to the natural plan, the important thing is not workplace, but the most important thing is the will to work.</w:t>
      </w:r>
      <w:r>
        <w:br/>
      </w:r>
      <w:r>
        <w:rPr>
          <w:sz w:val="20"/>
        </w:rPr>
        <w:t>7:40  the will to work</w:t>
      </w:r>
      <w:r>
        <w:br/>
      </w:r>
      <w:r>
        <w:rPr>
          <w:sz w:val="20"/>
        </w:rPr>
        <w:t>7:42  . if people have will to work, they have spirit of work, then in every field they will be successful.</w:t>
      </w:r>
    </w:p>
    <w:p>
      <w:pPr>
        <w:pStyle w:val="Heading2"/>
      </w:pPr>
      <w:r>
        <w:t>Opportunity for education over violence</w:t>
      </w:r>
    </w:p>
    <w:p>
      <w:r>
        <w:rPr>
          <w:color w:val="666666"/>
          <w:sz w:val="18"/>
        </w:rPr>
        <w:t>Why Violence 17 Nov 2019 - Maulana Wahiduddin Khan · 37s · at 28:44 · https://youtu.be/W8ybr-qO96c?t=1724</w:t>
      </w:r>
    </w:p>
    <w:p>
      <w:r>
        <w:rPr>
          <w:i/>
        </w:rPr>
        <w:t>“No need for stones or bombs, get good education”</w:t>
      </w:r>
    </w:p>
    <w:p>
      <w:r>
        <w:rPr>
          <w:sz w:val="20"/>
        </w:rPr>
        <w:t>28:44  ab halaat ne logon ko mauqa diya hai ke apne bachon ko achi taleem dilwayein, barhay shohar shohar un ko milen, barhay rozgar karen.</w:t>
      </w:r>
      <w:r>
        <w:br/>
      </w:r>
      <w:r>
        <w:rPr>
          <w:sz w:val="20"/>
        </w:rPr>
        <w:t>28:55  yani har taraf note ki bharmar hai, bharmar hai.</w:t>
      </w:r>
      <w:r>
        <w:br/>
      </w:r>
      <w:r>
        <w:rPr>
          <w:sz w:val="20"/>
        </w:rPr>
        <w:t>29:09  ab kisi ko pathar marne ki zaroorat nahi hai, kisi ko bam marne ki zaroorat nahi hai, bas achi taleem hasil karo.</w:t>
      </w:r>
    </w:p>
    <w:p>
      <w:pPr>
        <w:pStyle w:val="Heading2"/>
      </w:pPr>
      <w:r>
        <w:t>Definition of Jihad as peaceful struggle</w:t>
      </w:r>
    </w:p>
    <w:p>
      <w:r>
        <w:rPr>
          <w:color w:val="666666"/>
          <w:sz w:val="18"/>
        </w:rPr>
        <w:t>Shantum Seth Group Questions I February 2, 2008 · 23s · at 19:00 · https://youtu.be/ORQJV96Zd5w?t=1140</w:t>
      </w:r>
    </w:p>
    <w:p>
      <w:r>
        <w:rPr>
          <w:i/>
        </w:rPr>
        <w:t>“Jihad is an Arabic word.”</w:t>
      </w:r>
    </w:p>
    <w:p>
      <w:r>
        <w:rPr>
          <w:sz w:val="20"/>
        </w:rPr>
        <w:t>19:00  What does Jihad mean? Jihad is an Arabic word. It literally means to strive, to struggle. So Jihad has nothing to do with violence or war.</w:t>
      </w:r>
      <w:r>
        <w:br/>
      </w:r>
      <w:r>
        <w:rPr>
          <w:sz w:val="20"/>
        </w:rPr>
        <w:t>19:23  Jihad simply means peaceful struggle.</w:t>
      </w:r>
    </w:p>
    <w:p>
      <w:pPr>
        <w:pStyle w:val="Heading2"/>
      </w:pPr>
      <w:r>
        <w:t>Quran's promise that ease follows every hardship</w:t>
      </w:r>
    </w:p>
    <w:p>
      <w:r>
        <w:rPr>
          <w:color w:val="666666"/>
          <w:sz w:val="18"/>
        </w:rPr>
        <w:t>CPS Women Interaction 2 February 27, 2022 · 55s · at 22:01 · https://youtu.be/cHWQVJ_3at0?t=1321</w:t>
      </w:r>
    </w:p>
    <w:p>
      <w:r>
        <w:rPr>
          <w:i/>
        </w:rPr>
        <w:t>“दुनिया की creation plan के तहत हर इंसान को negative हालात पेश आते हैं”</w:t>
      </w:r>
    </w:p>
    <w:p>
      <w:r>
        <w:rPr>
          <w:sz w:val="20"/>
        </w:rPr>
        <w:t>22:01  agar yeh condition hum poori karenge to hamein high level of marifat hasil hogi. is duniya ke banane wale ne is duniya mein har kisi ko different banaya hai. yahi difference hamare liye challenge banta hai. is duniya mein peace of mind unhin logon ko milta hai jo is baat ko bardasht karein, tolerant banein.</w:t>
      </w:r>
      <w:r>
        <w:br/>
      </w:r>
      <w:r>
        <w:rPr>
          <w:sz w:val="20"/>
        </w:rPr>
        <w:t>22:28  duniya ki creation plan ke tehat har insaan ko negative halaat pesh aate hain. ise accept kar lena chahiye. jab insaan mushkilat mein ghirta hai to use Quran ki yeh ayat yaad karni chahiye ki mushkil ke saath aasani hai, phir mushkil ke saath aasani hai. hum problems ko ignore karke opportunities se bharpoor faayda uthaen.</w:t>
      </w:r>
      <w:r>
        <w:br/>
      </w:r>
      <w:r>
        <w:rPr>
          <w:sz w:val="20"/>
        </w:rPr>
        <w:t>22:56  gham karne ke bajaye bua karein. ek positive shakhsiyat ki pehchan yeh hai ki woh Allah ki di gayi nematوں ka shukrguzaar bane. yeh ek shukrguzaar insaan ki family life bhi khushi aur contentment se bhari hoti hai. woh apne ko peaceful personality banata hai kyunki usse har cheez mein khair nazar aata hai.</w:t>
      </w:r>
    </w:p>
    <w:p>
      <w:pPr>
        <w:pStyle w:val="Heading2"/>
      </w:pPr>
      <w:r>
        <w:t>old chairs example of contentment over personal preference</w:t>
      </w:r>
    </w:p>
    <w:p>
      <w:r>
        <w:rPr>
          <w:color w:val="666666"/>
          <w:sz w:val="18"/>
        </w:rPr>
        <w:t>Prophetic Mission in 21st Century October 2, 2011 Maulana Wahiduddin Khan · 30s · at 1:02:43 · https://youtu.be/ao5gC6SXQXE?t=3763</w:t>
      </w:r>
    </w:p>
    <w:p>
      <w:r>
        <w:rPr>
          <w:i/>
        </w:rPr>
        <w:t>“Meri kamre mein kai kursiyan hain, woh mujhe pasand nahi”</w:t>
      </w:r>
    </w:p>
    <w:p>
      <w:r>
        <w:rPr>
          <w:sz w:val="20"/>
        </w:rPr>
        <w:t>1:02:43  woh kursiyan mujhe pasand nahi hain. woh kursiyan 1983 se hain, aaj se nahi. pasand na hone ke bawajood mein is ko target karta hoon.</w:t>
      </w:r>
      <w:r>
        <w:br/>
      </w:r>
      <w:r>
        <w:rPr>
          <w:sz w:val="20"/>
        </w:rPr>
        <w:t>1:02:54  agar mein chahoon to abhi, abhi kahoon apne bachon se to mere bachay banwa dein ge, form badal dein ge. doosra,</w:t>
      </w:r>
      <w:r>
        <w:br/>
      </w:r>
      <w:r>
        <w:rPr>
          <w:sz w:val="20"/>
        </w:rPr>
        <w:t>1:03:03  mein bachchon se kabhi zikr nahin kiya mein ne is ka ke yeh kursiyan mujhe pasand nahin hain. to ek hai, dekhein, pasand na pasand.</w:t>
      </w:r>
    </w:p>
    <w:p>
      <w:pPr>
        <w:pStyle w:val="Heading2"/>
      </w:pPr>
      <w:r>
        <w:t>Husband under wife's authority humorously</w:t>
      </w:r>
    </w:p>
    <w:p>
      <w:r>
        <w:rPr>
          <w:color w:val="666666"/>
          <w:sz w:val="18"/>
        </w:rPr>
        <w:t>In conversation with Prof. Farida Khanam · 23s · at 27:21 · https://youtu.be/65KKekibzU0?t=1641</w:t>
      </w:r>
    </w:p>
    <w:p>
      <w:r>
        <w:rPr>
          <w:i/>
        </w:rPr>
        <w:t>“Hum to pehle hum apni ahliya ke under the”</w:t>
      </w:r>
    </w:p>
    <w:p>
      <w:r>
        <w:rPr>
          <w:sz w:val="20"/>
        </w:rPr>
        <w:t>27:21  aur hamare haan Maulana kehte rehte hain, hum to pehle hum apni ahliya ke under mein thay, ab Farida ke under mein hain. woh apna apna likhna parhna, uss mein un ko bohat sukoon rehta hai. aur baqi jo ghar ka management hai, woh auratain chala rahi hain. aisi bohat gharon mein hota hoga. to aisa kuch woh absolute sense mein woh nahin hai.</w:t>
      </w:r>
    </w:p>
    <w:p>
      <w:pPr>
        <w:pStyle w:val="Heading2"/>
      </w:pPr>
      <w:r>
        <w:t>Peace is the rule, war is the rare exception</w:t>
      </w:r>
    </w:p>
    <w:p>
      <w:r>
        <w:rPr>
          <w:color w:val="666666"/>
          <w:sz w:val="18"/>
        </w:rPr>
        <w:t>Islam A Religion of Peace (English) January 8, 2007 Maulana Wahiduddin Khan · 18s · at 25:27 · https://youtu.be/1Yv-qCZhTJE?t=1527</w:t>
      </w:r>
    </w:p>
    <w:p>
      <w:r>
        <w:rPr>
          <w:i/>
        </w:rPr>
        <w:t>“In Islam, peace is the rule and war is a rare exception.”</w:t>
      </w:r>
    </w:p>
    <w:p>
      <w:r>
        <w:rPr>
          <w:sz w:val="20"/>
        </w:rPr>
        <w:t>25:27  in Islam, peace is rule and war is a rare exception.</w:t>
      </w:r>
      <w:r>
        <w:br/>
      </w:r>
      <w:r>
        <w:rPr>
          <w:sz w:val="20"/>
        </w:rPr>
        <w:t>25:37  peace is a rule and war is a rare exception.</w:t>
      </w:r>
    </w:p>
    <w:p>
      <w:pPr>
        <w:pStyle w:val="Heading2"/>
      </w:pPr>
      <w:r>
        <w:t>Use communication for global Dawah</w:t>
      </w:r>
    </w:p>
    <w:p>
      <w:r>
        <w:rPr>
          <w:color w:val="666666"/>
          <w:sz w:val="18"/>
        </w:rPr>
        <w:t>Creation Plan | December 24, 2016 · 31s · at 16:52 · https://youtu.be/AEzv9fgyyKc?t=1012</w:t>
      </w:r>
    </w:p>
    <w:p>
      <w:r>
        <w:rPr>
          <w:i/>
        </w:rPr>
        <w:t>“We have to avail the communication for global Dhawa work.”</w:t>
      </w:r>
    </w:p>
    <w:p>
      <w:r>
        <w:rPr>
          <w:sz w:val="20"/>
        </w:rPr>
        <w:t>16:52  laws of nature discovered by science.</w:t>
      </w:r>
      <w:r>
        <w:br/>
      </w:r>
      <w:r>
        <w:rPr>
          <w:sz w:val="20"/>
        </w:rPr>
        <w:t>17:00  Then there is technology and communication.</w:t>
      </w:r>
      <w:r>
        <w:br/>
      </w:r>
      <w:r>
        <w:rPr>
          <w:sz w:val="20"/>
        </w:rPr>
        <w:t>17:08  We have to avail the communication for global Dhava work.</w:t>
      </w:r>
      <w:r>
        <w:br/>
      </w:r>
      <w:r>
        <w:rPr>
          <w:sz w:val="20"/>
        </w:rPr>
        <w:t>17:16  Dhava is a universal targ</w:t>
      </w:r>
    </w:p>
    <w:p>
      <w:pPr>
        <w:pStyle w:val="Heading2"/>
      </w:pPr>
      <w:r>
        <w:t>Why God gave humans freedom</w:t>
      </w:r>
    </w:p>
    <w:p>
      <w:r>
        <w:rPr>
          <w:color w:val="666666"/>
          <w:sz w:val="18"/>
        </w:rPr>
        <w:t>Islam and Terrorism February 10, 2009 Maulana Wahiduddin Khan · 53s · at 38:51 · https://youtu.be/vCEjp0w7Qjo?t=2331</w:t>
      </w:r>
    </w:p>
    <w:p>
      <w:r>
        <w:rPr>
          <w:i/>
        </w:rPr>
        <w:t>“Why did God give man freedom? To test how he'd use it.”</w:t>
      </w:r>
    </w:p>
    <w:p>
      <w:r>
        <w:rPr>
          <w:sz w:val="20"/>
        </w:rPr>
        <w:t>38:51  I said that God created man and He settled man on this planet Earth.</w:t>
      </w:r>
      <w:r>
        <w:br/>
      </w:r>
      <w:r>
        <w:rPr>
          <w:sz w:val="20"/>
        </w:rPr>
        <w:t>39:00  And He gave him freedom. Freedom. We enjoy freedom completely. So God wants to know who misuses his freedom and who is the person who properly uses freed</w:t>
      </w:r>
      <w:r>
        <w:br/>
      </w:r>
      <w:r>
        <w:rPr>
          <w:sz w:val="20"/>
        </w:rPr>
        <w:t>39:17  om. So this is the main purpose of our life. One who misuses freedom, he will go to hell.</w:t>
      </w:r>
      <w:r>
        <w:br/>
      </w:r>
      <w:r>
        <w:rPr>
          <w:sz w:val="20"/>
        </w:rPr>
        <w:t>39:25  And one who lives with and with one who properly uses his freedom, he will go to paradise.</w:t>
      </w:r>
      <w:r>
        <w:br/>
      </w:r>
      <w:r>
        <w:rPr>
          <w:sz w:val="20"/>
        </w:rPr>
        <w:t>39:34  This is the creation plan of God. So the Qur'an is the Qur'an was set for this purpose.</w:t>
      </w:r>
    </w:p>
    <w:p>
      <w:pPr>
        <w:pStyle w:val="Heading2"/>
      </w:pPr>
      <w:r>
        <w:t>No specific time for dua acceptance</w:t>
      </w:r>
    </w:p>
    <w:p>
      <w:r>
        <w:rPr>
          <w:color w:val="666666"/>
          <w:sz w:val="18"/>
        </w:rPr>
        <w:t>Spirit of the Mission September 16, 2018 · 41s · at 52:29 · https://youtu.be/rjiTU2v3U30?t=3149</w:t>
      </w:r>
    </w:p>
    <w:p>
      <w:r>
        <w:rPr>
          <w:i/>
        </w:rPr>
        <w:t>“قبولیت کی گھڑی کوئی نہیں ہوتی”</w:t>
      </w:r>
    </w:p>
    <w:p>
      <w:r>
        <w:rPr>
          <w:sz w:val="20"/>
        </w:rPr>
        <w:t>52:29  qabooliyat ki ghari koi nahi hoti, yeh awami baat hai. koi hadith quran mein mere sath koi lafz nahi hai.</w:t>
      </w:r>
      <w:r>
        <w:br/>
      </w:r>
      <w:r>
        <w:rPr>
          <w:sz w:val="20"/>
        </w:rPr>
        <w:t>52:38  qabooliyat ka mamla aap ke dil se taluq rakhta hai, koi ghari nahi hai,</w:t>
      </w:r>
      <w:r>
        <w:br/>
      </w:r>
      <w:r>
        <w:rPr>
          <w:sz w:val="20"/>
        </w:rPr>
        <w:t>52:48  koi ghari nahi hai.</w:t>
      </w:r>
      <w:r>
        <w:br/>
      </w:r>
      <w:r>
        <w:rPr>
          <w:sz w:val="20"/>
        </w:rPr>
        <w:t>52:54  jitna zyada aap phir phir honge, utne hi zyada aap ki dua ki qabooliyat ke chances barh jayenge.</w:t>
      </w:r>
    </w:p>
    <w:p>
      <w:pPr>
        <w:pStyle w:val="Heading2"/>
      </w:pPr>
      <w:r>
        <w:t>Right thinking transforms your entire life</w:t>
      </w:r>
    </w:p>
    <w:p>
      <w:r>
        <w:rPr>
          <w:color w:val="666666"/>
          <w:sz w:val="18"/>
        </w:rPr>
        <w:t>The Qualities Of God-Fearing Women CPS Women Discussion July 23, 2023 · 55s · at 29:30 · https://youtu.be/YfKcwP5Flp8?t=1770</w:t>
      </w:r>
    </w:p>
    <w:p>
      <w:r>
        <w:rPr>
          <w:i/>
        </w:rPr>
        <w:t>“Insaan ki soch sahi ho to zindagi badal jaati hai”</w:t>
      </w:r>
    </w:p>
    <w:p>
      <w:r>
        <w:rPr>
          <w:sz w:val="20"/>
        </w:rPr>
        <w:t>29:30  to agar aajkal kya hota hai ki auratein sirf Maulana sahib hamesha right thinking ke bare mein zor</w:t>
      </w:r>
      <w:r>
        <w:br/>
      </w:r>
      <w:r>
        <w:rPr>
          <w:sz w:val="20"/>
        </w:rPr>
        <w:t>29:57  dete the ki insaan ki soch sahi hoti hai to uski zindagi badal jati hai.</w:t>
      </w:r>
      <w:r>
        <w:br/>
      </w:r>
      <w:r>
        <w:rPr>
          <w:sz w:val="20"/>
        </w:rPr>
        <w:t>30:25  tammam logon ke liye rehmat van jati hai. Sahi soche vah sahi unse hi aata hai. Abhi mere paas ek physiotherapist aata tha to bahut jo hai late rehta tha vah hamesha time se nahin aata tha. To ek din maine mera to har cheez time se hota hai to mujhe mera time disturb ho jata tha. Teen char din ho gaya to ek din maine jo hai usse bas itna kaha ki aap apna time mein aapka profession aisa hai aap time ko manage kariye.</w:t>
      </w:r>
    </w:p>
    <w:p>
      <w:pPr>
        <w:pStyle w:val="Heading2"/>
      </w:pPr>
      <w:r>
        <w:t>No enemy in Dawa dictionary</w:t>
      </w:r>
    </w:p>
    <w:p>
      <w:r>
        <w:rPr>
          <w:color w:val="666666"/>
          <w:sz w:val="18"/>
        </w:rPr>
        <w:t>Islam in History - Part-2 (English) March 10, 2007 Maulana Wahiduddin Khan · 23s · at 32:41 · https://youtu.be/VmZFLK7jDcE?t=1961</w:t>
      </w:r>
    </w:p>
    <w:p>
      <w:r>
        <w:rPr>
          <w:i/>
        </w:rPr>
        <w:t>“In the dictionary of Dawa there is no such words like”</w:t>
      </w:r>
    </w:p>
    <w:p>
      <w:r>
        <w:rPr>
          <w:sz w:val="20"/>
        </w:rPr>
        <w:t>32:41  So, this is the true definition of the Dawah spirit. In the dictionary of Dawah, there are no such words like enemy, hate, rival.</w:t>
      </w:r>
      <w:r>
        <w:br/>
      </w:r>
      <w:r>
        <w:rPr>
          <w:sz w:val="20"/>
        </w:rPr>
        <w:t>33:04  In the Dawah dictionary, you cannot find these words. No. In the Dawah dictionary, there are—you can—in the Dawah dictionary, you will find some other words like love, compassion, well-wishing, tolerance, friend.</w:t>
      </w:r>
    </w:p>
    <w:p>
      <w:pPr>
        <w:pStyle w:val="Heading2"/>
      </w:pPr>
      <w:r>
        <w:t>Hadith: Islam is pure speech and restraint from violence</w:t>
      </w:r>
    </w:p>
    <w:p>
      <w:r>
        <w:rPr>
          <w:color w:val="666666"/>
          <w:sz w:val="18"/>
        </w:rPr>
        <w:t>Islam Has No Place for Terrorism May 4, 2025 · 40s · at 8:34 · https://youtu.be/Q6vPQ2BOOs4?t=514</w:t>
      </w:r>
    </w:p>
    <w:p>
      <w:r>
        <w:rPr>
          <w:i/>
        </w:rPr>
        <w:t>“Ek shaks ne poocha Rasulallah se, what is Islam?”</w:t>
      </w:r>
    </w:p>
    <w:p>
      <w:r>
        <w:rPr>
          <w:sz w:val="20"/>
        </w:rPr>
        <w:t>8:34  ji, aur aap, agar hum Prophet ki life se bhi dekhein, matlab itni clear guidance hai in sab baaton ko le kar ke kuch bhi doubt nahi rehta hai. Matlab ek bahut hi achhi Hadees hai jo Musnad Ahmad mein hai ke ek shakhs ne Rasool Allah se poocha ke "What is Islam?</w:t>
      </w:r>
      <w:r>
        <w:br/>
      </w:r>
      <w:r>
        <w:rPr>
          <w:sz w:val="20"/>
        </w:rPr>
        <w:t>8:52  "To unhon ne bahut simple terms mein kaha: "Purity of speech and hospitality." Matlab aap ki bol chaal aur aap ki dealings ya conduct jo hai, woh achhi terms mein ho.</w:t>
      </w:r>
      <w:r>
        <w:br/>
      </w:r>
      <w:r>
        <w:rPr>
          <w:sz w:val="20"/>
        </w:rPr>
        <w:t>9:03  Isi tareeqe se ek jagah aur Rasool Allah ne kaha ke "Faith is to restrain oneself from violence." So let no believer commit any act of violence.</w:t>
      </w:r>
      <w:r>
        <w:br/>
      </w:r>
      <w:r>
        <w:rPr>
          <w:sz w:val="20"/>
        </w:rPr>
        <w:t>9:15  Jab ke hum is ke bilkul opposite dekhte hain, jaisa ke abhi recently hum ne terror attack mein bhi dekha. To aap, agla sawal yahi banta hai ke "What is the root cause of this terror</w:t>
      </w:r>
    </w:p>
    <w:p>
      <w:pPr>
        <w:pStyle w:val="Heading2"/>
      </w:pPr>
      <w:r>
        <w:t>Quran verse: reconciliation is always the best</w:t>
      </w:r>
    </w:p>
    <w:p>
      <w:r>
        <w:rPr>
          <w:color w:val="666666"/>
          <w:sz w:val="18"/>
        </w:rPr>
        <w:t>The History of Peace (English) November 12, 2006 · 42s · at 48:03 · https://youtu.be/zlIi5eiTPIg?t=2883</w:t>
      </w:r>
    </w:p>
    <w:p>
      <w:r>
        <w:rPr>
          <w:i/>
        </w:rPr>
        <w:t>“There is a very relevant verse in the Quran”</w:t>
      </w:r>
    </w:p>
    <w:p>
      <w:r>
        <w:rPr>
          <w:sz w:val="20"/>
        </w:rPr>
        <w:t>48:03  and avail the opportunities. There is a very relevant verse in the Quran: as-sulh khayr,</w:t>
      </w:r>
      <w:r>
        <w:br/>
      </w:r>
      <w:r>
        <w:rPr>
          <w:sz w:val="20"/>
        </w:rPr>
        <w:t>48:13  reconciliation is the best</w:t>
      </w:r>
      <w:r>
        <w:br/>
      </w:r>
      <w:r>
        <w:rPr>
          <w:sz w:val="20"/>
        </w:rPr>
        <w:t>48:17  . This is the formula of peace: reconciliation of the is the best. It means that in every situation, in every society, in every condition, you have to adopt the formula of, you have to adopt conciliatory course of action rather than confrontational course of action.</w:t>
      </w:r>
    </w:p>
    <w:p>
      <w:pPr>
        <w:pStyle w:val="Heading2"/>
      </w:pPr>
      <w:r>
        <w:t>Dajjal is a Muslim misinterpreter</w:t>
      </w:r>
    </w:p>
    <w:p>
      <w:r>
        <w:rPr>
          <w:color w:val="666666"/>
          <w:sz w:val="18"/>
        </w:rPr>
        <w:t>Q&amp;A 02 Mar 2008 - Maulana Wahiduddin Khan · 27s · at 29:36 · https://youtu.be/oHAfWpj0UME?t=1776</w:t>
      </w:r>
    </w:p>
    <w:p>
      <w:r>
        <w:rPr>
          <w:i/>
        </w:rPr>
        <w:t>“Dajjal will be a Muslim”</w:t>
      </w:r>
    </w:p>
    <w:p>
      <w:r>
        <w:rPr>
          <w:sz w:val="20"/>
        </w:rPr>
        <w:t>29:36  yeh, yeh un logon ke bare mein hai jo islam ka galat interpretation denge. dajjal ek muslim hoga. yaad rakhiye achi tarah se is ko ke dajjal ek muslim hoga.</w:t>
      </w:r>
      <w:r>
        <w:br/>
      </w:r>
      <w:r>
        <w:rPr>
          <w:sz w:val="20"/>
        </w:rPr>
        <w:t>29:49  muslim ho kar ke woh islam ka wrong interpretation dega. woh baqi yeh marx ya marx ya freud jo hai, marx ya freud ya darwin woh dajjal nahin the.</w:t>
      </w:r>
    </w:p>
    <w:p>
      <w:pPr>
        <w:pStyle w:val="Heading2"/>
      </w:pPr>
      <w:r>
        <w:t>Peace of mind from positive thinking</w:t>
      </w:r>
    </w:p>
    <w:p>
      <w:r>
        <w:rPr>
          <w:color w:val="666666"/>
          <w:sz w:val="18"/>
        </w:rPr>
        <w:t>Discussion on Peace (Ulama Session- II) Peace Conference April 29-30, 2023 · 25s · at 7:51 · https://youtu.be/jWMy2u1iAEg?t=471</w:t>
      </w:r>
    </w:p>
    <w:p>
      <w:r>
        <w:rPr>
          <w:i/>
        </w:rPr>
        <w:t>“तो जब आदमी इन negative items से free रहेगा”</w:t>
      </w:r>
    </w:p>
    <w:p>
      <w:r>
        <w:rPr>
          <w:sz w:val="20"/>
        </w:rPr>
        <w:t>7:51  to jab aadmi in negative items se free rahega to usi ke baad usko woh cheez hasil hoti hai jise peace of mind kehte hain. to peace of mind ke hasil ke baad hi ek aadmi kisi khas situation mein khas dhang se soch pata hai. lehaza ang ke ki bahali mein positive thinking ki bohat zyada ahmiyat hai.</w:t>
      </w:r>
      <w:r>
        <w:br/>
      </w:r>
      <w:r>
        <w:rPr>
          <w:sz w:val="20"/>
        </w:rPr>
        <w:t>8:16  lekin maujooda zamana age of research hai, maujooda zamane mein jin subjects par bohat zyada researches aur tahqiqat hui hain, unmein se ek subject hai psychology. to is mauzu par bhi bohat zyada takhleeq hui hai.</w:t>
      </w:r>
    </w:p>
    <w:p>
      <w:pPr>
        <w:pStyle w:val="Heading2"/>
      </w:pPr>
      <w:r>
        <w:t>Real Muslim goal is peaceful spread of message</w:t>
      </w:r>
    </w:p>
    <w:p>
      <w:r>
        <w:rPr>
          <w:color w:val="666666"/>
          <w:sz w:val="18"/>
        </w:rPr>
        <w:t>Living in the 21st Century February 17, 2013 · 32s · at 28:22 · https://youtu.be/EJT6-erPXgI?t=1702</w:t>
      </w:r>
    </w:p>
    <w:p>
      <w:r>
        <w:rPr>
          <w:i/>
        </w:rPr>
        <w:t>“Baatil ko mitana hai — yeh unachievable goal hai”</w:t>
      </w:r>
    </w:p>
    <w:p>
      <w:r>
        <w:rPr>
          <w:sz w:val="20"/>
        </w:rPr>
        <w:t>28:22  wo unachievable goal. Unachievable goal.</w:t>
      </w:r>
      <w:r>
        <w:br/>
      </w:r>
      <w:r>
        <w:rPr>
          <w:sz w:val="20"/>
        </w:rPr>
        <w:t>28:29  keh batil ko mitana hai. Unachievable goal. Fitna ko mitana hai. Evil ko mitana hai. Yeh goli nahi hai.</w:t>
      </w:r>
      <w:r>
        <w:br/>
      </w:r>
      <w:r>
        <w:rPr>
          <w:sz w:val="20"/>
        </w:rPr>
        <w:t>28:42  aap ka goal hai peaceful spread of message of God peaceful tareeqay say. Wo hundred percent achievable hai.</w:t>
      </w:r>
    </w:p>
    <w:p>
      <w:pPr>
        <w:pStyle w:val="Heading2"/>
      </w:pPr>
      <w:r>
        <w:t>Understanding God's Creation Plan</w:t>
      </w:r>
    </w:p>
    <w:p>
      <w:r>
        <w:rPr>
          <w:color w:val="666666"/>
          <w:sz w:val="18"/>
        </w:rPr>
        <w:t>The Concept of Education in Islam June 1, 2007 · 31s · at 0:55 · https://youtu.be/I99mjy5ZBvY?t=55</w:t>
      </w:r>
    </w:p>
    <w:p>
      <w:r>
        <w:rPr>
          <w:i/>
        </w:rPr>
        <w:t>“Khuda ka Creation Plan kya hai.”</w:t>
      </w:r>
    </w:p>
    <w:p>
      <w:r>
        <w:rPr>
          <w:sz w:val="20"/>
        </w:rPr>
        <w:t>0:55  Islam mein taleem ka tasawwur kya hai, is ko samajhne ke liye yeh janana hoga ke Khuda ka Creation Plan kya hai.</w:t>
      </w:r>
      <w:r>
        <w:br/>
      </w:r>
      <w:r>
        <w:rPr>
          <w:sz w:val="20"/>
        </w:rPr>
        <w:t>1:13  Islam ki jitni bhi taleemat hain, woh sab jurtii hain isi se ke Creation Plan kya hai.</w:t>
      </w:r>
    </w:p>
    <w:p>
      <w:pPr>
        <w:pStyle w:val="Heading2"/>
      </w:pPr>
      <w:r>
        <w:t>Preachers need infrastructure, not political power</w:t>
      </w:r>
    </w:p>
    <w:p>
      <w:r>
        <w:rPr>
          <w:color w:val="666666"/>
          <w:sz w:val="18"/>
        </w:rPr>
        <w:t>Islam Ideology, Team and Method October 09, 2011 · 34s · at 38:03 · https://youtu.be/zRilc1fG6c0?t=2283</w:t>
      </w:r>
    </w:p>
    <w:p>
      <w:r>
        <w:rPr>
          <w:i/>
        </w:rPr>
        <w:t>“Humein kya zarurat hai ke hum sadar ya minister hon?”</w:t>
      </w:r>
    </w:p>
    <w:p>
      <w:r>
        <w:rPr>
          <w:sz w:val="20"/>
        </w:rPr>
        <w:t>38:03  To faida kya aap ko milega? Ke daai ka asal masla yeh hai ke jo infrastructure hai, jo opportunities hain, woh us ko milein.</w:t>
      </w:r>
      <w:r>
        <w:br/>
      </w:r>
      <w:r>
        <w:rPr>
          <w:sz w:val="20"/>
        </w:rPr>
        <w:t>38:14  Hum ko humein kya zaroorat hai ke hum hamare haath mein, humein is ki kya zaroorat hai ke hum sadar hon, wazir-e-azam hon, minister hon? Is ki humein zaroorat hi kya hai?</w:t>
      </w:r>
      <w:r>
        <w:br/>
      </w:r>
      <w:r>
        <w:rPr>
          <w:sz w:val="20"/>
        </w:rPr>
        <w:t>38:23  Yeh to aik shaan o shaukat ki cheez hai. Humein jo zaroorat hai, woh yeh hai ke is mulk ka jo infrastructure hai, is mulk mein jo opportunities hain, woh hamari qabil-e-istemal hon.</w:t>
      </w:r>
    </w:p>
    <w:p>
      <w:pPr>
        <w:pStyle w:val="Heading2"/>
      </w:pPr>
      <w:r>
        <w:t>Realizing God's greatness hidden in ordinary things</w:t>
      </w:r>
    </w:p>
    <w:p>
      <w:r>
        <w:rPr>
          <w:color w:val="666666"/>
          <w:sz w:val="18"/>
        </w:rPr>
        <w:t>From Political Empire to Opportunity Empire, Jan 3, 2010 · 42s · at 2:26 · https://youtu.be/beXYK7vtZ04?t=146</w:t>
      </w:r>
    </w:p>
    <w:p>
      <w:r>
        <w:rPr>
          <w:i/>
        </w:rPr>
        <w:t>“یہ بہت ہی امپورٹنٹ ہے۔ اسی کا نام ہے معرفت”</w:t>
      </w:r>
    </w:p>
    <w:p>
      <w:r>
        <w:rPr>
          <w:sz w:val="20"/>
        </w:rPr>
        <w:t>2:26  yeh bohat hi important hai. isi ka naam hai marifat. marifat jis ko hum kehte hain, realization of God, woh kya hai ?</w:t>
      </w:r>
      <w:r>
        <w:br/>
      </w:r>
      <w:r>
        <w:rPr>
          <w:sz w:val="20"/>
        </w:rPr>
        <w:t>2:38  woh yeh yeh hai. cheezon ko hum lete hain for granted ke taur par, toh cheezein hamein bas mamooli dikhai deti hain, koi khaas baat nahin hai.</w:t>
      </w:r>
      <w:r>
        <w:br/>
      </w:r>
      <w:r>
        <w:rPr>
          <w:sz w:val="20"/>
        </w:rPr>
        <w:t>2:54  jismein bol raha hoon toh main koi sochta nahin ke bol raha hoon toh yeh toh ek meri kala hai, kaise hai insaan bol raha hai? toh bol na, chuki har aadmi bolta hai, toh usko ek ordinary cheez samajhta hai,</w:t>
      </w:r>
    </w:p>
    <w:p>
      <w:pPr>
        <w:pStyle w:val="Heading2"/>
      </w:pPr>
      <w:r>
        <w:t>India is opportunity, not a problem, for Muslims</w:t>
      </w:r>
    </w:p>
    <w:p>
      <w:r>
        <w:rPr>
          <w:color w:val="666666"/>
          <w:sz w:val="18"/>
        </w:rPr>
        <w:t>Revival and Revivalist June 7, 2015 · 38s · at 17:11 · https://youtu.be/MCY8AJ87BXc?t=1031</w:t>
      </w:r>
    </w:p>
    <w:p>
      <w:r>
        <w:rPr>
          <w:i/>
        </w:rPr>
        <w:t>“India is not a problem country, it's a country of opportunity”</w:t>
      </w:r>
    </w:p>
    <w:p>
      <w:r>
        <w:rPr>
          <w:sz w:val="20"/>
        </w:rPr>
        <w:t>17:11  to main ne taqreer mein apni kaha ke india problem country nahin hai. india country country of opportunity hai.</w:t>
      </w:r>
      <w:r>
        <w:br/>
      </w:r>
      <w:r>
        <w:rPr>
          <w:sz w:val="20"/>
        </w:rPr>
        <w:t>17:24  log mujh ko aise dekhne lage ke kya baat kar raha hai yeh? kyunke saare log yeh keh rahe the ke india mein hamesha yeh masail, woh masail, woh masail.</w:t>
      </w:r>
      <w:r>
        <w:br/>
      </w:r>
      <w:r>
        <w:rPr>
          <w:sz w:val="20"/>
        </w:rPr>
        <w:t>17:34  to main ne kaha ke india problem country musalmanon ke liye nahin hai. india musalmanon ke liye country of opportunity hai.</w:t>
      </w:r>
      <w:r>
        <w:br/>
      </w:r>
      <w:r>
        <w:rPr>
          <w:sz w:val="20"/>
        </w:rPr>
        <w:t>17:44  to ek shakhs bhi nahin tha jis ne meri taeed ki ho us waqt.</w:t>
      </w:r>
    </w:p>
    <w:p>
      <w:pPr>
        <w:pStyle w:val="Heading2"/>
      </w:pPr>
      <w:r>
        <w:t>Islam is preserved, not a superior religion</w:t>
      </w:r>
    </w:p>
    <w:p>
      <w:r>
        <w:rPr>
          <w:color w:val="666666"/>
          <w:sz w:val="18"/>
        </w:rPr>
        <w:t>Islam Ideology, Team and Method October 09, 2011 · 43s · at 1:29 · https://youtu.be/zRilc1fG6c0?t=89</w:t>
      </w:r>
    </w:p>
    <w:p>
      <w:r>
        <w:rPr>
          <w:i/>
        </w:rPr>
        <w:t>“Islam superior religion nahi hai, Islam preserved religion hai”</w:t>
      </w:r>
    </w:p>
    <w:p>
      <w:r>
        <w:rPr>
          <w:sz w:val="20"/>
        </w:rPr>
        <w:t>1:29  islam superior religion nahi hai,</w:t>
      </w:r>
      <w:r>
        <w:br/>
      </w:r>
      <w:r>
        <w:rPr>
          <w:sz w:val="20"/>
        </w:rPr>
        <w:t>1:35  islam preserved religion hai.</w:t>
      </w:r>
      <w:r>
        <w:br/>
      </w:r>
      <w:r>
        <w:rPr>
          <w:sz w:val="20"/>
        </w:rPr>
        <w:t>1:37  albata chuki ek hi</w:t>
      </w:r>
      <w:r>
        <w:br/>
      </w:r>
      <w:r>
        <w:rPr>
          <w:sz w:val="20"/>
        </w:rPr>
        <w:t>1:40  paighambar ka deen</w:t>
      </w:r>
      <w:r>
        <w:br/>
      </w:r>
      <w:r>
        <w:rPr>
          <w:sz w:val="20"/>
        </w:rPr>
        <w:t>1:44  preserve hua, is liye ab baad ki naslon ke liye</w:t>
      </w:r>
      <w:r>
        <w:br/>
      </w:r>
      <w:r>
        <w:rPr>
          <w:sz w:val="20"/>
        </w:rPr>
        <w:t>1:49  wohi authentic source hai Khuda ke</w:t>
      </w:r>
      <w:r>
        <w:br/>
      </w:r>
      <w:r>
        <w:rPr>
          <w:sz w:val="20"/>
        </w:rPr>
        <w:t>1:55  is ki mab things ko janne ka.</w:t>
      </w:r>
      <w:r>
        <w:br/>
      </w:r>
      <w:r>
        <w:rPr>
          <w:sz w:val="20"/>
        </w:rPr>
        <w:t>2:01  yeh hai Islam. to is waqt mein Islam ke bare mein kuch kehna chahta hoon.</w:t>
      </w:r>
    </w:p>
    <w:p>
      <w:pPr>
        <w:pStyle w:val="Heading2"/>
      </w:pPr>
      <w:r>
        <w:t>Islamic identity is being a da'i</w:t>
      </w:r>
    </w:p>
    <w:p>
      <w:r>
        <w:rPr>
          <w:color w:val="666666"/>
          <w:sz w:val="18"/>
        </w:rPr>
        <w:t>Religion and The Modern Age February 26, 2006 Maulana Wahiduddin Khan · 31s · at 49:20 · https://youtu.be/qiaRBqC0Wuk?t=2960</w:t>
      </w:r>
    </w:p>
    <w:p>
      <w:r>
        <w:rPr>
          <w:i/>
        </w:rPr>
        <w:t>“Islamic identity is being a caller”</w:t>
      </w:r>
    </w:p>
    <w:p>
      <w:r>
        <w:rPr>
          <w:sz w:val="20"/>
        </w:rPr>
        <w:t>49:20  log kya samajhte hain? Islamic identity sar par topi ho, chehre par dadi ho, lamba kurta ho aur tehmat bani hui hon, aur khaas tor par joota paon mein ho, hath mein tasbeeh ho.</w:t>
      </w:r>
      <w:r>
        <w:br/>
      </w:r>
      <w:r>
        <w:rPr>
          <w:sz w:val="20"/>
        </w:rPr>
        <w:t>49:32  main kehta hoon ke yeh harghiz Islamic identity nahi hai, nahi hai, nahi hai. hazar bar kahunga, nahi hai. yeh yeh to sab culture hai. yeh Islamic identity yeh hai ke aap dahi hain.</w:t>
      </w:r>
      <w:r>
        <w:br/>
      </w:r>
      <w:r>
        <w:rPr>
          <w:sz w:val="20"/>
        </w:rPr>
        <w:t>49:45  Islamic identity yeh hai ke aap dahi hain, doosre madu hain.</w:t>
      </w:r>
    </w:p>
    <w:p>
      <w:pPr>
        <w:pStyle w:val="Heading2"/>
      </w:pPr>
      <w:r>
        <w:t>Islam's very name means peace and security</w:t>
      </w:r>
    </w:p>
    <w:p>
      <w:r>
        <w:rPr>
          <w:color w:val="666666"/>
          <w:sz w:val="18"/>
        </w:rPr>
        <w:t>Culture of Peace and Non Voilence in Islam January 14, 2023 · 35s · at 1:08 · https://youtu.be/INrBUtThaRw?t=68</w:t>
      </w:r>
    </w:p>
    <w:p>
      <w:r>
        <w:rPr>
          <w:i/>
        </w:rPr>
        <w:t>“Islam ka lafz hi mein amn ka mafhoom shamil hai”</w:t>
      </w:r>
    </w:p>
    <w:p>
      <w:r>
        <w:rPr>
          <w:sz w:val="20"/>
        </w:rPr>
        <w:t>1:08  to is baat ko bohat ache tareeqe se samajhna chahiye ke islam mein aman ki bohat itni zyada ahmiyat hai ke islam ka lafz hi mein aman ka mafhoom shamil hai.</w:t>
      </w:r>
      <w:r>
        <w:br/>
      </w:r>
      <w:r>
        <w:rPr>
          <w:sz w:val="20"/>
        </w:rPr>
        <w:t>1:21  islam ka root word jo hai woh salam hai. salam ke maani hi hain peace and security.</w:t>
      </w:r>
      <w:r>
        <w:br/>
      </w:r>
      <w:r>
        <w:rPr>
          <w:sz w:val="20"/>
        </w:rPr>
        <w:t>1:28  to aap is se samajh sakte hain ke islam kitna zyada, ah, aman par zor deta hai. to aik hadith hai jo ke bukhari mein aayi hai ke islam ke maani salamti ke hain.</w:t>
      </w:r>
    </w:p>
    <w:p>
      <w:pPr>
        <w:pStyle w:val="Heading2"/>
      </w:pPr>
      <w:r>
        <w:t>Islam and peace integral parts</w:t>
      </w:r>
    </w:p>
    <w:p>
      <w:r>
        <w:rPr>
          <w:color w:val="666666"/>
          <w:sz w:val="18"/>
        </w:rPr>
        <w:t>Patience and Peace (Thought of the Day) July 7, 2018 · 30s · at 19:01 · https://youtu.be/2iVPXBG0Yg8?t=1141</w:t>
      </w:r>
    </w:p>
    <w:p>
      <w:r>
        <w:rPr>
          <w:i/>
        </w:rPr>
        <w:t>“Process. Tab aap ke andar positive thinking aati hai”</w:t>
      </w:r>
    </w:p>
    <w:p>
      <w:r>
        <w:rPr>
          <w:sz w:val="20"/>
        </w:rPr>
        <w:t>19:01  process.</w:t>
      </w:r>
      <w:r>
        <w:br/>
      </w:r>
      <w:r>
        <w:rPr>
          <w:sz w:val="20"/>
        </w:rPr>
        <w:t>19:08  tab aap ke andar positive thinking aati hai, aap ke andar purity aati hai, phir aap ke andar</w:t>
      </w:r>
      <w:r>
        <w:br/>
      </w:r>
      <w:r>
        <w:rPr>
          <w:sz w:val="20"/>
        </w:rPr>
        <w:t>19:16  tazkiya aata hai.</w:t>
      </w:r>
      <w:r>
        <w:br/>
      </w:r>
      <w:r>
        <w:rPr>
          <w:sz w:val="20"/>
        </w:rPr>
        <w:t>19:24  to aaj mein yeh soch raha tha ke islam aur peace do integral part hain. islam ka</w:t>
      </w:r>
    </w:p>
    <w:p>
      <w:pPr>
        <w:pStyle w:val="Heading2"/>
      </w:pPr>
      <w:r>
        <w:t>Only dawah for humans</w:t>
      </w:r>
    </w:p>
    <w:p>
      <w:r>
        <w:rPr>
          <w:color w:val="666666"/>
          <w:sz w:val="18"/>
        </w:rPr>
        <w:t>Launch of Maulana Wahiduddin Khan Peace Foundation April 2, 2016 · 40s · at 16:37 · https://youtu.be/rzojs7eGG4M?t=997</w:t>
      </w:r>
    </w:p>
    <w:p>
      <w:r>
        <w:rPr>
          <w:i/>
        </w:rPr>
        <w:t>“Sirf ek hi kaam aisa hai”</w:t>
      </w:r>
    </w:p>
    <w:p>
      <w:r>
        <w:rPr>
          <w:sz w:val="20"/>
        </w:rPr>
        <w:t>16:37  pani ke nizaam ko woh control karta hai. sara kaam barah-e-rast Khuda apne control ke tehat anjam de raha hai. sirf aik hi kaam aisa hai jis ko woh chahta hai ke insaan anjam de, woh hai dawat.</w:t>
      </w:r>
      <w:r>
        <w:br/>
      </w:r>
      <w:r>
        <w:rPr>
          <w:sz w:val="20"/>
        </w:rPr>
        <w:t>16:51  dawat ka kaam isi liye is ko kaha gaya hai Allah ki nasrat, Allah ke madadgar bano. kaun ansar Allah?</w:t>
      </w:r>
      <w:r>
        <w:br/>
      </w:r>
      <w:r>
        <w:rPr>
          <w:sz w:val="20"/>
        </w:rPr>
        <w:t>17:01  yeh aik hi kaam aisa hai jis ke mutalliq Allah apne apne apne creation plan ke tehat yeh chahta hai ke is ko insaan na anjam de.</w:t>
      </w:r>
    </w:p>
    <w:p>
      <w:pPr>
        <w:pStyle w:val="Heading2"/>
      </w:pPr>
      <w:r>
        <w:t>Dialogue is mutual learning</w:t>
      </w:r>
    </w:p>
    <w:p>
      <w:r>
        <w:rPr>
          <w:color w:val="666666"/>
          <w:sz w:val="18"/>
        </w:rPr>
        <w:t>Q&amp;A 09 Mar 2008 Maulana Wahiduddin Khan · 20s · at 15:28 · https://youtu.be/qE__fts05yw?t=928</w:t>
      </w:r>
    </w:p>
    <w:p>
      <w:r>
        <w:rPr>
          <w:i/>
        </w:rPr>
        <w:t>“Dialogue is mutual learning”</w:t>
      </w:r>
    </w:p>
    <w:p>
      <w:r>
        <w:rPr>
          <w:sz w:val="20"/>
        </w:rPr>
        <w:t>15:28  ya concern nahin hota aap ka. aap ka hota hai ki main kisi tarike se apni superiority ko establish karoon.</w:t>
      </w:r>
      <w:r>
        <w:br/>
      </w:r>
      <w:r>
        <w:rPr>
          <w:sz w:val="20"/>
        </w:rPr>
        <w:t>15:36  yah debate hai. dialogue mein aisa nahin hai. dialogue to aap seekhte hain. yah hai mutual learning. dialogue means mutual learning.</w:t>
      </w:r>
    </w:p>
    <w:p>
      <w:pPr>
        <w:pStyle w:val="Heading2"/>
      </w:pPr>
      <w:r>
        <w:t>Study reveals higher and lower animal types</w:t>
      </w:r>
    </w:p>
    <w:p>
      <w:r>
        <w:rPr>
          <w:color w:val="666666"/>
          <w:sz w:val="18"/>
        </w:rPr>
        <w:t>الكتاب المسموع الدين في مواجهة العلم iAmq nWtu 0 · 34s · at 24:09 · https://youtu.be/mXaXQ5Niu-c?t=1449</w:t>
      </w:r>
    </w:p>
    <w:p>
      <w:r>
        <w:rPr>
          <w:i/>
        </w:rPr>
        <w:t>“First, the study of animals confirms they include higher and lower types”</w:t>
      </w:r>
    </w:p>
    <w:p>
      <w:r>
        <w:rPr>
          <w:sz w:val="20"/>
        </w:rPr>
        <w:t>24:09  awwalan, inna dirasat al-haywanaat</w:t>
      </w:r>
      <w:r>
        <w:br/>
      </w:r>
      <w:r>
        <w:rPr>
          <w:sz w:val="20"/>
        </w:rPr>
        <w:t>24:14  tu'akkid annaha tadummu anwaa'an a'la wa ukhra adna, ibtidaa'an min haywanaat tata'allafu min khaliya wahida</w:t>
      </w:r>
      <w:r>
        <w:br/>
      </w:r>
      <w:r>
        <w:rPr>
          <w:sz w:val="20"/>
        </w:rPr>
        <w:t>24:26  ila haywanaat tata'allafu min malayeen al-khalaaya.</w:t>
      </w:r>
      <w:r>
        <w:br/>
      </w:r>
      <w:r>
        <w:rPr>
          <w:sz w:val="20"/>
        </w:rPr>
        <w:t>24:31  kama anna hunaka ikhtilafan kabeeran bayna hathihi al-haywanaat min haythu salahiyyatiha wa kafa'atiha</w:t>
      </w:r>
      <w:r>
        <w:br/>
      </w:r>
      <w:r>
        <w:rPr>
          <w:sz w:val="20"/>
        </w:rPr>
        <w:t>24:40  wa darajaat ruqqiha.</w:t>
      </w:r>
    </w:p>
    <w:p>
      <w:pPr>
        <w:pStyle w:val="Heading2"/>
      </w:pPr>
      <w:r>
        <w:t>Patience is literally the price of paradise</w:t>
      </w:r>
    </w:p>
    <w:p>
      <w:r>
        <w:rPr>
          <w:color w:val="666666"/>
          <w:sz w:val="18"/>
        </w:rPr>
        <w:t>Importance of Sabr March 23, 2007 · 43s · at 1:06:54 · https://youtu.be/duCjMIqqfgA?t=4014</w:t>
      </w:r>
    </w:p>
    <w:p>
      <w:r>
        <w:rPr>
          <w:i/>
        </w:rPr>
        <w:t>“Only patient people will be rewarded paradise”</w:t>
      </w:r>
    </w:p>
    <w:p>
      <w:r>
        <w:rPr>
          <w:sz w:val="20"/>
        </w:rPr>
        <w:t>1:06:54  Only patient people will be rewarded paradise.</w:t>
      </w:r>
      <w:r>
        <w:br/>
      </w:r>
      <w:r>
        <w:rPr>
          <w:sz w:val="20"/>
        </w:rPr>
        <w:t>1:07:03  So, patience is price of paradise. So, if you, if you go through this Quranic verse, then it is very easy for you.</w:t>
      </w:r>
      <w:r>
        <w:br/>
      </w:r>
      <w:r>
        <w:rPr>
          <w:sz w:val="20"/>
        </w:rPr>
        <w:t>1:07:18  It becomes very easy for you to become patient, because then you will feel that patience is, is, is</w:t>
      </w:r>
      <w:r>
        <w:br/>
      </w:r>
      <w:r>
        <w:rPr>
          <w:sz w:val="20"/>
        </w:rPr>
        <w:t>1:07:32  price of paradise. Ticket to paradise.</w:t>
      </w:r>
    </w:p>
    <w:p>
      <w:pPr>
        <w:pStyle w:val="Heading2"/>
      </w:pPr>
      <w:r>
        <w:t>Chasing an impossible goal cost him his kidneys</w:t>
      </w:r>
    </w:p>
    <w:p>
      <w:r>
        <w:rPr>
          <w:color w:val="666666"/>
          <w:sz w:val="18"/>
        </w:rPr>
        <w:t>Living in the 21st Century February 17, 2013 · 53s · at 49:16 · https://youtu.be/EJT6-erPXgI?t=2956</w:t>
      </w:r>
    </w:p>
    <w:p>
      <w:r>
        <w:rPr>
          <w:i/>
        </w:rPr>
        <w:t>“Unke paas sab kuch tha, phir bhi unachievable goal bana liya”</w:t>
      </w:r>
    </w:p>
    <w:p>
      <w:r>
        <w:rPr>
          <w:sz w:val="20"/>
        </w:rPr>
        <w:t>49:16  abhi subah mujhe ek ek ek sahab ke bare mein maloom hua ke wo achha job un ke pas tha, paisa bhi tha, sab kuch tha, lekin koi ek aisa goal bana liya unho ne jo achievable nahi tha.</w:t>
      </w:r>
      <w:r>
        <w:br/>
      </w:r>
      <w:r>
        <w:rPr>
          <w:sz w:val="20"/>
        </w:rPr>
        <w:t>49:30  wo hasil nahi ho raha tha. to yahan tak tension mein pade ke dono gurde fail ho gaye, dono kidney fail ho gayi un ki. yani bazahir sab kuch tha un ke pas.</w:t>
      </w:r>
      <w:r>
        <w:br/>
      </w:r>
      <w:r>
        <w:rPr>
          <w:sz w:val="20"/>
        </w:rPr>
        <w:t>49:42  khane peene ki kami nahi, rehne ke liye ghar hai, baithne ke liye car hai, sab kuch hai. phir bhi unho ne ek unachievable goal bana liya apne liye ke falan cheez to abhi mili nahi, falan item to abhi baki hai.</w:t>
      </w:r>
      <w:r>
        <w:br/>
      </w:r>
      <w:r>
        <w:rPr>
          <w:sz w:val="20"/>
        </w:rPr>
        <w:t>49:57  is chakar mein tension pade, tension badhte badhte, itna bara tension ke un ke bimar ho gaye aur phir dono kidney fail ho gaye aur mar gaye.</w:t>
      </w:r>
      <w:r>
        <w:br/>
      </w:r>
      <w:r>
        <w:rPr>
          <w:sz w:val="20"/>
        </w:rPr>
        <w:t>50:06  early death ho gayi.</w:t>
      </w:r>
    </w:p>
    <w:p>
      <w:pPr>
        <w:pStyle w:val="Heading2"/>
      </w:pPr>
      <w:r>
        <w:t>Newton's apple shock and gravitational discovery</w:t>
      </w:r>
    </w:p>
    <w:p>
      <w:r>
        <w:rPr>
          <w:color w:val="666666"/>
          <w:sz w:val="18"/>
        </w:rPr>
        <w:t>How God Manages Human History December 23, 2018 · 52s · at 7:17 · https://youtu.be/j_yxigrCl5U?t=437</w:t>
      </w:r>
    </w:p>
    <w:p>
      <w:r>
        <w:rPr>
          <w:i/>
        </w:rPr>
        <w:t>“Newton ka ek khandani baagh tha seb ka”</w:t>
      </w:r>
    </w:p>
    <w:p>
      <w:r>
        <w:rPr>
          <w:sz w:val="20"/>
        </w:rPr>
        <w:t>7:17  Allah taala ka jo Allah taala ka jo chal raha hai under current jo mansooba, woh through shock hota hai.</w:t>
      </w:r>
      <w:r>
        <w:br/>
      </w:r>
      <w:r>
        <w:rPr>
          <w:sz w:val="20"/>
        </w:rPr>
        <w:t>7:35  aik ke baad aik shock hotay hain, us shock se insaan ki history ko laya jata hai patti par.</w:t>
      </w:r>
      <w:r>
        <w:br/>
      </w:r>
      <w:r>
        <w:rPr>
          <w:sz w:val="20"/>
        </w:rPr>
        <w:t>7:42  patti par laya jata hai.</w:t>
      </w:r>
      <w:r>
        <w:br/>
      </w:r>
      <w:r>
        <w:rPr>
          <w:sz w:val="20"/>
        </w:rPr>
        <w:t>7:55  is ko main kehta hoon apple shock. apple shock yani nature ne is ke sir par shock ke zariye is ki tawajjuh tawajjuh ko hataya.</w:t>
      </w:r>
    </w:p>
    <w:p>
      <w:pPr>
        <w:pStyle w:val="Heading2"/>
      </w:pPr>
      <w:r>
        <w:t>Peace brings opportunities</w:t>
      </w:r>
    </w:p>
    <w:p>
      <w:r>
        <w:rPr>
          <w:color w:val="666666"/>
          <w:sz w:val="18"/>
        </w:rPr>
        <w:t>Difference Management June 6, 2007 Maulana Wahiduddin Khan · 33s · at 30:46 · https://youtu.be/Qcrm0lX88dA?t=1846</w:t>
      </w:r>
    </w:p>
    <w:p>
      <w:r>
        <w:rPr>
          <w:i/>
        </w:rPr>
        <w:t>“So peace means opening opportunities.”</w:t>
      </w:r>
    </w:p>
    <w:p>
      <w:r>
        <w:rPr>
          <w:sz w:val="20"/>
        </w:rPr>
        <w:t>30:46  So peace means opening opportunities. Peace means opportunities.</w:t>
      </w:r>
      <w:r>
        <w:br/>
      </w:r>
      <w:r>
        <w:rPr>
          <w:sz w:val="20"/>
        </w:rPr>
        <w:t>30:56  Where there is peace, there are opportunities.</w:t>
      </w:r>
      <w:r>
        <w:br/>
      </w:r>
      <w:r>
        <w:rPr>
          <w:sz w:val="20"/>
        </w:rPr>
        <w:t>31:00  And where there is fighting, there is no opportunity. There is a simple formula of life. Where there is hate, confrontation, fighting, war, violence, there is no peace.</w:t>
      </w:r>
    </w:p>
    <w:p>
      <w:pPr>
        <w:pStyle w:val="Heading2"/>
      </w:pPr>
      <w:r>
        <w:t>Impossibility to stop suicide bombers</w:t>
      </w:r>
    </w:p>
    <w:p>
      <w:r>
        <w:rPr>
          <w:color w:val="666666"/>
          <w:sz w:val="18"/>
        </w:rPr>
        <w:t>Political Interpretation of Islam September 4, 2007 · 35s · at 37:52 · https://youtu.be/iwFh5kd1-Rw?t=2272</w:t>
      </w:r>
    </w:p>
    <w:p>
      <w:r>
        <w:rPr>
          <w:i/>
        </w:rPr>
        <w:t>“Aadmi apne aap par bomb baad kar ke kahin bhi ja sakta hai”</w:t>
      </w:r>
    </w:p>
    <w:p>
      <w:r>
        <w:rPr>
          <w:sz w:val="20"/>
        </w:rPr>
        <w:t>37:52  aadmi apne apne upar bomb baad kar ke kahin bhi ja sakta hai? Kya karein ge is ko aap?</w:t>
      </w:r>
      <w:r>
        <w:br/>
      </w:r>
      <w:r>
        <w:rPr>
          <w:sz w:val="20"/>
        </w:rPr>
        <w:t>37:59  dekhiye, jo aadmi apne ko marne par tul jaye, is se aap bach nahi sakte. Yani woh to is par tule hue hain ke hamein apne ko mar kar ke doosron ko marna hai.</w:t>
      </w:r>
      <w:r>
        <w:br/>
      </w:r>
      <w:r>
        <w:rPr>
          <w:sz w:val="20"/>
        </w:rPr>
        <w:t>38:10  aap kya karein ge? Woh kahin bhi ghus jaye ga? The greatest menace of our world is political interpretation of Islam. Yaad rakhiye, aaj kal har aadmi bol raha hai is par, military nesi par</w:t>
      </w:r>
    </w:p>
    <w:p>
      <w:pPr>
        <w:pStyle w:val="Heading2"/>
      </w:pPr>
      <w:r>
        <w:t>Prohibition of false martyrdom titles</w:t>
      </w:r>
    </w:p>
    <w:p>
      <w:r>
        <w:rPr>
          <w:color w:val="666666"/>
          <w:sz w:val="18"/>
        </w:rPr>
        <w:t>Natural Warning April 17, 2016 · 29s · at 16:29 · https://youtu.be/fSNOpwgzcss?t=989</w:t>
      </w:r>
    </w:p>
    <w:p>
      <w:r>
        <w:rPr>
          <w:i/>
        </w:rPr>
        <w:t>“A huge mistake is calling dead Muslims martyrs.”</w:t>
      </w:r>
    </w:p>
    <w:p>
      <w:r>
        <w:rPr>
          <w:sz w:val="20"/>
        </w:rPr>
        <w:t>16:29  halankeh Islam mein hai hi nahi yeh. Yeh bilkul bidat hai yeh. Bukhari mein aik baqaida aik bab aata hai.</w:t>
      </w:r>
      <w:r>
        <w:br/>
      </w:r>
      <w:r>
        <w:rPr>
          <w:sz w:val="20"/>
        </w:rPr>
        <w:t>16:40  is ka tarjuma bab hai Allah yuqal shaheedan.</w:t>
      </w:r>
      <w:r>
        <w:br/>
      </w:r>
      <w:r>
        <w:rPr>
          <w:sz w:val="20"/>
        </w:rPr>
        <w:t>16:48  yani jo is tarah se lad kar maare jayen to un ko shaheed mat kaho. Allah yuqal shaheedan. Shaheed mat kaho yeh mana hai baqayda.</w:t>
      </w:r>
    </w:p>
    <w:p>
      <w:pPr>
        <w:pStyle w:val="Heading2"/>
      </w:pPr>
      <w:r>
        <w:t>Big work requires willingness to be coward</w:t>
      </w:r>
    </w:p>
    <w:p>
      <w:r>
        <w:rPr>
          <w:color w:val="666666"/>
          <w:sz w:val="18"/>
        </w:rPr>
        <w:t>The Importance of Humble Beginning December 30, 2007 · 40s · at 19:37 · https://youtu.be/Qx0WeaoslYs?t=1177</w:t>
      </w:r>
    </w:p>
    <w:p>
      <w:r>
        <w:rPr>
          <w:i/>
        </w:rPr>
        <w:t>“To do big work, be ready to become a coward”</w:t>
      </w:r>
    </w:p>
    <w:p>
      <w:r>
        <w:rPr>
          <w:sz w:val="20"/>
        </w:rPr>
        <w:t>19:37  bohat hi bari sacrifice hai. aaj hi subah mein kisi se keh raha tha ke agar aap zindagi mein koi bara kaam karna chahte hain to coward banne ke liye tayyar ho jaie.</w:t>
      </w:r>
      <w:r>
        <w:br/>
      </w:r>
      <w:r>
        <w:rPr>
          <w:sz w:val="20"/>
        </w:rPr>
        <w:t>19:52  coward banne ke liye tayyar ho jaie. agar aap zindagi mein koi bara kaam karna chahte hain to coward banne ke liye tayyar ho jaie. bazdil banne ke liye tayyar ho jaie.</w:t>
      </w:r>
      <w:r>
        <w:br/>
      </w:r>
      <w:r>
        <w:rPr>
          <w:sz w:val="20"/>
        </w:rPr>
        <w:t>20:04  bazdil ya coward, coward mein ne positive sense mein istemal kiya. peechay jana, back seat lena.</w:t>
      </w:r>
      <w:r>
        <w:br/>
      </w:r>
      <w:r>
        <w:rPr>
          <w:sz w:val="20"/>
        </w:rPr>
        <w:t>20:15  sab se bari sacrifice hai.</w:t>
      </w:r>
    </w:p>
    <w:p>
      <w:pPr>
        <w:pStyle w:val="Heading2"/>
      </w:pPr>
      <w:r>
        <w:t>Pakistan's violence against India is a crime, not error</w:t>
      </w:r>
    </w:p>
    <w:p>
      <w:r>
        <w:rPr>
          <w:color w:val="666666"/>
          <w:sz w:val="18"/>
        </w:rPr>
        <w:t>Islam and Violence October 12, 2014 · 51s · at 49:09 · https://youtu.be/KmpXYZjPlj8?t=2949</w:t>
      </w:r>
    </w:p>
    <w:p>
      <w:r>
        <w:rPr>
          <w:i/>
        </w:rPr>
        <w:t>“Main samajhta hun yeh ghalti nahi, balke crime hai”</w:t>
      </w:r>
    </w:p>
    <w:p>
      <w:r>
        <w:rPr>
          <w:sz w:val="20"/>
        </w:rPr>
        <w:t>49:09  maulana, is ke bare mein aap kya kahengay? main to samajhta hoon ke yeh ghalati nahi hai, balkay crime hai.</w:t>
      </w:r>
      <w:r>
        <w:br/>
      </w:r>
      <w:r>
        <w:rPr>
          <w:sz w:val="20"/>
        </w:rPr>
        <w:t>49:19  crime</w:t>
      </w:r>
      <w:r>
        <w:br/>
      </w:r>
      <w:r>
        <w:rPr>
          <w:sz w:val="20"/>
        </w:rPr>
        <w:t>49:22  crime pakistan walon ne pehli ghalati yeh ki ke ke india ke log, jo un ke liye madu ka darja rakhtay thay, un se larai kar ke alag kilwaya.</w:t>
      </w:r>
      <w:r>
        <w:br/>
      </w:r>
      <w:r>
        <w:rPr>
          <w:sz w:val="20"/>
        </w:rPr>
        <w:t>49:32  partition bilashuba is ka islam se koi talluq nahi. islam mein partition ka koi concept hi nahi. koi islam mein partition ka koi concept nahi hai.</w:t>
      </w:r>
      <w:r>
        <w:br/>
      </w:r>
      <w:r>
        <w:rPr>
          <w:sz w:val="20"/>
        </w:rPr>
        <w:t>49:44  lar phir kar alag karwaya, halankay india ke logon ke liye madu khenchtay thay.</w:t>
      </w:r>
      <w:r>
        <w:br/>
      </w:r>
      <w:r>
        <w:rPr>
          <w:sz w:val="20"/>
        </w:rPr>
        <w:t>49:51  to alag karwanay ke baad kam se kam chup chap bethay hain. ab jo jihad ki baatein kar rahay hain, to yeh ghalati nahi hai, yeh crime hai. is ka talluq jihad se kuch bhi nahi hai.</w:t>
      </w:r>
    </w:p>
    <w:p>
      <w:pPr>
        <w:pStyle w:val="Heading2"/>
      </w:pPr>
      <w:r>
        <w:t>Peace is Islam's greatest good, war the exception</w:t>
      </w:r>
    </w:p>
    <w:p>
      <w:r>
        <w:rPr>
          <w:color w:val="666666"/>
          <w:sz w:val="18"/>
        </w:rPr>
        <w:t>Islam and Terrorism February 10, 2009 Maulana Wahiduddin Khan · 34s · at 22:07 · https://youtu.be/vCEjp0w7Qjo?t=1327</w:t>
      </w:r>
    </w:p>
    <w:p>
      <w:r>
        <w:rPr>
          <w:i/>
        </w:rPr>
        <w:t>“Peace is Islam's greatest good — war is only the exception.”</w:t>
      </w:r>
    </w:p>
    <w:p>
      <w:r>
        <w:rPr>
          <w:sz w:val="20"/>
        </w:rPr>
        <w:t>22:07  So peace with all is the most important principle of Islam.</w:t>
      </w:r>
      <w:r>
        <w:br/>
      </w:r>
      <w:r>
        <w:rPr>
          <w:sz w:val="20"/>
        </w:rPr>
        <w:t>22:17  Why? I can say that in Islam, peace is the samambonam, the greatest good.</w:t>
      </w:r>
      <w:r>
        <w:br/>
      </w:r>
      <w:r>
        <w:rPr>
          <w:sz w:val="20"/>
        </w:rPr>
        <w:t>22:28  Peace is the samambonam, the greatest good. In Islam, peace is the rule and war is an exception.</w:t>
      </w:r>
    </w:p>
    <w:p>
      <w:pPr>
        <w:pStyle w:val="Heading2"/>
      </w:pPr>
      <w:r>
        <w:t>Individual peace achievable, mankind-wide ideal peace impossible</w:t>
      </w:r>
    </w:p>
    <w:p>
      <w:r>
        <w:rPr>
          <w:color w:val="666666"/>
          <w:sz w:val="18"/>
        </w:rPr>
        <w:t>Importance of Peace December 16, 2012 · 45s · at 7:52 · https://youtu.be/nymyorYyEz4?t=472</w:t>
      </w:r>
    </w:p>
    <w:p>
      <w:r>
        <w:rPr>
          <w:i/>
        </w:rPr>
        <w:t>“Individual level par amn yaqeenan achievable ho jayega”</w:t>
      </w:r>
    </w:p>
    <w:p>
      <w:r>
        <w:rPr>
          <w:sz w:val="20"/>
        </w:rPr>
        <w:t>7:52  yaani individual level par aman yaqeeni taur par achievable ho jayega. albatt poore humankind ke level par ideal peace nahin qaim ho sakta hai duniya mein.</w:t>
      </w:r>
      <w:r>
        <w:br/>
      </w:r>
      <w:r>
        <w:rPr>
          <w:sz w:val="20"/>
        </w:rPr>
        <w:t>8:05  kyun? insaan ko azaadi bhi mili hui hai. azaadi ko khuda abolish nahin kar sakta kabhi bhi. duniya mein jo peace qaim hoga, woh logon ki azaadi ko baqi rakhte hue hoga.</w:t>
      </w:r>
      <w:r>
        <w:br/>
      </w:r>
      <w:r>
        <w:rPr>
          <w:sz w:val="20"/>
        </w:rPr>
        <w:t>8:21  azaadi ko khatm kar ke nahin hoga. isi liye main keh raha hoon ke duniya mein workable peace ban sakta hai, ideal peace nahin. to allah taala ka yeh nishana hai ke duniya mein workable peace har haal mein qaim ho jaye.</w:t>
      </w:r>
    </w:p>
    <w:p>
      <w:pPr>
        <w:pStyle w:val="Heading2"/>
      </w:pPr>
      <w:r>
        <w:t>Men and women's roles are like two cogwheels</w:t>
      </w:r>
    </w:p>
    <w:p>
      <w:r>
        <w:rPr>
          <w:color w:val="666666"/>
          <w:sz w:val="18"/>
        </w:rPr>
        <w:t>Concept of Hijab in Islam February 20, 2022 Prof. Farida Khanam · 36s · at 29:18 · https://youtu.be/QrrSDEKy2gc?t=1758</w:t>
      </w:r>
    </w:p>
    <w:p>
      <w:r>
        <w:rPr>
          <w:i/>
        </w:rPr>
        <w:t>“Dividing roles is essential — men and women are like cogwheels.”</w:t>
      </w:r>
    </w:p>
    <w:p>
      <w:r>
        <w:rPr>
          <w:sz w:val="20"/>
        </w:rPr>
        <w:t>29:18  to role adaa karna zaroori hai kyunki uske baghair dono mardavaran dono ek doosre ke cogwheel ki tarah hai.</w:t>
      </w:r>
      <w:r>
        <w:br/>
      </w:r>
      <w:r>
        <w:rPr>
          <w:sz w:val="20"/>
        </w:rPr>
        <w:t>29:25  uske baghair to samaaj chal nahi sakta.</w:t>
      </w:r>
      <w:r>
        <w:br/>
      </w:r>
      <w:r>
        <w:rPr>
          <w:sz w:val="20"/>
        </w:rPr>
        <w:t>29:32  aur role ada karne ke liye aapko Islam ne koi mutaayyan kapda nahi diya.</w:t>
      </w:r>
      <w:r>
        <w:br/>
      </w:r>
      <w:r>
        <w:rPr>
          <w:sz w:val="20"/>
        </w:rPr>
        <w:t>29:39  kuch khaast sharte lagaaye jo aapaa ne zikr kiya hai.</w:t>
      </w:r>
      <w:r>
        <w:br/>
      </w:r>
      <w:r>
        <w:rPr>
          <w:sz w:val="20"/>
        </w:rPr>
        <w:t>29:46  usi hisaab se hum apne</w:t>
      </w:r>
      <w:r>
        <w:br/>
      </w:r>
      <w:r>
        <w:rPr>
          <w:sz w:val="20"/>
        </w:rPr>
        <w:t>29:54  kyunki maurana ne to bahut zyada encourage kiya khawateen ko kaam karne ke liye. to tamam khawateen jo hai wah mission mein lagi hui hain. ab dekhiye auraton ko chuki mauka nahi diya ja raha tha to auraton ke andar jazba jo hai bahut hi bhara hua tha kuch karne ka. jab unko mauka mila to wo ekdum se din raat unhone apne aap ko devote kar diya.</w:t>
      </w:r>
    </w:p>
    <w:p>
      <w:pPr>
        <w:pStyle w:val="Heading2"/>
      </w:pPr>
      <w:r>
        <w:t>Islam delinked nature from worship</w:t>
      </w:r>
    </w:p>
    <w:p>
      <w:r>
        <w:rPr>
          <w:color w:val="666666"/>
          <w:sz w:val="18"/>
        </w:rPr>
        <w:t>Al Risala, July 2018 · 34s · at 1:02 · https://youtu.be/n1KVRke8n4E?t=62</w:t>
      </w:r>
    </w:p>
    <w:p>
      <w:r>
        <w:rPr>
          <w:i/>
        </w:rPr>
        <w:t>“Islam ke zariye jo mabni bar tawheed inqilab aaya”</w:t>
      </w:r>
    </w:p>
    <w:p>
      <w:r>
        <w:rPr>
          <w:sz w:val="20"/>
        </w:rPr>
        <w:t>1:02  Islam ke zariye jo mabni bar tawheed inqilab aaya, us ne tareekh mein pehli baar yeh kiya ke nature aur worship dono ko ek doosre se alag ya delink kar diya.</w:t>
      </w:r>
      <w:r>
        <w:br/>
      </w:r>
      <w:r>
        <w:rPr>
          <w:sz w:val="20"/>
        </w:rPr>
        <w:t>1:16  Is ke baad tareekh mein ek naya process jari hua. Ab nature tehqeeq ka mozu, ya objective of investigation ban gayi, jo ke Islam se pehle parastish ka mozu, ya object of worship bani hui thi.</w:t>
      </w:r>
    </w:p>
    <w:p>
      <w:pPr>
        <w:pStyle w:val="Heading2"/>
      </w:pPr>
      <w:r>
        <w:t>Power of literature distribution for da'wah</w:t>
      </w:r>
    </w:p>
    <w:p>
      <w:r>
        <w:rPr>
          <w:color w:val="666666"/>
          <w:sz w:val="18"/>
        </w:rPr>
        <w:t>Religion and Politics (In Conversation with Maulana) November 04, 2007 · 27s · at 7:49 · https://youtu.be/Q1MvGENe-O4?t=469</w:t>
      </w:r>
    </w:p>
    <w:p>
      <w:r>
        <w:rPr>
          <w:i/>
        </w:rPr>
        <w:t>“Tab se mujhe idea aaya ki sab se aasan kaam yah hai”</w:t>
      </w:r>
    </w:p>
    <w:p>
      <w:r>
        <w:rPr>
          <w:sz w:val="20"/>
        </w:rPr>
        <w:t>7:49  tab se mujhe idea yeh aaya ke aadmi, sab se asaan kaam yeh hai ke aap pamphlet rakhein apne paas, brochure rakhein apne paas, aur logon ko dete rahen.</w:t>
      </w:r>
      <w:r>
        <w:br/>
      </w:r>
      <w:r>
        <w:rPr>
          <w:sz w:val="20"/>
        </w:rPr>
        <w:t>8:00  aur woh apne ghar ja kar parhe ga woh. is idea ke tehat yeh saari kitabein tayyar huien. to mein samajhta hoon ke aaj bhi yahi sab se zyada powerful tareeqa hai ke aap khoob khoob literature phailayen.</w:t>
      </w:r>
    </w:p>
    <w:p>
      <w:pPr>
        <w:pStyle w:val="Heading2"/>
      </w:pPr>
      <w:r>
        <w:t>Contentment means planning based on what remains</w:t>
      </w:r>
    </w:p>
    <w:p>
      <w:r>
        <w:rPr>
          <w:color w:val="666666"/>
          <w:sz w:val="18"/>
        </w:rPr>
        <w:t>Prophetic Guidance October 4, 2015 · 41s · at 3:02 · https://youtu.be/k5sAYxguQUo?t=182</w:t>
      </w:r>
    </w:p>
    <w:p>
      <w:r>
        <w:rPr>
          <w:i/>
        </w:rPr>
        <w:t>“قناعت کا مطلب ہے باقی مادہ پر پلاننگ”</w:t>
      </w:r>
    </w:p>
    <w:p>
      <w:r>
        <w:rPr>
          <w:sz w:val="20"/>
        </w:rPr>
        <w:t>3:02  mein is ko agar apne lafzon mein kahoon to woh yeh hoga ke qanaat ka matlab hai baqi madde par planning.</w:t>
      </w:r>
      <w:r>
        <w:br/>
      </w:r>
      <w:r>
        <w:rPr>
          <w:sz w:val="20"/>
        </w:rPr>
        <w:t>3:15  baqi madde par mansooba. yani planning based on remnant</w:t>
      </w:r>
      <w:r>
        <w:br/>
      </w:r>
      <w:r>
        <w:rPr>
          <w:sz w:val="20"/>
        </w:rPr>
        <w:t>3:24  planning based on remnant.</w:t>
      </w:r>
      <w:r>
        <w:br/>
      </w:r>
      <w:r>
        <w:rPr>
          <w:sz w:val="20"/>
        </w:rPr>
        <w:t>3:30  jo aap ke paas kuch to aap ke paas khoya gaya, kuch aap ke paas bacha hua hai. to jo aap ke paas bacha hua hai, us par planning karna, us par mansooba banana.</w:t>
      </w:r>
    </w:p>
    <w:p>
      <w:pPr>
        <w:pStyle w:val="Heading2"/>
      </w:pPr>
      <w:r>
        <w:t>Self-righteousness stops Muslims accepting criticism</w:t>
      </w:r>
    </w:p>
    <w:p>
      <w:r>
        <w:rPr>
          <w:color w:val="666666"/>
          <w:sz w:val="18"/>
        </w:rPr>
        <w:t>Islamization of Muslims January 10, 2010 Maulana Wahiduddin Khan · 42s · at 1:39:32 · https://youtu.be/bjCT5yer37Q?t=5972</w:t>
      </w:r>
    </w:p>
    <w:p>
      <w:r>
        <w:rPr>
          <w:i/>
        </w:rPr>
        <w:t>“Muslims live in self-righteousness, and scholars caused it”</w:t>
      </w:r>
    </w:p>
    <w:p>
      <w:r>
        <w:rPr>
          <w:sz w:val="20"/>
        </w:rPr>
        <w:t>1:39:32  What is the reason for it and how can we rectify this situation? Main samajhta hoon ke sab se bari wajah yeh hai ke Musalman self-right mein jeete hain aur is ki zimmedari hamare ulama par hai.</w:t>
      </w:r>
      <w:r>
        <w:br/>
      </w:r>
      <w:r>
        <w:rPr>
          <w:sz w:val="20"/>
        </w:rPr>
        <w:t>1:39:48  Hamare ulama, hamare masjidain aur madaris yeh yeh mizaj in ke andar inculcate karte hain ke hamara deen sab se afzal, hamara Nabi sab se afzal, hamara Quran sab se afzal, hamari ummat sab se afzal.</w:t>
      </w:r>
      <w:r>
        <w:br/>
      </w:r>
      <w:r>
        <w:rPr>
          <w:sz w:val="20"/>
        </w:rPr>
        <w:t>1:40:01  Yeh jo sikhaya jata hai masjidon mein, madaris mein har jagah, is se kya aa gaya hai? Self-rights, hamari tareekh sab se afzal. Yeh concept jo hai afzaliyat ka, yeh color hai.</w:t>
      </w:r>
    </w:p>
    <w:p>
      <w:pPr>
        <w:pStyle w:val="Heading2"/>
      </w:pPr>
      <w:r>
        <w:t>dawah means being a well-wisher, not a debater</w:t>
      </w:r>
    </w:p>
    <w:p>
      <w:r>
        <w:rPr>
          <w:color w:val="666666"/>
          <w:sz w:val="18"/>
        </w:rPr>
        <w:t>Intellectual Empowerment August 22, 2010 · 40s · at 18:27 · https://youtu.be/hMzhnJpdyAg?t=1107</w:t>
      </w:r>
    </w:p>
    <w:p>
      <w:r>
        <w:rPr>
          <w:i/>
        </w:rPr>
        <w:t>“دعوت کا مطلب یہی ہے کہ آپ دوسروں کے خیر خواہ ہیں”</w:t>
      </w:r>
    </w:p>
    <w:p>
      <w:r>
        <w:rPr>
          <w:sz w:val="20"/>
        </w:rPr>
        <w:t>18:27  dawat ka model se kya hota hai? insaan friendly behaviour paida hota hai. dawat ka matlab hi yahi hai keh aap doosron ke khair khwah hain.</w:t>
      </w:r>
      <w:r>
        <w:br/>
      </w:r>
      <w:r>
        <w:rPr>
          <w:sz w:val="20"/>
        </w:rPr>
        <w:t>18:37  doosron ko aap Allah ke rastay pe lana chahte hain. doosron ko aap jannat mein dakhil karne ke hareese hain. isi ka naam dawat hai.</w:t>
      </w:r>
      <w:r>
        <w:br/>
      </w:r>
      <w:r>
        <w:rPr>
          <w:sz w:val="20"/>
        </w:rPr>
        <w:t>18:48  dawat koi debate nahi hai. koi dawat apne pride ko establish karne ka naam dawat nahi hai.</w:t>
      </w:r>
      <w:r>
        <w:br/>
      </w:r>
      <w:r>
        <w:rPr>
          <w:sz w:val="20"/>
        </w:rPr>
        <w:t>18:55  to dawat ka model jab apnayenge aap to aap ke andar kya aye ga? insaan friendly behaviour aye ga. aap doosron ki khair khwahi ke hareese ban jayen ge.</w:t>
      </w:r>
    </w:p>
    <w:p>
      <w:pPr>
        <w:pStyle w:val="Heading2"/>
      </w:pPr>
      <w:r>
        <w:t>Only taboo is violence</w:t>
      </w:r>
    </w:p>
    <w:p>
      <w:r>
        <w:rPr>
          <w:color w:val="666666"/>
          <w:sz w:val="18"/>
        </w:rPr>
        <w:t>Islam in the Changing World August 6, 2007 · 31s · at 29:19 · https://youtu.be/lEhH4VDLSFY?t=1759</w:t>
      </w:r>
    </w:p>
    <w:p>
      <w:r>
        <w:rPr>
          <w:i/>
        </w:rPr>
        <w:t>“Only one thing is taboo in our world. That is violence.”</w:t>
      </w:r>
    </w:p>
    <w:p>
      <w:r>
        <w:rPr>
          <w:sz w:val="20"/>
        </w:rPr>
        <w:t>29:19  You know only one thing is taboo in our world. That is violence. Other than violence, there is no taboo at all in our present world.</w:t>
      </w:r>
      <w:r>
        <w:br/>
      </w:r>
      <w:r>
        <w:rPr>
          <w:sz w:val="20"/>
        </w:rPr>
        <w:t>29:33  So</w:t>
      </w:r>
      <w:r>
        <w:br/>
      </w:r>
      <w:r>
        <w:rPr>
          <w:sz w:val="20"/>
        </w:rPr>
        <w:t>29:36  if you refrain yourself from indulging in violence, from indulging in militancy,</w:t>
      </w:r>
    </w:p>
    <w:p>
      <w:pPr>
        <w:pStyle w:val="Heading2"/>
      </w:pPr>
      <w:r>
        <w:t>A Hindi couplet on absorbing criticism gracefully</w:t>
      </w:r>
    </w:p>
    <w:p>
      <w:r>
        <w:rPr>
          <w:color w:val="666666"/>
          <w:sz w:val="18"/>
        </w:rPr>
        <w:t>Contribution of Sufism in India May 29, 2011 · 38s · at 1:21:11 · https://youtu.be/lzxSaTnomio?t=4871</w:t>
      </w:r>
    </w:p>
    <w:p>
      <w:r>
        <w:rPr>
          <w:i/>
        </w:rPr>
        <w:t>“A Hindi saying: bear the blow of words as a gift”</w:t>
      </w:r>
    </w:p>
    <w:p>
      <w:r>
        <w:rPr>
          <w:sz w:val="20"/>
        </w:rPr>
        <w:t>1:21:11  Hindi ka ek maqoola hai ke "chot seh jo shabd ki, waaye guru mein daas".</w:t>
      </w:r>
      <w:r>
        <w:br/>
      </w:r>
      <w:r>
        <w:rPr>
          <w:sz w:val="20"/>
        </w:rPr>
        <w:t>1:21:18  To thoda sa badal ke main kahunga ke "chot seh jo shabd ki" wahi sabit karta hai ke mere andar kibr nahin hai. Tanqeed chuki jo bhadak uthe to yaqeeni proof hai ke uske andar kibr hai,</w:t>
      </w:r>
      <w:r>
        <w:br/>
      </w:r>
      <w:r>
        <w:rPr>
          <w:sz w:val="20"/>
        </w:rPr>
        <w:t>1:21:33  aur kibr hai to jannat ka gate uska nahin khulega. To yeh to sab se badi badi cheez hai jiska hamein introspection karna hai.</w:t>
      </w:r>
      <w:r>
        <w:br/>
      </w:r>
      <w:r>
        <w:rPr>
          <w:sz w:val="20"/>
        </w:rPr>
        <w:t>1:21:43  Sochte rehna hai, sochte rehna hai, sochte rehna hai.</w:t>
      </w:r>
    </w:p>
    <w:p>
      <w:pPr>
        <w:pStyle w:val="Heading2"/>
      </w:pPr>
      <w:r>
        <w:t>Avoid problem, avail opportunities</w:t>
      </w:r>
    </w:p>
    <w:p>
      <w:r>
        <w:rPr>
          <w:color w:val="666666"/>
          <w:sz w:val="18"/>
        </w:rPr>
        <w:t>Good News from Kashmir May 14, 2017 · 30s · at 37:58 · https://youtu.be/2XwuYi_nH28?t=2278</w:t>
      </w:r>
    </w:p>
    <w:p>
      <w:r>
        <w:rPr>
          <w:i/>
        </w:rPr>
        <w:t>“Avoid the problem, avail the opportunities”</w:t>
      </w:r>
    </w:p>
    <w:p>
      <w:r>
        <w:rPr>
          <w:sz w:val="20"/>
        </w:rPr>
        <w:t>37:58  mushkilat ko avoid karo.</w:t>
      </w:r>
      <w:r>
        <w:br/>
      </w:r>
      <w:r>
        <w:rPr>
          <w:sz w:val="20"/>
        </w:rPr>
        <w:t>38:04  yani is ko side pe kar do to tum ko rasta nikal ayega.</w:t>
      </w:r>
      <w:r>
        <w:br/>
      </w:r>
      <w:r>
        <w:rPr>
          <w:sz w:val="20"/>
        </w:rPr>
        <w:t>38:10  یہی وہی چیز کو میں نے ایک بار تو لکھا تھا کہ Avoid the problem, avail the opportunities.</w:t>
      </w:r>
      <w:r>
        <w:br/>
      </w:r>
      <w:r>
        <w:rPr>
          <w:sz w:val="20"/>
        </w:rPr>
        <w:t>38:16  Avoid the problem, avail the opportunities.</w:t>
      </w:r>
      <w:r>
        <w:br/>
      </w:r>
      <w:r>
        <w:rPr>
          <w:sz w:val="20"/>
        </w:rPr>
        <w:t>38:23  yani jahan aap ko</w:t>
      </w:r>
    </w:p>
    <w:p>
      <w:pPr>
        <w:pStyle w:val="Heading2"/>
      </w:pPr>
      <w:r>
        <w:t>All humans are your invitees, not your enemies</w:t>
      </w:r>
    </w:p>
    <w:p>
      <w:r>
        <w:rPr>
          <w:color w:val="666666"/>
          <w:sz w:val="18"/>
        </w:rPr>
        <w:t>Attributes of a Dayee October 31, 2010 · 45s · at 1:24 · https://youtu.be/-inz5O22QGE?t=84</w:t>
      </w:r>
    </w:p>
    <w:p>
      <w:r>
        <w:rPr>
          <w:i/>
        </w:rPr>
        <w:t>“Doosre tamam insan aapke liye sirf madu hain”</w:t>
      </w:r>
    </w:p>
    <w:p>
      <w:r>
        <w:rPr>
          <w:sz w:val="20"/>
        </w:rPr>
        <w:t>1:24  ke aap yeh jaanein ke doosre tamam insaan aap ke liye mad'oo hain. woh na dushman hain, na woh aap ke rival hain,</w:t>
      </w:r>
      <w:r>
        <w:br/>
      </w:r>
      <w:r>
        <w:rPr>
          <w:sz w:val="20"/>
        </w:rPr>
        <w:t>1:39  na woh aap ke conspirator hain, na woh aap ke liye ajnabi hain.</w:t>
      </w:r>
      <w:r>
        <w:br/>
      </w:r>
      <w:r>
        <w:rPr>
          <w:sz w:val="20"/>
        </w:rPr>
        <w:t>1:48  woh sirf aap ke mad'oo hain. yani aap ko, aap ke paas Allah ka ek paigham hai, is paigham ko in insano tak pahunchana hai.</w:t>
      </w:r>
      <w:r>
        <w:br/>
      </w:r>
      <w:r>
        <w:rPr>
          <w:sz w:val="20"/>
        </w:rPr>
        <w:t>2:01  sab se pehli jo sifat hai ya shart, woh yeh hai.</w:t>
      </w:r>
    </w:p>
    <w:p>
      <w:pPr>
        <w:pStyle w:val="Heading2"/>
      </w:pPr>
      <w:r>
        <w:t>Osama is dead but his ideology lives on</w:t>
      </w:r>
    </w:p>
    <w:p>
      <w:r>
        <w:rPr>
          <w:color w:val="666666"/>
          <w:sz w:val="18"/>
        </w:rPr>
        <w:t>Islamic Pacifism I May 08, 2011 · 51s · at 3:40 · https://youtu.be/fkd605HEfRY?t=220</w:t>
      </w:r>
    </w:p>
    <w:p>
      <w:r>
        <w:rPr>
          <w:i/>
        </w:rPr>
        <w:t>“Osama mar gaya lekin Osama ki (soch) zinda hai”</w:t>
      </w:r>
    </w:p>
    <w:p>
      <w:r>
        <w:rPr>
          <w:sz w:val="20"/>
        </w:rPr>
        <w:t>3:40  wahan ek maqoolah hai ke badshah mar gaya magar badshah zinda hai.</w:t>
      </w:r>
      <w:r>
        <w:br/>
      </w:r>
      <w:r>
        <w:rPr>
          <w:sz w:val="20"/>
        </w:rPr>
        <w:t>3:51  main kahun ga ke osama mar gaya lekin osama ki aaj aaj bhi zinda hai.</w:t>
      </w:r>
      <w:r>
        <w:br/>
      </w:r>
      <w:r>
        <w:rPr>
          <w:sz w:val="20"/>
        </w:rPr>
        <w:t>4:08  to wahan kehte hain ke "The King is dead, long live the King".</w:t>
      </w:r>
      <w:r>
        <w:br/>
      </w:r>
      <w:r>
        <w:rPr>
          <w:sz w:val="20"/>
        </w:rPr>
        <w:t>4:15  to main kahun ga ke osama bin laden is dead, long live osama bin laden. kyunke unhon ne dhamki di hai, un ki jo al-qaeda hai, is ne ke hum is ka retaliate karein ge.</w:t>
      </w:r>
    </w:p>
    <w:p>
      <w:pPr>
        <w:pStyle w:val="Heading2"/>
      </w:pPr>
      <w:r>
        <w:t>History managed by God, on right path</w:t>
      </w:r>
    </w:p>
    <w:p>
      <w:r>
        <w:rPr>
          <w:color w:val="666666"/>
          <w:sz w:val="18"/>
        </w:rPr>
        <w:t>Creation Plan | December 24, 2016 · 31s · at 24:05 · https://youtu.be/AEzv9fgyyKc?t=1445</w:t>
      </w:r>
    </w:p>
    <w:p>
      <w:r>
        <w:rPr>
          <w:i/>
        </w:rPr>
        <w:t>“History is managed by God Almighty.”</w:t>
      </w:r>
    </w:p>
    <w:p>
      <w:r>
        <w:rPr>
          <w:sz w:val="20"/>
        </w:rPr>
        <w:t>24:05  the secular people enjoy.</w:t>
      </w:r>
      <w:r>
        <w:br/>
      </w:r>
      <w:r>
        <w:rPr>
          <w:sz w:val="20"/>
        </w:rPr>
        <w:t>24:11  So, we have to avail ourright.</w:t>
      </w:r>
      <w:r>
        <w:br/>
      </w:r>
      <w:r>
        <w:rPr>
          <w:sz w:val="20"/>
        </w:rPr>
        <w:t>24:18  We have to complete our mission.</w:t>
      </w:r>
      <w:r>
        <w:br/>
      </w:r>
      <w:r>
        <w:rPr>
          <w:sz w:val="20"/>
        </w:rPr>
        <w:t>24:24  This is my today's discovery.</w:t>
      </w:r>
      <w:r>
        <w:br/>
      </w:r>
      <w:r>
        <w:rPr>
          <w:sz w:val="20"/>
        </w:rPr>
        <w:t>24:30  My discovery was that everything in the history is going on</w:t>
      </w:r>
    </w:p>
    <w:p>
      <w:pPr>
        <w:pStyle w:val="Heading2"/>
      </w:pPr>
      <w:r>
        <w:t>Division of labour not discrimination</w:t>
      </w:r>
    </w:p>
    <w:p>
      <w:r>
        <w:rPr>
          <w:color w:val="666666"/>
          <w:sz w:val="18"/>
        </w:rPr>
        <w:t>Woman in Islam February 28, 2007 Maulana Wahiduddin Khan · 20s · at 37:35 · https://youtu.be/LTTwp_lIqzY?t=2255</w:t>
      </w:r>
    </w:p>
    <w:p>
      <w:r>
        <w:rPr>
          <w:i/>
        </w:rPr>
        <w:t>“It is a division of labour, not discrimination.”</w:t>
      </w:r>
    </w:p>
    <w:p>
      <w:r>
        <w:rPr>
          <w:sz w:val="20"/>
        </w:rPr>
        <w:t>37:35  So you have to appoint women in the teaching job.</w:t>
      </w:r>
      <w:r>
        <w:br/>
      </w:r>
      <w:r>
        <w:rPr>
          <w:sz w:val="20"/>
        </w:rPr>
        <w:t>37:41  . so it is, it is a divishan of labor. is not diskrimineshan.</w:t>
      </w:r>
      <w:r>
        <w:br/>
      </w:r>
      <w:r>
        <w:rPr>
          <w:sz w:val="20"/>
        </w:rPr>
        <w:t>37:50  it is simpli divishan of labor.</w:t>
      </w:r>
    </w:p>
    <w:p>
      <w:pPr>
        <w:pStyle w:val="Heading2"/>
      </w:pPr>
      <w:r>
        <w:t>Return of Islam as a stranger</w:t>
      </w:r>
    </w:p>
    <w:p>
      <w:r>
        <w:rPr>
          <w:color w:val="666666"/>
          <w:sz w:val="18"/>
        </w:rPr>
        <w:t>Role Of Ikhwan-e-Rasool 2 April 2011 - Maulana Wahiduddin Khan · 44s · at 5:57 · https://youtu.be/O4gmiyD-KV8?t=357</w:t>
      </w:r>
    </w:p>
    <w:p>
      <w:r>
        <w:rPr>
          <w:i/>
        </w:rPr>
        <w:t>“Islam began as a stranger and will return as a stranger”</w:t>
      </w:r>
    </w:p>
    <w:p>
      <w:r>
        <w:rPr>
          <w:sz w:val="20"/>
        </w:rPr>
        <w:t>5:57  to in ke role ko samajhne ke liye aik hadith mein pesh karunga. aik hadith mein hai ke "badaa al-islam ghareeban wa sa-ya'ood kama badaa fa-tooba lil-ghurabaa".</w:t>
      </w:r>
      <w:r>
        <w:br/>
      </w:r>
      <w:r>
        <w:rPr>
          <w:sz w:val="20"/>
        </w:rPr>
        <w:t>6:17  islam jab shuru hua to ajnabi tha. baad ke zamanay mein dobara woh ajnabi ho jayega.</w:t>
      </w:r>
      <w:r>
        <w:br/>
      </w:r>
      <w:r>
        <w:rPr>
          <w:sz w:val="20"/>
        </w:rPr>
        <w:t>6:28  to daur-e-ajnabiyat mein kaam karna para ashaab-e-muhammad ko, ashaab-e-rasool ko. aur dobara daur-e-ajnabiyat mein kaam karna parega Ikhwan-e-Rasul ko.</w:t>
      </w:r>
    </w:p>
    <w:p>
      <w:pPr>
        <w:pStyle w:val="Heading2"/>
      </w:pPr>
      <w:r>
        <w:t>justice is achievable only in the hereafter, not this world</w:t>
      </w:r>
    </w:p>
    <w:p>
      <w:r>
        <w:rPr>
          <w:color w:val="666666"/>
          <w:sz w:val="18"/>
        </w:rPr>
        <w:t>Peaceful Activism vs Violent Activism May 23, 2009 · 38s · at 48:53 · https://youtu.be/LlwiET1Kb5w?t=2933</w:t>
      </w:r>
    </w:p>
    <w:p>
      <w:r>
        <w:rPr>
          <w:i/>
        </w:rPr>
        <w:t>“In this world, achieving justice is not possible — not at all.”</w:t>
      </w:r>
    </w:p>
    <w:p>
      <w:r>
        <w:rPr>
          <w:sz w:val="20"/>
        </w:rPr>
        <w:t>48:53  in this world, justice to achieve justice is not possible, not at all.</w:t>
      </w:r>
      <w:r>
        <w:br/>
      </w:r>
      <w:r>
        <w:rPr>
          <w:sz w:val="20"/>
        </w:rPr>
        <w:t>49:03  justice is achievable only in the day hereafter.</w:t>
      </w:r>
      <w:r>
        <w:br/>
      </w:r>
      <w:r>
        <w:rPr>
          <w:sz w:val="20"/>
        </w:rPr>
        <w:t>49:12  you can see the result in our courts. there are million cases, but no one is punished, no punishment.</w:t>
      </w:r>
    </w:p>
    <w:p>
      <w:pPr>
        <w:pStyle w:val="Heading2"/>
      </w:pPr>
      <w:r>
        <w:t>end every other love to truly love God</w:t>
      </w:r>
    </w:p>
    <w:p>
      <w:r>
        <w:rPr>
          <w:color w:val="666666"/>
          <w:sz w:val="18"/>
        </w:rPr>
        <w:t>Man and the Laws of Nature April 1, 2012 · 43s · at 1:46:04 · https://youtu.be/coIrwYQgb6Y?t=6364</w:t>
      </w:r>
    </w:p>
    <w:p>
      <w:r>
        <w:rPr>
          <w:i/>
        </w:rPr>
        <w:t>“End your love for everyone else first”</w:t>
      </w:r>
    </w:p>
    <w:p>
      <w:r>
        <w:rPr>
          <w:sz w:val="20"/>
        </w:rPr>
        <w:t>1:46:04  ka. unhon ne likha hai: "Khuda ka Khuda ka sachi mohabbat karne ke liye hamein kya karna chahiye aur negative khayalat se bachne ka sahi tareeqa kya hai?" bhai, doosron se mohabbat khatam kar dijiye.</w:t>
      </w:r>
      <w:r>
        <w:br/>
      </w:r>
      <w:r>
        <w:rPr>
          <w:sz w:val="20"/>
        </w:rPr>
        <w:t>1:46:19  bas seedhi si baat hai ke doosre jis se mohabbat aap karte hain, us ko khatam kar dijiye.</w:t>
      </w:r>
      <w:r>
        <w:br/>
      </w:r>
      <w:r>
        <w:rPr>
          <w:sz w:val="20"/>
        </w:rPr>
        <w:t>1:46:25  chahe woh family ho, chahe woh aap ka koi akabir hon ya koi bhi ho, jo bhi ghair Khuda hai, us se mohabbat khatam kar dijiye.</w:t>
      </w:r>
      <w:r>
        <w:br/>
      </w:r>
      <w:r>
        <w:rPr>
          <w:sz w:val="20"/>
        </w:rPr>
        <w:t>1:46:36  to apne aap hi prevail karegi Khuda ki mohabbat. Khuda ki mohabbat apne aap prevail karti hai jab aap ghair Khuda ki mohabbat se apne ko, yani bacha lete hain.</w:t>
      </w:r>
    </w:p>
    <w:p>
      <w:pPr>
        <w:pStyle w:val="Heading2"/>
      </w:pPr>
      <w:r>
        <w:t>Man destined to live between angel and Satan</w:t>
      </w:r>
    </w:p>
    <w:p>
      <w:r>
        <w:rPr>
          <w:color w:val="666666"/>
          <w:sz w:val="18"/>
        </w:rPr>
        <w:t>The Science of Man October 23, 2007 Maulana Wahiduddin Khan · 53s · at 9:07 · https://youtu.be/nhZ6JUSBKOg?t=547</w:t>
      </w:r>
    </w:p>
    <w:p>
      <w:r>
        <w:rPr>
          <w:i/>
        </w:rPr>
        <w:t>“This was the first instance at the time of creation.”</w:t>
      </w:r>
    </w:p>
    <w:p>
      <w:r>
        <w:rPr>
          <w:sz w:val="20"/>
        </w:rPr>
        <w:t>9:07  This was the first instance at the time of creation.</w:t>
      </w:r>
      <w:r>
        <w:br/>
      </w:r>
      <w:r>
        <w:rPr>
          <w:sz w:val="20"/>
        </w:rPr>
        <w:t>9:16  This was very important. This was a demonstration that man is destined to live between two forces—angel and Satan—Satan is the only another name of Iblis, and Iblis was the head of the jinn community.</w:t>
      </w:r>
      <w:r>
        <w:br/>
      </w:r>
      <w:r>
        <w:rPr>
          <w:sz w:val="20"/>
        </w:rPr>
        <w:t>9:41  So, jinn are</w:t>
      </w:r>
      <w:r>
        <w:br/>
      </w:r>
      <w:r>
        <w:rPr>
          <w:sz w:val="20"/>
        </w:rPr>
        <w:t>9:46  source of all kinds of evil, and angels are source of all kinds of good.</w:t>
      </w:r>
      <w:r>
        <w:br/>
      </w:r>
      <w:r>
        <w:rPr>
          <w:sz w:val="20"/>
        </w:rPr>
        <w:t>9:55  So, man is living between these two forces.</w:t>
      </w:r>
    </w:p>
    <w:p>
      <w:pPr>
        <w:pStyle w:val="Heading2"/>
      </w:pPr>
      <w:r>
        <w:t>True Muslim identity is being a caller to God</w:t>
      </w:r>
    </w:p>
    <w:p>
      <w:r>
        <w:rPr>
          <w:color w:val="666666"/>
          <w:sz w:val="18"/>
        </w:rPr>
        <w:t>Present Muslims- A Case of Wrong Identity February 13, 2011 · 29s · at 1:41 · https://youtu.be/gDX72gIRL4E?t=101</w:t>
      </w:r>
    </w:p>
    <w:p>
      <w:r>
        <w:rPr>
          <w:i/>
        </w:rPr>
        <w:t>“Ek sahib ne kaha: man nahnu? Hamari pehchan kya hai?”</w:t>
      </w:r>
    </w:p>
    <w:p>
      <w:r>
        <w:rPr>
          <w:sz w:val="20"/>
        </w:rPr>
        <w:t>1:41  misal ke taur par ek sahab ne kaha tha: "hum nahnu? " ke hamari identity kya hai? hamari pehchan kya hai?</w:t>
      </w:r>
      <w:r>
        <w:br/>
      </w:r>
      <w:r>
        <w:rPr>
          <w:sz w:val="20"/>
        </w:rPr>
        <w:t>1:52  to mein ne kaha: "wo pehchan to quran o hadith mein bata di gayi hai.</w:t>
      </w:r>
      <w:r>
        <w:br/>
      </w:r>
      <w:r>
        <w:rPr>
          <w:sz w:val="20"/>
        </w:rPr>
        <w:t>1:58  wo hai shuhada."</w:t>
      </w:r>
      <w:r>
        <w:br/>
      </w:r>
      <w:r>
        <w:rPr>
          <w:sz w:val="20"/>
        </w:rPr>
        <w:t>2:03  Al musalmoon shuhada Allah fil ardh. shuhada ka matlab hota hai dawat, da'i, gawah.</w:t>
      </w:r>
    </w:p>
    <w:p>
      <w:pPr>
        <w:pStyle w:val="Heading2"/>
      </w:pPr>
      <w:r>
        <w:t>Change is always a challenge, learn its true purpose</w:t>
      </w:r>
    </w:p>
    <w:p>
      <w:r>
        <w:rPr>
          <w:color w:val="666666"/>
          <w:sz w:val="18"/>
        </w:rPr>
        <w:t>The Process of Revival, October 25, 2015 · 21s · at 40:56 · https://youtu.be/3uQ8DbD8Sgg?t=2456</w:t>
      </w:r>
    </w:p>
    <w:p>
      <w:r>
        <w:rPr>
          <w:i/>
        </w:rPr>
        <w:t>“Change hamesha challenge hi hota hai”</w:t>
      </w:r>
    </w:p>
    <w:p>
      <w:r>
        <w:rPr>
          <w:sz w:val="20"/>
        </w:rPr>
        <w:t>40:56  ؟ Change hamesha challenge hi hota hai. Change. lekin kuch cheezein periphery par hoti hain. periphery par. isi ko le kar mukhalif ban jate hain log.</w:t>
      </w:r>
      <w:r>
        <w:br/>
      </w:r>
      <w:r>
        <w:rPr>
          <w:sz w:val="20"/>
        </w:rPr>
        <w:t>41:08  isi liye ke mukhalif ban jate hain. is ki is ko essence kya hai, is ka yani joy kya hai, is ko jaanna chahiye.</w:t>
      </w:r>
    </w:p>
    <w:p>
      <w:pPr>
        <w:pStyle w:val="Heading2"/>
      </w:pPr>
      <w:r>
        <w:t>corrupted religion comes to control all religious institutions</w:t>
      </w:r>
    </w:p>
    <w:p>
      <w:r>
        <w:rPr>
          <w:color w:val="666666"/>
          <w:sz w:val="18"/>
        </w:rPr>
        <w:t>Tajdeed-e-Deen Book by Maulana Wahiduddin Khan · 38s · at 6:41 · https://youtu.be/IPf3V74gGr4?t=401</w:t>
      </w:r>
    </w:p>
    <w:p>
      <w:r>
        <w:rPr>
          <w:i/>
        </w:rPr>
        <w:t>“سارے دینی ادارے اسی بگڑے ہوئے مذہب سے وابستہ ہو جاتے ہیں”</w:t>
      </w:r>
    </w:p>
    <w:p>
      <w:r>
        <w:rPr>
          <w:sz w:val="20"/>
        </w:rPr>
        <w:t>6:41  Saare deeni idare, tamam deeni aezazat isi bigde hue mazhab se wabasta ho jate hain. Deen ke tamam shobon mein aise log qabza pa lete hain jo deen ko tijarat bana chuke hote hain.</w:t>
      </w:r>
      <w:r>
        <w:br/>
      </w:r>
      <w:r>
        <w:rPr>
          <w:sz w:val="20"/>
        </w:rPr>
        <w:t>6:55  Khawas apne masaleh ke bana par aur awam apni jahalat ki bana par isi bigde hue deen ko mazbooti se pakde hue hote hain.</w:t>
      </w:r>
      <w:r>
        <w:br/>
      </w:r>
      <w:r>
        <w:rPr>
          <w:sz w:val="20"/>
        </w:rPr>
        <w:t>7:04  Aisi halat mein jab koi banda Khuda ke sachche aur be-amez deen ko le kar uthta hai to saare log mehsoos karte hain ke is shakhs ka deen un ke apne deen ko be-aitbaar bana raha hai.</w:t>
      </w:r>
    </w:p>
    <w:p>
      <w:pPr>
        <w:pStyle w:val="Heading2"/>
      </w:pPr>
      <w:r>
        <w:t>Hadith: Allah rewards gentleness more than violence</w:t>
      </w:r>
    </w:p>
    <w:p>
      <w:r>
        <w:rPr>
          <w:color w:val="666666"/>
          <w:sz w:val="18"/>
        </w:rPr>
        <w:t>Islam and Violence October 12, 2014 · 31s · at 25:30 · https://youtu.be/KmpXYZjPlj8?t=1530</w:t>
      </w:r>
    </w:p>
    <w:p>
      <w:r>
        <w:rPr>
          <w:i/>
        </w:rPr>
        <w:t>“Ab waqt aa gaya ke is hadees ko phir se yaad karen”</w:t>
      </w:r>
    </w:p>
    <w:p>
      <w:r>
        <w:rPr>
          <w:sz w:val="20"/>
        </w:rPr>
        <w:t>25:30  ab waqt aa gaya ke musalman is hadith ko naye andaaz se mutala karein aur samjhein ke "innallaha yu'ti 'alar rifqi, ma la yu'ti 'alal 'unfi".</w:t>
      </w:r>
      <w:r>
        <w:br/>
      </w:r>
      <w:r>
        <w:rPr>
          <w:sz w:val="20"/>
        </w:rPr>
        <w:t>25:44  is hadith ko phir se yaad karne ki zaroorat hai. Phir se is ko parhne ki zaroorat hai. "Innallaha yu'ti 'alar rifqi, ma la yu'ti 'alal 'unfi".</w:t>
      </w:r>
      <w:r>
        <w:br/>
      </w:r>
      <w:r>
        <w:rPr>
          <w:sz w:val="20"/>
        </w:rPr>
        <w:t>25:53  yaani Allah peace par woh cheez deta hai jo tashaddud par nahi deta.</w:t>
      </w:r>
    </w:p>
    <w:p>
      <w:pPr>
        <w:pStyle w:val="Heading2"/>
      </w:pPr>
      <w:r>
        <w:t>Workable formula: non-interference</w:t>
      </w:r>
    </w:p>
    <w:p>
      <w:r>
        <w:rPr>
          <w:color w:val="666666"/>
          <w:sz w:val="18"/>
        </w:rPr>
        <w:t>Living in Peace and Harmony in a Multicultural World | February 9, 2016 Full · 30s · at 14:31 · https://youtu.be/jRR83pRA6QU?t=871</w:t>
      </w:r>
    </w:p>
    <w:p>
      <w:r>
        <w:rPr>
          <w:i/>
        </w:rPr>
        <w:t>“To mein samajhta hoon ke is ke siwa”</w:t>
      </w:r>
    </w:p>
    <w:p>
      <w:r>
        <w:rPr>
          <w:sz w:val="20"/>
        </w:rPr>
        <w:t>14:31  rahen.</w:t>
      </w:r>
      <w:r>
        <w:br/>
      </w:r>
      <w:r>
        <w:rPr>
          <w:sz w:val="20"/>
        </w:rPr>
        <w:t>14:36  yeh, yeh, yeh option hi nahi hai hamare liye.</w:t>
      </w:r>
      <w:r>
        <w:br/>
      </w:r>
      <w:r>
        <w:rPr>
          <w:sz w:val="20"/>
        </w:rPr>
        <w:t>14:40  option kya hai? ke hum manage karen freedom ko.</w:t>
      </w:r>
      <w:r>
        <w:br/>
      </w:r>
      <w:r>
        <w:rPr>
          <w:sz w:val="20"/>
        </w:rPr>
        <w:t>14:45  yeh option hai.</w:t>
      </w:r>
      <w:r>
        <w:br/>
      </w:r>
      <w:r>
        <w:rPr>
          <w:sz w:val="20"/>
        </w:rPr>
        <w:t>14:49  to kuch logon ne insaan ki azadi ko khatam kar ke society banana chaha, woh fail ho gaye.</w:t>
      </w:r>
      <w:r>
        <w:br/>
      </w:r>
      <w:r>
        <w:rPr>
          <w:sz w:val="20"/>
        </w:rPr>
        <w:t>14:53  woh work nahi kiya is formula ne.</w:t>
      </w:r>
      <w:r>
        <w:br/>
      </w:r>
      <w:r>
        <w:rPr>
          <w:sz w:val="20"/>
        </w:rPr>
        <w:t>14:58  to jo workable formula hai, woh yahi hai ke aap</w:t>
      </w:r>
    </w:p>
    <w:p>
      <w:pPr>
        <w:pStyle w:val="Heading2"/>
      </w:pPr>
      <w:r>
        <w:t>Kashmir and Palestine deaths for zero gain</w:t>
      </w:r>
    </w:p>
    <w:p>
      <w:r>
        <w:rPr>
          <w:color w:val="666666"/>
          <w:sz w:val="18"/>
        </w:rPr>
        <w:t>Revival of Muslim Ummah, February 4, 2013 · 36s · at 49:01 · https://youtu.be/xB3MfWhLHoM?t=2941</w:t>
      </w:r>
    </w:p>
    <w:p>
      <w:r>
        <w:rPr>
          <w:i/>
        </w:rPr>
        <w:t>“Kashmir mein lade, ek lakh mar gaye, mila kuch nahi”</w:t>
      </w:r>
    </w:p>
    <w:p>
      <w:r>
        <w:rPr>
          <w:sz w:val="20"/>
        </w:rPr>
        <w:t>49:01  yani ek lakh, ek lakh jawan mar jayein, mile kuch nahi. falasteen mein beshumar log mar gaye, beshumar paisa zaya hua, aur mila kuch bhi nahi.</w:t>
      </w:r>
      <w:r>
        <w:br/>
      </w:r>
      <w:r>
        <w:rPr>
          <w:sz w:val="20"/>
        </w:rPr>
        <w:t>49:13  to kya musalmanon ko yahi karna hai ke aisi tehreekein chalayein, aisi, yani aisi activities mein apne aap ko involve karein, jis ka result kuch na ho, apni halakat ke siwa?</w:t>
      </w:r>
      <w:r>
        <w:br/>
      </w:r>
      <w:r>
        <w:rPr>
          <w:sz w:val="20"/>
        </w:rPr>
        <w:t>49:27  yeh yeh koi, yeh yeh koi, yeh wisdom hai, yeh koi aql ki baat hai? is se apni aql hi kya ho sakti hai?</w:t>
      </w:r>
    </w:p>
    <w:p>
      <w:pPr>
        <w:pStyle w:val="Heading2"/>
      </w:pPr>
      <w:r>
        <w:t>Condemn terrorists specifically</w:t>
      </w:r>
    </w:p>
    <w:p>
      <w:r>
        <w:rPr>
          <w:color w:val="666666"/>
          <w:sz w:val="18"/>
        </w:rPr>
        <w:t>Q&amp;A · 38s · at 18:05 · https://youtu.be/W2DKBK6QYTY?t=1085</w:t>
      </w:r>
    </w:p>
    <w:p>
      <w:r>
        <w:rPr>
          <w:i/>
        </w:rPr>
        <w:t>“Main akela hoon jo musalmanon ko condemn karta hoon.”</w:t>
      </w:r>
    </w:p>
    <w:p>
      <w:r>
        <w:rPr>
          <w:sz w:val="20"/>
        </w:rPr>
        <w:t>18:05  is se kuch, is ka kuch result nahi nikalne wala hai. Woh to apne ko samajhte hain keh hum theek kar rahe hain keh hamein to koi bura keh nahi raha hai. Poore Muslim world mein mein akela hoon jo Musalmanon ko condemn karta hoon.</w:t>
      </w:r>
      <w:r>
        <w:br/>
      </w:r>
      <w:r>
        <w:rPr>
          <w:sz w:val="20"/>
        </w:rPr>
        <w:t>18:17  aur aur doosre log kya karte hain?</w:t>
      </w:r>
      <w:r>
        <w:br/>
      </w:r>
      <w:r>
        <w:rPr>
          <w:sz w:val="20"/>
        </w:rPr>
        <w:t>18:19  condemn na kar ke kehte hain keh Islam mein nahi likha hua hai, Quran mein nahi likha hua hai. Under discussion jo baat hai, woh yeh nahi keh Quran mein kya likha hua hai.</w:t>
      </w:r>
      <w:r>
        <w:br/>
      </w:r>
      <w:r>
        <w:rPr>
          <w:sz w:val="20"/>
        </w:rPr>
        <w:t>18:29  jo Musalman kar rahe hain, woh woh woh kya</w:t>
      </w:r>
      <w:r>
        <w:br/>
      </w:r>
      <w:r>
        <w:rPr>
          <w:sz w:val="20"/>
        </w:rPr>
        <w:t>18:31  hai? Us ko batao. Specifically mein, yeh condemnation nahi hai. Yeh indirect way mein justification hai. Yeh hamein condemn karna pare ga specific language mein.</w:t>
      </w:r>
    </w:p>
    <w:p>
      <w:pPr>
        <w:pStyle w:val="Heading2"/>
      </w:pPr>
      <w:r>
        <w:t>Leaders opposed spirit of the age</w:t>
      </w:r>
    </w:p>
    <w:p>
      <w:r>
        <w:rPr>
          <w:color w:val="666666"/>
          <w:sz w:val="18"/>
        </w:rPr>
        <w:t>Opportunities of the Modern Age | March 05, 2017 · 32s · at 4:50 · https://youtu.be/Cv8QEwvQ_fY?t=290</w:t>
      </w:r>
    </w:p>
    <w:p>
      <w:r>
        <w:rPr>
          <w:i/>
        </w:rPr>
        <w:t>“In logon ne spirit of the age ke khilaf kaam kiya”</w:t>
      </w:r>
    </w:p>
    <w:p>
      <w:r>
        <w:rPr>
          <w:sz w:val="20"/>
        </w:rPr>
        <w:t>4:50  bohat personality walay aur musalmano ko bheer jama hui un ke gird magar sab ke sab fail ho</w:t>
      </w:r>
      <w:r>
        <w:br/>
      </w:r>
      <w:r>
        <w:rPr>
          <w:sz w:val="20"/>
        </w:rPr>
        <w:t>5:00  gaye is ka raaz kya hai is ka raaz yeh hai ke in logon ne spirit of age</w:t>
      </w:r>
      <w:r>
        <w:br/>
      </w:r>
      <w:r>
        <w:rPr>
          <w:sz w:val="20"/>
        </w:rPr>
        <w:t>5:11  ke khilaf kaam kiya spirit of the age</w:t>
      </w:r>
    </w:p>
    <w:p>
      <w:pPr>
        <w:pStyle w:val="Heading2"/>
      </w:pPr>
      <w:r>
        <w:t>Pride in being Muslim is wrong</w:t>
      </w:r>
    </w:p>
    <w:p>
      <w:r>
        <w:rPr>
          <w:color w:val="666666"/>
          <w:sz w:val="18"/>
        </w:rPr>
        <w:t>The Importance of Realistic Approach Q&amp;A 02 Jan 2011 - Maulana Wahiduddin Khan · 40s · at 9:51 · https://youtu.be/mvn4hY6l-e0?t=591</w:t>
      </w:r>
    </w:p>
    <w:p>
      <w:r>
        <w:rPr>
          <w:i/>
        </w:rPr>
        <w:t>“I am proud to be a Muslim”</w:t>
      </w:r>
    </w:p>
    <w:p>
      <w:r>
        <w:rPr>
          <w:sz w:val="20"/>
        </w:rPr>
        <w:t>9:51  "i am proud to be a muslim" bilkul galat hai ye. mujhe fakhr ke musalman hoon main hoon, bhai ye galat kalma hai. islam se koi talluq uska nahi hai. islam naam hai modesty ka, humility ka, tawazu ka, namrata ka. namrata bada achha lafz hai.</w:t>
      </w:r>
      <w:r>
        <w:br/>
      </w:r>
      <w:r>
        <w:rPr>
          <w:sz w:val="20"/>
        </w:rPr>
        <w:t>10:09  main usko bahut pasand karta hoon. namrata ka naam islam hai. aur ye jo pride ki baatein karte hain, fakhr ki baatein karte hain, ye bila shubah islam ke khilaf hai, ismein koi shaq hi nahi. to jo log high profile mein bolte hain, wo badkhwah hain hamari qaum ke. kyunki wo pride ko jagate hain.</w:t>
      </w:r>
    </w:p>
    <w:p>
      <w:pPr>
        <w:pStyle w:val="Heading2"/>
      </w:pPr>
      <w:r>
        <w:t>want Allah's mercy? be merciful to others first</w:t>
      </w:r>
    </w:p>
    <w:p>
      <w:r>
        <w:rPr>
          <w:color w:val="666666"/>
          <w:sz w:val="18"/>
        </w:rPr>
        <w:t>Major Signs of Doomsday November 26, 2023 · 20s · at 14:51 · https://youtu.be/pMRzFjrkWf4?t=891</w:t>
      </w:r>
    </w:p>
    <w:p>
      <w:r>
        <w:rPr>
          <w:i/>
        </w:rPr>
        <w:t>“This is a very important thing we must bring into our thinking”</w:t>
      </w:r>
    </w:p>
    <w:p>
      <w:r>
        <w:rPr>
          <w:sz w:val="20"/>
        </w:rPr>
        <w:t>14:51  . so this is a very important thing that we have to bring in our thinking, that we have to become merciful towards others.</w:t>
      </w:r>
      <w:r>
        <w:br/>
      </w:r>
      <w:r>
        <w:rPr>
          <w:sz w:val="20"/>
        </w:rPr>
        <w:t>15:00  agar hum chahte hain ke allah hamari taraf merciful ho to hamein doosron ki taraf merciful banna parega. achha apa, ek mashhoor nishani aap ne bhi abhi zikr kiya dajjal ka.</w:t>
      </w:r>
    </w:p>
    <w:p>
      <w:pPr>
        <w:pStyle w:val="Heading2"/>
      </w:pPr>
      <w:r>
        <w:t>Wrong diagnosis of Muslim problem</w:t>
      </w:r>
    </w:p>
    <w:p>
      <w:r>
        <w:rPr>
          <w:color w:val="666666"/>
          <w:sz w:val="18"/>
        </w:rPr>
        <w:t>Living in a New Age | March 26, 2017 · 1m 02s · at 11:30 · https://youtu.be/iST0AxQscKo?t=690</w:t>
      </w:r>
    </w:p>
    <w:p>
      <w:r>
        <w:rPr>
          <w:i/>
        </w:rPr>
        <w:t>“Ghalat diagnosis karein, yani ghalat tashkhees”</w:t>
      </w:r>
    </w:p>
    <w:p>
      <w:r>
        <w:rPr>
          <w:sz w:val="20"/>
        </w:rPr>
        <w:t>11:30  ghalat diagnosis karein.</w:t>
      </w:r>
      <w:r>
        <w:br/>
      </w:r>
      <w:r>
        <w:rPr>
          <w:sz w:val="20"/>
        </w:rPr>
        <w:t>11:35  yani ghalat tashkhees.</w:t>
      </w:r>
      <w:r>
        <w:br/>
      </w:r>
      <w:r>
        <w:rPr>
          <w:sz w:val="20"/>
        </w:rPr>
        <w:t>11:40  sahi tashkhees karein toh bari acha ho jayega.</w:t>
      </w:r>
      <w:r>
        <w:br/>
      </w:r>
      <w:r>
        <w:rPr>
          <w:sz w:val="20"/>
        </w:rPr>
        <w:t>11:45  ghalat tashkhees karein toh bari aur zyada bura haal iska ho jayega.</w:t>
      </w:r>
      <w:r>
        <w:br/>
      </w:r>
      <w:r>
        <w:rPr>
          <w:sz w:val="20"/>
        </w:rPr>
        <w:t>11:50  to musalmanon ka is waqt mamla yeh hai ke jitne musalmanon ke so-called leader hain, Arab se le</w:t>
      </w:r>
      <w:r>
        <w:br/>
      </w:r>
      <w:r>
        <w:rPr>
          <w:sz w:val="20"/>
        </w:rPr>
        <w:t>11:55  kar Ajam tak, India se le kar America tak,</w:t>
      </w:r>
      <w:r>
        <w:br/>
      </w:r>
      <w:r>
        <w:rPr>
          <w:sz w:val="20"/>
        </w:rPr>
        <w:t>12:00  one to all sab ke sab jaante hi nahi ke diagnosis kya hai.</w:t>
      </w:r>
      <w:r>
        <w:br/>
      </w:r>
      <w:r>
        <w:rPr>
          <w:sz w:val="20"/>
        </w:rPr>
        <w:t>12:05  ghalat tashkhees kar rahe hain.</w:t>
      </w:r>
      <w:r>
        <w:br/>
      </w:r>
      <w:r>
        <w:rPr>
          <w:sz w:val="20"/>
        </w:rPr>
        <w:t>12:09  ke koi woh keh raha hai ke koi keh raha hai ke Islamophobia, koi kehta hai ke West</w:t>
      </w:r>
      <w:r>
        <w:br/>
      </w:r>
      <w:r>
        <w:rPr>
          <w:sz w:val="20"/>
        </w:rPr>
        <w:t>12:14  is enemy of Islam.</w:t>
      </w:r>
      <w:r>
        <w:br/>
      </w:r>
      <w:r>
        <w:rPr>
          <w:sz w:val="20"/>
        </w:rPr>
        <w:t>12:18  ajeeb o ghareeb qism ki baat hai.</w:t>
      </w:r>
      <w:r>
        <w:br/>
      </w:r>
      <w:r>
        <w:rPr>
          <w:sz w:val="20"/>
        </w:rPr>
        <w:t>12:23  We are under siege.</w:t>
      </w:r>
      <w:r>
        <w:br/>
      </w:r>
      <w:r>
        <w:rPr>
          <w:sz w:val="20"/>
        </w:rPr>
        <w:t>12:27  yeh sab baseless baatein hain, baseless baatein hain, baseless baatein hain.</w:t>
      </w:r>
    </w:p>
    <w:p>
      <w:pPr>
        <w:pStyle w:val="Heading2"/>
      </w:pPr>
      <w:r>
        <w:t>Why the 21st century is the century of peace</w:t>
      </w:r>
    </w:p>
    <w:p>
      <w:r>
        <w:rPr>
          <w:color w:val="666666"/>
          <w:sz w:val="18"/>
        </w:rPr>
        <w:t>Age of Peace November 18, 2012 · 44s · at 0:13 · https://youtu.be/Y9nkQnBqbrs?t=13</w:t>
      </w:r>
    </w:p>
    <w:p>
      <w:r>
        <w:rPr>
          <w:i/>
        </w:rPr>
        <w:t>“Aaj ke liye jo talk hai”</w:t>
      </w:r>
    </w:p>
    <w:p>
      <w:r>
        <w:rPr>
          <w:sz w:val="20"/>
        </w:rPr>
        <w:t>0:13  aaj ke liye jo talk hai us ka unwan hai</w:t>
      </w:r>
      <w:r>
        <w:br/>
      </w:r>
      <w:r>
        <w:rPr>
          <w:sz w:val="20"/>
        </w:rPr>
        <w:t>0:19  "age of peace" yani daur-e-aman.</w:t>
      </w:r>
      <w:r>
        <w:br/>
      </w:r>
      <w:r>
        <w:rPr>
          <w:sz w:val="20"/>
        </w:rPr>
        <w:t>0:32  quran aur hadith ki shahadat aur tareekhi waqiat sab is baat ka saboot hain ke twenty first century aman ki century hai,</w:t>
      </w:r>
      <w:r>
        <w:br/>
      </w:r>
      <w:r>
        <w:rPr>
          <w:sz w:val="20"/>
        </w:rPr>
        <w:t>0:51  century of peace hai.</w:t>
      </w:r>
    </w:p>
    <w:p>
      <w:pPr>
        <w:pStyle w:val="Heading2"/>
      </w:pPr>
      <w:r>
        <w:t>Wearing a burqa alone doesn't guarantee paradise</w:t>
      </w:r>
    </w:p>
    <w:p>
      <w:r>
        <w:rPr>
          <w:color w:val="666666"/>
          <w:sz w:val="18"/>
        </w:rPr>
        <w:t>Concept of Hijab in Islam February 20, 2022 Prof. Farida Khanam · 53s · at 22:25 · https://youtu.be/QrrSDEKy2gc?t=1345</w:t>
      </w:r>
    </w:p>
    <w:p>
      <w:r>
        <w:rPr>
          <w:i/>
        </w:rPr>
        <w:t>“Not that whoever wears a burqa will enter paradise.”</w:t>
      </w:r>
    </w:p>
    <w:p>
      <w:r>
        <w:rPr>
          <w:sz w:val="20"/>
        </w:rPr>
        <w:t>22:25  na ki burqa jo bhi odhega sab jannat mein jayega, aisa to nahi ho sakta. to jo hum spirit hai uski us us spirit ko hum samjhenge aur uske mutabik amal karenge.</w:t>
      </w:r>
      <w:r>
        <w:br/>
      </w:r>
      <w:r>
        <w:rPr>
          <w:sz w:val="20"/>
        </w:rPr>
        <w:t>22:36  misaal ke taur par khuda se taallo, takwa, khuda se mohabbat, khuda ki khashiyat aur bandon ki khairkhai,</w:t>
      </w:r>
      <w:r>
        <w:br/>
      </w:r>
      <w:r>
        <w:rPr>
          <w:sz w:val="20"/>
        </w:rPr>
        <w:t>22:46  matlab apni poori ek spiritual personality banayenge, Islamic character banayenge to burqe mein andar saare fashion hote hain.</w:t>
      </w:r>
      <w:r>
        <w:br/>
      </w:r>
      <w:r>
        <w:rPr>
          <w:sz w:val="20"/>
        </w:rPr>
        <w:t>22:57  to yeh nahi hai, yeh to koi baat nahi hai ki burqa pehnge to jannat mein jayenge.</w:t>
      </w:r>
      <w:r>
        <w:br/>
      </w:r>
      <w:r>
        <w:rPr>
          <w:sz w:val="20"/>
        </w:rPr>
        <w:t>23:07  yeh sab khush khyaali ki baatein hain.</w:t>
      </w:r>
      <w:r>
        <w:br/>
      </w:r>
      <w:r>
        <w:rPr>
          <w:sz w:val="20"/>
        </w:rPr>
        <w:t>23:18  hamare soch durust nahi rahegi to hum kitna bhi zahir appearance hamara kapda achha rahega. latla ke nazdeek ko bul nahi hai. to tazkiya asal cheez hai chinnat mein dakhle ke liye. na ki koi zahiri taur par kuch pehen lena. yeh zaroori hai. ek sawal yeh hai ki auraton ka role kya hai?</w:t>
      </w:r>
    </w:p>
    <w:p>
      <w:pPr>
        <w:pStyle w:val="Heading2"/>
      </w:pPr>
      <w:r>
        <w:t>Islam cannot tolerate intolerance</w:t>
      </w:r>
    </w:p>
    <w:p>
      <w:r>
        <w:rPr>
          <w:color w:val="666666"/>
          <w:sz w:val="18"/>
        </w:rPr>
        <w:t>Multi-Religious Societies in Islam (Part 2) (English) 3 March 2007 - Maulana Wahiduddin Khan · 25s · at 16:21 · https://youtu.be/_SzmGqjYeOo?t=981</w:t>
      </w:r>
    </w:p>
    <w:p>
      <w:r>
        <w:rPr>
          <w:i/>
        </w:rPr>
        <w:t>“Islam cannot tolerate intolerance”</w:t>
      </w:r>
    </w:p>
    <w:p>
      <w:r>
        <w:rPr>
          <w:sz w:val="20"/>
        </w:rPr>
        <w:t>16:21  so, islam cannot tolerate intolerance. islam cannot tolerate confrontation.</w:t>
      </w:r>
      <w:r>
        <w:br/>
      </w:r>
      <w:r>
        <w:rPr>
          <w:sz w:val="20"/>
        </w:rPr>
        <w:t>16:37  the only formula of islam is that is based on tolerance, peaceful living.</w:t>
      </w:r>
    </w:p>
    <w:p>
      <w:pPr>
        <w:pStyle w:val="Heading2"/>
      </w:pPr>
      <w:r>
        <w:t>Maulana's respectful nickname for a dedicated worker</w:t>
      </w:r>
    </w:p>
    <w:p>
      <w:r>
        <w:rPr>
          <w:color w:val="666666"/>
          <w:sz w:val="18"/>
        </w:rPr>
        <w:t>CPS Women Session Peace Conference April 29-30, 2023 · 26s · at 1:27 · https://youtu.be/xsD04dOvGeE?t=87</w:t>
      </w:r>
    </w:p>
    <w:p>
      <w:r>
        <w:rPr>
          <w:i/>
        </w:rPr>
        <w:t>“Maulana called her Mister Naghma, not Miss Naghma”</w:t>
      </w:r>
    </w:p>
    <w:p>
      <w:r>
        <w:rPr>
          <w:sz w:val="20"/>
        </w:rPr>
        <w:t>1:27  Maulana Wahiduddin Khan sahab unhe Miss Nagma nahi kehte the, unhe Mister Nagma kehte the because of, you know, the kind of work and the deep sense of responsibility that she had. If there is one person who understands every aspect of the mission, it is none other than doctor Nagma Siddiqui. She's indeed a great blessing for all of us.</w:t>
      </w:r>
      <w:r>
        <w:br/>
      </w:r>
      <w:r>
        <w:rPr>
          <w:sz w:val="20"/>
        </w:rPr>
        <w:t>1:53  So I would request doctor Nagma Siddiqui to come here and conduct and moderate the session. Doctor Nagma Siddiqui.</w:t>
      </w:r>
    </w:p>
    <w:p>
      <w:pPr>
        <w:pStyle w:val="Heading2"/>
      </w:pPr>
      <w:r>
        <w:t>Hadith: be a scholar or a student, not neither</w:t>
      </w:r>
    </w:p>
    <w:p>
      <w:r>
        <w:rPr>
          <w:color w:val="666666"/>
          <w:sz w:val="18"/>
        </w:rPr>
        <w:t>Importance of Peace August 17, 2014 · 33s · at 47:30 · https://youtu.be/ifxSwh2Jckw?t=2850</w:t>
      </w:r>
    </w:p>
    <w:p>
      <w:r>
        <w:rPr>
          <w:i/>
        </w:rPr>
        <w:t>“Kun aaliman aw muta'alliman, ya to aalim bano ya student”</w:t>
      </w:r>
    </w:p>
    <w:p>
      <w:r>
        <w:rPr>
          <w:sz w:val="20"/>
        </w:rPr>
        <w:t>47:30  dekhen, ek hadees hai kun aaliman au mutaaliban wa la takun saarisan fa tahlik yani ya to aalim bano ya mutaalim bano.</w:t>
      </w:r>
      <w:r>
        <w:br/>
      </w:r>
      <w:r>
        <w:rPr>
          <w:sz w:val="20"/>
        </w:rPr>
        <w:t>47:43  teesre na bano warna halaak ho jao ge.</w:t>
      </w:r>
      <w:r>
        <w:br/>
      </w:r>
      <w:r>
        <w:rPr>
          <w:sz w:val="20"/>
        </w:rPr>
        <w:t>47:46  is ka matlab kya hai? is ka matlab yeh hai ke agar aap ke paas time hai to aap khoob study kar ke janiye ke sachai kya hai, ilm kya hai.</w:t>
      </w:r>
    </w:p>
    <w:p>
      <w:pPr>
        <w:pStyle w:val="Heading2"/>
      </w:pPr>
      <w:r>
        <w:t>Optimist, not pessimist about age</w:t>
      </w:r>
    </w:p>
    <w:p>
      <w:r>
        <w:rPr>
          <w:color w:val="666666"/>
          <w:sz w:val="18"/>
        </w:rPr>
        <w:t>Creation Plan | December 24, 2016 · 31s · at 27:10 · https://youtu.be/AEzv9fgyyKc?t=1630</w:t>
      </w:r>
    </w:p>
    <w:p>
      <w:r>
        <w:rPr>
          <w:i/>
        </w:rPr>
        <w:t>“I am an optimist, I am not a pessimist.”</w:t>
      </w:r>
    </w:p>
    <w:p>
      <w:r>
        <w:rPr>
          <w:sz w:val="20"/>
        </w:rPr>
        <w:t>27:10  in favor of the Rabbani civilization.</w:t>
      </w:r>
      <w:r>
        <w:br/>
      </w:r>
      <w:r>
        <w:rPr>
          <w:sz w:val="20"/>
        </w:rPr>
        <w:t>27:16  So, I am very hopeful.</w:t>
      </w:r>
      <w:r>
        <w:br/>
      </w:r>
      <w:r>
        <w:rPr>
          <w:sz w:val="20"/>
        </w:rPr>
        <w:t>27:23  I am an optimist.</w:t>
      </w:r>
      <w:r>
        <w:br/>
      </w:r>
      <w:r>
        <w:rPr>
          <w:sz w:val="20"/>
        </w:rPr>
        <w:t>27:29  I am not a pessimist.</w:t>
      </w:r>
      <w:r>
        <w:br/>
      </w:r>
      <w:r>
        <w:rPr>
          <w:sz w:val="20"/>
        </w:rPr>
        <w:t>27:35  I am an optimist person</w:t>
      </w:r>
    </w:p>
    <w:p>
      <w:pPr>
        <w:pStyle w:val="Heading2"/>
      </w:pPr>
      <w:r>
        <w:t>Imam Shafii on the humility of scholarly disagreement</w:t>
      </w:r>
    </w:p>
    <w:p>
      <w:r>
        <w:rPr>
          <w:color w:val="666666"/>
          <w:sz w:val="18"/>
        </w:rPr>
        <w:t>Tajdeed-e-Deen Book by Maulana Wahiduddin Khan · 46s · at 41:50 · https://youtu.be/IPf3V74gGr4?t=2510</w:t>
      </w:r>
    </w:p>
    <w:p>
      <w:r>
        <w:rPr>
          <w:i/>
        </w:rPr>
        <w:t>“میری رائے درست ہے، اس احتمال کے ساتھ کہ غلط ہو”</w:t>
      </w:r>
    </w:p>
    <w:p>
      <w:r>
        <w:rPr>
          <w:sz w:val="20"/>
        </w:rPr>
        <w:t>41:49  is</w:t>
      </w:r>
      <w:r>
        <w:br/>
      </w:r>
      <w:r>
        <w:rPr>
          <w:sz w:val="20"/>
        </w:rPr>
        <w:t>41:50  mamlay mein Imam Shafi'i ka yeh qaul bohat ba-ma'ni hai ke: "rayi thawab yahtamil al-khata, wa rayi ghayri khata yahtamil al-thawab." meri rai sahih hai is ihtimal ke sath ke woh ghalat ho aur doosre ki rai ghalat hai is ihtimal ke sath ke woh sahih ho.</w:t>
      </w:r>
      <w:r>
        <w:br/>
      </w:r>
      <w:r>
        <w:rPr>
          <w:sz w:val="20"/>
        </w:rPr>
        <w:t>42:09  yani jis tarah mere paas apne haq mein riwayat hai, usi tarah doosre ke paas bhi apne haq mein riwayat hai.</w:t>
      </w:r>
      <w:r>
        <w:br/>
      </w:r>
      <w:r>
        <w:rPr>
          <w:sz w:val="20"/>
        </w:rPr>
        <w:t>42:16  is liye dono ke liye khata ka imkan bhi hai aur sawab ka imkan bhi. is ajeeb o ghareeb tadfeeq se kahin zyada behtar hai ke yeh maan liya jaye ke jin umoor mein riwayaton mein ikhtilaf hai, woh darasal taus'a ki bina par hai, woh haqeeqi ikhtilaf nahin.</w:t>
      </w:r>
    </w:p>
    <w:p>
      <w:pPr>
        <w:pStyle w:val="Heading2"/>
      </w:pPr>
      <w:r>
        <w:t>marriage is nature's covenant, not a paper contract</w:t>
      </w:r>
    </w:p>
    <w:p>
      <w:r>
        <w:rPr>
          <w:color w:val="666666"/>
          <w:sz w:val="18"/>
        </w:rPr>
        <w:t>Importance of Marriage January 31, 2014 · 31s · at 0:36 · https://youtu.be/hubJz4MyRn0?t=36</w:t>
      </w:r>
    </w:p>
    <w:p>
      <w:r>
        <w:rPr>
          <w:i/>
        </w:rPr>
        <w:t>“Bismillah ir-Rahman ir-Raheem. Quran ki is aayat mein bataya gaya hai”</w:t>
      </w:r>
    </w:p>
    <w:p>
      <w:r>
        <w:rPr>
          <w:sz w:val="20"/>
        </w:rPr>
        <w:t>0:36  bismillah hir rehman nir rahim. quran ki is ayat mein</w:t>
      </w:r>
      <w:r>
        <w:br/>
      </w:r>
      <w:r>
        <w:rPr>
          <w:sz w:val="20"/>
        </w:rPr>
        <w:t>0:45  bataya gaya hai ke aik aurat aur aik mard ke darmiyan jo nikah hota hai, woh aik mithaq e ghaleez hota hai.</w:t>
      </w:r>
      <w:r>
        <w:br/>
      </w:r>
      <w:r>
        <w:rPr>
          <w:sz w:val="20"/>
        </w:rPr>
        <w:t>0:58  mithaq e ghaleez ka matlab hai pakhta ehd ya salim pledge.</w:t>
      </w:r>
    </w:p>
    <w:p>
      <w:pPr>
        <w:pStyle w:val="Heading2"/>
      </w:pPr>
      <w:r>
        <w:t>Quran demands creative ijtihadi response</w:t>
      </w:r>
    </w:p>
    <w:p>
      <w:r>
        <w:rPr>
          <w:color w:val="666666"/>
          <w:sz w:val="18"/>
        </w:rPr>
        <w:t>Understanding the Quran April 7, 2019 · 22s · at 17:24 · https://youtu.be/m_Om5MtQJz4?t=1044</w:t>
      </w:r>
    </w:p>
    <w:p>
      <w:r>
        <w:rPr>
          <w:i/>
        </w:rPr>
        <w:t>“Yeh hai Quran ka haq, yani Quran ek creative response darkar hai.”</w:t>
      </w:r>
    </w:p>
    <w:p>
      <w:r>
        <w:rPr>
          <w:sz w:val="20"/>
        </w:rPr>
        <w:t>17:24  quran chahta hai ke is ko parhne wale is ko creative response dein,</w:t>
      </w:r>
      <w:r>
        <w:br/>
      </w:r>
      <w:r>
        <w:rPr>
          <w:sz w:val="20"/>
        </w:rPr>
        <w:t>17:32  ijtehadi response dein. har zamane mein is ko apply karein, naye dhang se, naya andaaz mein. har zamane mein quran ko reapply karein.</w:t>
      </w:r>
    </w:p>
    <w:p>
      <w:pPr>
        <w:pStyle w:val="Heading2"/>
      </w:pPr>
      <w:r>
        <w:t>Industrial age made war useless</w:t>
      </w:r>
    </w:p>
    <w:p>
      <w:r>
        <w:rPr>
          <w:color w:val="666666"/>
          <w:sz w:val="18"/>
        </w:rPr>
        <w:t>Al Risala, July 2018 · 31s · at 2:34 · https://youtu.be/n1KVRke8n4E?t=154</w:t>
      </w:r>
    </w:p>
    <w:p>
      <w:r>
        <w:rPr>
          <w:i/>
        </w:rPr>
        <w:t>“Is tarah jadeed san'ati dor ne amli tor par jang ko befaida bana diya”</w:t>
      </w:r>
    </w:p>
    <w:p>
      <w:r>
        <w:rPr>
          <w:sz w:val="20"/>
        </w:rPr>
        <w:t>2:34  Is tarah jadeed sanati daur ne amli taur par jang ko befaida bana diya, aur dunya mein ek naya daur aaya jis ko daur-e-aman, ya age of peace kaha jata hai.</w:t>
      </w:r>
      <w:r>
        <w:br/>
      </w:r>
      <w:r>
        <w:rPr>
          <w:sz w:val="20"/>
        </w:rPr>
        <w:t>2:51  Is daur-e-aman ko paida karne ka zariya bazahir sanati inqilab tha, magar sanati inqilab ko jis cheez ne paida kiya woh Islam tha.</w:t>
      </w:r>
    </w:p>
    <w:p>
      <w:pPr>
        <w:pStyle w:val="Heading2"/>
      </w:pPr>
      <w:r>
        <w:t>Self-motivation creates its own program naturally</w:t>
      </w:r>
    </w:p>
    <w:p>
      <w:r>
        <w:rPr>
          <w:color w:val="666666"/>
          <w:sz w:val="18"/>
        </w:rPr>
        <w:t>Divine Management in History April 7, 2013 · 34s · at 54:29 · https://youtu.be/wcBzG56LuPY?t=3269</w:t>
      </w:r>
    </w:p>
    <w:p>
      <w:r>
        <w:rPr>
          <w:i/>
        </w:rPr>
        <w:t>“Maine kaha, program to aapne khud dhoond liya”</w:t>
      </w:r>
    </w:p>
    <w:p>
      <w:r>
        <w:rPr>
          <w:sz w:val="20"/>
        </w:rPr>
        <w:t>54:29  to ab hamein is ko avail karna hai, ab mein is ko avail karna hai. to unhon ne mujh se poocha ke bhai mujhe program bataiye ke main kis tarah se kaam karoon.</w:t>
      </w:r>
      <w:r>
        <w:br/>
      </w:r>
      <w:r>
        <w:rPr>
          <w:sz w:val="20"/>
        </w:rPr>
        <w:t>54:41  to maine kaha program to aap ne khud daryaft kar liya, ab mujhe kya batana hai? mujhe kya batana hai?</w:t>
      </w:r>
      <w:r>
        <w:br/>
      </w:r>
      <w:r>
        <w:rPr>
          <w:sz w:val="20"/>
        </w:rPr>
        <w:t>54:52  jab aadmi apne aap ko khud daal de to program apne aap ban jata hai.</w:t>
      </w:r>
    </w:p>
    <w:p>
      <w:pPr>
        <w:pStyle w:val="Heading2"/>
      </w:pPr>
      <w:r>
        <w:t>Hadith on darkness over Islam, cure is rediscovery</w:t>
      </w:r>
    </w:p>
    <w:p>
      <w:r>
        <w:rPr>
          <w:color w:val="666666"/>
          <w:sz w:val="18"/>
        </w:rPr>
        <w:t>Islam in the Modern Age December 08, 2006 Maulana Wahiduddin Khan · 40s · at 9:59 · https://youtu.be/sToYBVIXSxQ?t=599</w:t>
      </w:r>
    </w:p>
    <w:p>
      <w:r>
        <w:rPr>
          <w:i/>
        </w:rPr>
        <w:t>“Darkness will cover Islam — the cure is rediscovery”</w:t>
      </w:r>
    </w:p>
    <w:p>
      <w:r>
        <w:rPr>
          <w:sz w:val="20"/>
        </w:rPr>
        <w:t>9:59  jab khud hadith ke mutabiq islam gard o ghubar mein chhip jaye ga aur intellectual darkness ka zamanay aa jaye ga,</w:t>
      </w:r>
      <w:r>
        <w:br/>
      </w:r>
      <w:r>
        <w:rPr>
          <w:sz w:val="20"/>
        </w:rPr>
        <w:t>10:13  to jo matloob kaam hai woh hai islam ki rediscovery. kyunke islam asal mein to kabhi khatam nahi hoga.</w:t>
      </w:r>
      <w:r>
        <w:br/>
      </w:r>
      <w:r>
        <w:rPr>
          <w:sz w:val="20"/>
        </w:rPr>
        <w:t>10:24  yeh to khuda ka wada hai. nahnu nazzalna zikr wa inna lahu al-hafizoon to original islam ya original quran woh to kabhi khatm nahi hoga.</w:t>
      </w:r>
    </w:p>
    <w:p>
      <w:pPr>
        <w:pStyle w:val="Heading2"/>
      </w:pPr>
      <w:r>
        <w:t>No woman deficient in intellect overcomes wise men</w:t>
      </w:r>
    </w:p>
    <w:p>
      <w:r>
        <w:rPr>
          <w:color w:val="666666"/>
          <w:sz w:val="18"/>
        </w:rPr>
        <w:t>In conversation with Prof. Farida Khanam · 27s · at 13:58 · https://youtu.be/65KKekibzU0?t=838</w:t>
      </w:r>
    </w:p>
    <w:p>
      <w:r>
        <w:rPr>
          <w:i/>
        </w:rPr>
        <w:t>“Maine nahi dekha ki koi aql aur deen mein kam ho”</w:t>
      </w:r>
    </w:p>
    <w:p>
      <w:r>
        <w:rPr>
          <w:sz w:val="20"/>
        </w:rPr>
        <w:t>13:58  is mein dekhiye, Baba ne bohat acha ishara kiya hai ke yahan par bataya ke main nahi— main ne nahi dekha ke koi aqal aur deen mein kam ho aur wo aqalmand adamiyon par ghalib aa jaye. Is se matlab hota hai ke wo kami ki baat nahi bata raha hai. Yani bata rahe hain ke ho sakta hai ke aitbar se kami ho, to doosre aitbar se aap ke andar wo salahiyat hai jo aap mardon par bhi ghalib aa sakte hain.</w:t>
      </w:r>
    </w:p>
    <w:p>
      <w:pPr>
        <w:pStyle w:val="Heading2"/>
      </w:pPr>
      <w:r>
        <w:t>Knowing pre-death and post-death removes tension</w:t>
      </w:r>
    </w:p>
    <w:p>
      <w:r>
        <w:rPr>
          <w:color w:val="666666"/>
          <w:sz w:val="18"/>
        </w:rPr>
        <w:t>Ideology of Life I December 29, 2013 · 30s · at 40:23 · https://youtu.be/iWgAIWN7D9E?t=2423</w:t>
      </w:r>
    </w:p>
    <w:p>
      <w:r>
        <w:rPr>
          <w:i/>
        </w:rPr>
        <w:t>“I know both; by God's grace I am tension-free.”</w:t>
      </w:r>
    </w:p>
    <w:p>
      <w:r>
        <w:rPr>
          <w:sz w:val="20"/>
        </w:rPr>
        <w:t>40:23  mujhe khabar hai dono ki.</w:t>
      </w:r>
      <w:r>
        <w:br/>
      </w:r>
      <w:r>
        <w:rPr>
          <w:sz w:val="20"/>
        </w:rPr>
        <w:t>40:25  to mujhe mein Allah ke fazl se bilkul tension free rehta hoon.</w:t>
      </w:r>
      <w:r>
        <w:br/>
      </w:r>
      <w:r>
        <w:rPr>
          <w:sz w:val="20"/>
        </w:rPr>
        <w:t>40:30  to jab tak insan ko aap aisi ideology na dein jis se woh apni sari baaton ko explain</w:t>
      </w:r>
      <w:r>
        <w:br/>
      </w:r>
      <w:r>
        <w:rPr>
          <w:sz w:val="20"/>
        </w:rPr>
        <w:t>40:38  kar sake.</w:t>
      </w:r>
      <w:r>
        <w:br/>
      </w:r>
      <w:r>
        <w:rPr>
          <w:sz w:val="20"/>
        </w:rPr>
        <w:t>40:39  yani hamara paida hona, yeh dunya mein rehna, aur tarah tarah ke experience hona, ab ups and downs</w:t>
      </w:r>
      <w:r>
        <w:br/>
      </w:r>
      <w:r>
        <w:rPr>
          <w:sz w:val="20"/>
        </w:rPr>
        <w:t>40:47  pesh aana, bohat sare waqiat hote hain aap jante hain.</w:t>
      </w:r>
      <w:r>
        <w:br/>
      </w:r>
      <w:r>
        <w:rPr>
          <w:sz w:val="20"/>
        </w:rPr>
        <w:t>40:51  in sab ko jab tak aap explain na kar sakein, maut kya hai, maut se pehle kya hai,</w:t>
      </w:r>
    </w:p>
    <w:p>
      <w:pPr>
        <w:pStyle w:val="Heading2"/>
      </w:pPr>
      <w:r>
        <w:t>Personal idealism social pragmatism</w:t>
      </w:r>
    </w:p>
    <w:p>
      <w:r>
        <w:rPr>
          <w:color w:val="666666"/>
          <w:sz w:val="18"/>
        </w:rPr>
        <w:t>Adjustment the Only Option September 19, 2010 Maulana Wahiduddin Khan · 31s · at 4:47 · https://youtu.be/o5wG_ONm76s?t=287</w:t>
      </w:r>
    </w:p>
    <w:p>
      <w:r>
        <w:rPr>
          <w:i/>
        </w:rPr>
        <w:t>“In your personal life be idealist”</w:t>
      </w:r>
    </w:p>
    <w:p>
      <w:r>
        <w:rPr>
          <w:sz w:val="20"/>
        </w:rPr>
        <w:t>4:47  In your personal life be idealist.</w:t>
      </w:r>
      <w:r>
        <w:br/>
      </w:r>
      <w:r>
        <w:rPr>
          <w:sz w:val="20"/>
        </w:rPr>
        <w:t>4:54  idealist zaati mamle mein. Lekin when it comes to society, family, other people, you have to be realist, you have to be pragmatic.</w:t>
      </w:r>
      <w:r>
        <w:br/>
      </w:r>
      <w:r>
        <w:rPr>
          <w:sz w:val="20"/>
        </w:rPr>
        <w:t>5:11  You have to adjust with others.</w:t>
      </w:r>
    </w:p>
    <w:p>
      <w:pPr>
        <w:pStyle w:val="Heading2"/>
      </w:pPr>
      <w:r>
        <w:t>a tolerant society is built by tolerating the intolerant</w:t>
      </w:r>
    </w:p>
    <w:p>
      <w:r>
        <w:rPr>
          <w:color w:val="666666"/>
          <w:sz w:val="18"/>
        </w:rPr>
        <w:t>Communal Harmony October 16, 2022 · 28s · at 13:09 · https://youtu.be/Ob4BVozf3KY?t=789</w:t>
      </w:r>
    </w:p>
    <w:p>
      <w:r>
        <w:rPr>
          <w:i/>
        </w:rPr>
        <w:t>“Sukh wala samaj besukh ko bardasht karne se banta hai”</w:t>
      </w:r>
    </w:p>
    <w:p>
      <w:r>
        <w:rPr>
          <w:sz w:val="20"/>
        </w:rPr>
        <w:t>13:09  to is mein Maulana koi na koi usool ki baat batatay ke aik baar bataya ke sikh wala samajh be sikh ko bardasht karne se banta hai.</w:t>
      </w:r>
      <w:r>
        <w:br/>
      </w:r>
      <w:r>
        <w:rPr>
          <w:sz w:val="20"/>
        </w:rPr>
        <w:t>13:20  kyun ke woh baar baar kehte hain ke dekhiye in pleasant baatein to har waqt hamare samne ayengi.</w:t>
      </w:r>
      <w:r>
        <w:br/>
      </w:r>
      <w:r>
        <w:rPr>
          <w:sz w:val="20"/>
        </w:rPr>
        <w:t>13:26  kyun ke yeh dunya jo hai, is mein yeh sab ke liye banai gayi hai. sab log apne apne faide ke liye, apne apne interest ke liye daur rahe hain. yahan competition hai, challenge hai, to woh hamein face karna padega.</w:t>
      </w:r>
    </w:p>
    <w:p>
      <w:pPr>
        <w:pStyle w:val="Heading2"/>
      </w:pPr>
      <w:r>
        <w:t>Naye sawal se creativity jari</w:t>
      </w:r>
    </w:p>
    <w:p>
      <w:r>
        <w:rPr>
          <w:color w:val="666666"/>
          <w:sz w:val="18"/>
        </w:rPr>
        <w:t>Art of Questioning | May 20, 2017 · 30s · at 29:51 · https://youtu.be/mTDFeXED7PA?t=1791</w:t>
      </w:r>
    </w:p>
    <w:p>
      <w:r>
        <w:rPr>
          <w:i/>
        </w:rPr>
        <w:t>“Naye naye question a rahe hain to creativity jari hai”</w:t>
      </w:r>
    </w:p>
    <w:p>
      <w:r>
        <w:rPr>
          <w:sz w:val="20"/>
        </w:rPr>
        <w:t>29:51  naye question aa rahe hain naye naye marifat ke item aa rahe hain to samjhiye ke aap ka creativity jari hai aap ka development jari hai agar yeh sab na ho na ho raha ho to samjhiye ke woh khatam ho gayi.</w:t>
      </w:r>
    </w:p>
    <w:p>
      <w:pPr>
        <w:pStyle w:val="Heading2"/>
      </w:pPr>
      <w:r>
        <w:t>paradise described as an extraordinary perfect place</w:t>
      </w:r>
    </w:p>
    <w:p>
      <w:r>
        <w:rPr>
          <w:color w:val="666666"/>
          <w:sz w:val="18"/>
        </w:rPr>
        <w:t>Individual &amp; Society March 9, 2014 · 56s · at 15:16 · https://youtu.be/v4WioeR_DD4?t=916</w:t>
      </w:r>
    </w:p>
    <w:p>
      <w:r>
        <w:rPr>
          <w:i/>
        </w:rPr>
        <w:t>“Jannat Allah ki bohot hi ajeeb-o-ghareeb jagah hai”</w:t>
      </w:r>
    </w:p>
    <w:p>
      <w:r>
        <w:rPr>
          <w:sz w:val="20"/>
        </w:rPr>
        <w:t>15:16  jannat jo hai Allah jo bahut hi ajeeb ghareeb jagah hai.</w:t>
      </w:r>
      <w:r>
        <w:br/>
      </w:r>
      <w:r>
        <w:rPr>
          <w:sz w:val="20"/>
        </w:rPr>
        <w:t>15:22  bahut hi ajeeb ghareeb.</w:t>
      </w:r>
      <w:r>
        <w:br/>
      </w:r>
      <w:r>
        <w:rPr>
          <w:sz w:val="20"/>
        </w:rPr>
        <w:t>15:27  yani har qism ka har cheez ideal taur par jahan ho har cheez perfection ke sath jahan ho jahan insan ko fulfillment mile jahan insan ko is ke tamam juzaye hasil hon aur sath sath is ko eternity mile zahir hai ke woh kaisi ajeeb o ghareeb cheez hogi.</w:t>
      </w:r>
      <w:r>
        <w:br/>
      </w:r>
      <w:r>
        <w:rPr>
          <w:sz w:val="20"/>
        </w:rPr>
        <w:t>15:47  is jannat ko muqaddar kiya Allah taala ne is insan ke liye jo apne mind ko istemal kare, apni aqal ko istemal kare aur self discovered truth par khada ho.</w:t>
      </w:r>
      <w:r>
        <w:br/>
      </w:r>
      <w:r>
        <w:rPr>
          <w:sz w:val="20"/>
        </w:rPr>
        <w:t>16:01  kaisi ajeeb yeh cheez chahi Allah taala ne insan se aur phir is ke liye kaisi ajeeb nemat rakh di jannat ki shakal mein.</w:t>
      </w:r>
    </w:p>
    <w:p>
      <w:pPr>
        <w:pStyle w:val="Heading2"/>
      </w:pPr>
      <w:r>
        <w:t>Islam rejects violence</w:t>
      </w:r>
    </w:p>
    <w:p>
      <w:r>
        <w:rPr>
          <w:color w:val="666666"/>
          <w:sz w:val="18"/>
        </w:rPr>
        <w:t>Peace and Interfaith Harmony | July 16, 2017 | Maulana Wahiduddin Khan · 32s · at 11:54 · https://youtu.be/XLH-VYfueK4?t=714</w:t>
      </w:r>
    </w:p>
    <w:p>
      <w:r>
        <w:rPr>
          <w:i/>
        </w:rPr>
        <w:t>“Islam has nothing to do with violence.”</w:t>
      </w:r>
    </w:p>
    <w:p>
      <w:r>
        <w:rPr>
          <w:sz w:val="20"/>
        </w:rPr>
        <w:t>11:54  .</w:t>
      </w:r>
      <w:r>
        <w:br/>
      </w:r>
      <w:r>
        <w:rPr>
          <w:sz w:val="20"/>
        </w:rPr>
        <w:t>11:59  Islam has nothing to do with violence.</w:t>
      </w:r>
      <w:r>
        <w:br/>
      </w:r>
      <w:r>
        <w:rPr>
          <w:sz w:val="20"/>
        </w:rPr>
        <w:t>12:04  Violence is not a way of Islam.</w:t>
      </w:r>
      <w:r>
        <w:br/>
      </w:r>
      <w:r>
        <w:rPr>
          <w:sz w:val="20"/>
        </w:rPr>
        <w:t>12:08  Violence is not the way of Islamic culture.</w:t>
      </w:r>
      <w:r>
        <w:br/>
      </w:r>
      <w:r>
        <w:rPr>
          <w:sz w:val="20"/>
        </w:rPr>
        <w:t>12:13  So, Islamic culture is based on peace.</w:t>
      </w:r>
      <w:r>
        <w:br/>
      </w:r>
      <w:r>
        <w:rPr>
          <w:sz w:val="20"/>
        </w:rPr>
        <w:t>12:18  In this sense, I can say that India is best for us.</w:t>
      </w:r>
      <w:r>
        <w:br/>
      </w:r>
      <w:r>
        <w:rPr>
          <w:sz w:val="20"/>
        </w:rPr>
        <w:t>12:22  We have to discover this</w:t>
      </w:r>
    </w:p>
    <w:p>
      <w:pPr>
        <w:pStyle w:val="Heading2"/>
      </w:pPr>
      <w:r>
        <w:t>First time in history: peace against war formula</w:t>
      </w:r>
    </w:p>
    <w:p>
      <w:r>
        <w:rPr>
          <w:color w:val="666666"/>
          <w:sz w:val="18"/>
        </w:rPr>
        <w:t>On Extremism September 14, 2008 · 22s · at 6:23 · https://youtu.be/qHQEos8tOLg?t=383</w:t>
      </w:r>
    </w:p>
    <w:p>
      <w:r>
        <w:rPr>
          <w:i/>
        </w:rPr>
        <w:t>“War against war — that's how everyone thought”</w:t>
      </w:r>
    </w:p>
    <w:p>
      <w:r>
        <w:rPr>
          <w:sz w:val="20"/>
        </w:rPr>
        <w:t>6:23  yaani war against war, violence against violence. isi mein poori history mein log jeete rahe.</w:t>
      </w:r>
      <w:r>
        <w:br/>
      </w:r>
      <w:r>
        <w:rPr>
          <w:sz w:val="20"/>
        </w:rPr>
        <w:t>6:32  poori non history mein pehli baar prophet of islam ne formula diya: "peace against war". "peace against war".</w:t>
      </w:r>
    </w:p>
    <w:p>
      <w:pPr>
        <w:pStyle w:val="Heading2"/>
      </w:pPr>
      <w:r>
        <w:t>Al-Khwarizmi's defense of zero</w:t>
      </w:r>
    </w:p>
    <w:p>
      <w:r>
        <w:rPr>
          <w:color w:val="666666"/>
          <w:sz w:val="18"/>
        </w:rPr>
        <w:t>Importance of Education in Islam September 4, 2022 · 30s · at 46:56 · https://youtu.be/eiVQm1mverA?t=2816</w:t>
      </w:r>
    </w:p>
    <w:p>
      <w:r>
        <w:rPr>
          <w:i/>
        </w:rPr>
        <w:t>“Al-Khwarizmi wrote an essay defending zero.”</w:t>
      </w:r>
    </w:p>
    <w:p>
      <w:r>
        <w:rPr>
          <w:sz w:val="20"/>
        </w:rPr>
        <w:t>46:56  to alkhwarizmi ko ek poora essay likhna pada zero ki vakalat karne ke liye ki bahut hi important ek digit hai isko istemal karke hum bahut bade bade kaam kar sakte hain. phir zero jo hai wah ubhul hua. logon ne usko accept kiya. isi liye arab to usko hindi numeral kehte hain aur chunke europe mein arbon ke zariye se gaya tha to wo arabic numerals usko kehte hain.</w:t>
      </w:r>
      <w:r>
        <w:br/>
      </w:r>
      <w:r>
        <w:rPr>
          <w:sz w:val="20"/>
        </w:rPr>
        <w:t>47:26  zero wale jo figures hain usko. to isi tarike se tazraba na hone ki wajah se kya hai? dekhiye chechak har jagah ismal paksh ko samajhte the to yeh jo hai iska ilaaj nahi hai. yeh to kuch gods hain wah gussa ho jate hain. gods aur goddesses to unki wajah se yeh bimari hoti hai. iska ilaaj nahi hota. to iska ilaaj jo hai wah arraazi. arraazi bahut bada physician tha.</w:t>
      </w:r>
    </w:p>
    <w:p>
      <w:pPr>
        <w:pStyle w:val="Heading2"/>
      </w:pPr>
      <w:r>
        <w:t>Closing prayer for God-fearing hearts</w:t>
      </w:r>
    </w:p>
    <w:p>
      <w:r>
        <w:rPr>
          <w:color w:val="666666"/>
          <w:sz w:val="18"/>
        </w:rPr>
        <w:t>The Qualities Of God-Fearing Women CPS Women Discussion July 23, 2023 · 24s · at 55:47 · https://youtu.be/YfKcwP5Flp8?t=3347</w:t>
      </w:r>
    </w:p>
    <w:p>
      <w:r>
        <w:rPr>
          <w:i/>
        </w:rPr>
        <w:t>“Allah Ta'ala hum sab auraton ke dil mein khauf bhar de”</w:t>
      </w:r>
    </w:p>
    <w:p>
      <w:r>
        <w:rPr>
          <w:sz w:val="20"/>
        </w:rPr>
        <w:t>55:47  alataala hum sare tamam auraton ke dil mein sirf jo hai woh sirf khuda ka khauf se bhar dein. Iske alawa hum kisi cheez se mutasir na hon. Ameen. Ameen. So we come to the end of this session. Today the topic, the qualities of god, fearing women was very well covered by all the points.</w:t>
      </w:r>
      <w:r>
        <w:br/>
      </w:r>
      <w:r>
        <w:rPr>
          <w:sz w:val="20"/>
        </w:rPr>
        <w:t>56:11  I hope every one of us have, we will read re go through this session again, listen to it and go through the points which has been discussed over there and we will intellectually develop ourselves. So we come to the end of the session. Inshallah we'll meet again next week with a new topic and I think the next week will be the question answer session with paridapa.</w:t>
      </w:r>
    </w:p>
    <w:p>
      <w:pPr>
        <w:pStyle w:val="Heading2"/>
      </w:pPr>
      <w:r>
        <w:t>A man rejects Islam for democracy</w:t>
      </w:r>
    </w:p>
    <w:p>
      <w:r>
        <w:rPr>
          <w:color w:val="666666"/>
          <w:sz w:val="18"/>
        </w:rPr>
        <w:t>Islam and Democracy January 23, 2011- Maulana Wahiduddin Khan · 43s · at 2:11 · https://youtu.be/MSA29qlrGSo?t=131</w:t>
      </w:r>
    </w:p>
    <w:p>
      <w:r>
        <w:rPr>
          <w:i/>
        </w:rPr>
        <w:t>“Meri mulaqat ek sahab se hui jo muslim hain”</w:t>
      </w:r>
    </w:p>
    <w:p>
      <w:r>
        <w:rPr>
          <w:sz w:val="20"/>
        </w:rPr>
        <w:t>2:11  meri mulaqat ek sahab se hui jo musalman hain, lekin woh islam se un ka aqeeda hat gaya. woh kehte hain ke sab se bari cheez hai democracy, islam isi ka mukhalif hai.</w:t>
      </w:r>
      <w:r>
        <w:br/>
      </w:r>
      <w:r>
        <w:rPr>
          <w:sz w:val="20"/>
        </w:rPr>
        <w:t>2:25  to main aise islam ko nahi manta. to unhon ne kaha ke abhi meri shadi hui hai, jab bachcha paida hoga to main is ke kaan mein, jo musalmanon ka jo traditional tareeqa hai ke azan dete hain kaan mein, to main kaan mein azan nahi dilwaunga.</w:t>
      </w:r>
      <w:r>
        <w:br/>
      </w:r>
      <w:r>
        <w:rPr>
          <w:sz w:val="20"/>
        </w:rPr>
        <w:t>2:47  ke kaan mein kahunga: "main democracy, democracy, democracy."</w:t>
      </w:r>
    </w:p>
    <w:p>
      <w:pPr>
        <w:pStyle w:val="Heading2"/>
      </w:pPr>
      <w:r>
        <w:t>Summum bonum is peace in Islam</w:t>
      </w:r>
    </w:p>
    <w:p>
      <w:r>
        <w:rPr>
          <w:color w:val="666666"/>
          <w:sz w:val="18"/>
        </w:rPr>
        <w:t>Islam and Terrorism | August 2, 2007 · 1m 01s · at 4:16 · https://youtu.be/Wmq-s9wzeBk?t=256</w:t>
      </w:r>
    </w:p>
    <w:p>
      <w:r>
        <w:rPr>
          <w:i/>
        </w:rPr>
        <w:t>“I think it is more than absurd.”</w:t>
      </w:r>
    </w:p>
    <w:p>
      <w:r>
        <w:rPr>
          <w:sz w:val="20"/>
        </w:rPr>
        <w:t>4:16  the Salam Bunam in Islam.</w:t>
      </w:r>
      <w:r>
        <w:br/>
      </w:r>
      <w:r>
        <w:rPr>
          <w:sz w:val="20"/>
        </w:rPr>
        <w:t>4:23  I think it is more than absurd.</w:t>
      </w:r>
      <w:r>
        <w:br/>
      </w:r>
      <w:r>
        <w:rPr>
          <w:sz w:val="20"/>
        </w:rPr>
        <w:t>4:29  I think it is more than absurd.</w:t>
      </w:r>
      <w:r>
        <w:br/>
      </w:r>
      <w:r>
        <w:rPr>
          <w:sz w:val="20"/>
        </w:rPr>
        <w:t>4:35  I think that if you want to know what is the summum bonum in Islam, so I can</w:t>
      </w:r>
      <w:r>
        <w:br/>
      </w:r>
      <w:r>
        <w:rPr>
          <w:sz w:val="20"/>
        </w:rPr>
        <w:t>4:41  say that some of them is peace in Islam.</w:t>
      </w:r>
      <w:r>
        <w:br/>
      </w:r>
      <w:r>
        <w:rPr>
          <w:sz w:val="20"/>
        </w:rPr>
        <w:t>4:47  Salam Bunam is peace in Islam.</w:t>
      </w:r>
      <w:r>
        <w:br/>
      </w:r>
      <w:r>
        <w:rPr>
          <w:sz w:val="20"/>
        </w:rPr>
        <w:t>4:52  Modern Western mind claims that freedom is summum bonum.</w:t>
      </w:r>
      <w:r>
        <w:br/>
      </w:r>
      <w:r>
        <w:rPr>
          <w:sz w:val="20"/>
        </w:rPr>
        <w:t>4:57  Freedom is samam bonam.</w:t>
      </w:r>
      <w:r>
        <w:br/>
      </w:r>
      <w:r>
        <w:rPr>
          <w:sz w:val="20"/>
        </w:rPr>
        <w:t>5:03  But I don't agree with this thought.</w:t>
      </w:r>
      <w:r>
        <w:br/>
      </w:r>
      <w:r>
        <w:rPr>
          <w:sz w:val="20"/>
        </w:rPr>
        <w:t>5:08  You know freedom has some limitations.</w:t>
      </w:r>
      <w:r>
        <w:br/>
      </w:r>
      <w:r>
        <w:rPr>
          <w:sz w:val="20"/>
        </w:rPr>
        <w:t>5:13  An American professor, B.F. Iskandar, has</w:t>
      </w:r>
    </w:p>
    <w:p>
      <w:pPr>
        <w:pStyle w:val="Heading2"/>
      </w:pPr>
      <w:r>
        <w:t>Peace opens doors that victory in war cannot</w:t>
      </w:r>
    </w:p>
    <w:p>
      <w:r>
        <w:rPr>
          <w:color w:val="666666"/>
          <w:sz w:val="18"/>
        </w:rPr>
        <w:t>Islam and Peace August 25, 2013 · 35s · at 28:40 · https://youtu.be/WbBu4W6AUUs?t=1720</w:t>
      </w:r>
    </w:p>
    <w:p>
      <w:r>
        <w:rPr>
          <w:i/>
        </w:rPr>
        <w:t>“Peace opens the door of opportunity”</w:t>
      </w:r>
    </w:p>
    <w:p>
      <w:r>
        <w:rPr>
          <w:sz w:val="20"/>
        </w:rPr>
        <w:t>28:40  yani sulah ya peace opens the door of opportunity .yeh hai hikmat is mein.ke jab aap jeette hain to revenge jaagta hai.</w:t>
      </w:r>
      <w:r>
        <w:br/>
      </w:r>
      <w:r>
        <w:rPr>
          <w:sz w:val="20"/>
        </w:rPr>
        <w:t>28:52  aur jab aap sulah kar lete hain to kya hota hai?opportunities khulti hain.kaam ke mawaqe khulte hain.</w:t>
      </w:r>
      <w:r>
        <w:br/>
      </w:r>
      <w:r>
        <w:rPr>
          <w:sz w:val="20"/>
        </w:rPr>
        <w:t>29:00  chunaanche hudaybiyah ki shakal mein woh das saal ka nawar packet rasool allah ne kar liya.aur phir saare, yani takraao ka mahaul khatm ho gaya.</w:t>
      </w:r>
    </w:p>
    <w:p>
      <w:pPr>
        <w:pStyle w:val="Heading2"/>
      </w:pPr>
      <w:r>
        <w:t>peace is the only option, abandoning it means failure</w:t>
      </w:r>
    </w:p>
    <w:p>
      <w:r>
        <w:rPr>
          <w:color w:val="666666"/>
          <w:sz w:val="18"/>
        </w:rPr>
        <w:t>Peaceful Activism vs Violent Activism May 23, 2009 · 34s · at 45:27 · https://youtu.be/LlwiET1Kb5w?t=2727</w:t>
      </w:r>
    </w:p>
    <w:p>
      <w:r>
        <w:rPr>
          <w:i/>
        </w:rPr>
        <w:t>“Peace is the only option — peace is the ultimate good.”</w:t>
      </w:r>
    </w:p>
    <w:p>
      <w:r>
        <w:rPr>
          <w:sz w:val="20"/>
        </w:rPr>
        <w:t>45:27  peace is the only option fast. peace is the sum bonum.</w:t>
      </w:r>
      <w:r>
        <w:br/>
      </w:r>
      <w:r>
        <w:rPr>
          <w:sz w:val="20"/>
        </w:rPr>
        <w:t>45:36  peace is the only option fast.</w:t>
      </w:r>
      <w:r>
        <w:br/>
      </w:r>
      <w:r>
        <w:rPr>
          <w:sz w:val="20"/>
        </w:rPr>
        <w:t>45:40  if you abandon peace, then we cannot achieve anything. we</w:t>
      </w:r>
      <w:r>
        <w:br/>
      </w:r>
      <w:r>
        <w:rPr>
          <w:sz w:val="20"/>
        </w:rPr>
        <w:t>45:46  will go to failure. we have to adopt peaceful activism, peaceful method, peaceful way of activities.</w:t>
      </w:r>
    </w:p>
    <w:p>
      <w:pPr>
        <w:pStyle w:val="Heading2"/>
      </w:pPr>
      <w:r>
        <w:t>Iblis's challenge to mislead the majority of mankind</w:t>
      </w:r>
    </w:p>
    <w:p>
      <w:r>
        <w:rPr>
          <w:color w:val="666666"/>
          <w:sz w:val="18"/>
        </w:rPr>
        <w:t>The Search of Man July 7, 2013 · 45s · at 1:14 · https://youtu.be/44_ud_OInuU?t=74</w:t>
      </w:r>
    </w:p>
    <w:p>
      <w:r>
        <w:rPr>
          <w:i/>
        </w:rPr>
        <w:t>“Iblis challenged Allah: I will mislead most of mankind”</w:t>
      </w:r>
    </w:p>
    <w:p>
      <w:r>
        <w:rPr>
          <w:sz w:val="20"/>
        </w:rPr>
        <w:t>1:14  to aap ne bhi is ko padha hoga. to Iblees ne Allah taala ko challenge diya.</w:t>
      </w:r>
      <w:r>
        <w:br/>
      </w:r>
      <w:r>
        <w:rPr>
          <w:sz w:val="20"/>
        </w:rPr>
        <w:t>1:25  us ne kaha ke "la tadhrriyyata illa qaleela". main insano ki majority ko main behka doonga.</w:t>
      </w:r>
      <w:r>
        <w:br/>
      </w:r>
      <w:r>
        <w:rPr>
          <w:sz w:val="20"/>
        </w:rPr>
        <w:t>1:37  yeh challenge Quran mein maujood hai.</w:t>
      </w:r>
      <w:r>
        <w:br/>
      </w:r>
      <w:r>
        <w:rPr>
          <w:sz w:val="20"/>
        </w:rPr>
        <w:t>1:42  Quran mein hai ke "la tajida akthar shakin".</w:t>
      </w:r>
      <w:r>
        <w:br/>
      </w:r>
      <w:r>
        <w:rPr>
          <w:sz w:val="20"/>
        </w:rPr>
        <w:t>1:47  yani Allah se us ne kaha ke insano mein beshtar log shukr ke rastay se hat jayenge.</w:t>
      </w:r>
    </w:p>
    <w:p>
      <w:pPr>
        <w:pStyle w:val="Heading2"/>
      </w:pPr>
      <w:r>
        <w:t>Not gender equality but gender complementarity</w:t>
      </w:r>
    </w:p>
    <w:p>
      <w:r>
        <w:rPr>
          <w:color w:val="666666"/>
          <w:sz w:val="18"/>
        </w:rPr>
        <w:t>The Status of Women in Islam (English) February 28, 2007 Maulana Wahiduddin Khan · 25s · at 3:59 · https://youtu.be/pSLnXzYImXo?t=239</w:t>
      </w:r>
    </w:p>
    <w:p>
      <w:r>
        <w:rPr>
          <w:i/>
        </w:rPr>
        <w:t>“So according to God's creation plan”</w:t>
      </w:r>
    </w:p>
    <w:p>
      <w:r>
        <w:rPr>
          <w:sz w:val="20"/>
        </w:rPr>
        <w:t>3:59  so according to the gods creation plan,</w:t>
      </w:r>
      <w:r>
        <w:br/>
      </w:r>
      <w:r>
        <w:rPr>
          <w:sz w:val="20"/>
        </w:rPr>
        <w:t>4:04  the important thing is not gender equality, but it is gender complementarity.</w:t>
      </w:r>
    </w:p>
    <w:p>
      <w:pPr>
        <w:pStyle w:val="Heading2"/>
      </w:pPr>
      <w:r>
        <w:t>Everything is manageable</w:t>
      </w:r>
    </w:p>
    <w:p>
      <w:r>
        <w:rPr>
          <w:color w:val="666666"/>
          <w:sz w:val="18"/>
        </w:rPr>
        <w:t>Creative Role of Women March 03, 2019 · 38s · at 57:59 · https://youtu.be/d1-P347SqYQ?t=3479</w:t>
      </w:r>
    </w:p>
    <w:p>
      <w:r>
        <w:rPr>
          <w:i/>
        </w:rPr>
        <w:t>“But I can tell you one principle: everything is manageable”</w:t>
      </w:r>
    </w:p>
    <w:p>
      <w:r>
        <w:rPr>
          <w:sz w:val="20"/>
        </w:rPr>
        <w:t>57:59  lekin main sirf ek usool bata sakta hoon. usool ki everything is manageable. har cheez ko manage kiya ja sakta hai. jaise maine aapko qissa bataya hazrat khadija ka ki rasoolullah jab wapas aaye hira se,</w:t>
      </w:r>
      <w:r>
        <w:br/>
      </w:r>
      <w:r>
        <w:rPr>
          <w:sz w:val="20"/>
        </w:rPr>
        <w:t>58:18  toh fauj ki halat mein the. yaani ek unclear tha mamla ki kya hua, yeh kya tha, hira ka tajruba kya tha. unclear. toh ek khatoon ne yeh role kiya</w:t>
      </w:r>
    </w:p>
    <w:p>
      <w:pPr>
        <w:pStyle w:val="Heading2"/>
      </w:pPr>
      <w:r>
        <w:t>Learn art of diversity management</w:t>
      </w:r>
    </w:p>
    <w:p>
      <w:r>
        <w:rPr>
          <w:color w:val="666666"/>
          <w:sz w:val="18"/>
        </w:rPr>
        <w:t>Social Reform | December 22, 2013 | Maulana Wahiduddin Khan · 30s · at 9:24 · https://youtu.be/kGP903BvDto?t=564</w:t>
      </w:r>
    </w:p>
    <w:p>
      <w:r>
        <w:rPr>
          <w:i/>
        </w:rPr>
        <w:t>“Mukhtalif hi, ikhtilaf hi rahe ga”</w:t>
      </w:r>
    </w:p>
    <w:p>
      <w:r>
        <w:rPr>
          <w:sz w:val="20"/>
        </w:rPr>
        <w:t>9:24  mukhtalif hi, ikhtilaf hi rahega.</w:t>
      </w:r>
      <w:r>
        <w:br/>
      </w:r>
      <w:r>
        <w:rPr>
          <w:sz w:val="20"/>
        </w:rPr>
        <w:t>9:30  Diversity hi rahegi.</w:t>
      </w:r>
      <w:r>
        <w:br/>
      </w:r>
      <w:r>
        <w:rPr>
          <w:sz w:val="20"/>
        </w:rPr>
        <w:t>9:36  اس کا مطلب کیا ہوا؟ You have to learn the art of diversity management.</w:t>
      </w:r>
      <w:r>
        <w:br/>
      </w:r>
      <w:r>
        <w:rPr>
          <w:sz w:val="20"/>
        </w:rPr>
        <w:t>9:42  yani zindagi mein Uniformity lane ki bajaye aap ko kya karna chahiye? ke aap Diversity ko Manage karna seekhein.</w:t>
      </w:r>
      <w:r>
        <w:br/>
      </w:r>
      <w:r>
        <w:rPr>
          <w:sz w:val="20"/>
        </w:rPr>
        <w:t>9:48  yani aik lafz mein mein yeh kahoon ga ke apni azadi ko Peaceful tareeqe par is tarah ist</w:t>
      </w:r>
    </w:p>
    <w:p>
      <w:pPr>
        <w:pStyle w:val="Heading2"/>
      </w:pPr>
      <w:r>
        <w:t>God never burdens a soul beyond its capacity</w:t>
      </w:r>
    </w:p>
    <w:p>
      <w:r>
        <w:rPr>
          <w:color w:val="666666"/>
          <w:sz w:val="18"/>
        </w:rPr>
        <w:t>CPS Women Interaction 5 May 29, 2022 · 41s · at 45:48 · https://youtu.be/1mvBJMTnKuM?t=2748</w:t>
      </w:r>
    </w:p>
    <w:p>
      <w:r>
        <w:rPr>
          <w:i/>
        </w:rPr>
        <w:t>“Allah kisi ko itna kaam ke liye mukallaf nahi karta jo uske bas mein na ho”</w:t>
      </w:r>
    </w:p>
    <w:p>
      <w:r>
        <w:rPr>
          <w:sz w:val="20"/>
        </w:rPr>
        <w:t>45:48  puran ke aaye the na allah yukullekhullah ulahsan pillaah bus aaha. allah taala kisi ko itna zyada kaam ke liye muqallap nahi karta jo uske bus mein na ho. to jitna aapke bus mein hai utna hi aapse poochogi.</w:t>
      </w:r>
      <w:r>
        <w:br/>
      </w:r>
      <w:r>
        <w:rPr>
          <w:sz w:val="20"/>
        </w:rPr>
        <w:t>46:06  pareshan hona yeh to sab shaitan ke bus base hain woh usse aap bilkul mutasil na ho kyunki jitna opportunity allah ne aapko diya hai koshish karti rahiye, duaen karti rahiye ki aap aur zyada opportunity mile. to aap do kaam aapko asal mein karna hai. ek to apne aap ko bhi tayyar karna hai. apna intellectual development karna hai.</w:t>
      </w:r>
      <w:r>
        <w:br/>
      </w:r>
      <w:r>
        <w:rPr>
          <w:sz w:val="20"/>
        </w:rPr>
        <w:t>46:29  to aur doosre dawaen karni hai aur phir uske baad jitna mauka mile to uske liye kaam karna hai apne bachchon ko, apne ghar walon ko tayyar kariye. aap jo nahi kar payengi woh aapke ghar wale, family wale kar sakte hain to aap to bas logon se kaam lijiye, jitna aap kar sakte hain utna aap kariye baqi logon se kaam lijiye. to aur duaen karen duaen se sare raste khulte hain.</w:t>
      </w:r>
    </w:p>
    <w:p>
      <w:pPr>
        <w:pStyle w:val="Heading2"/>
      </w:pPr>
      <w:r>
        <w:t>Islam doesn't mean women stay confined at home</w:t>
      </w:r>
    </w:p>
    <w:p>
      <w:r>
        <w:rPr>
          <w:color w:val="666666"/>
          <w:sz w:val="18"/>
        </w:rPr>
        <w:t>CPS Women Session Peace Conference April 29-30, 2023 · 23s · at 20:58 · https://youtu.be/xsD04dOvGeE?t=1258</w:t>
      </w:r>
    </w:p>
    <w:p>
      <w:r>
        <w:rPr>
          <w:i/>
        </w:rPr>
        <w:t>“Islam never says women should just sit at home”</w:t>
      </w:r>
    </w:p>
    <w:p>
      <w:r>
        <w:rPr>
          <w:sz w:val="20"/>
        </w:rPr>
        <w:t>20:58  to aurat ka badalna, aurat ka din ki ram mein lagna, aurat ka is mission mein lagna, bahut zyada zaroori hai aur yahi islam hai. yeh islam nahi hai ki auratein gharon mein baithi rahein. yahi islam hai ki auratein jo hai mardon ka saath dein aur apne ghar ke kaamon mein kami karein.</w:t>
      </w:r>
      <w:r>
        <w:br/>
      </w:r>
      <w:r>
        <w:rPr>
          <w:sz w:val="20"/>
        </w:rPr>
        <w:t>21:21  jab jab bahut zyada ghar mein agar ehtimam hota hai to usko kam karein aur apna time nikalein. apni ek to marfat hasil karni hai, uske liye study karni hai aur uske baad doosron ko woh marfat ka pragaam doosron ko pahunchana hai. to yeh aurat ke liye bhi utna hi zaroori hai jitna mard ke liye zaroori hai.</w:t>
      </w:r>
    </w:p>
    <w:p>
      <w:pPr>
        <w:pStyle w:val="Heading2"/>
      </w:pPr>
      <w:r>
        <w:t>God grants to non-violence not violence</w:t>
      </w:r>
    </w:p>
    <w:p>
      <w:r>
        <w:rPr>
          <w:color w:val="666666"/>
          <w:sz w:val="18"/>
        </w:rPr>
        <w:t>Islam and Peace (Part 2) (English) January 17, 2007 Maulana Wahiduddin Khan · 39s · at 36:33 · https://youtu.be/K5H4b8y4E7g?t=2193</w:t>
      </w:r>
    </w:p>
    <w:p>
      <w:r>
        <w:rPr>
          <w:i/>
        </w:rPr>
        <w:t>“God grants to non-violence what He does not grant to violence.”</w:t>
      </w:r>
    </w:p>
    <w:p>
      <w:r>
        <w:rPr>
          <w:sz w:val="20"/>
        </w:rPr>
        <w:t>36:33  god grants to non violence what he does not grant to violence.</w:t>
      </w:r>
      <w:r>
        <w:br/>
      </w:r>
      <w:r>
        <w:rPr>
          <w:sz w:val="20"/>
        </w:rPr>
        <w:t>36:46  god grants to non violence,</w:t>
      </w:r>
      <w:r>
        <w:br/>
      </w:r>
      <w:r>
        <w:rPr>
          <w:sz w:val="20"/>
        </w:rPr>
        <w:t>36:54  or you can see that god grants to peace what he does not grant to violence. here you can see that what was the</w:t>
      </w:r>
    </w:p>
    <w:p>
      <w:pPr>
        <w:pStyle w:val="Heading2"/>
      </w:pPr>
      <w:r>
        <w:t>Muslims never truly condemn violence done in Islam's name</w:t>
      </w:r>
    </w:p>
    <w:p>
      <w:r>
        <w:rPr>
          <w:color w:val="666666"/>
          <w:sz w:val="18"/>
        </w:rPr>
        <w:t>Islam and Peace August 25, 2013 · 28s · at 16:53 · https://youtu.be/WbBu4W6AUUs?t=1013</w:t>
      </w:r>
    </w:p>
    <w:p>
      <w:r>
        <w:rPr>
          <w:i/>
        </w:rPr>
        <w:t>“They still don't consider violence to be wrong”</w:t>
      </w:r>
    </w:p>
    <w:p>
      <w:r>
        <w:rPr>
          <w:sz w:val="20"/>
        </w:rPr>
        <w:t>16:52  yeh sab to kehte</w:t>
      </w:r>
      <w:r>
        <w:br/>
      </w:r>
      <w:r>
        <w:rPr>
          <w:sz w:val="20"/>
        </w:rPr>
        <w:t>16:53  nahi. to ek drama hai yeh logon ki nazar mein ke aap chand camp lagayenge, aap wahan blood donation karenge. to is maane mein kya hua hai ke dil se abhi tak yeh log violence ko bura nahi samajh rahe.</w:t>
      </w:r>
      <w:r>
        <w:br/>
      </w:r>
      <w:r>
        <w:rPr>
          <w:sz w:val="20"/>
        </w:rPr>
        <w:t>17:07  agar samajhte to condemn karte.</w:t>
      </w:r>
      <w:r>
        <w:br/>
      </w:r>
      <w:r>
        <w:rPr>
          <w:sz w:val="20"/>
        </w:rPr>
        <w:t>17:11  abhi bhi dil se violence ko bura nahi samajhte. jo log jehad ke naam par suicide bombing karte hain, usko koi koi condemn nahi karta.</w:t>
      </w:r>
    </w:p>
    <w:p>
      <w:pPr>
        <w:pStyle w:val="Heading2"/>
      </w:pPr>
      <w:r>
        <w:t>Bush admits Iraq war mistakes, sparks a question</w:t>
      </w:r>
    </w:p>
    <w:p>
      <w:r>
        <w:rPr>
          <w:color w:val="666666"/>
          <w:sz w:val="18"/>
        </w:rPr>
        <w:t>Admitting One's Mistake January 12, 2007 Maulana Wahiduddin Khan · 59s · at 1:29 · https://youtu.be/9yGGkxRF8r8?t=89</w:t>
      </w:r>
    </w:p>
    <w:p>
      <w:r>
        <w:rPr>
          <w:i/>
        </w:rPr>
        <w:t>“Bush admits to Iraq mistakes”</w:t>
      </w:r>
    </w:p>
    <w:p>
      <w:r>
        <w:rPr>
          <w:sz w:val="20"/>
        </w:rPr>
        <w:t>1:29  to aaj ke paper mein, yani january 12 ke paper mein, chupa hai un ke baray mein ke bush admits to iraq mistakes.</w:t>
      </w:r>
      <w:r>
        <w:br/>
      </w:r>
      <w:r>
        <w:rPr>
          <w:sz w:val="20"/>
        </w:rPr>
        <w:t>1:49  bush admits to iraq mistakes.</w:t>
      </w:r>
      <w:r>
        <w:br/>
      </w:r>
      <w:r>
        <w:rPr>
          <w:sz w:val="20"/>
        </w:rPr>
        <w:t>1:57  yani bush yeh mante hain ke iraq par jo unhon ne attack kiya tha, is mein un se ghaltiyan hu'een.</w:t>
      </w:r>
      <w:r>
        <w:br/>
      </w:r>
      <w:r>
        <w:rPr>
          <w:sz w:val="20"/>
        </w:rPr>
        <w:t>2:10  bush admits to iraq mistakes. to is ko parh kar main sochne laga.</w:t>
      </w:r>
      <w:r>
        <w:br/>
      </w:r>
      <w:r>
        <w:rPr>
          <w:sz w:val="20"/>
        </w:rPr>
        <w:t>2:21  waqia yeh hai ke sara din main sochta raha ke aisa kaise hua.</w:t>
      </w:r>
    </w:p>
    <w:p>
      <w:pPr>
        <w:pStyle w:val="Heading2"/>
      </w:pPr>
      <w:r>
        <w:t>Sincerity is the secular name for taqwa</w:t>
      </w:r>
    </w:p>
    <w:p>
      <w:r>
        <w:rPr>
          <w:color w:val="666666"/>
          <w:sz w:val="18"/>
        </w:rPr>
        <w:t>Importance of Sabr March 23, 2007 · 39s · at 59:41 · https://youtu.be/duCjMIqqfgA?t=3581</w:t>
      </w:r>
    </w:p>
    <w:p>
      <w:r>
        <w:rPr>
          <w:i/>
        </w:rPr>
        <w:t>“Sincerity is a very, very important quality”</w:t>
      </w:r>
    </w:p>
    <w:p>
      <w:r>
        <w:rPr>
          <w:sz w:val="20"/>
        </w:rPr>
        <w:t>59:41  sincerity is very, very important quality.</w:t>
      </w:r>
      <w:r>
        <w:br/>
      </w:r>
      <w:r>
        <w:rPr>
          <w:sz w:val="20"/>
        </w:rPr>
        <w:t>59:48  sincerity is only the secular name of what we call taqwa. taqwa and sincerity both are one and same.</w:t>
      </w:r>
      <w:r>
        <w:br/>
      </w:r>
      <w:r>
        <w:rPr>
          <w:sz w:val="20"/>
        </w:rPr>
        <w:t>59:58  taqwa is its religious name, and sincerity is, and sincerity is its secular name. so, without taqwa, there is no salvation.</w:t>
      </w:r>
      <w:r>
        <w:br/>
      </w:r>
      <w:r>
        <w:rPr>
          <w:sz w:val="20"/>
        </w:rPr>
        <w:t>1:00:09  so, without sincerity, there is no, there is no guidance.</w:t>
      </w:r>
    </w:p>
    <w:p>
      <w:pPr>
        <w:pStyle w:val="Heading2"/>
      </w:pPr>
      <w:r>
        <w:t>Gandhi's peaceful path to India's freedom</w:t>
      </w:r>
    </w:p>
    <w:p>
      <w:r>
        <w:rPr>
          <w:color w:val="666666"/>
          <w:sz w:val="18"/>
        </w:rPr>
        <w:t>Islam and Terrorism February 10, 2009 Maulana Wahiduddin Khan · 35s · at 57:36 · https://youtu.be/vCEjp0w7Qjo?t=3456</w:t>
      </w:r>
    </w:p>
    <w:p>
      <w:r>
        <w:rPr>
          <w:i/>
        </w:rPr>
        <w:t>“It was only Gandhi's slogan of peace that brought India freedom.”</w:t>
      </w:r>
    </w:p>
    <w:p>
      <w:r>
        <w:rPr>
          <w:sz w:val="20"/>
        </w:rPr>
        <w:t>57:36  I mean, it was going on for many hundreds of years. But it didn't actually materialize freedom. But it was only Gandhi's slogan of peace which brought India to freedom.</w:t>
      </w:r>
      <w:r>
        <w:br/>
      </w:r>
      <w:r>
        <w:rPr>
          <w:sz w:val="20"/>
        </w:rPr>
        <w:t>57:48  In fact, there is this famous quote where a British senior officer wired a telegraph message to the British secretariat.</w:t>
      </w:r>
      <w:r>
        <w:br/>
      </w:r>
      <w:r>
        <w:rPr>
          <w:sz w:val="20"/>
        </w:rPr>
        <w:t>58:00  And he wrote that, "Kindly wire instructions how to kill a tiger non-violently." So it was only after this long, sustained struggle for peace that India got freedom.</w:t>
      </w:r>
    </w:p>
    <w:p>
      <w:pPr>
        <w:pStyle w:val="Heading2"/>
      </w:pPr>
      <w:r>
        <w:t>Every person is simply a human</w:t>
      </w:r>
    </w:p>
    <w:p>
      <w:r>
        <w:rPr>
          <w:color w:val="666666"/>
          <w:sz w:val="18"/>
        </w:rPr>
        <w:t>IN CONVERSATION MAULANA WAHIDUDDIN KHAN · 25s · at 11:08 · https://youtu.be/VzcECmB1P7c?t=668</w:t>
      </w:r>
    </w:p>
    <w:p>
      <w:r>
        <w:rPr>
          <w:i/>
        </w:rPr>
        <w:t>“According to Islam, everyone is simply انسان.”</w:t>
      </w:r>
    </w:p>
    <w:p>
      <w:r>
        <w:rPr>
          <w:sz w:val="20"/>
        </w:rPr>
        <w:t>11:08  According to Islam, everyone is simply insan. Ya ayyuhal nas, ayyuhal insan. Hundreds and hundreds of times the Quran addresses people with this word, insan, an-nas. So everyone is basically insan. That's all.</w:t>
      </w:r>
    </w:p>
    <w:p>
      <w:pPr>
        <w:pStyle w:val="Heading2"/>
      </w:pPr>
      <w:r>
        <w:t>Awareness of time leads to right planning</w:t>
      </w:r>
    </w:p>
    <w:p>
      <w:r>
        <w:rPr>
          <w:color w:val="666666"/>
          <w:sz w:val="18"/>
        </w:rPr>
        <w:t>RIS Talks Maulana Wahiduddin Khan In Pursuit of Peace The Roadmap to Harmonious Societies · 49s · at 1:42 · https://youtu.be/lJPxioppf4o?t=102</w:t>
      </w:r>
    </w:p>
    <w:p>
      <w:r>
        <w:rPr>
          <w:i/>
        </w:rPr>
        <w:t>“A wise man is one who is aware of his time.”</w:t>
      </w:r>
    </w:p>
    <w:p>
      <w:r>
        <w:rPr>
          <w:sz w:val="20"/>
        </w:rPr>
        <w:t>1:42  A wise man is one who is aware of his time. Why this awareness</w:t>
      </w:r>
      <w:r>
        <w:br/>
      </w:r>
      <w:r>
        <w:rPr>
          <w:sz w:val="20"/>
        </w:rPr>
        <w:t>1:54  ? It is for right planning.</w:t>
      </w:r>
      <w:r>
        <w:br/>
      </w:r>
      <w:r>
        <w:rPr>
          <w:sz w:val="20"/>
        </w:rPr>
        <w:t>1:59  If you are aware of your time, then you are right thinker, right planner,</w:t>
      </w:r>
      <w:r>
        <w:br/>
      </w:r>
      <w:r>
        <w:rPr>
          <w:sz w:val="20"/>
        </w:rPr>
        <w:t>2:11  everything will be right.</w:t>
      </w:r>
      <w:r>
        <w:br/>
      </w:r>
      <w:r>
        <w:rPr>
          <w:sz w:val="20"/>
        </w:rPr>
        <w:t>2:17  But you are not aware of time, then your thinking, your planning, everything will go wrong.</w:t>
      </w:r>
    </w:p>
    <w:p>
      <w:pPr>
        <w:pStyle w:val="Heading2"/>
      </w:pPr>
      <w:r>
        <w:t>Life's secret is humble beginning</w:t>
      </w:r>
    </w:p>
    <w:p>
      <w:r>
        <w:rPr>
          <w:color w:val="666666"/>
          <w:sz w:val="18"/>
        </w:rPr>
        <w:t>The Importance of Humble Beginning December 30, 2007 · 31s · at 1:51 · https://youtu.be/Qx0WeaoslYs?t=111</w:t>
      </w:r>
    </w:p>
    <w:p>
      <w:r>
        <w:rPr>
          <w:i/>
        </w:rPr>
        <w:t>“Life's secret is in humble beginning”</w:t>
      </w:r>
    </w:p>
    <w:p>
      <w:r>
        <w:rPr>
          <w:sz w:val="20"/>
        </w:rPr>
        <w:t>1:51  arabi mein kaha jata hai ke sirdu al hayati kainun fi al bidayati al mutawadiati</w:t>
      </w:r>
      <w:r>
        <w:br/>
      </w:r>
      <w:r>
        <w:rPr>
          <w:sz w:val="20"/>
        </w:rPr>
        <w:t>2:01  zindagi ka raaz chhote aaghaz mein hai, yani humble beginning</w:t>
      </w:r>
      <w:r>
        <w:br/>
      </w:r>
      <w:r>
        <w:rPr>
          <w:sz w:val="20"/>
        </w:rPr>
        <w:t>2:13  bara kaam hamesha isi humble beginning se shuru hota hai.</w:t>
      </w:r>
    </w:p>
    <w:p>
      <w:pPr>
        <w:pStyle w:val="Heading2"/>
      </w:pPr>
      <w:r>
        <w:t>the Prophet always chose the easier option</w:t>
      </w:r>
    </w:p>
    <w:p>
      <w:r>
        <w:rPr>
          <w:color w:val="666666"/>
          <w:sz w:val="18"/>
        </w:rPr>
        <w:t>On Positive Thinking (Sai Center) June 13, 2007 · 31s · at 25:40 · https://youtu.be/nSLf0wQ-PWw?t=1540</w:t>
      </w:r>
    </w:p>
    <w:p>
      <w:r>
        <w:rPr>
          <w:i/>
        </w:rPr>
        <w:t>“The Prophet always chose the easier option, never the harder”</w:t>
      </w:r>
    </w:p>
    <w:p>
      <w:r>
        <w:rPr>
          <w:sz w:val="20"/>
        </w:rPr>
        <w:t>25:40  ke ma khair rasool Allah sal Allahu alaihi wasallam bain amrain ila khairahu</w:t>
      </w:r>
      <w:r>
        <w:br/>
      </w:r>
      <w:r>
        <w:rPr>
          <w:sz w:val="20"/>
        </w:rPr>
        <w:t>25:47  is ka matlab yeh hai ke whenever the prophet had to choose between the two, he always opted for easier option rather than harder option.</w:t>
      </w:r>
      <w:r>
        <w:br/>
      </w:r>
      <w:r>
        <w:rPr>
          <w:sz w:val="20"/>
        </w:rPr>
        <w:t>26:00  ab dekhen ke easier kya hai, harder kya hai? to violent action jo hai, violent activism jo hai, woh harder option hai.</w:t>
      </w:r>
    </w:p>
    <w:p>
      <w:pPr>
        <w:pStyle w:val="Heading2"/>
      </w:pPr>
      <w:r>
        <w:t>Peace works like a master stroke for all good</w:t>
      </w:r>
    </w:p>
    <w:p>
      <w:r>
        <w:rPr>
          <w:color w:val="666666"/>
          <w:sz w:val="18"/>
        </w:rPr>
        <w:t>Culture of Peace and Non Voilence in Islam January 14, 2023 · 26s · at 3:36 · https://youtu.be/INrBUtThaRw?t=216</w:t>
      </w:r>
    </w:p>
    <w:p>
      <w:r>
        <w:rPr>
          <w:i/>
        </w:rPr>
        <w:t>“Amn aa gaya to har achha kaam ho sakta hai”</w:t>
      </w:r>
    </w:p>
    <w:p>
      <w:r>
        <w:rPr>
          <w:sz w:val="20"/>
        </w:rPr>
        <w:t>3:36  kyun ke aman aik aisi cheez hai jis ko Maulana ne kaha hai ke master stroke ki tarah kaam karta hai ke aman aa gaya to aap har ache kaam society mein kar sakte hain,</w:t>
      </w:r>
      <w:r>
        <w:br/>
      </w:r>
      <w:r>
        <w:rPr>
          <w:sz w:val="20"/>
        </w:rPr>
        <w:t>3:49  apne liye bhi aur society ke liye bhi. dunya ki bhi is mein falah hai aur akhirat ki bhi falah hai. to hadith mein aaya hai ke "god grants to gentleness what he does not grant to violence".</w:t>
      </w:r>
    </w:p>
    <w:p>
      <w:pPr>
        <w:pStyle w:val="Heading2"/>
      </w:pPr>
      <w:r>
        <w:t>Simple formula for multi-religious society</w:t>
      </w:r>
    </w:p>
    <w:p>
      <w:r>
        <w:rPr>
          <w:color w:val="666666"/>
          <w:sz w:val="18"/>
        </w:rPr>
        <w:t>Multi-Religious Societies in Islam (Part 2) (English) 3 March 2007 - Maulana Wahiduddin Khan · 32s · at 1:30 · https://youtu.be/_SzmGqjYeOo?t=90</w:t>
      </w:r>
    </w:p>
    <w:p>
      <w:r>
        <w:rPr>
          <w:i/>
        </w:rPr>
        <w:t>“How to live in a multi-cultural society?”</w:t>
      </w:r>
    </w:p>
    <w:p>
      <w:r>
        <w:rPr>
          <w:sz w:val="20"/>
        </w:rPr>
        <w:t>1:29  h</w:t>
      </w:r>
      <w:r>
        <w:br/>
      </w:r>
      <w:r>
        <w:rPr>
          <w:sz w:val="20"/>
        </w:rPr>
        <w:t>1:30  ow to live in a multicultural society, or multireligious society? Islam gives us a very simple formula,</w:t>
      </w:r>
      <w:r>
        <w:br/>
      </w:r>
      <w:r>
        <w:rPr>
          <w:sz w:val="20"/>
        </w:rPr>
        <w:t>1:51  that is based on this principle: follow one and respect all.</w:t>
      </w:r>
    </w:p>
    <w:p>
      <w:pPr>
        <w:pStyle w:val="Heading2"/>
      </w:pPr>
      <w:r>
        <w:t>Muslims turned khair-e-ummah into title of honor</w:t>
      </w:r>
    </w:p>
    <w:p>
      <w:r>
        <w:rPr>
          <w:color w:val="666666"/>
          <w:sz w:val="18"/>
        </w:rPr>
        <w:t>Phenomenon of Degeneration February 21, 2010 Maulana Wahiduddin khan · 22s · at 20:06 · https://youtu.be/_YCfYOVKfhs?t=1206</w:t>
      </w:r>
    </w:p>
    <w:p>
      <w:r>
        <w:rPr>
          <w:i/>
        </w:rPr>
        <w:t>“Yeh musalmanon ne kiya hai jo ke yahoodi kar chuke the pehle.”</w:t>
      </w:r>
    </w:p>
    <w:p>
      <w:r>
        <w:rPr>
          <w:sz w:val="20"/>
        </w:rPr>
        <w:t>20:06  yeh musalmanon ne kiya hai jo ke yahudi kar chuke the pehle. to musalmanon ne khair ul ummah ko apne liye ek title of honor bana diya.</w:t>
      </w:r>
      <w:r>
        <w:br/>
      </w:r>
      <w:r>
        <w:rPr>
          <w:sz w:val="20"/>
        </w:rPr>
        <w:t>20:15  halankeh woh title of duty tha. matlab yeh gawahi do to tum khair ul ummah ho warna tum khair ul ummah nahi ho.</w:t>
      </w:r>
    </w:p>
    <w:p>
      <w:pPr>
        <w:pStyle w:val="Heading2"/>
      </w:pPr>
      <w:r>
        <w:t>every Muslim home should become a school</w:t>
      </w:r>
    </w:p>
    <w:p>
      <w:r>
        <w:rPr>
          <w:color w:val="666666"/>
          <w:sz w:val="18"/>
        </w:rPr>
        <w:t>Ghar Aek Taleem Gaah CPS Women Article Discussion 21 June 11, 2023 · 46s · at 3:24 · https://youtu.be/EK-bR9q2TpA?t=204</w:t>
      </w:r>
    </w:p>
    <w:p>
      <w:r>
        <w:rPr>
          <w:i/>
        </w:rPr>
        <w:t>“Har Muslim ghar ek taleem gaah ban jaaye”</w:t>
      </w:r>
    </w:p>
    <w:p>
      <w:r>
        <w:rPr>
          <w:sz w:val="20"/>
        </w:rPr>
        <w:t>3:24  is aayat se islam ki yeh spirit maloom hoti hai ki har muslim ghar ko ek taaleem gah</w:t>
      </w:r>
      <w:r>
        <w:br/>
      </w:r>
      <w:r>
        <w:rPr>
          <w:sz w:val="20"/>
        </w:rPr>
        <w:t>3:31  bana diya jaye jiski in charge ghar ki khatoon ho.</w:t>
      </w:r>
      <w:r>
        <w:br/>
      </w:r>
      <w:r>
        <w:rPr>
          <w:sz w:val="20"/>
        </w:rPr>
        <w:t>3:39  ghar poore samaj ka ek unit hai.</w:t>
      </w:r>
      <w:r>
        <w:br/>
      </w:r>
      <w:r>
        <w:rPr>
          <w:sz w:val="20"/>
        </w:rPr>
        <w:t>3:47  agar har unit is aitwaar se taameeri role ada kare toh poore samaj, poora samaj ek taameeri samaj ban jayega.</w:t>
      </w:r>
      <w:r>
        <w:br/>
      </w:r>
      <w:r>
        <w:rPr>
          <w:sz w:val="20"/>
        </w:rPr>
        <w:t>3:55  to Maulana sahib bata rahe hain ki is varsh se Islam ki spirit maloom hoti hai ki har Muslim ghar ko ek taaleenagah bana diya jaaye. to yeh tareeka Islam ka hai.</w:t>
      </w:r>
      <w:r>
        <w:br/>
      </w:r>
      <w:r>
        <w:rPr>
          <w:sz w:val="20"/>
        </w:rPr>
        <w:t>4:10  har muslim ghar ek aisa school ho jahan par ek aurat apne bachchon ki bachpan se quddai taaleem</w:t>
      </w:r>
    </w:p>
    <w:p>
      <w:pPr>
        <w:pStyle w:val="Heading2"/>
      </w:pPr>
      <w:r>
        <w:t>Adjustment is the only option</w:t>
      </w:r>
    </w:p>
    <w:p>
      <w:r>
        <w:rPr>
          <w:color w:val="666666"/>
          <w:sz w:val="18"/>
        </w:rPr>
        <w:t>Adjustment the Only Option | September 19, 2010 | Maulana Wahiduddin Khan · 33s · at 2:31 · https://youtu.be/9plhRQ_z1fw?t=151</w:t>
      </w:r>
    </w:p>
    <w:p>
      <w:r>
        <w:rPr>
          <w:i/>
        </w:rPr>
        <w:t>“Mare liye ek hi option hai, woh hai adjustment.”</w:t>
      </w:r>
    </w:p>
    <w:p>
      <w:r>
        <w:rPr>
          <w:sz w:val="20"/>
        </w:rPr>
        <w:t>2:31  amare liye ek hi option hai, wo hai adjustment. agar hum adjustment karne ko tayyar na hon to phir koi doosra option hum apne aap create nahi kar sakte. phir to yani tasaur hai, tabahi hai.</w:t>
      </w:r>
    </w:p>
    <w:p>
      <w:pPr>
        <w:pStyle w:val="Heading2"/>
      </w:pPr>
      <w:r>
        <w:t>Discovering we live in an age of alternatives</w:t>
      </w:r>
    </w:p>
    <w:p>
      <w:r>
        <w:rPr>
          <w:color w:val="666666"/>
          <w:sz w:val="18"/>
        </w:rPr>
        <w:t>Age of Alternatives April 05, 2015 · 40s · at 3:31 · https://youtu.be/4v0uCM2BZuA?t=211</w:t>
      </w:r>
    </w:p>
    <w:p>
      <w:r>
        <w:rPr>
          <w:i/>
        </w:rPr>
        <w:t>“We are living in a new age of alternatives”</w:t>
      </w:r>
    </w:p>
    <w:p>
      <w:r>
        <w:rPr>
          <w:sz w:val="20"/>
        </w:rPr>
        <w:t>3:31  to yeh jo waqia hua, is par mein sochta raha, sochta raha, sochta raha, to mujhe ek discovery ho gayi. Ek bohat bari discovery.</w:t>
      </w:r>
      <w:r>
        <w:br/>
      </w:r>
      <w:r>
        <w:rPr>
          <w:sz w:val="20"/>
        </w:rPr>
        <w:t>3:43  wo discovery yeh thi ke "We are living in a new age that is age of alternatives".</w:t>
      </w:r>
      <w:r>
        <w:br/>
      </w:r>
      <w:r>
        <w:rPr>
          <w:sz w:val="20"/>
        </w:rPr>
        <w:t>3:55  hum ek naye zamane mein jee rahe hain, yaani mtabad mtabadlat ka daur.</w:t>
      </w:r>
      <w:r>
        <w:br/>
      </w:r>
      <w:r>
        <w:rPr>
          <w:sz w:val="20"/>
        </w:rPr>
        <w:t>4:05  yeh bohat anokhi baat hai.</w:t>
      </w:r>
    </w:p>
    <w:p>
      <w:pPr>
        <w:pStyle w:val="Heading2"/>
      </w:pPr>
      <w:r>
        <w:t>root meaning of the word Islam is peace</w:t>
      </w:r>
    </w:p>
    <w:p>
      <w:r>
        <w:rPr>
          <w:color w:val="666666"/>
          <w:sz w:val="18"/>
        </w:rPr>
        <w:t>Prayer June 5, 2009 Maulana Wahiduddin Khan · 19s · at 13:20 · https://youtu.be/d5XYQB7sWOw?t=800</w:t>
      </w:r>
    </w:p>
    <w:p>
      <w:r>
        <w:rPr>
          <w:i/>
        </w:rPr>
        <w:t>“The very word Islam has a connotation of peace.”</w:t>
      </w:r>
    </w:p>
    <w:p>
      <w:r>
        <w:rPr>
          <w:sz w:val="20"/>
        </w:rPr>
        <w:t>13:20  The very word Islam has a connotation of peace. You know, the root word of Islam is Silm.</w:t>
      </w:r>
      <w:r>
        <w:br/>
      </w:r>
      <w:r>
        <w:rPr>
          <w:sz w:val="20"/>
        </w:rPr>
        <w:t>13:30  S-I-L-M. Silm. Silm means peace.</w:t>
      </w:r>
      <w:r>
        <w:br/>
      </w:r>
      <w:r>
        <w:rPr>
          <w:sz w:val="20"/>
        </w:rPr>
        <w:t>13:34  So Islam means peace.</w:t>
      </w:r>
    </w:p>
    <w:p>
      <w:pPr>
        <w:pStyle w:val="Heading2"/>
      </w:pPr>
      <w:r>
        <w:t>obsessive attachment to a photo counts as shirk</w:t>
      </w:r>
    </w:p>
    <w:p>
      <w:r>
        <w:rPr>
          <w:color w:val="666666"/>
          <w:sz w:val="18"/>
        </w:rPr>
        <w:t>Man and the Laws of Nature April 1, 2012 · 53s · at 1:23:23 · https://youtu.be/coIrwYQgb6Y?t=5003</w:t>
      </w:r>
    </w:p>
    <w:p>
      <w:r>
        <w:rPr>
          <w:i/>
        </w:rPr>
        <w:t>“Strong affection for anything besides God — that's shirk”</w:t>
      </w:r>
    </w:p>
    <w:p>
      <w:r>
        <w:rPr>
          <w:sz w:val="20"/>
        </w:rPr>
        <w:t>1:23:23  chahe woh aap kai logon ko mein ne dekha hai, apnay betay ke laga rehtay hain, apnay beti ke laga rehtay hain, us ko dekhtay rehtay hain. mein apnay safar mein aik sahib ke sath tha toh woh bar bar khol kar aik cheez dekhtay thay.</w:t>
      </w:r>
      <w:r>
        <w:br/>
      </w:r>
      <w:r>
        <w:rPr>
          <w:sz w:val="20"/>
        </w:rPr>
        <w:t>1:23:35  mein ne kaha bhai kiya cheez hai? mera mere betay beti ki tasveer hai. beta aur beti ki tasveer liye dekhtay rehtay hain.</w:t>
      </w:r>
      <w:r>
        <w:br/>
      </w:r>
      <w:r>
        <w:rPr>
          <w:sz w:val="20"/>
        </w:rPr>
        <w:t>1:23:42  yeh sab bilkul yaani absurd baat hai.</w:t>
      </w:r>
      <w:r>
        <w:br/>
      </w:r>
      <w:r>
        <w:rPr>
          <w:sz w:val="20"/>
        </w:rPr>
        <w:t>1:23:49  aur shirk jo aaya hai, kahan se aaya hai? woh "individual cult" jis ko kehtay hain, us se aaya hai. "individual cult" pehle aata hai, phir woh shirk ban jata hai.</w:t>
      </w:r>
      <w:r>
        <w:br/>
      </w:r>
      <w:r>
        <w:rPr>
          <w:sz w:val="20"/>
        </w:rPr>
        <w:t>1:23:59  yeh bhi pehle tasveer aati hai, phir woh sab but ban jata hai.</w:t>
      </w:r>
      <w:r>
        <w:br/>
      </w:r>
      <w:r>
        <w:rPr>
          <w:sz w:val="20"/>
        </w:rPr>
        <w:t>1:24:03  toh kisi bhi shakhs se, chahe aap ka beta beti ho, chahe group ho ya koi bhi ho, us ke sath aap ko andar "strong affection" agar hai toh aap samajh lijiye ke aap shirk mubtala hain.</w:t>
      </w:r>
    </w:p>
    <w:p>
      <w:pPr>
        <w:pStyle w:val="Heading2"/>
      </w:pPr>
      <w:r>
        <w:t>Reservation does not bring progress</w:t>
      </w:r>
    </w:p>
    <w:p>
      <w:r>
        <w:rPr>
          <w:color w:val="666666"/>
          <w:sz w:val="18"/>
        </w:rPr>
        <w:t>Manoj Tibrewal Aakash interviewed Maulana Wahiduddin Khan, Spiritual Leader for DD News's Ek Mulaqat · 34s · at 17:55 · https://youtu.be/uCSW2YZmlS0?t=1075</w:t>
      </w:r>
    </w:p>
    <w:p>
      <w:r>
        <w:rPr>
          <w:i/>
        </w:rPr>
        <w:t>“No, no, absolutely not.”</w:t>
      </w:r>
    </w:p>
    <w:p>
      <w:r>
        <w:rPr>
          <w:sz w:val="20"/>
        </w:rPr>
        <w:t>17:55  nahin, nahin, bilkul nahin.</w:t>
      </w:r>
      <w:r>
        <w:br/>
      </w:r>
      <w:r>
        <w:rPr>
          <w:sz w:val="20"/>
        </w:rPr>
        <w:t>17:58  main iske khilaf hoon.</w:t>
      </w:r>
      <w:r>
        <w:br/>
      </w:r>
      <w:r>
        <w:rPr>
          <w:sz w:val="20"/>
        </w:rPr>
        <w:t>18:01  dekhiye, aarakshan se ya reservation se kisi ko koi tarakki nahin hoti.</w:t>
      </w:r>
      <w:r>
        <w:br/>
      </w:r>
      <w:r>
        <w:rPr>
          <w:sz w:val="20"/>
        </w:rPr>
        <w:t>18:05  apni mehnat se tarakki hoti hai.</w:t>
      </w:r>
      <w:r>
        <w:br/>
      </w:r>
      <w:r>
        <w:rPr>
          <w:sz w:val="20"/>
        </w:rPr>
        <w:t>18:08  main musalmanon se yahi kehta hoon ki tum reservation ki baat hi mat karo.</w:t>
      </w:r>
      <w:r>
        <w:br/>
      </w:r>
      <w:r>
        <w:rPr>
          <w:sz w:val="20"/>
        </w:rPr>
        <w:t>18:12  balki yahan saare, saare maidan khule hue hain.</w:t>
      </w:r>
      <w:r>
        <w:br/>
      </w:r>
      <w:r>
        <w:rPr>
          <w:sz w:val="20"/>
        </w:rPr>
        <w:t>18:15  business karo, industry lagao.</w:t>
      </w:r>
      <w:r>
        <w:br/>
      </w:r>
      <w:r>
        <w:rPr>
          <w:sz w:val="20"/>
        </w:rPr>
        <w:t>18:18  job mein aage badho, education mein aage badho. mehnat karke.</w:t>
      </w:r>
      <w:r>
        <w:br/>
      </w:r>
      <w:r>
        <w:rPr>
          <w:sz w:val="20"/>
        </w:rPr>
        <w:t>18:22  to main to sakht khilaf hoon reservation ka.</w:t>
      </w:r>
      <w:r>
        <w:br/>
      </w:r>
      <w:r>
        <w:rPr>
          <w:sz w:val="20"/>
        </w:rPr>
        <w:t>18:25  bilkul dil se khilaf hoon reservation ke.</w:t>
      </w:r>
      <w:r>
        <w:br/>
      </w:r>
      <w:r>
        <w:rPr>
          <w:sz w:val="20"/>
        </w:rPr>
        <w:t>18:29  ek bada sawal yeh hai, jo aaj tak mujhe lagta hai azadi ke paisath saal baad tak yaksh prashn bana hua hai aur aam logon ke zehan mein kaunata rehta hai? jiska samadhan aaj tak log nahi jaan pa rahe hain ki darasal waqai mein musalmanon ki samasya hai kya?</w:t>
      </w:r>
    </w:p>
    <w:p>
      <w:pPr>
        <w:pStyle w:val="Heading2"/>
      </w:pPr>
      <w:r>
        <w:t>closing prayer: make this your life's goal</w:t>
      </w:r>
    </w:p>
    <w:p>
      <w:r>
        <w:rPr>
          <w:color w:val="666666"/>
          <w:sz w:val="18"/>
        </w:rPr>
        <w:t>CPS Mission January 7, 2007 Maulana Wahiduddin Khan · 45s · at 1:05:02 · https://youtu.be/8BAYm9ggJ5k?t=3902</w:t>
      </w:r>
    </w:p>
    <w:p>
      <w:r>
        <w:rPr>
          <w:i/>
        </w:rPr>
        <w:t>“My prayer is that God grants you this”</w:t>
      </w:r>
    </w:p>
    <w:p>
      <w:r>
        <w:rPr>
          <w:sz w:val="20"/>
        </w:rPr>
        <w:t>1:05:02  meri dua hai ke Allah taala aap logon ko tofeeq de ke aap yeh kaam karen, isi ko aap apni priority banayen, isi ko aap apni zindagi banayen, isi ko aap apna goal banayen, isi ko aap apna target banayen.</w:t>
      </w:r>
      <w:r>
        <w:br/>
      </w:r>
      <w:r>
        <w:rPr>
          <w:sz w:val="20"/>
        </w:rPr>
        <w:t>1:05:17  yahi aap ka soul concern ban jaye. isi ke liye main dua karta hoon aap ke liye aur apne liye. aqool qawli haza wastaghfirullaha lakum ajmaeen</w:t>
      </w:r>
    </w:p>
    <w:p>
      <w:pPr>
        <w:pStyle w:val="Heading2"/>
      </w:pPr>
      <w:r>
        <w:t>Art of difference management</w:t>
      </w:r>
    </w:p>
    <w:p>
      <w:r>
        <w:rPr>
          <w:color w:val="666666"/>
          <w:sz w:val="18"/>
        </w:rPr>
        <w:t>Aaj Saware, on Doordarshan · 32s · at 13:11 · https://youtu.be/o0aC0fW3Pfk?t=791</w:t>
      </w:r>
    </w:p>
    <w:p>
      <w:r>
        <w:rPr>
          <w:i/>
        </w:rPr>
        <w:t>“Ki dekhiye, basically differences par ye sab baatein”</w:t>
      </w:r>
    </w:p>
    <w:p>
      <w:r>
        <w:rPr>
          <w:sz w:val="20"/>
        </w:rPr>
        <w:t>13:11  ki dekhiye, basically differences par ye sab baatein aati hain. differences par. to difference ko you have to learn the art of difference management.</w:t>
      </w:r>
      <w:r>
        <w:br/>
      </w:r>
      <w:r>
        <w:rPr>
          <w:sz w:val="20"/>
        </w:rPr>
        <w:t>13:21  don't try to eliminate the differences. kyunki difference nahi to intellectual development nahi. difference se decision hota hai, difference se dialogue hota hai. aur difference hi ki wajah se aisa hota hai ki ideas mein exchange hota hai. phir development hota hai. to difference is the only way to reach the goal of intellectual development.</w:t>
      </w:r>
      <w:r>
        <w:br/>
      </w:r>
      <w:r>
        <w:rPr>
          <w:sz w:val="20"/>
        </w:rPr>
        <w:t>13:43  to main to difference ko invite karta hoon. aur kabhi main difference ko problem nahi samajhta. to is wajah se main 100% aashawadi hoon. meri zindagi mein niraasha koi jagah nahi hai. ki jo cheez aati hai saamne, usko main try karta hoon ki negativity ko positivity mein convert karoon. aur jab niraasha aati hai, to usko ek side mein karke phir aage chalte hain.</w:t>
      </w:r>
    </w:p>
    <w:p>
      <w:pPr>
        <w:pStyle w:val="Heading2"/>
      </w:pPr>
      <w:r>
        <w:t>Discrimination is Satan's language, not Islam's</w:t>
      </w:r>
    </w:p>
    <w:p>
      <w:r>
        <w:rPr>
          <w:color w:val="666666"/>
          <w:sz w:val="18"/>
        </w:rPr>
        <w:t>Spirit of Ramadan June 14, 2015 · 25s · at 1:04:46 · https://youtu.be/mKQdhE2rhdQ?t=3886</w:t>
      </w:r>
    </w:p>
    <w:p>
      <w:r>
        <w:rPr>
          <w:i/>
        </w:rPr>
        <w:t>“Jo aadmi discrimination ki boli bolta hai”</w:t>
      </w:r>
    </w:p>
    <w:p>
      <w:r>
        <w:rPr>
          <w:sz w:val="20"/>
        </w:rPr>
        <w:t>1:04:46  dekhiye, main phir kahunga ke jo aadmi discrimination ki boli bolta hai, woh ka koi talluq Islam se nahi hai.</w:t>
      </w:r>
      <w:r>
        <w:br/>
      </w:r>
      <w:r>
        <w:rPr>
          <w:sz w:val="20"/>
        </w:rPr>
        <w:t>1:04:57  Islam mein discrimination ki boli sirf Satan ki thi, Satan ki, na Rasool ki, na Sahabi ki. yeh yeh Rasool Islam ki boli nahi hai.</w:t>
      </w:r>
      <w:r>
        <w:br/>
      </w:r>
      <w:r>
        <w:rPr>
          <w:sz w:val="20"/>
        </w:rPr>
        <w:t>1:05:08  discrimination yeh Satan ki boli hai.</w:t>
      </w:r>
    </w:p>
    <w:p>
      <w:pPr>
        <w:pStyle w:val="Heading2"/>
      </w:pPr>
      <w:r>
        <w:t>moon-worshipper disbelieves the moon landing</w:t>
      </w:r>
    </w:p>
    <w:p>
      <w:r>
        <w:rPr>
          <w:color w:val="666666"/>
          <w:sz w:val="18"/>
        </w:rPr>
        <w:t>Islam The Creator of the Modern Age October 17, 2021 Prof. Farida Khanam · 51s · at 6:02 · https://youtu.be/tMr3Dz35onU?t=362</w:t>
      </w:r>
    </w:p>
    <w:p>
      <w:r>
        <w:rPr>
          <w:i/>
        </w:rPr>
        <w:t>“When man walked on the moon, one worshipper refused to believe it”</w:t>
      </w:r>
    </w:p>
    <w:p>
      <w:r>
        <w:rPr>
          <w:sz w:val="20"/>
        </w:rPr>
        <w:t>6:02  is mein se ek misal mein aap ko chand ki deti hoon ke chand jab pehli bar jab spaceship ka banaya gaya aur neil armstrong ne 1969 mein chand par gaye aur wo pehla qadam wahan rakha, to itna wo thrilling news thi, wo sari duniya us ko dekh rahi thi.</w:t>
      </w:r>
      <w:r>
        <w:br/>
      </w:r>
      <w:r>
        <w:rPr>
          <w:sz w:val="20"/>
        </w:rPr>
        <w:t>6:22  keh dein yeh pehla event tha jis ko paanch sau million logon ne television par dekha. to jab aik aik mazhabi aadmi jis ko jo ke chand ko poojhta tha,</w:t>
      </w:r>
      <w:r>
        <w:br/>
      </w:r>
      <w:r>
        <w:rPr>
          <w:sz w:val="20"/>
        </w:rPr>
        <w:t>6:38  us ko jab yeh maloom hua ke chand par qadam rakh diya gaya hai, to us ko yaqeen nahi aaya. us ne kaha woh koi doosra chand hoga. to aap samajh sakte hain ke superstition jo hai kitna gehrai se rach bas gaya tha insaan ke andar.</w:t>
      </w:r>
    </w:p>
    <w:p>
      <w:pPr>
        <w:pStyle w:val="Heading2"/>
      </w:pPr>
      <w:r>
        <w:t>Muslims' biggest problem: unaware of new age</w:t>
      </w:r>
    </w:p>
    <w:p>
      <w:r>
        <w:rPr>
          <w:color w:val="666666"/>
          <w:sz w:val="18"/>
        </w:rPr>
        <w:t>Living in New Age May 23, 2010 Maulana Wahiduddin Khan · 28s · at 0:54 · https://youtu.be/9SQbGV8c_cw?t=54</w:t>
      </w:r>
    </w:p>
    <w:p>
      <w:r>
        <w:rPr>
          <w:i/>
        </w:rPr>
        <w:t>“The biggest problem: Muslims don't know a new age has come.”</w:t>
      </w:r>
    </w:p>
    <w:p>
      <w:r>
        <w:rPr>
          <w:sz w:val="20"/>
        </w:rPr>
        <w:t>0:54  main samajhta hoon ke musalmanon ka sab se bara problem yeh hai ke unko abhi tak pata hi nahi hai ke ek naya zamana aa chuka hai.</w:t>
      </w:r>
      <w:r>
        <w:br/>
      </w:r>
      <w:r>
        <w:rPr>
          <w:sz w:val="20"/>
        </w:rPr>
        <w:t>1:07  unke chhote aur unke bare, leaders aur followers dono, pichhle mindset ko liye gaye hain.</w:t>
      </w:r>
      <w:r>
        <w:br/>
      </w:r>
      <w:r>
        <w:rPr>
          <w:sz w:val="20"/>
        </w:rPr>
        <w:t>1:19  to naye zamane mein woh unfit ho gaye hain.</w:t>
      </w:r>
    </w:p>
    <w:p>
      <w:pPr>
        <w:pStyle w:val="Heading2"/>
      </w:pPr>
      <w:r>
        <w:t>Scholar's saying: bring proof from Quran, not fatwas</w:t>
      </w:r>
    </w:p>
    <w:p>
      <w:r>
        <w:rPr>
          <w:color w:val="666666"/>
          <w:sz w:val="18"/>
        </w:rPr>
        <w:t>Ijtihad February 25, 2007 Maulana Wahiduddin Khan · 41s · at 17:56 · https://youtu.be/JnD3L6F6-lw?t=1076</w:t>
      </w:r>
    </w:p>
    <w:p>
      <w:r>
        <w:rPr>
          <w:i/>
        </w:rPr>
        <w:t>“ایک فقیہ نے کہا: علماء کے فتوے سے کچھ نہیں ہوتا، خدا کی کتاب سے لاؤ۔”</w:t>
      </w:r>
    </w:p>
    <w:p>
      <w:r>
        <w:rPr>
          <w:sz w:val="20"/>
        </w:rPr>
        <w:t>17:56  chahe do alam fatwa dein ya sare alam fatwa dein har halat mein is par aap bol sakte hain. ek faqeer ne kaha tha bilkul sahi ke aytun al-shayb min kitāb Allāh ḥattā ʾakūla. un ke samne ulama ke fatwe pesh kiye gaye the.</w:t>
      </w:r>
      <w:r>
        <w:br/>
      </w:r>
      <w:r>
        <w:rPr>
          <w:sz w:val="20"/>
        </w:rPr>
        <w:t>18:15  to unhone kaha aytun al-shayb min kitāb Allāh ḥattā ʾakūla. ulama ke fatwe se kuch nahi hota. Khuda ki Quran jo hai us mein se lao to aap manenge.</w:t>
      </w:r>
      <w:r>
        <w:br/>
      </w:r>
      <w:r>
        <w:rPr>
          <w:sz w:val="20"/>
        </w:rPr>
        <w:t>18:28  to yaad rakhiye sare duniya ke ulama mil kar ke fatwa de dein. is usool ke mutabiq ijma ka jo usool hai us ke mutabiq to woh secret ban jayega.</w:t>
      </w:r>
    </w:p>
    <w:p>
      <w:pPr>
        <w:pStyle w:val="Heading2"/>
      </w:pPr>
      <w:r>
        <w:t>dialogue as a positive recent development</w:t>
      </w:r>
    </w:p>
    <w:p>
      <w:r>
        <w:rPr>
          <w:color w:val="666666"/>
          <w:sz w:val="18"/>
        </w:rPr>
        <w:t>Position of Islam in a Pluralistic Society (English) March 12, 2007 Maulana Wahiduddin Khan · 54s · at 2:51 · https://youtu.be/zeBT1HGl2n8?t=171</w:t>
      </w:r>
    </w:p>
    <w:p>
      <w:r>
        <w:rPr>
          <w:i/>
        </w:rPr>
        <w:t>“Dialogue is a very recent phenomenon in religion.”</w:t>
      </w:r>
    </w:p>
    <w:p>
      <w:r>
        <w:rPr>
          <w:sz w:val="20"/>
        </w:rPr>
        <w:t>2:51  So now, under the influence of science, you see that everywhere in the world in the world of religion, they speak of dialogue.</w:t>
      </w:r>
      <w:r>
        <w:br/>
      </w:r>
      <w:r>
        <w:rPr>
          <w:sz w:val="20"/>
        </w:rPr>
        <w:t>3:05  Dialogue is a very recent phenomenon. In previous years, there were no such dialogues. So I appreciate this trend.</w:t>
      </w:r>
      <w:r>
        <w:br/>
      </w:r>
      <w:r>
        <w:rPr>
          <w:sz w:val="20"/>
        </w:rPr>
        <w:t>3:17  And it's very good news for a man like myself that dialogue is a very positive activity.</w:t>
      </w:r>
      <w:r>
        <w:br/>
      </w:r>
      <w:r>
        <w:rPr>
          <w:sz w:val="20"/>
        </w:rPr>
        <w:t>3:34  Dialogue is an intellectual activity in a positive sense. So I welcome this initiative.</w:t>
      </w:r>
    </w:p>
    <w:p>
      <w:pPr>
        <w:pStyle w:val="Heading2"/>
      </w:pPr>
      <w:r>
        <w:t>Maulana covers idol calendar for prayer</w:t>
      </w:r>
    </w:p>
    <w:p>
      <w:r>
        <w:rPr>
          <w:color w:val="666666"/>
          <w:sz w:val="18"/>
        </w:rPr>
        <w:t>Dawat ke Tajarbat - Maulana Wahiduddin Khan · 34s · at 12:41 · https://youtu.be/gFtAj-BOZHg?t=761</w:t>
      </w:r>
    </w:p>
    <w:p>
      <w:r>
        <w:rPr>
          <w:i/>
        </w:rPr>
        <w:t>“Ek taleem yafta ghair muslim ne bataya”</w:t>
      </w:r>
    </w:p>
    <w:p>
      <w:r>
        <w:rPr>
          <w:sz w:val="20"/>
        </w:rPr>
        <w:t>12:41  ek taleem yafta ghair muslim ne bataya ke ek musalman aalim ek bar un ke yahan aaye. yahan kamre ki deewar par ek calendar latak raha tha jis par ek hindu devi ki tasweer chhapi hui thi.</w:t>
      </w:r>
      <w:r>
        <w:br/>
      </w:r>
      <w:r>
        <w:rPr>
          <w:sz w:val="20"/>
        </w:rPr>
        <w:t>12:57  mazkoorah shakhs ne bataya ke namaz ka waqt aaya to Maulana sahab ne apni sherwani utar kar calendar ke upar latka di.</w:t>
      </w:r>
      <w:r>
        <w:br/>
      </w:r>
      <w:r>
        <w:rPr>
          <w:sz w:val="20"/>
        </w:rPr>
        <w:t>13:06  is wajah se us ki tasweer sherwani ke neeche chhup gayi. is ke baad Maulana sahab ne mere kamre mein namaz ada farmayi.</w:t>
      </w:r>
    </w:p>
    <w:p>
      <w:pPr>
        <w:pStyle w:val="Heading2"/>
      </w:pPr>
      <w:r>
        <w:t>Discovery must be positive</w:t>
      </w:r>
    </w:p>
    <w:p>
      <w:r>
        <w:rPr>
          <w:color w:val="666666"/>
          <w:sz w:val="18"/>
        </w:rPr>
        <w:t>Question &amp; Answer Jan 6th 2013 - Maulana Wahiduddin Kahn · 35s · at 5:05 · https://youtu.be/1FAK1QuHEpw?t=305</w:t>
      </w:r>
    </w:p>
    <w:p>
      <w:r>
        <w:rPr>
          <w:i/>
        </w:rPr>
        <w:t>“Woh woh discovery nahi kaha jayega”</w:t>
      </w:r>
    </w:p>
    <w:p>
      <w:r>
        <w:rPr>
          <w:sz w:val="20"/>
        </w:rPr>
        <w:t>5:05  woh woh discovery nahi kaha jaye ga. Discovery honi chahiye positive. Agar koi positive finding nahi hai aap ke paas to discovery nahi hai. Woh to reaction hai. There is difference between reaction and discovery.</w:t>
      </w:r>
      <w:r>
        <w:br/>
      </w:r>
      <w:r>
        <w:rPr>
          <w:sz w:val="20"/>
        </w:rPr>
        <w:t>5:18  jo aadmi bataye ke dekho bhai aasman mein zulm ho raha hai, dekho bhai falasteen mein aisa zulm hua, woh discovery nahi is ki kahi jaye gi. Woh to reaction kaha jaye ga.</w:t>
      </w:r>
      <w:r>
        <w:br/>
      </w:r>
      <w:r>
        <w:rPr>
          <w:sz w:val="20"/>
        </w:rPr>
        <w:t>5:28  So there is difference between reaction and discovery. Discovery aik creative word hai. Aik positive word hai. Aik wisdom se bhara hua word hai.</w:t>
      </w:r>
    </w:p>
    <w:p>
      <w:pPr>
        <w:pStyle w:val="Heading2"/>
      </w:pPr>
      <w:r>
        <w:t>Jihad is peaceful da'wah not war</w:t>
      </w:r>
    </w:p>
    <w:p>
      <w:r>
        <w:rPr>
          <w:color w:val="666666"/>
          <w:sz w:val="18"/>
        </w:rPr>
        <w:t>Mission of Tajdeed (Revival of Islam) September 15, 2019 Maulana Wahiduddin Khan · 25s · at 7:50 · https://youtu.be/jGfoAffJ4-8?t=470</w:t>
      </w:r>
    </w:p>
    <w:p>
      <w:r>
        <w:rPr>
          <w:i/>
        </w:rPr>
        <w:t>“Halanki jihad nahi tha yah”</w:t>
      </w:r>
    </w:p>
    <w:p>
      <w:r>
        <w:rPr>
          <w:sz w:val="20"/>
        </w:rPr>
        <w:t>7:50  halankay jihad nahi tha yeh. larna phirna koi jihad nahi hai. jihad to da'wat ka naam hai, peaceful da'wat ka naam hai jihad.</w:t>
      </w:r>
      <w:r>
        <w:br/>
      </w:r>
      <w:r>
        <w:rPr>
          <w:sz w:val="20"/>
        </w:rPr>
        <w:t>8:00  lekin mawzu ke asar se ya contemporary mawzu, contemporary mawzu ke asar se al islam mein yeh kachra aa gaya, larnay phirnay wala.</w:t>
      </w:r>
    </w:p>
    <w:p>
      <w:pPr>
        <w:pStyle w:val="Heading2"/>
      </w:pPr>
      <w:r>
        <w:t>Every Muslim country needs an Ataturk</w:t>
      </w:r>
    </w:p>
    <w:p>
      <w:r>
        <w:rPr>
          <w:color w:val="666666"/>
          <w:sz w:val="18"/>
        </w:rPr>
        <w:t>The Problem of Intellectual Stagnation May 13, 2012 · 28s · at 41:02 · https://youtu.be/Qi5BZlv-Vog?t=2462</w:t>
      </w:r>
    </w:p>
    <w:p>
      <w:r>
        <w:rPr>
          <w:i/>
        </w:rPr>
        <w:t>“Har Muslim country ko ek Ataturk chahiye”</w:t>
      </w:r>
    </w:p>
    <w:p>
      <w:r>
        <w:rPr>
          <w:sz w:val="20"/>
        </w:rPr>
        <w:t>41:02  ek lady teacher ne, jo ke kafi study ka shauq in ko parhti rehti hain, har cheez, unhon ne kaha tha ke har Muslim country ko ek Atta Turk chahiye.</w:t>
      </w:r>
      <w:r>
        <w:br/>
      </w:r>
      <w:r>
        <w:rPr>
          <w:sz w:val="20"/>
        </w:rPr>
        <w:t>41:18  to pehle agar woh kehti to mein na samajh pata tha, lekin ab mein jo gaya wahan par to mein samjha ke sahi baat kahi unhon ne ke har Muslim country ko ek Atta Turk chahiye, tod phod kar ke.</w:t>
      </w:r>
    </w:p>
    <w:p>
      <w:pPr>
        <w:pStyle w:val="Heading2"/>
      </w:pPr>
      <w:r>
        <w:t>Quran's formula: see opportunity, ignore problem</w:t>
      </w:r>
    </w:p>
    <w:p>
      <w:r>
        <w:rPr>
          <w:color w:val="666666"/>
          <w:sz w:val="18"/>
        </w:rPr>
        <w:t>Living in New Age May 23, 2010 Maulana Wahiduddin Khan · 22s · at 9:19 · https://youtu.be/9SQbGV8c_cw?t=559</w:t>
      </w:r>
    </w:p>
    <w:p>
      <w:r>
        <w:rPr>
          <w:i/>
        </w:rPr>
        <w:t>“The Quran's formula: see the opportunity, ignore the problem.”</w:t>
      </w:r>
    </w:p>
    <w:p>
      <w:r>
        <w:rPr>
          <w:sz w:val="20"/>
        </w:rPr>
        <w:t>9:19  to aap ko kya karna hai? quran ka jo formula hai ke "see the opportunity, don't see the problem, ignore the problem".</w:t>
      </w:r>
      <w:r>
        <w:br/>
      </w:r>
      <w:r>
        <w:rPr>
          <w:sz w:val="20"/>
        </w:rPr>
        <w:t>9:30  islam ka formula yahi hai. opportunity ko dekho, aur jo problem hai, us ko ignore karo. us par mein ne bohat likha hai.</w:t>
      </w:r>
    </w:p>
    <w:p>
      <w:pPr>
        <w:pStyle w:val="Heading2"/>
      </w:pPr>
      <w:r>
        <w:t>Adjustment the only option</w:t>
      </w:r>
    </w:p>
    <w:p>
      <w:r>
        <w:rPr>
          <w:color w:val="666666"/>
          <w:sz w:val="18"/>
        </w:rPr>
        <w:t>Adjustment the Only Option September 19, 2010 Maulana Wahiduddin Khan · 31s · at 0:42 · https://youtu.be/o5wG_ONm76s?t=42</w:t>
      </w:r>
    </w:p>
    <w:p>
      <w:r>
        <w:rPr>
          <w:i/>
        </w:rPr>
        <w:t>“Adjustment the only option”</w:t>
      </w:r>
    </w:p>
    <w:p>
      <w:r>
        <w:rPr>
          <w:sz w:val="20"/>
        </w:rPr>
        <w:t>0:42  "adjustment the only option."</w:t>
      </w:r>
      <w:r>
        <w:br/>
      </w:r>
      <w:r>
        <w:rPr>
          <w:sz w:val="20"/>
        </w:rPr>
        <w:t>0:49  yaani is duniya mein hamare liye</w:t>
      </w:r>
      <w:r>
        <w:br/>
      </w:r>
      <w:r>
        <w:rPr>
          <w:sz w:val="20"/>
        </w:rPr>
        <w:t>0:55  ek hi option hai, woh hai adjustment.</w:t>
      </w:r>
      <w:r>
        <w:br/>
      </w:r>
      <w:r>
        <w:rPr>
          <w:sz w:val="20"/>
        </w:rPr>
        <w:t>1:01  agar hum adjustment karne ko tayyar na hon to phir koi doosra option hum apne aap create nahi kar sakte.</w:t>
      </w:r>
    </w:p>
    <w:p>
      <w:pPr>
        <w:pStyle w:val="Heading2"/>
      </w:pPr>
      <w:r>
        <w:t>Aggression is the only limit</w:t>
      </w:r>
    </w:p>
    <w:p>
      <w:r>
        <w:rPr>
          <w:color w:val="666666"/>
          <w:sz w:val="18"/>
        </w:rPr>
        <w:t>Tolerance A Universal Law of Nature January 26, 2019 · 38s · at 22:20 · https://youtu.be/fP7aKhoI6gI?t=1340</w:t>
      </w:r>
    </w:p>
    <w:p>
      <w:r>
        <w:rPr>
          <w:i/>
        </w:rPr>
        <w:t>“There is no limit.”</w:t>
      </w:r>
    </w:p>
    <w:p>
      <w:r>
        <w:rPr>
          <w:sz w:val="20"/>
        </w:rPr>
        <w:t>22:20  koi limit nahi hai. limit agar hai to yeh hai ke aap agressive na banein. aggression is the only limit.</w:t>
      </w:r>
      <w:r>
        <w:br/>
      </w:r>
      <w:r>
        <w:rPr>
          <w:sz w:val="20"/>
        </w:rPr>
        <w:t>22:34  agar aap agressive na banein, then there is no limit at all.</w:t>
      </w:r>
      <w:r>
        <w:br/>
      </w:r>
      <w:r>
        <w:rPr>
          <w:sz w:val="20"/>
        </w:rPr>
        <w:t>22:47  aggression ka matlab yeh hai ke aap kisi ko gaali dein, us ko marein, us ko dhakka dein.</w:t>
      </w:r>
    </w:p>
    <w:p>
      <w:pPr>
        <w:pStyle w:val="Heading2"/>
      </w:pPr>
      <w:r>
        <w:t>Judge Muslims by Islamic teachings, not vice versa</w:t>
      </w:r>
    </w:p>
    <w:p>
      <w:r>
        <w:rPr>
          <w:color w:val="666666"/>
          <w:sz w:val="18"/>
        </w:rPr>
        <w:t>Islam A Religion of Peace January 7, 2010 Maulana Wahiduddin Khan · 24s · at 40:32 · https://youtu.be/L3qaWEfRY6o?t=2432</w:t>
      </w:r>
    </w:p>
    <w:p>
      <w:r>
        <w:rPr>
          <w:i/>
        </w:rPr>
        <w:t>“You have to differentiate between Islam and Muslims.”</w:t>
      </w:r>
    </w:p>
    <w:p>
      <w:r>
        <w:rPr>
          <w:sz w:val="20"/>
        </w:rPr>
        <w:t>40:32  you have to see the quran. you have to see the hadith. the best formula i can present you, as i said earlier, that don't, that you have to differentiate between islam and muslims.</w:t>
      </w:r>
      <w:r>
        <w:br/>
      </w:r>
      <w:r>
        <w:rPr>
          <w:sz w:val="20"/>
        </w:rPr>
        <w:t>40:49  you have to judge muslims in the light of islamic teachings and not vice versa.</w:t>
      </w:r>
    </w:p>
    <w:p>
      <w:pPr>
        <w:pStyle w:val="Heading2"/>
      </w:pPr>
      <w:r>
        <w:t>Misusing the printing press was the greatest blunder</w:t>
      </w:r>
    </w:p>
    <w:p>
      <w:r>
        <w:rPr>
          <w:color w:val="666666"/>
          <w:sz w:val="18"/>
        </w:rPr>
        <w:t>Revival of Muslim Ummah, February 4, 2013 · 25s · at 8:27 · https://youtu.be/xB3MfWhLHoM?t=507</w:t>
      </w:r>
    </w:p>
    <w:p>
      <w:r>
        <w:rPr>
          <w:i/>
        </w:rPr>
        <w:t>“Is se bada koi blunder nahi ho sakta”</w:t>
      </w:r>
    </w:p>
    <w:p>
      <w:r>
        <w:rPr>
          <w:sz w:val="20"/>
        </w:rPr>
        <w:t>8:26  negative istemal</w:t>
      </w:r>
      <w:r>
        <w:br/>
      </w:r>
      <w:r>
        <w:rPr>
          <w:sz w:val="20"/>
        </w:rPr>
        <w:t>8:27  kar rahi hai. yeh kitna bara, yaani is se bara main samajhta hoon ke koi, is se bara koi blunder nahin ho sakta.</w:t>
      </w:r>
      <w:r>
        <w:br/>
      </w:r>
      <w:r>
        <w:rPr>
          <w:sz w:val="20"/>
        </w:rPr>
        <w:t>8:36  is se bara koi nuqsan nahin ho sakta ke Allah taala ne dunya mein aik naya daur paida kiya jis ko hum kehte hain printing press.</w:t>
      </w:r>
      <w:r>
        <w:br/>
      </w:r>
      <w:r>
        <w:rPr>
          <w:sz w:val="20"/>
        </w:rPr>
        <w:t>8:46  is daur ko musalmanon ne negative istemal kiya. halanke is ko karna chahiye tha positive istemal.</w:t>
      </w:r>
    </w:p>
    <w:p>
      <w:pPr>
        <w:pStyle w:val="Heading2"/>
      </w:pPr>
      <w:r>
        <w:t>Quran only reveals God's plan</w:t>
      </w:r>
    </w:p>
    <w:p>
      <w:r>
        <w:rPr>
          <w:color w:val="666666"/>
          <w:sz w:val="18"/>
        </w:rPr>
        <w:t>Q&amp;A · 30s · at 16:01 · https://youtu.be/W2DKBK6QYTY?t=961</w:t>
      </w:r>
    </w:p>
    <w:p>
      <w:r>
        <w:rPr>
          <w:i/>
        </w:rPr>
        <w:t>“Yeh ek farisi hai. Yaad rakhiye, Quran sirf is liye aaya hai.”</w:t>
      </w:r>
    </w:p>
    <w:p>
      <w:r>
        <w:rPr>
          <w:sz w:val="20"/>
        </w:rPr>
        <w:t>16:01  ka hal hai? Quran mein is ko bilkul nahi manta. Yeh aik fallacy hai. Yaad rakhiye, Quran sirf is liye aaya hai keh insan ko yeh bataye keh kis tareeqe se plan kiya hai Khuda ka.</w:t>
      </w:r>
      <w:r>
        <w:br/>
      </w:r>
      <w:r>
        <w:rPr>
          <w:sz w:val="20"/>
        </w:rPr>
        <w:t>16:14  woh yeh hai keh dunya mein hum ab test par hain, yahan hamara record tayyar ho raha hai. Is record par humein jo general life hai, wahan par ya to punishment hai ya reward hai.</w:t>
      </w:r>
      <w:r>
        <w:br/>
      </w:r>
      <w:r>
        <w:rPr>
          <w:sz w:val="20"/>
        </w:rPr>
        <w:t>16:24  bas yeh batane ke liye aaya hai. Baqi sab fallacy hai.</w:t>
      </w:r>
    </w:p>
    <w:p>
      <w:pPr>
        <w:pStyle w:val="Heading2"/>
      </w:pPr>
      <w:r>
        <w:t>Jihad is forgiving wrongdoers</w:t>
      </w:r>
    </w:p>
    <w:p>
      <w:r>
        <w:rPr>
          <w:color w:val="666666"/>
          <w:sz w:val="18"/>
        </w:rPr>
        <w:t>How to take Quran to the world by Sohaib Ilyas and Faraz Khan · 10s · at 8:50 · https://youtu.be/PSbEir8Zbew?t=530</w:t>
      </w:r>
    </w:p>
    <w:p>
      <w:r>
        <w:rPr>
          <w:i/>
        </w:rPr>
        <w:t>“Forgiving someone who has wronged you is jihad”</w:t>
      </w:r>
    </w:p>
    <w:p>
      <w:r>
        <w:rPr>
          <w:sz w:val="20"/>
        </w:rPr>
        <w:t>8:50  Forgiving someone who has wronged you is jihad. Keeping your heart free from hatred or malice is jihad.</w:t>
      </w:r>
    </w:p>
    <w:p>
      <w:pPr>
        <w:pStyle w:val="Heading2"/>
      </w:pPr>
      <w:r>
        <w:t>Distraction is not evil, it is a blessing</w:t>
      </w:r>
    </w:p>
    <w:p>
      <w:r>
        <w:rPr>
          <w:color w:val="666666"/>
          <w:sz w:val="18"/>
        </w:rPr>
        <w:t>Importance of Peace December 16, 2012 · 40s · at 1:07:18 · https://youtu.be/nymyorYyEz4?t=4038</w:t>
      </w:r>
    </w:p>
    <w:p>
      <w:r>
        <w:rPr>
          <w:i/>
        </w:rPr>
        <w:t>“Distraction to evil nahi hai, woh blessing hai”</w:t>
      </w:r>
    </w:p>
    <w:p>
      <w:r>
        <w:rPr>
          <w:sz w:val="20"/>
        </w:rPr>
        <w:t>1:07:18  dekhen, distraction to evil nahi hai, wo blessing hai. distraction ka matlab kya hai? intellectual challenge.</w:t>
      </w:r>
      <w:r>
        <w:br/>
      </w:r>
      <w:r>
        <w:rPr>
          <w:sz w:val="20"/>
        </w:rPr>
        <w:t>1:07:29  agar chelenj na ho to duniya mein har taraqqi khatam ho jaye. is raaz ko arlin tair bhi ne samjha.</w:t>
      </w:r>
      <w:r>
        <w:br/>
      </w:r>
      <w:r>
        <w:rPr>
          <w:sz w:val="20"/>
        </w:rPr>
        <w:t>1:07:37  is ne jo kitab likhi hai, bohat zabardast, to is mein jo dikhaya hai ke poori histri mein jo cheez kaam kar rahi hai, wo hai chelenj raspans mekanizm.</w:t>
      </w:r>
      <w:r>
        <w:br/>
      </w:r>
      <w:r>
        <w:rPr>
          <w:sz w:val="20"/>
        </w:rPr>
        <w:t>1:07:50  yani chelenj aata hai, phir insan is ka raspans deta hai.</w:t>
      </w:r>
    </w:p>
    <w:p>
      <w:pPr>
        <w:pStyle w:val="Heading2"/>
      </w:pPr>
      <w:r>
        <w:t>Anger naturally fades within thirty seconds</w:t>
      </w:r>
    </w:p>
    <w:p>
      <w:r>
        <w:rPr>
          <w:color w:val="666666"/>
          <w:sz w:val="18"/>
        </w:rPr>
        <w:t>Beginning of The End April 20, 2008 · 41s · at 1:18:50 · https://youtu.be/6atQ8muQDUk?t=4730</w:t>
      </w:r>
    </w:p>
    <w:p>
      <w:r>
        <w:rPr>
          <w:i/>
        </w:rPr>
        <w:t>“It's a matter of thirty seconds, psychologically proven”</w:t>
      </w:r>
    </w:p>
    <w:p>
      <w:r>
        <w:rPr>
          <w:sz w:val="20"/>
        </w:rPr>
        <w:t>1:18:50  to mein ne kaha mera to haal yeh hai ke mein, mein jab se yeh mujhe pata chala ke it is a matter of thirty second, psychologically yeh cheez prove ho chuki hai ke agar aap ghussa aap ko aaya to thirty second mein to aap badh jayenge, aur agar aap us ko boost na karein to downward jane lagega.</w:t>
      </w:r>
      <w:r>
        <w:br/>
      </w:r>
      <w:r>
        <w:rPr>
          <w:sz w:val="20"/>
        </w:rPr>
        <w:t>1:19:13  to hum boost kar ke us ko badhate hain, boost na karein to aap thori der mein khatam.</w:t>
      </w:r>
      <w:r>
        <w:br/>
      </w:r>
      <w:r>
        <w:rPr>
          <w:sz w:val="20"/>
        </w:rPr>
        <w:t>1:19:21  boost karte hain kaise? isi ko sochna, isi par charcha karna, isi ke bare mein plan banana. to yeh aap, aap yeh boost jo karte hain, woh boost karna chhod dijiye.</w:t>
      </w:r>
    </w:p>
    <w:p>
      <w:pPr>
        <w:pStyle w:val="Heading2"/>
      </w:pPr>
      <w:r>
        <w:t>Difference is part of nature</w:t>
      </w:r>
    </w:p>
    <w:p>
      <w:r>
        <w:rPr>
          <w:color w:val="666666"/>
          <w:sz w:val="18"/>
        </w:rPr>
        <w:t>Q&amp;A · 40s · at 29:13 · https://youtu.be/W2DKBK6QYTY?t=1753</w:t>
      </w:r>
    </w:p>
    <w:p>
      <w:r>
        <w:rPr>
          <w:i/>
        </w:rPr>
        <w:t>“Difference is part of nature”</w:t>
      </w:r>
    </w:p>
    <w:p>
      <w:r>
        <w:rPr>
          <w:sz w:val="20"/>
        </w:rPr>
        <w:t>29:13  Difference is part of nature. ek ghar mein har aadmi, ghar mein do chaar aadmi hote honge. sab alag alag soch hain.</w:t>
      </w:r>
      <w:r>
        <w:br/>
      </w:r>
      <w:r>
        <w:rPr>
          <w:sz w:val="20"/>
        </w:rPr>
        <w:t>29:22  hamare ghar mein jitne bachche bachiyan hain, sab ki soch alag hai. to aap is ko dekhte</w:t>
      </w:r>
      <w:r>
        <w:br/>
      </w:r>
      <w:r>
        <w:rPr>
          <w:sz w:val="20"/>
        </w:rPr>
        <w:t>29:28  rahein apne ghar mein. kya koi bhi aadmi jo family mein rehta ho, woh jaanta hai ke meri soch alag hai, biwi ko alag hai, bachche ko alag hai, beti ko alag hai?</w:t>
      </w:r>
      <w:r>
        <w:br/>
      </w:r>
      <w:r>
        <w:rPr>
          <w:sz w:val="20"/>
        </w:rPr>
        <w:t>29:38  So difference is part of nature. to kaise aap jo cheez sari duniya mein maujood hai, us ko mazhab mein kaise mitayenge? aap aap ki family mein differences hain, aap ki society mein differences hain, aap ki natural life mein differences hain,</w:t>
      </w:r>
    </w:p>
    <w:p>
      <w:pPr>
        <w:pStyle w:val="Heading2"/>
      </w:pPr>
      <w:r>
        <w:t>Giving as a societal duty</w:t>
      </w:r>
    </w:p>
    <w:p>
      <w:r>
        <w:rPr>
          <w:color w:val="666666"/>
          <w:sz w:val="18"/>
        </w:rPr>
        <w:t>Organ Donation Day · 43s · at 7:09 · https://youtu.be/z-3wbP3_25c?t=429</w:t>
      </w:r>
    </w:p>
    <w:p>
      <w:r>
        <w:rPr>
          <w:i/>
        </w:rPr>
        <w:t>“If you live in a society, you must be a giving member.”</w:t>
      </w:r>
    </w:p>
    <w:p>
      <w:r>
        <w:rPr>
          <w:sz w:val="20"/>
        </w:rPr>
        <w:t>7:09  If you are living in a society, you have to live as a giving member of that society.</w:t>
      </w:r>
      <w:r>
        <w:br/>
      </w:r>
      <w:r>
        <w:rPr>
          <w:sz w:val="20"/>
        </w:rPr>
        <w:t>7:15  So all kinds of giving, including organ donation, is sadaqah.</w:t>
      </w:r>
      <w:r>
        <w:br/>
      </w:r>
      <w:r>
        <w:rPr>
          <w:sz w:val="20"/>
        </w:rPr>
        <w:t>7:21  Sadaqah means, um, charity.</w:t>
      </w:r>
      <w:r>
        <w:br/>
      </w:r>
      <w:r>
        <w:rPr>
          <w:sz w:val="20"/>
        </w:rPr>
        <w:t>7:27  Then I would say that there is a concept in Islam that is sadaqah jariyah.</w:t>
      </w:r>
      <w:r>
        <w:br/>
      </w:r>
      <w:r>
        <w:rPr>
          <w:sz w:val="20"/>
        </w:rPr>
        <w:t>7:33  Sadaqah jariyah means continuous charity.</w:t>
      </w:r>
      <w:r>
        <w:br/>
      </w:r>
      <w:r>
        <w:rPr>
          <w:sz w:val="20"/>
        </w:rPr>
        <w:t>7:39  So when you donate some organ like eye, then you are giving your eye to a person that</w:t>
      </w:r>
      <w:r>
        <w:br/>
      </w:r>
      <w:r>
        <w:rPr>
          <w:sz w:val="20"/>
        </w:rPr>
        <w:t>7:45  is, uh, that will live after your death.</w:t>
      </w:r>
      <w:r>
        <w:br/>
      </w:r>
      <w:r>
        <w:rPr>
          <w:sz w:val="20"/>
        </w:rPr>
        <w:t>7:52  It means that it is continuous charity. You've got a good idea that you are, any, donating something to, to other, even you are when you are not in this world. So it is. Any. Something that outlives you. Yes. It is very good.</w:t>
      </w:r>
    </w:p>
    <w:p>
      <w:pPr>
        <w:pStyle w:val="Heading2"/>
      </w:pPr>
      <w:r>
        <w:t>Peace and Islam are synonyms, Islam's DNA</w:t>
      </w:r>
    </w:p>
    <w:p>
      <w:r>
        <w:rPr>
          <w:color w:val="666666"/>
          <w:sz w:val="18"/>
        </w:rPr>
        <w:t>Islam A Religion of Peace November 25, 2024 · 22s · at 6:37 · https://youtu.be/9WlSbAPxmwc?t=397</w:t>
      </w:r>
    </w:p>
    <w:p>
      <w:r>
        <w:rPr>
          <w:i/>
        </w:rPr>
        <w:t>“Amn aur Islam donon ek dusre ke synonyms hain”</w:t>
      </w:r>
    </w:p>
    <w:p>
      <w:r>
        <w:rPr>
          <w:sz w:val="20"/>
        </w:rPr>
        <w:t>6:37  Itni ahmiyat hai Islam mein aman ki ke aman aur Islam dono ek doosre ke synonyms hain.</w:t>
      </w:r>
      <w:r>
        <w:br/>
      </w:r>
      <w:r>
        <w:rPr>
          <w:sz w:val="20"/>
        </w:rPr>
        <w:t>6:47  Goya ke Islam ka DNA mein aman hai, salam Islam ka peace, Islam ka DNA hai, aur is ka activism peaceful activism hai.</w:t>
      </w:r>
    </w:p>
    <w:p>
      <w:pPr>
        <w:pStyle w:val="Heading2"/>
      </w:pPr>
      <w:r>
        <w:t>Madrasa students trapped between scholars and real Islam</w:t>
      </w:r>
    </w:p>
    <w:p>
      <w:r>
        <w:rPr>
          <w:color w:val="666666"/>
          <w:sz w:val="18"/>
        </w:rPr>
        <w:t>Revival of Muslims March 08, 2015 · 56s · at 47:53 · https://youtu.be/8ShFcr8YozI?t=2873</w:t>
      </w:r>
    </w:p>
    <w:p>
      <w:r>
        <w:rPr>
          <w:i/>
        </w:rPr>
        <w:t>“Madrason ke padhe huon ke aur asal deen ke beech ek aalim haayil hai”</w:t>
      </w:r>
    </w:p>
    <w:p>
      <w:r>
        <w:rPr>
          <w:sz w:val="20"/>
        </w:rPr>
        <w:t>47:53  to madaris ke baray mein mera tajruba yeh hai ke madrase ke parhe hue logon ke aur asal deen ke beech mein woh aalim haail hai.</w:t>
      </w:r>
      <w:r>
        <w:br/>
      </w:r>
      <w:r>
        <w:rPr>
          <w:sz w:val="20"/>
        </w:rPr>
        <w:t>48:06  ke hamare Hazrat Issaquiani, maine kai baar tajruba kiya hai ke koi baat aisa mein kahoon jo Quran o Hadees ke hawale se kahoon to woh kya keh den ge?</w:t>
      </w:r>
      <w:r>
        <w:br/>
      </w:r>
      <w:r>
        <w:rPr>
          <w:sz w:val="20"/>
        </w:rPr>
        <w:t>48:19  bhai, hamare Hazrat Issaquiani,</w:t>
      </w:r>
      <w:r>
        <w:br/>
      </w:r>
      <w:r>
        <w:rPr>
          <w:sz w:val="20"/>
        </w:rPr>
        <w:t>48:22  hamare Hazrat, kya aap se aap kya aap se kam jante the hamare Hazrat? yeh un ka afsar hota hai, yeh un ka afsar hota hai.</w:t>
      </w:r>
      <w:r>
        <w:br/>
      </w:r>
      <w:r>
        <w:rPr>
          <w:sz w:val="20"/>
        </w:rPr>
        <w:t>48:34  maine bar bar yeh tajruba kiya hai ke madrase ke log jo hain, woh apna, un ke jo apne akabir kehte hain, un ko woh un ke jo akabir ke afsar bhi jeete hain,</w:t>
      </w:r>
    </w:p>
    <w:p>
      <w:pPr>
        <w:pStyle w:val="Heading2"/>
      </w:pPr>
      <w:r>
        <w:t>Ignore problems, avail opportunities</w:t>
      </w:r>
    </w:p>
    <w:p>
      <w:r>
        <w:rPr>
          <w:color w:val="666666"/>
          <w:sz w:val="18"/>
        </w:rPr>
        <w:t>Interaction with CPS International Founder, Maulana Wahiduddin Khan 23 August 2008 · 47s · at 20:15 · https://youtu.be/UyKgfcDFobM?t=1215</w:t>
      </w:r>
    </w:p>
    <w:p>
      <w:r>
        <w:rPr>
          <w:i/>
        </w:rPr>
        <w:t>“You have to ignore the problems and avail the opportunities”</w:t>
      </w:r>
    </w:p>
    <w:p>
      <w:r>
        <w:rPr>
          <w:sz w:val="20"/>
        </w:rPr>
        <w:t>20:15  dont try to eliminate the problem but try to know those opportunities so according to the islamic thought according to islamic thinking according to islamic ideology in every situation there are</w:t>
      </w:r>
      <w:r>
        <w:br/>
      </w:r>
      <w:r>
        <w:rPr>
          <w:sz w:val="20"/>
        </w:rPr>
        <w:t>20:32  problems at the same time in every situation there are opportunities so you have to you have to ignore the problems and you have to avail the opportunities this is the formula of of islam and this was practiced by the prophet of islam during his lifetime then what is the formula of islam in a in a multi religious society multi religious society i can</w:t>
      </w:r>
    </w:p>
    <w:p>
      <w:pPr>
        <w:pStyle w:val="Heading2"/>
      </w:pPr>
      <w:r>
        <w:t>The new political equation after the French Revolution</w:t>
      </w:r>
    </w:p>
    <w:p>
      <w:r>
        <w:rPr>
          <w:color w:val="666666"/>
          <w:sz w:val="18"/>
        </w:rPr>
        <w:t>Muslims In the Modern Age (Israil-Palestain Issue) Jan 18, 2009 · 29s · at 8:04 · https://youtu.be/3hJE65YKtU4?t=484</w:t>
      </w:r>
    </w:p>
    <w:p>
      <w:r>
        <w:rPr>
          <w:i/>
        </w:rPr>
        <w:t>“The new equation: democratic administrator and equal citizen.”</w:t>
      </w:r>
    </w:p>
    <w:p>
      <w:r>
        <w:rPr>
          <w:sz w:val="20"/>
        </w:rPr>
        <w:t>8:04  the new equation. the new equation waaz democratic administrator and equal citizen.</w:t>
      </w:r>
      <w:r>
        <w:br/>
      </w:r>
      <w:r>
        <w:rPr>
          <w:sz w:val="20"/>
        </w:rPr>
        <w:t>8:22  this waaz the new equation after the french revolution. democratic administrator and equal citizen.</w:t>
      </w:r>
    </w:p>
    <w:p>
      <w:pPr>
        <w:pStyle w:val="Heading2"/>
      </w:pPr>
      <w:r>
        <w:t>End of history as loss and gain</w:t>
      </w:r>
    </w:p>
    <w:p>
      <w:r>
        <w:rPr>
          <w:color w:val="666666"/>
          <w:sz w:val="18"/>
        </w:rPr>
        <w:t>Three Periods of History 17 May 2009 - Maulana Wahiduddin Khan · 43s · at 6:04 · https://youtu.be/vBp-ZxDDl6Y?t=364</w:t>
      </w:r>
    </w:p>
    <w:p>
      <w:r>
        <w:rPr>
          <w:i/>
        </w:rPr>
        <w:t>“Jis ko hadees, jis ko Quran mein kaha gaya: yawm al-taghabun”</w:t>
      </w:r>
    </w:p>
    <w:p>
      <w:r>
        <w:rPr>
          <w:sz w:val="20"/>
        </w:rPr>
        <w:t>6:04  jis ko hadith, jis ko quran mein kaha gaya: "yom ul taghabun". day of loss and gain. to aaj jo tha, woh woh political</w:t>
      </w:r>
      <w:r>
        <w:br/>
      </w:r>
      <w:r>
        <w:rPr>
          <w:sz w:val="20"/>
        </w:rPr>
        <w:t>6:20  future ka loss and gain tha. to kisi hindi akhbar mein kaha ke: "kisi ki haar, kisi ki jeet". to poori history isi taraf ja rahi hai.</w:t>
      </w:r>
      <w:r>
        <w:br/>
      </w:r>
      <w:r>
        <w:rPr>
          <w:sz w:val="20"/>
        </w:rPr>
        <w:t>6:32  aur aakhir mein jab qayamat aayegi to woh ziyada baray level par wohi waqia hoga: "yom ul taghabun" ka waqia,</w:t>
      </w:r>
      <w:r>
        <w:br/>
      </w:r>
      <w:r>
        <w:rPr>
          <w:sz w:val="20"/>
        </w:rPr>
        <w:t>6:41  loss and gain ka waqia, kisi ki jeet, kisi ki haar.</w:t>
      </w:r>
    </w:p>
    <w:p>
      <w:pPr>
        <w:pStyle w:val="Heading2"/>
      </w:pPr>
      <w:r>
        <w:t>Once was enough, no more violence</w:t>
      </w:r>
    </w:p>
    <w:p>
      <w:r>
        <w:rPr>
          <w:color w:val="666666"/>
          <w:sz w:val="18"/>
        </w:rPr>
        <w:t>Good News from Kashmir May 14, 2017 · 30s · at 18:01 · https://youtu.be/2XwuYi_nH28?t=1081</w:t>
      </w:r>
    </w:p>
    <w:p>
      <w:r>
        <w:rPr>
          <w:i/>
        </w:rPr>
        <w:t>“Once was enough”</w:t>
      </w:r>
    </w:p>
    <w:p>
      <w:r>
        <w:rPr>
          <w:sz w:val="20"/>
        </w:rPr>
        <w:t>18:01  artical likha tha akhbar mein: "once was enough". "once was enough" to aik bar ho gayi, ho gayi ghalti. ab nahin, hum karne wale hain yeh kaam. "no prate". ab bulletins hi nahin, ab violence nahin, ab hate nahin, ab kisi ko dushman nahin samajhna. ab to hamein yeh karna hai ke hum kashmir ke jo qudrati potential hain, un ko hamein o</w:t>
      </w:r>
    </w:p>
    <w:p>
      <w:pPr>
        <w:pStyle w:val="Heading2"/>
      </w:pPr>
      <w:r>
        <w:t>Take risks to acquire knowledge</w:t>
      </w:r>
    </w:p>
    <w:p>
      <w:r>
        <w:rPr>
          <w:color w:val="666666"/>
          <w:sz w:val="18"/>
        </w:rPr>
        <w:t>The Concept of Education in Islam June 1, 2007 · 34s · at 12:45 · https://youtu.be/I99mjy5ZBvY?t=765</w:t>
      </w:r>
    </w:p>
    <w:p>
      <w:r>
        <w:rPr>
          <w:i/>
        </w:rPr>
        <w:t>“Risk le kar bhi ilm haasil karo.”</w:t>
      </w:r>
    </w:p>
    <w:p>
      <w:r>
        <w:rPr>
          <w:sz w:val="20"/>
        </w:rPr>
        <w:t>12:45  ke Risk le kar ke bhi ilm haasil karo. kaisi ajeeb misaal thi yeh. ek to Hadees mein aap ne kaha ke atlub al-ilm walaw kaana bil Sīn.</w:t>
      </w:r>
      <w:r>
        <w:br/>
      </w:r>
      <w:r>
        <w:rPr>
          <w:sz w:val="20"/>
        </w:rPr>
        <w:t>12:59  ilm haasil karo chahe is ke liye tumhein Cheen jaana pade. to yeh to safar ki baat thi ke lamba safar karna ho.</w:t>
      </w:r>
      <w:r>
        <w:br/>
      </w:r>
      <w:r>
        <w:rPr>
          <w:sz w:val="20"/>
        </w:rPr>
        <w:t>13:09  is zamane mein aap jaante hain ke aaj kal ki tarah Road to hoti nahi thi. na car thi, na hawai jahaz thay. hatta ke Steamship bhi nahi thay.</w:t>
      </w:r>
    </w:p>
    <w:p>
      <w:pPr>
        <w:pStyle w:val="Heading2"/>
      </w:pPr>
      <w:r>
        <w:t>Desire never satisfied</w:t>
      </w:r>
    </w:p>
    <w:p>
      <w:r>
        <w:rPr>
          <w:color w:val="666666"/>
          <w:sz w:val="18"/>
        </w:rPr>
        <w:t>Dars-e-Quran, Chapter 2, Verse 61 February 11, 2018 · 26s · at 13:50 · https://youtu.be/rgoE0nvFJJI?t=830</w:t>
      </w:r>
    </w:p>
    <w:p>
      <w:r>
        <w:rPr>
          <w:i/>
        </w:rPr>
        <w:t>“Kitna hi zyada mil jaye aap ka”</w:t>
      </w:r>
    </w:p>
    <w:p>
      <w:r>
        <w:rPr>
          <w:sz w:val="20"/>
        </w:rPr>
        <w:t>13:50  kitna hi zyada mil jaye aap ka</w:t>
      </w:r>
      <w:r>
        <w:br/>
      </w:r>
      <w:r>
        <w:rPr>
          <w:sz w:val="20"/>
        </w:rPr>
        <w:t>13:55  aur aur ka jo aap ki khwahish hai woh poori nahi hogi. to peace of mind chhin jayega. to yeh intezam hai Allah taala ka jis ko humein janna hai.</w:t>
      </w:r>
    </w:p>
    <w:p>
      <w:pPr>
        <w:pStyle w:val="Heading2"/>
      </w:pPr>
      <w:r>
        <w:t>Business-owner analogy: treat everyone as your friendly customer</w:t>
      </w:r>
    </w:p>
    <w:p>
      <w:r>
        <w:rPr>
          <w:color w:val="666666"/>
          <w:sz w:val="18"/>
        </w:rPr>
        <w:t>Attributes of a Dayee October 31, 2010 · 44s · at 3:07 · https://youtu.be/-inz5O22QGE?t=187</w:t>
      </w:r>
    </w:p>
    <w:p>
      <w:r>
        <w:rPr>
          <w:i/>
        </w:rPr>
        <w:t>“Ek businessman sab logon ko apna customer samajhta hai”</w:t>
      </w:r>
    </w:p>
    <w:p>
      <w:r>
        <w:rPr>
          <w:sz w:val="20"/>
        </w:rPr>
        <w:t>3:07  dekhiye, yeh bohat zyada important baat hai.</w:t>
      </w:r>
      <w:r>
        <w:br/>
      </w:r>
      <w:r>
        <w:rPr>
          <w:sz w:val="20"/>
        </w:rPr>
        <w:t>3:12  ek businessman jab ek business kholta hai to uska haal kya hota hai? sab insano ko apna customer samajhta hai, bas aur kuch nahi.</w:t>
      </w:r>
      <w:r>
        <w:br/>
      </w:r>
      <w:r>
        <w:rPr>
          <w:sz w:val="20"/>
        </w:rPr>
        <w:t>3:26  aur uska kya culture hota hai? customer friendly. saare insano ke liye woh customer friendly ban jata hai.</w:t>
      </w:r>
      <w:r>
        <w:br/>
      </w:r>
      <w:r>
        <w:rPr>
          <w:sz w:val="20"/>
        </w:rPr>
        <w:t>3:39  aise hi da'i ka mamla hona chahiye. da'i ke andar mad'oo friendly behavior aana chahiye, warna woh da'i nahi hai.</w:t>
      </w:r>
    </w:p>
    <w:p>
      <w:pPr>
        <w:pStyle w:val="Heading2"/>
      </w:pPr>
      <w:r>
        <w:t>Rose and thorn coexist peacefully in nature</w:t>
      </w:r>
    </w:p>
    <w:p>
      <w:r>
        <w:rPr>
          <w:color w:val="666666"/>
          <w:sz w:val="18"/>
        </w:rPr>
        <w:t>Importance of Sabr March 23, 2007 · 58s · at 13:45 · https://youtu.be/duCjMIqqfgA?t=825</w:t>
      </w:r>
    </w:p>
    <w:p>
      <w:r>
        <w:rPr>
          <w:i/>
        </w:rPr>
        <w:t>“See the rose plant, a unique demonstration”</w:t>
      </w:r>
    </w:p>
    <w:p>
      <w:r>
        <w:rPr>
          <w:sz w:val="20"/>
        </w:rPr>
        <w:t>13:45  see the rose plant. rose plant is a unique demonstration of this principle.</w:t>
      </w:r>
      <w:r>
        <w:br/>
      </w:r>
      <w:r>
        <w:rPr>
          <w:sz w:val="20"/>
        </w:rPr>
        <w:t>13:57  you know, in every branch of a rose tree, there are flowers and thoughts, both side by side.</w:t>
      </w:r>
      <w:r>
        <w:br/>
      </w:r>
      <w:r>
        <w:rPr>
          <w:sz w:val="20"/>
        </w:rPr>
        <w:t>14:12  but flower never try to eliminate those thoughts. never, never, never.</w:t>
      </w:r>
      <w:r>
        <w:br/>
      </w:r>
      <w:r>
        <w:rPr>
          <w:sz w:val="20"/>
        </w:rPr>
        <w:t>14:22  flower leaves side by side.</w:t>
      </w:r>
      <w:r>
        <w:br/>
      </w:r>
      <w:r>
        <w:rPr>
          <w:sz w:val="20"/>
        </w:rPr>
        <w:t>14:25  so, flower has adopted flower and thought, both</w:t>
      </w:r>
      <w:r>
        <w:br/>
      </w:r>
      <w:r>
        <w:rPr>
          <w:sz w:val="20"/>
        </w:rPr>
        <w:t>14:34  at one side. thought never tries to attack the flowers, and flower never tries to eliminate the thought.</w:t>
      </w:r>
    </w:p>
    <w:p>
      <w:pPr>
        <w:pStyle w:val="Heading2"/>
      </w:pPr>
      <w:r>
        <w:t>Ibn Umar's real example of ijtihad on major matters</w:t>
      </w:r>
    </w:p>
    <w:p>
      <w:r>
        <w:rPr>
          <w:color w:val="666666"/>
          <w:sz w:val="18"/>
        </w:rPr>
        <w:t>Present Muslims- A Case of Wrong Identity February 13, 2011 · 13s · at 25:47 · https://youtu.be/gDX72gIRL4E?t=1547</w:t>
      </w:r>
    </w:p>
    <w:p>
      <w:r>
        <w:rPr>
          <w:i/>
        </w:rPr>
        <w:t>“Qatilna woh to humne kar diya, yeh tha ijtihad ka namoona”</w:t>
      </w:r>
    </w:p>
    <w:p>
      <w:r>
        <w:rPr>
          <w:sz w:val="20"/>
        </w:rPr>
        <w:t>25:47  qatl na woh to hum ne kar diya, yeh tha ijtihad, yeh tha ijtihad ka namoona,</w:t>
      </w:r>
      <w:r>
        <w:br/>
      </w:r>
      <w:r>
        <w:rPr>
          <w:sz w:val="20"/>
        </w:rPr>
        <w:t>25:57  yeh tha yani kulli maamle mein ijtihad ka namoona.</w:t>
      </w:r>
    </w:p>
    <w:p>
      <w:pPr>
        <w:pStyle w:val="Heading2"/>
      </w:pPr>
      <w:r>
        <w:t>No excuses: forgive and love unilaterally</w:t>
      </w:r>
    </w:p>
    <w:p>
      <w:r>
        <w:rPr>
          <w:color w:val="666666"/>
          <w:sz w:val="18"/>
        </w:rPr>
        <w:t>The Concept of Divine Help June 16, 2013 · 45s · at 31:41 · https://youtu.be/b0QaxGSnAOI?t=1901</w:t>
      </w:r>
    </w:p>
    <w:p>
      <w:r>
        <w:rPr>
          <w:i/>
        </w:rPr>
        <w:t>“کوئی بھی ایکسکیوز نہیں، کوئی ایکسکیوز ایکسیپٹیبل نہیں ہے”</w:t>
      </w:r>
    </w:p>
    <w:p>
      <w:r>
        <w:rPr>
          <w:sz w:val="20"/>
        </w:rPr>
        <w:t>31:41  koi bhi excuse nahi, aap kahein ke woh zulm karte hain, woh satate hain, kuch nahi, koi excuse acceptable nahi hai, koi excuse nahi.</w:t>
      </w:r>
      <w:r>
        <w:br/>
      </w:r>
      <w:r>
        <w:rPr>
          <w:sz w:val="20"/>
        </w:rPr>
        <w:t>31:56  aap ko unilateral tor par unhein forgive karna parega, unilateral tor par aap ko un se mohabbat karni paregi, unilateral tor par aap ko un ka dost banana parega, unilateral tor par aap ko un ka khair khwah banna parega.</w:t>
      </w:r>
      <w:r>
        <w:br/>
      </w:r>
      <w:r>
        <w:rPr>
          <w:sz w:val="20"/>
        </w:rPr>
        <w:t>32:12  koi excuse is maamle mein nahi hai, kyun ke aap ko Allah ke haan daai ka inaam lena hai. Kya aap samajhte hain daai ka inaam free mein mil jayega?</w:t>
      </w:r>
    </w:p>
    <w:p>
      <w:pPr>
        <w:pStyle w:val="Heading2"/>
      </w:pPr>
      <w:r>
        <w:t>Hadith: make the afterlife your one true worry</w:t>
      </w:r>
    </w:p>
    <w:p>
      <w:r>
        <w:rPr>
          <w:color w:val="666666"/>
          <w:sz w:val="18"/>
        </w:rPr>
        <w:t>A Talk by Maulana Given to The Members of Kashmir October 31, 2011 · 26s · at 40:16 · https://youtu.be/WU9aSqw2rCs?t=2416</w:t>
      </w:r>
    </w:p>
    <w:p>
      <w:r>
        <w:rPr>
          <w:i/>
        </w:rPr>
        <w:t>“Jo apne saare ghum ko ek ghum bana le”</w:t>
      </w:r>
    </w:p>
    <w:p>
      <w:r>
        <w:rPr>
          <w:sz w:val="20"/>
        </w:rPr>
        <w:t>40:16  woh hadith yeh hai ke: "man ja'al al-humoom muhammadan wahidan hamm akhirat kafahullah anhum dunya".</w:t>
      </w:r>
      <w:r>
        <w:br/>
      </w:r>
      <w:r>
        <w:rPr>
          <w:sz w:val="20"/>
        </w:rPr>
        <w:t>40:29  yani jo aadmi</w:t>
      </w:r>
      <w:r>
        <w:br/>
      </w:r>
      <w:r>
        <w:rPr>
          <w:sz w:val="20"/>
        </w:rPr>
        <w:t>40:34  apne saare ghamon ko ek gham bana le ga, yani akhirat ka gham, to Allah us ki dunya ke gham ke liye kafi ho jaye ho jaye ga.</w:t>
      </w:r>
    </w:p>
    <w:p>
      <w:pPr>
        <w:pStyle w:val="Heading2"/>
      </w:pPr>
      <w:r>
        <w:t>Muslims in India already have an economic base</w:t>
      </w:r>
    </w:p>
    <w:p>
      <w:r>
        <w:rPr>
          <w:color w:val="666666"/>
          <w:sz w:val="18"/>
        </w:rPr>
        <w:t>Revival and Revivalist June 7, 2015 · 48s · at 24:30 · https://youtu.be/MCY8AJ87BXc?t=1470</w:t>
      </w:r>
    </w:p>
    <w:p>
      <w:r>
        <w:rPr>
          <w:i/>
        </w:rPr>
        <w:t>“Muslims in India have already gained an economic base”</w:t>
      </w:r>
    </w:p>
    <w:p>
      <w:r>
        <w:rPr>
          <w:sz w:val="20"/>
        </w:rPr>
        <w:t>24:30  yeh pehlu hai yani economic ke aitbar se, maashiyat ke aitbar se. ab doosra doosri pehlu ko lijiye to kisi community ke liye pehli baat yeh hai ke is ko ek maashiyati buniyad mile, economic base,</w:t>
      </w:r>
      <w:r>
        <w:br/>
      </w:r>
      <w:r>
        <w:rPr>
          <w:sz w:val="20"/>
        </w:rPr>
        <w:t>24:50  economic base mile. pehli pehli cheez hai yani is ke paas ghar ho, is ke bachchon ke taleem ke liye kharch ho. economic base</w:t>
      </w:r>
      <w:r>
        <w:br/>
      </w:r>
      <w:r>
        <w:rPr>
          <w:sz w:val="20"/>
        </w:rPr>
        <w:t>25:00  yeh already musalmanon ko India mein mil chuka hai.</w:t>
      </w:r>
      <w:r>
        <w:br/>
      </w:r>
      <w:r>
        <w:rPr>
          <w:sz w:val="20"/>
        </w:rPr>
        <w:t>25:06  yani jo pehla stage hai, woh already ho chuka hai ke musalmanon ko economic base is mulk mein mil chuki hai. un ke paas ghar hai, un ke paas job hai, un ke bachche padh rahe hain, yeh sab ho raha hai.</w:t>
      </w:r>
    </w:p>
    <w:p>
      <w:pPr>
        <w:pStyle w:val="Heading2"/>
      </w:pPr>
      <w:r>
        <w:t>Misunderstanding that Islam degrades women</w:t>
      </w:r>
    </w:p>
    <w:p>
      <w:r>
        <w:rPr>
          <w:color w:val="666666"/>
          <w:sz w:val="18"/>
        </w:rPr>
        <w:t>The Status of Women in Islam (English) February 28, 2007 Maulana Wahiduddin Khan · 58s · at 37:51 · https://youtu.be/pSLnXzYImXo?t=2271</w:t>
      </w:r>
    </w:p>
    <w:p>
      <w:r>
        <w:rPr>
          <w:i/>
        </w:rPr>
        <w:t>“It's a general misunderstanding that Islam degrades women”</w:t>
      </w:r>
    </w:p>
    <w:p>
      <w:r>
        <w:rPr>
          <w:sz w:val="20"/>
        </w:rPr>
        <w:t>37:51  it is a general misunderstanding that islam degrades women.</w:t>
      </w:r>
      <w:r>
        <w:br/>
      </w:r>
      <w:r>
        <w:rPr>
          <w:sz w:val="20"/>
        </w:rPr>
        <w:t>38:08  islam discriminates women.</w:t>
      </w:r>
      <w:r>
        <w:br/>
      </w:r>
      <w:r>
        <w:rPr>
          <w:sz w:val="20"/>
        </w:rPr>
        <w:t>38:16  this is a grave misunderstanding.</w:t>
      </w:r>
      <w:r>
        <w:br/>
      </w:r>
      <w:r>
        <w:rPr>
          <w:sz w:val="20"/>
        </w:rPr>
        <w:t>38:22  i have study islam from its original sources. i can see that according to the islamic teachings, there is no discrimination regarding the status of women in islam.</w:t>
      </w:r>
      <w:r>
        <w:br/>
      </w:r>
      <w:r>
        <w:rPr>
          <w:sz w:val="20"/>
        </w:rPr>
        <w:t>38:45  both are equally respectable</w:t>
      </w:r>
    </w:p>
    <w:p>
      <w:pPr>
        <w:pStyle w:val="Heading2"/>
      </w:pPr>
      <w:r>
        <w:t>Islam and Muslims are different</w:t>
      </w:r>
    </w:p>
    <w:p>
      <w:r>
        <w:rPr>
          <w:color w:val="666666"/>
          <w:sz w:val="18"/>
        </w:rPr>
        <w:t>Khas Mulakat , Munsif TV, December 03, 2015 · 28s · at 3:53 · https://youtu.be/zWU-kGSikPo?t=233</w:t>
      </w:r>
    </w:p>
    <w:p>
      <w:r>
        <w:rPr>
          <w:i/>
        </w:rPr>
        <w:t>“Islam aur Musalman do alag cheezein hain.”</w:t>
      </w:r>
    </w:p>
    <w:p>
      <w:r>
        <w:rPr>
          <w:sz w:val="20"/>
        </w:rPr>
        <w:t>3:53  islam aur musalman do alag cheezein hain jo musalman karen wohi islam nahi hai to aap is musalmanon ka koi feal agar islam ke mutabiq nahi hai to saaf taur par kahiye ke yeh islam ke mutabiq nahi hai to duniya samjhegi ke yeh ek community ka feal hai islam ki taleem nahi hai yeh ek sahi tareeqa hai karne ka.</w:t>
      </w:r>
      <w:r>
        <w:br/>
      </w:r>
      <w:r>
        <w:rPr>
          <w:sz w:val="20"/>
        </w:rPr>
        <w:t>4:21  sir jab paris par hamle hue us ke baad delhi ke jantr mantr par badi tadad mein ulama ikram jama hue aur unhone is ki mazammat ki is ko condemn kiya aur kaha ke yeh jo hai yeh kahin na kahin yeh galat hai.</w:t>
      </w:r>
    </w:p>
    <w:p>
      <w:pPr>
        <w:pStyle w:val="Heading2"/>
      </w:pPr>
      <w:r>
        <w:t>why debate is the wrong path to unity</w:t>
      </w:r>
    </w:p>
    <w:p>
      <w:r>
        <w:rPr>
          <w:color w:val="666666"/>
          <w:sz w:val="18"/>
        </w:rPr>
        <w:t>Position of Islam in a Pluralistic Society (English) March 12, 2007 Maulana Wahiduddin Khan · 40s · at 1:50 · https://youtu.be/zeBT1HGl2n8?t=110</w:t>
      </w:r>
    </w:p>
    <w:p>
      <w:r>
        <w:rPr>
          <w:i/>
        </w:rPr>
        <w:t>“Debate is not very good, because debate always generates hate.”</w:t>
      </w:r>
    </w:p>
    <w:p>
      <w:r>
        <w:rPr>
          <w:sz w:val="20"/>
        </w:rPr>
        <w:t>1:50  But then we see a change in the history, and people became more and more interested in debate.</w:t>
      </w:r>
      <w:r>
        <w:br/>
      </w:r>
      <w:r>
        <w:rPr>
          <w:sz w:val="20"/>
        </w:rPr>
        <w:t>2:05  But again, I would like to say that debate is not very good because, you know, debate always generates hate.</w:t>
      </w:r>
      <w:r>
        <w:br/>
      </w:r>
      <w:r>
        <w:rPr>
          <w:sz w:val="20"/>
        </w:rPr>
        <w:t>2:18  Hate.</w:t>
      </w:r>
      <w:r>
        <w:br/>
      </w:r>
      <w:r>
        <w:rPr>
          <w:sz w:val="20"/>
        </w:rPr>
        <w:t>2:20  So I don't think that anything that generates hate is good for us.</w:t>
      </w:r>
    </w:p>
    <w:p>
      <w:pPr>
        <w:pStyle w:val="Heading2"/>
      </w:pPr>
      <w:r>
        <w:t>The clapping analogy: don't give a chance for conflict</w:t>
      </w:r>
    </w:p>
    <w:p>
      <w:r>
        <w:rPr>
          <w:color w:val="666666"/>
          <w:sz w:val="18"/>
        </w:rPr>
        <w:t>Islamic Pacifism I May 08, 2011 · 26s · at 24:23 · https://youtu.be/fkd605HEfRY?t=1463</w:t>
      </w:r>
    </w:p>
    <w:p>
      <w:r>
        <w:rPr>
          <w:i/>
        </w:rPr>
        <w:t>“Tali aisi kahin to tali bajegi”</w:t>
      </w:r>
    </w:p>
    <w:p>
      <w:r>
        <w:rPr>
          <w:sz w:val="20"/>
        </w:rPr>
        <w:t>24:23  mauqa na do. Jaise misaal ke taur par dekhiye, taali aise kahin to taali baje gi. Aap ek haath neeche kar lein to taali baje gi na. To kaha ke aap ne taali bajne ka mauqa nahi diya.</w:t>
      </w:r>
      <w:r>
        <w:br/>
      </w:r>
      <w:r>
        <w:rPr>
          <w:sz w:val="20"/>
        </w:rPr>
        <w:t>24:33  jab aap ka haath yahan rahe ga to taali baje gi. Yahan rahe ga haath aap ka to to taali baje gi na. To niza'a ka, takraao ka, confrontation ka, ladai ka mauqa na do.</w:t>
      </w:r>
    </w:p>
    <w:p>
      <w:pPr>
        <w:pStyle w:val="Heading2"/>
      </w:pPr>
      <w:r>
        <w:t>even the truthful Ummah won't be exempt from darkness</w:t>
      </w:r>
    </w:p>
    <w:p>
      <w:r>
        <w:rPr>
          <w:color w:val="666666"/>
          <w:sz w:val="18"/>
        </w:rPr>
        <w:t>The Age of Deceiving Philosophies I 21 June 2009 · 33s · at 2:48 · https://youtu.be/RZCs_8AtCTM?t=168</w:t>
      </w:r>
    </w:p>
    <w:p>
      <w:r>
        <w:rPr>
          <w:i/>
        </w:rPr>
        <w:t>“Even the Ummah with truth won't be exempt”</w:t>
      </w:r>
    </w:p>
    <w:p>
      <w:r>
        <w:rPr>
          <w:sz w:val="20"/>
        </w:rPr>
        <w:t>2:48  yahan tak ke jo yahan jo farmaya ke ummat, ka matlab yeh hai ke ummat jis ke paas sachai hai, woh bhi is mein exception nahi hogi.</w:t>
      </w:r>
      <w:r>
        <w:br/>
      </w:r>
      <w:r>
        <w:rPr>
          <w:sz w:val="20"/>
        </w:rPr>
        <w:t>3:01  yani it will hurt including ummat e islamia.</w:t>
      </w:r>
      <w:r>
        <w:br/>
      </w:r>
      <w:r>
        <w:rPr>
          <w:sz w:val="20"/>
        </w:rPr>
        <w:t>3:09  it will hit including ummat e islamia. yani yeh fitna jo aye ga, yeh sab ko andhere mein daal de ga. yahan tak ke jin ke paas sachai hai, woh bhi andhere mein chale jayen ge.</w:t>
      </w:r>
    </w:p>
    <w:p>
      <w:pPr>
        <w:pStyle w:val="Heading2"/>
      </w:pPr>
      <w:r>
        <w:t>Hijab became a symbolic identity like a skullcap</w:t>
      </w:r>
    </w:p>
    <w:p>
      <w:r>
        <w:rPr>
          <w:color w:val="666666"/>
          <w:sz w:val="18"/>
        </w:rPr>
        <w:t>Concept of Hijab in Islam February 20, 2022 Prof. Farida Khanam · 57s · at 15:22 · https://youtu.be/QrrSDEKy2gc?t=922</w:t>
      </w:r>
    </w:p>
    <w:p>
      <w:r>
        <w:rPr>
          <w:i/>
        </w:rPr>
        <w:t>“Orthodox Jews wear a big cap — that's symbolic value.”</w:t>
      </w:r>
    </w:p>
    <w:p>
      <w:r>
        <w:rPr>
          <w:sz w:val="20"/>
        </w:rPr>
        <w:t>15:22  to yeh hijab to aad ke maane mein jaise ki maine abhi bataya to usmein isse koi talluk nahin hai lekin yeh baad mein jaise unki yahudiyon ki topi hoti hai to yahudi jo orthodox yahudi hote hain bahut bada sa head ki tarah ki topi odha karte the. lekin ab modern yahudi jo hai to woh ek symbolic sense mein woh ek chhoti si topi yahan par rakh lete hain. pin wagera se usko attach kar lete hain.</w:t>
      </w:r>
      <w:r>
        <w:br/>
      </w:r>
      <w:r>
        <w:rPr>
          <w:sz w:val="20"/>
        </w:rPr>
        <w:t>15:52  to woh symbolic value hai uski. to isi tarike se yeh dress jo hai hijab yeh bhi ek symbol ban gaya hai kyunki woh jo poora jo parda hai woh to doosre kism hai usmein poori chadar neeche tak latak gayi aur jaise yeh bilkul dheela dheela gaun bhi hota hai woh bhi chalega. to lekin yeh sirf is hijab jo hai yeh uska woh kipa ki manimd hai.</w:t>
      </w:r>
      <w:r>
        <w:br/>
      </w:r>
      <w:r>
        <w:rPr>
          <w:sz w:val="20"/>
        </w:rPr>
        <w:t>16:19  ek chhota sa unhone ek bana liya woh unki woh identity ban gayi woh. woh puran mein hijab ka lazzi nahin hai. to doosri baat yeh hai ki jo islami dress hai, asal woh cheez hai, woh important hai. to ek allama nasruddin albani, to woh bahut bade aalim the, woh muhaddith the aur twentieth century ke.</w:t>
      </w:r>
    </w:p>
    <w:p>
      <w:pPr>
        <w:pStyle w:val="Heading2"/>
      </w:pPr>
      <w:r>
        <w:t>people who live only in comfort and luxury become intellectually dull</w:t>
      </w:r>
    </w:p>
    <w:p>
      <w:r>
        <w:rPr>
          <w:color w:val="666666"/>
          <w:sz w:val="18"/>
        </w:rPr>
        <w:t>Journey of Civilization January 14, 2007 · 46s · at 1:22:30 · https://youtu.be/ZCFRrqmfms4?t=4950</w:t>
      </w:r>
    </w:p>
    <w:p>
      <w:r>
        <w:rPr>
          <w:i/>
        </w:rPr>
        <w:t>“Jo log comfort aur luxury mein jeete hain, woh intehai stupid hote hain”</w:t>
      </w:r>
    </w:p>
    <w:p>
      <w:r>
        <w:rPr>
          <w:sz w:val="20"/>
        </w:rPr>
        <w:t>1:22:30  Intellectual development ka ruk jaana. Is liye maine apni poori zindagi mein bhi dekha hai ke jo log comfort mein aur luxury mein jeete hain, intehai stupid hote hain. Bilkul stupid hote hain woh.</w:t>
      </w:r>
      <w:r>
        <w:br/>
      </w:r>
      <w:r>
        <w:rPr>
          <w:sz w:val="20"/>
        </w:rPr>
        <w:t>1:22:41  Kuch bhi un ki samajh mein nahi hota. Siwaye professional knowledge un ko hoti hai. Professional skill un ko hota hai.</w:t>
      </w:r>
      <w:r>
        <w:br/>
      </w:r>
      <w:r>
        <w:rPr>
          <w:sz w:val="20"/>
        </w:rPr>
        <w:t>1:22:47  Baaki woh jaante bhi nahi ke intellectual life koi cheez hai. Woh jaante hi bhi nahi woh. Intellectual life koi cheez hai, us ko woh jaante hi nahi.</w:t>
      </w:r>
      <w:r>
        <w:br/>
      </w:r>
      <w:r>
        <w:rPr>
          <w:sz w:val="20"/>
        </w:rPr>
        <w:t>1:22:57  Bas comfort mein jeete hain, luxury mein jeete hain. Yaani false luxury, false comfort. Kyun? Is ka nateeja kya hai? Bimari, tarah tarah ki bimariyan.</w:t>
      </w:r>
      <w:r>
        <w:br/>
      </w:r>
      <w:r>
        <w:rPr>
          <w:sz w:val="20"/>
        </w:rPr>
        <w:t>1:23:06  To luxury kya hai bhai? Jitne log luxury mein jeete hain, mujhe bata dijiye kaun aadmi hai jo nayi nayi bimariyon mein phansa hua na ho.</w:t>
      </w:r>
    </w:p>
    <w:p>
      <w:pPr>
        <w:pStyle w:val="Heading2"/>
      </w:pPr>
      <w:r>
        <w:t>No mysterious figure will fall from the sky</w:t>
      </w:r>
    </w:p>
    <w:p>
      <w:r>
        <w:rPr>
          <w:color w:val="666666"/>
          <w:sz w:val="18"/>
        </w:rPr>
        <w:t>Beginning of The End April 20, 2008 · 40s · at 32:59 · https://youtu.be/6atQ8muQDUk?t=1979</w:t>
      </w:r>
    </w:p>
    <w:p>
      <w:r>
        <w:rPr>
          <w:i/>
        </w:rPr>
        <w:t>“Koi anokha aadmi hamare paas se nahi niklega”</w:t>
      </w:r>
    </w:p>
    <w:p>
      <w:r>
        <w:rPr>
          <w:sz w:val="20"/>
        </w:rPr>
        <w:t>32:59  to jo role hai doosra, ek positive role, is role ke liye koi anokha aindah aadmi nahi hamare paas se niklega.</w:t>
      </w:r>
      <w:r>
        <w:br/>
      </w:r>
      <w:r>
        <w:rPr>
          <w:sz w:val="20"/>
        </w:rPr>
        <w:t>33:09  aisa nahi ke koi woh jo role hai mehdi ka, us ke liye koi aasman se aadmi tapkega ya pahad se niklega ya koi samandar se baramad hoga.</w:t>
      </w:r>
      <w:r>
        <w:br/>
      </w:r>
      <w:r>
        <w:rPr>
          <w:sz w:val="20"/>
        </w:rPr>
        <w:t>33:18  aisa kuch bhi nahi hai. aap hi ko woh role karna hai. mehdi ek role ka naam hai ya dajjal ek role ka naam hai.</w:t>
      </w:r>
      <w:r>
        <w:br/>
      </w:r>
      <w:r>
        <w:rPr>
          <w:sz w:val="20"/>
        </w:rPr>
        <w:t>33:27  dajjal bhi yaad rakhiye, kisi ek shakhs ka naam nahi hai, ek role ka naam hai. yeh negative role dajjal ek shakhs ka naam nahi hai, woh naam hai negative role ka.</w:t>
      </w:r>
    </w:p>
    <w:p>
      <w:pPr>
        <w:pStyle w:val="Heading2"/>
      </w:pPr>
      <w:r>
        <w:t>Do dawah work to revive Islam</w:t>
      </w:r>
    </w:p>
    <w:p>
      <w:r>
        <w:rPr>
          <w:color w:val="666666"/>
          <w:sz w:val="18"/>
        </w:rPr>
        <w:t>Conversation on Ijtihad May 30, 2016 · 30s · at 40:37 · https://youtu.be/prSCheJ32q0?t=2437</w:t>
      </w:r>
    </w:p>
    <w:p>
      <w:r>
        <w:rPr>
          <w:i/>
        </w:rPr>
        <w:t>“Bas dawat, da'wati kaam kijiye”</w:t>
      </w:r>
    </w:p>
    <w:p>
      <w:r>
        <w:rPr>
          <w:sz w:val="20"/>
        </w:rPr>
        <w:t>40:37  bas dawat dawati kaam kijiye. khoob kitabein phailaiye. quran phailaiye. logon se discuss kijiye. aur logon ko meeting kar ke logon ko bataiye. isi ko kehte hain dawah work. to dawah work kijiye. yahi hai tareeqa. but molana sahib most of the Muslims today are not doing dawah work what is the reason according to you for this?</w:t>
      </w:r>
      <w:r>
        <w:br/>
      </w:r>
      <w:r>
        <w:rPr>
          <w:sz w:val="20"/>
        </w:rPr>
        <w:t>41:07  haan dawat ka kaam jo hai baad ke zamane mein yani is tareeqe se jaiz nahi raha jis</w:t>
      </w:r>
    </w:p>
    <w:p>
      <w:pPr>
        <w:pStyle w:val="Heading2"/>
      </w:pPr>
      <w:r>
        <w:t>Peace is the greatest good</w:t>
      </w:r>
    </w:p>
    <w:p>
      <w:r>
        <w:rPr>
          <w:color w:val="666666"/>
          <w:sz w:val="18"/>
        </w:rPr>
        <w:t>RIS Talks Maulana Wahiduddin Khan In Pursuit of Peace The Roadmap to Harmonious Societies · 44s · at 3:48 · https://youtu.be/lJPxioppf4o?t=228</w:t>
      </w:r>
    </w:p>
    <w:p>
      <w:r>
        <w:rPr>
          <w:i/>
        </w:rPr>
        <w:t>“In fact, peace is presence of all good things.”</w:t>
      </w:r>
    </w:p>
    <w:p>
      <w:r>
        <w:rPr>
          <w:sz w:val="20"/>
        </w:rPr>
        <w:t>3:48  in fact, peace is presence of all good things. where there is peace, there is development</w:t>
      </w:r>
      <w:r>
        <w:br/>
      </w:r>
      <w:r>
        <w:rPr>
          <w:sz w:val="20"/>
        </w:rPr>
        <w:t>4:04  . where there is peace, there is harmonious society. where there is peace, there are</w:t>
      </w:r>
      <w:r>
        <w:br/>
      </w:r>
      <w:r>
        <w:rPr>
          <w:sz w:val="20"/>
        </w:rPr>
        <w:t>4:17  every kind of good things. peace is summum bonum, peace is the greatest good.</w:t>
      </w:r>
    </w:p>
    <w:p>
      <w:pPr>
        <w:pStyle w:val="Heading2"/>
      </w:pPr>
      <w:r>
        <w:t>woman's mood single-handedly makes or breaks the home</w:t>
      </w:r>
    </w:p>
    <w:p>
      <w:r>
        <w:rPr>
          <w:color w:val="666666"/>
          <w:sz w:val="18"/>
        </w:rPr>
        <w:t>Ghar Aek Taleem Gaah CPS Women Article Discussion 21 June 11, 2023 · 51s · at 7:43 · https://youtu.be/EK-bR9q2TpA?t=463</w:t>
      </w:r>
    </w:p>
    <w:p>
      <w:r>
        <w:rPr>
          <w:i/>
        </w:rPr>
        <w:t>“Ek aurat ke banne se ghar banta hai”</w:t>
      </w:r>
    </w:p>
    <w:p>
      <w:r>
        <w:rPr>
          <w:sz w:val="20"/>
        </w:rPr>
        <w:t>7:43  ghar ke andar ke mahol ki lekin yeh yeh bhi samajhne ki baat yeh hai ke ghar ke andar ka mahol jo hai uski responsibility ek aurat ki hi hai. ek aurat ko ke banne mein ghar banta hai aur ek aurat ki bigadne se ghar bigad jata hai.</w:t>
      </w:r>
      <w:r>
        <w:br/>
      </w:r>
      <w:r>
        <w:rPr>
          <w:sz w:val="20"/>
        </w:rPr>
        <w:t>8:00  isi liye aurat ko behtareen kulana bhi kaha gaya hai aur is platform par jahan hum ladies aisi</w:t>
      </w:r>
      <w:r>
        <w:br/>
      </w:r>
      <w:r>
        <w:rPr>
          <w:sz w:val="20"/>
        </w:rPr>
        <w:t>8:08  zehan ki apne zehan ki parwarish kar rahe hain, khuda ke mutabiq apne mind ko prepare kar rahe</w:t>
      </w:r>
      <w:r>
        <w:br/>
      </w:r>
      <w:r>
        <w:rPr>
          <w:sz w:val="20"/>
        </w:rPr>
        <w:t>8:17  hain, prepare karna chahte hain toh ek aurat hone ke naate hamein yeh jaanna chahiye ki yeh hamare</w:t>
      </w:r>
      <w:r>
        <w:br/>
      </w:r>
      <w:r>
        <w:rPr>
          <w:sz w:val="20"/>
        </w:rPr>
        <w:t>8:25  ghar mein kaun sa tareeqa islami tareeqa hai aur kaun sa tareeqa ghair islami hai.</w:t>
      </w:r>
      <w:r>
        <w:br/>
      </w:r>
      <w:r>
        <w:rPr>
          <w:sz w:val="20"/>
        </w:rPr>
        <w:t>8:34  aurat jitni zyada matlab iske liye aurat ko jitni zyada taleem yafta hogi utni zyada woh apni zimmedariyon ko ada kar sakti hai. kyunke haqeeqat yaani jo sachai hai woh sachai hai chahe usko koi follow na kar raha ho aur galat galti hai chahe usko har insaan follow kar raha ho.</w:t>
      </w:r>
    </w:p>
    <w:p>
      <w:pPr>
        <w:pStyle w:val="Heading2"/>
      </w:pPr>
      <w:r>
        <w:t>Muslim architect in America</w:t>
      </w:r>
    </w:p>
    <w:p>
      <w:r>
        <w:rPr>
          <w:color w:val="666666"/>
          <w:sz w:val="18"/>
        </w:rPr>
        <w:t>Opportunities of the Modern Age | March 05, 2017 · 30s · at 23:44 · https://youtu.be/Cv8QEwvQ_fY?t=1424</w:t>
      </w:r>
    </w:p>
    <w:p>
      <w:r>
        <w:rPr>
          <w:i/>
        </w:rPr>
        <w:t>“Fazlur Rahman ne America ka bada tower banaya”</w:t>
      </w:r>
    </w:p>
    <w:p>
      <w:r>
        <w:rPr>
          <w:sz w:val="20"/>
        </w:rPr>
        <w:t>23:44  musalman ka naam fazal ur rehman hai aap ghor kijiye america sab se zyada developed country banaya jata hai</w:t>
      </w:r>
      <w:r>
        <w:br/>
      </w:r>
      <w:r>
        <w:rPr>
          <w:sz w:val="20"/>
        </w:rPr>
        <w:t>23:52  sab se zyada taraqqi yafta mulk aur america mein ek bohat bara tower banaya jata hai aur is</w:t>
      </w:r>
      <w:r>
        <w:br/>
      </w:r>
      <w:r>
        <w:rPr>
          <w:sz w:val="20"/>
        </w:rPr>
        <w:t>23:59  ka architect kis ka kaun hota hai fazal ur rehman bangladesh bangladesh ka musalman kyunke merit mein</w:t>
      </w:r>
      <w:r>
        <w:br/>
      </w:r>
      <w:r>
        <w:rPr>
          <w:sz w:val="20"/>
        </w:rPr>
        <w:t>24:07  woh jab test liya gaya to woh number one aaya</w:t>
      </w:r>
    </w:p>
    <w:p>
      <w:pPr>
        <w:pStyle w:val="Heading2"/>
      </w:pPr>
      <w:r>
        <w:t>Man's true habitat is Paradise, not this world</w:t>
      </w:r>
    </w:p>
    <w:p>
      <w:r>
        <w:rPr>
          <w:color w:val="666666"/>
          <w:sz w:val="18"/>
        </w:rPr>
        <w:t>The Search of Man July 7, 2013 · 24s · at 9:35 · https://youtu.be/44_ud_OInuU?t=575</w:t>
      </w:r>
    </w:p>
    <w:p>
      <w:r>
        <w:rPr>
          <w:i/>
        </w:rPr>
        <w:t>“Man's habitat is Paradise, not this world”</w:t>
      </w:r>
    </w:p>
    <w:p>
      <w:r>
        <w:rPr>
          <w:sz w:val="20"/>
        </w:rPr>
        <w:t>9:35  insaan ka jo habitat hai, woh paradise hai. Lekin insaan ko uske habitat se door phenk diya gaya hai. Just like fish.</w:t>
      </w:r>
      <w:r>
        <w:br/>
      </w:r>
      <w:r>
        <w:rPr>
          <w:sz w:val="20"/>
        </w:rPr>
        <w:t>9:47  kabhi aap ne dekha hoga machhli ko pani se bahar tadapte hue? To kyun tadapti hai? Usko uske habitat se bahar daal diya gaya hai.</w:t>
      </w:r>
    </w:p>
    <w:p>
      <w:pPr>
        <w:pStyle w:val="Heading2"/>
      </w:pPr>
      <w:r>
        <w:t>Most important aspect of human science is meaning</w:t>
      </w:r>
    </w:p>
    <w:p>
      <w:r>
        <w:rPr>
          <w:color w:val="666666"/>
          <w:sz w:val="18"/>
        </w:rPr>
        <w:t>The Science of Man October 23, 2007 Maulana Wahiduddin Khan · 38s · at 1:11 · https://youtu.be/nhZ6JUSBKOg?t=71</w:t>
      </w:r>
    </w:p>
    <w:p>
      <w:r>
        <w:rPr>
          <w:i/>
        </w:rPr>
        <w:t>“But the most important aspect of human science is its meaning.”</w:t>
      </w:r>
    </w:p>
    <w:p>
      <w:r>
        <w:rPr>
          <w:sz w:val="20"/>
        </w:rPr>
        <w:t>1:11  society, and other aspects. but the most important aspect of human science is its meaning.</w:t>
      </w:r>
      <w:r>
        <w:br/>
      </w:r>
      <w:r>
        <w:rPr>
          <w:sz w:val="20"/>
        </w:rPr>
        <w:t>1:27  what is the meaning of life? what is the purpose of man?</w:t>
      </w:r>
      <w:r>
        <w:br/>
      </w:r>
      <w:r>
        <w:rPr>
          <w:sz w:val="20"/>
        </w:rPr>
        <w:t>1:40  What is the present and what is the future? What is death and what is life?</w:t>
      </w:r>
    </w:p>
    <w:p>
      <w:pPr>
        <w:pStyle w:val="Heading2"/>
      </w:pPr>
      <w:r>
        <w:t>Meaning of the term kafir</w:t>
      </w:r>
    </w:p>
    <w:p>
      <w:r>
        <w:rPr>
          <w:color w:val="666666"/>
          <w:sz w:val="18"/>
        </w:rPr>
        <w:t>Religion and Politics (In Conversation with Maulana) November 04, 2007 · 33s · at 19:12 · https://youtu.be/Q1MvGENe-O4?t=1152</w:t>
      </w:r>
    </w:p>
    <w:p>
      <w:r>
        <w:rPr>
          <w:i/>
        </w:rPr>
        <w:t>“Kafir ek term tha Rasool Allah ke zamane ke liye”</w:t>
      </w:r>
    </w:p>
    <w:p>
      <w:r>
        <w:rPr>
          <w:sz w:val="20"/>
        </w:rPr>
        <w:t>19:11  aur aakhri cheez kya</w:t>
      </w:r>
      <w:r>
        <w:br/>
      </w:r>
      <w:r>
        <w:rPr>
          <w:sz w:val="20"/>
        </w:rPr>
        <w:t>19:12  hai? kafir. use the word kafir. ji ji, kafir ke bare mein bohat achhi tarah likha ja chuka hai. yeh bhi jante hain achhi tarah se. aap milein in se, unhein pata hai kafir ke bare mein matlab kya hai.</w:t>
      </w:r>
      <w:r>
        <w:br/>
      </w:r>
      <w:r>
        <w:rPr>
          <w:sz w:val="20"/>
        </w:rPr>
        <w:t>19:22  yeh nahin ke musalman jo hai, woh momin hai aur hindu jo hai, woh kafir hai. woh samajhte hain is yeh matlab. yeh harghiz is ka matlab nahin hai. kafir ek term tha rasool Allah ke zamane ke liye.</w:t>
      </w:r>
      <w:r>
        <w:br/>
      </w:r>
      <w:r>
        <w:rPr>
          <w:sz w:val="20"/>
        </w:rPr>
        <w:t>19:34  kafir ka matlab hai na manane wala. one who refuses. to wahan par jin logon ko direct address kiya tha prophet ne, unhone jo nahin mana to un ko kafir kaha gaya hai.</w:t>
      </w:r>
    </w:p>
    <w:p>
      <w:pPr>
        <w:pStyle w:val="Heading2"/>
      </w:pPr>
      <w:r>
        <w:t>the real cost of reviving true religion</w:t>
      </w:r>
    </w:p>
    <w:p>
      <w:r>
        <w:rPr>
          <w:color w:val="666666"/>
          <w:sz w:val="18"/>
        </w:rPr>
        <w:t>Tajdeed-e-Deen Book by Maulana Wahiduddin Khan · 36s · at 29:49 · https://youtu.be/IPf3V74gGr4?t=1789</w:t>
      </w:r>
    </w:p>
    <w:p>
      <w:r>
        <w:rPr>
          <w:i/>
        </w:rPr>
        <w:t>“دوسروں کو دشمن بتانا فوراً مقبولیت دیتا ہے، سچ کہنا نہیں”</w:t>
      </w:r>
    </w:p>
    <w:p>
      <w:r>
        <w:rPr>
          <w:sz w:val="20"/>
        </w:rPr>
        <w:t>29:49  doosron ko dushman bata kar un ke khilaf taqreeren karne wala aadmi foran apni qaum ke andar maqbooliyat hasil kar leta hai. magar jo shakhs yeh nishandahi kare ke dushman khud tumhare andar hai, tumhare bahar dushman ka koi wajood nahi</w:t>
      </w:r>
      <w:r>
        <w:br/>
      </w:r>
      <w:r>
        <w:rPr>
          <w:sz w:val="20"/>
        </w:rPr>
        <w:t>30:04  , aisa shakhs apnon ke andar bhi izzat o maqbooliyat kho deta hai aur bahar walon ke andar izzat o maqbooliyat milne ka to koi sawal hi nahi.</w:t>
      </w:r>
      <w:r>
        <w:br/>
      </w:r>
      <w:r>
        <w:rPr>
          <w:sz w:val="20"/>
        </w:rPr>
        <w:t>30:16  tajdeed deen aur ahya e millat ke kaam ki ek hi lazmi qeemat hai: apni qaum ke andar ghair maqbool aur be hesiyat ho jana.</w:t>
      </w:r>
    </w:p>
    <w:p>
      <w:pPr>
        <w:pStyle w:val="Heading2"/>
      </w:pPr>
      <w:r>
        <w:t>Sufi formula 'sulh kul' — peace with all</w:t>
      </w:r>
    </w:p>
    <w:p>
      <w:r>
        <w:rPr>
          <w:color w:val="666666"/>
          <w:sz w:val="18"/>
        </w:rPr>
        <w:t>The History of Peace (English) November 12, 2006 · 41s · at 48:45 · https://youtu.be/zlIi5eiTPIg?t=2925</w:t>
      </w:r>
    </w:p>
    <w:p>
      <w:r>
        <w:rPr>
          <w:i/>
        </w:rPr>
        <w:t>“This formula was adopted by Sufis: sulh kul”</w:t>
      </w:r>
    </w:p>
    <w:p>
      <w:r>
        <w:rPr>
          <w:sz w:val="20"/>
        </w:rPr>
        <w:t>48:45  by this formula, you can establish peace. This formula was adopted by Sufi people in these verse: sulh kull.</w:t>
      </w:r>
      <w:r>
        <w:br/>
      </w:r>
      <w:r>
        <w:rPr>
          <w:sz w:val="20"/>
        </w:rPr>
        <w:t>48:58  sulh kull means is a Persian word. You know, most literature of Sufi people is in Persian.</w:t>
      </w:r>
      <w:r>
        <w:br/>
      </w:r>
      <w:r>
        <w:rPr>
          <w:sz w:val="20"/>
        </w:rPr>
        <w:t>49:08  so sulh kull means peace with all, peace with all.</w:t>
      </w:r>
      <w:r>
        <w:br/>
      </w:r>
      <w:r>
        <w:rPr>
          <w:sz w:val="20"/>
        </w:rPr>
        <w:t>49:16  heer, peace means any no fighting, no war, no violence.</w:t>
      </w:r>
    </w:p>
    <w:p>
      <w:pPr>
        <w:pStyle w:val="Heading2"/>
      </w:pPr>
      <w:r>
        <w:t>Christians weep hearing the Quran recited to them</w:t>
      </w:r>
    </w:p>
    <w:p>
      <w:r>
        <w:rPr>
          <w:color w:val="666666"/>
          <w:sz w:val="18"/>
        </w:rPr>
        <w:t>Individual &amp; Society March 9, 2014 · 1m 06s · at 4:47 · https://youtu.be/v4WioeR_DD4?t=287</w:t>
      </w:r>
    </w:p>
    <w:p>
      <w:r>
        <w:rPr>
          <w:i/>
        </w:rPr>
        <w:t>“Nijran ke kuch Christians Madine aaye, Rasool se milay”</w:t>
      </w:r>
    </w:p>
    <w:p>
      <w:r>
        <w:rPr>
          <w:sz w:val="20"/>
        </w:rPr>
        <w:t>4:47  najran ke kuch isai madine mein aaye. ab woh rasool Allah salallahu alaihi wasallam se mile. aap ne un ko quran ki kuch ayatein sunayin.</w:t>
      </w:r>
      <w:r>
        <w:br/>
      </w:r>
      <w:r>
        <w:rPr>
          <w:sz w:val="20"/>
        </w:rPr>
        <w:t>5:00  toh ayat kehti hai ke jab unhone sunaya, jab unhone in ayaton ko suna toh un ki aankhein aansuon se beh parin.</w:t>
      </w:r>
      <w:r>
        <w:br/>
      </w:r>
      <w:r>
        <w:rPr>
          <w:sz w:val="20"/>
        </w:rPr>
        <w:t>5:11  un ki aankhon mein aansu jari ho gaye. kyunke is mein un ko marifat ho gayi sachai ki. dekhiye yeh kya hai?</w:t>
      </w:r>
      <w:r>
        <w:br/>
      </w:r>
      <w:r>
        <w:rPr>
          <w:sz w:val="20"/>
        </w:rPr>
        <w:t>5:21  yeh wohi toh hai yeh ke woh log prepared mind thay.</w:t>
      </w:r>
      <w:r>
        <w:br/>
      </w:r>
      <w:r>
        <w:rPr>
          <w:sz w:val="20"/>
        </w:rPr>
        <w:t>5:28  is liye jab quran ki ayatein suni unhone toh un ka mind trigger ho gaya. aankhon se aansu jari hona koi saada baat nahi hai.</w:t>
      </w:r>
      <w:r>
        <w:br/>
      </w:r>
      <w:r>
        <w:rPr>
          <w:sz w:val="20"/>
        </w:rPr>
        <w:t>5:39  aankhon se jari hona koi saada baat nahi hai. jab mind trigger ho jata hai. jab mind ke woh window khul jati hain jis mein marifat bhari hui hai.</w:t>
      </w:r>
    </w:p>
    <w:p>
      <w:pPr>
        <w:pStyle w:val="Heading2"/>
      </w:pPr>
      <w:r>
        <w:t>Wrong place for jihad</w:t>
      </w:r>
    </w:p>
    <w:p>
      <w:r>
        <w:rPr>
          <w:color w:val="666666"/>
          <w:sz w:val="18"/>
        </w:rPr>
        <w:t>Ikhwan-e-Rasool March 24, 2012 Maulana Wahiduddin Khan · 59s · at 12:22 · https://youtu.be/tu2SSg6Ykmg?t=742</w:t>
      </w:r>
    </w:p>
    <w:p>
      <w:r>
        <w:rPr>
          <w:i/>
        </w:rPr>
        <w:t>“Tum ghalat jagah jihad kar rahe ho”</w:t>
      </w:r>
    </w:p>
    <w:p>
      <w:r>
        <w:rPr>
          <w:sz w:val="20"/>
        </w:rPr>
        <w:t>12:22  jabke Quran mein saaf saaf wada hai ke ahl-e-iman ki madad zaroor karta hai Allah taala. to yeh ishara hai ke aye musalmanoun!</w:t>
      </w:r>
      <w:r>
        <w:br/>
      </w:r>
      <w:r>
        <w:rPr>
          <w:sz w:val="20"/>
        </w:rPr>
        <w:t>12:33  tum galat jagah,</w:t>
      </w:r>
      <w:r>
        <w:br/>
      </w:r>
      <w:r>
        <w:rPr>
          <w:sz w:val="20"/>
        </w:rPr>
        <w:t>12:37  galat jagah jihad kar rahe ho. wahan hamari madad aaye gi nahin tumhare liye. is ki misaal aisi hai jaise koi kisaan pathar par kheti kare.</w:t>
      </w:r>
      <w:r>
        <w:br/>
      </w:r>
      <w:r>
        <w:rPr>
          <w:sz w:val="20"/>
        </w:rPr>
        <w:t>12:49  aur do sau saal tak kheti karta rahe, wahan kuch na ugay.</w:t>
      </w:r>
      <w:r>
        <w:br/>
      </w:r>
      <w:r>
        <w:rPr>
          <w:sz w:val="20"/>
        </w:rPr>
        <w:t>12:53  to kya is ka matlab kya hoga? yeh nizaam-e-fitrat is ko khamosh zabaan mein yeh message de raha hoga ke aye kisaan!</w:t>
      </w:r>
      <w:r>
        <w:br/>
      </w:r>
      <w:r>
        <w:rPr>
          <w:sz w:val="20"/>
        </w:rPr>
        <w:t>13:03  tu galat jagah koshish kar raha hai, wahan ugay ga, yahan nahin ugne wala hai.</w:t>
      </w:r>
      <w:r>
        <w:br/>
      </w:r>
      <w:r>
        <w:rPr>
          <w:sz w:val="20"/>
        </w:rPr>
        <w:t>13:12  to hum ko bohat hi sanjeedgi se reconsider karna hai, reassess karna hai, phir se sochna hai.</w:t>
      </w:r>
    </w:p>
    <w:p>
      <w:pPr>
        <w:pStyle w:val="Heading2"/>
      </w:pPr>
      <w:r>
        <w:t>Hadith: a reviver comes every century for this faith</w:t>
      </w:r>
    </w:p>
    <w:p>
      <w:r>
        <w:rPr>
          <w:color w:val="666666"/>
          <w:sz w:val="18"/>
        </w:rPr>
        <w:t>Revival and Revivalist June 7, 2015 · 29s · at 0:45 · https://youtu.be/MCY8AJ87BXc?t=45</w:t>
      </w:r>
    </w:p>
    <w:p>
      <w:r>
        <w:rPr>
          <w:i/>
        </w:rPr>
        <w:t>“Allah will send a mujaddid at the head of every century”</w:t>
      </w:r>
    </w:p>
    <w:p>
      <w:r>
        <w:rPr>
          <w:sz w:val="20"/>
        </w:rPr>
        <w:t>0:45  ek hadith hai jo Abu Dawood mein aayi hai: "Inna yubassu lil ummati 'ala ra'si kulli baiti sanatin".</w:t>
      </w:r>
      <w:r>
        <w:br/>
      </w:r>
      <w:r>
        <w:rPr>
          <w:sz w:val="20"/>
        </w:rPr>
        <w:t>0:57  mein yujaddidu laha deenaha. Allah is ummat ke liye har sadi ke siray par ek mujaddid bhejega, jo is ke deen ki tajdeed karega.</w:t>
      </w:r>
    </w:p>
    <w:p>
      <w:pPr>
        <w:pStyle w:val="Heading2"/>
      </w:pPr>
      <w:r>
        <w:t>Universe demands peace not violence</w:t>
      </w:r>
    </w:p>
    <w:p>
      <w:r>
        <w:rPr>
          <w:color w:val="666666"/>
          <w:sz w:val="18"/>
        </w:rPr>
        <w:t>Peace is the Best Feb 24, 2019 Maulana Wahiduddin Khan · 44s · at 18:04 · https://youtu.be/_g-QEQwscFE?t=1084</w:t>
      </w:r>
    </w:p>
    <w:p>
      <w:r>
        <w:rPr>
          <w:i/>
        </w:rPr>
        <w:t>“To sari universe aise Musalmanon se keh rahi hai”</w:t>
      </w:r>
    </w:p>
    <w:p>
      <w:r>
        <w:rPr>
          <w:sz w:val="20"/>
        </w:rPr>
        <w:t>18:04  to sari universe aise musalmanon se keh rahi hai, "no sir,</w:t>
      </w:r>
      <w:r>
        <w:br/>
      </w:r>
      <w:r>
        <w:rPr>
          <w:sz w:val="20"/>
        </w:rPr>
        <w:t>18:11  peace." Musalman duniya ke mawaqe ko avail karne ke liye pathar, bam, tashaddud ki currency pesh pesh kar rahe hain.</w:t>
      </w:r>
      <w:r>
        <w:br/>
      </w:r>
      <w:r>
        <w:rPr>
          <w:sz w:val="20"/>
        </w:rPr>
        <w:t>18:28  pathar aur bam aur aur tashaddud ki currency pesh kar rahe hain. har ek khirki par use kaha jata hai ke "no sir, peace." currency of peace</w:t>
      </w:r>
      <w:r>
        <w:br/>
      </w:r>
      <w:r>
        <w:rPr>
          <w:sz w:val="20"/>
        </w:rPr>
        <w:t>18:42  . yeh hai masla India nahi balkeh dunya ke musalmanon ka.</w:t>
      </w:r>
    </w:p>
    <w:p>
      <w:pPr>
        <w:pStyle w:val="Heading2"/>
      </w:pPr>
      <w:r>
        <w:t>Re-engineering mind is deconditioning</w:t>
      </w:r>
    </w:p>
    <w:p>
      <w:r>
        <w:rPr>
          <w:color w:val="666666"/>
          <w:sz w:val="18"/>
        </w:rPr>
        <w:t>Maulana Wahiduddin Khan's Visit to United States Institute of Peace Washington DC | September, 2015 · 31s · at 42:39 · https://youtu.be/7pTlTONi9LY?t=2559</w:t>
      </w:r>
    </w:p>
    <w:p>
      <w:r>
        <w:rPr>
          <w:i/>
        </w:rPr>
        <w:t>“Re-engineering of mind means deconditioning of minds.”</w:t>
      </w:r>
    </w:p>
    <w:p>
      <w:r>
        <w:rPr>
          <w:sz w:val="20"/>
        </w:rPr>
        <w:t>42:39  Re-engineering of mind means deconditioning of minds.</w:t>
      </w:r>
      <w:r>
        <w:br/>
      </w:r>
      <w:r>
        <w:rPr>
          <w:sz w:val="20"/>
        </w:rPr>
        <w:t>42:45  People because everyone is born in a society.</w:t>
      </w:r>
      <w:r>
        <w:br/>
      </w:r>
      <w:r>
        <w:rPr>
          <w:sz w:val="20"/>
        </w:rPr>
        <w:t>42:51  And it is society that that conditions your mind.</w:t>
      </w:r>
      <w:r>
        <w:br/>
      </w:r>
      <w:r>
        <w:rPr>
          <w:sz w:val="20"/>
        </w:rPr>
        <w:t>42:58  Everyone becomes misconditioned, misconditioned or misconditioned.</w:t>
      </w:r>
      <w:r>
        <w:br/>
      </w:r>
      <w:r>
        <w:rPr>
          <w:sz w:val="20"/>
        </w:rPr>
        <w:t>43:04  So it is the first duty of educators to decondition their mind.</w:t>
      </w:r>
    </w:p>
    <w:p>
      <w:pPr>
        <w:pStyle w:val="Heading2"/>
      </w:pPr>
      <w:r>
        <w:t>Passport replaced sword for Islam</w:t>
      </w:r>
    </w:p>
    <w:p>
      <w:r>
        <w:rPr>
          <w:color w:val="666666"/>
          <w:sz w:val="18"/>
        </w:rPr>
        <w:t>The Age of Opportunity Explosion December 2, 2018 Maulana Wahiduddin Khan · 31s · at 26:03 · https://youtu.be/LqGWdCG81hc?t=1563</w:t>
      </w:r>
    </w:p>
    <w:p>
      <w:r>
        <w:rPr>
          <w:i/>
        </w:rPr>
        <w:t>“Today you need passport and visa in your pocket.”</w:t>
      </w:r>
    </w:p>
    <w:p>
      <w:r>
        <w:rPr>
          <w:sz w:val="20"/>
        </w:rPr>
        <w:t>26:03  aaj kya hai? aaj aap ke pocket mein passport aur visa hona chahiye. kaisi ajeeb tabdeeli aayi hai dunya mein ke pehle logon ko ek mulk se doosre mulk mein dakhil hone ke liye talwar honi chahiye thi.</w:t>
      </w:r>
      <w:r>
        <w:br/>
      </w:r>
      <w:r>
        <w:rPr>
          <w:sz w:val="20"/>
        </w:rPr>
        <w:t>26:22  aaj kya hai? aap ki jeeb mein passport aur visa hai to aap jahan chahein jaiye. aur jahan chahein ja kar ke aap Allah ke deen ko phailaiye.</w:t>
      </w:r>
    </w:p>
    <w:p>
      <w:pPr>
        <w:pStyle w:val="Heading2"/>
      </w:pPr>
      <w:r>
        <w:t>Checking your true intention before ruling</w:t>
      </w:r>
    </w:p>
    <w:p>
      <w:r>
        <w:rPr>
          <w:color w:val="666666"/>
          <w:sz w:val="18"/>
        </w:rPr>
        <w:t>Ijtihad February 25, 2007 Maulana Wahiduddin Khan · 29s · at 1:20:46 · https://youtu.be/JnD3L6F6-lw?t=4846</w:t>
      </w:r>
    </w:p>
    <w:p>
      <w:r>
        <w:rPr>
          <w:i/>
        </w:rPr>
        <w:t>“اپنے دل کو ٹٹولیے: کیا میں خدا کے حکم کو جاننا چاہتا ہوں؟”</w:t>
      </w:r>
    </w:p>
    <w:p>
      <w:r>
        <w:rPr>
          <w:sz w:val="20"/>
        </w:rPr>
        <w:t>1:20:46  in namal aamal binniyat aap apne dil ko tatoliye ke kya sach much meri niyat yeh hai ke main khuda aur rasool ke hukum ko janoon ya main apni desire ko justify karne ke liye khuda aur rasool ki baat dhoondh raha hoon jaise yeh jo tha yeh jo sawal apni baat ko jhoote tor par justify karne ke liye yeh sawal tha maaf kijiyega is ke peechay bad niyat hai achi niyat nahi hai</w:t>
      </w:r>
    </w:p>
    <w:p>
      <w:pPr>
        <w:pStyle w:val="Heading2"/>
      </w:pPr>
      <w:r>
        <w:t>Inflation excuse and personal experience</w:t>
      </w:r>
    </w:p>
    <w:p>
      <w:r>
        <w:rPr>
          <w:color w:val="666666"/>
          <w:sz w:val="18"/>
        </w:rPr>
        <w:t>Divine Management in History Q&amp;A - Maulana Wahiduddin Khan 7th April 2013 · 45s · at 0:36 · https://youtu.be/iWpZL-9HAx8?t=36</w:t>
      </w:r>
    </w:p>
    <w:p>
      <w:r>
        <w:rPr>
          <w:i/>
        </w:rPr>
        <w:t>“Dekhiye, main bhi isi duniya mein rehta hoon”</w:t>
      </w:r>
    </w:p>
    <w:p>
      <w:r>
        <w:rPr>
          <w:sz w:val="20"/>
        </w:rPr>
        <w:t>0:36  dekhiye, main bhi isi duniya mein rehta hoon, isi duniya mein jahan mehengai bahut zyada hai.</w:t>
      </w:r>
      <w:r>
        <w:br/>
      </w:r>
      <w:r>
        <w:rPr>
          <w:sz w:val="20"/>
        </w:rPr>
        <w:t>0:43  maine dono daur dekha hai.</w:t>
      </w:r>
      <w:r>
        <w:br/>
      </w:r>
      <w:r>
        <w:rPr>
          <w:sz w:val="20"/>
        </w:rPr>
        <w:t>0:46  azadi se pehle isi duniya mein</w:t>
      </w:r>
      <w:r>
        <w:br/>
      </w:r>
      <w:r>
        <w:rPr>
          <w:sz w:val="20"/>
        </w:rPr>
        <w:t>0:49  mehengai bilkul nahi thi.</w:t>
      </w:r>
      <w:r>
        <w:br/>
      </w:r>
      <w:r>
        <w:rPr>
          <w:sz w:val="20"/>
        </w:rPr>
        <w:t>0:54  mujhe ab tak yaad hai ek waqia ke Maulana Mujibullah Nadvi</w:t>
      </w:r>
      <w:r>
        <w:br/>
      </w:r>
      <w:r>
        <w:rPr>
          <w:sz w:val="20"/>
        </w:rPr>
        <w:t>0:59  ghar se, yaani</w:t>
      </w:r>
      <w:r>
        <w:br/>
      </w:r>
      <w:r>
        <w:rPr>
          <w:sz w:val="20"/>
        </w:rPr>
        <w:t>1:04  apne ghar walon ko bataye baghair, parhne ke liye Nadva aa gaye.</w:t>
      </w:r>
      <w:r>
        <w:br/>
      </w:r>
      <w:r>
        <w:rPr>
          <w:sz w:val="20"/>
        </w:rPr>
        <w:t>1:08  ghar wale Nadva ke khilaf the us zaman mein.</w:t>
      </w:r>
      <w:r>
        <w:br/>
      </w:r>
      <w:r>
        <w:rPr>
          <w:sz w:val="20"/>
        </w:rPr>
        <w:t>1:13  to unhone bataya ke ab sirf mere paas paanch rupye tha us waqt.</w:t>
      </w:r>
      <w:r>
        <w:br/>
      </w:r>
      <w:r>
        <w:rPr>
          <w:sz w:val="20"/>
        </w:rPr>
        <w:t>1:18  paanch rupye. aur unhone</w:t>
      </w:r>
    </w:p>
    <w:p>
      <w:pPr>
        <w:pStyle w:val="Heading2"/>
      </w:pPr>
      <w:r>
        <w:t>Task ahead is Dawa work</w:t>
      </w:r>
    </w:p>
    <w:p>
      <w:r>
        <w:rPr>
          <w:color w:val="666666"/>
          <w:sz w:val="18"/>
        </w:rPr>
        <w:t>From The Spiritual Tree May 30, 2007 · 27s · at 3:56 · https://youtu.be/vGj_dsCMv-M?t=236</w:t>
      </w:r>
    </w:p>
    <w:p>
      <w:r>
        <w:rPr>
          <w:i/>
        </w:rPr>
        <w:t>“What is the task ahead? That is Dawa work.”</w:t>
      </w:r>
    </w:p>
    <w:p>
      <w:r>
        <w:rPr>
          <w:sz w:val="20"/>
        </w:rPr>
        <w:t>3:56  What is the task ahead? That is Dawa work.</w:t>
      </w:r>
      <w:r>
        <w:br/>
      </w:r>
      <w:r>
        <w:rPr>
          <w:sz w:val="20"/>
        </w:rPr>
        <w:t>4:06  That is conveying the message of God to all mankind. That is to make people aware of the creation plan of God</w:t>
      </w:r>
    </w:p>
    <w:p>
      <w:pPr>
        <w:pStyle w:val="Heading2"/>
      </w:pPr>
      <w:r>
        <w:t>Question nahi to discovery nahi</w:t>
      </w:r>
    </w:p>
    <w:p>
      <w:r>
        <w:rPr>
          <w:color w:val="666666"/>
          <w:sz w:val="18"/>
        </w:rPr>
        <w:t>Art of Questioning | May 20, 2017 · 30s · at 3:18 · https://youtu.be/mTDFeXED7PA?t=198</w:t>
      </w:r>
    </w:p>
    <w:p>
      <w:r>
        <w:rPr>
          <w:i/>
        </w:rPr>
        <w:t>“Question nahi to discovery bhi nahi”</w:t>
      </w:r>
    </w:p>
    <w:p>
      <w:r>
        <w:rPr>
          <w:sz w:val="20"/>
        </w:rPr>
        <w:t>3:18  ek aadmi ke ye kya hai? samundar mein khari pani hai aur barish se milta hai to</w:t>
      </w:r>
      <w:r>
        <w:br/>
      </w:r>
      <w:r>
        <w:rPr>
          <w:sz w:val="20"/>
        </w:rPr>
        <w:t>3:23  meetha pani milta hai.</w:t>
      </w:r>
      <w:r>
        <w:br/>
      </w:r>
      <w:r>
        <w:rPr>
          <w:sz w:val="20"/>
        </w:rPr>
        <w:t>3:28  ye kya hai? There is question.</w:t>
      </w:r>
      <w:r>
        <w:br/>
      </w:r>
      <w:r>
        <w:rPr>
          <w:sz w:val="20"/>
        </w:rPr>
        <w:t>3:33  Question nahin to discovery bhi nahin.</w:t>
      </w:r>
      <w:r>
        <w:br/>
      </w:r>
      <w:r>
        <w:rPr>
          <w:sz w:val="20"/>
        </w:rPr>
        <w:t>3:38  question nahi to marifat bhi nahi.</w:t>
      </w:r>
      <w:r>
        <w:br/>
      </w:r>
      <w:r>
        <w:rPr>
          <w:sz w:val="20"/>
        </w:rPr>
        <w:t>3:43  jaise aaj mein subah sawal aaj subah mein soch raha tha ke khuda ke wajood ka saboot</w:t>
      </w:r>
    </w:p>
    <w:p>
      <w:pPr>
        <w:pStyle w:val="Heading2"/>
      </w:pPr>
      <w:r>
        <w:t>Keep patience for da'wah</w:t>
      </w:r>
    </w:p>
    <w:p>
      <w:r>
        <w:rPr>
          <w:color w:val="666666"/>
          <w:sz w:val="18"/>
        </w:rPr>
        <w:t>Da'i-Mad'u Relationship | Junuary 21, 2008 · 30s · at 16:59 · https://youtu.be/hLDRkE2Q0eM?t=1019</w:t>
      </w:r>
    </w:p>
    <w:p>
      <w:r>
        <w:rPr>
          <w:i/>
        </w:rPr>
        <w:t>“You have to keep patience for the sake of da'wah.”</w:t>
      </w:r>
    </w:p>
    <w:p>
      <w:r>
        <w:rPr>
          <w:sz w:val="20"/>
        </w:rPr>
        <w:t>16:59  wa li Rabbika fasbir. yaani daawa work karo aur aur apne Rab ke liye sabr karo. yaani keep patience for the sake of God. keep patience for the sake of daawa. kyunke jab aap daawa work karenge to aap ka daawa work jo hai, woh tauheed par base karta hai. oneness of God par base karta</w:t>
      </w:r>
    </w:p>
    <w:p>
      <w:pPr>
        <w:pStyle w:val="Heading2"/>
      </w:pPr>
      <w:r>
        <w:t>God as Creator versus everything else created</w:t>
      </w:r>
    </w:p>
    <w:p>
      <w:r>
        <w:rPr>
          <w:color w:val="666666"/>
          <w:sz w:val="18"/>
        </w:rPr>
        <w:t>Islam The Creator of the Modern Age October 17, 2021 Prof. Farida Khanam · 22s · at 2:24 · https://youtu.be/tMr3Dz35onU?t=144</w:t>
      </w:r>
    </w:p>
    <w:p>
      <w:r>
        <w:rPr>
          <w:i/>
        </w:rPr>
        <w:t>“Islam's biggest claim: God is Creator, all else created”</w:t>
      </w:r>
    </w:p>
    <w:p>
      <w:r>
        <w:rPr>
          <w:sz w:val="20"/>
        </w:rPr>
        <w:t>2:24  to jo sab se bari baat thi wo yeh ke islam ne bataya ke khuda jo hai wo khaliq hai aur baqi tamam cheezein makhlooq hain.</w:t>
      </w:r>
      <w:r>
        <w:br/>
      </w:r>
      <w:r>
        <w:rPr>
          <w:sz w:val="20"/>
        </w:rPr>
        <w:t>2:34  is se pehle kya tha ke insan har jo visible cheez hoti thi, numayan cheez hoti thi, prominent jo cheez hoti thi, us ki wo parastish karne lagta tha.</w:t>
      </w:r>
    </w:p>
    <w:p>
      <w:pPr>
        <w:pStyle w:val="Heading2"/>
      </w:pPr>
      <w:r>
        <w:t>this world is a test and every person carries a test paper</w:t>
      </w:r>
    </w:p>
    <w:p>
      <w:r>
        <w:rPr>
          <w:color w:val="666666"/>
          <w:sz w:val="18"/>
        </w:rPr>
        <w:t>Importance of Marriage January 31, 2014 · 25s · at 8:07 · https://youtu.be/hubJz4MyRn0?t=487</w:t>
      </w:r>
    </w:p>
    <w:p>
      <w:r>
        <w:rPr>
          <w:i/>
        </w:rPr>
        <w:t>“Yeh bahut hi serious baat hai”</w:t>
      </w:r>
    </w:p>
    <w:p>
      <w:r>
        <w:rPr>
          <w:sz w:val="20"/>
        </w:rPr>
        <w:t>8:07  yeh bohat hi serious baat hai.</w:t>
      </w:r>
      <w:r>
        <w:br/>
      </w:r>
      <w:r>
        <w:rPr>
          <w:sz w:val="20"/>
        </w:rPr>
        <w:t>8:11  is ko doosre angle se agar aap dekhein to hum yeh keh sakte hain ke insaan is duniya mein paida kiya gaya hai test ke liye.</w:t>
      </w:r>
      <w:r>
        <w:br/>
      </w:r>
      <w:r>
        <w:rPr>
          <w:sz w:val="20"/>
        </w:rPr>
        <w:t>8:21  yeh hum dunya daar imtehan hai aur har aadmi haalat imtehan mein hai. har aadmi ke paas ek test paper hai, har aadmi ke paas.</w:t>
      </w:r>
    </w:p>
    <w:p>
      <w:pPr>
        <w:pStyle w:val="Heading2"/>
      </w:pPr>
      <w:r>
        <w:t>science has become Islam's theology today</w:t>
      </w:r>
    </w:p>
    <w:p>
      <w:r>
        <w:rPr>
          <w:color w:val="666666"/>
          <w:sz w:val="18"/>
        </w:rPr>
        <w:t>Ilm-e-Kalaam Tajdeed-e-Deen Book by Maulana Wahiduddin Khan · 23s · at 18:13 · https://youtu.be/8OqRuoQaggk?t=1093</w:t>
      </w:r>
    </w:p>
    <w:p>
      <w:r>
        <w:rPr>
          <w:i/>
        </w:rPr>
        <w:t>“Shayad yeh kehna mubalgha na ho ke science aaj Islam ki theology ban chuki hai”</w:t>
      </w:r>
    </w:p>
    <w:p>
      <w:r>
        <w:rPr>
          <w:sz w:val="20"/>
        </w:rPr>
        <w:t>18:13  qadeem zamanay mein aisi maloomat hasil na theen jin se in isharat ko tafseeli andaaz mein samjha ja sake.</w:t>
      </w:r>
      <w:r>
        <w:br/>
      </w:r>
      <w:r>
        <w:rPr>
          <w:sz w:val="20"/>
        </w:rPr>
        <w:t>18:20  ab science ke irtaqa ne yeh mawad bari had tak jama kar diya hai. shayad yeh kehna mubalgha na ho ke science maujooda zamanay mein islam ki theology ban chuki hai.</w:t>
      </w:r>
      <w:r>
        <w:br/>
      </w:r>
      <w:r>
        <w:rPr>
          <w:sz w:val="20"/>
        </w:rPr>
        <w:t>18:31  taham is ko mudawwan karne ka kaam abhi baqi hai.</w:t>
      </w:r>
    </w:p>
    <w:p>
      <w:pPr>
        <w:pStyle w:val="Heading2"/>
      </w:pPr>
      <w:r>
        <w:t>No violent reaction to Babri verdict</w:t>
      </w:r>
    </w:p>
    <w:p>
      <w:r>
        <w:rPr>
          <w:color w:val="666666"/>
          <w:sz w:val="18"/>
        </w:rPr>
        <w:t>Why Violence 17 Nov 2019 - Maulana Wahiduddin Khan · 29s · at 26:01 · https://youtu.be/W8ybr-qO96c?t=1561</w:t>
      </w:r>
    </w:p>
    <w:p>
      <w:r>
        <w:rPr>
          <w:i/>
        </w:rPr>
        <w:t>“No violent reaction because that era is over”</w:t>
      </w:r>
    </w:p>
    <w:p>
      <w:r>
        <w:rPr>
          <w:sz w:val="20"/>
        </w:rPr>
        <w:t>26:01  to chunache Babri Masjid par itna bara faisla diya Supreme Court ne, lekin koi violent reaction nahi hua.</w:t>
      </w:r>
      <w:r>
        <w:br/>
      </w:r>
      <w:r>
        <w:rPr>
          <w:sz w:val="20"/>
        </w:rPr>
        <w:t>26:18  koi violent reaction logon ki taraf se nahi hua, kyunke woh daur hi khatam ho gaya.</w:t>
      </w:r>
    </w:p>
    <w:p>
      <w:pPr>
        <w:pStyle w:val="Heading2"/>
      </w:pPr>
      <w:r>
        <w:t>Religions don't conflict, communities do</w:t>
      </w:r>
    </w:p>
    <w:p>
      <w:r>
        <w:rPr>
          <w:color w:val="666666"/>
          <w:sz w:val="18"/>
        </w:rPr>
        <w:t>Islam Ideology, Team and Method October 09, 2011 · 48s · at 1:31:49 · https://youtu.be/zRilc1fG6c0?t=5509</w:t>
      </w:r>
    </w:p>
    <w:p>
      <w:r>
        <w:rPr>
          <w:i/>
        </w:rPr>
        <w:t>“Muslims, Christians, Jews sab 'Amin' bolte hain, phir conflict kyun?”</w:t>
      </w:r>
    </w:p>
    <w:p>
      <w:r>
        <w:rPr>
          <w:sz w:val="20"/>
        </w:rPr>
        <w:t>1:31:49  mr udhay kumar ne delhi se likha hai: "maulana sahib, why muslims, christians and jews all receive the word amen, whereas all these three religions are at conflict with each other?" religion nahi hai, communities hain.</w:t>
      </w:r>
      <w:r>
        <w:br/>
      </w:r>
      <w:r>
        <w:rPr>
          <w:sz w:val="20"/>
        </w:rPr>
        <w:t>1:32:10  aap religion ka lafz na bolen, community ka lafz bolen. community to ek hi community, aap aapas mein ladti rehti hain. aapas mein</w:t>
      </w:r>
      <w:r>
        <w:br/>
      </w:r>
      <w:r>
        <w:rPr>
          <w:sz w:val="20"/>
        </w:rPr>
        <w:t>1:32:17  sab, chahe hindu hon, chahe muslim hon, chahe koi bhi community, aapas mein ladte rehte hain sab log. to woh ideology alag cheez hai.</w:t>
      </w:r>
      <w:r>
        <w:br/>
      </w:r>
      <w:r>
        <w:rPr>
          <w:sz w:val="20"/>
        </w:rPr>
        <w:t>1:32:26  ideology mein nahi takrao hota hai, communities mein takrao hota hai. ghalti se log is ko religion ka naam de dete hain.</w:t>
      </w:r>
    </w:p>
    <w:p>
      <w:pPr>
        <w:pStyle w:val="Heading2"/>
      </w:pPr>
      <w:r>
        <w:t>Follow one and respect all</w:t>
      </w:r>
    </w:p>
    <w:p>
      <w:r>
        <w:rPr>
          <w:color w:val="666666"/>
          <w:sz w:val="18"/>
        </w:rPr>
        <w:t>Living in Peace and Harmony in a Multicultural World | February 9, 2016 Full · 30s · at 20:36 · https://youtu.be/jRR83pRA6QU?t=1236</w:t>
      </w:r>
    </w:p>
    <w:p>
      <w:r>
        <w:rPr>
          <w:i/>
        </w:rPr>
        <w:t>“Lil yahoodi deenun wa lil muslimeena deen”</w:t>
      </w:r>
    </w:p>
    <w:p>
      <w:r>
        <w:rPr>
          <w:sz w:val="20"/>
        </w:rPr>
        <w:t>20:36  , Madina Declaration.</w:t>
      </w:r>
      <w:r>
        <w:br/>
      </w:r>
      <w:r>
        <w:rPr>
          <w:sz w:val="20"/>
        </w:rPr>
        <w:t>20:41  is charter mein ek clause thi ke lil yahudi deen wa lil muslimeen deen Yahud ke liye Yahud ka deen, Musalman</w:t>
      </w:r>
      <w:r>
        <w:br/>
      </w:r>
      <w:r>
        <w:rPr>
          <w:sz w:val="20"/>
        </w:rPr>
        <w:t>20:47  ke liye Musalman ka deen.</w:t>
      </w:r>
      <w:r>
        <w:br/>
      </w:r>
      <w:r>
        <w:rPr>
          <w:sz w:val="20"/>
        </w:rPr>
        <w:t>20:52  Yeh wohi principle hai jo Quran mein hai: lakum deen wa liya deen. Is ka matlab kya hai? Is</w:t>
      </w:r>
      <w:r>
        <w:br/>
      </w:r>
      <w:r>
        <w:rPr>
          <w:sz w:val="20"/>
        </w:rPr>
        <w:t>20:57  ka matlab ye hai ke follow one and respect all.</w:t>
      </w:r>
      <w:r>
        <w:br/>
      </w:r>
      <w:r>
        <w:rPr>
          <w:sz w:val="20"/>
        </w:rPr>
        <w:t>21:02  bari simple formula.</w:t>
      </w:r>
    </w:p>
    <w:p>
      <w:pPr>
        <w:pStyle w:val="Heading2"/>
      </w:pPr>
      <w:r>
        <w:t>Indian philosophy summarized as zero</w:t>
      </w:r>
    </w:p>
    <w:p>
      <w:r>
        <w:rPr>
          <w:color w:val="666666"/>
          <w:sz w:val="18"/>
        </w:rPr>
        <w:t>Peace of Mind April 19, 2015 · 37s · at 1:54 · https://youtu.be/nYvd93Af2YI?t=114</w:t>
      </w:r>
    </w:p>
    <w:p>
      <w:r>
        <w:rPr>
          <w:i/>
        </w:rPr>
        <w:t>“Mujhe ek waqea yaad aata hai”</w:t>
      </w:r>
    </w:p>
    <w:p>
      <w:r>
        <w:rPr>
          <w:sz w:val="20"/>
        </w:rPr>
        <w:t>1:54  mujhe aik waqea yaad aata hai ke Swami Vivekanand aik martaba kisi conference mein thay.</w:t>
      </w:r>
      <w:r>
        <w:br/>
      </w:r>
      <w:r>
        <w:rPr>
          <w:sz w:val="20"/>
        </w:rPr>
        <w:t>2:08  to un se poocha gaya ke Indian philosophy ka khulasa kya hai? to wahan black board tha, black board par unhon ne aik bohat bara zero laga diya.</w:t>
      </w:r>
      <w:r>
        <w:br/>
      </w:r>
      <w:r>
        <w:rPr>
          <w:sz w:val="20"/>
        </w:rPr>
        <w:t>2:21  zero likh diya. ke Indian philosophy ka khulasa hai zero.</w:t>
      </w:r>
    </w:p>
    <w:p>
      <w:pPr>
        <w:pStyle w:val="Heading2"/>
      </w:pPr>
      <w:r>
        <w:t>The mark of a true CPS member: relentless positivity</w:t>
      </w:r>
    </w:p>
    <w:p>
      <w:r>
        <w:rPr>
          <w:color w:val="666666"/>
          <w:sz w:val="18"/>
        </w:rPr>
        <w:t>Conveying The Message of God November 27, 2022 · 26s · at 14:43 · https://youtu.be/1MUWodugLKU?t=883</w:t>
      </w:r>
    </w:p>
    <w:p>
      <w:r>
        <w:rPr>
          <w:i/>
        </w:rPr>
        <w:t>“Sajid only spoke positive — everywhere is opportunity, opportunity”</w:t>
      </w:r>
    </w:p>
    <w:p>
      <w:r>
        <w:rPr>
          <w:sz w:val="20"/>
        </w:rPr>
        <w:t>14:43  Saajid bhai ne sirf positive baat kari hai ke wahan opportunities hi opportunities hain and we should avail those opportunities. Toh yeh ek ek true CPS member ki pehchan hai Masha Allah Saajid bhai. That's wonderful to hear those words. Toh Saajid bhai agla sawal yahi aata hai ke aap ne kaha ke opportunities bohat hain. Toh kaise in opportunities ko UAE ki CPS team avail kar rahi hai?</w:t>
      </w:r>
      <w:r>
        <w:br/>
      </w:r>
      <w:r>
        <w:rPr>
          <w:sz w:val="20"/>
        </w:rPr>
        <w:t>15:09  Iske bare mein bhi bataein aur logon ko bhi ek idea milta hai ke woh kaise usi best practice ko apne area mein, apni situation ke hisab se phir woh relate kar sakte hain aur usko implement kar sakte hain. Toh thoda sa bataiye ke kaise avail kar rahi hai CPS, UAE team in opportunities ko? Ji, yeh bohat acha question hai Arvaddillah kyunke UAE bohat cheezon mein unique hai toh UAE ki ek uniqueness yeh bhi hai ke wahan jo cities hain woh door door hain.</w:t>
      </w:r>
    </w:p>
    <w:p>
      <w:pPr>
        <w:pStyle w:val="Heading2"/>
      </w:pPr>
      <w:r>
        <w:t>Trinity explained by Christian professor</w:t>
      </w:r>
    </w:p>
    <w:p>
      <w:r>
        <w:rPr>
          <w:color w:val="666666"/>
          <w:sz w:val="18"/>
        </w:rPr>
        <w:t>Dawat ke Tajarbat - Maulana Wahiduddin Khan · 42s · at 5:58 · https://youtu.be/gFtAj-BOZHg?t=358</w:t>
      </w:r>
    </w:p>
    <w:p>
      <w:r>
        <w:rPr>
          <w:i/>
        </w:rPr>
        <w:t>“Meri ladki Dr. Farida Khalm ne bataya”</w:t>
      </w:r>
    </w:p>
    <w:p>
      <w:r>
        <w:rPr>
          <w:sz w:val="20"/>
        </w:rPr>
        <w:t>5:58  meri larki doctor farida khalim ne bataya ke jab woh dehli university mein english literature se m.a. kar rahi theen to aik bar kisi kitab mein taslees ka zikr aya.</w:t>
      </w:r>
      <w:r>
        <w:br/>
      </w:r>
      <w:r>
        <w:rPr>
          <w:sz w:val="20"/>
        </w:rPr>
        <w:t>6:09  unhon ne apne maseehi ustad professor george se poocha ke taslees ke aqeeday ka matlab kya hai. isai professor ne kuch dair socha, is ke baad kaha ke agar tum poocho to main nahi janta aur agar tum na poocho to main janta hoon.</w:t>
      </w:r>
      <w:r>
        <w:br/>
      </w:r>
      <w:r>
        <w:rPr>
          <w:sz w:val="20"/>
        </w:rPr>
        <w:t>6:26  if you ask me i do not know.</w:t>
      </w:r>
      <w:r>
        <w:br/>
      </w:r>
      <w:r>
        <w:rPr>
          <w:sz w:val="20"/>
        </w:rPr>
        <w:t>6:29  if you do not ask me i know. raiman panigar ne doosre mauqe par bataya ke ispain mein islam ke mutaliq naya rujhan paida hua hai.</w:t>
      </w:r>
    </w:p>
    <w:p>
      <w:pPr>
        <w:pStyle w:val="Heading2"/>
      </w:pPr>
      <w:r>
        <w:t>Quranic verses: peace is best, Allah calls to it</w:t>
      </w:r>
    </w:p>
    <w:p>
      <w:r>
        <w:rPr>
          <w:color w:val="666666"/>
          <w:sz w:val="18"/>
        </w:rPr>
        <w:t>Importance of Peace December 16, 2012 · 41s · at 5:00 · https://youtu.be/nymyorYyEz4?t=300</w:t>
      </w:r>
    </w:p>
    <w:p>
      <w:r>
        <w:rPr>
          <w:i/>
        </w:rPr>
        <w:t>“As-sulhu khair — peace is the best”</w:t>
      </w:r>
    </w:p>
    <w:p>
      <w:r>
        <w:rPr>
          <w:sz w:val="20"/>
        </w:rPr>
        <w:t>5:00  Quran mein hai ke "al-sulhu khair" . peace is the best.</w:t>
      </w:r>
      <w:r>
        <w:br/>
      </w:r>
      <w:r>
        <w:rPr>
          <w:sz w:val="20"/>
        </w:rPr>
        <w:t>5:07  isi tarah Quran mein hai ke Surah Yunus mein</w:t>
      </w:r>
      <w:r>
        <w:br/>
      </w:r>
      <w:r>
        <w:rPr>
          <w:sz w:val="20"/>
        </w:rPr>
        <w:t>5:16  "wallahu yad'u ila daris-salam" . Allah bulata hai aman ke ghar ki taraf. is ka matlab kya hai?</w:t>
      </w:r>
      <w:r>
        <w:br/>
      </w:r>
      <w:r>
        <w:rPr>
          <w:sz w:val="20"/>
        </w:rPr>
        <w:t>5:26  is ka matlab hai ke Allah taala ko jo sab se zyada</w:t>
      </w:r>
      <w:r>
        <w:br/>
      </w:r>
      <w:r>
        <w:rPr>
          <w:sz w:val="20"/>
        </w:rPr>
        <w:t>5:32  pasandeeda cheez hai, woh hai peaceful society. peaceful society.</w:t>
      </w:r>
    </w:p>
    <w:p>
      <w:pPr>
        <w:pStyle w:val="Heading2"/>
      </w:pPr>
      <w:r>
        <w:t>children only learn what parents actually embody</w:t>
      </w:r>
    </w:p>
    <w:p>
      <w:r>
        <w:rPr>
          <w:color w:val="666666"/>
          <w:sz w:val="18"/>
        </w:rPr>
        <w:t>Ghar Aek Taleem Gaah CPS Women Article Discussion 21 June 11, 2023 · 1m 08s · at 55:06 · https://youtu.be/EK-bR9q2TpA?t=3306</w:t>
      </w:r>
    </w:p>
    <w:p>
      <w:r>
        <w:rPr>
          <w:i/>
        </w:rPr>
        <w:t>“Agar bachche seekh nahi paa rahe, matlab wo aapke andar nahi hai”</w:t>
      </w:r>
    </w:p>
    <w:p>
      <w:r>
        <w:rPr>
          <w:sz w:val="20"/>
        </w:rPr>
        <w:t>55:06  aur agar uske baad phir alag ek point se Maulana kehte hain ke agar aap jo cheez apne</w:t>
      </w:r>
      <w:r>
        <w:br/>
      </w:r>
      <w:r>
        <w:rPr>
          <w:sz w:val="20"/>
        </w:rPr>
        <w:t>55:11  bachchon ko sikha rahe hain aur woh activities woh nahi seekh pa rahe hain.</w:t>
      </w:r>
      <w:r>
        <w:br/>
      </w:r>
      <w:r>
        <w:rPr>
          <w:sz w:val="20"/>
        </w:rPr>
        <w:t>55:16  It means ke woh activities aapke andar nahi hai.</w:t>
      </w:r>
      <w:r>
        <w:br/>
      </w:r>
      <w:r>
        <w:rPr>
          <w:sz w:val="20"/>
        </w:rPr>
        <w:t>55:22  is liye woh aap se copy nahi kar pa rahe kyunke bachchon ki jo first thing hoti hai woh</w:t>
      </w:r>
      <w:r>
        <w:br/>
      </w:r>
      <w:r>
        <w:rPr>
          <w:sz w:val="20"/>
        </w:rPr>
        <w:t>55:27  hoti hai copy karna.</w:t>
      </w:r>
      <w:r>
        <w:br/>
      </w:r>
      <w:r>
        <w:rPr>
          <w:sz w:val="20"/>
        </w:rPr>
        <w:t>55:32  warna hamesha kehte hain ke jab aapse koi insaan milta hai to pehle aapki personality se milta hai.</w:t>
      </w:r>
      <w:r>
        <w:br/>
      </w:r>
      <w:r>
        <w:rPr>
          <w:sz w:val="20"/>
        </w:rPr>
        <w:t>55:38  to aap kehte hain usse milta hai.</w:t>
      </w:r>
      <w:r>
        <w:br/>
      </w:r>
      <w:r>
        <w:rPr>
          <w:sz w:val="20"/>
        </w:rPr>
        <w:t>55:43  to bohat important dekhiye maa baap ko apni personality waise hai</w:t>
      </w:r>
      <w:r>
        <w:br/>
      </w:r>
      <w:r>
        <w:rPr>
          <w:sz w:val="20"/>
        </w:rPr>
        <w:t>55:49  arre mujhe matlab lag raha hai jaise bahut saare point chhoot gaye kyunki Maulana saal mein auraton ke upar itna likha hai aur itne achhe achhe unke article hain is par. toh session bahut chhota laga. toh jaise ek cheez aur main yeh bataun ki aurat kya jahan sabse aadha Maulana sahab kehte hain susraali mein hota hai. maike mein woh khoni rishte ke saath rehti hai aur jab susraal mein jaati hai wahan par koi problem nahi hoti usko.</w:t>
      </w:r>
      <w:r>
        <w:br/>
      </w:r>
      <w:r>
        <w:rPr>
          <w:sz w:val="20"/>
        </w:rPr>
        <w:t>56:14  lekin yeh jab wahi ladki jab apne susraal jaati hai toh masle masle ka ek majun ban jaati hai. toh yeh cheez kya hai tarbiyat har cheez mein tarbiyat ka hi woh hai ek company mein agar koi job leni hai toh aadmi apni tarbiyat education kisi aur cheez ka le aur jaaye kisi bank mein kisi aur cheez ka le aur jaaye kisi aur cheez ke job mein toh woh wahan fit nahi baithega na?</w:t>
      </w:r>
    </w:p>
    <w:p>
      <w:pPr>
        <w:pStyle w:val="Heading2"/>
      </w:pPr>
      <w:r>
        <w:t>Gandhi and Tilak read opposite lessons into Gita</w:t>
      </w:r>
    </w:p>
    <w:p>
      <w:r>
        <w:rPr>
          <w:color w:val="666666"/>
          <w:sz w:val="18"/>
        </w:rPr>
        <w:t>From Political Empire to Opportunity Empire, Jan 3, 2010 · 32s · at 15:08 · https://youtu.be/beXYK7vtZ04?t=908</w:t>
      </w:r>
    </w:p>
    <w:p>
      <w:r>
        <w:rPr>
          <w:i/>
        </w:rPr>
        <w:t>“یہ دوسرے لوگوں میں بھی ہے، جیسے گیتا کو لیجئے”</w:t>
      </w:r>
    </w:p>
    <w:p>
      <w:r>
        <w:rPr>
          <w:sz w:val="20"/>
        </w:rPr>
        <w:t>15:08  yeh doosre logon mein bhi hai, jaise geeta ko lijiye. aap ghazi ka mind tha peaceful, to unhon ne quran mein geeta se nikal liya peaceful method nikal liya.</w:t>
      </w:r>
      <w:r>
        <w:br/>
      </w:r>
      <w:r>
        <w:rPr>
          <w:sz w:val="20"/>
        </w:rPr>
        <w:t>15:18  tilak ka mind tha doosra, to unhon ne is mein violence nikal liya.</w:t>
      </w:r>
      <w:r>
        <w:br/>
      </w:r>
      <w:r>
        <w:rPr>
          <w:sz w:val="20"/>
        </w:rPr>
        <w:t>15:23  yani tilak ko geeta mein violence mila, violent method, aur ghazi ko usi waqt peaceful method mila. yahi musalmanon ka haal hai. har aadmi ka apna bana hua mind us ko toarta nahin hai. aadmi first of all, you have to decondition your mind.</w:t>
      </w:r>
    </w:p>
    <w:p>
      <w:pPr>
        <w:pStyle w:val="Heading2"/>
      </w:pPr>
      <w:r>
        <w:t>In God's eyes only intention counts, not age or status</w:t>
      </w:r>
    </w:p>
    <w:p>
      <w:r>
        <w:rPr>
          <w:color w:val="666666"/>
          <w:sz w:val="18"/>
        </w:rPr>
        <w:t>CPS Women Interaction 2 February 27, 2022 · 59s · at 48:36 · https://youtu.be/cHWQVJ_3at0?t=2916</w:t>
      </w:r>
    </w:p>
    <w:p>
      <w:r>
        <w:rPr>
          <w:i/>
        </w:rPr>
        <w:t>“अल्लाह के यहां असल चीज़ intention count होती है”</w:t>
      </w:r>
    </w:p>
    <w:p>
      <w:r>
        <w:rPr>
          <w:sz w:val="20"/>
        </w:rPr>
        <w:t>48:36  molana sahib mamuli mamool log, kam umar ke logon ko itni izzat ke saath naam lete the. To har ek ki izzat barabar hai. Koi chhota bota aise koi fark nahi padta. Allah ke yahan asal cheez intention count hoti hai.</w:t>
      </w:r>
      <w:r>
        <w:br/>
      </w:r>
      <w:r>
        <w:rPr>
          <w:sz w:val="20"/>
        </w:rPr>
        <w:t>49:03  aapka intention bilkul sahi hona chahiye allah ke liye kaam karte rahiye, allah ki madad milti rahegi.</w:t>
      </w:r>
      <w:r>
        <w:br/>
      </w:r>
      <w:r>
        <w:rPr>
          <w:sz w:val="20"/>
        </w:rPr>
        <w:t>49:08  ek din mein to personality banti nahin.</w:t>
      </w:r>
      <w:r>
        <w:br/>
      </w:r>
      <w:r>
        <w:rPr>
          <w:sz w:val="20"/>
        </w:rPr>
        <w:t>49:13  ab maulana sahab ki bhi koi ek din mein thodi bani thi na vah to sattar baras to</w:t>
      </w:r>
      <w:r>
        <w:br/>
      </w:r>
      <w:r>
        <w:rPr>
          <w:sz w:val="20"/>
        </w:rPr>
        <w:t>49:19  unhonne actively kaam kiya.</w:t>
      </w:r>
      <w:r>
        <w:br/>
      </w:r>
      <w:r>
        <w:rPr>
          <w:sz w:val="20"/>
        </w:rPr>
        <w:t>49:24  sattar baras, pachahattar baras dhire dhire dhire dhire jab CPS bana bana tha to us vakt unki umr</w:t>
      </w:r>
      <w:r>
        <w:br/>
      </w:r>
      <w:r>
        <w:rPr>
          <w:sz w:val="20"/>
        </w:rPr>
        <w:t>49:29  mein yah 75 hai aise hi kuchh thi. haan, 75. ji.</w:t>
      </w:r>
      <w:r>
        <w:br/>
      </w:r>
      <w:r>
        <w:rPr>
          <w:sz w:val="20"/>
        </w:rPr>
        <w:t>49:35  bahut sahi laga aapse baat karke. ji main sadhiya ko ek line bolna chahti hoon jo molana ne mujhse kaha tha jab maine unse pehli baar baat ki thi unhone apa ko farida apa ko phone kiya tha aur maine farida apa ke through molana se pehli baar jo maine baat kiya aur maine apni woh helplessness zahir kiya to unhone mujhse yahi kaha tha. ek line sirf unhone kaha tha aur meri puri zindagi maine meri change ho gayi. Where there is will, there is way.</w:t>
      </w:r>
    </w:p>
    <w:p>
      <w:pPr>
        <w:pStyle w:val="Heading2"/>
      </w:pPr>
      <w:r>
        <w:t>Ummat Marhumah means protected Ummah</w:t>
      </w:r>
    </w:p>
    <w:p>
      <w:r>
        <w:rPr>
          <w:color w:val="666666"/>
          <w:sz w:val="18"/>
        </w:rPr>
        <w:t>Explanation of Oppression and Injustice October 28, 2018 · 19s · at 5:27 · https://youtu.be/y3KMnFVdmQ8?t=327</w:t>
      </w:r>
    </w:p>
    <w:p>
      <w:r>
        <w:rPr>
          <w:i/>
        </w:rPr>
        <w:t>“Ummat Marhumah ka lafz Ummat Mahfuzah ke maani mein hai”</w:t>
      </w:r>
    </w:p>
    <w:p>
      <w:r>
        <w:rPr>
          <w:sz w:val="20"/>
        </w:rPr>
        <w:t>5:27  Ghaur karne ke baad main jis nateeje par pahuncha hoon woh yeh hai ke is mein ummat-e-marhooma ka jo lafz hai woh ummat-e-mahfoozah ke ma'ni mein hai.</w:t>
      </w:r>
    </w:p>
    <w:p>
      <w:pPr>
        <w:pStyle w:val="Heading2"/>
      </w:pPr>
      <w:r>
        <w:t>your value lies in your excellence, become needed</w:t>
      </w:r>
    </w:p>
    <w:p>
      <w:r>
        <w:rPr>
          <w:color w:val="666666"/>
          <w:sz w:val="18"/>
        </w:rPr>
        <w:t>Communal Harmony October 16, 2022 · 41s · at 41:56 · https://youtu.be/Ob4BVozf3KY?t=2516</w:t>
      </w:r>
    </w:p>
    <w:p>
      <w:r>
        <w:rPr>
          <w:i/>
        </w:rPr>
        <w:t>“Value of a person lies in his excellence”</w:t>
      </w:r>
    </w:p>
    <w:p>
      <w:r>
        <w:rPr>
          <w:sz w:val="20"/>
        </w:rPr>
        <w:t>41:56  yes daur hai. To Hazrat Ali ka call bhi hai ke value of a person lies in his excellence. So agar Maulana ne phir kaha ke agar aap doosre ki zaroorat ban jayen, to woh kabhi bhi aap ko nahi chhodega.</w:t>
      </w:r>
      <w:r>
        <w:br/>
      </w:r>
      <w:r>
        <w:rPr>
          <w:sz w:val="20"/>
        </w:rPr>
        <w:t>42:10  so you have to realize that, that in the present world, jaise apa ne kaha ke hamari ek advantageous posi</w:t>
      </w:r>
      <w:r>
        <w:br/>
      </w:r>
      <w:r>
        <w:rPr>
          <w:sz w:val="20"/>
        </w:rPr>
        <w:t>42:19  tion hai. So if we focus on developing our self, in making our self value asset to the society, to automatically aap ko jo samaj hai aur jo doosre faith ke log hain, woh aap ko bahut zyada pasand karenge, accept karenge.</w:t>
      </w:r>
    </w:p>
    <w:p>
      <w:pPr>
        <w:pStyle w:val="Heading2"/>
      </w:pPr>
      <w:r>
        <w:t>Only violence is forbidden in today's open world</w:t>
      </w:r>
    </w:p>
    <w:p>
      <w:r>
        <w:rPr>
          <w:color w:val="666666"/>
          <w:sz w:val="18"/>
        </w:rPr>
        <w:t>Islam and Violence October 12, 2014 · 29s · at 41:48 · https://youtu.be/KmpXYZjPlj8?t=2508</w:t>
      </w:r>
    </w:p>
    <w:p>
      <w:r>
        <w:rPr>
          <w:i/>
        </w:rPr>
        <w:t>“Is zamane mein sirf ek cheez lawful nahi: violence”</w:t>
      </w:r>
    </w:p>
    <w:p>
      <w:r>
        <w:rPr>
          <w:sz w:val="20"/>
        </w:rPr>
        <w:t>41:48  is zamane mein yaad rakhiye, ek hi cheez hai jo lawful nahin hai, ab woh hai violence.</w:t>
      </w:r>
      <w:r>
        <w:br/>
      </w:r>
      <w:r>
        <w:rPr>
          <w:sz w:val="20"/>
        </w:rPr>
        <w:t>41:59  violence ke siwa jitni bhi cheezein hain, sab lawful hain.</w:t>
      </w:r>
      <w:r>
        <w:br/>
      </w:r>
      <w:r>
        <w:rPr>
          <w:sz w:val="20"/>
        </w:rPr>
        <w:t>42:04  aap da'wah dein, tableegh karein, literature phailayen, quran phailayen, islam ke naam par aap meeting karein, kuch bhi karein, peaceful tareeqe se, is par koi rukawat nahin hai.</w:t>
      </w:r>
    </w:p>
    <w:p>
      <w:pPr>
        <w:pStyle w:val="Heading2"/>
      </w:pPr>
      <w:r>
        <w:t>Hadith: clever men outwitted by scheming women</w:t>
      </w:r>
    </w:p>
    <w:p>
      <w:r>
        <w:rPr>
          <w:color w:val="666666"/>
          <w:sz w:val="18"/>
        </w:rPr>
        <w:t>The Qualities Of God-Fearing Women CPS Women Discussion July 23, 2023 · 54s · at 5:05 · https://youtu.be/YfKcwP5Flp8?t=305</w:t>
      </w:r>
    </w:p>
    <w:p>
      <w:r>
        <w:rPr>
          <w:i/>
        </w:rPr>
        <w:t>“Maine kisi ko nahi dekha jo aqal mein kam ho”</w:t>
      </w:r>
    </w:p>
    <w:p>
      <w:r>
        <w:rPr>
          <w:sz w:val="20"/>
        </w:rPr>
        <w:t>5:05  Maine kisi ko nahi dekha jo aqal aur deen mein kam hone ke bawajood woh kisi danishmand aadmi ki aqal ko is tarah kha jaaye. Jis tarah tum auraton mein se koi aurat kisi mard ki aqal kha jaati hai. Toh yeh Maulana Sahab dekhte hi hai yeh koi aisi alag se ek aurat nahi hai jo saari saari auratein aisi nahi hoti hain. Jo Khuda ka dar lagti hain woh is tarah ka kaam nahi karti hain.</w:t>
      </w:r>
      <w:r>
        <w:br/>
      </w:r>
      <w:r>
        <w:rPr>
          <w:sz w:val="20"/>
        </w:rPr>
        <w:t>5:31  Toh jo aurat gairat nahi rakhti yeh aurat woh hai jiski khudgarzi uske insaaf ke jazbe par ghalib aa jaaye. Woh mard koi aurat yeh kaam apni haqeer faayde ke liye karti hai.</w:t>
      </w:r>
      <w:r>
        <w:br/>
      </w:r>
      <w:r>
        <w:rPr>
          <w:sz w:val="20"/>
        </w:rPr>
        <w:t>5:59  Woh mard ke zehan ko khamoshi ke saath mutasir karti rehti hai. Yahan tak ki mard bhi shoori ya ghaishori taur par uske haqeer faayde mein uske saath shareek ho jaata hai. Woh Khuda ki taraf se behtareen aqal lekar paida hota hai. Woh ilm amal ki duniya mein bade bade kaarname anjaam de sakta hai magar aurat ke fareb mein aakar uske andar zehni tarraqi ka amal ruk jaata hai.</w:t>
      </w:r>
    </w:p>
    <w:p>
      <w:pPr>
        <w:pStyle w:val="Heading2"/>
      </w:pPr>
      <w:r>
        <w:t>Maulana's extreme humility, comparing himself to a sweeper</w:t>
      </w:r>
    </w:p>
    <w:p>
      <w:r>
        <w:rPr>
          <w:color w:val="666666"/>
          <w:sz w:val="18"/>
        </w:rPr>
        <w:t>CPS Women Monthly Interaction 9 September 25, 2022 · 29s · at 24:54 · https://youtu.be/JCCpV6DcC-c?t=1494</w:t>
      </w:r>
    </w:p>
    <w:p>
      <w:r>
        <w:rPr>
          <w:i/>
        </w:rPr>
        <w:t>“Main isse bhi kam apne aap ko samajhta hoon”</w:t>
      </w:r>
    </w:p>
    <w:p>
      <w:r>
        <w:rPr>
          <w:sz w:val="20"/>
        </w:rPr>
        <w:t>24:54  agar hum apne ko kuch samjhe hi nahin to hum kyun negative honge? to Maulana apne ko kuch bhi nahin samajhte the. hamare yahan jo safai karti thi na. haan. kehte the main isse bhi kam apne aap ko samajhta hoon. woh kitni achhi safai kar rahi hai main aisa kaam nahin kar sakta. to main isse bhi apne ko kam woh to keh rahe the main chhoti se bhi apne ko kam samajhta hoon. to jo apne ko chhoti se bhi kam samjhega agar usko koi kuch bura bhala keh deta hai to woh gussa aayega hi nahin usko.</w:t>
      </w:r>
      <w:r>
        <w:br/>
      </w:r>
      <w:r>
        <w:rPr>
          <w:sz w:val="20"/>
        </w:rPr>
        <w:t>25:23  hum apne ko kuch samajh rahe hain na isliye hum negative hote hain to yeh to khatam karna hai.</w:t>
      </w:r>
    </w:p>
    <w:p>
      <w:pPr>
        <w:pStyle w:val="Heading2"/>
      </w:pPr>
      <w:r>
        <w:t>No need for jihad now</w:t>
      </w:r>
    </w:p>
    <w:p>
      <w:r>
        <w:rPr>
          <w:color w:val="666666"/>
          <w:sz w:val="18"/>
        </w:rPr>
        <w:t>How to Decondition One's Mind December 27, 2009 Maulana Wahiduddin Khan · 1m 35s · at 49:08 · https://youtu.be/Hisjf1BPTes?t=2948</w:t>
      </w:r>
    </w:p>
    <w:p>
      <w:r>
        <w:rPr>
          <w:i/>
        </w:rPr>
        <w:t>“Ab kisi baat ke liye jihad?”</w:t>
      </w:r>
    </w:p>
    <w:p>
      <w:r>
        <w:rPr>
          <w:sz w:val="20"/>
        </w:rPr>
        <w:t>49:08  azadi ka zamana aa gaya</w:t>
      </w:r>
      <w:r>
        <w:br/>
      </w:r>
      <w:r>
        <w:rPr>
          <w:sz w:val="20"/>
        </w:rPr>
        <w:t>49:11  aur اقوام متحدہ ka yeh bhi faisla ho gaya ke koi kisi ko haq nahi ke doosre par</w:t>
      </w:r>
      <w:r>
        <w:br/>
      </w:r>
      <w:r>
        <w:rPr>
          <w:sz w:val="20"/>
        </w:rPr>
        <w:t>49:15  hamla kare woh siwaye defense ke</w:t>
      </w:r>
      <w:r>
        <w:br/>
      </w:r>
      <w:r>
        <w:rPr>
          <w:sz w:val="20"/>
        </w:rPr>
        <w:t>49:20  to ab ab kis baat ke liye jihad kis baat ki ladai kis baat ke liye takrao ab</w:t>
      </w:r>
      <w:r>
        <w:br/>
      </w:r>
      <w:r>
        <w:rPr>
          <w:sz w:val="20"/>
        </w:rPr>
        <w:t>49:25  to da'oti kaam karo</w:t>
      </w:r>
      <w:r>
        <w:br/>
      </w:r>
      <w:r>
        <w:rPr>
          <w:sz w:val="20"/>
        </w:rPr>
        <w:t>49:27  magar is ke liye zaroorat thi deconditioning ki hazar saala jo zehen par riwayati jo pada hua</w:t>
      </w:r>
      <w:r>
        <w:br/>
      </w:r>
      <w:r>
        <w:rPr>
          <w:sz w:val="20"/>
        </w:rPr>
        <w:t>49:34  tha woh is ko is ko hatana</w:t>
      </w:r>
      <w:r>
        <w:br/>
      </w:r>
      <w:r>
        <w:rPr>
          <w:sz w:val="20"/>
        </w:rPr>
        <w:t>49:37  aur phir loot lootna rasool Allah ke zamane ki taraf ke yeh sab jo tasawwurat bane yeh bane</w:t>
      </w:r>
      <w:r>
        <w:br/>
      </w:r>
      <w:r>
        <w:rPr>
          <w:sz w:val="20"/>
        </w:rPr>
        <w:t>49:44  is liye ke log attack karte the log hamla karte the mazhabi azadi nahi thi is liye bane</w:t>
      </w:r>
      <w:r>
        <w:br/>
      </w:r>
      <w:r>
        <w:rPr>
          <w:sz w:val="20"/>
        </w:rPr>
        <w:t>49:51  ab to mazhabi azadi hai ab democracy hai</w:t>
      </w:r>
      <w:r>
        <w:br/>
      </w:r>
      <w:r>
        <w:rPr>
          <w:sz w:val="20"/>
        </w:rPr>
        <w:t>49:56  ab ladna phirna kis liye</w:t>
      </w:r>
      <w:r>
        <w:br/>
      </w:r>
      <w:r>
        <w:rPr>
          <w:sz w:val="20"/>
        </w:rPr>
        <w:t>49:59  aur doosri taraf communication ka zamana aa gaya</w:t>
      </w:r>
      <w:r>
        <w:br/>
      </w:r>
      <w:r>
        <w:rPr>
          <w:sz w:val="20"/>
        </w:rPr>
        <w:t>50:02  printing press ka zamana aa gaya</w:t>
      </w:r>
      <w:r>
        <w:br/>
      </w:r>
      <w:r>
        <w:rPr>
          <w:sz w:val="20"/>
        </w:rPr>
        <w:t>50:06  yani pehle zamane mein badshah bhi aisa quran nahi chhap sakta tha</w:t>
      </w:r>
      <w:r>
        <w:br/>
      </w:r>
      <w:r>
        <w:rPr>
          <w:sz w:val="20"/>
        </w:rPr>
        <w:t>50:12  musalmanon ke bade bade empire qaim the lekin empire ke liye mumkin nahi tha aisa quran chhape woh</w:t>
      </w:r>
      <w:r>
        <w:br/>
      </w:r>
      <w:r>
        <w:rPr>
          <w:sz w:val="20"/>
        </w:rPr>
        <w:t>50:18  mughal empire ottoman empire aur yeh empire woh empire koi empire aisa nahi chhap sakta tha kyun yeh</w:t>
      </w:r>
      <w:r>
        <w:br/>
      </w:r>
      <w:r>
        <w:rPr>
          <w:sz w:val="20"/>
        </w:rPr>
        <w:t>50:24  technology nahi thi</w:t>
      </w:r>
      <w:r>
        <w:br/>
      </w:r>
      <w:r>
        <w:rPr>
          <w:sz w:val="20"/>
        </w:rPr>
        <w:t>50:26  yeh technology maujood nahi thi</w:t>
      </w:r>
      <w:r>
        <w:br/>
      </w:r>
      <w:r>
        <w:rPr>
          <w:sz w:val="20"/>
        </w:rPr>
        <w:t>50:29  to aaj jo hai mein samajhta hoon ke mughal empire ke liye rote hain log aur ottoman empire</w:t>
      </w:r>
      <w:r>
        <w:br/>
      </w:r>
      <w:r>
        <w:rPr>
          <w:sz w:val="20"/>
        </w:rPr>
        <w:t>50:34  rote hain is se bari cheez mil chuki hai bari cheez is se bari cheez ke hum aisa</w:t>
      </w:r>
      <w:r>
        <w:br/>
      </w:r>
      <w:r>
        <w:rPr>
          <w:sz w:val="20"/>
        </w:rPr>
        <w:t>50:38  quran chhap kar dunya mein phaila sakein</w:t>
      </w:r>
    </w:p>
    <w:p>
      <w:pPr>
        <w:pStyle w:val="Heading2"/>
      </w:pPr>
      <w:r>
        <w:t>Madhuri's pre-marriage self-centered universe</w:t>
      </w:r>
    </w:p>
    <w:p>
      <w:r>
        <w:rPr>
          <w:color w:val="666666"/>
          <w:sz w:val="18"/>
        </w:rPr>
        <w:t>Place of Woman in Islam (Part-I) March 5, 2006 Maulana Wahiduddin Khan · 27s · at 4:45 · https://youtu.be/RNUl6ahQsXA?t=285</w:t>
      </w:r>
    </w:p>
    <w:p>
      <w:r>
        <w:rPr>
          <w:i/>
        </w:rPr>
        <w:t>“to woh kehti hai ke”</w:t>
      </w:r>
    </w:p>
    <w:p>
      <w:r>
        <w:rPr>
          <w:sz w:val="20"/>
        </w:rPr>
        <w:t>4:45  Toh woh kehti hai ke "When I was unmarried, I was living in my own universe."</w:t>
      </w:r>
      <w:r>
        <w:br/>
      </w:r>
      <w:r>
        <w:rPr>
          <w:sz w:val="20"/>
        </w:rPr>
        <w:t>4:58  Jab mein shadi meri nahi hui thi toh mein apni hi dunya mein jeeti thi. "When I was unmarried, I was living in my own universe."</w:t>
      </w:r>
    </w:p>
    <w:p>
      <w:pPr>
        <w:pStyle w:val="Heading2"/>
      </w:pPr>
      <w:r>
        <w:t>exalted vision of motherhood, Khadija as model</w:t>
      </w:r>
    </w:p>
    <w:p>
      <w:r>
        <w:rPr>
          <w:color w:val="666666"/>
          <w:sz w:val="18"/>
        </w:rPr>
        <w:t>Ghar Aek Taleem Gaah CPS Women Article Discussion 21 June 11, 2023 · 53s · at 35:01 · https://youtu.be/EK-bR9q2TpA?t=2101</w:t>
      </w:r>
    </w:p>
    <w:p>
      <w:r>
        <w:rPr>
          <w:i/>
        </w:rPr>
        <w:t>“A woman can turn the womb into a lofty paradise”</w:t>
      </w:r>
    </w:p>
    <w:p>
      <w:r>
        <w:rPr>
          <w:sz w:val="20"/>
        </w:rPr>
        <w:t>35:01  A woman can turn the womb into a lofty paradise. According to Islam, the family is a small social unit that makes up the society. For example, is a perfect model for women in Islam. She was an intelligent, influential, and wealthy businessman businesswoman.</w:t>
      </w:r>
      <w:r>
        <w:br/>
      </w:r>
      <w:r>
        <w:rPr>
          <w:sz w:val="20"/>
        </w:rPr>
        <w:t>35:24  She was also the first to, let's say, to accept Islam after the Muhammad, after the Prophet. This is my learning. Thank you so much. Thank you so much, Shabnam Parez. Doctor Safeena, you've raised your hand. You can share whatever you want to say, please. Haan. Bas main aap aqeedat par ki Maulana sahab ne hamein jo ek role identify kiya karaya hamara.</w:t>
      </w:r>
      <w:r>
        <w:br/>
      </w:r>
      <w:r>
        <w:rPr>
          <w:sz w:val="20"/>
        </w:rPr>
        <w:t>35:54  to ek article mein Maulana sahab to padh rahi thi.</w:t>
      </w:r>
    </w:p>
    <w:p>
      <w:pPr>
        <w:pStyle w:val="Heading2"/>
      </w:pPr>
      <w:r>
        <w:t>War is never a goal in itself</w:t>
      </w:r>
    </w:p>
    <w:p>
      <w:r>
        <w:rPr>
          <w:color w:val="666666"/>
          <w:sz w:val="18"/>
        </w:rPr>
        <w:t>Age of Peace November 18, 2012 · 37s · at 41:12 · https://youtu.be/Y9nkQnBqbrs?t=2472</w:t>
      </w:r>
    </w:p>
    <w:p>
      <w:r>
        <w:rPr>
          <w:i/>
        </w:rPr>
        <w:t>“Ladai hoti hai kisi maqsad ke liye”</w:t>
      </w:r>
    </w:p>
    <w:p>
      <w:r>
        <w:rPr>
          <w:sz w:val="20"/>
        </w:rPr>
        <w:t>41:12  ladai hoti hai kisi maqsad ke liye. fuqaha kehte hain qital jo hai husn-e-zati nahi hai, husn-e-ghairi hai.</w:t>
      </w:r>
      <w:r>
        <w:br/>
      </w:r>
      <w:r>
        <w:rPr>
          <w:sz w:val="20"/>
        </w:rPr>
        <w:t>41:25  yani jang ka maqsad yeh nahi ke jang barah-e-jang, balkay jang ka maqsad hota hai kisi cheez ko hasil karna. to ab to agar aap ladein to woh jang barah-e-jang banay gi, jang-e-zati hi banay gi</w:t>
      </w:r>
      <w:r>
        <w:br/>
      </w:r>
      <w:r>
        <w:rPr>
          <w:sz w:val="20"/>
        </w:rPr>
        <w:t>41:41  aur jang-e-zati deen mein kuch nahi hai.</w:t>
      </w:r>
    </w:p>
    <w:p>
      <w:pPr>
        <w:pStyle w:val="Heading2"/>
      </w:pPr>
      <w:r>
        <w:t>Youth should focus only on studies</w:t>
      </w:r>
    </w:p>
    <w:p>
      <w:r>
        <w:rPr>
          <w:color w:val="666666"/>
          <w:sz w:val="18"/>
        </w:rPr>
        <w:t>Manoj Tibrewal Aakash interviewed Maulana Wahiduddin Khan, Spiritual Leader for DD News's Ek Mulaqat · 59s · at 24:47 · https://youtu.be/uCSW2YZmlS0?t=1487</w:t>
      </w:r>
    </w:p>
    <w:p>
      <w:r>
        <w:rPr>
          <w:i/>
        </w:rPr>
        <w:t>“My message to the youth: leave everything and just study.”</w:t>
      </w:r>
    </w:p>
    <w:p>
      <w:r>
        <w:rPr>
          <w:sz w:val="20"/>
        </w:rPr>
        <w:t>24:47  desh ke naujawanon ko mera sandesh ye hai ki sab kuch chhodkar sirf padho.</w:t>
      </w:r>
      <w:r>
        <w:br/>
      </w:r>
      <w:r>
        <w:rPr>
          <w:sz w:val="20"/>
        </w:rPr>
        <w:t>24:51  padho, padho, padho.</w:t>
      </w:r>
      <w:r>
        <w:br/>
      </w:r>
      <w:r>
        <w:rPr>
          <w:sz w:val="20"/>
        </w:rPr>
        <w:t>24:55  strike aur bharat band aur yaani road activism aur jitna bhi ye sab ho raha hai desh mein</w:t>
      </w:r>
      <w:r>
        <w:br/>
      </w:r>
      <w:r>
        <w:rPr>
          <w:sz w:val="20"/>
        </w:rPr>
        <w:t>24:59  aaye din, jisko aap dekhte hain, wo sab kuch chodo.</w:t>
      </w:r>
      <w:r>
        <w:br/>
      </w:r>
      <w:r>
        <w:rPr>
          <w:sz w:val="20"/>
        </w:rPr>
        <w:t>25:03  sab kuch chhod do.</w:t>
      </w:r>
      <w:r>
        <w:br/>
      </w:r>
      <w:r>
        <w:rPr>
          <w:sz w:val="20"/>
        </w:rPr>
        <w:t>25:08  mahatma gandhi ne us zamane mein jabki yahan british the, to unhone ye tareeka ikhtiyar kiya tha hadtal wagairah ka.</w:t>
      </w:r>
      <w:r>
        <w:br/>
      </w:r>
      <w:r>
        <w:rPr>
          <w:sz w:val="20"/>
        </w:rPr>
        <w:t>25:12  abhi bhi usi par log kayam hain.</w:t>
      </w:r>
      <w:r>
        <w:br/>
      </w:r>
      <w:r>
        <w:rPr>
          <w:sz w:val="20"/>
        </w:rPr>
        <w:t>25:16  wo zamana khatm ho gaya.</w:t>
      </w:r>
      <w:r>
        <w:br/>
      </w:r>
      <w:r>
        <w:rPr>
          <w:sz w:val="20"/>
        </w:rPr>
        <w:t>25:20  ab sab kuch chhod do.</w:t>
      </w:r>
      <w:r>
        <w:br/>
      </w:r>
      <w:r>
        <w:rPr>
          <w:sz w:val="20"/>
        </w:rPr>
        <w:t>25:24  no hadtal, no strike, no road activism. bas padhai.</w:t>
      </w:r>
      <w:r>
        <w:br/>
      </w:r>
      <w:r>
        <w:rPr>
          <w:sz w:val="20"/>
        </w:rPr>
        <w:t>25:29  abhi dekhiye, abhi ek akhbar mein chhaapa hai ke duniya ki ek sau top ki universityon ka, us mein</w:t>
      </w:r>
      <w:r>
        <w:br/>
      </w:r>
      <w:r>
        <w:rPr>
          <w:sz w:val="20"/>
        </w:rPr>
        <w:t>25:33  ek bhi india ki university nahi hai.</w:t>
      </w:r>
      <w:r>
        <w:br/>
      </w:r>
      <w:r>
        <w:rPr>
          <w:sz w:val="20"/>
        </w:rPr>
        <w:t>25:37  ek bhi india ki university nahi hai top hundred mein.</w:t>
      </w:r>
      <w:r>
        <w:br/>
      </w:r>
      <w:r>
        <w:rPr>
          <w:sz w:val="20"/>
        </w:rPr>
        <w:t>25:41  to kyu padhne ke log padhne par dhyan kam dete hain aur ye sab baatein kar rahe hain?</w:t>
      </w:r>
      <w:r>
        <w:br/>
      </w:r>
      <w:r>
        <w:rPr>
          <w:sz w:val="20"/>
        </w:rPr>
        <w:t>25:46  toh main naujawanon ko kahunga sab kuch chhod do, sab kuch chhod do, padho, padho, padho, padho. India ka har aadmi jo hai rubber bane. har aadmi jo hai nobel prize le. har aadmi ek zamana tha ki India mein ilm bahut zyada tha. India ne duniya ko aap jaante hain ki zero diya. India ne duniya ko science di. ab kya hai?</w:t>
      </w:r>
    </w:p>
    <w:p>
      <w:pPr>
        <w:pStyle w:val="Heading2"/>
      </w:pPr>
      <w:r>
        <w:t>Freedom of choice is the only real human power</w:t>
      </w:r>
    </w:p>
    <w:p>
      <w:r>
        <w:rPr>
          <w:color w:val="666666"/>
          <w:sz w:val="18"/>
        </w:rPr>
        <w:t>Revival of Muslims March 08, 2015 · 58s · at 1:03:40 · https://youtu.be/8ShFcr8YozI?t=3820</w:t>
      </w:r>
    </w:p>
    <w:p>
      <w:r>
        <w:rPr>
          <w:i/>
        </w:rPr>
        <w:t>“Insan ke paas sirf ek cheez hai: freedom of choice”</w:t>
      </w:r>
    </w:p>
    <w:p>
      <w:r>
        <w:rPr>
          <w:sz w:val="20"/>
        </w:rPr>
        <w:t>1:03:40  insaan ke paas jo cheez hai, woh hai freedom of choice. bas yahi ek cheez insaan ke ikhtiyar mein hai.</w:t>
      </w:r>
      <w:r>
        <w:br/>
      </w:r>
      <w:r>
        <w:rPr>
          <w:sz w:val="20"/>
        </w:rPr>
        <w:t>1:03:50  aur sach poochhen to insaan ka jo test hai, woh isi mein hai.</w:t>
      </w:r>
      <w:r>
        <w:br/>
      </w:r>
      <w:r>
        <w:rPr>
          <w:sz w:val="20"/>
        </w:rPr>
        <w:t>1:03:56  ke is mein nahin ke woh jaise mein ne kaha ke mere aur suraj ke beech mein crowd aa gaya to mere bas mein yeh nahin ke crowd hata doon.</w:t>
      </w:r>
      <w:r>
        <w:br/>
      </w:r>
      <w:r>
        <w:rPr>
          <w:sz w:val="20"/>
        </w:rPr>
        <w:t>1:04:10  to mere bas mein jo hai, woh freedom of choice hai. aur isi par test hai. Allah taala ke haan jo push hogi, woh yeh ke tum ne sahi choice liya ya galat choice liya.</w:t>
      </w:r>
      <w:r>
        <w:br/>
      </w:r>
      <w:r>
        <w:rPr>
          <w:sz w:val="20"/>
        </w:rPr>
        <w:t>1:04:27  jaise mein ne misaal di aap ko ke dunya ko jab Allah ne madu ka darja diya tha to tum ne dushman ko bana diya. yeh galat choice liya aap ne.</w:t>
      </w:r>
    </w:p>
    <w:p>
      <w:pPr>
        <w:pStyle w:val="Heading2"/>
      </w:pPr>
      <w:r>
        <w:t>Pax Americana model</w:t>
      </w:r>
    </w:p>
    <w:p>
      <w:r>
        <w:rPr>
          <w:color w:val="666666"/>
          <w:sz w:val="18"/>
        </w:rPr>
        <w:t>History of Peace (Eng) | 12 Nov 2006 - Maulana Wahiduddin Khan · 30s · at 6:14 · https://youtu.be/RBYqVDDRkq4?t=374</w:t>
      </w:r>
    </w:p>
    <w:p>
      <w:r>
        <w:rPr>
          <w:i/>
        </w:rPr>
        <w:t>“The second model is American model, called Pax Americana.”</w:t>
      </w:r>
    </w:p>
    <w:p>
      <w:r>
        <w:rPr>
          <w:sz w:val="20"/>
        </w:rPr>
        <w:t>6:14  in that period, there was no scientific progress. this was the pax romana. then, the second model is peace. the second model is american model, that is called pax americana. when americans became super</w:t>
      </w:r>
    </w:p>
    <w:p>
      <w:pPr>
        <w:pStyle w:val="Heading2"/>
      </w:pPr>
      <w:r>
        <w:t>Ramadan is giving speed, not hunger speed</w:t>
      </w:r>
    </w:p>
    <w:p>
      <w:r>
        <w:rPr>
          <w:color w:val="666666"/>
          <w:sz w:val="18"/>
        </w:rPr>
        <w:t>Spirit of Ramadan June 14, 2015 · 34s · at 1:24 · https://youtu.be/mKQdhE2rhdQ?t=84</w:t>
      </w:r>
    </w:p>
    <w:p>
      <w:r>
        <w:rPr>
          <w:i/>
        </w:rPr>
        <w:t>“Ramadan sach poochhein to bhook ki speed asal nahi”</w:t>
      </w:r>
    </w:p>
    <w:p>
      <w:r>
        <w:rPr>
          <w:sz w:val="20"/>
        </w:rPr>
        <w:t>1:24  ramzan sach poochhen to bhook ki speed asal nahi hai, asal yeh hai giving speed.</w:t>
      </w:r>
      <w:r>
        <w:br/>
      </w:r>
      <w:r>
        <w:rPr>
          <w:sz w:val="20"/>
        </w:rPr>
        <w:t>1:35  giving speed, yani bhook ke mani ke aap ne din mein kam khana, yani 24 ghante mein rozana ka mamool jo hai us se kam khana liya.</w:t>
      </w:r>
      <w:r>
        <w:br/>
      </w:r>
      <w:r>
        <w:rPr>
          <w:sz w:val="20"/>
        </w:rPr>
        <w:t>1:47  to kam khana kyun liya? is liye ke aap ko dena hai, khud kam lena, doosre ko dena, yeh hai giving speed.</w:t>
      </w:r>
    </w:p>
    <w:p>
      <w:pPr>
        <w:pStyle w:val="Heading2"/>
      </w:pPr>
      <w:r>
        <w:t>the grave won't ask about minor prayer disputes</w:t>
      </w:r>
    </w:p>
    <w:p>
      <w:r>
        <w:rPr>
          <w:color w:val="666666"/>
          <w:sz w:val="18"/>
        </w:rPr>
        <w:t>Tajdeed-e-Deen Book by Maulana Wahiduddin Khan · 48s · at 1:23:06 · https://youtu.be/IPf3V74gGr4?t=4986</w:t>
      </w:r>
    </w:p>
    <w:p>
      <w:r>
        <w:rPr>
          <w:i/>
        </w:rPr>
        <w:t>“قبر میں منکر نکیر یہ نہیں پوچھیں گے کہ رفع یدین حق تھا”</w:t>
      </w:r>
    </w:p>
    <w:p>
      <w:r>
        <w:rPr>
          <w:sz w:val="20"/>
        </w:rPr>
        <w:t>1:23:06  is ke siwa kuch nahin ke hum ziyada se ziyada apne maslak ko sawab muhtamal al-khata sabit karein aur doosre maslak ko khata muhtamal al-thawab kahein.</w:t>
      </w:r>
      <w:r>
        <w:br/>
      </w:r>
      <w:r>
        <w:rPr>
          <w:sz w:val="20"/>
        </w:rPr>
        <w:t>1:23:19  hum tamam tar tehqeeq o kawish ke baad yahi keh sakte hain ke yeh sahih hai lekin ihtimal maujood hai ke yeh khata ho aur woh khata hai is ihtimal ke sath ke woh sawab ho.</w:t>
      </w:r>
      <w:r>
        <w:br/>
      </w:r>
      <w:r>
        <w:rPr>
          <w:sz w:val="20"/>
        </w:rPr>
        <w:t>1:23:30  qabr mein munkar nakeer yeh nahin poochein ge ke rafa yadain haq tha ya tark rafa yadain haq tha? Ameen bil jahr haq thi ya bil sirr haq thi?</w:t>
      </w:r>
      <w:r>
        <w:br/>
      </w:r>
      <w:r>
        <w:rPr>
          <w:sz w:val="20"/>
        </w:rPr>
        <w:t>1:23:39  jis cheez ko na dunya mein nikharna hai na mehshar mein is ke peeche parh kar hum ne apni umr zaya kar di aur jo sahih islam ki dawat thi jis ki dawat anbiya کرام le kar aaye thay aaj woh dawat to nahin di ja rahi.</w:t>
      </w:r>
    </w:p>
    <w:p>
      <w:pPr>
        <w:pStyle w:val="Heading2"/>
      </w:pPr>
      <w:r>
        <w:t>Hatred is societal not natural</w:t>
      </w:r>
    </w:p>
    <w:p>
      <w:r>
        <w:rPr>
          <w:color w:val="666666"/>
          <w:sz w:val="18"/>
        </w:rPr>
        <w:t>Q&amp;A · 26s · at 7:55 · https://youtu.be/W2DKBK6QYTY?t=475</w:t>
      </w:r>
    </w:p>
    <w:p>
      <w:r>
        <w:rPr>
          <w:i/>
        </w:rPr>
        <w:t>“Hate mein jeeta hai insaan. Kyun hate mein jeeta hai?”</w:t>
      </w:r>
    </w:p>
    <w:p>
      <w:r>
        <w:rPr>
          <w:sz w:val="20"/>
        </w:rPr>
        <w:t>7:55  wo sab wahi thi jo kisi ke hate ke khilaf thi. aur mohabbat par agar koi movement chalaen, mohabbat ko lekar ke, to wo usko koi response nahi milta. kyunki. to hate mein jeeta hai insan</w:t>
      </w:r>
      <w:r>
        <w:br/>
      </w:r>
      <w:r>
        <w:rPr>
          <w:sz w:val="20"/>
        </w:rPr>
        <w:t>8:12  । kyon hate mein jeeta hai? yeh nahi ki hate jo hai, part of nature nahi hai. that is part of society hai.</w:t>
      </w:r>
    </w:p>
    <w:p>
      <w:pPr>
        <w:pStyle w:val="Heading2"/>
      </w:pPr>
      <w:r>
        <w:t>science actually supports God's existence indirectly</w:t>
      </w:r>
    </w:p>
    <w:p>
      <w:r>
        <w:rPr>
          <w:color w:val="666666"/>
          <w:sz w:val="18"/>
        </w:rPr>
        <w:t>Freedom of Thought in Islam 23 October, 2011 · 51s · at 10:47 · https://youtu.be/aGbxRNNOKzo?t=647</w:t>
      </w:r>
    </w:p>
    <w:p>
      <w:r>
        <w:rPr>
          <w:i/>
        </w:rPr>
        <w:t>“Science has nothing to do with God's existence”</w:t>
      </w:r>
    </w:p>
    <w:p>
      <w:r>
        <w:rPr>
          <w:sz w:val="20"/>
        </w:rPr>
        <w:t>10:47  Khuda ke wajood ke baray mein shakk. Woh shakk is kyun hai? Is liye nahi ke science dunya mein aa gayi.</w:t>
      </w:r>
      <w:r>
        <w:br/>
      </w:r>
      <w:r>
        <w:rPr>
          <w:sz w:val="20"/>
        </w:rPr>
        <w:t>10:56  science ka koi ta'alluq Islam ke, science ka koi ta'alluq Khuda ke wajood se nahi hai.</w:t>
      </w:r>
      <w:r>
        <w:br/>
      </w:r>
      <w:r>
        <w:rPr>
          <w:sz w:val="20"/>
        </w:rPr>
        <w:t>11:05  aisa nahi hai.</w:t>
      </w:r>
      <w:r>
        <w:br/>
      </w:r>
      <w:r>
        <w:rPr>
          <w:sz w:val="20"/>
        </w:rPr>
        <w:t>11:11  balkeh science to Khuda ke wajood ko indirect way mein support deti hai.</w:t>
      </w:r>
      <w:r>
        <w:br/>
      </w:r>
      <w:r>
        <w:rPr>
          <w:sz w:val="20"/>
        </w:rPr>
        <w:t>11:20  aap sirf ek kitaab parh lein, is ka naam hai "Evidence of God in an Expanding Universe".</w:t>
      </w:r>
      <w:r>
        <w:br/>
      </w:r>
      <w:r>
        <w:rPr>
          <w:sz w:val="20"/>
        </w:rPr>
        <w:t>11:34  "Evidence of God in an Expanding Universe".</w:t>
      </w:r>
    </w:p>
    <w:p>
      <w:pPr>
        <w:pStyle w:val="Heading2"/>
      </w:pPr>
      <w:r>
        <w:t>Malala herself calls Islam a peaceful religion</w:t>
      </w:r>
    </w:p>
    <w:p>
      <w:r>
        <w:rPr>
          <w:color w:val="666666"/>
          <w:sz w:val="18"/>
        </w:rPr>
        <w:t>Islam and Violence October 12, 2014 · 20s · at 35:20 · https://youtu.be/KmpXYZjPlj8?t=2120</w:t>
      </w:r>
    </w:p>
    <w:p>
      <w:r>
        <w:rPr>
          <w:i/>
        </w:rPr>
        <w:t>“Malala ka interview dekha: Islam is a peaceful religion”</w:t>
      </w:r>
    </w:p>
    <w:p>
      <w:r>
        <w:rPr>
          <w:sz w:val="20"/>
        </w:rPr>
        <w:t>35:20  peaceful da work ke liye istemal kijiye. maine Malala Yousafzai ka interview dekha akhbar mein to us mein us ne kaha hai ke Islam, Islam is a peaceful religion.</w:t>
      </w:r>
      <w:r>
        <w:br/>
      </w:r>
      <w:r>
        <w:rPr>
          <w:sz w:val="20"/>
        </w:rPr>
        <w:t>35:34  yeh jo maar dhaad hai, yeh Islam nahin hai. Islam is a peaceful religion</w:t>
      </w:r>
    </w:p>
    <w:p>
      <w:pPr>
        <w:pStyle w:val="Heading2"/>
      </w:pPr>
      <w:r>
        <w:t>Killing one innocent equals killing all humanity</w:t>
      </w:r>
    </w:p>
    <w:p>
      <w:r>
        <w:rPr>
          <w:color w:val="666666"/>
          <w:sz w:val="18"/>
        </w:rPr>
        <w:t>Muslims In the Modern Age (Israil-Palestain Issue) Jan 18, 2009 · 29s · at 1:03:50 · https://youtu.be/3hJE65YKtU4?t=3830</w:t>
      </w:r>
    </w:p>
    <w:p>
      <w:r>
        <w:rPr>
          <w:i/>
        </w:rPr>
        <w:t>“Killing one innocent person is like killing all humanity.”</w:t>
      </w:r>
    </w:p>
    <w:p>
      <w:r>
        <w:rPr>
          <w:sz w:val="20"/>
        </w:rPr>
        <w:t>1:03:50  quran majeed mein se aik hai, aik aayat ke aik insaan ko maarna jo innocent ho, aik innocent insaan ko maarna sari humanity ko maar dalna hai.</w:t>
      </w:r>
      <w:r>
        <w:br/>
      </w:r>
      <w:r>
        <w:rPr>
          <w:sz w:val="20"/>
        </w:rPr>
        <w:t>1:04:02  jo rozana yeh log humanity ko maarte hain, koi justification nahi hai innocent logon ko maarne ka. koi bhi justification nahi hai, na islam ke mutabiq, na international norm ke mutabiq.</w:t>
      </w:r>
      <w:r>
        <w:br/>
      </w:r>
      <w:r>
        <w:rPr>
          <w:sz w:val="20"/>
        </w:rPr>
        <w:t>1:04:14  yeh sari ladai bilkul in islam ki ladai hai.</w:t>
      </w:r>
    </w:p>
    <w:p>
      <w:pPr>
        <w:pStyle w:val="Heading2"/>
      </w:pPr>
      <w:r>
        <w:t>Heed natural warnings to avoid destruction</w:t>
      </w:r>
    </w:p>
    <w:p>
      <w:r>
        <w:rPr>
          <w:color w:val="666666"/>
          <w:sz w:val="18"/>
        </w:rPr>
        <w:t>Natural Warning April 17, 2016 · 22s · at 3:25 · https://youtu.be/fSNOpwgzcss?t=205</w:t>
      </w:r>
    </w:p>
    <w:p>
      <w:r>
        <w:rPr>
          <w:i/>
        </w:rPr>
        <w:t>“Such warnings have come repeatedly in history.”</w:t>
      </w:r>
    </w:p>
    <w:p>
      <w:r>
        <w:rPr>
          <w:sz w:val="20"/>
        </w:rPr>
        <w:t>3:25  Tareekh mein is tarah ki warning baar baar aayi hai. To jo log is warning se sabak lein, woh apne ko bacha lete hain.</w:t>
      </w:r>
      <w:r>
        <w:br/>
      </w:r>
      <w:r>
        <w:rPr>
          <w:sz w:val="20"/>
        </w:rPr>
        <w:t>3:37  jo warning se sabaq na lein, woh apne ko tabah kar lete hain.</w:t>
      </w:r>
    </w:p>
    <w:p>
      <w:pPr>
        <w:pStyle w:val="Heading2"/>
      </w:pPr>
      <w:r>
        <w:t>Without criticism there is no intellectual growth</w:t>
      </w:r>
    </w:p>
    <w:p>
      <w:r>
        <w:rPr>
          <w:color w:val="666666"/>
          <w:sz w:val="18"/>
        </w:rPr>
        <w:t>Why People Live in Despair September 2, 2007 Maulana Wahiduddin Khan · 33s · at 51:28 · https://youtu.be/1Wxz28OJh9c?t=3088</w:t>
      </w:r>
    </w:p>
    <w:p>
      <w:r>
        <w:rPr>
          <w:i/>
        </w:rPr>
        <w:t>“Without criticism there is no intellectual development”</w:t>
      </w:r>
    </w:p>
    <w:p>
      <w:r>
        <w:rPr>
          <w:sz w:val="20"/>
        </w:rPr>
        <w:t>51:28  nahin, is ki jagah par kya cheez aa jayegi? intellectual stagnation.</w:t>
      </w:r>
      <w:r>
        <w:br/>
      </w:r>
      <w:r>
        <w:rPr>
          <w:sz w:val="20"/>
        </w:rPr>
        <w:t>51:35  without yaad rakhiye, without without criticism there is no intellectual development.</w:t>
      </w:r>
      <w:r>
        <w:br/>
      </w:r>
      <w:r>
        <w:rPr>
          <w:sz w:val="20"/>
        </w:rPr>
        <w:t>51:45  criticism ka matlab ye nahin ke aap gali galoch karein. criticism ka matlab hai ek scientific exchange, scientific discussion.</w:t>
      </w:r>
      <w:r>
        <w:br/>
      </w:r>
      <w:r>
        <w:rPr>
          <w:sz w:val="20"/>
        </w:rPr>
        <w:t>51:55  is ko mein criticism samajhta hoon. yani openly aap kah sakin apni rai.</w:t>
      </w:r>
    </w:p>
    <w:p>
      <w:pPr>
        <w:pStyle w:val="Heading2"/>
      </w:pPr>
      <w:r>
        <w:t>CPS is a 'no problem' organization by design</w:t>
      </w:r>
    </w:p>
    <w:p>
      <w:r>
        <w:rPr>
          <w:color w:val="666666"/>
          <w:sz w:val="18"/>
        </w:rPr>
        <w:t>Conveying The Message of God November 27, 2022 · 30s · at 13:43 · https://youtu.be/1MUWodugLKU?t=823</w:t>
      </w:r>
    </w:p>
    <w:p>
      <w:r>
        <w:rPr>
          <w:i/>
        </w:rPr>
        <w:t>“CPS by nature, by definition, is a non-issue organization”</w:t>
      </w:r>
    </w:p>
    <w:p>
      <w:r>
        <w:rPr>
          <w:sz w:val="20"/>
        </w:rPr>
        <w:t>13:43  ke CPS by, by nature, by jo hai definition ek jo hai non issue organization hai. hum to kisi ke liye koi issue banti hi nahin. bilkul. to hum to no problem insaan banakar Maulana ne hamko banaya ke bhai aap no problem baniye. to yeh hamare liye ek aur positive point hai. ji. to in sab wahan in sab angles mein main dekhta hoon to UAE is to spread the word of god is very very good opportunity. ji ji. for all of us.</w:t>
      </w:r>
      <w:r>
        <w:br/>
      </w:r>
      <w:r>
        <w:rPr>
          <w:sz w:val="20"/>
        </w:rPr>
        <w:t>14:13  jeevan milla. balki saajid bhai dekhiye kitna farq hai. koi bhi CPS member ko is se pehchan sakta hai ke uski jo uska jo conversation hai, uski jo soch hai, woh bohat hi mazboot soch hai aur hamesha positive oriented hai. aisa kabhi hota nahi hai ke koi bhi situation jagah absolutely problem free ho. Problems bhi saath mein hoti hain. Lekin jaise Maulana Wahiduddin Khan sahab ne hum sab ko sikhaya hai ke ignore the problem and avail the opportunity.</w:t>
      </w:r>
    </w:p>
    <w:p>
      <w:pPr>
        <w:pStyle w:val="Heading2"/>
      </w:pPr>
      <w:r>
        <w:t>Everyone has good nature underneath momentary anger</w:t>
      </w:r>
    </w:p>
    <w:p>
      <w:r>
        <w:rPr>
          <w:color w:val="666666"/>
          <w:sz w:val="18"/>
        </w:rPr>
        <w:t>Islam Has No Place for Terrorism May 4, 2025 · 35s · at 47:19 · https://youtu.be/Q6vPQ2BOOs4?t=2839</w:t>
      </w:r>
    </w:p>
    <w:p>
      <w:r>
        <w:rPr>
          <w:i/>
        </w:rPr>
        <w:t>“Sab log jo hain na, sab mister nature hain”</w:t>
      </w:r>
    </w:p>
    <w:p>
      <w:r>
        <w:rPr>
          <w:sz w:val="20"/>
        </w:rPr>
        <w:t>47:19  ji, to maulana kehte hain ke kehte the ke har cheez jo hai, sab log jo hain na, mister nature hain.</w:t>
      </w:r>
      <w:r>
        <w:br/>
      </w:r>
      <w:r>
        <w:rPr>
          <w:sz w:val="20"/>
        </w:rPr>
        <w:t>47:27  to ab woh waqtiy taur par kuch misunderstanding hoti hai, kuch aisi problem hoti hai, aadmi ko baat samajh mein nahi jaldi aati hai, to is wajah se woh bigad jata hai.</w:t>
      </w:r>
      <w:r>
        <w:br/>
      </w:r>
      <w:r>
        <w:rPr>
          <w:sz w:val="20"/>
        </w:rPr>
        <w:t>47:38  to aap agar us ke sath husn sulook karen to woh dobara woh mister nature ban jayega. to yeh hai quran mein bhi aaya hai:"reconciliation is the best."</w:t>
      </w:r>
      <w:r>
        <w:br/>
      </w:r>
      <w:r>
        <w:rPr>
          <w:sz w:val="20"/>
        </w:rPr>
        <w:t>47:50  "to isi tareeqe se hum dekhte hain ke rasoolullah sallallahu alaihi wasallam ki poori zindagi yeh yeh hai. ji,</w:t>
      </w:r>
    </w:p>
    <w:p>
      <w:pPr>
        <w:pStyle w:val="Heading2"/>
      </w:pPr>
      <w:r>
        <w:t>Tolerance is universal law, only discover</w:t>
      </w:r>
    </w:p>
    <w:p>
      <w:r>
        <w:rPr>
          <w:color w:val="666666"/>
          <w:sz w:val="18"/>
        </w:rPr>
        <w:t>Tolerance A Universal Law of Nature January 26, 2019 · 38s · at 11:56 · https://youtu.be/fP7aKhoI6gI?t=716</w:t>
      </w:r>
    </w:p>
    <w:p>
      <w:r>
        <w:rPr>
          <w:i/>
        </w:rPr>
        <w:t>“There is no need to celebrate tolerance.”</w:t>
      </w:r>
    </w:p>
    <w:p>
      <w:r>
        <w:rPr>
          <w:sz w:val="20"/>
        </w:rPr>
        <w:t>11:56  tolerance ke liye deeb manane ki zaroorat hi nahi hai. sirf yeh jaanna hai ke yeh toh universal law hai. toh already woh chal raha hai.</w:t>
      </w:r>
      <w:r>
        <w:br/>
      </w:r>
      <w:r>
        <w:rPr>
          <w:sz w:val="20"/>
        </w:rPr>
        <w:t>12:10  yaani tolerance ko aap ko impose nahi karna hai.</w:t>
      </w:r>
      <w:r>
        <w:br/>
      </w:r>
      <w:r>
        <w:rPr>
          <w:sz w:val="20"/>
        </w:rPr>
        <w:t>12:15  tolerance ko aap ko impose nahi karna. woh toh already maujood hai.</w:t>
      </w:r>
      <w:r>
        <w:br/>
      </w:r>
      <w:r>
        <w:rPr>
          <w:sz w:val="20"/>
        </w:rPr>
        <w:t>12:25  toh main samajhta hoon ke tolerance ko</w:t>
      </w:r>
      <w:r>
        <w:br/>
      </w:r>
      <w:r>
        <w:rPr>
          <w:sz w:val="20"/>
        </w:rPr>
        <w:t>12:30  sirf discover karna hai.</w:t>
      </w:r>
    </w:p>
    <w:p>
      <w:pPr>
        <w:pStyle w:val="Heading2"/>
      </w:pPr>
      <w:r>
        <w:t>Secret of life owning opportunities</w:t>
      </w:r>
    </w:p>
    <w:p>
      <w:r>
        <w:rPr>
          <w:color w:val="666666"/>
          <w:sz w:val="18"/>
        </w:rPr>
        <w:t>Peace is the Best Feb 24, 2019 Maulana Wahiduddin Khan · 57s · at 1:25 · https://youtu.be/_g-QEQwscFE?t=85</w:t>
      </w:r>
    </w:p>
    <w:p>
      <w:r>
        <w:rPr>
          <w:i/>
        </w:rPr>
        <w:t>“Dekhiye, main aapko zindagi ka ek raaz batata hoon”</w:t>
      </w:r>
    </w:p>
    <w:p>
      <w:r>
        <w:rPr>
          <w:sz w:val="20"/>
        </w:rPr>
        <w:t>1:25  No heaven for terrorists. Dekhiye, main aap ko zindagi ka ek raaz batata hoon, raaz.</w:t>
      </w:r>
      <w:r>
        <w:br/>
      </w:r>
      <w:r>
        <w:rPr>
          <w:sz w:val="20"/>
        </w:rPr>
        <w:t>1:35  duniya mein aap ko is tarah jeena padta hai ke cheezon ko own karna hai, owning culture chalana.</w:t>
      </w:r>
      <w:r>
        <w:br/>
      </w:r>
      <w:r>
        <w:rPr>
          <w:sz w:val="20"/>
        </w:rPr>
        <w:t>1:48  duniya mein</w:t>
      </w:r>
      <w:r>
        <w:br/>
      </w:r>
      <w:r>
        <w:rPr>
          <w:sz w:val="20"/>
        </w:rPr>
        <w:t>1:52  post ho, office ho, business ho, market ho, to woh</w:t>
      </w:r>
      <w:r>
        <w:br/>
      </w:r>
      <w:r>
        <w:rPr>
          <w:sz w:val="20"/>
        </w:rPr>
        <w:t>2:03  har ek ke liye hoti hai. lekin aap is ko own karte hain,</w:t>
      </w:r>
      <w:r>
        <w:br/>
      </w:r>
      <w:r>
        <w:rPr>
          <w:sz w:val="20"/>
        </w:rPr>
        <w:t>2:10  aap is ko own karte hain. bade bade opportunities hoti hain, aap is ko own karte hain, tab aap ko milta hai woh.</w:t>
      </w:r>
    </w:p>
    <w:p>
      <w:pPr>
        <w:pStyle w:val="Heading2"/>
      </w:pPr>
      <w:r>
        <w:t>Misunderstanding of complete system</w:t>
      </w:r>
    </w:p>
    <w:p>
      <w:r>
        <w:rPr>
          <w:color w:val="666666"/>
          <w:sz w:val="18"/>
        </w:rPr>
        <w:t>Islamic Way of Life January 30, 2011 Maulana Wahiduddin Khan · 32s · at 53:35 · https://youtu.be/et2qxSig9ik?t=3215</w:t>
      </w:r>
    </w:p>
    <w:p>
      <w:r>
        <w:rPr>
          <w:i/>
        </w:rPr>
        <w:t>“Woh soch saare Muslim duniya mein bhari hui hai”</w:t>
      </w:r>
    </w:p>
    <w:p>
      <w:r>
        <w:rPr>
          <w:sz w:val="20"/>
        </w:rPr>
        <w:t>53:35  to koi samjhane wala nahi, koi samjhane wala nahi. log samajhte hain ke Islam mukammal nizam hai, mukammal nizam hai to nafiz karna hai, nafiz karna hai to hukumat par qabza karna hai.</w:t>
      </w:r>
      <w:r>
        <w:br/>
      </w:r>
      <w:r>
        <w:rPr>
          <w:sz w:val="20"/>
        </w:rPr>
        <w:t>53:47  yeh soch saare muslim duniya mein bhari hui hai. yaani mukammal nizam hai to is ka matlab yeh nahi ke sab hukumat ko implement karna hai.</w:t>
      </w:r>
      <w:r>
        <w:br/>
      </w:r>
      <w:r>
        <w:rPr>
          <w:sz w:val="20"/>
        </w:rPr>
        <w:t>53:56  mukammal nizam hai to is mani mein har aadmi apne apne daire mein us ko follow kare. yeh is mani mein mukammal nizam hai.</w:t>
      </w:r>
    </w:p>
    <w:p>
      <w:pPr>
        <w:pStyle w:val="Heading2"/>
      </w:pPr>
      <w:r>
        <w:t>Crying-wolf parable about poisoned labels</w:t>
      </w:r>
    </w:p>
    <w:p>
      <w:r>
        <w:rPr>
          <w:color w:val="666666"/>
          <w:sz w:val="18"/>
        </w:rPr>
        <w:t>Ijtihad February 25, 2007 Maulana Wahiduddin Khan · 27s · at 22:47 · https://youtu.be/JnD3L6F6-lw?t=1367</w:t>
      </w:r>
    </w:p>
    <w:p>
      <w:r>
        <w:rPr>
          <w:i/>
        </w:rPr>
        <w:t>“شور کرو بھیڑیا بھیڑیا، پھر شوٹ کر دو — نومن کلیچر سے زہر بنتا ہے۔”</w:t>
      </w:r>
    </w:p>
    <w:p>
      <w:r>
        <w:rPr>
          <w:sz w:val="20"/>
        </w:rPr>
        <w:t>22:47  nomenclature se zehar banta hai. israel mein aik masla hai ke agar tum kisi aadmi ko shoot karna chahte ho to shor karo bhediya bhediya bhediya bhediya.</w:t>
      </w:r>
      <w:r>
        <w:br/>
      </w:r>
      <w:r>
        <w:rPr>
          <w:sz w:val="20"/>
        </w:rPr>
        <w:t>22:58  pehlay shor karo ke yeh bhediya agaya phir shoot kar do.</w:t>
      </w:r>
      <w:r>
        <w:br/>
      </w:r>
      <w:r>
        <w:rPr>
          <w:sz w:val="20"/>
        </w:rPr>
        <w:t>23:03  to goya ke jab aap aise title dete hain yani aisa nomenclature istemal karte hain to logon ka zehn isi se banta hai.</w:t>
      </w:r>
    </w:p>
    <w:p>
      <w:pPr>
        <w:pStyle w:val="Heading2"/>
      </w:pPr>
      <w:r>
        <w:t>Nature as a role model for man</w:t>
      </w:r>
    </w:p>
    <w:p>
      <w:r>
        <w:rPr>
          <w:color w:val="666666"/>
          <w:sz w:val="18"/>
        </w:rPr>
        <w:t>Nature as a Role Model December 7, 2007 · 39s · at 0:46 · https://youtu.be/QJXLYUfhSSc?t=46</w:t>
      </w:r>
    </w:p>
    <w:p>
      <w:r>
        <w:rPr>
          <w:i/>
        </w:rPr>
        <w:t>“Nature is a role model for man”</w:t>
      </w:r>
    </w:p>
    <w:p>
      <w:r>
        <w:rPr>
          <w:sz w:val="20"/>
        </w:rPr>
        <w:t>0:46  nature is a role model for man. dekhen, nature kis ko kehte hain?</w:t>
      </w:r>
      <w:r>
        <w:br/>
      </w:r>
      <w:r>
        <w:rPr>
          <w:sz w:val="20"/>
        </w:rPr>
        <w:t>0:56  nature entire physical world ko nature kaha jata hai.</w:t>
      </w:r>
      <w:r>
        <w:br/>
      </w:r>
      <w:r>
        <w:rPr>
          <w:sz w:val="20"/>
        </w:rPr>
        <w:t>1:06  yani physical sense mein jo kuch bhi poori duniya mein hai, poori kainat mein hai, woh sab nature kaha jata hai. to yeh nature insan ke liye ek model ki hesiyat rakhti hai.</w:t>
      </w:r>
    </w:p>
    <w:p>
      <w:pPr>
        <w:pStyle w:val="Heading2"/>
      </w:pPr>
      <w:r>
        <w:t>Admitting past mistakes is the first step to reform</w:t>
      </w:r>
    </w:p>
    <w:p>
      <w:r>
        <w:rPr>
          <w:color w:val="666666"/>
          <w:sz w:val="18"/>
        </w:rPr>
        <w:t>Attributes of a Dayee October 31, 2010 · 32s · at 43:52 · https://youtu.be/-inz5O22QGE?t=2632</w:t>
      </w:r>
    </w:p>
    <w:p>
      <w:r>
        <w:rPr>
          <w:i/>
        </w:rPr>
        <w:t>“Hamein kehna padega ke hum ghalat thay”</w:t>
      </w:r>
    </w:p>
    <w:p>
      <w:r>
        <w:rPr>
          <w:sz w:val="20"/>
        </w:rPr>
        <w:t>43:52  To hamein pure moamle mein reassess karna hai. Phir se sochna hai. Strategic planning karni hai.</w:t>
      </w:r>
      <w:r>
        <w:br/>
      </w:r>
      <w:r>
        <w:rPr>
          <w:sz w:val="20"/>
        </w:rPr>
        <w:t>44:02  Aur ghaltiyon ko manna hai. Hamein kehna paray ga keh abhi hum ghalt thay. Hamein kehna paray ga keh hum ghalti par thay. Jab</w:t>
      </w:r>
      <w:r>
        <w:br/>
      </w:r>
      <w:r>
        <w:rPr>
          <w:sz w:val="20"/>
        </w:rPr>
        <w:t>44:11  tak aap ghalti na manen, tab tak aap islaah ki taraf bhi aage nahi barh sakte.</w:t>
      </w:r>
    </w:p>
    <w:p>
      <w:pPr>
        <w:pStyle w:val="Heading2"/>
      </w:pPr>
      <w:r>
        <w:t>Beard is sunnah but your tone can be kufr</w:t>
      </w:r>
    </w:p>
    <w:p>
      <w:r>
        <w:rPr>
          <w:color w:val="666666"/>
          <w:sz w:val="18"/>
        </w:rPr>
        <w:t>Political Interpretation of Islam May 16, 2010 · 54s · at 1:26:36 · https://youtu.be/CDpZLOvw2_M?t=5196</w:t>
      </w:r>
    </w:p>
    <w:p>
      <w:r>
        <w:rPr>
          <w:i/>
        </w:rPr>
        <w:t>“Kya aap dari dari karte rehte hain?”</w:t>
      </w:r>
    </w:p>
    <w:p>
      <w:r>
        <w:rPr>
          <w:sz w:val="20"/>
        </w:rPr>
        <w:t>1:26:36  aik buzurg, un ka naam tha Shah Yaqoob Mujaddidi. aik buzurg thay Bhopal mein. to aik aadmi un ke paas aya, woh dadi nahi rakhta tha.</w:t>
      </w:r>
      <w:r>
        <w:br/>
      </w:r>
      <w:r>
        <w:rPr>
          <w:sz w:val="20"/>
        </w:rPr>
        <w:t>1:26:47  woh to</w:t>
      </w:r>
      <w:r>
        <w:br/>
      </w:r>
      <w:r>
        <w:rPr>
          <w:sz w:val="20"/>
        </w:rPr>
        <w:t>1:26:49  usay woh kaha karte thay jab milta tha ke dadi rakho, dadi rakho. to unhon ne kaha ke kya aap dadi dadi karte rehte hain?</w:t>
      </w:r>
      <w:r>
        <w:br/>
      </w:r>
      <w:r>
        <w:rPr>
          <w:sz w:val="20"/>
        </w:rPr>
        <w:t>1:26:59  dadi sunnat to hai, farz to hai nahi. to unhon ne jawab diya ke dadi bilashubah sunnat hai, lekin tera lehja kufr hai.</w:t>
      </w:r>
      <w:r>
        <w:br/>
      </w:r>
      <w:r>
        <w:rPr>
          <w:sz w:val="20"/>
        </w:rPr>
        <w:t>1:27:14  dadi sunnat hai, lekin tera lehja kufr hai. to aik cheez, haram halaal ke siwa bhi aik cheez hoti hai. haram halaal ke siwa bhi aik cheez hoti hai.</w:t>
      </w:r>
      <w:r>
        <w:br/>
      </w:r>
      <w:r>
        <w:rPr>
          <w:sz w:val="20"/>
        </w:rPr>
        <w:t>1:27:24  to main bhi yahi kahoon ga ke dadi rakhna farz nahi hai. main yeh bhi nahi keh sakta ke jo dadi nahi rakhay ga, woh jahannum mein jaye ga.</w:t>
      </w:r>
    </w:p>
    <w:p>
      <w:pPr>
        <w:pStyle w:val="Heading2"/>
      </w:pPr>
      <w:r>
        <w:t>A Brahmin viewer asks about wearing saffron dress</w:t>
      </w:r>
    </w:p>
    <w:p>
      <w:r>
        <w:rPr>
          <w:color w:val="666666"/>
          <w:sz w:val="18"/>
        </w:rPr>
        <w:t>Concept of Hijab in Islam February 20, 2022 Prof. Farida Khanam · 1m 26s · at 43:16 · https://youtu.be/QrrSDEKy2gc?t=2596</w:t>
      </w:r>
    </w:p>
    <w:p>
      <w:r>
        <w:rPr>
          <w:i/>
        </w:rPr>
        <w:t>“A Brahmin viewer asks if his saffron dress is a problem.”</w:t>
      </w:r>
    </w:p>
    <w:p>
      <w:r>
        <w:rPr>
          <w:sz w:val="20"/>
        </w:rPr>
        <w:t>43:16  Aditya Sharma ji hain, jo Brahmin hain, jo is program ko dekh rahe hain. toh unhon ne likha hai ki ma'am ko mera pranam. ab unka sawal yeh hai, unhon ne likha hai ki kyunki woh Brahmin hain, toh unki jo saffron dress hai, woh pehente hain woh. ab unko kuch masla pesh aata hai ki jab woh kisi Musalman dukandar ke paas jaate hain toh kai log unko theek se service nahi dete.</w:t>
      </w:r>
      <w:r>
        <w:br/>
      </w:r>
      <w:r>
        <w:rPr>
          <w:sz w:val="20"/>
        </w:rPr>
        <w:t>43:43  to woh aapse janana chaah rahe hain ke kya yeh sahi tareeqa hai ya nahi?</w:t>
      </w:r>
      <w:r>
        <w:br/>
      </w:r>
      <w:r>
        <w:rPr>
          <w:sz w:val="20"/>
        </w:rPr>
        <w:t>43:46  to iske bare mein bhi kuch aap kehna chahein.</w:t>
      </w:r>
      <w:r>
        <w:br/>
      </w:r>
      <w:r>
        <w:rPr>
          <w:sz w:val="20"/>
        </w:rPr>
        <w:t>43:50  hamara bhi parnam unko. Ji.</w:t>
      </w:r>
      <w:r>
        <w:br/>
      </w:r>
      <w:r>
        <w:rPr>
          <w:sz w:val="20"/>
        </w:rPr>
        <w:t>43:54  dress to bhai sab rang khuda ke banaye hue hain.</w:t>
      </w:r>
      <w:r>
        <w:br/>
      </w:r>
      <w:r>
        <w:rPr>
          <w:sz w:val="20"/>
        </w:rPr>
        <w:t>43:58  aap ek rang pehniye chahe doosra rang pehniye.</w:t>
      </w:r>
      <w:r>
        <w:br/>
      </w:r>
      <w:r>
        <w:rPr>
          <w:sz w:val="20"/>
        </w:rPr>
        <w:t>44:02  ab jo sahi behavior jiska nahi hai uske andar kami hai.</w:t>
      </w:r>
      <w:r>
        <w:br/>
      </w:r>
      <w:r>
        <w:rPr>
          <w:sz w:val="20"/>
        </w:rPr>
        <w:t>44:06  allah usko hidayat dein. Ji.</w:t>
      </w:r>
      <w:r>
        <w:br/>
      </w:r>
      <w:r>
        <w:rPr>
          <w:sz w:val="20"/>
        </w:rPr>
        <w:t>44:10  to ab sab saare color koi jisko jo pasand hai woh pehnta hai.</w:t>
      </w:r>
      <w:r>
        <w:br/>
      </w:r>
      <w:r>
        <w:rPr>
          <w:sz w:val="20"/>
        </w:rPr>
        <w:t>44:14  toh yeh color se toh yeh nahi hona chahiye aisa. aap apne color par rahein aur inshallah doosre log theek honge. ji. aur is bias upar uthenge. In fact Maulana toh kaha karte the ki businessman is a successful businessman who has a customer friendly attitude. toh agar aapke andar customer friendly behavior hoga toh sab aapke paas aayenge.</w:t>
      </w:r>
      <w:r>
        <w:br/>
      </w:r>
      <w:r>
        <w:rPr>
          <w:sz w:val="20"/>
        </w:rPr>
        <w:t>44:42  toh usmein fark nahi karna chahiye. toh yeh shayad ek kuch stray incident hai lekin haan isko generalize bhi nahi kiya ja sakta. sahi hai. ismein main ek cheez add karunga. toh yeh jo hai ki yeh toh ek dukaan hai, ek normal si baat hai ki samaji mamlaat ki cheez hai. wahan par agar aisa woh karte hain toh unhon ne theek nahi kiya. unko aisa nahi karna chahiye aur koi bhi agar aisa karta hai toh woh theek nahi hai. main yeh samajhta hoon. asal cheez toh character hoti haan. hai na ki dress.</w:t>
      </w:r>
    </w:p>
    <w:p>
      <w:pPr>
        <w:pStyle w:val="Heading2"/>
      </w:pPr>
      <w:r>
        <w:t>Blame on Muslim scholars for failing to modernize</w:t>
      </w:r>
    </w:p>
    <w:p>
      <w:r>
        <w:rPr>
          <w:color w:val="666666"/>
          <w:sz w:val="18"/>
        </w:rPr>
        <w:t>Reinterpretation of Islam April 12, 2009 Maulana Wahiduddin Khan · 31s · at 29:31 · https://youtu.be/kut_WRX7mZ4?t=1771</w:t>
      </w:r>
    </w:p>
    <w:p>
      <w:r>
        <w:rPr>
          <w:i/>
        </w:rPr>
        <w:t>“You failed to make them understandable in modern idiom.”</w:t>
      </w:r>
    </w:p>
    <w:p>
      <w:r>
        <w:rPr>
          <w:sz w:val="20"/>
        </w:rPr>
        <w:t>29:31  to log kehte hain ke sahib yeh to islam se door ho gaya, yeh to murtad ho gaya. murtad nahi hua hai. you fail to make them understandable in modern idiom.</w:t>
      </w:r>
      <w:r>
        <w:br/>
      </w:r>
      <w:r>
        <w:rPr>
          <w:sz w:val="20"/>
        </w:rPr>
        <w:t>29:43  so blame goes to muslim scholars.</w:t>
      </w:r>
      <w:r>
        <w:br/>
      </w:r>
      <w:r>
        <w:rPr>
          <w:sz w:val="20"/>
        </w:rPr>
        <w:t>29:50  so the blame goes to muslim scholars. they fail to make islam understandable to modern generation in modern term.</w:t>
      </w:r>
    </w:p>
    <w:p>
      <w:pPr>
        <w:pStyle w:val="Heading2"/>
      </w:pPr>
      <w:r>
        <w:t>Philosophers fail to find truth</w:t>
      </w:r>
    </w:p>
    <w:p>
      <w:r>
        <w:rPr>
          <w:color w:val="666666"/>
          <w:sz w:val="18"/>
        </w:rPr>
        <w:t>In Search for Truth 18 May 2007 · 29s · at 7:21 · https://youtu.be/3Q4zw6202eM?t=441</w:t>
      </w:r>
    </w:p>
    <w:p>
      <w:r>
        <w:rPr>
          <w:i/>
        </w:rPr>
        <w:t>“So what is the fate of all other philosophers?”</w:t>
      </w:r>
    </w:p>
    <w:p>
      <w:r>
        <w:rPr>
          <w:sz w:val="20"/>
        </w:rPr>
        <w:t>7:21  So what is the fate of all other philosophers?</w:t>
      </w:r>
      <w:r>
        <w:br/>
      </w:r>
      <w:r>
        <w:rPr>
          <w:sz w:val="20"/>
        </w:rPr>
        <w:t>7:29  So when a seeker tries to find the answer from philosophy, he fails</w:t>
      </w:r>
      <w:r>
        <w:br/>
      </w:r>
      <w:r>
        <w:rPr>
          <w:sz w:val="20"/>
        </w:rPr>
        <w:t>7:41  because philosophy is a pursuit, but philosophy is not a finding.</w:t>
      </w:r>
    </w:p>
    <w:p>
      <w:pPr>
        <w:pStyle w:val="Heading2"/>
      </w:pPr>
      <w:r>
        <w:t>Forester analogy for divine provision</w:t>
      </w:r>
    </w:p>
    <w:p>
      <w:r>
        <w:rPr>
          <w:color w:val="666666"/>
          <w:sz w:val="18"/>
        </w:rPr>
        <w:t>Dars-e-Quran, Chapter 2, Verse 61 February 11, 2018 · 41s · at 23:06 · https://youtu.be/rgoE0nvFJJI?t=1386</w:t>
      </w:r>
    </w:p>
    <w:p>
      <w:r>
        <w:rPr>
          <w:i/>
        </w:rPr>
        <w:t>“To yeh kitni badi khushkhabri hai.”</w:t>
      </w:r>
    </w:p>
    <w:p>
      <w:r>
        <w:rPr>
          <w:sz w:val="20"/>
        </w:rPr>
        <w:t>23:06  toh yeh kitni badi khushkhabri hai. ek martaba mein ne parha tha ke government jab kisi insaan ko forester bana deti.</w:t>
      </w:r>
      <w:r>
        <w:br/>
      </w:r>
      <w:r>
        <w:rPr>
          <w:sz w:val="20"/>
        </w:rPr>
        <w:t>23:23  kyunke mulkon mein aap jante hain ke janglat ke ilaqay hotay hain. wahan forester bheje jatay hain. forester.</w:t>
      </w:r>
      <w:r>
        <w:br/>
      </w:r>
      <w:r>
        <w:rPr>
          <w:sz w:val="20"/>
        </w:rPr>
        <w:t>23:33  toh government in ko jo kuch deti hai usi ke sath in ko gun bhi deti hai. gun. kyunke janglat mein toh aap jante hain ke khoonkhar animal ho sakte hain.</w:t>
      </w:r>
    </w:p>
    <w:p>
      <w:pPr>
        <w:pStyle w:val="Heading2"/>
      </w:pPr>
      <w:r>
        <w:t>Paradise is literally named the Home of Peace</w:t>
      </w:r>
    </w:p>
    <w:p>
      <w:r>
        <w:rPr>
          <w:color w:val="666666"/>
          <w:sz w:val="18"/>
        </w:rPr>
        <w:t>Culture of Peace and Non Voilence in Islam January 14, 2023 · 53s · at 42:46 · https://youtu.be/INrBUtThaRw?t=2566</w:t>
      </w:r>
    </w:p>
    <w:p>
      <w:r>
        <w:rPr>
          <w:i/>
        </w:rPr>
        <w:t>“Sabar ke us paar hi jannat hai”</w:t>
      </w:r>
    </w:p>
    <w:p>
      <w:r>
        <w:rPr>
          <w:sz w:val="20"/>
        </w:rPr>
        <w:t>42:46  ji bilkul, apa sabr ke is paar hi jannat hai. aur apa maulana hamesha kaha karte the ke culture of paradise is culture of peace.</w:t>
      </w:r>
      <w:r>
        <w:br/>
      </w:r>
      <w:r>
        <w:rPr>
          <w:sz w:val="20"/>
        </w:rPr>
        <w:t>42:55  to ye samajhna bhi bada zaroori hai, aur yahi aaj ka aakhri sawal bhi hai mera aap se ke jab tak hum is culture par nahi aayenge, to hum paradise ko qualify kaise karenge?</w:t>
      </w:r>
      <w:r>
        <w:br/>
      </w:r>
      <w:r>
        <w:rPr>
          <w:sz w:val="20"/>
        </w:rPr>
        <w:t>43:05  to is ko aap thoda sa aap wazeh karen, aur isi par aaj ka hum session bhi khatm karenge. jannat ka naam hi Darussalam hai.</w:t>
      </w:r>
      <w:r>
        <w:br/>
      </w:r>
      <w:r>
        <w:rPr>
          <w:sz w:val="20"/>
        </w:rPr>
        <w:t>43:14  ji peace, home of peace. god calls to the home of peace. ye hai chapter 10, verse 25.</w:t>
      </w:r>
      <w:r>
        <w:br/>
      </w:r>
      <w:r>
        <w:rPr>
          <w:sz w:val="20"/>
        </w:rPr>
        <w:t>43:23  to ye jagah jagah aaya hai. dekh, to jannatiyon ka jo greet karenge, wo kahenge salam salam.</w:t>
      </w:r>
      <w:r>
        <w:br/>
      </w:r>
      <w:r>
        <w:rPr>
          <w:sz w:val="20"/>
        </w:rPr>
        <w:t>43:33  surah waqia mein aaya hai. to wahan jannatiyon ka jo culture hai, wo peace culture hai.</w:t>
      </w:r>
    </w:p>
    <w:p>
      <w:pPr>
        <w:pStyle w:val="Heading2"/>
      </w:pPr>
      <w:r>
        <w:t>Qur'anic formula: for you your religion, for me mine</w:t>
      </w:r>
    </w:p>
    <w:p>
      <w:r>
        <w:rPr>
          <w:color w:val="666666"/>
          <w:sz w:val="18"/>
        </w:rPr>
        <w:t>Multi Religious Society and Islam (English) March 3, 2007 · 27s · at 46:10 · https://youtu.be/13uSBqf_XHg?t=2770</w:t>
      </w:r>
    </w:p>
    <w:p>
      <w:r>
        <w:rPr>
          <w:i/>
        </w:rPr>
        <w:t>“For you your religion, for me mine”</w:t>
      </w:r>
    </w:p>
    <w:p>
      <w:r>
        <w:rPr>
          <w:sz w:val="20"/>
        </w:rPr>
        <w:t>46:10  it reads: "lakum deenukum waliya deen,</w:t>
      </w:r>
      <w:r>
        <w:br/>
      </w:r>
      <w:r>
        <w:rPr>
          <w:sz w:val="20"/>
        </w:rPr>
        <w:t>46:20  for you your religion, for me mine." this was the formula of adjustment, formula of harmony.</w:t>
      </w:r>
      <w:r>
        <w:br/>
      </w:r>
      <w:r>
        <w:rPr>
          <w:sz w:val="20"/>
        </w:rPr>
        <w:t>46:32  for you your religion, for me mine.</w:t>
      </w:r>
    </w:p>
    <w:p>
      <w:pPr>
        <w:pStyle w:val="Heading2"/>
      </w:pPr>
      <w:r>
        <w:t>Islam teaches all humans deserve equal status</w:t>
      </w:r>
    </w:p>
    <w:p>
      <w:r>
        <w:rPr>
          <w:color w:val="666666"/>
          <w:sz w:val="18"/>
        </w:rPr>
        <w:t>Communal Harmony October 16, 2022 · 35s · at 0:12 · https://youtu.be/Ob4BVozf3KY?t=12</w:t>
      </w:r>
    </w:p>
    <w:p>
      <w:r>
        <w:rPr>
          <w:i/>
        </w:rPr>
        <w:t>“According to the teaching of Islam, everyone should be accorded equal status”</w:t>
      </w:r>
    </w:p>
    <w:p>
      <w:r>
        <w:rPr>
          <w:sz w:val="20"/>
        </w:rPr>
        <w:t>0:12  assalam o alaikum. according to the teaching of islam, everyone should be accorded equal status as a human being, despite there being differences.</w:t>
      </w:r>
      <w:r>
        <w:br/>
      </w:r>
      <w:r>
        <w:rPr>
          <w:sz w:val="20"/>
        </w:rPr>
        <w:t>0:24  prophet of islam used to rise early in the morning and say, say in his prayer, "o god, i bear witness that all human beings are brothers and sisters to one another."</w:t>
      </w:r>
      <w:r>
        <w:br/>
      </w:r>
      <w:r>
        <w:rPr>
          <w:sz w:val="20"/>
        </w:rPr>
        <w:t>0:38  so togetherness is the culture of the universe, togetherness is also the foundation for a better human society.</w:t>
      </w:r>
    </w:p>
    <w:p>
      <w:pPr>
        <w:pStyle w:val="Heading2"/>
      </w:pPr>
      <w:r>
        <w:t>Jihad's meaning twisted into 'Islamized' warfare</w:t>
      </w:r>
    </w:p>
    <w:p>
      <w:r>
        <w:rPr>
          <w:color w:val="666666"/>
          <w:sz w:val="18"/>
        </w:rPr>
        <w:t>Making War in the Name of God December 10, 2023 · 32s · at 0:44 · https://youtu.be/X-KaWopXg9Y?t=44</w:t>
      </w:r>
    </w:p>
    <w:p>
      <w:r>
        <w:rPr>
          <w:i/>
        </w:rPr>
        <w:t>“Sari jung Islam ke naam par ladi ja rahi hain”</w:t>
      </w:r>
    </w:p>
    <w:p>
      <w:r>
        <w:rPr>
          <w:sz w:val="20"/>
        </w:rPr>
        <w:t>0:44  yeh bohat hi ajeeb baat hai ke islam ke naam par sari jangain ladi ja rahi hain. to unhone har cheez ko islamize kar liya hai, matlab qatal, jang jo hai, isko islamize kar liya hai jihad ka naam de kar.</w:t>
      </w:r>
      <w:r>
        <w:br/>
      </w:r>
      <w:r>
        <w:rPr>
          <w:sz w:val="20"/>
        </w:rPr>
        <w:t>1:02  halanke jihad ke to mani sirf struggle ke hain,</w:t>
      </w:r>
      <w:r>
        <w:br/>
      </w:r>
      <w:r>
        <w:rPr>
          <w:sz w:val="20"/>
        </w:rPr>
        <w:t>1:05  kisi bhi noble cause ke liye mehnat karna, khwah d'awa work ke liye mehnat karna, to unhone isko jihad ka naam de diya hai. isi tarike se har cheez ko unhone islamize kar liya hai.</w:t>
      </w:r>
    </w:p>
    <w:p>
      <w:pPr>
        <w:pStyle w:val="Heading2"/>
      </w:pPr>
      <w:r>
        <w:t>Sabr is the greatest good</w:t>
      </w:r>
    </w:p>
    <w:p>
      <w:r>
        <w:rPr>
          <w:color w:val="666666"/>
          <w:sz w:val="18"/>
        </w:rPr>
        <w:t>Adjustment the Only Option | September 19, 2010 | Maulana Wahiduddin Khan · 30s · at 54:21 · https://youtu.be/9plhRQ_z1fw?t=3261</w:t>
      </w:r>
    </w:p>
    <w:p>
      <w:r>
        <w:rPr>
          <w:i/>
        </w:rPr>
        <w:t>“Sabr to summum bonum, sabr to greatest good.”</w:t>
      </w:r>
    </w:p>
    <w:p>
      <w:r>
        <w:rPr>
          <w:sz w:val="20"/>
        </w:rPr>
        <w:t>54:21  hum time nikaal saken. to sabr jis ko log samajhte hain, buzdi sab se bari bahaduri hai. mein to kahoon ga ke sabr to summum bonum, sabr to greatest good. aaj kal ke log itne zyada unwise hain ke wo azadi ko summum bonum samajhte hain.</w:t>
      </w:r>
    </w:p>
    <w:p>
      <w:pPr>
        <w:pStyle w:val="Heading2"/>
      </w:pPr>
      <w:r>
        <w:t>No lasting pleasure in marriage</w:t>
      </w:r>
    </w:p>
    <w:p>
      <w:r>
        <w:rPr>
          <w:color w:val="666666"/>
          <w:sz w:val="18"/>
        </w:rPr>
        <w:t>What is Paradise 4 March 2006 - Maulana Wahiduddin Khan · 28s · at 9:32 · https://youtu.be/SYmFRRq3BGU?t=572</w:t>
      </w:r>
    </w:p>
    <w:p>
      <w:r>
        <w:rPr>
          <w:i/>
        </w:rPr>
        <w:t>“Badi khushiyon ke saath shaadi hoti hai”</w:t>
      </w:r>
    </w:p>
    <w:p>
      <w:r>
        <w:rPr>
          <w:sz w:val="20"/>
        </w:rPr>
        <w:t>9:32  badi khushiyon ke sath shadi hoti hai. aur chand hi din ke baad kya hota hai? aapas mein brief paida hota hai aur dono ghussa hote hain ek doosre se.</w:t>
      </w:r>
      <w:r>
        <w:br/>
      </w:r>
      <w:r>
        <w:rPr>
          <w:sz w:val="20"/>
        </w:rPr>
        <w:t>9:42  yahan tak ke ya to hamesha ke liye tanav mein jeete hain ya alahdagi ho jati hai. dunya ki koi bhi lazzat aisi nahi hai jis mein aap ko der tak enjoy kar saken aap.</w:t>
      </w:r>
    </w:p>
    <w:p>
      <w:pPr>
        <w:pStyle w:val="Heading2"/>
      </w:pPr>
      <w:r>
        <w:t>Patience is a worship</w:t>
      </w:r>
    </w:p>
    <w:p>
      <w:r>
        <w:rPr>
          <w:color w:val="666666"/>
          <w:sz w:val="18"/>
        </w:rPr>
        <w:t>Religion and The Modern Age February 26, 2006 Maulana Wahiduddin Khan · 41s · at 1:13:08 · https://youtu.be/qiaRBqC0Wuk?t=4388</w:t>
      </w:r>
    </w:p>
    <w:p>
      <w:r>
        <w:rPr>
          <w:i/>
        </w:rPr>
        <w:t>“Patience is a worship”</w:t>
      </w:r>
    </w:p>
    <w:p>
      <w:r>
        <w:rPr>
          <w:sz w:val="20"/>
        </w:rPr>
        <w:t>1:13:08  basic baat yeh hai, koi mujhe aaj tak Musalman mila hi nahi apni poori umar mein jo yeh keh sake ke sabr ek ibadat hai.</w:t>
      </w:r>
      <w:r>
        <w:br/>
      </w:r>
      <w:r>
        <w:rPr>
          <w:sz w:val="20"/>
        </w:rPr>
        <w:t>1:13:20  ise Musalmanon ke society mein yeh baat aayi hi nahi ke sabr ek ibadat hai, halanke Quran mein likha hua hai ke "Wa ma yuf wa innama yufawro bighair hisab".</w:t>
      </w:r>
      <w:r>
        <w:br/>
      </w:r>
      <w:r>
        <w:rPr>
          <w:sz w:val="20"/>
        </w:rPr>
        <w:t>1:13:39  sabr karne walon ko bila hisab ajr diya jayega, unlimited ajr diya jayega, unlimited reward diya jayega. Jo thi rewardable, wahi to ibadat hai.</w:t>
      </w:r>
    </w:p>
    <w:p>
      <w:pPr>
        <w:pStyle w:val="Heading2"/>
      </w:pPr>
      <w:r>
        <w:t>Peace is the foundation of all social good</w:t>
      </w:r>
    </w:p>
    <w:p>
      <w:r>
        <w:rPr>
          <w:color w:val="666666"/>
          <w:sz w:val="18"/>
        </w:rPr>
        <w:t>The History of Peace (English) November 12, 2006 · 33s · at 0:42 · https://youtu.be/zlIi5eiTPIg?t=42</w:t>
      </w:r>
    </w:p>
    <w:p>
      <w:r>
        <w:rPr>
          <w:i/>
        </w:rPr>
        <w:t>“Peace is the most important need of a society”</w:t>
      </w:r>
    </w:p>
    <w:p>
      <w:r>
        <w:rPr>
          <w:sz w:val="20"/>
        </w:rPr>
        <w:t>0:42  you know, peace is the most important need of a society.</w:t>
      </w:r>
      <w:r>
        <w:br/>
      </w:r>
      <w:r>
        <w:rPr>
          <w:sz w:val="20"/>
        </w:rPr>
        <w:t>0:52  without peace, there is no social harmony. without peace, there is no development, no progress.</w:t>
      </w:r>
      <w:r>
        <w:br/>
      </w:r>
      <w:r>
        <w:rPr>
          <w:sz w:val="20"/>
        </w:rPr>
        <w:t>1:06  so peace is the base of all kinds of goodness.</w:t>
      </w:r>
    </w:p>
    <w:p>
      <w:pPr>
        <w:pStyle w:val="Heading2"/>
      </w:pPr>
      <w:r>
        <w:t>The word Islam literally means peace</w:t>
      </w:r>
    </w:p>
    <w:p>
      <w:r>
        <w:rPr>
          <w:color w:val="666666"/>
          <w:sz w:val="18"/>
        </w:rPr>
        <w:t>Islam and Terrorism February 10, 2009 Maulana Wahiduddin Khan · 42s · at 25:11 · https://youtu.be/vCEjp0w7Qjo?t=1511</w:t>
      </w:r>
    </w:p>
    <w:p>
      <w:r>
        <w:rPr>
          <w:i/>
        </w:rPr>
        <w:t>“The word Islam comes from Silm — peace.”</w:t>
      </w:r>
    </w:p>
    <w:p>
      <w:r>
        <w:rPr>
          <w:sz w:val="20"/>
        </w:rPr>
        <w:t>25:11  you know the word Islam</w:t>
      </w:r>
      <w:r>
        <w:br/>
      </w:r>
      <w:r>
        <w:rPr>
          <w:sz w:val="20"/>
        </w:rPr>
        <w:t>25:16  the word Islam is the is also has a connotation of peace. The root word of Islam is Silm.</w:t>
      </w:r>
      <w:r>
        <w:br/>
      </w:r>
      <w:r>
        <w:rPr>
          <w:sz w:val="20"/>
        </w:rPr>
        <w:t>25:27  S-I-L-M, Silm. And Silm means peace. So Islam means a religion of peace.</w:t>
      </w:r>
      <w:r>
        <w:br/>
      </w:r>
      <w:r>
        <w:rPr>
          <w:sz w:val="20"/>
        </w:rPr>
        <w:t>25:37  Then there is a verse in the Qur'an, "Wallahu yadu ila daris-salaam." "And God calls to the home of peace." This is a Qur'anic verse.</w:t>
      </w:r>
    </w:p>
    <w:p>
      <w:pPr>
        <w:pStyle w:val="Heading2"/>
      </w:pPr>
      <w:r>
        <w:t>Dai must be tension-free</w:t>
      </w:r>
    </w:p>
    <w:p>
      <w:r>
        <w:rPr>
          <w:color w:val="666666"/>
          <w:sz w:val="18"/>
        </w:rPr>
        <w:t>Q&amp;A 13 Nov 2011 · 49s · at 18:11 · https://youtu.be/oOZ9h37_pL8?t=1091</w:t>
      </w:r>
    </w:p>
    <w:p>
      <w:r>
        <w:rPr>
          <w:i/>
        </w:rPr>
        <w:t>“Mad oo ke liye Dai agar tension mein jeeta ho”</w:t>
      </w:r>
    </w:p>
    <w:p>
      <w:r>
        <w:rPr>
          <w:sz w:val="20"/>
        </w:rPr>
        <w:t>18:11  madu ke liye. dai agar tension mein jeeta ho is ka matlab hai ke nafrat karega woh insanon se. kyunke insanon ke rawish ko le kar hi toh tension aata hai.</w:t>
      </w:r>
      <w:r>
        <w:br/>
      </w:r>
      <w:r>
        <w:rPr>
          <w:sz w:val="20"/>
        </w:rPr>
        <w:t>18:23  tension ka matlab hai ke insaan se aap ko jo sulook mila us sulook par raazi nahin hue aap. toh kya matlab hoga</w:t>
      </w:r>
      <w:r>
        <w:br/>
      </w:r>
      <w:r>
        <w:rPr>
          <w:sz w:val="20"/>
        </w:rPr>
        <w:t>18:31  ? tension se kya aayega? nafrat aayegi. nafrat se kya aayega? indifferent attitude ho jayega. aap ko koi dilchaspi nahin hogi doosron se hogi.</w:t>
      </w:r>
      <w:r>
        <w:br/>
      </w:r>
      <w:r>
        <w:rPr>
          <w:sz w:val="20"/>
        </w:rPr>
        <w:t>18:41  dawat ke kaam ke liye zaroori hai ke bohat zyada khair khwahi, bohat zyada taluq, bohat zyada chahna doosre ki nijat ko.</w:t>
      </w:r>
      <w:r>
        <w:br/>
      </w:r>
      <w:r>
        <w:rPr>
          <w:sz w:val="20"/>
        </w:rPr>
        <w:t>18:50  toh is ke liye zaroori hai ke aap tension free rahen. kyunke tension free nahin rahenge toh nafrat karenge. nafrat karenge toh khair khwahi nahin hogi. yeh meri samajh mein aaya hai.</w:t>
      </w:r>
    </w:p>
    <w:p>
      <w:pPr>
        <w:pStyle w:val="Heading2"/>
      </w:pPr>
      <w:r>
        <w:t>Leaders are opportunity-blind</w:t>
      </w:r>
    </w:p>
    <w:p>
      <w:r>
        <w:rPr>
          <w:color w:val="666666"/>
          <w:sz w:val="18"/>
        </w:rPr>
        <w:t>Ignore the Problems Avail the Opportunities | June 30, 2006 | Maulana Wahiduddin Khan · 30s · at 22:29 · https://youtu.be/ie8Xc5BlTwY?t=1349</w:t>
      </w:r>
    </w:p>
    <w:p>
      <w:r>
        <w:rPr>
          <w:i/>
        </w:rPr>
        <w:t>“With-out any exception, har ek opportunity blind”</w:t>
      </w:r>
    </w:p>
    <w:p>
      <w:r>
        <w:rPr>
          <w:sz w:val="20"/>
        </w:rPr>
        <w:t>22:29  khabar hone ki wajah se wo opportunity blind ho gaye. yani dunya mein kuch problems hote hain, kuch opportunities hoti hain. to aaj kal ke jitne bhi leader hain, main batata hoon ke without any exception, har aik opportunity blind ho gaya. bas problem ko point out kar ke problem se ladna. aur jo opportunities hain, us ko un availed chhod dena. yahan par</w:t>
      </w:r>
    </w:p>
    <w:p>
      <w:pPr>
        <w:pStyle w:val="Heading2"/>
      </w:pPr>
      <w:r>
        <w:t>everyone can find time through the art of time management</w:t>
      </w:r>
    </w:p>
    <w:p>
      <w:r>
        <w:rPr>
          <w:color w:val="666666"/>
          <w:sz w:val="18"/>
        </w:rPr>
        <w:t>The Age of Deceiving Philosophies I 21 June 2009 · 29s · at 1:57:48 · https://youtu.be/RZCs_8AtCTM?t=7068</w:t>
      </w:r>
    </w:p>
    <w:p>
      <w:r>
        <w:rPr>
          <w:i/>
        </w:rPr>
        <w:t>“You have to learn the art of time management”</w:t>
      </w:r>
    </w:p>
    <w:p>
      <w:r>
        <w:rPr>
          <w:sz w:val="20"/>
        </w:rPr>
        <w:t>1:57:48  to aap you have to learn the art of time management koi aadmi duniya mein waisa nahi hai, chahe woh chahe woh Barack Obama ho ya ek student ho.</w:t>
      </w:r>
      <w:r>
        <w:br/>
      </w:r>
      <w:r>
        <w:rPr>
          <w:sz w:val="20"/>
        </w:rPr>
        <w:t>1:58:01  har aadmi apne time ko manage kar ke time nikal sakta hai.</w:t>
      </w:r>
      <w:r>
        <w:br/>
      </w:r>
      <w:r>
        <w:rPr>
          <w:sz w:val="20"/>
        </w:rPr>
        <w:t>1:58:05  to basic cheez jo hai ke you have to learn the art of time management yeh asal cheez hai. doosri baat yeh hai ke aap samajhte hain ke dua koi professional, woh dawah koi professional cheez hai.</w:t>
      </w:r>
    </w:p>
    <w:p>
      <w:pPr>
        <w:pStyle w:val="Heading2"/>
      </w:pPr>
      <w:r>
        <w:t>Enemy can become friend, Islamic teaching of peace</w:t>
      </w:r>
    </w:p>
    <w:p>
      <w:r>
        <w:rPr>
          <w:color w:val="666666"/>
          <w:sz w:val="18"/>
        </w:rPr>
        <w:t>Sayyidina Imam Al Hassan Ibn Ali Peace Award at Abu Dhabi April 30, 2015 Maulana Wahiduddin Khan · 24s · at 7:47 · https://youtu.be/9i1DQ8fr5ik?t=467</w:t>
      </w:r>
    </w:p>
    <w:p>
      <w:r>
        <w:rPr>
          <w:i/>
        </w:rPr>
        <w:t>“Actual friend and potential friend.”</w:t>
      </w:r>
    </w:p>
    <w:p>
      <w:r>
        <w:rPr>
          <w:sz w:val="20"/>
        </w:rPr>
        <w:t>7:47  actual friend or potential friend. To turn the actual into actual, and everyone will be your friend if you.</w:t>
      </w:r>
      <w:r>
        <w:br/>
      </w:r>
      <w:r>
        <w:rPr>
          <w:sz w:val="20"/>
        </w:rPr>
        <w:t>7:57  So this is Islamic teaching. Islamic teaching is based on friendship, on peace, on harmony, on love and compassion.</w:t>
      </w:r>
      <w:r>
        <w:br/>
      </w:r>
      <w:r>
        <w:rPr>
          <w:sz w:val="20"/>
        </w:rPr>
        <w:t>8:07  دس از دا اسلامک ٹیچنگ۔</w:t>
      </w:r>
    </w:p>
    <w:p>
      <w:pPr>
        <w:pStyle w:val="Heading2"/>
      </w:pPr>
      <w:r>
        <w:t>Best woman is a helper in matters of faith</w:t>
      </w:r>
    </w:p>
    <w:p>
      <w:r>
        <w:rPr>
          <w:color w:val="666666"/>
          <w:sz w:val="18"/>
        </w:rPr>
        <w:t>The Status of Women in Islam (English) February 28, 2007 Maulana Wahiduddin Khan · 47s · at 53:54 · https://youtu.be/pSLnXzYImXo?t=3234</w:t>
      </w:r>
    </w:p>
    <w:p>
      <w:r>
        <w:rPr>
          <w:i/>
        </w:rPr>
        <w:t>“Best woman is one who is helper to her husband”</w:t>
      </w:r>
    </w:p>
    <w:p>
      <w:r>
        <w:rPr>
          <w:sz w:val="20"/>
        </w:rPr>
        <w:t>53:54  it tells us that best woman is one who is helper to his husband, ali imani.</w:t>
      </w:r>
      <w:r>
        <w:br/>
      </w:r>
      <w:r>
        <w:rPr>
          <w:sz w:val="20"/>
        </w:rPr>
        <w:t>54:10  one who helps</w:t>
      </w:r>
      <w:r>
        <w:br/>
      </w:r>
      <w:r>
        <w:rPr>
          <w:sz w:val="20"/>
        </w:rPr>
        <w:t>54:15  regarding the faith. this is very important.</w:t>
      </w:r>
      <w:r>
        <w:br/>
      </w:r>
      <w:r>
        <w:rPr>
          <w:sz w:val="20"/>
        </w:rPr>
        <w:t>54:24  help, helper in matters of faith is very important. a wife is helper in matters of faith is very important.</w:t>
      </w:r>
    </w:p>
    <w:p>
      <w:pPr>
        <w:pStyle w:val="Heading2"/>
      </w:pPr>
      <w:r>
        <w:t>Shaikh Saadi's shoe story teaches gratitude</w:t>
      </w:r>
    </w:p>
    <w:p>
      <w:r>
        <w:rPr>
          <w:color w:val="666666"/>
          <w:sz w:val="18"/>
        </w:rPr>
        <w:t>The Concept of Jihad In Islam May 25, 2008 · 42s · at 1:29:58 · https://youtu.be/UJ6cY-A3tDs?t=5398</w:t>
      </w:r>
    </w:p>
    <w:p>
      <w:r>
        <w:rPr>
          <w:i/>
        </w:rPr>
        <w:t>“Shaikh Saadi ne likha hai: mere paas joota nahi tha”</w:t>
      </w:r>
    </w:p>
    <w:p>
      <w:r>
        <w:rPr>
          <w:sz w:val="20"/>
        </w:rPr>
        <w:t>1:29:58  kyun? aap upar wale ko dekhte hain aur mustaqil tension mein jeete hain. Sheikh Saadi ne likha hai qissa ke mein ke mere paas joota nahi tha</w:t>
      </w:r>
      <w:r>
        <w:br/>
      </w:r>
      <w:r>
        <w:rPr>
          <w:sz w:val="20"/>
        </w:rPr>
        <w:t>1:30:10  to mein ne Khuda par, mein ne shayad nashukri ki. mein ne ke dekho Khuda ne mujhe joota nahi diya. to bahar jab nikla to ek aadmi ka paon kata hua tha.</w:t>
      </w:r>
      <w:r>
        <w:br/>
      </w:r>
      <w:r>
        <w:rPr>
          <w:sz w:val="20"/>
        </w:rPr>
        <w:t>1:30:22  to kaha mein ne shukr kiya ke Khuda ya kam se kam mera paon to kata hua nahi hai.</w:t>
      </w:r>
      <w:r>
        <w:br/>
      </w:r>
      <w:r>
        <w:rPr>
          <w:sz w:val="20"/>
        </w:rPr>
        <w:t>1:30:29  agar joota nahi hai to paon to intact hai mera. Is tarah se shukr aata hai. Gooya shukr bhi ek soch kar ke lana parta hai.</w:t>
      </w:r>
    </w:p>
    <w:p>
      <w:pPr>
        <w:pStyle w:val="Heading2"/>
      </w:pPr>
      <w:r>
        <w:t>Why peace matters to Allah, social sense</w:t>
      </w:r>
    </w:p>
    <w:p>
      <w:r>
        <w:rPr>
          <w:color w:val="666666"/>
          <w:sz w:val="18"/>
        </w:rPr>
        <w:t>Importance of Peace Dec 16, 2012 - Maulana Wahiduddin Khan · 32s · at 0:43 · https://youtu.be/Ru4Eb3_cs7c?t=43</w:t>
      </w:r>
    </w:p>
    <w:p>
      <w:r>
        <w:rPr>
          <w:i/>
        </w:rPr>
        <w:t>“The Importance of Peace”</w:t>
      </w:r>
    </w:p>
    <w:p>
      <w:r>
        <w:rPr>
          <w:sz w:val="20"/>
        </w:rPr>
        <w:t>0:43  "The Importance of Peace". aman ki ahmiyat.</w:t>
      </w:r>
      <w:r>
        <w:br/>
      </w:r>
      <w:r>
        <w:rPr>
          <w:sz w:val="20"/>
        </w:rPr>
        <w:t>0:52  Allah ke nazdeek aman ki ahmiyat bohat zyada hai, yani is ko aap social—is ko aap yeh kehte hain ke social sense mein woh gets good hai, yani som bonum.</w:t>
      </w:r>
    </w:p>
    <w:p>
      <w:pPr>
        <w:pStyle w:val="Heading2"/>
      </w:pPr>
      <w:r>
        <w:t>Quran verse: humans created into hardship</w:t>
      </w:r>
    </w:p>
    <w:p>
      <w:r>
        <w:rPr>
          <w:color w:val="666666"/>
          <w:sz w:val="18"/>
        </w:rPr>
        <w:t>Intellectual Empowerment August 22, 2010 · 51s · at 32:28 · https://youtu.be/hMzhnJpdyAg?t=1948</w:t>
      </w:r>
    </w:p>
    <w:p>
      <w:r>
        <w:rPr>
          <w:i/>
        </w:rPr>
        <w:t>“لقد خلقنا الانسان فی کبد، ہم نے پیدا کیا انسان کو ہارڈشپ میں”</w:t>
      </w:r>
    </w:p>
    <w:p>
      <w:r>
        <w:rPr>
          <w:sz w:val="20"/>
        </w:rPr>
        <w:t>32:28  ya quran mein hai ke "laqad khalaqnal insana fi qabd". hum ne paida kiya insaan ko hardship mein. hum ne paida kiya insaan ko hardship mein.</w:t>
      </w:r>
      <w:r>
        <w:br/>
      </w:r>
      <w:r>
        <w:rPr>
          <w:sz w:val="20"/>
        </w:rPr>
        <w:t>32:41  ab ek aadmi agar kuch mushkil mein hai to woh mayoos, aam halat mein mayusi ka shikar ho jayega.</w:t>
      </w:r>
      <w:r>
        <w:br/>
      </w:r>
      <w:r>
        <w:rPr>
          <w:sz w:val="20"/>
        </w:rPr>
        <w:t>32:51  mushkil mein hai to frustration mein par sakta hai woh. lekin jab is ayat ko padhega woh to kya hoga ke bhai mushkil to part of life hai "laqad khalaqnal insana fi qabd".</w:t>
      </w:r>
      <w:r>
        <w:br/>
      </w:r>
      <w:r>
        <w:rPr>
          <w:sz w:val="20"/>
        </w:rPr>
        <w:t>33:04  hum ne paida kiya insaan ko hardship mein. to agar mujhe koi hardship pesh aa rahi hai, koi mushkil pesh aa rahi hai to "that is part of life, part of creation".</w:t>
      </w:r>
      <w:r>
        <w:br/>
      </w:r>
      <w:r>
        <w:rPr>
          <w:sz w:val="20"/>
        </w:rPr>
        <w:t>33:16  to woh to hona hi hona hai. to kya hoga phir? aap</w:t>
      </w:r>
    </w:p>
    <w:p>
      <w:pPr>
        <w:pStyle w:val="Heading2"/>
      </w:pPr>
      <w:r>
        <w:t>Hadith: dedicate your worries to the afterlife</w:t>
      </w:r>
    </w:p>
    <w:p>
      <w:r>
        <w:rPr>
          <w:color w:val="666666"/>
          <w:sz w:val="18"/>
        </w:rPr>
        <w:t>Islam Ideology, Team and Method October 09, 2011 · 33s · at 22:29 · https://youtu.be/zRilc1fG6c0?t=1349</w:t>
      </w:r>
    </w:p>
    <w:p>
      <w:r>
        <w:rPr>
          <w:i/>
        </w:rPr>
        <w:t>“Hadees mein aata hai: jo apna gham sirf aakhirat ka gham bana le”</w:t>
      </w:r>
    </w:p>
    <w:p>
      <w:r>
        <w:rPr>
          <w:sz w:val="20"/>
        </w:rPr>
        <w:t>22:29  is par aap log daal den to aisa nahi hoga ke Allah taala unhein isi halat mein chhod de.</w:t>
      </w:r>
      <w:r>
        <w:br/>
      </w:r>
      <w:r>
        <w:rPr>
          <w:sz w:val="20"/>
        </w:rPr>
        <w:t>22:37  aisa nahi ho sakta. zahir hai ke hadith mein aata hai ke man ja'al al-humoom hamma wa hidan hamma akhiratihi kafaahu Allahu 'an hum ad-dunya ya'ni aap jab apne aap ko Allah ke mission ke liye daal dein to Allah ki nusratein toot padti hain aap ke upar.</w:t>
      </w:r>
      <w:r>
        <w:br/>
      </w:r>
      <w:r>
        <w:rPr>
          <w:sz w:val="20"/>
        </w:rPr>
        <w:t>22:59  aadmi akela nahi rehta.</w:t>
      </w:r>
    </w:p>
    <w:p>
      <w:pPr>
        <w:pStyle w:val="Heading2"/>
      </w:pPr>
      <w:r>
        <w:t>Muslims should not have separate politics</w:t>
      </w:r>
    </w:p>
    <w:p>
      <w:r>
        <w:rPr>
          <w:color w:val="666666"/>
          <w:sz w:val="18"/>
        </w:rPr>
        <w:t>Manoj Tibrewal Aakash interviewed Maulana Wahiduddin Khan, Spiritual Leader for DD News's Ek Mulaqat · 43s · at 6:48 · https://youtu.be/uCSW2YZmlS0?t=408</w:t>
      </w:r>
    </w:p>
    <w:p>
      <w:r>
        <w:rPr>
          <w:i/>
        </w:rPr>
        <w:t>“Look, my belief is that Muslims should not have separate politics in India.”</w:t>
      </w:r>
    </w:p>
    <w:p>
      <w:r>
        <w:rPr>
          <w:sz w:val="20"/>
        </w:rPr>
        <w:t>6:48  dekhiye, mera manna ye hai ke musalmanon ki alag politics india mein honi nahi chahiye.</w:t>
      </w:r>
      <w:r>
        <w:br/>
      </w:r>
      <w:r>
        <w:rPr>
          <w:sz w:val="20"/>
        </w:rPr>
        <w:t>6:52  main iske bahut dinon se iske khilaf hoon.</w:t>
      </w:r>
      <w:r>
        <w:br/>
      </w:r>
      <w:r>
        <w:rPr>
          <w:sz w:val="20"/>
        </w:rPr>
        <w:t>6:56  musalmanon ki kai partiyan bani hain, main janta hoon.</w:t>
      </w:r>
      <w:r>
        <w:br/>
      </w:r>
      <w:r>
        <w:rPr>
          <w:sz w:val="20"/>
        </w:rPr>
        <w:t>7:00  kuch political target ko lekar ke, aur main bar bar is par bolta raha hoon, likhta raha hoon ke</w:t>
      </w:r>
      <w:r>
        <w:br/>
      </w:r>
      <w:r>
        <w:rPr>
          <w:sz w:val="20"/>
        </w:rPr>
        <w:t>7:05  india mein alag musalmanon ki separate politics hargiz nahi honi chahiye.</w:t>
      </w:r>
      <w:r>
        <w:br/>
      </w:r>
      <w:r>
        <w:rPr>
          <w:sz w:val="20"/>
        </w:rPr>
        <w:t>7:09  kyunke yahan jo, yahan ki jo national politics hai, usi ka hissa hai.</w:t>
      </w:r>
      <w:r>
        <w:br/>
      </w:r>
      <w:r>
        <w:rPr>
          <w:sz w:val="20"/>
        </w:rPr>
        <w:t>7:13  yaani masjid mein hum namaz alag padhenge, namaz ke etbar se hamara tareeqa alag rahega.</w:t>
      </w:r>
      <w:r>
        <w:br/>
      </w:r>
      <w:r>
        <w:rPr>
          <w:sz w:val="20"/>
        </w:rPr>
        <w:t>7:18  lekin jahan tak politics ka baat hai, to hum, hum wahi politics ko manenge jo national politics hai.</w:t>
      </w:r>
      <w:r>
        <w:br/>
      </w:r>
      <w:r>
        <w:rPr>
          <w:sz w:val="20"/>
        </w:rPr>
        <w:t>7:22  us se alag nahi.</w:t>
      </w:r>
      <w:r>
        <w:br/>
      </w:r>
      <w:r>
        <w:rPr>
          <w:sz w:val="20"/>
        </w:rPr>
        <w:t>7:26  ye isi ko main islam samajhta hoon.</w:t>
      </w:r>
      <w:r>
        <w:br/>
      </w:r>
      <w:r>
        <w:rPr>
          <w:sz w:val="20"/>
        </w:rPr>
        <w:t>7:31  lekin musalmano ke ek bade tabke ko lagta hai ki desh ki rajnitik dal unko vote bank samajhkar istemaal karte hain. kya ye sahi hai?</w:t>
      </w:r>
    </w:p>
    <w:p>
      <w:pPr>
        <w:pStyle w:val="Heading2"/>
      </w:pPr>
      <w:r>
        <w:t>Muslims must become a giver community, not takers</w:t>
      </w:r>
    </w:p>
    <w:p>
      <w:r>
        <w:rPr>
          <w:color w:val="666666"/>
          <w:sz w:val="18"/>
        </w:rPr>
        <w:t>Spirit of Ramadan June 14, 2015 · 38s · at 34:13 · https://youtu.be/mKQdhE2rhdQ?t=2053</w:t>
      </w:r>
    </w:p>
    <w:p>
      <w:r>
        <w:rPr>
          <w:i/>
        </w:rPr>
        <w:t>“Aaj muscle power ki ahmiyat nahi hai”</w:t>
      </w:r>
    </w:p>
    <w:p>
      <w:r>
        <w:rPr>
          <w:sz w:val="20"/>
        </w:rPr>
        <w:t>34:13  aaj muscle power ki ahmiyat nahi hai,</w:t>
      </w:r>
      <w:r>
        <w:br/>
      </w:r>
      <w:r>
        <w:rPr>
          <w:sz w:val="20"/>
        </w:rPr>
        <w:t>34:15  aaj to technology hai, science hai, modern thought hai, woh woh chahiye. to main samajhta hoon ke aane wala jo ramzan hai, is mein hum ek nayi planning karein duniya ko khair dene ki.</w:t>
      </w:r>
      <w:r>
        <w:br/>
      </w:r>
      <w:r>
        <w:rPr>
          <w:sz w:val="20"/>
        </w:rPr>
        <w:t>34:32  ek nayi planning duniya ko kya khair de sakte hain hum, duniya ko kya good hum de sakte hain?</w:t>
      </w:r>
      <w:r>
        <w:br/>
      </w:r>
      <w:r>
        <w:rPr>
          <w:sz w:val="20"/>
        </w:rPr>
        <w:t>34:38  kyunke musalman woh hai jo naafe ho, giver. musalman ko duniya ka giver member banna hai, duniya ki society ka giver member, taker nahi.</w:t>
      </w:r>
    </w:p>
    <w:p>
      <w:pPr>
        <w:pStyle w:val="Heading2"/>
      </w:pPr>
      <w:r>
        <w:t>Islam is a universal mission needing boost</w:t>
      </w:r>
    </w:p>
    <w:p>
      <w:r>
        <w:rPr>
          <w:color w:val="666666"/>
          <w:sz w:val="18"/>
        </w:rPr>
        <w:t>Islam in History - Part-2 (English) March 10, 2007 Maulana Wahiduddin Khan · 23s · at 0:59 · https://youtu.be/VmZFLK7jDcE?t=59</w:t>
      </w:r>
    </w:p>
    <w:p>
      <w:r>
        <w:rPr>
          <w:i/>
        </w:rPr>
        <w:t>“First of all, you have to know that Islam is a mission”</w:t>
      </w:r>
    </w:p>
    <w:p>
      <w:r>
        <w:rPr>
          <w:sz w:val="20"/>
        </w:rPr>
        <w:t>0:59  First of all, you have to know that Islam is a mission, a universal mission. Every such mission needs a boost.</w:t>
      </w:r>
      <w:r>
        <w:br/>
      </w:r>
      <w:r>
        <w:rPr>
          <w:sz w:val="20"/>
        </w:rPr>
        <w:t>1:22  Without boost, no mission can have a rapid speed.</w:t>
      </w:r>
    </w:p>
    <w:p>
      <w:pPr>
        <w:pStyle w:val="Heading2"/>
      </w:pPr>
      <w:r>
        <w:t>18 people for dawah versus 1.8 million for protest</w:t>
      </w:r>
    </w:p>
    <w:p>
      <w:r>
        <w:rPr>
          <w:color w:val="666666"/>
          <w:sz w:val="18"/>
        </w:rPr>
        <w:t>Present Muslims- A Case of Wrong Identity February 13, 2011 · 54s · at 3:15 · https://youtu.be/gDX72gIRL4E?t=195</w:t>
      </w:r>
    </w:p>
    <w:p>
      <w:r>
        <w:rPr>
          <w:i/>
        </w:rPr>
        <w:t>“18 din mein mujhe 18 aadmi bhi nahi mile”</w:t>
      </w:r>
    </w:p>
    <w:p>
      <w:r>
        <w:rPr>
          <w:sz w:val="20"/>
        </w:rPr>
        <w:t>3:15  18 din mein mujhe 18 aadmi bhi nahin mile. inko 18 lakh aadmi mil gaye. yeh maine likha tha risale mein ya safarnama mein.</w:t>
      </w:r>
      <w:r>
        <w:br/>
      </w:r>
      <w:r>
        <w:rPr>
          <w:sz w:val="20"/>
        </w:rPr>
        <w:t>3:28  iska raaz kya hai?</w:t>
      </w:r>
      <w:r>
        <w:br/>
      </w:r>
      <w:r>
        <w:rPr>
          <w:sz w:val="20"/>
        </w:rPr>
        <w:t>3:31  inko yeh baat appeal nahin karti ke: "nahnu shuhada'ullah fil la'ib" yaani hamari pehchan jo hai, hamari identity jo hai, woh da'i ki identity hai.</w:t>
      </w:r>
      <w:r>
        <w:br/>
      </w:r>
      <w:r>
        <w:rPr>
          <w:sz w:val="20"/>
        </w:rPr>
        <w:t>3:42  yeh inko mutasir nahin karti. doosri identity nahin ab woh karti hai ke: "hamein hukoomaton ko todna hai,</w:t>
      </w:r>
      <w:r>
        <w:br/>
      </w:r>
      <w:r>
        <w:rPr>
          <w:sz w:val="20"/>
        </w:rPr>
        <w:t>3:53  authority ko hamein challenge karna hai". yeh inko samajh mein aata hai.</w:t>
      </w:r>
      <w:r>
        <w:br/>
      </w:r>
      <w:r>
        <w:rPr>
          <w:sz w:val="20"/>
        </w:rPr>
        <w:t>3:59  itna hungama, itna hungama hua. million march kiya gaya wahan par, yahan tak ke hasni mubarak mulk chhod kar chale gaye.</w:t>
      </w:r>
    </w:p>
    <w:p>
      <w:pPr>
        <w:pStyle w:val="Heading2"/>
      </w:pPr>
      <w:r>
        <w:t>Prophet stands for Jewish funeral</w:t>
      </w:r>
    </w:p>
    <w:p>
      <w:r>
        <w:rPr>
          <w:color w:val="666666"/>
          <w:sz w:val="18"/>
        </w:rPr>
        <w:t>Inter Faith Dialogue IIC 12 Mar 2007 - Maulana Wahiduddin Khan · 50s · at 11:09 · https://youtu.be/VoRqhMN-2Oc?t=669</w:t>
      </w:r>
    </w:p>
    <w:p>
      <w:r>
        <w:rPr>
          <w:i/>
        </w:rPr>
        <w:t>“One day, the Prophet saw a funeral, funeral procession, passing”</w:t>
      </w:r>
    </w:p>
    <w:p>
      <w:r>
        <w:rPr>
          <w:sz w:val="20"/>
        </w:rPr>
        <w:t>11:09  One day, the Prophet saw a funeral procession, funeral procession, passing through a street in Madinah.</w:t>
      </w:r>
      <w:r>
        <w:br/>
      </w:r>
      <w:r>
        <w:rPr>
          <w:sz w:val="20"/>
        </w:rPr>
        <w:t>11:21  The Prophet was seated at that time. On seeing the funeral, the Prophet stood up in respect.</w:t>
      </w:r>
      <w:r>
        <w:br/>
      </w:r>
      <w:r>
        <w:rPr>
          <w:sz w:val="20"/>
        </w:rPr>
        <w:t>11:33  One of his companions said, "O Prophet, it was the funeral of a Jew, not a Muslim."</w:t>
      </w:r>
      <w:r>
        <w:br/>
      </w:r>
      <w:r>
        <w:rPr>
          <w:sz w:val="20"/>
        </w:rPr>
        <w:t>11:41  The Prophet replied, "Alayshat Nafsan, was he not a human being?</w:t>
      </w:r>
      <w:r>
        <w:br/>
      </w:r>
      <w:r>
        <w:rPr>
          <w:sz w:val="20"/>
        </w:rPr>
        <w:t>11:50  Here you can see that the Prophet was able to discover a commonality between himself and that non-Muslim.</w:t>
      </w:r>
    </w:p>
    <w:p>
      <w:pPr>
        <w:pStyle w:val="Heading2"/>
      </w:pPr>
      <w:r>
        <w:t>Nature itself needs an explanation</w:t>
      </w:r>
    </w:p>
    <w:p>
      <w:r>
        <w:rPr>
          <w:color w:val="666666"/>
          <w:sz w:val="18"/>
        </w:rPr>
        <w:t>Islam in the Modern Age December 08, 2006 Maulana Wahiduddin Khan · 31s · at 29:27 · https://youtu.be/sToYBVIXSxQ?t=1767</w:t>
      </w:r>
    </w:p>
    <w:p>
      <w:r>
        <w:rPr>
          <w:i/>
        </w:rPr>
        <w:t>“Nature does not explain — she needs explaining”</w:t>
      </w:r>
    </w:p>
    <w:p>
      <w:r>
        <w:rPr>
          <w:sz w:val="20"/>
        </w:rPr>
        <w:t>29:27  to main ne kaha, is mein likha, aap parh sakte hain is ko ke nature does not explain;</w:t>
      </w:r>
      <w:r>
        <w:br/>
      </w:r>
      <w:r>
        <w:rPr>
          <w:sz w:val="20"/>
        </w:rPr>
        <w:t>29:34  nature herself is in need of explanation. Nature does not explain; she is herself in need of explanation.</w:t>
      </w:r>
      <w:r>
        <w:br/>
      </w:r>
      <w:r>
        <w:rPr>
          <w:sz w:val="20"/>
        </w:rPr>
        <w:t>29:45  yani yeh jo cause and effect ka itna bara system qaim hai poore universe mein, to kaise qaim hai? Is ke peeche bhi ek controller chahiye, ek sustainer chahiye, ek creator chahiye.</w:t>
      </w:r>
    </w:p>
    <w:p>
      <w:pPr>
        <w:pStyle w:val="Heading2"/>
      </w:pPr>
      <w:r>
        <w:t>Islam means peace</w:t>
      </w:r>
    </w:p>
    <w:p>
      <w:r>
        <w:rPr>
          <w:color w:val="666666"/>
          <w:sz w:val="18"/>
        </w:rPr>
        <w:t>Islam and Peace (English) (Part 1) | January 17, 2007 | Maulana Wahiduddin Khan · 31s · at 2:15 · https://youtu.be/uIvWfkc4uu0?t=135</w:t>
      </w:r>
    </w:p>
    <w:p>
      <w:r>
        <w:rPr>
          <w:i/>
        </w:rPr>
        <w:t>“The very word Islam has a connotation of peace.”</w:t>
      </w:r>
    </w:p>
    <w:p>
      <w:r>
        <w:rPr>
          <w:sz w:val="20"/>
        </w:rPr>
        <w:t>2:15  The very word Islam has a connotation of peace. You know, the root word of Islam is Salam. S I L M, Salam. In Arabic language, Salam means peace</w:t>
      </w:r>
    </w:p>
    <w:p>
      <w:pPr>
        <w:pStyle w:val="Heading2"/>
      </w:pPr>
      <w:r>
        <w:t>Novel analogy shows need for big target</w:t>
      </w:r>
    </w:p>
    <w:p>
      <w:r>
        <w:rPr>
          <w:color w:val="666666"/>
          <w:sz w:val="18"/>
        </w:rPr>
        <w:t>Fragments of a CPS Mind 5 May 2006 - Maulana Wahiduddin Khan · 1m 03s · at 18:01 · https://youtu.be/_IxGI6LsK8o?t=1081</w:t>
      </w:r>
    </w:p>
    <w:p>
      <w:r>
        <w:rPr>
          <w:i/>
        </w:rPr>
        <w:t>“Ek misaal deta hoon aap ko”</w:t>
      </w:r>
    </w:p>
    <w:p>
      <w:r>
        <w:rPr>
          <w:sz w:val="20"/>
        </w:rPr>
        <w:t>18:01  aik misaal mein deta hoon aap ko. aik sacha waqia hai ke aik shakhs ne aik novel likhi.</w:t>
      </w:r>
      <w:r>
        <w:br/>
      </w:r>
      <w:r>
        <w:rPr>
          <w:sz w:val="20"/>
        </w:rPr>
        <w:t>18:11  wo novel bohat moti thi, yaani yaani kai hazar pages mein thi, several thousand pages mein wo novel thi.</w:t>
      </w:r>
      <w:r>
        <w:br/>
      </w:r>
      <w:r>
        <w:rPr>
          <w:sz w:val="20"/>
        </w:rPr>
        <w:t>18:23  to is ke dost ne jab dekha to us ne kaha ke ye itni itna itna mota novel to kaise likha tum ne?</w:t>
      </w:r>
      <w:r>
        <w:br/>
      </w:r>
      <w:r>
        <w:rPr>
          <w:sz w:val="20"/>
        </w:rPr>
        <w:t>18:33  tum akta nahi gaye? likhte bor nahi ho gaye? us ne jawab diya ke nahi,</w:t>
      </w:r>
      <w:r>
        <w:br/>
      </w:r>
      <w:r>
        <w:rPr>
          <w:sz w:val="20"/>
        </w:rPr>
        <w:t>18:43  is liye ke jab mein aik paragraph likhta tha to meri nazar agle paragraph par hoti thi.</w:t>
      </w:r>
      <w:r>
        <w:br/>
      </w:r>
      <w:r>
        <w:rPr>
          <w:sz w:val="20"/>
        </w:rPr>
        <w:t>18:52  agar aap ke samne itna bara kitab ka nishana ho ke is ke paragraph khatam na hote hon, aik ke baad aik, aik ke baad aik, to aap aktainge nahi.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