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261 clips · theme spiritual · full transcripts with timestamps · exported 2026-09-21</w:t>
      </w:r>
    </w:p>
    <w:p>
      <w:pPr>
        <w:pStyle w:val="Heading2"/>
      </w:pPr>
      <w:r>
        <w:t>Science as divine knowledge</w:t>
      </w:r>
    </w:p>
    <w:p>
      <w:r>
        <w:rPr>
          <w:color w:val="666666"/>
          <w:sz w:val="18"/>
        </w:rPr>
        <w:t>Science And Spirituality-25th April 07 · 32s · at 10:44 · https://youtu.be/v5j9QVMgQq0?t=644</w:t>
      </w:r>
    </w:p>
    <w:p>
      <w:r>
        <w:rPr>
          <w:i/>
        </w:rPr>
        <w:t>“Now, what is science? Science is divine knowledge.”</w:t>
      </w:r>
    </w:p>
    <w:p>
      <w:r>
        <w:rPr>
          <w:sz w:val="20"/>
        </w:rPr>
        <w:t>10:44  For the first time in history, science was able to remove all these superstitions. Now, what is science?</w:t>
      </w:r>
      <w:r>
        <w:br/>
      </w:r>
      <w:r>
        <w:rPr>
          <w:sz w:val="20"/>
        </w:rPr>
        <w:t>10:57  Science is divine knowledge. Science is nothing but divine knowledge, divine laws. When you discover those universal laws that rule the universe, then you call it science.</w:t>
      </w:r>
      <w:r>
        <w:br/>
      </w:r>
      <w:r>
        <w:rPr>
          <w:sz w:val="20"/>
        </w:rPr>
        <w:t>11:16  Science means those universal laws set by the Creator in our world.</w:t>
      </w:r>
    </w:p>
    <w:p>
      <w:pPr>
        <w:pStyle w:val="Heading2"/>
      </w:pPr>
      <w:r>
        <w:t>Gandhi's dream and his message</w:t>
      </w:r>
    </w:p>
    <w:p>
      <w:r>
        <w:rPr>
          <w:color w:val="666666"/>
          <w:sz w:val="18"/>
        </w:rPr>
        <w:t>Islam and Peace (In Conversation with Maulana) 23 11 2008 · 50s · at 0:45 · https://youtu.be/CyS3i4AlGfs?t=45</w:t>
      </w:r>
    </w:p>
    <w:p>
      <w:r>
        <w:rPr>
          <w:i/>
        </w:rPr>
        <w:t>“I have seen Mahatma Gandhi in dreams many times.”</w:t>
      </w:r>
    </w:p>
    <w:p>
      <w:r>
        <w:rPr>
          <w:sz w:val="20"/>
        </w:rPr>
        <w:t>0:45  Main ne kai baar Mahatma Gandhi ko dream mein dekha.</w:t>
      </w:r>
      <w:r>
        <w:br/>
      </w:r>
      <w:r>
        <w:rPr>
          <w:sz w:val="20"/>
        </w:rPr>
        <w:t>0:52  Main ne ek baar dekha ke main ek road hai, us par walk kar raha hoon, paidal. Phir ek darakht hai, ek peed.</w:t>
      </w:r>
      <w:r>
        <w:br/>
      </w:r>
      <w:r>
        <w:rPr>
          <w:sz w:val="20"/>
        </w:rPr>
        <w:t>1:04  Us ke neeche Mahatma Gandhi akele baithe hue hain. Ek dum wahi haliya hai jo un ka hota tha. Bohat hi sad.</w:t>
      </w:r>
      <w:r>
        <w:br/>
      </w:r>
      <w:r>
        <w:rPr>
          <w:sz w:val="20"/>
        </w:rPr>
        <w:t>1:15  To main un ke paas jata hoon. To mujh ko ek pin dete hain. Mahatma Gandhi ek pin dete hain.</w:t>
      </w:r>
      <w:r>
        <w:br/>
      </w:r>
      <w:r>
        <w:rPr>
          <w:sz w:val="20"/>
        </w:rPr>
        <w:t>1:25  Aur kehte hain ke Maulana sahib, aap jo kar rahe hain us ko karte rahiye.</w:t>
      </w:r>
    </w:p>
    <w:p>
      <w:pPr>
        <w:pStyle w:val="Heading2"/>
      </w:pPr>
      <w:r>
        <w:t>Believer stays grateful even in abundance, unlike animals</w:t>
      </w:r>
    </w:p>
    <w:p>
      <w:r>
        <w:rPr>
          <w:color w:val="666666"/>
          <w:sz w:val="18"/>
        </w:rPr>
        <w:t>Personality of A Believer February 2, 2014 · 37s · at 7:21 · https://youtu.be/EiK_-O-Bjps?t=441</w:t>
      </w:r>
    </w:p>
    <w:p>
      <w:r>
        <w:rPr>
          <w:i/>
        </w:rPr>
        <w:t>“Aap sochen, pani na ho to kya hoga mera?”</w:t>
      </w:r>
    </w:p>
    <w:p>
      <w:r>
        <w:rPr>
          <w:sz w:val="20"/>
        </w:rPr>
        <w:t>7:21  to aap sochein ke pani na ho to kya haal hoga mera? to ek woh insan hai jo pani na ho tab soch pata hai,</w:t>
      </w:r>
      <w:r>
        <w:br/>
      </w:r>
      <w:r>
        <w:rPr>
          <w:sz w:val="20"/>
        </w:rPr>
        <w:t>7:35  pani khatam ho jaye tab woh soch pata hai ke yeh kaisa ho gaya</w:t>
      </w:r>
      <w:r>
        <w:br/>
      </w:r>
      <w:r>
        <w:rPr>
          <w:sz w:val="20"/>
        </w:rPr>
        <w:t>7:39  , ab kya hoga? lekin momin woh hai jo pani mil raha hai tab bhi sochta hai, woh</w:t>
      </w:r>
      <w:r>
        <w:br/>
      </w:r>
      <w:r>
        <w:rPr>
          <w:sz w:val="20"/>
        </w:rPr>
        <w:t>7:49  yaani woh affluence mein woh baat soch pata hai jo log us ke us ke state mein sochte hain. yeh hai momin.</w:t>
      </w:r>
    </w:p>
    <w:p>
      <w:pPr>
        <w:pStyle w:val="Heading2"/>
      </w:pPr>
      <w:r>
        <w:t>World has become a global village</w:t>
      </w:r>
    </w:p>
    <w:p>
      <w:r>
        <w:rPr>
          <w:color w:val="666666"/>
          <w:sz w:val="18"/>
        </w:rPr>
        <w:t>AL RISALA JANUARY 2017 | AUDIO · 30s · at 1:17:00 · https://youtu.be/_nWm9Mixl-E?t=4620</w:t>
      </w:r>
    </w:p>
    <w:p>
      <w:r>
        <w:rPr>
          <w:i/>
        </w:rPr>
        <w:t>“Aaj duniya ek global village ban chuki hai”</w:t>
      </w:r>
    </w:p>
    <w:p>
      <w:r>
        <w:rPr>
          <w:sz w:val="20"/>
        </w:rPr>
        <w:t>1:17:00  doosri cheez dastiyab hai is tarah aapsi len den bohat zyada badh gaya hai import export bohat bade</w:t>
      </w:r>
      <w:r>
        <w:br/>
      </w:r>
      <w:r>
        <w:rPr>
          <w:sz w:val="20"/>
        </w:rPr>
        <w:t>1:17:06  peymane par ho raha hai aisa pehle kabhi tareekh mein nahi tha is naye scenario mein tamam rivalries</w:t>
      </w:r>
      <w:r>
        <w:br/>
      </w:r>
      <w:r>
        <w:rPr>
          <w:sz w:val="20"/>
        </w:rPr>
        <w:t>1:17:12  khatm ho chuki hain ab sirf dost aur dost ka equation hai dost aur dushman ka equation khatm</w:t>
      </w:r>
      <w:r>
        <w:br/>
      </w:r>
      <w:r>
        <w:rPr>
          <w:sz w:val="20"/>
        </w:rPr>
        <w:t>1:17:18  ho chuka hai.</w:t>
      </w:r>
      <w:r>
        <w:br/>
      </w:r>
      <w:r>
        <w:rPr>
          <w:sz w:val="20"/>
        </w:rPr>
        <w:t>1:17:25  is global village ki ek alamat</w:t>
      </w:r>
    </w:p>
    <w:p>
      <w:pPr>
        <w:pStyle w:val="Heading2"/>
      </w:pPr>
      <w:r>
        <w:t>Self-blame not blame authority</w:t>
      </w:r>
    </w:p>
    <w:p>
      <w:r>
        <w:rPr>
          <w:color w:val="666666"/>
          <w:sz w:val="18"/>
        </w:rPr>
        <w:t>The Case of Present Muslim Generation September 28, 2008 · 24s · at 4:17 · https://youtu.be/yjSy2b7JPTw?t=257</w:t>
      </w:r>
    </w:p>
    <w:p>
      <w:r>
        <w:rPr>
          <w:i/>
        </w:rPr>
        <w:t>“Quran mein aap padhiye to aap payenge ke”</w:t>
      </w:r>
    </w:p>
    <w:p>
      <w:r>
        <w:rPr>
          <w:sz w:val="20"/>
        </w:rPr>
        <w:t>4:17  quran mein aap parhiye to aap payein ge ke quran mein blame others ka concept nahi hai. lomo anfusakum ka concept hai.</w:t>
      </w:r>
      <w:r>
        <w:br/>
      </w:r>
      <w:r>
        <w:rPr>
          <w:sz w:val="20"/>
        </w:rPr>
        <w:t>4:28  apne aap ko blame do. blame the as self.</w:t>
      </w:r>
      <w:r>
        <w:br/>
      </w:r>
      <w:r>
        <w:rPr>
          <w:sz w:val="20"/>
        </w:rPr>
        <w:t>4:34  blame others ka concept nahi hai quran mein.</w:t>
      </w:r>
    </w:p>
    <w:p>
      <w:pPr>
        <w:pStyle w:val="Heading2"/>
      </w:pPr>
      <w:r>
        <w:t>Hadith on brain drain</w:t>
      </w:r>
    </w:p>
    <w:p>
      <w:r>
        <w:rPr>
          <w:color w:val="666666"/>
          <w:sz w:val="18"/>
        </w:rPr>
        <w:t>Fragments of Broken Heart | December 01, 2006 | Maulana Wahiduddin Khan · 30s · at 24:15 · https://youtu.be/4uW2kggXMI8?t=1455</w:t>
      </w:r>
    </w:p>
    <w:p>
      <w:r>
        <w:rPr>
          <w:i/>
        </w:rPr>
        <w:t>“Hadith mein lafz aaya hai Zahab al-Ulama”</w:t>
      </w:r>
    </w:p>
    <w:p>
      <w:r>
        <w:rPr>
          <w:sz w:val="20"/>
        </w:rPr>
        <w:t>24:15  peshgoi ki shakal mein hadith mein yeh cheez maujood hai ke aisa hoga.</w:t>
      </w:r>
      <w:r>
        <w:br/>
      </w:r>
      <w:r>
        <w:rPr>
          <w:sz w:val="20"/>
        </w:rPr>
        <w:t>24:20  is ke liye hadith mein lafz aaya hai "zahab al-ulamaa".</w:t>
      </w:r>
      <w:r>
        <w:br/>
      </w:r>
      <w:r>
        <w:rPr>
          <w:sz w:val="20"/>
        </w:rPr>
        <w:t>24:25  zahab al-ulamaa ka matlab yeh hai ulama ka chala jana.</w:t>
      </w:r>
      <w:r>
        <w:br/>
      </w:r>
      <w:r>
        <w:rPr>
          <w:sz w:val="20"/>
        </w:rPr>
        <w:t>24:30  islamic scholars ka chala jana.</w:t>
      </w:r>
      <w:r>
        <w:br/>
      </w:r>
      <w:r>
        <w:rPr>
          <w:sz w:val="20"/>
        </w:rPr>
        <w:t>24:35  yaani going away of islamic scholars.</w:t>
      </w:r>
      <w:r>
        <w:br/>
      </w:r>
      <w:r>
        <w:rPr>
          <w:sz w:val="20"/>
        </w:rPr>
        <w:t>24:40  log samajhte hain, ab tak</w:t>
      </w:r>
    </w:p>
    <w:p>
      <w:pPr>
        <w:pStyle w:val="Heading2"/>
      </w:pPr>
      <w:r>
        <w:t>Learn to know your own nothingness</w:t>
      </w:r>
    </w:p>
    <w:p>
      <w:r>
        <w:rPr>
          <w:color w:val="666666"/>
          <w:sz w:val="18"/>
        </w:rPr>
        <w:t>Tazkiyah and Self Criticism April 13, 2020 Maulana Wahiduddin Khan · 27s · at 23:16 · https://youtu.be/D4pMJtT4vDg?t=1396</w:t>
      </w:r>
    </w:p>
    <w:p>
      <w:r>
        <w:rPr>
          <w:i/>
        </w:rPr>
        <w:t>“Nothing. Nothing.”</w:t>
      </w:r>
    </w:p>
    <w:p>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Lip service vs true gratitude</w:t>
      </w:r>
    </w:p>
    <w:p>
      <w:r>
        <w:rPr>
          <w:color w:val="666666"/>
          <w:sz w:val="18"/>
        </w:rPr>
        <w:t>God and Man (In Conversation with Maulana) 01 04 07 · 26s · at 0:29 · https://youtu.be/2HlIEnmDdPo?t=29</w:t>
      </w:r>
    </w:p>
    <w:p>
      <w:r>
        <w:rPr>
          <w:i/>
        </w:rPr>
        <w:t>“Shukr jo hai, ek to yeh hai”</w:t>
      </w:r>
    </w:p>
    <w:p>
      <w:r>
        <w:rPr>
          <w:sz w:val="20"/>
        </w:rPr>
        <w:t>0:29  Shukr jo hai, ek to yeh hai ke log munh se bolte rehte hain, "Alhamdulillah, Alhamdulillah, Alhamdulillah." to main sochta hoon ke yeh bhi Shukr hai, lekin yeh lip service hai. bada Shukr nahi hai.</w:t>
      </w:r>
      <w:r>
        <w:br/>
      </w:r>
      <w:r>
        <w:rPr>
          <w:sz w:val="20"/>
        </w:rPr>
        <w:t>0:45  Shukr ke liye dekhye, ek baat yeh arz karoon ke woh hadith mein hai, "Man lam yashkur al-nas lam yashkur Allah."</w:t>
      </w:r>
    </w:p>
    <w:p>
      <w:pPr>
        <w:pStyle w:val="Heading2"/>
      </w:pPr>
      <w:r>
        <w:t>Destroying a building can't destroy an idea</w:t>
      </w:r>
    </w:p>
    <w:p>
      <w:r>
        <w:rPr>
          <w:color w:val="666666"/>
          <w:sz w:val="18"/>
        </w:rPr>
        <w:t>America A Case of Spiritual Starvaltion July 7, 2011 · 46s · at 29:03 · https://youtu.be/N8JYD2P3QYE?t=1743</w:t>
      </w:r>
    </w:p>
    <w:p>
      <w:r>
        <w:rPr>
          <w:i/>
        </w:rPr>
        <w:t>“American Glory is destroyed, long live American Glory”</w:t>
      </w:r>
    </w:p>
    <w:p>
      <w:r>
        <w:rPr>
          <w:sz w:val="20"/>
        </w:rPr>
        <w:t>29:03  dekhein, chicago tower phir bhi khara hua hai, isi shan o shaukat ke sath, is se bhi ooncha hai. woh</w:t>
      </w:r>
      <w:r>
        <w:br/>
      </w:r>
      <w:r>
        <w:rPr>
          <w:sz w:val="20"/>
        </w:rPr>
        <w:t>29:09  to mein ne kaha ke ke american yani isi ko le kar mein ne kaha ke "American glory is destroyed, American glory is demolished, long live the American glory"</w:t>
      </w:r>
      <w:r>
        <w:br/>
      </w:r>
      <w:r>
        <w:rPr>
          <w:sz w:val="20"/>
        </w:rPr>
        <w:t>29:29  yani "American glory is demolished, long live the American glory". is se mein ne aik bohat bari cheez daryaft ki,</w:t>
      </w:r>
      <w:r>
        <w:br/>
      </w:r>
      <w:r>
        <w:rPr>
          <w:sz w:val="20"/>
        </w:rPr>
        <w:t>29:38  woh yeh hai ke kisi ko aap material nuqsan pohncha kar is ko destroy nahi kar sakte, impossible hai.</w:t>
      </w:r>
    </w:p>
    <w:p>
      <w:pPr>
        <w:pStyle w:val="Heading2"/>
      </w:pPr>
      <w:r>
        <w:t>Childhood religious but wrong number</w:t>
      </w:r>
    </w:p>
    <w:p>
      <w:r>
        <w:rPr>
          <w:color w:val="666666"/>
          <w:sz w:val="18"/>
        </w:rPr>
        <w:t>Experience Sharing Session of CPS Members 24 May 2008 - Maulana Wahiduddin Khan · 47s · at 16:55 · https://youtu.be/alVAkAnKiuM?t=1015</w:t>
      </w:r>
    </w:p>
    <w:p>
      <w:r>
        <w:rPr>
          <w:i/>
        </w:rPr>
        <w:t>“सिंस माय चाइल्डहुड डेज, आई वाज़ ऑलवेज अ वेरी रिलीजियस पर्सन”</w:t>
      </w:r>
    </w:p>
    <w:p>
      <w:r>
        <w:rPr>
          <w:sz w:val="20"/>
        </w:rPr>
        <w:t>16:55  since my childhood days, i was always a very religious person. i believed in god. but i would say that that was a wrong number, which i was dialing at that point of time. and at the same time, i grew up but not having peace of mind. i think the reason was that i had not discovered god, and therefore, i did not have peace of mind.</w:t>
      </w:r>
      <w:r>
        <w:br/>
      </w:r>
      <w:r>
        <w:rPr>
          <w:sz w:val="20"/>
        </w:rPr>
        <w:t>17:20  but when i joined cps, i discovered god and also got that peace of mind, which i didn't have earlier. i i am also, i have also realized that life is a very serious affair. and one cannot take it casually, especially when the truth has been communicated.</w:t>
      </w:r>
    </w:p>
    <w:p>
      <w:pPr>
        <w:pStyle w:val="Heading2"/>
      </w:pPr>
      <w:r>
        <w:t>Wanting to be shown your own flaws</w:t>
      </w:r>
    </w:p>
    <w:p>
      <w:r>
        <w:rPr>
          <w:color w:val="666666"/>
          <w:sz w:val="18"/>
        </w:rPr>
        <w:t>Tazkiya-e-Nafs Book by Maulana Wahiduddin Khan · 29s · at 1:35:13 · https://youtu.be/LbGPnJWmj1A?t=5713</w:t>
      </w:r>
    </w:p>
    <w:p>
      <w:r>
        <w:rPr>
          <w:i/>
        </w:rPr>
        <w:t>“Sahih yeh hai ke aadmi ke andar anti-self thinking paida ho”</w:t>
      </w:r>
    </w:p>
    <w:p>
      <w:r>
        <w:rPr>
          <w:sz w:val="20"/>
        </w:rPr>
        <w:t>1:35:13  is qism ki nafsiyat tazkiya ki qatil hai. sahih yeh hai ke aadmi ke andar anti-self soch yaani anti-self thinking paida ho.</w:t>
      </w:r>
      <w:r>
        <w:br/>
      </w:r>
      <w:r>
        <w:rPr>
          <w:sz w:val="20"/>
        </w:rPr>
        <w:t>1:35:24  woh apne khilaaf soche aur apne khilaaf sun sake. Umar ibn al-Khattab ke andar yeh jazba itna zyada shadeed tha ke unhon ne kaha: "Khuda is insaan par reham kare jo mujhe mere aib ka tohfa bhejhe." rahimAllahu ahadan ala uyubi.</w:t>
      </w:r>
    </w:p>
    <w:p>
      <w:pPr>
        <w:pStyle w:val="Heading2"/>
      </w:pPr>
      <w:r>
        <w:t>Islamic spirituality's real goal is paradise, not ecstasy</w:t>
      </w:r>
    </w:p>
    <w:p>
      <w:r>
        <w:rPr>
          <w:color w:val="666666"/>
          <w:sz w:val="18"/>
        </w:rPr>
        <w:t>Spirituality in Islam January 1, 2006 Maulana Wahiduddin Khan · 30s · at 17:24 · https://youtu.be/XO4htFBEkV4?t=1044</w:t>
      </w:r>
    </w:p>
    <w:p>
      <w:r>
        <w:rPr>
          <w:i/>
        </w:rPr>
        <w:t>“Goal kya hai Islamic spirituality ki? Wo hai paradise”</w:t>
      </w:r>
    </w:p>
    <w:p>
      <w:r>
        <w:rPr>
          <w:sz w:val="20"/>
        </w:rPr>
        <w:t>17:24  wa akhrajahu saliman ila dar al-salam. aur phir is ko pohncha deta hai hifazat ke sath jannat tak. yahan par dekhen, goal kya hai islamic spirituality ki?</w:t>
      </w:r>
      <w:r>
        <w:br/>
      </w:r>
      <w:r>
        <w:rPr>
          <w:sz w:val="20"/>
        </w:rPr>
        <w:t>17:37  woh hai paradise. ecstasy nahi hai.</w:t>
      </w:r>
      <w:r>
        <w:br/>
      </w:r>
      <w:r>
        <w:rPr>
          <w:sz w:val="20"/>
        </w:rPr>
        <w:t>17:43  doosri jo school hain, spiritual school jo hain, doosre in mein goal hai ecstasy. yaani isi duniya hi mein apne ko ecstasy ki halat mein le jaana.</w:t>
      </w:r>
    </w:p>
    <w:p>
      <w:pPr>
        <w:pStyle w:val="Heading2"/>
      </w:pPr>
      <w:r>
        <w:t>Spiritual tree revives after rain</w:t>
      </w:r>
    </w:p>
    <w:p>
      <w:r>
        <w:rPr>
          <w:color w:val="666666"/>
          <w:sz w:val="18"/>
        </w:rPr>
        <w:t>From the Spiritual Tree August 31, 2008 · 47s · at 1:53 · https://youtu.be/yqFdYWdODM0?t=113</w:t>
      </w:r>
    </w:p>
    <w:p>
      <w:r>
        <w:rPr>
          <w:i/>
        </w:rPr>
        <w:t>“After the rain, I saw green leaves sprouting.”</w:t>
      </w:r>
    </w:p>
    <w:p>
      <w:r>
        <w:rPr>
          <w:sz w:val="20"/>
        </w:rPr>
        <w:t>1:53  ab woh khatam ho gaya. lekin abhi jo barsaat hui, to barsaat ke baad maine dekha ke phir us ke andar patiyan, hari patiyan nikal rahi hain.</w:t>
      </w:r>
      <w:r>
        <w:br/>
      </w:r>
      <w:r>
        <w:rPr>
          <w:sz w:val="20"/>
        </w:rPr>
        <w:t>2:11  nikalte nikalte phir woh waise hi ho gaya. aaj subah main apne spiritual tree ke neeche baitha to waise hi woh hara bhara tha, waise hi shadab tha.</w:t>
      </w:r>
      <w:r>
        <w:br/>
      </w:r>
      <w:r>
        <w:rPr>
          <w:sz w:val="20"/>
        </w:rPr>
        <w:t>2:26  mein der tak is ke neeche baitha raha aur jaisa ke aap jante hain, inspiration leta raha. isi liye aaj ki talk ka maine jo</w:t>
      </w:r>
    </w:p>
    <w:p>
      <w:pPr>
        <w:pStyle w:val="Heading2"/>
      </w:pPr>
      <w:r>
        <w:t>Spirituality means loving your enemy</w:t>
      </w:r>
    </w:p>
    <w:p>
      <w:r>
        <w:rPr>
          <w:color w:val="666666"/>
          <w:sz w:val="18"/>
        </w:rPr>
        <w:t>Islam and Peace (In Conversation with Maulana) 23 11 2008 · 31s · at 15:22 · https://youtu.be/CyS3i4AlGfs?t=922</w:t>
      </w:r>
    </w:p>
    <w:p>
      <w:r>
        <w:rPr>
          <w:i/>
        </w:rPr>
        <w:t>“Spirituality means living as a human being.”</w:t>
      </w:r>
    </w:p>
    <w:p>
      <w:r>
        <w:rPr>
          <w:sz w:val="20"/>
        </w:rPr>
        <w:t>15:22  jo apni community mein jeeta ho woh spirituality ka naam leta hai to galat naam leta hai. insan mein jeena parta hai. spirituality ka matlab hota hai insan mein jeena parta hai.</w:t>
      </w:r>
      <w:r>
        <w:br/>
      </w:r>
      <w:r>
        <w:rPr>
          <w:sz w:val="20"/>
        </w:rPr>
        <w:t>15:32  jab insan ko apna concern banayen aap. sare insan aap ke liye ek ho jayen. best jo hai spirituality ka jo principle woh hai love your enemy.</w:t>
      </w:r>
      <w:r>
        <w:br/>
      </w:r>
      <w:r>
        <w:rPr>
          <w:sz w:val="20"/>
        </w:rPr>
        <w:t>15:44  yani lo all including your enemy. main samajhta hoon ke best formula spirituality ka yeh hai. Mahatma Gandhi is ko bohat ziyada mante thay is cheez ko.</w:t>
      </w:r>
      <w:r>
        <w:br/>
      </w:r>
      <w:r>
        <w:rPr>
          <w:sz w:val="20"/>
        </w:rPr>
        <w:t>15:54  bohat ziyada mante thay. to main samajhta hoon ke spirituality jo hai is ka expression love ki shakal mein hota hai. saare insanon se mohabbat. main keh sakta hoon jo mere saath rehte hain woh gawahi gawahi denge ke mere dil mein har ek ke liye pyar hai.</w:t>
      </w:r>
    </w:p>
    <w:p>
      <w:pPr>
        <w:pStyle w:val="Heading2"/>
      </w:pPr>
      <w:r>
        <w:t>Adopt cow culture of transforming negativity</w:t>
      </w:r>
    </w:p>
    <w:p>
      <w:r>
        <w:rPr>
          <w:color w:val="666666"/>
          <w:sz w:val="18"/>
        </w:rPr>
        <w:t>Islam and Peace (In Conversation with Maulana) 23 11 2008 · 39s · at 19:00 · https://youtu.be/CyS3i4AlGfs?t=1140</w:t>
      </w:r>
    </w:p>
    <w:p>
      <w:r>
        <w:rPr>
          <w:i/>
        </w:rPr>
        <w:t>“Worshipping the cow is not the goal; adopt its culture.”</w:t>
      </w:r>
    </w:p>
    <w:p>
      <w:r>
        <w:rPr>
          <w:sz w:val="20"/>
        </w:rPr>
        <w:t>19:00  agar aap sach much cow ko manti hain to. cow ko poojna hasil nahi hai. cow ke culture ko badal lena hasil hai. ke aap cow ki taraf baniye.</w:t>
      </w:r>
      <w:r>
        <w:br/>
      </w:r>
      <w:r>
        <w:rPr>
          <w:sz w:val="20"/>
        </w:rPr>
        <w:t>19:10  negative thought ko positive thought mein convert kijiye. koi hate ka experience ho tab bhi us ke pyar mein badlie aap. yani non milk ko milk mein badlie.</w:t>
      </w:r>
      <w:r>
        <w:br/>
      </w:r>
      <w:r>
        <w:rPr>
          <w:sz w:val="20"/>
        </w:rPr>
        <w:t>19:20  tab aap cow ko manne wale hongi. woh bechari aurat bohat achhi thi woh ro ne lagi woh. us ki aankhon se aansu tip tip tip girne laga.</w:t>
      </w:r>
      <w:r>
        <w:br/>
      </w:r>
      <w:r>
        <w:rPr>
          <w:sz w:val="20"/>
        </w:rPr>
        <w:t>19:30  to yeh hai mera mission. ke log cow ko poojte hain main kehta hoon cow culture ko apnao.</w:t>
      </w:r>
    </w:p>
    <w:p>
      <w:pPr>
        <w:pStyle w:val="Heading2"/>
      </w:pPr>
      <w:r>
        <w:t>Heart-based spirituality gives temporary ecstasy</w:t>
      </w:r>
    </w:p>
    <w:p>
      <w:r>
        <w:rPr>
          <w:color w:val="666666"/>
          <w:sz w:val="18"/>
        </w:rPr>
        <w:t>Spirituality in Daily Life 13 Aug 2016 - Maulana Wahiduddin Khan · 34s · at 6:04 · https://youtu.be/SB0AF0Q9aTE?t=364</w:t>
      </w:r>
    </w:p>
    <w:p>
      <w:r>
        <w:rPr>
          <w:i/>
        </w:rPr>
        <w:t>“Mai isi nateeje pahuncha hun ki heart-based spirituality mein ecstasy milti hai.”</w:t>
      </w:r>
    </w:p>
    <w:p>
      <w:r>
        <w:rPr>
          <w:sz w:val="20"/>
        </w:rPr>
        <w:t>6:04  dekhiye, main bahut se logon se mila hoon jo is line ke the. kitabein padhi hain. badi mashhoor kitab hai "the monk who sold his priory". to main to isi nateeje pahuncha hoon ki</w:t>
      </w:r>
      <w:r>
        <w:br/>
      </w:r>
      <w:r>
        <w:rPr>
          <w:sz w:val="20"/>
        </w:rPr>
        <w:t>6:21  heart based spirituality mein aadmi ko jo cheez milti hai, wo bekhudi kahiye, usko ecstasy kahiye. to usmein aadmi ko thodi der ke liye zaroor milta hai. zaroor.</w:t>
      </w:r>
    </w:p>
    <w:p>
      <w:pPr>
        <w:pStyle w:val="Heading2"/>
      </w:pPr>
      <w:r>
        <w:t>America is technologically strong but spiritually weak</w:t>
      </w:r>
    </w:p>
    <w:p>
      <w:r>
        <w:rPr>
          <w:color w:val="666666"/>
          <w:sz w:val="18"/>
        </w:rPr>
        <w:t>America A Case of Spiritual Starvaltion July 7, 2011 · 46s · at 1:22 · https://youtu.be/N8JYD2P3QYE?t=82</w:t>
      </w:r>
    </w:p>
    <w:p>
      <w:r>
        <w:rPr>
          <w:i/>
        </w:rPr>
        <w:t>“Technologically America is strong, but spiritually weak”</w:t>
      </w:r>
    </w:p>
    <w:p>
      <w:r>
        <w:rPr>
          <w:sz w:val="20"/>
        </w:rPr>
        <w:t>1:22  america ke baray mein ke technologically they are strong, but spirituality, but spiritually they are, they are weak.</w:t>
      </w:r>
      <w:r>
        <w:br/>
      </w:r>
      <w:r>
        <w:rPr>
          <w:sz w:val="20"/>
        </w:rPr>
        <w:t>1:36  yani spiritual sense mein, spiritual ka matlab mera dekhein, intellectually spiritual, spiritual mein dekhein, koi mysterious cheez nahin hai.</w:t>
      </w:r>
      <w:r>
        <w:br/>
      </w:r>
      <w:r>
        <w:rPr>
          <w:sz w:val="20"/>
        </w:rPr>
        <w:t>1:48  to main kahunga ke yani technologically they are strong, but intellectually they are weak.</w:t>
      </w:r>
      <w:r>
        <w:br/>
      </w:r>
      <w:r>
        <w:rPr>
          <w:sz w:val="20"/>
        </w:rPr>
        <w:t>1:58  yeh bohat bara statement hai, lekin main apna tajurba yahi hai mera america ke baray mein.</w:t>
      </w:r>
    </w:p>
    <w:p>
      <w:pPr>
        <w:pStyle w:val="Heading2"/>
      </w:pPr>
      <w:r>
        <w:t>Universe as the office of marifat</w:t>
      </w:r>
    </w:p>
    <w:p>
      <w:r>
        <w:rPr>
          <w:color w:val="666666"/>
          <w:sz w:val="18"/>
        </w:rPr>
        <w:t>Discussion on Marefat (Ulama Session- I) Peace Conference April 29-30, 2023 · 30s · at 33:38 · https://youtu.be/c1NFCRXpYBQ?t=2018</w:t>
      </w:r>
    </w:p>
    <w:p>
      <w:r>
        <w:rPr>
          <w:i/>
        </w:rPr>
        <w:t>“Kainath marifat ka azeem daftar hai.”</w:t>
      </w:r>
    </w:p>
    <w:p>
      <w:r>
        <w:rPr>
          <w:sz w:val="20"/>
        </w:rPr>
        <w:t>33:38  to main misal ke taur par is program ke aakhri aakhri program ke aakhri baat ke taur par. kitabein Maarifat safa number 73 ka ek unwan hai Maarifat ki Tamseelat. yeh paragraph padhkar main apni baat ko khatm karta hoon. Maulana likhte hain Maarifat ki Tamseelat.</w:t>
      </w:r>
      <w:r>
        <w:br/>
      </w:r>
      <w:r>
        <w:rPr>
          <w:sz w:val="20"/>
        </w:rPr>
        <w:t>34:08  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p>
    <w:p>
      <w:pPr>
        <w:pStyle w:val="Heading2"/>
      </w:pPr>
      <w:r>
        <w:t>Spirituality is extracting spiritual content</w:t>
      </w:r>
    </w:p>
    <w:p>
      <w:r>
        <w:rPr>
          <w:color w:val="666666"/>
          <w:sz w:val="18"/>
        </w:rPr>
        <w:t>Fasting A Source of Spiritual Empowerment 21 Aug, 2011 - Maulana Wahiduddin Khan · 19s · at 34:13 · https://youtu.be/b19V3pD-tbQ?t=2053</w:t>
      </w:r>
    </w:p>
    <w:p>
      <w:r>
        <w:rPr>
          <w:i/>
        </w:rPr>
        <w:t>“Spirituality nam hai material chizon se spiritual content ko extract karna.”</w:t>
      </w:r>
    </w:p>
    <w:p>
      <w:r>
        <w:rPr>
          <w:sz w:val="20"/>
        </w:rPr>
        <w:t>34:13  spirituality naam hai material cheezon se spiritual content ko extract karna.</w:t>
      </w:r>
      <w:r>
        <w:br/>
      </w:r>
      <w:r>
        <w:rPr>
          <w:sz w:val="20"/>
        </w:rPr>
        <w:t>34:23  extract. har material cheez mein ek inner contact content hota hai. har material cheez mein.</w:t>
      </w:r>
    </w:p>
    <w:p>
      <w:pPr>
        <w:pStyle w:val="Heading2"/>
      </w:pPr>
      <w:r>
        <w:t>hadith: God is as you think of Him</w:t>
      </w:r>
    </w:p>
    <w:p>
      <w:r>
        <w:rPr>
          <w:color w:val="666666"/>
          <w:sz w:val="18"/>
        </w:rPr>
        <w:t>Discovery of Paradise March 22, 2015 · 42s · at 7:48 · https://youtu.be/2axrfd7sZkE?t=468</w:t>
      </w:r>
    </w:p>
    <w:p>
      <w:r>
        <w:rPr>
          <w:i/>
        </w:rPr>
        <w:t>“Hadith: 'Ana 'inda zanni 'abdi bi'”</w:t>
      </w:r>
    </w:p>
    <w:p>
      <w:r>
        <w:rPr>
          <w:sz w:val="20"/>
        </w:rPr>
        <w:t>7:48  to mein samajhta hoon. aur phir aik aik aik hadees hai ke "Ana inda zanni abd".</w:t>
      </w:r>
      <w:r>
        <w:br/>
      </w:r>
      <w:r>
        <w:rPr>
          <w:sz w:val="20"/>
        </w:rPr>
        <w:t>8:02  mein bande ke guman ke sath hoon to mere baray mein acha guman kare.</w:t>
      </w:r>
      <w:r>
        <w:br/>
      </w:r>
      <w:r>
        <w:rPr>
          <w:sz w:val="20"/>
        </w:rPr>
        <w:t>8:12  mein bande ke guman ke sath hoon to banda mere baray mein acha guman kare.</w:t>
      </w:r>
      <w:r>
        <w:br/>
      </w:r>
      <w:r>
        <w:rPr>
          <w:sz w:val="20"/>
        </w:rPr>
        <w:t>8:21  "Ana inda zanni abd".</w:t>
      </w:r>
    </w:p>
    <w:p>
      <w:pPr>
        <w:pStyle w:val="Heading2"/>
      </w:pPr>
      <w:r>
        <w:t>Age of opportunity explosion</w:t>
      </w:r>
    </w:p>
    <w:p>
      <w:r>
        <w:rPr>
          <w:color w:val="666666"/>
          <w:sz w:val="18"/>
        </w:rPr>
        <w:t>AL RISALA JANUARY 2017 | AUDIO · 30s · at 43:50 · https://youtu.be/_nWm9Mixl-E?t=2630</w:t>
      </w:r>
    </w:p>
    <w:p>
      <w:r>
        <w:rPr>
          <w:i/>
        </w:rPr>
        <w:t>“Opportunity explosion ka zamana hai”</w:t>
      </w:r>
    </w:p>
    <w:p>
      <w:r>
        <w:rPr>
          <w:sz w:val="20"/>
        </w:rPr>
        <w:t>43:50  chunity explosion ka zamana hai ab har aadmi ke liye yeh mumkin ho gaya hai ke woh jadeed</w:t>
      </w:r>
      <w:r>
        <w:br/>
      </w:r>
      <w:r>
        <w:rPr>
          <w:sz w:val="20"/>
        </w:rPr>
        <w:t>43:57  mawaqe ko istemal kar ke bare se bara kaam anjam de sake yahi imkan poori tarah ahle iman</w:t>
      </w:r>
      <w:r>
        <w:br/>
      </w:r>
      <w:r>
        <w:rPr>
          <w:sz w:val="20"/>
        </w:rPr>
        <w:t>44:05  ke liye khula hua haiumumee taur par paida hone wala yeh imkan tareekh ka bilkul naya zahira</w:t>
      </w:r>
      <w:r>
        <w:br/>
      </w:r>
      <w:r>
        <w:rPr>
          <w:sz w:val="20"/>
        </w:rPr>
        <w:t>44:13  hai yeh naya zahira goya taeed culture hai</w:t>
      </w:r>
    </w:p>
    <w:p>
      <w:pPr>
        <w:pStyle w:val="Heading2"/>
      </w:pPr>
      <w:r>
        <w:t>Discipline is not mechanical</w:t>
      </w:r>
    </w:p>
    <w:p>
      <w:r>
        <w:rPr>
          <w:color w:val="666666"/>
          <w:sz w:val="18"/>
        </w:rPr>
        <w:t>Islamic Prayer (Part 2) (English) | February 27, 2007 | Maulana Wahiduddin Khan · 34s · at 12:02 · https://youtu.be/xoh_XiWwRlI?t=722</w:t>
      </w:r>
    </w:p>
    <w:p>
      <w:r>
        <w:rPr>
          <w:i/>
        </w:rPr>
        <w:t>“This discipline is not simply a form.”</w:t>
      </w:r>
    </w:p>
    <w:p>
      <w:r>
        <w:rPr>
          <w:sz w:val="20"/>
        </w:rPr>
        <w:t>12:02  . This discipline is not a mechanical discipline. It is not a robot discipline. It is a discipline performed by human beings. So it is a living discipline. It is a, is it an intellectual discipline.</w:t>
      </w:r>
    </w:p>
    <w:p>
      <w:pPr>
        <w:pStyle w:val="Heading2"/>
      </w:pPr>
      <w:r>
        <w:t>contentment, not more and more, is the source of peace</w:t>
      </w:r>
    </w:p>
    <w:p>
      <w:r>
        <w:rPr>
          <w:color w:val="666666"/>
          <w:sz w:val="18"/>
        </w:rPr>
        <w:t>Interview Session with Maulana Wahiduddin Khan January 30, 2008 · 40s · at 20:45 · https://youtu.be/o8Gpe9YMuZc?t=1245</w:t>
      </w:r>
    </w:p>
    <w:p>
      <w:r>
        <w:rPr>
          <w:i/>
        </w:rPr>
        <w:t>“Why more and more? You have to adopt contentment.”</w:t>
      </w:r>
    </w:p>
    <w:p>
      <w:r>
        <w:rPr>
          <w:sz w:val="20"/>
        </w:rPr>
        <w:t>20:45  but if you take materialism as a need, that is no difficult. there is no difficulty. you see, all these people are engaged in materialism with the spirit that more and more, more and more, more and more.</w:t>
      </w:r>
      <w:r>
        <w:br/>
      </w:r>
      <w:r>
        <w:rPr>
          <w:sz w:val="20"/>
        </w:rPr>
        <w:t>21:01  why more and more? you have to back, you have to adopt contentment.</w:t>
      </w:r>
      <w:r>
        <w:br/>
      </w:r>
      <w:r>
        <w:rPr>
          <w:sz w:val="20"/>
        </w:rPr>
        <w:t>21:10  it is contentment that is source of peace.</w:t>
      </w:r>
      <w:r>
        <w:br/>
      </w:r>
      <w:r>
        <w:rPr>
          <w:sz w:val="20"/>
        </w:rPr>
        <w:t>21:15  more and more is not source of peace. all those people who want material goods more and more, they are living in tension.</w:t>
      </w:r>
    </w:p>
    <w:p>
      <w:pPr>
        <w:pStyle w:val="Heading2"/>
      </w:pPr>
      <w:r>
        <w:t>Ma'rifat is a brainstorming, earthquake-like discovery</w:t>
      </w:r>
    </w:p>
    <w:p>
      <w:r>
        <w:rPr>
          <w:color w:val="666666"/>
          <w:sz w:val="18"/>
        </w:rPr>
        <w:t>Divine Personality April 2, 2014 Maulana Wahiduddin Khan · 29s · at 8:11 · https://youtu.be/4F-V__KFzpA?t=491</w:t>
      </w:r>
    </w:p>
    <w:p>
      <w:r>
        <w:rPr>
          <w:i/>
        </w:rPr>
        <w:t>“Ma'rifat is the greatest finding.”</w:t>
      </w:r>
    </w:p>
    <w:p>
      <w:r>
        <w:rPr>
          <w:sz w:val="20"/>
        </w:rPr>
        <w:t>8:11  Ma'rifat is the greatest finding.</w:t>
      </w:r>
      <w:r>
        <w:br/>
      </w:r>
      <w:r>
        <w:rPr>
          <w:sz w:val="20"/>
        </w:rPr>
        <w:t>8:16  Ma'rifat is like brainstorming. When you discover the truth, when you discover the truth of Islam then it is like an earthquake.</w:t>
      </w:r>
    </w:p>
    <w:p>
      <w:pPr>
        <w:pStyle w:val="Heading2"/>
      </w:pPr>
      <w:r>
        <w:t>Weak personality definition: wrong and claim right</w:t>
      </w:r>
    </w:p>
    <w:p>
      <w:r>
        <w:rPr>
          <w:color w:val="666666"/>
          <w:sz w:val="18"/>
        </w:rPr>
        <w:t>How to Build a Strong Personality June 14, 2008 Maulana Wahiduddin Khan · 33s · at 14:07 · https://youtu.be/bRWn96tpOIM?t=847</w:t>
      </w:r>
    </w:p>
    <w:p>
      <w:r>
        <w:rPr>
          <w:i/>
        </w:rPr>
        <w:t>“Weak personality does wrong but claims right.”</w:t>
      </w:r>
    </w:p>
    <w:p>
      <w:r>
        <w:rPr>
          <w:sz w:val="20"/>
        </w:rPr>
        <w:t>14:07  to isi ka naam hai weak personality. yani weak personality wo hai jo sahi ya galat dono mein pada rahe, galat kare magar us ko sahi kahe, us ko sahi aur galat ka farq hi nahi pata chalega, us ko to confusion mein rahega.</w:t>
      </w:r>
      <w:r>
        <w:br/>
      </w:r>
      <w:r>
        <w:rPr>
          <w:sz w:val="20"/>
        </w:rPr>
        <w:t>14:27  is ke andar ek dual personality banegi, is ke andar hypocrisy aayegi ke ek ghalti wo kar raha hai aur wo prove ho gaya ke wo ghalti thi, phir bhi nahi maan raha hai.</w:t>
      </w:r>
    </w:p>
    <w:p>
      <w:pPr>
        <w:pStyle w:val="Heading2"/>
      </w:pPr>
      <w:r>
        <w:t>Starting point is stop being afraid</w:t>
      </w:r>
    </w:p>
    <w:p>
      <w:r>
        <w:rPr>
          <w:color w:val="666666"/>
          <w:sz w:val="18"/>
        </w:rPr>
        <w:t>Tazkiyah and Self Criticism April 13, 2020 Maulana Wahiduddin Khan · 29s · at 13:10 · https://youtu.be/D4pMJtT4vDg?t=790</w:t>
      </w:r>
    </w:p>
    <w:p>
      <w:r>
        <w:rPr>
          <w:i/>
        </w:rPr>
        <w:t>“Afreed hona chhod dien”</w:t>
      </w:r>
    </w:p>
    <w:p>
      <w:r>
        <w:rPr>
          <w:sz w:val="20"/>
        </w:rPr>
        <w:t>13:10  afraid hona chhod den.</w:t>
      </w:r>
      <w:r>
        <w:br/>
      </w:r>
      <w:r>
        <w:rPr>
          <w:sz w:val="20"/>
        </w:rPr>
        <w:t>13:15  koi kuch bhi kahe, aap afraid na hon. jab afraid na honge aap to doosra jo aap ke andar jazba ya spirit paida hogi,</w:t>
      </w:r>
      <w:r>
        <w:br/>
      </w:r>
      <w:r>
        <w:rPr>
          <w:sz w:val="20"/>
        </w:rPr>
        <w:t>13:28  woh hai self correction.</w:t>
      </w:r>
    </w:p>
    <w:p>
      <w:pPr>
        <w:pStyle w:val="Heading2"/>
      </w:pPr>
      <w:r>
        <w:t>You must be hate-free to do real da'wah</w:t>
      </w:r>
    </w:p>
    <w:p>
      <w:r>
        <w:rPr>
          <w:color w:val="666666"/>
          <w:sz w:val="18"/>
        </w:rPr>
        <w:t>Divine Personality April 2, 2014 Maulana Wahiduddin Khan · 54s · at 29:24 · https://youtu.be/4F-V__KFzpA?t=1764</w:t>
      </w:r>
    </w:p>
    <w:p>
      <w:r>
        <w:rPr>
          <w:i/>
        </w:rPr>
        <w:t>“Those living in the West must abandon all kinds of hate.”</w:t>
      </w:r>
    </w:p>
    <w:p>
      <w:r>
        <w:rPr>
          <w:sz w:val="20"/>
        </w:rPr>
        <w:t>29:24  especially those people who are living in the West they must abandon all kinds of hate. Without making yourself free of hate you cannot do da'wah work.</w:t>
      </w:r>
      <w:r>
        <w:br/>
      </w:r>
      <w:r>
        <w:rPr>
          <w:sz w:val="20"/>
        </w:rPr>
        <w:t>29:39  Because all the Muslims hate Western people. These people cannot do da'wah work. Because you have to be well-wisher you have to make da'wah.</w:t>
      </w:r>
      <w:r>
        <w:br/>
      </w:r>
      <w:r>
        <w:rPr>
          <w:sz w:val="20"/>
        </w:rPr>
        <w:t>29:52  You have to listen to their point with patience.</w:t>
      </w:r>
      <w:r>
        <w:br/>
      </w:r>
      <w:r>
        <w:rPr>
          <w:sz w:val="20"/>
        </w:rPr>
        <w:t>29:59  All these things require compassion, well-wishing. So this is a very important condition that you must be hate-free towards your Madhu.</w:t>
      </w:r>
    </w:p>
    <w:p>
      <w:pPr>
        <w:pStyle w:val="Heading2"/>
      </w:pPr>
      <w:r>
        <w:t>Experiment yourself to understand silence</w:t>
      </w:r>
    </w:p>
    <w:p>
      <w:r>
        <w:rPr>
          <w:color w:val="666666"/>
          <w:sz w:val="18"/>
        </w:rPr>
        <w:t>Peace of Mind April 19, 2015 Maulana Wahiduddin Khan · 40s · at 1:04:35 · https://youtu.be/bGLY0ALNtjw?t=3875</w:t>
      </w:r>
    </w:p>
    <w:p>
      <w:r>
        <w:rPr>
          <w:i/>
        </w:rPr>
        <w:t>“Yeh aap khud tajurba kar ke dekh lijiye”</w:t>
      </w:r>
    </w:p>
    <w:p>
      <w:r>
        <w:rPr>
          <w:sz w:val="20"/>
        </w:rPr>
        <w:t>1:04:35  bhai yeh to aap khud tajurba kar ke dekh lijiyega.</w:t>
      </w:r>
      <w:r>
        <w:br/>
      </w:r>
      <w:r>
        <w:rPr>
          <w:sz w:val="20"/>
        </w:rPr>
        <w:t>1:04:40  yeh to aisi baat hai ke khud tajurba kar ke aap samajh sakte hain.</w:t>
      </w:r>
      <w:r>
        <w:br/>
      </w:r>
      <w:r>
        <w:rPr>
          <w:sz w:val="20"/>
        </w:rPr>
        <w:t>1:04:44  is ke liye elaborate karne ki zarurat hi nahi hai.</w:t>
      </w:r>
      <w:r>
        <w:br/>
      </w:r>
      <w:r>
        <w:rPr>
          <w:sz w:val="20"/>
        </w:rPr>
        <w:t>1:04:46  kabhi bhi tajurba kar ke dekhiye aap.</w:t>
      </w:r>
      <w:r>
        <w:br/>
      </w:r>
      <w:r>
        <w:rPr>
          <w:sz w:val="20"/>
        </w:rPr>
        <w:t>1:04:53  maulana agla sawal pune se kiya hai tabish sahib ne.</w:t>
      </w:r>
      <w:r>
        <w:br/>
      </w:r>
      <w:r>
        <w:rPr>
          <w:sz w:val="20"/>
        </w:rPr>
        <w:t>1:04:57  aur unhon ne likha hai:</w:t>
      </w:r>
      <w:r>
        <w:br/>
      </w:r>
      <w:r>
        <w:rPr>
          <w:sz w:val="20"/>
        </w:rPr>
        <w:t>1:05:00  maulana you said today that if one is a prepared mind, then it gives the person a trigger</w:t>
      </w:r>
      <w:r>
        <w:br/>
      </w:r>
      <w:r>
        <w:rPr>
          <w:sz w:val="20"/>
        </w:rPr>
        <w:t>1:05:06  too move ahead.</w:t>
      </w:r>
      <w:r>
        <w:br/>
      </w:r>
      <w:r>
        <w:rPr>
          <w:sz w:val="20"/>
        </w:rPr>
        <w:t>1:05:08  my question is how to make myself a prepared mind so that i can progress intellectual</w:t>
      </w:r>
    </w:p>
    <w:p>
      <w:pPr>
        <w:pStyle w:val="Heading2"/>
      </w:pPr>
      <w:r>
        <w:t>Detached living versus detached thinking explained</w:t>
      </w:r>
    </w:p>
    <w:p>
      <w:r>
        <w:rPr>
          <w:color w:val="666666"/>
          <w:sz w:val="18"/>
        </w:rPr>
        <w:t>Spirituality in Islam January 1, 2006 Maulana Wahiduddin Khan · 27s · at 11:37 · https://youtu.be/XO4htFBEkV4?t=697</w:t>
      </w:r>
    </w:p>
    <w:p>
      <w:r>
        <w:rPr>
          <w:i/>
        </w:rPr>
        <w:t>“Doosri spirituality detach living par, Islam detach thinking par”</w:t>
      </w:r>
    </w:p>
    <w:p>
      <w:r>
        <w:rPr>
          <w:sz w:val="20"/>
        </w:rPr>
        <w:t>11:37  yani main agar aik lafz mein kahun to yeh kahunga ke doosri spirituality jo hai woh base karti hai detach living par aur islam ki spirituality base karti hai detach thinking par.</w:t>
      </w:r>
      <w:r>
        <w:br/>
      </w:r>
      <w:r>
        <w:rPr>
          <w:sz w:val="20"/>
        </w:rPr>
        <w:t>11:54  detach living aur detach thinking yeh do word mein poori story chupi hui hai.</w:t>
      </w:r>
    </w:p>
    <w:p>
      <w:pPr>
        <w:pStyle w:val="Heading2"/>
      </w:pPr>
      <w:r>
        <w:t>America's old policy: the business of America is business</w:t>
      </w:r>
    </w:p>
    <w:p>
      <w:r>
        <w:rPr>
          <w:color w:val="666666"/>
          <w:sz w:val="18"/>
        </w:rPr>
        <w:t>America A Case of Spiritual Starvaltion July 7, 2011 · 41s · at 2:28 · https://youtu.be/N8JYD2P3QYE?t=148</w:t>
      </w:r>
    </w:p>
    <w:p>
      <w:r>
        <w:rPr>
          <w:i/>
        </w:rPr>
        <w:t>“Between the wars, America's policy was business only”</w:t>
      </w:r>
    </w:p>
    <w:p>
      <w:r>
        <w:rPr>
          <w:sz w:val="20"/>
        </w:rPr>
        <w:t>2:28  dekhiye, first world war aur second world war ke beech mein america ki policy thi: "the business of america is business".</w:t>
      </w:r>
      <w:r>
        <w:br/>
      </w:r>
      <w:r>
        <w:rPr>
          <w:sz w:val="20"/>
        </w:rPr>
        <w:t>2:41  lekin second world war ke baad unhon ne aik aur target rakha apna: "the business of america is global leadership".</w:t>
      </w:r>
      <w:r>
        <w:br/>
      </w:r>
      <w:r>
        <w:rPr>
          <w:sz w:val="20"/>
        </w:rPr>
        <w:t>2:55  main samajhta hoon ke yeh koi wisdom ki baat nahin thi, kyunke dekhiye, main aksar kaha karta hoon ke "politics is art of the possible".</w:t>
      </w:r>
    </w:p>
    <w:p>
      <w:pPr>
        <w:pStyle w:val="Heading2"/>
      </w:pPr>
      <w:r>
        <w:t>Introduction to Hajj talk</w:t>
      </w:r>
    </w:p>
    <w:p>
      <w:r>
        <w:rPr>
          <w:color w:val="666666"/>
          <w:sz w:val="18"/>
        </w:rPr>
        <w:t>Companions of The Prophet (3) 18 July, 2021 - Prof. Farida Khanam and Dr. Saniyasnain Khan · 21s · at 10:01 · https://youtu.be/Kntz4s5FhlU?t=601</w:t>
      </w:r>
    </w:p>
    <w:p>
      <w:r>
        <w:rPr>
          <w:i/>
        </w:rPr>
        <w:t>“Bismillah, assalamu alaykum, Hajj ka season chal raha hai.”</w:t>
      </w:r>
    </w:p>
    <w:p>
      <w:r>
        <w:rPr>
          <w:sz w:val="20"/>
        </w:rPr>
        <w:t>10:01  bismillah hir rahman nir rahim. rabb ishrah li sadri wayasir li amri waludat lisani yafqahu qawli. assalamu alaikum rahmatullah. jaisa ke hajj ka season chal raha hai,</w:t>
      </w:r>
    </w:p>
    <w:p>
      <w:pPr>
        <w:pStyle w:val="Heading2"/>
      </w:pPr>
      <w:r>
        <w:t>The heart is just a blood pump, nothing more</w:t>
      </w:r>
    </w:p>
    <w:p>
      <w:r>
        <w:rPr>
          <w:color w:val="666666"/>
          <w:sz w:val="18"/>
        </w:rPr>
        <w:t>Material Science and Spiritual Science 20 May 2012 · 23s · at 8:29 · https://youtu.be/4K6CxjThlxQ?t=509</w:t>
      </w:r>
    </w:p>
    <w:p>
      <w:r>
        <w:rPr>
          <w:i/>
        </w:rPr>
        <w:t>“Dil to khoon ko circulate karne ke liye ek pump hai bas”</w:t>
      </w:r>
    </w:p>
    <w:p>
      <w:r>
        <w:rPr>
          <w:sz w:val="20"/>
        </w:rPr>
        <w:t>8:29  d. to dil mein to kuch bhi nahin. dil to khoon ko circulate karne ke liye ek pump hai bas. is se ziyada kuch bhi nahin.</w:t>
      </w:r>
      <w:r>
        <w:br/>
      </w:r>
      <w:r>
        <w:rPr>
          <w:sz w:val="20"/>
        </w:rPr>
        <w:t>8:38  is mein na soch hai, na tadabbur hai, na aql hai, na fehm hai. to hazaron saal se log qalb mein dhyan de rahe hain aur milta kuch bhi nahin.</w:t>
      </w:r>
    </w:p>
    <w:p>
      <w:pPr>
        <w:pStyle w:val="Heading2"/>
      </w:pPr>
      <w:r>
        <w:t>Convert every experience, even negative, into spiritual food</w:t>
      </w:r>
    </w:p>
    <w:p>
      <w:r>
        <w:rPr>
          <w:color w:val="666666"/>
          <w:sz w:val="18"/>
        </w:rPr>
        <w:t>Personality of A Believer February 2, 2014 · 57s · at 37:43 · https://youtu.be/EiK_-O-Bjps?t=2263</w:t>
      </w:r>
    </w:p>
    <w:p>
      <w:r>
        <w:rPr>
          <w:i/>
        </w:rPr>
        <w:t>“Har cheez ko rabbani ghiza banana hai, chahe negative ho”</w:t>
      </w:r>
    </w:p>
    <w:p>
      <w:r>
        <w:rPr>
          <w:sz w:val="20"/>
        </w:rPr>
        <w:t>37:43  to aap ko apne andar yeh shaoor develop karna pare ga ke aap har cheez ko apne liye rabbani ghiza banayein, spiritual food banayein.</w:t>
      </w:r>
      <w:r>
        <w:br/>
      </w:r>
      <w:r>
        <w:rPr>
          <w:sz w:val="20"/>
        </w:rPr>
        <w:t>37:57  har cheez aap ke mind mein izafa kare, aap ke patience mein izafa kare, aap ke honesty mein izafa kare, aap ke talluq billah mein izafa kare,</w:t>
      </w:r>
      <w:r>
        <w:br/>
      </w:r>
      <w:r>
        <w:rPr>
          <w:sz w:val="20"/>
        </w:rPr>
        <w:t>38:12  chahye woh negative kyun na ho. bazahir woh negative ho, tab bhi aap us ko positivity mein convert karein,</w:t>
      </w:r>
      <w:r>
        <w:br/>
      </w:r>
      <w:r>
        <w:rPr>
          <w:sz w:val="20"/>
        </w:rPr>
        <w:t>38:22  tab ja kar aap sachay insan banenge, tab ja kar aap sachay momin banenge, tab ja kar aap sachay rabbani insan banenge, tab ja kar aap woh jannati insan banenge jo paradise mein dakhil kiya jaye.</w:t>
      </w:r>
    </w:p>
    <w:p>
      <w:pPr>
        <w:pStyle w:val="Heading2"/>
      </w:pPr>
      <w:r>
        <w:t>Tree flower beauty points to Creator</w:t>
      </w:r>
    </w:p>
    <w:p>
      <w:r>
        <w:rPr>
          <w:color w:val="666666"/>
          <w:sz w:val="18"/>
        </w:rPr>
        <w:t>Spirituality in Daily Life 13 Aug 2016 - Maulana Wahiduddin Khan · 54s · at 13:01 · https://youtu.be/SB0AF0Q9aTE?t=781</w:t>
      </w:r>
    </w:p>
    <w:p>
      <w:r>
        <w:rPr>
          <w:i/>
        </w:rPr>
        <w:t>“Mere ghar ke saamne ek darakht hai, usme phool khile the.”</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p>
    <w:p>
      <w:pPr>
        <w:pStyle w:val="Heading2"/>
      </w:pPr>
      <w:r>
        <w:t>Spirituality as art of mind</w:t>
      </w:r>
    </w:p>
    <w:p>
      <w:r>
        <w:rPr>
          <w:color w:val="666666"/>
          <w:sz w:val="18"/>
        </w:rPr>
        <w:t>IIC: How to Develop Spiritual Personality · 30s · at 49:05 · https://youtu.be/-XrYpEYwk-Y?t=2945</w:t>
      </w:r>
    </w:p>
    <w:p>
      <w:r>
        <w:rPr>
          <w:i/>
        </w:rPr>
        <w:t>“Understand spirituality as an art of mind”</w:t>
      </w:r>
    </w:p>
    <w:p>
      <w:r>
        <w:rPr>
          <w:sz w:val="20"/>
        </w:rPr>
        <w:t>49:05  to log chahte hain ke yeh bhi position mujhe mili rahe, wo bhi mili rahe. isi liye main kehta hoon sincerity must hai. to main yeh kahunga ke spirituality ko samjhiye, as an art of mind, as an art of mind. Art of heart nahi. There is nothing. aur mind ke andar Khuda ne, creator ne bohat zyada capacity di hai. You can man</w:t>
      </w:r>
    </w:p>
    <w:p>
      <w:pPr>
        <w:pStyle w:val="Heading2"/>
      </w:pPr>
      <w:r>
        <w:t>The legend of Hasan Basri and the missing Kaaba</w:t>
      </w:r>
    </w:p>
    <w:p>
      <w:r>
        <w:rPr>
          <w:color w:val="666666"/>
          <w:sz w:val="18"/>
        </w:rPr>
        <w:t>Material Science and Spiritual Science 20 May 2012 · 57s · at 9:41 · https://youtu.be/4K6CxjThlxQ?t=581</w:t>
      </w:r>
    </w:p>
    <w:p>
      <w:r>
        <w:rPr>
          <w:i/>
        </w:rPr>
        <w:t>“Hasan Basri gaye Mecca hajj karne, wahan Kaaba hi nahi tha”</w:t>
      </w:r>
    </w:p>
    <w:p>
      <w:r>
        <w:rPr>
          <w:sz w:val="20"/>
        </w:rPr>
        <w:t>9:41  to kitab mein qissa likha hua hai ke Hasan Basri gaye Basra se Makka haj karne ke liye.</w:t>
      </w:r>
      <w:r>
        <w:br/>
      </w:r>
      <w:r>
        <w:rPr>
          <w:sz w:val="20"/>
        </w:rPr>
        <w:t>9:52  Makka se haj karne ke liye, Basra se haj karne ke liye Makka gaye. jab woh Makka pohanche to maloom hua ke wahan to Kaba hi nahin hai.</w:t>
      </w:r>
      <w:r>
        <w:br/>
      </w:r>
      <w:r>
        <w:rPr>
          <w:sz w:val="20"/>
        </w:rPr>
        <w:t>10:04  Kaba maujood nahin tha. to pata kiya to maloom hua ke Kaba to chala gaya hai Rabia Basri ke haan. yaani Rabia Basri ko haj karna tha.</w:t>
      </w:r>
      <w:r>
        <w:br/>
      </w:r>
      <w:r>
        <w:rPr>
          <w:sz w:val="20"/>
        </w:rPr>
        <w:t>10:15  lekin woh kisi wajah se safar nahi kar sakti theen. to khud kaba hi chala gaya un ke paas. ab yeh kya bilkul be aqli ki baat hai, koi sar na peir is ka.</w:t>
      </w:r>
      <w:r>
        <w:br/>
      </w:r>
      <w:r>
        <w:rPr>
          <w:sz w:val="20"/>
        </w:rPr>
        <w:t>10:26  lekin is ko baqayda chhaapa jaata hai, bain kiya jaata hai ke hasan basri gaye makka to woh kaba nahi tha. kyunke kaba chala gaya tha rabia basri ko haj karwane ke liye.</w:t>
      </w:r>
    </w:p>
    <w:p>
      <w:pPr>
        <w:pStyle w:val="Heading2"/>
      </w:pPr>
      <w:r>
        <w:t>Contentment is key to spirituality</w:t>
      </w:r>
    </w:p>
    <w:p>
      <w:r>
        <w:rPr>
          <w:color w:val="666666"/>
          <w:sz w:val="18"/>
        </w:rPr>
        <w:t>God and Man (In Conversation with Maulana) 01 04 07 · 23s · at 26:21 · https://youtu.be/2HlIEnmDdPo?t=1581</w:t>
      </w:r>
    </w:p>
    <w:p>
      <w:r>
        <w:rPr>
          <w:i/>
        </w:rPr>
        <w:t>“To goya ki us ko saari duniya mil gayi”</w:t>
      </w:r>
    </w:p>
    <w:p>
      <w:r>
        <w:rPr>
          <w:sz w:val="20"/>
        </w:rPr>
        <w:t>26:21  to goya ke us ko sari duniya mil gayi. yeh hai contentment. without contentment there is no spirituality at all.</w:t>
      </w:r>
      <w:r>
        <w:br/>
      </w:r>
      <w:r>
        <w:rPr>
          <w:sz w:val="20"/>
        </w:rPr>
        <w:t>26:35  aap ko apne aap ko contentment par lana padega. poverty aur yeh sab irrelevant shabd hain.</w:t>
      </w:r>
    </w:p>
    <w:p>
      <w:pPr>
        <w:pStyle w:val="Heading2"/>
      </w:pPr>
      <w:r>
        <w:t>Fasting is not just hunger</w:t>
      </w:r>
    </w:p>
    <w:p>
      <w:r>
        <w:rPr>
          <w:color w:val="666666"/>
          <w:sz w:val="18"/>
        </w:rPr>
        <w:t>Fasting A Source of Spiritual Empowerment 21 Aug, 2011 - Maulana Wahiduddin Khan · 34s · at 1:41 · https://youtu.be/b19V3pD-tbQ?t=101</w:t>
      </w:r>
    </w:p>
    <w:p>
      <w:r>
        <w:rPr>
          <w:i/>
        </w:rPr>
        <w:t>“To iska matlab sirf bhuka rehna nahi hai.”</w:t>
      </w:r>
    </w:p>
    <w:p>
      <w:r>
        <w:rPr>
          <w:sz w:val="20"/>
        </w:rPr>
        <w:t>1:41  to is ka matlab sirf bhooka rehna nahi hai.</w:t>
      </w:r>
      <w:r>
        <w:br/>
      </w:r>
      <w:r>
        <w:rPr>
          <w:sz w:val="20"/>
        </w:rPr>
        <w:t>1:52  yeh koi ek ritual nahi hai ke ritual ke taur par aap bhooke rahein mahine bhar, din ke auqat mein.</w:t>
      </w:r>
      <w:r>
        <w:br/>
      </w:r>
      <w:r>
        <w:rPr>
          <w:sz w:val="20"/>
        </w:rPr>
        <w:t>2:06  to roze ki ibadat poori ho jayegi. aisa nahi hai.</w:t>
      </w:r>
    </w:p>
    <w:p>
      <w:pPr>
        <w:pStyle w:val="Heading2"/>
      </w:pPr>
      <w:r>
        <w:t>Status quoist to avoid distraction</w:t>
      </w:r>
    </w:p>
    <w:p>
      <w:r>
        <w:rPr>
          <w:color w:val="666666"/>
          <w:sz w:val="18"/>
        </w:rPr>
        <w:t>God and Man (In Conversation with Maulana) 01 04 07 · 23s · at 29:39 · https://youtu.be/2HlIEnmDdPo?t=1779</w:t>
      </w:r>
    </w:p>
    <w:p>
      <w:r>
        <w:rPr>
          <w:i/>
        </w:rPr>
        <w:t>“Mere jaisa status quoist na payda hua”</w:t>
      </w:r>
    </w:p>
    <w:p>
      <w:r>
        <w:rPr>
          <w:sz w:val="20"/>
        </w:rPr>
        <w:t>29:39  Mere jaisa status quoist na paida hua, na paida hoga. Jo hai wahi theek hai, jo hai wahi theek hai, jo hai wahi theek hai.</w:t>
      </w:r>
      <w:r>
        <w:br/>
      </w:r>
      <w:r>
        <w:rPr>
          <w:sz w:val="20"/>
        </w:rPr>
        <w:t>29:48  To kya hai, status quoist main kyun ban</w:t>
      </w:r>
      <w:r>
        <w:br/>
      </w:r>
      <w:r>
        <w:rPr>
          <w:sz w:val="20"/>
        </w:rPr>
        <w:t>29:51  gaya? Distractions se apne ko bachane ke liye. Aur distraction se kyun bachana hai? Distraction se? Kyun ke spirituality is ko unfold hona chahiye.</w:t>
      </w:r>
    </w:p>
    <w:p>
      <w:pPr>
        <w:pStyle w:val="Heading2"/>
      </w:pPr>
      <w:r>
        <w:t>Universe provides spiritual food</w:t>
      </w:r>
    </w:p>
    <w:p>
      <w:r>
        <w:rPr>
          <w:color w:val="666666"/>
          <w:sz w:val="18"/>
        </w:rPr>
        <w:t>The Way of Spirituality July 7, 2019 Maulana Wahiduddin Khan · 20s · at 1:59 · https://youtu.be/N_ejXO_o-Oo?t=119</w:t>
      </w:r>
    </w:p>
    <w:p>
      <w:r>
        <w:rPr>
          <w:i/>
        </w:rPr>
        <w:t>“The whole universe, every moment”</w:t>
      </w:r>
    </w:p>
    <w:p>
      <w:r>
        <w:rPr>
          <w:sz w:val="20"/>
        </w:rPr>
        <w:t>1:59  jo sari kainat hogi, har har lamha hoga,</w:t>
      </w:r>
      <w:r>
        <w:br/>
      </w:r>
      <w:r>
        <w:rPr>
          <w:sz w:val="20"/>
        </w:rPr>
        <w:t>2:08  har waqt aap ko koi na koi dhoondh milega, koi koi khurak milegi.</w:t>
      </w:r>
    </w:p>
    <w:p>
      <w:pPr>
        <w:pStyle w:val="Heading2"/>
      </w:pPr>
      <w:r>
        <w:t>Kashmir's beauty fades within a single day</w:t>
      </w:r>
    </w:p>
    <w:p>
      <w:r>
        <w:rPr>
          <w:color w:val="666666"/>
          <w:sz w:val="18"/>
        </w:rPr>
        <w:t>Discovery of Paradise March 22, 2015 · 32s · at 14:33 · https://youtu.be/2axrfd7sZkE?t=873</w:t>
      </w:r>
    </w:p>
    <w:p>
      <w:r>
        <w:rPr>
          <w:i/>
        </w:rPr>
        <w:t>“Toh kya hai Kashmir? Pehli baar lagta hai beautiful”</w:t>
      </w:r>
    </w:p>
    <w:p>
      <w:r>
        <w:rPr>
          <w:sz w:val="20"/>
        </w:rPr>
        <w:t>14:33  to kya hai kashmir?</w:t>
      </w:r>
      <w:r>
        <w:br/>
      </w:r>
      <w:r>
        <w:rPr>
          <w:sz w:val="20"/>
        </w:rPr>
        <w:t>14:37  yani pehli baar jab aap dekhte hain to lagta hai ke kashmir bari beautiful jagah hai. lekin jab aap jab us mein rehte hain, aik hi din mein aap bore ho jate hain.</w:t>
      </w:r>
      <w:r>
        <w:br/>
      </w:r>
      <w:r>
        <w:rPr>
          <w:sz w:val="20"/>
        </w:rPr>
        <w:t>14:49  aik hi din mein bore ho jate hain kyunke aap enjoy nahi kar paate.</w:t>
      </w:r>
      <w:r>
        <w:br/>
      </w:r>
      <w:r>
        <w:rPr>
          <w:sz w:val="20"/>
        </w:rPr>
        <w:t>14:54  to insan ka yeh jo tajurba hai, yeh tajurba is ke liye bohat bara clue hai. clue.</w:t>
      </w:r>
    </w:p>
    <w:p>
      <w:pPr>
        <w:pStyle w:val="Heading2"/>
      </w:pPr>
      <w:r>
        <w:t>Topic: Peace of Mind or Spiritual Peace</w:t>
      </w:r>
    </w:p>
    <w:p>
      <w:r>
        <w:rPr>
          <w:color w:val="666666"/>
          <w:sz w:val="18"/>
        </w:rPr>
        <w:t>Peace of Mind April 19, 2015 Maulana Wahiduddin Khan · 42m 27s · at 0:21 · https://youtu.be/bGLY0ALNtjw?t=21</w:t>
      </w:r>
    </w:p>
    <w:p>
      <w:r>
        <w:rPr>
          <w:i/>
        </w:rPr>
        <w:t>“Aaj ka topic hai: Peace of Mind, ya rohani sukoon”</w:t>
      </w:r>
    </w:p>
    <w:p>
      <w:r>
        <w:rPr>
          <w:sz w:val="20"/>
        </w:rPr>
        <w:t>0:21  bismillah rahman rahim,</w:t>
      </w:r>
      <w:r>
        <w:br/>
      </w:r>
      <w:r>
        <w:rPr>
          <w:sz w:val="20"/>
        </w:rPr>
        <w:t>0:25  wasalli Allahu ala nabiyil karim.</w:t>
      </w:r>
      <w:r>
        <w:br/>
      </w:r>
      <w:r>
        <w:rPr>
          <w:sz w:val="20"/>
        </w:rPr>
        <w:t>0:29  rab ishrah li sadri,</w:t>
      </w:r>
      <w:r>
        <w:br/>
      </w:r>
      <w:r>
        <w:rPr>
          <w:sz w:val="20"/>
        </w:rPr>
        <w:t>0:33  wassar li amri,</w:t>
      </w:r>
      <w:r>
        <w:br/>
      </w:r>
      <w:r>
        <w:rPr>
          <w:sz w:val="20"/>
        </w:rPr>
        <w:t>0:35  wahul uqdata min lisani</w:t>
      </w:r>
      <w:r>
        <w:br/>
      </w:r>
      <w:r>
        <w:rPr>
          <w:sz w:val="20"/>
        </w:rPr>
        <w:t>0:38  yafqa qawli. 19</w:t>
      </w:r>
      <w:r>
        <w:br/>
      </w:r>
      <w:r>
        <w:rPr>
          <w:sz w:val="20"/>
        </w:rPr>
        <w:t>0:43  april 2015. aaj ka topic hai:</w:t>
      </w:r>
      <w:r>
        <w:br/>
      </w:r>
      <w:r>
        <w:rPr>
          <w:sz w:val="20"/>
        </w:rPr>
        <w:t>0:52  peace of mind,</w:t>
      </w:r>
      <w:r>
        <w:br/>
      </w:r>
      <w:r>
        <w:rPr>
          <w:sz w:val="20"/>
        </w:rPr>
        <w:t>0:54  ya rohani sukoon.</w:t>
      </w:r>
      <w:r>
        <w:br/>
      </w:r>
      <w:r>
        <w:rPr>
          <w:sz w:val="20"/>
        </w:rPr>
        <w:t>0:56  meri zindagi ka aik</w:t>
      </w:r>
      <w:r>
        <w:br/>
      </w:r>
      <w:r>
        <w:rPr>
          <w:sz w:val="20"/>
        </w:rPr>
        <w:t>1:00  experience yeh hai</w:t>
      </w:r>
      <w:r>
        <w:br/>
      </w:r>
      <w:r>
        <w:rPr>
          <w:sz w:val="20"/>
        </w:rPr>
        <w:t>1:02  keh aadmi ko</w:t>
      </w:r>
      <w:r>
        <w:br/>
      </w:r>
      <w:r>
        <w:rPr>
          <w:sz w:val="20"/>
        </w:rPr>
        <w:t>1:05  har cheez parhna chahiye, har mazhab ko, har discipline ko.</w:t>
      </w:r>
      <w:r>
        <w:br/>
      </w:r>
      <w:r>
        <w:rPr>
          <w:sz w:val="20"/>
        </w:rPr>
        <w:t>1:11  Woh kisi ek discipline mein, kisi ek tradition mein yaqeen rakhta ho, tab bhi parhna chahiye.</w:t>
      </w:r>
      <w:r>
        <w:br/>
      </w:r>
      <w:r>
        <w:rPr>
          <w:sz w:val="20"/>
        </w:rPr>
        <w:t>1:20  Aur har cheez aap ko</w:t>
      </w:r>
      <w:r>
        <w:br/>
      </w:r>
      <w:r>
        <w:rPr>
          <w:sz w:val="20"/>
        </w:rPr>
        <w:t>1:24  faida degi.</w:t>
      </w:r>
      <w:r>
        <w:br/>
      </w:r>
      <w:r>
        <w:rPr>
          <w:sz w:val="20"/>
        </w:rPr>
        <w:t>1:27  Lekin ek condition hai, woh yeh keh aap empty mind ho kar</w:t>
      </w:r>
      <w:r>
        <w:br/>
      </w:r>
      <w:r>
        <w:rPr>
          <w:sz w:val="20"/>
        </w:rPr>
        <w:t>1:34  doosri cheezon ko parhein.</w:t>
      </w:r>
      <w:r>
        <w:br/>
      </w:r>
      <w:r>
        <w:rPr>
          <w:sz w:val="20"/>
        </w:rPr>
        <w:t>1:36  Agar aap ka andar</w:t>
      </w:r>
      <w:r>
        <w:br/>
      </w:r>
      <w:r>
        <w:rPr>
          <w:sz w:val="20"/>
        </w:rPr>
        <w:t>1:39  bias hoga toh aap ko aap ki study faida nahi degi.</w:t>
      </w:r>
      <w:r>
        <w:br/>
      </w:r>
      <w:r>
        <w:rPr>
          <w:sz w:val="20"/>
        </w:rPr>
        <w:t>1:49  Mujhe ek waqia yaad aata hai</w:t>
      </w:r>
      <w:r>
        <w:br/>
      </w:r>
      <w:r>
        <w:rPr>
          <w:sz w:val="20"/>
        </w:rPr>
        <w:t>1:51  keh Swami Vivekanand ek martaba</w:t>
      </w:r>
      <w:r>
        <w:br/>
      </w:r>
      <w:r>
        <w:rPr>
          <w:sz w:val="20"/>
        </w:rPr>
        <w:t>1:56  kisi conference mein thay,</w:t>
      </w:r>
      <w:r>
        <w:br/>
      </w:r>
      <w:r>
        <w:rPr>
          <w:sz w:val="20"/>
        </w:rPr>
        <w:t>2:03  toh un se poocha gaya keh Indian philosophy ka</w:t>
      </w:r>
      <w:r>
        <w:br/>
      </w:r>
      <w:r>
        <w:rPr>
          <w:sz w:val="20"/>
        </w:rPr>
        <w:t>2:08  khulasa kya hai.</w:t>
      </w:r>
      <w:r>
        <w:br/>
      </w:r>
      <w:r>
        <w:rPr>
          <w:sz w:val="20"/>
        </w:rPr>
        <w:t>2:11  Toh wahan blackboard tha, blackboard par unhon ne ek bohat bara zero laga diya, 0 likh</w:t>
      </w:r>
      <w:r>
        <w:br/>
      </w:r>
      <w:r>
        <w:rPr>
          <w:sz w:val="20"/>
        </w:rPr>
        <w:t>2:17  diya, keh Indian philosophy ka khulasa hai zero.</w:t>
      </w:r>
      <w:r>
        <w:br/>
      </w:r>
      <w:r>
        <w:rPr>
          <w:sz w:val="20"/>
        </w:rPr>
        <w:t>2:26  Dekhiye, main is ko manta hoon.</w:t>
      </w:r>
      <w:r>
        <w:br/>
      </w:r>
      <w:r>
        <w:rPr>
          <w:sz w:val="20"/>
        </w:rPr>
        <w:t>2:30  Zero ka matlab yeh nahi keh aap</w:t>
      </w:r>
      <w:r>
        <w:br/>
      </w:r>
      <w:r>
        <w:rPr>
          <w:sz w:val="20"/>
        </w:rPr>
        <w:t>2:34  apne mind ko</w:t>
      </w:r>
      <w:r>
        <w:br/>
      </w:r>
      <w:r>
        <w:rPr>
          <w:sz w:val="20"/>
        </w:rPr>
        <w:t>2:37  khali kar lein.</w:t>
      </w:r>
      <w:r>
        <w:br/>
      </w:r>
      <w:r>
        <w:rPr>
          <w:sz w:val="20"/>
        </w:rPr>
        <w:t>2:38  Nahi, mind ko empty karein is sense mein keh aap poore mani mein objective</w:t>
      </w:r>
      <w:r>
        <w:br/>
      </w:r>
      <w:r>
        <w:rPr>
          <w:sz w:val="20"/>
        </w:rPr>
        <w:t>2:47  ban jayein. Yani objective mind se cheezon ko parhna.</w:t>
      </w:r>
      <w:r>
        <w:br/>
      </w:r>
      <w:r>
        <w:rPr>
          <w:sz w:val="20"/>
        </w:rPr>
        <w:t>2:52  Tab har cheez mein faida hota hai aap ko.</w:t>
      </w:r>
      <w:r>
        <w:br/>
      </w:r>
      <w:r>
        <w:rPr>
          <w:sz w:val="20"/>
        </w:rPr>
        <w:t>2:56  Toh aaj ke ek misaal mein deta hoon, is silsile mein.</w:t>
      </w:r>
      <w:r>
        <w:br/>
      </w:r>
      <w:r>
        <w:rPr>
          <w:sz w:val="20"/>
        </w:rPr>
        <w:t>3:01  dekhiye, yeh aaj ka daily news paper hai.</w:t>
      </w:r>
      <w:r>
        <w:br/>
      </w:r>
      <w:r>
        <w:rPr>
          <w:sz w:val="20"/>
        </w:rPr>
        <w:t>3:08  is mein aik article chapa hai:</w:t>
      </w:r>
      <w:r>
        <w:br/>
      </w:r>
      <w:r>
        <w:rPr>
          <w:sz w:val="20"/>
        </w:rPr>
        <w:t>3:11  "why live a boring life".</w:t>
      </w:r>
      <w:r>
        <w:br/>
      </w:r>
      <w:r>
        <w:rPr>
          <w:sz w:val="20"/>
        </w:rPr>
        <w:t>3:17  why live a boring life.</w:t>
      </w:r>
      <w:r>
        <w:br/>
      </w:r>
      <w:r>
        <w:rPr>
          <w:sz w:val="20"/>
        </w:rPr>
        <w:t>3:23  yani kyun hum</w:t>
      </w:r>
      <w:r>
        <w:br/>
      </w:r>
      <w:r>
        <w:rPr>
          <w:sz w:val="20"/>
        </w:rPr>
        <w:t>3:26  boring zindagi guzarein?</w:t>
      </w:r>
      <w:r>
        <w:br/>
      </w:r>
      <w:r>
        <w:rPr>
          <w:sz w:val="20"/>
        </w:rPr>
        <w:t>3:29  is par mein sochne laga.</w:t>
      </w:r>
      <w:r>
        <w:br/>
      </w:r>
      <w:r>
        <w:rPr>
          <w:sz w:val="20"/>
        </w:rPr>
        <w:t>3:34  mein apne ghar ke bahir, hamare ghar ke bahir jo</w:t>
      </w:r>
      <w:r>
        <w:br/>
      </w:r>
      <w:r>
        <w:rPr>
          <w:sz w:val="20"/>
        </w:rPr>
        <w:t>3:41  jagah hai, khuli, wahan par baitha hua tha.</w:t>
      </w:r>
      <w:r>
        <w:br/>
      </w:r>
      <w:r>
        <w:rPr>
          <w:sz w:val="20"/>
        </w:rPr>
        <w:t>3:46  to mere samne se gaariyan guzar rahi theen.</w:t>
      </w:r>
      <w:r>
        <w:br/>
      </w:r>
      <w:r>
        <w:rPr>
          <w:sz w:val="20"/>
        </w:rPr>
        <w:t>3:49  carain, motor cycle.</w:t>
      </w:r>
      <w:r>
        <w:br/>
      </w:r>
      <w:r>
        <w:rPr>
          <w:sz w:val="20"/>
        </w:rPr>
        <w:t>3:53  wo bar bar wo horn baja rahe the, horn.</w:t>
      </w:r>
      <w:r>
        <w:br/>
      </w:r>
      <w:r>
        <w:rPr>
          <w:sz w:val="20"/>
        </w:rPr>
        <w:t>3:57  to horn mujh ko disturb kar raha tha.</w:t>
      </w:r>
      <w:r>
        <w:br/>
      </w:r>
      <w:r>
        <w:rPr>
          <w:sz w:val="20"/>
        </w:rPr>
        <w:t>4:00  to mein is waqt</w:t>
      </w:r>
      <w:r>
        <w:br/>
      </w:r>
      <w:r>
        <w:rPr>
          <w:sz w:val="20"/>
        </w:rPr>
        <w:t>4:03  boarding ke, boredom ke halat mein tha, bore ho raha tha.</w:t>
      </w:r>
      <w:r>
        <w:br/>
      </w:r>
      <w:r>
        <w:rPr>
          <w:sz w:val="20"/>
        </w:rPr>
        <w:t>4:10  to mein ne socha ke dunya to boring experience se bhari hui hai.</w:t>
      </w:r>
      <w:r>
        <w:br/>
      </w:r>
      <w:r>
        <w:rPr>
          <w:sz w:val="20"/>
        </w:rPr>
        <w:t>4:17  to kaise hum apne ko</w:t>
      </w:r>
      <w:r>
        <w:br/>
      </w:r>
      <w:r>
        <w:rPr>
          <w:sz w:val="20"/>
        </w:rPr>
        <w:t>4:21  boredom se bachayein?</w:t>
      </w:r>
      <w:r>
        <w:br/>
      </w:r>
      <w:r>
        <w:rPr>
          <w:sz w:val="20"/>
        </w:rPr>
        <w:t>4:24  is par sochne laga mein.</w:t>
      </w:r>
      <w:r>
        <w:br/>
      </w:r>
      <w:r>
        <w:rPr>
          <w:sz w:val="20"/>
        </w:rPr>
        <w:t>4:30  to meri samajh mein is waqt aik ayat, Quran Majeed ki aik ayat aayi:</w:t>
      </w:r>
      <w:r>
        <w:br/>
      </w:r>
      <w:r>
        <w:rPr>
          <w:sz w:val="20"/>
        </w:rPr>
        <w:t>4:35  "ala bi zikrillah tatmainnal quloob".</w:t>
      </w:r>
      <w:r>
        <w:br/>
      </w:r>
      <w:r>
        <w:rPr>
          <w:sz w:val="20"/>
        </w:rPr>
        <w:t>4:39  yaad rakho, Allah ki yaad se dilon ko itminan hasil hota hai.</w:t>
      </w:r>
      <w:r>
        <w:br/>
      </w:r>
      <w:r>
        <w:rPr>
          <w:sz w:val="20"/>
        </w:rPr>
        <w:t>4:51  phir mein ne socha ke Allah ko yaad karne se itminan kaise hasil hota hai? Kaise?</w:t>
      </w:r>
      <w:r>
        <w:br/>
      </w:r>
      <w:r>
        <w:rPr>
          <w:sz w:val="20"/>
        </w:rPr>
        <w:t>4:59  is ka matlab hai ke God ka jo creation hai,</w:t>
      </w:r>
      <w:r>
        <w:br/>
      </w:r>
      <w:r>
        <w:rPr>
          <w:sz w:val="20"/>
        </w:rPr>
        <w:t>5:04  God ne jo dunya banai hai, is mein sochna.</w:t>
      </w:r>
      <w:r>
        <w:br/>
      </w:r>
      <w:r>
        <w:rPr>
          <w:sz w:val="20"/>
        </w:rPr>
        <w:t>5:09  phir yeh sochte hue</w:t>
      </w:r>
      <w:r>
        <w:br/>
      </w:r>
      <w:r>
        <w:rPr>
          <w:sz w:val="20"/>
        </w:rPr>
        <w:t>5:12  mere mind mein yeh aaya</w:t>
      </w:r>
      <w:r>
        <w:br/>
      </w:r>
      <w:r>
        <w:rPr>
          <w:sz w:val="20"/>
        </w:rPr>
        <w:t>5:16  keh jis tarah hamare road</w:t>
      </w:r>
      <w:r>
        <w:br/>
      </w:r>
      <w:r>
        <w:rPr>
          <w:sz w:val="20"/>
        </w:rPr>
        <w:t>5:19  par gaariyan chal rahi hain, woh ek movement hai.</w:t>
      </w:r>
      <w:r>
        <w:br/>
      </w:r>
      <w:r>
        <w:rPr>
          <w:sz w:val="20"/>
        </w:rPr>
        <w:t>5:25  aise hi poore universe mein movement hai.</w:t>
      </w:r>
      <w:r>
        <w:br/>
      </w:r>
      <w:r>
        <w:rPr>
          <w:sz w:val="20"/>
        </w:rPr>
        <w:t>5:28  aap jante hain keh poori universe on the move hai.</w:t>
      </w:r>
      <w:r>
        <w:br/>
      </w:r>
      <w:r>
        <w:rPr>
          <w:sz w:val="20"/>
        </w:rPr>
        <w:t>5:33  yeh stars chal rahe hain,</w:t>
      </w:r>
      <w:r>
        <w:br/>
      </w:r>
      <w:r>
        <w:rPr>
          <w:sz w:val="20"/>
        </w:rPr>
        <w:t>5:37  planets chal rahe hain, suraj chand chal rahe hain.</w:t>
      </w:r>
      <w:r>
        <w:br/>
      </w:r>
      <w:r>
        <w:rPr>
          <w:sz w:val="20"/>
        </w:rPr>
        <w:t>5:42  aur unki jo speed hai, hamare hawa jahan se zyada tez hai.</w:t>
      </w:r>
      <w:r>
        <w:br/>
      </w:r>
      <w:r>
        <w:rPr>
          <w:sz w:val="20"/>
        </w:rPr>
        <w:t>5:49  magar wahan koi shor nahin.</w:t>
      </w:r>
      <w:r>
        <w:br/>
      </w:r>
      <w:r>
        <w:rPr>
          <w:sz w:val="20"/>
        </w:rPr>
        <w:t>5:52  wahan koi noise nahin.</w:t>
      </w:r>
      <w:r>
        <w:br/>
      </w:r>
      <w:r>
        <w:rPr>
          <w:sz w:val="20"/>
        </w:rPr>
        <w:t>5:57  wahan koi horn nahin bajata.</w:t>
      </w:r>
      <w:r>
        <w:br/>
      </w:r>
      <w:r>
        <w:rPr>
          <w:sz w:val="20"/>
        </w:rPr>
        <w:t>6:01  toh main ne socha keh yeh toh hamari bohat choti duniya hai.</w:t>
      </w:r>
      <w:r>
        <w:br/>
      </w:r>
      <w:r>
        <w:rPr>
          <w:sz w:val="20"/>
        </w:rPr>
        <w:t>6:04  yeh road hai, is par sawariyan guzar rahi hain, toh bohat choti duniya hai.</w:t>
      </w:r>
      <w:r>
        <w:br/>
      </w:r>
      <w:r>
        <w:rPr>
          <w:sz w:val="20"/>
        </w:rPr>
        <w:t>6:09  jo zyada bari duniya hai,</w:t>
      </w:r>
      <w:r>
        <w:br/>
      </w:r>
      <w:r>
        <w:rPr>
          <w:sz w:val="20"/>
        </w:rPr>
        <w:t>6:12  wahan bhi vehicle chal rahe hain,</w:t>
      </w:r>
      <w:r>
        <w:br/>
      </w:r>
      <w:r>
        <w:rPr>
          <w:sz w:val="20"/>
        </w:rPr>
        <w:t>6:15  koi shor nahin.</w:t>
      </w:r>
      <w:r>
        <w:br/>
      </w:r>
      <w:r>
        <w:rPr>
          <w:sz w:val="20"/>
        </w:rPr>
        <w:t>6:18  toh is par main ne daryaft kiya creator ko, keh creator kitna bara hai,</w:t>
      </w:r>
      <w:r>
        <w:br/>
      </w:r>
      <w:r>
        <w:rPr>
          <w:sz w:val="20"/>
        </w:rPr>
        <w:t>6:25  kitna zyada taqat wala hai,</w:t>
      </w:r>
      <w:r>
        <w:br/>
      </w:r>
      <w:r>
        <w:rPr>
          <w:sz w:val="20"/>
        </w:rPr>
        <w:t>6:31  keh itni bari duniya woh chala raha hai.</w:t>
      </w:r>
      <w:r>
        <w:br/>
      </w:r>
      <w:r>
        <w:rPr>
          <w:sz w:val="20"/>
        </w:rPr>
        <w:t>6:34  itni bari duniya mein har taraf harkat hai, har taraf movement hai.</w:t>
      </w:r>
      <w:r>
        <w:br/>
      </w:r>
      <w:r>
        <w:rPr>
          <w:sz w:val="20"/>
        </w:rPr>
        <w:t>6:39  magar kahin na koi horn bajata, na koi shor hota, koi noise pollution nahin.</w:t>
      </w:r>
      <w:r>
        <w:br/>
      </w:r>
      <w:r>
        <w:rPr>
          <w:sz w:val="20"/>
        </w:rPr>
        <w:t>6:47  toh Khuda ki azmat, Khuda ki badai</w:t>
      </w:r>
      <w:r>
        <w:br/>
      </w:r>
      <w:r>
        <w:rPr>
          <w:sz w:val="20"/>
        </w:rPr>
        <w:t>6:50  jab main sochne laga toh har cheez benoise ho gayi.</w:t>
      </w:r>
      <w:r>
        <w:br/>
      </w:r>
      <w:r>
        <w:rPr>
          <w:sz w:val="20"/>
        </w:rPr>
        <w:t>6:54  har cheez benoise ho gayi.</w:t>
      </w:r>
      <w:r>
        <w:br/>
      </w:r>
      <w:r>
        <w:rPr>
          <w:sz w:val="20"/>
        </w:rPr>
        <w:t>6:57  yeh hai peace of mind.</w:t>
      </w:r>
      <w:r>
        <w:br/>
      </w:r>
      <w:r>
        <w:rPr>
          <w:sz w:val="20"/>
        </w:rPr>
        <w:t>7:00  to mein samajhta hoon ke peace of mind jo hai, woh yeh hai</w:t>
      </w:r>
      <w:r>
        <w:br/>
      </w:r>
      <w:r>
        <w:rPr>
          <w:sz w:val="20"/>
        </w:rPr>
        <w:t>7:06  ke hum cheezon mein</w:t>
      </w:r>
      <w:r>
        <w:br/>
      </w:r>
      <w:r>
        <w:rPr>
          <w:sz w:val="20"/>
        </w:rPr>
        <w:t>7:09  ya creation mein creator ko discover karein.</w:t>
      </w:r>
      <w:r>
        <w:br/>
      </w:r>
      <w:r>
        <w:rPr>
          <w:sz w:val="20"/>
        </w:rPr>
        <w:t>7:14  isi se, isi se hamein peace of mind milega.</w:t>
      </w:r>
      <w:r>
        <w:br/>
      </w:r>
      <w:r>
        <w:rPr>
          <w:sz w:val="20"/>
        </w:rPr>
        <w:t>7:17  kyunke iske baad hamein ek, hamare andar ek creative thinking aayegi.</w:t>
      </w:r>
      <w:r>
        <w:br/>
      </w:r>
      <w:r>
        <w:rPr>
          <w:sz w:val="20"/>
        </w:rPr>
        <w:t>7:22  ek high thinking aayegi.</w:t>
      </w:r>
      <w:r>
        <w:br/>
      </w:r>
      <w:r>
        <w:rPr>
          <w:sz w:val="20"/>
        </w:rPr>
        <w:t>7:24  ek bade level par jeene ke qabil ho jayenge.</w:t>
      </w:r>
      <w:r>
        <w:br/>
      </w:r>
      <w:r>
        <w:rPr>
          <w:sz w:val="20"/>
        </w:rPr>
        <w:t>7:27  wohi hamein peace of mind dega.</w:t>
      </w:r>
      <w:r>
        <w:br/>
      </w:r>
      <w:r>
        <w:rPr>
          <w:sz w:val="20"/>
        </w:rPr>
        <w:t>7:32  phir mujhe yaad aaya,</w:t>
      </w:r>
      <w:r>
        <w:br/>
      </w:r>
      <w:r>
        <w:rPr>
          <w:sz w:val="20"/>
        </w:rPr>
        <w:t>7:35  Bertrand Russell ne, Bertrand Russell ki ek kitaab hai</w:t>
      </w:r>
      <w:r>
        <w:br/>
      </w:r>
      <w:r>
        <w:rPr>
          <w:sz w:val="20"/>
        </w:rPr>
        <w:t>7:41  "Human Knowledge". Is mein woh likhta hai ke knowledge ki do qismein hain:</w:t>
      </w:r>
      <w:r>
        <w:br/>
      </w:r>
      <w:r>
        <w:rPr>
          <w:sz w:val="20"/>
        </w:rPr>
        <w:t>7:49  knowledge of things, knowledge of truth.</w:t>
      </w:r>
      <w:r>
        <w:br/>
      </w:r>
      <w:r>
        <w:rPr>
          <w:sz w:val="20"/>
        </w:rPr>
        <w:t>7:53  cheezon ka ilm aur sachai ka ilm.</w:t>
      </w:r>
      <w:r>
        <w:br/>
      </w:r>
      <w:r>
        <w:rPr>
          <w:sz w:val="20"/>
        </w:rPr>
        <w:t>7:59  is par sochte hue, sochte hue, sochte hue mujhe samajh, mujhe samajh aaya</w:t>
      </w:r>
      <w:r>
        <w:br/>
      </w:r>
      <w:r>
        <w:rPr>
          <w:sz w:val="20"/>
        </w:rPr>
        <w:t>8:04  ke duniya mein har, jitne bhi things item hain, har cheez mein truth maujood hai.</w:t>
      </w:r>
      <w:r>
        <w:br/>
      </w:r>
      <w:r>
        <w:rPr>
          <w:sz w:val="20"/>
        </w:rPr>
        <w:t>8:15  hum agar hum sirf thing ko dekhenge to hamein,</w:t>
      </w:r>
      <w:r>
        <w:br/>
      </w:r>
      <w:r>
        <w:rPr>
          <w:sz w:val="20"/>
        </w:rPr>
        <w:t>8:20  hum bore ho jayenge.</w:t>
      </w:r>
      <w:r>
        <w:br/>
      </w:r>
      <w:r>
        <w:rPr>
          <w:sz w:val="20"/>
        </w:rPr>
        <w:t>8:22  lekin agar thing ko dekhte hue hum deeper sense mein lein usko, aur usko hum truth</w:t>
      </w:r>
      <w:r>
        <w:br/>
      </w:r>
      <w:r>
        <w:rPr>
          <w:sz w:val="20"/>
        </w:rPr>
        <w:t>8:27  tak pahunch jayein,</w:t>
      </w:r>
      <w:r>
        <w:br/>
      </w:r>
      <w:r>
        <w:rPr>
          <w:sz w:val="20"/>
        </w:rPr>
        <w:t>8:30  to wahan ek aisi badi duniya mil jayegi hamein jeene ke liye, ke wahan boredom bilkul minimize</w:t>
      </w:r>
      <w:r>
        <w:br/>
      </w:r>
      <w:r>
        <w:rPr>
          <w:sz w:val="20"/>
        </w:rPr>
        <w:t>8:37  ho jayega.</w:t>
      </w:r>
      <w:r>
        <w:br/>
      </w:r>
      <w:r>
        <w:rPr>
          <w:sz w:val="20"/>
        </w:rPr>
        <w:t>8:39  wahan har cheez minimize ho jayegi.</w:t>
      </w:r>
      <w:r>
        <w:br/>
      </w:r>
      <w:r>
        <w:rPr>
          <w:sz w:val="20"/>
        </w:rPr>
        <w:t>8:43  وہ اسی حالت کا نام ہے peace of mind.</w:t>
      </w:r>
      <w:r>
        <w:br/>
      </w:r>
      <w:r>
        <w:rPr>
          <w:sz w:val="20"/>
        </w:rPr>
        <w:t>8:48  peace of mind,</w:t>
      </w:r>
      <w:r>
        <w:br/>
      </w:r>
      <w:r>
        <w:rPr>
          <w:sz w:val="20"/>
        </w:rPr>
        <w:t>8:50  mein samajhta hoon ke ek, ek,</w:t>
      </w:r>
      <w:r>
        <w:br/>
      </w:r>
      <w:r>
        <w:rPr>
          <w:sz w:val="20"/>
        </w:rPr>
        <w:t>8:55  aik zehni halat, aik intellectual state ka naam hai.</w:t>
      </w:r>
      <w:r>
        <w:br/>
      </w:r>
      <w:r>
        <w:rPr>
          <w:sz w:val="20"/>
        </w:rPr>
        <w:t>9:00  wo ecstasy ka naam nahi hai.</w:t>
      </w:r>
      <w:r>
        <w:br/>
      </w:r>
      <w:r>
        <w:rPr>
          <w:sz w:val="20"/>
        </w:rPr>
        <w:t>9:04  ecstasy jo hai,</w:t>
      </w:r>
      <w:r>
        <w:br/>
      </w:r>
      <w:r>
        <w:rPr>
          <w:sz w:val="20"/>
        </w:rPr>
        <w:t>9:07  wo mein dekh, aik,</w:t>
      </w:r>
      <w:r>
        <w:br/>
      </w:r>
      <w:r>
        <w:rPr>
          <w:sz w:val="20"/>
        </w:rPr>
        <w:t>9:11  aik, aik tasawwurati</w:t>
      </w:r>
      <w:r>
        <w:br/>
      </w:r>
      <w:r>
        <w:rPr>
          <w:sz w:val="20"/>
        </w:rPr>
        <w:t>9:14  cheez hai. jaise maine aik kitaab parhi,</w:t>
      </w:r>
      <w:r>
        <w:br/>
      </w:r>
      <w:r>
        <w:rPr>
          <w:sz w:val="20"/>
        </w:rPr>
        <w:t>9:19  us ka title tha</w:t>
      </w:r>
      <w:r>
        <w:br/>
      </w:r>
      <w:r>
        <w:rPr>
          <w:sz w:val="20"/>
        </w:rPr>
        <w:t>9:22  "umang ho sood hiz friday".</w:t>
      </w:r>
      <w:r>
        <w:br/>
      </w:r>
      <w:r>
        <w:rPr>
          <w:sz w:val="20"/>
        </w:rPr>
        <w:t>9:25  تو میں یہ سمجھتا تھا پہلے کہ شاید وہاں کہتا ہے کہ کسی آدمی نے اپنی Friday کو</w:t>
      </w:r>
      <w:r>
        <w:br/>
      </w:r>
      <w:r>
        <w:rPr>
          <w:sz w:val="20"/>
        </w:rPr>
        <w:t>9:30  becha aur wo chala gaya paharon mein.</w:t>
      </w:r>
      <w:r>
        <w:br/>
      </w:r>
      <w:r>
        <w:rPr>
          <w:sz w:val="20"/>
        </w:rPr>
        <w:t>9:33  baat maloom hua ke yeh fiction hai.</w:t>
      </w:r>
      <w:r>
        <w:br/>
      </w:r>
      <w:r>
        <w:rPr>
          <w:sz w:val="20"/>
        </w:rPr>
        <w:t>9:37  yani is mein bataya gaya tha ke aik aadmi ke paas friday thi, jo bohat hi mehngi gaari</w:t>
      </w:r>
      <w:r>
        <w:br/>
      </w:r>
      <w:r>
        <w:rPr>
          <w:sz w:val="20"/>
        </w:rPr>
        <w:t>9:43  hoti hai. is ko becha, is ne bech ke chala gaya paharon mein.</w:t>
      </w:r>
      <w:r>
        <w:br/>
      </w:r>
      <w:r>
        <w:rPr>
          <w:sz w:val="20"/>
        </w:rPr>
        <w:t>9:48  اور وہاں پر اس کو peace of mind مل گیا۔</w:t>
      </w:r>
      <w:r>
        <w:br/>
      </w:r>
      <w:r>
        <w:rPr>
          <w:sz w:val="20"/>
        </w:rPr>
        <w:t>9:51  lekin yeh, yeh fiction tha, waqia nahi tha wo.</w:t>
      </w:r>
      <w:r>
        <w:br/>
      </w:r>
      <w:r>
        <w:rPr>
          <w:sz w:val="20"/>
        </w:rPr>
        <w:t>9:55  yani shuru mein title dekh kar mein samjha tha ke, samjha tha ke shayad yeh waqia ho.</w:t>
      </w:r>
      <w:r>
        <w:br/>
      </w:r>
      <w:r>
        <w:rPr>
          <w:sz w:val="20"/>
        </w:rPr>
        <w:t>10:00  isi liye maine kitaab ko parha.</w:t>
      </w:r>
      <w:r>
        <w:br/>
      </w:r>
      <w:r>
        <w:rPr>
          <w:sz w:val="20"/>
        </w:rPr>
        <w:t>10:03  baat maloom hui ke yeh to fiction hai.</w:t>
      </w:r>
      <w:r>
        <w:br/>
      </w:r>
      <w:r>
        <w:rPr>
          <w:sz w:val="20"/>
        </w:rPr>
        <w:t>10:06  تو یہ جو peace of mind ہے، یہ peace of mind ایک فکشن میں آپ دیکھ سکتے ہیں،</w:t>
      </w:r>
      <w:r>
        <w:br/>
      </w:r>
      <w:r>
        <w:rPr>
          <w:sz w:val="20"/>
        </w:rPr>
        <w:t>10:12  waqia mein nahi.</w:t>
      </w:r>
      <w:r>
        <w:br/>
      </w:r>
      <w:r>
        <w:rPr>
          <w:sz w:val="20"/>
        </w:rPr>
        <w:t>10:15  waqia mein nahi.</w:t>
      </w:r>
      <w:r>
        <w:br/>
      </w:r>
      <w:r>
        <w:rPr>
          <w:sz w:val="20"/>
        </w:rPr>
        <w:t>10:17  yani aap jayenge kahin janglon mein, kisi paharon mein, kisi seclusion mein,</w:t>
      </w:r>
      <w:r>
        <w:br/>
      </w:r>
      <w:r>
        <w:rPr>
          <w:sz w:val="20"/>
        </w:rPr>
        <w:t>10:25  تو جو چیز آپ کو ملے گی وہ کوئی peace of mind نہیں ہوگا۔</w:t>
      </w:r>
      <w:r>
        <w:br/>
      </w:r>
      <w:r>
        <w:rPr>
          <w:sz w:val="20"/>
        </w:rPr>
        <w:t>10:30  wo aik, aik bhalaawa hoga.</w:t>
      </w:r>
      <w:r>
        <w:br/>
      </w:r>
      <w:r>
        <w:rPr>
          <w:sz w:val="20"/>
        </w:rPr>
        <w:t>10:33  jaise aap haqeeqi life mein jo problem hai, jo bitterness hai, is ko bhulane ke liye kahin aap</w:t>
      </w:r>
      <w:r>
        <w:br/>
      </w:r>
      <w:r>
        <w:rPr>
          <w:sz w:val="20"/>
        </w:rPr>
        <w:t>10:41  چلے جائیں۔ تو دیکھیے، بھلاوا جو ہے وہ peace of mind نہیں ہے۔</w:t>
      </w:r>
      <w:r>
        <w:br/>
      </w:r>
      <w:r>
        <w:rPr>
          <w:sz w:val="20"/>
        </w:rPr>
        <w:t>10:48  peace of mind aik intellectual,</w:t>
      </w:r>
      <w:r>
        <w:br/>
      </w:r>
      <w:r>
        <w:rPr>
          <w:sz w:val="20"/>
        </w:rPr>
        <w:t>10:52  aik intellectual finding ka naam hai.</w:t>
      </w:r>
      <w:r>
        <w:br/>
      </w:r>
      <w:r>
        <w:rPr>
          <w:sz w:val="20"/>
        </w:rPr>
        <w:t>10:55  bhulane ka naam nahi hai.</w:t>
      </w:r>
      <w:r>
        <w:br/>
      </w:r>
      <w:r>
        <w:rPr>
          <w:sz w:val="20"/>
        </w:rPr>
        <w:t>10:57  bhula, agar bhulawa ho to phir to, phir to wo anesthesia</w:t>
      </w:r>
      <w:r>
        <w:br/>
      </w:r>
      <w:r>
        <w:rPr>
          <w:sz w:val="20"/>
        </w:rPr>
        <w:t>11:02  لے لیں آپ، اور آپ کو مل جائے گا peace of mind.</w:t>
      </w:r>
      <w:r>
        <w:br/>
      </w:r>
      <w:r>
        <w:rPr>
          <w:sz w:val="20"/>
        </w:rPr>
        <w:t>11:06  تو intellectual anesthesia نہیں، peace of mind.</w:t>
      </w:r>
      <w:r>
        <w:br/>
      </w:r>
      <w:r>
        <w:rPr>
          <w:sz w:val="20"/>
        </w:rPr>
        <w:t>11:10  Peace of mind کسی قسم کے intellectual anesthesia کا نام نہیں ہے۔</w:t>
      </w:r>
      <w:r>
        <w:br/>
      </w:r>
      <w:r>
        <w:rPr>
          <w:sz w:val="20"/>
        </w:rPr>
        <w:t>11:17  balkeh high, oonche, bohat hi oonche darje ke intellectual development ka naam hai.</w:t>
      </w:r>
      <w:r>
        <w:br/>
      </w:r>
      <w:r>
        <w:rPr>
          <w:sz w:val="20"/>
        </w:rPr>
        <w:t>11:26  woh development jahan aap things mein truth ko dekhne lage.</w:t>
      </w:r>
      <w:r>
        <w:br/>
      </w:r>
      <w:r>
        <w:rPr>
          <w:sz w:val="20"/>
        </w:rPr>
        <w:t>11:32  creation mein aap creator ko dekhne lage.</w:t>
      </w:r>
      <w:r>
        <w:br/>
      </w:r>
      <w:r>
        <w:rPr>
          <w:sz w:val="20"/>
        </w:rPr>
        <w:t>11:37  tab jo aap ko jo finding hogi, jo aap ki discovery hogi, jo aap ka realization hoga, us</w:t>
      </w:r>
      <w:r>
        <w:br/>
      </w:r>
      <w:r>
        <w:rPr>
          <w:sz w:val="20"/>
        </w:rPr>
        <w:t>11:44  se aap ko peace of mind milega.</w:t>
      </w:r>
      <w:r>
        <w:br/>
      </w:r>
      <w:r>
        <w:rPr>
          <w:sz w:val="20"/>
        </w:rPr>
        <w:t>11:48  jaise maine misaal di</w:t>
      </w:r>
      <w:r>
        <w:br/>
      </w:r>
      <w:r>
        <w:rPr>
          <w:sz w:val="20"/>
        </w:rPr>
        <w:t>11:51  ke road ke</w:t>
      </w:r>
      <w:r>
        <w:br/>
      </w:r>
      <w:r>
        <w:rPr>
          <w:sz w:val="20"/>
        </w:rPr>
        <w:t>11:54  par jo sawariyan, sawariyan chal rahi thin aur horn baja rahi thin aur shor kar rahi thin, to</w:t>
      </w:r>
      <w:r>
        <w:br/>
      </w:r>
      <w:r>
        <w:rPr>
          <w:sz w:val="20"/>
        </w:rPr>
        <w:t>12:01  is se ek noise pollution paida ho raha tha.</w:t>
      </w:r>
      <w:r>
        <w:br/>
      </w:r>
      <w:r>
        <w:rPr>
          <w:sz w:val="20"/>
        </w:rPr>
        <w:t>12:04  is, woh mujhe disturb kiye hue tha.</w:t>
      </w:r>
      <w:r>
        <w:br/>
      </w:r>
      <w:r>
        <w:rPr>
          <w:sz w:val="20"/>
        </w:rPr>
        <w:t>12:07  lekin jab main universal thinking mere andar aa gayi, universal thinking, ke poore universe mein</w:t>
      </w:r>
      <w:r>
        <w:br/>
      </w:r>
      <w:r>
        <w:rPr>
          <w:sz w:val="20"/>
        </w:rPr>
        <w:t>12:16  movement jaari hai,</w:t>
      </w:r>
      <w:r>
        <w:br/>
      </w:r>
      <w:r>
        <w:rPr>
          <w:sz w:val="20"/>
        </w:rPr>
        <w:t>12:19  ab wahan koi noise nahin, koi noise pollution nahin, to woh yeh, yeh finding itni zyada badi thi</w:t>
      </w:r>
      <w:r>
        <w:br/>
      </w:r>
      <w:r>
        <w:rPr>
          <w:sz w:val="20"/>
        </w:rPr>
        <w:t>12:28  mere liye ke har cheez minimize ho gayi.</w:t>
      </w:r>
      <w:r>
        <w:br/>
      </w:r>
      <w:r>
        <w:rPr>
          <w:sz w:val="20"/>
        </w:rPr>
        <w:t>12:32  jaise aap apne ghar se airport jayein</w:t>
      </w:r>
      <w:r>
        <w:br/>
      </w:r>
      <w:r>
        <w:rPr>
          <w:sz w:val="20"/>
        </w:rPr>
        <w:t>12:38  to raaste mein aap ko sawariyan milegi, horn ki awaaz sunai degi, tarah tarah ke notions,</w:t>
      </w:r>
      <w:r>
        <w:br/>
      </w:r>
      <w:r>
        <w:rPr>
          <w:sz w:val="20"/>
        </w:rPr>
        <w:t>12:46  ghar se airport tak tarah tarah ke notions se guzrenge aap.</w:t>
      </w:r>
      <w:r>
        <w:br/>
      </w:r>
      <w:r>
        <w:rPr>
          <w:sz w:val="20"/>
        </w:rPr>
        <w:t>12:50  lekin jab aap hawa jahaz badh jayenge aur 35,000 feet ki bulandi par jab jahaz udne lage</w:t>
      </w:r>
      <w:r>
        <w:br/>
      </w:r>
      <w:r>
        <w:rPr>
          <w:sz w:val="20"/>
        </w:rPr>
        <w:t>12:57  ga, to woh sab khatam ho chuka hoga.</w:t>
      </w:r>
      <w:r>
        <w:br/>
      </w:r>
      <w:r>
        <w:rPr>
          <w:sz w:val="20"/>
        </w:rPr>
        <w:t>13:01  woh sab minimize ho chuka hoga.</w:t>
      </w:r>
      <w:r>
        <w:br/>
      </w:r>
      <w:r>
        <w:rPr>
          <w:sz w:val="20"/>
        </w:rPr>
        <w:t>13:05  to main samajhta hoon ke yahi experience</w:t>
      </w:r>
      <w:r>
        <w:br/>
      </w:r>
      <w:r>
        <w:rPr>
          <w:sz w:val="20"/>
        </w:rPr>
        <w:t>13:08  roz, daily life mein agar aap kisi ko mil jaye to that is peace of mind.</w:t>
      </w:r>
      <w:r>
        <w:br/>
      </w:r>
      <w:r>
        <w:rPr>
          <w:sz w:val="20"/>
        </w:rPr>
        <w:t>13:13  to main samajhta hoon ke</w:t>
      </w:r>
      <w:r>
        <w:br/>
      </w:r>
      <w:r>
        <w:rPr>
          <w:sz w:val="20"/>
        </w:rPr>
        <w:t>13:16  is duniya ke har particle mein, har atom mein, har thing mein, har thing mein truth hai.</w:t>
      </w:r>
      <w:r>
        <w:br/>
      </w:r>
      <w:r>
        <w:rPr>
          <w:sz w:val="20"/>
        </w:rPr>
        <w:t>13:24  yaani har creation mein creator ka</w:t>
      </w:r>
      <w:r>
        <w:br/>
      </w:r>
      <w:r>
        <w:rPr>
          <w:sz w:val="20"/>
        </w:rPr>
        <w:t>13:30  jalwa hai. jab is tak pohnch jayen aap, tab aap ko sahi maano mein peace of mind milta</w:t>
      </w:r>
      <w:r>
        <w:br/>
      </w:r>
      <w:r>
        <w:rPr>
          <w:sz w:val="20"/>
        </w:rPr>
        <w:t>13:36  hai. warna nahin.</w:t>
      </w:r>
      <w:r>
        <w:br/>
      </w:r>
      <w:r>
        <w:rPr>
          <w:sz w:val="20"/>
        </w:rPr>
        <w:t>13:39  phir in baaton ko sochte hue,</w:t>
      </w:r>
      <w:r>
        <w:br/>
      </w:r>
      <w:r>
        <w:rPr>
          <w:sz w:val="20"/>
        </w:rPr>
        <w:t>13:42  dekhiye, maine is se pehle arz kiya tha yahan par ke aap ko itna prepared mind hona</w:t>
      </w:r>
      <w:r>
        <w:br/>
      </w:r>
      <w:r>
        <w:rPr>
          <w:sz w:val="20"/>
        </w:rPr>
        <w:t>13:48  chahiye ke aap ka mind cheezon ko dekh kar trigger ho jaye.</w:t>
      </w:r>
      <w:r>
        <w:br/>
      </w:r>
      <w:r>
        <w:rPr>
          <w:sz w:val="20"/>
        </w:rPr>
        <w:t>13:55  aap jante hain ke science mein jo discoveries hoti hain, woh isi liye hoti hain ke scientist</w:t>
      </w:r>
      <w:r>
        <w:br/>
      </w:r>
      <w:r>
        <w:rPr>
          <w:sz w:val="20"/>
        </w:rPr>
        <w:t>14:04  apni laboratory mein kaam kar raha hai, woh koi experiment kar raha hai, is beech mein koi cheez</w:t>
      </w:r>
      <w:r>
        <w:br/>
      </w:r>
      <w:r>
        <w:rPr>
          <w:sz w:val="20"/>
        </w:rPr>
        <w:t>14:09  flash hoti hai, is se uska mind trigger hota hai, phir woh ek discovery tak pohnchta hai.</w:t>
      </w:r>
      <w:r>
        <w:br/>
      </w:r>
      <w:r>
        <w:rPr>
          <w:sz w:val="20"/>
        </w:rPr>
        <w:t>14:15  jaise yeh bijli hai,</w:t>
      </w:r>
      <w:r>
        <w:br/>
      </w:r>
      <w:r>
        <w:rPr>
          <w:sz w:val="20"/>
        </w:rPr>
        <w:t>14:17  Faraday apne is pe kaam kar raha tha, to koi cheez flash hui, is se uska mind</w:t>
      </w:r>
      <w:r>
        <w:br/>
      </w:r>
      <w:r>
        <w:rPr>
          <w:sz w:val="20"/>
        </w:rPr>
        <w:t>14:23  trigger hua, phir woh is yahan tak pohncha ke is formula daryaft kiya us ne ke electricity means</w:t>
      </w:r>
      <w:r>
        <w:br/>
      </w:r>
      <w:r>
        <w:rPr>
          <w:sz w:val="20"/>
        </w:rPr>
        <w:t>14:31  flow of electron.</w:t>
      </w:r>
      <w:r>
        <w:br/>
      </w:r>
      <w:r>
        <w:rPr>
          <w:sz w:val="20"/>
        </w:rPr>
        <w:t>14:33  electricity means flow of electron.</w:t>
      </w:r>
      <w:r>
        <w:br/>
      </w:r>
      <w:r>
        <w:rPr>
          <w:sz w:val="20"/>
        </w:rPr>
        <w:t>14:36  to yahi muamla spiritual field ka bhi hai.</w:t>
      </w:r>
      <w:r>
        <w:br/>
      </w:r>
      <w:r>
        <w:rPr>
          <w:sz w:val="20"/>
        </w:rPr>
        <w:t>14:39  jo science mein hota hai, wahi spiritual field mein bhi hota hai.</w:t>
      </w:r>
      <w:r>
        <w:br/>
      </w:r>
      <w:r>
        <w:rPr>
          <w:sz w:val="20"/>
        </w:rPr>
        <w:t>14:45  aadmi ko chahiye ke woh itna zyada,</w:t>
      </w:r>
      <w:r>
        <w:br/>
      </w:r>
      <w:r>
        <w:rPr>
          <w:sz w:val="20"/>
        </w:rPr>
        <w:t>14:49  اس کا مائنڈ اتنا زیادہ پریپیئر ہو،</w:t>
      </w:r>
      <w:r>
        <w:br/>
      </w:r>
      <w:r>
        <w:rPr>
          <w:sz w:val="20"/>
        </w:rPr>
        <w:t>14:52  وہ اتنا زیادہ prepared mind ہو کہ جب وہ چیزوں کو دیکھے، جب وہ پڑھے، observe کرے، کوئی</w:t>
      </w:r>
      <w:r>
        <w:br/>
      </w:r>
      <w:r>
        <w:rPr>
          <w:sz w:val="20"/>
        </w:rPr>
        <w:t>15:01  experience میں گزرے، تو اس کا مائنڈ ٹریگر ہو جائے۔</w:t>
      </w:r>
      <w:r>
        <w:br/>
      </w:r>
      <w:r>
        <w:rPr>
          <w:sz w:val="20"/>
        </w:rPr>
        <w:t>15:06  is ka mind jab trigger hoga to bari bari cheezain daryaft hongi is ko.</w:t>
      </w:r>
      <w:r>
        <w:br/>
      </w:r>
      <w:r>
        <w:rPr>
          <w:sz w:val="20"/>
        </w:rPr>
        <w:t>15:12  bari bari cheezain daryaft hongi.</w:t>
      </w:r>
      <w:r>
        <w:br/>
      </w:r>
      <w:r>
        <w:rPr>
          <w:sz w:val="20"/>
        </w:rPr>
        <w:t>15:14  جیسے آج جو میں نے بتایا آپ کو، میرا mind trigger ہو گیا۔</w:t>
      </w:r>
      <w:r>
        <w:br/>
      </w:r>
      <w:r>
        <w:rPr>
          <w:sz w:val="20"/>
        </w:rPr>
        <w:t>15:19  تو trigger ہوا تو میرا مائنڈ لگا سوچنے، لگا سوچنے، لگا سوچنے۔</w:t>
      </w:r>
      <w:r>
        <w:br/>
      </w:r>
      <w:r>
        <w:rPr>
          <w:sz w:val="20"/>
        </w:rPr>
        <w:t>15:24  ek bari anokhi baat daryaft hui.</w:t>
      </w:r>
      <w:r>
        <w:br/>
      </w:r>
      <w:r>
        <w:rPr>
          <w:sz w:val="20"/>
        </w:rPr>
        <w:t>15:28  ek bohat hi anokhi baat</w:t>
      </w:r>
      <w:r>
        <w:br/>
      </w:r>
      <w:r>
        <w:rPr>
          <w:sz w:val="20"/>
        </w:rPr>
        <w:t>15:31  ke maine musalmanon ki kitabein parhi hain aur</w:t>
      </w:r>
      <w:r>
        <w:br/>
      </w:r>
      <w:r>
        <w:rPr>
          <w:sz w:val="20"/>
        </w:rPr>
        <w:t>15:37  muslim mulkon mein safar kar ke gaya hoon, aur yahan bhi daily musalmanon se mulaqatein hoti hain.</w:t>
      </w:r>
      <w:r>
        <w:br/>
      </w:r>
      <w:r>
        <w:rPr>
          <w:sz w:val="20"/>
        </w:rPr>
        <w:t>15:43  میں نے پایا ہے کہ تمام مسلمان، perhaps without exception،</w:t>
      </w:r>
      <w:r>
        <w:br/>
      </w:r>
      <w:r>
        <w:rPr>
          <w:sz w:val="20"/>
        </w:rPr>
        <w:t>15:50  West ke baray mein, Western world ke baray mein negative hain.</w:t>
      </w:r>
      <w:r>
        <w:br/>
      </w:r>
      <w:r>
        <w:rPr>
          <w:sz w:val="20"/>
        </w:rPr>
        <w:t>15:56  Western world ke bare mein negative hain.</w:t>
      </w:r>
      <w:r>
        <w:br/>
      </w:r>
      <w:r>
        <w:rPr>
          <w:sz w:val="20"/>
        </w:rPr>
        <w:t>15:58  woh Western civilization ke baray mein negative hain.</w:t>
      </w:r>
      <w:r>
        <w:br/>
      </w:r>
      <w:r>
        <w:rPr>
          <w:sz w:val="20"/>
        </w:rPr>
        <w:t>16:04  kyun? woh kuch baaton ko jante hain.</w:t>
      </w:r>
      <w:r>
        <w:br/>
      </w:r>
      <w:r>
        <w:rPr>
          <w:sz w:val="20"/>
        </w:rPr>
        <w:t>16:08  kuch baaton ko jante hain.</w:t>
      </w:r>
      <w:r>
        <w:br/>
      </w:r>
      <w:r>
        <w:rPr>
          <w:sz w:val="20"/>
        </w:rPr>
        <w:t>16:10  mislan yeh ke amreeka israel ko support kyun karta hai?</w:t>
      </w:r>
      <w:r>
        <w:br/>
      </w:r>
      <w:r>
        <w:rPr>
          <w:sz w:val="20"/>
        </w:rPr>
        <w:t>16:16  colonial powers ne kyun otman park ko khatam kiya? is tarah kuch cheezon ko jante hain.</w:t>
      </w:r>
      <w:r>
        <w:br/>
      </w:r>
      <w:r>
        <w:rPr>
          <w:sz w:val="20"/>
        </w:rPr>
        <w:t>16:25  lekin agar woh</w:t>
      </w:r>
      <w:r>
        <w:br/>
      </w:r>
      <w:r>
        <w:rPr>
          <w:sz w:val="20"/>
        </w:rPr>
        <w:t>16:28  prepared mind ہوں تو ایک بہت بڑی چیز دریافت کریں گے۔</w:t>
      </w:r>
      <w:r>
        <w:br/>
      </w:r>
      <w:r>
        <w:rPr>
          <w:sz w:val="20"/>
        </w:rPr>
        <w:t>16:33  kyunke unhon ne kaise, aisa, is tarah ke waqeat kaise hue? kaise woh kamyab hue aisa karne mein?</w:t>
      </w:r>
      <w:r>
        <w:br/>
      </w:r>
      <w:r>
        <w:rPr>
          <w:sz w:val="20"/>
        </w:rPr>
        <w:t>16:42  اس کا راز تھا کہ انہوں نے nature میں جو hidden treasure تھا، technology کی شکل میں، اس</w:t>
      </w:r>
      <w:r>
        <w:br/>
      </w:r>
      <w:r>
        <w:rPr>
          <w:sz w:val="20"/>
        </w:rPr>
        <w:t>16:49  ko daryaft kiya.</w:t>
      </w:r>
      <w:r>
        <w:br/>
      </w:r>
      <w:r>
        <w:rPr>
          <w:sz w:val="20"/>
        </w:rPr>
        <w:t>16:51  yeh technology jo hai, woh kya hai? nature mein chupi hui thi.</w:t>
      </w:r>
      <w:r>
        <w:br/>
      </w:r>
      <w:r>
        <w:rPr>
          <w:sz w:val="20"/>
        </w:rPr>
        <w:t>16:58  ٹیکنالوجی میں as a hidden treasure وہ چھپی ہوئی تھی۔</w:t>
      </w:r>
      <w:r>
        <w:br/>
      </w:r>
      <w:r>
        <w:rPr>
          <w:sz w:val="20"/>
        </w:rPr>
        <w:t>17:02  is ko daryaft kiya unhon ne.</w:t>
      </w:r>
      <w:r>
        <w:br/>
      </w:r>
      <w:r>
        <w:rPr>
          <w:sz w:val="20"/>
        </w:rPr>
        <w:t>17:04  toh sab cheezein banai unhon ne.</w:t>
      </w:r>
      <w:r>
        <w:br/>
      </w:r>
      <w:r>
        <w:rPr>
          <w:sz w:val="20"/>
        </w:rPr>
        <w:t>17:06  technology develop ki unhon ne.</w:t>
      </w:r>
      <w:r>
        <w:br/>
      </w:r>
      <w:r>
        <w:rPr>
          <w:sz w:val="20"/>
        </w:rPr>
        <w:t>17:09  unhon ne hawa jahaz banaye, car banai,</w:t>
      </w:r>
      <w:r>
        <w:br/>
      </w:r>
      <w:r>
        <w:rPr>
          <w:sz w:val="20"/>
        </w:rPr>
        <w:t>17:13  spaceship banaye, engine banaye, factoryan banai, industry lagai.</w:t>
      </w:r>
      <w:r>
        <w:br/>
      </w:r>
      <w:r>
        <w:rPr>
          <w:sz w:val="20"/>
        </w:rPr>
        <w:t>17:17  woh sab kya tha?</w:t>
      </w:r>
      <w:r>
        <w:br/>
      </w:r>
      <w:r>
        <w:rPr>
          <w:sz w:val="20"/>
        </w:rPr>
        <w:t>17:20  وہ سب تھا نیچر میں جو hidden technology تھی، اس کو دریافت کرنے کے نتیجے میں یہ ہوا۔</w:t>
      </w:r>
      <w:r>
        <w:br/>
      </w:r>
      <w:r>
        <w:rPr>
          <w:sz w:val="20"/>
        </w:rPr>
        <w:t>17:27  toh sara jo karishma hai, woh</w:t>
      </w:r>
      <w:r>
        <w:br/>
      </w:r>
      <w:r>
        <w:rPr>
          <w:sz w:val="20"/>
        </w:rPr>
        <w:t>17:31  nature mein chupi hui</w:t>
      </w:r>
      <w:r>
        <w:br/>
      </w:r>
      <w:r>
        <w:rPr>
          <w:sz w:val="20"/>
        </w:rPr>
        <w:t>17:35  technology ko daryaft karne ka.</w:t>
      </w:r>
      <w:r>
        <w:br/>
      </w:r>
      <w:r>
        <w:rPr>
          <w:sz w:val="20"/>
        </w:rPr>
        <w:t>17:39  toh maine socha ke yeh, yeh jo technology unhon ne daryaft ki hai,</w:t>
      </w:r>
      <w:r>
        <w:br/>
      </w:r>
      <w:r>
        <w:rPr>
          <w:sz w:val="20"/>
        </w:rPr>
        <w:t>17:46  mislan main yahan bol raha hoon dilli mein, aur potentially dunya bhar mein meri baat sun rahe hain</w:t>
      </w:r>
      <w:r>
        <w:br/>
      </w:r>
      <w:r>
        <w:rPr>
          <w:sz w:val="20"/>
        </w:rPr>
        <w:t>17:51  log. potentially. yani meri tasveer, meri awaz, sab kuch har jagah pahunch rahi hai.</w:t>
      </w:r>
      <w:r>
        <w:br/>
      </w:r>
      <w:r>
        <w:rPr>
          <w:sz w:val="20"/>
        </w:rPr>
        <w:t>18:00  potentially. toh yeh jo hai, agar musalmanon ke andar dawat ka mizaj ho, woh jante hon ke musalman</w:t>
      </w:r>
      <w:r>
        <w:br/>
      </w:r>
      <w:r>
        <w:rPr>
          <w:sz w:val="20"/>
        </w:rPr>
        <w:t>18:11  ka mission dawat ka mission hai,</w:t>
      </w:r>
      <w:r>
        <w:br/>
      </w:r>
      <w:r>
        <w:rPr>
          <w:sz w:val="20"/>
        </w:rPr>
        <w:t>18:14  toh woh kya sochenge?</w:t>
      </w:r>
      <w:r>
        <w:br/>
      </w:r>
      <w:r>
        <w:rPr>
          <w:sz w:val="20"/>
        </w:rPr>
        <w:t>18:17  woh yeh sochenge ke western civilization ka license share toh hum ko mil raha hai.</w:t>
      </w:r>
      <w:r>
        <w:br/>
      </w:r>
      <w:r>
        <w:rPr>
          <w:sz w:val="20"/>
        </w:rPr>
        <w:t>18:22  license share. kyunke agar hum un, is technology ko istemal karein dawat ke liye, dawat ka matlab hai,</w:t>
      </w:r>
      <w:r>
        <w:br/>
      </w:r>
      <w:r>
        <w:rPr>
          <w:sz w:val="20"/>
        </w:rPr>
        <w:t>18:32  yani god ke message ko sari dunya mein pahunchana, peaceful message ko pahunchana.</w:t>
      </w:r>
      <w:r>
        <w:br/>
      </w:r>
      <w:r>
        <w:rPr>
          <w:sz w:val="20"/>
        </w:rPr>
        <w:t>18:42  to aap jante hain ke</w:t>
      </w:r>
      <w:r>
        <w:br/>
      </w:r>
      <w:r>
        <w:rPr>
          <w:sz w:val="20"/>
        </w:rPr>
        <w:t>18:45  western civilization se pehle yeh possible nahi tha ke dunya bhar mein yeh message pohanchaya jaye.</w:t>
      </w:r>
      <w:r>
        <w:br/>
      </w:r>
      <w:r>
        <w:rPr>
          <w:sz w:val="20"/>
        </w:rPr>
        <w:t>18:51  jo divine message hai,</w:t>
      </w:r>
      <w:r>
        <w:br/>
      </w:r>
      <w:r>
        <w:rPr>
          <w:sz w:val="20"/>
        </w:rPr>
        <w:t>18:55  jo peaceful message hai creator ka, us ko sirf local level par hum pohancha sakte thay.</w:t>
      </w:r>
      <w:r>
        <w:br/>
      </w:r>
      <w:r>
        <w:rPr>
          <w:sz w:val="20"/>
        </w:rPr>
        <w:t>19:03  global level par nahi.</w:t>
      </w:r>
      <w:r>
        <w:br/>
      </w:r>
      <w:r>
        <w:rPr>
          <w:sz w:val="20"/>
        </w:rPr>
        <w:t>19:06  to yeh western civilization hai</w:t>
      </w:r>
      <w:r>
        <w:br/>
      </w:r>
      <w:r>
        <w:rPr>
          <w:sz w:val="20"/>
        </w:rPr>
        <w:t>19:11  jinhon ne is ko possible banaya.</w:t>
      </w:r>
      <w:r>
        <w:br/>
      </w:r>
      <w:r>
        <w:rPr>
          <w:sz w:val="20"/>
        </w:rPr>
        <w:t>19:13  misal aap jante hain ke</w:t>
      </w:r>
      <w:r>
        <w:br/>
      </w:r>
      <w:r>
        <w:rPr>
          <w:sz w:val="20"/>
        </w:rPr>
        <w:t>19:18  hawai jahaz ki sanat</w:t>
      </w:r>
      <w:r>
        <w:br/>
      </w:r>
      <w:r>
        <w:rPr>
          <w:sz w:val="20"/>
        </w:rPr>
        <w:t>19:21  develop hui zyada tar first world war ke darmiyan.</w:t>
      </w:r>
      <w:r>
        <w:br/>
      </w:r>
      <w:r>
        <w:rPr>
          <w:sz w:val="20"/>
        </w:rPr>
        <w:t>19:26  aise hi yeh jo communication hai,</w:t>
      </w:r>
      <w:r>
        <w:br/>
      </w:r>
      <w:r>
        <w:rPr>
          <w:sz w:val="20"/>
        </w:rPr>
        <w:t>19:31  yeh zyada tar develop hua second world war ke darmiyan.</w:t>
      </w:r>
      <w:r>
        <w:br/>
      </w:r>
      <w:r>
        <w:rPr>
          <w:sz w:val="20"/>
        </w:rPr>
        <w:t>19:36  yeh kal unhon ne kiya, western world ne kiya, unhon ne kiya apne maqsad ke liye, apne commercial</w:t>
      </w:r>
      <w:r>
        <w:br/>
      </w:r>
      <w:r>
        <w:rPr>
          <w:sz w:val="20"/>
        </w:rPr>
        <w:t>19:42  purpose ke liye ya worldly purpose ke liye.</w:t>
      </w:r>
      <w:r>
        <w:br/>
      </w:r>
      <w:r>
        <w:rPr>
          <w:sz w:val="20"/>
        </w:rPr>
        <w:t>19:45  lekin jo daai hai,</w:t>
      </w:r>
      <w:r>
        <w:br/>
      </w:r>
      <w:r>
        <w:rPr>
          <w:sz w:val="20"/>
        </w:rPr>
        <w:t>19:48  us ko istemal karta hai is technology ko, is communication ko,</w:t>
      </w:r>
      <w:r>
        <w:br/>
      </w:r>
      <w:r>
        <w:rPr>
          <w:sz w:val="20"/>
        </w:rPr>
        <w:t>19:56  God ke mission ke liye, God ke mission ko phailane ke liye.</w:t>
      </w:r>
      <w:r>
        <w:br/>
      </w:r>
      <w:r>
        <w:rPr>
          <w:sz w:val="20"/>
        </w:rPr>
        <w:t>20:00  yani ek aise kaam ke liye jis ka bohat bara reward is ko akhirat mein milega.</w:t>
      </w:r>
      <w:r>
        <w:br/>
      </w:r>
      <w:r>
        <w:rPr>
          <w:sz w:val="20"/>
        </w:rPr>
        <w:t>20:06  us ko paradise milegi.</w:t>
      </w:r>
      <w:r>
        <w:br/>
      </w:r>
      <w:r>
        <w:rPr>
          <w:sz w:val="20"/>
        </w:rPr>
        <w:t>20:10  yani ek believer</w:t>
      </w:r>
      <w:r>
        <w:br/>
      </w:r>
      <w:r>
        <w:rPr>
          <w:sz w:val="20"/>
        </w:rPr>
        <w:t>20:12  jo sacha daai ho, us ke dil mein logon ki khair khwahi ho,</w:t>
      </w:r>
      <w:r>
        <w:br/>
      </w:r>
      <w:r>
        <w:rPr>
          <w:sz w:val="20"/>
        </w:rPr>
        <w:t>20:18  aur logon ki khair khwahi ke liye peaceful andaaz mein</w:t>
      </w:r>
      <w:r>
        <w:br/>
      </w:r>
      <w:r>
        <w:rPr>
          <w:sz w:val="20"/>
        </w:rPr>
        <w:t>20:23  woh Khuda ke paigham ko pohanchaye,</w:t>
      </w:r>
      <w:r>
        <w:br/>
      </w:r>
      <w:r>
        <w:rPr>
          <w:sz w:val="20"/>
        </w:rPr>
        <w:t>20:27  divine mission ko phailaye,</w:t>
      </w:r>
      <w:r>
        <w:br/>
      </w:r>
      <w:r>
        <w:rPr>
          <w:sz w:val="20"/>
        </w:rPr>
        <w:t>20:33  to woh akhirat mein bohat hi bara eternal reward payega, eternal reward.</w:t>
      </w:r>
      <w:r>
        <w:br/>
      </w:r>
      <w:r>
        <w:rPr>
          <w:sz w:val="20"/>
        </w:rPr>
        <w:t>20:40  to istemal to karega yahi, yahi communication,</w:t>
      </w:r>
      <w:r>
        <w:br/>
      </w:r>
      <w:r>
        <w:rPr>
          <w:sz w:val="20"/>
        </w:rPr>
        <w:t>20:45  yahi technology. To western, west ke log jo is ko istemal kar rahe hain, wo apne worldly purpose</w:t>
      </w:r>
      <w:r>
        <w:br/>
      </w:r>
      <w:r>
        <w:rPr>
          <w:sz w:val="20"/>
        </w:rPr>
        <w:t>20:54  ke liye istemal kar rahe hain.</w:t>
      </w:r>
      <w:r>
        <w:br/>
      </w:r>
      <w:r>
        <w:rPr>
          <w:sz w:val="20"/>
        </w:rPr>
        <w:t>20:56  Aur daai istemal karega to is ko akhirat mein reward milega.</w:t>
      </w:r>
      <w:r>
        <w:br/>
      </w:r>
      <w:r>
        <w:rPr>
          <w:sz w:val="20"/>
        </w:rPr>
        <w:t>21:01  To isi ko main keh raha hoon ke licence share to isi ko milta hai.</w:t>
      </w:r>
      <w:r>
        <w:br/>
      </w:r>
      <w:r>
        <w:rPr>
          <w:sz w:val="20"/>
        </w:rPr>
        <w:t>21:06  In ko to bohat chota faida milta hai, aur daai ko bohat bara faida milta hai.</w:t>
      </w:r>
      <w:r>
        <w:br/>
      </w:r>
      <w:r>
        <w:rPr>
          <w:sz w:val="20"/>
        </w:rPr>
        <w:t>21:12  Aik ajeeb ghareeb khayal mere zehan mein aaya ke jo log west ke dushman ho gaye hain, wo</w:t>
      </w:r>
      <w:r>
        <w:br/>
      </w:r>
      <w:r>
        <w:rPr>
          <w:sz w:val="20"/>
        </w:rPr>
        <w:t>21:20  agar is jaan lein is baat ko, to west ko apna benefactor samjhein.</w:t>
      </w:r>
      <w:r>
        <w:br/>
      </w:r>
      <w:r>
        <w:rPr>
          <w:sz w:val="20"/>
        </w:rPr>
        <w:t>21:25  Benefactor. Ke west ki wajah se yeh mumkin hua ke hum Khuda ke message ko</w:t>
      </w:r>
      <w:r>
        <w:br/>
      </w:r>
      <w:r>
        <w:rPr>
          <w:sz w:val="20"/>
        </w:rPr>
        <w:t>21:34  global level pouncha sakein.</w:t>
      </w:r>
      <w:r>
        <w:br/>
      </w:r>
      <w:r>
        <w:rPr>
          <w:sz w:val="20"/>
        </w:rPr>
        <w:t>21:37  Kyunke aap dekhiye, predicate place unhon ne develop kiya,</w:t>
      </w:r>
      <w:r>
        <w:br/>
      </w:r>
      <w:r>
        <w:rPr>
          <w:sz w:val="20"/>
        </w:rPr>
        <w:t>21:42  camera unhon ne develop kiya, computer unhon ne develop kiya, hawai jahaz unhon ne develop kiya, modern communication</w:t>
      </w:r>
      <w:r>
        <w:br/>
      </w:r>
      <w:r>
        <w:rPr>
          <w:sz w:val="20"/>
        </w:rPr>
        <w:t>21:49  saara unhon ne develop kiya.</w:t>
      </w:r>
      <w:r>
        <w:br/>
      </w:r>
      <w:r>
        <w:rPr>
          <w:sz w:val="20"/>
        </w:rPr>
        <w:t>21:51  Is mein Muslim qaumon ka to koi dakhal nahi hai.</w:t>
      </w:r>
      <w:r>
        <w:br/>
      </w:r>
      <w:r>
        <w:rPr>
          <w:sz w:val="20"/>
        </w:rPr>
        <w:t>21:55  Koi bhi cheez nahi hai jo ke Muslim mulkon mein ya Arab mein develop hui ho.</w:t>
      </w:r>
      <w:r>
        <w:br/>
      </w:r>
      <w:r>
        <w:rPr>
          <w:sz w:val="20"/>
        </w:rPr>
        <w:t>22:00  Saari cheezein develop hui hain western world mein.</w:t>
      </w:r>
      <w:r>
        <w:br/>
      </w:r>
      <w:r>
        <w:rPr>
          <w:sz w:val="20"/>
        </w:rPr>
        <w:t>22:03  To unhon ne kiya is ko apne commercial purpose ke liye, worldly purpose ke liye.</w:t>
      </w:r>
      <w:r>
        <w:br/>
      </w:r>
      <w:r>
        <w:rPr>
          <w:sz w:val="20"/>
        </w:rPr>
        <w:t>22:10  Ab aik believer is ko istemal kare dawat ke liye,</w:t>
      </w:r>
      <w:r>
        <w:br/>
      </w:r>
      <w:r>
        <w:rPr>
          <w:sz w:val="20"/>
        </w:rPr>
        <w:t>22:14  to is ka matlab ke wo aik aisay mission ke liye is ko istemal kar raha hai jis</w:t>
      </w:r>
      <w:r>
        <w:br/>
      </w:r>
      <w:r>
        <w:rPr>
          <w:sz w:val="20"/>
        </w:rPr>
        <w:t>22:19  ka reward is ko eternal life mein milega, eternally.</w:t>
      </w:r>
      <w:r>
        <w:br/>
      </w:r>
      <w:r>
        <w:rPr>
          <w:sz w:val="20"/>
        </w:rPr>
        <w:t>22:25  To is ko, is ko main keh raha hoon ke licence share to isi ko hua.</w:t>
      </w:r>
      <w:r>
        <w:br/>
      </w:r>
      <w:r>
        <w:rPr>
          <w:sz w:val="20"/>
        </w:rPr>
        <w:t>22:31  Zyada bara in ko less than one percent mila, aur believers ko to more than ninety nine percent</w:t>
      </w:r>
      <w:r>
        <w:br/>
      </w:r>
      <w:r>
        <w:rPr>
          <w:sz w:val="20"/>
        </w:rPr>
        <w:t>22:39  mila. Agar yeh sochein to western world</w:t>
      </w:r>
      <w:r>
        <w:br/>
      </w:r>
      <w:r>
        <w:rPr>
          <w:sz w:val="20"/>
        </w:rPr>
        <w:t>22:45  ko hum samjhein ke yeh to benefactor hamara hai.</w:t>
      </w:r>
      <w:r>
        <w:br/>
      </w:r>
      <w:r>
        <w:rPr>
          <w:sz w:val="20"/>
        </w:rPr>
        <w:t>22:48  To main samajhta hoon ke insaan is liye paida nahi kiya gaya hai ke wo jungle mein chala</w:t>
      </w:r>
      <w:r>
        <w:br/>
      </w:r>
      <w:r>
        <w:rPr>
          <w:sz w:val="20"/>
        </w:rPr>
        <w:t>22:53  jaaye, ecstasy mein jiye.</w:t>
      </w:r>
      <w:r>
        <w:br/>
      </w:r>
      <w:r>
        <w:rPr>
          <w:sz w:val="20"/>
        </w:rPr>
        <w:t>22:57  nahin, woh is liye paida kiya hoga ke apne mind ko unfold kare.</w:t>
      </w:r>
      <w:r>
        <w:br/>
      </w:r>
      <w:r>
        <w:rPr>
          <w:sz w:val="20"/>
        </w:rPr>
        <w:t>23:02  yeh mind jo hai, is ke andar bohat ziyada capacity hai.</w:t>
      </w:r>
      <w:r>
        <w:br/>
      </w:r>
      <w:r>
        <w:rPr>
          <w:sz w:val="20"/>
        </w:rPr>
        <w:t>23:07  is mind ko unfold kar ke logon ne telescope banaya, microscope banaya, hawa jahaz banaya.</w:t>
      </w:r>
      <w:r>
        <w:br/>
      </w:r>
      <w:r>
        <w:rPr>
          <w:sz w:val="20"/>
        </w:rPr>
        <w:t>23:15  to hum is mind ko, yaani</w:t>
      </w:r>
      <w:r>
        <w:br/>
      </w:r>
      <w:r>
        <w:rPr>
          <w:sz w:val="20"/>
        </w:rPr>
        <w:t>23:19  le ke jangall mein koi chala jaaye,</w:t>
      </w:r>
      <w:r>
        <w:br/>
      </w:r>
      <w:r>
        <w:rPr>
          <w:sz w:val="20"/>
        </w:rPr>
        <w:t>23:22  to mein samajhta hoon ke creator ka jo plan hai, woh hai mind ko unfold karna,</w:t>
      </w:r>
      <w:r>
        <w:br/>
      </w:r>
      <w:r>
        <w:rPr>
          <w:sz w:val="20"/>
        </w:rPr>
        <w:t>23:30  taake is ke andar hidden treasure jo hai zahir ho.</w:t>
      </w:r>
      <w:r>
        <w:br/>
      </w:r>
      <w:r>
        <w:rPr>
          <w:sz w:val="20"/>
        </w:rPr>
        <w:t>23:32  yeh saara jo, jo nature mein jo technology thi, us ko daryaft kaise kiya gaya? Mind ke zariye</w:t>
      </w:r>
      <w:r>
        <w:br/>
      </w:r>
      <w:r>
        <w:rPr>
          <w:sz w:val="20"/>
        </w:rPr>
        <w:t>23:39  se. Mind ke zariye se.</w:t>
      </w:r>
      <w:r>
        <w:br/>
      </w:r>
      <w:r>
        <w:rPr>
          <w:sz w:val="20"/>
        </w:rPr>
        <w:t>23:43  agar mind ko istemal na karte to yeh technology poori ki poori nature mein chupi hui pari rehti.</w:t>
      </w:r>
      <w:r>
        <w:br/>
      </w:r>
      <w:r>
        <w:rPr>
          <w:sz w:val="20"/>
        </w:rPr>
        <w:t>23:53  to mein samajhta hoon ke sab se bara jo insaan ka</w:t>
      </w:r>
      <w:r>
        <w:br/>
      </w:r>
      <w:r>
        <w:rPr>
          <w:sz w:val="20"/>
        </w:rPr>
        <w:t>23:58  jo kaam hai, woh hai apne mind ko unfold karna.</w:t>
      </w:r>
      <w:r>
        <w:br/>
      </w:r>
      <w:r>
        <w:rPr>
          <w:sz w:val="20"/>
        </w:rPr>
        <w:t>24:04  aur unfold karne ke liye zaroori hai ke aap ke paas,</w:t>
      </w:r>
      <w:r>
        <w:br/>
      </w:r>
      <w:r>
        <w:rPr>
          <w:sz w:val="20"/>
        </w:rPr>
        <w:t>24:08  aap, aap ek, ek aur wisdom aap ke andar ho.</w:t>
      </w:r>
      <w:r>
        <w:br/>
      </w:r>
      <w:r>
        <w:rPr>
          <w:sz w:val="20"/>
        </w:rPr>
        <w:t>24:13  ek aur wisdom.</w:t>
      </w:r>
      <w:r>
        <w:br/>
      </w:r>
      <w:r>
        <w:rPr>
          <w:sz w:val="20"/>
        </w:rPr>
        <w:t>24:14  woh yeh hai ke aap kisi negative experience se disturb na hon.</w:t>
      </w:r>
      <w:r>
        <w:br/>
      </w:r>
      <w:r>
        <w:rPr>
          <w:sz w:val="20"/>
        </w:rPr>
        <w:t>24:20  negative experience se aap negative na ho jaayen.</w:t>
      </w:r>
      <w:r>
        <w:br/>
      </w:r>
      <w:r>
        <w:rPr>
          <w:sz w:val="20"/>
        </w:rPr>
        <w:t>24:23  reaction mein na pad jaayen.</w:t>
      </w:r>
      <w:r>
        <w:br/>
      </w:r>
      <w:r>
        <w:rPr>
          <w:sz w:val="20"/>
        </w:rPr>
        <w:t>24:28  jaise mein ne misaal di ke musalman saari duniya mein</w:t>
      </w:r>
      <w:r>
        <w:br/>
      </w:r>
      <w:r>
        <w:rPr>
          <w:sz w:val="20"/>
        </w:rPr>
        <w:t>24:36  west ke khilaaf ho rahe hain.</w:t>
      </w:r>
      <w:r>
        <w:br/>
      </w:r>
      <w:r>
        <w:rPr>
          <w:sz w:val="20"/>
        </w:rPr>
        <w:t>24:38  sab ke sab samajhte hain ke west hamara enemy hai.</w:t>
      </w:r>
      <w:r>
        <w:br/>
      </w:r>
      <w:r>
        <w:rPr>
          <w:sz w:val="20"/>
        </w:rPr>
        <w:t>24:44  is ki wajah se woh bohat bari baat</w:t>
      </w:r>
      <w:r>
        <w:br/>
      </w:r>
      <w:r>
        <w:rPr>
          <w:sz w:val="20"/>
        </w:rPr>
        <w:t>24:47  daryaft nahin kar paa rahe ke west un ka benefactor hai.</w:t>
      </w:r>
      <w:r>
        <w:br/>
      </w:r>
      <w:r>
        <w:rPr>
          <w:sz w:val="20"/>
        </w:rPr>
        <w:t>24:52  west ne un ko yeh mauqa diya ke woh apne mission ko,</w:t>
      </w:r>
      <w:r>
        <w:br/>
      </w:r>
      <w:r>
        <w:rPr>
          <w:sz w:val="20"/>
        </w:rPr>
        <w:t>24:59  apne mission ko global level par phailaa sakain.</w:t>
      </w:r>
      <w:r>
        <w:br/>
      </w:r>
      <w:r>
        <w:rPr>
          <w:sz w:val="20"/>
        </w:rPr>
        <w:t>25:02  is se pehle possible hi nahin tha.</w:t>
      </w:r>
      <w:r>
        <w:br/>
      </w:r>
      <w:r>
        <w:rPr>
          <w:sz w:val="20"/>
        </w:rPr>
        <w:t>25:05  is se pehle possible nahin tha.</w:t>
      </w:r>
      <w:r>
        <w:br/>
      </w:r>
      <w:r>
        <w:rPr>
          <w:sz w:val="20"/>
        </w:rPr>
        <w:t>25:11  misalan ek, ek tabai thay, woh arab se niklay.</w:t>
      </w:r>
      <w:r>
        <w:br/>
      </w:r>
      <w:r>
        <w:rPr>
          <w:sz w:val="20"/>
        </w:rPr>
        <w:t>25:16  un ka shauq yeh tha ke quran ke message ko sari dunya mein pahunchain.</w:t>
      </w:r>
      <w:r>
        <w:br/>
      </w:r>
      <w:r>
        <w:rPr>
          <w:sz w:val="20"/>
        </w:rPr>
        <w:t>25:21  is waqt un ko pata nahin tha dunya kitni bari hai.</w:t>
      </w:r>
      <w:r>
        <w:br/>
      </w:r>
      <w:r>
        <w:rPr>
          <w:sz w:val="20"/>
        </w:rPr>
        <w:t>25:26  to apne sathiyon ke sath woh arab se niklay.</w:t>
      </w:r>
      <w:r>
        <w:br/>
      </w:r>
      <w:r>
        <w:rPr>
          <w:sz w:val="20"/>
        </w:rPr>
        <w:t>25:29  phir woh hotay hotay africa mein pahunchay.</w:t>
      </w:r>
      <w:r>
        <w:br/>
      </w:r>
      <w:r>
        <w:rPr>
          <w:sz w:val="20"/>
        </w:rPr>
        <w:t>25:33  africa mein chalte hue ghoṛe par sawaar thay woh.</w:t>
      </w:r>
      <w:r>
        <w:br/>
      </w:r>
      <w:r>
        <w:rPr>
          <w:sz w:val="20"/>
        </w:rPr>
        <w:t>25:37  atlantic ke kinare pahunch gay.</w:t>
      </w:r>
      <w:r>
        <w:br/>
      </w:r>
      <w:r>
        <w:rPr>
          <w:sz w:val="20"/>
        </w:rPr>
        <w:t>25:39  jahan samandar tha.</w:t>
      </w:r>
      <w:r>
        <w:br/>
      </w:r>
      <w:r>
        <w:rPr>
          <w:sz w:val="20"/>
        </w:rPr>
        <w:t>25:41  ab un ko pata nahin ke atlantic is paar kya hai.</w:t>
      </w:r>
      <w:r>
        <w:br/>
      </w:r>
      <w:r>
        <w:rPr>
          <w:sz w:val="20"/>
        </w:rPr>
        <w:t>25:45  to wahan woh kharay ho gay.</w:t>
      </w:r>
      <w:r>
        <w:br/>
      </w:r>
      <w:r>
        <w:rPr>
          <w:sz w:val="20"/>
        </w:rPr>
        <w:t>25:48  aur is waqt unhon ne kaha tha ke khudaaya agar mujhe maloom hota ke is samandar ke is</w:t>
      </w:r>
      <w:r>
        <w:br/>
      </w:r>
      <w:r>
        <w:rPr>
          <w:sz w:val="20"/>
        </w:rPr>
        <w:t>25:53  paar bhi koi dunya hai to main apna ghoṛa samandar mein daal deta.</w:t>
      </w:r>
      <w:r>
        <w:br/>
      </w:r>
      <w:r>
        <w:rPr>
          <w:sz w:val="20"/>
        </w:rPr>
        <w:t>25:59  to yeh, to aaj woh, aaj woh cheez kis ne khatam ki?</w:t>
      </w:r>
      <w:r>
        <w:br/>
      </w:r>
      <w:r>
        <w:rPr>
          <w:sz w:val="20"/>
        </w:rPr>
        <w:t>26:04  geography ka ilm kis ne diya?</w:t>
      </w:r>
      <w:r>
        <w:br/>
      </w:r>
      <w:r>
        <w:rPr>
          <w:sz w:val="20"/>
        </w:rPr>
        <w:t>26:07  sawariyan kis ne din? communication kis ne diya? kis ne is ko possible banaya ke hum kitaben chhap</w:t>
      </w:r>
      <w:r>
        <w:br/>
      </w:r>
      <w:r>
        <w:rPr>
          <w:sz w:val="20"/>
        </w:rPr>
        <w:t>26:13  kar dunya mein pahunchayen? yeh west ne kiya.</w:t>
      </w:r>
      <w:r>
        <w:br/>
      </w:r>
      <w:r>
        <w:rPr>
          <w:sz w:val="20"/>
        </w:rPr>
        <w:t>26:17  to kya west hamara supporter ban gaya?</w:t>
      </w:r>
      <w:r>
        <w:br/>
      </w:r>
      <w:r>
        <w:rPr>
          <w:sz w:val="20"/>
        </w:rPr>
        <w:t>26:22  west jo hai woh hamara supporter ban gaya.</w:t>
      </w:r>
      <w:r>
        <w:br/>
      </w:r>
      <w:r>
        <w:rPr>
          <w:sz w:val="20"/>
        </w:rPr>
        <w:t>26:26  lekin chuna ke musalmanon par yeh wazeh nahin ke un ka mission kya hai,</w:t>
      </w:r>
      <w:r>
        <w:br/>
      </w:r>
      <w:r>
        <w:rPr>
          <w:sz w:val="20"/>
        </w:rPr>
        <w:t>26:33  kal ek bohat lamba maqala maine parha, is mein unhon ne bataya ke musalmanon ka mission hai</w:t>
      </w:r>
      <w:r>
        <w:br/>
      </w:r>
      <w:r>
        <w:rPr>
          <w:sz w:val="20"/>
        </w:rPr>
        <w:t>26:39  ke sari dunya mein islam ka hukm qaim karen.</w:t>
      </w:r>
      <w:r>
        <w:br/>
      </w:r>
      <w:r>
        <w:rPr>
          <w:sz w:val="20"/>
        </w:rPr>
        <w:t>26:42  bilkul treatable baat yeh hai.</w:t>
      </w:r>
      <w:r>
        <w:br/>
      </w:r>
      <w:r>
        <w:rPr>
          <w:sz w:val="20"/>
        </w:rPr>
        <w:t>26:45  mein ne socha ke sari dunya mein islam ki hukoomat to kabhi qaim nahi hui, aur na ho</w:t>
      </w:r>
      <w:r>
        <w:br/>
      </w:r>
      <w:r>
        <w:rPr>
          <w:sz w:val="20"/>
        </w:rPr>
        <w:t>26:50  سکتی ہے۔ تو کیا خدا ایک ایسا مشن دے گا اپنے ماننے والوں کو جو سرے سے achievable</w:t>
      </w:r>
      <w:r>
        <w:br/>
      </w:r>
      <w:r>
        <w:rPr>
          <w:sz w:val="20"/>
        </w:rPr>
        <w:t>26:58  na ho? agar mission yeh hai ke sari dunya mein islam ki hukoomat,</w:t>
      </w:r>
      <w:r>
        <w:br/>
      </w:r>
      <w:r>
        <w:rPr>
          <w:sz w:val="20"/>
        </w:rPr>
        <w:t>27:04  aur islam ki hukoomat ka lafz hi ghalat hai.</w:t>
      </w:r>
      <w:r>
        <w:br/>
      </w:r>
      <w:r>
        <w:rPr>
          <w:sz w:val="20"/>
        </w:rPr>
        <w:t>27:08  islam ko aadmi to aadmi to hai nahi.</w:t>
      </w:r>
      <w:r>
        <w:br/>
      </w:r>
      <w:r>
        <w:rPr>
          <w:sz w:val="20"/>
        </w:rPr>
        <w:t>27:11  islam to ek ideology hai.</w:t>
      </w:r>
      <w:r>
        <w:br/>
      </w:r>
      <w:r>
        <w:rPr>
          <w:sz w:val="20"/>
        </w:rPr>
        <w:t>27:13  hukoomat to insanon ki qaim hoti hai.</w:t>
      </w:r>
      <w:r>
        <w:br/>
      </w:r>
      <w:r>
        <w:rPr>
          <w:sz w:val="20"/>
        </w:rPr>
        <w:t>27:17  jo so called</w:t>
      </w:r>
      <w:r>
        <w:br/>
      </w:r>
      <w:r>
        <w:rPr>
          <w:sz w:val="20"/>
        </w:rPr>
        <w:t>27:20  Age hai Islami hukoomat ka, woh Islami hukoomat ka age nahin hai woh.</w:t>
      </w:r>
      <w:r>
        <w:br/>
      </w:r>
      <w:r>
        <w:rPr>
          <w:sz w:val="20"/>
        </w:rPr>
        <w:t>27:26  yani rasool Allah ke baad dunya mein jo</w:t>
      </w:r>
      <w:r>
        <w:br/>
      </w:r>
      <w:r>
        <w:rPr>
          <w:sz w:val="20"/>
        </w:rPr>
        <w:t>27:31  taqreeban ek hazar tak, ek hazar saal tak musalmanon ki hukoomatein qaim huin,</w:t>
      </w:r>
      <w:r>
        <w:br/>
      </w:r>
      <w:r>
        <w:rPr>
          <w:sz w:val="20"/>
        </w:rPr>
        <w:t>27:38  empire banaye musalmanon ne, jagah jagah un ki hukoomatein qaim huin.</w:t>
      </w:r>
      <w:r>
        <w:br/>
      </w:r>
      <w:r>
        <w:rPr>
          <w:sz w:val="20"/>
        </w:rPr>
        <w:t>27:42  تو وہ اسلامی حکومتیں تھیں، وہ تو dynasty تھی۔</w:t>
      </w:r>
      <w:r>
        <w:br/>
      </w:r>
      <w:r>
        <w:rPr>
          <w:sz w:val="20"/>
        </w:rPr>
        <w:t>27:46  yani muawiya ke baad jo dynasty ka daur shuru hua, to kabhi khatam nahi hua.</w:t>
      </w:r>
      <w:r>
        <w:br/>
      </w:r>
      <w:r>
        <w:rPr>
          <w:sz w:val="20"/>
        </w:rPr>
        <w:t>27:53  moghul hukoomat dynasty ki hukoomat thi.</w:t>
      </w:r>
      <w:r>
        <w:br/>
      </w:r>
      <w:r>
        <w:rPr>
          <w:sz w:val="20"/>
        </w:rPr>
        <w:t>27:56  ottoman empire dynasty ki thi.</w:t>
      </w:r>
      <w:r>
        <w:br/>
      </w:r>
      <w:r>
        <w:rPr>
          <w:sz w:val="20"/>
        </w:rPr>
        <w:t>27:58  jitne bhi hukoomatein hain, woh sab dynasty theen.</w:t>
      </w:r>
      <w:r>
        <w:br/>
      </w:r>
      <w:r>
        <w:rPr>
          <w:sz w:val="20"/>
        </w:rPr>
        <w:t>28:01  yani khandan ki hukoomat.</w:t>
      </w:r>
      <w:r>
        <w:br/>
      </w:r>
      <w:r>
        <w:rPr>
          <w:sz w:val="20"/>
        </w:rPr>
        <w:t>28:03  iska islami hukoomat kahan nahi ghalat hai?</w:t>
      </w:r>
      <w:r>
        <w:br/>
      </w:r>
      <w:r>
        <w:rPr>
          <w:sz w:val="20"/>
        </w:rPr>
        <w:t>28:07  yeh jo muddat hai, itni lambi,</w:t>
      </w:r>
      <w:r>
        <w:br/>
      </w:r>
      <w:r>
        <w:rPr>
          <w:sz w:val="20"/>
        </w:rPr>
        <w:t>28:12  isko yeh kehna ke islami hukoomat thi, yeh musalmanon ki hukoomat bhi nahi keh sakte aap is</w:t>
      </w:r>
      <w:r>
        <w:br/>
      </w:r>
      <w:r>
        <w:rPr>
          <w:sz w:val="20"/>
        </w:rPr>
        <w:t>28:19  ko. is ko kahein ke dynasty,</w:t>
      </w:r>
      <w:r>
        <w:br/>
      </w:r>
      <w:r>
        <w:rPr>
          <w:sz w:val="20"/>
        </w:rPr>
        <w:t>28:23  dynasty rule. تو اسلامی حکومت کا تصور ایک بالکل ہی ایک ridiculous تصور ہے، کیونکہ وہ کبھی achievable</w:t>
      </w:r>
      <w:r>
        <w:br/>
      </w:r>
      <w:r>
        <w:rPr>
          <w:sz w:val="20"/>
        </w:rPr>
        <w:t>28:32  nahi woh. to islam ki ideology ko phailana hai, na ke islam ke rule ko phailana hai.</w:t>
      </w:r>
      <w:r>
        <w:br/>
      </w:r>
      <w:r>
        <w:rPr>
          <w:sz w:val="20"/>
        </w:rPr>
        <w:t>28:41  yani hamara jo mission hai, woh yeh nahi ke hum</w:t>
      </w:r>
      <w:r>
        <w:br/>
      </w:r>
      <w:r>
        <w:rPr>
          <w:sz w:val="20"/>
        </w:rPr>
        <w:t>28:45  islami hukoomat ke naam par sari dunya se ladein.</w:t>
      </w:r>
      <w:r>
        <w:br/>
      </w:r>
      <w:r>
        <w:rPr>
          <w:sz w:val="20"/>
        </w:rPr>
        <w:t>28:48  yeh, yeh mission hi nahi hai.</w:t>
      </w:r>
      <w:r>
        <w:br/>
      </w:r>
      <w:r>
        <w:rPr>
          <w:sz w:val="20"/>
        </w:rPr>
        <w:t>28:50  hamara kaam hai ke islam ka jo paigham hai, tauheed ka jo paigham hai, oneness of god ka</w:t>
      </w:r>
      <w:r>
        <w:br/>
      </w:r>
      <w:r>
        <w:rPr>
          <w:sz w:val="20"/>
        </w:rPr>
        <w:t>28:56  jo paigham hai, us ko sari dunya tak pohnchayein.</w:t>
      </w:r>
      <w:r>
        <w:br/>
      </w:r>
      <w:r>
        <w:rPr>
          <w:sz w:val="20"/>
        </w:rPr>
        <w:t>29:04  تو اس لحاظ سے آپ سوچیے کہ پورے پچھلے ہزار سال کے دوران کبھی یہ possible نہیں ہوا</w:t>
      </w:r>
      <w:r>
        <w:br/>
      </w:r>
      <w:r>
        <w:rPr>
          <w:sz w:val="20"/>
        </w:rPr>
        <w:t>29:10  tha ke islam ke paigham ko ya tauheed ke paigham ko global level pohanchaya jaye.</w:t>
      </w:r>
      <w:r>
        <w:br/>
      </w:r>
      <w:r>
        <w:rPr>
          <w:sz w:val="20"/>
        </w:rPr>
        <w:t>29:20  wo to western civilization ke douran possible hua.</w:t>
      </w:r>
      <w:r>
        <w:br/>
      </w:r>
      <w:r>
        <w:rPr>
          <w:sz w:val="20"/>
        </w:rPr>
        <w:t>29:26  to western civilization jo hamari benefactor hai, us ne hum ko yeh mauqa diya.</w:t>
      </w:r>
      <w:r>
        <w:br/>
      </w:r>
      <w:r>
        <w:rPr>
          <w:sz w:val="20"/>
        </w:rPr>
        <w:t>29:35  to mein samajhta hoon ke peace of mind ka sab se bara formula yeh hai ke hum negative</w:t>
      </w:r>
      <w:r>
        <w:br/>
      </w:r>
      <w:r>
        <w:rPr>
          <w:sz w:val="20"/>
        </w:rPr>
        <w:t>29:40  thought ko, negative experience ko positive thought mein badal saken.</w:t>
      </w:r>
      <w:r>
        <w:br/>
      </w:r>
      <w:r>
        <w:rPr>
          <w:sz w:val="20"/>
        </w:rPr>
        <w:t>29:47  aur koi doosra nahin.</w:t>
      </w:r>
      <w:r>
        <w:br/>
      </w:r>
      <w:r>
        <w:rPr>
          <w:sz w:val="20"/>
        </w:rPr>
        <w:t>29:50  aap jungle chale jayen, tab bhi aap ko peace nahin milega.</w:t>
      </w:r>
      <w:r>
        <w:br/>
      </w:r>
      <w:r>
        <w:rPr>
          <w:sz w:val="20"/>
        </w:rPr>
        <w:t>29:53  aap secularism mein chale jayen, tab bhi peace nahin milne wala hai.</w:t>
      </w:r>
      <w:r>
        <w:br/>
      </w:r>
      <w:r>
        <w:rPr>
          <w:sz w:val="20"/>
        </w:rPr>
        <w:t>29:57  agar, agar, yani bil farz koi cheez milegi to woh ecstasy, ecstasy hogi.</w:t>
      </w:r>
      <w:r>
        <w:br/>
      </w:r>
      <w:r>
        <w:rPr>
          <w:sz w:val="20"/>
        </w:rPr>
        <w:t>30:06  ecstasy jo hai, wo to</w:t>
      </w:r>
      <w:r>
        <w:br/>
      </w:r>
      <w:r>
        <w:rPr>
          <w:sz w:val="20"/>
        </w:rPr>
        <w:t>30:10  bohat hi choti baat hai.</w:t>
      </w:r>
      <w:r>
        <w:br/>
      </w:r>
      <w:r>
        <w:rPr>
          <w:sz w:val="20"/>
        </w:rPr>
        <w:t>30:13  intellectual development milna chahiye.</w:t>
      </w:r>
      <w:r>
        <w:br/>
      </w:r>
      <w:r>
        <w:rPr>
          <w:sz w:val="20"/>
        </w:rPr>
        <w:t>30:16  insan ke level ki baat yeh hai ke us ko, us ko, us ke andar creative thinking aaye,</w:t>
      </w:r>
      <w:r>
        <w:br/>
      </w:r>
      <w:r>
        <w:rPr>
          <w:sz w:val="20"/>
        </w:rPr>
        <w:t>30:23  us ke andar intellectual development ho,</w:t>
      </w:r>
      <w:r>
        <w:br/>
      </w:r>
      <w:r>
        <w:rPr>
          <w:sz w:val="20"/>
        </w:rPr>
        <w:t>30:27  us ke andar high thinking aaye.</w:t>
      </w:r>
      <w:r>
        <w:br/>
      </w:r>
      <w:r>
        <w:rPr>
          <w:sz w:val="20"/>
        </w:rPr>
        <w:t>30:30  ecstasy to ek animal ki bhi ho sakti hai.</w:t>
      </w:r>
      <w:r>
        <w:br/>
      </w:r>
      <w:r>
        <w:rPr>
          <w:sz w:val="20"/>
        </w:rPr>
        <w:t>30:35  to hamara goal ecstasy nahin hai, hamara goal intellectual development hai.</w:t>
      </w:r>
      <w:r>
        <w:br/>
      </w:r>
      <w:r>
        <w:rPr>
          <w:sz w:val="20"/>
        </w:rPr>
        <w:t>30:41  to intellectual development ke zariye se jo peace mile, wahi real peace hai.</w:t>
      </w:r>
      <w:r>
        <w:br/>
      </w:r>
      <w:r>
        <w:rPr>
          <w:sz w:val="20"/>
        </w:rPr>
        <w:t>30:47  is peace ka raaz kya hai? thing mein truth ko discover karna.</w:t>
      </w:r>
      <w:r>
        <w:br/>
      </w:r>
      <w:r>
        <w:rPr>
          <w:sz w:val="20"/>
        </w:rPr>
        <w:t>30:54  thing mein truth ko discover karna.</w:t>
      </w:r>
      <w:r>
        <w:br/>
      </w:r>
      <w:r>
        <w:rPr>
          <w:sz w:val="20"/>
        </w:rPr>
        <w:t>30:56  creation mein creator ko discover karna.</w:t>
      </w:r>
      <w:r>
        <w:br/>
      </w:r>
      <w:r>
        <w:rPr>
          <w:sz w:val="20"/>
        </w:rPr>
        <w:t>31:01  aur yeh is waqt mumkin hoga jab ke aap negative experience ko positive thought mein convert kar saken.</w:t>
      </w:r>
      <w:r>
        <w:br/>
      </w:r>
      <w:r>
        <w:rPr>
          <w:sz w:val="20"/>
        </w:rPr>
        <w:t>31:08  is ke baghair nahin ho sakta.</w:t>
      </w:r>
      <w:r>
        <w:br/>
      </w:r>
      <w:r>
        <w:rPr>
          <w:sz w:val="20"/>
        </w:rPr>
        <w:t>31:10  mein samajhta hoon ke is duniya mein</w:t>
      </w:r>
      <w:r>
        <w:br/>
      </w:r>
      <w:r>
        <w:rPr>
          <w:sz w:val="20"/>
        </w:rPr>
        <w:t>31:14  sab kuch jo hai, wo intellectual level par hota hai.</w:t>
      </w:r>
      <w:r>
        <w:br/>
      </w:r>
      <w:r>
        <w:rPr>
          <w:sz w:val="20"/>
        </w:rPr>
        <w:t>31:19  intelectual level par.</w:t>
      </w:r>
      <w:r>
        <w:br/>
      </w:r>
      <w:r>
        <w:rPr>
          <w:sz w:val="20"/>
        </w:rPr>
        <w:t>31:20  unesco ka dictum hai ke wallace begins from mind.</w:t>
      </w:r>
      <w:r>
        <w:br/>
      </w:r>
      <w:r>
        <w:rPr>
          <w:sz w:val="20"/>
        </w:rPr>
        <w:t>31:28  main kehta hoon har cheez mind se shuru hoti hai.</w:t>
      </w:r>
      <w:r>
        <w:br/>
      </w:r>
      <w:r>
        <w:rPr>
          <w:sz w:val="20"/>
        </w:rPr>
        <w:t>31:30  wallace ki baat nahi hai.</w:t>
      </w:r>
      <w:r>
        <w:br/>
      </w:r>
      <w:r>
        <w:rPr>
          <w:sz w:val="20"/>
        </w:rPr>
        <w:t>31:33  yani agar aap chahte hain ke aap ko</w:t>
      </w:r>
      <w:r>
        <w:br/>
      </w:r>
      <w:r>
        <w:rPr>
          <w:sz w:val="20"/>
        </w:rPr>
        <w:t>31:38  peace ho, peaceful mind aap ke andar ho, tab bhi woh soch ki satah se shuru hoga.</w:t>
      </w:r>
      <w:r>
        <w:br/>
      </w:r>
      <w:r>
        <w:rPr>
          <w:sz w:val="20"/>
        </w:rPr>
        <w:t>31:43  apni soch ko aap peaceful banayenge, tab aap ko peace milega.</w:t>
      </w:r>
      <w:r>
        <w:br/>
      </w:r>
      <w:r>
        <w:rPr>
          <w:sz w:val="20"/>
        </w:rPr>
        <w:t>31:49  sab kuch milti hai aap ko peace ki satah par.</w:t>
      </w:r>
      <w:r>
        <w:br/>
      </w:r>
      <w:r>
        <w:rPr>
          <w:sz w:val="20"/>
        </w:rPr>
        <w:t>31:56  aur sab se bara, main samajhta hoon ke jo kaam karna hai kisi insan ko, woh yeh hai</w:t>
      </w:r>
      <w:r>
        <w:br/>
      </w:r>
      <w:r>
        <w:rPr>
          <w:sz w:val="20"/>
        </w:rPr>
        <w:t>32:06  ke woh negative,</w:t>
      </w:r>
      <w:r>
        <w:br/>
      </w:r>
      <w:r>
        <w:rPr>
          <w:sz w:val="20"/>
        </w:rPr>
        <w:t>32:10  dekhiye, is dunya mein negative experience to hoga hi.</w:t>
      </w:r>
      <w:r>
        <w:br/>
      </w:r>
      <w:r>
        <w:rPr>
          <w:sz w:val="20"/>
        </w:rPr>
        <w:t>32:13  yeh mumkin nahi ke negative experience na ho.</w:t>
      </w:r>
      <w:r>
        <w:br/>
      </w:r>
      <w:r>
        <w:rPr>
          <w:sz w:val="20"/>
        </w:rPr>
        <w:t>32:16  lekin is ko aap positivity mein convert kar saken.</w:t>
      </w:r>
      <w:r>
        <w:br/>
      </w:r>
      <w:r>
        <w:rPr>
          <w:sz w:val="20"/>
        </w:rPr>
        <w:t>32:20  misalan ek, abhi ek sahab mujh se mile, woh ek,</w:t>
      </w:r>
      <w:r>
        <w:br/>
      </w:r>
      <w:r>
        <w:rPr>
          <w:sz w:val="20"/>
        </w:rPr>
        <w:t>32:25  ek multinational company mein kaam,</w:t>
      </w:r>
      <w:r>
        <w:br/>
      </w:r>
      <w:r>
        <w:rPr>
          <w:sz w:val="20"/>
        </w:rPr>
        <w:t>32:29  un ko job karte hain.</w:t>
      </w:r>
      <w:r>
        <w:br/>
      </w:r>
      <w:r>
        <w:rPr>
          <w:sz w:val="20"/>
        </w:rPr>
        <w:t>32:31  to lage shikayat karne.</w:t>
      </w:r>
      <w:r>
        <w:br/>
      </w:r>
      <w:r>
        <w:rPr>
          <w:sz w:val="20"/>
        </w:rPr>
        <w:t>32:33  unhone shikayat kiya, kya thi? ke sahab, promotion mein mujhe, mere sath discrimination hua.</w:t>
      </w:r>
      <w:r>
        <w:br/>
      </w:r>
      <w:r>
        <w:rPr>
          <w:sz w:val="20"/>
        </w:rPr>
        <w:t>32:42  promotion mein mere sath discrimination hua.</w:t>
      </w:r>
      <w:r>
        <w:br/>
      </w:r>
      <w:r>
        <w:rPr>
          <w:sz w:val="20"/>
        </w:rPr>
        <w:t>32:44  aur falan ko promote kar diya gaya, mujhe nahi kiya gaya.</w:t>
      </w:r>
      <w:r>
        <w:br/>
      </w:r>
      <w:r>
        <w:rPr>
          <w:sz w:val="20"/>
        </w:rPr>
        <w:t>32:49  to main ne kaha ke yeh bataiye</w:t>
      </w:r>
      <w:r>
        <w:br/>
      </w:r>
      <w:r>
        <w:rPr>
          <w:sz w:val="20"/>
        </w:rPr>
        <w:t>32:51  ke aap company mein job milne se pehle aap ki jo economic position thi, us se aaj better</w:t>
      </w:r>
      <w:r>
        <w:br/>
      </w:r>
      <w:r>
        <w:rPr>
          <w:sz w:val="20"/>
        </w:rPr>
        <w:t>32:59  hai ke nahi? us se kharab hai aap ki? kaha is se to bohat better hai.</w:t>
      </w:r>
      <w:r>
        <w:br/>
      </w:r>
      <w:r>
        <w:rPr>
          <w:sz w:val="20"/>
        </w:rPr>
        <w:t>33:03  yani company mein job milne se pehle jo un ki halat thi, maashi,</w:t>
      </w:r>
      <w:r>
        <w:br/>
      </w:r>
      <w:r>
        <w:rPr>
          <w:sz w:val="20"/>
        </w:rPr>
        <w:t>33:10  to aaj us se hum bohat better hain.</w:t>
      </w:r>
      <w:r>
        <w:br/>
      </w:r>
      <w:r>
        <w:rPr>
          <w:sz w:val="20"/>
        </w:rPr>
        <w:t>33:12  unho ne kaha is par shor kyon nahin karte?</w:t>
      </w:r>
      <w:r>
        <w:br/>
      </w:r>
      <w:r>
        <w:rPr>
          <w:sz w:val="20"/>
        </w:rPr>
        <w:t>33:15  is par shor kyon nahin karte?</w:t>
      </w:r>
      <w:r>
        <w:br/>
      </w:r>
      <w:r>
        <w:rPr>
          <w:sz w:val="20"/>
        </w:rPr>
        <w:t>33:19  isi ko main kehta hoon thing mein truth ko daryaft karna.</w:t>
      </w:r>
      <w:r>
        <w:br/>
      </w:r>
      <w:r>
        <w:rPr>
          <w:sz w:val="20"/>
        </w:rPr>
        <w:t>33:23  nashukri mein shukr ke item ko daryaft karna.</w:t>
      </w:r>
      <w:r>
        <w:br/>
      </w:r>
      <w:r>
        <w:rPr>
          <w:sz w:val="20"/>
        </w:rPr>
        <w:t>33:28  hamesha aadmi kya karta hai?</w:t>
      </w:r>
      <w:r>
        <w:br/>
      </w:r>
      <w:r>
        <w:rPr>
          <w:sz w:val="20"/>
        </w:rPr>
        <w:t>33:32  ke yeh main yeh kahunga ke sara muamla angle of vision ka hai.</w:t>
      </w:r>
      <w:r>
        <w:br/>
      </w:r>
      <w:r>
        <w:rPr>
          <w:sz w:val="20"/>
        </w:rPr>
        <w:t>33:38  angle of vision.</w:t>
      </w:r>
      <w:r>
        <w:br/>
      </w:r>
      <w:r>
        <w:rPr>
          <w:sz w:val="20"/>
        </w:rPr>
        <w:t>33:40  agar aap ka angle of vision aik ho to aap ko idhar shukr aayega, peace aayega.</w:t>
      </w:r>
      <w:r>
        <w:br/>
      </w:r>
      <w:r>
        <w:rPr>
          <w:sz w:val="20"/>
        </w:rPr>
        <w:t>33:47  angle of vision, angle of vision doosra ho to aap ke andar negative thought aayenge, nafrat aaye</w:t>
      </w:r>
      <w:r>
        <w:br/>
      </w:r>
      <w:r>
        <w:rPr>
          <w:sz w:val="20"/>
        </w:rPr>
        <w:t>33:52  gi. aur aap</w:t>
      </w:r>
      <w:r>
        <w:br/>
      </w:r>
      <w:r>
        <w:rPr>
          <w:sz w:val="20"/>
        </w:rPr>
        <w:t>33:55  ghussa, ghusse mein jeene lagenge.</w:t>
      </w:r>
      <w:r>
        <w:br/>
      </w:r>
      <w:r>
        <w:rPr>
          <w:sz w:val="20"/>
        </w:rPr>
        <w:t>33:58  to apne angle of vision ko sahi karna chahiye.</w:t>
      </w:r>
      <w:r>
        <w:br/>
      </w:r>
      <w:r>
        <w:rPr>
          <w:sz w:val="20"/>
        </w:rPr>
        <w:t>34:02  cheezon ko sahi angle se dekhna seekhein.</w:t>
      </w:r>
      <w:r>
        <w:br/>
      </w:r>
      <w:r>
        <w:rPr>
          <w:sz w:val="20"/>
        </w:rPr>
        <w:t>34:08  cheezon ko sahi angle se dekhna seekhein.</w:t>
      </w:r>
      <w:r>
        <w:br/>
      </w:r>
      <w:r>
        <w:rPr>
          <w:sz w:val="20"/>
        </w:rPr>
        <w:t>34:12  is ke baad aap ko</w:t>
      </w:r>
      <w:r>
        <w:br/>
      </w:r>
      <w:r>
        <w:rPr>
          <w:sz w:val="20"/>
        </w:rPr>
        <w:t>34:15  peace of mind hasil ho jayega.</w:t>
      </w:r>
      <w:r>
        <w:br/>
      </w:r>
      <w:r>
        <w:rPr>
          <w:sz w:val="20"/>
        </w:rPr>
        <w:t>34:18  to main boredom ko, main samajhta hoon ke aik,</w:t>
      </w:r>
      <w:r>
        <w:br/>
      </w:r>
      <w:r>
        <w:rPr>
          <w:sz w:val="20"/>
        </w:rPr>
        <w:t>34:23  aap boredom jis ko hum kehte hain, woh kya hai?</w:t>
      </w:r>
      <w:r>
        <w:br/>
      </w:r>
      <w:r>
        <w:rPr>
          <w:sz w:val="20"/>
        </w:rPr>
        <w:t>34:27  yani failure, fail, yani</w:t>
      </w:r>
      <w:r>
        <w:br/>
      </w:r>
      <w:r>
        <w:rPr>
          <w:sz w:val="20"/>
        </w:rPr>
        <w:t>34:33  zindagi ki jo creation plan Allah taala ka hai, us ko daryaft na karna.</w:t>
      </w:r>
      <w:r>
        <w:br/>
      </w:r>
      <w:r>
        <w:rPr>
          <w:sz w:val="20"/>
        </w:rPr>
        <w:t>34:40  creation plan ko aap daryaft na karenge to kahin boredom aayega, kahin aap react karenge</w:t>
      </w:r>
      <w:r>
        <w:br/>
      </w:r>
      <w:r>
        <w:rPr>
          <w:sz w:val="20"/>
        </w:rPr>
        <w:t>34:45  ge, kahin aap negative ho jayenge.</w:t>
      </w:r>
      <w:r>
        <w:br/>
      </w:r>
      <w:r>
        <w:rPr>
          <w:sz w:val="20"/>
        </w:rPr>
        <w:t>34:49  to sara muamla yeh hai ke, woh yeh hai ke aap</w:t>
      </w:r>
      <w:r>
        <w:br/>
      </w:r>
      <w:r>
        <w:rPr>
          <w:sz w:val="20"/>
        </w:rPr>
        <w:t>34:52  creation plan of God ko daryaft kar saken.</w:t>
      </w:r>
      <w:r>
        <w:br/>
      </w:r>
      <w:r>
        <w:rPr>
          <w:sz w:val="20"/>
        </w:rPr>
        <w:t>35:00  misal ke taur par aik misal main deta hoon</w:t>
      </w:r>
      <w:r>
        <w:br/>
      </w:r>
      <w:r>
        <w:rPr>
          <w:sz w:val="20"/>
        </w:rPr>
        <w:t>35:03  keh aksar philosopher yeh mante hain keh dunya mein evil hai, jis ko problem evil kehte hain.</w:t>
      </w:r>
      <w:r>
        <w:br/>
      </w:r>
      <w:r>
        <w:rPr>
          <w:sz w:val="20"/>
        </w:rPr>
        <w:t>35:15  to problem evil kya hai? main kehta hoon problem evil nahi, woh hai problem of challenge.</w:t>
      </w:r>
      <w:r>
        <w:br/>
      </w:r>
      <w:r>
        <w:rPr>
          <w:sz w:val="20"/>
        </w:rPr>
        <w:t>35:22  yani is ko aik ghalat naam de rakha hai.</w:t>
      </w:r>
      <w:r>
        <w:br/>
      </w:r>
      <w:r>
        <w:rPr>
          <w:sz w:val="20"/>
        </w:rPr>
        <w:t>35:26  bad naam de rakha hai keh problem of challenge ko kehte hain problem of evil.</w:t>
      </w:r>
      <w:r>
        <w:br/>
      </w:r>
      <w:r>
        <w:rPr>
          <w:sz w:val="20"/>
        </w:rPr>
        <w:t>35:34  jo creator hai, us ne dunya ka jo banaya hai, naqsha, woh base karta hai competition par, challenge</w:t>
      </w:r>
      <w:r>
        <w:br/>
      </w:r>
      <w:r>
        <w:rPr>
          <w:sz w:val="20"/>
        </w:rPr>
        <w:t>35:43  par. to jab azadi par, jab logon ko azadi hogi to dunya mein competition hoga, aik se doosre</w:t>
      </w:r>
      <w:r>
        <w:br/>
      </w:r>
      <w:r>
        <w:rPr>
          <w:sz w:val="20"/>
        </w:rPr>
        <w:t>35:53  ko challenge hoga.</w:t>
      </w:r>
      <w:r>
        <w:br/>
      </w:r>
      <w:r>
        <w:rPr>
          <w:sz w:val="20"/>
        </w:rPr>
        <w:t>35:55  to zahir hai keh kahin kisi ke baad banegi, kisi ki bigregi.</w:t>
      </w:r>
      <w:r>
        <w:br/>
      </w:r>
      <w:r>
        <w:rPr>
          <w:sz w:val="20"/>
        </w:rPr>
        <w:t>35:59  kahin, kahin kisi ko kuch hoga, kahin kisi ko kuch hoga.</w:t>
      </w:r>
      <w:r>
        <w:br/>
      </w:r>
      <w:r>
        <w:rPr>
          <w:sz w:val="20"/>
        </w:rPr>
        <w:t>36:02  to that is due to,</w:t>
      </w:r>
      <w:r>
        <w:br/>
      </w:r>
      <w:r>
        <w:rPr>
          <w:sz w:val="20"/>
        </w:rPr>
        <w:t>36:05  is baat ka nateeja hai keh dunya mein, dunya ka nizam challenge par qaim hai.</w:t>
      </w:r>
      <w:r>
        <w:br/>
      </w:r>
      <w:r>
        <w:rPr>
          <w:sz w:val="20"/>
        </w:rPr>
        <w:t>36:11  agar aap yeh samajh lein keh dunya ka nizam challenge par qaim hai, aur challenge se hi taraqqi</w:t>
      </w:r>
      <w:r>
        <w:br/>
      </w:r>
      <w:r>
        <w:rPr>
          <w:sz w:val="20"/>
        </w:rPr>
        <w:t>36:17  ہوتی ہے۔ No challenge, no development.</w:t>
      </w:r>
      <w:r>
        <w:br/>
      </w:r>
      <w:r>
        <w:rPr>
          <w:sz w:val="20"/>
        </w:rPr>
        <w:t>36:22  no competition, no development.</w:t>
      </w:r>
      <w:r>
        <w:br/>
      </w:r>
      <w:r>
        <w:rPr>
          <w:sz w:val="20"/>
        </w:rPr>
        <w:t>36:24  تو آپ بالکل، آپ کو peace، آپ کے مائنڈ میں peace آ جائے گا۔</w:t>
      </w:r>
      <w:r>
        <w:br/>
      </w:r>
      <w:r>
        <w:rPr>
          <w:sz w:val="20"/>
        </w:rPr>
        <w:t>36:29  agar, lekin agar aap is tarah na sochein,</w:t>
      </w:r>
      <w:r>
        <w:br/>
      </w:r>
      <w:r>
        <w:rPr>
          <w:sz w:val="20"/>
        </w:rPr>
        <w:t>36:33  یعنی اس کو چیلنج کے اینگل سے نہ دیکھیں، تو آپ کو evil, evil نظر آئے گا، evil.</w:t>
      </w:r>
      <w:r>
        <w:br/>
      </w:r>
      <w:r>
        <w:rPr>
          <w:sz w:val="20"/>
        </w:rPr>
        <w:t>36:41  تو میں سمجھتا ہوں کہ جو لوگ یہ کہتے ہیں کہ دنیا میں problem of evil ہے، وہ</w:t>
      </w:r>
      <w:r>
        <w:br/>
      </w:r>
      <w:r>
        <w:rPr>
          <w:sz w:val="20"/>
        </w:rPr>
        <w:t>36:46  wrong angle say dekh rahe hain duniya ko.</w:t>
      </w:r>
      <w:r>
        <w:br/>
      </w:r>
      <w:r>
        <w:rPr>
          <w:sz w:val="20"/>
        </w:rPr>
        <w:t>36:50  jo log kehte hain keh dunya mein,</w:t>
      </w:r>
      <w:r>
        <w:br/>
      </w:r>
      <w:r>
        <w:rPr>
          <w:sz w:val="20"/>
        </w:rPr>
        <w:t>36:54  aise jo human rights activist hain, woh bhi isi ghalati karte hain keh woh</w:t>
      </w:r>
      <w:r>
        <w:br/>
      </w:r>
      <w:r>
        <w:rPr>
          <w:sz w:val="20"/>
        </w:rPr>
        <w:t>37:00  right ko dekhte hain, duty ko nahi dekhte.</w:t>
      </w:r>
      <w:r>
        <w:br/>
      </w:r>
      <w:r>
        <w:rPr>
          <w:sz w:val="20"/>
        </w:rPr>
        <w:t>37:04  aur jitne human rights activist</w:t>
      </w:r>
      <w:r>
        <w:br/>
      </w:r>
      <w:r>
        <w:rPr>
          <w:sz w:val="20"/>
        </w:rPr>
        <w:t>37:07  کو میں جانتا ہوں، وہ سب negative، سب protestant ہوتے ہیں۔</w:t>
      </w:r>
      <w:r>
        <w:br/>
      </w:r>
      <w:r>
        <w:rPr>
          <w:sz w:val="20"/>
        </w:rPr>
        <w:t>37:13  یعنی human rights کو لے کر پروٹیسٹنٹ بنے رہتے ہیں وہ۔</w:t>
      </w:r>
      <w:r>
        <w:br/>
      </w:r>
      <w:r>
        <w:rPr>
          <w:sz w:val="20"/>
        </w:rPr>
        <w:t>37:17  critic bane rehte hain.</w:t>
      </w:r>
      <w:r>
        <w:br/>
      </w:r>
      <w:r>
        <w:rPr>
          <w:sz w:val="20"/>
        </w:rPr>
        <w:t>37:20  to human rights ka violation jis ko kehte hain log, woh haqeeqatan competition ka phenomenon hai, challenge ka</w:t>
      </w:r>
      <w:r>
        <w:br/>
      </w:r>
      <w:r>
        <w:rPr>
          <w:sz w:val="20"/>
        </w:rPr>
        <w:t>37:28  phenomena ہے۔ تو لوگوں کے اندر یہ مزاج بنائیں کہ وہ چیلنج کو beat کرنا سیکھیں۔</w:t>
      </w:r>
      <w:r>
        <w:br/>
      </w:r>
      <w:r>
        <w:rPr>
          <w:sz w:val="20"/>
        </w:rPr>
        <w:t>37:36  اپنے آپ کو competition میں stand کر سکیں، یہ ان کے اندر مزاج پیدا کیجیے۔</w:t>
      </w:r>
      <w:r>
        <w:br/>
      </w:r>
      <w:r>
        <w:rPr>
          <w:sz w:val="20"/>
        </w:rPr>
        <w:t>37:46  main samajhta hoon keh sab se bara reformer woh nahi hai jo dunya mein</w:t>
      </w:r>
      <w:r>
        <w:br/>
      </w:r>
      <w:r>
        <w:rPr>
          <w:sz w:val="20"/>
        </w:rPr>
        <w:t>37:53  zulm ka point out kare keh dekho yeh zulm ho raha hai, dekho yeh</w:t>
      </w:r>
      <w:r>
        <w:br/>
      </w:r>
      <w:r>
        <w:rPr>
          <w:sz w:val="20"/>
        </w:rPr>
        <w:t>38:03  Rights, human rights ka violation ho raha hai.</w:t>
      </w:r>
      <w:r>
        <w:br/>
      </w:r>
      <w:r>
        <w:rPr>
          <w:sz w:val="20"/>
        </w:rPr>
        <w:t>38:06  main nahi samajhta woh bara reformer hai.</w:t>
      </w:r>
      <w:r>
        <w:br/>
      </w:r>
      <w:r>
        <w:rPr>
          <w:sz w:val="20"/>
        </w:rPr>
        <w:t>38:11  bara reformer woh hai jo bataye keh yeh to creation plan of God hai, is mein tum apna</w:t>
      </w:r>
      <w:r>
        <w:br/>
      </w:r>
      <w:r>
        <w:rPr>
          <w:sz w:val="20"/>
        </w:rPr>
        <w:t>38:15  rasta banao. apne ko is qabil banao keh tum challenge ko meet kar sako.</w:t>
      </w:r>
      <w:r>
        <w:br/>
      </w:r>
      <w:r>
        <w:rPr>
          <w:sz w:val="20"/>
        </w:rPr>
        <w:t>38:20  woh hai, woh hai reformer.</w:t>
      </w:r>
      <w:r>
        <w:br/>
      </w:r>
      <w:r>
        <w:rPr>
          <w:sz w:val="20"/>
        </w:rPr>
        <w:t>38:25  yeh wajah hai ke jitne bhi human right activist hotay hain, sab negative hotay hain, sab protestant hotay</w:t>
      </w:r>
      <w:r>
        <w:br/>
      </w:r>
      <w:r>
        <w:rPr>
          <w:sz w:val="20"/>
        </w:rPr>
        <w:t>38:30  hain, sab sirf complaint karte rehte hain.</w:t>
      </w:r>
      <w:r>
        <w:br/>
      </w:r>
      <w:r>
        <w:rPr>
          <w:sz w:val="20"/>
        </w:rPr>
        <w:t>38:33  complaint, complaint, complaint.</w:t>
      </w:r>
      <w:r>
        <w:br/>
      </w:r>
      <w:r>
        <w:rPr>
          <w:sz w:val="20"/>
        </w:rPr>
        <w:t>38:39  toh cheezon ko</w:t>
      </w:r>
      <w:r>
        <w:br/>
      </w:r>
      <w:r>
        <w:rPr>
          <w:sz w:val="20"/>
        </w:rPr>
        <w:t>38:41  right angle se dekhna</w:t>
      </w:r>
      <w:r>
        <w:br/>
      </w:r>
      <w:r>
        <w:rPr>
          <w:sz w:val="20"/>
        </w:rPr>
        <w:t>38:44  seekh leejie, toh aap ko peace of mind ho jaye ga.</w:t>
      </w:r>
      <w:r>
        <w:br/>
      </w:r>
      <w:r>
        <w:rPr>
          <w:sz w:val="20"/>
        </w:rPr>
        <w:t>38:49  agar right angle se na dekhen ge toh, toh aap ko peace of mind nahi rahe ga.</w:t>
      </w:r>
      <w:r>
        <w:br/>
      </w:r>
      <w:r>
        <w:rPr>
          <w:sz w:val="20"/>
        </w:rPr>
        <w:t>38:58  toh mein samajhta hoon ke jitni bhi cheezen hain ke boredom hai, negative thinking hai, anger hai, hate</w:t>
      </w:r>
      <w:r>
        <w:br/>
      </w:r>
      <w:r>
        <w:rPr>
          <w:sz w:val="20"/>
        </w:rPr>
        <w:t>39:06  hai, yeh jitni bhi negative cheezen hain, sab ke sab mere nazdeek nateeja hain wrong angle se cheezon</w:t>
      </w:r>
      <w:r>
        <w:br/>
      </w:r>
      <w:r>
        <w:rPr>
          <w:sz w:val="20"/>
        </w:rPr>
        <w:t>39:17  ko dekhna. agar aap right angle se cheezon ko dekhen toh yeh sab apne aap dis, disappear</w:t>
      </w:r>
      <w:r>
        <w:br/>
      </w:r>
      <w:r>
        <w:rPr>
          <w:sz w:val="20"/>
        </w:rPr>
        <w:t>39:23  ho jayen gi.</w:t>
      </w:r>
      <w:r>
        <w:br/>
      </w:r>
      <w:r>
        <w:rPr>
          <w:sz w:val="20"/>
        </w:rPr>
        <w:t>39:26  aur apne aap ko, aap, apne aap ko, aap ko peace of mind hasil ho jaye ga.</w:t>
      </w:r>
      <w:r>
        <w:br/>
      </w:r>
      <w:r>
        <w:rPr>
          <w:sz w:val="20"/>
        </w:rPr>
        <w:t>39:36  yehi woh raaz hai jis ko</w:t>
      </w:r>
      <w:r>
        <w:br/>
      </w:r>
      <w:r>
        <w:rPr>
          <w:sz w:val="20"/>
        </w:rPr>
        <w:t>39:40  janne ka naam wisdom hai.</w:t>
      </w:r>
      <w:r>
        <w:br/>
      </w:r>
      <w:r>
        <w:rPr>
          <w:sz w:val="20"/>
        </w:rPr>
        <w:t>39:44  wisdom. jaise muslim mulkon mein aap akhbar mein parhte hon ge ke, ke log bomb marte hain aur</w:t>
      </w:r>
      <w:r>
        <w:br/>
      </w:r>
      <w:r>
        <w:rPr>
          <w:sz w:val="20"/>
        </w:rPr>
        <w:t>39:55  tarah tarah ki violence karte hain.</w:t>
      </w:r>
      <w:r>
        <w:br/>
      </w:r>
      <w:r>
        <w:rPr>
          <w:sz w:val="20"/>
        </w:rPr>
        <w:t>39:57  kyunke kuch shikayatein un ko hain.</w:t>
      </w:r>
      <w:r>
        <w:br/>
      </w:r>
      <w:r>
        <w:rPr>
          <w:sz w:val="20"/>
        </w:rPr>
        <w:t>39:59  lekin woh shikayatein kya hain? mere nazdeek woh shikayatein nahi hain, woh challenge ke waqiyat hain.</w:t>
      </w:r>
      <w:r>
        <w:br/>
      </w:r>
      <w:r>
        <w:rPr>
          <w:sz w:val="20"/>
        </w:rPr>
        <w:t>40:07  mere nazdeek yahan na koi zalim hai na koi mazloom hai.</w:t>
      </w:r>
      <w:r>
        <w:br/>
      </w:r>
      <w:r>
        <w:rPr>
          <w:sz w:val="20"/>
        </w:rPr>
        <w:t>40:12  yeh duniya challenge par base karti hai.</w:t>
      </w:r>
      <w:r>
        <w:br/>
      </w:r>
      <w:r>
        <w:rPr>
          <w:sz w:val="20"/>
        </w:rPr>
        <w:t>40:15  challenge hai, competition hai, freedom hai.</w:t>
      </w:r>
      <w:r>
        <w:br/>
      </w:r>
      <w:r>
        <w:rPr>
          <w:sz w:val="20"/>
        </w:rPr>
        <w:t>40:18  is liye yeh sab waqiyat ho rahe hain.</w:t>
      </w:r>
      <w:r>
        <w:br/>
      </w:r>
      <w:r>
        <w:rPr>
          <w:sz w:val="20"/>
        </w:rPr>
        <w:t>40:25  toh khulasa yeh hai ke agar aap duniya ko positive angle se dekhen toh aap ke andar peace</w:t>
      </w:r>
      <w:r>
        <w:br/>
      </w:r>
      <w:r>
        <w:rPr>
          <w:sz w:val="20"/>
        </w:rPr>
        <w:t>40:31  ful mind banega.</w:t>
      </w:r>
      <w:r>
        <w:br/>
      </w:r>
      <w:r>
        <w:rPr>
          <w:sz w:val="20"/>
        </w:rPr>
        <w:t>40:33  negative angle se dekhen, dekhen ge to aap ka peace of mind jo hai bhang ho jayega.</w:t>
      </w:r>
      <w:r>
        <w:br/>
      </w:r>
      <w:r>
        <w:rPr>
          <w:sz w:val="20"/>
        </w:rPr>
        <w:t>40:41  yeh main samjha hoon zindagi ka khulasa.</w:t>
      </w:r>
      <w:r>
        <w:br/>
      </w:r>
      <w:r>
        <w:rPr>
          <w:sz w:val="20"/>
        </w:rPr>
        <w:t>40:45  aur isi ko main wisdom samajhta hoon.</w:t>
      </w:r>
      <w:r>
        <w:br/>
      </w:r>
      <w:r>
        <w:rPr>
          <w:sz w:val="20"/>
        </w:rPr>
        <w:t>40:51  ek hadith hai ke riyaz al hikmat makhafat allah,</w:t>
      </w:r>
      <w:r>
        <w:br/>
      </w:r>
      <w:r>
        <w:rPr>
          <w:sz w:val="20"/>
        </w:rPr>
        <w:t>40:56  is ka literal translation yeh hai ke sab se bari wisdom hai allah ka dar.</w:t>
      </w:r>
      <w:r>
        <w:br/>
      </w:r>
      <w:r>
        <w:rPr>
          <w:sz w:val="20"/>
        </w:rPr>
        <w:t>41:04  sab se bari wisdom hai allah ka dar.</w:t>
      </w:r>
      <w:r>
        <w:br/>
      </w:r>
      <w:r>
        <w:rPr>
          <w:sz w:val="20"/>
        </w:rPr>
        <w:t>41:06  to dar yahan par, is ko literal mani mein na lijie.</w:t>
      </w:r>
      <w:r>
        <w:br/>
      </w:r>
      <w:r>
        <w:rPr>
          <w:sz w:val="20"/>
        </w:rPr>
        <w:t>41:12  dar ka matlab hai, yani divine angle se cheezon ko dekhna.</w:t>
      </w:r>
      <w:r>
        <w:br/>
      </w:r>
      <w:r>
        <w:rPr>
          <w:sz w:val="20"/>
        </w:rPr>
        <w:t>41:18  divine angle se cheezon ko dekhna.</w:t>
      </w:r>
      <w:r>
        <w:br/>
      </w:r>
      <w:r>
        <w:rPr>
          <w:sz w:val="20"/>
        </w:rPr>
        <w:t>41:20  yeh, yeh agar paida ho jaye to aadmi bilkul positive ho jayega.</w:t>
      </w:r>
      <w:r>
        <w:br/>
      </w:r>
      <w:r>
        <w:rPr>
          <w:sz w:val="20"/>
        </w:rPr>
        <w:t>41:30  to yeh us waqt hota hai jab aap bohat zyada sochen,</w:t>
      </w:r>
      <w:r>
        <w:br/>
      </w:r>
      <w:r>
        <w:rPr>
          <w:sz w:val="20"/>
        </w:rPr>
        <w:t>41:35  bohat zyada, sirf akhbar mein ek cheez parha aur us ke baad aap ghussa ho gaye ke dekho</w:t>
      </w:r>
      <w:r>
        <w:br/>
      </w:r>
      <w:r>
        <w:rPr>
          <w:sz w:val="20"/>
        </w:rPr>
        <w:t>41:41  aisa ho raha hai.</w:t>
      </w:r>
      <w:r>
        <w:br/>
      </w:r>
      <w:r>
        <w:rPr>
          <w:sz w:val="20"/>
        </w:rPr>
        <w:t>41:42  is ki teh tak jaiye.</w:t>
      </w:r>
      <w:r>
        <w:br/>
      </w:r>
      <w:r>
        <w:rPr>
          <w:sz w:val="20"/>
        </w:rPr>
        <w:t>41:45  is ki teh tak jaiye.</w:t>
      </w:r>
      <w:r>
        <w:br/>
      </w:r>
      <w:r>
        <w:rPr>
          <w:sz w:val="20"/>
        </w:rPr>
        <w:t>41:48  misalan ek jagah ek company right hua, bohat zyada khabron mein chapa.</w:t>
      </w:r>
      <w:r>
        <w:br/>
      </w:r>
      <w:r>
        <w:rPr>
          <w:sz w:val="20"/>
        </w:rPr>
        <w:t>41:52  to main wahan gaya,</w:t>
      </w:r>
      <w:r>
        <w:br/>
      </w:r>
      <w:r>
        <w:rPr>
          <w:sz w:val="20"/>
        </w:rPr>
        <w:t>41:54  tahqeeq ki. to maloom hua ke company right jo tha, woh right nahi tha, woh retaliation tha.</w:t>
      </w:r>
      <w:r>
        <w:br/>
      </w:r>
      <w:r>
        <w:rPr>
          <w:sz w:val="20"/>
        </w:rPr>
        <w:t>42:02  yani ek committee ne kuch kiya, doosri committee ne retaliate kiya.</w:t>
      </w:r>
      <w:r>
        <w:br/>
      </w:r>
      <w:r>
        <w:rPr>
          <w:sz w:val="20"/>
        </w:rPr>
        <w:t>42:08  tumhare logon ko samjhaya ke tum, tum apni taraf se jo tum ne kiya woh na karte to</w:t>
      </w:r>
      <w:r>
        <w:br/>
      </w:r>
      <w:r>
        <w:rPr>
          <w:sz w:val="20"/>
        </w:rPr>
        <w:t>42:13  retaliation bhi na hota.</w:t>
      </w:r>
      <w:r>
        <w:br/>
      </w:r>
      <w:r>
        <w:rPr>
          <w:sz w:val="20"/>
        </w:rPr>
        <w:t>42:15  is ko right kyun kehte ho?</w:t>
      </w:r>
      <w:r>
        <w:br/>
      </w:r>
      <w:r>
        <w:rPr>
          <w:sz w:val="20"/>
        </w:rPr>
        <w:t>42:20  yeh isi ka naam wisdom hai.</w:t>
      </w:r>
      <w:r>
        <w:br/>
      </w:r>
      <w:r>
        <w:rPr>
          <w:sz w:val="20"/>
        </w:rPr>
        <w:t>42:22  to jab khuda ke angle se hum cheezon ko dekhen ge to hamare wisdom ho jayegi hamare</w:t>
      </w:r>
      <w:r>
        <w:br/>
      </w:r>
      <w:r>
        <w:rPr>
          <w:sz w:val="20"/>
        </w:rPr>
        <w:t>42:27  andar. main samajhta hoon ke yahi</w:t>
      </w:r>
      <w:r>
        <w:br/>
      </w:r>
      <w:r>
        <w:rPr>
          <w:sz w:val="20"/>
        </w:rPr>
        <w:t>42:32  hikmat ka sira hai, yahi wisdom ki baat hai.</w:t>
      </w:r>
      <w:r>
        <w:br/>
      </w:r>
      <w:r>
        <w:rPr>
          <w:sz w:val="20"/>
        </w:rPr>
        <w:t>42:36  to meri dua hai ke Allah taala hum sab ko tofeeq de ke hum cheezon ko right angle</w:t>
      </w:r>
      <w:r>
        <w:br/>
      </w:r>
      <w:r>
        <w:rPr>
          <w:sz w:val="20"/>
        </w:rPr>
        <w:t>42:41  se dekhen. Assalam o alaikum wa rehmatullah.</w:t>
      </w:r>
      <w:r>
        <w:br/>
      </w:r>
      <w:r>
        <w:rPr>
          <w:sz w:val="20"/>
        </w:rPr>
        <w:t>42:45  Okay, we will start with the question answer session now</w:t>
      </w:r>
      <w:r>
        <w:br/>
      </w:r>
      <w:r>
        <w:rPr>
          <w:sz w:val="20"/>
        </w:rPr>
        <w:t>42:48  All the online viewers are requested to send their questions on info@cpsglobal.org.</w:t>
      </w:r>
    </w:p>
    <w:p>
      <w:pPr>
        <w:pStyle w:val="Heading2"/>
      </w:pPr>
      <w:r>
        <w:t>Every enemy is potentially your friend</w:t>
      </w:r>
    </w:p>
    <w:p>
      <w:r>
        <w:rPr>
          <w:color w:val="666666"/>
          <w:sz w:val="18"/>
        </w:rPr>
        <w:t>From the Spiritual Tree August 31, 2008 · 56s · at 35:56 · https://youtu.be/yqFdYWdODM0?t=2156</w:t>
      </w:r>
    </w:p>
    <w:p>
      <w:r>
        <w:rPr>
          <w:i/>
        </w:rPr>
        <w:t>“Every enemy is potentially your friend.”</w:t>
      </w:r>
    </w:p>
    <w:p>
      <w:r>
        <w:rPr>
          <w:sz w:val="20"/>
        </w:rPr>
        <w:t>35:56  koi enemy mutlaq taur par aap ka enemy nahi hai. every enemy is potential, every enemy is your potential friend.</w:t>
      </w:r>
      <w:r>
        <w:br/>
      </w:r>
      <w:r>
        <w:rPr>
          <w:sz w:val="20"/>
        </w:rPr>
        <w:t>36:08  so turn this potential into actual. yani is is, yani yun hum kahen ge ke har har dushman bal, yani har dushman imkani taur par tumhara dost hai.</w:t>
      </w:r>
      <w:r>
        <w:br/>
      </w:r>
      <w:r>
        <w:rPr>
          <w:sz w:val="20"/>
        </w:rPr>
        <w:t>36:29  is ko kehte hain bilquwwa aur bilfi'l. is ko kaha jata hai urdu mein aur arabi mein bilquwwa aur bilfi'l.</w:t>
      </w:r>
      <w:r>
        <w:br/>
      </w:r>
      <w:r>
        <w:rPr>
          <w:sz w:val="20"/>
        </w:rPr>
        <w:t>36:39  yani har dushman bilquwwa taur par tumhara dost hai. to is ko bilfi'l banao. yani every enemy is your potential friend.</w:t>
      </w:r>
    </w:p>
    <w:p>
      <w:pPr>
        <w:pStyle w:val="Heading2"/>
      </w:pPr>
      <w:r>
        <w:t>Ignore problem, avail opportunities</w:t>
      </w:r>
    </w:p>
    <w:p>
      <w:r>
        <w:rPr>
          <w:color w:val="666666"/>
          <w:sz w:val="18"/>
        </w:rPr>
        <w:t>IIC: How to Develop Spiritual Personality · 1m 00s · at 43:01 · https://youtu.be/-XrYpEYwk-Y?t=2581</w:t>
      </w:r>
    </w:p>
    <w:p>
      <w:r>
        <w:rPr>
          <w:i/>
        </w:rPr>
        <w:t>“Ignore the problem, avail the opportunities”</w:t>
      </w:r>
    </w:p>
    <w:p>
      <w:r>
        <w:rPr>
          <w:sz w:val="20"/>
        </w:rPr>
        <w:t>43:01  ignore the problem avail the opportunities. poori history mein log problem se ladte rahe hain. bohat thode log mile hain history mein mujhe, jo problem se ladai chhod kar ke opportunity ko avail karne ki taraf chale jayein. individual hon ya nation hon, sab problem se ladte hain, problem se ladte hain. aur phir kya hota hai? yani kuch, kuch gain nahi kar paate. best formula life ka, apne ko</w:t>
      </w:r>
      <w:r>
        <w:br/>
      </w:r>
      <w:r>
        <w:rPr>
          <w:sz w:val="20"/>
        </w:rPr>
        <w:t>43:31  ٹینشن فری بنانے کا، اور ڈی اسٹریسنگ کا فارمولا بیسٹ کیا ہے؟ Ignore the problem, avail the opportunities.</w:t>
      </w:r>
      <w:r>
        <w:br/>
      </w:r>
      <w:r>
        <w:rPr>
          <w:sz w:val="20"/>
        </w:rPr>
        <w:t>43:37  jab aap problem ko focus karenge to tension hoga.</w:t>
      </w:r>
      <w:r>
        <w:br/>
      </w:r>
      <w:r>
        <w:rPr>
          <w:sz w:val="20"/>
        </w:rPr>
        <w:t>43:43  jab bhi aap problem ko focus karenge to tension hoga.</w:t>
      </w:r>
      <w:r>
        <w:br/>
      </w:r>
      <w:r>
        <w:rPr>
          <w:sz w:val="20"/>
        </w:rPr>
        <w:t>43:49  aur jab aap focus karenge opportunities ko, to hope aayegi, hope kare jayegi.</w:t>
      </w:r>
      <w:r>
        <w:br/>
      </w:r>
      <w:r>
        <w:rPr>
          <w:sz w:val="20"/>
        </w:rPr>
        <w:t>43:55  tension khatam ho jayega apne aap.</w:t>
      </w:r>
    </w:p>
    <w:p>
      <w:pPr>
        <w:pStyle w:val="Heading2"/>
      </w:pPr>
      <w:r>
        <w:t>Jahangir's verse: is paradise really on earth?</w:t>
      </w:r>
    </w:p>
    <w:p>
      <w:r>
        <w:rPr>
          <w:color w:val="666666"/>
          <w:sz w:val="18"/>
        </w:rPr>
        <w:t>Discovery of Paradise March 22, 2015 · 30s · at 12:03 · https://youtu.be/2axrfd7sZkE?t=723</w:t>
      </w:r>
    </w:p>
    <w:p>
      <w:r>
        <w:rPr>
          <w:i/>
        </w:rPr>
        <w:t>“Agar firdaus bar-roo-e-zamin ast, hamin ast”</w:t>
      </w:r>
    </w:p>
    <w:p>
      <w:r>
        <w:rPr>
          <w:sz w:val="20"/>
        </w:rPr>
        <w:t>12:03  Jahangir jo Mughal badshah tha, woh gaya Kashmir. to Kashmir us ko bohat pasand aya.</w:t>
      </w:r>
      <w:r>
        <w:br/>
      </w:r>
      <w:r>
        <w:rPr>
          <w:sz w:val="20"/>
        </w:rPr>
        <w:t>12:14  to us ne kaha ke agar firdous bar rooye zameen ast, hameen ast o hameen ast o hameen ast. yani jannat agar dunya mein kahin hai to yehi yehi hai.</w:t>
      </w:r>
      <w:r>
        <w:br/>
      </w:r>
      <w:r>
        <w:rPr>
          <w:sz w:val="20"/>
        </w:rPr>
        <w:t>12:25  yani yani Kashmir, Kashmir, Kashmir.</w:t>
      </w:r>
    </w:p>
    <w:p>
      <w:pPr>
        <w:pStyle w:val="Heading2"/>
      </w:pPr>
      <w:r>
        <w:t>Intercession is baseless</w:t>
      </w:r>
    </w:p>
    <w:p>
      <w:r>
        <w:rPr>
          <w:color w:val="666666"/>
          <w:sz w:val="18"/>
        </w:rPr>
        <w:t>God and Man (In Conversation with Maulana) 01 04 07 · 27s · at 9:49 · https://youtu.be/2HlIEnmDdPo?t=589</w:t>
      </w:r>
    </w:p>
    <w:p>
      <w:r>
        <w:rPr>
          <w:i/>
        </w:rPr>
        <w:t>“Achha, yeh bilkul baseless baat hai”</w:t>
      </w:r>
    </w:p>
    <w:p>
      <w:r>
        <w:rPr>
          <w:sz w:val="20"/>
        </w:rPr>
        <w:t>9:49  Achha, yeh bilkul baseless baat hai. Yeh baseless mein kahoon ke bilkul jhooti baat hai yeh. Yani is koi surprise ka nahi hai.</w:t>
      </w:r>
      <w:r>
        <w:br/>
      </w:r>
      <w:r>
        <w:rPr>
          <w:sz w:val="20"/>
        </w:rPr>
        <w:t>9:59  Koi surprise nahi hai. Yani aap jo dekhiye ke itni bari baat logon ne garh rakhi hai aur is ko speeches mein batate hain, halanke very first chapter of the Quran is against this kind of notion.</w:t>
      </w:r>
    </w:p>
    <w:p>
      <w:pPr>
        <w:pStyle w:val="Heading2"/>
      </w:pPr>
      <w:r>
        <w:t>Tree metaphor for true believer</w:t>
      </w:r>
    </w:p>
    <w:p>
      <w:r>
        <w:rPr>
          <w:color w:val="666666"/>
          <w:sz w:val="18"/>
        </w:rPr>
        <w:t>Interaction with German Delegation January 4, 2020 · 26s · at 13:13 · https://youtu.be/eWcszNLZK1U?t=793</w:t>
      </w:r>
    </w:p>
    <w:p>
      <w:r>
        <w:rPr>
          <w:i/>
        </w:rPr>
        <w:t>“For example, the tree, the Quran gives the example of a tree”</w:t>
      </w:r>
    </w:p>
    <w:p>
      <w:r>
        <w:rPr>
          <w:sz w:val="20"/>
        </w:rPr>
        <w:t>13:13  And what does the tree really do? A tree takes so many things from the outside world. It takes</w:t>
      </w:r>
      <w:r>
        <w:br/>
      </w:r>
      <w:r>
        <w:rPr>
          <w:sz w:val="20"/>
        </w:rPr>
        <w:t>13:20  sunlight. It takes water. It takes minerals. It takes carbon dioxide, something which is considered a pollutant. And it gives out oxygen.</w:t>
      </w:r>
      <w:r>
        <w:br/>
      </w:r>
      <w:r>
        <w:rPr>
          <w:sz w:val="20"/>
        </w:rPr>
        <w:t>13:29  It gives out greenery. It gives out shade. It gives out so much. So that is what a true believer has to be. That is what is Islamic spirituality.</w:t>
      </w:r>
    </w:p>
    <w:p>
      <w:pPr>
        <w:pStyle w:val="Heading2"/>
      </w:pPr>
      <w:r>
        <w:t>Prescribed prayers reflect inner states, not words</w:t>
      </w:r>
    </w:p>
    <w:p>
      <w:r>
        <w:rPr>
          <w:color w:val="666666"/>
          <w:sz w:val="18"/>
        </w:rPr>
        <w:t>Tazkiya-e-Nafs Book by Maulana Wahiduddin Khan · 26s · at 52:24 · https://youtu.be/LbGPnJWmj1A?t=3144</w:t>
      </w:r>
    </w:p>
    <w:p>
      <w:r>
        <w:rPr>
          <w:i/>
        </w:rPr>
        <w:t>“Log samajhte hain masnoon azkar muqaddas alfaz hain”</w:t>
      </w:r>
    </w:p>
    <w:p>
      <w:r>
        <w:rPr>
          <w:sz w:val="20"/>
        </w:rPr>
        <w:t>52:24  log shaoori ya ghair shaoori tor par yeh samajhte hain ke masnoon azkar zikr ke muqaddas alf</w:t>
      </w:r>
      <w:r>
        <w:br/>
      </w:r>
      <w:r>
        <w:rPr>
          <w:sz w:val="20"/>
        </w:rPr>
        <w:t>52:31  az hain. un alfaz mein purasrar tor par kuch khawas chhpe hue hain magar yeh durust nahi. haqeeqat yeh hai ke masnoon azkar darasal masnoon kaifiyat ko batane wale alfaz hain na ke mujarrad tor par sirf masnoon alfaz.</w:t>
      </w:r>
    </w:p>
    <w:p>
      <w:pPr>
        <w:pStyle w:val="Heading2"/>
      </w:pPr>
      <w:r>
        <w:t>Challenge is a blessing for development</w:t>
      </w:r>
    </w:p>
    <w:p>
      <w:r>
        <w:rPr>
          <w:color w:val="666666"/>
          <w:sz w:val="18"/>
        </w:rPr>
        <w:t>Science And Spirituality-25th April 07 · 29s · at 35:13 · https://youtu.be/v5j9QVMgQq0?t=2113</w:t>
      </w:r>
    </w:p>
    <w:p>
      <w:r>
        <w:rPr>
          <w:i/>
        </w:rPr>
        <w:t>“Challenge is not evil, it is a blessing.”</w:t>
      </w:r>
    </w:p>
    <w:p>
      <w:r>
        <w:rPr>
          <w:sz w:val="20"/>
        </w:rPr>
        <w:t>35:13  So when you discover that stress is a challenge and tension is a challenge, then you will discover that challenge is not evil. Challenge is a blessing because no challenge, no intellectual development. Challenge is the only way to bring about intellectual development.</w:t>
      </w:r>
      <w:r>
        <w:br/>
      </w:r>
      <w:r>
        <w:rPr>
          <w:sz w:val="20"/>
        </w:rPr>
        <w:t>35:42  So when you apply scientific discoveries, then you will discover that stress or tension is not a curse, not an evil. Instead, it is a blessing. It moves your mind. It helps develop your mind.</w:t>
      </w:r>
    </w:p>
    <w:p>
      <w:pPr>
        <w:pStyle w:val="Heading2"/>
      </w:pPr>
      <w:r>
        <w:t>Anger completely eliminated</w:t>
      </w:r>
    </w:p>
    <w:p>
      <w:r>
        <w:rPr>
          <w:color w:val="666666"/>
          <w:sz w:val="18"/>
        </w:rPr>
        <w:t>Life of the Companions of the Prophet | September 29, 2018 · 30s · at 18:10 · https://youtu.be/pR5eJlLJtKE?t=1090</w:t>
      </w:r>
    </w:p>
    <w:p>
      <w:r>
        <w:rPr>
          <w:i/>
        </w:rPr>
        <w:t>“Mujhe ab ghusa khatam hogaya”</w:t>
      </w:r>
    </w:p>
    <w:p>
      <w:r>
        <w:rPr>
          <w:sz w:val="20"/>
        </w:rPr>
        <w:t>18:10  la ek baat mein arz karunga ke is se pehle mujhe bohat ghussa aata tha bohat ziyada</w:t>
      </w:r>
      <w:r>
        <w:br/>
      </w:r>
      <w:r>
        <w:rPr>
          <w:sz w:val="20"/>
        </w:rPr>
        <w:t>18:17  ghussa aata tha mujhe ab ghussa khatm hogaya aaj bhi ek waqea aisa hua ke mujhe ghussa aa</w:t>
      </w:r>
      <w:r>
        <w:br/>
      </w:r>
      <w:r>
        <w:rPr>
          <w:sz w:val="20"/>
        </w:rPr>
        <w:t>18:25  sakta tha lekin nahi aaya bilkul mein thanda rehta hoon ek dam thanda rehta hoon to is ka</w:t>
      </w:r>
      <w:r>
        <w:br/>
      </w:r>
      <w:r>
        <w:rPr>
          <w:sz w:val="20"/>
        </w:rPr>
        <w:t>18:32  faida kya hua ghussa hone ki wajah se mera int</w:t>
      </w:r>
    </w:p>
    <w:p>
      <w:pPr>
        <w:pStyle w:val="Heading2"/>
      </w:pPr>
      <w:r>
        <w:t>Forgive the past, live fully in the present</w:t>
      </w:r>
    </w:p>
    <w:p>
      <w:r>
        <w:rPr>
          <w:color w:val="666666"/>
          <w:sz w:val="18"/>
        </w:rPr>
        <w:t>Spirituality in Simple Living, High Thinking October 27, 2019 Maulana Wahiduddin Khan · 39s · at 10:24 · https://youtu.be/Kr28g15eFr8?t=624</w:t>
      </w:r>
    </w:p>
    <w:p>
      <w:r>
        <w:rPr>
          <w:i/>
        </w:rPr>
        <w:t>“No revenge, no reaction, no hate — just forgive, forgive, forgive”</w:t>
      </w:r>
    </w:p>
    <w:p>
      <w:r>
        <w:rPr>
          <w:sz w:val="20"/>
        </w:rPr>
        <w:t>10:24  aur bohat hi zyada pass andaz mein, koi inteqam nahi, koi reaction nahi, koi nafrat nahi, koi ghussa nahi, bhula kar bhula kar bhula kar.</w:t>
      </w:r>
      <w:r>
        <w:br/>
      </w:r>
      <w:r>
        <w:rPr>
          <w:sz w:val="20"/>
        </w:rPr>
        <w:t>10:41  to is ne pichle yaani past ko bhula diya, aur present mein jeena shuru kar diya.</w:t>
      </w:r>
      <w:r>
        <w:br/>
      </w:r>
      <w:r>
        <w:rPr>
          <w:sz w:val="20"/>
        </w:rPr>
        <w:t>10:50  aur us thirty thousand roope se aik chota sa business, us waqt baat hui thi to is ka thirty thousand bhi aik bari cheez hua karta tha.</w:t>
      </w:r>
    </w:p>
    <w:p>
      <w:pPr>
        <w:pStyle w:val="Heading2"/>
      </w:pPr>
      <w:r>
        <w:t>his spiritual mission is rooted in Islam</w:t>
      </w:r>
    </w:p>
    <w:p>
      <w:r>
        <w:rPr>
          <w:color w:val="666666"/>
          <w:sz w:val="18"/>
        </w:rPr>
        <w:t>Interview Session with Maulana Wahiduddin Khan January 30, 2008 · 42s · at 10:44 · https://youtu.be/o8Gpe9YMuZc?t=644</w:t>
      </w:r>
    </w:p>
    <w:p>
      <w:r>
        <w:rPr>
          <w:i/>
        </w:rPr>
        <w:t>“I have found spirituality in Islam.”</w:t>
      </w:r>
    </w:p>
    <w:p>
      <w:r>
        <w:rPr>
          <w:sz w:val="20"/>
        </w:rPr>
        <w:t>10:44  i have found spirituality in islam.</w:t>
      </w:r>
      <w:r>
        <w:br/>
      </w:r>
      <w:r>
        <w:rPr>
          <w:sz w:val="20"/>
        </w:rPr>
        <w:t>10:49  my spirituality is based in islam. islam means god oriented life, god oriented thinking, god oriented activities.</w:t>
      </w:r>
      <w:r>
        <w:br/>
      </w:r>
      <w:r>
        <w:rPr>
          <w:sz w:val="20"/>
        </w:rPr>
        <w:t>11:04  so islam means making god your supreme concern, and this is the source of my spirituality.</w:t>
      </w:r>
      <w:r>
        <w:br/>
      </w:r>
      <w:r>
        <w:rPr>
          <w:sz w:val="20"/>
        </w:rPr>
        <w:t>11:15  without god, spirituality is root less, no base. so that is a reduced form of spirituality.</w:t>
      </w:r>
    </w:p>
    <w:p>
      <w:pPr>
        <w:pStyle w:val="Heading2"/>
      </w:pPr>
      <w:r>
        <w:t>how self-awareness leads to knowing God</w:t>
      </w:r>
    </w:p>
    <w:p>
      <w:r>
        <w:rPr>
          <w:color w:val="666666"/>
          <w:sz w:val="18"/>
        </w:rPr>
        <w:t>Discovery of Paradise March 22, 2015 · 44s · at 43:43 · https://youtu.be/2axrfd7sZkE?t=2623</w:t>
      </w:r>
    </w:p>
    <w:p>
      <w:r>
        <w:rPr>
          <w:i/>
        </w:rPr>
        <w:t>“Jab aapko shu'oor milta hai, aap sochna shuru karte hain”</w:t>
      </w:r>
    </w:p>
    <w:p>
      <w:r>
        <w:rPr>
          <w:sz w:val="20"/>
        </w:rPr>
        <w:t>43:43  yahan se beginning hoti hai. jab aap, jab aap ko shaoor milta hai, jab aap motive aati hai aap ke andar, to aap sochne shuru karte hain ke ke mein kaise paida ho gaya, yeh duniya kaise ban gayi,</w:t>
      </w:r>
      <w:r>
        <w:br/>
      </w:r>
      <w:r>
        <w:rPr>
          <w:sz w:val="20"/>
        </w:rPr>
        <w:t>44:02  kya hai zindagi, kya hai maut.</w:t>
      </w:r>
      <w:r>
        <w:br/>
      </w:r>
      <w:r>
        <w:rPr>
          <w:sz w:val="20"/>
        </w:rPr>
        <w:t>44:07  to is is soch se aap pohanchte hain jis cheez par, jis cheez tak, usi ko hota hai marifat. to marifat se aghaz hota hai,</w:t>
      </w:r>
      <w:r>
        <w:br/>
      </w:r>
      <w:r>
        <w:rPr>
          <w:sz w:val="20"/>
        </w:rPr>
        <w:t>44:23  phir sari cheezein unfold hoti hain.</w:t>
      </w:r>
    </w:p>
    <w:p>
      <w:pPr>
        <w:pStyle w:val="Heading2"/>
      </w:pPr>
      <w:r>
        <w:t>The core formula of spirituality: love your enemy</w:t>
      </w:r>
    </w:p>
    <w:p>
      <w:r>
        <w:rPr>
          <w:color w:val="666666"/>
          <w:sz w:val="18"/>
        </w:rPr>
        <w:t>Material Science and Spiritual Science 20 May 2012 · 38s · at 13:19 · https://youtu.be/4K6CxjThlxQ?t=799</w:t>
      </w:r>
    </w:p>
    <w:p>
      <w:r>
        <w:rPr>
          <w:i/>
        </w:rPr>
        <w:t>“Bunyadi formula wahi hai jo Hasan Basri ne kaha tha: love your enemy”</w:t>
      </w:r>
    </w:p>
    <w:p>
      <w:r>
        <w:rPr>
          <w:sz w:val="20"/>
        </w:rPr>
        <w:t>13:19  yeh hai raaz. ab mein aap ko ek misaal deta hoon. dekhen rohaniyat ka</w:t>
      </w:r>
      <w:r>
        <w:br/>
      </w:r>
      <w:r>
        <w:rPr>
          <w:sz w:val="20"/>
        </w:rPr>
        <w:t>13:28  buniyadi formula kya hai? buniyadi formula wahi hai jo hazrat basri ne kaha tha: "love your enemy".</w:t>
      </w:r>
      <w:r>
        <w:br/>
      </w:r>
      <w:r>
        <w:rPr>
          <w:sz w:val="20"/>
        </w:rPr>
        <w:t>13:39  apne dushman se mohabbat karo. yahi baat khud quran mein hai chapter 41 mein: "haamim as</w:t>
      </w:r>
      <w:r>
        <w:br/>
      </w:r>
      <w:r>
        <w:rPr>
          <w:sz w:val="20"/>
        </w:rPr>
        <w:t>13:48  jidda". dushman ko dushman na samjho balke dushman ko dost samjho. to kitab mein yahi usool bataya jayega.</w:t>
      </w:r>
    </w:p>
    <w:p>
      <w:pPr>
        <w:pStyle w:val="Heading2"/>
      </w:pPr>
      <w:r>
        <w:t>Why hypocrite lacks self-awareness</w:t>
      </w:r>
    </w:p>
    <w:p>
      <w:r>
        <w:rPr>
          <w:color w:val="666666"/>
          <w:sz w:val="18"/>
        </w:rPr>
        <w:t>Dars-e-Quran, Chapter 2,  Vs 7-19 | July 26,  2015 · 30s · at 13:29 · https://youtu.be/O71wvnrbnXU?t=809</w:t>
      </w:r>
    </w:p>
    <w:p>
      <w:r>
        <w:rPr>
          <w:i/>
        </w:rPr>
        <w:t>“Why does he have no awareness? Because he doesn't check himself.”</w:t>
      </w:r>
    </w:p>
    <w:p>
      <w:r>
        <w:rPr>
          <w:sz w:val="20"/>
        </w:rPr>
        <w:t>13:29  to shaoor kyon nahin hota? dekhen shaoor ek aisi cheez hai jo jo yaani qasdan aap is par</w:t>
      </w:r>
      <w:r>
        <w:br/>
      </w:r>
      <w:r>
        <w:rPr>
          <w:sz w:val="20"/>
        </w:rPr>
        <w:t>13:37  sochhen, qasdan apne aap ko check karen, qasdan aap ki apni galtiyon ko daryaft karne ki koshish karen,</w:t>
      </w:r>
      <w:r>
        <w:br/>
      </w:r>
      <w:r>
        <w:rPr>
          <w:sz w:val="20"/>
        </w:rPr>
        <w:t>13:45  tab aap janenge apne aap ko.</w:t>
      </w:r>
      <w:r>
        <w:br/>
      </w:r>
      <w:r>
        <w:rPr>
          <w:sz w:val="20"/>
        </w:rPr>
        <w:t>13:52  agar aisa nahin hai, is qism ka process aap ke andar jaari nahin hai</w:t>
      </w:r>
    </w:p>
    <w:p>
      <w:pPr>
        <w:pStyle w:val="Heading2"/>
      </w:pPr>
      <w:r>
        <w:t>Good conductor for spiritual light</w:t>
      </w:r>
    </w:p>
    <w:p>
      <w:r>
        <w:rPr>
          <w:color w:val="666666"/>
          <w:sz w:val="18"/>
        </w:rPr>
        <w:t>Spiritual Light Nov 26, 2006 Maulana Wahiduddin Khan · 37s · at 23:52 · https://youtu.be/IhfHxIakZOw?t=1432</w:t>
      </w:r>
    </w:p>
    <w:p>
      <w:r>
        <w:rPr>
          <w:i/>
        </w:rPr>
        <w:t>“It will happen only if we use good conductor”</w:t>
      </w:r>
    </w:p>
    <w:p>
      <w:r>
        <w:rPr>
          <w:sz w:val="20"/>
        </w:rPr>
        <w:t>23:52  jab tak hum, yeh tabhi hoga jab ke hum good conductor lagayen. yani connecting point par hamari taraf good conductor hona chahiye.</w:t>
      </w:r>
      <w:r>
        <w:br/>
      </w:r>
      <w:r>
        <w:rPr>
          <w:sz w:val="20"/>
        </w:rPr>
        <w:t>24:04  tab electricity pass hogi. yahi mamla hai khuda aur bande ka. ke mujhe good conductor hona chahiye.</w:t>
      </w:r>
      <w:r>
        <w:br/>
      </w:r>
      <w:r>
        <w:rPr>
          <w:sz w:val="20"/>
        </w:rPr>
        <w:t>24:16  tab khuda ki taraf se aanay wali jo spiritual light hai woh mujh tak pohnchegi. meri personality ko roshan karegi. mere soul ko roshan karegi.</w:t>
      </w:r>
    </w:p>
    <w:p>
      <w:pPr>
        <w:pStyle w:val="Heading2"/>
      </w:pPr>
      <w:r>
        <w:t>Education for job vs intellectual development</w:t>
      </w:r>
    </w:p>
    <w:p>
      <w:r>
        <w:rPr>
          <w:color w:val="666666"/>
          <w:sz w:val="18"/>
        </w:rPr>
        <w:t>The Importance of Education, Feb. 15, 2014 - Maulana Wahiduddin Khan · 32s · at 2:39 · https://youtu.be/Ln1FQfOWyzo?t=159</w:t>
      </w:r>
    </w:p>
    <w:p>
      <w:r>
        <w:rPr>
          <w:i/>
        </w:rPr>
        <w:t>“بس یعنی ایجوکیشن فار دا سیک آف جاب”</w:t>
      </w:r>
    </w:p>
    <w:p>
      <w:r>
        <w:rPr>
          <w:sz w:val="20"/>
        </w:rPr>
        <w:t>2:39  yani zehni irtqa ke liye. ye billion time zyada important hai pehli qism ki education se.</w:t>
      </w:r>
      <w:r>
        <w:br/>
      </w:r>
      <w:r>
        <w:rPr>
          <w:sz w:val="20"/>
        </w:rPr>
        <w:t>2:58  kyunke dunya mein dekhen, hamein kya karna hai?</w:t>
      </w:r>
    </w:p>
    <w:p>
      <w:pPr>
        <w:pStyle w:val="Heading2"/>
      </w:pPr>
      <w:r>
        <w:t>communalism explained as simple ingratitude</w:t>
      </w:r>
    </w:p>
    <w:p>
      <w:r>
        <w:rPr>
          <w:color w:val="666666"/>
          <w:sz w:val="18"/>
        </w:rPr>
        <w:t>Discovery of Paradise March 22, 2015 · 25s · at 1:06:09 · https://youtu.be/2axrfd7sZkE?t=3969</w:t>
      </w:r>
    </w:p>
    <w:p>
      <w:r>
        <w:rPr>
          <w:i/>
        </w:rPr>
        <w:t>“Iblees ne challenge diya tha: 'la tajidu aksarahum shakirin'”</w:t>
      </w:r>
    </w:p>
    <w:p>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p>
    <w:p>
      <w:pPr>
        <w:pStyle w:val="Heading2"/>
      </w:pPr>
      <w:r>
        <w:t>Earth is not center of solar system</w:t>
      </w:r>
    </w:p>
    <w:p>
      <w:r>
        <w:rPr>
          <w:color w:val="666666"/>
          <w:sz w:val="18"/>
        </w:rPr>
        <w:t>Science and Spirituality | April 25, 2007 | Maulana Wahiduddin Kha · 31s · at 17:34 · https://youtu.be/cStp24Ri3ps?t=1054</w:t>
      </w:r>
    </w:p>
    <w:p>
      <w:r>
        <w:rPr>
          <w:i/>
        </w:rPr>
        <w:t>“This is not correct the Earth is a satellite”</w:t>
      </w:r>
    </w:p>
    <w:p>
      <w:r>
        <w:rPr>
          <w:sz w:val="20"/>
        </w:rPr>
        <w:t>17:34  this is not correct.</w:t>
      </w:r>
      <w:r>
        <w:br/>
      </w:r>
      <w:r>
        <w:rPr>
          <w:sz w:val="20"/>
        </w:rPr>
        <w:t>17:39  The Earth is a satellite.</w:t>
      </w:r>
      <w:r>
        <w:br/>
      </w:r>
      <w:r>
        <w:rPr>
          <w:sz w:val="20"/>
        </w:rPr>
        <w:t>17:43  It is the central body.</w:t>
      </w:r>
      <w:r>
        <w:br/>
      </w:r>
      <w:r>
        <w:rPr>
          <w:sz w:val="20"/>
        </w:rPr>
        <w:t>17:47  In the solar system, the sun is the center.</w:t>
      </w:r>
      <w:r>
        <w:br/>
      </w:r>
      <w:r>
        <w:rPr>
          <w:sz w:val="20"/>
        </w:rPr>
        <w:t>17:52  The sun is in the center.</w:t>
      </w:r>
      <w:r>
        <w:br/>
      </w:r>
      <w:r>
        <w:rPr>
          <w:sz w:val="20"/>
        </w:rPr>
        <w:t>17:56  So all these planets revolve around this sun.</w:t>
      </w:r>
      <w:r>
        <w:br/>
      </w:r>
      <w:r>
        <w:rPr>
          <w:sz w:val="20"/>
        </w:rPr>
        <w:t>18:01  So it was science that proved</w:t>
      </w:r>
    </w:p>
    <w:p>
      <w:pPr>
        <w:pStyle w:val="Heading2"/>
      </w:pPr>
      <w:r>
        <w:t>Avoidance for spiritual focus</w:t>
      </w:r>
    </w:p>
    <w:p>
      <w:r>
        <w:rPr>
          <w:color w:val="666666"/>
          <w:sz w:val="18"/>
        </w:rPr>
        <w:t>God and Man (In Conversation with Maulana) 01 04 07 · 42s · at 16:52 · https://youtu.be/2HlIEnmDdPo?t=1012</w:t>
      </w:r>
    </w:p>
    <w:p>
      <w:r>
        <w:rPr>
          <w:i/>
        </w:rPr>
        <w:t>“Jaisa maine aaj jo kaha woh bhi yehi hai”</w:t>
      </w:r>
    </w:p>
    <w:p>
      <w:r>
        <w:rPr>
          <w:sz w:val="20"/>
        </w:rPr>
        <w:t>16:52  jaise maine aaj jo kaha woh bhi yahi hai ke har mauqa jahan aap hate karte, aap ne hate nahi kiya. jahan aap fight karte, fight nahi kiya aap ne.</w:t>
      </w:r>
      <w:r>
        <w:br/>
      </w:r>
      <w:r>
        <w:rPr>
          <w:sz w:val="20"/>
        </w:rPr>
        <w:t>17:01  jahan aap lad jatay, wahan aap lad nahi kiya. laday nahi aap. Avoid kiya, avoid kiya, avoid kiya. to kyun?</w:t>
      </w:r>
      <w:r>
        <w:br/>
      </w:r>
      <w:r>
        <w:rPr>
          <w:sz w:val="20"/>
        </w:rPr>
        <w:t>17:10  That was distraction. jahan aap uljhay, jahan aap ghussa hue, jahan aap hate karne lagay, jahan aap ke andar revenge aa gaya, jahan aap ne larai shuru kar di to bas aap hat gaye apnay us rastay se jahan ke spiritual process jo hai woh non-stop chalana hai aap ko.</w:t>
      </w:r>
    </w:p>
    <w:p>
      <w:pPr>
        <w:pStyle w:val="Heading2"/>
      </w:pPr>
      <w:r>
        <w:t>Distraction beyond bare need</w:t>
      </w:r>
    </w:p>
    <w:p>
      <w:r>
        <w:rPr>
          <w:color w:val="666666"/>
          <w:sz w:val="18"/>
        </w:rPr>
        <w:t>God and Man (In Conversation with Maulana) 01 04 07 · 21s · at 15:51 · https://youtu.be/2HlIEnmDdPo?t=951</w:t>
      </w:r>
    </w:p>
    <w:p>
      <w:r>
        <w:rPr>
          <w:i/>
        </w:rPr>
        <w:t>“Koi bhi doosri cheez bare need ke siwa”</w:t>
      </w:r>
    </w:p>
    <w:p>
      <w:r>
        <w:rPr>
          <w:sz w:val="20"/>
        </w:rPr>
        <w:t>15:51  ke koi bhi doosri cheez yani bare need ke siwa woh distraction hai</w:t>
      </w:r>
      <w:r>
        <w:br/>
      </w:r>
      <w:r>
        <w:rPr>
          <w:sz w:val="20"/>
        </w:rPr>
        <w:t>16:02  jo meri bilkul hi zaroori need hai. bas wahan tak mujhe rehna chahiye. is se aagay main gaya to distraction ban jaye ga woh.</w:t>
      </w:r>
    </w:p>
    <w:p>
      <w:pPr>
        <w:pStyle w:val="Heading2"/>
      </w:pPr>
      <w:r>
        <w:t>Ecstasy-based spirituality gives society nothing</w:t>
      </w:r>
    </w:p>
    <w:p>
      <w:r>
        <w:rPr>
          <w:color w:val="666666"/>
          <w:sz w:val="18"/>
        </w:rPr>
        <w:t>Spirituality in Islam January 1, 2006 Maulana Wahiduddin Khan · 43s · at 10:00 · https://youtu.be/XO4htFBEkV4?t=600</w:t>
      </w:r>
    </w:p>
    <w:p>
      <w:r>
        <w:rPr>
          <w:i/>
        </w:rPr>
        <w:t>“Ecstasy kya hai? Aisi spirituality kis kaam ki?”</w:t>
      </w:r>
    </w:p>
    <w:p>
      <w:r>
        <w:rPr>
          <w:sz w:val="20"/>
        </w:rPr>
        <w:t>10:00  ecstasy kya hai? apne aap ko aik aisi state mein le jana jahan aap tension free hon, jahan koi stress na ho, jahan koi aap ko gham na ho.</w:t>
      </w:r>
      <w:r>
        <w:br/>
      </w:r>
      <w:r>
        <w:rPr>
          <w:sz w:val="20"/>
        </w:rPr>
        <w:t>10:14  yani yeh hai is ka matlab. main main aap se arz karta hoon ke aisi spirituality kis kaam ki?</w:t>
      </w:r>
      <w:r>
        <w:br/>
      </w:r>
      <w:r>
        <w:rPr>
          <w:sz w:val="20"/>
        </w:rPr>
        <w:t>10:24  aisi spirituality se society ko kya mila? insaniyat ko kya mila?</w:t>
      </w:r>
      <w:r>
        <w:br/>
      </w:r>
      <w:r>
        <w:rPr>
          <w:sz w:val="20"/>
        </w:rPr>
        <w:t>10:33  kuch bhi nahi mila. isi liye is spirituality mein applied spirituality ki koi jagah nahi hai.</w:t>
      </w:r>
    </w:p>
    <w:p>
      <w:pPr>
        <w:pStyle w:val="Heading2"/>
      </w:pPr>
      <w:r>
        <w:t>Turn negativity into positivity</w:t>
      </w:r>
    </w:p>
    <w:p>
      <w:r>
        <w:rPr>
          <w:color w:val="666666"/>
          <w:sz w:val="18"/>
        </w:rPr>
        <w:t>Spirituality in Daily Life October 4, 2008 · 28s · at 53:02 · https://youtu.be/oeJR6tYqQVw?t=3182</w:t>
      </w:r>
    </w:p>
    <w:p>
      <w:r>
        <w:rPr>
          <w:i/>
        </w:rPr>
        <w:t>“Positive is one who can turn his negativity into positivity.”</w:t>
      </w:r>
    </w:p>
    <w:p>
      <w:r>
        <w:rPr>
          <w:sz w:val="20"/>
        </w:rPr>
        <w:t>53:02  dekhiye, is ko paida karne ke liye aap ke andar aap ko bohat ziyada positive banna parta hai, bohat ziyada positive. positive kon hai?</w:t>
      </w:r>
      <w:r>
        <w:br/>
      </w:r>
      <w:r>
        <w:rPr>
          <w:sz w:val="20"/>
        </w:rPr>
        <w:t>53:13  positive is one who can who who is able to turn his negativity into positivity. yeh positive nahi ke kisi se milein, aap meeti meeti baatein karein, nahi, is ko aap gaali dein, is ko aap provoke karein, aap phir bhi woh meeti baatein bolein.</w:t>
      </w:r>
    </w:p>
    <w:p>
      <w:pPr>
        <w:pStyle w:val="Heading2"/>
      </w:pPr>
      <w:r>
        <w:t>Why not love the British and invite them</w:t>
      </w:r>
    </w:p>
    <w:p>
      <w:r>
        <w:rPr>
          <w:color w:val="666666"/>
          <w:sz w:val="18"/>
        </w:rPr>
        <w:t>From the Spiritual Tree August 31, 2008 · 28s · at 7:33 · https://youtu.be/yqFdYWdODM0?t=453</w:t>
      </w:r>
    </w:p>
    <w:p>
      <w:r>
        <w:rPr>
          <w:i/>
        </w:rPr>
        <w:t>“If you loved them, you would invite them.”</w:t>
      </w:r>
    </w:p>
    <w:p>
      <w:r>
        <w:rPr>
          <w:sz w:val="20"/>
        </w:rPr>
        <w:t>7:33  to aap agar un se mohabbat karte to aap un ko dawat dete. lekin aap ne un ke khilaaf bas bandook aur talwar utha liya.</w:t>
      </w:r>
      <w:r>
        <w:br/>
      </w:r>
      <w:r>
        <w:rPr>
          <w:sz w:val="20"/>
        </w:rPr>
        <w:t>7:44  aise jahan bhi dekhiye. abhi jo kashmir mein ladaiyan thin, woh kya tha? woh bhi out of hate tha. main samajhta hoon ke sari duniya one to all, without any exception, lives in hate.</w:t>
      </w:r>
    </w:p>
    <w:p>
      <w:pPr>
        <w:pStyle w:val="Heading2"/>
      </w:pPr>
      <w:r>
        <w:t>God, not the heart, is the true treasure</w:t>
      </w:r>
    </w:p>
    <w:p>
      <w:r>
        <w:rPr>
          <w:color w:val="666666"/>
          <w:sz w:val="18"/>
        </w:rPr>
        <w:t>Islam and Sufism (Islam and Spirituality) (English) February 28, 2008 · 46s · at 38:56 · https://youtu.be/6UGAPDfrS2w?t=2336</w:t>
      </w:r>
    </w:p>
    <w:p>
      <w:r>
        <w:rPr>
          <w:i/>
        </w:rPr>
        <w:t>“There is no hidden treasure here in your heart”</w:t>
      </w:r>
    </w:p>
    <w:p>
      <w:r>
        <w:rPr>
          <w:sz w:val="20"/>
        </w:rPr>
        <w:t>38:56  according to Islamic concept, there is no, there is no treasure here in our heart.</w:t>
      </w:r>
      <w:r>
        <w:br/>
      </w:r>
      <w:r>
        <w:rPr>
          <w:sz w:val="20"/>
        </w:rPr>
        <w:t>39:06  treasure is in the, in with God. God is the treasure, not our heart.</w:t>
      </w:r>
      <w:r>
        <w:br/>
      </w:r>
      <w:r>
        <w:rPr>
          <w:sz w:val="20"/>
        </w:rPr>
        <w:t>39:15  we are simply recipient. God is the give, God is the giver, we are the receiver.</w:t>
      </w:r>
      <w:r>
        <w:br/>
      </w:r>
      <w:r>
        <w:rPr>
          <w:sz w:val="20"/>
        </w:rPr>
        <w:t>39:26  we have no treasure. I don't believe that we have hidden treasure here in this heart. No such treasure.</w:t>
      </w:r>
      <w:r>
        <w:br/>
      </w:r>
      <w:r>
        <w:rPr>
          <w:sz w:val="20"/>
        </w:rPr>
        <w:t>39:38  God is giver, and we are receiver.</w:t>
      </w:r>
    </w:p>
    <w:p>
      <w:pPr>
        <w:pStyle w:val="Heading2"/>
      </w:pPr>
      <w:r>
        <w:t>Reaction is the greatest weakness</w:t>
      </w:r>
    </w:p>
    <w:p>
      <w:r>
        <w:rPr>
          <w:color w:val="666666"/>
          <w:sz w:val="18"/>
        </w:rPr>
        <w:t>Spirituality in Daily Life October 4, 2008 · 27s · at 20:11 · https://youtu.be/oeJR6tYqQVw?t=1211</w:t>
      </w:r>
    </w:p>
    <w:p>
      <w:r>
        <w:rPr>
          <w:i/>
        </w:rPr>
        <w:t>“Yeh hai, magar yeh tha reaction.”</w:t>
      </w:r>
    </w:p>
    <w:p>
      <w:r>
        <w:rPr>
          <w:sz w:val="20"/>
        </w:rPr>
        <w:t>20:11  yeh hai, magar yeh tha reaction. aur reaction se dunya mein yaad rakhiye, kabhi kuchh faida nahi hota. superpower bhi agar react kare to kuchh nahi milega is ko, chahe ek individual ho ya ek superpower ho.</w:t>
      </w:r>
      <w:r>
        <w:br/>
      </w:r>
      <w:r>
        <w:rPr>
          <w:sz w:val="20"/>
        </w:rPr>
        <w:t>20:28  reaction agar aadmi ki adat ban gayi hai to sab se zyada weakness is ki hai. the greatest weakness of person is reaction.</w:t>
      </w:r>
    </w:p>
    <w:p>
      <w:pPr>
        <w:pStyle w:val="Heading2"/>
      </w:pPr>
      <w:r>
        <w:t>Heart is just a blood pump, not a thinking organ</w:t>
      </w:r>
    </w:p>
    <w:p>
      <w:r>
        <w:rPr>
          <w:color w:val="666666"/>
          <w:sz w:val="18"/>
        </w:rPr>
        <w:t>Spirituality in Simple Living, High Thinking October 27, 2019 Maulana Wahiduddin Khan · 46s · at 15:07 · https://youtu.be/Kr28g15eFr8?t=907</w:t>
      </w:r>
    </w:p>
    <w:p>
      <w:r>
        <w:rPr>
          <w:i/>
        </w:rPr>
        <w:t>“Science proved in 2004: the heart has only one function”</w:t>
      </w:r>
    </w:p>
    <w:p>
      <w:r>
        <w:rPr>
          <w:sz w:val="20"/>
        </w:rPr>
        <w:t>15:07  mein samajhta hoon ke</w:t>
      </w:r>
      <w:r>
        <w:br/>
      </w:r>
      <w:r>
        <w:rPr>
          <w:sz w:val="20"/>
        </w:rPr>
        <w:t>15:13  scientific age mein is ka koi justification nahi hai, kyunke ab sabit ho chuka hai 2004 ki taraf se ke heart jo hai is ka sirf ek function hai body mein,</w:t>
      </w:r>
      <w:r>
        <w:br/>
      </w:r>
      <w:r>
        <w:rPr>
          <w:sz w:val="20"/>
        </w:rPr>
        <w:t>15:32  aur woh hai blood circulation.</w:t>
      </w:r>
      <w:r>
        <w:br/>
      </w:r>
      <w:r>
        <w:rPr>
          <w:sz w:val="20"/>
        </w:rPr>
        <w:t>15:38  bas</w:t>
      </w:r>
      <w:r>
        <w:br/>
      </w:r>
      <w:r>
        <w:rPr>
          <w:sz w:val="20"/>
        </w:rPr>
        <w:t>15:41  woh koi thinking</w:t>
      </w:r>
      <w:r>
        <w:br/>
      </w:r>
      <w:r>
        <w:rPr>
          <w:sz w:val="20"/>
        </w:rPr>
        <w:t>15:48  organ nahi hai.</w:t>
      </w:r>
    </w:p>
    <w:p>
      <w:pPr>
        <w:pStyle w:val="Heading2"/>
      </w:pPr>
      <w:r>
        <w:t>Tree never lies, lesson for humans</w:t>
      </w:r>
    </w:p>
    <w:p>
      <w:r>
        <w:rPr>
          <w:color w:val="666666"/>
          <w:sz w:val="18"/>
        </w:rPr>
        <w:t>Nature as a Role Mode May 21, 2006 · 44s · at 22:13 · https://youtu.be/ppaB1Z2zXL8?t=1333</w:t>
      </w:r>
    </w:p>
    <w:p>
      <w:r>
        <w:rPr>
          <w:i/>
        </w:rPr>
        <w:t>“Kya yeh ped jhoot bol sakta hai jabke insan jhoot bolta hai?”</w:t>
      </w:r>
    </w:p>
    <w:p>
      <w:r>
        <w:rPr>
          <w:sz w:val="20"/>
        </w:rPr>
        <w:t>22:13  to mein ne socha ke kya yeh peir jhoot bol sakta hai jabke insaan jhoot bolta hai?</w:t>
      </w:r>
      <w:r>
        <w:br/>
      </w:r>
      <w:r>
        <w:rPr>
          <w:sz w:val="20"/>
        </w:rPr>
        <w:t>22:21  mein ne kaha ke nahi. peir kabhi jhoot nahi bolta. kabhi peir jhoot nahi boley ga.</w:t>
      </w:r>
      <w:r>
        <w:br/>
      </w:r>
      <w:r>
        <w:rPr>
          <w:sz w:val="20"/>
        </w:rPr>
        <w:t>22:31  matlab yeh hai ke agar is par patiyan nahi hain, sirf thand hai to kabhi nahi kahe ga ke mere paas patiyan hain. agar peir ke upar phool nahi hain, sirf patiyan hain to woh yeh nahi kahe ga ke phool bhi hain yahan par.</w:t>
      </w:r>
      <w:r>
        <w:br/>
      </w:r>
      <w:r>
        <w:rPr>
          <w:sz w:val="20"/>
        </w:rPr>
        <w:t>22:45  agar peir ke upar sirf shakhain hain, is par phal nahi hain to kabhi yeh nahi kahe ga ke mein phaldar hoon. peir kabhi jhoot nahi bolta.</w:t>
      </w:r>
    </w:p>
    <w:p>
      <w:pPr>
        <w:pStyle w:val="Heading2"/>
      </w:pPr>
      <w:r>
        <w:t>Jihad is peaceful struggle</w:t>
      </w:r>
    </w:p>
    <w:p>
      <w:r>
        <w:rPr>
          <w:color w:val="666666"/>
          <w:sz w:val="18"/>
        </w:rPr>
        <w:t>Five Pillars of Islam | July 30, 2007 · 30s · at 40:16 · https://youtu.be/f31xU7hWLWI?t=2416</w:t>
      </w:r>
    </w:p>
    <w:p>
      <w:r>
        <w:rPr>
          <w:i/>
        </w:rPr>
        <w:t>“Islam needs only peaceful struggle.”</w:t>
      </w:r>
    </w:p>
    <w:p>
      <w:r>
        <w:rPr>
          <w:sz w:val="20"/>
        </w:rPr>
        <w:t>40:16  violent jihad.</w:t>
      </w:r>
      <w:r>
        <w:br/>
      </w:r>
      <w:r>
        <w:rPr>
          <w:sz w:val="20"/>
        </w:rPr>
        <w:t>40:21  Islam needs only peaceful struggle.</w:t>
      </w:r>
      <w:r>
        <w:br/>
      </w:r>
      <w:r>
        <w:rPr>
          <w:sz w:val="20"/>
        </w:rPr>
        <w:t>40:26  And jihad is a peaceful struggle.</w:t>
      </w:r>
      <w:r>
        <w:br/>
      </w:r>
      <w:r>
        <w:rPr>
          <w:sz w:val="20"/>
        </w:rPr>
        <w:t>40:31  Jihad has nothing to do with violence, with war.</w:t>
      </w:r>
      <w:r>
        <w:br/>
      </w:r>
      <w:r>
        <w:rPr>
          <w:sz w:val="20"/>
        </w:rPr>
        <w:t>40:36  There is a verse in the Quran, wa jahiduhum bihi jahadan kabira, "Do great jihad with the help of</w:t>
      </w:r>
      <w:r>
        <w:br/>
      </w:r>
      <w:r>
        <w:rPr>
          <w:sz w:val="20"/>
        </w:rPr>
        <w:t>40:41  the Quran." So the Quran is not a bo</w:t>
      </w:r>
    </w:p>
    <w:p>
      <w:pPr>
        <w:pStyle w:val="Heading2"/>
      </w:pPr>
      <w:r>
        <w:t>Science's corrective role</w:t>
      </w:r>
    </w:p>
    <w:p>
      <w:r>
        <w:rPr>
          <w:color w:val="666666"/>
          <w:sz w:val="18"/>
        </w:rPr>
        <w:t>Science and Spirituality | April 25, 2007 | Maulana Wahiduddin Kha · 30s · at 24:13 · https://youtu.be/cStp24Ri3ps?t=1453</w:t>
      </w:r>
    </w:p>
    <w:p>
      <w:r>
        <w:rPr>
          <w:i/>
        </w:rPr>
        <w:t>“This is the relationship of science and spirituality”</w:t>
      </w:r>
    </w:p>
    <w:p>
      <w:r>
        <w:rPr>
          <w:sz w:val="20"/>
        </w:rPr>
        <w:t>24:13  This is the relationship of science.</w:t>
      </w:r>
      <w:r>
        <w:br/>
      </w:r>
      <w:r>
        <w:rPr>
          <w:sz w:val="20"/>
        </w:rPr>
        <w:t>24:17  This is the relationship of science and Spirituality.</w:t>
      </w:r>
      <w:r>
        <w:br/>
      </w:r>
      <w:r>
        <w:rPr>
          <w:sz w:val="20"/>
        </w:rPr>
        <w:t>24:21  Science itself is not Spirituality.</w:t>
      </w:r>
      <w:r>
        <w:br/>
      </w:r>
      <w:r>
        <w:rPr>
          <w:sz w:val="20"/>
        </w:rPr>
        <w:t>24:26  Science is not a Spiritual discipline.</w:t>
      </w:r>
      <w:r>
        <w:br/>
      </w:r>
      <w:r>
        <w:rPr>
          <w:sz w:val="20"/>
        </w:rPr>
        <w:t>24:30  But science has a corrective role.</w:t>
      </w:r>
      <w:r>
        <w:br/>
      </w:r>
      <w:r>
        <w:rPr>
          <w:sz w:val="20"/>
        </w:rPr>
        <w:t>24:35  And following this corrective role, we can restruct.</w:t>
      </w:r>
      <w:r>
        <w:br/>
      </w:r>
      <w:r>
        <w:rPr>
          <w:sz w:val="20"/>
        </w:rPr>
        <w:t>24:39  We have to restruct our Spiritual thought</w:t>
      </w:r>
    </w:p>
    <w:p>
      <w:pPr>
        <w:pStyle w:val="Heading2"/>
      </w:pPr>
      <w:r>
        <w:t>Pidram sultan bud father was king</w:t>
      </w:r>
    </w:p>
    <w:p>
      <w:r>
        <w:rPr>
          <w:color w:val="666666"/>
          <w:sz w:val="18"/>
        </w:rPr>
        <w:t>The Case of Present Muslim Generation September 28, 2008 · 23s · at 15:08 · https://youtu.be/yjSy2b7JPTw?t=908</w:t>
      </w:r>
    </w:p>
    <w:p>
      <w:r>
        <w:rPr>
          <w:i/>
        </w:rPr>
        <w:t>“Pidram sultan bud. Yani kisi ka baap dada kabhi badshah raha hoga”</w:t>
      </w:r>
    </w:p>
    <w:p>
      <w:r>
        <w:rPr>
          <w:sz w:val="20"/>
        </w:rPr>
        <w:t>15:08  musalman paranoid character ho gaye hain. paranoia wahi cheez ko hum kehte hain Pederem Sultan Bod.</w:t>
      </w:r>
      <w:r>
        <w:br/>
      </w:r>
      <w:r>
        <w:rPr>
          <w:sz w:val="20"/>
        </w:rPr>
        <w:t>15:19  Pederem Sultan Bod. yani kisi ka baap dada kabhi badshah raha hoga. ab aaj hum isi ke is mein jee rahe hain ke mera baap badshah tha.</w:t>
      </w:r>
    </w:p>
    <w:p>
      <w:pPr>
        <w:pStyle w:val="Heading2"/>
      </w:pPr>
      <w:r>
        <w:t>Only a tree can grow, unlike diamond or gold</w:t>
      </w:r>
    </w:p>
    <w:p>
      <w:r>
        <w:rPr>
          <w:color w:val="666666"/>
          <w:sz w:val="18"/>
        </w:rPr>
        <w:t>Personality of A Believer February 2, 2014 · 41s · at 3:32 · https://youtu.be/EiK_-O-Bjps?t=212</w:t>
      </w:r>
    </w:p>
    <w:p>
      <w:r>
        <w:rPr>
          <w:i/>
        </w:rPr>
        <w:t>“Sirf darakht hi aisi cheez hai jo grow karta hai”</w:t>
      </w:r>
    </w:p>
    <w:p>
      <w:r>
        <w:rPr>
          <w:sz w:val="20"/>
        </w:rPr>
        <w:t>3:32  dekhiye, is dunya mein sirf drakht hi ek aisi cheez hai jis mein grow karne ki salahiyat hai. aap ek pathar rakh lein, chahe kitne hi khoobsurat pathar hon, ek diamond rakh lein aap to grow nahi karega.</w:t>
      </w:r>
      <w:r>
        <w:br/>
      </w:r>
      <w:r>
        <w:rPr>
          <w:sz w:val="20"/>
        </w:rPr>
        <w:t>3:46  woh</w:t>
      </w:r>
      <w:r>
        <w:br/>
      </w:r>
      <w:r>
        <w:rPr>
          <w:sz w:val="20"/>
        </w:rPr>
        <w:t>3:48  diamond jaisa aaj hai, waise hi kal bhi rahega, parson bhi rahega. aap sona rakh lein, kuch bhi rakh lein to woh grow nahi karega.</w:t>
      </w:r>
      <w:r>
        <w:br/>
      </w:r>
      <w:r>
        <w:rPr>
          <w:sz w:val="20"/>
        </w:rPr>
        <w:t>3:59  poori universe mein drakht hi ek aisi cheez hai jo grow karta hai, grow karta hai, grow karta hai. to yeh jo imaan hai, imaan se jo shakhsiyat banti hai,</w:t>
      </w:r>
    </w:p>
    <w:p>
      <w:pPr>
        <w:pStyle w:val="Heading2"/>
      </w:pPr>
      <w:r>
        <w:t>Islam's contribution to spirituality unmatched in history</w:t>
      </w:r>
    </w:p>
    <w:p>
      <w:r>
        <w:rPr>
          <w:color w:val="666666"/>
          <w:sz w:val="18"/>
        </w:rPr>
        <w:t>Spirituality in Islam January 1, 2006 Maulana Wahiduddin Khan · 24s · at 8:50 · https://youtu.be/XO4htFBEkV4?t=530</w:t>
      </w:r>
    </w:p>
    <w:p>
      <w:r>
        <w:rPr>
          <w:i/>
        </w:rPr>
        <w:t>“Main kahoonga Islam sar tapa spirituality hai”</w:t>
      </w:r>
    </w:p>
    <w:p>
      <w:r>
        <w:rPr>
          <w:sz w:val="20"/>
        </w:rPr>
        <w:t>8:50  main yeh kahunga ke islam sar ta pa spirituality hai. is se bhi barh kar main yeh kahunga ke spirituality mein islam ki deen, islam ka contribution itna bara hai jo kai hazar saal tak nahi ho saka tha.</w:t>
      </w:r>
    </w:p>
    <w:p>
      <w:pPr>
        <w:pStyle w:val="Heading2"/>
      </w:pPr>
      <w:r>
        <w:t>Quran: a learning spirit unlocks the truth</w:t>
      </w:r>
    </w:p>
    <w:p>
      <w:r>
        <w:rPr>
          <w:color w:val="666666"/>
          <w:sz w:val="18"/>
        </w:rPr>
        <w:t>Discovery of Paradise March 22, 2015 · 58s · at 1:01:26 · https://youtu.be/2axrfd7sZkE?t=3686</w:t>
      </w:r>
    </w:p>
    <w:p>
      <w:r>
        <w:rPr>
          <w:i/>
        </w:rPr>
        <w:t>“Quran mein hai: 'law wajada feehim khairan la-asma'ahum'”</w:t>
      </w:r>
    </w:p>
    <w:p>
      <w:r>
        <w:rPr>
          <w:sz w:val="20"/>
        </w:rPr>
        <w:t>1:01:26  دیکھیں، قرآن کی ایک آیت ہے: "لو وجدت فہم خیر الاسماء الاسماء۔" اللہ اگر ان کے اندر خیر دیکھتا تو ان کو سنواتا۔</w:t>
      </w:r>
      <w:r>
        <w:br/>
      </w:r>
      <w:r>
        <w:rPr>
          <w:sz w:val="20"/>
        </w:rPr>
        <w:t>1:01:44  "یاسماعو" معنی ہوتے ہیں سنوانا۔ تو میں سمجھتا ہوں کہ جو اصل چیز ہے، وہ ہے خیر۔ خیر کے معنی کیا ہیں؟</w:t>
      </w:r>
      <w:r>
        <w:br/>
      </w:r>
      <w:r>
        <w:rPr>
          <w:sz w:val="20"/>
        </w:rPr>
        <w:t>1:01:52  یہاں پر اس آیت میں</w:t>
      </w:r>
      <w:r>
        <w:br/>
      </w:r>
      <w:r>
        <w:rPr>
          <w:sz w:val="20"/>
        </w:rPr>
        <w:t>1:01:55  طلب، سیکھنے کی سپرٹ۔ تو جڑ کی بات جو ہے، وہ سیکھنے کی سپرٹ ہے۔ اس کو توفیق ملتی ہے۔</w:t>
      </w:r>
      <w:r>
        <w:br/>
      </w:r>
      <w:r>
        <w:rPr>
          <w:sz w:val="20"/>
        </w:rPr>
        <w:t>1:02:07  اس آیت میں خیر سے مراد ہے سیکھنے کی سپرٹ۔ تو جس آدمی کے اندر سیکھنے کی سپرٹ ہوگی، اس کو ضرور سچائی ملے گی۔</w:t>
      </w:r>
      <w:r>
        <w:br/>
      </w:r>
      <w:r>
        <w:rPr>
          <w:sz w:val="20"/>
        </w:rPr>
        <w:t>1:02:18  اگر سیکھنے کی سپرٹ نہ ہو، تب ڈاؤٹ فل ہے اس کا سچائی کو پانا۔</w:t>
      </w:r>
    </w:p>
    <w:p>
      <w:pPr>
        <w:pStyle w:val="Heading2"/>
      </w:pPr>
      <w:r>
        <w:t>Centrality of Allah in Islam</w:t>
      </w:r>
    </w:p>
    <w:p>
      <w:r>
        <w:rPr>
          <w:color w:val="666666"/>
          <w:sz w:val="18"/>
        </w:rPr>
        <w:t>Islam and Sufism, Islam and Spirituality (Group of Gothers) - Maulana Wahiduddin Khan · 34s · at 38:34 · https://youtu.be/yuxUUlOqZLM?t=2314</w:t>
      </w:r>
    </w:p>
    <w:p>
      <w:r>
        <w:rPr>
          <w:i/>
        </w:rPr>
        <w:t>“The greatest concern of Islam is Allah”</w:t>
      </w:r>
    </w:p>
    <w:p>
      <w:r>
        <w:rPr>
          <w:sz w:val="20"/>
        </w:rPr>
        <w:t>38:34  so islamic spirituality is based in rabb, in god. one american author has rightly said that the greatest concern of islam is allah.</w:t>
      </w:r>
      <w:r>
        <w:br/>
      </w:r>
      <w:r>
        <w:rPr>
          <w:sz w:val="20"/>
        </w:rPr>
        <w:t>38:50  one american author studied islam in detail. then he says that after my detailed study, i found that the greatest concern of islam is allah.</w:t>
      </w:r>
    </w:p>
    <w:p>
      <w:pPr>
        <w:pStyle w:val="Heading2"/>
      </w:pPr>
      <w:r>
        <w:t>Kalima as realization not recitation</w:t>
      </w:r>
    </w:p>
    <w:p>
      <w:r>
        <w:rPr>
          <w:color w:val="666666"/>
          <w:sz w:val="18"/>
        </w:rPr>
        <w:t>Momin is like a tree | April 11, 2007 · 1m 00s · at 5:20 · https://youtu.be/buv324nJoBk?t=320</w:t>
      </w:r>
    </w:p>
    <w:p>
      <w:r>
        <w:rPr>
          <w:i/>
        </w:rPr>
        <w:t>“Kalima is not simply a recitation”</w:t>
      </w:r>
    </w:p>
    <w:p>
      <w:r>
        <w:rPr>
          <w:sz w:val="20"/>
        </w:rPr>
        <w:t>5:20  Kalma, kalma is the starting point of momin. Now, kalma is not simply a recitation, kalma is not simply a kind of lip service. Kalma means realization, kalma means معرفہ, realization, kalma means discovery. When one discovers the truth, with capital T</w:t>
      </w:r>
      <w:r>
        <w:br/>
      </w:r>
      <w:r>
        <w:rPr>
          <w:sz w:val="20"/>
        </w:rPr>
        <w:t>5:50  he discovers God as supreme truth. When he discovers Muhammad as a supreme guide for mankind. When one discovers Quran as a word of God, and then he say, then he sees la</w:t>
      </w:r>
    </w:p>
    <w:p>
      <w:pPr>
        <w:pStyle w:val="Heading2"/>
      </w:pPr>
      <w:r>
        <w:t>thinking is the one task that matters most</w:t>
      </w:r>
    </w:p>
    <w:p>
      <w:r>
        <w:rPr>
          <w:color w:val="666666"/>
          <w:sz w:val="18"/>
        </w:rPr>
        <w:t>Discovery of Paradise March 22, 2015 · 39s · at 32:11 · https://youtu.be/2axrfd7sZkE?t=1931</w:t>
      </w:r>
    </w:p>
    <w:p>
      <w:r>
        <w:rPr>
          <w:i/>
        </w:rPr>
        <w:t>“Sabse bada jo insaan ke liye kaam hai, wo sochna hai”</w:t>
      </w:r>
    </w:p>
    <w:p>
      <w:r>
        <w:rPr>
          <w:sz w:val="20"/>
        </w:rPr>
        <w:t>32:11  toh sab se bada jo insaan ke liye kaam hai, woh sochna hai. intellectual</w:t>
      </w:r>
      <w:r>
        <w:br/>
      </w:r>
      <w:r>
        <w:rPr>
          <w:sz w:val="20"/>
        </w:rPr>
        <w:t>32:24  apne apne andar in intellectual process ko jaari karna hai.</w:t>
      </w:r>
      <w:r>
        <w:br/>
      </w:r>
      <w:r>
        <w:rPr>
          <w:sz w:val="20"/>
        </w:rPr>
        <w:t>32:30  isi se creativity aayegi, isi se discovery hogi, isi se aap ka aap ka andar personality development hoga.</w:t>
      </w:r>
      <w:r>
        <w:br/>
      </w:r>
      <w:r>
        <w:rPr>
          <w:sz w:val="20"/>
        </w:rPr>
        <w:t>32:40  sab kuch ka raaz hai sochna, thinking.</w:t>
      </w:r>
      <w:r>
        <w:br/>
      </w:r>
      <w:r>
        <w:rPr>
          <w:sz w:val="20"/>
        </w:rPr>
        <w:t>32:47  thinking.</w:t>
      </w:r>
      <w:r>
        <w:br/>
      </w:r>
      <w:r>
        <w:rPr>
          <w:sz w:val="20"/>
        </w:rPr>
        <w:t>32:51  kal maine aik article likha hai is par, yani spirituality par ke hazaron saal se logon ko concept bani hui spirituality, lekin spirituality ko kahan dhoondte hain?</w:t>
      </w:r>
    </w:p>
    <w:p>
      <w:pPr>
        <w:pStyle w:val="Heading2"/>
      </w:pPr>
      <w:r>
        <w:t>Baseless pride on Prophet's birthday</w:t>
      </w:r>
    </w:p>
    <w:p>
      <w:r>
        <w:rPr>
          <w:color w:val="666666"/>
          <w:sz w:val="18"/>
        </w:rPr>
        <w:t>God and Man (In Conversation with Maulana) 01 04 07 · 27s · at 6:15 · https://youtu.be/2HlIEnmDdPo?t=375</w:t>
      </w:r>
    </w:p>
    <w:p>
      <w:r>
        <w:rPr>
          <w:i/>
        </w:rPr>
        <w:t>“Aik dam hi baseless hai”</w:t>
      </w:r>
    </w:p>
    <w:p>
      <w:r>
        <w:rPr>
          <w:sz w:val="20"/>
        </w:rPr>
        <w:t>6:15  ekdam hi baseless hai. koi Quran mein, na hadith mein, na is par koi reward milne wala hai. kuch bhi nahi. cheez yeh hai ki Rasool Allah ko bataya gaya Quran mein uswa.</w:t>
      </w:r>
      <w:r>
        <w:br/>
      </w:r>
      <w:r>
        <w:rPr>
          <w:sz w:val="20"/>
        </w:rPr>
        <w:t>6:26  Laqad kana lakum fi Rasool Allah uswatun hasanah yani model. model. to main samajhta hoon ki aaj sabse zyada zaroori yeh hai ki hum compare karein apne aaj ki zindagi ko Rasool Allah ki zindagi se.</w:t>
      </w:r>
    </w:p>
    <w:p>
      <w:pPr>
        <w:pStyle w:val="Heading2"/>
      </w:pPr>
      <w:r>
        <w:t>Spirituality is secular, divinity is religious</w:t>
      </w:r>
    </w:p>
    <w:p>
      <w:r>
        <w:rPr>
          <w:color w:val="666666"/>
          <w:sz w:val="18"/>
        </w:rPr>
        <w:t>Spirituality in Simple Living, High Thinking October 27, 2019 Maulana Wahiduddin Khan · 46s · at 36:40 · https://youtu.be/Kr28g15eFr8?t=2200</w:t>
      </w:r>
    </w:p>
    <w:p>
      <w:r>
        <w:rPr>
          <w:i/>
        </w:rPr>
        <w:t>“Are spirituality and divinity the same thing?”</w:t>
      </w:r>
    </w:p>
    <w:p>
      <w:r>
        <w:rPr>
          <w:sz w:val="20"/>
        </w:rPr>
        <w:t>36:40  yeh sawal maulana iqbal umri ne chennai se bheja hai. unho ne aapse poocha hai ke spirituality aur divinity dono ek hi hain ya in dono mein farq hai?</w:t>
      </w:r>
      <w:r>
        <w:br/>
      </w:r>
      <w:r>
        <w:rPr>
          <w:sz w:val="20"/>
        </w:rPr>
        <w:t>36:53  main samajhta hoon ke same nahi hai kyunke spirituality secular formula hai aur divinity to religious formula hai.</w:t>
      </w:r>
      <w:r>
        <w:br/>
      </w:r>
      <w:r>
        <w:rPr>
          <w:sz w:val="20"/>
        </w:rPr>
        <w:t>37:04  yani dono mein kuch similarity ho sakti hai lekin basically yeh spirituality ek secular formula hai</w:t>
      </w:r>
      <w:r>
        <w:br/>
      </w:r>
      <w:r>
        <w:rPr>
          <w:sz w:val="20"/>
        </w:rPr>
        <w:t>37:19  aur doosra jo lafz bataya aap ne woh to religious formula hai.</w:t>
      </w:r>
    </w:p>
    <w:p>
      <w:pPr>
        <w:pStyle w:val="Heading2"/>
      </w:pPr>
      <w:r>
        <w:t>Preaching Islam is the greatest tool for self-growth</w:t>
      </w:r>
    </w:p>
    <w:p>
      <w:r>
        <w:rPr>
          <w:color w:val="666666"/>
          <w:sz w:val="18"/>
        </w:rPr>
        <w:t>Divine Personality April 2, 2014 Maulana Wahiduddin Khan · 53s · at 23:07 · https://youtu.be/4F-V__KFzpA?t=1387</w:t>
      </w:r>
    </w:p>
    <w:p>
      <w:r>
        <w:rPr>
          <w:i/>
        </w:rPr>
        <w:t>“Da'wah is not only for the listener, it's for the preacher.”</w:t>
      </w:r>
    </w:p>
    <w:p>
      <w:r>
        <w:rPr>
          <w:sz w:val="20"/>
        </w:rPr>
        <w:t>23:07  So we have to know that da'wah is not only for Madhu. It is also for diey.</w:t>
      </w:r>
      <w:r>
        <w:br/>
      </w:r>
      <w:r>
        <w:rPr>
          <w:sz w:val="20"/>
        </w:rPr>
        <w:t>23:19  It is a double-sided work. I think that according to my experience I can say that the greatest, greatest boost for intellectual development is da'wah.</w:t>
      </w:r>
      <w:r>
        <w:br/>
      </w:r>
      <w:r>
        <w:rPr>
          <w:sz w:val="20"/>
        </w:rPr>
        <w:t>23:42  I have so many experiences in my mind, in life that when I met someone where I wanted to convey the message of Islam to someone he raised some question.</w:t>
      </w:r>
    </w:p>
    <w:p>
      <w:pPr>
        <w:pStyle w:val="Heading2"/>
      </w:pPr>
      <w:r>
        <w:t>Namaaz as culture of discipline</w:t>
      </w:r>
    </w:p>
    <w:p>
      <w:r>
        <w:rPr>
          <w:color w:val="666666"/>
          <w:sz w:val="18"/>
        </w:rPr>
        <w:t>Islamic Prayer (Part 2) (English) | February 27, 2007 | Maulana Wahiduddin Khan · 30s · at 12:36 · https://youtu.be/xoh_XiWwRlI?t=756</w:t>
      </w:r>
    </w:p>
    <w:p>
      <w:r>
        <w:rPr>
          <w:i/>
        </w:rPr>
        <w:t>“Namaaz is a culture of discipline.”</w:t>
      </w:r>
    </w:p>
    <w:p>
      <w:r>
        <w:rPr>
          <w:sz w:val="20"/>
        </w:rPr>
        <w:t>12:36  I can say that namaz is a culture of discipline. Namaz is a, a complete system of ethics. Salat ethics, you can say it, Salat ethics,</w:t>
      </w:r>
    </w:p>
    <w:p>
      <w:pPr>
        <w:pStyle w:val="Heading2"/>
      </w:pPr>
      <w:r>
        <w:t>Master formula: don't be angry</w:t>
      </w:r>
    </w:p>
    <w:p>
      <w:r>
        <w:rPr>
          <w:color w:val="666666"/>
          <w:sz w:val="18"/>
        </w:rPr>
        <w:t>Personality Building May 28, 2013 Maulana Wahiduddin Khan · 46s · at 14:26 · https://youtu.be/8vNUoqGILmw?t=866</w:t>
      </w:r>
    </w:p>
    <w:p>
      <w:r>
        <w:rPr>
          <w:i/>
        </w:rPr>
        <w:t>“Main ek prophet ka ek saink aap ko sunana chahta hoon”</w:t>
      </w:r>
    </w:p>
    <w:p>
      <w:r>
        <w:rPr>
          <w:sz w:val="20"/>
        </w:rPr>
        <w:t>14:26  main ek prophet ka ek saying aap ko sunana chahta hoon. ek aadmi aaya prophet (PBUH) ke paas, us ne kaha ke "mujhe koi ek master formula bataein zindagi ka." zindagi ka ek master formula.</w:t>
      </w:r>
      <w:r>
        <w:br/>
      </w:r>
      <w:r>
        <w:rPr>
          <w:sz w:val="20"/>
        </w:rPr>
        <w:t>14:46  aap ne master formula kya diya? "la taghzab." "la taghzab" ka matlab yeh hai ke tum ghussa mat karo, don't be angry, tum ghussa na karo.</w:t>
      </w:r>
      <w:r>
        <w:br/>
      </w:r>
      <w:r>
        <w:rPr>
          <w:sz w:val="20"/>
        </w:rPr>
        <w:t>15:01  main samajhta hoon ke aaj bhi yahi master formula hai insaan ke liye. dekhein, aadmi ghussa kyun karta hai?</w:t>
      </w:r>
    </w:p>
    <w:p>
      <w:pPr>
        <w:pStyle w:val="Heading2"/>
      </w:pPr>
      <w:r>
        <w:t>Da'wah is a two-way exchange, not a lecture</w:t>
      </w:r>
    </w:p>
    <w:p>
      <w:r>
        <w:rPr>
          <w:color w:val="666666"/>
          <w:sz w:val="18"/>
        </w:rPr>
        <w:t>Divine Personality April 2, 2014 Maulana Wahiduddin Khan · 40s · at 22:09 · https://youtu.be/4F-V__KFzpA?t=1329</w:t>
      </w:r>
    </w:p>
    <w:p>
      <w:r>
        <w:rPr>
          <w:i/>
        </w:rPr>
        <w:t>“Da'wah is a bilateral process, not unilateral.”</w:t>
      </w:r>
    </w:p>
    <w:p>
      <w:r>
        <w:rPr>
          <w:sz w:val="20"/>
        </w:rPr>
        <w:t>22:09  In this sense I can say that da'wah is a bilateral process. Da'wah is not unilateral announcement.</w:t>
      </w:r>
      <w:r>
        <w:br/>
      </w:r>
      <w:r>
        <w:rPr>
          <w:sz w:val="20"/>
        </w:rPr>
        <w:t>22:22  Da'wah is a bilateral process. It is a mutual learning. It is giving at the same time taking.</w:t>
      </w:r>
      <w:r>
        <w:br/>
      </w:r>
      <w:r>
        <w:rPr>
          <w:sz w:val="20"/>
        </w:rPr>
        <w:t>22:33  Madhu, they give something to Madhu. A Madhu takes something from you.</w:t>
      </w:r>
      <w:r>
        <w:br/>
      </w:r>
      <w:r>
        <w:rPr>
          <w:sz w:val="20"/>
        </w:rPr>
        <w:t>22:44  So it is a give-and-take process</w:t>
      </w:r>
    </w:p>
    <w:p>
      <w:pPr>
        <w:pStyle w:val="Heading2"/>
      </w:pPr>
      <w:r>
        <w:t>spirituality is inner discipline, both foods needed</w:t>
      </w:r>
    </w:p>
    <w:p>
      <w:r>
        <w:rPr>
          <w:color w:val="666666"/>
          <w:sz w:val="18"/>
        </w:rPr>
        <w:t>Interview Session with Maulana Wahiduddin Khan January 30, 2008 · 24s · at 0:40 · https://youtu.be/o8Gpe9YMuZc?t=40</w:t>
      </w:r>
    </w:p>
    <w:p>
      <w:r>
        <w:rPr>
          <w:i/>
        </w:rPr>
        <w:t>“Spirituality is inner discipline.”</w:t>
      </w:r>
    </w:p>
    <w:p>
      <w:r>
        <w:rPr>
          <w:sz w:val="20"/>
        </w:rPr>
        <w:t>0:40  spirituality is inner discipline.</w:t>
      </w:r>
      <w:r>
        <w:br/>
      </w:r>
      <w:r>
        <w:rPr>
          <w:sz w:val="20"/>
        </w:rPr>
        <w:t>0:50  for physical health, you need physical food, and for inner health, you need spiritual food.</w:t>
      </w:r>
      <w:r>
        <w:br/>
      </w:r>
      <w:r>
        <w:rPr>
          <w:sz w:val="20"/>
        </w:rPr>
        <w:t>1:01  both are equally required.</w:t>
      </w:r>
    </w:p>
    <w:p>
      <w:pPr>
        <w:pStyle w:val="Heading2"/>
      </w:pPr>
      <w:r>
        <w:t>Judge Muslims by Islam's teachings, not the reverse</w:t>
      </w:r>
    </w:p>
    <w:p>
      <w:r>
        <w:rPr>
          <w:color w:val="666666"/>
          <w:sz w:val="18"/>
        </w:rPr>
        <w:t>Islam and Sufism (Islam and Spirituality) (English) February 28, 2008 · 29s · at 50:11 · https://youtu.be/6UGAPDfrS2w?t=3011</w:t>
      </w:r>
    </w:p>
    <w:p>
      <w:r>
        <w:rPr>
          <w:i/>
        </w:rPr>
        <w:t>“Don't see the Muslims — study the scripture instead”</w:t>
      </w:r>
    </w:p>
    <w:p>
      <w:r>
        <w:rPr>
          <w:sz w:val="20"/>
        </w:rPr>
        <w:t>50:11  don't see the Muslims.</w:t>
      </w:r>
      <w:r>
        <w:br/>
      </w:r>
      <w:r>
        <w:rPr>
          <w:sz w:val="20"/>
        </w:rPr>
        <w:t>50:16  you have to differentiate</w:t>
      </w:r>
      <w:r>
        <w:br/>
      </w:r>
      <w:r>
        <w:rPr>
          <w:sz w:val="20"/>
        </w:rPr>
        <w:t>50:22  between Islam and Muslims.</w:t>
      </w:r>
      <w:r>
        <w:br/>
      </w:r>
      <w:r>
        <w:rPr>
          <w:sz w:val="20"/>
        </w:rPr>
        <w:t>50:25  you have to judge Muslims in the light of Islamic teachings, and not vice versa. You know, Islam has a scripture, and authentic scripture, that is Quran.</w:t>
      </w:r>
    </w:p>
    <w:p>
      <w:pPr>
        <w:pStyle w:val="Heading2"/>
      </w:pPr>
      <w:r>
        <w:t>Reviving Gandhi's mission as New Gandhism</w:t>
      </w:r>
    </w:p>
    <w:p>
      <w:r>
        <w:rPr>
          <w:color w:val="666666"/>
          <w:sz w:val="18"/>
        </w:rPr>
        <w:t>Islam and Peace (In Conversation with Maulana) 23 11 2008 · 28s · at 3:30 · https://youtu.be/CyS3i4AlGfs?t=210</w:t>
      </w:r>
    </w:p>
    <w:p>
      <w:r>
        <w:rPr>
          <w:i/>
        </w:rPr>
        <w:t>“I am reviving Mahatma Gandhi's mission.”</w:t>
      </w:r>
    </w:p>
    <w:p>
      <w:r>
        <w:rPr>
          <w:sz w:val="20"/>
        </w:rPr>
        <w:t>3:30  is ko lay kar koi koi bharkna nahin chahiye kisi ko. aur waqia yeh hai ke mahatma gandhi ke mission ko mein revive kar raha hoon. yeh mein nay musharraf siddharth se kaha.</w:t>
      </w:r>
      <w:r>
        <w:br/>
      </w:r>
      <w:r>
        <w:rPr>
          <w:sz w:val="20"/>
        </w:rPr>
        <w:t>3:41  aur yahan tak mein samajhta hoon ke unhon nay maana is cheez ko. is ke wazan ko, is ke weight ko unhon nay tasleem kiya.</w:t>
      </w:r>
      <w:r>
        <w:br/>
      </w:r>
      <w:r>
        <w:rPr>
          <w:sz w:val="20"/>
        </w:rPr>
        <w:t>3:49  to new gandhi-ism jo hai woh naam hai guardian philosophy ka naye situation mein application.</w:t>
      </w:r>
    </w:p>
    <w:p>
      <w:pPr>
        <w:pStyle w:val="Heading2"/>
      </w:pPr>
      <w:r>
        <w:t>Secular division of haves and have-nots</w:t>
      </w:r>
    </w:p>
    <w:p>
      <w:r>
        <w:rPr>
          <w:color w:val="666666"/>
          <w:sz w:val="18"/>
        </w:rPr>
        <w:t>Material Science Vs Spiritual Science 20th May 12 SLOW · 1m 26s · at 20:14 · https://youtu.be/qYwFExG7cyM?t=1214</w:t>
      </w:r>
    </w:p>
    <w:p>
      <w:r>
        <w:rPr>
          <w:i/>
        </w:rPr>
        <w:t>“Secular people divide into have and have-nots.”</w:t>
      </w:r>
    </w:p>
    <w:p>
      <w:r>
        <w:rPr>
          <w:sz w:val="20"/>
        </w:rPr>
        <w:t>20:14  aise hi dekhiye, tamam jo secular log hain, tamam ke tamam, woh insaan ko baante hue hain do tabqe mein.</w:t>
      </w:r>
      <w:r>
        <w:br/>
      </w:r>
      <w:r>
        <w:rPr>
          <w:sz w:val="20"/>
        </w:rPr>
        <w:t>20:19  دو طبقے میں: have haves nots، سارے کے سارے، without any exception، صرف مارکس نہیں، سب کے</w:t>
      </w:r>
      <w:r>
        <w:br/>
      </w:r>
      <w:r>
        <w:rPr>
          <w:sz w:val="20"/>
        </w:rPr>
        <w:t>20:25  sab have aur have nots.</w:t>
      </w:r>
      <w:r>
        <w:br/>
      </w:r>
      <w:r>
        <w:rPr>
          <w:sz w:val="20"/>
        </w:rPr>
        <w:t>20:31  mujh ko Allah ki tofeeq se pehli bar yeh discovery hui ke yeh ek categorization hi galat hai.</w:t>
      </w:r>
      <w:r>
        <w:br/>
      </w:r>
      <w:r>
        <w:rPr>
          <w:sz w:val="20"/>
        </w:rPr>
        <w:t>20:36  yeh categorization hi galat hai.</w:t>
      </w:r>
      <w:r>
        <w:br/>
      </w:r>
      <w:r>
        <w:rPr>
          <w:sz w:val="20"/>
        </w:rPr>
        <w:t>20:42  sahi categorization yeh hai ke dunya ki taqseem hai.</w:t>
      </w:r>
      <w:r>
        <w:br/>
      </w:r>
      <w:r>
        <w:rPr>
          <w:sz w:val="20"/>
        </w:rPr>
        <w:t>20:48  kuch log potential hebs ke daire mein hain, kuch log actual hebs ke daire mein hain.</w:t>
      </w:r>
      <w:r>
        <w:br/>
      </w:r>
      <w:r>
        <w:rPr>
          <w:sz w:val="20"/>
        </w:rPr>
        <w:t>20:54  jaise doctor abdul kalam, jo president of india bane ya paida hue, to woh potential hebs the, baad woh</w:t>
      </w:r>
      <w:r>
        <w:br/>
      </w:r>
      <w:r>
        <w:rPr>
          <w:sz w:val="20"/>
        </w:rPr>
        <w:t>20:59  actual hebs bane.</w:t>
      </w:r>
      <w:r>
        <w:br/>
      </w:r>
      <w:r>
        <w:rPr>
          <w:sz w:val="20"/>
        </w:rPr>
        <w:t>21:05  allah taala ne kisi ko saath, kisi ko bhi, yaani aisa nahi kiya kisi ke saath ke woh</w:t>
      </w:r>
      <w:r>
        <w:br/>
      </w:r>
      <w:r>
        <w:rPr>
          <w:sz w:val="20"/>
        </w:rPr>
        <w:t>21:11  heav not ke khane mein hai.</w:t>
      </w:r>
      <w:r>
        <w:br/>
      </w:r>
      <w:r>
        <w:rPr>
          <w:sz w:val="20"/>
        </w:rPr>
        <w:t>21:17  hamesha ke liye, jaise koi bhed bakri hota to woh heav not ke khane mein.</w:t>
      </w:r>
      <w:r>
        <w:br/>
      </w:r>
      <w:r>
        <w:rPr>
          <w:sz w:val="20"/>
        </w:rPr>
        <w:t>21:22  aisa koi bhi nahi hai.</w:t>
      </w:r>
      <w:r>
        <w:br/>
      </w:r>
      <w:r>
        <w:rPr>
          <w:sz w:val="20"/>
        </w:rPr>
        <w:t>21:28  har aadmi potential le ke paida hota hai, be-panah potential.</w:t>
      </w:r>
      <w:r>
        <w:br/>
      </w:r>
      <w:r>
        <w:rPr>
          <w:sz w:val="20"/>
        </w:rPr>
        <w:t>21:34  jaise mujh ko mere bade bhai the, jab mein gaon mein rehta tha to mujh ko kehte the, "baza khoya!</w:t>
      </w:r>
      <w:r>
        <w:br/>
      </w:r>
      <w:r>
        <w:rPr>
          <w:sz w:val="20"/>
        </w:rPr>
        <w:t>21:40  " mujh ko "baza khoya!</w:t>
      </w:r>
    </w:p>
    <w:p>
      <w:pPr>
        <w:pStyle w:val="Heading2"/>
      </w:pPr>
      <w:r>
        <w:t>Mind-based spirituality is true</w:t>
      </w:r>
    </w:p>
    <w:p>
      <w:r>
        <w:rPr>
          <w:color w:val="666666"/>
          <w:sz w:val="18"/>
        </w:rPr>
        <w:t>Islam and Sufism, Islam and Spirituality (Group of Gothers) - Maulana Wahiduddin Khan · 37s · at 6:48 · https://youtu.be/yuxUUlOqZLM?t=408</w:t>
      </w:r>
    </w:p>
    <w:p>
      <w:r>
        <w:rPr>
          <w:i/>
        </w:rPr>
        <w:t>“So I believe that the true spirituality is mind-based spirituality”</w:t>
      </w:r>
    </w:p>
    <w:p>
      <w:r>
        <w:rPr>
          <w:sz w:val="20"/>
        </w:rPr>
        <w:t>6:48  Now it is discarded. Now we believe in heliocentric theory. So is the case of spirituality. You know, scientists that is show that heart is nothing but a center of spirit circulation of blood.</w:t>
      </w:r>
      <w:r>
        <w:br/>
      </w:r>
      <w:r>
        <w:rPr>
          <w:sz w:val="20"/>
        </w:rPr>
        <w:t>7:08  thats all. there is no thinking in heart. the center of thinking is our mind. so i believe that the true spirituality is mind based spirituality.</w:t>
      </w:r>
    </w:p>
    <w:p>
      <w:pPr>
        <w:pStyle w:val="Heading2"/>
      </w:pPr>
      <w:r>
        <w:t>True realization can't stay silent, it must be shared</w:t>
      </w:r>
    </w:p>
    <w:p>
      <w:r>
        <w:rPr>
          <w:color w:val="666666"/>
          <w:sz w:val="18"/>
        </w:rPr>
        <w:t>Divine Personality April 2, 2014 Maulana Wahiduddin Khan · 47s · at 11:20 · https://youtu.be/4F-V__KFzpA?t=680</w:t>
      </w:r>
    </w:p>
    <w:p>
      <w:r>
        <w:rPr>
          <w:i/>
        </w:rPr>
        <w:t>“Da'wah is also an expression of Ma'rifat.”</w:t>
      </w:r>
    </w:p>
    <w:p>
      <w:r>
        <w:rPr>
          <w:sz w:val="20"/>
        </w:rPr>
        <w:t>11:20  da'wah is also an expression of Ma'rifat.</w:t>
      </w:r>
      <w:r>
        <w:br/>
      </w:r>
      <w:r>
        <w:rPr>
          <w:sz w:val="20"/>
        </w:rPr>
        <w:t>11:25  When you discover God is Almighty</w:t>
      </w:r>
      <w:r>
        <w:br/>
      </w:r>
      <w:r>
        <w:rPr>
          <w:sz w:val="20"/>
        </w:rPr>
        <w:t>11:29  and you discover the importance of</w:t>
      </w:r>
      <w:r>
        <w:br/>
      </w:r>
      <w:r>
        <w:rPr>
          <w:sz w:val="20"/>
        </w:rPr>
        <w:t>11:33  Deen or Islam,</w:t>
      </w:r>
      <w:r>
        <w:br/>
      </w:r>
      <w:r>
        <w:rPr>
          <w:sz w:val="20"/>
        </w:rPr>
        <w:t>11:36  when you discover that the salvation of man depends upon</w:t>
      </w:r>
      <w:r>
        <w:br/>
      </w:r>
      <w:r>
        <w:rPr>
          <w:sz w:val="20"/>
        </w:rPr>
        <w:t>11:43  this divine guidance</w:t>
      </w:r>
      <w:r>
        <w:br/>
      </w:r>
      <w:r>
        <w:rPr>
          <w:sz w:val="20"/>
        </w:rPr>
        <w:t>11:46  then by nature you try to spread this message to all mankind.</w:t>
      </w:r>
      <w:r>
        <w:br/>
      </w:r>
      <w:r>
        <w:rPr>
          <w:sz w:val="20"/>
        </w:rPr>
        <w:t>11:56  It becomes impossible for you to be contented on your own.</w:t>
      </w:r>
    </w:p>
    <w:p>
      <w:pPr>
        <w:pStyle w:val="Heading2"/>
      </w:pPr>
      <w:r>
        <w:t>Tree as a giver member</w:t>
      </w:r>
    </w:p>
    <w:p>
      <w:r>
        <w:rPr>
          <w:color w:val="666666"/>
          <w:sz w:val="18"/>
        </w:rPr>
        <w:t>Momin is like a tree | April 11, 2007 · 31s · at 17:35 · https://youtu.be/buv324nJoBk?t=1055</w:t>
      </w:r>
    </w:p>
    <w:p>
      <w:r>
        <w:rPr>
          <w:i/>
        </w:rPr>
        <w:t>“Tree is a giver member of society, not a taker”</w:t>
      </w:r>
    </w:p>
    <w:p>
      <w:r>
        <w:rPr>
          <w:sz w:val="20"/>
        </w:rPr>
        <w:t>17:35  . Of universal society, and tree is member of that society. So tree is a giver member of the society, not a taker member. Tree gives people oxygen, tree gives people fruit and flowers. Tree gives to other, to others</w:t>
      </w:r>
    </w:p>
    <w:p>
      <w:pPr>
        <w:pStyle w:val="Heading2"/>
      </w:pPr>
      <w:r>
        <w:t>Natural method to activate mind</w:t>
      </w:r>
    </w:p>
    <w:p>
      <w:r>
        <w:rPr>
          <w:color w:val="666666"/>
          <w:sz w:val="18"/>
        </w:rPr>
        <w:t>Science and Spirituality | April 25, 2007 | Maulana Wahiduddin Kha · 30s · at 35:25 · https://youtu.be/cStp24Ri3ps?t=2125</w:t>
      </w:r>
    </w:p>
    <w:p>
      <w:r>
        <w:rPr>
          <w:i/>
        </w:rPr>
        <w:t>“It is a natural method to activate your mind”</w:t>
      </w:r>
    </w:p>
    <w:p>
      <w:r>
        <w:rPr>
          <w:sz w:val="20"/>
        </w:rPr>
        <w:t>35:25  all those particles, living particles.</w:t>
      </w:r>
      <w:r>
        <w:br/>
      </w:r>
      <w:r>
        <w:rPr>
          <w:sz w:val="20"/>
        </w:rPr>
        <w:t>35:33  So without brainstorming, your, your, your, your mind cannot, cannot be activated.</w:t>
      </w:r>
      <w:r>
        <w:br/>
      </w:r>
      <w:r>
        <w:rPr>
          <w:sz w:val="20"/>
        </w:rPr>
        <w:t>35:40  It lives in a dormant position.</w:t>
      </w:r>
      <w:r>
        <w:br/>
      </w:r>
      <w:r>
        <w:rPr>
          <w:sz w:val="20"/>
        </w:rPr>
        <w:t>35:48  So it is, it is the law of nature. It is</w:t>
      </w:r>
    </w:p>
    <w:p>
      <w:pPr>
        <w:pStyle w:val="Heading2"/>
      </w:pPr>
      <w:r>
        <w:t>Mind processes like computer</w:t>
      </w:r>
    </w:p>
    <w:p>
      <w:r>
        <w:rPr>
          <w:color w:val="666666"/>
          <w:sz w:val="18"/>
        </w:rPr>
        <w:t>Message on Eid Al-Adha October 27, 2012 · 32s · at 4:59 · https://youtu.be/eGzAlyVEafc?t=299</w:t>
      </w:r>
    </w:p>
    <w:p>
      <w:r>
        <w:rPr>
          <w:i/>
        </w:rPr>
        <w:t>“Yeh mind ajeeb o ghareeb cheez hai insaan ka”</w:t>
      </w:r>
    </w:p>
    <w:p>
      <w:r>
        <w:rPr>
          <w:sz w:val="20"/>
        </w:rPr>
        <w:t>4:59  yeh mind ajeeb o ghareeb cheez hai insaan ka.</w:t>
      </w:r>
      <w:r>
        <w:br/>
      </w:r>
      <w:r>
        <w:rPr>
          <w:sz w:val="20"/>
        </w:rPr>
        <w:t>5:02  is mein aap koi cheez feed karte hain, jaise computer ke tarike se, to is mein wo process karta rehta hai, process karta rehta hai. yahan tak ke waqt aata hai jab us ko process kar ke wo result de deta hai us ko.</w:t>
      </w:r>
      <w:r>
        <w:br/>
      </w:r>
      <w:r>
        <w:rPr>
          <w:sz w:val="20"/>
        </w:rPr>
        <w:t>5:20  to aise hi hua, aur aaj subah hi ko mujhe yeh baat clear hui ke kya matlab hai is ayat ka.</w:t>
      </w:r>
    </w:p>
    <w:p>
      <w:pPr>
        <w:pStyle w:val="Heading2"/>
      </w:pPr>
      <w:r>
        <w:t>Daily experiences as raw material for purification</w:t>
      </w:r>
    </w:p>
    <w:p>
      <w:r>
        <w:rPr>
          <w:color w:val="666666"/>
          <w:sz w:val="18"/>
        </w:rPr>
        <w:t>Tazkiya-e-Nafs Book by Maulana Wahiduddin Khan · 37s · at 1:04:54 · https://youtu.be/LbGPnJWmj1A?t=3894</w:t>
      </w:r>
    </w:p>
    <w:p>
      <w:r>
        <w:rPr>
          <w:i/>
        </w:rPr>
        <w:t>“Tazkiya ka moaddar tareeqa yeh hai ke aadmi bashaur bane”</w:t>
      </w:r>
    </w:p>
    <w:p>
      <w:r>
        <w:rPr>
          <w:sz w:val="20"/>
        </w:rPr>
        <w:t>1:04:54  tazkiya ka mu'assir tareeqa yeh hai ke aadmi apne aap ko itna zyada ba-sha'oor banaye ke us ke andar tawassum, Surah Number 15 Ayat 75 ki sifat paida ho jaye.</w:t>
      </w:r>
      <w:r>
        <w:br/>
      </w:r>
      <w:r>
        <w:rPr>
          <w:sz w:val="20"/>
        </w:rPr>
        <w:t>1:05:05  woh pesh aamda waqeaat ko tazkiya se wabasta yaani relate kar ke us se rabbani sabaq le sake.</w:t>
      </w:r>
      <w:r>
        <w:br/>
      </w:r>
      <w:r>
        <w:rPr>
          <w:sz w:val="20"/>
        </w:rPr>
        <w:t>1:05:12  tazkiya ka mawad rozmarra ke tajrubaat mein hota hai. rozmarra ke tajrubaat ko tazkiya ki nazar se dekhna seekh lijiye.</w:t>
      </w:r>
      <w:r>
        <w:br/>
      </w:r>
      <w:r>
        <w:rPr>
          <w:sz w:val="20"/>
        </w:rPr>
        <w:t>1:05:22  is ke baad har tajruba aur har mushahida aap ke liye tazkiya ka zariya ban jayega.</w:t>
      </w:r>
    </w:p>
    <w:p>
      <w:pPr>
        <w:pStyle w:val="Heading2"/>
      </w:pPr>
      <w:r>
        <w:t>Salat as a living practice</w:t>
      </w:r>
    </w:p>
    <w:p>
      <w:r>
        <w:rPr>
          <w:color w:val="666666"/>
          <w:sz w:val="18"/>
        </w:rPr>
        <w:t>Islamic Prayer (Part 2) (English) | February 27, 2007 | Maulana Wahiduddin Khan · 33s · at 3:15 · https://youtu.be/xoh_XiWwRlI?t=195</w:t>
      </w:r>
    </w:p>
    <w:p>
      <w:r>
        <w:rPr>
          <w:i/>
        </w:rPr>
        <w:t>“But Salat is not simply a set of rituals.”</w:t>
      </w:r>
    </w:p>
    <w:p>
      <w:r>
        <w:rPr>
          <w:sz w:val="20"/>
        </w:rPr>
        <w:t>3:15  But Salat is not simply a set of rituals. No. Namaaz is a living practice. Namaaz is an intellectual worship with complete consciousness</w:t>
      </w:r>
    </w:p>
    <w:p>
      <w:pPr>
        <w:pStyle w:val="Heading2"/>
      </w:pPr>
      <w:r>
        <w:t>Modesty is the sign of spirituality</w:t>
      </w:r>
    </w:p>
    <w:p>
      <w:r>
        <w:rPr>
          <w:color w:val="666666"/>
          <w:sz w:val="18"/>
        </w:rPr>
        <w:t>Spirituality in Daily Life 13 Aug 2016 - Maulana Wahiduddin Khan · 49s · at 21:17 · https://youtu.be/SB0AF0Q9aTE?t=1277</w:t>
      </w:r>
    </w:p>
    <w:p>
      <w:r>
        <w:rPr>
          <w:i/>
        </w:rPr>
        <w:t>“Modesty hi pehchaan hai spirituality ki.”</w:t>
      </w:r>
    </w:p>
    <w:p>
      <w:r>
        <w:rPr>
          <w:sz w:val="20"/>
        </w:rPr>
        <w:t>21:17  to main kahunga ke modesty. Modest ko kehte hain tawazu. Tawazu ya modesty pehchan hai spirituality ki.</w:t>
      </w:r>
      <w:r>
        <w:br/>
      </w:r>
      <w:r>
        <w:rPr>
          <w:sz w:val="20"/>
        </w:rPr>
        <w:t>21:30  jiske andar aap sachi modesty ho, to zaroor uske andar spirituality hogi. Spirituality aur modesty dono hum ek doosre se juray hue hotay hain. woh ek doosre se alag nahi hotay.</w:t>
      </w:r>
      <w:r>
        <w:br/>
      </w:r>
      <w:r>
        <w:rPr>
          <w:sz w:val="20"/>
        </w:rPr>
        <w:t>21:50  to aadmi agar ko judge karna hai ke uske andar spirituality aayi ya nahi aayi, to yeh dekhen ke uske andar modesty aayi ya nahi aayi. woh mind controlled bana ya nahi bana.</w:t>
      </w:r>
    </w:p>
    <w:p>
      <w:pPr>
        <w:pStyle w:val="Heading2"/>
      </w:pPr>
      <w:r>
        <w:t>Peace and spirituality in Islam</w:t>
      </w:r>
    </w:p>
    <w:p>
      <w:r>
        <w:rPr>
          <w:color w:val="666666"/>
          <w:sz w:val="18"/>
        </w:rPr>
        <w:t>Islam and Sufism, Islam and Spirituality (Group of Gothers) - Maulana Wahiduddin Khan · 24s · at 48:11 · https://youtu.be/yuxUUlOqZLM?t=2891</w:t>
      </w:r>
    </w:p>
    <w:p>
      <w:r>
        <w:rPr>
          <w:i/>
        </w:rPr>
        <w:t>“The just of Islam is spirituality. Peace is the sumum bonum”</w:t>
      </w:r>
    </w:p>
    <w:p>
      <w:r>
        <w:rPr>
          <w:sz w:val="20"/>
        </w:rPr>
        <w:t>48:11  i can see with conviction that the gist of islam is spirituality. in islam, peace is the summum bonum.</w:t>
      </w:r>
      <w:r>
        <w:br/>
      </w:r>
      <w:r>
        <w:rPr>
          <w:sz w:val="20"/>
        </w:rPr>
        <w:t>48:24  so there are two most important aspects of islam: peace and spirituality. peace and spirituality.</w:t>
      </w:r>
    </w:p>
    <w:p>
      <w:pPr>
        <w:pStyle w:val="Heading2"/>
      </w:pPr>
      <w:r>
        <w:t>Love culture exists in neither Christianity nor Islam</w:t>
      </w:r>
    </w:p>
    <w:p>
      <w:r>
        <w:rPr>
          <w:color w:val="666666"/>
          <w:sz w:val="18"/>
        </w:rPr>
        <w:t>Material Science and Spiritual Science 20 May 2012 · 25s · at 14:25 · https://youtu.be/4K6CxjThlxQ?t=865</w:t>
      </w:r>
    </w:p>
    <w:p>
      <w:r>
        <w:rPr>
          <w:i/>
        </w:rPr>
        <w:t>“Lo culture na Christian mein hai na Muslims mein”</w:t>
      </w:r>
    </w:p>
    <w:p>
      <w:r>
        <w:rPr>
          <w:sz w:val="20"/>
        </w:rPr>
        <w:t>14:25  low culture na to christian mein hai na musalmanon mein hai. low culture na christian mein hai na musalmanon mein hai.</w:t>
      </w:r>
      <w:r>
        <w:br/>
      </w:r>
      <w:r>
        <w:rPr>
          <w:sz w:val="20"/>
        </w:rPr>
        <w:t>14:35  aap dekhen pehli jang-e-azeem jo thi woh sab christian ne lari thi aapas mein. doosri jang-e-azeem jo thi woh bhi christian ne lari thi aapas mein.</w:t>
      </w:r>
      <w:r>
        <w:br/>
      </w:r>
      <w:r>
        <w:rPr>
          <w:sz w:val="20"/>
        </w:rPr>
        <w:t>14:47  ab bohat nuqsan hua.</w:t>
      </w:r>
    </w:p>
    <w:p>
      <w:pPr>
        <w:pStyle w:val="Heading2"/>
      </w:pPr>
      <w:r>
        <w:t>Low profile not popular with Muslims</w:t>
      </w:r>
    </w:p>
    <w:p>
      <w:r>
        <w:rPr>
          <w:color w:val="666666"/>
          <w:sz w:val="18"/>
        </w:rPr>
        <w:t>The Case of Present Muslim Generation September 28, 2008 · 24s · at 44:17 · https://youtu.be/yjSy2b7JPTw?t=2657</w:t>
      </w:r>
    </w:p>
    <w:p>
      <w:r>
        <w:rPr>
          <w:i/>
        </w:rPr>
        <w:t>“Aap ko kabhi bhi popularity nahi milegi”</w:t>
      </w:r>
    </w:p>
    <w:p>
      <w:r>
        <w:rPr>
          <w:sz w:val="20"/>
        </w:rPr>
        <w:t>44:17  jo aap mission aap chala rahe hain musalmanon mein. bohat pehle ki baat hai. mein ne kaha kyun? unhon ne kaha ke aap low profile mein baat karte hain.</w:t>
      </w:r>
      <w:r>
        <w:br/>
      </w:r>
      <w:r>
        <w:rPr>
          <w:sz w:val="20"/>
        </w:rPr>
        <w:t>44:31  aur aaj ka musalman high profile ko pasand karta hai. kaun sune ga aap ki baat?</w:t>
      </w:r>
    </w:p>
    <w:p>
      <w:pPr>
        <w:pStyle w:val="Heading2"/>
      </w:pPr>
      <w:r>
        <w:t>God wants your personal involvement</w:t>
      </w:r>
    </w:p>
    <w:p>
      <w:r>
        <w:rPr>
          <w:color w:val="666666"/>
          <w:sz w:val="18"/>
        </w:rPr>
        <w:t>Fasting A Source of Spiritual Empowerment 21 Aug, 2011 - Maulana Wahiduddin Khan · 31s · at 29:02 · https://youtu.be/b19V3pD-tbQ?t=1742</w:t>
      </w:r>
    </w:p>
    <w:p>
      <w:r>
        <w:rPr>
          <w:i/>
        </w:rPr>
        <w:t>“Khuda dekhna chahta hai aap ka involvement.”</w:t>
      </w:r>
    </w:p>
    <w:p>
      <w:r>
        <w:rPr>
          <w:sz w:val="20"/>
        </w:rPr>
        <w:t>29:02  khuda dekhna chahta hai aap ka Involvement.</w:t>
      </w:r>
      <w:r>
        <w:br/>
      </w:r>
      <w:r>
        <w:rPr>
          <w:sz w:val="20"/>
        </w:rPr>
        <w:t>29:09  aap farz kijiye ke roza nahin rakhte rakh sakte. to kahein ke khudaaya main das din ko roza rakhta hoon. yahi to qubool kar le meri taraf se.</w:t>
      </w:r>
      <w:r>
        <w:br/>
      </w:r>
      <w:r>
        <w:rPr>
          <w:sz w:val="20"/>
        </w:rPr>
        <w:t>29:19  ya aap is qabil bhi nahin hain. to subah shaam baith kar quran padhein. kahein ke khudaaya mere bas mein roza rakhna nahin hai.</w:t>
      </w:r>
    </w:p>
    <w:p>
      <w:pPr>
        <w:pStyle w:val="Heading2"/>
      </w:pPr>
      <w:r>
        <w:t>Unpurified man compared to dry wood</w:t>
      </w:r>
    </w:p>
    <w:p>
      <w:r>
        <w:rPr>
          <w:color w:val="666666"/>
          <w:sz w:val="18"/>
        </w:rPr>
        <w:t>Tazkiya-e-Nafs Book by Maulana Wahiduddin Khan · 25s · at 1:15:03 · https://youtu.be/LbGPnJWmj1A?t=4503</w:t>
      </w:r>
    </w:p>
    <w:p>
      <w:r>
        <w:rPr>
          <w:i/>
        </w:rPr>
        <w:t>“Tazkiye ke baghair aadmi sookhi lakri ke manind hai”</w:t>
      </w:r>
    </w:p>
    <w:p>
      <w:r>
        <w:rPr>
          <w:sz w:val="20"/>
        </w:rPr>
        <w:t>1:15:03  tazkiye ke zariye aadmi is qabil ho jata hai ke woh Khuda ke paros mein jeene lage. tazkiye ke baghair aadmi sokhi lakdi ke manind hai.</w:t>
      </w:r>
      <w:r>
        <w:br/>
      </w:r>
      <w:r>
        <w:rPr>
          <w:sz w:val="20"/>
        </w:rPr>
        <w:t>1:15:12  tazkiye ke baad aadmi ek shadab darakht ban jata</w:t>
      </w:r>
      <w:r>
        <w:br/>
      </w:r>
      <w:r>
        <w:rPr>
          <w:sz w:val="20"/>
        </w:rPr>
        <w:t>1:15:16  hai. tazkiya kisi purasrar cheez ka naam nahi. woh wahi cheez hai jis ko doosre alfaaz mein imani shaoor ki bedari kaha ja sakta hai.</w:t>
      </w:r>
    </w:p>
    <w:p>
      <w:pPr>
        <w:pStyle w:val="Heading2"/>
      </w:pPr>
      <w:r>
        <w:t>Ego blocks conscience from guiding purification</w:t>
      </w:r>
    </w:p>
    <w:p>
      <w:r>
        <w:rPr>
          <w:color w:val="666666"/>
          <w:sz w:val="18"/>
        </w:rPr>
        <w:t>Tazkiya-e-Nafs Book by Maulana Wahiduddin Khan · 46s · at 59:12 · https://youtu.be/LbGPnJWmj1A?t=3552</w:t>
      </w:r>
    </w:p>
    <w:p>
      <w:r>
        <w:rPr>
          <w:i/>
        </w:rPr>
        <w:t>“Tajurba batata hai ke zameer rehbar-e-tazkiya ka kaam nahi karta”</w:t>
      </w:r>
    </w:p>
    <w:p>
      <w:r>
        <w:rPr>
          <w:sz w:val="20"/>
        </w:rPr>
        <w:t>59:12  lekin tajruba batata hai ke beshtar logon ka anjam yeh hota hai ke zameer un ke liye rehbar tazkiye ka kaam nahi karta. is ka sabab kya hai?</w:t>
      </w:r>
      <w:r>
        <w:br/>
      </w:r>
      <w:r>
        <w:rPr>
          <w:sz w:val="20"/>
        </w:rPr>
        <w:t>59:23  is ka sabab yeh hai ke har aadmi ke andar zameer ke sath aik aur bar aks faculty maujood hai. yeh ego hai. aadmi aksar nafs aur shaitan ke zer asar aa jata hai.</w:t>
      </w:r>
      <w:r>
        <w:br/>
      </w:r>
      <w:r>
        <w:rPr>
          <w:sz w:val="20"/>
        </w:rPr>
        <w:t>59:35  woh zameer ko apna kaam karne nahi deta.</w:t>
      </w:r>
      <w:r>
        <w:br/>
      </w:r>
      <w:r>
        <w:rPr>
          <w:sz w:val="20"/>
        </w:rPr>
        <w:t>59:38  zameer ki khamosh awaz har mauqe par ubharti hai lekin ego is awaz ko daba kar is ko be-asar bana deta hai.</w:t>
      </w:r>
      <w:r>
        <w:br/>
      </w:r>
      <w:r>
        <w:rPr>
          <w:sz w:val="20"/>
        </w:rPr>
        <w:t>59:47  talib tazkiya ke liye zaroori hai ke woh is haqeeqat se ba-khabar ho. woh apni quwwat-e-fikr ko bedar kare. woh har mauqe par apne ego ko zero karta rahe.</w:t>
      </w:r>
    </w:p>
    <w:p>
      <w:pPr>
        <w:pStyle w:val="Heading2"/>
      </w:pPr>
      <w:r>
        <w:t>No political rule in five pillars</w:t>
      </w:r>
    </w:p>
    <w:p>
      <w:r>
        <w:rPr>
          <w:color w:val="666666"/>
          <w:sz w:val="18"/>
        </w:rPr>
        <w:t>Five Pillars of Islam | July 30, 2007 · 30s · at 27:21 · https://youtu.be/f31xU7hWLWI?t=1641</w:t>
      </w:r>
    </w:p>
    <w:p>
      <w:r>
        <w:rPr>
          <w:i/>
        </w:rPr>
        <w:t>“So it is very important that the Prophet of Islam said”</w:t>
      </w:r>
    </w:p>
    <w:p>
      <w:r>
        <w:rPr>
          <w:sz w:val="20"/>
        </w:rPr>
        <w:t>27:21  —very important that the Prophet of Islam said that there are five pillars of Islam. But there is no mention of political rule. Because political rule is a changeable phenomenon. Sometime a group is—sometime it is in the hand of A group, sometime</w:t>
      </w:r>
    </w:p>
    <w:p>
      <w:pPr>
        <w:pStyle w:val="Heading2"/>
      </w:pPr>
      <w:r>
        <w:t>Remembrance is contemplation not repetition</w:t>
      </w:r>
    </w:p>
    <w:p>
      <w:r>
        <w:rPr>
          <w:color w:val="666666"/>
          <w:sz w:val="18"/>
        </w:rPr>
        <w:t>Companions of The Prophet (3) 18 July, 2021 - Prof. Farida Khanam and Dr. Saniyasnain Khan · 19s · at 0:55 · https://youtu.be/Kntz4s5FhlU?t=55</w:t>
      </w:r>
    </w:p>
    <w:p>
      <w:r>
        <w:rPr>
          <w:i/>
        </w:rPr>
        <w:t>“Remembrance does not mean verbal reputation of God's name.”</w:t>
      </w:r>
    </w:p>
    <w:p>
      <w:r>
        <w:rPr>
          <w:sz w:val="20"/>
        </w:rPr>
        <w:t>0:55  before i request doctor sani asan sahib to release this book, i would like to say that remembrance does not mean verbal repetition of gods name. remembrance means contemplation on gods creation and to achieve higher level of god realization.</w:t>
      </w:r>
    </w:p>
    <w:p>
      <w:pPr>
        <w:pStyle w:val="Heading2"/>
      </w:pPr>
      <w:r>
        <w:t>Morality not linked to religiosity</w:t>
      </w:r>
    </w:p>
    <w:p>
      <w:r>
        <w:rPr>
          <w:color w:val="666666"/>
          <w:sz w:val="18"/>
        </w:rPr>
        <w:t>Spiritual Light Nov 26, 2006 Maulana Wahiduddin Khan · 46s · at 3:26 · https://youtu.be/IhfHxIakZOw?t=206</w:t>
      </w:r>
    </w:p>
    <w:p>
      <w:r>
        <w:rPr>
          <w:i/>
        </w:rPr>
        <w:t>“Morality is not necessarily linked to religiosity”</w:t>
      </w:r>
    </w:p>
    <w:p>
      <w:r>
        <w:rPr>
          <w:sz w:val="20"/>
        </w:rPr>
        <w:t>3:26  Is question ka jo jawab diya, majority woh yeh thi ke "Morality is not necessarily linked to religiosity".</w:t>
      </w:r>
      <w:r>
        <w:br/>
      </w:r>
      <w:r>
        <w:rPr>
          <w:sz w:val="20"/>
        </w:rPr>
        <w:t>3:43  Morality is not necessarily linked to religiosity ke akhlaq, akhlaq mazhabiyat se juda hua nahi hai.</w:t>
      </w:r>
      <w:r>
        <w:br/>
      </w:r>
      <w:r>
        <w:rPr>
          <w:sz w:val="20"/>
        </w:rPr>
        <w:t>4:01  Akhlaq lazmi taur par mazhab se juda hua nahi hai.</w:t>
      </w:r>
    </w:p>
    <w:p>
      <w:pPr>
        <w:pStyle w:val="Heading2"/>
      </w:pPr>
      <w:r>
        <w:t>Salat as key to paradise with spirit</w:t>
      </w:r>
    </w:p>
    <w:p>
      <w:r>
        <w:rPr>
          <w:color w:val="666666"/>
          <w:sz w:val="18"/>
        </w:rPr>
        <w:t>Islamic Prayer (Part 2) (English) | February 27, 2007 | Maulana Wahiduddin Khan · 1m 00s · at 25:55 · https://youtu.be/xoh_XiWwRlI?t=1555</w:t>
      </w:r>
    </w:p>
    <w:p>
      <w:r>
        <w:rPr>
          <w:i/>
        </w:rPr>
        <w:t>“It is true that Salat is a key to find paradise.”</w:t>
      </w:r>
    </w:p>
    <w:p>
      <w:r>
        <w:rPr>
          <w:sz w:val="20"/>
        </w:rPr>
        <w:t>25:55  Salat is a key to find paradise. But here, Salat doesn't mean that, doesn't mean in the sense of rituals or form. No. This Salat, the Salat that is, the Salat that is key</w:t>
      </w:r>
      <w:r>
        <w:br/>
      </w:r>
      <w:r>
        <w:rPr>
          <w:sz w:val="20"/>
        </w:rPr>
        <w:t>26:25  to find God is that Salat which is a combination of form as well as the inner spirit. There are numero</w:t>
      </w:r>
    </w:p>
    <w:p>
      <w:pPr>
        <w:pStyle w:val="Heading2"/>
      </w:pPr>
      <w:r>
        <w:t>Mind-based spirituality versus heart-based</w:t>
      </w:r>
    </w:p>
    <w:p>
      <w:r>
        <w:rPr>
          <w:color w:val="666666"/>
          <w:sz w:val="18"/>
        </w:rPr>
        <w:t>Science And Spirituality-25th April 07 · 44s · at 20:43 · https://youtu.be/v5j9QVMgQq0?t=1243</w:t>
      </w:r>
    </w:p>
    <w:p>
      <w:r>
        <w:rPr>
          <w:i/>
        </w:rPr>
        <w:t>“Develop a new spirituality that is mind-based.”</w:t>
      </w:r>
    </w:p>
    <w:p>
      <w:r>
        <w:rPr>
          <w:sz w:val="20"/>
        </w:rPr>
        <w:t>20:43  It is to develop a new spirituality that is, according to my word, mind-based spirituality rather than heart-based spirituality.</w:t>
      </w:r>
      <w:r>
        <w:br/>
      </w:r>
      <w:r>
        <w:rPr>
          <w:sz w:val="20"/>
        </w:rPr>
        <w:t>20:54  Previously, people have adopted—previous people have adopted heart-based spirituality.</w:t>
      </w:r>
      <w:r>
        <w:br/>
      </w:r>
      <w:r>
        <w:rPr>
          <w:sz w:val="20"/>
        </w:rPr>
        <w:t>21:05  Now, science has disproved this notion.</w:t>
      </w:r>
      <w:r>
        <w:br/>
      </w:r>
      <w:r>
        <w:rPr>
          <w:sz w:val="20"/>
        </w:rPr>
        <w:t>21:16  So this is the corrective role of science.</w:t>
      </w:r>
      <w:r>
        <w:br/>
      </w:r>
      <w:r>
        <w:rPr>
          <w:sz w:val="20"/>
        </w:rPr>
        <w:t>21:27  According to modern science, according to modern discoveries, we have to adopt a new kind of spirituality that is mind-based spirituality. This is the relationship of science.</w:t>
      </w:r>
    </w:p>
    <w:p>
      <w:pPr>
        <w:pStyle w:val="Heading2"/>
      </w:pPr>
      <w:r>
        <w:t>Intellectual vs ecstatic spirituality</w:t>
      </w:r>
    </w:p>
    <w:p>
      <w:r>
        <w:rPr>
          <w:color w:val="666666"/>
          <w:sz w:val="18"/>
        </w:rPr>
        <w:t>God and Man (In Conversation with Maulana) 01 04 07 · 29s · at 13:03 · https://youtu.be/2HlIEnmDdPo?t=783</w:t>
      </w:r>
    </w:p>
    <w:p>
      <w:r>
        <w:rPr>
          <w:i/>
        </w:rPr>
        <w:t>“Ek spirituality ka yeh hai”</w:t>
      </w:r>
    </w:p>
    <w:p>
      <w:r>
        <w:rPr>
          <w:sz w:val="20"/>
        </w:rPr>
        <w:t>13:03  aik spirituality ka yeh hai. yeh Islamic spirituality nahi hai. na Rasool Allah ki spirituality yeh thi. Rasool Allah ki jo spirituality thi, that is based on mind.</w:t>
      </w:r>
      <w:r>
        <w:br/>
      </w:r>
      <w:r>
        <w:rPr>
          <w:sz w:val="20"/>
        </w:rPr>
        <w:t>13:18  Intellectual spirituality thi woh. Intellectual spirituality. to is ka jo aik hi, main jahan tak maine samjha hai, is ka aik hi formula tha.</w:t>
      </w:r>
    </w:p>
    <w:p>
      <w:pPr>
        <w:pStyle w:val="Heading2"/>
      </w:pPr>
      <w:r>
        <w:t>Contentment vs more and more culture</w:t>
      </w:r>
    </w:p>
    <w:p>
      <w:r>
        <w:rPr>
          <w:color w:val="666666"/>
          <w:sz w:val="18"/>
        </w:rPr>
        <w:t>Message on Eid Al-Adha October 27, 2012 · 31s · at 26:07 · https://youtu.be/eGzAlyVEafc?t=1567</w:t>
      </w:r>
    </w:p>
    <w:p>
      <w:r>
        <w:rPr>
          <w:i/>
        </w:rPr>
        <w:t>“Woh ek hai, dekhiye, content culture, ek hai more and more culture”</w:t>
      </w:r>
    </w:p>
    <w:p>
      <w:r>
        <w:rPr>
          <w:sz w:val="20"/>
        </w:rPr>
        <w:t>26:07  woh ek hai, dekhiye, content culture, ek hai more and more culture.</w:t>
      </w:r>
      <w:r>
        <w:br/>
      </w:r>
      <w:r>
        <w:rPr>
          <w:sz w:val="20"/>
        </w:rPr>
        <w:t>26:13  do culture hain contentment ka aur more and more ka. to jo Allah ki scheme of things hai, woh yeh hai ke aap apne andar contentment paida karein, qanaat paida karein.</w:t>
      </w:r>
      <w:r>
        <w:br/>
      </w:r>
      <w:r>
        <w:rPr>
          <w:sz w:val="20"/>
        </w:rPr>
        <w:t>26:26  Allah ne jo, jo aap ko diya hai, is, is par raazi ho jayein. aap is, woh razamandi jo hai, yahi jannat ki qeemat hai.</w:t>
      </w:r>
    </w:p>
    <w:p>
      <w:pPr>
        <w:pStyle w:val="Heading2"/>
      </w:pPr>
      <w:r>
        <w:t>Prophet addressed all people as an-Nas</w:t>
      </w:r>
    </w:p>
    <w:p>
      <w:r>
        <w:rPr>
          <w:color w:val="666666"/>
          <w:sz w:val="18"/>
        </w:rPr>
        <w:t>Interaction with German Delegation January 4, 2020 · 43s · at 2:11 · https://youtu.be/eWcszNLZK1U?t=131</w:t>
      </w:r>
    </w:p>
    <w:p>
      <w:r>
        <w:rPr>
          <w:i/>
        </w:rPr>
        <w:t>“When the Prophet started his mission, he addressed people as an-Nas”</w:t>
      </w:r>
    </w:p>
    <w:p>
      <w:r>
        <w:rPr>
          <w:sz w:val="20"/>
        </w:rPr>
        <w:t>2:11  when the prophet started his mission, he addressed people as an-nas, which means "o people." He did not say, "o non-muslims," "o kafir," "o deniers," "o disbelievers." And one more point i want to say about war is that war can happen war, a prophet was forced to do war, the prophet of islam, because he came in a tribal age.</w:t>
      </w:r>
      <w:r>
        <w:br/>
      </w:r>
      <w:r>
        <w:rPr>
          <w:sz w:val="20"/>
        </w:rPr>
        <w:t>2:34  tribal age is a culture of war, culture of yielding swords. But we are not in a tribal age anymore. There is peace all around</w:t>
      </w:r>
      <w:r>
        <w:br/>
      </w:r>
      <w:r>
        <w:rPr>
          <w:sz w:val="20"/>
        </w:rPr>
        <w:t>2:43  . And therefore, the commandment for war should be considered suspended in this age. This is a very important principle which everybody needs to understand, most importantly muslims.</w:t>
      </w:r>
    </w:p>
    <w:p>
      <w:pPr>
        <w:pStyle w:val="Heading2"/>
      </w:pPr>
      <w:r>
        <w:t>Ignorance of law is no excuse</w:t>
      </w:r>
    </w:p>
    <w:p>
      <w:r>
        <w:rPr>
          <w:color w:val="666666"/>
          <w:sz w:val="18"/>
        </w:rPr>
        <w:t>Personality Building May 28, 2013 Maulana Wahiduddin Khan · 1m 01s · at 12:58 · https://youtu.be/8vNUoqGILmw?t=778</w:t>
      </w:r>
    </w:p>
    <w:p>
      <w:r>
        <w:rPr>
          <w:i/>
        </w:rPr>
        <w:t>“Ignorance of law has no excuse”</w:t>
      </w:r>
    </w:p>
    <w:p>
      <w:r>
        <w:rPr>
          <w:sz w:val="20"/>
        </w:rPr>
        <w:t>12:58  bohat pasand hai. woh yeh hai ke "ignorance of law has no excuse." "ignorance of law has no excuse." is ka matlab kya hai?</w:t>
      </w:r>
      <w:r>
        <w:br/>
      </w:r>
      <w:r>
        <w:rPr>
          <w:sz w:val="20"/>
        </w:rPr>
        <w:t>13:10  dekhein, yeh koi simple baat nahi hai. is ka matlab yeh hai ke aadmi ko</w:t>
      </w:r>
      <w:r>
        <w:br/>
      </w:r>
      <w:r>
        <w:rPr>
          <w:sz w:val="20"/>
        </w:rPr>
        <w:t>13:18  intellectually apne ko itna awaken karna chahiye, awaken</w:t>
      </w:r>
      <w:r>
        <w:br/>
      </w:r>
      <w:r>
        <w:rPr>
          <w:sz w:val="20"/>
        </w:rPr>
        <w:t>13:24  ke woh jaan sake law kya hai.</w:t>
      </w:r>
      <w:r>
        <w:br/>
      </w:r>
      <w:r>
        <w:rPr>
          <w:sz w:val="20"/>
        </w:rPr>
        <w:t>13:31  woh excuse ko istemaal na kare. main kaha karta hoon ke "if you are good excuse, don't use it." to "ignorance of law" jo excuse ka matlab yeh hai ke insaan ko apna aap ko itna develop karna chahiye, itna samajhdaar banna chahiye,</w:t>
      </w:r>
      <w:r>
        <w:br/>
      </w:r>
      <w:r>
        <w:rPr>
          <w:sz w:val="20"/>
        </w:rPr>
        <w:t>13:49  itna jaankaar banna chahiye, cheezon se itna ziyada aware hona chahiye ke us ki nobati na aaye ke woh law se bekhabar ho jaye.</w:t>
      </w:r>
    </w:p>
    <w:p>
      <w:pPr>
        <w:pStyle w:val="Heading2"/>
      </w:pPr>
      <w:r>
        <w:t>Cow teaches to convert negativity</w:t>
      </w:r>
    </w:p>
    <w:p>
      <w:r>
        <w:rPr>
          <w:color w:val="666666"/>
          <w:sz w:val="18"/>
        </w:rPr>
        <w:t>Personality Building May 28, 2013 Maulana Wahiduddin Khan · 1m 04s · at 51:07 · https://youtu.be/8vNUoqGILmw?t=3067</w:t>
      </w:r>
    </w:p>
    <w:p>
      <w:r>
        <w:rPr>
          <w:i/>
        </w:rPr>
        <w:t>“Rab ki hamd o sana kar bhai”</w:t>
      </w:r>
    </w:p>
    <w:p>
      <w:r>
        <w:rPr>
          <w:sz w:val="20"/>
        </w:rPr>
        <w:t>51:07  Rab ki hamd o sana kar bhai jis ne aisi gaaye banai. kha kar tankay aur thathere doodh deti shaam sawere".</w:t>
      </w:r>
      <w:r>
        <w:br/>
      </w:r>
      <w:r>
        <w:rPr>
          <w:sz w:val="20"/>
        </w:rPr>
        <w:t>51:18  to khair, is mein ek line thi, woh meri poori zindagi mein shamil ho gayi. woh line yeh thi: "kal jo ghaas cheri thi ban mein, doodh bani woh gaaye ke than mein".</w:t>
      </w:r>
      <w:r>
        <w:br/>
      </w:r>
      <w:r>
        <w:rPr>
          <w:sz w:val="20"/>
        </w:rPr>
        <w:t>51:34  is ka matlab kya hai? gaaye ko aap ne diya ghaas, us ne kal lotaya doodh. it means that cow is an industry that is able to convert non milk to milk.</w:t>
      </w:r>
      <w:r>
        <w:br/>
      </w:r>
      <w:r>
        <w:rPr>
          <w:sz w:val="20"/>
        </w:rPr>
        <w:t>51:50  is se mein ne us waqt liya ke mujhe negative negative thaat ko positive thaat mein badalna hai. anger ko forgiveness mein badalna hai.</w:t>
      </w:r>
      <w:r>
        <w:br/>
      </w:r>
      <w:r>
        <w:rPr>
          <w:sz w:val="20"/>
        </w:rPr>
        <w:t>52:02  koi mujhe na de to mujhe us ko dena hai. is wajah se mein yeh keh sakta hoon ke mujhe ek second ke bhi koi negative thaat mere andar nahin aata.</w:t>
      </w:r>
      <w:r>
        <w:br/>
      </w:r>
      <w:r>
        <w:rPr>
          <w:sz w:val="20"/>
        </w:rPr>
        <w:t>52:12  kisi ke khilaaf hate nahin, koi mere andar negative thaat nahin. tension se hundred percent free rahoon. rozana mein sound sleep leta hoon.</w:t>
      </w:r>
    </w:p>
    <w:p>
      <w:pPr>
        <w:pStyle w:val="Heading2"/>
      </w:pPr>
      <w:r>
        <w:t>defining spirituality as living in higher reality</w:t>
      </w:r>
    </w:p>
    <w:p>
      <w:r>
        <w:rPr>
          <w:color w:val="666666"/>
          <w:sz w:val="18"/>
        </w:rPr>
        <w:t>Interview Session with Maulana Wahiduddin Khan January 30, 2008 · 40s · at 30:27 · https://youtu.be/o8Gpe9YMuZc?t=1827</w:t>
      </w:r>
    </w:p>
    <w:p>
      <w:r>
        <w:rPr>
          <w:i/>
        </w:rPr>
        <w:t>“Spirituality means living in higher reality.”</w:t>
      </w:r>
    </w:p>
    <w:p>
      <w:r>
        <w:rPr>
          <w:sz w:val="20"/>
        </w:rPr>
        <w:t>30:27  spirituality means living in higher reality.</w:t>
      </w:r>
      <w:r>
        <w:br/>
      </w:r>
      <w:r>
        <w:rPr>
          <w:sz w:val="20"/>
        </w:rPr>
        <w:t>30:34  higher reality. those people who are deprived of spirituality, they are living in, in, in, in lower level of the world.</w:t>
      </w:r>
      <w:r>
        <w:br/>
      </w:r>
      <w:r>
        <w:rPr>
          <w:sz w:val="20"/>
        </w:rPr>
        <w:t>30:48  in material things, in comfort, in luxury, in money, in shopping and, and,</w:t>
      </w:r>
      <w:r>
        <w:br/>
      </w:r>
      <w:r>
        <w:rPr>
          <w:sz w:val="20"/>
        </w:rPr>
        <w:t>31:02  and outing. these are lower level of living.</w:t>
      </w:r>
    </w:p>
    <w:p>
      <w:pPr>
        <w:pStyle w:val="Heading2"/>
      </w:pPr>
      <w:r>
        <w:t>true well-wishing starts at home, then everyone</w:t>
      </w:r>
    </w:p>
    <w:p>
      <w:r>
        <w:rPr>
          <w:color w:val="666666"/>
          <w:sz w:val="18"/>
        </w:rPr>
        <w:t>Discovery of Paradise March 22, 2015 · 1m 00s · at 1:02:53 · https://youtu.be/2axrfd7sZkE?t=3773</w:t>
      </w:r>
    </w:p>
    <w:p>
      <w:r>
        <w:rPr>
          <w:i/>
        </w:rPr>
        <w:t>“Har aadmi apne maa-baap ka khair-khwah hota hai”</w:t>
      </w:r>
    </w:p>
    <w:p>
      <w:r>
        <w:rPr>
          <w:sz w:val="20"/>
        </w:rPr>
        <w:t>1:02:53  mein samajhta hoon ke khair khwahi ki training insan ko apne ghar se hoti hai. har aadmi apne baap ka khair khwah hota hai, apne maa ka khair khwah hota hai, apni aulad ka khair khwah hota hai.</w:t>
      </w:r>
      <w:r>
        <w:br/>
      </w:r>
      <w:r>
        <w:rPr>
          <w:sz w:val="20"/>
        </w:rPr>
        <w:t>1:03:06  to kya wajah hai ke woh ghar mein to khair khwah ho raha hai aur bahar jo hai, woh bata ban jaye? yeh yeh contradiction ko khatam karna.</w:t>
      </w:r>
      <w:r>
        <w:br/>
      </w:r>
      <w:r>
        <w:rPr>
          <w:sz w:val="20"/>
        </w:rPr>
        <w:t>1:03:16  mere shayad bane ke bane ke tum contradiction mein kyun jeete ho?</w:t>
      </w:r>
      <w:r>
        <w:br/>
      </w:r>
      <w:r>
        <w:rPr>
          <w:sz w:val="20"/>
        </w:rPr>
        <w:t>1:03:21  koi aadmi duniya mein aisa nahi milega aap ko jo kahe ke mein apne baap ka khair khwah nahi hoon, maa ka khair khwah nahi hoon, apni aulad ka khair khwah nahi hoon.</w:t>
      </w:r>
      <w:r>
        <w:br/>
      </w:r>
      <w:r>
        <w:rPr>
          <w:sz w:val="20"/>
        </w:rPr>
        <w:t>1:03:33  to kya wajah hai ke insan yani double mind ke sath jeeta hai? yani ghar mein to family member ke sath khair khwahi aur bahar jo insan bachta hai, us ke liye badkhwahi.</w:t>
      </w:r>
      <w:r>
        <w:br/>
      </w:r>
      <w:r>
        <w:rPr>
          <w:sz w:val="20"/>
        </w:rPr>
        <w:t>1:03:48  to is contradiction ko khatam karna isi ka naam khair khwahi hai.</w:t>
      </w:r>
    </w:p>
    <w:p>
      <w:pPr>
        <w:pStyle w:val="Heading2"/>
      </w:pPr>
      <w:r>
        <w:t>Inner spirit and outer form combination</w:t>
      </w:r>
    </w:p>
    <w:p>
      <w:r>
        <w:rPr>
          <w:color w:val="666666"/>
          <w:sz w:val="18"/>
        </w:rPr>
        <w:t>Islamic Prayer (Part 2) (English) | February 27, 2007 | Maulana Wahiduddin Khan · 30s · at 15:41 · https://youtu.be/xoh_XiWwRlI?t=941</w:t>
      </w:r>
    </w:p>
    <w:p>
      <w:r>
        <w:rPr>
          <w:i/>
        </w:rPr>
        <w:t>“In its inner content, it is realization of God.”</w:t>
      </w:r>
    </w:p>
    <w:p>
      <w:r>
        <w:rPr>
          <w:sz w:val="20"/>
        </w:rPr>
        <w:t>15:41  of inner spirit and outer form. In its, in its inner content, in its inner content, it is realization of God. In its outer form, it is a natural w</w:t>
      </w:r>
    </w:p>
    <w:p>
      <w:pPr>
        <w:pStyle w:val="Heading2"/>
      </w:pPr>
      <w:r>
        <w:t>Cow culture converts negativity to positivity</w:t>
      </w:r>
    </w:p>
    <w:p>
      <w:r>
        <w:rPr>
          <w:color w:val="666666"/>
          <w:sz w:val="18"/>
        </w:rPr>
        <w:t>Spirituality in Daily Life October 4, 2008 · 27s · at 55:16 · https://youtu.be/oeJR6tYqQVw?t=3316</w:t>
      </w:r>
    </w:p>
    <w:p>
      <w:r>
        <w:rPr>
          <w:i/>
        </w:rPr>
        <w:t>“To main kahoon, main kahunga ke sab se bari capacity insan ke andar”</w:t>
      </w:r>
    </w:p>
    <w:p>
      <w:r>
        <w:rPr>
          <w:sz w:val="20"/>
        </w:rPr>
        <w:t>55:16  to main kahoon, main kahoon ga ke sab se bari capacity insaan ke andar yeh hai ke is ke andar cow culture ho, yani woh yeh capacity ke woh negativity ko positivity mein convert kar sake.</w:t>
      </w:r>
      <w:r>
        <w:br/>
      </w:r>
      <w:r>
        <w:rPr>
          <w:sz w:val="20"/>
        </w:rPr>
        <w:t>55:30  yani koi ghussa dilaye to us ke liye duaen karein, khuda us ko hidayat de, koi aap ko nuqsan kare to aap us ko faida pohanchayein,</w:t>
      </w:r>
    </w:p>
    <w:p>
      <w:pPr>
        <w:pStyle w:val="Heading2"/>
      </w:pPr>
      <w:r>
        <w:t>Why 'balance' is a false, useless formula</w:t>
      </w:r>
    </w:p>
    <w:p>
      <w:r>
        <w:rPr>
          <w:color w:val="666666"/>
          <w:sz w:val="18"/>
        </w:rPr>
        <w:t>Spirituality in Simple Living, High Thinking October 27, 2019 Maulana Wahiduddin Khan · 45s · at 32:25 · https://youtu.be/Kr28g15eFr8?t=1945</w:t>
      </w:r>
    </w:p>
    <w:p>
      <w:r>
        <w:rPr>
          <w:i/>
        </w:rPr>
        <w:t>“I consider balance a false formula, a false formula”</w:t>
      </w:r>
    </w:p>
    <w:p>
      <w:r>
        <w:rPr>
          <w:sz w:val="20"/>
        </w:rPr>
        <w:t>32:25  Pehli baat toh yeh hai ke main balance ko ek false formula manta hoon, FALS E, false formula.</w:t>
      </w:r>
      <w:r>
        <w:br/>
      </w:r>
      <w:r>
        <w:rPr>
          <w:sz w:val="20"/>
        </w:rPr>
        <w:t>32:42  Jo log balance ka</w:t>
      </w:r>
      <w:r>
        <w:br/>
      </w:r>
      <w:r>
        <w:rPr>
          <w:sz w:val="20"/>
        </w:rPr>
        <w:t>32:46  ke aap</w:t>
      </w:r>
      <w:r>
        <w:br/>
      </w:r>
      <w:r>
        <w:rPr>
          <w:sz w:val="20"/>
        </w:rPr>
        <w:t>32:49  aapas mein jeete hon, woh kabhi spirituality</w:t>
      </w:r>
      <w:r>
        <w:br/>
      </w:r>
      <w:r>
        <w:rPr>
          <w:sz w:val="20"/>
        </w:rPr>
        <w:t>32:57  wali life nahi attend karenge, kabhi nahi. Balance koi cheez nahi hai, balance is nothing.</w:t>
      </w:r>
    </w:p>
    <w:p>
      <w:pPr>
        <w:pStyle w:val="Heading2"/>
      </w:pPr>
      <w:r>
        <w:t>Quran: gratitude brings more, in life's ups and downs</w:t>
      </w:r>
    </w:p>
    <w:p>
      <w:r>
        <w:rPr>
          <w:color w:val="666666"/>
          <w:sz w:val="18"/>
        </w:rPr>
        <w:t>Discovery of Paradise March 22, 2015 · 53s · at 24:37 · https://youtu.be/2axrfd7sZkE?t=1477</w:t>
      </w:r>
    </w:p>
    <w:p>
      <w:r>
        <w:rPr>
          <w:i/>
        </w:rPr>
        <w:t>“Quran mein hai: 'Lan shakartum la-azidannakum'”</w:t>
      </w:r>
    </w:p>
    <w:p>
      <w:r>
        <w:rPr>
          <w:sz w:val="20"/>
        </w:rPr>
        <w:t>24:37  to yeh ayat jo quran mein hai ke "lan shakkartum lazeedannakum".</w:t>
      </w:r>
      <w:r>
        <w:br/>
      </w:r>
      <w:r>
        <w:rPr>
          <w:sz w:val="20"/>
        </w:rPr>
        <w:t>24:41  "lan shakkartum lazeedannakum". dekhein, har insan ki zindagi mein aisa hota hai ke kuch ko kuch cheez milti hai.</w:t>
      </w:r>
      <w:r>
        <w:br/>
      </w:r>
      <w:r>
        <w:rPr>
          <w:sz w:val="20"/>
        </w:rPr>
        <w:t>24:51  har insan ke liye kuch cheez kho jati hai, phir milti hai. business mein kabhi loss hota hai, phir faida hota hai. koi job aap se chhin jata hai, phir aik aur job milta hai.</w:t>
      </w:r>
      <w:r>
        <w:br/>
      </w:r>
      <w:r>
        <w:rPr>
          <w:sz w:val="20"/>
        </w:rPr>
        <w:t>25:05  har insan ko aisa tajurba hota hai.</w:t>
      </w:r>
      <w:r>
        <w:br/>
      </w:r>
      <w:r>
        <w:rPr>
          <w:sz w:val="20"/>
        </w:rPr>
        <w:t>25:09  to "lan shakkartum lazeedannakum" jo ayat hai, woh bohat bara hope hai is mein</w:t>
      </w:r>
      <w:r>
        <w:br/>
      </w:r>
      <w:r>
        <w:rPr>
          <w:sz w:val="20"/>
        </w:rPr>
        <w:t>25:16  ke jo cheez tum ko dunya mein mili hai, us par tum us ko shukr karo, shukr o mab'ad acknowledge karo. to aur bhi diya jaye ga, aur diya jaye ga, aur diya jaye ga.</w:t>
      </w:r>
    </w:p>
    <w:p>
      <w:pPr>
        <w:pStyle w:val="Heading2"/>
      </w:pPr>
      <w:r>
        <w:t>Conditioning seals heart, ears, eyes</w:t>
      </w:r>
    </w:p>
    <w:p>
      <w:r>
        <w:rPr>
          <w:color w:val="666666"/>
          <w:sz w:val="18"/>
        </w:rPr>
        <w:t>Dars-e-Quran, Chapter 2,  Vs 7-19 | July 26,  2015 · 32s · at 4:24 · https://youtu.be/O71wvnrbnXU?t=264</w:t>
      </w:r>
    </w:p>
    <w:p>
      <w:r>
        <w:rPr>
          <w:i/>
        </w:rPr>
        <w:t>“They do not understand with their hearts, nor hear with their ears.”</w:t>
      </w:r>
    </w:p>
    <w:p>
      <w:r>
        <w:rPr>
          <w:sz w:val="20"/>
        </w:rPr>
        <w:t>4:24  un ka un ka wo dilon se samajhte nahi, wo kaan se sunte nahi, aankh se dekhte nahi,</w:t>
      </w:r>
      <w:r>
        <w:br/>
      </w:r>
      <w:r>
        <w:rPr>
          <w:sz w:val="20"/>
        </w:rPr>
        <w:t>4:30  yeh kya hai? bazoher teen lafz hain lekin haqeeqat aik hi hai.</w:t>
      </w:r>
      <w:r>
        <w:br/>
      </w:r>
      <w:r>
        <w:rPr>
          <w:sz w:val="20"/>
        </w:rPr>
        <w:t>4:36  woh hai conditioning.</w:t>
      </w:r>
      <w:r>
        <w:br/>
      </w:r>
      <w:r>
        <w:rPr>
          <w:sz w:val="20"/>
        </w:rPr>
        <w:t>4:43  کنڈیشننگ کیا ہے؟ جب آدمی ایک راستہ اختیار کرے اور اس پر وہ محاسبہ نہ کرے، introspection نہ</w:t>
      </w:r>
      <w:r>
        <w:br/>
      </w:r>
      <w:r>
        <w:rPr>
          <w:sz w:val="20"/>
        </w:rPr>
        <w:t>4:49  kare to dheere dheere woh pakhta ho jata hai.</w:t>
      </w:r>
    </w:p>
    <w:p>
      <w:pPr>
        <w:pStyle w:val="Heading2"/>
      </w:pPr>
      <w:r>
        <w:t>we take God's daily blessings for granted</w:t>
      </w:r>
    </w:p>
    <w:p>
      <w:r>
        <w:rPr>
          <w:color w:val="666666"/>
          <w:sz w:val="18"/>
        </w:rPr>
        <w:t>Discovery of Paradise March 22, 2015 · 50s · at 50:12 · https://youtu.be/2axrfd7sZkE?t=3012</w:t>
      </w:r>
    </w:p>
    <w:p>
      <w:r>
        <w:rPr>
          <w:i/>
        </w:rPr>
        <w:t>“Main subah baitha tha, suraj nikla to ajeeb ehsaas hua”</w:t>
      </w:r>
    </w:p>
    <w:p>
      <w:r>
        <w:rPr>
          <w:sz w:val="20"/>
        </w:rPr>
        <w:t>50:12  isi ka phenomena hai. yeh yeh aam baat hai ke har aadmi mili hui cheez ko for granted leta hai. misaal ke taur par, mein subah baitha tha, ab suraj nikla to ajeeb ehsaas hua ke suraj nikla mere liye,</w:t>
      </w:r>
      <w:r>
        <w:br/>
      </w:r>
      <w:r>
        <w:rPr>
          <w:sz w:val="20"/>
        </w:rPr>
        <w:t>50:31  mujh se nau yaani nau crore 30 lakh meel door hai suraj, aur wahan se itni achhi roshni bhi bhej raha hai. to kaun sochta hai</w:t>
      </w:r>
      <w:r>
        <w:br/>
      </w:r>
      <w:r>
        <w:rPr>
          <w:sz w:val="20"/>
        </w:rPr>
        <w:t>50:41  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p>
    <w:p>
      <w:pPr>
        <w:pStyle w:val="Heading2"/>
      </w:pPr>
      <w:r>
        <w:t>Stop blaming media for Islam's bad image</w:t>
      </w:r>
    </w:p>
    <w:p>
      <w:r>
        <w:rPr>
          <w:color w:val="666666"/>
          <w:sz w:val="18"/>
        </w:rPr>
        <w:t>Spirituality in Islam January 1, 2006 Maulana Wahiduddin Khan · 20s · at 8:03 · https://youtu.be/XO4htFBEkV4?t=483</w:t>
      </w:r>
    </w:p>
    <w:p>
      <w:r>
        <w:rPr>
          <w:i/>
        </w:rPr>
        <w:t>“Sara blame media par dete hain — ye sau feesad jhoot hai”</w:t>
      </w:r>
    </w:p>
    <w:p>
      <w:r>
        <w:rPr>
          <w:sz w:val="20"/>
        </w:rPr>
        <w:t>8:03  saara blame media par dete hain ke media jo hai islam ki image ko distort karta hai.</w:t>
      </w:r>
      <w:r>
        <w:br/>
      </w:r>
      <w:r>
        <w:rPr>
          <w:sz w:val="20"/>
        </w:rPr>
        <w:t>8:10  mere nazdeek yeh hundred percent jhoot hai. media start nahi karta. musalmanon ke apne amal jo media mein report hote hain, us se islam badnaam hota hai.</w:t>
      </w:r>
    </w:p>
    <w:p>
      <w:pPr>
        <w:pStyle w:val="Heading2"/>
      </w:pPr>
      <w:r>
        <w:t>Islam targets non-political spiritual empire</w:t>
      </w:r>
    </w:p>
    <w:p>
      <w:r>
        <w:rPr>
          <w:color w:val="666666"/>
          <w:sz w:val="18"/>
        </w:rPr>
        <w:t>Five Pillars of Islam | July 30, 2007 · 30s · at 4:47 · https://youtu.be/f31xU7hWLWI?t=287</w:t>
      </w:r>
    </w:p>
    <w:p>
      <w:r>
        <w:rPr>
          <w:i/>
        </w:rPr>
        <w:t>“The target of Islam is to establish a non-political empire”</w:t>
      </w:r>
    </w:p>
    <w:p>
      <w:r>
        <w:rPr>
          <w:sz w:val="20"/>
        </w:rPr>
        <w:t>4:47  No.</w:t>
      </w:r>
      <w:r>
        <w:br/>
      </w:r>
      <w:r>
        <w:rPr>
          <w:sz w:val="20"/>
        </w:rPr>
        <w:t>4:53  The target of Islam is to establish a non-political empire or spiritual empire.</w:t>
      </w:r>
      <w:r>
        <w:br/>
      </w:r>
      <w:r>
        <w:rPr>
          <w:sz w:val="20"/>
        </w:rPr>
        <w:t>4:59  Political empire is not a target of Islam.</w:t>
      </w:r>
      <w:r>
        <w:br/>
      </w:r>
      <w:r>
        <w:rPr>
          <w:sz w:val="20"/>
        </w:rPr>
        <w:t>5:05  It is simply ukhra, secondary thing.</w:t>
      </w:r>
      <w:r>
        <w:br/>
      </w:r>
      <w:r>
        <w:rPr>
          <w:sz w:val="20"/>
        </w:rPr>
        <w:t>5:11  The target of Islam is to establish a non-political emp</w:t>
      </w:r>
    </w:p>
    <w:p>
      <w:pPr>
        <w:pStyle w:val="Heading2"/>
      </w:pPr>
      <w:r>
        <w:t>silence means thinking, the source of spirituality</w:t>
      </w:r>
    </w:p>
    <w:p>
      <w:r>
        <w:rPr>
          <w:color w:val="666666"/>
          <w:sz w:val="18"/>
        </w:rPr>
        <w:t>Interview Session with Maulana Wahiduddin Khan January 30, 2008 · 39s · at 50:39 · https://youtu.be/o8Gpe9YMuZc?t=3039</w:t>
      </w:r>
    </w:p>
    <w:p>
      <w:r>
        <w:rPr>
          <w:i/>
        </w:rPr>
        <w:t>“Silence is very important in spirituality.”</w:t>
      </w:r>
    </w:p>
    <w:p>
      <w:r>
        <w:rPr>
          <w:sz w:val="20"/>
        </w:rPr>
        <w:t>50:39  does silence play a role in spirituality? silence? yes. silence is, silence is very important in spirituality.</w:t>
      </w:r>
      <w:r>
        <w:br/>
      </w:r>
      <w:r>
        <w:rPr>
          <w:sz w:val="20"/>
        </w:rPr>
        <w:t>50:53  very, very important. because when you are silent, you are thinking. silence means thinking.</w:t>
      </w:r>
      <w:r>
        <w:br/>
      </w:r>
      <w:r>
        <w:rPr>
          <w:sz w:val="20"/>
        </w:rPr>
        <w:t>51:03  when you are speaking, it means you are not thinking.</w:t>
      </w:r>
      <w:r>
        <w:br/>
      </w:r>
      <w:r>
        <w:rPr>
          <w:sz w:val="20"/>
        </w:rPr>
        <w:t>51:08  but when you are silent, it means that you are thinking. and thinking is the main source of spirituality.</w:t>
      </w:r>
    </w:p>
    <w:p>
      <w:pPr>
        <w:pStyle w:val="Heading2"/>
      </w:pPr>
      <w:r>
        <w:t>Thought management turns an ordinary mind into a superman</w:t>
      </w:r>
    </w:p>
    <w:p>
      <w:r>
        <w:rPr>
          <w:color w:val="666666"/>
          <w:sz w:val="18"/>
        </w:rPr>
        <w:t>Islam and Sufism (Islam and Spirituality) (English) February 28, 2008 · 27s · at 59:22 · https://youtu.be/6UGAPDfrS2w?t=3562</w:t>
      </w:r>
    </w:p>
    <w:p>
      <w:r>
        <w:rPr>
          <w:i/>
        </w:rPr>
        <w:t>“Develop the art of thought management, become a superman”</w:t>
      </w:r>
    </w:p>
    <w:p>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Dawah work hope in Allah</w:t>
      </w:r>
    </w:p>
    <w:p>
      <w:r>
        <w:rPr>
          <w:color w:val="666666"/>
          <w:sz w:val="18"/>
        </w:rPr>
        <w:t>Message on Eid Al-Adha October 27, 2012 · 28s · at 47:26 · https://youtu.be/eGzAlyVEafc?t=2846</w:t>
      </w:r>
    </w:p>
    <w:p>
      <w:r>
        <w:rPr>
          <w:i/>
        </w:rPr>
        <w:t>“Dawah work mein aap ki umeedein Allah se hain”</w:t>
      </w:r>
    </w:p>
    <w:p>
      <w:r>
        <w:rPr>
          <w:sz w:val="20"/>
        </w:rPr>
        <w:t>47:26  lekin dawah work mein aisa nahi. dawah work mein aap ki saari umeedain juri hui hain Allah taala se. to duniya mein aap Allah ki duty poori kar rahe hain aur umeed yeh rakhte hain ke akhirat mein Allah taala hamein is ka ajr de ga.</w:t>
      </w:r>
      <w:r>
        <w:br/>
      </w:r>
      <w:r>
        <w:rPr>
          <w:sz w:val="20"/>
        </w:rPr>
        <w:t>47:43  to dawah work wahid ek aisa kaam hai jis mein tension nahi, jis mein koi complaint nahi, koi negativity nahi.</w:t>
      </w:r>
    </w:p>
    <w:p>
      <w:pPr>
        <w:pStyle w:val="Heading2"/>
      </w:pPr>
      <w:r>
        <w:t>Intellect needed for spiritual progress</w:t>
      </w:r>
    </w:p>
    <w:p>
      <w:r>
        <w:rPr>
          <w:color w:val="666666"/>
          <w:sz w:val="18"/>
        </w:rPr>
        <w:t>Discussion on Marefat (Ulama Session- I) Peace Conference April 29-30, 2023 · 30s · at 14:21 · https://youtu.be/c1NFCRXpYBQ?t=861</w:t>
      </w:r>
    </w:p>
    <w:p>
      <w:r>
        <w:rPr>
          <w:i/>
        </w:rPr>
        <w:t>“Jab maddi etebar se aql ke baghair insaan taraqqi nahi kar sakta”</w:t>
      </w:r>
    </w:p>
    <w:p>
      <w:r>
        <w:rPr>
          <w:sz w:val="20"/>
        </w:rPr>
        <w:t>14:21  jab maaddi aitebar se aql ke baghair insaan tarakki nahi kar sakta hai to humne aisa kaisa tasawwur kar liya ke ruhani aitebar se insaan aql ke baghair tarakki karega.haqeeqat yeh hai ke scientific jo data aaj hamare paas jama hua hai woh agar ek lafz mein kaha jaye to poore ka poora maarifat ka data hai.</w:t>
      </w:r>
      <w:r>
        <w:br/>
      </w:r>
      <w:r>
        <w:rPr>
          <w:sz w:val="20"/>
        </w:rPr>
        <w:t>14:51  yeh data chunke mazhabi log is data ko jama nahi kar sakte the.</w:t>
      </w:r>
    </w:p>
    <w:p>
      <w:pPr>
        <w:pStyle w:val="Heading2"/>
      </w:pPr>
      <w:r>
        <w:t>Amoeba teaches opportunity in failure</w:t>
      </w:r>
    </w:p>
    <w:p>
      <w:r>
        <w:rPr>
          <w:color w:val="666666"/>
          <w:sz w:val="18"/>
        </w:rPr>
        <w:t>Nature as a Role Mode May 21, 2006 · 59s · at 1:07:55 · https://youtu.be/ppaB1Z2zXL8?t=4075</w:t>
      </w:r>
    </w:p>
    <w:p>
      <w:r>
        <w:rPr>
          <w:i/>
        </w:rPr>
        <w:t>“Aap jaante hain ke amoeba ek cheez hoti hai.”</w:t>
      </w:r>
    </w:p>
    <w:p>
      <w:r>
        <w:rPr>
          <w:sz w:val="20"/>
        </w:rPr>
        <w:t>1:07:54  namune,</w:t>
      </w:r>
      <w:r>
        <w:br/>
      </w:r>
      <w:r>
        <w:rPr>
          <w:sz w:val="20"/>
        </w:rPr>
        <w:t>1:07:55  jaise aap jante hain ke amiba ek cheez hoti hai. amiba, amiba ka ek hi cell hota hai. ek ek cell ka woh janwar hota hai, single cell ka.</w:t>
      </w:r>
      <w:r>
        <w:br/>
      </w:r>
      <w:r>
        <w:rPr>
          <w:sz w:val="20"/>
        </w:rPr>
        <w:t>1:08:06  jab woh is mein reproduction is tarah nahi hota jis tarah se bhed bakri mein hota hai. balkay woh single cell jo hai, thora sa lamba ho jayega.</w:t>
      </w:r>
      <w:r>
        <w:br/>
      </w:r>
      <w:r>
        <w:rPr>
          <w:sz w:val="20"/>
        </w:rPr>
        <w:t>1:08:15  lamba ho kar ke beech se toot jayega. phir do ban jayega woh. yani koi is ke pait se bachcha nahi niklega.</w:t>
      </w:r>
      <w:r>
        <w:br/>
      </w:r>
      <w:r>
        <w:rPr>
          <w:sz w:val="20"/>
        </w:rPr>
        <w:t>1:08:25  ek hi amiba toot kar do ban jayega. ek se do. yeh khuda ek ek manzar dikha raha hai aap ko.</w:t>
      </w:r>
      <w:r>
        <w:br/>
      </w:r>
      <w:r>
        <w:rPr>
          <w:sz w:val="20"/>
        </w:rPr>
        <w:t>1:08:35  ke is dunya mein tootna ya shikast aakhri cheez nahi hai. toot kar bhi aap jut sakte hain.</w:t>
      </w:r>
      <w:r>
        <w:br/>
      </w:r>
      <w:r>
        <w:rPr>
          <w:sz w:val="20"/>
        </w:rPr>
        <w:t>1:08:45  shikast kha kar bhi aap fateh hasil kar sakte hain. gir kar bhi uth sakte hain aap. kaisa ajeeb namuna hai yeh.</w:t>
      </w:r>
    </w:p>
    <w:p>
      <w:pPr>
        <w:pStyle w:val="Heading2"/>
      </w:pPr>
      <w:r>
        <w:t>Differentiate between Islam and Muslims</w:t>
      </w:r>
    </w:p>
    <w:p>
      <w:r>
        <w:rPr>
          <w:color w:val="666666"/>
          <w:sz w:val="18"/>
        </w:rPr>
        <w:t>Interaction with German Delegation January 4, 2020 · 28s · at 6:38 · https://youtu.be/eWcszNLZK1U?t=398</w:t>
      </w:r>
    </w:p>
    <w:p>
      <w:r>
        <w:rPr>
          <w:i/>
        </w:rPr>
        <w:t>“And there is a very important thing that Maulana says.”</w:t>
      </w:r>
    </w:p>
    <w:p>
      <w:r>
        <w:rPr>
          <w:sz w:val="20"/>
        </w:rPr>
        <w:t>6:38  And there is a very important thing that Maulana says. He says that we must differentiate between Islam and Muslims. And that is really where I got my answer because I could also see Muslims around doing completely different things which I never thought was Islam.</w:t>
      </w:r>
      <w:r>
        <w:br/>
      </w:r>
      <w:r>
        <w:rPr>
          <w:sz w:val="20"/>
        </w:rPr>
        <w:t>6:55  And here, when you read Islam, you realize that, no, it is completely different. So the only answer that and I'm sharing what I found was that Muslims do not understand Islam.</w:t>
      </w:r>
    </w:p>
    <w:p>
      <w:pPr>
        <w:pStyle w:val="Heading2"/>
      </w:pPr>
      <w:r>
        <w:t>Definition of a good believer</w:t>
      </w:r>
    </w:p>
    <w:p>
      <w:r>
        <w:rPr>
          <w:color w:val="666666"/>
          <w:sz w:val="18"/>
        </w:rPr>
        <w:t>Life of the Companions of the Prophet | September 29, 2018 · 30s · at 4:48 · https://youtu.be/pR5eJlLJtKE?t=288</w:t>
      </w:r>
    </w:p>
    <w:p>
      <w:r>
        <w:rPr>
          <w:i/>
        </w:rPr>
        <w:t>“Sahaba ka matlab kya hai?”</w:t>
      </w:r>
    </w:p>
    <w:p>
      <w:r>
        <w:rPr>
          <w:sz w:val="20"/>
        </w:rPr>
        <w:t>4:48  ke sahaba ka matlab kya hai? achha momin, achha momin. to achha momin woh hai jiske andar ek perpetual struggle jaari hota hai. ek lafz yaad rakhiye: perpetual struggle, an inner struggle.</w:t>
      </w:r>
    </w:p>
    <w:p>
      <w:pPr>
        <w:pStyle w:val="Heading2"/>
      </w:pPr>
      <w:r>
        <w:t>Doctor analogy: only real effort earns the result</w:t>
      </w:r>
    </w:p>
    <w:p>
      <w:r>
        <w:rPr>
          <w:color w:val="666666"/>
          <w:sz w:val="18"/>
        </w:rPr>
        <w:t>Personality of A Believer February 2, 2014 · 41s · at 26:30 · https://youtu.be/EiK_-O-Bjps?t=1590</w:t>
      </w:r>
    </w:p>
    <w:p>
      <w:r>
        <w:rPr>
          <w:i/>
        </w:rPr>
        <w:t>“Ek shaks doctor banna chahta hai to usko degree banayegi”</w:t>
      </w:r>
    </w:p>
    <w:p>
      <w:r>
        <w:rPr>
          <w:sz w:val="20"/>
        </w:rPr>
        <w:t>26:30  Jaisay aap farz kijiye ke aap ek shakhs doctor banna chahta hai, to is ko degree doctor banaye gi, koi recommendation doctor nahi banaye ga.</w:t>
      </w:r>
      <w:r>
        <w:br/>
      </w:r>
      <w:r>
        <w:rPr>
          <w:sz w:val="20"/>
        </w:rPr>
        <w:t>26:48  Agar aap chahte hain ke aap doctor banen to kisi recommendation se aap doctor nahi ban sakte, kisi wishful thinking se aap doctor nahi ban sakte.</w:t>
      </w:r>
      <w:r>
        <w:br/>
      </w:r>
      <w:r>
        <w:rPr>
          <w:sz w:val="20"/>
        </w:rPr>
        <w:t>27:01  Doctor banen ge is tareeqay se ke aap degree hasil karen, yaani medical science parhen, tab aisa hoga.</w:t>
      </w:r>
    </w:p>
    <w:p>
      <w:pPr>
        <w:pStyle w:val="Heading2"/>
      </w:pPr>
      <w:r>
        <w:t>Prophetic prayer for truth</w:t>
      </w:r>
    </w:p>
    <w:p>
      <w:r>
        <w:rPr>
          <w:color w:val="666666"/>
          <w:sz w:val="18"/>
        </w:rPr>
        <w:t>Science and Spirituality | April 25, 2007 | Maulana Wahiduddin Kha · 30s · at 9:54 · https://youtu.be/cStp24Ri3ps?t=594</w:t>
      </w:r>
    </w:p>
    <w:p>
      <w:r>
        <w:rPr>
          <w:i/>
        </w:rPr>
        <w:t>“O God show me things as it is”</w:t>
      </w:r>
    </w:p>
    <w:p>
      <w:r>
        <w:rPr>
          <w:sz w:val="20"/>
        </w:rPr>
        <w:t>9:54  O God, show me things as it is wa arinal ashiya kamaahya.</w:t>
      </w:r>
      <w:r>
        <w:br/>
      </w:r>
      <w:r>
        <w:rPr>
          <w:sz w:val="20"/>
        </w:rPr>
        <w:t>10:04  O God, show me things as it is." This is the essence of Spirituality.</w:t>
      </w:r>
      <w:r>
        <w:br/>
      </w:r>
      <w:r>
        <w:rPr>
          <w:sz w:val="20"/>
        </w:rPr>
        <w:t>10:14  This is the</w:t>
      </w:r>
    </w:p>
    <w:p>
      <w:pPr>
        <w:pStyle w:val="Heading2"/>
      </w:pPr>
      <w:r>
        <w:t>Definition of spirituality beyond materiality</w:t>
      </w:r>
    </w:p>
    <w:p>
      <w:r>
        <w:rPr>
          <w:color w:val="666666"/>
          <w:sz w:val="18"/>
        </w:rPr>
        <w:t>IIC: How to Develop Spiritual Personality · 1m 00s · at 2:55 · https://youtu.be/-XrYpEYwk-Y?t=175</w:t>
      </w:r>
    </w:p>
    <w:p>
      <w:r>
        <w:rPr>
          <w:i/>
        </w:rPr>
        <w:t>“Spirituality is living beyond materiality”</w:t>
      </w:r>
    </w:p>
    <w:p>
      <w:r>
        <w:rPr>
          <w:sz w:val="20"/>
        </w:rPr>
        <w:t>2:55  hamare subject ke hisab se spirituality ka definition hai: living beyond materiality.</w:t>
      </w:r>
      <w:r>
        <w:br/>
      </w:r>
      <w:r>
        <w:rPr>
          <w:sz w:val="20"/>
        </w:rPr>
        <w:t>3:01  Material cheezon se upar uth kar jeena.</w:t>
      </w:r>
      <w:r>
        <w:br/>
      </w:r>
      <w:r>
        <w:rPr>
          <w:sz w:val="20"/>
        </w:rPr>
        <w:t>3:07  Living beyond materiality.</w:t>
      </w:r>
      <w:r>
        <w:br/>
      </w:r>
      <w:r>
        <w:rPr>
          <w:sz w:val="20"/>
        </w:rPr>
        <w:t>3:13  Yeh hai mere nazdeek definition spirituality ka.</w:t>
      </w:r>
      <w:r>
        <w:br/>
      </w:r>
      <w:r>
        <w:rPr>
          <w:sz w:val="20"/>
        </w:rPr>
        <w:t>3:19  Dekhiye, is duniya mein hum do cheezon ke beech mein jeete hain,</w:t>
      </w:r>
      <w:r>
        <w:br/>
      </w:r>
      <w:r>
        <w:rPr>
          <w:sz w:val="20"/>
        </w:rPr>
        <w:t>3:25  hamara bhi dekhiye, body hai aur soul hai.</w:t>
      </w:r>
      <w:r>
        <w:br/>
      </w:r>
      <w:r>
        <w:rPr>
          <w:sz w:val="20"/>
        </w:rPr>
        <w:t>3:31  cheezain hain aur cheezon ki meaning bhi hai.</w:t>
      </w:r>
      <w:r>
        <w:br/>
      </w:r>
      <w:r>
        <w:rPr>
          <w:sz w:val="20"/>
        </w:rPr>
        <w:t>3:37  toh is dunya mein har cheez ke do aspect hotay hain.</w:t>
      </w:r>
      <w:r>
        <w:br/>
      </w:r>
      <w:r>
        <w:rPr>
          <w:sz w:val="20"/>
        </w:rPr>
        <w:t>3:43  jab aap jeetay hain material cheezon mein, then you are living in materiality.</w:t>
      </w:r>
      <w:r>
        <w:br/>
      </w:r>
      <w:r>
        <w:rPr>
          <w:sz w:val="20"/>
        </w:rPr>
        <w:t>3:49  aur jab aap jeetay hain maadi cheezon se oopar uth kar, then you are living</w:t>
      </w:r>
    </w:p>
    <w:p>
      <w:pPr>
        <w:pStyle w:val="Heading2"/>
      </w:pPr>
      <w:r>
        <w:t>Self-correction formula: say I was wrong</w:t>
      </w:r>
    </w:p>
    <w:p>
      <w:r>
        <w:rPr>
          <w:color w:val="666666"/>
          <w:sz w:val="18"/>
        </w:rPr>
        <w:t>How to Build a Strong Personality June 14, 2008 Maulana Wahiduddin Khan · 41s · at 14:41 · https://youtu.be/bRWn96tpOIM?t=881</w:t>
      </w:r>
    </w:p>
    <w:p>
      <w:r>
        <w:rPr>
          <w:i/>
        </w:rPr>
        <w:t>“If you want strong personality, hold this formula.”</w:t>
      </w:r>
    </w:p>
    <w:p>
      <w:r>
        <w:rPr>
          <w:sz w:val="20"/>
        </w:rPr>
        <w:t>14:41  yahi to hai dual personality, yahi to hai hypocrisy. to dekhiye, agar aap ye chahte hain ke aap ke andar weak personality na bane balke strong personality bane,</w:t>
      </w:r>
      <w:r>
        <w:br/>
      </w:r>
      <w:r>
        <w:rPr>
          <w:sz w:val="20"/>
        </w:rPr>
        <w:t>14:59  to kam az kam ek formula to aap zaroor pakad lijiye, wo hai ye kehna khule dil se ke i was wrong, i was wrong.</w:t>
      </w:r>
      <w:r>
        <w:br/>
      </w:r>
      <w:r>
        <w:rPr>
          <w:sz w:val="20"/>
        </w:rPr>
        <w:t>15:12  dekhiye, jab aap ye kehte hain to apne andar aap self correction ka process jaari kar dete hain.</w:t>
      </w:r>
    </w:p>
    <w:p>
      <w:pPr>
        <w:pStyle w:val="Heading2"/>
      </w:pPr>
      <w:r>
        <w:t>Rule for self-discipline: never use a good excuse</w:t>
      </w:r>
    </w:p>
    <w:p>
      <w:r>
        <w:rPr>
          <w:color w:val="666666"/>
          <w:sz w:val="18"/>
        </w:rPr>
        <w:t>Spirituality in Simple Living, High Thinking October 27, 2019 Maulana Wahiduddin Khan · 54s · at 56:59 · https://youtu.be/Kr28g15eFr8?t=3419</w:t>
      </w:r>
    </w:p>
    <w:p>
      <w:r>
        <w:rPr>
          <w:i/>
        </w:rPr>
        <w:t>“If you have a good excuse, don't use it”</w:t>
      </w:r>
    </w:p>
    <w:p>
      <w:r>
        <w:rPr>
          <w:sz w:val="20"/>
        </w:rPr>
        <w:t>56:59  kyunki wajah yeh hai ke aadmi foran excuse le leta hai.</w:t>
      </w:r>
      <w:r>
        <w:br/>
      </w:r>
      <w:r>
        <w:rPr>
          <w:sz w:val="20"/>
        </w:rPr>
        <w:t>57:06  misal ke taur par, main aap ko agar koi baat bataoon, is ki misal ke taur par aap ki zindagi ki, to foran aap excuse le lenge aur us ko justify kar lenge.</w:t>
      </w:r>
      <w:r>
        <w:br/>
      </w:r>
      <w:r>
        <w:rPr>
          <w:sz w:val="20"/>
        </w:rPr>
        <w:t>57:20  ek excuse le kar justify kar lenge. To isi liye main shuru se logon ko kaha karta hoon, shuru se: "If you are good excuse, don't use it."</w:t>
      </w:r>
      <w:r>
        <w:br/>
      </w:r>
      <w:r>
        <w:rPr>
          <w:sz w:val="20"/>
        </w:rPr>
        <w:t>57:35  There is a starting point: "If you are good, if you are, if you have a good excuse, don't use it." Is ka apne andar bootha paida kijiye ga.</w:t>
      </w:r>
      <w:r>
        <w:br/>
      </w:r>
      <w:r>
        <w:rPr>
          <w:sz w:val="20"/>
        </w:rPr>
        <w:t>57:53  yeh here is a s</w:t>
      </w:r>
      <w:r>
        <w:br/>
      </w:r>
      <w:r>
        <w:rPr>
          <w:sz w:val="20"/>
        </w:rPr>
        <w:t>57:54  tarting. Maulana, agla sawal bheja hai Umar Abdullah sahib ne Bangalore se. Unhon ne likha hai: "Maulana, I have lot of personal and work related problems in my life.</w:t>
      </w:r>
    </w:p>
    <w:p>
      <w:pPr>
        <w:pStyle w:val="Heading2"/>
      </w:pPr>
      <w:r>
        <w:t>Misunderstanding spirituality</w:t>
      </w:r>
    </w:p>
    <w:p>
      <w:r>
        <w:rPr>
          <w:color w:val="666666"/>
          <w:sz w:val="18"/>
        </w:rPr>
        <w:t>The Way of Spirituality July 7, 2019 Maulana Wahiduddin Khan · 23s · at 1:15 · https://youtu.be/N_ejXO_o-Oo?t=75</w:t>
      </w:r>
    </w:p>
    <w:p>
      <w:r>
        <w:rPr>
          <w:i/>
        </w:rPr>
        <w:t>“This question means you are misunderstanding spirituality”</w:t>
      </w:r>
    </w:p>
    <w:p>
      <w:r>
        <w:rPr>
          <w:sz w:val="20"/>
        </w:rPr>
        <w:t>1:15  is sawal ka matlab yeh hai ke aap spirituality ko understand kar rahe hain.</w:t>
      </w:r>
      <w:r>
        <w:br/>
      </w:r>
      <w:r>
        <w:rPr>
          <w:sz w:val="20"/>
        </w:rPr>
        <w:t>1:27  spirituality ko understand kar rahe hain. Kya koi ek do tareeqa hoga is mein? Spirituality mile aap ko?</w:t>
      </w:r>
    </w:p>
    <w:p>
      <w:pPr>
        <w:pStyle w:val="Heading2"/>
      </w:pPr>
      <w:r>
        <w:t>Spirituality is recognition of Allah</w:t>
      </w:r>
    </w:p>
    <w:p>
      <w:r>
        <w:rPr>
          <w:color w:val="666666"/>
          <w:sz w:val="18"/>
        </w:rPr>
        <w:t>The Way of Spirituality July 7, 2019 Maulana Wahiduddin Khan · 19s · at 1:39 · https://youtu.be/N_ejXO_o-Oo?t=99</w:t>
      </w:r>
    </w:p>
    <w:p>
      <w:r>
        <w:rPr>
          <w:i/>
        </w:rPr>
        <w:t>“Spirituality is recognition of Allah”</w:t>
      </w:r>
    </w:p>
    <w:p>
      <w:r>
        <w:rPr>
          <w:sz w:val="20"/>
        </w:rPr>
        <w:t>1:39  Spirituality to naam hai Allah Rabbul Alameen ki marifat ka. To kya jo cheez Allah Rabbul Alameen ki marifat ka zariya ho, woh koi ek do ho sakta hai?</w:t>
      </w:r>
    </w:p>
    <w:p>
      <w:pPr>
        <w:pStyle w:val="Heading2"/>
      </w:pPr>
      <w:r>
        <w:t>Unique Islamic studies master's degree</w:t>
      </w:r>
    </w:p>
    <w:p>
      <w:r>
        <w:rPr>
          <w:color w:val="666666"/>
          <w:sz w:val="18"/>
        </w:rPr>
        <w:t>The Importance of Education, Feb. 15, 2014 - Maulana Wahiduddin Khan · 54s · at 0:36 · https://youtu.be/Ln1FQfOWyzo?t=36</w:t>
      </w:r>
    </w:p>
    <w:p>
      <w:r>
        <w:rPr>
          <w:i/>
        </w:rPr>
        <w:t>“یہ ایک خوشی کی بات ہے کہ ہماری ٹیم کے ایک فرد”</w:t>
      </w:r>
    </w:p>
    <w:p>
      <w:r>
        <w:rPr>
          <w:sz w:val="20"/>
        </w:rPr>
        <w:t>0:36  to dunya mein bohat log master degree lete hain, lekin ye ek anokha waqea hai kyunke ek shakhs ne sirf dawat ke jazbe ke tehat,</w:t>
      </w:r>
      <w:r>
        <w:br/>
      </w:r>
      <w:r>
        <w:rPr>
          <w:sz w:val="20"/>
        </w:rPr>
        <w:t>0:57  dawat mission ke jazbe ke tehat aisa kiya. warna unka subject alag hai. unka subject jo hai wo business administration hai, lekin dawat ke jazbe ke tehat unhon ne aisa kiya aur bohat zyada mehnat ki.</w:t>
      </w:r>
      <w:r>
        <w:br/>
      </w:r>
      <w:r>
        <w:rPr>
          <w:sz w:val="20"/>
        </w:rPr>
        <w:t>1:14  zahire, bohat zyada mehnat ke baghair koi shakhs ek alag subject mein first class nahi aa sakta.</w:t>
      </w:r>
    </w:p>
    <w:p>
      <w:pPr>
        <w:pStyle w:val="Heading2"/>
      </w:pPr>
      <w:r>
        <w:t>Purification comes from God, not a sheikh</w:t>
      </w:r>
    </w:p>
    <w:p>
      <w:r>
        <w:rPr>
          <w:color w:val="666666"/>
          <w:sz w:val="18"/>
        </w:rPr>
        <w:t>Tazkiya-e-Nafs Book by Maulana Wahiduddin Khan · 36s · at 20:52 · https://youtu.be/LbGPnJWmj1A?t=1252</w:t>
      </w:r>
    </w:p>
    <w:p>
      <w:r>
        <w:rPr>
          <w:i/>
        </w:rPr>
        <w:t>“Tazkiya ka zariya rizq-e-rab hai, na ke rizq-e-sheikh”</w:t>
      </w:r>
    </w:p>
    <w:p>
      <w:r>
        <w:rPr>
          <w:sz w:val="20"/>
        </w:rPr>
        <w:t>20:52  tazkiya ka zariya rizq e Rabb hai, na ke rizq e Sheikh.</w:t>
      </w:r>
      <w:r>
        <w:br/>
      </w:r>
      <w:r>
        <w:rPr>
          <w:sz w:val="20"/>
        </w:rPr>
        <w:t>20:56  tazkiya is amal ka nateeja hai jo bande aur khuda ke darmiyan nafasiyati taluq ke zariye barah-e-rast qaim hota hai. tazkiya kisi waseeta ke zariye nahi milta.</w:t>
      </w:r>
      <w:r>
        <w:br/>
      </w:r>
      <w:r>
        <w:rPr>
          <w:sz w:val="20"/>
        </w:rPr>
        <w:t>21:07  tazkiya apni haqeeqat ke aitbar se ek khudai atiya hai, na ke ek insani atiya. tazkiya woh nemat hai jo kisi insaan ko barah-e-rast khuda se milti hai.</w:t>
      </w:r>
      <w:r>
        <w:br/>
      </w:r>
      <w:r>
        <w:rPr>
          <w:sz w:val="20"/>
        </w:rPr>
        <w:t>21:18  kisi insaan ke waseeta se jo tazkiya mile, woh kuch aur ho sakta hai, lekin woh tazkiya nahi ho sakta.</w:t>
      </w:r>
    </w:p>
    <w:p>
      <w:pPr>
        <w:pStyle w:val="Heading2"/>
      </w:pPr>
      <w:r>
        <w:t>Man's contradiction in imperfect world</w:t>
      </w:r>
    </w:p>
    <w:p>
      <w:r>
        <w:rPr>
          <w:color w:val="666666"/>
          <w:sz w:val="18"/>
        </w:rPr>
        <w:t>Message on Eid Al-Adha October 27, 2012 · 21s · at 12:31 · https://youtu.be/eGzAlyVEafc?t=751</w:t>
      </w:r>
    </w:p>
    <w:p>
      <w:r>
        <w:rPr>
          <w:i/>
        </w:rPr>
        <w:t>“Jo insaan is raat ko jaane woh ek contradiction mein jeena hai”</w:t>
      </w:r>
    </w:p>
    <w:p>
      <w:r>
        <w:rPr>
          <w:sz w:val="20"/>
        </w:rPr>
        <w:t>12:31  jo insaan is raat ko jaan le ke main aik, main ko aik contradiction mein jeena hai, is raat ko jaan le ke I am and idealist, but I have to live in a, in a world which is less than ideal.</w:t>
      </w:r>
    </w:p>
    <w:p>
      <w:pPr>
        <w:pStyle w:val="Heading2"/>
      </w:pPr>
      <w:r>
        <w:t>Interest is the strongest human instinct</w:t>
      </w:r>
    </w:p>
    <w:p>
      <w:r>
        <w:rPr>
          <w:color w:val="666666"/>
          <w:sz w:val="18"/>
        </w:rPr>
        <w:t>Peace of Mind April 19, 2015 Maulana Wahiduddin Khan · 59s · at 1:03:18 · https://youtu.be/bGLY0ALNtjw?t=3798</w:t>
      </w:r>
    </w:p>
    <w:p>
      <w:r>
        <w:rPr>
          <w:i/>
        </w:rPr>
        <w:t>“Har interest sab se zyada taqatwar jazba hai insaan ke andar”</w:t>
      </w:r>
    </w:p>
    <w:p>
      <w:r>
        <w:rPr>
          <w:sz w:val="20"/>
        </w:rPr>
        <w:t>1:03:18  d? dekhiye yeh koi sawal nahi hai.</w:t>
      </w:r>
      <w:r>
        <w:br/>
      </w:r>
      <w:r>
        <w:rPr>
          <w:sz w:val="20"/>
        </w:rPr>
        <w:t>1:03:20  ہر آدمی، آپ سوال کرنے والے بھی اپنے، اپنے، اپنے اس کے لیے، اپنے interest کے لیے کرتے</w:t>
      </w:r>
      <w:r>
        <w:br/>
      </w:r>
      <w:r>
        <w:rPr>
          <w:sz w:val="20"/>
        </w:rPr>
        <w:t>1:03:28  honge. har interest sab se zyada taqatwar jazba hai insan ke andar.</w:t>
      </w:r>
      <w:r>
        <w:br/>
      </w:r>
      <w:r>
        <w:rPr>
          <w:sz w:val="20"/>
        </w:rPr>
        <w:t>1:03:32  har aadmi interest is liye karta hai.</w:t>
      </w:r>
      <w:r>
        <w:br/>
      </w:r>
      <w:r>
        <w:rPr>
          <w:sz w:val="20"/>
        </w:rPr>
        <w:t>1:03:35  yeh koi sawal nahi hai.</w:t>
      </w:r>
      <w:r>
        <w:br/>
      </w:r>
      <w:r>
        <w:rPr>
          <w:sz w:val="20"/>
        </w:rPr>
        <w:t>1:03:36  sawal yeh hai ke in terms of result is ka faida pohancha.</w:t>
      </w:r>
      <w:r>
        <w:br/>
      </w:r>
      <w:r>
        <w:rPr>
          <w:sz w:val="20"/>
        </w:rPr>
        <w:t>1:03:40  har musalman jo is dunya mein taraqqi ki hui hai, inhi ke, inhi ke cheezon ko istemal kar</w:t>
      </w:r>
      <w:r>
        <w:br/>
      </w:r>
      <w:r>
        <w:rPr>
          <w:sz w:val="20"/>
        </w:rPr>
        <w:t>1:03:45  ke taraqqi ki hui hai.</w:t>
      </w:r>
      <w:r>
        <w:br/>
      </w:r>
      <w:r>
        <w:rPr>
          <w:sz w:val="20"/>
        </w:rPr>
        <w:t>1:03:46  sawal karne wale ne bhi agar taraqqi ki hogi to isi ko istemal kar ke taraqqi ki hogi.</w:t>
      </w:r>
      <w:r>
        <w:br/>
      </w:r>
      <w:r>
        <w:rPr>
          <w:sz w:val="20"/>
        </w:rPr>
        <w:t>1:03:51  inhi ki technology.</w:t>
      </w:r>
      <w:r>
        <w:br/>
      </w:r>
      <w:r>
        <w:rPr>
          <w:sz w:val="20"/>
        </w:rPr>
        <w:t>1:03:54  to yeh self interest ka jazba to har ahlak mein hota hi hota hai.</w:t>
      </w:r>
      <w:r>
        <w:br/>
      </w:r>
      <w:r>
        <w:rPr>
          <w:sz w:val="20"/>
        </w:rPr>
        <w:t>1:03:59  result kya hai, woh dekhiye aap.</w:t>
      </w:r>
      <w:r>
        <w:br/>
      </w:r>
      <w:r>
        <w:rPr>
          <w:sz w:val="20"/>
        </w:rPr>
        <w:t>1:04:01  result. to result ke aitbar se woh benefactor hai hamare liye.</w:t>
      </w:r>
      <w:r>
        <w:br/>
      </w:r>
      <w:r>
        <w:rPr>
          <w:sz w:val="20"/>
        </w:rPr>
        <w:t>1:04:06  maulana agla sawal pani pat se kiya hai abdullah sahib ne.</w:t>
      </w:r>
      <w:r>
        <w:br/>
      </w:r>
      <w:r>
        <w:rPr>
          <w:sz w:val="20"/>
        </w:rPr>
        <w:t>1:04:10  aur unhon ne likha hai:</w:t>
      </w:r>
      <w:r>
        <w:br/>
      </w:r>
      <w:r>
        <w:rPr>
          <w:sz w:val="20"/>
        </w:rPr>
        <w:t>1:04:13  مولانا, you once talked about the importance of silence.</w:t>
      </w:r>
      <w:r>
        <w:br/>
      </w:r>
      <w:r>
        <w:rPr>
          <w:sz w:val="20"/>
        </w:rPr>
        <w:t>1:04:17  You had mentioned that when one is in silence, then he or she is absorbing and learning. Maulana, can you elaborate on it and let me know the importance of silence? As by nature, I am a very talkative person.</w:t>
      </w:r>
    </w:p>
    <w:p>
      <w:pPr>
        <w:pStyle w:val="Heading2"/>
      </w:pPr>
      <w:r>
        <w:t>Dawah no expectation from people</w:t>
      </w:r>
    </w:p>
    <w:p>
      <w:r>
        <w:rPr>
          <w:color w:val="666666"/>
          <w:sz w:val="18"/>
        </w:rPr>
        <w:t>Message on Eid Al-Adha October 27, 2012 · 23s · at 49:09 · https://youtu.be/eGzAlyVEafc?t=2949</w:t>
      </w:r>
    </w:p>
    <w:p>
      <w:r>
        <w:rPr>
          <w:i/>
        </w:rPr>
        <w:t>“Dawah work mein aap ko insaan se koi lena dena nahi”</w:t>
      </w:r>
    </w:p>
    <w:p>
      <w:r>
        <w:rPr>
          <w:sz w:val="20"/>
        </w:rPr>
        <w:t>49:09  dawah work mein aap ko insaan se koi lena dena nahi hai, insaan ko to aap ko pahunchana hai, bas sirf pahunchana hai.</w:t>
      </w:r>
      <w:r>
        <w:br/>
      </w:r>
      <w:r>
        <w:rPr>
          <w:sz w:val="20"/>
        </w:rPr>
        <w:t>49:18  lena to Allah taala se hai aap ko. to dawah work ek aisa work hai jo poore maanon mein tension free banata hai aap ko,</w:t>
      </w:r>
    </w:p>
    <w:p>
      <w:pPr>
        <w:pStyle w:val="Heading2"/>
      </w:pPr>
      <w:r>
        <w:t>Reacting loses, managing wins</w:t>
      </w:r>
    </w:p>
    <w:p>
      <w:r>
        <w:rPr>
          <w:color w:val="666666"/>
          <w:sz w:val="18"/>
        </w:rPr>
        <w:t>Spirituality in Daily Life October 4, 2008 · 25s · at 26:43 · https://youtu.be/oeJR6tYqQVw?t=1603</w:t>
      </w:r>
    </w:p>
    <w:p>
      <w:r>
        <w:rPr>
          <w:i/>
        </w:rPr>
        <w:t>“It was a war of five trillion dollars, five trillion dollars, but still they didn't win.”</w:t>
      </w:r>
    </w:p>
    <w:p>
      <w:r>
        <w:rPr>
          <w:sz w:val="20"/>
        </w:rPr>
        <w:t>26:43  it was a war of five trillion dollar, five trillion dollar, lekin phir bhi woh jeet nahi hui. ab America ki economy jo hai, woh jo haal hai, uska aap jaante hain.</w:t>
      </w:r>
      <w:r>
        <w:br/>
      </w:r>
      <w:r>
        <w:rPr>
          <w:sz w:val="20"/>
        </w:rPr>
        <w:t>26:56  to koi bhi ho, chahe ek individual ho, chahe bahut bada powerful aadmi ho, react karega to haarega, aur manage karega to jeetega.</w:t>
      </w:r>
    </w:p>
    <w:p>
      <w:pPr>
        <w:pStyle w:val="Heading2"/>
      </w:pPr>
      <w:r>
        <w:t>Paradise gives everything you desire, unlike this world</w:t>
      </w:r>
    </w:p>
    <w:p>
      <w:r>
        <w:rPr>
          <w:color w:val="666666"/>
          <w:sz w:val="18"/>
        </w:rPr>
        <w:t>Personality of A Believer February 2, 2014 · 29s · at 40:56 · https://youtu.be/EiK_-O-Bjps?t=2456</w:t>
      </w:r>
    </w:p>
    <w:p>
      <w:r>
        <w:rPr>
          <w:i/>
        </w:rPr>
        <w:t>“Jannat mein wo sab hoga jo tum chaho”</w:t>
      </w:r>
    </w:p>
    <w:p>
      <w:r>
        <w:rPr>
          <w:sz w:val="20"/>
        </w:rPr>
        <w:t>40:56  jannat ke baray mein quran mein aata hai ke woh sab kuch us mein hoga jo tum chaho.</w:t>
      </w:r>
      <w:r>
        <w:br/>
      </w:r>
      <w:r>
        <w:rPr>
          <w:sz w:val="20"/>
        </w:rPr>
        <w:t>41:06  wa lakum fiha ma tashtahi anfusukum. dunya dunya mein hum chahte hain, milta nahi.</w:t>
      </w:r>
      <w:r>
        <w:br/>
      </w:r>
      <w:r>
        <w:rPr>
          <w:sz w:val="20"/>
        </w:rPr>
        <w:t>41:13  dunya mein koi bhi cheez aisi nahi hai jis ko chahne wala chahe aur us ko pa le. woh chahe woh badshah ho, tab bhi</w:t>
      </w:r>
    </w:p>
    <w:p>
      <w:pPr>
        <w:pStyle w:val="Heading2"/>
      </w:pPr>
      <w:r>
        <w:t>Mastermind but not terrorists claim</w:t>
      </w:r>
    </w:p>
    <w:p>
      <w:r>
        <w:rPr>
          <w:color w:val="666666"/>
          <w:sz w:val="18"/>
        </w:rPr>
        <w:t>The Case of Present Muslim Generation September 28, 2008 · 30s · at 8:57 · https://youtu.be/yjSy2b7JPTw?t=537</w:t>
      </w:r>
    </w:p>
    <w:p>
      <w:r>
        <w:rPr>
          <w:i/>
        </w:rPr>
        <w:t>“In ke mastermind mashraf falan, mashraf falan the”</w:t>
      </w:r>
    </w:p>
    <w:p>
      <w:r>
        <w:rPr>
          <w:sz w:val="20"/>
        </w:rPr>
        <w:t>8:57  un ke master mind Musharraf falan, Musharraf falan thay. jo ke Muslim student thay woh. to student ne nikala jaloos aur is banner ke sath ke "we are masterminds but we are not terrorists."</w:t>
      </w:r>
      <w:r>
        <w:br/>
      </w:r>
      <w:r>
        <w:rPr>
          <w:sz w:val="20"/>
        </w:rPr>
        <w:t>9:19  "we are masterminds but we are not terrorists." ab is ko aap adjust kijiye.</w:t>
      </w:r>
    </w:p>
    <w:p>
      <w:pPr>
        <w:pStyle w:val="Heading2"/>
      </w:pPr>
      <w:r>
        <w:t>Paradise is a perfect world</w:t>
      </w:r>
    </w:p>
    <w:p>
      <w:r>
        <w:rPr>
          <w:color w:val="666666"/>
          <w:sz w:val="18"/>
        </w:rPr>
        <w:t>AL RISALA JANUARY 2017 | AUDIO · 30s · at 11:08 · https://youtu.be/_nWm9Mixl-E?t=668</w:t>
      </w:r>
    </w:p>
    <w:p>
      <w:r>
        <w:rPr>
          <w:i/>
        </w:rPr>
        <w:t>“Jannat ek perfect duniya hai”</w:t>
      </w:r>
    </w:p>
    <w:p>
      <w:r>
        <w:rPr>
          <w:sz w:val="20"/>
        </w:rPr>
        <w:t>11:08  loob hai, woh yeh ke ek aala darje ka rohani samaj, ya spiritual society bane, jo is miyari</w:t>
      </w:r>
      <w:r>
        <w:br/>
      </w:r>
      <w:r>
        <w:rPr>
          <w:sz w:val="20"/>
        </w:rPr>
        <w:t>11:13  dunya mein basaye jane ke qabil ho, jis ko jannat, ya paradise kaha gaya hai.</w:t>
      </w:r>
      <w:r>
        <w:br/>
      </w:r>
      <w:r>
        <w:rPr>
          <w:sz w:val="20"/>
        </w:rPr>
        <w:t>11:18  jannat ek perfect dunya hai jo un insanon ki abadkari ke liye banai gayi hai jo apne aap</w:t>
      </w:r>
      <w:r>
        <w:br/>
      </w:r>
      <w:r>
        <w:rPr>
          <w:sz w:val="20"/>
        </w:rPr>
        <w:t>11:23  ko is ka ahel sabit karen.</w:t>
      </w:r>
      <w:r>
        <w:br/>
      </w:r>
      <w:r>
        <w:rPr>
          <w:sz w:val="20"/>
        </w:rPr>
        <w:t>11:28  dunya mein insan ko kamil azadi hasil hai.</w:t>
      </w:r>
      <w:r>
        <w:br/>
      </w:r>
      <w:r>
        <w:rPr>
          <w:sz w:val="20"/>
        </w:rPr>
        <w:t>11:33  woh azaad hai ke apne aap ko jaisa chahe</w:t>
      </w:r>
    </w:p>
    <w:p>
      <w:pPr>
        <w:pStyle w:val="Heading2"/>
      </w:pPr>
      <w:r>
        <w:t>Guru Nanak legend of the Kaaba following his feet</w:t>
      </w:r>
    </w:p>
    <w:p>
      <w:r>
        <w:rPr>
          <w:color w:val="666666"/>
          <w:sz w:val="18"/>
        </w:rPr>
        <w:t>Material Science and Spiritual Science 20 May 2012 · 55s · at 10:38 · https://youtu.be/4K6CxjThlxQ?t=638</w:t>
      </w:r>
    </w:p>
    <w:p>
      <w:r>
        <w:rPr>
          <w:i/>
        </w:rPr>
        <w:t>“Guru Nanak Mecca gaye, haram mein paanv phaila kar lete the”</w:t>
      </w:r>
    </w:p>
    <w:p>
      <w:r>
        <w:rPr>
          <w:sz w:val="20"/>
        </w:rPr>
        <w:t>10:38  aise hi dekhen india mein ek guru guzre hain aap jante hain guru nanak. to guru nanak ke bare mein kya qissa bataya jaata hai?</w:t>
      </w:r>
      <w:r>
        <w:br/>
      </w:r>
      <w:r>
        <w:rPr>
          <w:sz w:val="20"/>
        </w:rPr>
        <w:t>10:48  ke woh makka gaye to wahan par unhon ne jo haram hai, jis ke andar kaba hai, wahan woh paon phaila kar lete hue thay.</w:t>
      </w:r>
      <w:r>
        <w:br/>
      </w:r>
      <w:r>
        <w:rPr>
          <w:sz w:val="20"/>
        </w:rPr>
        <w:t>10:58  to un ka paon tha kaba ki taraf. yani kaba ki taraf paon phaila kar woh lete hue thay.</w:t>
      </w:r>
      <w:r>
        <w:br/>
      </w:r>
      <w:r>
        <w:rPr>
          <w:sz w:val="20"/>
        </w:rPr>
        <w:t>11:05  kisi ne eteraz kiya ke kaba to ek muqaddas cheez hai, is par aap paon phaila rahe hain is ki taraf. to unhon ne apna paon ulti taraf ghuma liya.</w:t>
      </w:r>
      <w:r>
        <w:br/>
      </w:r>
      <w:r>
        <w:rPr>
          <w:sz w:val="20"/>
        </w:rPr>
        <w:t>11:15  to kaba bhi ulti taraf idhar hi chala gaya. to jidhar woh paon karte thay idhar kaba chala chala jaata. yeh sab bilkul be sarwe ki kahaniyan hain.</w:t>
      </w:r>
      <w:r>
        <w:br/>
      </w:r>
      <w:r>
        <w:rPr>
          <w:sz w:val="20"/>
        </w:rPr>
        <w:t>11:26  hasan basri ki bhi aur guru nanak ki bhi. lekin baghair sawal kiye hue saare log is ko maante hain.</w:t>
      </w:r>
    </w:p>
    <w:p>
      <w:pPr>
        <w:pStyle w:val="Heading2"/>
      </w:pPr>
      <w:r>
        <w:t>Modern scientific definition of Sufism</w:t>
      </w:r>
    </w:p>
    <w:p>
      <w:r>
        <w:rPr>
          <w:color w:val="666666"/>
          <w:sz w:val="18"/>
        </w:rPr>
        <w:t>Islam and Sufism, Islam and Spirituality (Group of Gothers) - Maulana Wahiduddin Khan · 34s · at 1:04 · https://youtu.be/yuxUUlOqZLM?t=64</w:t>
      </w:r>
    </w:p>
    <w:p>
      <w:r>
        <w:rPr>
          <w:i/>
        </w:rPr>
        <w:t>“I myself am a Sufi, but not in a traditional term”</w:t>
      </w:r>
    </w:p>
    <w:p>
      <w:r>
        <w:rPr>
          <w:sz w:val="20"/>
        </w:rPr>
        <w:t>1:04  I myself is a Sufi, but not in a traditional term, but in modern scientific term.</w:t>
      </w:r>
      <w:r>
        <w:br/>
      </w:r>
      <w:r>
        <w:rPr>
          <w:sz w:val="20"/>
        </w:rPr>
        <w:t>1:15  I have studied a lot in Sufism and spirituality.</w:t>
      </w:r>
      <w:r>
        <w:br/>
      </w:r>
      <w:r>
        <w:rPr>
          <w:sz w:val="20"/>
        </w:rPr>
        <w:t>1:23  I would like to say that Sufism is the expression of spiritual aspect of Islam,</w:t>
      </w:r>
    </w:p>
    <w:p>
      <w:pPr>
        <w:pStyle w:val="Heading2"/>
      </w:pPr>
      <w:r>
        <w:t>Musa's prayer: take everything but not my reason</w:t>
      </w:r>
    </w:p>
    <w:p>
      <w:r>
        <w:rPr>
          <w:color w:val="666666"/>
          <w:sz w:val="18"/>
        </w:rPr>
        <w:t>Material Science and Spiritual Science 20 May 2012 · 28s · at 55:38 · https://youtu.be/4K6CxjThlxQ?t=3338</w:t>
      </w:r>
    </w:p>
    <w:p>
      <w:r>
        <w:rPr>
          <w:i/>
        </w:rPr>
        <w:t>“Aye Khuda, meri qaum se sab kuch cheenna par aqal mat cheenna”</w:t>
      </w:r>
    </w:p>
    <w:p>
      <w:r>
        <w:rPr>
          <w:sz w:val="20"/>
        </w:rPr>
        <w:t>55:38  aye khuda mere mere meri qom se sab kuch chheenna par aqal mat chheenna to allah taala ne kaha ke aye musa jab hum kisi se jab kisi se hum ko kisi ko mehroom karna hota hai to sab se pehle wo aqliyat chheente hain wahi muamla musalmanon ka hai</w:t>
      </w:r>
      <w:r>
        <w:br/>
      </w:r>
      <w:r>
        <w:rPr>
          <w:sz w:val="20"/>
        </w:rPr>
        <w:t>55:59  ke pathar marenge taake idhar se bomb aaye yani jagah jagah ye ap bhai mujhe mubarak</w:t>
      </w:r>
    </w:p>
    <w:p>
      <w:pPr>
        <w:pStyle w:val="Heading2"/>
      </w:pPr>
      <w:r>
        <w:t>Universal search for peace of mind</w:t>
      </w:r>
    </w:p>
    <w:p>
      <w:r>
        <w:rPr>
          <w:color w:val="666666"/>
          <w:sz w:val="18"/>
        </w:rPr>
        <w:t>Companions of The Prophet (3) 18 July, 2021 - Prof. Farida Khanam and Dr. Saniyasnain Khan · 23s · at 1:15 · https://youtu.be/Kntz4s5FhlU?t=75</w:t>
      </w:r>
    </w:p>
    <w:p>
      <w:r>
        <w:rPr>
          <w:i/>
        </w:rPr>
        <w:t>“Today peace of mind is something that everybody wants.”</w:t>
      </w:r>
    </w:p>
    <w:p>
      <w:r>
        <w:rPr>
          <w:sz w:val="20"/>
        </w:rPr>
        <w:t>1:15  now, you would all agree that today peace of mind is something that everybody wants. everybody is looking for peace of mind, but it eludes everyone. we can say that it is probably one of the greatest problem of human world, but quran gives a solution to this problem in unequivocal terms. it says in chapter 13</w:t>
      </w:r>
    </w:p>
    <w:p>
      <w:pPr>
        <w:pStyle w:val="Heading2"/>
      </w:pPr>
      <w:r>
        <w:t>Cow as a divine industry converting grass to milk</w:t>
      </w:r>
    </w:p>
    <w:p>
      <w:r>
        <w:rPr>
          <w:color w:val="666666"/>
          <w:sz w:val="18"/>
        </w:rPr>
        <w:t>Islam and Sufism (Islam and Spirituality) (English) February 28, 2008 · 35s · at 27:02 · https://youtu.be/6UGAPDfrS2w?t=1622</w:t>
      </w:r>
    </w:p>
    <w:p>
      <w:r>
        <w:rPr>
          <w:i/>
        </w:rPr>
        <w:t>“Cow eats grass and returns milk — a divine industry”</w:t>
      </w:r>
    </w:p>
    <w:p>
      <w:r>
        <w:rPr>
          <w:sz w:val="20"/>
        </w:rPr>
        <w:t>27:02  God has created cow. What is cow? You know, cow eats grass and return milk.</w:t>
      </w:r>
      <w:r>
        <w:br/>
      </w:r>
      <w:r>
        <w:rPr>
          <w:sz w:val="20"/>
        </w:rPr>
        <w:t>27:13  Cow is an, cow is a divine industry. Cow is a divine industry that is able to convert grass into milk.</w:t>
      </w:r>
      <w:r>
        <w:br/>
      </w:r>
      <w:r>
        <w:rPr>
          <w:sz w:val="20"/>
        </w:rPr>
        <w:t>27:23  In other words, cow is able to convert non milk into milk. This is cow culture. So God have created cow culture and we have to imitate cow.</w:t>
      </w:r>
    </w:p>
    <w:p>
      <w:pPr>
        <w:pStyle w:val="Heading2"/>
      </w:pPr>
      <w:r>
        <w:t>Machine's power vs self-control</w:t>
      </w:r>
    </w:p>
    <w:p>
      <w:r>
        <w:rPr>
          <w:color w:val="666666"/>
          <w:sz w:val="18"/>
        </w:rPr>
        <w:t>Life of the Companions of the Prophet | September 29, 2018 · 30s · at 55:33 · https://youtu.be/pR5eJlLJtKE?t=3333</w:t>
      </w:r>
    </w:p>
    <w:p>
      <w:r>
        <w:rPr>
          <w:i/>
        </w:rPr>
        <w:t>“Agar machine ke andar yeh taaqat hai to mere andar kyun nahi?”</w:t>
      </w:r>
    </w:p>
    <w:p>
      <w:r>
        <w:rPr>
          <w:sz w:val="20"/>
        </w:rPr>
        <w:t>55:33  engine jis machine ko ek engine chal raha hai mechanical engine agar mechanical engine mein ye taqat hai</w:t>
      </w:r>
      <w:r>
        <w:br/>
      </w:r>
      <w:r>
        <w:rPr>
          <w:sz w:val="20"/>
        </w:rPr>
        <w:t>55:39  ke vid in second wo apne ko stop kar sakta hai to mere andar kyon nahin to yaqin</w:t>
      </w:r>
      <w:r>
        <w:br/>
      </w:r>
      <w:r>
        <w:rPr>
          <w:sz w:val="20"/>
        </w:rPr>
        <w:t>55:45  kijiye iske baad se mera ye haal hoga ke is yaqin kijiye ke main waqeatan vid in</w:t>
      </w:r>
      <w:r>
        <w:br/>
      </w:r>
      <w:r>
        <w:rPr>
          <w:sz w:val="20"/>
        </w:rPr>
        <w:t>55:51  second mein apne ko rok sakta hoon aap ko agar agar tajurba karna ho to mujhe aap kabhi</w:t>
      </w:r>
      <w:r>
        <w:br/>
      </w:r>
      <w:r>
        <w:rPr>
          <w:sz w:val="20"/>
        </w:rPr>
        <w:t>55:57  aa ke ghussa dilai</w:t>
      </w:r>
    </w:p>
    <w:p>
      <w:pPr>
        <w:pStyle w:val="Heading2"/>
      </w:pPr>
      <w:r>
        <w:t>Empathetic listening is the key to real dawah</w:t>
      </w:r>
    </w:p>
    <w:p>
      <w:r>
        <w:rPr>
          <w:color w:val="666666"/>
          <w:sz w:val="18"/>
        </w:rPr>
        <w:t>Material Science and Spiritual Science 20 May 2012 · 1m 20s · at 1:22:42 · https://youtu.be/4K6CxjThlxQ?t=4962</w:t>
      </w:r>
    </w:p>
    <w:p>
      <w:r>
        <w:rPr>
          <w:i/>
        </w:rPr>
        <w:t>“Main to yahan tak kehta hoon ke main empathetic mind ho kar sunta hoon”</w:t>
      </w:r>
    </w:p>
    <w:p>
      <w:r>
        <w:rPr>
          <w:sz w:val="20"/>
        </w:rPr>
        <w:t>1:22:42  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r>
        <w:br/>
      </w:r>
      <w:r>
        <w:rPr>
          <w:sz w:val="20"/>
        </w:rPr>
        <w:t>1:23:11  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r>
        <w:br/>
      </w:r>
      <w:r>
        <w:rPr>
          <w:sz w:val="20"/>
        </w:rPr>
        <w:t>1:23:38  dawat naam hai kal fi anfusihim kal baligha yani is ka mind address ho tab dawat hai nahi to dawat nahi hai woh to mind ko address karne wali dawat to jab hogi jab aap samjhe is ke mind ko mind ko jaane nahi aap address kiya karenge aap to khoob sunna chahiye</w:t>
      </w:r>
    </w:p>
    <w:p>
      <w:pPr>
        <w:pStyle w:val="Heading2"/>
      </w:pPr>
      <w:r>
        <w:t>Whole universe praises Allah</w:t>
      </w:r>
    </w:p>
    <w:p>
      <w:r>
        <w:rPr>
          <w:color w:val="666666"/>
          <w:sz w:val="18"/>
        </w:rPr>
        <w:t>The Importance of Education, Feb. 15, 2014 - Maulana Wahiduddin Khan · 50s · at 4:01 · https://youtu.be/Ln1FQfOWyzo?t=241</w:t>
      </w:r>
    </w:p>
    <w:p>
      <w:r>
        <w:rPr>
          <w:i/>
        </w:rPr>
        <w:t>“دیکھیں، آپ قرآن کو پڑھیں تو آپ اس میں دیکھیں گے”</w:t>
      </w:r>
    </w:p>
    <w:p>
      <w:r>
        <w:rPr>
          <w:sz w:val="20"/>
        </w:rPr>
        <w:t>4:01  Allah ki hamd karti hai. goya ke sari kainat ka mamla yahi hai ke is ne Allah ko discover kar rakha hai aur is ke mukammal tor par hamd culture mein jee raha hai poora universe.</w:t>
      </w:r>
      <w:r>
        <w:br/>
      </w:r>
      <w:r>
        <w:rPr>
          <w:sz w:val="20"/>
        </w:rPr>
        <w:t>4:18  phir insan ka mamla kya hai? insan jo kehta hai ke Alhamdulillah Rabb al-Alameen, wahi to wo bhi keh rahe hain. poori universe keh rahi hai Alhamdulillah Rabb al-Alameen.</w:t>
      </w:r>
      <w:r>
        <w:br/>
      </w:r>
      <w:r>
        <w:rPr>
          <w:sz w:val="20"/>
        </w:rPr>
        <w:t>4:39  phir insan ka mamla kya hai? ye ek bohat bari cheez hai is ko samajhna chahiye ke jo rest of the universe hai, wo is ki jo marifat hai,</w:t>
      </w:r>
    </w:p>
    <w:p>
      <w:pPr>
        <w:pStyle w:val="Heading2"/>
      </w:pPr>
      <w:r>
        <w:t>Hypocrisy phenomenon emerged in Medina</w:t>
      </w:r>
    </w:p>
    <w:p>
      <w:r>
        <w:rPr>
          <w:color w:val="666666"/>
          <w:sz w:val="18"/>
        </w:rPr>
        <w:t>Dars-e-Quran, Chapter 2,  Vs 7-19 | July 26,  2015 · 30s · at 2:21 · https://youtu.be/O71wvnrbnXU?t=141</w:t>
      </w:r>
    </w:p>
    <w:p>
      <w:r>
        <w:rPr>
          <w:i/>
        </w:rPr>
        <w:t>“In Mecca there was only Islam or denial.”</w:t>
      </w:r>
    </w:p>
    <w:p>
      <w:r>
        <w:rPr>
          <w:sz w:val="20"/>
        </w:rPr>
        <w:t>2:21  fenomina nahi tha.</w:t>
      </w:r>
      <w:r>
        <w:br/>
      </w:r>
      <w:r>
        <w:rPr>
          <w:sz w:val="20"/>
        </w:rPr>
        <w:t>2:26  wahan ya to islam tha ya inkar tha.</w:t>
      </w:r>
      <w:r>
        <w:br/>
      </w:r>
      <w:r>
        <w:rPr>
          <w:sz w:val="20"/>
        </w:rPr>
        <w:t>2:31  lekin madine mein ek naya zahira paida hua.</w:t>
      </w:r>
      <w:r>
        <w:br/>
      </w:r>
      <w:r>
        <w:rPr>
          <w:sz w:val="20"/>
        </w:rPr>
        <w:t>2:36  wo is ko kehte hain munafiqat.</w:t>
      </w:r>
      <w:r>
        <w:br/>
      </w:r>
      <w:r>
        <w:rPr>
          <w:sz w:val="20"/>
        </w:rPr>
        <w:t>2:41  yani wahan par chounke mask corrosion ho raha tha to bohat se log islam mein dakhil ho gaye.</w:t>
      </w:r>
      <w:r>
        <w:br/>
      </w:r>
      <w:r>
        <w:rPr>
          <w:sz w:val="20"/>
        </w:rPr>
        <w:t>2:46  yani social compulsion ke tehat.</w:t>
      </w:r>
    </w:p>
    <w:p>
      <w:pPr>
        <w:pStyle w:val="Heading2"/>
      </w:pPr>
      <w:r>
        <w:t>Sacrifice for building a team</w:t>
      </w:r>
    </w:p>
    <w:p>
      <w:r>
        <w:rPr>
          <w:color w:val="666666"/>
          <w:sz w:val="18"/>
        </w:rPr>
        <w:t>Spiritual Light Nov 26, 2006 Maulana Wahiduddin Khan · 39s · at 27:49 · https://youtu.be/IhfHxIakZOw?t=1669</w:t>
      </w:r>
    </w:p>
    <w:p>
      <w:r>
        <w:rPr>
          <w:i/>
        </w:rPr>
        <w:t>“Do you think we are joking”</w:t>
      </w:r>
    </w:p>
    <w:p>
      <w:r>
        <w:rPr>
          <w:sz w:val="20"/>
        </w:rPr>
        <w:t>27:49  aap samajhte hain ke hum koi mazak kar rahe hain yeh? yeh jo hum kar rahe hain. main ne is ke liye woh sacrifice kiya jo dunya mein kisi ne ki nahin hai.</w:t>
      </w:r>
      <w:r>
        <w:br/>
      </w:r>
      <w:r>
        <w:rPr>
          <w:sz w:val="20"/>
        </w:rPr>
        <w:t>27:59  aap kisi ke naam nahin bata sakte. main ne international stage ko sacrifice kiya. international stage ko main ne chhora.</w:t>
      </w:r>
      <w:r>
        <w:br/>
      </w:r>
      <w:r>
        <w:rPr>
          <w:sz w:val="20"/>
        </w:rPr>
        <w:t>28:09  main ne shohrat ko chhora. paisa bohat idhar udhar mil raha tha main ne us ko chhora. sirf is liye ke main aik team bana sakoon. warna aaj main yahan baitha hua na hota.</w:t>
      </w:r>
      <w:r>
        <w:br/>
      </w:r>
      <w:r>
        <w:rPr>
          <w:sz w:val="20"/>
        </w:rPr>
        <w:t>28:20  main international stage par hota. beshumar sacrifices ke baad yeh mumkin hua hai ke hum yahan aik team banayen.</w:t>
      </w:r>
    </w:p>
    <w:p>
      <w:pPr>
        <w:pStyle w:val="Heading2"/>
      </w:pPr>
      <w:r>
        <w:t>Couplet on lack of insight</w:t>
      </w:r>
    </w:p>
    <w:p>
      <w:r>
        <w:rPr>
          <w:color w:val="666666"/>
          <w:sz w:val="18"/>
        </w:rPr>
        <w:t>Fragments of Broken Heart | December 01, 2006 | Maulana Wahiduddin Khan · 32s · at 3:48 · https://youtu.be/4uW2kggXMI8?t=228</w:t>
      </w:r>
    </w:p>
    <w:p>
      <w:r>
        <w:rPr>
          <w:i/>
        </w:rPr>
        <w:t>“Hamara zikr hi kya, hum to nabina hain”</w:t>
      </w:r>
    </w:p>
    <w:p>
      <w:r>
        <w:rPr>
          <w:sz w:val="20"/>
        </w:rPr>
        <w:t>3:48  ", hum to nabeena hain aye kashfi." "hamara zikr hi kya, hum to nabeena hain aye kashfi." "nazar</w:t>
      </w:r>
      <w:r>
        <w:br/>
      </w:r>
      <w:r>
        <w:rPr>
          <w:sz w:val="20"/>
        </w:rPr>
        <w:t>4:04  walon mein bhi hum ne baseerat ki kami paai." "nazar walon mein bhi hum ne baseerat ki kami paai."</w:t>
      </w:r>
    </w:p>
    <w:p>
      <w:pPr>
        <w:pStyle w:val="Heading2"/>
      </w:pPr>
      <w:r>
        <w:t>Spirituality demands sacrifice of concerns</w:t>
      </w:r>
    </w:p>
    <w:p>
      <w:r>
        <w:rPr>
          <w:color w:val="666666"/>
          <w:sz w:val="18"/>
        </w:rPr>
        <w:t>God and Man (In Conversation with Maulana) 01 04 07 · 32s · at 31:09 · https://youtu.be/2HlIEnmDdPo?t=1869</w:t>
      </w:r>
    </w:p>
    <w:p>
      <w:r>
        <w:rPr>
          <w:i/>
        </w:rPr>
        <w:t>“To spirituality jo hai woh sacrifice mangti hai”</w:t>
      </w:r>
    </w:p>
    <w:p>
      <w:r>
        <w:rPr>
          <w:sz w:val="20"/>
        </w:rPr>
        <w:t>31:09  to spirituality jo hai woh sacrifice mangti hai. woh sacrifice kis baat ki?</w:t>
      </w:r>
      <w:r>
        <w:br/>
      </w:r>
      <w:r>
        <w:rPr>
          <w:sz w:val="20"/>
        </w:rPr>
        <w:t>31:19  ke unfolding process jo hai not stop, chalta rahe. is ki sacrifice. Sacrif</w:t>
      </w:r>
      <w:r>
        <w:br/>
      </w:r>
      <w:r>
        <w:rPr>
          <w:sz w:val="20"/>
        </w:rPr>
        <w:t>31:25  ice kya hai? har doosre concern ko badan band khatam karna. koi doosra concern na rahe mera. aur bas is ke baad spirituality to apne aap jaise ubal hi par rahi hai, apne aap ubal rahi hai.</w:t>
      </w:r>
    </w:p>
    <w:p>
      <w:pPr>
        <w:pStyle w:val="Heading2"/>
      </w:pPr>
      <w:r>
        <w:t>Believer like a healthy tree</w:t>
      </w:r>
    </w:p>
    <w:p>
      <w:r>
        <w:rPr>
          <w:color w:val="666666"/>
          <w:sz w:val="18"/>
        </w:rPr>
        <w:t>Momin is like a tree | April 11, 2007 · 1m 00s · at 1:12 · https://youtu.be/buv324nJoBk?t=72</w:t>
      </w:r>
    </w:p>
    <w:p>
      <w:r>
        <w:rPr>
          <w:i/>
        </w:rPr>
        <w:t>“A true believer is like a tree”</w:t>
      </w:r>
    </w:p>
    <w:p>
      <w:r>
        <w:rPr>
          <w:sz w:val="20"/>
        </w:rPr>
        <w:t>1:12  kadhālika yadribullāhu al-amthāla, la'allahum yatafakkarūn. it means that the example of a true believer, momin or true believer, is that he is like a</w:t>
      </w:r>
      <w:r>
        <w:br/>
      </w:r>
      <w:r>
        <w:rPr>
          <w:sz w:val="20"/>
        </w:rPr>
        <w:t>1:42  tree, like a healthy tree. Its roots are firm in the earth, and its branches are in the heaven. It gives its fruit at all times.</w:t>
      </w:r>
    </w:p>
    <w:p>
      <w:pPr>
        <w:pStyle w:val="Heading2"/>
      </w:pPr>
      <w:r>
        <w:t>Realizing truth is a storm that remakes you</w:t>
      </w:r>
    </w:p>
    <w:p>
      <w:r>
        <w:rPr>
          <w:color w:val="666666"/>
          <w:sz w:val="18"/>
        </w:rPr>
        <w:t>Divine Personality April 2, 2014 Maulana Wahiduddin Khan · 49s · at 9:06 · https://youtu.be/4F-V__KFzpA?t=546</w:t>
      </w:r>
    </w:p>
    <w:p>
      <w:r>
        <w:rPr>
          <w:i/>
        </w:rPr>
        <w:t>“This Ma'rifat is not simply a mysterious rohaniyat.”</w:t>
      </w:r>
    </w:p>
    <w:p>
      <w:r>
        <w:rPr>
          <w:sz w:val="20"/>
        </w:rPr>
        <w:t>9:06  . Then this Ma'rifat is not simply a mysterious rohaniyat.</w:t>
      </w:r>
      <w:r>
        <w:br/>
      </w:r>
      <w:r>
        <w:rPr>
          <w:sz w:val="20"/>
        </w:rPr>
        <w:t>9:17  No. It is a storm. Ma'rifat changes your way of thinking.</w:t>
      </w:r>
      <w:r>
        <w:br/>
      </w:r>
      <w:r>
        <w:rPr>
          <w:sz w:val="20"/>
        </w:rPr>
        <w:t>9:27  Ma'rifat changes your way of speaking. Ma'rifat changes your method of dealing.</w:t>
      </w:r>
      <w:r>
        <w:br/>
      </w:r>
      <w:r>
        <w:rPr>
          <w:sz w:val="20"/>
        </w:rPr>
        <w:t>9:38  Ma'rifat changes all the aspects of your life.</w:t>
      </w:r>
      <w:r>
        <w:br/>
      </w:r>
      <w:r>
        <w:rPr>
          <w:sz w:val="20"/>
        </w:rPr>
        <w:t>9:43  You become a new man. That is a believer. That is Arif.</w:t>
      </w:r>
    </w:p>
    <w:p>
      <w:pPr>
        <w:pStyle w:val="Heading2"/>
      </w:pPr>
      <w:r>
        <w:t>No paradise entry without self-purification</w:t>
      </w:r>
    </w:p>
    <w:p>
      <w:r>
        <w:rPr>
          <w:color w:val="666666"/>
          <w:sz w:val="18"/>
        </w:rPr>
        <w:t>Tazkiya-e-Nafs Book by Maulana Wahiduddin Khan · 45s · at 10:56 · https://youtu.be/LbGPnJWmj1A?t=656</w:t>
      </w:r>
    </w:p>
    <w:p>
      <w:r>
        <w:rPr>
          <w:i/>
        </w:rPr>
        <w:t>“Paighambar ka aik aham kaam tazkiya hai”</w:t>
      </w:r>
    </w:p>
    <w:p>
      <w:r>
        <w:rPr>
          <w:sz w:val="20"/>
        </w:rPr>
        <w:t>10:56  paighambar ka ek aham kaam tazkiya hai.</w:t>
      </w:r>
      <w:r>
        <w:br/>
      </w:r>
      <w:r>
        <w:rPr>
          <w:sz w:val="20"/>
        </w:rPr>
        <w:t>11:00  paighambr ki aakhri koshish yeh hoti hai ke aise insaan tayyar hon jin ke seenay Allah ki muhabbat ke siwa har muhabbat se khaali hon.</w:t>
      </w:r>
      <w:r>
        <w:br/>
      </w:r>
      <w:r>
        <w:rPr>
          <w:sz w:val="20"/>
        </w:rPr>
        <w:t>11:10  aisi roohon wajood mein aaein jo nafsiyati pecheedgion se azaad hon. aise afraad paida hon jo kainaat se woh rabbani rizq pa sakein jo Allah ne apne momin bandon ke liye rakh diya hai.</w:t>
      </w:r>
      <w:r>
        <w:br/>
      </w:r>
      <w:r>
        <w:rPr>
          <w:sz w:val="20"/>
        </w:rPr>
        <w:t>11:25  jannat ka maamla tazkiya se juda hua hai.</w:t>
      </w:r>
      <w:r>
        <w:br/>
      </w:r>
      <w:r>
        <w:rPr>
          <w:sz w:val="20"/>
        </w:rPr>
        <w:t>11:28  tazkiya hi jannat mein dakhlay ki waahid shart hai. tazkiya ke baghair har giz kisi shakhs ko jannat mein dakhla milnay wala nahi.</w:t>
      </w:r>
    </w:p>
    <w:p>
      <w:pPr>
        <w:pStyle w:val="Heading2"/>
      </w:pPr>
      <w:r>
        <w:t>why 'right here, right now' philosophy fails</w:t>
      </w:r>
    </w:p>
    <w:p>
      <w:r>
        <w:rPr>
          <w:color w:val="666666"/>
          <w:sz w:val="18"/>
        </w:rPr>
        <w:t>Discovery of Paradise March 22, 2015 · 59s · at 10:04 · https://youtu.be/2axrfd7sZkE?t=604</w:t>
      </w:r>
    </w:p>
    <w:p>
      <w:r>
        <w:rPr>
          <w:i/>
        </w:rPr>
        <w:t>“Aaj kal chalta hai nazariya: 'right here right now'”</w:t>
      </w:r>
    </w:p>
    <w:p>
      <w:r>
        <w:rPr>
          <w:sz w:val="20"/>
        </w:rPr>
        <w:t>10:04  to logon ne yeh nazariya banaya ke isi dunya mein hamein paana hai. aaj kal aam taur par yeh yeh nazariya chala hua hai ke "right here right now".</w:t>
      </w:r>
      <w:r>
        <w:br/>
      </w:r>
      <w:r>
        <w:rPr>
          <w:sz w:val="20"/>
        </w:rPr>
        <w:t>10:21  yehi yehi hamein paana hai, yehi hamein chahiye, isi dunya mein chahiye. to har aadmi aaj ke peeche, yani today ke peeche daud raha hai.</w:t>
      </w:r>
      <w:r>
        <w:br/>
      </w:r>
      <w:r>
        <w:rPr>
          <w:sz w:val="20"/>
        </w:rPr>
        <w:t>10:32  today.</w:t>
      </w:r>
      <w:r>
        <w:br/>
      </w:r>
      <w:r>
        <w:rPr>
          <w:sz w:val="20"/>
        </w:rPr>
        <w:t>10:35  lekin koi paata nahi. masla yeh hai ke today kya milta hai kisi ko? daud raha hai, daud raha hai, daud raha hai, lekin jab milta hai to maloom hota hai ke is se kam tha yeh jo mein mein ne chaha tha.</w:t>
      </w:r>
      <w:r>
        <w:br/>
      </w:r>
      <w:r>
        <w:rPr>
          <w:sz w:val="20"/>
        </w:rPr>
        <w:t>10:54  to "right here right now" ka sab se bara minus point yeh hai ke woh workable nahi hai.</w:t>
      </w:r>
    </w:p>
    <w:p>
      <w:pPr>
        <w:pStyle w:val="Heading2"/>
      </w:pPr>
      <w:r>
        <w:t>True believer's spiritual response to hardships</w:t>
      </w:r>
    </w:p>
    <w:p>
      <w:r>
        <w:rPr>
          <w:color w:val="666666"/>
          <w:sz w:val="18"/>
        </w:rPr>
        <w:t>The Importance of Education, Feb. 15, 2014 - Maulana Wahiduddin Khan · 31s · at 10:34 · https://youtu.be/Ln1FQfOWyzo?t=634</w:t>
      </w:r>
    </w:p>
    <w:p>
      <w:r>
        <w:rPr>
          <w:i/>
        </w:rPr>
        <w:t>“ایک سچا مومن جو ہوتا ہے، اس پر جب مصیبتیں پڑتی ہیں”</w:t>
      </w:r>
    </w:p>
    <w:p>
      <w:r>
        <w:rPr>
          <w:sz w:val="20"/>
        </w:rPr>
        <w:t>10:34  yeh hargiz yeh matlab is ka nahi hai. dekhen, ek bohat hi nuqte ki baat mein arz karta hoon aap ko. ek sacha momin jo hota hai, us par jab museebatein padti hain,</w:t>
      </w:r>
      <w:r>
        <w:br/>
      </w:r>
      <w:r>
        <w:rPr>
          <w:sz w:val="20"/>
        </w:rPr>
        <w:t>10:51  yani madi problem us ko aate hain to kis liye aate hain? yani bhook padti hai to is liye ke woh Allah se khana maange?</w:t>
      </w:r>
      <w:r>
        <w:br/>
      </w:r>
      <w:r>
        <w:rPr>
          <w:sz w:val="20"/>
        </w:rPr>
        <w:t>11:02  aisa nahi hai.</w:t>
      </w:r>
    </w:p>
    <w:p>
      <w:pPr>
        <w:pStyle w:val="Heading2"/>
      </w:pPr>
      <w:r>
        <w:t>Tazkiya achieved through contemplation, not meditation</w:t>
      </w:r>
    </w:p>
    <w:p>
      <w:r>
        <w:rPr>
          <w:color w:val="666666"/>
          <w:sz w:val="18"/>
        </w:rPr>
        <w:t>Tazkiya-e-Nafs Book by Maulana Wahiduddin Khan · 42s · at 4:55 · https://youtu.be/LbGPnJWmj1A?t=295</w:t>
      </w:r>
    </w:p>
    <w:p>
      <w:r>
        <w:rPr>
          <w:i/>
        </w:rPr>
        <w:t>“Tazkiya ka zariya muraqaba nahi, ghor o fikr hai”</w:t>
      </w:r>
    </w:p>
    <w:p>
      <w:r>
        <w:rPr>
          <w:sz w:val="20"/>
        </w:rPr>
        <w:t>4:55  tazkiya ka zariya muraqba yaani meditation nahi, balke tazkiya ka zariya ghore-o-fikr yaani contemplation hai.</w:t>
      </w:r>
      <w:r>
        <w:br/>
      </w:r>
      <w:r>
        <w:rPr>
          <w:sz w:val="20"/>
        </w:rPr>
        <w:t>5:05  apni zaat aur kainat ke baray mein ghore-o-fikr karna aur un se marifat ka zehni ya fikri rizq hasil karna, yahi woh amal yaani process hai jis se aadmi ke andar muzakka shakhsiyat banti hai.</w:t>
      </w:r>
      <w:r>
        <w:br/>
      </w:r>
      <w:r>
        <w:rPr>
          <w:sz w:val="20"/>
        </w:rPr>
        <w:t>5:20  tazkiya ek maloom haqeeqat hai, na ke koi majhool haqeeqat.</w:t>
      </w:r>
      <w:r>
        <w:br/>
      </w:r>
      <w:r>
        <w:rPr>
          <w:sz w:val="20"/>
        </w:rPr>
        <w:t>5:25  yeh tazkiya insaan ki apni koshish se hasil hota hai, kisi mafroozah buzurg ke purasrar faiz se is ka koi taalluq nahi.</w:t>
      </w:r>
    </w:p>
    <w:p>
      <w:pPr>
        <w:pStyle w:val="Heading2"/>
      </w:pPr>
      <w:r>
        <w:t>Session ends with tea and prayer</w:t>
      </w:r>
    </w:p>
    <w:p>
      <w:r>
        <w:rPr>
          <w:color w:val="666666"/>
          <w:sz w:val="18"/>
        </w:rPr>
        <w:t>Message of The Quran March 29, 2015 · 30s · at 59:37 · https://youtu.be/u57TpiO8A7Y?t=3577</w:t>
      </w:r>
    </w:p>
    <w:p>
      <w:r>
        <w:rPr>
          <w:i/>
        </w:rPr>
        <w:t>“It is really a very thrilling point”</w:t>
      </w:r>
    </w:p>
    <w:p>
      <w:r>
        <w:rPr>
          <w:sz w:val="20"/>
        </w:rPr>
        <w:t>59:37  It is really a very thrilling point. Thank you very much. Okay, so we will end this session now. We will break for tea and then after tea, we will have the namaz in the hall. Thank you.</w:t>
      </w:r>
    </w:p>
    <w:p>
      <w:pPr>
        <w:pStyle w:val="Heading2"/>
      </w:pPr>
      <w:r>
        <w:t>Non-political empire requires no fighting</w:t>
      </w:r>
    </w:p>
    <w:p>
      <w:r>
        <w:rPr>
          <w:color w:val="666666"/>
          <w:sz w:val="18"/>
        </w:rPr>
        <w:t>Five Pillars of Islam | July 30, 2007 · 32s · at 36:05 · https://youtu.be/f31xU7hWLWI?t=2165</w:t>
      </w:r>
    </w:p>
    <w:p>
      <w:r>
        <w:rPr>
          <w:i/>
        </w:rPr>
        <w:t>“but when you try to establish a non-political empire of Islam”</w:t>
      </w:r>
    </w:p>
    <w:p>
      <w:r>
        <w:rPr>
          <w:sz w:val="20"/>
        </w:rPr>
        <w:t>36:05  empire of Islam, so there is no need for fighting.</w:t>
      </w:r>
      <w:r>
        <w:br/>
      </w:r>
      <w:r>
        <w:rPr>
          <w:sz w:val="20"/>
        </w:rPr>
        <w:t>36:12  It is completely a peaceful talk. Peaceful task.</w:t>
      </w:r>
      <w:r>
        <w:br/>
      </w:r>
      <w:r>
        <w:rPr>
          <w:sz w:val="20"/>
        </w:rPr>
        <w:t>36:18  It is completely a peaceful task.</w:t>
      </w:r>
      <w:r>
        <w:br/>
      </w:r>
      <w:r>
        <w:rPr>
          <w:sz w:val="20"/>
        </w:rPr>
        <w:t>36:25  No fighting is—no fighting, no war, no violence.</w:t>
      </w:r>
      <w:r>
        <w:br/>
      </w:r>
      <w:r>
        <w:rPr>
          <w:sz w:val="20"/>
        </w:rPr>
        <w:t>36:32  Then you know that in our age,</w:t>
      </w:r>
    </w:p>
    <w:p>
      <w:pPr>
        <w:pStyle w:val="Heading2"/>
      </w:pPr>
      <w:r>
        <w:t>Two trends create inner struggle</w:t>
      </w:r>
    </w:p>
    <w:p>
      <w:r>
        <w:rPr>
          <w:color w:val="666666"/>
          <w:sz w:val="18"/>
        </w:rPr>
        <w:t>Life of the Companions of the Prophet | September 29, 2018 · 32s · at 7:27 · https://youtu.be/pR5eJlLJtKE?t=447</w:t>
      </w:r>
    </w:p>
    <w:p>
      <w:r>
        <w:rPr>
          <w:i/>
        </w:rPr>
        <w:t>“Yeh do qism ke trends jo aap ke andar jaagte hain”</w:t>
      </w:r>
    </w:p>
    <w:p>
      <w:r>
        <w:rPr>
          <w:sz w:val="20"/>
        </w:rPr>
        <w:t>7:27  yeh do qism ke trend jo aap ke andar jaagte hain, woh aap ke andar ek inner struggle</w:t>
      </w:r>
      <w:r>
        <w:br/>
      </w:r>
      <w:r>
        <w:rPr>
          <w:sz w:val="20"/>
        </w:rPr>
        <w:t>7:33  paida karte hain, inner struggle.</w:t>
      </w:r>
      <w:r>
        <w:br/>
      </w:r>
      <w:r>
        <w:rPr>
          <w:sz w:val="20"/>
        </w:rPr>
        <w:t>7:39  mustaqil tor par ek inner struggle.</w:t>
      </w:r>
      <w:r>
        <w:br/>
      </w:r>
      <w:r>
        <w:rPr>
          <w:sz w:val="20"/>
        </w:rPr>
        <w:t>7:46  aur mein sochta hoon ke yeh bohat bari nafsiati baat hai, bohat bari psychological baat hai.</w:t>
      </w:r>
      <w:r>
        <w:br/>
      </w:r>
      <w:r>
        <w:rPr>
          <w:sz w:val="20"/>
        </w:rPr>
        <w:t>7:52  kyun ke jis tarah hamari</w:t>
      </w:r>
    </w:p>
    <w:p>
      <w:pPr>
        <w:pStyle w:val="Heading2"/>
      </w:pPr>
      <w:r>
        <w:t>Never take an action that disgraces Islam</w:t>
      </w:r>
    </w:p>
    <w:p>
      <w:r>
        <w:rPr>
          <w:color w:val="666666"/>
          <w:sz w:val="18"/>
        </w:rPr>
        <w:t>Spirituality in Islam January 1, 2006 Maulana Wahiduddin Khan · 29s · at 7:18 · https://youtu.be/XO4htFBEkV4?t=438</w:t>
      </w:r>
    </w:p>
    <w:p>
      <w:r>
        <w:rPr>
          <w:i/>
        </w:rPr>
        <w:t>“Koi bhi step jis se Islam badnam ho, na lein”</w:t>
      </w:r>
    </w:p>
    <w:p>
      <w:r>
        <w:rPr>
          <w:sz w:val="20"/>
        </w:rPr>
        <w:t>7:18  to is se kya principle mila ke aisa koi bhi kaam, koi bol, koi step, koi action aisa nahi liya jayega jis ke nateeje mein islam badnaam hota ho.</w:t>
      </w:r>
      <w:r>
        <w:br/>
      </w:r>
      <w:r>
        <w:rPr>
          <w:sz w:val="20"/>
        </w:rPr>
        <w:t>7:37  kitni bari yeh taleem hai islam ki lekin is 200 saal ke andar musalmanon ne one percent bhi is ka dhyan nahi kiya.</w:t>
      </w:r>
    </w:p>
    <w:p>
      <w:pPr>
        <w:pStyle w:val="Heading2"/>
      </w:pPr>
      <w:r>
        <w:t>Complex free soul defines spirituality</w:t>
      </w:r>
    </w:p>
    <w:p>
      <w:r>
        <w:rPr>
          <w:color w:val="666666"/>
          <w:sz w:val="18"/>
        </w:rPr>
        <w:t>Science And Spirituality-25th April 07 · 25s · at 6:42 · https://youtu.be/v5j9QVMgQq0?t=402</w:t>
      </w:r>
    </w:p>
    <w:p>
      <w:r>
        <w:rPr>
          <w:i/>
        </w:rPr>
        <w:t>“One who is free of complexes is a complex free soul.”</w:t>
      </w:r>
    </w:p>
    <w:p>
      <w:r>
        <w:rPr>
          <w:sz w:val="20"/>
        </w:rPr>
        <w:t>6:42  So one who is free of these complexes, he is a complex free soul. And a spiritual person is one who is a complex free soul. Then also, there is a detailed definition.</w:t>
      </w:r>
      <w:r>
        <w:br/>
      </w:r>
      <w:r>
        <w:rPr>
          <w:sz w:val="20"/>
        </w:rPr>
        <w:t>7:07  Also, we find a detailed definition of Spirituality.</w:t>
      </w:r>
    </w:p>
    <w:p>
      <w:pPr>
        <w:pStyle w:val="Heading2"/>
      </w:pPr>
      <w:r>
        <w:t>No enemies only friends and supporters</w:t>
      </w:r>
    </w:p>
    <w:p>
      <w:r>
        <w:rPr>
          <w:color w:val="666666"/>
          <w:sz w:val="18"/>
        </w:rPr>
        <w:t>AL RISALA JANUARY 2017 | AUDIO · 30s · at 1:02:56 · https://youtu.be/_nWm9Mixl-E?t=3776</w:t>
      </w:r>
    </w:p>
    <w:p>
      <w:r>
        <w:rPr>
          <w:i/>
        </w:rPr>
        <w:t>“Aaj ki duniya mein koi kisi ka dushman nahi”</w:t>
      </w:r>
    </w:p>
    <w:p>
      <w:r>
        <w:rPr>
          <w:sz w:val="20"/>
        </w:rPr>
        <w:t>1:02:56  jis masawat ka ghalba hai woh dost aur mu'eed ya supporter ka hai aaj ki dunya mein koi kisi ka dushman nahi aaj ki dunya mein koi shakhs ya to aap ka dost hoga aur agar dost na ho to woh aap ka mu'eed hoga goya jis daur ki peshangoi hadees mein ki gayi thi woh ab waqia ban chuki hai in riwayat mein mustaqbil ke jis waqie ko deen ki nisbat se bayan kiya</w:t>
      </w:r>
    </w:p>
    <w:p>
      <w:pPr>
        <w:pStyle w:val="Heading2"/>
      </w:pPr>
      <w:r>
        <w:t>Self-corruption stops, hypocrisy grows</w:t>
      </w:r>
    </w:p>
    <w:p>
      <w:r>
        <w:rPr>
          <w:color w:val="666666"/>
          <w:sz w:val="18"/>
        </w:rPr>
        <w:t>Dars-e-Quran, Chapter 2,  Vs 7-19 | July 26,  2015 · 30s · at 6:56 · https://youtu.be/O71wvnrbnXU?t=416</w:t>
      </w:r>
    </w:p>
    <w:p>
      <w:r>
        <w:rPr>
          <w:i/>
        </w:rPr>
        <w:t>“When self-correction stops, it gradually becomes hypocrisy.”</w:t>
      </w:r>
    </w:p>
    <w:p>
      <w:r>
        <w:rPr>
          <w:sz w:val="20"/>
        </w:rPr>
        <w:t>6:56  ki conditioning ruki rehti hai.</w:t>
      </w:r>
      <w:r>
        <w:br/>
      </w:r>
      <w:r>
        <w:rPr>
          <w:sz w:val="20"/>
        </w:rPr>
        <w:t>7:01  lekin jab aadmi ke andar self correction ka process jari na ho to wahi dheere dheere nifaq ban jata hai.</w:t>
      </w:r>
      <w:r>
        <w:br/>
      </w:r>
      <w:r>
        <w:rPr>
          <w:sz w:val="20"/>
        </w:rPr>
        <w:t>7:05  to nifaq jab aa jata hai to log bazoher to masjidon mein namaz padhenge, bazoher roze bhi rakhenge.</w:t>
      </w:r>
      <w:r>
        <w:br/>
      </w:r>
      <w:r>
        <w:rPr>
          <w:sz w:val="20"/>
        </w:rPr>
        <w:t>7:09  lekin dil mein ikhlas nahi hoga.</w:t>
      </w:r>
      <w:r>
        <w:br/>
      </w:r>
      <w:r>
        <w:rPr>
          <w:sz w:val="20"/>
        </w:rPr>
        <w:t>7:13  dil mein Allah ka khauf nahi hoga.</w:t>
      </w:r>
      <w:r>
        <w:br/>
      </w:r>
      <w:r>
        <w:rPr>
          <w:sz w:val="20"/>
        </w:rPr>
        <w:t>7:18  dil mein akhirat ki pakad nahi hogi.</w:t>
      </w:r>
      <w:r>
        <w:br/>
      </w:r>
      <w:r>
        <w:rPr>
          <w:sz w:val="20"/>
        </w:rPr>
        <w:t>7:22  to phir kuch un ke siwa mil jayega. apne inter</w:t>
      </w:r>
    </w:p>
    <w:p>
      <w:pPr>
        <w:pStyle w:val="Heading2"/>
      </w:pPr>
      <w:r>
        <w:t>Never justify your mistake completely</w:t>
      </w:r>
    </w:p>
    <w:p>
      <w:r>
        <w:rPr>
          <w:color w:val="666666"/>
          <w:sz w:val="18"/>
        </w:rPr>
        <w:t>Tazkiyah and Self Criticism April 13, 2020 Maulana Wahiduddin Khan · 37s · at 25:48 · https://youtu.be/D4pMJtT4vDg?t=1548</w:t>
      </w:r>
    </w:p>
    <w:p>
      <w:r>
        <w:rPr>
          <w:i/>
        </w:rPr>
        <w:t>“Main apni ghalti ko kabhi justify nahi karta”</w:t>
      </w:r>
    </w:p>
    <w:p>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p>
    <w:p>
      <w:pPr>
        <w:pStyle w:val="Heading2"/>
      </w:pPr>
      <w:r>
        <w:t>Rain parable: opportunity must be discovered, not announced</w:t>
      </w:r>
    </w:p>
    <w:p>
      <w:r>
        <w:rPr>
          <w:color w:val="666666"/>
          <w:sz w:val="18"/>
        </w:rPr>
        <w:t>America A Case of Spiritual Starvaltion July 7, 2011 · 43s · at 48:01 · https://youtu.be/N8JYD2P3QYE?t=2881</w:t>
      </w:r>
    </w:p>
    <w:p>
      <w:r>
        <w:rPr>
          <w:i/>
        </w:rPr>
        <w:t>“When rain comes, it never announces itself”</w:t>
      </w:r>
    </w:p>
    <w:p>
      <w:r>
        <w:rPr>
          <w:sz w:val="20"/>
        </w:rPr>
        <w:t>48:01  jab barish hoti hai barsaat ke zamane mein to barish khamoshi se hoti hai, ailaan nahi hota barish ke saath saath. Ae kisaanon, waqt aa gaya hai fasal lagane ka, apne khet bajao.</w:t>
      </w:r>
      <w:r>
        <w:br/>
      </w:r>
      <w:r>
        <w:rPr>
          <w:sz w:val="20"/>
        </w:rPr>
        <w:t>48:18  Yeh koi koi barish ailaan nahi karti, aisa yeh kisan ko khud janna parta hai.</w:t>
      </w:r>
      <w:r>
        <w:br/>
      </w:r>
      <w:r>
        <w:rPr>
          <w:sz w:val="20"/>
        </w:rPr>
        <w:t>48:26  Barish aayegi, pani idhar udhar ho jayega, lekin yeh kisan ko khud daryaft karna hai ke mausam aa gaya agriculture ka, mausam aa gaya khet ki tayari karne ka, khud aap ko daryaft karna hai.</w:t>
      </w:r>
    </w:p>
    <w:p>
      <w:pPr>
        <w:pStyle w:val="Heading2"/>
      </w:pPr>
      <w:r>
        <w:t>Admit mistakes with I was wrong</w:t>
      </w:r>
    </w:p>
    <w:p>
      <w:r>
        <w:rPr>
          <w:color w:val="666666"/>
          <w:sz w:val="18"/>
        </w:rPr>
        <w:t>Tazkiyah and Self Criticism April 13, 2020 Maulana Wahiduddin Khan · 26s · at 17:04 · https://youtu.be/D4pMJtT4vDg?t=1024</w:t>
      </w:r>
    </w:p>
    <w:p>
      <w:r>
        <w:rPr>
          <w:i/>
        </w:rPr>
        <w:t>“Self hammeri ka jhazba ho”</w:t>
      </w:r>
    </w:p>
    <w:p>
      <w:r>
        <w:rPr>
          <w:sz w:val="20"/>
        </w:rPr>
        <w:t>17:04  self humality ka jazba ho. apni ghalati ko manen poore tareeqay par. I was wrong .</w:t>
      </w:r>
      <w:r>
        <w:br/>
      </w:r>
      <w:r>
        <w:rPr>
          <w:sz w:val="20"/>
        </w:rPr>
        <w:t>17:14  yeh kahein.</w:t>
      </w:r>
      <w:r>
        <w:br/>
      </w:r>
      <w:r>
        <w:rPr>
          <w:sz w:val="20"/>
        </w:rPr>
        <w:t>17:19  koi ghalati ho jaye toh bilkul saaf tareeqay se kahein. I was wrong. I was wrong . yahi starting point hai.</w:t>
      </w:r>
    </w:p>
    <w:p>
      <w:pPr>
        <w:pStyle w:val="Heading2"/>
      </w:pPr>
      <w:r>
        <w:t>Purpose of man is journey of realization</w:t>
      </w:r>
    </w:p>
    <w:p>
      <w:r>
        <w:rPr>
          <w:color w:val="666666"/>
          <w:sz w:val="18"/>
        </w:rPr>
        <w:t>AL RISALA JANUARY 2017 | AUDIO · 30s · at 8:07 · https://youtu.be/_nWm9Mixl-E?t=487</w:t>
      </w:r>
    </w:p>
    <w:p>
      <w:r>
        <w:rPr>
          <w:i/>
        </w:rPr>
        <w:t>“Mojooda duniya mein insaan ko aabaad karne ka asal maqsad”</w:t>
      </w:r>
    </w:p>
    <w:p>
      <w:r>
        <w:rPr>
          <w:sz w:val="20"/>
        </w:rPr>
        <w:t>8:07  ko daryaft kiya hai, woh deen-e-khudawandi ki haqaniyat ki tasdeeq karne wali hain. maujooda dunya mein insaan ko abad karne ka asal maqsad yeh hai ke woh marifat, ya realization, ka safar kare. woh apni shakhsiyat ko aala irtqa ke darjay tak pohnchaye. is tehzeeb ne insaan ke liye ghaur-o-fikr ka ek naya framework diya. is ne ghaur-o-fikr ke liye insaan</w:t>
      </w:r>
    </w:p>
    <w:p>
      <w:pPr>
        <w:pStyle w:val="Heading2"/>
      </w:pPr>
      <w:r>
        <w:t>Need for scientific religion</w:t>
      </w:r>
    </w:p>
    <w:p>
      <w:r>
        <w:rPr>
          <w:color w:val="666666"/>
          <w:sz w:val="18"/>
        </w:rPr>
        <w:t>Fragments of Broken Heart | December 01, 2006 | Maulana Wahiduddin Khan · 30s · at 13:35 · https://youtu.be/4uW2kggXMI8?t=815</w:t>
      </w:r>
    </w:p>
    <w:p>
      <w:r>
        <w:rPr>
          <w:i/>
        </w:rPr>
        <w:t>“Ek scientific religion ki zaroorat hai”</w:t>
      </w:r>
    </w:p>
    <w:p>
      <w:r>
        <w:rPr>
          <w:sz w:val="20"/>
        </w:rPr>
        <w:t>13:35  ek scientific religion ki zaroorat hai.</w:t>
      </w:r>
      <w:r>
        <w:br/>
      </w:r>
      <w:r>
        <w:rPr>
          <w:sz w:val="20"/>
        </w:rPr>
        <w:t>13:40  scientific religion ki zaroorat hai.</w:t>
      </w:r>
      <w:r>
        <w:br/>
      </w:r>
      <w:r>
        <w:rPr>
          <w:sz w:val="20"/>
        </w:rPr>
        <w:t>13:45  agarche is ko nahi maloom ke scientific religion hai kiya.</w:t>
      </w:r>
      <w:r>
        <w:br/>
      </w:r>
      <w:r>
        <w:rPr>
          <w:sz w:val="20"/>
        </w:rPr>
        <w:t>13:50  woh mehsoos karta hai ke aaj ki generation, modern mind ek naya mazhab chahta hai.</w:t>
      </w:r>
      <w:r>
        <w:br/>
      </w:r>
      <w:r>
        <w:rPr>
          <w:sz w:val="20"/>
        </w:rPr>
        <w:t>13:55  isi naye mazhab ko is ne scientific mazhab ka naam diya hai.</w:t>
      </w:r>
      <w:r>
        <w:br/>
      </w:r>
      <w:r>
        <w:rPr>
          <w:sz w:val="20"/>
        </w:rPr>
        <w:t>14:00  yeh scientific mazhab kya hai</w:t>
      </w:r>
    </w:p>
    <w:p>
      <w:pPr>
        <w:pStyle w:val="Heading2"/>
      </w:pPr>
      <w:r>
        <w:t>Defining tazkiya as purification of the self</w:t>
      </w:r>
    </w:p>
    <w:p>
      <w:r>
        <w:rPr>
          <w:color w:val="666666"/>
          <w:sz w:val="18"/>
        </w:rPr>
        <w:t>Tazkiya-e-Nafs Book by Maulana Wahiduddin Khan · 28s · at 0:44 · https://youtu.be/LbGPnJWmj1A?t=44</w:t>
      </w:r>
    </w:p>
    <w:p>
      <w:r>
        <w:rPr>
          <w:i/>
        </w:rPr>
        <w:t>“Tazkiya ke maani tatheer yani purification ke hain”</w:t>
      </w:r>
    </w:p>
    <w:p>
      <w:r>
        <w:rPr>
          <w:sz w:val="20"/>
        </w:rPr>
        <w:t>0:44  tazkiyah ke mani tahir yani purification ke hain, yani pak karna, nafs ki targheebat aur shaitan ke waswas se apne aap ko bachana,</w:t>
      </w:r>
      <w:r>
        <w:br/>
      </w:r>
      <w:r>
        <w:rPr>
          <w:sz w:val="20"/>
        </w:rPr>
        <w:t>0:54  logon ki taraf se paish aane wale naghwaar tajrubaat ke mauqa par apne aap ko manfi rad-e-amal se mehfooz rakhna, un muharkaat se ghair mutaasir reh kar zindagi guzarna jo aadmi ko sirat-e-mustaqeem se hatane wale hain, waghera.</w:t>
      </w:r>
    </w:p>
    <w:p>
      <w:pPr>
        <w:pStyle w:val="Heading2"/>
      </w:pPr>
      <w:r>
        <w:t>Beard sunnah, tone kufr</w:t>
      </w:r>
    </w:p>
    <w:p>
      <w:r>
        <w:rPr>
          <w:color w:val="666666"/>
          <w:sz w:val="18"/>
        </w:rPr>
        <w:t>Life of the Companions of the Prophet | September 29, 2018 · 30s · at 42:41 · https://youtu.be/pR5eJlLJtKE?t=2561</w:t>
      </w:r>
    </w:p>
    <w:p>
      <w:r>
        <w:rPr>
          <w:i/>
        </w:rPr>
        <w:t>“Daari sunnat hai lekin tera lahja kufr hai”</w:t>
      </w:r>
    </w:p>
    <w:p>
      <w:r>
        <w:rPr>
          <w:sz w:val="20"/>
        </w:rPr>
        <w:t>42:41  dadi sunnat hai lekin tera lehja kufr hai to kabhi aisa hota hai ke aap aadmi lehje se</w:t>
      </w:r>
      <w:r>
        <w:br/>
      </w:r>
      <w:r>
        <w:rPr>
          <w:sz w:val="20"/>
        </w:rPr>
        <w:t>42:49  bhaap lete hain ke kitna baat ko pakadne wala hai ya nahi pakadne wala to aaj jo qissa</w:t>
      </w:r>
      <w:r>
        <w:br/>
      </w:r>
      <w:r>
        <w:rPr>
          <w:sz w:val="20"/>
        </w:rPr>
        <w:t>42:56  hua ke koi baat mani kahi usko chahiye thi koi soch hai is par soch hai in</w:t>
      </w:r>
      <w:r>
        <w:br/>
      </w:r>
      <w:r>
        <w:rPr>
          <w:sz w:val="20"/>
        </w:rPr>
        <w:t>43:04  yuzal baat thi lekin maine dekha ke wo aadmi ne socha nahi bas</w:t>
      </w:r>
    </w:p>
    <w:p>
      <w:pPr>
        <w:pStyle w:val="Heading2"/>
      </w:pPr>
      <w:r>
        <w:t>Spiritual duty vs political system</w:t>
      </w:r>
    </w:p>
    <w:p>
      <w:r>
        <w:rPr>
          <w:color w:val="666666"/>
          <w:sz w:val="18"/>
        </w:rPr>
        <w:t>Message of The Quran March 29, 2015 · 55s · at 45:57 · https://youtu.be/u57TpiO8A7Y?t=2757</w:t>
      </w:r>
    </w:p>
    <w:p>
      <w:r>
        <w:rPr>
          <w:i/>
        </w:rPr>
        <w:t>“Muslimon tumhara farz ye hai”</w:t>
      </w:r>
    </w:p>
    <w:p>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r>
        <w:br/>
      </w:r>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p>
    <w:p>
      <w:pPr>
        <w:pStyle w:val="Heading2"/>
      </w:pPr>
      <w:r>
        <w:t>Sacrifice to build foundation</w:t>
      </w:r>
    </w:p>
    <w:p>
      <w:r>
        <w:rPr>
          <w:color w:val="666666"/>
          <w:sz w:val="18"/>
        </w:rPr>
        <w:t>Fragments of Broken Heart | December 01, 2006 | Maulana Wahiduddin Khan · 30s · at 55:45 · https://youtu.be/4uW2kggXMI8?t=3345</w:t>
      </w:r>
    </w:p>
    <w:p>
      <w:r>
        <w:rPr>
          <w:i/>
        </w:rPr>
        <w:t>“Maine apni haddiyon ko pighla kar”</w:t>
      </w:r>
    </w:p>
    <w:p>
      <w:r>
        <w:rPr>
          <w:sz w:val="20"/>
        </w:rPr>
        <w:t>55:45  wo aakhri baat yahi hai ke maine apni haddiyon ko pighla kar apne khoon ko khushk kar ke apni jawani ko budhape mein tabdeel kar ke ye kiya ke pehle marhale ka kaam kar diya. adab tayar kar diya. aur daryaft kiya phir se wo islam ko jo islam chhuop chuka tha pardo mein jaisa ke hadith mein aya hai. us ko phir se daryaft kiya. aur us ko kitabon mein likh diya</w:t>
      </w:r>
    </w:p>
    <w:p>
      <w:pPr>
        <w:pStyle w:val="Heading2"/>
      </w:pPr>
      <w:r>
        <w:t>Glass as encyclopedia of civilization</w:t>
      </w:r>
    </w:p>
    <w:p>
      <w:r>
        <w:rPr>
          <w:color w:val="666666"/>
          <w:sz w:val="18"/>
        </w:rPr>
        <w:t>IIC: How to Develop Spiritual Personality · 34s · at 11:31 · https://youtu.be/-XrYpEYwk-Y?t=691</w:t>
      </w:r>
    </w:p>
    <w:p>
      <w:r>
        <w:rPr>
          <w:i/>
        </w:rPr>
        <w:t>“This glass is an encyclopedia”</w:t>
      </w:r>
    </w:p>
    <w:p>
      <w:r>
        <w:rPr>
          <w:sz w:val="20"/>
        </w:rPr>
        <w:t>11:31  hoon, yani isprichual eye se, to mujhe yeh glass jo hai, ek encyclopedia dikhai deta hai.</w:t>
      </w:r>
      <w:r>
        <w:br/>
      </w:r>
      <w:r>
        <w:rPr>
          <w:sz w:val="20"/>
        </w:rPr>
        <w:t>11:40  woh kaise? civilization ki ek lambi journey hai, tab ja kar hamein yeh glass mila hai.</w:t>
      </w:r>
      <w:r>
        <w:br/>
      </w:r>
      <w:r>
        <w:rPr>
          <w:sz w:val="20"/>
        </w:rPr>
        <w:t>11:48  aap dekhiye, pehle insan pani kaise peeta tha? bohat pehle.</w:t>
      </w:r>
      <w:r>
        <w:br/>
      </w:r>
      <w:r>
        <w:rPr>
          <w:sz w:val="20"/>
        </w:rPr>
        <w:t>11:57  pehle insan pani peeta tha by joining his</w:t>
      </w:r>
    </w:p>
    <w:p>
      <w:pPr>
        <w:pStyle w:val="Heading2"/>
      </w:pPr>
      <w:r>
        <w:t>Help the oppressor and oppressed</w:t>
      </w:r>
    </w:p>
    <w:p>
      <w:r>
        <w:rPr>
          <w:color w:val="666666"/>
          <w:sz w:val="18"/>
        </w:rPr>
        <w:t>Peace of Mind April 19, 2015 Maulana Wahiduddin Khan · 10s · at 53:45 · https://youtu.be/bGLY0ALNtjw?t=3225</w:t>
      </w:r>
    </w:p>
    <w:p>
      <w:r>
        <w:rPr>
          <w:i/>
        </w:rPr>
        <w:t>“Help zalim aur mazloom both, help of zalim is to stop him from zulm”</w:t>
      </w:r>
    </w:p>
    <w:p>
      <w:r>
        <w:rPr>
          <w:sz w:val="20"/>
        </w:rPr>
        <w:t>53:45  The Prophet also said that help zalim and mazloom both, and the help of zalim is to stop him from zulm.</w:t>
      </w:r>
    </w:p>
    <w:p>
      <w:pPr>
        <w:pStyle w:val="Heading2"/>
      </w:pPr>
      <w:r>
        <w:t>Spiritual inspiration from Dhak flowers</w:t>
      </w:r>
    </w:p>
    <w:p>
      <w:r>
        <w:rPr>
          <w:color w:val="666666"/>
          <w:sz w:val="18"/>
        </w:rPr>
        <w:t>Nature as a Role Mode May 21, 2006 · 39s · at 8:03 · https://youtu.be/ppaB1Z2zXL8?t=483</w:t>
      </w:r>
    </w:p>
    <w:p>
      <w:r>
        <w:rPr>
          <w:i/>
        </w:rPr>
        <w:t>“Us ko maine dekha to mujhe be-ikhtiyar main rone laga.”</w:t>
      </w:r>
    </w:p>
    <w:p>
      <w:r>
        <w:rPr>
          <w:sz w:val="20"/>
        </w:rPr>
        <w:t>8:03  aur is mein nihayat hi khoobsurat lal rang ke phool lage hue thay. is ko maine dekha to mujhe be ikhtiyar mein rone laga.</w:t>
      </w:r>
      <w:r>
        <w:br/>
      </w:r>
      <w:r>
        <w:rPr>
          <w:sz w:val="20"/>
        </w:rPr>
        <w:t>8:15  maine kaha ke khuda ya!</w:t>
      </w:r>
      <w:r>
        <w:br/>
      </w:r>
      <w:r>
        <w:rPr>
          <w:sz w:val="20"/>
        </w:rPr>
        <w:t>8:18  to ne is thand mein itnay khoobsurat phool ugaye hain. mein bhi ek thand hoon. mein bhi ek thand hoon.</w:t>
      </w:r>
      <w:r>
        <w:br/>
      </w:r>
      <w:r>
        <w:rPr>
          <w:sz w:val="20"/>
        </w:rPr>
        <w:t>8:30  to meri zindagi mein bhi isi tarah phool uga de. der tak train dhak ke darmiyan chalti rahi aur mein barabar yeh dua karta raha.</w:t>
      </w:r>
    </w:p>
    <w:p>
      <w:pPr>
        <w:pStyle w:val="Heading2"/>
      </w:pPr>
      <w:r>
        <w:t>Novel reader fails to give wisdom</w:t>
      </w:r>
    </w:p>
    <w:p>
      <w:r>
        <w:rPr>
          <w:color w:val="666666"/>
          <w:sz w:val="18"/>
        </w:rPr>
        <w:t>How to Build a Strong Personality June 14, 2008 Maulana Wahiduddin Khan · 52s · at 10:52 · https://youtu.be/bRWn96tpOIM?t=652</w:t>
      </w:r>
    </w:p>
    <w:p>
      <w:r>
        <w:rPr>
          <w:i/>
        </w:rPr>
        <w:t>“You read a hundred novels, give me one wisdom.”</w:t>
      </w:r>
    </w:p>
    <w:p>
      <w:r>
        <w:rPr>
          <w:sz w:val="20"/>
        </w:rPr>
        <w:t>10:52  to main ne kaha theek hai. un ki baaton se main ne yeh bhi samjha ke kam az kam 100 novel to unhone zaroor padhe honge, 100 mote mote novel.</w:t>
      </w:r>
      <w:r>
        <w:br/>
      </w:r>
      <w:r>
        <w:rPr>
          <w:sz w:val="20"/>
        </w:rPr>
        <w:t>11:04  to main ne kaha ke itne saare novel padhe hain aap ne, to kam az kam ek wisdom ki baat ab mujhe bataiye. sirf ek wisdom ki baat, koi meaningful baat, koi aisi baat jis mein lesson ho,</w:t>
      </w:r>
      <w:r>
        <w:br/>
      </w:r>
      <w:r>
        <w:rPr>
          <w:sz w:val="20"/>
        </w:rPr>
        <w:t>11:23  koi aisi baat jis mein meri bhi learning ho. to unhone kaha ke bahut baatein hain, bahut baatein.</w:t>
      </w:r>
      <w:r>
        <w:br/>
      </w:r>
      <w:r>
        <w:rPr>
          <w:sz w:val="20"/>
        </w:rPr>
        <w:t>11:33  main ne kaha ke dekhiye, main bahut baat aap se nahi pooch raha hoon, main yeh kar raha hoon ke sirf ek wisdom ki baat aap mujhe bataiye.</w:t>
      </w:r>
    </w:p>
    <w:p>
      <w:pPr>
        <w:pStyle w:val="Heading2"/>
      </w:pPr>
      <w:r>
        <w:t>Creation plan of God as mindset</w:t>
      </w:r>
    </w:p>
    <w:p>
      <w:r>
        <w:rPr>
          <w:color w:val="666666"/>
          <w:sz w:val="18"/>
        </w:rPr>
        <w:t>Experience Sharing Session of CPS Members 24 May 2008 - Maulana Wahiduddin Khan · 49s · at 19:17 · https://youtu.be/alVAkAnKiuM?t=1157</w:t>
      </w:r>
    </w:p>
    <w:p>
      <w:r>
        <w:rPr>
          <w:i/>
        </w:rPr>
        <w:t>“नाउ, दिस क्रिएशन प्लान ऑफ गॉड हैज़ बिकम माय माइंडसेट”</w:t>
      </w:r>
    </w:p>
    <w:p>
      <w:r>
        <w:rPr>
          <w:sz w:val="20"/>
        </w:rPr>
        <w:t>19:17  now, this creation plan of god has become my mindset.</w:t>
      </w:r>
      <w:r>
        <w:br/>
      </w:r>
      <w:r>
        <w:rPr>
          <w:sz w:val="20"/>
        </w:rPr>
        <w:t>19:21  and it has released me from all kinds of tensions and frustrations.</w:t>
      </w:r>
      <w:r>
        <w:br/>
      </w:r>
      <w:r>
        <w:rPr>
          <w:sz w:val="20"/>
        </w:rPr>
        <w:t>19:26  when i am away from all kinds of tensions and frustrations, i am able to prioritize my duties</w:t>
      </w:r>
      <w:r>
        <w:br/>
      </w:r>
      <w:r>
        <w:rPr>
          <w:sz w:val="20"/>
        </w:rPr>
        <w:t>19:34  and activities and also develop my intellect.</w:t>
      </w:r>
      <w:r>
        <w:br/>
      </w:r>
      <w:r>
        <w:rPr>
          <w:sz w:val="20"/>
        </w:rPr>
        <w:t>19:38  and now, this has also become a mission with me, that dawah work is to be done at</w:t>
      </w:r>
      <w:r>
        <w:br/>
      </w:r>
      <w:r>
        <w:rPr>
          <w:sz w:val="20"/>
        </w:rPr>
        <w:t>19:43  the first priority.</w:t>
      </w:r>
      <w:r>
        <w:br/>
      </w:r>
      <w:r>
        <w:rPr>
          <w:sz w:val="20"/>
        </w:rPr>
        <w:t>19:45  and the rest is secondary priorities.</w:t>
      </w:r>
      <w:r>
        <w:br/>
      </w:r>
      <w:r>
        <w:rPr>
          <w:sz w:val="20"/>
        </w:rPr>
        <w:t>19:49  so, dawa dawa work has become the purpose of my life.</w:t>
      </w:r>
      <w:r>
        <w:br/>
      </w:r>
      <w:r>
        <w:rPr>
          <w:sz w:val="20"/>
        </w:rPr>
        <w:t>19:54  and this is what we have to do till our death.</w:t>
      </w:r>
    </w:p>
    <w:p>
      <w:pPr>
        <w:pStyle w:val="Heading2"/>
      </w:pPr>
      <w:r>
        <w:t>Rose plant metaphor: beauty must coexist with thorns</w:t>
      </w:r>
    </w:p>
    <w:p>
      <w:r>
        <w:rPr>
          <w:color w:val="666666"/>
          <w:sz w:val="18"/>
        </w:rPr>
        <w:t>Islam and Sufism (Islam and Spirituality) (English) February 28, 2008 · 31s · at 31:23 · https://youtu.be/6UGAPDfrS2w?t=1883</w:t>
      </w:r>
    </w:p>
    <w:p>
      <w:r>
        <w:rPr>
          <w:i/>
        </w:rPr>
        <w:t>“There is a rose plant, beautiful flowers, and thorns”</w:t>
      </w:r>
    </w:p>
    <w:p>
      <w:r>
        <w:rPr>
          <w:sz w:val="20"/>
        </w:rPr>
        <w:t>31:23  you see, there is a rose plant</w:t>
      </w:r>
      <w:r>
        <w:br/>
      </w:r>
      <w:r>
        <w:rPr>
          <w:sz w:val="20"/>
        </w:rPr>
        <w:t>31:26  what is rose plant? in every branch of rose plant, you see a beautiful flower. at the same time, there are thorns.</w:t>
      </w:r>
      <w:r>
        <w:br/>
      </w:r>
      <w:r>
        <w:rPr>
          <w:sz w:val="20"/>
        </w:rPr>
        <w:t>31:39  at the same time, there are thoughts. it means that rose plant is able to live.</w:t>
      </w:r>
      <w:r>
        <w:br/>
      </w:r>
      <w:r>
        <w:rPr>
          <w:sz w:val="20"/>
        </w:rPr>
        <w:t>31:47  rose plant, although has beautiful flowers, but it has the ability to live with thoughts.</w:t>
      </w:r>
    </w:p>
    <w:p>
      <w:pPr>
        <w:pStyle w:val="Heading2"/>
      </w:pPr>
      <w:r>
        <w:t>without spirituality, society collapses into a jungle</w:t>
      </w:r>
    </w:p>
    <w:p>
      <w:r>
        <w:rPr>
          <w:color w:val="666666"/>
          <w:sz w:val="18"/>
        </w:rPr>
        <w:t>Interview Session with Maulana Wahiduddin Khan January 30, 2008 · 53s · at 34:34 · https://youtu.be/o8Gpe9YMuZc?t=2074</w:t>
      </w:r>
    </w:p>
    <w:p>
      <w:r>
        <w:rPr>
          <w:i/>
        </w:rPr>
        <w:t>“Without spirituality, society is reduced like a jungle.”</w:t>
      </w:r>
    </w:p>
    <w:p>
      <w:r>
        <w:rPr>
          <w:sz w:val="20"/>
        </w:rPr>
        <w:t>34:34  ? would absence of spirituality make any difference to our life? yes, spirituality is greatly needed for better society.</w:t>
      </w:r>
      <w:r>
        <w:br/>
      </w:r>
      <w:r>
        <w:rPr>
          <w:sz w:val="20"/>
        </w:rPr>
        <w:t>34:48  without spirituality, society be reduced to like a jungle, like animal world.</w:t>
      </w:r>
      <w:r>
        <w:br/>
      </w:r>
      <w:r>
        <w:rPr>
          <w:sz w:val="20"/>
        </w:rPr>
        <w:t>34:59  spirituality makes the</w:t>
      </w:r>
      <w:r>
        <w:br/>
      </w:r>
      <w:r>
        <w:rPr>
          <w:sz w:val="20"/>
        </w:rPr>
        <w:t>35:04  members of society responsible person, duty conscious person.</w:t>
      </w:r>
      <w:r>
        <w:br/>
      </w:r>
      <w:r>
        <w:rPr>
          <w:sz w:val="20"/>
        </w:rPr>
        <w:t>35:13  spirituality is the essence of society.</w:t>
      </w:r>
      <w:r>
        <w:br/>
      </w:r>
      <w:r>
        <w:rPr>
          <w:sz w:val="20"/>
        </w:rPr>
        <w:t>35:18  without spirituality, society becomes an anarchy.</w:t>
      </w:r>
    </w:p>
    <w:p>
      <w:pPr>
        <w:pStyle w:val="Heading2"/>
      </w:pPr>
      <w:r>
        <w:t>Anti-self-thinking causes heart disease</w:t>
      </w:r>
    </w:p>
    <w:p>
      <w:r>
        <w:rPr>
          <w:color w:val="666666"/>
          <w:sz w:val="18"/>
        </w:rPr>
        <w:t>Dars-e-Quran, Chapter 2,  Vs 7-19 | July 26,  2015 · 30s · at 17:33 · https://youtu.be/O71wvnrbnXU?t=1053</w:t>
      </w:r>
    </w:p>
    <w:p>
      <w:r>
        <w:rPr>
          <w:i/>
        </w:rPr>
        <w:t>“These are people who do not practice self-thinking.”</w:t>
      </w:r>
    </w:p>
    <w:p>
      <w:r>
        <w:rPr>
          <w:sz w:val="20"/>
        </w:rPr>
        <w:t>17:33  position hai aise aadmi ki jo anti self thinking na kare. fi quloobihim maradun fa zadahum Allahu maradun. un ke dil mein bimari hai to Allah ne un ki bimari ko badha diya. yahan qalb hamari aql hai, dimagh yani un ke zehen mein ek bimari hai to Allah ne is bimari ko badha diya hai. woh bimari kya hai? woh bimari hai nifaq hai. y'a</w:t>
      </w:r>
    </w:p>
    <w:p>
      <w:pPr>
        <w:pStyle w:val="Heading2"/>
      </w:pPr>
      <w:r>
        <w:t>Two-point formula: giver or no problem</w:t>
      </w:r>
    </w:p>
    <w:p>
      <w:r>
        <w:rPr>
          <w:color w:val="666666"/>
          <w:sz w:val="18"/>
        </w:rPr>
        <w:t>Personality Building May 28, 2013 Maulana Wahiduddin Khan · 39s · at 20:49 · https://youtu.be/8vNUoqGILmw?t=1249</w:t>
      </w:r>
    </w:p>
    <w:p>
      <w:r>
        <w:rPr>
          <w:i/>
        </w:rPr>
        <w:t>“Prophet alaihi salam ne ek bahut hi simple formula diya”</w:t>
      </w:r>
    </w:p>
    <w:p>
      <w:r>
        <w:rPr>
          <w:sz w:val="20"/>
        </w:rPr>
        <w:t>20:49  yeh "it is a two point formula". unhon ne kaha keh "in lam tanfa'u fala tadurru". is ka literal translation yeh hai keh agar tum logon ko faida nahi pohncha sakte toh nuqsan hi mat pohnchaao.</w:t>
      </w:r>
      <w:r>
        <w:br/>
      </w:r>
      <w:r>
        <w:rPr>
          <w:sz w:val="20"/>
        </w:rPr>
        <w:t>21:08  is ka matlab kya hua? ke duniya mein ya to giver ban kar raho, giver, ya no problem person ban kar raho.</w:t>
      </w:r>
      <w:r>
        <w:br/>
      </w:r>
      <w:r>
        <w:rPr>
          <w:sz w:val="20"/>
        </w:rPr>
        <w:t>21:18  ya to giver person ya no problem person. kitna simple formula yeh hai. yaani ek hai minimum, minimum, maximum.</w:t>
      </w:r>
    </w:p>
    <w:p>
      <w:pPr>
        <w:pStyle w:val="Heading2"/>
      </w:pPr>
      <w:r>
        <w:t>Introduction to materialism and intellectual dwarfism</w:t>
      </w:r>
    </w:p>
    <w:p>
      <w:r>
        <w:rPr>
          <w:color w:val="666666"/>
          <w:sz w:val="18"/>
        </w:rPr>
        <w:t>Material Science Vs Spiritual Science 20th May 12 SLOW · 16m 07s · at 0:16 · https://youtu.be/qYwFExG7cyM?t=16</w:t>
      </w:r>
    </w:p>
    <w:p>
      <w:r>
        <w:rPr>
          <w:i/>
        </w:rPr>
        <w:t>“Today's topic: Materialism and Intellectual Dwarfism.”</w:t>
      </w:r>
    </w:p>
    <w:p>
      <w:r>
        <w:rPr>
          <w:sz w:val="20"/>
        </w:rPr>
        <w:t>0:16  bismillah al-rahman al-rahim, wa salla Allahu ala al-nabi al-karim.</w:t>
      </w:r>
      <w:r>
        <w:br/>
      </w:r>
      <w:r>
        <w:rPr>
          <w:sz w:val="20"/>
        </w:rPr>
        <w:t>0:23  rab ishrah li sadri, wa yassir li amri, wahul uqdatan min lisani, yafqahu qawli.</w:t>
      </w:r>
      <w:r>
        <w:br/>
      </w:r>
      <w:r>
        <w:rPr>
          <w:sz w:val="20"/>
        </w:rPr>
        <w:t>0:30  aaj ka topic hai: materialism aur intellectual dwarfism, yani madat ya zehni bona pan.</w:t>
      </w:r>
      <w:r>
        <w:br/>
      </w:r>
      <w:r>
        <w:rPr>
          <w:sz w:val="20"/>
        </w:rPr>
        <w:t>0:38  دیکھیے، جو لوگ material culture کو اختیار کرتے ہیں، بظاہر تو وہ material culture کو اختیار کرتے ہیں،</w:t>
      </w:r>
      <w:r>
        <w:br/>
      </w:r>
      <w:r>
        <w:rPr>
          <w:sz w:val="20"/>
        </w:rPr>
        <w:t>0:45  لیکن نتیجے کے اعتبار سے وہ ہوتا ہے option for intellectual dwarfism.</w:t>
      </w:r>
      <w:r>
        <w:br/>
      </w:r>
      <w:r>
        <w:rPr>
          <w:sz w:val="20"/>
        </w:rPr>
        <w:t>0:53  aap bhi is ka tajruba aap ko bhi hua hoga, mujhe toh zindagi mein bara hi tajruba hua</w:t>
      </w:r>
      <w:r>
        <w:br/>
      </w:r>
      <w:r>
        <w:rPr>
          <w:sz w:val="20"/>
        </w:rPr>
        <w:t>1:00  ہے کہ جو لوگ جیتے ہیں material culture میں، عملاً وہ intellectual dwarfism کا شکار رہتے ہیں۔</w:t>
      </w:r>
      <w:r>
        <w:br/>
      </w:r>
      <w:r>
        <w:rPr>
          <w:sz w:val="20"/>
        </w:rPr>
        <w:t>1:08  material culture se meri murad hai madi cheezon mein, madi cheezon ke shauq mein jeena, family mein jeena,</w:t>
      </w:r>
      <w:r>
        <w:br/>
      </w:r>
      <w:r>
        <w:rPr>
          <w:sz w:val="20"/>
        </w:rPr>
        <w:t>1:15  مادی ترقیوں کے بارے میں سوچتے رہنا، اپنی فیملی کو اپنا sole concern بن رہنا، گھر، کار، جاب،</w:t>
      </w:r>
      <w:r>
        <w:br/>
      </w:r>
      <w:r>
        <w:rPr>
          <w:sz w:val="20"/>
        </w:rPr>
        <w:t>1:23  business, estates—yeh sari cheezein material culture mein aati hain.</w:t>
      </w:r>
      <w:r>
        <w:br/>
      </w:r>
      <w:r>
        <w:rPr>
          <w:sz w:val="20"/>
        </w:rPr>
        <w:t>1:30  تو جو لوگ material culture کو یا مادی ترقی کو اپنا concern بناتے ہیں، تو لازمی طور پر</w:t>
      </w:r>
      <w:r>
        <w:br/>
      </w:r>
      <w:r>
        <w:rPr>
          <w:sz w:val="20"/>
        </w:rPr>
        <w:t>1:38  is ki ek price dete hain.</w:t>
      </w:r>
      <w:r>
        <w:br/>
      </w:r>
      <w:r>
        <w:rPr>
          <w:sz w:val="20"/>
        </w:rPr>
        <w:t>1:45  وہ یہ کہ وہ intellectual dwarfism کا شکار ہوتے ہیں۔</w:t>
      </w:r>
      <w:r>
        <w:br/>
      </w:r>
      <w:r>
        <w:rPr>
          <w:sz w:val="20"/>
        </w:rPr>
        <w:t>1:53  دیکھیں، انسان انسان دو ایک dual being ہے۔</w:t>
      </w:r>
      <w:r>
        <w:br/>
      </w:r>
      <w:r>
        <w:rPr>
          <w:sz w:val="20"/>
        </w:rPr>
        <w:t>2:00  انسان ہمارا ایک body ہے، ہمارا ایک soul ہے، تو دونوں کے تقاضے الگ الگ ہیں۔</w:t>
      </w:r>
      <w:r>
        <w:br/>
      </w:r>
      <w:r>
        <w:rPr>
          <w:sz w:val="20"/>
        </w:rPr>
        <w:t>2:08  Body ki tarakki yeh hai ke is ko maddi cheezein milti rahen, khana peena milta rahe, lekin jo</w:t>
      </w:r>
      <w:r>
        <w:br/>
      </w:r>
      <w:r>
        <w:rPr>
          <w:sz w:val="20"/>
        </w:rPr>
        <w:t>2:15  soul hai, us ki taraqqi yeh hai is par ke aap ke andar intellectual development hota rahe.</w:t>
      </w:r>
      <w:r>
        <w:br/>
      </w:r>
      <w:r>
        <w:rPr>
          <w:sz w:val="20"/>
        </w:rPr>
        <w:t>2:23  وہ ایک بالکل different department ہے۔</w:t>
      </w:r>
      <w:r>
        <w:br/>
      </w:r>
      <w:r>
        <w:rPr>
          <w:sz w:val="20"/>
        </w:rPr>
        <w:t>2:30  یہ ناممکن ہے، دیکھیں، کہ آپ مادی ترقیوں میں جئیں اور ساتھ ساتھ آپ کا intellectual development ہوتا رہے۔</w:t>
      </w:r>
      <w:r>
        <w:br/>
      </w:r>
      <w:r>
        <w:rPr>
          <w:sz w:val="20"/>
        </w:rPr>
        <w:t>2:38  yeh nahi ho sakta.</w:t>
      </w:r>
      <w:r>
        <w:br/>
      </w:r>
      <w:r>
        <w:rPr>
          <w:sz w:val="20"/>
        </w:rPr>
        <w:t>2:45  toh ek ko lene ke liye doosre ko khona parega.</w:t>
      </w:r>
      <w:r>
        <w:br/>
      </w:r>
      <w:r>
        <w:rPr>
          <w:sz w:val="20"/>
        </w:rPr>
        <w:t>2:53  hadith mein aata hai ke: "man ahabba dunya bi-akhratihi, man ahabba akhratahu bi-akhratihi, fa-asru ma yafquh 'ala ma yafquh".</w:t>
      </w:r>
      <w:r>
        <w:br/>
      </w:r>
      <w:r>
        <w:rPr>
          <w:sz w:val="20"/>
        </w:rPr>
        <w:t>3:00  yaani dono ko back waqt aap yaqeenan develop nahi kar sakte.</w:t>
      </w:r>
      <w:r>
        <w:br/>
      </w:r>
      <w:r>
        <w:rPr>
          <w:sz w:val="20"/>
        </w:rPr>
        <w:t>3:08  یعنی physical part آپ کا جو ہے، وہ اور آپ کا intellectual part جو ہے، وہ۔</w:t>
      </w:r>
      <w:r>
        <w:br/>
      </w:r>
      <w:r>
        <w:rPr>
          <w:sz w:val="20"/>
        </w:rPr>
        <w:t>3:15  toh ab aap ko aap ka choice kya hai, woh aap par nebharta hai.</w:t>
      </w:r>
      <w:r>
        <w:br/>
      </w:r>
      <w:r>
        <w:rPr>
          <w:sz w:val="20"/>
        </w:rPr>
        <w:t>3:23  lekin yeh bohat zyada serious masla hai.</w:t>
      </w:r>
      <w:r>
        <w:br/>
      </w:r>
      <w:r>
        <w:rPr>
          <w:sz w:val="20"/>
        </w:rPr>
        <w:t>3:30  hota kya hai ke jab aadmi paida hota hai, bachpan aur naujawani ya ibtidai umar jo hoti hai</w:t>
      </w:r>
      <w:r>
        <w:br/>
      </w:r>
      <w:r>
        <w:rPr>
          <w:sz w:val="20"/>
        </w:rPr>
        <w:t>3:38  is ki, toh is mein bari energy hoti hai, bohat energy hoti hai.</w:t>
      </w:r>
      <w:r>
        <w:br/>
      </w:r>
      <w:r>
        <w:rPr>
          <w:sz w:val="20"/>
        </w:rPr>
        <w:t>3:45  toh khel kood mein, tafreeh mein, woh jeene lagta hai.</w:t>
      </w:r>
      <w:r>
        <w:br/>
      </w:r>
      <w:r>
        <w:rPr>
          <w:sz w:val="20"/>
        </w:rPr>
        <w:t>3:53  jaise misaal karte hue, dekhein, do naujawan khel kood kar rahe hain.</w:t>
      </w:r>
      <w:r>
        <w:br/>
      </w:r>
      <w:r>
        <w:rPr>
          <w:sz w:val="20"/>
        </w:rPr>
        <w:t>4:00  toh jis waqt aadmi khel kood karta hai, woh samajhta hai ke bas yahi zindagi hai.</w:t>
      </w:r>
      <w:r>
        <w:br/>
      </w:r>
      <w:r>
        <w:rPr>
          <w:sz w:val="20"/>
        </w:rPr>
        <w:t>4:08  lekin aap law of nature ko overrule nahi kar sakte.</w:t>
      </w:r>
      <w:r>
        <w:br/>
      </w:r>
      <w:r>
        <w:rPr>
          <w:sz w:val="20"/>
        </w:rPr>
        <w:t>4:15  aap ki zindagi hamesha in jawani wali energy aap ke andar nahi rehti.</w:t>
      </w:r>
      <w:r>
        <w:br/>
      </w:r>
      <w:r>
        <w:rPr>
          <w:sz w:val="20"/>
        </w:rPr>
        <w:t>4:23  aap par bimari lagti hai, accident hota hai, tarah tarah ke hardships paish aate hain, aur agar yeh</w:t>
      </w:r>
      <w:r>
        <w:br/>
      </w:r>
      <w:r>
        <w:rPr>
          <w:sz w:val="20"/>
        </w:rPr>
        <w:t>4:30  sab kuch bhi na ho, farz ki jiye, tab bhi aap budhape se bacha nahi sakte apne aap ko.</w:t>
      </w:r>
      <w:r>
        <w:br/>
      </w:r>
      <w:r>
        <w:rPr>
          <w:sz w:val="20"/>
        </w:rPr>
        <w:t>4:38  yeh toh impossible hai ke aap budhape se bacha lein.</w:t>
      </w:r>
      <w:r>
        <w:br/>
      </w:r>
      <w:r>
        <w:rPr>
          <w:sz w:val="20"/>
        </w:rPr>
        <w:t>4:45  aakhir mein dekhiye, yeh hota hai.</w:t>
      </w:r>
      <w:r>
        <w:br/>
      </w:r>
      <w:r>
        <w:rPr>
          <w:sz w:val="20"/>
        </w:rPr>
        <w:t>4:53  akela aadmi, sad andar se sad, aur bilkul goya ke woh waiting for death, maut ka intezar karta hota hai.</w:t>
      </w:r>
      <w:r>
        <w:br/>
      </w:r>
      <w:r>
        <w:rPr>
          <w:sz w:val="20"/>
        </w:rPr>
        <w:t>5:00  aur maut ke baad kya hai? jo kuch aap ne yahan madi taraqqi ki thi, woh sab aap</w:t>
      </w:r>
      <w:r>
        <w:br/>
      </w:r>
      <w:r>
        <w:rPr>
          <w:sz w:val="20"/>
        </w:rPr>
        <w:t>5:08  ke saath chhod deti hai.</w:t>
      </w:r>
      <w:r>
        <w:br/>
      </w:r>
      <w:r>
        <w:rPr>
          <w:sz w:val="20"/>
        </w:rPr>
        <w:t>5:15  toh yeh bohat zyada serious masla hai, is ko sochna chahiye har aadmi ko.</w:t>
      </w:r>
      <w:r>
        <w:br/>
      </w:r>
      <w:r>
        <w:rPr>
          <w:sz w:val="20"/>
        </w:rPr>
        <w:t>5:23  kyun ke dekhein, sab se bari cheez aap ko jo mili hai, woh body hai.</w:t>
      </w:r>
      <w:r>
        <w:br/>
      </w:r>
      <w:r>
        <w:rPr>
          <w:sz w:val="20"/>
        </w:rPr>
        <w:t>5:30  body toh vehicle hai, vehicle.</w:t>
      </w:r>
      <w:r>
        <w:br/>
      </w:r>
      <w:r>
        <w:rPr>
          <w:sz w:val="20"/>
        </w:rPr>
        <w:t>5:38  ab sabziyon bachay, aap ko mind mila hua hai, yeh body aap ka vehicle hai.</w:t>
      </w:r>
      <w:r>
        <w:br/>
      </w:r>
      <w:r>
        <w:rPr>
          <w:sz w:val="20"/>
        </w:rPr>
        <w:t>5:45  to vehicle, vehicle ki khoob polish karen aap, aur mind ko starvation mein rakhen to aqalmandi nahi hogi.</w:t>
      </w:r>
      <w:r>
        <w:br/>
      </w:r>
      <w:r>
        <w:rPr>
          <w:sz w:val="20"/>
        </w:rPr>
        <w:t>5:53  lekin badqismati se aaj kal sab ka yahi haal hai.</w:t>
      </w:r>
      <w:r>
        <w:br/>
      </w:r>
      <w:r>
        <w:rPr>
          <w:sz w:val="20"/>
        </w:rPr>
        <w:t>6:00  eat drink and be merry mein jeetay hain log, chahe yeh lafz na bhi jantay hon, right here,</w:t>
      </w:r>
      <w:r>
        <w:br/>
      </w:r>
      <w:r>
        <w:rPr>
          <w:sz w:val="20"/>
        </w:rPr>
        <w:t>6:08  right now, yeh na bhi jantay hon, tab bhi isi mein jeetay hain.</w:t>
      </w:r>
      <w:r>
        <w:br/>
      </w:r>
      <w:r>
        <w:rPr>
          <w:sz w:val="20"/>
        </w:rPr>
        <w:t>6:15  woh aaj kal jo log job kartay hain, un ka kya hai? work hard, party hard, matlab khoob</w:t>
      </w:r>
      <w:r>
        <w:br/>
      </w:r>
      <w:r>
        <w:rPr>
          <w:sz w:val="20"/>
        </w:rPr>
        <w:t>6:23  mehnat se kaam karo, paisa kamao, aur partiyon mein ja kar ke paise lutao, tablegh karo.</w:t>
      </w:r>
      <w:r>
        <w:br/>
      </w:r>
      <w:r>
        <w:rPr>
          <w:sz w:val="20"/>
        </w:rPr>
        <w:t>6:30  magar aisay bohat salhon se, yahan se le kar amreeka tak, mein mila hoon.</w:t>
      </w:r>
      <w:r>
        <w:br/>
      </w:r>
      <w:r>
        <w:rPr>
          <w:sz w:val="20"/>
        </w:rPr>
        <w:t>6:38  waqti aik temporary entertainment hota hai party mein, ya holiday mein jatay hain aap, us ke baad</w:t>
      </w:r>
      <w:r>
        <w:br/>
      </w:r>
      <w:r>
        <w:rPr>
          <w:sz w:val="20"/>
        </w:rPr>
        <w:t>6:45  phir aik naya stress, us ke baad aik naya stress, jis ko aap keh saktay hain party stress,</w:t>
      </w:r>
      <w:r>
        <w:br/>
      </w:r>
      <w:r>
        <w:rPr>
          <w:sz w:val="20"/>
        </w:rPr>
        <w:t>6:53  ya holiday stress.</w:t>
      </w:r>
      <w:r>
        <w:br/>
      </w:r>
      <w:r>
        <w:rPr>
          <w:sz w:val="20"/>
        </w:rPr>
        <w:t>7:00  amreeka mein aik aadmi mujhe milay, unhon ne kaha ke yahan aik culture hai ke khoob mehnat karo,</w:t>
      </w:r>
      <w:r>
        <w:br/>
      </w:r>
      <w:r>
        <w:rPr>
          <w:sz w:val="20"/>
        </w:rPr>
        <w:t>7:08  aur us ke baad weekend mein ja kar ke khoob tafreeh karo, holiday manao.</w:t>
      </w:r>
      <w:r>
        <w:br/>
      </w:r>
      <w:r>
        <w:rPr>
          <w:sz w:val="20"/>
        </w:rPr>
        <w:t>7:15  lekin is ne bataya ke tajurba yeh batata hai ke aik naya stress le kar aata hai aadmi.</w:t>
      </w:r>
      <w:r>
        <w:br/>
      </w:r>
      <w:r>
        <w:rPr>
          <w:sz w:val="20"/>
        </w:rPr>
        <w:t>7:23  to yahan pe aik lafz naya bana hai, holiday stress.</w:t>
      </w:r>
      <w:r>
        <w:br/>
      </w:r>
      <w:r>
        <w:rPr>
          <w:sz w:val="20"/>
        </w:rPr>
        <w:t>7:30  تو کیا ایک ایک کوئی زندگی ہے؟ بتائیے، یہ تو just like animal جینا ہے، just like animal جینا ہے۔</w:t>
      </w:r>
      <w:r>
        <w:br/>
      </w:r>
      <w:r>
        <w:rPr>
          <w:sz w:val="20"/>
        </w:rPr>
        <w:t>7:38  mein developed countries jin ko kaha jata hai, Europe, amreeka, wahan bar bar mein ne safar kiya hai.</w:t>
      </w:r>
      <w:r>
        <w:br/>
      </w:r>
      <w:r>
        <w:rPr>
          <w:sz w:val="20"/>
        </w:rPr>
        <w:t>7:45  jab bhi mein kisi se milta hoon, chahe woh hindu ho, ya eesai ho, ya musalman ho, hamesha</w:t>
      </w:r>
      <w:r>
        <w:br/>
      </w:r>
      <w:r>
        <w:rPr>
          <w:sz w:val="20"/>
        </w:rPr>
        <w:t>7:53  mein aik sawal karta hoon, aik sawal karta hoon ke aap apna koi experience bataiye, koi wisdom ki</w:t>
      </w:r>
      <w:r>
        <w:br/>
      </w:r>
      <w:r>
        <w:rPr>
          <w:sz w:val="20"/>
        </w:rPr>
        <w:t>8:00  baat bataiye, apni koi finding bataiye, apni koi discovery bataiye.</w:t>
      </w:r>
      <w:r>
        <w:br/>
      </w:r>
      <w:r>
        <w:rPr>
          <w:sz w:val="20"/>
        </w:rPr>
        <w:t>8:08  yaqeen kijiye, aik aik pe aadmi abhi tak mujhe nahi mila jis ne koi khaas baat batai ho.</w:t>
      </w:r>
      <w:r>
        <w:br/>
      </w:r>
      <w:r>
        <w:rPr>
          <w:sz w:val="20"/>
        </w:rPr>
        <w:t>8:15  aik sahib jo bohat kamyab zindagi guzar rahay thay, ab un ki death ho chuki hai, woh aik</w:t>
      </w:r>
      <w:r>
        <w:br/>
      </w:r>
      <w:r>
        <w:rPr>
          <w:sz w:val="20"/>
        </w:rPr>
        <w:t>8:23  kamyab insaan, material sense mein keh saktay hain.</w:t>
      </w:r>
      <w:r>
        <w:br/>
      </w:r>
      <w:r>
        <w:rPr>
          <w:sz w:val="20"/>
        </w:rPr>
        <w:t>8:30  un se mein ne poocha ke apni koi finding bataiye, khud aap ki koi jo discover ki ho.</w:t>
      </w:r>
      <w:r>
        <w:br/>
      </w:r>
      <w:r>
        <w:rPr>
          <w:sz w:val="20"/>
        </w:rPr>
        <w:t>8:38  تو انہوں نے جون جاب کہہ دیا، انہوں نے کہا کہ "It is hair splitting"۔</w:t>
      </w:r>
      <w:r>
        <w:br/>
      </w:r>
      <w:r>
        <w:rPr>
          <w:sz w:val="20"/>
        </w:rPr>
        <w:t>8:45  a, yeh sab to paal ke khaal nikalna hai, yani koi baat nahi bata sake woh.</w:t>
      </w:r>
      <w:r>
        <w:br/>
      </w:r>
      <w:r>
        <w:rPr>
          <w:sz w:val="20"/>
        </w:rPr>
        <w:t>8:53  lakhon logon ki nazar mein woh bohat kamyab thay, woh TV pe atay thay, stage pe atay thay.</w:t>
      </w:r>
      <w:r>
        <w:br/>
      </w:r>
      <w:r>
        <w:rPr>
          <w:sz w:val="20"/>
        </w:rPr>
        <w:t>9:00  lekin jab maine un se poocha, aur jab un ke umar jab zyada hoti thi, senior thay</w:t>
      </w:r>
      <w:r>
        <w:br/>
      </w:r>
      <w:r>
        <w:rPr>
          <w:sz w:val="20"/>
        </w:rPr>
        <w:t>9:08  is waqt, tab maine poocha tha un se ke apni koi finding bataiye.</w:t>
      </w:r>
      <w:r>
        <w:br/>
      </w:r>
      <w:r>
        <w:rPr>
          <w:sz w:val="20"/>
        </w:rPr>
        <w:t>9:15  تو انہوں نے کہا کہ "ارے، یہ سب تو hair splitting ہے"۔</w:t>
      </w:r>
      <w:r>
        <w:br/>
      </w:r>
      <w:r>
        <w:rPr>
          <w:sz w:val="20"/>
        </w:rPr>
        <w:t>9:23  یہ میرے تجربے کے مطابق، without any exception، سب کا حال ہے۔</w:t>
      </w:r>
      <w:r>
        <w:br/>
      </w:r>
      <w:r>
        <w:rPr>
          <w:sz w:val="20"/>
        </w:rPr>
        <w:t>9:30  کیا اسی لیے دنیا میں ہم آئے ہیں کہ animal کی طرح کھائیں پیئیں، well-dressed life ہو،</w:t>
      </w:r>
      <w:r>
        <w:br/>
      </w:r>
      <w:r>
        <w:rPr>
          <w:sz w:val="20"/>
        </w:rPr>
        <w:t>9:38  hamari caron mein chalen, gharon mein rahen, aur phir mar kar khatm ho jayen? hamara mind jo hai,</w:t>
      </w:r>
      <w:r>
        <w:br/>
      </w:r>
      <w:r>
        <w:rPr>
          <w:sz w:val="20"/>
        </w:rPr>
        <w:t>9:45  اس سارے ویسے میں رہے، intellectual intelligence, intellectual sense میں، آپ dwarfism کا شکار ہیں۔</w:t>
      </w:r>
      <w:r>
        <w:br/>
      </w:r>
      <w:r>
        <w:rPr>
          <w:sz w:val="20"/>
        </w:rPr>
        <w:t>9:53  yeh koi zindagi hai? kal mein radio sun raha tha, rozana mujhe aise tajurbe hote hain, daily.</w:t>
      </w:r>
      <w:r>
        <w:br/>
      </w:r>
      <w:r>
        <w:rPr>
          <w:sz w:val="20"/>
        </w:rPr>
        <w:t>10:00  hata ke aaj bhi tajurba aisa hua.</w:t>
      </w:r>
      <w:r>
        <w:br/>
      </w:r>
      <w:r>
        <w:rPr>
          <w:sz w:val="20"/>
        </w:rPr>
        <w:t>10:08  to kal radio sun raha tha, mein All India Radio, to is par aa raha tha ek feature,</w:t>
      </w:r>
      <w:r>
        <w:br/>
      </w:r>
      <w:r>
        <w:rPr>
          <w:sz w:val="20"/>
        </w:rPr>
        <w:t>10:15  woh tha single parenting par.</w:t>
      </w:r>
      <w:r>
        <w:br/>
      </w:r>
      <w:r>
        <w:rPr>
          <w:sz w:val="20"/>
        </w:rPr>
        <w:t>10:23  single parenting ek ek naya lafz aaj kal nikla hai ke do logon, do aadmiyon ne shadi ki,</w:t>
      </w:r>
      <w:r>
        <w:br/>
      </w:r>
      <w:r>
        <w:rPr>
          <w:sz w:val="20"/>
        </w:rPr>
        <w:t>10:30  ek ek ek ladka aur ladki, kuch din rahen sath, phir is ke baad shift hua, apas mein</w:t>
      </w:r>
      <w:r>
        <w:br/>
      </w:r>
      <w:r>
        <w:rPr>
          <w:sz w:val="20"/>
        </w:rPr>
        <w:t>10:38  kuch jhanjhat hua, aur is ke baad alag ho gaye.</w:t>
      </w:r>
      <w:r>
        <w:br/>
      </w:r>
      <w:r>
        <w:rPr>
          <w:sz w:val="20"/>
        </w:rPr>
        <w:t>10:45  woh alag rahen hain, woh alag reh rahe hain.</w:t>
      </w:r>
      <w:r>
        <w:br/>
      </w:r>
      <w:r>
        <w:rPr>
          <w:sz w:val="20"/>
        </w:rPr>
        <w:t>10:53  to aise logon ke bare mein woh tha, to log apni apni bar bar woh batate thay, aise</w:t>
      </w:r>
      <w:r>
        <w:br/>
      </w:r>
      <w:r>
        <w:rPr>
          <w:sz w:val="20"/>
        </w:rPr>
        <w:t>11:00  log jo akele guzar rahe hain apne bare mein.</w:t>
      </w:r>
      <w:r>
        <w:br/>
      </w:r>
      <w:r>
        <w:rPr>
          <w:sz w:val="20"/>
        </w:rPr>
        <w:t>11:08  to ek sahib ne bataya ke shadi ki, unhon ne kai saal sath rahen, aur do bachche bhi</w:t>
      </w:r>
      <w:r>
        <w:br/>
      </w:r>
      <w:r>
        <w:rPr>
          <w:sz w:val="20"/>
        </w:rPr>
        <w:t>11:15  hue, phir jhagda hua.</w:t>
      </w:r>
      <w:r>
        <w:br/>
      </w:r>
      <w:r>
        <w:rPr>
          <w:sz w:val="20"/>
        </w:rPr>
        <w:t>11:23  aakhir mein tay hua ke chalo bhai, ek bachcha tum le lo, ek bachcha mein leta hoon, alag</w:t>
      </w:r>
      <w:r>
        <w:br/>
      </w:r>
      <w:r>
        <w:rPr>
          <w:sz w:val="20"/>
        </w:rPr>
        <w:t>11:30  alag rahenge.</w:t>
      </w:r>
      <w:r>
        <w:br/>
      </w:r>
      <w:r>
        <w:rPr>
          <w:sz w:val="20"/>
        </w:rPr>
        <w:t>11:38  aap to ab woh alag alag reh rahe hain.</w:t>
      </w:r>
      <w:r>
        <w:br/>
      </w:r>
      <w:r>
        <w:rPr>
          <w:sz w:val="20"/>
        </w:rPr>
        <w:t>11:45  donon ne kiya kiya? ke house loan liya aur car loan liya, alag rehne lage.</w:t>
      </w:r>
      <w:r>
        <w:br/>
      </w:r>
      <w:r>
        <w:rPr>
          <w:sz w:val="20"/>
        </w:rPr>
        <w:t>11:53  to poori kahani jo thi, is mein maine yeh nikala nateeja ke apas mein ek dono, apas</w:t>
      </w:r>
      <w:r>
        <w:br/>
      </w:r>
      <w:r>
        <w:rPr>
          <w:sz w:val="20"/>
        </w:rPr>
        <w:t>12:00  mein dono jo thay, woh adjust kar ke rehne par tayyar nahi thay apas mein.</w:t>
      </w:r>
      <w:r>
        <w:br/>
      </w:r>
      <w:r>
        <w:rPr>
          <w:sz w:val="20"/>
        </w:rPr>
        <w:t>12:08  lekin wahi dono bahar ja kar company mein adjust kar rahe hain, apne boss ke sath.</w:t>
      </w:r>
      <w:r>
        <w:br/>
      </w:r>
      <w:r>
        <w:rPr>
          <w:sz w:val="20"/>
        </w:rPr>
        <w:t>12:15  zara ghor kijiye, yani ghar mein adjust na karne ki wajah se separation ho gaya, magar wahi dono</w:t>
      </w:r>
      <w:r>
        <w:br/>
      </w:r>
      <w:r>
        <w:rPr>
          <w:sz w:val="20"/>
        </w:rPr>
        <w:t>12:23  ja kar ke wahan par boss ke sath adjust kar rahe hain.</w:t>
      </w:r>
      <w:r>
        <w:br/>
      </w:r>
      <w:r>
        <w:rPr>
          <w:sz w:val="20"/>
        </w:rPr>
        <w:t>12:30  iska saada baat nahi hai.</w:t>
      </w:r>
      <w:r>
        <w:br/>
      </w:r>
      <w:r>
        <w:rPr>
          <w:sz w:val="20"/>
        </w:rPr>
        <w:t>12:38  is ke baad kahein ge, as a principal, unhon ne adjustment ke formula ko nahin pakra, lekin as</w:t>
      </w:r>
      <w:r>
        <w:br/>
      </w:r>
      <w:r>
        <w:rPr>
          <w:sz w:val="20"/>
        </w:rPr>
        <w:t>12:45  a hypocrisy pakar liya.</w:t>
      </w:r>
      <w:r>
        <w:br/>
      </w:r>
      <w:r>
        <w:rPr>
          <w:sz w:val="20"/>
        </w:rPr>
        <w:t>12:53  is ko, is ko, is ko aap samjhein.</w:t>
      </w:r>
      <w:r>
        <w:br/>
      </w:r>
      <w:r>
        <w:rPr>
          <w:sz w:val="20"/>
        </w:rPr>
        <w:t>13:00  yani agar woh adjustment ko, adjustment ko zindagi ka usool mante, aur ghar mein bhi adjust karte, miyan</w:t>
      </w:r>
      <w:r>
        <w:br/>
      </w:r>
      <w:r>
        <w:rPr>
          <w:sz w:val="20"/>
        </w:rPr>
        <w:t>13:08  biwi, office mein bhi karte, adjust apne boss se, apne colleague se, to mein kehta ke unhon ne</w:t>
      </w:r>
      <w:r>
        <w:br/>
      </w:r>
      <w:r>
        <w:rPr>
          <w:sz w:val="20"/>
        </w:rPr>
        <w:t>13:15  adjustment ko as a principal liya, lekin ghar mein adjust nahin kiya unhon ne, aur company mein kar rahe hain.</w:t>
      </w:r>
      <w:r>
        <w:br/>
      </w:r>
      <w:r>
        <w:rPr>
          <w:sz w:val="20"/>
        </w:rPr>
        <w:t>13:23  to yeh bohat hi khatarnak baat hai, bohat hi khatarnak.</w:t>
      </w:r>
      <w:r>
        <w:br/>
      </w:r>
      <w:r>
        <w:rPr>
          <w:sz w:val="20"/>
        </w:rPr>
        <w:t>13:30  yani aap ek weak personality aap bana rahe hain apne andar, yani principal based personality nahin hai, balkeh</w:t>
      </w:r>
      <w:r>
        <w:br/>
      </w:r>
      <w:r>
        <w:rPr>
          <w:sz w:val="20"/>
        </w:rPr>
        <w:t>13:38  munafiqat par mabni personality hai.</w:t>
      </w:r>
      <w:r>
        <w:br/>
      </w:r>
      <w:r>
        <w:rPr>
          <w:sz w:val="20"/>
        </w:rPr>
        <w:t>13:45  ab dekhein, koi zindagi hai, is is ko yeh log bilkul samajh nahin paate.</w:t>
      </w:r>
      <w:r>
        <w:br/>
      </w:r>
      <w:r>
        <w:rPr>
          <w:sz w:val="20"/>
        </w:rPr>
        <w:t>13:53  yeh single parenting wale, aise mujhe baat hui hai ke woh soch nahin paate ke agar woh ghar</w:t>
      </w:r>
      <w:r>
        <w:br/>
      </w:r>
      <w:r>
        <w:rPr>
          <w:sz w:val="20"/>
        </w:rPr>
        <w:t>14:00  mein bhi adjust karte, tab adjustment ka formula un ke liye ek principal hota, ek bara principal.</w:t>
      </w:r>
      <w:r>
        <w:br/>
      </w:r>
      <w:r>
        <w:rPr>
          <w:sz w:val="20"/>
        </w:rPr>
        <w:t>14:08  ab jo kar rahe hain, woh ke ghar mein to adjust nahin kiya, aur company mein kar rahe</w:t>
      </w:r>
      <w:r>
        <w:br/>
      </w:r>
      <w:r>
        <w:rPr>
          <w:sz w:val="20"/>
        </w:rPr>
        <w:t>14:15  hain, to as a hypocrisy kar rahe hain, bator munafiqat.</w:t>
      </w:r>
      <w:r>
        <w:br/>
      </w:r>
      <w:r>
        <w:rPr>
          <w:sz w:val="20"/>
        </w:rPr>
        <w:t>14:23  lekin intellectual development na hone ki wajah se is tarah samajh nahin paate.</w:t>
      </w:r>
      <w:r>
        <w:br/>
      </w:r>
      <w:r>
        <w:rPr>
          <w:sz w:val="20"/>
        </w:rPr>
        <w:t>14:30  kitne roz mein ne poocha, lekin is baat ko samajh nahin paate ke isi cheez ko woh bator</w:t>
      </w:r>
      <w:r>
        <w:br/>
      </w:r>
      <w:r>
        <w:rPr>
          <w:sz w:val="20"/>
        </w:rPr>
        <w:t>14:38  munafiqat ikhtiyar kiye hue hain, jis ko bator usool unhon ne ikhtiyar nahin kiya tha.</w:t>
      </w:r>
      <w:r>
        <w:br/>
      </w:r>
      <w:r>
        <w:rPr>
          <w:sz w:val="20"/>
        </w:rPr>
        <w:t>14:45  kitna bara nuqsan hai yeh intellectual, jis ko mein ne kaha intellectual starvation ka, kitna bara nuqsan hai.</w:t>
      </w:r>
      <w:r>
        <w:br/>
      </w:r>
      <w:r>
        <w:rPr>
          <w:sz w:val="20"/>
        </w:rPr>
        <w:t>14:53  aap ghor kijiye, yeh saada baat nahin hai, yeh saada baat hargiz nahin hai.</w:t>
      </w:r>
      <w:r>
        <w:br/>
      </w:r>
      <w:r>
        <w:rPr>
          <w:sz w:val="20"/>
        </w:rPr>
        <w:t>15:00  bohat ziyada sochne wali baat hai, bohat ziyada sochne wali baat hai.</w:t>
      </w:r>
      <w:r>
        <w:br/>
      </w:r>
      <w:r>
        <w:rPr>
          <w:sz w:val="20"/>
        </w:rPr>
        <w:t>15:08  mein life bhai se yeh keh sakta hoon ke mein materialism se hundred percent apne ko door rakha.</w:t>
      </w:r>
      <w:r>
        <w:br/>
      </w:r>
      <w:r>
        <w:rPr>
          <w:sz w:val="20"/>
        </w:rPr>
        <w:t>15:15  mein ne material culture mein nahin jeeta.</w:t>
      </w:r>
      <w:r>
        <w:br/>
      </w:r>
      <w:r>
        <w:rPr>
          <w:sz w:val="20"/>
        </w:rPr>
        <w:t>15:23  mein meri zindagi poori ki poori guzarti hai.</w:t>
      </w:r>
      <w:r>
        <w:br/>
      </w:r>
      <w:r>
        <w:rPr>
          <w:sz w:val="20"/>
        </w:rPr>
        <w:t>15:30  subah shaam har waqt mera jo concern hai, woh hai intellectual development.</w:t>
      </w:r>
      <w:r>
        <w:br/>
      </w:r>
      <w:r>
        <w:rPr>
          <w:sz w:val="20"/>
        </w:rPr>
        <w:t>15:38  bas material culture ke aitbar se mujhe acha mile na mile, kuch yeh ho, woh ho, kuch bhi</w:t>
      </w:r>
      <w:r>
        <w:br/>
      </w:r>
      <w:r>
        <w:rPr>
          <w:sz w:val="20"/>
        </w:rPr>
        <w:t>15:45  ho, mein is ko ignore karta hoon.</w:t>
      </w:r>
      <w:r>
        <w:br/>
      </w:r>
      <w:r>
        <w:rPr>
          <w:sz w:val="20"/>
        </w:rPr>
        <w:t>15:53  aur subah shaam mein intellectual culture, intellectual, intellectual development ke liye karta rehta hoon kaam.</w:t>
      </w:r>
      <w:r>
        <w:br/>
      </w:r>
      <w:r>
        <w:rPr>
          <w:sz w:val="20"/>
        </w:rPr>
        <w:t>16:00  is ki wajah se Allah pak se mujhe aisi baatein maloom hoti hain jo poori poori history mein</w:t>
      </w:r>
      <w:r>
        <w:br/>
      </w:r>
      <w:r>
        <w:rPr>
          <w:sz w:val="20"/>
        </w:rPr>
        <w:t>16:08  logon ne jani.</w:t>
      </w:r>
      <w:r>
        <w:br/>
      </w:r>
      <w:r>
        <w:rPr>
          <w:sz w:val="20"/>
        </w:rPr>
        <w:t>16:15  poori poori history mein kaisi ajeeb baat hai!</w:t>
      </w:r>
      <w:r>
        <w:br/>
      </w:r>
      <w:r>
        <w:rPr>
          <w:sz w:val="20"/>
        </w:rPr>
        <w:t>16:23  halankay aisa nahi ke mein koi bohat intelligent hoon, mein brilliant hoon, kuch bhi aisa nahi hai.</w:t>
      </w:r>
    </w:p>
    <w:p>
      <w:pPr>
        <w:pStyle w:val="Heading2"/>
      </w:pPr>
      <w:r>
        <w:t>Love is the greatest power</w:t>
      </w:r>
    </w:p>
    <w:p>
      <w:r>
        <w:rPr>
          <w:color w:val="666666"/>
          <w:sz w:val="18"/>
        </w:rPr>
        <w:t>Spirituality in Daily Life October 4, 2008 · 21s · at 49:03 · https://youtu.be/oeJR6tYqQVw?t=2943</w:t>
      </w:r>
    </w:p>
    <w:p>
      <w:r>
        <w:rPr>
          <w:i/>
        </w:rPr>
        <w:t>“To bas ek cheez paida kar lijiye jo Hazrat Masih ne kaha tha”</w:t>
      </w:r>
    </w:p>
    <w:p>
      <w:r>
        <w:rPr>
          <w:sz w:val="20"/>
        </w:rPr>
        <w:t>49:03  to bas aik cheez paida kar lijiye jo Hazrat Masih ne kaha tha ke "love your enemy" yani "love all including your enemy".</w:t>
      </w:r>
      <w:r>
        <w:br/>
      </w:r>
      <w:r>
        <w:rPr>
          <w:sz w:val="20"/>
        </w:rPr>
        <w:t>49:17  to "love is the power, greatest power". mujhe aap dekhein, mein aik dubla patla aadmi hoon,</w:t>
      </w:r>
    </w:p>
    <w:p>
      <w:pPr>
        <w:pStyle w:val="Heading2"/>
      </w:pPr>
      <w:r>
        <w:t>Self-correction leads to strong personality</w:t>
      </w:r>
    </w:p>
    <w:p>
      <w:r>
        <w:rPr>
          <w:color w:val="666666"/>
          <w:sz w:val="18"/>
        </w:rPr>
        <w:t>How to Build a Strong Personality June 14, 2008 Maulana Wahiduddin Khan · 29s · at 15:55 · https://youtu.be/bRWn96tpOIM?t=955</w:t>
      </w:r>
    </w:p>
    <w:p>
      <w:r>
        <w:rPr>
          <w:i/>
        </w:rPr>
        <w:t>“Self-correction leads to strong personality.”</w:t>
      </w:r>
    </w:p>
    <w:p>
      <w:r>
        <w:rPr>
          <w:sz w:val="20"/>
        </w:rPr>
        <w:t>15:55  us ke andar weak personality banegi. aur jo aadmi apne andar self correction ka process jaari kare, us ke liye tayyar rahe, to us ke andar strong personality banegi.</w:t>
      </w:r>
      <w:r>
        <w:br/>
      </w:r>
      <w:r>
        <w:rPr>
          <w:sz w:val="20"/>
        </w:rPr>
        <w:t>16:11  yani bahut hi simple way mein ye hai is ka answer.</w:t>
      </w:r>
    </w:p>
    <w:p>
      <w:pPr>
        <w:pStyle w:val="Heading2"/>
      </w:pPr>
      <w:r>
        <w:t>Peace as the sum bonum, the ultimate good, in Islam</w:t>
      </w:r>
    </w:p>
    <w:p>
      <w:r>
        <w:rPr>
          <w:color w:val="666666"/>
          <w:sz w:val="18"/>
        </w:rPr>
        <w:t>Islam and Sufism (Islam and Spirituality) (English) February 28, 2008 · 37s · at 47:16 · https://youtu.be/6UGAPDfrS2w?t=2836</w:t>
      </w:r>
    </w:p>
    <w:p>
      <w:r>
        <w:rPr>
          <w:i/>
        </w:rPr>
        <w:t>“In Islam, peace is the sum bonum”</w:t>
      </w:r>
    </w:p>
    <w:p>
      <w:r>
        <w:rPr>
          <w:sz w:val="20"/>
        </w:rPr>
        <w:t>47:16  i can see with conviction that the gist of islam is spirituality. in islam, peace is the sum bonum.</w:t>
      </w:r>
      <w:r>
        <w:br/>
      </w:r>
      <w:r>
        <w:rPr>
          <w:sz w:val="20"/>
        </w:rPr>
        <w:t>47:29  so there are two most important aspects of Islam: peace and spirituality. Peace and spirituality,</w:t>
      </w:r>
      <w:r>
        <w:br/>
      </w:r>
      <w:r>
        <w:rPr>
          <w:sz w:val="20"/>
        </w:rPr>
        <w:t>47:40  peace is required for social goodness, and spirituality is required for your internal enlightenment.</w:t>
      </w:r>
    </w:p>
    <w:p>
      <w:pPr>
        <w:pStyle w:val="Heading2"/>
      </w:pPr>
      <w:r>
        <w:t>Self-management makes you a master of spirituality</w:t>
      </w:r>
    </w:p>
    <w:p>
      <w:r>
        <w:rPr>
          <w:color w:val="666666"/>
          <w:sz w:val="18"/>
        </w:rPr>
        <w:t>Spirituality in Simple Living, High Thinking October 27, 2019 Maulana Wahiduddin Khan · 44s · at 25:47 · https://youtu.be/Kr28g15eFr8?t=1547</w:t>
      </w:r>
    </w:p>
    <w:p>
      <w:r>
        <w:rPr>
          <w:i/>
        </w:rPr>
        <w:t>“Self-management is the super formula of spirituality”</w:t>
      </w:r>
    </w:p>
    <w:p>
      <w:r>
        <w:rPr>
          <w:sz w:val="20"/>
        </w:rPr>
        <w:t>25:47  self management ka super formula hai. self management se aata hai spirituality.</w:t>
      </w:r>
      <w:r>
        <w:br/>
      </w:r>
      <w:r>
        <w:rPr>
          <w:sz w:val="20"/>
        </w:rPr>
        <w:t>25:58  agar aap self management jaan lein, art of self management, art of self management jaan lein, to phir aap master of spirituality ho gaye.</w:t>
      </w:r>
      <w:r>
        <w:br/>
      </w:r>
      <w:r>
        <w:rPr>
          <w:sz w:val="20"/>
        </w:rPr>
        <w:t>26:17  aur spirituality se bari koi daulat nahi insan ke liye.</w:t>
      </w:r>
      <w:r>
        <w:br/>
      </w:r>
      <w:r>
        <w:rPr>
          <w:sz w:val="20"/>
        </w:rPr>
        <w:t>26:24  insan ke liye is se bari koi daulat nahi hai ke woh</w:t>
      </w:r>
    </w:p>
    <w:p>
      <w:pPr>
        <w:pStyle w:val="Heading2"/>
      </w:pPr>
      <w:r>
        <w:t>Opening prayer and theme</w:t>
      </w:r>
    </w:p>
    <w:p>
      <w:r>
        <w:rPr>
          <w:color w:val="666666"/>
          <w:sz w:val="18"/>
        </w:rPr>
        <w:t>Science and Spirituality | April 25, 2007 | Maulana Wahiduddin Kha · 30s · at 0:11 · https://youtu.be/cStp24Ri3ps?t=11</w:t>
      </w:r>
    </w:p>
    <w:p>
      <w:r>
        <w:rPr>
          <w:i/>
        </w:rPr>
        <w:t>“Rabbi ishrah li sadri”</w:t>
      </w:r>
    </w:p>
    <w:p>
      <w:r>
        <w:rPr>
          <w:sz w:val="20"/>
        </w:rPr>
        <w:t>0:11  rabbi shrah li sadri, wa yassir li amri, wah lul uqdatan min lisani, yafqahu qawli.</w:t>
      </w:r>
      <w:r>
        <w:br/>
      </w:r>
      <w:r>
        <w:rPr>
          <w:sz w:val="20"/>
        </w:rPr>
        <w:t>0:21  The theme for this day is Science and Spirituality.</w:t>
      </w:r>
      <w:r>
        <w:br/>
      </w:r>
      <w:r>
        <w:rPr>
          <w:sz w:val="20"/>
        </w:rPr>
        <w:t>0:31  Generally, people fe</w:t>
      </w:r>
    </w:p>
    <w:p>
      <w:pPr>
        <w:pStyle w:val="Heading2"/>
      </w:pPr>
      <w:r>
        <w:t>Simplicity not poverty for spirituality</w:t>
      </w:r>
    </w:p>
    <w:p>
      <w:r>
        <w:rPr>
          <w:color w:val="666666"/>
          <w:sz w:val="18"/>
        </w:rPr>
        <w:t>God and Man (In Conversation with Maulana) 01 04 07 · 22s · at 24:03 · https://youtu.be/2HlIEnmDdPo?t=1443</w:t>
      </w:r>
    </w:p>
    <w:p>
      <w:r>
        <w:rPr>
          <w:i/>
        </w:rPr>
        <w:t>“Poverty ka word main nahi use karunga”</w:t>
      </w:r>
    </w:p>
    <w:p>
      <w:r>
        <w:rPr>
          <w:sz w:val="20"/>
        </w:rPr>
        <w:t>24:03  poverty ka word mein nahi use karunga. simplicity ka word use karunga mein ke apne aap ko simple life par rakhna, chahe sab kuch ho aap ke paas tab bhi.</w:t>
      </w:r>
      <w:r>
        <w:br/>
      </w:r>
      <w:r>
        <w:rPr>
          <w:sz w:val="20"/>
        </w:rPr>
        <w:t>24:15  poverty ka to negative word hai woh. simplicity. simplicity direct taur par juri hui hai spirituality se. direct taur par.</w:t>
      </w:r>
    </w:p>
    <w:p>
      <w:pPr>
        <w:pStyle w:val="Heading2"/>
      </w:pPr>
      <w:r>
        <w:t>Cautious piety: leave even safe things</w:t>
      </w:r>
    </w:p>
    <w:p>
      <w:r>
        <w:rPr>
          <w:color w:val="666666"/>
          <w:sz w:val="18"/>
        </w:rPr>
        <w:t>How to Build a Strong Personality June 14, 2008 Maulana Wahiduddin Khan · 51s · at 1:50 · https://youtu.be/bRWn96tpOIM?t=110</w:t>
      </w:r>
    </w:p>
    <w:p>
      <w:r>
        <w:rPr>
          <w:i/>
        </w:rPr>
        <w:t>“کوئی انسان متقی انسان نہیں بن سکتا”</w:t>
      </w:r>
    </w:p>
    <w:p>
      <w:r>
        <w:rPr>
          <w:sz w:val="20"/>
        </w:rPr>
        <w:t>1:50  baais insaan nahi ban sakta,</w:t>
      </w:r>
      <w:r>
        <w:br/>
      </w:r>
      <w:r>
        <w:rPr>
          <w:sz w:val="20"/>
        </w:rPr>
        <w:t>1:55  koi insaan mutqi insaan nahi ban sakta, yahan tak ke is ka yeh haal ho jaye ke woh</w:t>
      </w:r>
      <w:r>
        <w:br/>
      </w:r>
      <w:r>
        <w:rPr>
          <w:sz w:val="20"/>
        </w:rPr>
        <w:t>2:08  aisi cheezon ko bhi chhod de jis mein bazahir koi kharabi nahi hai, is dar se ke shayad is mein koi kharabi ho.</w:t>
      </w:r>
      <w:r>
        <w:br/>
      </w:r>
      <w:r>
        <w:rPr>
          <w:sz w:val="20"/>
        </w:rPr>
        <w:t>2:23  yaani itna kaishs ho, kaishs. to ek insaan woh hota hai jo careless ho, be parwahi ke sath har tarah ka kaam karta rahe,</w:t>
      </w:r>
    </w:p>
    <w:p>
      <w:pPr>
        <w:pStyle w:val="Heading2"/>
      </w:pPr>
      <w:r>
        <w:t>his personal hardest struggle: controlling desires</w:t>
      </w:r>
    </w:p>
    <w:p>
      <w:r>
        <w:rPr>
          <w:color w:val="666666"/>
          <w:sz w:val="18"/>
        </w:rPr>
        <w:t>Interview Session with Maulana Wahiduddin Khan January 30, 2008 · 51s · at 24:54 · https://youtu.be/o8Gpe9YMuZc?t=1494</w:t>
      </w:r>
    </w:p>
    <w:p>
      <w:r>
        <w:rPr>
          <w:i/>
        </w:rPr>
        <w:t>“The most difficult thing for me was to control my desires.”</w:t>
      </w:r>
    </w:p>
    <w:p>
      <w:r>
        <w:rPr>
          <w:sz w:val="20"/>
        </w:rPr>
        <w:t>24:54  mai silf? yes,</w:t>
      </w:r>
      <w:r>
        <w:br/>
      </w:r>
      <w:r>
        <w:rPr>
          <w:sz w:val="20"/>
        </w:rPr>
        <w:t>24:59  tu kantrol mai dizairz.</w:t>
      </w:r>
      <w:r>
        <w:br/>
      </w:r>
      <w:r>
        <w:rPr>
          <w:sz w:val="20"/>
        </w:rPr>
        <w:t>25:04  ai hev al doz dizairz dat ani van hev. dizairz ar part af hiuman nechar. dizairz ar part af hiuman persnaliti.</w:t>
      </w:r>
      <w:r>
        <w:br/>
      </w:r>
      <w:r>
        <w:rPr>
          <w:sz w:val="20"/>
        </w:rPr>
        <w:t>25:20  and it iz diz dizairz dat yu distrekh.</w:t>
      </w:r>
      <w:r>
        <w:br/>
      </w:r>
      <w:r>
        <w:rPr>
          <w:sz w:val="20"/>
        </w:rPr>
        <w:t>25:24  Desires always distress you in different, in different,</w:t>
      </w:r>
      <w:r>
        <w:br/>
      </w:r>
      <w:r>
        <w:rPr>
          <w:sz w:val="20"/>
        </w:rPr>
        <w:t>25:33  in different things. So the most difficult thing to for me was to control my desire</w:t>
      </w:r>
    </w:p>
    <w:p>
      <w:pPr>
        <w:pStyle w:val="Heading2"/>
      </w:pPr>
      <w:r>
        <w:t>Conditioning starts light, needs de-conditioning</w:t>
      </w:r>
    </w:p>
    <w:p>
      <w:r>
        <w:rPr>
          <w:color w:val="666666"/>
          <w:sz w:val="18"/>
        </w:rPr>
        <w:t>Dars-e-Quran, Chapter 2,  Vs 7-19 | July 26,  2015 · 30s · at 43:21 · https://youtu.be/O71wvnrbnXU?t=2601</w:t>
      </w:r>
    </w:p>
    <w:p>
      <w:r>
        <w:rPr>
          <w:i/>
        </w:rPr>
        <w:t>“Conditioning is very light initially.”</w:t>
      </w:r>
    </w:p>
    <w:p>
      <w:r>
        <w:rPr>
          <w:sz w:val="20"/>
        </w:rPr>
        <w:t>43:21  hotay hain shuru mein conditioning bohat hi halki hoti hai halki lekin agar aadmi apni deconditioning ka process na chalaye yani aadmi ko chahiye ke woh mahol se conditioning to hogi kyunke aadmi jab paida hota hai to aik mahol hota hai us mahol se conditioning to zaroor hogi is ki lekin sath sath aadmi ko chahiye ke woh sochay sochay aur apnay andar deconditioning ka process chalaye jo</w:t>
      </w:r>
    </w:p>
    <w:p>
      <w:pPr>
        <w:pStyle w:val="Heading2"/>
      </w:pPr>
      <w:r>
        <w:t>Only deconditioning frees you from environment</w:t>
      </w:r>
    </w:p>
    <w:p>
      <w:r>
        <w:rPr>
          <w:color w:val="666666"/>
          <w:sz w:val="18"/>
        </w:rPr>
        <w:t>Spirituality in Simple Living, High Thinking October 27, 2019 Maulana Wahiduddin Khan · 58s · at 47:00 · https://youtu.be/Kr28g15eFr8?t=2820</w:t>
      </w:r>
    </w:p>
    <w:p>
      <w:r>
        <w:rPr>
          <w:i/>
        </w:rPr>
        <w:t>“Conditioning has no solution except deconditioning”</w:t>
      </w:r>
    </w:p>
    <w:p>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p>
    <w:p>
      <w:pPr>
        <w:pStyle w:val="Heading2"/>
      </w:pPr>
      <w:r>
        <w:t>Admitting fault builds a believer's personality</w:t>
      </w:r>
    </w:p>
    <w:p>
      <w:r>
        <w:rPr>
          <w:color w:val="666666"/>
          <w:sz w:val="18"/>
        </w:rPr>
        <w:t>Personality of A Believer February 2, 2014 · 55s · at 22:08 · https://youtu.be/EiK_-O-Bjps?t=1328</w:t>
      </w:r>
    </w:p>
    <w:p>
      <w:r>
        <w:rPr>
          <w:i/>
        </w:rPr>
        <w:t>“Bat explain ho jaye to keh do: I was wrong”</w:t>
      </w:r>
    </w:p>
    <w:p>
      <w:r>
        <w:rPr>
          <w:sz w:val="20"/>
        </w:rPr>
        <w:t>22:08  ke baat ko agar explain kar diya jaye aur maloom ho ke ghalti meri thi to keh de ke I was wrong, I was wrong .</w:t>
      </w:r>
      <w:r>
        <w:br/>
      </w:r>
      <w:r>
        <w:rPr>
          <w:sz w:val="20"/>
        </w:rPr>
        <w:t>22:21  yeh yeh yeh quality hai momin ki personality, ek shakhsiyat ki quality hai ke jaise explain kar diya jaye to phir woh us ko</w:t>
      </w:r>
      <w:r>
        <w:br/>
      </w:r>
      <w:r>
        <w:rPr>
          <w:sz w:val="20"/>
        </w:rPr>
        <w:t>22:35  prestige show na banaye, ana ka sawal na banaye. woh keh de ke I was wrong, you areright,</w:t>
      </w:r>
      <w:r>
        <w:br/>
      </w:r>
      <w:r>
        <w:rPr>
          <w:sz w:val="20"/>
        </w:rPr>
        <w:t>22:48  I was wrong .</w:t>
      </w:r>
      <w:r>
        <w:br/>
      </w:r>
      <w:r>
        <w:rPr>
          <w:sz w:val="20"/>
        </w:rPr>
        <w:t>22:50  is se ek personality banti hai aap ke andar, yani etiraf ki personality, appreciate karne ki personality, acknowledge karne ki personality.</w:t>
      </w:r>
    </w:p>
    <w:p>
      <w:pPr>
        <w:pStyle w:val="Heading2"/>
      </w:pPr>
      <w:r>
        <w:t>Distractions hinder intellectual growth</w:t>
      </w:r>
    </w:p>
    <w:p>
      <w:r>
        <w:rPr>
          <w:color w:val="666666"/>
          <w:sz w:val="18"/>
        </w:rPr>
        <w:t>Message of The Quran March 29, 2015 · 2m 13s · at 57:24 · https://youtu.be/u57TpiO8A7Y?t=3444</w:t>
      </w:r>
    </w:p>
    <w:p>
      <w:r>
        <w:rPr>
          <w:i/>
        </w:rPr>
        <w:t>“Dekhiye jahan tak maine samjha hai”</w:t>
      </w:r>
    </w:p>
    <w:p>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Reaction vs management in spirituality</w:t>
      </w:r>
    </w:p>
    <w:p>
      <w:r>
        <w:rPr>
          <w:color w:val="666666"/>
          <w:sz w:val="18"/>
        </w:rPr>
        <w:t>Spirituality in Daily Life October 4, 2008 · 20s · at 14:44 · https://youtu.be/oeJR6tYqQVw?t=884</w:t>
      </w:r>
    </w:p>
    <w:p>
      <w:r>
        <w:rPr>
          <w:i/>
        </w:rPr>
        <w:t>“Reaction creates problem, reaction can't solve any problem.”</w:t>
      </w:r>
    </w:p>
    <w:p>
      <w:r>
        <w:rPr>
          <w:sz w:val="20"/>
        </w:rPr>
        <w:t>14:44  reaction creates problem, reaction cant solve any problem. Toh sab se bara jo faida hota hai spirituality ka, woh yeh hai ke aap ko woh is qabil banati hai ke aap reaction na karein, balkeh manage karein.</w:t>
      </w:r>
    </w:p>
    <w:p>
      <w:pPr>
        <w:pStyle w:val="Heading2"/>
      </w:pPr>
      <w:r>
        <w:t>Love your enemy as spiritual formula</w:t>
      </w:r>
    </w:p>
    <w:p>
      <w:r>
        <w:rPr>
          <w:color w:val="666666"/>
          <w:sz w:val="18"/>
        </w:rPr>
        <w:t>IIC: How to Develop Spiritual Personality · 1m 00s · at 9:29 · https://youtu.be/-XrYpEYwk-Y?t=569</w:t>
      </w:r>
    </w:p>
    <w:p>
      <w:r>
        <w:rPr>
          <w:i/>
        </w:rPr>
        <w:t>“Love your enemy, best formula of spirituality”</w:t>
      </w:r>
    </w:p>
    <w:p>
      <w:r>
        <w:rPr>
          <w:sz w:val="20"/>
        </w:rPr>
        <w:t>9:29  love your enemy.</w:t>
      </w:r>
      <w:r>
        <w:br/>
      </w:r>
      <w:r>
        <w:rPr>
          <w:sz w:val="20"/>
        </w:rPr>
        <w:t>9:35  best formula hai spirituality ka.</w:t>
      </w:r>
      <w:r>
        <w:br/>
      </w:r>
      <w:r>
        <w:rPr>
          <w:sz w:val="20"/>
        </w:rPr>
        <w:t>9:41  main samajhta hoon ke yeh love your enemy.</w:t>
      </w:r>
      <w:r>
        <w:br/>
      </w:r>
      <w:r>
        <w:rPr>
          <w:sz w:val="20"/>
        </w:rPr>
        <w:t>9:47  magar what it means, kya matlab hai love your enemy ka? main samajhta hoon ke is ka matlab</w:t>
      </w:r>
      <w:r>
        <w:br/>
      </w:r>
      <w:r>
        <w:rPr>
          <w:sz w:val="20"/>
        </w:rPr>
        <w:t>9:53  yeh hai ke, is ka matlab yeh hai ke love your enemy by rising above the en</w:t>
      </w:r>
      <w:r>
        <w:br/>
      </w:r>
      <w:r>
        <w:rPr>
          <w:sz w:val="20"/>
        </w:rPr>
        <w:t>9:59  mity.</w:t>
      </w:r>
      <w:r>
        <w:br/>
      </w:r>
      <w:r>
        <w:rPr>
          <w:sz w:val="20"/>
        </w:rPr>
        <w:t>10:03  dushmani se ooper uth jao.</w:t>
      </w:r>
      <w:r>
        <w:br/>
      </w:r>
      <w:r>
        <w:rPr>
          <w:sz w:val="20"/>
        </w:rPr>
        <w:t>10:07  toh tum is aadmi ko samjho ke yeh toh, yaani mohabbat ke qabil aadmi hai.</w:t>
      </w:r>
      <w:r>
        <w:br/>
      </w:r>
      <w:r>
        <w:rPr>
          <w:sz w:val="20"/>
        </w:rPr>
        <w:t>10:12  love your enemy by rising beyond the enmity.</w:t>
      </w:r>
      <w:r>
        <w:br/>
      </w:r>
      <w:r>
        <w:rPr>
          <w:sz w:val="20"/>
        </w:rPr>
        <w:t>10:16  best formula hai yeh is, is, is, is spirituality ka jis ko main yahan, jis ke baray mein</w:t>
      </w:r>
      <w:r>
        <w:br/>
      </w:r>
      <w:r>
        <w:rPr>
          <w:sz w:val="20"/>
        </w:rPr>
        <w:t>10:20  main yahan kuch bolna chahta hoon.</w:t>
      </w:r>
      <w:r>
        <w:br/>
      </w:r>
      <w:r>
        <w:rPr>
          <w:sz w:val="20"/>
        </w:rPr>
        <w:t>10:25  lekin aap dekhiye ke kyun insaan mohabbat kare apne dushman se? yeh sawal phir bhi baqi rehta</w:t>
      </w:r>
    </w:p>
    <w:p>
      <w:pPr>
        <w:pStyle w:val="Heading2"/>
      </w:pPr>
      <w:r>
        <w:t>Muslims lack acceptance of true leader</w:t>
      </w:r>
    </w:p>
    <w:p>
      <w:r>
        <w:rPr>
          <w:color w:val="666666"/>
          <w:sz w:val="18"/>
        </w:rPr>
        <w:t>The Case of Present Muslim Generation September 28, 2008 · 22s · at 49:18 · https://youtu.be/yjSy2b7JPTw?t=2958</w:t>
      </w:r>
    </w:p>
    <w:p>
      <w:r>
        <w:rPr>
          <w:i/>
        </w:rPr>
        <w:t>“Jis cheez ki kami hai wo leader ka acceptance hai”</w:t>
      </w:r>
    </w:p>
    <w:p>
      <w:r>
        <w:rPr>
          <w:sz w:val="20"/>
        </w:rPr>
        <w:t>49:18  aam taur par maine dekha hai ke log jo hain is ki shikayat karte hain ke musalmanon ko leader nahin. nahin, leader ka acceptance nahin, asal baat yeh hai.</w:t>
      </w:r>
      <w:r>
        <w:br/>
      </w:r>
      <w:r>
        <w:rPr>
          <w:sz w:val="20"/>
        </w:rPr>
        <w:t>49:30  jis cheez ki kami hai woh leader ka acceptance hai, na ke khud leader.</w:t>
      </w:r>
    </w:p>
    <w:p>
      <w:pPr>
        <w:pStyle w:val="Heading2"/>
      </w:pPr>
      <w:r>
        <w:t>Material civilization advanced, spiritual science never did</w:t>
      </w:r>
    </w:p>
    <w:p>
      <w:r>
        <w:rPr>
          <w:color w:val="666666"/>
          <w:sz w:val="18"/>
        </w:rPr>
        <w:t>Material Science and Spiritual Science 20 May 2012 · 54s · at 6:13 · https://youtu.be/4K6CxjThlxQ?t=373</w:t>
      </w:r>
    </w:p>
    <w:p>
      <w:r>
        <w:rPr>
          <w:i/>
        </w:rPr>
        <w:t>“Material world mein itni taraqqi hui ke ek poori civilization ban gayi”</w:t>
      </w:r>
    </w:p>
    <w:p>
      <w:r>
        <w:rPr>
          <w:sz w:val="20"/>
        </w:rPr>
        <w:t>6:13  phir gaadi banai, phir steam engine banaya, phir hawai jahaz banaya. to yeh sab material world ki taraqqi thi.</w:t>
      </w:r>
      <w:r>
        <w:br/>
      </w:r>
      <w:r>
        <w:rPr>
          <w:sz w:val="20"/>
        </w:rPr>
        <w:t>6:25  material world mein itni taraqqi, itni taraqqi hui ke ek poori civilization wajood mein aa gayi. ek poori tehzeeb. material civilization.</w:t>
      </w:r>
      <w:r>
        <w:br/>
      </w:r>
      <w:r>
        <w:rPr>
          <w:sz w:val="20"/>
        </w:rPr>
        <w:t>6:36  lekin spiritual science mein kuch taraqqi nahin. wahan koi aap nahin keh sakte ke aisa koi spiritual civilization wajood mein aayi hai. aisa kyun hai?</w:t>
      </w:r>
      <w:r>
        <w:br/>
      </w:r>
      <w:r>
        <w:rPr>
          <w:sz w:val="20"/>
        </w:rPr>
        <w:t>6:47  yeh sawal mere dimagh mein aaya.</w:t>
      </w:r>
      <w:r>
        <w:br/>
      </w:r>
      <w:r>
        <w:rPr>
          <w:sz w:val="20"/>
        </w:rPr>
        <w:t>6:54  yeh bohat hi bara sawal hai. ke kyun material science mein din badin taraqqi ho rahi hai? spiritual science mein koi taraqqi nahin.</w:t>
      </w:r>
    </w:p>
    <w:p>
      <w:pPr>
        <w:pStyle w:val="Heading2"/>
      </w:pPr>
      <w:r>
        <w:t>Questioning religion purpose without morality</w:t>
      </w:r>
    </w:p>
    <w:p>
      <w:r>
        <w:rPr>
          <w:color w:val="666666"/>
          <w:sz w:val="18"/>
        </w:rPr>
        <w:t>Spiritual Light Nov 26, 2006 Maulana Wahiduddin Khan · 37s · at 4:12 · https://youtu.be/IhfHxIakZOw?t=252</w:t>
      </w:r>
    </w:p>
    <w:p>
      <w:r>
        <w:rPr>
          <w:i/>
        </w:rPr>
        <w:t>“If religion no moral values what need”</w:t>
      </w:r>
    </w:p>
    <w:p>
      <w:r>
        <w:rPr>
          <w:sz w:val="20"/>
        </w:rPr>
        <w:t>4:12  Aap sochiye ke yeh kaisi anokhi baat hai. Agar mazhab hum ko moral values nahi de sakta to mazhab ki zaroorat hi kya hai?</w:t>
      </w:r>
      <w:r>
        <w:br/>
      </w:r>
      <w:r>
        <w:rPr>
          <w:sz w:val="20"/>
        </w:rPr>
        <w:t>4:23  Phir to is ko letter bin mein daal diye.</w:t>
      </w:r>
      <w:r>
        <w:br/>
      </w:r>
      <w:r>
        <w:rPr>
          <w:sz w:val="20"/>
        </w:rPr>
        <w:t>4:27  phir to yeh aik appendix hai insaan ki life mein. appendix ko aap jantay hain, kaat kar phenk diya jata hai. appendix yani zameema.</w:t>
      </w:r>
      <w:r>
        <w:br/>
      </w:r>
      <w:r>
        <w:rPr>
          <w:sz w:val="20"/>
        </w:rPr>
        <w:t>4:40  to mazhab agar sirf aik zameema hai, aik appendix hai, is se humain koi kaam ki cheez na mili.</w:t>
      </w:r>
    </w:p>
    <w:p>
      <w:pPr>
        <w:pStyle w:val="Heading2"/>
      </w:pPr>
      <w:r>
        <w:t>Alfred Adler on human potential</w:t>
      </w:r>
    </w:p>
    <w:p>
      <w:r>
        <w:rPr>
          <w:color w:val="666666"/>
          <w:sz w:val="18"/>
        </w:rPr>
        <w:t>Science and Spirituality | April 25, 2007 | Maulana Wahiduddin Kha · 30s · at 51:17 · https://youtu.be/cStp24Ri3ps?t=3077</w:t>
      </w:r>
    </w:p>
    <w:p>
      <w:r>
        <w:rPr>
          <w:i/>
        </w:rPr>
        <w:t>“So here I would like to refer to a psychologist”</w:t>
      </w:r>
    </w:p>
    <w:p>
      <w:r>
        <w:rPr>
          <w:sz w:val="20"/>
        </w:rPr>
        <w:t>51:17  .</w:t>
      </w:r>
      <w:r>
        <w:br/>
      </w:r>
      <w:r>
        <w:rPr>
          <w:sz w:val="20"/>
        </w:rPr>
        <w:t>51:23  So here I would like to refer to a psychologist.</w:t>
      </w:r>
      <w:r>
        <w:br/>
      </w:r>
      <w:r>
        <w:rPr>
          <w:sz w:val="20"/>
        </w:rPr>
        <w:t>51:29  His name was Alfred Adler.</w:t>
      </w:r>
      <w:r>
        <w:br/>
      </w:r>
      <w:r>
        <w:rPr>
          <w:sz w:val="20"/>
        </w:rPr>
        <w:t>51:35  He was a German scientist, Alfred Adler.</w:t>
      </w:r>
      <w:r>
        <w:br/>
      </w:r>
      <w:r>
        <w:rPr>
          <w:sz w:val="20"/>
        </w:rPr>
        <w:t>51:41  His last book was "Individual Psychology." "Individual</w:t>
      </w:r>
    </w:p>
    <w:p>
      <w:pPr>
        <w:pStyle w:val="Heading2"/>
      </w:pPr>
      <w:r>
        <w:t>World as nursery for believers</w:t>
      </w:r>
    </w:p>
    <w:p>
      <w:r>
        <w:rPr>
          <w:color w:val="666666"/>
          <w:sz w:val="18"/>
        </w:rPr>
        <w:t>Momin is like a tree | April 11, 2007 · 30s · at 27:25 · https://youtu.be/buv324nJoBk?t=1645</w:t>
      </w:r>
    </w:p>
    <w:p>
      <w:r>
        <w:rPr>
          <w:i/>
        </w:rPr>
        <w:t>“This world is like a nursery”</w:t>
      </w:r>
    </w:p>
    <w:p>
      <w:r>
        <w:rPr>
          <w:sz w:val="20"/>
        </w:rPr>
        <w:t>27:25  ول بی پلانٹڈ ان دس لینڈ۔ سو اکارڈنگ ٹو دس حدیث، ان دس پریزنٹ ورلڈ، ایوری مومن از لائک ا ٹری، اور یو کین سے دیٹ دس ورلڈ از لائک نرسری۔ پریزنٹ ورلڈ از لائک نرسری۔ ال دا م</w:t>
      </w:r>
    </w:p>
    <w:p>
      <w:pPr>
        <w:pStyle w:val="Heading2"/>
      </w:pPr>
      <w:r>
        <w:t>Judging Hadith by Quran criterion</w:t>
      </w:r>
    </w:p>
    <w:p>
      <w:r>
        <w:rPr>
          <w:color w:val="666666"/>
          <w:sz w:val="18"/>
        </w:rPr>
        <w:t>Islam and Peace (In Conversation with Maulana) 23 11 2008 · 39s · at 8:44 · https://youtu.be/CyS3i4AlGfs?t=524</w:t>
      </w:r>
    </w:p>
    <w:p>
      <w:r>
        <w:rPr>
          <w:i/>
        </w:rPr>
        <w:t>“Always judge by the Quran.”</w:t>
      </w:r>
    </w:p>
    <w:p>
      <w:r>
        <w:rPr>
          <w:sz w:val="20"/>
        </w:rPr>
        <w:t>8:44  iska na hadith se koi taluq hai na na quran se koi taluq hai. toh hum mein yeh kahunga ke jo achhe scholars hain woh yeh mante hain ke hamesha judge kiya jayega quran se.</w:t>
      </w:r>
      <w:r>
        <w:br/>
      </w:r>
      <w:r>
        <w:rPr>
          <w:sz w:val="20"/>
        </w:rPr>
        <w:t>8:58  dono ko ekal darja nahi diya jayega. quran se judge kiya jayega. agar quran par poora utrega tabhi hum manenge ke yeh yeh sahi hai.</w:t>
      </w:r>
      <w:r>
        <w:br/>
      </w:r>
      <w:r>
        <w:rPr>
          <w:sz w:val="20"/>
        </w:rPr>
        <w:t>9:09  nahi toh usko discard kar denge. toh aap ka question jo hai mein samajhta hoon ke koi theek question hai aap ka. aur mein isko sirf mein ne isko thoda sa explain kiya hai aap ke question ko.</w:t>
      </w:r>
    </w:p>
    <w:p>
      <w:pPr>
        <w:pStyle w:val="Heading2"/>
      </w:pPr>
      <w:r>
        <w:t>Love your enemy - meaning love humans</w:t>
      </w:r>
    </w:p>
    <w:p>
      <w:r>
        <w:rPr>
          <w:color w:val="666666"/>
          <w:sz w:val="18"/>
        </w:rPr>
        <w:t>From the Spiritual Tree August 31, 2008 · 57s · at 31:29 · https://youtu.be/yqFdYWdODM0?t=1889</w:t>
      </w:r>
    </w:p>
    <w:p>
      <w:r>
        <w:rPr>
          <w:i/>
        </w:rPr>
        <w:t>“Love your enemy - your enemy is a human, not Satan.”</w:t>
      </w:r>
    </w:p>
    <w:p>
      <w:r>
        <w:rPr>
          <w:sz w:val="20"/>
        </w:rPr>
        <w:t>31:29  unho ne kaha tha ke "love your enemy". apne dushman se mohabbat karo. is ka matlab kya hai?</w:t>
      </w:r>
      <w:r>
        <w:br/>
      </w:r>
      <w:r>
        <w:rPr>
          <w:sz w:val="20"/>
        </w:rPr>
        <w:t>31:38  sochiye. "love your enemy" ka matlab kya hai? yahan dushman se murad insan hai, satan nahi hai.</w:t>
      </w:r>
      <w:r>
        <w:br/>
      </w:r>
      <w:r>
        <w:rPr>
          <w:sz w:val="20"/>
        </w:rPr>
        <w:t>31:51  "love your enemy" jo hai, apne dushman se mohabbat karo. to yahan satan murad nahi hai, insan murad hai. iska matlab kya hai? tumhara koi bhai agar tum ko dikhai pade ke woh tumhara dushman ho gaya hai, tab bhi is se mohabbat karo.</w:t>
      </w:r>
      <w:r>
        <w:br/>
      </w:r>
      <w:r>
        <w:rPr>
          <w:sz w:val="20"/>
        </w:rPr>
        <w:t>32:12  yani insan se mohabbat karo, chahe woh tum ko bazahir dushman dikhai de. yeh matlab hai iska. "love your enemy" ka matlab enemy se murad yahan shaitan nahi hai.</w:t>
      </w:r>
    </w:p>
    <w:p>
      <w:pPr>
        <w:pStyle w:val="Heading2"/>
      </w:pPr>
      <w:r>
        <w:t>What zuhd really means in Islam</w:t>
      </w:r>
    </w:p>
    <w:p>
      <w:r>
        <w:rPr>
          <w:color w:val="666666"/>
          <w:sz w:val="18"/>
        </w:rPr>
        <w:t>Spirituality in Islam January 1, 2006 Maulana Wahiduddin Khan · 25s · at 13:54 · https://youtu.be/XO4htFBEkV4?t=834</w:t>
      </w:r>
    </w:p>
    <w:p>
      <w:r>
        <w:rPr>
          <w:i/>
        </w:rPr>
        <w:t>“Zuhd ka matlab hai detach thinking, alag rakh kar sochna”</w:t>
      </w:r>
    </w:p>
    <w:p>
      <w:r>
        <w:rPr>
          <w:sz w:val="20"/>
        </w:rPr>
        <w:t>13:54  zuhd ka literal mani jo bhi hon, lekin is ka sense jo yahan par hai woh yahi hai: detach thinking, alag kar ke sochna.</w:t>
      </w:r>
      <w:r>
        <w:br/>
      </w:r>
      <w:r>
        <w:rPr>
          <w:sz w:val="20"/>
        </w:rPr>
        <w:t>14:07  detach thinking yani alag kar ke rehna nahi, lekin ek alag kar ke rehna, ek alag rakh kar sochna.</w:t>
      </w:r>
    </w:p>
    <w:p>
      <w:pPr>
        <w:pStyle w:val="Heading2"/>
      </w:pPr>
      <w:r>
        <w:t>Satan diverts hatred to humans</w:t>
      </w:r>
    </w:p>
    <w:p>
      <w:r>
        <w:rPr>
          <w:color w:val="666666"/>
          <w:sz w:val="18"/>
        </w:rPr>
        <w:t>From the Spiritual Tree August 31, 2008 · 24s · at 16:17 · https://youtu.be/yqFdYWdODM0?t=977</w:t>
      </w:r>
    </w:p>
    <w:p>
      <w:r>
        <w:rPr>
          <w:i/>
        </w:rPr>
        <w:t>“Satan diverts hatred to humans.”</w:t>
      </w:r>
    </w:p>
    <w:p>
      <w:r>
        <w:rPr>
          <w:sz w:val="20"/>
        </w:rPr>
        <w:t>16:17  lekin satan kya karega? yeh kya kar raha hai? us ko woh divert kar raha hai insan ki taraf. yani man versus satan jo cheez thi, us ko woh man versus man bana raha hai.</w:t>
      </w:r>
      <w:r>
        <w:br/>
      </w:r>
      <w:r>
        <w:rPr>
          <w:sz w:val="20"/>
        </w:rPr>
        <w:t>16:32  yeh poori history mein zoroastrianism ne jo kaha tha ke "the world is a perpetual background".</w:t>
      </w:r>
    </w:p>
    <w:p>
      <w:pPr>
        <w:pStyle w:val="Heading2"/>
      </w:pPr>
      <w:r>
        <w:t>Paranoia is delusion of greatness</w:t>
      </w:r>
    </w:p>
    <w:p>
      <w:r>
        <w:rPr>
          <w:color w:val="666666"/>
          <w:sz w:val="18"/>
        </w:rPr>
        <w:t>The Case of Present Muslim Generation September 28, 2008 · 21s · at 11:34 · https://youtu.be/yjSy2b7JPTw?t=694</w:t>
      </w:r>
    </w:p>
    <w:p>
      <w:r>
        <w:rPr>
          <w:i/>
        </w:rPr>
        <w:t>“Paranoia kya kehte hain? Paranoia kehte hain yani”</w:t>
      </w:r>
    </w:p>
    <w:p>
      <w:r>
        <w:rPr>
          <w:sz w:val="20"/>
        </w:rPr>
        <w:t>11:34  woh hai paranoia case. paranoia. paranoia kya kehte hain? paranoia kehte hain yani</w:t>
      </w:r>
      <w:r>
        <w:br/>
      </w:r>
      <w:r>
        <w:rPr>
          <w:sz w:val="20"/>
        </w:rPr>
        <w:t>11:44  delusion hona aadmi ke andar. delusion of greatness. ke main bara hoon. yani false ground par apne ko bara samajh lena. aap keh sakte hain ke false pride.</w:t>
      </w:r>
    </w:p>
    <w:p>
      <w:pPr>
        <w:pStyle w:val="Heading2"/>
      </w:pPr>
      <w:r>
        <w:t>Mind the Unknown quote</w:t>
      </w:r>
    </w:p>
    <w:p>
      <w:r>
        <w:rPr>
          <w:color w:val="666666"/>
          <w:sz w:val="18"/>
        </w:rPr>
        <w:t>Fragments of Broken Heart | December 01, 2006 | Maulana Wahiduddin Khan · 30s · at 10:00 · https://youtu.be/4uW2kggXMI8?t=600</w:t>
      </w:r>
    </w:p>
    <w:p>
      <w:r>
        <w:rPr>
          <w:i/>
        </w:rPr>
        <w:t>“Mashhoor kitaab hai Doctor Alexis Carrel ki”</w:t>
      </w:r>
    </w:p>
    <w:p>
      <w:r>
        <w:rPr>
          <w:sz w:val="20"/>
        </w:rPr>
        <w:t>10:00  mashhoor kitaab hai doctor elisus kiril ki "main da un noon".</w:t>
      </w:r>
      <w:r>
        <w:br/>
      </w:r>
      <w:r>
        <w:rPr>
          <w:sz w:val="20"/>
        </w:rPr>
        <w:t>10:06  aaj bhi main da un noni ki soorat-e-haal hai dunya mein.</w:t>
      </w:r>
      <w:r>
        <w:br/>
      </w:r>
      <w:r>
        <w:rPr>
          <w:sz w:val="20"/>
        </w:rPr>
        <w:t>10:12  jabke doosri taraf meter da noon ban chuka hai.</w:t>
      </w:r>
      <w:r>
        <w:br/>
      </w:r>
      <w:r>
        <w:rPr>
          <w:sz w:val="20"/>
        </w:rPr>
        <w:t>10:18  meter da noon ban chuka hai aur main abhi bhi un noon bana hua hai.</w:t>
      </w:r>
      <w:r>
        <w:br/>
      </w:r>
      <w:r>
        <w:rPr>
          <w:sz w:val="20"/>
        </w:rPr>
        <w:t>10:24  isi par mein is waqt kuch kehna chahta hoon</w:t>
      </w:r>
    </w:p>
    <w:p>
      <w:pPr>
        <w:pStyle w:val="Heading2"/>
      </w:pPr>
      <w:r>
        <w:t>animals get satisfied, humans never are</w:t>
      </w:r>
    </w:p>
    <w:p>
      <w:r>
        <w:rPr>
          <w:color w:val="666666"/>
          <w:sz w:val="18"/>
        </w:rPr>
        <w:t>Discovery of Paradise March 22, 2015 · 46s · at 21:53 · https://youtu.be/2axrfd7sZkE?t=1313</w:t>
      </w:r>
    </w:p>
    <w:p>
      <w:r>
        <w:rPr>
          <w:i/>
        </w:rPr>
        <w:t>“Main Chambal ki wadi mein gaya, ek chashma tha”</w:t>
      </w:r>
    </w:p>
    <w:p>
      <w:r>
        <w:rPr>
          <w:sz w:val="20"/>
        </w:rPr>
        <w:t>21:53  haiwan chahta hai ke is ko hari bhari ghaas ho, to is ko mil rahi hai. woh</w:t>
      </w:r>
      <w:r>
        <w:br/>
      </w:r>
      <w:r>
        <w:rPr>
          <w:sz w:val="20"/>
        </w:rPr>
        <w:t>22:00  mein aik martaba chambal ki wadi mein gaya, to chambal ki wadi mein jo hai bohat bara jangal hai. to is mein mein gaya to jangal ke darmiyan aik aik chashma tha.</w:t>
      </w:r>
      <w:r>
        <w:br/>
      </w:r>
      <w:r>
        <w:rPr>
          <w:sz w:val="20"/>
        </w:rPr>
        <w:t>22:13  to mein ne dekha ke wahan par animal atay thay, pani peetay thay. to jangal mein patiyan hain un ke liye, jangal mein ghaas hai un ke liye, woh khaya unhon ne, wahan aa ke pani pi liya.</w:t>
      </w:r>
      <w:r>
        <w:br/>
      </w:r>
      <w:r>
        <w:rPr>
          <w:sz w:val="20"/>
        </w:rPr>
        <w:t>22:26  to bilkul un ko koi pareshani nahi. animal jo chahta hai, woh is ko mil raha hai. animal jo chahta hai, woh is ko mil raha hai.</w:t>
      </w:r>
      <w:r>
        <w:br/>
      </w:r>
      <w:r>
        <w:rPr>
          <w:sz w:val="20"/>
        </w:rPr>
        <w:t>22:36  insan jo chahta hai, is ko nahi milta.</w:t>
      </w:r>
    </w:p>
    <w:p>
      <w:pPr>
        <w:pStyle w:val="Heading2"/>
      </w:pPr>
      <w:r>
        <w:t>Ego leads to breakdown</w:t>
      </w:r>
    </w:p>
    <w:p>
      <w:r>
        <w:rPr>
          <w:color w:val="666666"/>
          <w:sz w:val="18"/>
        </w:rPr>
        <w:t>IIC: How to Develop Spiritual Personality · 30s · at 27:22 · https://youtu.be/-XrYpEYwk-Y?t=1642</w:t>
      </w:r>
    </w:p>
    <w:p>
      <w:r>
        <w:rPr>
          <w:i/>
        </w:rPr>
        <w:t>“When one's ego is touched, it turns into superego”</w:t>
      </w:r>
    </w:p>
    <w:p>
      <w:r>
        <w:rPr>
          <w:sz w:val="20"/>
        </w:rPr>
        <w:t>27:22  and the result is breakdown.</w:t>
      </w:r>
      <w:r>
        <w:br/>
      </w:r>
      <w:r>
        <w:rPr>
          <w:sz w:val="20"/>
        </w:rPr>
        <w:t>27:27  When one's ego is touched, it turns into superego and the result is breakdown.</w:t>
      </w:r>
      <w:r>
        <w:br/>
      </w:r>
      <w:r>
        <w:rPr>
          <w:sz w:val="20"/>
        </w:rPr>
        <w:t>27:31  lekin jab aap is ke consciousness ko touch karen to wo surrender kar de ga.</w:t>
      </w:r>
      <w:r>
        <w:br/>
      </w:r>
      <w:r>
        <w:rPr>
          <w:sz w:val="20"/>
        </w:rPr>
        <w:t>27:35  jab chahen aap is ka tajurba kar ke dekh lijie.</w:t>
      </w:r>
      <w:r>
        <w:br/>
      </w:r>
      <w:r>
        <w:rPr>
          <w:sz w:val="20"/>
        </w:rPr>
        <w:t>27:40  main ne to bar bar kiya hai.</w:t>
      </w:r>
      <w:r>
        <w:br/>
      </w:r>
      <w:r>
        <w:rPr>
          <w:sz w:val="20"/>
        </w:rPr>
        <w:t>27:44  to love your enemy ka matlab ye hai ke love is the greatest power.</w:t>
      </w:r>
      <w:r>
        <w:br/>
      </w:r>
      <w:r>
        <w:rPr>
          <w:sz w:val="20"/>
        </w:rPr>
        <w:t>27:48  lekin is ko use to kar</w:t>
      </w:r>
    </w:p>
    <w:p>
      <w:pPr>
        <w:pStyle w:val="Heading2"/>
      </w:pPr>
      <w:r>
        <w:t>Islam's core belief is like a seed becoming a tree</w:t>
      </w:r>
    </w:p>
    <w:p>
      <w:r>
        <w:rPr>
          <w:color w:val="666666"/>
          <w:sz w:val="18"/>
        </w:rPr>
        <w:t>Divine Personality April 2, 2014 Maulana Wahiduddin Khan · 47s · at 18:10 · https://youtu.be/4F-V__KFzpA?t=1090</w:t>
      </w:r>
    </w:p>
    <w:p>
      <w:r>
        <w:rPr>
          <w:i/>
        </w:rPr>
        <w:t>“Ma'rifat in Islam is like a seed.”</w:t>
      </w:r>
    </w:p>
    <w:p>
      <w:r>
        <w:rPr>
          <w:sz w:val="20"/>
        </w:rPr>
        <w:t>18:10  So Ma'rifat in Islam is like a seed. You know every tree begins from a seed.</w:t>
      </w:r>
      <w:r>
        <w:br/>
      </w:r>
      <w:r>
        <w:rPr>
          <w:sz w:val="20"/>
        </w:rPr>
        <w:t>18:23  The whole tree is kept in a small seed.</w:t>
      </w:r>
      <w:r>
        <w:br/>
      </w:r>
      <w:r>
        <w:rPr>
          <w:sz w:val="20"/>
        </w:rPr>
        <w:t>18:31  Seed is the beginning of a tree.</w:t>
      </w:r>
      <w:r>
        <w:br/>
      </w:r>
      <w:r>
        <w:rPr>
          <w:sz w:val="20"/>
        </w:rPr>
        <w:t>18:37  So the whole tree is just like the unfolding of a seed. Due to this the Qur'an says that</w:t>
      </w:r>
    </w:p>
    <w:p>
      <w:pPr>
        <w:pStyle w:val="Heading2"/>
      </w:pPr>
      <w:r>
        <w:t>Paradise is not guaranteed by birth or ritual</w:t>
      </w:r>
    </w:p>
    <w:p>
      <w:r>
        <w:rPr>
          <w:color w:val="666666"/>
          <w:sz w:val="18"/>
        </w:rPr>
        <w:t>Personality of A Believer February 2, 2014 · 56s · at 25:06 · https://youtu.be/EiK_-O-Bjps?t=1506</w:t>
      </w:r>
    </w:p>
    <w:p>
      <w:r>
        <w:rPr>
          <w:i/>
        </w:rPr>
        <w:t>“Har shaks chahta hai jannat mein dakhla mile”</w:t>
      </w:r>
    </w:p>
    <w:p>
      <w:r>
        <w:rPr>
          <w:sz w:val="20"/>
        </w:rPr>
        <w:t>25:06  Hum mein se har shakhs chahta hai ke is ko jannat mein dakhla milay.</w:t>
      </w:r>
      <w:r>
        <w:br/>
      </w:r>
      <w:r>
        <w:rPr>
          <w:sz w:val="20"/>
        </w:rPr>
        <w:t>25:11  To yeh bohat hi zyada bari misunderstanding mein, yani grave misunderstanding hai ke hum yeh samjhein ke shahwat se jannat mil jaye gi, musalman ghar mein paida hoga, jannat mil jaye gi.</w:t>
      </w:r>
      <w:r>
        <w:br/>
      </w:r>
      <w:r>
        <w:rPr>
          <w:sz w:val="20"/>
        </w:rPr>
        <w:t>25:25  Yeh kar diya to sath tasbeeh parh liya to jannat mil jaye gi. Yeh sab bilashuba amani hai, amani.</w:t>
      </w:r>
      <w:r>
        <w:br/>
      </w:r>
      <w:r>
        <w:rPr>
          <w:sz w:val="20"/>
        </w:rPr>
        <w:t>25:35  Jannat na to shafa'at se milne wali hai, na musalman ghar mein paida hone se milne wali hai, na sath tasbeeh parhne se milne wali hai, na kisi buzurg ke paas ja ke milen, is se dua len, is se milne wali hai.</w:t>
      </w:r>
      <w:r>
        <w:br/>
      </w:r>
      <w:r>
        <w:rPr>
          <w:sz w:val="20"/>
        </w:rPr>
        <w:t>25:48  Kuch bhi nahi. Jannat mile gi aap ko khud apni shakhsiyat, aap ne kaisi banai hai?</w:t>
      </w:r>
    </w:p>
    <w:p>
      <w:pPr>
        <w:pStyle w:val="Heading2"/>
      </w:pPr>
      <w:r>
        <w:t>Bee analogy for extracting spiritual nectar</w:t>
      </w:r>
    </w:p>
    <w:p>
      <w:r>
        <w:rPr>
          <w:color w:val="666666"/>
          <w:sz w:val="18"/>
        </w:rPr>
        <w:t>Spirituality in Daily Life 13 Aug 2016 - Maulana Wahiduddin Khan · 55s · at 8:10 · https://youtu.be/SB0AF0Q9aTE?t=490</w:t>
      </w:r>
    </w:p>
    <w:p>
      <w:r>
        <w:rPr>
          <w:i/>
        </w:rPr>
        <w:t>“Jis tarah shahad ki makkhi nectar extract karti hai, aise hi spirituality.”</w:t>
      </w:r>
    </w:p>
    <w:p>
      <w:r>
        <w:rPr>
          <w:sz w:val="20"/>
        </w:rPr>
        <w:t>8:10  material tajurbe se saap ka pesh aata hai. to jo developed mind hai, wo bas material cheezon se extract karta hai. jis tarah shaad ki makkhi aati hai baag mein,</w:t>
      </w:r>
      <w:r>
        <w:br/>
      </w:r>
      <w:r>
        <w:rPr>
          <w:sz w:val="20"/>
        </w:rPr>
        <w:t>8:28  to wo phool ke paas jaati hai. aur phool se wo extract karti hai nectar. nectar. aise hi spirituality ka maamla hai. lekin</w:t>
      </w:r>
      <w:r>
        <w:br/>
      </w:r>
      <w:r>
        <w:rPr>
          <w:sz w:val="20"/>
        </w:rPr>
        <w:t>8:44  iske liye zaroori hai ki aapka mind develop hua ho. jab aap ek mind, jab aap ek developed mind ban chuke ho, to jo cheez aap dekhein, to aap wahan par discover kar lein ki ek ek spiritual nectar maujood hai har cheez mein.</w:t>
      </w:r>
    </w:p>
    <w:p>
      <w:pPr>
        <w:pStyle w:val="Heading2"/>
      </w:pPr>
      <w:r>
        <w:t>Love your enemy means enmity management</w:t>
      </w:r>
    </w:p>
    <w:p>
      <w:r>
        <w:rPr>
          <w:color w:val="666666"/>
          <w:sz w:val="18"/>
        </w:rPr>
        <w:t>Science And Spirituality-25th April 07 · 27s · at 38:27 · https://youtu.be/v5j9QVMgQq0?t=2307</w:t>
      </w:r>
    </w:p>
    <w:p>
      <w:r>
        <w:rPr>
          <w:i/>
        </w:rPr>
        <w:t>“Love your enemy means learn the art of enmity management.”</w:t>
      </w:r>
    </w:p>
    <w:p>
      <w:r>
        <w:rPr>
          <w:sz w:val="20"/>
        </w:rPr>
        <w:t>38:27  And he gave us a very beautiful formula of spirituality. That is, "Love your enemy. Love your enemy." It means you have to learn the art of enmity management.</w:t>
      </w:r>
      <w:r>
        <w:br/>
      </w:r>
      <w:r>
        <w:rPr>
          <w:sz w:val="20"/>
        </w:rPr>
        <w:t>38:54  Don't hate the enemy.</w:t>
      </w:r>
    </w:p>
    <w:p>
      <w:pPr>
        <w:pStyle w:val="Heading2"/>
      </w:pPr>
      <w:r>
        <w:t>Why people think Islam has no spirituality</w:t>
      </w:r>
    </w:p>
    <w:p>
      <w:r>
        <w:rPr>
          <w:color w:val="666666"/>
          <w:sz w:val="18"/>
        </w:rPr>
        <w:t>Spirituality in Islam January 1, 2006 Maulana Wahiduddin Khan · 21s · at 1:46 · https://youtu.be/XO4htFBEkV4?t=106</w:t>
      </w:r>
    </w:p>
    <w:p>
      <w:r>
        <w:rPr>
          <w:i/>
        </w:rPr>
        <w:t>“Log samajhte hain Islam mein spirituality nahi hai”</w:t>
      </w:r>
    </w:p>
    <w:p>
      <w:r>
        <w:rPr>
          <w:sz w:val="20"/>
        </w:rPr>
        <w:t>1:46  log samajhte hain ke islam</w:t>
      </w:r>
      <w:r>
        <w:br/>
      </w:r>
      <w:r>
        <w:rPr>
          <w:sz w:val="20"/>
        </w:rPr>
        <w:t>1:50  mein spirituality nahi hai. spirituality doosre religion mein hai magar islam mein nahi hai.</w:t>
      </w:r>
      <w:r>
        <w:br/>
      </w:r>
      <w:r>
        <w:rPr>
          <w:sz w:val="20"/>
        </w:rPr>
        <w:t>2:00  islam to religion of sword hai.</w:t>
      </w:r>
    </w:p>
    <w:p>
      <w:pPr>
        <w:pStyle w:val="Heading2"/>
      </w:pPr>
      <w:r>
        <w:t>Rejecting the need for a spiritual intermediary</w:t>
      </w:r>
    </w:p>
    <w:p>
      <w:r>
        <w:rPr>
          <w:color w:val="666666"/>
          <w:sz w:val="18"/>
        </w:rPr>
        <w:t>Tazkiya-e-Nafs Book by Maulana Wahiduddin Khan · 31s · at 39:31 · https://youtu.be/LbGPnJWmj1A?t=2371</w:t>
      </w:r>
    </w:p>
    <w:p>
      <w:r>
        <w:rPr>
          <w:i/>
        </w:rPr>
        <w:t>“Wasitay ka yeh tasawwur yaqeeni tor par bebuniyad hai”</w:t>
      </w:r>
    </w:p>
    <w:p>
      <w:r>
        <w:rPr>
          <w:sz w:val="20"/>
        </w:rPr>
        <w:t>39:31  wasitay ka yeh tasawwur yaqeeni taur par be-bunyad hai. tazkiyah bila wasitah Allah se ta'alluq ke zariye hasil hota hai. koi wasitah is mamlay mein hargiz karamad nahi.</w:t>
      </w:r>
      <w:r>
        <w:br/>
      </w:r>
      <w:r>
        <w:rPr>
          <w:sz w:val="20"/>
        </w:rPr>
        <w:t>39:45  haqeeqi tazkiyah hamesha Allah ki tofeeq se hota hai.</w:t>
      </w:r>
      <w:r>
        <w:br/>
      </w:r>
      <w:r>
        <w:rPr>
          <w:sz w:val="20"/>
        </w:rPr>
        <w:t>39:48  Allah ki tofeeq ke liye kisi wasitay ki zarurat nahi. Allah ki tofeeq har bande tak barah-e-raast pohnchti hai. is ki shart sirf aik hai, aur woh hai haqeeqi maanon mein tazkiyah ka talib ban jana.</w:t>
      </w:r>
    </w:p>
    <w:p>
      <w:pPr>
        <w:pStyle w:val="Heading2"/>
      </w:pPr>
      <w:r>
        <w:t>Critique of ecstasy as mere unconsciousness, not spirituality</w:t>
      </w:r>
    </w:p>
    <w:p>
      <w:r>
        <w:rPr>
          <w:color w:val="666666"/>
          <w:sz w:val="18"/>
        </w:rPr>
        <w:t>Islam and Sufism (Islam and Spirituality) (English) February 28, 2008 · 28s · at 7:41 · https://youtu.be/6UGAPDfrS2w?t=461</w:t>
      </w:r>
    </w:p>
    <w:p>
      <w:r>
        <w:rPr>
          <w:i/>
        </w:rPr>
        <w:t>“What is ecstasy? Going into a state of unconsciousness”</w:t>
      </w:r>
    </w:p>
    <w:p>
      <w:r>
        <w:rPr>
          <w:sz w:val="20"/>
        </w:rPr>
        <w:t>7:41  what is ecstasy? what is ecstasy? ecstasy is going into the state of unconsciousness</w:t>
      </w:r>
      <w:r>
        <w:br/>
      </w:r>
      <w:r>
        <w:rPr>
          <w:sz w:val="20"/>
        </w:rPr>
        <w:t>7:56  . it is like. like every animal lives in this kind of ecstasy. so i dont think that this is this is the true spirituality.</w:t>
      </w:r>
    </w:p>
    <w:p>
      <w:pPr>
        <w:pStyle w:val="Heading2"/>
      </w:pPr>
      <w:r>
        <w:t>Power to turn minus into plus</w:t>
      </w:r>
    </w:p>
    <w:p>
      <w:r>
        <w:rPr>
          <w:color w:val="666666"/>
          <w:sz w:val="18"/>
        </w:rPr>
        <w:t>Science And Spirituality-25th April 07 · 40s · at 43:25 · https://youtu.be/v5j9QVMgQq0?t=2605</w:t>
      </w:r>
    </w:p>
    <w:p>
      <w:r>
        <w:rPr>
          <w:i/>
        </w:rPr>
        <w:t>“Their power to turn a minus into a plus.”</w:t>
      </w:r>
    </w:p>
    <w:p>
      <w:r>
        <w:rPr>
          <w:sz w:val="20"/>
        </w:rPr>
        <w:t>43:25  Great, great potential.</w:t>
      </w:r>
      <w:r>
        <w:br/>
      </w:r>
      <w:r>
        <w:rPr>
          <w:sz w:val="20"/>
        </w:rPr>
        <w:t>43:31  So what was his discovery?</w:t>
      </w:r>
      <w:r>
        <w:br/>
      </w:r>
      <w:r>
        <w:rPr>
          <w:sz w:val="20"/>
        </w:rPr>
        <w:t>43:38  In his own words, their power—it is his words—their power to turn a minus into a plus.</w:t>
      </w:r>
      <w:r>
        <w:br/>
      </w:r>
      <w:r>
        <w:rPr>
          <w:sz w:val="20"/>
        </w:rPr>
        <w:t>43:45  Their power to turn a minus into a plus.</w:t>
      </w:r>
      <w:r>
        <w:br/>
      </w:r>
      <w:r>
        <w:rPr>
          <w:sz w:val="20"/>
        </w:rPr>
        <w:t>43:51  This is the power of spirituality.</w:t>
      </w:r>
      <w:r>
        <w:br/>
      </w:r>
      <w:r>
        <w:rPr>
          <w:sz w:val="20"/>
        </w:rPr>
        <w:t>43:58  You can turn your minus into a plus. But when?</w:t>
      </w:r>
      <w:r>
        <w:br/>
      </w:r>
      <w:r>
        <w:rPr>
          <w:sz w:val="20"/>
        </w:rPr>
        <w:t>44:05  When you are a spiritual person. It is spirituality that enables you to avail this opportunity. Why?</w:t>
      </w:r>
    </w:p>
    <w:p>
      <w:pPr>
        <w:pStyle w:val="Heading2"/>
      </w:pPr>
      <w:r>
        <w:t>Physical food versus spiritual food analogy for the soul</w:t>
      </w:r>
    </w:p>
    <w:p>
      <w:r>
        <w:rPr>
          <w:color w:val="666666"/>
          <w:sz w:val="18"/>
        </w:rPr>
        <w:t>Islam and Sufism (Islam and Spirituality) (English) February 28, 2008 · 42s · at 3:06 · https://youtu.be/6UGAPDfrS2w?t=186</w:t>
      </w:r>
    </w:p>
    <w:p>
      <w:r>
        <w:rPr>
          <w:i/>
        </w:rPr>
        <w:t>“We need physical food every day for our body”</w:t>
      </w:r>
    </w:p>
    <w:p>
      <w:r>
        <w:rPr>
          <w:sz w:val="20"/>
        </w:rPr>
        <w:t>3:06  in physical terms, we need food every day to maintain our physical health.</w:t>
      </w:r>
      <w:r>
        <w:br/>
      </w:r>
      <w:r>
        <w:rPr>
          <w:sz w:val="20"/>
        </w:rPr>
        <w:t>3:16  we need physical food.</w:t>
      </w:r>
      <w:r>
        <w:br/>
      </w:r>
      <w:r>
        <w:rPr>
          <w:sz w:val="20"/>
        </w:rPr>
        <w:t>3:22  so is the case of our inner personality, that is soul. we need spiritual food to maintain the health of spiritual being.</w:t>
      </w:r>
      <w:r>
        <w:br/>
      </w:r>
      <w:r>
        <w:rPr>
          <w:sz w:val="20"/>
        </w:rPr>
        <w:t>3:41  so this is the definition of spirituality according to islam.</w:t>
      </w:r>
    </w:p>
    <w:p>
      <w:pPr>
        <w:pStyle w:val="Heading2"/>
      </w:pPr>
      <w:r>
        <w:t>surrender to God vs being arrogant</w:t>
      </w:r>
    </w:p>
    <w:p>
      <w:r>
        <w:rPr>
          <w:color w:val="666666"/>
          <w:sz w:val="18"/>
        </w:rPr>
        <w:t>Interview Session with Maulana Wahiduddin Khan January 30, 2008 · 35s · at 48:43 · https://youtu.be/o8Gpe9YMuZc?t=2923</w:t>
      </w:r>
    </w:p>
    <w:p>
      <w:r>
        <w:rPr>
          <w:i/>
        </w:rPr>
        <w:t>“Without surrendering, you are Mr. Ego, Mr. Arrogant.”</w:t>
      </w:r>
    </w:p>
    <w:p>
      <w:r>
        <w:rPr>
          <w:sz w:val="20"/>
        </w:rPr>
        <w:t>48:43  this is my spirituality. Maulana, what is the importance of surrendering to God?</w:t>
      </w:r>
      <w:r>
        <w:br/>
      </w:r>
      <w:r>
        <w:rPr>
          <w:sz w:val="20"/>
        </w:rPr>
        <w:t>48:55  surrendering to God is essence of spirituality. without surrendering, you are Mr Ego, Mr Arrogant.</w:t>
      </w:r>
      <w:r>
        <w:br/>
      </w:r>
      <w:r>
        <w:rPr>
          <w:sz w:val="20"/>
        </w:rPr>
        <w:t>49:08  surrendering to God means surrendering to reality. God is our creator. God is our sustainer.</w:t>
      </w:r>
    </w:p>
    <w:p>
      <w:pPr>
        <w:pStyle w:val="Heading2"/>
      </w:pPr>
      <w:r>
        <w:t>True meaning of jihad</w:t>
      </w:r>
    </w:p>
    <w:p>
      <w:r>
        <w:rPr>
          <w:color w:val="666666"/>
          <w:sz w:val="18"/>
        </w:rPr>
        <w:t>Life of the Companions of the Prophet | September 29, 2018 · 30s · at 31:59 · https://youtu.be/pR5eJlLJtKE?t=1919</w:t>
      </w:r>
    </w:p>
    <w:p>
      <w:r>
        <w:rPr>
          <w:i/>
        </w:rPr>
        <w:t>“Jihad ke ma'ani struggle hain”</w:t>
      </w:r>
    </w:p>
    <w:p>
      <w:r>
        <w:rPr>
          <w:sz w:val="20"/>
        </w:rPr>
        <w:t>31:59  had bhi use kar sakte hain is ke liye jo jihad word ask nadeem jihad ka lafz hai</w:t>
      </w:r>
      <w:r>
        <w:br/>
      </w:r>
      <w:r>
        <w:rPr>
          <w:sz w:val="20"/>
        </w:rPr>
        <w:t>32:07  hmm wo logon ke yaani ghalat ideas ki wajah se confusion ho gaya jihad ko mani lete hain</w:t>
      </w:r>
      <w:r>
        <w:br/>
      </w:r>
      <w:r>
        <w:rPr>
          <w:sz w:val="20"/>
        </w:rPr>
        <w:t>32:14  ladna hmm talwar chalana aur bilkul ghalat hai wo jihad ke mani struggle hain hmm jihad ke mani</w:t>
      </w:r>
      <w:r>
        <w:br/>
      </w:r>
      <w:r>
        <w:rPr>
          <w:sz w:val="20"/>
        </w:rPr>
        <w:t>32:22  he struggle hain hmm jha</w:t>
      </w:r>
    </w:p>
    <w:p>
      <w:pPr>
        <w:pStyle w:val="Heading2"/>
      </w:pPr>
      <w:r>
        <w:t>Maulana describes himself as a modern scientific Sufi</w:t>
      </w:r>
    </w:p>
    <w:p>
      <w:r>
        <w:rPr>
          <w:color w:val="666666"/>
          <w:sz w:val="18"/>
        </w:rPr>
        <w:t>Islam and Sufism (Islam and Spirituality) (English) February 28, 2008 · 34s · at 1:04 · https://youtu.be/6UGAPDfrS2w?t=64</w:t>
      </w:r>
    </w:p>
    <w:p>
      <w:r>
        <w:rPr>
          <w:i/>
        </w:rPr>
        <w:t>“I myself am a Sufi, not in traditional terms”</w:t>
      </w:r>
    </w:p>
    <w:p>
      <w:r>
        <w:rPr>
          <w:sz w:val="20"/>
        </w:rPr>
        <w:t>1:04  i myself is a sufi, but not in a traditional term, but in modern scientific term.</w:t>
      </w:r>
      <w:r>
        <w:br/>
      </w:r>
      <w:r>
        <w:rPr>
          <w:sz w:val="20"/>
        </w:rPr>
        <w:t>1:14  i have studied a lot in sufism and spirituality.</w:t>
      </w:r>
      <w:r>
        <w:br/>
      </w:r>
      <w:r>
        <w:rPr>
          <w:sz w:val="20"/>
        </w:rPr>
        <w:t>1:23  i would like to say that sufism is the expression of spiritual aspect of islam.</w:t>
      </w:r>
    </w:p>
    <w:p>
      <w:pPr>
        <w:pStyle w:val="Heading2"/>
      </w:pPr>
      <w:r>
        <w:t>Critiquing a shallow passport-and-visa view of Islam</w:t>
      </w:r>
    </w:p>
    <w:p>
      <w:r>
        <w:rPr>
          <w:color w:val="666666"/>
          <w:sz w:val="18"/>
        </w:rPr>
        <w:t>Divine Personality April 2, 2014 Maulana Wahiduddin Khan · 54s · at 1:45 · https://youtu.be/4F-V__KFzpA?t=105</w:t>
      </w:r>
    </w:p>
    <w:p>
      <w:r>
        <w:rPr>
          <w:i/>
        </w:rPr>
        <w:t>“So already he has obtained the passport of Islam.”</w:t>
      </w:r>
    </w:p>
    <w:p>
      <w:r>
        <w:rPr>
          <w:sz w:val="20"/>
        </w:rPr>
        <w:t>1:45  So already he has obtained the passport of Islam. Now the only thing that he must stamp the visa of Islam, that is following the Muhammad (صلى الله عليه وسلم).</w:t>
      </w:r>
      <w:r>
        <w:br/>
      </w:r>
      <w:r>
        <w:rPr>
          <w:sz w:val="20"/>
        </w:rPr>
        <w:t>2:10  This kind of presentation of Islam is like a joke.</w:t>
      </w:r>
      <w:r>
        <w:br/>
      </w:r>
      <w:r>
        <w:rPr>
          <w:sz w:val="20"/>
        </w:rPr>
        <w:t>2:16  I don't think that this kind of presentation has any impact upon the listeners. It is a kind of entertainment.</w:t>
      </w:r>
      <w:r>
        <w:br/>
      </w:r>
      <w:r>
        <w:rPr>
          <w:sz w:val="20"/>
        </w:rPr>
        <w:t>2:32  It is not a da'wah.</w:t>
      </w:r>
    </w:p>
    <w:p>
      <w:pPr>
        <w:pStyle w:val="Heading2"/>
      </w:pPr>
      <w:r>
        <w:t>Distinct languages of Quran and Hadith</w:t>
      </w:r>
    </w:p>
    <w:p>
      <w:r>
        <w:rPr>
          <w:color w:val="666666"/>
          <w:sz w:val="18"/>
        </w:rPr>
        <w:t>Islam and Peace (In Conversation with Maulana) 23 11 2008 · 37s · at 6:05 · https://youtu.be/CyS3i4AlGfs?t=365</w:t>
      </w:r>
    </w:p>
    <w:p>
      <w:r>
        <w:rPr>
          <w:i/>
        </w:rPr>
        <w:t>“Very clearly, both languages are distinct.”</w:t>
      </w:r>
    </w:p>
    <w:p>
      <w:r>
        <w:rPr>
          <w:sz w:val="20"/>
        </w:rPr>
        <w:t>6:05  to bohat aasani se samajh sakta hai is baat ko. kyunkay jab aap quran ko parhtay hain aur hadith ko parhtay hain. to bohat hi clear tor par dono ki language alag alag hoti hai.</w:t>
      </w:r>
      <w:r>
        <w:br/>
      </w:r>
      <w:r>
        <w:rPr>
          <w:sz w:val="20"/>
        </w:rPr>
        <w:t>6:15  aik dam clear tor par. yeh koi nahin keh sakta ke dono aik hi insan ka kalam hai. quran ki language aik dam alag hai.</w:t>
      </w:r>
      <w:r>
        <w:br/>
      </w:r>
      <w:r>
        <w:rPr>
          <w:sz w:val="20"/>
        </w:rPr>
        <w:t>6:26  aur hadith ki language bilkul alag hai. apnay style ke aitbar se. style ke aitbar se. to yeh aik haqeeqat hai ke quran jo hai woh preserve hai unhi shabdon mein jin shabdon mein utra tha woh.</w:t>
      </w:r>
    </w:p>
    <w:p>
      <w:pPr>
        <w:pStyle w:val="Heading2"/>
      </w:pPr>
      <w:r>
        <w:t>Revenge always provokes revenge in return</w:t>
      </w:r>
    </w:p>
    <w:p>
      <w:r>
        <w:rPr>
          <w:color w:val="666666"/>
          <w:sz w:val="18"/>
        </w:rPr>
        <w:t>Spirituality in Simple Living, High Thinking October 27, 2019 Maulana Wahiduddin Khan · 29s · at 6:33 · https://youtu.be/Kr28g15eFr8?t=393</w:t>
      </w:r>
    </w:p>
    <w:p>
      <w:r>
        <w:rPr>
          <w:i/>
        </w:rPr>
        <w:t>“Before taking revenge, think: revenge will also be revenged”</w:t>
      </w:r>
    </w:p>
    <w:p>
      <w:r>
        <w:rPr>
          <w:sz w:val="20"/>
        </w:rPr>
        <w:t>6:33  ke mujhe intiqam lena hai.</w:t>
      </w:r>
      <w:r>
        <w:br/>
      </w:r>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p>
    <w:p>
      <w:pPr>
        <w:pStyle w:val="Heading2"/>
      </w:pPr>
      <w:r>
        <w:t>Prayer for CPS team to fulfill mission</w:t>
      </w:r>
    </w:p>
    <w:p>
      <w:r>
        <w:rPr>
          <w:color w:val="666666"/>
          <w:sz w:val="18"/>
        </w:rPr>
        <w:t>Experience Sharing Session of CPS Members 24 May 2008 - Maulana Wahiduddin Khan · 28s · at 6:53 · https://youtu.be/alVAkAnKiuM?t=413</w:t>
      </w:r>
    </w:p>
    <w:p>
      <w:r>
        <w:rPr>
          <w:i/>
        </w:rPr>
        <w:t>“आई वुड फर्स्ट लाइक टू स्टार्ट द टॉक”</w:t>
      </w:r>
    </w:p>
    <w:p>
      <w:r>
        <w:rPr>
          <w:sz w:val="20"/>
        </w:rPr>
        <w:t>6:53  i would first like to start the talk. i mean, i would like to pray to god first, that the team, the cps team, which has been that he helps the cps team to fulfill the mission of dawah. he helps all of us in fulfilling the job which we all have undertaken, which is dawah work. i feel that each one of us in the team has some special ability</w:t>
      </w:r>
    </w:p>
    <w:p>
      <w:pPr>
        <w:pStyle w:val="Heading2"/>
      </w:pPr>
      <w:r>
        <w:t>Forgiveness and patience as the greatest form of worship</w:t>
      </w:r>
    </w:p>
    <w:p>
      <w:r>
        <w:rPr>
          <w:color w:val="666666"/>
          <w:sz w:val="18"/>
        </w:rPr>
        <w:t>Islam and Sufism (Islam and Spirituality) (English) February 28, 2008 · 43s · at 57:58 · https://youtu.be/6UGAPDfrS2w?t=3478</w:t>
      </w:r>
    </w:p>
    <w:p>
      <w:r>
        <w:rPr>
          <w:i/>
        </w:rPr>
        <w:t>“Those who keep patience will receive the greatest reward”</w:t>
      </w:r>
    </w:p>
    <w:p>
      <w:r>
        <w:rPr>
          <w:sz w:val="20"/>
        </w:rPr>
        <w:t>57:58  It means that those who keep patience, they will reward the greatest reward. So I believe, I remember according to this verse that forgiveness is the greatest worship</w:t>
      </w:r>
      <w:r>
        <w:br/>
      </w:r>
      <w:r>
        <w:rPr>
          <w:sz w:val="20"/>
        </w:rPr>
        <w:t>58:17  . If I avoid, if I tolerate, if I ignore this nuisance, then and keep patience, then I will be rewarded, greatest reward.</w:t>
      </w:r>
      <w:r>
        <w:br/>
      </w:r>
      <w:r>
        <w:rPr>
          <w:sz w:val="20"/>
        </w:rPr>
        <w:t>58:30  So I believe, I remember according to this verse that forgiveness is the greatest worship.</w:t>
      </w:r>
    </w:p>
    <w:p>
      <w:pPr>
        <w:pStyle w:val="Heading2"/>
      </w:pPr>
      <w:r>
        <w:t>Seeing God's presence everywhere</w:t>
      </w:r>
    </w:p>
    <w:p>
      <w:r>
        <w:rPr>
          <w:color w:val="666666"/>
          <w:sz w:val="18"/>
        </w:rPr>
        <w:t>Islam and Sufism, Islam and Spirituality (Group of Gothers) - Maulana Wahiduddin Khan · 32s · at 16:46 · https://youtu.be/yuxUUlOqZLM?t=1006</w:t>
      </w:r>
    </w:p>
    <w:p>
      <w:r>
        <w:rPr>
          <w:i/>
        </w:rPr>
        <w:t>“I am able to see God every where, every time”</w:t>
      </w:r>
    </w:p>
    <w:p>
      <w:r>
        <w:rPr>
          <w:sz w:val="20"/>
        </w:rPr>
        <w:t>16:46  so i according to my experience, according to my, my study, i believe this kind of spirituality.</w:t>
      </w:r>
      <w:r>
        <w:br/>
      </w:r>
      <w:r>
        <w:rPr>
          <w:sz w:val="20"/>
        </w:rPr>
        <w:t>16:56  i am able to see god everywhere, every time, in every step, space and time, everywhere, because everywhere there is nature.</w:t>
      </w:r>
      <w:r>
        <w:br/>
      </w:r>
      <w:r>
        <w:rPr>
          <w:sz w:val="20"/>
        </w:rPr>
        <w:t>17:06  every, everywhere, from, from myself, all these things are before by eye. so i had developed this kind of eye.</w:t>
      </w:r>
    </w:p>
    <w:p>
      <w:pPr>
        <w:pStyle w:val="Heading2"/>
      </w:pPr>
      <w:r>
        <w:t>Dream of chaotic crowd in field</w:t>
      </w:r>
    </w:p>
    <w:p>
      <w:r>
        <w:rPr>
          <w:color w:val="666666"/>
          <w:sz w:val="18"/>
        </w:rPr>
        <w:t>Experience Sharing Session of CPS Members 24 May 2008 - Maulana Wahiduddin Khan · 27s · at 0:13 · https://youtu.be/alVAkAnKiuM?t=13</w:t>
      </w:r>
    </w:p>
    <w:p>
      <w:r>
        <w:rPr>
          <w:i/>
        </w:rPr>
        <w:t>“ड्रीम लास्ट नाईट, व्हेयर आई सॉ दैट देयर वाज़ अ ह्यूज फील्ड”</w:t>
      </w:r>
    </w:p>
    <w:p>
      <w:r>
        <w:rPr>
          <w:sz w:val="20"/>
        </w:rPr>
        <w:t>0:13  dream last night, where i saw that there was a huge field, field with hundreds and thousands of people. there were men, women, children, people from all age groups. but their condition was very, very chaotic.</w:t>
      </w:r>
    </w:p>
    <w:p>
      <w:pPr>
        <w:pStyle w:val="Heading2"/>
      </w:pPr>
      <w:r>
        <w:t>Believer free from negativity, master of anger management</w:t>
      </w:r>
    </w:p>
    <w:p>
      <w:r>
        <w:rPr>
          <w:color w:val="666666"/>
          <w:sz w:val="18"/>
        </w:rPr>
        <w:t>Momin is like a tree | April 11, 2007 · 30s · at 21:43 · https://youtu.be/buv324nJoBk?t=1303</w:t>
      </w:r>
    </w:p>
    <w:p>
      <w:r>
        <w:rPr>
          <w:i/>
        </w:rPr>
        <w:t>“Every tree is free of malice, revenge, anger”</w:t>
      </w:r>
    </w:p>
    <w:p>
      <w:r>
        <w:rPr>
          <w:sz w:val="20"/>
        </w:rPr>
        <w:t>21:43  every tree, tree is free of malice, free of revenge, free of anger. So is the case of momin. Momin is free of all these negative thoughts. Momin is, momin has, momin is master of the art of management, art of difference management, art of malice management</w:t>
      </w:r>
    </w:p>
    <w:p>
      <w:pPr>
        <w:pStyle w:val="Heading2"/>
      </w:pPr>
      <w:r>
        <w:t>Rejecting the whole concept of religious 'virtue'</w:t>
      </w:r>
    </w:p>
    <w:p>
      <w:r>
        <w:rPr>
          <w:color w:val="666666"/>
          <w:sz w:val="18"/>
        </w:rPr>
        <w:t>Spirituality in Simple Living, High Thinking October 27, 2019 Maulana Wahiduddin Khan · 51s · at 50:45 · https://youtu.be/Kr28g15eFr8?t=3045</w:t>
      </w:r>
    </w:p>
    <w:p>
      <w:r>
        <w:rPr>
          <w:i/>
        </w:rPr>
        <w:t>“I am completely against the concept of fazilat”</w:t>
      </w:r>
    </w:p>
    <w:p>
      <w:r>
        <w:rPr>
          <w:sz w:val="20"/>
        </w:rPr>
        <w:t>50:45  fazilat ka aur mein fazilat ke tasawwur ke bilkul hi khilaf hoon,</w:t>
      </w:r>
      <w:r>
        <w:br/>
      </w:r>
      <w:r>
        <w:rPr>
          <w:sz w:val="20"/>
        </w:rPr>
        <w:t>50:51  chahe koi barhe sahib muhaddis is ko manta ho to mein nahi manta. fazilat koi cheez nahi Islam mein, wealth koi cheez nahi Islam mein.</w:t>
      </w:r>
      <w:r>
        <w:br/>
      </w:r>
      <w:r>
        <w:rPr>
          <w:sz w:val="20"/>
        </w:rPr>
        <w:t>51:04  basic hai, basic ke ma'ne Allah ki help, Allah ki madad, Allah ki atiya.</w:t>
      </w:r>
      <w:r>
        <w:br/>
      </w:r>
      <w:r>
        <w:rPr>
          <w:sz w:val="20"/>
        </w:rPr>
        <w:t>51:14  yeh sab alfaaz wohi wohi hain</w:t>
      </w:r>
      <w:r>
        <w:br/>
      </w:r>
      <w:r>
        <w:rPr>
          <w:sz w:val="20"/>
        </w:rPr>
        <w:t>51:17  , yani miss leading hain, miss leading.</w:t>
      </w:r>
      <w:r>
        <w:br/>
      </w:r>
      <w:r>
        <w:rPr>
          <w:sz w:val="20"/>
        </w:rPr>
        <w:t>51:26  fazilat ka sense paida karte hain. behad ek fazilat koi cheez nahi,</w:t>
      </w:r>
    </w:p>
    <w:p>
      <w:pPr>
        <w:pStyle w:val="Heading2"/>
      </w:pPr>
      <w:r>
        <w:t>How to discover your own mental conditioning</w:t>
      </w:r>
    </w:p>
    <w:p>
      <w:r>
        <w:rPr>
          <w:color w:val="666666"/>
          <w:sz w:val="18"/>
        </w:rPr>
        <w:t>Material Science and Spiritual Science 20 May 2012 · 1m 00s · at 1:26:11 · https://youtu.be/4K6CxjThlxQ?t=5171</w:t>
      </w:r>
    </w:p>
    <w:p>
      <w:r>
        <w:rPr>
          <w:i/>
        </w:rPr>
        <w:t>“Apni conditioning ko aadmi khud hi jaan sakta hai”</w:t>
      </w:r>
    </w:p>
    <w:p>
      <w:r>
        <w:rPr>
          <w:sz w:val="20"/>
        </w:rPr>
        <w:t>1:26:11  dekhiye apni conditioning ko admi khud hi jan sakta hai ab woh hai us ko arabi mein kehte hain muhasba angrezi mein kehte hain introspection</w:t>
      </w:r>
      <w:r>
        <w:br/>
      </w:r>
      <w:r>
        <w:rPr>
          <w:sz w:val="20"/>
        </w:rPr>
        <w:t>1:26:25  bas aur koi tareeqa nahi hai yani wohi feel karna jis ko kaha jata hai muhasba ya introspection yani merciless introspection darkar hai</w:t>
      </w:r>
      <w:r>
        <w:br/>
      </w:r>
      <w:r>
        <w:rPr>
          <w:sz w:val="20"/>
        </w:rPr>
        <w:t>1:26:41  agar koi admi chahta hai ke apni condition ko jane to us ko apni merciless apna apna merciless yani be rehmanana tor par muhasba karna chahiye be rehmanana tor par muhasba aur koi dosra tareeqa nahi.</w:t>
      </w:r>
    </w:p>
    <w:p>
      <w:pPr>
        <w:pStyle w:val="Heading2"/>
      </w:pPr>
      <w:r>
        <w:t>Nature creates no problems</w:t>
      </w:r>
    </w:p>
    <w:p>
      <w:r>
        <w:rPr>
          <w:color w:val="666666"/>
          <w:sz w:val="18"/>
        </w:rPr>
        <w:t>Nature as a Role Mode May 21, 2006 · 25s · at 27:39 · https://youtu.be/ppaB1Z2zXL8?t=1659</w:t>
      </w:r>
    </w:p>
    <w:p>
      <w:r>
        <w:rPr>
          <w:i/>
        </w:rPr>
        <w:t>“Fitra kabhi aap ke liye masla paida nahi karti.”</w:t>
      </w:r>
    </w:p>
    <w:p>
      <w:r>
        <w:rPr>
          <w:sz w:val="20"/>
        </w:rPr>
        <w:t>27:39  isi tarah aap dekhiye. fitrat kabhi aap ke liye masla paida nahi karti.</w:t>
      </w:r>
      <w:r>
        <w:br/>
      </w:r>
      <w:r>
        <w:rPr>
          <w:sz w:val="20"/>
        </w:rPr>
        <w:t>27:48  aap kahin khare hon, wahan par ek pathar hai, wahan par pahad hai, wahan par chattan hai. to iska pathar nikal nikal kar aap ko nahi marega.</w:t>
      </w:r>
      <w:r>
        <w:br/>
      </w:r>
      <w:r>
        <w:rPr>
          <w:sz w:val="20"/>
        </w:rPr>
        <w:t>27:59  kabhi aisa nahi hoga ke iske pathar nikal nikal kar aap ke sar par aa kar lagne lagen.</w:t>
      </w:r>
    </w:p>
    <w:p>
      <w:pPr>
        <w:pStyle w:val="Heading2"/>
      </w:pPr>
      <w:r>
        <w:t>Realization of wasting life after message</w:t>
      </w:r>
    </w:p>
    <w:p>
      <w:r>
        <w:rPr>
          <w:color w:val="666666"/>
          <w:sz w:val="18"/>
        </w:rPr>
        <w:t>Experience Sharing Session of CPS Members 24 May 2008 - Maulana Wahiduddin Khan · 36s · at 2:29 · https://youtu.be/alVAkAnKiuM?t=149</w:t>
      </w:r>
    </w:p>
    <w:p>
      <w:r>
        <w:rPr>
          <w:i/>
        </w:rPr>
        <w:t>“विद रेफरेंस टू द क्लास, व्हिच हैपेंड इन द मॉर्निंग”</w:t>
      </w:r>
    </w:p>
    <w:p>
      <w:r>
        <w:rPr>
          <w:sz w:val="20"/>
        </w:rPr>
        <w:t>2:29  with reference to the class, which happened in the morning, and after attending the class in the morning, i have come to realize that i have been wasting my life so far, and that i,</w:t>
      </w:r>
      <w:r>
        <w:br/>
      </w:r>
      <w:r>
        <w:rPr>
          <w:sz w:val="20"/>
        </w:rPr>
        <w:t>2:53  after knowing this message, have no justification to waste my time.</w:t>
      </w:r>
    </w:p>
    <w:p>
      <w:pPr>
        <w:pStyle w:val="Heading2"/>
      </w:pPr>
      <w:r>
        <w:t>Snake fear silences all talk</w:t>
      </w:r>
    </w:p>
    <w:p>
      <w:r>
        <w:rPr>
          <w:color w:val="666666"/>
          <w:sz w:val="18"/>
        </w:rPr>
        <w:t>Spiritual Light Nov 26, 2006 Maulana Wahiduddin Khan · 50s · at 13:46 · https://youtu.be/IhfHxIakZOw?t=826</w:t>
      </w:r>
    </w:p>
    <w:p>
      <w:r>
        <w:rPr>
          <w:i/>
        </w:rPr>
        <w:t>“Then he said snake all fell silent”</w:t>
      </w:r>
    </w:p>
    <w:p>
      <w:r>
        <w:rPr>
          <w:sz w:val="20"/>
        </w:rPr>
        <w:t>13:46  toh jaise us ne kaha ke saanp, sab ki bol band ho gayi. sab ke sab bhool gaye. yani kisi ko is ki sari memory fail ho gayi.</w:t>
      </w:r>
      <w:r>
        <w:br/>
      </w:r>
      <w:r>
        <w:rPr>
          <w:sz w:val="20"/>
        </w:rPr>
        <w:t>13:59  aisa lagta tha. aur bhage idhar, bhage idhar, bhage idhar, bhage idhar, bhage. waqai woh kala saanp tha woh ek. toh gaon mein aisa hota hai.</w:t>
      </w:r>
      <w:r>
        <w:br/>
      </w:r>
      <w:r>
        <w:rPr>
          <w:sz w:val="20"/>
        </w:rPr>
        <w:t>14:10  toh aap sochiye ke wahi log jo shabdon ka bhandar bane hue thay, aisa lagta tha ke poori dictionary unhon ne memorize kar rakhi hai.</w:t>
      </w:r>
      <w:r>
        <w:br/>
      </w:r>
      <w:r>
        <w:rPr>
          <w:sz w:val="20"/>
        </w:rPr>
        <w:t>14:24  un ke sab gum ho gaye. woh speechless ho gaye. yeh hai fear. fear ka phenomena.</w:t>
      </w:r>
    </w:p>
    <w:p>
      <w:pPr>
        <w:pStyle w:val="Heading2"/>
      </w:pPr>
      <w:r>
        <w:t>Blind poet insight on sighted lack</w:t>
      </w:r>
    </w:p>
    <w:p>
      <w:r>
        <w:rPr>
          <w:color w:val="666666"/>
          <w:sz w:val="18"/>
        </w:rPr>
        <w:t>Spiritual Light Nov 26, 2006 Maulana Wahiduddin Khan · 40s · at 19:53 · https://youtu.be/IhfHxIakZOw?t=1193</w:t>
      </w:r>
    </w:p>
    <w:p>
      <w:r>
        <w:rPr>
          <w:i/>
        </w:rPr>
        <w:t>“Why mention us we are blind Kashfi”</w:t>
      </w:r>
    </w:p>
    <w:p>
      <w:r>
        <w:rPr>
          <w:sz w:val="20"/>
        </w:rPr>
        <w:t>19:53  hamara zikr hi kiya, hum to nabina hain kashfi. hamara zikr hi kiya, hum to nabina hain kashfi.</w:t>
      </w:r>
      <w:r>
        <w:br/>
      </w:r>
      <w:r>
        <w:rPr>
          <w:sz w:val="20"/>
        </w:rPr>
        <w:t>20:10  nazar walon ko bhi hum ne bohat, nazar walon ko bhi hum ne, kya thay sahib? nazar walon mein bhi hum ne baseerat ki kami pai.</w:t>
      </w:r>
      <w:r>
        <w:br/>
      </w:r>
      <w:r>
        <w:rPr>
          <w:sz w:val="20"/>
        </w:rPr>
        <w:t>20:19  nazar walon mein bhi hum ne baseerat ki kami pai. nazar walon mein bhi hum ne baseerat ki kami pai. to hamara zikr hi kiya, hum to nabina hain kashfi.</w:t>
      </w:r>
    </w:p>
    <w:p>
      <w:pPr>
        <w:pStyle w:val="Heading2"/>
      </w:pPr>
      <w:r>
        <w:t>World is only responsibility, fear</w:t>
      </w:r>
    </w:p>
    <w:p>
      <w:r>
        <w:rPr>
          <w:color w:val="666666"/>
          <w:sz w:val="18"/>
        </w:rPr>
        <w:t>Experience Sharing Session of CPS Members 24 May 2008 - Maulana Wahiduddin Khan · 47s · at 18:09 · https://youtu.be/alVAkAnKiuM?t=1089</w:t>
      </w:r>
    </w:p>
    <w:p>
      <w:r>
        <w:rPr>
          <w:i/>
        </w:rPr>
        <w:t>“एंड आई थॉट दैट इफ इफ एट ऑल, आई हैव टू डाई”</w:t>
      </w:r>
    </w:p>
    <w:p>
      <w:r>
        <w:rPr>
          <w:sz w:val="20"/>
        </w:rPr>
        <w:t>18:09  and i thought that if if at all, i have to die. i have to die doing dawa work and not taking joy ride. so, i think for a believer, this world is only a responsibility. and we cannot afford to be non serious about life now.</w:t>
      </w:r>
      <w:r>
        <w:br/>
      </w:r>
      <w:r>
        <w:rPr>
          <w:sz w:val="20"/>
        </w:rPr>
        <w:t>18:32  and i really fear that i don't see that day when i fall astre or the angels do not let me in the gates of paradise. so, now, my mission is to communicate to others about the truth and help them cross over.</w:t>
      </w:r>
    </w:p>
    <w:p>
      <w:pPr>
        <w:pStyle w:val="Heading2"/>
      </w:pPr>
      <w:r>
        <w:t>Jihad literally means struggle, not war, clarified</w:t>
      </w:r>
    </w:p>
    <w:p>
      <w:r>
        <w:rPr>
          <w:color w:val="666666"/>
          <w:sz w:val="18"/>
        </w:rPr>
        <w:t>Islam and Sufism (Islam and Spirituality) (English) February 28, 2008 · 50s · at 1:11:14 · https://youtu.be/6UGAPDfrS2w?t=4274</w:t>
      </w:r>
    </w:p>
    <w:p>
      <w:r>
        <w:rPr>
          <w:i/>
        </w:rPr>
        <w:t>“Literally, jihad means a struggle — nothing to do with war”</w:t>
      </w:r>
    </w:p>
    <w:p>
      <w:r>
        <w:rPr>
          <w:sz w:val="20"/>
        </w:rPr>
        <w:t>1:11:14  Literally, jihad means a struggle, to struggle, to strive. It has nothing to do with war.</w:t>
      </w:r>
      <w:r>
        <w:br/>
      </w:r>
      <w:r>
        <w:rPr>
          <w:sz w:val="20"/>
        </w:rPr>
        <w:t>1:11:24  Jihad doesn't mean war. It is simply a struggle. That is a peaceful struggle. There is a verse in the Quran, "Wajahid hum behijih jahadan kabira." This is the Quranic verse,</w:t>
      </w:r>
      <w:r>
        <w:br/>
      </w:r>
      <w:r>
        <w:rPr>
          <w:sz w:val="20"/>
        </w:rPr>
        <w:t>1:11:40  "Wajahid hum behijih jahadan kabira."</w:t>
      </w:r>
      <w:r>
        <w:br/>
      </w:r>
      <w:r>
        <w:rPr>
          <w:sz w:val="20"/>
        </w:rPr>
        <w:t>1:11:43  Do great jihad with the help of the Quran. You mean, you know, Quran is not a sword. It's not a gun.</w:t>
      </w:r>
      <w:r>
        <w:br/>
      </w:r>
      <w:r>
        <w:rPr>
          <w:sz w:val="20"/>
        </w:rPr>
        <w:t>1:11:51  Quran is not a bomb. So how can you do jihad with the help of the Quran? It means that jihad means a ideological campaign, a ideological effort in a peaceful manner.</w:t>
      </w:r>
    </w:p>
    <w:p>
      <w:pPr>
        <w:pStyle w:val="Heading2"/>
      </w:pPr>
      <w:r>
        <w:t>American convert sad to leave Islam</w:t>
      </w:r>
    </w:p>
    <w:p>
      <w:r>
        <w:rPr>
          <w:color w:val="666666"/>
          <w:sz w:val="18"/>
        </w:rPr>
        <w:t>The Case of Present Muslim Generation September 28, 2008 · 31s · at 17:19 · https://youtu.be/yjSy2b7JPTw?t=1039</w:t>
      </w:r>
    </w:p>
    <w:p>
      <w:r>
        <w:rPr>
          <w:i/>
        </w:rPr>
        <w:t>“Kont mahzuna jiddan hatta zanantu an akhruj min al-Islam”</w:t>
      </w:r>
    </w:p>
    <w:p>
      <w:r>
        <w:rPr>
          <w:sz w:val="20"/>
        </w:rPr>
        <w:t>17:19  ke us ne arabi mein kaha tha ke "kuntu mahzunan jiddan hatta zannantu an akhruja min al-islam." bahut hi serious aadmi tha, bahut sanjeedgi ke sath us ne kaha tha yeh.</w:t>
      </w:r>
      <w:r>
        <w:br/>
      </w:r>
      <w:r>
        <w:rPr>
          <w:sz w:val="20"/>
        </w:rPr>
        <w:t>17:35  koi mazak nahin. "kuntu mahzunan jiddan hatta zannantu an akhruja min al-islam." main bahut hi sad ho gaya, bahut hi ghamgeen ho gaya musalmanon ko dekh kar.</w:t>
      </w:r>
    </w:p>
    <w:p>
      <w:pPr>
        <w:pStyle w:val="Heading2"/>
      </w:pPr>
      <w:r>
        <w:t>Formula for a happy life and sound sleep</w:t>
      </w:r>
    </w:p>
    <w:p>
      <w:r>
        <w:rPr>
          <w:color w:val="666666"/>
          <w:sz w:val="18"/>
        </w:rPr>
        <w:t>Spirituality in Simple Living, High Thinking October 27, 2019 Maulana Wahiduddin Khan · 49s · at 26:31 · https://youtu.be/Kr28g15eFr8?t=1591</w:t>
      </w:r>
    </w:p>
    <w:p>
      <w:r>
        <w:rPr>
          <w:i/>
        </w:rPr>
        <w:t>“Simple living, high thinking — that's the whole way of life”</w:t>
      </w:r>
    </w:p>
    <w:p>
      <w:r>
        <w:rPr>
          <w:sz w:val="20"/>
        </w:rPr>
        <w:t>26:31  spirituality ka art us ko aa gaya ho. woh yahi hai simple living, high thinking, simple living, high thinking.</w:t>
      </w:r>
      <w:r>
        <w:br/>
      </w:r>
      <w:r>
        <w:rPr>
          <w:sz w:val="20"/>
        </w:rPr>
        <w:t>26:46  to mein kahoon ga ke agar aap ko jeena hai khushi ke sath, sound mind, sound sleep lena lena hai raat ko,</w:t>
      </w:r>
      <w:r>
        <w:br/>
      </w:r>
      <w:r>
        <w:rPr>
          <w:sz w:val="20"/>
        </w:rPr>
        <w:t>27:03  to aap is cheez chal way of life ikhtiyar kijiye. aur woh yahi hai, aur woh yahi hai.</w:t>
      </w:r>
    </w:p>
    <w:p>
      <w:pPr>
        <w:pStyle w:val="Heading2"/>
      </w:pPr>
      <w:r>
        <w:t>Definition of God fearing in Quran</w:t>
      </w:r>
    </w:p>
    <w:p>
      <w:r>
        <w:rPr>
          <w:color w:val="666666"/>
          <w:sz w:val="18"/>
        </w:rPr>
        <w:t>Spiritual Light Nov 26, 2006 Maulana Wahiduddin Khan · 46s · at 11:35 · https://youtu.be/IhfHxIakZOw?t=695</w:t>
      </w:r>
    </w:p>
    <w:p>
      <w:r>
        <w:rPr>
          <w:i/>
        </w:rPr>
        <w:t>“Here you get a definition of religion”</w:t>
      </w:r>
    </w:p>
    <w:p>
      <w:r>
        <w:rPr>
          <w:sz w:val="20"/>
        </w:rPr>
        <w:t>11:35  god fearing people. ab yahan aap ko ek definition mil raha hai mazhab ka. mazhab ka ek clear cut definition ke agar woh god mazhab ko agar sach much liya hoga is ne toh woh god fearing person ban gaya hoga.</w:t>
      </w:r>
      <w:r>
        <w:br/>
      </w:r>
      <w:r>
        <w:rPr>
          <w:sz w:val="20"/>
        </w:rPr>
        <w:t>11:57  aur agar woh god fearing person nahi bana hai toh phir samajh lijiye ke is ko mazhab bhi nahi mila, woh kahin aur atka hua hai.</w:t>
      </w:r>
      <w:r>
        <w:br/>
      </w:r>
      <w:r>
        <w:rPr>
          <w:sz w:val="20"/>
        </w:rPr>
        <w:t>12:08  kitna clear cut definition hai. aap sochiye, fear of god toh ek spirit hai. kisi ke andar agar aa jaye toh kya hoga?</w:t>
      </w:r>
    </w:p>
    <w:p>
      <w:pPr>
        <w:pStyle w:val="Heading2"/>
      </w:pPr>
      <w:r>
        <w:t>Spiritual being in material bubble</w:t>
      </w:r>
    </w:p>
    <w:p>
      <w:r>
        <w:rPr>
          <w:color w:val="666666"/>
          <w:sz w:val="18"/>
        </w:rPr>
        <w:t>Material Science Vs Spiritual Science 20th May 12 SLOW · 2m 04s · at 1:07:43 · https://youtu.be/qYwFExG7cyM?t=4063</w:t>
      </w:r>
    </w:p>
    <w:p>
      <w:r>
        <w:rPr>
          <w:i/>
        </w:rPr>
        <w:t>“Man is a spiritual being in a material bubble.”</w:t>
      </w:r>
    </w:p>
    <w:p>
      <w:r>
        <w:rPr>
          <w:sz w:val="20"/>
        </w:rPr>
        <w:t>1:07:43  کہ man is a spiritual being undergoing a brief material experience.</w:t>
      </w:r>
      <w:r>
        <w:br/>
      </w:r>
      <w:r>
        <w:rPr>
          <w:sz w:val="20"/>
        </w:rPr>
        <w:t>1:07:48  He lives his life in a material bubble, considers himself the owner of the bubble and makes</w:t>
      </w:r>
      <w:r>
        <w:br/>
      </w:r>
      <w:r>
        <w:rPr>
          <w:sz w:val="20"/>
        </w:rPr>
        <w:t>1:07:54  long term plans.</w:t>
      </w:r>
      <w:r>
        <w:br/>
      </w:r>
      <w:r>
        <w:rPr>
          <w:sz w:val="20"/>
        </w:rPr>
        <w:t>1:07:59  But the day the bubble burst, he is confronted with the reality of life.</w:t>
      </w:r>
      <w:r>
        <w:br/>
      </w:r>
      <w:r>
        <w:rPr>
          <w:sz w:val="20"/>
        </w:rPr>
        <w:t>1:08:05  My question is: Why are so few people aware of the temporary and uncertain nature of life? Why</w:t>
      </w:r>
      <w:r>
        <w:br/>
      </w:r>
      <w:r>
        <w:rPr>
          <w:sz w:val="20"/>
        </w:rPr>
        <w:t>1:08:11  such forgetfulness in this age of information?" consistently question ka Maulana, woh wahi pooch rahe hain ke</w:t>
      </w:r>
      <w:r>
        <w:br/>
      </w:r>
      <w:r>
        <w:rPr>
          <w:sz w:val="20"/>
        </w:rPr>
        <w:t>1:08:16  Ah, jo material experience jo insan mehsoos karta hai, woh temporary hai lekin woh is cheez ko Maulana</w:t>
      </w:r>
      <w:r>
        <w:br/>
      </w:r>
      <w:r>
        <w:rPr>
          <w:sz w:val="20"/>
        </w:rPr>
        <w:t>1:08:22  understand nahi kar pata aaj ki information age pe.</w:t>
      </w:r>
      <w:r>
        <w:br/>
      </w:r>
      <w:r>
        <w:rPr>
          <w:sz w:val="20"/>
        </w:rPr>
        <w:t>1:08:28  to aisa kyun hai ke insaan is cheez ko nahin samajh pata ke marne ke baad jo reality</w:t>
      </w:r>
      <w:r>
        <w:br/>
      </w:r>
      <w:r>
        <w:rPr>
          <w:sz w:val="20"/>
        </w:rPr>
        <w:t>1:08:33  of life hai, us ke saamne aane wali hai aur woh isi mein mubtala rehta hai? is ka</w:t>
      </w:r>
      <w:r>
        <w:br/>
      </w:r>
      <w:r>
        <w:rPr>
          <w:sz w:val="20"/>
        </w:rPr>
        <w:t>1:08:39  information age se koi talluq to waise mein nahin aaya.</w:t>
      </w:r>
      <w:r>
        <w:br/>
      </w:r>
      <w:r>
        <w:rPr>
          <w:sz w:val="20"/>
        </w:rPr>
        <w:t>1:08:45  is ka talluq sirf is baat se hai ke jo cheez dikhai deti hai, jis ka hum foran</w:t>
      </w:r>
      <w:r>
        <w:br/>
      </w:r>
      <w:r>
        <w:rPr>
          <w:sz w:val="20"/>
        </w:rPr>
        <w:t>1:08:50  experience karte hain, woh aadmi ki jald pakad leta hai is baat ko.</w:t>
      </w:r>
      <w:r>
        <w:br/>
      </w:r>
      <w:r>
        <w:rPr>
          <w:sz w:val="20"/>
        </w:rPr>
        <w:t>1:08:56  aur jo cheez soch ke janna hota hai, jo hidden hai, jo discovery kar ke pata hoti hai,</w:t>
      </w:r>
      <w:r>
        <w:br/>
      </w:r>
      <w:r>
        <w:rPr>
          <w:sz w:val="20"/>
        </w:rPr>
        <w:t>1:09:01  us se log bekhabar rehte hain.</w:t>
      </w:r>
      <w:r>
        <w:br/>
      </w:r>
      <w:r>
        <w:rPr>
          <w:sz w:val="20"/>
        </w:rPr>
        <w:t>1:09:07  to quran mein jo hai ke yalamoon zaahir min al-hayat dunya mein ke zaahir hai jo dikhai deta</w:t>
      </w:r>
      <w:r>
        <w:br/>
      </w:r>
      <w:r>
        <w:rPr>
          <w:sz w:val="20"/>
        </w:rPr>
        <w:t>1:09:13  hai, jo observable hai, us us mein phanse rehte hain log.</w:t>
      </w:r>
      <w:r>
        <w:br/>
      </w:r>
      <w:r>
        <w:rPr>
          <w:sz w:val="20"/>
        </w:rPr>
        <w:t>1:09:18  aur doosri cheez jo soch kar janne wali hai, to chunke aap dimagh ko istemal nahin karte, is</w:t>
      </w:r>
      <w:r>
        <w:br/>
      </w:r>
      <w:r>
        <w:rPr>
          <w:sz w:val="20"/>
        </w:rPr>
        <w:t>1:09:24  se bekhabar rehte hain woh.</w:t>
      </w:r>
      <w:r>
        <w:br/>
      </w:r>
      <w:r>
        <w:rPr>
          <w:sz w:val="20"/>
        </w:rPr>
        <w:t>1:09:30  yeh mujhe samajh mein aa gaya.</w:t>
      </w:r>
      <w:r>
        <w:br/>
      </w:r>
      <w:r>
        <w:rPr>
          <w:sz w:val="20"/>
        </w:rPr>
        <w:t>1:09:35  maulana, agla sawal dilli se hai mr mazhar sahab ka.</w:t>
      </w:r>
      <w:r>
        <w:br/>
      </w:r>
      <w:r>
        <w:rPr>
          <w:sz w:val="20"/>
        </w:rPr>
        <w:t>1:09:41  unho ne likha hai: "maulana!</w:t>
      </w:r>
      <w:r>
        <w:br/>
      </w:r>
      <w:r>
        <w:rPr>
          <w:sz w:val="20"/>
        </w:rPr>
        <w:t>1:09:47  shirk ki bari qismein qismein to hum sabhi jante hain aur un se bach bhi jaate hain, lekin</w:t>
      </w:r>
    </w:p>
    <w:p>
      <w:pPr>
        <w:pStyle w:val="Heading2"/>
      </w:pPr>
      <w:r>
        <w:t>Controlling your mind is the real spirituality</w:t>
      </w:r>
    </w:p>
    <w:p>
      <w:r>
        <w:rPr>
          <w:color w:val="666666"/>
          <w:sz w:val="18"/>
        </w:rPr>
        <w:t>Spirituality in Simple Living, High Thinking October 27, 2019 Maulana Wahiduddin Khan · 33s · at 15:54 · https://youtu.be/Kr28g15eFr8?t=954</w:t>
      </w:r>
    </w:p>
    <w:p>
      <w:r>
        <w:rPr>
          <w:i/>
        </w:rPr>
        <w:t>“Control your mind, make it positive — that's spirituality”</w:t>
      </w:r>
    </w:p>
    <w:p>
      <w:r>
        <w:rPr>
          <w:sz w:val="20"/>
        </w:rPr>
        <w:t>15:54  to aap apne mind ko control karein,</w:t>
      </w:r>
      <w:r>
        <w:br/>
      </w:r>
      <w:r>
        <w:rPr>
          <w:sz w:val="20"/>
        </w:rPr>
        <w:t>16:03  mind ko positive fikr banayein,</w:t>
      </w:r>
      <w:r>
        <w:br/>
      </w:r>
      <w:r>
        <w:rPr>
          <w:sz w:val="20"/>
        </w:rPr>
        <w:t>16:10  apne mind ko apne control mein rakhein,</w:t>
      </w:r>
      <w:r>
        <w:br/>
      </w:r>
      <w:r>
        <w:rPr>
          <w:sz w:val="20"/>
        </w:rPr>
        <w:t>16:19  apne mind ko positive mind banayein. bas yahi spirituality hai,</w:t>
      </w:r>
    </w:p>
    <w:p>
      <w:pPr>
        <w:pStyle w:val="Heading2"/>
      </w:pPr>
      <w:r>
        <w:t>Mind-based spirituality leads to intellectual development</w:t>
      </w:r>
    </w:p>
    <w:p>
      <w:r>
        <w:rPr>
          <w:color w:val="666666"/>
          <w:sz w:val="18"/>
        </w:rPr>
        <w:t>Spirituality in Daily Life 13 Aug 2016 - Maulana Wahiduddin Khan · 33s · at 2:32 · https://youtu.be/SB0AF0Q9aTE?t=152</w:t>
      </w:r>
    </w:p>
    <w:p>
      <w:r>
        <w:rPr>
          <w:i/>
        </w:rPr>
        <w:t>“Mind-based spirituality ka matlab hai thinking se spirituality achieve karna.”</w:t>
      </w:r>
    </w:p>
    <w:p>
      <w:r>
        <w:rPr>
          <w:sz w:val="20"/>
        </w:rPr>
        <w:t>2:32  to mind based spirituality ka matlab yeh hai ki thinking se spirituality ko achieve karna. to jis tarah se heart based spirituality mein aakhri cheez ecstasy hoti hai,</w:t>
      </w:r>
      <w:r>
        <w:br/>
      </w:r>
      <w:r>
        <w:rPr>
          <w:sz w:val="20"/>
        </w:rPr>
        <w:t>2:49  aise hi mind based spirituality mein jo aakhri cheez hoti hai, woh intellectual development hai. intellectual development. to main jis spirituality ko manta hoon,</w:t>
      </w:r>
    </w:p>
    <w:p>
      <w:pPr>
        <w:pStyle w:val="Heading2"/>
      </w:pPr>
      <w:r>
        <w:t>Contemplative spirituality in Islam</w:t>
      </w:r>
    </w:p>
    <w:p>
      <w:r>
        <w:rPr>
          <w:color w:val="666666"/>
          <w:sz w:val="18"/>
        </w:rPr>
        <w:t>Interaction with German Delegation January 4, 2020 · 30s · at 12:43 · https://youtu.be/eWcszNLZK1U?t=763</w:t>
      </w:r>
    </w:p>
    <w:p>
      <w:r>
        <w:rPr>
          <w:i/>
        </w:rPr>
        <w:t>“And we did not dwell a lot on spirituality.”</w:t>
      </w:r>
    </w:p>
    <w:p>
      <w:r>
        <w:rPr>
          <w:sz w:val="20"/>
        </w:rPr>
        <w:t>12:43  So Islam does not believe that you should go into seclusion in an insider room, do certain special practices, and then feel that you are in some way connected to</w:t>
      </w:r>
      <w:r>
        <w:br/>
      </w:r>
      <w:r>
        <w:rPr>
          <w:sz w:val="20"/>
        </w:rPr>
        <w:t>12:54  God. So Islam believes that you should live in the world, in the midst of people, and develop your spirituality through that.</w:t>
      </w:r>
      <w:r>
        <w:br/>
      </w:r>
      <w:r>
        <w:rPr>
          <w:sz w:val="20"/>
        </w:rPr>
        <w:t>13:03  So for example, the tree, the Quran gives the example of a tree, and it says that the tree is very much like a true believer.</w:t>
      </w:r>
    </w:p>
    <w:p>
      <w:pPr>
        <w:pStyle w:val="Heading2"/>
      </w:pPr>
      <w:r>
        <w:t>physical-only food reduces you to animal level</w:t>
      </w:r>
    </w:p>
    <w:p>
      <w:r>
        <w:rPr>
          <w:color w:val="666666"/>
          <w:sz w:val="18"/>
        </w:rPr>
        <w:t>Interview Session with Maulana Wahiduddin Khan January 30, 2008 · 36s · at 1:05 · https://youtu.be/o8Gpe9YMuZc?t=65</w:t>
      </w:r>
    </w:p>
    <w:p>
      <w:r>
        <w:rPr>
          <w:i/>
        </w:rPr>
        <w:t>“People confined to physical food are less like animal.”</w:t>
      </w:r>
    </w:p>
    <w:p>
      <w:r>
        <w:rPr>
          <w:sz w:val="20"/>
        </w:rPr>
        <w:t>1:05  those people who are engaged to physical food, they are less like animal.</w:t>
      </w:r>
      <w:r>
        <w:br/>
      </w:r>
      <w:r>
        <w:rPr>
          <w:sz w:val="20"/>
        </w:rPr>
        <w:t>1:19  here, man and animal both are common. animals also want physical food.</w:t>
      </w:r>
      <w:r>
        <w:br/>
      </w:r>
      <w:r>
        <w:rPr>
          <w:sz w:val="20"/>
        </w:rPr>
        <w:t>1:27  so if you, if you confine yourself to physical food, that means that you have reduced yourself to the level of animal.</w:t>
      </w:r>
    </w:p>
    <w:p>
      <w:pPr>
        <w:pStyle w:val="Heading2"/>
      </w:pPr>
      <w:r>
        <w:t>Every negative event has a hidden positive side</w:t>
      </w:r>
    </w:p>
    <w:p>
      <w:r>
        <w:rPr>
          <w:color w:val="666666"/>
          <w:sz w:val="18"/>
        </w:rPr>
        <w:t>America A Case of Spiritual Starvaltion July 7, 2011 · 54s · at 34:49 · https://youtu.be/N8JYD2P3QYE?t=2089</w:t>
      </w:r>
    </w:p>
    <w:p>
      <w:r>
        <w:rPr>
          <w:i/>
        </w:rPr>
        <w:t>“Every negative has a positive — that's a law”</w:t>
      </w:r>
    </w:p>
    <w:p>
      <w:r>
        <w:rPr>
          <w:sz w:val="20"/>
        </w:rPr>
        <w:t>34:49  to logon se baat cheet kar ke maine andaza kiya, woh yeh ke har negative ka positive hota hai, yeh dunya ka law hai, har negative ka ek positive hota hai.</w:t>
      </w:r>
      <w:r>
        <w:br/>
      </w:r>
      <w:r>
        <w:rPr>
          <w:sz w:val="20"/>
        </w:rPr>
        <w:t>35:03  to dekhiye, yeh jo musalman kar rahe hain, bilashuba woh ghalat kar rahe hain, woh society bombing aur buildingon ko todna, logon ko marna, is mein koi shakk nahi ke ghalat kaam hai.</w:t>
      </w:r>
      <w:r>
        <w:br/>
      </w:r>
      <w:r>
        <w:rPr>
          <w:sz w:val="20"/>
        </w:rPr>
        <w:t>35:17  lekin is ka ek positive aspect yeh hai ke isi se Islam news mein aa gaya, news mein aa gaya. aur news kya karti hai?</w:t>
      </w:r>
      <w:r>
        <w:br/>
      </w:r>
      <w:r>
        <w:rPr>
          <w:sz w:val="20"/>
        </w:rPr>
        <w:t>35:30  curiosity paida karti hai.</w:t>
      </w:r>
      <w:r>
        <w:br/>
      </w:r>
      <w:r>
        <w:rPr>
          <w:sz w:val="20"/>
        </w:rPr>
        <w:t>35:35  in logon ko yeh logon ke andar yeh soch aa gayi ke bhai yeh Islam kya hai, yeh Quran kya hai?</w:t>
      </w:r>
    </w:p>
    <w:p>
      <w:pPr>
        <w:pStyle w:val="Heading2"/>
      </w:pPr>
      <w:r>
        <w:t>intellectual development is life's biggest goal</w:t>
      </w:r>
    </w:p>
    <w:p>
      <w:r>
        <w:rPr>
          <w:color w:val="666666"/>
          <w:sz w:val="18"/>
        </w:rPr>
        <w:t>Discovery of Paradise March 22, 2015 · 46s · at 26:54 · https://youtu.be/2axrfd7sZkE?t=1614</w:t>
      </w:r>
    </w:p>
    <w:p>
      <w:r>
        <w:rPr>
          <w:i/>
        </w:rPr>
        <w:t>“Sabse badi cheez jo dunya mein pana hai”</w:t>
      </w:r>
    </w:p>
    <w:p>
      <w:r>
        <w:rPr>
          <w:sz w:val="20"/>
        </w:rPr>
        <w:t>26:54  to main samajhta hoon ke sab se bari cheez jo dunya mein paana hai, woh hai intellectual development. Sab se bari cheez intellectual development.</w:t>
      </w:r>
      <w:r>
        <w:br/>
      </w:r>
      <w:r>
        <w:rPr>
          <w:sz w:val="20"/>
        </w:rPr>
        <w:t>27:07  sab se bari cheez dunya mein money nahi hai, fame nahi hai, political power nahi hai, yeh sab bari cheezein nahi hain. Sab se bari cheez hai intellectual development.</w:t>
      </w:r>
      <w:r>
        <w:br/>
      </w:r>
      <w:r>
        <w:rPr>
          <w:sz w:val="20"/>
        </w:rPr>
        <w:t>27:24  sab se bari cheez hai intellectual development. Aur intellectual development dekhiye, is tarah hota hai ke aap aap jo Khuda ki jo creation hai, yeh jo dunya hai, us par sochen.</w:t>
      </w:r>
    </w:p>
    <w:p>
      <w:pPr>
        <w:pStyle w:val="Heading2"/>
      </w:pPr>
      <w:r>
        <w:t>American convert's diagnosis of paranoia</w:t>
      </w:r>
    </w:p>
    <w:p>
      <w:r>
        <w:rPr>
          <w:color w:val="666666"/>
          <w:sz w:val="18"/>
        </w:rPr>
        <w:t>The Case of Present Muslim Generation September 28, 2008 · 27s · at 14:41 · https://youtu.be/yjSy2b7JPTw?t=881</w:t>
      </w:r>
    </w:p>
    <w:p>
      <w:r>
        <w:rPr>
          <w:i/>
        </w:rPr>
        <w:t>“To unhonne apni aakhri mulaqat mein ye kaha tha”</w:t>
      </w:r>
    </w:p>
    <w:p>
      <w:r>
        <w:rPr>
          <w:sz w:val="20"/>
        </w:rPr>
        <w:t>14:41  to gyarah saal bitaye arab mein. arabi zaban seekhi aur kitabein padhein. yani direct source se kitabein padhi hui hain islam ki.</w:t>
      </w:r>
      <w:r>
        <w:br/>
      </w:r>
      <w:r>
        <w:rPr>
          <w:sz w:val="20"/>
        </w:rPr>
        <w:t>14:52  to unhon ne apni aakhri mulaqat mein yeh kaha tha ke itni sari research ke baad maine yeh jana hai ke ke aaj ki jo muslim generation hai is ka case hai paranoia ka case.</w:t>
      </w:r>
    </w:p>
    <w:p>
      <w:pPr>
        <w:pStyle w:val="Heading2"/>
      </w:pPr>
      <w:r>
        <w:t>Mr. Incentive, not Mr. Immigrant, built America</w:t>
      </w:r>
    </w:p>
    <w:p>
      <w:r>
        <w:rPr>
          <w:color w:val="666666"/>
          <w:sz w:val="18"/>
        </w:rPr>
        <w:t>America A Case of Spiritual Starvaltion July 7, 2011 · 31s · at 21:04 · https://youtu.be/N8JYD2P3QYE?t=1264</w:t>
      </w:r>
    </w:p>
    <w:p>
      <w:r>
        <w:rPr>
          <w:i/>
        </w:rPr>
        <w:t>“Why couldn't you develop your own country?”</w:t>
      </w:r>
    </w:p>
    <w:p>
      <w:r>
        <w:rPr>
          <w:sz w:val="20"/>
        </w:rPr>
        <w:t>21:04  to kehte hain ke hum ne to develop kiya america ko. to main ne un se poocha, kai logon se ke aap apne mulk ko kyun develop nahi kar paye?</w:t>
      </w:r>
      <w:r>
        <w:br/>
      </w:r>
      <w:r>
        <w:rPr>
          <w:sz w:val="20"/>
        </w:rPr>
        <w:t>21:14  jahan se aap aaye hain, woh mulk to under developed hai, to wahan kyun nahi kar paye aap?</w:t>
      </w:r>
      <w:r>
        <w:br/>
      </w:r>
      <w:r>
        <w:rPr>
          <w:sz w:val="20"/>
        </w:rPr>
        <w:t>21:23  to unhon ne un ka kaha tha ke immigrant logon ne develop kiya hai. main ne kaha ke nahi, aap galat kehte hain. mister immigrant ne develop nahi kiya, mister incentive ne develop kiya hai.</w:t>
      </w:r>
    </w:p>
    <w:p>
      <w:pPr>
        <w:pStyle w:val="Heading2"/>
      </w:pPr>
      <w:r>
        <w:t>modern civilization never delivered real happiness</w:t>
      </w:r>
    </w:p>
    <w:p>
      <w:r>
        <w:rPr>
          <w:color w:val="666666"/>
          <w:sz w:val="18"/>
        </w:rPr>
        <w:t>Discovery of Paradise March 22, 2015 · 44s · at 59:06 · https://youtu.be/2axrfd7sZkE?t=3546</w:t>
      </w:r>
    </w:p>
    <w:p>
      <w:r>
        <w:rPr>
          <w:i/>
        </w:rPr>
        <w:t>“Lord Bertrand Russell ne kaha, khushi shayad achievable nahi”</w:t>
      </w:r>
    </w:p>
    <w:p>
      <w:r>
        <w:rPr>
          <w:sz w:val="20"/>
        </w:rPr>
        <w:t>59:05  تو کوئی بھی نہیں کلیم کر</w:t>
      </w:r>
      <w:r>
        <w:br/>
      </w:r>
      <w:r>
        <w:rPr>
          <w:sz w:val="20"/>
        </w:rPr>
        <w:t>59:06  تا۔ جیسے مثال کے طور پر دیکھیں، لارڈ بارڈن رسل، جو برٹش پلاسفر ہے، کچھ کتاب ہے ہیپینس، اسی پر ہے۔</w:t>
      </w:r>
      <w:r>
        <w:br/>
      </w:r>
      <w:r>
        <w:rPr>
          <w:sz w:val="20"/>
        </w:rPr>
        <w:t>59:15  اس نے کہا کہ ہیپینس جو ہے، ہم نہیں پا سکے۔ ہیپینس شاید اچیوبلی نہیں ہے۔ تو ماڈرن سویلائزیشن نے انسان کے لیے کچھ نئی اپرچونیٹیز دی ہیں، یہ صحیح ہے۔</w:t>
      </w:r>
      <w:r>
        <w:br/>
      </w:r>
      <w:r>
        <w:rPr>
          <w:sz w:val="20"/>
        </w:rPr>
        <w:t>59:29  مثلاً، یہ جو ہے کمیونیکیشن پہلے نہیں تھا، لیکن یہ کہنا صحیح نہیں ہے کہ اس نے ہیپینس بھی دے دی۔</w:t>
      </w:r>
      <w:r>
        <w:br/>
      </w:r>
      <w:r>
        <w:rPr>
          <w:sz w:val="20"/>
        </w:rPr>
        <w:t>59:39  دے دی ہے، یہ تو کوئی بھی کلیم نہیں کرتا۔ میرے خیال سے چاہا تھا کہ ہیپینس دے دے سکے وہ، لیکن وہ یعنی پیکٹلی دے دیا انہوں نے۔</w:t>
      </w:r>
    </w:p>
    <w:p>
      <w:pPr>
        <w:pStyle w:val="Heading2"/>
      </w:pPr>
      <w:r>
        <w:t>Activating spiritual potential through difficulties</w:t>
      </w:r>
    </w:p>
    <w:p>
      <w:r>
        <w:rPr>
          <w:color w:val="666666"/>
          <w:sz w:val="18"/>
        </w:rPr>
        <w:t>The Importance of Education, Feb. 15, 2014 - Maulana Wahiduddin Khan · 31s · at 12:42 · https://youtu.be/Ln1FQfOWyzo?t=762</w:t>
      </w:r>
    </w:p>
    <w:p>
      <w:r>
        <w:rPr>
          <w:i/>
        </w:rPr>
        <w:t>“اللہ تعالیٰ نے انسان کو پیدا کیا اس انداز پر کہ”</w:t>
      </w:r>
    </w:p>
    <w:p>
      <w:r>
        <w:rPr>
          <w:sz w:val="20"/>
        </w:rPr>
        <w:t>12:42  to baat kya hai? Allah taala ne insaan ko paida kiya is andaaz par ke us ke beshumar potential hain, spiritual potential, rabbani potential.</w:t>
      </w:r>
      <w:r>
        <w:br/>
      </w:r>
      <w:r>
        <w:rPr>
          <w:sz w:val="20"/>
        </w:rPr>
        <w:t>12:54  lekin is ko activate karna parta hai. is ko jab activate kiya jata hai tab woh unfold hota hai.</w:t>
      </w:r>
      <w:r>
        <w:br/>
      </w:r>
      <w:r>
        <w:rPr>
          <w:sz w:val="20"/>
        </w:rPr>
        <w:t>13:03  agar activate nahi kiya to unfold na ho. to activate karne ka tareeqa to materially hai. aap spiritually tor par kaise activate karenge?</w:t>
      </w:r>
    </w:p>
    <w:p>
      <w:pPr>
        <w:pStyle w:val="Heading2"/>
      </w:pPr>
      <w:r>
        <w:t>True spirituality isn't anesthesia, it deconditions you daily</w:t>
      </w:r>
    </w:p>
    <w:p>
      <w:r>
        <w:rPr>
          <w:color w:val="666666"/>
          <w:sz w:val="18"/>
        </w:rPr>
        <w:t>Spirituality in Islam January 1, 2006 Maulana Wahiduddin Khan · 45s · at 21:58 · https://youtu.be/XO4htFBEkV4?t=1318</w:t>
      </w:r>
    </w:p>
    <w:p>
      <w:r>
        <w:rPr>
          <w:i/>
        </w:rPr>
        <w:t>“Jis ki goal ecstasy hai, wo just like anesthesia hai”</w:t>
      </w:r>
    </w:p>
    <w:p>
      <w:r>
        <w:rPr>
          <w:sz w:val="20"/>
        </w:rPr>
        <w:t>21:58  to woh spirituality jo hai, ek jis mein jis ka goal ecstasy hai, woh to just like anesthesia hai. kabhi bhi aap pachas saal ke ho, 60 saal, 70 saal ke ho, aap anesthesia ka woh le lijiye, treatment,</w:t>
      </w:r>
      <w:r>
        <w:br/>
      </w:r>
      <w:r>
        <w:rPr>
          <w:sz w:val="20"/>
        </w:rPr>
        <w:t>22:14  aap bekhabar ho jayenge kisi bhi mauqe par. lekin yeh jo spirituality hai jo sath sath chalti hai, woh har din aap ko decondition karti rehti hai.</w:t>
      </w:r>
    </w:p>
    <w:p>
      <w:pPr>
        <w:pStyle w:val="Heading2"/>
      </w:pPr>
      <w:r>
        <w:t>Conditioning is humanity's biggest inner flaw</w:t>
      </w:r>
    </w:p>
    <w:p>
      <w:r>
        <w:rPr>
          <w:color w:val="666666"/>
          <w:sz w:val="18"/>
        </w:rPr>
        <w:t>Spirituality in Islam January 1, 2006 Maulana Wahiduddin Khan · 25s · at 18:36 · https://youtu.be/XO4htFBEkV4?t=1116</w:t>
      </w:r>
    </w:p>
    <w:p>
      <w:r>
        <w:rPr>
          <w:i/>
        </w:rPr>
        <w:t>“Sabse badi kharabi jo insaan mein paida hoti hai”</w:t>
      </w:r>
    </w:p>
    <w:p>
      <w:r>
        <w:rPr>
          <w:sz w:val="20"/>
        </w:rPr>
        <w:t>18:36  jo kharabiyan aati hain woh condition thinking se aati hain. yaani conditioning jo hai, har aadmi conditioning ka shikar ho jata hai aur conditioning se us ki soch jo hai galat ho jati hai.</w:t>
      </w:r>
      <w:r>
        <w:br/>
      </w:r>
      <w:r>
        <w:rPr>
          <w:sz w:val="20"/>
        </w:rPr>
        <w:t>18:50  ab yahan par dekhiye, spirituality ka matlab yeh hai ke ek process of deconditioning shuru ho jata hai is ke andar. kaisi ajib baat hai?</w:t>
      </w:r>
    </w:p>
    <w:p>
      <w:pPr>
        <w:pStyle w:val="Heading2"/>
      </w:pPr>
      <w:r>
        <w:t>Heart-based vs mind-based religions</w:t>
      </w:r>
    </w:p>
    <w:p>
      <w:r>
        <w:rPr>
          <w:color w:val="666666"/>
          <w:sz w:val="18"/>
        </w:rPr>
        <w:t>Discussion on Marefat (Ulama Session- I) Peace Conference April 29-30, 2023 · 27s · at 12:10 · https://youtu.be/c1NFCRXpYBQ?t=730</w:t>
      </w:r>
    </w:p>
    <w:p>
      <w:r>
        <w:rPr>
          <w:i/>
        </w:rPr>
        <w:t>“Doosre jitne mazahib hain woh heart based hain.”</w:t>
      </w:r>
    </w:p>
    <w:p>
      <w:r>
        <w:rPr>
          <w:sz w:val="20"/>
        </w:rPr>
        <w:t>12:10  Ab sawal yeh hai ke kyun aisa waqia hoga ke sari millatein kamzor ho jayengi aur Islam apni position par baqi rahega? Iski wajah yeh hai ke doosre jitne mazahib hain woh heart based hain. Yaani heart based ka matlab yeh hai ke aadmi ko bas mazhab ko aik qasaddusat ka mauzu banakar usko maan lena hai.</w:t>
      </w:r>
      <w:r>
        <w:br/>
      </w:r>
      <w:r>
        <w:rPr>
          <w:sz w:val="20"/>
        </w:rPr>
        <w:t>12:37  us par use sawalat nahi karna hai. Lekin mind based ka matlab yeh hai ke aap sawal kar sakte hain, sawal utha sakte hain, baaton ko samajh sakte hain, baaton ko samjha ja sakta hai. Iska matlab yeh hai ke jo zamana aakhri zamana hoga, woh mukammal mano mein rational argument ka zamana hoga.</w:t>
      </w:r>
    </w:p>
    <w:p>
      <w:pPr>
        <w:pStyle w:val="Heading2"/>
      </w:pPr>
      <w:r>
        <w:t>Dictionary definition of spirituality</w:t>
      </w:r>
    </w:p>
    <w:p>
      <w:r>
        <w:rPr>
          <w:color w:val="666666"/>
          <w:sz w:val="18"/>
        </w:rPr>
        <w:t>Science and Spirituality | April 25, 2007 | Maulana Wahiduddin Kha · 30s · at 2:44 · https://youtu.be/cStp24Ri3ps?t=164</w:t>
      </w:r>
    </w:p>
    <w:p>
      <w:r>
        <w:rPr>
          <w:i/>
        </w:rPr>
        <w:t>“Spirituality means opposed to worldliness”</w:t>
      </w:r>
    </w:p>
    <w:p>
      <w:r>
        <w:rPr>
          <w:sz w:val="20"/>
        </w:rPr>
        <w:t>2:44  Spirituality means opposed to worldliness, opposed to worldliness, or opposed to material.</w:t>
      </w:r>
      <w:r>
        <w:br/>
      </w:r>
      <w:r>
        <w:rPr>
          <w:sz w:val="20"/>
        </w:rPr>
        <w:t>2:54  This is the definition given by dictionaries.</w:t>
      </w:r>
      <w:r>
        <w:br/>
      </w:r>
      <w:r>
        <w:rPr>
          <w:sz w:val="20"/>
        </w:rPr>
        <w:t>3:04  I would like to say that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