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Clips — Maulana Wahiduddin Khan</w:t>
      </w:r>
    </w:p>
    <w:p>
      <w:r>
        <w:rPr>
          <w:sz w:val="18"/>
        </w:rPr>
        <w:t>300 clips · theme wisdom · full transcripts with timestamps · exported 2026-09-22</w:t>
      </w:r>
    </w:p>
    <w:p>
      <w:pPr>
        <w:pStyle w:val="Heading2"/>
      </w:pPr>
      <w:r>
        <w:t>Maulana thanks for opportunity to speak</w:t>
      </w:r>
    </w:p>
    <w:p>
      <w:r>
        <w:rPr>
          <w:color w:val="666666"/>
          <w:sz w:val="18"/>
        </w:rPr>
        <w:t>Glow Tv Maulana Wahiduddin Khan discussing with Zain Khan, about the Ideology of Maulana Maududi · 27s · at 0:46 · https://youtu.be/wVNhLUk_YS0?t=46</w:t>
      </w:r>
    </w:p>
    <w:p>
      <w:r>
        <w:rPr>
          <w:i/>
        </w:rPr>
        <w:t>“To the query, main aap logon ka bahut zyada shukar guzar hoon”</w:t>
      </w:r>
    </w:p>
    <w:p>
      <w:r>
        <w:rPr>
          <w:sz w:val="20"/>
        </w:rPr>
        <w:t>0:46  Main aap logon ka bohat zyada shukr guzar hoon ke aap ne mujhe yeh mauqa diya ke main apne nuqta nazar ko wazeh karoon, aur inshallah aap ke zariye se yeh nuqta nazar doosron tak pohnchega aur musalmanon ko khaas taur par jo galat fehmiyan hain Islam ke bare mein, woh door hongi. Maulana sahib, aap ka Maulana Maududi ki fikr se kya ikhtilaf hai, aur kahan ikhtilaf hai?</w:t>
      </w:r>
    </w:p>
    <w:p>
      <w:pPr>
        <w:pStyle w:val="Heading2"/>
      </w:pPr>
      <w:r>
        <w:t>Your planning decides your progress or decline</w:t>
      </w:r>
    </w:p>
    <w:p>
      <w:r>
        <w:rPr>
          <w:color w:val="666666"/>
          <w:sz w:val="18"/>
        </w:rPr>
        <w:t>Modern Age June 9, 2019 Maulana Wahiduddin Khan · 34s · at 9:11 · https://youtu.be/7mjCvAvHEdA?t=551</w:t>
      </w:r>
    </w:p>
    <w:p>
      <w:r>
        <w:rPr>
          <w:i/>
        </w:rPr>
        <w:t>“Ab woh woh language chhod den”</w:t>
      </w:r>
    </w:p>
    <w:p>
      <w:r>
        <w:rPr>
          <w:sz w:val="20"/>
        </w:rPr>
        <w:t>9:11  ab wo wo language chhod dein ke discrimination ho raha hai, zulm ho raha hai, yeh ho raha hai, wo ho raha hai, kuch nahi. aap ki planning aap ko aagay barhaye gi, aap ki planning aap ko peechay kar de gi.</w:t>
      </w:r>
      <w:r>
        <w:br/>
      </w:r>
      <w:r>
        <w:rPr>
          <w:sz w:val="20"/>
        </w:rPr>
        <w:t>9:29  aap ki planning aap ko aagay barhaye gi, aap ki planning aap ko peechay kar de gi.</w:t>
      </w:r>
    </w:p>
    <w:p>
      <w:pPr>
        <w:pStyle w:val="Heading2"/>
      </w:pPr>
      <w:r>
        <w:t>your enemy is really your potential friend</w:t>
      </w:r>
    </w:p>
    <w:p>
      <w:r>
        <w:rPr>
          <w:color w:val="666666"/>
          <w:sz w:val="18"/>
        </w:rPr>
        <w:t>The Message of The Prophet Muhammad April 5, 2008 · 23s · at 36:51 · https://youtu.be/4Awv6yrWLBw?t=2211</w:t>
      </w:r>
    </w:p>
    <w:p>
      <w:r>
        <w:rPr>
          <w:i/>
        </w:rPr>
        <w:t>“Jo dushman dikhai deta hai, woh potential friend hai”</w:t>
      </w:r>
    </w:p>
    <w:p>
      <w:r>
        <w:rPr>
          <w:sz w:val="20"/>
        </w:rPr>
        <w:t>36:51  is ka matlab yeh hai ke jo aadmi aap ko dushman dikhai deta hai, woh bhi aap ka potential friend hai.</w:t>
      </w:r>
      <w:r>
        <w:br/>
      </w:r>
      <w:r>
        <w:rPr>
          <w:sz w:val="20"/>
        </w:rPr>
        <w:t>37:00  your enemy is also your potential friend. to turn this potential into actual, your enemy is your potential friend.</w:t>
      </w:r>
      <w:r>
        <w:br/>
      </w:r>
      <w:r>
        <w:rPr>
          <w:sz w:val="20"/>
        </w:rPr>
        <w:t>37:11  so you have to turn this potential into actual.</w:t>
      </w:r>
    </w:p>
    <w:p>
      <w:pPr>
        <w:pStyle w:val="Heading2"/>
      </w:pPr>
      <w:r>
        <w:t>Generalizing lessons from the entire universe</w:t>
      </w:r>
    </w:p>
    <w:p>
      <w:r>
        <w:rPr>
          <w:color w:val="666666"/>
          <w:sz w:val="18"/>
        </w:rPr>
        <w:t>Lessons from The Quran 30 Apr 2014 - Maulana Wahiduddin Khan · 13s · at 19:02 · https://youtu.be/lhFmEWbbP2E?t=1142</w:t>
      </w:r>
    </w:p>
    <w:p>
      <w:r>
        <w:rPr>
          <w:i/>
        </w:rPr>
        <w:t>“Generalize, and the whole universe becomes a lesson factory.”</w:t>
      </w:r>
    </w:p>
    <w:p>
      <w:r>
        <w:rPr>
          <w:sz w:val="20"/>
        </w:rPr>
        <w:t>19:02  generalize karo to sari kainat tumhare liye lesson aur naseehat ka karkhana ban jayegi.</w:t>
      </w:r>
    </w:p>
    <w:p>
      <w:pPr>
        <w:pStyle w:val="Heading2"/>
      </w:pPr>
      <w:r>
        <w:t>Ignore difficulties, see opportunities</w:t>
      </w:r>
    </w:p>
    <w:p>
      <w:r>
        <w:rPr>
          <w:color w:val="666666"/>
          <w:sz w:val="18"/>
        </w:rPr>
        <w:t>Present Muslims Mind 14 April, 2013 Maulana Wahiduddin Khan · 37s · at 5:39 · https://youtu.be/Gb545Y17vSI?t=339</w:t>
      </w:r>
    </w:p>
    <w:p>
      <w:r>
        <w:rPr>
          <w:i/>
        </w:rPr>
        <w:t>“Hum usr ko ignore kar ke yusr ko dekhein”</w:t>
      </w:r>
    </w:p>
    <w:p>
      <w:r>
        <w:rPr>
          <w:sz w:val="20"/>
        </w:rPr>
        <w:t>5:39  mushkilat bhi aur mawaqe bhi, dono cheezein pai jayengi. toh humein karna kya hai? hum usr ko ignore kar ke yusr ko dekhein.</w:t>
      </w:r>
      <w:r>
        <w:br/>
      </w:r>
      <w:r>
        <w:rPr>
          <w:sz w:val="20"/>
        </w:rPr>
        <w:t>5:56  mushkilat ko minus kar ke mawaqe ko dekhein.</w:t>
      </w:r>
      <w:r>
        <w:br/>
      </w:r>
      <w:r>
        <w:rPr>
          <w:sz w:val="20"/>
        </w:rPr>
        <w:t>6:07  yeh ek bohat bari wisdom hai jo Quran mein batai gayi hai. aur Rasool Allah Salallahu Alaihi Wasallam ne is ko amalan kar ke dikhaya hai.</w:t>
      </w:r>
    </w:p>
    <w:p>
      <w:pPr>
        <w:pStyle w:val="Heading2"/>
      </w:pPr>
      <w:r>
        <w:t>Positive thinking means rising above reaction and revenge</w:t>
      </w:r>
    </w:p>
    <w:p>
      <w:r>
        <w:rPr>
          <w:color w:val="666666"/>
          <w:sz w:val="18"/>
        </w:rPr>
        <w:t>What is Right Thinking June 23, 2024 · 53s · at 2:50 · https://youtu.be/ZOxcATnAqNs?t=170</w:t>
      </w:r>
    </w:p>
    <w:p>
      <w:r>
        <w:rPr>
          <w:i/>
        </w:rPr>
        <w:t>“Positive thinking matlab hai psychology of reaction se upar uth jaayein”</w:t>
      </w:r>
    </w:p>
    <w:p>
      <w:r>
        <w:rPr>
          <w:sz w:val="20"/>
        </w:rPr>
        <w:t>2:50  positive thinking matlab hai jo psychology of reaction jo hai usse ham upar uth jaen.</w:t>
      </w:r>
      <w:r>
        <w:br/>
      </w:r>
      <w:r>
        <w:rPr>
          <w:sz w:val="20"/>
        </w:rPr>
        <w:t>2:56  jisko ham radyamal kahate hain, jisko ham *** for tat kahate hain.</w:t>
      </w:r>
      <w:r>
        <w:br/>
      </w:r>
      <w:r>
        <w:rPr>
          <w:sz w:val="20"/>
        </w:rPr>
        <w:t>3:02  kisi ne hamen kuchh kah diya, koi galat baat kah di, kuchh galat alfaaz bol die to ham</w:t>
      </w:r>
      <w:r>
        <w:br/>
      </w:r>
      <w:r>
        <w:rPr>
          <w:sz w:val="20"/>
        </w:rPr>
        <w:t>3:08  ekdam se gussa ho jaate hain aur hum bhi usko retaliate karte hain.</w:t>
      </w:r>
      <w:r>
        <w:br/>
      </w:r>
      <w:r>
        <w:rPr>
          <w:sz w:val="20"/>
        </w:rPr>
        <w:t>3:14  to yeh cheez jo hai yahi hamari in tarakke mein rukawat hai.</w:t>
      </w:r>
      <w:r>
        <w:br/>
      </w:r>
      <w:r>
        <w:rPr>
          <w:sz w:val="20"/>
        </w:rPr>
        <w:t>3:21  to yeh gussa, inteqam, jazbatiyat yeh saari cheezein hamari soch mein rukawat dalti hain. jis ko kehte hain badha dalti hain. to jab hamari soch hi ruk jayegi to hum apnay potential ko kaise awaken kar saktay hain? to positive thinking ke liye hamein zaroori hai keh hamara bilkul hum open minded hon.</w:t>
      </w:r>
      <w:r>
        <w:br/>
      </w:r>
      <w:r>
        <w:rPr>
          <w:sz w:val="20"/>
        </w:rPr>
        <w:t>3:43  jo open minded honge to hum har naye khayalat, nayi soch, koi naya idea hoga to hum foran us ko pakar lenge aur baghair kisi taassub ke us se faida uthayenge. kyunke aise hi aadmi jo open minded ho wahi tayyar hota hai doosron ke viewpoint ko samajhne ke liye. dekhiye har insaan ki aql jo hai limited hi hai.</w:t>
      </w:r>
    </w:p>
    <w:p>
      <w:pPr>
        <w:pStyle w:val="Heading2"/>
      </w:pPr>
      <w:r>
        <w:t>Definition of Positive Thinking</w:t>
      </w:r>
    </w:p>
    <w:p>
      <w:r>
        <w:rPr>
          <w:color w:val="666666"/>
          <w:sz w:val="18"/>
        </w:rPr>
        <w:t>The Importance of Positive Thinking | June 13, 2010 | Maulana Wahiduddin Khan · 30s · at 0:45 · https://youtu.be/81MIy8VqzYU?t=45</w:t>
      </w:r>
    </w:p>
    <w:p>
      <w:r>
        <w:rPr>
          <w:i/>
        </w:rPr>
        <w:t>“Importance of Positive Thinking”</w:t>
      </w:r>
    </w:p>
    <w:p>
      <w:r>
        <w:rPr>
          <w:sz w:val="20"/>
        </w:rPr>
        <w:t>0:45  mportance of Positive Thinking".</w:t>
      </w:r>
      <w:r>
        <w:br/>
      </w:r>
      <w:r>
        <w:rPr>
          <w:sz w:val="20"/>
        </w:rPr>
        <w:t>0:53  dekhein, Positive Thinking kya hai? Positive Thinking ek lafz mein hai "Maintaining Positivity in Negative Situations".</w:t>
      </w:r>
      <w:r>
        <w:br/>
      </w:r>
      <w:r>
        <w:rPr>
          <w:sz w:val="20"/>
        </w:rPr>
        <w:t>1:00  dekhein, Positive Thinking koi abstract cheez nahi hai.</w:t>
      </w:r>
      <w:r>
        <w:br/>
      </w:r>
      <w:r>
        <w:rPr>
          <w:sz w:val="20"/>
        </w:rPr>
        <w:t>1:08  kyun? is liye</w:t>
      </w:r>
    </w:p>
    <w:p>
      <w:pPr>
        <w:pStyle w:val="Heading2"/>
      </w:pPr>
      <w:r>
        <w:t>foolish man sees action, wise man sees consequence</w:t>
      </w:r>
    </w:p>
    <w:p>
      <w:r>
        <w:rPr>
          <w:color w:val="666666"/>
          <w:sz w:val="18"/>
        </w:rPr>
        <w:t>The Art of Thinking January 28, 2024 · 54s · at 42:47 · https://youtu.be/lpUsTrs0ulo?t=2567</w:t>
      </w:r>
    </w:p>
    <w:p>
      <w:r>
        <w:rPr>
          <w:i/>
        </w:rPr>
        <w:t>“A foolish man always looks only at his own action”</w:t>
      </w:r>
    </w:p>
    <w:p>
      <w:r>
        <w:rPr>
          <w:sz w:val="20"/>
        </w:rPr>
        <w:t>42:47  Yehi Quran ki pasandeeda ideology hai. Lekin aaj ke Muslims in fact ko nahi jantay jabkay Rasool Allah ne isi tareeqay ko apnaya." Apa aik martaba mein ne Maulana se hi suna tha, unhon ne kaha ke bara acha saying tha ke "A foolish man also does what a wise man does, but after a lot of damage."</w:t>
      </w:r>
      <w:r>
        <w:br/>
      </w:r>
      <w:r>
        <w:rPr>
          <w:sz w:val="20"/>
        </w:rPr>
        <w:t>43:14  To aik foolish, aik foolish insan jo hai, woh hamesha apnay action ko dekhta hai. "But a wise man not only looks at his action, but also looks at its consequences, its result." To Maulana hamesha yeh William Ralph ka jo quote hai, us ko batatay thay ke "A wise man is one who sees the relative value of things." To apa yeh bohat important hai, yeh jo quote</w:t>
      </w:r>
      <w:r>
        <w:br/>
      </w:r>
      <w:r>
        <w:rPr>
          <w:sz w:val="20"/>
        </w:rPr>
        <w:t>43:42  hai. Mein chahoon ga is ke baray mein bhi aap hum sab ko wazeh karein. Haan, ye bohat zyada ye cheez important hai, relative value. Kyunke jo real value hai ya absolute value hai, to woh to bohat hi kam aisa hota hai ke humain real value jo hai har cheez ki mil</w:t>
      </w:r>
    </w:p>
    <w:p>
      <w:pPr>
        <w:pStyle w:val="Heading2"/>
      </w:pPr>
      <w:r>
        <w:t>Hatred and bias prevent replanning</w:t>
      </w:r>
    </w:p>
    <w:p>
      <w:r>
        <w:rPr>
          <w:color w:val="666666"/>
          <w:sz w:val="18"/>
        </w:rPr>
        <w:t>Importance of Re-Planning November 6, 2022 · 20s · at 8:05 · https://youtu.be/5rg4BU0r5Ow?t=485</w:t>
      </w:r>
    </w:p>
    <w:p>
      <w:r>
        <w:rPr>
          <w:i/>
        </w:rPr>
        <w:t>“Kyunki agar hamare andar hatred hai”</w:t>
      </w:r>
    </w:p>
    <w:p>
      <w:r>
        <w:rPr>
          <w:sz w:val="20"/>
        </w:rPr>
        <w:t>8:05  Kyun ke agar hamare andar hatred hai, inkaam hai, biased thinking hai toh hum naya planning jo hai woh hum nahi kar paenge aur shikayat mein apna time bar baat karte rahenge aur kaam kuch nahi hoga jaise aajkal ho raha hai bas log in ki shikayat un ki shikayat karte rehte hain.</w:t>
      </w:r>
      <w:r>
        <w:br/>
      </w:r>
      <w:r>
        <w:rPr>
          <w:sz w:val="20"/>
        </w:rPr>
        <w:t>8:25  Toh shikayat nahi karna hai kyun ke yahi humein Rasool Allah sallallahu sallam ki zindagi se yahi milta hai ke aap ne ek lamha bhi apna shikayat mein barbaad nahi kiya. Balki usi waqt positive planning ki aur aap ne duniya ki sab se bari kamyabi hasil ki, ek mukhtasarr muddat ne.</w:t>
      </w:r>
    </w:p>
    <w:p>
      <w:pPr>
        <w:pStyle w:val="Heading2"/>
      </w:pPr>
      <w:r>
        <w:t>stone-and-water poem sparks change of heart</w:t>
      </w:r>
    </w:p>
    <w:p>
      <w:r>
        <w:rPr>
          <w:color w:val="666666"/>
          <w:sz w:val="18"/>
        </w:rPr>
        <w:t>The Secret of Success June 26, 2008 Maulana Wahiduddin Khan · 35s · at 47:59 · https://youtu.be/_vqfB9XcpPs?t=2879</w:t>
      </w:r>
    </w:p>
    <w:p>
      <w:r>
        <w:rPr>
          <w:i/>
        </w:rPr>
        <w:t>“جو پتھر پر پانی پڑے متصل، گھس جائے پتھر کے سل”</w:t>
      </w:r>
    </w:p>
    <w:p>
      <w:r>
        <w:rPr>
          <w:sz w:val="20"/>
        </w:rPr>
        <w:t>47:59  to us ko ek shair yaad aaya: "jo pathar par pani pade mutasil, ghus jaye be shubah pathar ke sil."</w:t>
      </w:r>
      <w:r>
        <w:br/>
      </w:r>
      <w:r>
        <w:rPr>
          <w:sz w:val="20"/>
        </w:rPr>
        <w:t>48:11  ab is ka dimagh jo hai hil gaya. us ne kaha ke pathar ghus sakta hai, to mera bhi muqaddar kyun nahi badal sakta?</w:t>
      </w:r>
      <w:r>
        <w:br/>
      </w:r>
      <w:r>
        <w:rPr>
          <w:sz w:val="20"/>
        </w:rPr>
        <w:t>48:23  ab woh laut aaya. us ne kaha ke main phir se padhunga, main kyun jaan doon? main kyun jaan doon?</w:t>
      </w:r>
    </w:p>
    <w:p>
      <w:pPr>
        <w:pStyle w:val="Heading2"/>
      </w:pPr>
      <w:r>
        <w:t>Wrong interpretation of Hadith</w:t>
      </w:r>
    </w:p>
    <w:p>
      <w:r>
        <w:rPr>
          <w:color w:val="666666"/>
          <w:sz w:val="18"/>
        </w:rPr>
        <w:t>The History of Islamic Learning | May 14, 2006 | Maulana Wahiduddin Khan · 30s · at 52:28 · https://youtu.be/E-4EdNARtdk?t=3148</w:t>
      </w:r>
    </w:p>
    <w:p>
      <w:r>
        <w:rPr>
          <w:i/>
        </w:rPr>
        <w:t>“This is completely baseless wrong interpretation.”</w:t>
      </w:r>
    </w:p>
    <w:p>
      <w:r>
        <w:rPr>
          <w:sz w:val="20"/>
        </w:rPr>
        <w:t>52:28  yeh bilkul baseless baat hai yeh hai wrong interpretation to islam mein jo text hai woh to waise ka waise hi raha lekin khud se logon ne aisi aisi baatein nikal kar jod diya jinko main keh raha hoon ke wrong interpretation to is interpretation mein bahut sari galat baatein aa gayeen aur sara jo bigad aaya hai baad ke zamane mein jisko rasool Allah ne farmaya tha woh sab bigad aaya through interpretation</w:t>
      </w:r>
    </w:p>
    <w:p>
      <w:pPr>
        <w:pStyle w:val="Heading2"/>
      </w:pPr>
      <w:r>
        <w:t>definition: every habit slowly becomes an addiction</w:t>
      </w:r>
    </w:p>
    <w:p>
      <w:r>
        <w:rPr>
          <w:color w:val="666666"/>
          <w:sz w:val="18"/>
        </w:rPr>
        <w:t>Fragments of a CPS Mind April 24, 2011 Maulana Wahiduddin Khan · 24s · at 7:30 · https://youtu.be/kn1KfE--rug?t=450</w:t>
      </w:r>
    </w:p>
    <w:p>
      <w:r>
        <w:rPr>
          <w:i/>
        </w:rPr>
        <w:t>“Angrezi mein do lafz hain: habit aur addiction”</w:t>
      </w:r>
    </w:p>
    <w:p>
      <w:r>
        <w:rPr>
          <w:sz w:val="20"/>
        </w:rPr>
        <w:t>7:30  dekhiye angrezi mein do lafz hain "habit" aur "addiction". Urdu mein is ko kehte hain "aadat" aur "lat".</w:t>
      </w:r>
      <w:r>
        <w:br/>
      </w:r>
      <w:r>
        <w:rPr>
          <w:sz w:val="20"/>
        </w:rPr>
        <w:t>7:40  to koi bhi habit, koi bhi habit dheere dheere dheere addiction ban jati hai.</w:t>
      </w:r>
      <w:r>
        <w:br/>
      </w:r>
      <w:r>
        <w:rPr>
          <w:sz w:val="20"/>
        </w:rPr>
        <w:t>7:50  addiction banne ke baad woh mohlik ho jati hai.</w:t>
      </w:r>
    </w:p>
    <w:p>
      <w:pPr>
        <w:pStyle w:val="Heading2"/>
      </w:pPr>
      <w:r>
        <w:t>Quran as a book of wisdom</w:t>
      </w:r>
    </w:p>
    <w:p>
      <w:r>
        <w:rPr>
          <w:color w:val="666666"/>
          <w:sz w:val="18"/>
        </w:rPr>
        <w:t>Quranic Wisdom · 46s · at 4:12 · https://youtu.be/2R9zFXIr1aw?t=252</w:t>
      </w:r>
    </w:p>
    <w:p>
      <w:r>
        <w:rPr>
          <w:i/>
        </w:rPr>
        <w:t>“It is not a book of laws, it's a book of wisdom.”</w:t>
      </w:r>
    </w:p>
    <w:p>
      <w:r>
        <w:rPr>
          <w:sz w:val="20"/>
        </w:rPr>
        <w:t>4:12  It is not a book of laws, a book of commandments, a book of regulations. It's a book of wisdom.</w:t>
      </w:r>
      <w:r>
        <w:br/>
      </w:r>
      <w:r>
        <w:rPr>
          <w:sz w:val="20"/>
        </w:rPr>
        <w:t>4:17  . It's a book, book that develops your mind, develops your character, and helps you live successfully in</w:t>
      </w:r>
      <w:r>
        <w:br/>
      </w:r>
      <w:r>
        <w:rPr>
          <w:sz w:val="20"/>
        </w:rPr>
        <w:t>4:22  life. And one of the articles which I was reading, which is also about social living, was about</w:t>
      </w:r>
      <w:r>
        <w:br/>
      </w:r>
      <w:r>
        <w:rPr>
          <w:sz w:val="20"/>
        </w:rPr>
        <w:t>4:30  provocation. So, uh, there is a verse in the Quran— rather, uh, the background to this verse is</w:t>
      </w:r>
      <w:r>
        <w:br/>
      </w:r>
      <w:r>
        <w:rPr>
          <w:sz w:val="20"/>
        </w:rPr>
        <w:t>4:36  that, uh, many companions of the Prophet once, uh, used certain objectionable words for the gods of those</w:t>
      </w:r>
      <w:r>
        <w:br/>
      </w:r>
      <w:r>
        <w:rPr>
          <w:sz w:val="20"/>
        </w:rPr>
        <w:t>4:45  people who had not yet become the followers of the Prophet and were his opponents.</w:t>
      </w:r>
      <w:r>
        <w:br/>
      </w:r>
      <w:r>
        <w:rPr>
          <w:sz w:val="20"/>
        </w:rPr>
        <w:t>4:50  So, um, in reaction to this, in response to this, those people also uttered certain objectionable words about</w:t>
      </w:r>
      <w:r>
        <w:br/>
      </w:r>
      <w:r>
        <w:rPr>
          <w:sz w:val="20"/>
        </w:rPr>
        <w:t>4:56  God.</w:t>
      </w:r>
    </w:p>
    <w:p>
      <w:pPr>
        <w:pStyle w:val="Heading2"/>
      </w:pPr>
      <w:r>
        <w:t>Overcoming trouble by remembering God hasn't left you</w:t>
      </w:r>
    </w:p>
    <w:p>
      <w:r>
        <w:rPr>
          <w:color w:val="666666"/>
          <w:sz w:val="18"/>
        </w:rPr>
        <w:t>Art of Thinking August 21, 2022 · 40s · at 55:10 · https://youtu.be/H_0zmN0MLS8?t=3310</w:t>
      </w:r>
    </w:p>
    <w:p>
      <w:r>
        <w:rPr>
          <w:i/>
        </w:rPr>
        <w:t>“A friend in trouble — Maulana asked: did God leave you?”</w:t>
      </w:r>
    </w:p>
    <w:p>
      <w:r>
        <w:rPr>
          <w:sz w:val="20"/>
        </w:rPr>
        <w:t>55:10  ein? To yeh bohat zyada hamare liye zaroori hai, bohat hi zyada important hai keh hum apne aap ko negativity se bachayein. Mujhe ek waqia yaad aata hai, bohat hi achhe tareeqe se negative thinking se door rehne ko batata hai keh hamari team ke ek saathi the, unko koi pareshani aayi to woh bohat pareshan the.</w:t>
      </w:r>
      <w:r>
        <w:br/>
      </w:r>
      <w:r>
        <w:rPr>
          <w:sz w:val="20"/>
        </w:rPr>
        <w:t>55:31  Maulana ko aakar unhone bataya, to unhone kaha: "Maulana ne kaha, kya hua? Aapse Khuda to nahi chhin gaya?"</w:t>
      </w:r>
      <w:r>
        <w:br/>
      </w:r>
      <w:r>
        <w:rPr>
          <w:sz w:val="20"/>
        </w:rPr>
        <w:t>55:36  hum, yeh kaha. Yeh sun kar aadmi soche keh koi bhi museebat aati hai, soche keh Khuda to hamara nahi chala gaya hai, to sari negative thinking khatam ho jaye gi uski.</w:t>
      </w:r>
    </w:p>
    <w:p>
      <w:pPr>
        <w:pStyle w:val="Heading2"/>
      </w:pPr>
      <w:r>
        <w:t>Hadith on istikhara and consultation</w:t>
      </w:r>
    </w:p>
    <w:p>
      <w:r>
        <w:rPr>
          <w:color w:val="666666"/>
          <w:sz w:val="18"/>
        </w:rPr>
        <w:t>Istikhara in Islam 27 July, 2019 - Maulana Wahiduddin Khan · 27s · at 0:37 · https://youtu.be/Gf6P5IA15Zo?t=37</w:t>
      </w:r>
    </w:p>
    <w:p>
      <w:r>
        <w:rPr>
          <w:i/>
        </w:rPr>
        <w:t>“ان انس ابن مالک قال”</w:t>
      </w:r>
    </w:p>
    <w:p>
      <w:r>
        <w:rPr>
          <w:sz w:val="20"/>
        </w:rPr>
        <w:t>0:37  An Anas ibn Malik qala: Qala Rasool Allah sallallahu alaihi wasallam: "Ma khaba man istakhara wa la nadima man istashara".</w:t>
      </w:r>
      <w:r>
        <w:br/>
      </w:r>
      <w:r>
        <w:rPr>
          <w:sz w:val="20"/>
        </w:rPr>
        <w:t>0:47  Al-Mu'jam al-Awsat li al-Tabarani, hadith number 6627. Anas bin Malik se riwayat hai: Rasool Allah sallallahu alaihi wasallam ne kaha ke woh nakaam nahi hua jis ne istikhara kiya, aur woh sharminda nahi hua jis ne mashwara kiya.</w:t>
      </w:r>
    </w:p>
    <w:p>
      <w:pPr>
        <w:pStyle w:val="Heading2"/>
      </w:pPr>
      <w:r>
        <w:t>Simple Living High Thinking is super formula</w:t>
      </w:r>
    </w:p>
    <w:p>
      <w:r>
        <w:rPr>
          <w:color w:val="666666"/>
          <w:sz w:val="18"/>
        </w:rPr>
        <w:t>Simple Living and High Thinking November 03, 2018 · 30s · at 14:18 · https://youtu.be/6O7ebJVVRII?t=858</w:t>
      </w:r>
    </w:p>
    <w:p>
      <w:r>
        <w:rPr>
          <w:i/>
        </w:rPr>
        <w:t>“Jitna zyada aap sochein utna hi aap discover karenge.”</w:t>
      </w:r>
    </w:p>
    <w:p>
      <w:r>
        <w:rPr>
          <w:sz w:val="20"/>
        </w:rPr>
        <w:t>14:18  toh main samajhta hoon ke jitna zyada aap sochen, jitna zyada sochen, utna hi aap discover karenge ke yeh jo formula hai:</w:t>
      </w:r>
      <w:r>
        <w:br/>
      </w:r>
      <w:r>
        <w:rPr>
          <w:sz w:val="20"/>
        </w:rPr>
        <w:t>14:33  "simple living, high thinking", yeh super formula hai.</w:t>
      </w:r>
      <w:r>
        <w:br/>
      </w:r>
      <w:r>
        <w:rPr>
          <w:sz w:val="20"/>
        </w:rPr>
        <w:t>14:40  yeh super formula hai aur yeh har jagah kaam aata hai.</w:t>
      </w:r>
    </w:p>
    <w:p>
      <w:pPr>
        <w:pStyle w:val="Heading2"/>
      </w:pPr>
      <w:r>
        <w:t>Overcoming fear of death</w:t>
      </w:r>
    </w:p>
    <w:p>
      <w:r>
        <w:rPr>
          <w:color w:val="666666"/>
          <w:sz w:val="18"/>
        </w:rPr>
        <w:t>A Conversation on Life and Beyound April 30, 2016 · 36s · at 32:54 · https://youtu.be/JQYiWeopeFA?t=1974</w:t>
      </w:r>
    </w:p>
    <w:p>
      <w:r>
        <w:rPr>
          <w:i/>
        </w:rPr>
        <w:t>“Accept reality to overcome fear”</w:t>
      </w:r>
    </w:p>
    <w:p>
      <w:r>
        <w:rPr>
          <w:sz w:val="20"/>
        </w:rPr>
        <w:t>32:54  We have to accept the reality. Aapko reality ko to accept hi karna padta hai. Ye ek reality hai ki duniya mein aadmi ko ek limited period pe rehna hai. Limited period. Aap eternally nahi reh sakte duniya mein.</w:t>
      </w:r>
      <w:r>
        <w:br/>
      </w:r>
      <w:r>
        <w:rPr>
          <w:sz w:val="20"/>
        </w:rPr>
        <w:t>33:18  To ye ye ye fact hai. Ye reality hai. Isko aapko accept karna hoga. Agar aap reality ko accept kar lein, to fear apne aap khatam ho jayega.</w:t>
      </w:r>
    </w:p>
    <w:p>
      <w:pPr>
        <w:pStyle w:val="Heading2"/>
      </w:pPr>
      <w:r>
        <w:t>Time witnesses man's loss</w:t>
      </w:r>
    </w:p>
    <w:p>
      <w:r>
        <w:rPr>
          <w:color w:val="666666"/>
          <w:sz w:val="18"/>
        </w:rPr>
        <w:t>Surah Al-'Asr I November 23, 2014 Maulana Wahiduddin Khan · 23s · at 3:11 · https://youtu.be/3dBMIUC0Dqw?t=191</w:t>
      </w:r>
    </w:p>
    <w:p>
      <w:r>
        <w:rPr>
          <w:i/>
        </w:rPr>
        <w:t>“Time is a witness that man is in loss.”</w:t>
      </w:r>
    </w:p>
    <w:p>
      <w:r>
        <w:rPr>
          <w:sz w:val="20"/>
        </w:rPr>
        <w:t>3:11  Zamana gawah hai ke insaan ghaate mein hai.</w:t>
      </w:r>
      <w:r>
        <w:br/>
      </w:r>
      <w:r>
        <w:rPr>
          <w:sz w:val="20"/>
        </w:rPr>
        <w:t>3:18  Time is a witness that man is in loss. Dekhein, yahan time ka jo lafz hai woh history ke baray mein hai, human history.</w:t>
      </w:r>
    </w:p>
    <w:p>
      <w:pPr>
        <w:pStyle w:val="Heading2"/>
      </w:pPr>
      <w:r>
        <w:t>Global warming as irreversible problem</w:t>
      </w:r>
    </w:p>
    <w:p>
      <w:r>
        <w:rPr>
          <w:color w:val="666666"/>
          <w:sz w:val="18"/>
        </w:rPr>
        <w:t>Global Warming May 13, 2008 · 46s · at 1:14 · https://youtu.be/AmgbF0n3lz4?t=74</w:t>
      </w:r>
    </w:p>
    <w:p>
      <w:r>
        <w:rPr>
          <w:i/>
        </w:rPr>
        <w:t>“We are facing a grave problem global warming”</w:t>
      </w:r>
    </w:p>
    <w:p>
      <w:r>
        <w:rPr>
          <w:sz w:val="20"/>
        </w:rPr>
        <w:t>1:14  das saal se to bohat ziyada hai</w:t>
      </w:r>
      <w:r>
        <w:br/>
      </w:r>
      <w:r>
        <w:rPr>
          <w:sz w:val="20"/>
        </w:rPr>
        <w:t>1:17  is liye ke sari dunya ke tamam</w:t>
      </w:r>
      <w:r>
        <w:br/>
      </w:r>
      <w:r>
        <w:rPr>
          <w:sz w:val="20"/>
        </w:rPr>
        <w:t>1:21  scientists, unanimously, are saying that</w:t>
      </w:r>
      <w:r>
        <w:br/>
      </w:r>
      <w:r>
        <w:rPr>
          <w:sz w:val="20"/>
        </w:rPr>
        <w:t>1:28  We are facing a grave grave problem that is that is global warming</w:t>
      </w:r>
      <w:r>
        <w:br/>
      </w:r>
      <w:r>
        <w:rPr>
          <w:sz w:val="20"/>
        </w:rPr>
        <w:t>1:34  aur ye jo process hai woh irreversible hai</w:t>
      </w:r>
      <w:r>
        <w:br/>
      </w:r>
      <w:r>
        <w:rPr>
          <w:sz w:val="20"/>
        </w:rPr>
        <w:t>1:41  yani hamari zameen jo hai</w:t>
      </w:r>
      <w:r>
        <w:br/>
      </w:r>
      <w:r>
        <w:rPr>
          <w:sz w:val="20"/>
        </w:rPr>
        <w:t>1:44  wo ziyada garam ho rahi hai</w:t>
      </w:r>
      <w:r>
        <w:br/>
      </w:r>
      <w:r>
        <w:rPr>
          <w:sz w:val="20"/>
        </w:rPr>
        <w:t>1:47  aur jante hain aap ke ye ziyada garam hona hamare liye</w:t>
      </w:r>
      <w:r>
        <w:br/>
      </w:r>
      <w:r>
        <w:rPr>
          <w:sz w:val="20"/>
        </w:rPr>
        <w:t>1:53  bohat bara problem create karta hai kyunke sara balance toot jata hai</w:t>
      </w:r>
    </w:p>
    <w:p>
      <w:pPr>
        <w:pStyle w:val="Heading2"/>
      </w:pPr>
      <w:r>
        <w:t>success is a right, but only with realistic planning</w:t>
      </w:r>
    </w:p>
    <w:p>
      <w:r>
        <w:rPr>
          <w:color w:val="666666"/>
          <w:sz w:val="18"/>
        </w:rPr>
        <w:t>The Secret of Success June 26, 2008 Maulana Wahiduddin Khan · 56s · at 56:08 · https://youtu.be/_vqfB9XcpPs?t=3368</w:t>
      </w:r>
    </w:p>
    <w:p>
      <w:r>
        <w:rPr>
          <w:i/>
        </w:rPr>
        <w:t>“کامیابی ہر انسان کا رائٹ ہے، لیکن ریلسٹک پلاننگ سے”</w:t>
      </w:r>
    </w:p>
    <w:p>
      <w:r>
        <w:rPr>
          <w:sz w:val="20"/>
        </w:rPr>
        <w:t>56:08  external situation ki poori riayat na ho, to kamyabi nahi hui kabhi bhi. fifty percent planning, fifty percent cooperation.</w:t>
      </w:r>
      <w:r>
        <w:br/>
      </w:r>
      <w:r>
        <w:rPr>
          <w:sz w:val="20"/>
        </w:rPr>
        <w:t>56:20  to yaad rakhiye, kamyabi har insan ka right hai, lekin yeh right jabhi isko milega jab ke woh realistic planning kare.</w:t>
      </w:r>
      <w:r>
        <w:br/>
      </w:r>
      <w:r>
        <w:rPr>
          <w:sz w:val="20"/>
        </w:rPr>
        <w:t>56:35  realistic planning ke baghair kamyabi is duniya mein possible nahi.</w:t>
      </w:r>
    </w:p>
    <w:p>
      <w:pPr>
        <w:pStyle w:val="Heading2"/>
      </w:pPr>
      <w:r>
        <w:t>Nose story punchline on limits of freedom</w:t>
      </w:r>
    </w:p>
    <w:p>
      <w:r>
        <w:rPr>
          <w:color w:val="666666"/>
          <w:sz w:val="18"/>
        </w:rPr>
        <w:t>Lessons from My Journey to the US September 13, 2015 · 42s · at 17:56 · https://youtu.be/RgXmKX1PxQc?t=1076</w:t>
      </w:r>
    </w:p>
    <w:p>
      <w:r>
        <w:rPr>
          <w:i/>
        </w:rPr>
        <w:t>“Your freedom ends where my nose begins”</w:t>
      </w:r>
    </w:p>
    <w:p>
      <w:r>
        <w:rPr>
          <w:sz w:val="20"/>
        </w:rPr>
        <w:t>17:56  to woh doosra aadmi jo tha, woh ghussa ho gaya. us ne kaha ke "Why you hit my nose? Why you hit my nose?" tum ne meri naak par kyun mara?</w:t>
      </w:r>
      <w:r>
        <w:br/>
      </w:r>
      <w:r>
        <w:rPr>
          <w:sz w:val="20"/>
        </w:rPr>
        <w:t>18:09  us ne kaha ke "Today I am free. I am exercising my freedom." to us aadmi ne privately kaha, privately kaha ke "Yes, you are free,</w:t>
      </w:r>
      <w:r>
        <w:br/>
      </w:r>
      <w:r>
        <w:rPr>
          <w:sz w:val="20"/>
        </w:rPr>
        <w:t>18:25  but your freedom ends where my nose begins." yeh sahi hai ke tum azad ho, lekin tumhari azadi wahan khatm ho jati hai jahan se meri naak shuru hoti hai.</w:t>
      </w:r>
    </w:p>
    <w:p>
      <w:pPr>
        <w:pStyle w:val="Heading2"/>
      </w:pPr>
      <w:r>
        <w:t>Dajjal hadith about global voice</w:t>
      </w:r>
    </w:p>
    <w:p>
      <w:r>
        <w:rPr>
          <w:color w:val="666666"/>
          <w:sz w:val="18"/>
        </w:rPr>
        <w:t>A Special Day 28 April 2018 - Maulana Wahiduddin Khan · 1m 02s · at 9:31 · https://youtu.be/MXrnOFgmAM4?t=571</w:t>
      </w:r>
    </w:p>
    <w:p>
      <w:r>
        <w:rPr>
          <w:i/>
        </w:rPr>
        <w:t>“Toh aaj mujhe ek hadith yaad aayi”</w:t>
      </w:r>
    </w:p>
    <w:p>
      <w:r>
        <w:rPr>
          <w:sz w:val="20"/>
        </w:rPr>
        <w:t>9:31  to aaj mujhe ek hadith yaad aayi is ke baad. Yani mere liye woh apple shock tha. Ek hadith hai, woh hadith bataiye Dajjal wali hadith.</w:t>
      </w:r>
      <w:r>
        <w:br/>
      </w:r>
      <w:r>
        <w:rPr>
          <w:sz w:val="20"/>
        </w:rPr>
        <w:t>9:59  Yunadi bisautin lahu yusma'u bihi ma baynal khafiqain. Ke Dajjal awaz lagayega, aisi awaz ke us ko mashriq o maghrib ke darmiyan ke log sunenge.</w:t>
      </w:r>
      <w:r>
        <w:br/>
      </w:r>
      <w:r>
        <w:rPr>
          <w:sz w:val="20"/>
        </w:rPr>
        <w:t>10:11  yeh dekhiye, yeh Dajjal ke bare mein bazahir hai yeh khabar. Ke Dajjal jab zahir hoga to woh aisi awaz se pukarega jo East se West tak</w:t>
      </w:r>
      <w:r>
        <w:br/>
      </w:r>
      <w:r>
        <w:rPr>
          <w:sz w:val="20"/>
        </w:rPr>
        <w:t>10:29  saare log sunenge.</w:t>
      </w:r>
    </w:p>
    <w:p>
      <w:pPr>
        <w:pStyle w:val="Heading2"/>
      </w:pPr>
      <w:r>
        <w:t>The brain's unlimited connective capacity</w:t>
      </w:r>
    </w:p>
    <w:p>
      <w:r>
        <w:rPr>
          <w:color w:val="666666"/>
          <w:sz w:val="18"/>
        </w:rPr>
        <w:t>Untold Story of Islam January 28, 2007 · 25s · at 23:43 · https://youtu.be/SoBrn4U1jyw?t=1423</w:t>
      </w:r>
    </w:p>
    <w:p>
      <w:r>
        <w:rPr>
          <w:i/>
        </w:rPr>
        <w:t>“Ek sarson ke daane jitni tip par sau crore connections”</w:t>
      </w:r>
    </w:p>
    <w:p>
      <w:r>
        <w:rPr>
          <w:sz w:val="20"/>
        </w:rPr>
        <w:t>23:43  animal ke taur par jeena, animal ke taur par marna. to hamare mind mein kai baar main ne baat kahi hai ke hamare mind mein unlimited capacity hai.</w:t>
      </w:r>
      <w:r>
        <w:br/>
      </w:r>
      <w:r>
        <w:rPr>
          <w:sz w:val="20"/>
        </w:rPr>
        <w:t>23:53  jaise main ne pichhli baar bataya tha ke ek alpen ke tip par jo choti sarson ke barabar hota hai, us ke andar hundred crore connections hote hain.</w:t>
      </w:r>
      <w:r>
        <w:br/>
      </w:r>
      <w:r>
        <w:rPr>
          <w:sz w:val="20"/>
        </w:rPr>
        <w:t>24:03  jo barabar exchange, information ka exchange hota rehta hai.</w:t>
      </w:r>
    </w:p>
    <w:p>
      <w:pPr>
        <w:pStyle w:val="Heading2"/>
      </w:pPr>
      <w:r>
        <w:t>Called 'stupid' as a child, later unlocked his potential</w:t>
      </w:r>
    </w:p>
    <w:p>
      <w:r>
        <w:rPr>
          <w:color w:val="666666"/>
          <w:sz w:val="18"/>
        </w:rPr>
        <w:t>Materialism and Intellectual Dwarfism 29th April 2012 · 42s · at 21:01 · https://youtu.be/qHzARL_r3I4?t=1261</w:t>
      </w:r>
    </w:p>
    <w:p>
      <w:r>
        <w:rPr>
          <w:i/>
        </w:rPr>
        <w:t>“Mere bade bhai mujhko kehte the Mirza Phuya”</w:t>
      </w:r>
    </w:p>
    <w:p>
      <w:r>
        <w:rPr>
          <w:sz w:val="20"/>
        </w:rPr>
        <w:t>21:01  jaise mujh ko mere bare bhai the, jab mein gaon mein rehta tha to mujh ko kehte the mirza phuaya. mujh ko mirza phuaya kehte the.</w:t>
      </w:r>
      <w:r>
        <w:br/>
      </w:r>
      <w:r>
        <w:rPr>
          <w:sz w:val="20"/>
        </w:rPr>
        <w:t>21:10  mirza phuaya matlab bewakoof aadmi. us waqt logon ki nazar mein mein bewakoof aadmi tha.</w:t>
      </w:r>
      <w:r>
        <w:br/>
      </w:r>
      <w:r>
        <w:rPr>
          <w:sz w:val="20"/>
        </w:rPr>
        <w:t>21:19  lekin jab mein ne koshish ki ke mera potential unfold ho to mein woh baatein jaan saka jo poori history mein nahi janni thi logon ne.</w:t>
      </w:r>
      <w:r>
        <w:br/>
      </w:r>
      <w:r>
        <w:rPr>
          <w:sz w:val="20"/>
        </w:rPr>
        <w:t>21:29  yeh pehli bar history mein yeh baat mein ne kahi hai ke jo jo sahi categorization hai, woh yeh hai ke kuch log potential have hain, kuch log intellectual hues hain.</w:t>
      </w:r>
    </w:p>
    <w:p>
      <w:pPr>
        <w:pStyle w:val="Heading2"/>
      </w:pPr>
      <w:r>
        <w:t>Man is naturally a truth-seeking creature</w:t>
      </w:r>
    </w:p>
    <w:p>
      <w:r>
        <w:rPr>
          <w:color w:val="666666"/>
          <w:sz w:val="18"/>
        </w:rPr>
        <w:t>Why People live in Despair September 2, 2007 · 27s · at 17:53 · https://youtu.be/BHfgOfzXf00?t=1073</w:t>
      </w:r>
    </w:p>
    <w:p>
      <w:r>
        <w:rPr>
          <w:i/>
        </w:rPr>
        <w:t>“Man is a truth-seeking animal, by nature.”</w:t>
      </w:r>
    </w:p>
    <w:p>
      <w:r>
        <w:rPr>
          <w:sz w:val="20"/>
        </w:rPr>
        <w:t>17:53  dekhen, sachai ko pane ka jazba insan ke andar by nature hai. by nature. yani man is a true seeking animal.</w:t>
      </w:r>
      <w:r>
        <w:br/>
      </w:r>
      <w:r>
        <w:rPr>
          <w:sz w:val="20"/>
        </w:rPr>
        <w:t>18:07  man is a true seeking</w:t>
      </w:r>
      <w:r>
        <w:br/>
      </w:r>
      <w:r>
        <w:rPr>
          <w:sz w:val="20"/>
        </w:rPr>
        <w:t>18:08  animal. to sachai ko pana yeh insan ki sab se bari longing hai. sab se bara uska jazba hai andar jo hai.</w:t>
      </w:r>
    </w:p>
    <w:p>
      <w:pPr>
        <w:pStyle w:val="Heading2"/>
      </w:pPr>
      <w:r>
        <w:t>Respect equal but role different</w:t>
      </w:r>
    </w:p>
    <w:p>
      <w:r>
        <w:rPr>
          <w:color w:val="666666"/>
          <w:sz w:val="18"/>
        </w:rPr>
        <w:t>Place of Women in Islam | March 5, 2006 | Maulana Wahiduddin Khan · 30s · at 0:00 · https://youtu.be/1Ti4skvf7UA?t=0</w:t>
      </w:r>
    </w:p>
    <w:p>
      <w:r>
        <w:rPr>
          <w:i/>
        </w:rPr>
        <w:t>“Respect mein to equal hain, lekin role mein different hain.”</w:t>
      </w:r>
    </w:p>
    <w:p>
      <w:r>
        <w:rPr>
          <w:sz w:val="20"/>
        </w:rPr>
        <w:t>0:00  aaj jo baat karna hai is ka topic hai aurat, yani women. to Madhuri Dixit ne is mein ek aisi baat kahi jis se mere question ka answer mil gaya. respect mein to equal zaroor hain, lekin role mein different hain. yani critical sense mein dono barabar hain. respect ke aitbar se dono barabar hain, lekin role ke aitbar</w:t>
      </w:r>
    </w:p>
    <w:p>
      <w:pPr>
        <w:pStyle w:val="Heading2"/>
      </w:pPr>
      <w:r>
        <w:t>Muslims themselves, not others, are responsible for their state</w:t>
      </w:r>
    </w:p>
    <w:p>
      <w:r>
        <w:rPr>
          <w:color w:val="666666"/>
          <w:sz w:val="18"/>
        </w:rPr>
        <w:t>Shukr Acknowledgment of God's Blessings April 21, 2020 · 1m 07s · at 31:59 · https://youtu.be/3iGMucsQXNk?t=1919</w:t>
      </w:r>
    </w:p>
    <w:p>
      <w:r>
        <w:rPr>
          <w:i/>
        </w:rPr>
        <w:t>“Musalmano ke haal ka zimmedar kaun hai? Khud musalman”</w:t>
      </w:r>
    </w:p>
    <w:p>
      <w:r>
        <w:rPr>
          <w:sz w:val="20"/>
        </w:rPr>
        <w:t>31:59  sab se important cheez hai dua aur quran ki study. bas. adnan sami likhte hain, maujooda halaat mein musalmanon ka jo haal hai, us ki zimmedaar konsa tabqa hai?</w:t>
      </w:r>
      <w:r>
        <w:br/>
      </w:r>
      <w:r>
        <w:rPr>
          <w:sz w:val="20"/>
        </w:rPr>
        <w:t>32:18  khud musalman. koi doosra nahin.</w:t>
      </w:r>
      <w:r>
        <w:br/>
      </w:r>
      <w:r>
        <w:rPr>
          <w:sz w:val="20"/>
        </w:rPr>
        <w:t>32:25  sochiye, doosre ko bura mat keh dijiye. apna muhasba kijiye. rehmat dhoondiye.</w:t>
      </w:r>
      <w:r>
        <w:br/>
      </w:r>
      <w:r>
        <w:rPr>
          <w:sz w:val="20"/>
        </w:rPr>
        <w:t>32:36  doosre ko bura kehne se koi faida nahin.</w:t>
      </w:r>
    </w:p>
    <w:p>
      <w:pPr>
        <w:pStyle w:val="Heading2"/>
      </w:pPr>
      <w:r>
        <w:t>The 'Big Bird of the Storm' rises above trouble</w:t>
      </w:r>
    </w:p>
    <w:p>
      <w:r>
        <w:rPr>
          <w:color w:val="666666"/>
          <w:sz w:val="18"/>
        </w:rPr>
        <w:t>The Power of Positive Thinking November 3, 2024 · 28s · at 33:14 · https://youtu.be/q6Ly4ofTmxY?t=1994</w:t>
      </w:r>
    </w:p>
    <w:p>
      <w:r>
        <w:rPr>
          <w:i/>
        </w:rPr>
        <w:t>“What is this big bird of the storm?”</w:t>
      </w:r>
    </w:p>
    <w:p>
      <w:r>
        <w:rPr>
          <w:sz w:val="20"/>
        </w:rPr>
        <w:t>33:14  and what is this big bird of the storm?</w:t>
      </w:r>
      <w:r>
        <w:br/>
      </w:r>
      <w:r>
        <w:rPr>
          <w:sz w:val="20"/>
        </w:rPr>
        <w:t>33:17  asal mein kuch chidiyan jo hain, unke baazu bahut strong hote hain. to jab toofan aata na, to woh us toofan ki zad se upar chali jaati hain. ji, to isi par woh saying ban gayi, "big bird of the storm." to kitna bhi khatarnak toofan aata hai, woh usse bach jaati hain. lekin jo chhote-chhote parinde hote hain, woh toofan ki zad mein aakar halak ho jaate hain.</w:t>
      </w:r>
    </w:p>
    <w:p>
      <w:pPr>
        <w:pStyle w:val="Heading2"/>
      </w:pPr>
      <w:r>
        <w:t>No great person in history died happy</w:t>
      </w:r>
    </w:p>
    <w:p>
      <w:r>
        <w:rPr>
          <w:color w:val="666666"/>
          <w:sz w:val="18"/>
        </w:rPr>
        <w:t>Man and Paradise August 18, 2013 · 24s · at 18:51 · https://youtu.be/v7eX25YAjDU?t=1131</w:t>
      </w:r>
    </w:p>
    <w:p>
      <w:r>
        <w:rPr>
          <w:i/>
        </w:rPr>
        <w:t>“Every great person's life ends in frustration, not joy”</w:t>
      </w:r>
    </w:p>
    <w:p>
      <w:r>
        <w:rPr>
          <w:sz w:val="20"/>
        </w:rPr>
        <w:t>18:51  sab ki life chupi hui hai. har ek ke bare mein aap payenge ke sab aakhir mein frustration mein mare, un koi khushiyon mein nahi mara.</w:t>
      </w:r>
      <w:r>
        <w:br/>
      </w:r>
      <w:r>
        <w:rPr>
          <w:sz w:val="20"/>
        </w:rPr>
        <w:t>19:07  koi bhi bara aadmi aisa nahi hai duniya mein jis ki khatma khushiyon par hua ho.</w:t>
      </w:r>
    </w:p>
    <w:p>
      <w:pPr>
        <w:pStyle w:val="Heading2"/>
      </w:pPr>
      <w:r>
        <w:t>History of idealism versus practical wisdom</w:t>
      </w:r>
    </w:p>
    <w:p>
      <w:r>
        <w:rPr>
          <w:color w:val="666666"/>
          <w:sz w:val="18"/>
        </w:rPr>
        <w:t>Idealism vs Practical Wisdom 13 Nov 2011 - Maulana Wahiduddin Khan · 26s · at 1:07 · https://youtu.be/_aRRsKhGoWo?t=67</w:t>
      </w:r>
    </w:p>
    <w:p>
      <w:r>
        <w:rPr>
          <w:i/>
        </w:rPr>
        <w:t>“Yeh ajeeb baat hai ke poori history mein insaan ideal ke peeche daulta raha hai”</w:t>
      </w:r>
    </w:p>
    <w:p>
      <w:r>
        <w:rPr>
          <w:sz w:val="20"/>
        </w:rPr>
        <w:t>1:07  yeh ajeeb baat hai ke poori history mein insaan ideal ke peeche daurta raha hai. bohat hi kam misalein milein gi jab ke insaan ne practical wisdom ki ahmiyat ko samjha ho.</w:t>
      </w:r>
      <w:r>
        <w:br/>
      </w:r>
      <w:r>
        <w:rPr>
          <w:sz w:val="20"/>
        </w:rPr>
        <w:t>1:26  pehlay bhi aisay hi tha, aaj bhi aisa hi hai.</w:t>
      </w:r>
    </w:p>
    <w:p>
      <w:pPr>
        <w:pStyle w:val="Heading2"/>
      </w:pPr>
      <w:r>
        <w:t>Divine address through Quran verse</w:t>
      </w:r>
    </w:p>
    <w:p>
      <w:r>
        <w:rPr>
          <w:color w:val="666666"/>
          <w:sz w:val="18"/>
        </w:rPr>
        <w:t>Man with A Mission 5 June 2007 - Maulana Wahiduddin Khan · 51s · at 6:58 · https://youtu.be/SZ2xjZjGOhE?t=418</w:t>
      </w:r>
    </w:p>
    <w:p>
      <w:r>
        <w:rPr>
          <w:i/>
        </w:rPr>
        <w:t>“تو میرے کان میں آواز آئی،”</w:t>
      </w:r>
    </w:p>
    <w:p>
      <w:r>
        <w:rPr>
          <w:sz w:val="20"/>
        </w:rPr>
        <w:t>6:58  aur apni zindagi ka,</w:t>
      </w:r>
      <w:r>
        <w:br/>
      </w:r>
      <w:r>
        <w:rPr>
          <w:sz w:val="20"/>
        </w:rPr>
        <w:t>7:02  apni zindagi ki manzil</w:t>
      </w:r>
      <w:r>
        <w:br/>
      </w:r>
      <w:r>
        <w:rPr>
          <w:sz w:val="20"/>
        </w:rPr>
        <w:t>7:04  talash kar raha tha.</w:t>
      </w:r>
      <w:r>
        <w:br/>
      </w:r>
      <w:r>
        <w:rPr>
          <w:sz w:val="20"/>
        </w:rPr>
        <w:t>7:06  to isi alam mein tha mein ke awaz aayi masjid se imam sahib ki</w:t>
      </w:r>
      <w:r>
        <w:br/>
      </w:r>
      <w:r>
        <w:rPr>
          <w:sz w:val="20"/>
        </w:rPr>
        <w:t>7:13  ke: "walsawfa yutika rabbuka fatarza".</w:t>
      </w:r>
      <w:r>
        <w:br/>
      </w:r>
      <w:r>
        <w:rPr>
          <w:sz w:val="20"/>
        </w:rPr>
        <w:t>7:30  aisa mehsoos hua ke yeh aayat barah-e-raast mujh ko khitaab kar rahi hai. mujhe aisa laga ke Khuda ki kitaab is aayat ke zariye barah-e-raast mujh ko khitaab kar rahi hai.</w:t>
      </w:r>
    </w:p>
    <w:p>
      <w:pPr>
        <w:pStyle w:val="Heading2"/>
      </w:pPr>
      <w:r>
        <w:t>Death is not our choice, suicide haram</w:t>
      </w:r>
    </w:p>
    <w:p>
      <w:r>
        <w:rPr>
          <w:color w:val="666666"/>
          <w:sz w:val="18"/>
        </w:rPr>
        <w:t>The Importance of Realistic Approach January 2, 2011 Maulana Wahiduddin Khan · 29s · at 3:16 · https://youtu.be/rRO_EtMRJ2g?t=196</w:t>
      </w:r>
    </w:p>
    <w:p>
      <w:r>
        <w:rPr>
          <w:i/>
        </w:rPr>
        <w:t>“Remember, death cannot be our choice, never.”</w:t>
      </w:r>
    </w:p>
    <w:p>
      <w:r>
        <w:rPr>
          <w:sz w:val="20"/>
        </w:rPr>
        <w:t>3:16  yeh is liye hai ke is ko hum istemal karen, koi kaam karen. to yaad rakhiye, death hamara choice nahin ho sakta, kabhi bhi nahin.</w:t>
      </w:r>
      <w:r>
        <w:br/>
      </w:r>
      <w:r>
        <w:rPr>
          <w:sz w:val="20"/>
        </w:rPr>
        <w:t>3:32  isi ko kehte hain suicide, isi ko kehte hain khudkushi. aur Islam mein khudkushi bilashuba haram hai, kyunke woh choice nahin hai.</w:t>
      </w:r>
    </w:p>
    <w:p>
      <w:pPr>
        <w:pStyle w:val="Heading2"/>
      </w:pPr>
      <w:r>
        <w:t>Intellectual development is religion's purpose</w:t>
      </w:r>
    </w:p>
    <w:p>
      <w:r>
        <w:rPr>
          <w:color w:val="666666"/>
          <w:sz w:val="18"/>
        </w:rPr>
        <w:t>Comparative Study of Religions | May 30, 2010 | Maulana Wahiduddin Khan · 30s · at 7:22 · https://youtu.be/W5Pm3XIyyz8?t=442</w:t>
      </w:r>
    </w:p>
    <w:p>
      <w:r>
        <w:rPr>
          <w:i/>
        </w:rPr>
        <w:t>“If religion does not give intellectual development, what use is it?”</w:t>
      </w:r>
    </w:p>
    <w:p>
      <w:r>
        <w:rPr>
          <w:sz w:val="20"/>
        </w:rPr>
        <w:t>7:22  koi bari baat nahi hai.</w:t>
      </w:r>
      <w:r>
        <w:br/>
      </w:r>
      <w:r>
        <w:rPr>
          <w:sz w:val="20"/>
        </w:rPr>
        <w:t>7:28  kyun ke is mein ek cheez lack kar rahi hai.</w:t>
      </w:r>
      <w:r>
        <w:br/>
      </w:r>
      <w:r>
        <w:rPr>
          <w:sz w:val="20"/>
        </w:rPr>
        <w:t>7:34  woh hai intellectual development.</w:t>
      </w:r>
      <w:r>
        <w:br/>
      </w:r>
      <w:r>
        <w:rPr>
          <w:sz w:val="20"/>
        </w:rPr>
        <w:t>7:40  dekhein mazhab agar aap ke andar intellectual development na kare toh kis kaam ka hai aisa mazhab? Kis</w:t>
      </w:r>
      <w:r>
        <w:br/>
      </w:r>
      <w:r>
        <w:rPr>
          <w:sz w:val="20"/>
        </w:rPr>
        <w:t>7:46  kaam ka? Toh yeh baatein woh log kehte hain jin ka mazhab ek ritual hai, ek just like appendix hai. Koi</w:t>
      </w:r>
    </w:p>
    <w:p>
      <w:pPr>
        <w:pStyle w:val="Heading2"/>
      </w:pPr>
      <w:r>
        <w:t>Honesty is the only condition for istikhara</w:t>
      </w:r>
    </w:p>
    <w:p>
      <w:r>
        <w:rPr>
          <w:color w:val="666666"/>
          <w:sz w:val="18"/>
        </w:rPr>
        <w:t>Istikhara in Islam 27 July, 2019 - Maulana Wahiduddin Khan · 51s · at 23:33 · https://youtu.be/Gf6P5IA15Zo?t=1413</w:t>
      </w:r>
    </w:p>
    <w:p>
      <w:r>
        <w:rPr>
          <w:i/>
        </w:rPr>
        <w:t>“آپ خود فیصلہ کر سکتے ہیں کہ میں اونسٹ ہوں یا نہیں”</w:t>
      </w:r>
    </w:p>
    <w:p>
      <w:r>
        <w:rPr>
          <w:sz w:val="20"/>
        </w:rPr>
        <w:t>23:33  lekin doosra koi faisla nahin kar sakta ke aap honest hain ke nahin. aap khud faisla kar sakte hain ke mein honest hoon ya nahin, honest hoon ya lip service wala insan hoon.</w:t>
      </w:r>
      <w:r>
        <w:br/>
      </w:r>
      <w:r>
        <w:rPr>
          <w:sz w:val="20"/>
        </w:rPr>
        <w:t>23:53  honesty is the only condition, lekin honesty ka yaad rakhiye, koi bahar ka aadmi faisla nahin kar sakta ke aap ka honesty hai ke nahin,</w:t>
      </w:r>
      <w:r>
        <w:br/>
      </w:r>
      <w:r>
        <w:rPr>
          <w:sz w:val="20"/>
        </w:rPr>
        <w:t>24:07  lekin aap zaroor kar sakte hain. aap ka conscious conscious jo hai, woh zaroor bol bol dega ke aap honest hain ke nahin.</w:t>
      </w:r>
    </w:p>
    <w:p>
      <w:pPr>
        <w:pStyle w:val="Heading2"/>
      </w:pPr>
      <w:r>
        <w:t>No factory can build a speaking human</w:t>
      </w:r>
    </w:p>
    <w:p>
      <w:r>
        <w:rPr>
          <w:color w:val="666666"/>
          <w:sz w:val="18"/>
        </w:rPr>
        <w:t>The Final Call November 18, 2007 · 39s · at 9:57 · https://youtu.be/uTjzhO-nhUc?t=597</w:t>
      </w:r>
    </w:p>
    <w:p>
      <w:r>
        <w:rPr>
          <w:i/>
        </w:rPr>
        <w:t>“Can any factory build a human being who speaks?”</w:t>
      </w:r>
    </w:p>
    <w:p>
      <w:r>
        <w:rPr>
          <w:sz w:val="20"/>
        </w:rPr>
        <w:t>9:57  mein bol raha hoon, aap sun rahe hain. kya yeh kisi factory mein yeh possible hai? ke koi factory aik bolnay wala insan bana sakti hai?</w:t>
      </w:r>
      <w:r>
        <w:br/>
      </w:r>
      <w:r>
        <w:rPr>
          <w:sz w:val="20"/>
        </w:rPr>
        <w:t>10:06  koi factory sunnay wala kaan bana sakti hai? koi factory itna bara system ear ka bana sakti hai ke meri awaz aap tak pohanchay?</w:t>
      </w:r>
      <w:r>
        <w:br/>
      </w:r>
      <w:r>
        <w:rPr>
          <w:sz w:val="20"/>
        </w:rPr>
        <w:t>10:18  aisay numerous cheezein hain, numerous cheezein, jo aik jis se aik insan banta hai. yeh life support system jo hai, kya koi king is ko qaim kar sakta hai duniya mein, jis ko le kar hum duniya mein zinda rehte hain, kaam karte hain?</w:t>
      </w:r>
    </w:p>
    <w:p>
      <w:pPr>
        <w:pStyle w:val="Heading2"/>
      </w:pPr>
      <w:r>
        <w:t>Dream about Mahatma Gandhi</w:t>
      </w:r>
    </w:p>
    <w:p>
      <w:r>
        <w:rPr>
          <w:color w:val="666666"/>
          <w:sz w:val="18"/>
        </w:rPr>
        <w:t>Principle of Talif al-Qalb (English) May 2, 2009 Maulana Wahiduddin Khan · 52s · at 9:10 · https://youtu.be/rDs0yh-Nsig?t=550</w:t>
      </w:r>
    </w:p>
    <w:p>
      <w:r>
        <w:rPr>
          <w:i/>
        </w:rPr>
        <w:t>“I have seen Mahatma Gandhi several times in my dreams.”</w:t>
      </w:r>
    </w:p>
    <w:p>
      <w:r>
        <w:rPr>
          <w:sz w:val="20"/>
        </w:rPr>
        <w:t>9:10  I said that I said that I have seen Mahatma Gandhi several time in my dreams.</w:t>
      </w:r>
      <w:r>
        <w:br/>
      </w:r>
      <w:r>
        <w:rPr>
          <w:sz w:val="20"/>
        </w:rPr>
        <w:t>9:24  for example, according to my diary, I said I dream at May 15, 2001.</w:t>
      </w:r>
      <w:r>
        <w:br/>
      </w:r>
      <w:r>
        <w:rPr>
          <w:sz w:val="20"/>
        </w:rPr>
        <w:t>9:38  it was very clear dream, and I have noted down this in my diary. you can see it in my diary. so in this dream, I said that I am walking at some road,</w:t>
      </w:r>
      <w:r>
        <w:br/>
      </w:r>
      <w:r>
        <w:rPr>
          <w:sz w:val="20"/>
        </w:rPr>
        <w:t>9:51  and in the road side, there were trees. then I notice that Mahatma Gandhi is sitting under tree</w:t>
      </w:r>
    </w:p>
    <w:p>
      <w:pPr>
        <w:pStyle w:val="Heading2"/>
      </w:pPr>
      <w:r>
        <w:t>Freedom given by God to all</w:t>
      </w:r>
    </w:p>
    <w:p>
      <w:r>
        <w:rPr>
          <w:color w:val="666666"/>
          <w:sz w:val="18"/>
        </w:rPr>
        <w:t>Gujrat Riots | May 23, 2009 - Maulana Wahiduddin Khan · 30s · at 40:57 · https://youtu.be/QO70zMFtXGY?t=2457</w:t>
      </w:r>
    </w:p>
    <w:p>
      <w:r>
        <w:rPr>
          <w:i/>
        </w:rPr>
        <w:t>“This world is created by God and He gives freedom to all.”</w:t>
      </w:r>
    </w:p>
    <w:p>
      <w:r>
        <w:rPr>
          <w:sz w:val="20"/>
        </w:rPr>
        <w:t>40:56  Yeah.</w:t>
      </w:r>
      <w:r>
        <w:br/>
      </w:r>
      <w:r>
        <w:rPr>
          <w:sz w:val="20"/>
        </w:rPr>
        <w:t>40:57  It is not, it is not philosophy. It is, it is reality. It is reality. I will, I will repeat again that this world is created by God and he is given freedom to all, total freedom. So everyone is free. So you have to keep in your mind that that, that person is free to do anything, even to misuse his freedom. So you have to, you have to be wise. You,</w:t>
      </w:r>
    </w:p>
    <w:p>
      <w:pPr>
        <w:pStyle w:val="Heading2"/>
      </w:pPr>
      <w:r>
        <w:t>Humanity urgently needs positive thinking and patience</w:t>
      </w:r>
    </w:p>
    <w:p>
      <w:r>
        <w:rPr>
          <w:color w:val="666666"/>
          <w:sz w:val="18"/>
        </w:rPr>
        <w:t>What is Right Thinking June 23, 2024 · 58s · at 50:03 · https://youtu.be/ZOxcATnAqNs?t=3003</w:t>
      </w:r>
    </w:p>
    <w:p>
      <w:r>
        <w:rPr>
          <w:i/>
        </w:rPr>
        <w:t>“Aaj insaniyat ko positive thinking ki sakht zaroorat hai”</w:t>
      </w:r>
    </w:p>
    <w:p>
      <w:r>
        <w:rPr>
          <w:sz w:val="20"/>
        </w:rPr>
        <w:t>50:03  aaj insaniyat ko positive thinking aur provoke honay say bachnay ki sakht zaroorat hai. in baaton ko bar bar dohrany ki zaroorat hai. yak tarfa sabr aur aaraaz ka tareeqa hi acha aur peaceful samajh ki taameer kar sakta hai. jaza kalla apa. is mein aik baat meray dhiyan aa rahi thi kay sab say ziyada sabr to khuda karta hai. wo sab bahar keh saktay hain. bilkul.</w:t>
      </w:r>
      <w:r>
        <w:br/>
      </w:r>
      <w:r>
        <w:rPr>
          <w:sz w:val="20"/>
        </w:rPr>
        <w:t>50:31  matlab dunya mein itna nonsense, itna nonsense ho raha hai. phir bhi allah bardasht kar raha hai. to jab allah bardasht karta hai to hum kyun nahi bardast karein? aap ab woh aik line Maulana ki meray khayal say main aakhri lamhay tak durata rahoon ga. Maulana kehtay thay kay sabr kay us paath jannat hain. to yehi hum sab ko samajhna hai. agar jannat chahiye to sabr karna paray ga. sabr nahi to jannat nahi. to yeh bohat bohat ahum baat.</w:t>
      </w:r>
      <w:r>
        <w:br/>
      </w:r>
      <w:r>
        <w:rPr>
          <w:sz w:val="20"/>
        </w:rPr>
        <w:t>51:01  thank you apa for bringing it up. sabr is very very important. sabr is everything. aap ab kyun kay aap nay Maulana ka bhi hawala say yeh baat batai, aakhir sawal unhi ki zindagi say lay kar hai, woh hamesha emphasize kartay thay kay apnay reason ko develop karein, contemplation karein, observation karein, learn from lessons around us.</w:t>
      </w:r>
    </w:p>
    <w:p>
      <w:pPr>
        <w:pStyle w:val="Heading2"/>
      </w:pPr>
      <w:r>
        <w:t>Ignore problem, avail opportunity</w:t>
      </w:r>
    </w:p>
    <w:p>
      <w:r>
        <w:rPr>
          <w:color w:val="666666"/>
          <w:sz w:val="18"/>
        </w:rPr>
        <w:t>Islam:  A Historical Religion | July 23, 2008 · 30s · at 40:01 · https://youtu.be/2EmX8Ubz6G8?t=2401</w:t>
      </w:r>
    </w:p>
    <w:p>
      <w:r>
        <w:rPr>
          <w:i/>
        </w:rPr>
        <w:t>“Ignore the problem, avail the opportunity.”</w:t>
      </w:r>
    </w:p>
    <w:p>
      <w:r>
        <w:rPr>
          <w:sz w:val="20"/>
        </w:rPr>
        <w:t>40:01  ہو رہی ہے، اس کو as an opportunity avail کرو۔</w:t>
      </w:r>
      <w:r>
        <w:br/>
      </w:r>
      <w:r>
        <w:rPr>
          <w:sz w:val="20"/>
        </w:rPr>
        <w:t>40:05  یہ کتنا بڑا فارمولا دیا آپ نے؟ Ignore the problem, avail the opportunities.</w:t>
      </w:r>
      <w:r>
        <w:br/>
      </w:r>
      <w:r>
        <w:rPr>
          <w:sz w:val="20"/>
        </w:rPr>
        <w:t>40:10  yeh sirf us waqt ke liye nahi thi.</w:t>
      </w:r>
      <w:r>
        <w:br/>
      </w:r>
      <w:r>
        <w:rPr>
          <w:sz w:val="20"/>
        </w:rPr>
        <w:t>40:14  aaj bhi itna hi relevant hai.</w:t>
      </w:r>
      <w:r>
        <w:br/>
      </w:r>
      <w:r>
        <w:rPr>
          <w:sz w:val="20"/>
        </w:rPr>
        <w:t>40:18  aaj bhi woh itni hi useful hai.</w:t>
      </w:r>
      <w:r>
        <w:br/>
      </w:r>
      <w:r>
        <w:rPr>
          <w:sz w:val="20"/>
        </w:rPr>
        <w:t>40:22  اور آئندہ بھی، وہ آگے بھی ہمیشہ کا ہمیشہ relevant رہے گی۔</w:t>
      </w:r>
      <w:r>
        <w:br/>
      </w:r>
      <w:r>
        <w:rPr>
          <w:sz w:val="20"/>
        </w:rPr>
        <w:t>40:27  individual life mein,</w:t>
      </w:r>
    </w:p>
    <w:p>
      <w:pPr>
        <w:pStyle w:val="Heading2"/>
      </w:pPr>
      <w:r>
        <w:t>Satan's temptation about anger</w:t>
      </w:r>
    </w:p>
    <w:p>
      <w:r>
        <w:rPr>
          <w:color w:val="666666"/>
          <w:sz w:val="18"/>
        </w:rPr>
        <w:t>Surah Al-'Asr I November 23, 2014 Maulana Wahiduddin Khan · 35s · at 1:11:44 · https://youtu.be/3dBMIUC0Dqw?t=4304</w:t>
      </w:r>
    </w:p>
    <w:p>
      <w:r>
        <w:rPr>
          <w:i/>
        </w:rPr>
        <w:t>“This is Satan's greatest temptation.”</w:t>
      </w:r>
    </w:p>
    <w:p>
      <w:r>
        <w:rPr>
          <w:sz w:val="20"/>
        </w:rPr>
        <w:t>1:11:44  This may lead to further exploitation. yeh shaitan ka sab se bara fitna hai jo daal rakha hai logon ke andar.</w:t>
      </w:r>
      <w:r>
        <w:br/>
      </w:r>
      <w:r>
        <w:rPr>
          <w:sz w:val="20"/>
        </w:rPr>
        <w:t>1:11:55  aap yeh sochein hi nahi ke doosra ka yeh sochna hi shaitani baat hai ke doosra kya samjhega. nahi, aap sochein ke mera ghussa kaise khatam ho, meri nafrat kaise khatam ho, mere andar inteqam kaise khatam ho.</w:t>
      </w:r>
      <w:r>
        <w:br/>
      </w:r>
      <w:r>
        <w:rPr>
          <w:sz w:val="20"/>
        </w:rPr>
        <w:t>1:12:10  bas yeh sochein. doosre ke bare mein kyun sochte hain aap? yeh bilashuba shaitani soch hai aur jo log is tarah sochte hain woh un ki kabhi islaah nahi hogi.</w:t>
      </w:r>
    </w:p>
    <w:p>
      <w:pPr>
        <w:pStyle w:val="Heading2"/>
      </w:pPr>
      <w:r>
        <w:t>Jinn's knowledge without discovery</w:t>
      </w:r>
    </w:p>
    <w:p>
      <w:r>
        <w:rPr>
          <w:color w:val="666666"/>
          <w:sz w:val="18"/>
        </w:rPr>
        <w:t>Q&amp;A 06 Mar 2011 - Maulana Wahiduddin Khan · 40s · at 39:39 · https://youtu.be/I5hJVw3Wum8?t=2379</w:t>
      </w:r>
    </w:p>
    <w:p>
      <w:r>
        <w:rPr>
          <w:i/>
        </w:rPr>
        <w:t>“جنات کو ڈسکور نہیں کرنا پڑتا”</w:t>
      </w:r>
    </w:p>
    <w:p>
      <w:r>
        <w:rPr>
          <w:sz w:val="20"/>
        </w:rPr>
        <w:t>39:39  hai, un ko jinnaat ko hai, un ko discover nahi karna parta, woh woh jante hain. yani humein discover karna parta hai, yahan tak ke maine samjha hai, yani kahin likha hua nahi is tarah se.</w:t>
      </w:r>
      <w:r>
        <w:br/>
      </w:r>
      <w:r>
        <w:rPr>
          <w:sz w:val="20"/>
        </w:rPr>
        <w:t>39:53  lekin jinat ko har baat maloom hai, yeh computer ko har baat maloom hai. Humein jo hai, har cheez ko unfold karna hai, discover karna hai, is mein apni apni aqal ko lagana hai.</w:t>
      </w:r>
      <w:r>
        <w:br/>
      </w:r>
      <w:r>
        <w:rPr>
          <w:sz w:val="20"/>
        </w:rPr>
        <w:t>40:07  is mein to jinat ke haan ghaleban yeh is qism ka yani discovery method ghaleban nahi hai.</w:t>
      </w:r>
    </w:p>
    <w:p>
      <w:pPr>
        <w:pStyle w:val="Heading2"/>
      </w:pPr>
      <w:r>
        <w:t>See the overall picture</w:t>
      </w:r>
    </w:p>
    <w:p>
      <w:r>
        <w:rPr>
          <w:color w:val="666666"/>
          <w:sz w:val="18"/>
        </w:rPr>
        <w:t>Problem of Suffering | October 29, 2007 · 30s · at 33:29 · https://youtu.be/6dOZdfipjXQ?t=2009</w:t>
      </w:r>
    </w:p>
    <w:p>
      <w:r>
        <w:rPr>
          <w:i/>
        </w:rPr>
        <w:t>“Overall Picture ko dekhye”</w:t>
      </w:r>
    </w:p>
    <w:p>
      <w:r>
        <w:rPr>
          <w:sz w:val="20"/>
        </w:rPr>
        <w:t>33:29  sakte.</w:t>
      </w:r>
      <w:r>
        <w:br/>
      </w:r>
      <w:r>
        <w:rPr>
          <w:sz w:val="20"/>
        </w:rPr>
        <w:t>33:34  Million cheezein jo hain is mein Positive hain, ek hai Negative.</w:t>
      </w:r>
      <w:r>
        <w:br/>
      </w:r>
      <w:r>
        <w:rPr>
          <w:sz w:val="20"/>
        </w:rPr>
        <w:t>33:39  is Negative ko le kar ke aap is ko Generalize nahi kar sakte.</w:t>
      </w:r>
      <w:r>
        <w:br/>
      </w:r>
      <w:r>
        <w:rPr>
          <w:sz w:val="20"/>
        </w:rPr>
        <w:t>33:45  aap ko Overall Picture dekhni pare gi.</w:t>
      </w:r>
      <w:r>
        <w:br/>
      </w:r>
      <w:r>
        <w:rPr>
          <w:sz w:val="20"/>
        </w:rPr>
        <w:t>33:50  to yeh Difference aap ko agar aap ek Difference agar rakhein Human World mein aur Material World mein</w:t>
      </w:r>
      <w:r>
        <w:br/>
      </w:r>
      <w:r>
        <w:rPr>
          <w:sz w:val="20"/>
        </w:rPr>
        <w:t>33:55  to bohat aasani se aap Explain kar sakte hain is cheez ko. bohat</w:t>
      </w:r>
    </w:p>
    <w:p>
      <w:pPr>
        <w:pStyle w:val="Heading2"/>
      </w:pPr>
      <w:r>
        <w:t>Man of mission spirit</w:t>
      </w:r>
    </w:p>
    <w:p>
      <w:r>
        <w:rPr>
          <w:color w:val="666666"/>
          <w:sz w:val="18"/>
        </w:rPr>
        <w:t>Al-RISALA NOV, 2017 · 31s · at 16:37 · https://youtu.be/PvVV-FJAYDg?t=997</w:t>
      </w:r>
    </w:p>
    <w:p>
      <w:r>
        <w:rPr>
          <w:i/>
        </w:rPr>
        <w:t>“I will do it”</w:t>
      </w:r>
    </w:p>
    <w:p>
      <w:r>
        <w:rPr>
          <w:sz w:val="20"/>
        </w:rPr>
        <w:t>16:37  keho: mujh ko hukum mila hai ke main sab se pehle islam laney wala banun. quran ki yeh aayat man of mission ki spirit ko bata rahi hai.</w:t>
      </w:r>
      <w:r>
        <w:br/>
      </w:r>
      <w:r>
        <w:rPr>
          <w:sz w:val="20"/>
        </w:rPr>
        <w:t>16:48  man of mission ki spirit hoti hai: "i will do it". doosre lafzon mein is aayat ka matlab tha: koi tauheed par na chale to main us par chalunga.</w:t>
      </w:r>
      <w:r>
        <w:br/>
      </w:r>
      <w:r>
        <w:rPr>
          <w:sz w:val="20"/>
        </w:rPr>
        <w:t>17:00  koi tauheed ko na apnaye to main us ko apnunga. koi tauheed parast na bane to main akela tauheed parast banunga.</w:t>
      </w:r>
    </w:p>
    <w:p>
      <w:pPr>
        <w:pStyle w:val="Heading2"/>
      </w:pPr>
      <w:r>
        <w:t>Flipping the cliche: room is at the back seat</w:t>
      </w:r>
    </w:p>
    <w:p>
      <w:r>
        <w:rPr>
          <w:color w:val="666666"/>
          <w:sz w:val="18"/>
        </w:rPr>
        <w:t>Concept of Modesty in Islam (English) June 20, 2007 · 37s · at 17:38 · https://youtu.be/mHQWcOA-2qo?t=1058</w:t>
      </w:r>
    </w:p>
    <w:p>
      <w:r>
        <w:rPr>
          <w:i/>
        </w:rPr>
        <w:t>“There's always room at the top — I say the opposite.”</w:t>
      </w:r>
    </w:p>
    <w:p>
      <w:r>
        <w:rPr>
          <w:sz w:val="20"/>
        </w:rPr>
        <w:t>17:38  is a well known saying that there is always room at the top. but i would like to say that the better saying, the better formula is quite country.</w:t>
      </w:r>
      <w:r>
        <w:br/>
      </w:r>
      <w:r>
        <w:rPr>
          <w:sz w:val="20"/>
        </w:rPr>
        <w:t>17:57  that is there is always room at the back seat.</w:t>
      </w:r>
      <w:r>
        <w:br/>
      </w:r>
      <w:r>
        <w:rPr>
          <w:sz w:val="20"/>
        </w:rPr>
        <w:t>18:07  there is always room at the back seat. it is a better formula. why?</w:t>
      </w:r>
    </w:p>
    <w:p>
      <w:pPr>
        <w:pStyle w:val="Heading2"/>
      </w:pPr>
      <w:r>
        <w:t>Acceptance of reality for de-stressing</w:t>
      </w:r>
    </w:p>
    <w:p>
      <w:r>
        <w:rPr>
          <w:color w:val="666666"/>
          <w:sz w:val="18"/>
        </w:rPr>
        <w:t>The Art Of Thinking - Maulana Wahiduddin Khan · 26s · at 25:50 · https://youtu.be/tjyEWeHgmpM?t=1550</w:t>
      </w:r>
    </w:p>
    <w:p>
      <w:r>
        <w:rPr>
          <w:i/>
        </w:rPr>
        <w:t>“To reality ko accept karna yeh tension free banata hai aap ko”</w:t>
      </w:r>
    </w:p>
    <w:p>
      <w:r>
        <w:rPr>
          <w:sz w:val="20"/>
        </w:rPr>
        <w:t>25:50  to reality ko accept karna yeh tension free banata hai aap ko. mein dekh, de-stressing ka jo formula hai, woh yeh nahi ke stress khatam ho jaye, woh yeh hai ke aap reality ko accept kar len.</w:t>
      </w:r>
      <w:r>
        <w:br/>
      </w:r>
      <w:r>
        <w:rPr>
          <w:sz w:val="20"/>
        </w:rPr>
        <w:t>26:06  acceptance of reality is the base, is the the only formula of de-stressing.</w:t>
      </w:r>
    </w:p>
    <w:p>
      <w:pPr>
        <w:pStyle w:val="Heading2"/>
      </w:pPr>
      <w:r>
        <w:t>The dua that drives away Satan's whispers</w:t>
      </w:r>
    </w:p>
    <w:p>
      <w:r>
        <w:rPr>
          <w:color w:val="666666"/>
          <w:sz w:val="18"/>
        </w:rPr>
        <w:t>Positive Thinking 7 May 2014 · 48s · at 19:04 · https://youtu.be/Ie4-njJHuVY?t=1144</w:t>
      </w:r>
    </w:p>
    <w:p>
      <w:r>
        <w:rPr>
          <w:i/>
        </w:rPr>
        <w:t>“Jab tum dekho shaitan tumhein activate kar raha hai, to yeh parho”</w:t>
      </w:r>
    </w:p>
    <w:p>
      <w:r>
        <w:rPr>
          <w:sz w:val="20"/>
        </w:rPr>
        <w:t>19:04  us ko radd kar de, us ko bhaga de. Us ka tareeqa hadith mein yeh bataya gaya hai ke jab Shaitan, jab tum dekho ke Shaitan tum ko activate kar raha hai, Shaitan tum ko bhaga raha hai, Shaitan tumhare dimagh mein negative negative thought la raha hai,</w:t>
      </w:r>
      <w:r>
        <w:br/>
      </w:r>
      <w:r>
        <w:rPr>
          <w:sz w:val="20"/>
        </w:rPr>
        <w:t>19:23  to tum yeh parho: "Allahumma inni aoozu bika min hamazi shayatini" yani kaha: "Allah se madad mango ke Khuda is Shaitan ko bhaga mujh se, mujhe nahi chahiye Shaitan".</w:t>
      </w:r>
      <w:r>
        <w:br/>
      </w:r>
      <w:r>
        <w:rPr>
          <w:sz w:val="20"/>
        </w:rPr>
        <w:t>19:39  to jab insaan is tareeqe se Allah ke support maange ga to Allah farishton ko bhej de ga: "jao is bande ki madad karo, is shaitan ko bhagao, is ke shaitan ko is se door kar do".</w:t>
      </w:r>
    </w:p>
    <w:p>
      <w:pPr>
        <w:pStyle w:val="Heading2"/>
      </w:pPr>
      <w:r>
        <w:t>First relocation of Kaaba</w:t>
      </w:r>
    </w:p>
    <w:p>
      <w:r>
        <w:rPr>
          <w:color w:val="666666"/>
          <w:sz w:val="18"/>
        </w:rPr>
        <w:t>Principle of Relocation Oct 12, 2019 - Maulana Wahiduddin Khan · 35s · at 10:34 · https://youtu.be/hBOtijgiIUo?t=634</w:t>
      </w:r>
    </w:p>
    <w:p>
      <w:r>
        <w:rPr>
          <w:i/>
        </w:rPr>
        <w:t>“That's the first relocation of Kaaba”</w:t>
      </w:r>
    </w:p>
    <w:p>
      <w:r>
        <w:rPr>
          <w:sz w:val="20"/>
        </w:rPr>
        <w:t>10:34  that's the first relocation of Kaaba. Relocation. Aap ghor kijiye.</w:t>
      </w:r>
      <w:r>
        <w:br/>
      </w:r>
      <w:r>
        <w:rPr>
          <w:sz w:val="20"/>
        </w:rPr>
        <w:t>10:45  re-location ek aisi reality hai ke khud kaaba ka re-location hua. yani hazrat ibrahim ka jo jo kaaba tha us ko phir se banaya gaya to us ka ek hissa hatim ke naam par chhod diya gaya aur ek hissa kaaba bana.</w:t>
      </w:r>
    </w:p>
    <w:p>
      <w:pPr>
        <w:pStyle w:val="Heading2"/>
      </w:pPr>
      <w:r>
        <w:t>Tension as mental strain definition</w:t>
      </w:r>
    </w:p>
    <w:p>
      <w:r>
        <w:rPr>
          <w:color w:val="666666"/>
          <w:sz w:val="18"/>
        </w:rPr>
        <w:t>How to Remove Tension February 11, 2007 Maulana Wahiduddin Khan · 28s · at 0:45 · https://youtu.be/_PB2YOm8cV8?t=45</w:t>
      </w:r>
    </w:p>
    <w:p>
      <w:r>
        <w:rPr>
          <w:i/>
        </w:rPr>
        <w:t>“Tension ka matlab aap jaante hain”</w:t>
      </w:r>
    </w:p>
    <w:p>
      <w:r>
        <w:rPr>
          <w:sz w:val="20"/>
        </w:rPr>
        <w:t>0:45  tension ka matlab aap jante hain ke hai mental strain.</w:t>
      </w:r>
      <w:r>
        <w:br/>
      </w:r>
      <w:r>
        <w:rPr>
          <w:sz w:val="20"/>
        </w:rPr>
        <w:t>0:54  jab aadmi ko mental strain padta hai kisi wajah se, to us ke andar ek negative feeling aa jati hai jis ko hum tension ya stress ya depression kehte hain.</w:t>
      </w:r>
    </w:p>
    <w:p>
      <w:pPr>
        <w:pStyle w:val="Heading2"/>
      </w:pPr>
      <w:r>
        <w:t>Suffering as a blessing</w:t>
      </w:r>
    </w:p>
    <w:p>
      <w:r>
        <w:rPr>
          <w:color w:val="666666"/>
          <w:sz w:val="18"/>
        </w:rPr>
        <w:t>A Conversation on Life and Beyound April 30, 2016 · 38s · at 6:17 · https://youtu.be/JQYiWeopeFA?t=377</w:t>
      </w:r>
    </w:p>
    <w:p>
      <w:r>
        <w:rPr>
          <w:i/>
        </w:rPr>
        <w:t>“Suffering is a blessing”</w:t>
      </w:r>
    </w:p>
    <w:p>
      <w:r>
        <w:rPr>
          <w:sz w:val="20"/>
        </w:rPr>
        <w:t>6:17  lekin main samajhta hoon ke woh blessing hai. evil kahiye ya suffering kahiye, woh blessing hai. kyunke jitne bhi bade log hain history mein, jinhone koi bada kaam kiya,</w:t>
      </w:r>
      <w:r>
        <w:br/>
      </w:r>
      <w:r>
        <w:rPr>
          <w:sz w:val="20"/>
        </w:rPr>
        <w:t>6:32  sabko suffering ke zamane se pesh aaya. sabko. ismein koi kaay system nahi hai. isse maloom hota hai ke suffering jo hai, woh incentive paida karti hai. suffering ek nickname hai, galat naam hai ek blessing ka.</w:t>
      </w:r>
    </w:p>
    <w:p>
      <w:pPr>
        <w:pStyle w:val="Heading2"/>
      </w:pPr>
      <w:r>
        <w:t>Maulana cries over 9/11 attack on humanity</w:t>
      </w:r>
    </w:p>
    <w:p>
      <w:r>
        <w:rPr>
          <w:color w:val="666666"/>
          <w:sz w:val="18"/>
        </w:rPr>
        <w:t>Choice Between Right and Wrong Battlefield January 26, 2007 · 47s · at 8:45 · https://youtu.be/Z8IW_EeyzAs?t=525</w:t>
      </w:r>
    </w:p>
    <w:p>
      <w:r>
        <w:rPr>
          <w:i/>
        </w:rPr>
        <w:t>“Aur mujhe achhi tarah yaad hai ke”</w:t>
      </w:r>
    </w:p>
    <w:p>
      <w:r>
        <w:rPr>
          <w:sz w:val="20"/>
        </w:rPr>
        <w:t>8:45  is ko condemn kiya. aur mujhe achhi tarah yaad hai ke jab mein yahan c 29 mein apne kamre mein tha aur radio par yeh khabar aayi, mein generally radio sunta hoon ke new york tower ko kuch logon ne hawa jahaz takra kar tod diya, to be ikhtiyar mein rone laga,</w:t>
      </w:r>
      <w:r>
        <w:br/>
      </w:r>
      <w:r>
        <w:rPr>
          <w:sz w:val="20"/>
        </w:rPr>
        <w:t>9:09  be ikhtiyar mein rone laga, kyun ke yeh jo attack tha, yeh new york tower par nahi tha, yeh humanity par tha, humanity, insaniyat par tha.</w:t>
      </w:r>
      <w:r>
        <w:br/>
      </w:r>
      <w:r>
        <w:rPr>
          <w:sz w:val="20"/>
        </w:rPr>
        <w:t>9:24  to main yeh kahunga ke bilashuba main itna tadpa is par ke meri aankhon se musalsal aansu jari ho gaye.</w:t>
      </w:r>
    </w:p>
    <w:p>
      <w:pPr>
        <w:pStyle w:val="Heading2"/>
      </w:pPr>
      <w:r>
        <w:t>Adam set example of not blaming Satan</w:t>
      </w:r>
    </w:p>
    <w:p>
      <w:r>
        <w:rPr>
          <w:color w:val="666666"/>
          <w:sz w:val="18"/>
        </w:rPr>
        <w:t>Replanning | February 26, 2017 · 30s · at 31:00 · https://youtu.be/E120hwMH9x8?t=1860</w:t>
      </w:r>
    </w:p>
    <w:p>
      <w:r>
        <w:rPr>
          <w:i/>
        </w:rPr>
        <w:t>“Hazrat Adam ne yeh ek exemplary set kiya.”</w:t>
      </w:r>
    </w:p>
    <w:p>
      <w:r>
        <w:rPr>
          <w:sz w:val="20"/>
        </w:rPr>
        <w:t>31:00  تو حضرت آدم نے یہ ایک ایک ایک example سیٹ کیا کہ اگر قرآن کی شہادت کے مطابق</w:t>
      </w:r>
      <w:r>
        <w:br/>
      </w:r>
      <w:r>
        <w:rPr>
          <w:sz w:val="20"/>
        </w:rPr>
        <w:t>31:10  bhi agar tumhara koi dushman ho tab bhi dushman dushman chalao apni ghalati ko mano aap quran ko</w:t>
      </w:r>
      <w:r>
        <w:br/>
      </w:r>
      <w:r>
        <w:rPr>
          <w:sz w:val="20"/>
        </w:rPr>
        <w:t>31:20  is nazar se parhiye quran khule tor par ailaan kiya gaya quran majeed mein ke adam aur hawa ne</w:t>
      </w:r>
    </w:p>
    <w:p>
      <w:pPr>
        <w:pStyle w:val="Heading2"/>
      </w:pPr>
      <w:r>
        <w:t>Nothing stops technology and communication today</w:t>
      </w:r>
    </w:p>
    <w:p>
      <w:r>
        <w:rPr>
          <w:color w:val="666666"/>
          <w:sz w:val="18"/>
        </w:rPr>
        <w:t>Non Confrontational Method May 04, 2014 Maulana Wahiduddin Khan · 28s · at 19:42 · https://youtu.be/uioEZUeFxLg?t=1182</w:t>
      </w:r>
    </w:p>
    <w:p>
      <w:r>
        <w:rPr>
          <w:i/>
        </w:rPr>
        <w:t>“What's stopping technology and communication today? Nothing.”</w:t>
      </w:r>
    </w:p>
    <w:p>
      <w:r>
        <w:rPr>
          <w:sz w:val="20"/>
        </w:rPr>
        <w:t>19:42  is zamane mein dekhiye jo nayi nayi cheezen paida hui hain, maslan technology, communication, is mein kaun rukawat hai?</w:t>
      </w:r>
      <w:r>
        <w:br/>
      </w:r>
      <w:r>
        <w:rPr>
          <w:sz w:val="20"/>
        </w:rPr>
        <w:t>19:51  main yahan bol raha hoon aur America tak ke log sun rahe hain, koi rukawat nahi hai. yani ab to jo aaj aaj jo empire hai, technological empire, woh is se bhi bada hai jo is se pehle musalmanon ke paas tha.</w:t>
      </w:r>
    </w:p>
    <w:p>
      <w:pPr>
        <w:pStyle w:val="Heading2"/>
      </w:pPr>
      <w:r>
        <w:t>Lip service not required by God</w:t>
      </w:r>
    </w:p>
    <w:p>
      <w:r>
        <w:rPr>
          <w:color w:val="666666"/>
          <w:sz w:val="18"/>
        </w:rPr>
        <w:t>Islamic Way of Thinking | August 28, 2007 · 30s · at 4:50 · https://youtu.be/yzexTN68BLI?t=290</w:t>
      </w:r>
    </w:p>
    <w:p>
      <w:r>
        <w:rPr>
          <w:i/>
        </w:rPr>
        <w:t>“Lip service is not required by God”</w:t>
      </w:r>
    </w:p>
    <w:p>
      <w:r>
        <w:rPr>
          <w:sz w:val="20"/>
        </w:rPr>
        <w:t>4:50  Lip service is not required by God.</w:t>
      </w:r>
      <w:r>
        <w:br/>
      </w:r>
      <w:r>
        <w:rPr>
          <w:sz w:val="20"/>
        </w:rPr>
        <w:t>4:57  You have to present your shukr or your thanks to God with complete positivity.</w:t>
      </w:r>
      <w:r>
        <w:br/>
      </w:r>
      <w:r>
        <w:rPr>
          <w:sz w:val="20"/>
        </w:rPr>
        <w:t>5:05  So if you want to present this kind of alhamdulillah or shukr, you have to save yourself</w:t>
      </w:r>
      <w:r>
        <w:br/>
      </w:r>
      <w:r>
        <w:rPr>
          <w:sz w:val="20"/>
        </w:rPr>
        <w:t>5:12  from reaction,</w:t>
      </w:r>
    </w:p>
    <w:p>
      <w:pPr>
        <w:pStyle w:val="Heading2"/>
      </w:pPr>
      <w:r>
        <w:t>Princes with silver spoons achieve nothing</w:t>
      </w:r>
    </w:p>
    <w:p>
      <w:r>
        <w:rPr>
          <w:color w:val="666666"/>
          <w:sz w:val="18"/>
        </w:rPr>
        <w:t>Challenge Activates Potential March 7, 2009 Maulana Wahiduddin Khan · 39s · at 14:49 · https://youtu.be/fINKWi2aYzo?t=889</w:t>
      </w:r>
    </w:p>
    <w:p>
      <w:r>
        <w:rPr>
          <w:i/>
        </w:rPr>
        <w:t>“No prince was able to author a great book.”</w:t>
      </w:r>
    </w:p>
    <w:p>
      <w:r>
        <w:rPr>
          <w:sz w:val="20"/>
        </w:rPr>
        <w:t>14:49  you know, no prince, no prince was able to to author a great book, great discovery, great invention.</w:t>
      </w:r>
      <w:r>
        <w:br/>
      </w:r>
      <w:r>
        <w:rPr>
          <w:sz w:val="20"/>
        </w:rPr>
        <w:t>15:03  those princes who are born in palaces, their boost. yani unfortunate people. it is said that mr so and so was born with a silver spoon in his mouth.</w:t>
      </w:r>
      <w:r>
        <w:br/>
      </w:r>
      <w:r>
        <w:rPr>
          <w:sz w:val="20"/>
        </w:rPr>
        <w:t>15:19  it is general saying that mr so and so was born with a silver spoon in his mouth. but is not pleasing.</w:t>
      </w:r>
    </w:p>
    <w:p>
      <w:pPr>
        <w:pStyle w:val="Heading2"/>
      </w:pPr>
      <w:r>
        <w:t>Child is not a slate</w:t>
      </w:r>
    </w:p>
    <w:p>
      <w:r>
        <w:rPr>
          <w:color w:val="666666"/>
          <w:sz w:val="18"/>
        </w:rPr>
        <w:t>Man and Matter July 30, 2006 Maulana Wahiduddin Khan · 30s · at 50:49 · https://youtu.be/86wN7coqa94?t=3049</w:t>
      </w:r>
    </w:p>
    <w:p>
      <w:r>
        <w:rPr>
          <w:i/>
        </w:rPr>
        <w:t>“Bacha slate ke maani hota hai yeh kehna basically ghalat hai”</w:t>
      </w:r>
    </w:p>
    <w:p>
      <w:r>
        <w:rPr>
          <w:sz w:val="20"/>
        </w:rPr>
        <w:t>50:49  jar hi is ki galat hai yeh. kyunkeh bachcha jo hai jaisa keh main ne arz kiya ek thinking creature hai. sochne wali makhlooq hai.</w:t>
      </w:r>
      <w:r>
        <w:br/>
      </w:r>
      <w:r>
        <w:rPr>
          <w:sz w:val="20"/>
        </w:rPr>
        <w:t>50:58  aur slate to ek ek material cheez hai.</w:t>
      </w:r>
      <w:r>
        <w:br/>
      </w:r>
      <w:r>
        <w:rPr>
          <w:sz w:val="20"/>
        </w:rPr>
        <w:t>51:02  aap pathar par jo chahe likh dijiye woh waise hi likha pada rahega. chand ke baray mein kaha jata hai keh jo log gaye thay chand par to wahan kuch likh diya unhon ne.</w:t>
      </w:r>
      <w:r>
        <w:br/>
      </w:r>
      <w:r>
        <w:rPr>
          <w:sz w:val="20"/>
        </w:rPr>
        <w:t>51:12  to kaha tha keh hazaron saal tak woh waise hi baqi rahega. kyunkeh chand par hawayein nahi hain jo is ko mitayein.</w:t>
      </w:r>
    </w:p>
    <w:p>
      <w:pPr>
        <w:pStyle w:val="Heading2"/>
      </w:pPr>
      <w:r>
        <w:t>Life is a super opportunity</w:t>
      </w:r>
    </w:p>
    <w:p>
      <w:r>
        <w:rPr>
          <w:color w:val="666666"/>
          <w:sz w:val="18"/>
        </w:rPr>
        <w:t>Importance of Focused Thinking March 7, 2010 Maulana Wahiduddin Khan · 30s · at 8:38 · https://youtu.be/eD4bs3E5WHE?t=518</w:t>
      </w:r>
    </w:p>
    <w:p>
      <w:r>
        <w:rPr>
          <w:i/>
        </w:rPr>
        <w:t>“Phir kisi ki zindagi mein milne waale nahi hain.”</w:t>
      </w:r>
    </w:p>
    <w:p>
      <w:r>
        <w:rPr>
          <w:sz w:val="20"/>
        </w:rPr>
        <w:t>8:38  phir kisi ki zindagi mein milne wale nahi hain. yeh super super opportunity hai life.</w:t>
      </w:r>
      <w:r>
        <w:br/>
      </w:r>
      <w:r>
        <w:rPr>
          <w:sz w:val="20"/>
        </w:rPr>
        <w:t>8:48  people fail to discover life as a super opportunity.</w:t>
      </w:r>
      <w:r>
        <w:br/>
      </w:r>
      <w:r>
        <w:rPr>
          <w:sz w:val="20"/>
        </w:rPr>
        <w:t>8:55  asal baat yeh hai yeh life jo hai, us ko aap ne daryaft hi nahi kiya ke yeh bohat bari opportunity hai jo aap ko pachas, sath, sattar saal ke liye mili hai.</w:t>
      </w:r>
    </w:p>
    <w:p>
      <w:pPr>
        <w:pStyle w:val="Heading2"/>
      </w:pPr>
      <w:r>
        <w:t>Master formula: avoid confrontation, do peaceful work</w:t>
      </w:r>
    </w:p>
    <w:p>
      <w:r>
        <w:rPr>
          <w:color w:val="666666"/>
          <w:sz w:val="18"/>
        </w:rPr>
        <w:t>Non Confrontational Method May 04, 2014 Maulana Wahiduddin Khan · 22s · at 31:58 · https://youtu.be/uioEZUeFxLg?t=1918</w:t>
      </w:r>
    </w:p>
    <w:p>
      <w:r>
        <w:rPr>
          <w:i/>
        </w:rPr>
        <w:t>“Avoid confrontation, and do the work — peacefully.”</w:t>
      </w:r>
    </w:p>
    <w:p>
      <w:r>
        <w:rPr>
          <w:sz w:val="20"/>
        </w:rPr>
        <w:t>31:58  yaani avoid confrontation and do the work, peaceful the work.</w:t>
      </w:r>
      <w:r>
        <w:br/>
      </w:r>
      <w:r>
        <w:rPr>
          <w:sz w:val="20"/>
        </w:rPr>
        <w:t>32:08  avoid confrontation, avoid confrontation and do peaceful the work. yeh mein samajhta hoon ke master formula hai jadeed ka, master formula.</w:t>
      </w:r>
      <w:r>
        <w:br/>
      </w:r>
      <w:r>
        <w:rPr>
          <w:sz w:val="20"/>
        </w:rPr>
        <w:t>32:21  dekhein, dawat mein sab cheez</w:t>
      </w:r>
    </w:p>
    <w:p>
      <w:pPr>
        <w:pStyle w:val="Heading2"/>
      </w:pPr>
      <w:r>
        <w:t>Muslim youth lost interest in Quran</w:t>
      </w:r>
    </w:p>
    <w:p>
      <w:r>
        <w:rPr>
          <w:color w:val="666666"/>
          <w:sz w:val="18"/>
        </w:rPr>
        <w:t>Dars-e-Quran, Ch. 12, V. 105 ; Ch. 10 V. 61 (Study of Nature) | July 15, 2018 · 31s · at 11:23 · https://youtu.be/5d-qNvpMg4k?t=683</w:t>
      </w:r>
    </w:p>
    <w:p>
      <w:r>
        <w:rPr>
          <w:i/>
        </w:rPr>
        <w:t>“Jab woh college mein gayeen”</w:t>
      </w:r>
    </w:p>
    <w:p>
      <w:r>
        <w:rPr>
          <w:sz w:val="20"/>
        </w:rPr>
        <w:t>11:23  jab woh college mein gayeen, university mein gayeen to wahan jo uloom padhaya ja raha tha, un ko</w:t>
      </w:r>
      <w:r>
        <w:br/>
      </w:r>
      <w:r>
        <w:rPr>
          <w:sz w:val="20"/>
        </w:rPr>
        <w:t>11:30  un ko bada bada laga.</w:t>
      </w:r>
      <w:r>
        <w:br/>
      </w:r>
      <w:r>
        <w:rPr>
          <w:sz w:val="20"/>
        </w:rPr>
        <w:t>11:36  aur quran mein jo jo padhaya ja raha tha madarson mein, woh chota chota laga.</w:t>
      </w:r>
      <w:r>
        <w:br/>
      </w:r>
      <w:r>
        <w:rPr>
          <w:sz w:val="20"/>
        </w:rPr>
        <w:t>11:42  natija kya hua? ke woh quran se door ho gaye aur university se qareeb ho gaye.</w:t>
      </w:r>
      <w:r>
        <w:br/>
      </w:r>
      <w:r>
        <w:rPr>
          <w:sz w:val="20"/>
        </w:rPr>
        <w:t>11:49  yeh hai woh baat sochne ki.</w:t>
      </w:r>
    </w:p>
    <w:p>
      <w:pPr>
        <w:pStyle w:val="Heading2"/>
      </w:pPr>
      <w:r>
        <w:t>Prophet's situational training method</w:t>
      </w:r>
    </w:p>
    <w:p>
      <w:r>
        <w:rPr>
          <w:color w:val="666666"/>
          <w:sz w:val="18"/>
        </w:rPr>
        <w:t>Teachings of the Prophet (Prophetic Wisdom) · 30s · at 3:12 · https://youtu.be/QLDybbFl7JM?t=192</w:t>
      </w:r>
    </w:p>
    <w:p>
      <w:r>
        <w:rPr>
          <w:i/>
        </w:rPr>
        <w:t>“Situation pesh aati thi, us situation ke mutabiq direction dena”</w:t>
      </w:r>
    </w:p>
    <w:p>
      <w:r>
        <w:rPr>
          <w:sz w:val="20"/>
        </w:rPr>
        <w:t>3:12  situation pesh aati thi, us situation ke mutabiq koi direction dena, koi gehri baat batana. to situation se relate kar ke training karna, yeh tha rasool Allah ka tareeqa. camp laga kar train karna, yeh rasool Allah ka tareeqa nahi tha. aur yahi scientific tareeqa hai, yeh natural tareeqa hai. camp laga kar agar aap training denge to is ka kuch bhi result nahi niklega, jaisa</w:t>
      </w:r>
    </w:p>
    <w:p>
      <w:pPr>
        <w:pStyle w:val="Heading2"/>
      </w:pPr>
      <w:r>
        <w:t>The test of avoiding hate</w:t>
      </w:r>
    </w:p>
    <w:p>
      <w:r>
        <w:rPr>
          <w:color w:val="666666"/>
          <w:sz w:val="18"/>
        </w:rPr>
        <w:t>Intellectual Poverty of Intellectuals December 31, 2006 · 40s · at 7:02 · https://youtu.be/xz00TfFlXkI?t=422</w:t>
      </w:r>
    </w:p>
    <w:p>
      <w:r>
        <w:rPr>
          <w:i/>
        </w:rPr>
        <w:t>“Insaan ka test yahi hai ke woh hate se bachaye”</w:t>
      </w:r>
    </w:p>
    <w:p>
      <w:r>
        <w:rPr>
          <w:sz w:val="20"/>
        </w:rPr>
        <w:t>7:02  ke samajhne ke liye main aap ko le chalun ga, yaani pehli baat to yeh samajh lijiye ke is dunya mein jo test hai insaan ka woh yahi hai ke woh apne aap ko hate se bachaye.</w:t>
      </w:r>
      <w:r>
        <w:br/>
      </w:r>
      <w:r>
        <w:rPr>
          <w:sz w:val="20"/>
        </w:rPr>
        <w:t>7:17  yaani hate ke reasons to hamesha rehte hain, kabhi bhi yeh dunya hate se khaali nahi rahi hai.</w:t>
      </w:r>
      <w:r>
        <w:br/>
      </w:r>
      <w:r>
        <w:rPr>
          <w:sz w:val="20"/>
        </w:rPr>
        <w:t>7:25  aap jante hain ke jo pehla insaan tha, adam, to un ke pehle generation mein, yaani habel aur qabeel mein, un ke direct to pehle jo bete the, unhi mein aapas mein dushmani ho gayi,</w:t>
      </w:r>
    </w:p>
    <w:p>
      <w:pPr>
        <w:pStyle w:val="Heading2"/>
      </w:pPr>
      <w:r>
        <w:t>Qur'an: in Paradise you get everything you desire</w:t>
      </w:r>
    </w:p>
    <w:p>
      <w:r>
        <w:rPr>
          <w:color w:val="666666"/>
          <w:sz w:val="18"/>
        </w:rPr>
        <w:t>Man and Paradise August 18, 2013 · 29s · at 34:41 · https://youtu.be/v7eX25YAjDU?t=2081</w:t>
      </w:r>
    </w:p>
    <w:p>
      <w:r>
        <w:rPr>
          <w:i/>
        </w:rPr>
        <w:t>“In Paradise you'll find everything your soul desires”</w:t>
      </w:r>
    </w:p>
    <w:p>
      <w:r>
        <w:rPr>
          <w:sz w:val="20"/>
        </w:rPr>
        <w:t>34:41  wa lakum fiha ma tashtahi anfusukum wa lakum fiha ma tashtahi anfusukum jannat mein tumharay liye woh sab kuch hai jo tum chaho,</w:t>
      </w:r>
      <w:r>
        <w:br/>
      </w:r>
      <w:r>
        <w:rPr>
          <w:sz w:val="20"/>
        </w:rPr>
        <w:t>34:56  jo tum chahte ho.</w:t>
      </w:r>
      <w:r>
        <w:br/>
      </w:r>
      <w:r>
        <w:rPr>
          <w:sz w:val="20"/>
        </w:rPr>
        <w:t>34:59  matlab in in paradise you will find all that you desire.</w:t>
      </w:r>
    </w:p>
    <w:p>
      <w:pPr>
        <w:pStyle w:val="Heading2"/>
      </w:pPr>
      <w:r>
        <w:t>Israf is spending on desires</w:t>
      </w:r>
    </w:p>
    <w:p>
      <w:r>
        <w:rPr>
          <w:color w:val="666666"/>
          <w:sz w:val="18"/>
        </w:rPr>
        <w:t>Understanding Islam (In Conversation with Maulan) 15.5.2008 · 51s · at 9:42 · https://youtu.be/0SGSOPSun0E?t=582</w:t>
      </w:r>
    </w:p>
    <w:p>
      <w:r>
        <w:rPr>
          <w:i/>
        </w:rPr>
        <w:t>“Dekhiye, israf ka literal meaning tha waste karna.”</w:t>
      </w:r>
    </w:p>
    <w:p>
      <w:r>
        <w:rPr>
          <w:sz w:val="20"/>
        </w:rPr>
        <w:t>9:42  Dekhiye, isراف ke literal meaning tha waste karna, paise ko waste karna. To paise ko waste karna kya hai?</w:t>
      </w:r>
      <w:r>
        <w:br/>
      </w:r>
      <w:r>
        <w:rPr>
          <w:sz w:val="20"/>
        </w:rPr>
        <w:t>9:55  Dekhiye, paisa jo aap kharch karte hain to do tarike se kharch karte hain. Ek yeh hai ki aap apni need ke liye kharch karein, ek apni desire ke liye kharch karein.</w:t>
      </w:r>
      <w:r>
        <w:br/>
      </w:r>
      <w:r>
        <w:rPr>
          <w:sz w:val="20"/>
        </w:rPr>
        <w:t>10:10  To main jahan tak samajh paya hoon ki basic need jo hai, basic need is mein jab aap kharch karte hain to woh isراف nahi hai.</w:t>
      </w:r>
      <w:r>
        <w:br/>
      </w:r>
      <w:r>
        <w:rPr>
          <w:sz w:val="20"/>
        </w:rPr>
        <w:t>10:21  Yaani money ko waste karna nahi hai woh. Aur jab aap desire par chalte hain aur desire ko le kar ke kharch karte hain to main samajhta hoon ki woh hai isراف.</w:t>
      </w:r>
    </w:p>
    <w:p>
      <w:pPr>
        <w:pStyle w:val="Heading2"/>
      </w:pPr>
      <w:r>
        <w:t>Low profile work is the secret of success</w:t>
      </w:r>
    </w:p>
    <w:p>
      <w:r>
        <w:rPr>
          <w:color w:val="666666"/>
          <w:sz w:val="18"/>
        </w:rPr>
        <w:t>Lessons from My Journey to the US September 13, 2015 · 38s · at 41:49 · https://youtu.be/RgXmKX1PxQc?t=2509</w:t>
      </w:r>
    </w:p>
    <w:p>
      <w:r>
        <w:rPr>
          <w:i/>
        </w:rPr>
        <w:t>“We work low profile, never high profile”</w:t>
      </w:r>
    </w:p>
    <w:p>
      <w:r>
        <w:rPr>
          <w:sz w:val="20"/>
        </w:rPr>
        <w:t>41:49  to dekhiye, hamare mission ka kaam bhi yeh hai ke hum low profile maqam par hain, kabhi bhi high profile maqam na karein.</w:t>
      </w:r>
      <w:r>
        <w:br/>
      </w:r>
      <w:r>
        <w:rPr>
          <w:sz w:val="20"/>
        </w:rPr>
        <w:t>41:58  yeh hamare kaam, mission ka bhi qarar hai.</w:t>
      </w:r>
      <w:r>
        <w:br/>
      </w:r>
      <w:r>
        <w:rPr>
          <w:sz w:val="20"/>
        </w:rPr>
        <w:t>42:04  yeh bohat hi zaroori hai ke hum hum samjhein is baat ko ke hamara mission jo hai is mein low profile mein kaam kiya jaye karna hai, hum ko high profile mein kaam nahi karna hai.</w:t>
      </w:r>
      <w:r>
        <w:br/>
      </w:r>
      <w:r>
        <w:rPr>
          <w:sz w:val="20"/>
        </w:rPr>
        <w:t>42:18  yehi kamyabi ka khas raaz hai.</w:t>
      </w:r>
    </w:p>
    <w:p>
      <w:pPr>
        <w:pStyle w:val="Heading2"/>
      </w:pPr>
      <w:r>
        <w:t>Criticism is the beginning of reform, not an insult</w:t>
      </w:r>
    </w:p>
    <w:p>
      <w:r>
        <w:rPr>
          <w:color w:val="666666"/>
          <w:sz w:val="18"/>
        </w:rPr>
        <w:t>Realistic Approach 30 March, 2014 · 40s · at 42:27 · https://youtu.be/HIFxmWWiEG4?t=2547</w:t>
      </w:r>
    </w:p>
    <w:p>
      <w:r>
        <w:rPr>
          <w:i/>
        </w:rPr>
        <w:t>“The greatest favor to Muslims: telling them they live in falsehood.”</w:t>
      </w:r>
    </w:p>
    <w:p>
      <w:r>
        <w:rPr>
          <w:sz w:val="20"/>
        </w:rPr>
        <w:t>42:27  musalmanon ki sab se bari khair khwahi yeh hai ke un ko bataya jaye ke tum false food mein jeete ho. jo log tanqeed se bhadakte hain, woh jannat al-huqqa mein rehte hain.</w:t>
      </w:r>
      <w:r>
        <w:br/>
      </w:r>
      <w:r>
        <w:rPr>
          <w:sz w:val="20"/>
        </w:rPr>
        <w:t>42:37  unhein khabar nahin ke tanqeed to aghaz hai islaah ka, aur log tanqeed se bhadakte hain. mein samajhta hoon ke woh aakhri had tak be khabar hain haqiqaton se, kyunke tanqeed nahin to aghaz bhi nahin, tanqeed nahin to islaah bhi nahin.</w:t>
      </w:r>
      <w:r>
        <w:br/>
      </w:r>
      <w:r>
        <w:rPr>
          <w:sz w:val="20"/>
        </w:rPr>
        <w:t>42:56  to mein musalmanon mein ek ek naya aghaz agar lana hai to tanqeed ko achhi cheez samajh ke qabool karna hai, na ke koi buri cheez.</w:t>
      </w:r>
    </w:p>
    <w:p>
      <w:pPr>
        <w:pStyle w:val="Heading2"/>
      </w:pPr>
      <w:r>
        <w:t>Condition for receiving divine wisdom</w:t>
      </w:r>
    </w:p>
    <w:p>
      <w:r>
        <w:rPr>
          <w:color w:val="666666"/>
          <w:sz w:val="18"/>
        </w:rPr>
        <w:t>The Secret of Divine Wisdom I September 2,. 2012 Maulana Wahiduddin Khan · 36s · at 8:08 · https://youtu.be/Y-UdfIX33As?t=488</w:t>
      </w:r>
    </w:p>
    <w:p>
      <w:r>
        <w:rPr>
          <w:i/>
        </w:rPr>
        <w:t>“Aisi tarah wisdom jo hai Allah ki taraf se aati hai”</w:t>
      </w:r>
    </w:p>
    <w:p>
      <w:r>
        <w:rPr>
          <w:sz w:val="20"/>
        </w:rPr>
        <w:t>8:08  isi tarah kaise wisdom jo hai Allah ki taraf se aati hai woh lekin is ki bhi ek condition hai, ek shart hai is ki. Woh shart is hadith mein batai gayi hai.</w:t>
      </w:r>
      <w:r>
        <w:br/>
      </w:r>
      <w:r>
        <w:rPr>
          <w:sz w:val="20"/>
        </w:rPr>
        <w:t>8:21  ke aap peaceful hon. Aap fighting culture apna andar na chalaen.</w:t>
      </w:r>
      <w:r>
        <w:br/>
      </w:r>
      <w:r>
        <w:rPr>
          <w:sz w:val="20"/>
        </w:rPr>
        <w:t>8:28  aap ke andar negativity na aae. Ghussa aur nafrat aur inteqaam is qism ki psychology se aap paak hon.</w:t>
      </w:r>
      <w:r>
        <w:br/>
      </w:r>
      <w:r>
        <w:rPr>
          <w:sz w:val="20"/>
        </w:rPr>
        <w:t>8:38  tab wisdom milegi nahi to nahi milegi.</w:t>
      </w:r>
    </w:p>
    <w:p>
      <w:pPr>
        <w:pStyle w:val="Heading2"/>
      </w:pPr>
      <w:r>
        <w:t>Accept truncation or die fighting</w:t>
      </w:r>
    </w:p>
    <w:p>
      <w:r>
        <w:rPr>
          <w:color w:val="666666"/>
          <w:sz w:val="18"/>
        </w:rPr>
        <w:t>Principle of Loss May 31, 2015 · 35s · at 27:40 · https://youtu.be/vM-CUyBiDkc?t=1660</w:t>
      </w:r>
    </w:p>
    <w:p>
      <w:r>
        <w:rPr>
          <w:i/>
        </w:rPr>
        <w:t>“Isko bardasht kijiye, nahi to ladte ladte mar jayenge”</w:t>
      </w:r>
    </w:p>
    <w:p>
      <w:r>
        <w:rPr>
          <w:sz w:val="20"/>
        </w:rPr>
        <w:t>27:40  is ko bardasht kijiye, nahin to ladte ladte mar jayenge aur dunya ko tabah karenge, khud bhi tabah honge.</w:t>
      </w:r>
      <w:r>
        <w:br/>
      </w:r>
      <w:r>
        <w:rPr>
          <w:sz w:val="20"/>
        </w:rPr>
        <w:t>27:49  hoga kuch nahin,</w:t>
      </w:r>
      <w:r>
        <w:br/>
      </w:r>
      <w:r>
        <w:rPr>
          <w:sz w:val="20"/>
        </w:rPr>
        <w:t>27:54  kyunke quran mein hai walad tajad rasool rasool allah tabdila ke khuda ka jo qanoon hai, jis ko hum kehte hain law of nature, woh badalne wala nahin, kabhi woh badalne wala nahin hai.</w:t>
      </w:r>
    </w:p>
    <w:p>
      <w:pPr>
        <w:pStyle w:val="Heading2"/>
      </w:pPr>
      <w:r>
        <w:t>people overvalue advice from the powerful and wealthy</w:t>
      </w:r>
    </w:p>
    <w:p>
      <w:r>
        <w:rPr>
          <w:color w:val="666666"/>
          <w:sz w:val="18"/>
        </w:rPr>
        <w:t>What is Wisdom CPS Women Session · 33s · at 5:11 · https://youtu.be/l73-Js3cVkc?t=311</w:t>
      </w:r>
    </w:p>
    <w:p>
      <w:r>
        <w:rPr>
          <w:i/>
        </w:rPr>
        <w:t>“People give too much importance to powerful, wealthy voices”</w:t>
      </w:r>
    </w:p>
    <w:p>
      <w:r>
        <w:rPr>
          <w:sz w:val="20"/>
        </w:rPr>
        <w:t>5:10  a</w:t>
      </w:r>
      <w:r>
        <w:br/>
      </w:r>
      <w:r>
        <w:rPr>
          <w:sz w:val="20"/>
        </w:rPr>
        <w:t>5:11  aj kal ka jo mizaj hai, log ek powerful insaan ya paise wale insaan ki baat ko bohat importance dete hain, jo ke aksar khuda ke law ke khilaaf baat hoti hai.</w:t>
      </w:r>
      <w:r>
        <w:br/>
      </w:r>
      <w:r>
        <w:rPr>
          <w:sz w:val="20"/>
        </w:rPr>
        <w:t>5:22  is ko bohat importance mil jati hai, aur is ko log follow karne lagte hain. aur aksar log doosron ki nasamjhi wale advice se zindagi mein bohat dhoka kha jaate hain.</w:t>
      </w:r>
      <w:r>
        <w:br/>
      </w:r>
      <w:r>
        <w:rPr>
          <w:sz w:val="20"/>
        </w:rPr>
        <w:t>5:33  to zindagi ki taameer mein insaan ko kaafi struggle karna padta hai, is liye insaan ko koi decision lene mein bohat zyada careful hona chahiye.</w:t>
      </w:r>
    </w:p>
    <w:p>
      <w:pPr>
        <w:pStyle w:val="Heading2"/>
      </w:pPr>
      <w:r>
        <w:t>God never made a permanently 'beautiful' woman in this world</w:t>
      </w:r>
    </w:p>
    <w:p>
      <w:r>
        <w:rPr>
          <w:color w:val="666666"/>
          <w:sz w:val="18"/>
        </w:rPr>
        <w:t>Take it as A Challenge April 29, 2007 · 27s · at 1:10:53 · https://youtu.be/pONW5UkRZ_M?t=4253</w:t>
      </w:r>
    </w:p>
    <w:p>
      <w:r>
        <w:rPr>
          <w:i/>
        </w:rPr>
        <w:t>“Khuda ne beautiful aurat banayi hi nahi duniya mein”</w:t>
      </w:r>
    </w:p>
    <w:p>
      <w:r>
        <w:rPr>
          <w:sz w:val="20"/>
        </w:rPr>
        <w:t>1:10:53  insan ko Khuda ki iski mafting yeh nahi hai ke duniya mein beautiful aurtein banaye, woh beautiful aurtein to paradise mein milengi.</w:t>
      </w:r>
      <w:r>
        <w:br/>
      </w:r>
      <w:r>
        <w:rPr>
          <w:sz w:val="20"/>
        </w:rPr>
        <w:t>1:11:03  to false beauty, yani yani falsely, woh sochti hai ke hum hum beautiful hain.</w:t>
      </w:r>
      <w:r>
        <w:br/>
      </w:r>
      <w:r>
        <w:rPr>
          <w:sz w:val="20"/>
        </w:rPr>
        <w:t>1:11:09  yaad rakhiye, Khuda ne beautiful aurat banai hi nahi duniya mein. Is se bara jhoot koi nahi hai, koi samjhe ke mein beautiful hoon, jhoot hai, woh jhoot hai.</w:t>
      </w:r>
    </w:p>
    <w:p>
      <w:pPr>
        <w:pStyle w:val="Heading2"/>
      </w:pPr>
      <w:r>
        <w:t>Guns that fail to fire — no missionary spirit metaphor</w:t>
      </w:r>
    </w:p>
    <w:p>
      <w:r>
        <w:rPr>
          <w:color w:val="666666"/>
          <w:sz w:val="18"/>
        </w:rPr>
        <w:t>Missionary Ethics May 4, 2006 Maulana Wahiduddin Khan · 58s · at 5:06 · https://youtu.be/W4yIZa45gDw?t=306</w:t>
      </w:r>
    </w:p>
    <w:p>
      <w:r>
        <w:rPr>
          <w:i/>
        </w:rPr>
        <w:t>“میں ایسی بندوقوں سے کام لے رہا ہوں جو لبلبی دبانے پر بھی فائر نہیں کرتیں”</w:t>
      </w:r>
    </w:p>
    <w:p>
      <w:r>
        <w:rPr>
          <w:sz w:val="20"/>
        </w:rPr>
        <w:t>5:06  is par unhon ne kaha tha ke jab main aisa dekhta hoon to mujhe aisa lagta hai jaise main aisi banduqon se kaam le raha hoon jo lub-lubi dabane par bhi fire nahi karti.</w:t>
      </w:r>
      <w:r>
        <w:br/>
      </w:r>
      <w:r>
        <w:rPr>
          <w:sz w:val="20"/>
        </w:rPr>
        <w:t>5:21  yani is ka matlab yeh hai ke I am using such guns that fail to fire even after</w:t>
      </w:r>
      <w:r>
        <w:br/>
      </w:r>
      <w:r>
        <w:rPr>
          <w:sz w:val="20"/>
        </w:rPr>
        <w:t>5:37  triggering them.</w:t>
      </w:r>
      <w:r>
        <w:br/>
      </w:r>
      <w:r>
        <w:rPr>
          <w:sz w:val="20"/>
        </w:rPr>
        <w:t>5:43  yeh hai woh insaan jis ke andar missionary spirit nahi hoti.</w:t>
      </w:r>
      <w:r>
        <w:br/>
      </w:r>
      <w:r>
        <w:rPr>
          <w:sz w:val="20"/>
        </w:rPr>
        <w:t>5:48  woh aisi dummy gun ki tarah hota hai ke aap us ki trigger ko dabate rahiye aur fire nahi hoga. kyunke andar gehra incentive nahi hai, andar gehra dedication nahi hai.</w:t>
      </w:r>
    </w:p>
    <w:p>
      <w:pPr>
        <w:pStyle w:val="Heading2"/>
      </w:pPr>
      <w:r>
        <w:t>Christ's saying: if man fails to speak, stones cry out</w:t>
      </w:r>
    </w:p>
    <w:p>
      <w:r>
        <w:rPr>
          <w:color w:val="666666"/>
          <w:sz w:val="18"/>
        </w:rPr>
        <w:t>From The Spiritual Tree January 19, 2007 Maulana Wahiduddin Khan · 30s · at 2:15 · https://youtu.be/XhXDz32Av4Q?t=135</w:t>
      </w:r>
    </w:p>
    <w:p>
      <w:r>
        <w:rPr>
          <w:i/>
        </w:rPr>
        <w:t>“Agar insan na bolein to patthar chillayenge”</w:t>
      </w:r>
    </w:p>
    <w:p>
      <w:r>
        <w:rPr>
          <w:sz w:val="20"/>
        </w:rPr>
        <w:t>2:15  ke agar insan na bolein toh pathar chalayenge.</w:t>
      </w:r>
      <w:r>
        <w:br/>
      </w:r>
      <w:r>
        <w:rPr>
          <w:sz w:val="20"/>
        </w:rPr>
        <w:t>2:23  yeh baat new testament ke chapter Luke mein hai.</w:t>
      </w:r>
      <w:r>
        <w:br/>
      </w:r>
      <w:r>
        <w:rPr>
          <w:sz w:val="20"/>
        </w:rPr>
        <w:t>2:31  woh is tarah se hai is mein ke "If man fails to speak, stones will cry out."</w:t>
      </w:r>
    </w:p>
    <w:p>
      <w:pPr>
        <w:pStyle w:val="Heading2"/>
      </w:pPr>
      <w:r>
        <w:t>Concept of holy not in Islam</w:t>
      </w:r>
    </w:p>
    <w:p>
      <w:r>
        <w:rPr>
          <w:color w:val="666666"/>
          <w:sz w:val="18"/>
        </w:rPr>
        <w:t>Principle of Relocation Oct 12, 2019 - Maulana Wahiduddin Khan · 21s · at 29:54 · https://youtu.be/hBOtijgiIUo?t=1794</w:t>
      </w:r>
    </w:p>
    <w:p>
      <w:r>
        <w:rPr>
          <w:i/>
        </w:rPr>
        <w:t>“Holy ka concept Islam mein hai hi nahi”</w:t>
      </w:r>
    </w:p>
    <w:p>
      <w:r>
        <w:rPr>
          <w:sz w:val="20"/>
        </w:rPr>
        <w:t>29:54  to yeh koi object muqaddas hota hai ya is ke sath mein jo idea juri hui hai woh muqaddas hoti hai? koi muqaddas kuch nahi hai, yeh holy ka yeh doosre mazahib se aaya hai, Islam mein tha hi nahi muqaddas kaba aur muqaddas yeh muqaddas ho,</w:t>
      </w:r>
    </w:p>
    <w:p>
      <w:pPr>
        <w:pStyle w:val="Heading2"/>
      </w:pPr>
      <w:r>
        <w:t>Difference between saying sorry and true tauba</w:t>
      </w:r>
    </w:p>
    <w:p>
      <w:r>
        <w:rPr>
          <w:color w:val="666666"/>
          <w:sz w:val="18"/>
        </w:rPr>
        <w:t>Collective Repentance 24th February 2013 · 57s · at 1:31:54 · https://youtu.be/TNw6muKhfpU?t=5514</w:t>
      </w:r>
    </w:p>
    <w:p>
      <w:r>
        <w:rPr>
          <w:i/>
        </w:rPr>
        <w:t>“Is there any difference between sorry and tauba?”</w:t>
      </w:r>
    </w:p>
    <w:p>
      <w:r>
        <w:rPr>
          <w:sz w:val="20"/>
        </w:rPr>
        <w:t>1:31:54  maulana, dilli se agla sawal hai muhammad shahbaz alam sahab ka. unhone aapse poocha hai: "is there any difference between sorry and tauba?" sorry toh bohat hi ek mamooli lafz hai,</w:t>
      </w:r>
      <w:r>
        <w:br/>
      </w:r>
      <w:r>
        <w:rPr>
          <w:sz w:val="20"/>
        </w:rPr>
        <w:t>1:32:09  zaban se bolte hain sorry. tauba toh ek gehrai, ek gehre change ka naam hai. tauba</w:t>
      </w:r>
      <w:r>
        <w:br/>
      </w:r>
      <w:r>
        <w:rPr>
          <w:sz w:val="20"/>
        </w:rPr>
        <w:t>1:32:16  view turn lene ka hai. tauba mein toh samajhta hoon ke sorry ek bas ek ek ek cultural norm hai,</w:t>
      </w:r>
      <w:r>
        <w:br/>
      </w:r>
      <w:r>
        <w:rPr>
          <w:sz w:val="20"/>
        </w:rPr>
        <w:t>1:32:27  woh munder nahi, ek cultural woh hai. kya kehte hain isko? manners, ek manners ki baat hai. manners jo sari aajkal chala hua hai, woh woh manners ki baat hai.</w:t>
      </w:r>
      <w:r>
        <w:br/>
      </w:r>
      <w:r>
        <w:rPr>
          <w:sz w:val="20"/>
        </w:rPr>
        <w:t>1:32:41  lekin tauba toh ek bohat hi gehri ch</w:t>
      </w:r>
      <w:r>
        <w:br/>
      </w:r>
      <w:r>
        <w:rPr>
          <w:sz w:val="20"/>
        </w:rPr>
        <w:t>1:32:43  angez ka naam hai. aap ke mind mein badlao hota hai, aap ke dil mein badlao hota hai, aap ke behavior mein badlao hota hai, aap ki poori shakhsiyat mein badlao hua hota hai.</w:t>
      </w:r>
    </w:p>
    <w:p>
      <w:pPr>
        <w:pStyle w:val="Heading2"/>
      </w:pPr>
      <w:r>
        <w:t>Focus on possible, not impossible</w:t>
      </w:r>
    </w:p>
    <w:p>
      <w:r>
        <w:rPr>
          <w:color w:val="666666"/>
          <w:sz w:val="18"/>
        </w:rPr>
        <w:t>Fragments of a CPS Mind | April 24, 2011 · 30s · at 49:12 · https://youtu.be/cBf7U4Qggyw?t=2952</w:t>
      </w:r>
    </w:p>
    <w:p>
      <w:r>
        <w:rPr>
          <w:i/>
        </w:rPr>
        <w:t>“Jo possible hai us mein apne aap ko lagaayein”</w:t>
      </w:r>
    </w:p>
    <w:p>
      <w:r>
        <w:rPr>
          <w:sz w:val="20"/>
        </w:rPr>
        <w:t>49:12  Jo possible hai is mein apne aap ko lagayein.</w:t>
      </w:r>
      <w:r>
        <w:br/>
      </w:r>
      <w:r>
        <w:rPr>
          <w:sz w:val="20"/>
        </w:rPr>
        <w:t>49:16  Jo possible nahi hai us se apne aap ko bachayein.</w:t>
      </w:r>
      <w:r>
        <w:br/>
      </w:r>
      <w:r>
        <w:rPr>
          <w:sz w:val="20"/>
        </w:rPr>
        <w:t>49:20  Agar aap aisa na karein to kya hoga? Aakhir mein frustration, frustration, despair.</w:t>
      </w:r>
      <w:r>
        <w:br/>
      </w:r>
      <w:r>
        <w:rPr>
          <w:sz w:val="20"/>
        </w:rPr>
        <w:t>49:25  Kyunke kuch hoga, kuch payenge to nahi aap.</w:t>
      </w:r>
      <w:r>
        <w:br/>
      </w:r>
      <w:r>
        <w:rPr>
          <w:sz w:val="20"/>
        </w:rPr>
        <w:t>49:29  Nahi payenge to kya hoga? Despair mein pad jayenge, is se marenge.</w:t>
      </w:r>
      <w:r>
        <w:br/>
      </w:r>
      <w:r>
        <w:rPr>
          <w:sz w:val="20"/>
        </w:rPr>
        <w:t>49:33  To yeh bohat bara formula jo hai jo maine Quran majeed se mutala kar ke paya hai</w:t>
      </w:r>
      <w:r>
        <w:br/>
      </w:r>
      <w:r>
        <w:rPr>
          <w:sz w:val="20"/>
        </w:rPr>
        <w:t>49:37  Ke sirf right aur</w:t>
      </w:r>
    </w:p>
    <w:p>
      <w:pPr>
        <w:pStyle w:val="Heading2"/>
      </w:pPr>
      <w:r>
        <w:t>Anger management 30 seconds</w:t>
      </w:r>
    </w:p>
    <w:p>
      <w:r>
        <w:rPr>
          <w:color w:val="666666"/>
          <w:sz w:val="18"/>
        </w:rPr>
        <w:t>Human History in Light of the Creation Plan of God 11 May, 2007 - Maulana Wahiduddin Khan · 30s · at 26:59 · https://youtu.be/8m_jiYlUZ0c?t=1619</w:t>
      </w:r>
    </w:p>
    <w:p>
      <w:r>
        <w:rPr>
          <w:i/>
        </w:rPr>
        <w:t>“When someone angers you, it's a 30-second matter.”</w:t>
      </w:r>
    </w:p>
    <w:p>
      <w:r>
        <w:rPr>
          <w:sz w:val="20"/>
        </w:rPr>
        <w:t>26:59  yeh nahi ke ghussa aaye to bhadak utho, socho. dekhiye, mera tajurba kya hai? mera tajurba yeh hai ke jab aap ko koi ghussa dilata hai to 30 second ka maamla hota hai.</w:t>
      </w:r>
      <w:r>
        <w:br/>
      </w:r>
      <w:r>
        <w:rPr>
          <w:sz w:val="20"/>
        </w:rPr>
        <w:t>27:13  woh 30 second ka, jab chahein aap koi tajurba kar lijiye.</w:t>
      </w:r>
      <w:r>
        <w:br/>
      </w:r>
      <w:r>
        <w:rPr>
          <w:sz w:val="20"/>
        </w:rPr>
        <w:t>27:20  30 second. woh kya? ghussa aaya to main kya karoon? 30 second mein chup rahoon bas, aur sirf Khuda se dua karoon.</w:t>
      </w:r>
    </w:p>
    <w:p>
      <w:pPr>
        <w:pStyle w:val="Heading2"/>
      </w:pPr>
      <w:r>
        <w:t>Human unique conceptual thinking</w:t>
      </w:r>
    </w:p>
    <w:p>
      <w:r>
        <w:rPr>
          <w:color w:val="666666"/>
          <w:sz w:val="18"/>
        </w:rPr>
        <w:t>Quranic Wisdom · 29s · at 18:38 · https://youtu.be/2R9zFXIr1aw?t=1118</w:t>
      </w:r>
    </w:p>
    <w:p>
      <w:r>
        <w:rPr>
          <w:i/>
        </w:rPr>
        <w:t>“An animal cannot do conceptual thinking.”</w:t>
      </w:r>
    </w:p>
    <w:p>
      <w:r>
        <w:rPr>
          <w:sz w:val="20"/>
        </w:rPr>
        <w:t>18:38  An animal cannot do conceptual thinking. Only a human being can do conceptual thinking. So for example, the Big Bang. The Big Bang happened 13. 8 billion years ago. That is, the universe at that point in time was in a very highly dense and compressed and small, uh, atom, a small dot. And then it exploded, and everything that we see today came into existence. But nobody has seen the Big Bang. But how did scientists discover this Big Bang?</w:t>
      </w:r>
      <w:r>
        <w:br/>
      </w:r>
      <w:r>
        <w:rPr>
          <w:sz w:val="20"/>
        </w:rPr>
        <w:t>19:07  It was through conceptual thinking. So Maulana says that why the Quran gives a lot of importance to thinking and contemplation is that we use this conceptual ability, the ability of conceptual thought that God has given us, and we give intellectual food to ourselves and spiritual food to ourselves. And that alone will make us feel that we are we are a complete human being. We are giving physical food to ourselves and spiritual food to ourselves. We are a whole.</w:t>
      </w:r>
    </w:p>
    <w:p>
      <w:pPr>
        <w:pStyle w:val="Heading2"/>
      </w:pPr>
      <w:r>
        <w:t>Loss is God's greatest mercy</w:t>
      </w:r>
    </w:p>
    <w:p>
      <w:r>
        <w:rPr>
          <w:color w:val="666666"/>
          <w:sz w:val="18"/>
        </w:rPr>
        <w:t>Surah Al-'Asr I November 23, 2014 Maulana Wahiduddin Khan · 27s · at 13:24 · https://youtu.be/3dBMIUC0Dqw?t=804</w:t>
      </w:r>
    </w:p>
    <w:p>
      <w:r>
        <w:rPr>
          <w:i/>
        </w:rPr>
        <w:t>“This is God's greatest mercy.”</w:t>
      </w:r>
    </w:p>
    <w:p>
      <w:r>
        <w:rPr>
          <w:sz w:val="20"/>
        </w:rPr>
        <w:t>13:24  yeh jo surat-e-haal hai, main sochta hoon ke yeh Allah taala ki sab se bari rehmat hai.</w:t>
      </w:r>
      <w:r>
        <w:br/>
      </w:r>
      <w:r>
        <w:rPr>
          <w:sz w:val="20"/>
        </w:rPr>
        <w:t>13:33  sab se bari rehmat hai. Wal Asr innal insana lafi khusr ke tareekh is baat ki gawahi hai ke insan ghaate mein hai.</w:t>
      </w:r>
      <w:r>
        <w:br/>
      </w:r>
      <w:r>
        <w:rPr>
          <w:sz w:val="20"/>
        </w:rPr>
        <w:t>13:44  yeh Allah ki aik rehmat ka zikr hai yahan par. kisi</w:t>
      </w:r>
    </w:p>
    <w:p>
      <w:pPr>
        <w:pStyle w:val="Heading2"/>
      </w:pPr>
      <w:r>
        <w:t>First chance lost, avail second chance</w:t>
      </w:r>
    </w:p>
    <w:p>
      <w:r>
        <w:rPr>
          <w:color w:val="666666"/>
          <w:sz w:val="18"/>
        </w:rPr>
        <w:t>Dars-e-Quran, Chapter 2, Verse 35-39 December 31, 2017 · 45s · at 25:25 · https://youtu.be/6FNtbR3EBtc?t=1525</w:t>
      </w:r>
    </w:p>
    <w:p>
      <w:r>
        <w:rPr>
          <w:i/>
        </w:rPr>
        <w:t>“First chance agar tum avail nahi kar sake”</w:t>
      </w:r>
    </w:p>
    <w:p>
      <w:r>
        <w:rPr>
          <w:sz w:val="20"/>
        </w:rPr>
        <w:t>25:25  first chance agar tum avail nahi kar sake toh toh koi baat nahi second chance ko avail karo</w:t>
      </w:r>
      <w:r>
        <w:br/>
      </w:r>
      <w:r>
        <w:rPr>
          <w:sz w:val="20"/>
        </w:rPr>
        <w:t>25:32  aur yeh hua adam ke qisse mein</w:t>
      </w:r>
      <w:r>
        <w:br/>
      </w:r>
      <w:r>
        <w:rPr>
          <w:sz w:val="20"/>
        </w:rPr>
        <w:t>25:36  duniya mein yaad rakhiye</w:t>
      </w:r>
      <w:r>
        <w:br/>
      </w:r>
      <w:r>
        <w:rPr>
          <w:sz w:val="20"/>
        </w:rPr>
        <w:t>25:39  first chance toh khota hi hai aadmi koi bhi shakhs first chance ko khota hai</w:t>
      </w:r>
      <w:r>
        <w:br/>
      </w:r>
      <w:r>
        <w:rPr>
          <w:sz w:val="20"/>
        </w:rPr>
        <w:t>25:46  khud rasool Allah ke dekhiye aap aap ne shuru kiya apni tehreek apna mission makka mein toh makka</w:t>
      </w:r>
      <w:r>
        <w:br/>
      </w:r>
      <w:r>
        <w:rPr>
          <w:sz w:val="20"/>
        </w:rPr>
        <w:t>25:55  mein toh hua nahi kuch chhodna pada makka ko jo hua woh madine mein hua</w:t>
      </w:r>
      <w:r>
        <w:br/>
      </w:r>
      <w:r>
        <w:rPr>
          <w:sz w:val="20"/>
        </w:rPr>
        <w:t>26:03  aap ne 610 mein apna mission shuru kiya makka</w:t>
      </w:r>
    </w:p>
    <w:p>
      <w:pPr>
        <w:pStyle w:val="Heading2"/>
      </w:pPr>
      <w:r>
        <w:t>India's lack of scientific thinking</w:t>
      </w:r>
    </w:p>
    <w:p>
      <w:r>
        <w:rPr>
          <w:color w:val="666666"/>
          <w:sz w:val="18"/>
        </w:rPr>
        <w:t>Scientific Temper April 08, 2020 Maulana Wahiduddin Khan · 26s · at 1:01 · https://youtu.be/BqvmKPF6w0A?t=61</w:t>
      </w:r>
    </w:p>
    <w:p>
      <w:r>
        <w:rPr>
          <w:i/>
        </w:rPr>
        <w:t>“India's basic problem is lack of scientific thinking.”</w:t>
      </w:r>
    </w:p>
    <w:p>
      <w:r>
        <w:rPr>
          <w:sz w:val="20"/>
        </w:rPr>
        <w:t>1:01  yeh subject mere paas ban gaya ke indian sab ka, indian ka basic problem yeh hai ke yahan ke log</w:t>
      </w:r>
      <w:r>
        <w:br/>
      </w:r>
      <w:r>
        <w:rPr>
          <w:sz w:val="20"/>
        </w:rPr>
        <w:t>1:16  leak karte hain scientific thinking ko. to main is ko bohat ziyada study karta raha.</w:t>
      </w:r>
    </w:p>
    <w:p>
      <w:pPr>
        <w:pStyle w:val="Heading2"/>
      </w:pPr>
      <w:r>
        <w:t>The universal question of life's purpose</w:t>
      </w:r>
    </w:p>
    <w:p>
      <w:r>
        <w:rPr>
          <w:color w:val="666666"/>
          <w:sz w:val="18"/>
        </w:rPr>
        <w:t>Man and Paradise May 5, 2013 Maulana Wahiduddin Khan · 53s · at 1:00 · https://youtu.be/AAn7EW096nI?t=60</w:t>
      </w:r>
    </w:p>
    <w:p>
      <w:r>
        <w:rPr>
          <w:i/>
        </w:rPr>
        <w:t>“Poori tareekh mein mein samajhta hoon”</w:t>
      </w:r>
    </w:p>
    <w:p>
      <w:r>
        <w:rPr>
          <w:sz w:val="20"/>
        </w:rPr>
        <w:t>1:00  poori tareekh mein main samajhta hoon ke knowingly ya unknowingly, consciously ya unconsciously, sab ka</w:t>
      </w:r>
      <w:r>
        <w:br/>
      </w:r>
      <w:r>
        <w:rPr>
          <w:sz w:val="20"/>
        </w:rPr>
        <w:t>1:14  sawal yahi raha hai ke "what is the purpose of my life?" "what is the goal of my life?" mera goal kya hai?</w:t>
      </w:r>
      <w:r>
        <w:br/>
      </w:r>
      <w:r>
        <w:rPr>
          <w:sz w:val="20"/>
        </w:rPr>
        <w:t>1:27  mera maqsad kya hai? kya cheez mujhe paana hai? lekin main samajhta hoon ke poori tareekh mein</w:t>
      </w:r>
      <w:r>
        <w:br/>
      </w:r>
      <w:r>
        <w:rPr>
          <w:sz w:val="20"/>
        </w:rPr>
        <w:t>1:38  is mamle mein bohat hi kam log the jo pahunche apne sahi jawab tak.</w:t>
      </w:r>
    </w:p>
    <w:p>
      <w:pPr>
        <w:pStyle w:val="Heading2"/>
      </w:pPr>
      <w:r>
        <w:t>Listening with an empty mind</w:t>
      </w:r>
    </w:p>
    <w:p>
      <w:r>
        <w:rPr>
          <w:color w:val="666666"/>
          <w:sz w:val="18"/>
        </w:rPr>
        <w:t>Comparative Study of Religions | May 30, 2010 | Maulana Wahiduddin Khan · 30s · at 14:56 · https://youtu.be/W5Pm3XIyyz8?t=896</w:t>
      </w:r>
    </w:p>
    <w:p>
      <w:r>
        <w:rPr>
          <w:i/>
        </w:rPr>
        <w:t>“Main bilkul empty mind ho kar baat sunta hoon.”</w:t>
      </w:r>
    </w:p>
    <w:p>
      <w:r>
        <w:rPr>
          <w:sz w:val="20"/>
        </w:rPr>
        <w:t>14:56  to khuda ke fazl se mera mizaj yeh hai ke main bilkul empty mind ho kar baat sunta</w:t>
      </w:r>
      <w:r>
        <w:br/>
      </w:r>
      <w:r>
        <w:rPr>
          <w:sz w:val="20"/>
        </w:rPr>
        <w:t>15:00  hoon kisi ki.</w:t>
      </w:r>
      <w:r>
        <w:br/>
      </w:r>
      <w:r>
        <w:rPr>
          <w:sz w:val="20"/>
        </w:rPr>
        <w:t>15:04  koi dako hai, koi mere khilaf hai, koi mera dushman hai, koi islam ko nahi manta, kuch bhi ho.</w:t>
      </w:r>
      <w:r>
        <w:br/>
      </w:r>
      <w:r>
        <w:rPr>
          <w:sz w:val="20"/>
        </w:rPr>
        <w:t>15:09  That is his problem.</w:t>
      </w:r>
      <w:r>
        <w:br/>
      </w:r>
      <w:r>
        <w:rPr>
          <w:sz w:val="20"/>
        </w:rPr>
        <w:t>15:13  woh uska problem hai, problem nahi hai.</w:t>
      </w:r>
      <w:r>
        <w:br/>
      </w:r>
      <w:r>
        <w:rPr>
          <w:sz w:val="20"/>
        </w:rPr>
        <w:t>15:17  bilkul empty mind ho kar sunta hoon.</w:t>
      </w:r>
      <w:r>
        <w:br/>
      </w:r>
      <w:r>
        <w:rPr>
          <w:sz w:val="20"/>
        </w:rPr>
        <w:t>15:22  to har ek ke haan mujhe koi aisi cheez mil jati hai jis se mera intellectual development hota hai.</w:t>
      </w:r>
    </w:p>
    <w:p>
      <w:pPr>
        <w:pStyle w:val="Heading2"/>
      </w:pPr>
      <w:r>
        <w:t>Life not black and white story</w:t>
      </w:r>
    </w:p>
    <w:p>
      <w:r>
        <w:rPr>
          <w:color w:val="666666"/>
          <w:sz w:val="18"/>
        </w:rPr>
        <w:t>Discussions on the impact of Maulana Wahiduddin Khan's Thought June 28, 2020 · 1m 03s · at 6:44 · https://youtu.be/tOuo9f842fI?t=404</w:t>
      </w:r>
    </w:p>
    <w:p>
      <w:r>
        <w:rPr>
          <w:i/>
        </w:rPr>
        <w:t>“So I asked him this question, and he started a story.”</w:t>
      </w:r>
    </w:p>
    <w:p>
      <w:r>
        <w:rPr>
          <w:sz w:val="20"/>
        </w:rPr>
        <w:t>6:44  So I and so I basically asked him this, okay? And, uh, he started narrating a story as he does. So I think he told me that, you know, he's in Russia and, uh, there's nothing really vegetarian, uh, that you get in Russia.</w:t>
      </w:r>
      <w:r>
        <w:br/>
      </w:r>
      <w:r>
        <w:rPr>
          <w:sz w:val="20"/>
        </w:rPr>
        <w:t>7:00  So, uh, he and he doesn't usually eat non-vegetarian food, okay?</w:t>
      </w:r>
      <w:r>
        <w:br/>
      </w:r>
      <w:r>
        <w:rPr>
          <w:sz w:val="20"/>
        </w:rPr>
        <w:t>7:06  So he said that since nothing was available there I had to actually, you know, uh, switch. And that's how, uh, things are, uh, in life.</w:t>
      </w:r>
      <w:r>
        <w:br/>
      </w:r>
      <w:r>
        <w:rPr>
          <w:sz w:val="20"/>
        </w:rPr>
        <w:t>7:16  That it's not black and white. It's very, uh, you know, case-to-case basis. You obviously should, uh, hold on to, uh, what you</w:t>
      </w:r>
      <w:r>
        <w:br/>
      </w:r>
      <w:r>
        <w:rPr>
          <w:sz w:val="20"/>
        </w:rPr>
        <w:t>7:24  feel,right? But at the same time you'll have to make adjustments because, uh, you know, it's not always, uh, you can. Or it's very difficult sometimes to actually hold on to things.</w:t>
      </w:r>
      <w:r>
        <w:br/>
      </w:r>
      <w:r>
        <w:rPr>
          <w:sz w:val="20"/>
        </w:rPr>
        <w:t>7:35  So yeah, that's kind of, I think, stuck with me and, uh, helped me also, you know, find that answer within myself that, you know, what, what should I be doing?</w:t>
      </w:r>
    </w:p>
    <w:p>
      <w:pPr>
        <w:pStyle w:val="Heading2"/>
      </w:pPr>
      <w:r>
        <w:t>Newton's apple and gravity discovery</w:t>
      </w:r>
    </w:p>
    <w:p>
      <w:r>
        <w:rPr>
          <w:color w:val="666666"/>
          <w:sz w:val="18"/>
        </w:rPr>
        <w:t>A Special Day 28 April 2018 - Maulana Wahiduddin Khan · 47s · at 3:35 · https://youtu.be/MXrnOFgmAM4?t=215</w:t>
      </w:r>
    </w:p>
    <w:p>
      <w:r>
        <w:rPr>
          <w:i/>
        </w:rPr>
        <w:t>“Toh ek seb toota upar se”</w:t>
      </w:r>
    </w:p>
    <w:p>
      <w:r>
        <w:rPr>
          <w:sz w:val="20"/>
        </w:rPr>
        <w:t>3:35  yani is sir ko hit kiya is ne. hit karne ka matlab kya tha? aay bewaqoof insaan, to apne creator ki itni bari blessing se abhi tak bekhabar hai?</w:t>
      </w:r>
      <w:r>
        <w:br/>
      </w:r>
      <w:r>
        <w:rPr>
          <w:sz w:val="20"/>
        </w:rPr>
        <w:t>3:52  to that was apple shock.</w:t>
      </w:r>
      <w:r>
        <w:br/>
      </w:r>
      <w:r>
        <w:rPr>
          <w:sz w:val="20"/>
        </w:rPr>
        <w:t>3:56  apple shock tha woh. is ke baad insaan ne, yani Newton ne, sochna shuru kiya. sochna shuru kiya.</w:t>
      </w:r>
      <w:r>
        <w:br/>
      </w:r>
      <w:r>
        <w:rPr>
          <w:sz w:val="20"/>
        </w:rPr>
        <w:t>4:06  aur sochte sochte us ne</w:t>
      </w:r>
      <w:r>
        <w:br/>
      </w:r>
      <w:r>
        <w:rPr>
          <w:sz w:val="20"/>
        </w:rPr>
        <w:t>4:11  jana ke zameen ke andar gravitational field hai. tab se insaan ne jana hai itni bari blessing ko jo Allah rab ul alameen ne di.</w:t>
      </w:r>
    </w:p>
    <w:p>
      <w:pPr>
        <w:pStyle w:val="Heading2"/>
      </w:pPr>
      <w:r>
        <w:t>Prophet erased his title for peace</w:t>
      </w:r>
    </w:p>
    <w:p>
      <w:r>
        <w:rPr>
          <w:color w:val="666666"/>
          <w:sz w:val="18"/>
        </w:rPr>
        <w:t>The Art Of Thinking - Maulana Wahiduddin Khan · 44s · at 1:01:18 · https://youtu.be/tjyEWeHgmpM?t=3678</w:t>
      </w:r>
    </w:p>
    <w:p>
      <w:r>
        <w:rPr>
          <w:i/>
        </w:rPr>
        <w:t>“Aap ne Rasool Allah ka word apne haath se mita diya”</w:t>
      </w:r>
    </w:p>
    <w:p>
      <w:r>
        <w:rPr>
          <w:sz w:val="20"/>
        </w:rPr>
        <w:t>1:01:18  to ab kaise mitayein is ko? aap ne Rasool Allah ka word jo likha ja chuka tha agreement par, paper par, us ko apne haath se mita diya.</w:t>
      </w:r>
      <w:r>
        <w:br/>
      </w:r>
      <w:r>
        <w:rPr>
          <w:sz w:val="20"/>
        </w:rPr>
        <w:t>1:01:32  balkeh aata hai riwayaton mein ke Hazrat Ali likh rahe the, aap ne kaha ke mitayo. to unhone kaha ke main to nahi mitayunga. woh mitane par raazi nahi hue.</w:t>
      </w:r>
      <w:r>
        <w:br/>
      </w:r>
      <w:r>
        <w:rPr>
          <w:sz w:val="20"/>
        </w:rPr>
        <w:t>1:01:43  to aap ne khud apne haath se mitaya aur wahan par likhwaya Muhammad bin Abdullah. ab zara gaur kijiye ke aap ki jo asal jo hesiyat thi, woh yeh to thi ke aap Rasool Allah the,</w:t>
      </w:r>
      <w:r>
        <w:br/>
      </w:r>
      <w:r>
        <w:rPr>
          <w:sz w:val="20"/>
        </w:rPr>
        <w:t>1:01:57  aap profit the, usi ko mita diya paper par. kaisi ajeeb baat hai</w:t>
      </w:r>
    </w:p>
    <w:p>
      <w:pPr>
        <w:pStyle w:val="Heading2"/>
      </w:pPr>
      <w:r>
        <w:t>Daily re-planning is essential</w:t>
      </w:r>
    </w:p>
    <w:p>
      <w:r>
        <w:rPr>
          <w:color w:val="666666"/>
          <w:sz w:val="18"/>
        </w:rPr>
        <w:t>Replanning | February 26, 2017 · 30s · at 19:43 · https://youtu.be/E120hwMH9x8?t=1183</w:t>
      </w:r>
    </w:p>
    <w:p>
      <w:r>
        <w:rPr>
          <w:i/>
        </w:rPr>
        <w:t>“Kul yom hu fi shan, har din tujh ko re-planning karni hai.”</w:t>
      </w:r>
    </w:p>
    <w:p>
      <w:r>
        <w:rPr>
          <w:sz w:val="20"/>
        </w:rPr>
        <w:t>19:43  quran ke usloob ko samjhiye kal yaum ho fi shan bazahir Allah ke bare mein hai lekin insan</w:t>
      </w:r>
      <w:r>
        <w:br/>
      </w:r>
      <w:r>
        <w:rPr>
          <w:sz w:val="20"/>
        </w:rPr>
        <w:t>19:50  ko message diya gaya hai ye message diya gaya hai is mein aye insan har din tujh ko</w:t>
      </w:r>
      <w:r>
        <w:br/>
      </w:r>
      <w:r>
        <w:rPr>
          <w:sz w:val="20"/>
        </w:rPr>
        <w:t>19:58  re planning karni hai har din tum ko nai baat daryaft karni hai har din tum ko re</w:t>
      </w:r>
      <w:r>
        <w:br/>
      </w:r>
      <w:r>
        <w:rPr>
          <w:sz w:val="20"/>
        </w:rPr>
        <w:t>20:06  discovery par khara hona hai yeh hai is ke andar message.</w:t>
      </w:r>
    </w:p>
    <w:p>
      <w:pPr>
        <w:pStyle w:val="Heading2"/>
      </w:pPr>
      <w:r>
        <w:t>closing Quran verse on wisdom as abundant wealth</w:t>
      </w:r>
    </w:p>
    <w:p>
      <w:r>
        <w:rPr>
          <w:color w:val="666666"/>
          <w:sz w:val="18"/>
        </w:rPr>
        <w:t>What is Wisdom CPS Women Session · 41s · at 10:12 · https://youtu.be/l73-Js3cVkc?t=612</w:t>
      </w:r>
    </w:p>
    <w:p>
      <w:r>
        <w:rPr>
          <w:i/>
        </w:rPr>
        <w:t>“Whoever is granted wisdom has been granted abundant wealth”</w:t>
      </w:r>
    </w:p>
    <w:p>
      <w:r>
        <w:rPr>
          <w:sz w:val="20"/>
        </w:rPr>
        <w:t>10:12  aakhir mein Quran ki chapter 2 ki verse 269 ko parh kar is ko khatam karte hain. woh jis ko chahta hai hikmat de deta hai, aur jis ko hikmat mili us ko bari daulat mil gayi, aur naseehat wahi hasil karte hain jo aqal wale hain.</w:t>
      </w:r>
      <w:r>
        <w:br/>
      </w:r>
      <w:r>
        <w:rPr>
          <w:sz w:val="20"/>
        </w:rPr>
        <w:t>10:31  bohat achha aap ne. is ka main English translation parhti hoon</w:t>
      </w:r>
      <w:r>
        <w:br/>
      </w:r>
      <w:r>
        <w:rPr>
          <w:sz w:val="20"/>
        </w:rPr>
        <w:t>10:34  . He grants wisdom to whom He will, and whoever is granted wisdom has indeed been granted abundant wealth.</w:t>
      </w:r>
      <w:r>
        <w:br/>
      </w:r>
      <w:r>
        <w:rPr>
          <w:sz w:val="20"/>
        </w:rPr>
        <w:t>10:43  Yet none bear this in mind except those endowed with understanding. bohat important verse aap aap ne is ko batai.</w:t>
      </w:r>
    </w:p>
    <w:p>
      <w:pPr>
        <w:pStyle w:val="Heading2"/>
      </w:pPr>
      <w:r>
        <w:t>Plan life, avoid desire and emotion</w:t>
      </w:r>
    </w:p>
    <w:p>
      <w:r>
        <w:rPr>
          <w:color w:val="666666"/>
          <w:sz w:val="18"/>
        </w:rPr>
        <w:t>Q&amp;A 29 Mar 2009 Maulana Wahiduddin Khan · 36s · at 5:40 · https://youtu.be/pr358S6nndo?t=340</w:t>
      </w:r>
    </w:p>
    <w:p>
      <w:r>
        <w:rPr>
          <w:i/>
        </w:rPr>
        <w:t>“तो याद रखिए कि इस दुनिया में सबसे बड़ा किलर जो है”</w:t>
      </w:r>
    </w:p>
    <w:p>
      <w:r>
        <w:rPr>
          <w:sz w:val="20"/>
        </w:rPr>
        <w:t>5:40  to iske liye paisa kamana hai, paisa kamana hai, paisa kamana hai. Aisa paisa jiska koi use nahi, jiska koi istemal nahi. to yaad rakhiye ki is duniya mein sabse bada killer jo hai, killer yahi hai ki aadmi bagair planning ke sirf</w:t>
      </w:r>
      <w:r>
        <w:br/>
      </w:r>
      <w:r>
        <w:rPr>
          <w:sz w:val="20"/>
        </w:rPr>
        <w:t>5:57  desire, sentiment, emotion ke saath chalta rehta hai. to aap apni zindagi ko plan way mein bitaiye aur uske baad uska result hoga strong personality.</w:t>
      </w:r>
    </w:p>
    <w:p>
      <w:pPr>
        <w:pStyle w:val="Heading2"/>
      </w:pPr>
      <w:r>
        <w:t>Misuse of freedom vs evil</w:t>
      </w:r>
    </w:p>
    <w:p>
      <w:r>
        <w:rPr>
          <w:color w:val="666666"/>
          <w:sz w:val="18"/>
        </w:rPr>
        <w:t>Present Muslims Mind 14 April, 2013 Maulana Wahiduddin Khan · 41s · at 11:01 · https://youtu.be/Gb545Y17vSI?t=661</w:t>
      </w:r>
    </w:p>
    <w:p>
      <w:r>
        <w:rPr>
          <w:i/>
        </w:rPr>
        <w:t>“Title galat hai, yaad rakhiye”</w:t>
      </w:r>
    </w:p>
    <w:p>
      <w:r>
        <w:rPr>
          <w:sz w:val="20"/>
        </w:rPr>
        <w:t>11:01  to title galat hai, yaad rakhiye. Logon ne jo title bana rakha hai, evil, zulm, conspiracy, yeh title galat hai.</w:t>
      </w:r>
      <w:r>
        <w:br/>
      </w:r>
      <w:r>
        <w:rPr>
          <w:sz w:val="20"/>
        </w:rPr>
        <w:t>11:10  sahi title kya hai? Misuse of freedom.</w:t>
      </w:r>
      <w:r>
        <w:br/>
      </w:r>
      <w:r>
        <w:rPr>
          <w:sz w:val="20"/>
        </w:rPr>
        <w:t>11:19  yeh dunya ke waqiyat jo ho rahe hain, in ke samajhne ke liye logon ne title hi galat bana rakha hai. Is ko evil ke title ke tehat padhte hain, zulm ke sazish ke tehat padhte hain.</w:t>
      </w:r>
      <w:r>
        <w:br/>
      </w:r>
      <w:r>
        <w:rPr>
          <w:sz w:val="20"/>
        </w:rPr>
        <w:t>11:33  nahi, in sab ko aap ek hi title dijiye, woh hai misuse of freedom.</w:t>
      </w:r>
    </w:p>
    <w:p>
      <w:pPr>
        <w:pStyle w:val="Heading2"/>
      </w:pPr>
      <w:r>
        <w:t>True help is giving wisdom, not money</w:t>
      </w:r>
    </w:p>
    <w:p>
      <w:r>
        <w:rPr>
          <w:color w:val="666666"/>
          <w:sz w:val="18"/>
        </w:rPr>
        <w:t>The Concept of Help Feb 9, 2020—Maulana Wahiduddin Khan · 23s · at 29:33 · https://youtu.be/WScXmduh1AQ?t=1773</w:t>
      </w:r>
    </w:p>
    <w:p>
      <w:r>
        <w:rPr>
          <w:i/>
        </w:rPr>
        <w:t>“ہیلپ کرنا ہے کہ کوئی عقل دیں”</w:t>
      </w:r>
    </w:p>
    <w:p>
      <w:r>
        <w:rPr>
          <w:sz w:val="20"/>
        </w:rPr>
        <w:t>29:33  to jin sahib ne khat likha hai, sawal kiya hai, mein un se kahunga ke aap ab jis soch ko badlie, doosron ko help karna yeh nahi ke aap ko paisa dein, help karna hai ke koi aqal dein.</w:t>
      </w:r>
      <w:r>
        <w:br/>
      </w:r>
      <w:r>
        <w:rPr>
          <w:sz w:val="20"/>
        </w:rPr>
        <w:t>29:49  doosron ki help yeh nahi hai ke koi paisa dein, un ko, un ko aqal dijiye.</w:t>
      </w:r>
      <w:r>
        <w:br/>
      </w:r>
      <w:r>
        <w:rPr>
          <w:sz w:val="20"/>
        </w:rPr>
        <w:t>29:57  aap ko agar samajhna, us ko janna ho ke aqal dena kya cheez hai to hamari latest ki koi book, wahi jo english mein chhapi hai, uska title hai "the secret of success".</w:t>
      </w:r>
    </w:p>
    <w:p>
      <w:pPr>
        <w:pStyle w:val="Heading2"/>
      </w:pPr>
      <w:r>
        <w:t>Positivity is a great teaching of Islam</w:t>
      </w:r>
    </w:p>
    <w:p>
      <w:r>
        <w:rPr>
          <w:color w:val="666666"/>
          <w:sz w:val="18"/>
        </w:rPr>
        <w:t>Blasphemy in Islam 14 Dec, 2007 - Maulana Wahiduddin Khan · 23s · at 56:46 · https://youtu.be/M816Pd-pDNc?t=3406</w:t>
      </w:r>
    </w:p>
    <w:p>
      <w:r>
        <w:rPr>
          <w:i/>
        </w:rPr>
        <w:t>“We must respond positively.”</w:t>
      </w:r>
    </w:p>
    <w:p>
      <w:r>
        <w:rPr>
          <w:sz w:val="20"/>
        </w:rPr>
        <w:t>56:46  we must respond positively. you know, positivity is a great teaching of islam.</w:t>
      </w:r>
      <w:r>
        <w:br/>
      </w:r>
      <w:r>
        <w:rPr>
          <w:sz w:val="20"/>
        </w:rPr>
        <w:t>56:57  we have to react positively even in negative situations. this is the islamic teachings.</w:t>
      </w:r>
    </w:p>
    <w:p>
      <w:pPr>
        <w:pStyle w:val="Heading2"/>
      </w:pPr>
      <w:r>
        <w:t>Afghan people can change their mind</w:t>
      </w:r>
    </w:p>
    <w:p>
      <w:r>
        <w:rPr>
          <w:color w:val="666666"/>
          <w:sz w:val="18"/>
        </w:rPr>
        <w:t>Islam and Peace (In Conversation with Maulana) April 5, 2009 · 21s · at 18:36 · https://youtu.be/-1Bnl6dYkrg?t=1116</w:t>
      </w:r>
    </w:p>
    <w:p>
      <w:r>
        <w:rPr>
          <w:i/>
        </w:rPr>
        <w:t>“So Afghan people are also human being, just like ours”</w:t>
      </w:r>
    </w:p>
    <w:p>
      <w:r>
        <w:rPr>
          <w:sz w:val="20"/>
        </w:rPr>
        <w:t>18:36  so so afghani people are are also human being, just like ours. so we can change their mind. but until this date, there is no sincere effort. no sincere effort.</w:t>
      </w:r>
    </w:p>
    <w:p>
      <w:pPr>
        <w:pStyle w:val="Heading2"/>
      </w:pPr>
      <w:r>
        <w:t>Focus on better planning not complaints</w:t>
      </w:r>
    </w:p>
    <w:p>
      <w:r>
        <w:rPr>
          <w:color w:val="666666"/>
          <w:sz w:val="18"/>
        </w:rPr>
        <w:t>Modern Age June 9, 2019 Maulana Wahiduddin Khan · 27s · at 6:00 · https://youtu.be/7mjCvAvHEdA?t=360</w:t>
      </w:r>
    </w:p>
    <w:p>
      <w:r>
        <w:rPr>
          <w:i/>
        </w:rPr>
        <w:t>“Ab toh yeh nikalo, ab yeh dhundho”</w:t>
      </w:r>
    </w:p>
    <w:p>
      <w:r>
        <w:rPr>
          <w:sz w:val="20"/>
        </w:rPr>
        <w:t>6:00  ke bartar planning kiya hai?</w:t>
      </w:r>
      <w:r>
        <w:br/>
      </w:r>
      <w:r>
        <w:rPr>
          <w:sz w:val="20"/>
        </w:rPr>
        <w:t>6:06  planning ka bartar tareeqa kiya hai?</w:t>
      </w:r>
      <w:r>
        <w:br/>
      </w:r>
      <w:r>
        <w:rPr>
          <w:sz w:val="20"/>
        </w:rPr>
        <w:t>6:12  bartar mansoobah saazi kiya hai? aur is ko ikhtiyar karo.</w:t>
      </w:r>
    </w:p>
    <w:p>
      <w:pPr>
        <w:pStyle w:val="Heading2"/>
      </w:pPr>
      <w:r>
        <w:t>Answers from thinking, not questions</w:t>
      </w:r>
    </w:p>
    <w:p>
      <w:r>
        <w:rPr>
          <w:color w:val="666666"/>
          <w:sz w:val="18"/>
        </w:rPr>
        <w:t>Q&amp;A 29 Mar 2009 Maulana Wahiduddin Khan · 20s · at 31:07 · https://youtu.be/pr358S6nndo?t=1867</w:t>
      </w:r>
    </w:p>
    <w:p>
      <w:r>
        <w:rPr>
          <w:i/>
        </w:rPr>
        <w:t>“सवाल करने से जवाब नहीं मिलता।”</w:t>
      </w:r>
    </w:p>
    <w:p>
      <w:r>
        <w:rPr>
          <w:sz w:val="20"/>
        </w:rPr>
        <w:t>31:07  sawal karne se jawab nahin milta. yaad rakhen, sochne se jawab milta hai. yeh bahut main tajurbe ke baad yeh baat keh raha hoon ke sawal karne se jawab nahin milta hai. sochne se jawab milta hai.</w:t>
      </w:r>
    </w:p>
    <w:p>
      <w:pPr>
        <w:pStyle w:val="Heading2"/>
      </w:pPr>
      <w:r>
        <w:t>Blasphemy is a challenge not a crime</w:t>
      </w:r>
    </w:p>
    <w:p>
      <w:r>
        <w:rPr>
          <w:color w:val="666666"/>
          <w:sz w:val="18"/>
        </w:rPr>
        <w:t>Blasphemy in Islam 14 Dec, 2007 - Maulana Wahiduddin Khan · 38s · at 39:22 · https://youtu.be/M816Pd-pDNc?t=2362</w:t>
      </w:r>
    </w:p>
    <w:p>
      <w:r>
        <w:rPr>
          <w:i/>
        </w:rPr>
        <w:t>“There is very important to note the difference between challenge and crime.”</w:t>
      </w:r>
    </w:p>
    <w:p>
      <w:r>
        <w:rPr>
          <w:sz w:val="20"/>
        </w:rPr>
        <w:t>39:22  there is very important to know the difference between challenge and crime. so, if one is engaged in blasphemous activities, if anyone issues a derogatory remark to the prophet of Islam,</w:t>
      </w:r>
      <w:r>
        <w:br/>
      </w:r>
      <w:r>
        <w:rPr>
          <w:sz w:val="20"/>
        </w:rPr>
        <w:t>39:43  it is not challenge. no, it is not a crime, but it is a challenge.</w:t>
      </w:r>
      <w:r>
        <w:br/>
      </w:r>
      <w:r>
        <w:rPr>
          <w:sz w:val="20"/>
        </w:rPr>
        <w:t>39:52  so, shatm rasool is a challenge and not a crime.</w:t>
      </w:r>
    </w:p>
    <w:p>
      <w:pPr>
        <w:pStyle w:val="Heading2"/>
      </w:pPr>
      <w:r>
        <w:t>Human free submission to God</w:t>
      </w:r>
    </w:p>
    <w:p>
      <w:r>
        <w:rPr>
          <w:color w:val="666666"/>
          <w:sz w:val="18"/>
        </w:rPr>
        <w:t>Islam Ideology, Team and Method 9 Oct, 2011 - Maulana Wahiduddin Khan · 23s · at 8:03 · https://youtu.be/gEd027DIDw8?t=483</w:t>
      </w:r>
    </w:p>
    <w:p>
      <w:r>
        <w:rPr>
          <w:i/>
        </w:rPr>
        <w:t>“Khudaya, main tera banda hoon, main tere qanoon ka paband hoon.”</w:t>
      </w:r>
    </w:p>
    <w:p>
      <w:r>
        <w:rPr>
          <w:sz w:val="20"/>
        </w:rPr>
        <w:t>8:03  mein tere laws ko follow karta hoon"۔ insan is zameen par khada hota hai aur khud apne irade se, apne ikhtiyar se, apni azadi se kehta hai ke "khudaya, mein tera banda hoon,</w:t>
      </w:r>
      <w:r>
        <w:br/>
      </w:r>
      <w:r>
        <w:rPr>
          <w:sz w:val="20"/>
        </w:rPr>
        <w:t>8:22  mein</w:t>
      </w:r>
    </w:p>
    <w:p>
      <w:pPr>
        <w:pStyle w:val="Heading2"/>
      </w:pPr>
      <w:r>
        <w:t>Importance of education for youth</w:t>
      </w:r>
    </w:p>
    <w:p>
      <w:r>
        <w:rPr>
          <w:color w:val="666666"/>
          <w:sz w:val="18"/>
        </w:rPr>
        <w:t>Interview Session with Maulana Wahiduddin Khan December 18, 2018 · 34s · at 52:29 · https://youtu.be/hLFWrNgTn1I?t=3149</w:t>
      </w:r>
    </w:p>
    <w:p>
      <w:r>
        <w:rPr>
          <w:i/>
        </w:rPr>
        <w:t>“Education, education, education never leave it.”</w:t>
      </w:r>
    </w:p>
    <w:p>
      <w:r>
        <w:rPr>
          <w:sz w:val="20"/>
        </w:rPr>
        <w:t>52:29  basa waqt ka hukam naateq yahi hai ke jo kuch jo kuch ke dunya mein hai, woh taleem hi hai. to main saare naujawanon ko ek hi baat kehta hoon, education, education, education sab chhod do, lekin education mat chhodho.</w:t>
      </w:r>
      <w:r>
        <w:br/>
      </w:r>
      <w:r>
        <w:rPr>
          <w:sz w:val="20"/>
        </w:rPr>
        <w:t>52:49  bas saare darwaze aap ke liye khule hain</w:t>
      </w:r>
      <w:r>
        <w:br/>
      </w:r>
      <w:r>
        <w:rPr>
          <w:sz w:val="20"/>
        </w:rPr>
        <w:t>52:53  aap education lijiye, padh kar apne aap ko competitive banaiye, competent. bas</w:t>
      </w:r>
    </w:p>
    <w:p>
      <w:pPr>
        <w:pStyle w:val="Heading2"/>
      </w:pPr>
      <w:r>
        <w:t>Ignore small problems to achieve big success</w:t>
      </w:r>
    </w:p>
    <w:p>
      <w:r>
        <w:rPr>
          <w:color w:val="666666"/>
          <w:sz w:val="18"/>
        </w:rPr>
        <w:t>The Importance of Wisdom November 4, 2012 · 50s · at 37:58 · https://youtu.be/7e6FvqRSHic?t=2278</w:t>
      </w:r>
    </w:p>
    <w:p>
      <w:r>
        <w:rPr>
          <w:i/>
        </w:rPr>
        <w:t>“چھوٹے مسائل کو نظر انداز کرو تاکہ بڑی کامیابی مل سکے۔”</w:t>
      </w:r>
    </w:p>
    <w:p>
      <w:r>
        <w:rPr>
          <w:sz w:val="20"/>
        </w:rPr>
        <w:t>37:58  is se yeh usool nikla ke aap ko chhote masail ko nazar andaaz karna chahiye taake aap koi badi kamyabi hasil kar saken</w:t>
      </w:r>
      <w:r>
        <w:br/>
      </w:r>
      <w:r>
        <w:rPr>
          <w:sz w:val="20"/>
        </w:rPr>
        <w:t>38:12  zindagi mein hamesha chhote masail honge agar chhote masail par aap nazar andaaz na karen to bade masail pe nahi badi kamyabi bhi aap ko nahi nahi milegi</w:t>
      </w:r>
      <w:r>
        <w:br/>
      </w:r>
      <w:r>
        <w:rPr>
          <w:sz w:val="20"/>
        </w:rPr>
        <w:t>38:25  aik purana masla hai ke kutte bhokte rehte hain haathi chalta rehta hai ab jo aadmi kutte ke bhokne par usay takrata rahe to manzil par kaise pahunch jayega woh us ko der ho jayegi manzil pahunchne mein kutton se takrate rahiye to kutton ki bhook ko aap ignore kijiye taake time par apni manzil pahunch saken</w:t>
      </w:r>
    </w:p>
    <w:p>
      <w:pPr>
        <w:pStyle w:val="Heading2"/>
      </w:pPr>
      <w:r>
        <w:t>Pride and hate without foundation</w:t>
      </w:r>
    </w:p>
    <w:p>
      <w:r>
        <w:rPr>
          <w:color w:val="666666"/>
          <w:sz w:val="18"/>
        </w:rPr>
        <w:t>Present Day Muslims Jan 13, 2013 - Maulana Wahiduddin Khan · 37s · at 35:53 · https://youtu.be/z5q4zuu7kKY?t=2153</w:t>
      </w:r>
    </w:p>
    <w:p>
      <w:r>
        <w:rPr>
          <w:i/>
        </w:rPr>
        <w:t>“Jo saltanat aap ki khatam ho gayi”</w:t>
      </w:r>
    </w:p>
    <w:p>
      <w:r>
        <w:rPr>
          <w:sz w:val="20"/>
        </w:rPr>
        <w:t>35:53  jo saltanat aap ka khatam ho gaya, jo saltanat aap ki khatam ho gayi, us par fakhr karne ka kya matlab hai? jo cheez maujood nahi hai, us par fakhr karna.</w:t>
      </w:r>
      <w:r>
        <w:br/>
      </w:r>
      <w:r>
        <w:rPr>
          <w:sz w:val="20"/>
        </w:rPr>
        <w:t>36:05  yani pride without any base.</w:t>
      </w:r>
      <w:r>
        <w:br/>
      </w:r>
      <w:r>
        <w:rPr>
          <w:sz w:val="20"/>
        </w:rPr>
        <w:t>36:10  yeh toh goya reit par mahal khara kar rahe hain aap.</w:t>
      </w:r>
      <w:r>
        <w:br/>
      </w:r>
      <w:r>
        <w:rPr>
          <w:sz w:val="20"/>
        </w:rPr>
        <w:t>36:14  toh musalmanon ka jo pride hai, woh bhi without any base hai, baghair kisi buniyad ke hai woh. is ka matlab hai ke aap musalman falsehood mein jee rahe hain.</w:t>
      </w:r>
      <w:r>
        <w:br/>
      </w:r>
      <w:r>
        <w:rPr>
          <w:sz w:val="20"/>
        </w:rPr>
        <w:t>36:26  falsehood mein.</w:t>
      </w:r>
    </w:p>
    <w:p>
      <w:pPr>
        <w:pStyle w:val="Heading2"/>
      </w:pPr>
      <w:r>
        <w:t>Think before action</w:t>
      </w:r>
    </w:p>
    <w:p>
      <w:r>
        <w:rPr>
          <w:color w:val="666666"/>
          <w:sz w:val="18"/>
        </w:rPr>
        <w:t>Result Oriented Life 23 Jan, 08 - Maulana Wahiduddin Khan · 27s · at 28:36 · https://youtu.be/eA6rtcPn-rY?t=1716</w:t>
      </w:r>
    </w:p>
    <w:p>
      <w:r>
        <w:rPr>
          <w:i/>
        </w:rPr>
        <w:t>“No one is ready to think.”</w:t>
      </w:r>
    </w:p>
    <w:p>
      <w:r>
        <w:rPr>
          <w:sz w:val="20"/>
        </w:rPr>
        <w:t>28:36  no one is ready to think. first of all, you have think. then thinking before action.</w:t>
      </w:r>
      <w:r>
        <w:br/>
      </w:r>
      <w:r>
        <w:rPr>
          <w:sz w:val="20"/>
        </w:rPr>
        <w:t>28:46  this is the formula. think before action. assess before action.</w:t>
      </w:r>
      <w:r>
        <w:br/>
      </w:r>
      <w:r>
        <w:rPr>
          <w:sz w:val="20"/>
        </w:rPr>
        <w:t>28:54  examine before action.</w:t>
      </w:r>
    </w:p>
    <w:p>
      <w:pPr>
        <w:pStyle w:val="Heading2"/>
      </w:pPr>
      <w:r>
        <w:t>Ijtihad reward even if wrong</w:t>
      </w:r>
    </w:p>
    <w:p>
      <w:r>
        <w:rPr>
          <w:color w:val="666666"/>
          <w:sz w:val="18"/>
        </w:rPr>
        <w:t>Principle of Talif al-Qalb (English) May 2, 2009 Maulana Wahiduddin Khan · 39s · at 59:40 · https://youtu.be/rDs0yh-Nsig?t=3580</w:t>
      </w:r>
    </w:p>
    <w:p>
      <w:r>
        <w:rPr>
          <w:i/>
        </w:rPr>
        <w:t>“If you do ijtihad and your ijtihad is correct”</w:t>
      </w:r>
    </w:p>
    <w:p>
      <w:r>
        <w:rPr>
          <w:sz w:val="20"/>
        </w:rPr>
        <w:t>59:40  so hadith says that if you do ijtihad and your ijtihad is correct.</w:t>
      </w:r>
      <w:r>
        <w:br/>
      </w:r>
      <w:r>
        <w:rPr>
          <w:sz w:val="20"/>
        </w:rPr>
        <w:t>59:50  if you do ijtihad and your ijtihad is correct, then you will be given double reward. that you will be given double double reward.</w:t>
      </w:r>
      <w:r>
        <w:br/>
      </w:r>
      <w:r>
        <w:rPr>
          <w:sz w:val="20"/>
        </w:rPr>
        <w:t>1:00:03  and if your ijtihad is wrong, then you will be given single reward.</w:t>
      </w:r>
      <w:r>
        <w:br/>
      </w:r>
      <w:r>
        <w:rPr>
          <w:sz w:val="20"/>
        </w:rPr>
        <w:t>1:00:13  in both the cases, you will be given reward.</w:t>
      </w:r>
    </w:p>
    <w:p>
      <w:pPr>
        <w:pStyle w:val="Heading2"/>
      </w:pPr>
      <w:r>
        <w:t>Da'wah is obligatory for every Muslim</w:t>
      </w:r>
    </w:p>
    <w:p>
      <w:r>
        <w:rPr>
          <w:color w:val="666666"/>
          <w:sz w:val="18"/>
        </w:rPr>
        <w:t>Principle of Talif al-Qalb (English) May 2, 2009 Maulana Wahiduddin Khan · 41s · at 19:49 · https://youtu.be/rDs0yh-Nsig?t=1189</w:t>
      </w:r>
    </w:p>
    <w:p>
      <w:r>
        <w:rPr>
          <w:i/>
        </w:rPr>
        <w:t>“Every Muslim, every believer has to do the work.”</w:t>
      </w:r>
    </w:p>
    <w:p>
      <w:r>
        <w:rPr>
          <w:sz w:val="20"/>
        </w:rPr>
        <w:t>19:49  evri muslim, evri momn hiz to du da work. der iz no, daawa iz nat, daawa fr as iz nat optional, iz abligtry.</w:t>
      </w:r>
      <w:r>
        <w:br/>
      </w:r>
      <w:r>
        <w:rPr>
          <w:sz w:val="20"/>
        </w:rPr>
        <w:t>20:04  daawa fr as iz nat optional, nat valntry, but it iz, it iz abligtry. evri muslim hev to du da work.</w:t>
      </w:r>
      <w:r>
        <w:br/>
      </w:r>
      <w:r>
        <w:rPr>
          <w:sz w:val="20"/>
        </w:rPr>
        <w:t>20:15  Some scholars believe that it is, it is for the kifaya. No, it is not for the kifaya. It is for the ain. You have to do the work, otherwise you are not a complete Muslim.</w:t>
      </w:r>
    </w:p>
    <w:p>
      <w:pPr>
        <w:pStyle w:val="Heading2"/>
      </w:pPr>
      <w:r>
        <w:t>Countdown to earth's end near</w:t>
      </w:r>
    </w:p>
    <w:p>
      <w:r>
        <w:rPr>
          <w:color w:val="666666"/>
          <w:sz w:val="18"/>
        </w:rPr>
        <w:t>Global Warming May 13, 2008 · 40s · at 7:14 · https://youtu.be/AmgbF0n3lz4?t=434</w:t>
      </w:r>
    </w:p>
    <w:p>
      <w:r>
        <w:rPr>
          <w:i/>
        </w:rPr>
        <w:t>“Countdown is at its last billion end near”</w:t>
      </w:r>
    </w:p>
    <w:p>
      <w:r>
        <w:rPr>
          <w:sz w:val="20"/>
        </w:rPr>
        <w:t>7:14  ke countdown jo hai</w:t>
      </w:r>
      <w:r>
        <w:br/>
      </w:r>
      <w:r>
        <w:rPr>
          <w:sz w:val="20"/>
        </w:rPr>
        <w:t>7:17  wo last bitol tak pohnch chuka</w:t>
      </w:r>
      <w:r>
        <w:br/>
      </w:r>
      <w:r>
        <w:rPr>
          <w:sz w:val="20"/>
        </w:rPr>
        <w:t>7:20  is se pehle insan janta tha ke countdown to ho raha hai lekin chalega pata nahi</w:t>
      </w:r>
      <w:r>
        <w:br/>
      </w:r>
      <w:r>
        <w:rPr>
          <w:sz w:val="20"/>
        </w:rPr>
        <w:t>7:25  million billion years tak</w:t>
      </w:r>
      <w:r>
        <w:br/>
      </w:r>
      <w:r>
        <w:rPr>
          <w:sz w:val="20"/>
        </w:rPr>
        <w:t>7:28  ab jo global warming hai</w:t>
      </w:r>
      <w:r>
        <w:br/>
      </w:r>
      <w:r>
        <w:rPr>
          <w:sz w:val="20"/>
        </w:rPr>
        <w:t>7:31  wo bata rahi hai ke countdown bohat pass aa chuka</w:t>
      </w:r>
      <w:r>
        <w:br/>
      </w:r>
      <w:r>
        <w:rPr>
          <w:sz w:val="20"/>
        </w:rPr>
        <w:t>7:36  yeh kaha jaye to ghalti ho gayi ke countdown last bitol tak pohnch chuka kyunke abhi jo aap</w:t>
      </w:r>
      <w:r>
        <w:br/>
      </w:r>
      <w:r>
        <w:rPr>
          <w:sz w:val="20"/>
        </w:rPr>
        <w:t>7:41  dekhte hain jo scientific community keh rahi hai ke das saal ke andar andar sab kuch badal jaye</w:t>
      </w:r>
      <w:r>
        <w:br/>
      </w:r>
      <w:r>
        <w:rPr>
          <w:sz w:val="20"/>
        </w:rPr>
        <w:t>7:47  ga das saal ke andar andar</w:t>
      </w:r>
    </w:p>
    <w:p>
      <w:pPr>
        <w:pStyle w:val="Heading2"/>
      </w:pPr>
      <w:r>
        <w:t>Wisdom of delaying political issues</w:t>
      </w:r>
    </w:p>
    <w:p>
      <w:r>
        <w:rPr>
          <w:color w:val="666666"/>
          <w:sz w:val="18"/>
        </w:rPr>
        <w:t>Comparative Study of Religions | May 30, 2010 | Maulana Wahiduddin Khan · 30s · at 50:51 · https://youtu.be/W5Pm3XIyyz8?t=3051</w:t>
      </w:r>
    </w:p>
    <w:p>
      <w:r>
        <w:rPr>
          <w:i/>
        </w:rPr>
        <w:t>“This is a great wisdom: put the political aspect in pending.”</w:t>
      </w:r>
    </w:p>
    <w:p>
      <w:r>
        <w:rPr>
          <w:sz w:val="20"/>
        </w:rPr>
        <w:t>50:51  ? yeh bohat hi bari is ka wisdom hai. wisdom, wisdom yeh hai ke political jo pehlu hai, us ko pending mein daal do, pending mein daal do. opportunities ko avail karo, yaani avail the opportunities and and leave the problem in pending</w:t>
      </w:r>
    </w:p>
    <w:p>
      <w:pPr>
        <w:pStyle w:val="Heading2"/>
      </w:pPr>
      <w:r>
        <w:t>Law of 30 seconds definition</w:t>
      </w:r>
    </w:p>
    <w:p>
      <w:r>
        <w:rPr>
          <w:color w:val="666666"/>
          <w:sz w:val="18"/>
        </w:rPr>
        <w:t>Laws of 30 seconds (English) | April 10, 2007 | Maulana Wahiduddin Khan · 30s · at 27:57 · https://youtu.be/gO17yriKYfs?t=1677</w:t>
      </w:r>
    </w:p>
    <w:p>
      <w:r>
        <w:rPr>
          <w:i/>
        </w:rPr>
        <w:t>“Law of 30 seconds means you have to intervene.”</w:t>
      </w:r>
    </w:p>
    <w:p>
      <w:r>
        <w:rPr>
          <w:sz w:val="20"/>
        </w:rPr>
        <w:t>27:57  ka matlab hai ke aap ko dakhal dena chahiye, ta ke aap waqeat ke rukh ko badal saken. aap dakhal de sakte hain, al-hawa khwahishat ka koi zehn nahi hota. khwahishat sirf khwahishat hain. lekin aap apni khwahish ko control kar sakte hain. aap ke paas</w:t>
      </w:r>
    </w:p>
    <w:p>
      <w:pPr>
        <w:pStyle w:val="Heading2"/>
      </w:pPr>
      <w:r>
        <w:t>Civilization's journey reaches its end</w:t>
      </w:r>
    </w:p>
    <w:p>
      <w:r>
        <w:rPr>
          <w:color w:val="666666"/>
          <w:sz w:val="18"/>
        </w:rPr>
        <w:t>Journey of Civilization 14 Jan 2007 - Maulana Wahiduddin Khan · 38s · at 0:42 · https://youtu.be/MEHzksOmFZc?t=42</w:t>
      </w:r>
    </w:p>
    <w:p>
      <w:r>
        <w:rPr>
          <w:i/>
        </w:rPr>
        <w:t>“Jo kuch main kehna chahta hoon”</w:t>
      </w:r>
    </w:p>
    <w:p>
      <w:r>
        <w:rPr>
          <w:sz w:val="20"/>
        </w:rPr>
        <w:t>0:42  jo kuch main kehna chahta hoon, is ke liye appropriate topic yeh samajh mein aata hai ke journey of civilization reaches its end.</w:t>
      </w:r>
      <w:r>
        <w:br/>
      </w:r>
      <w:r>
        <w:rPr>
          <w:sz w:val="20"/>
        </w:rPr>
        <w:t>1:07  tehzeeb ka safar apne khatme par pahunch raha hai.</w:t>
      </w:r>
    </w:p>
    <w:p>
      <w:pPr>
        <w:pStyle w:val="Heading2"/>
      </w:pPr>
      <w:r>
        <w:t>Purification of thoughts is the greatest cleansing</w:t>
      </w:r>
    </w:p>
    <w:p>
      <w:r>
        <w:rPr>
          <w:color w:val="666666"/>
          <w:sz w:val="18"/>
        </w:rPr>
        <w:t>Tawbah-e-Nasuh (Sincere Repentance) 16 Feb 2020 - Maulana Wahiduddin Khan · 28s · at 11:18 · https://youtu.be/0CccKs-1Uu8?t=678</w:t>
      </w:r>
    </w:p>
    <w:p>
      <w:r>
        <w:rPr>
          <w:i/>
        </w:rPr>
        <w:t>“Aur yaad rakhiye ga sab se badi safai thought ki safai hai”</w:t>
      </w:r>
    </w:p>
    <w:p>
      <w:r>
        <w:rPr>
          <w:sz w:val="20"/>
        </w:rPr>
        <w:t>11:18  aur yaad rakhiyega sab se bari safai thought ki safai hai. thought.</w:t>
      </w:r>
      <w:r>
        <w:br/>
      </w:r>
      <w:r>
        <w:rPr>
          <w:sz w:val="20"/>
        </w:rPr>
        <w:t>11:27  thought ki safai.</w:t>
      </w:r>
      <w:r>
        <w:br/>
      </w:r>
      <w:r>
        <w:rPr>
          <w:sz w:val="20"/>
        </w:rPr>
        <w:t>11:33  kyun ke thought jo hai woh barah e raast aap ki personality ko daghdar karti hai.</w:t>
      </w:r>
    </w:p>
    <w:p>
      <w:pPr>
        <w:pStyle w:val="Heading2"/>
      </w:pPr>
      <w:r>
        <w:t>Ignore temptation follow impulse</w:t>
      </w:r>
    </w:p>
    <w:p>
      <w:r>
        <w:rPr>
          <w:color w:val="666666"/>
          <w:sz w:val="18"/>
        </w:rPr>
        <w:t>Art of Thinking (In Conversation with Maulana) 05 8 07 · 1m 00s · at 5:21 · https://youtu.be/cP0z8o_50Zc?t=321</w:t>
      </w:r>
    </w:p>
    <w:p>
      <w:r>
        <w:rPr>
          <w:i/>
        </w:rPr>
        <w:t>“Ignore that temptation and follow that impulse.”</w:t>
      </w:r>
    </w:p>
    <w:p>
      <w:r>
        <w:rPr>
          <w:sz w:val="20"/>
        </w:rPr>
        <w:t>5:21  ignore that, yaani ek hi formula main kahunga hai ki ignore that temptation and follow that impulse.</w:t>
      </w:r>
      <w:r>
        <w:br/>
      </w:r>
      <w:r>
        <w:rPr>
          <w:sz w:val="20"/>
        </w:rPr>
        <w:t>5:26  yahi uska course hai.</w:t>
      </w:r>
      <w:r>
        <w:br/>
      </w:r>
      <w:r>
        <w:rPr>
          <w:sz w:val="20"/>
        </w:rPr>
        <w:t>5:31  ignore that temptation and follow that impulse.</w:t>
      </w:r>
      <w:r>
        <w:br/>
      </w:r>
      <w:r>
        <w:rPr>
          <w:sz w:val="20"/>
        </w:rPr>
        <w:t>5:36  to impulse hamesha thoda weak rahega.</w:t>
      </w:r>
      <w:r>
        <w:br/>
      </w:r>
      <w:r>
        <w:rPr>
          <w:sz w:val="20"/>
        </w:rPr>
        <w:t>5:41  aur temptation thoda strong rahega.</w:t>
      </w:r>
      <w:r>
        <w:br/>
      </w:r>
      <w:r>
        <w:rPr>
          <w:sz w:val="20"/>
        </w:rPr>
        <w:t>5:46  ab wahan par aapko thoda</w:t>
      </w:r>
      <w:r>
        <w:br/>
      </w:r>
      <w:r>
        <w:rPr>
          <w:sz w:val="20"/>
        </w:rPr>
        <w:t>5:51  determination dikhana hai. to agar aap aisa karte rahen, karte rahen, to aapka jo wo badh jayega wo. wo faculty. yani follow that impulse wali faculty badh jayegi. aur agar aap usko follow na karen, to wo weak ho jayegi. aur phir aap temptation hi mein chalte rahenge, chalte rahenge. ye main apne experience se kehta hoon. bahut se logon ko maine</w:t>
      </w:r>
    </w:p>
    <w:p>
      <w:pPr>
        <w:pStyle w:val="Heading2"/>
      </w:pPr>
      <w:r>
        <w:t>Hazrat Umar on knowing the lesser evil</w:t>
      </w:r>
    </w:p>
    <w:p>
      <w:r>
        <w:rPr>
          <w:color w:val="666666"/>
          <w:sz w:val="18"/>
        </w:rPr>
        <w:t>The Art of Thinking January 28, 2024 · 19s · at 46:03 · https://youtu.be/lpUsTrs0ulo?t=2763</w:t>
      </w:r>
    </w:p>
    <w:p>
      <w:r>
        <w:rPr>
          <w:i/>
        </w:rPr>
        <w:t>“The wise man is one who knows the lesser evil”</w:t>
      </w:r>
    </w:p>
    <w:p>
      <w:r>
        <w:rPr>
          <w:sz w:val="20"/>
        </w:rPr>
        <w:t>46:02  To</w:t>
      </w:r>
      <w:r>
        <w:br/>
      </w:r>
      <w:r>
        <w:rPr>
          <w:sz w:val="20"/>
        </w:rPr>
        <w:t>46:03  isi par woh hai ke Hazrat Umar ne kaha hai ke aqalmand woh nahi hai jo shar ke muqablay mein khair ko janay.</w:t>
      </w:r>
      <w:r>
        <w:br/>
      </w:r>
      <w:r>
        <w:rPr>
          <w:sz w:val="20"/>
        </w:rPr>
        <w:t>46:12  To hamesha hi shar aur khair dono hota hai. Haan, aqalmand woh hai jo lesser evil ko janay, do shar mein se kon shar kam hai, woh janay.</w:t>
      </w:r>
    </w:p>
    <w:p>
      <w:pPr>
        <w:pStyle w:val="Heading2"/>
      </w:pPr>
      <w:r>
        <w:t>World is prison for believer hadith</w:t>
      </w:r>
    </w:p>
    <w:p>
      <w:r>
        <w:rPr>
          <w:color w:val="666666"/>
          <w:sz w:val="18"/>
        </w:rPr>
        <w:t>Example of the Believers (Prophetic Wisdom) November 25, 2006 Maulana Wahiduddin Khan · 25s · at 7:50 · https://youtu.be/4tLVOVvI0aE?t=470</w:t>
      </w:r>
    </w:p>
    <w:p>
      <w:r>
        <w:rPr>
          <w:i/>
        </w:rPr>
        <w:t>“Aik hadith hai al-dunya sijn al-mumin”</w:t>
      </w:r>
    </w:p>
    <w:p>
      <w:r>
        <w:rPr>
          <w:sz w:val="20"/>
        </w:rPr>
        <w:t>7:50  isi tarah se ek hadith hai: "aldunya sijnu al momin wa jannatu al kafir".</w:t>
      </w:r>
      <w:r>
        <w:br/>
      </w:r>
      <w:r>
        <w:rPr>
          <w:sz w:val="20"/>
        </w:rPr>
        <w:t>8:02  is ka matlab yeh hai ke dunya believer ke liye qaid khana hai aur un believer ke liye woh jannat hai, woh bagh hai.</w:t>
      </w:r>
    </w:p>
    <w:p>
      <w:pPr>
        <w:pStyle w:val="Heading2"/>
      </w:pPr>
      <w:r>
        <w:t>Jihad is for result not for itself</w:t>
      </w:r>
    </w:p>
    <w:p>
      <w:r>
        <w:rPr>
          <w:color w:val="666666"/>
          <w:sz w:val="18"/>
        </w:rPr>
        <w:t>Result Oriented Life 23 Jan, 08 - Maulana Wahiduddin Khan · 34s · at 22:14 · https://youtu.be/eA6rtcPn-rY?t=1334</w:t>
      </w:r>
    </w:p>
    <w:p>
      <w:r>
        <w:rPr>
          <w:i/>
        </w:rPr>
        <w:t>“It means that jihad for the sake of jihad is nothing.”</w:t>
      </w:r>
    </w:p>
    <w:p>
      <w:r>
        <w:rPr>
          <w:sz w:val="20"/>
        </w:rPr>
        <w:t>22:14  it means that jihad for the sake of jihad is nothing. the true jihad is for the sake of result.</w:t>
      </w:r>
      <w:r>
        <w:br/>
      </w:r>
      <w:r>
        <w:rPr>
          <w:sz w:val="20"/>
        </w:rPr>
        <w:t>22:27  the true jihad or qital is for the sake of result and not for the sake of jihad.</w:t>
      </w:r>
      <w:r>
        <w:br/>
      </w:r>
      <w:r>
        <w:rPr>
          <w:sz w:val="20"/>
        </w:rPr>
        <w:t>22:36  for the sake of jihad is nothing. so, you are doing jihad for the sake of jihad, not for the sake, not for the sake of result.</w:t>
      </w:r>
    </w:p>
    <w:p>
      <w:pPr>
        <w:pStyle w:val="Heading2"/>
      </w:pPr>
      <w:r>
        <w:t>Cause of depression</w:t>
      </w:r>
    </w:p>
    <w:p>
      <w:r>
        <w:rPr>
          <w:color w:val="666666"/>
          <w:sz w:val="18"/>
        </w:rPr>
        <w:t>Man and Matter July 30, 2006 Maulana Wahiduddin Khan · 24s · at 1:32:22 · https://youtu.be/86wN7coqa94?t=5542</w:t>
      </w:r>
    </w:p>
    <w:p>
      <w:r>
        <w:rPr>
          <w:i/>
        </w:rPr>
        <w:t>“Kyun log depression mein rehte hain?”</w:t>
      </w:r>
    </w:p>
    <w:p>
      <w:r>
        <w:rPr>
          <w:sz w:val="20"/>
        </w:rPr>
        <w:t>1:32:22  woh yeh hai</w:t>
      </w:r>
      <w:r>
        <w:br/>
      </w:r>
      <w:r>
        <w:rPr>
          <w:sz w:val="20"/>
        </w:rPr>
        <w:t>1:32:27  ke unwanted cheezon ko accept na karna</w:t>
      </w:r>
      <w:r>
        <w:br/>
      </w:r>
      <w:r>
        <w:rPr>
          <w:sz w:val="20"/>
        </w:rPr>
        <w:t>1:32:33  ek hi reason hota hai unwanted cheezon ko accept na karna</w:t>
      </w:r>
      <w:r>
        <w:br/>
      </w:r>
      <w:r>
        <w:rPr>
          <w:sz w:val="20"/>
        </w:rPr>
        <w:t>1:32:43  to ab yeh unwanted cheezein kya hain</w:t>
      </w:r>
    </w:p>
    <w:p>
      <w:pPr>
        <w:pStyle w:val="Heading2"/>
      </w:pPr>
      <w:r>
        <w:t>controlling negative reactions takes only seconds</w:t>
      </w:r>
    </w:p>
    <w:p>
      <w:r>
        <w:rPr>
          <w:color w:val="666666"/>
          <w:sz w:val="18"/>
        </w:rPr>
        <w:t>My Life and Experience April 8, 2007 · 46s · at 1:10:26 · https://youtu.be/HbJzX4PJdR8?t=4226</w:t>
      </w:r>
    </w:p>
    <w:p>
      <w:r>
        <w:rPr>
          <w:i/>
        </w:rPr>
        <w:t>“Koi bhi negative attack ho, yeh seconds ka maamla hai”</w:t>
      </w:r>
    </w:p>
    <w:p>
      <w:r>
        <w:rPr>
          <w:sz w:val="20"/>
        </w:rPr>
        <w:t>1:10:26  koi bhi negative cheez ne hamla kiya aap ke upar, to yaad rakhiye, yeh mera tajurba hai ke secondon ka maamla hota hai woh.</w:t>
      </w:r>
      <w:r>
        <w:br/>
      </w:r>
      <w:r>
        <w:rPr>
          <w:sz w:val="20"/>
        </w:rPr>
        <w:t>1:10:38  secondon ka maamla hota hai. yaani aap thori der ke liye us ko aap bardasht kar li jiye. thori der ke liye. phir nature us ko phaila kar degi.</w:t>
      </w:r>
      <w:r>
        <w:br/>
      </w:r>
      <w:r>
        <w:rPr>
          <w:sz w:val="20"/>
        </w:rPr>
        <w:t>1:10:50  nature phaila kar degi us ko. yaani nature bilkul tayyar hai, well equipped hai us ko phaila karne ke liye. ke kuch second dein us ko aap. mera tajurba hai ke aadha minute kafi hai.</w:t>
      </w:r>
      <w:r>
        <w:br/>
      </w:r>
      <w:r>
        <w:rPr>
          <w:sz w:val="20"/>
        </w:rPr>
        <w:t>1:11:03  thirty second. thirty second bilkul aap rad-e-amal na karein. apne ko sambhal lein.</w:t>
      </w:r>
    </w:p>
    <w:p>
      <w:pPr>
        <w:pStyle w:val="Heading2"/>
      </w:pPr>
      <w:r>
        <w:t>Caliph Uthman's leadership advice</w:t>
      </w:r>
    </w:p>
    <w:p>
      <w:r>
        <w:rPr>
          <w:color w:val="666666"/>
          <w:sz w:val="18"/>
        </w:rPr>
        <w:t>The Value of Silence | April 21, 2018 · 30s · at 1:16 · https://youtu.be/eVOJ7dheeB8?t=76</w:t>
      </w:r>
    </w:p>
    <w:p>
      <w:r>
        <w:rPr>
          <w:i/>
        </w:rPr>
        <w:t>“You need a doer leader, not a talker”</w:t>
      </w:r>
    </w:p>
    <w:p>
      <w:r>
        <w:rPr>
          <w:sz w:val="20"/>
        </w:rPr>
        <w:t>1:16  mimbar par kharay hue, mimbar par kharay hue aur sirf aik sentence bolay aur baith gaye. woh sunnay walay bataiye. antum ala imam fa'al ahwaj minakum ila imam qawwal. tum ko karnay walay leader ki ziyada zarorat hai in leaderon se jo bolnay walay hon. is ke baad woh baith</w:t>
      </w:r>
    </w:p>
    <w:p>
      <w:pPr>
        <w:pStyle w:val="Heading2"/>
      </w:pPr>
      <w:r>
        <w:t>Anti-West thinking among Muslims breeds hypocrisy</w:t>
      </w:r>
    </w:p>
    <w:p>
      <w:r>
        <w:rPr>
          <w:color w:val="666666"/>
          <w:sz w:val="18"/>
        </w:rPr>
        <w:t>Collective Repentance 24th February 2013 · 26s · at 1:21:18 · https://youtu.be/TNw6muKhfpU?t=4878</w:t>
      </w:r>
    </w:p>
    <w:p>
      <w:r>
        <w:rPr>
          <w:i/>
        </w:rPr>
        <w:t>“Ek baat bahut khatarnak aap ko kehta hoon”</w:t>
      </w:r>
    </w:p>
    <w:p>
      <w:r>
        <w:rPr>
          <w:sz w:val="20"/>
        </w:rPr>
        <w:t>1:21:18  dekhiye, ek baat bohat khatarnak baat aap ko kehta hoon: yeh thinking jante hain, yeh munafiqat tak pohnch aati hai.</w:t>
      </w:r>
      <w:r>
        <w:br/>
      </w:r>
      <w:r>
        <w:rPr>
          <w:sz w:val="20"/>
        </w:rPr>
        <w:t>1:21:28  this kind of thinking leads to munafiqat. aur saare musalman munafiq bane hue hain</w:t>
      </w:r>
      <w:r>
        <w:br/>
      </w:r>
      <w:r>
        <w:rPr>
          <w:sz w:val="20"/>
        </w:rPr>
        <w:t>1:21:34  ke jis west ki baikrat karte hain, usi west se saare faide uthate hain. aap ko maloom hai ke fuqaha ka maslak kya hai?</w:t>
      </w:r>
    </w:p>
    <w:p>
      <w:pPr>
        <w:pStyle w:val="Heading2"/>
      </w:pPr>
      <w:r>
        <w:t>Maulana's central message: peace is Islam itself</w:t>
      </w:r>
    </w:p>
    <w:p>
      <w:r>
        <w:rPr>
          <w:color w:val="666666"/>
          <w:sz w:val="18"/>
        </w:rPr>
        <w:t>From Anger to Awareness A Journey with Maulana Wahiduddin Khan · 22s · at 8:49 · https://youtu.be/EmHNgq0Iq1w?t=529</w:t>
      </w:r>
    </w:p>
    <w:p>
      <w:r>
        <w:rPr>
          <w:i/>
        </w:rPr>
        <w:t>“His central message was that peace is Islam.”</w:t>
      </w:r>
    </w:p>
    <w:p>
      <w:r>
        <w:rPr>
          <w:sz w:val="20"/>
        </w:rPr>
        <w:t>8:49  So if you can throw some light on that. Yeah, that's very important. His central message was that, uh, peace is, uh, not part of Islam; peace is Islam.</w:t>
      </w:r>
      <w:r>
        <w:br/>
      </w:r>
      <w:r>
        <w:rPr>
          <w:sz w:val="20"/>
        </w:rPr>
        <w:t>9:01  Uh, whether he spoke about, uh, the Quran or Prophet Muhammad or spirituality, one theme that would always return, which is, uh, violence doesn't build anything; peace builds everything.</w:t>
      </w:r>
    </w:p>
    <w:p>
      <w:pPr>
        <w:pStyle w:val="Heading2"/>
      </w:pPr>
      <w:r>
        <w:t>Despair as disbelief in Islam</w:t>
      </w:r>
    </w:p>
    <w:p>
      <w:r>
        <w:rPr>
          <w:color w:val="666666"/>
          <w:sz w:val="18"/>
        </w:rPr>
        <w:t>Realization of God May 07, 2017 Maulana Wahiduddin Khan · 39s · at 39:14 · https://youtu.be/sXmJShRfWKs?t=2354</w:t>
      </w:r>
    </w:p>
    <w:p>
      <w:r>
        <w:rPr>
          <w:i/>
        </w:rPr>
        <w:t>“Despair is kufr, never despair”</w:t>
      </w:r>
    </w:p>
    <w:p>
      <w:r>
        <w:rPr>
          <w:sz w:val="20"/>
        </w:rPr>
        <w:t>39:14  kabhi mayoos na hon islam mein mayoosi ko kufr bataya gaya hai kufr to mein sochta tha mayoosi kufr kyun hai kyunke mayoosi naam hai andhe pan ka</w:t>
      </w:r>
      <w:r>
        <w:br/>
      </w:r>
      <w:r>
        <w:rPr>
          <w:sz w:val="20"/>
        </w:rPr>
        <w:t>39:34  mayoosi naam hai andhe pan ka jab matter of fact yeh hai ke is duniya mein kabhi full stop nahi aata hamesha kaba laga rehta hai to aap ke liye mayoosi jaiz kaise ho sakti hai</w:t>
      </w:r>
    </w:p>
    <w:p>
      <w:pPr>
        <w:pStyle w:val="Heading2"/>
      </w:pPr>
      <w:r>
        <w:t>Sabr equated with salah, a great act of worship</w:t>
      </w:r>
    </w:p>
    <w:p>
      <w:r>
        <w:rPr>
          <w:color w:val="666666"/>
          <w:sz w:val="18"/>
        </w:rPr>
        <w:t>Importance of Patience (Sabr) January 8, 2023 · 23s · at 8:37 · https://youtu.be/JaJX3jrl3R8?t=517</w:t>
      </w:r>
    </w:p>
    <w:p>
      <w:r>
        <w:rPr>
          <w:i/>
        </w:rPr>
        <w:t>“Tum madad mango sabr ke zariye se, madad hasil karo”</w:t>
      </w:r>
    </w:p>
    <w:p>
      <w:r>
        <w:rPr>
          <w:sz w:val="20"/>
        </w:rPr>
        <w:t>8:37  tum madad mango sabr ke zariye se, madad hasil karo. aur salat, ab dekhiye ke sabr ko salat se equate kiya gaya hai.</w:t>
      </w:r>
      <w:r>
        <w:br/>
      </w:r>
      <w:r>
        <w:rPr>
          <w:sz w:val="20"/>
        </w:rPr>
        <w:t>8:47  to sabr itni badi ibadat hai kyunke sare hi kaam sabr ke zariye se hote hain. sabr ka matlab hai halaat se oopar uth kar sochna, halaat mein phans kar nahi reh jana.</w:t>
      </w:r>
    </w:p>
    <w:p>
      <w:pPr>
        <w:pStyle w:val="Heading2"/>
      </w:pPr>
      <w:r>
        <w:t>Tawbah is a revolutionary idea</w:t>
      </w:r>
    </w:p>
    <w:p>
      <w:r>
        <w:rPr>
          <w:color w:val="666666"/>
          <w:sz w:val="18"/>
        </w:rPr>
        <w:t>Dars-e-Quran, Chapter 2, Verse 35-39 December 31, 2017 · 21s · at 25:03 · https://youtu.be/6FNtbR3EBtc?t=1503</w:t>
      </w:r>
    </w:p>
    <w:p>
      <w:r>
        <w:rPr>
          <w:i/>
        </w:rPr>
        <w:t>“Yeh bohat revolutionary idea hai yeh tauba”</w:t>
      </w:r>
    </w:p>
    <w:p>
      <w:r>
        <w:rPr>
          <w:sz w:val="20"/>
        </w:rPr>
        <w:t>25:03  ye bohat revolutionary idea hai ye tauba tauba bohat revolutionary idea hai ke agar tum se pehla chance khoya gaya hai to us ko bhulao second chance ko focus karo</w:t>
      </w:r>
    </w:p>
    <w:p>
      <w:pPr>
        <w:pStyle w:val="Heading2"/>
      </w:pPr>
      <w:r>
        <w:t>chasing the unachievable causes discontentment</w:t>
      </w:r>
    </w:p>
    <w:p>
      <w:r>
        <w:rPr>
          <w:color w:val="666666"/>
          <w:sz w:val="18"/>
        </w:rPr>
        <w:t>My Life and Experience April 8, 2007 · 37s · at 47:19 · https://youtu.be/HbJzX4PJdR8?t=2839</w:t>
      </w:r>
    </w:p>
    <w:p>
      <w:r>
        <w:rPr>
          <w:i/>
        </w:rPr>
        <w:t>“They are trying to achieve what is not achievable”</w:t>
      </w:r>
    </w:p>
    <w:p>
      <w:r>
        <w:rPr>
          <w:sz w:val="20"/>
        </w:rPr>
        <w:t>47:19  They are trying to achieve what is not achievable in this world. This leads to confusion and discontentment</w:t>
      </w:r>
      <w:r>
        <w:br/>
      </w:r>
      <w:r>
        <w:rPr>
          <w:sz w:val="20"/>
        </w:rPr>
        <w:t>47:30  . saare logon ka ek hi hai ke jo cheez hasil ki ja sakti nahi hai, usi ke peeche daurte hain. sirf contentment hi mein aap ko sukoon mil sakta hai aur kai cheezon mein nahi.</w:t>
      </w:r>
      <w:r>
        <w:br/>
      </w:r>
      <w:r>
        <w:rPr>
          <w:sz w:val="20"/>
        </w:rPr>
        <w:t>47:46  Contentment yani jo hai, us par apne aap ko qanaat kar lena. Contentment achievement mein nahi</w:t>
      </w:r>
      <w:r>
        <w:br/>
      </w:r>
      <w:r>
        <w:rPr>
          <w:sz w:val="20"/>
        </w:rPr>
        <w:t>47:57  hai. dekhiye, do lafz hain. ek achievement, ek contentment. isi do lafz ko samajh lijeye aap. ke ek yeh hai ke aap jo kuch aap ki khwahishat hain, jo kuch aap ki chahat hai, us ko aap hasil karna chahein.</w:t>
      </w:r>
    </w:p>
    <w:p>
      <w:pPr>
        <w:pStyle w:val="Heading2"/>
      </w:pPr>
      <w:r>
        <w:t>Signs of Qayamah already appeared</w:t>
      </w:r>
    </w:p>
    <w:p>
      <w:r>
        <w:rPr>
          <w:color w:val="666666"/>
          <w:sz w:val="18"/>
        </w:rPr>
        <w:t>Doomsday Knocking at the Door April 18, 2010 Maulana Wahiduddin Khan · 21s · at 25:40 · https://youtu.be/-kau2ZHfsXc?t=1540</w:t>
      </w:r>
    </w:p>
    <w:p>
      <w:r>
        <w:rPr>
          <w:i/>
        </w:rPr>
        <w:t>“Main samajhta hoon ki jo alamaat zahir ho rahi hain”</w:t>
      </w:r>
    </w:p>
    <w:p>
      <w:r>
        <w:rPr>
          <w:sz w:val="20"/>
        </w:rPr>
        <w:t>25:40  to main samajhta hoon ke jo alamatain zahir ho rahi hain, is sari alamatain zahir ho chuki hain jo das alamatain batai gayi hain hadith mein.</w:t>
      </w:r>
      <w:r>
        <w:br/>
      </w:r>
      <w:r>
        <w:rPr>
          <w:sz w:val="20"/>
        </w:rPr>
        <w:t>25:50  pani ke baray mein bataya gaya, pani bohat kam ho jaye ga to already pani bohat kam ho chuka. Yani aik to pani kam ho ho gaya.</w:t>
      </w:r>
    </w:p>
    <w:p>
      <w:pPr>
        <w:pStyle w:val="Heading2"/>
      </w:pPr>
      <w:r>
        <w:t>Stuck in past vs present thinking</w:t>
      </w:r>
    </w:p>
    <w:p>
      <w:r>
        <w:rPr>
          <w:color w:val="666666"/>
          <w:sz w:val="18"/>
        </w:rPr>
        <w:t>Scientific Temper April 08, 2020 Maulana Wahiduddin Khan · 32s · at 18:03 · https://youtu.be/BqvmKPF6w0A?t=1083</w:t>
      </w:r>
    </w:p>
    <w:p>
      <w:r>
        <w:rPr>
          <w:i/>
        </w:rPr>
        <w:t>“Those stuck in past never progress.”</w:t>
      </w:r>
    </w:p>
    <w:p>
      <w:r>
        <w:rPr>
          <w:sz w:val="20"/>
        </w:rPr>
        <w:t>18:03  main samajhta hoon ke sab se bara jo sabak hai tareekh ka ke jo log uljhe rehte hain maazi mein, wo kabhi taraqqi nahi karte.</w:t>
      </w:r>
      <w:r>
        <w:br/>
      </w:r>
      <w:r>
        <w:rPr>
          <w:sz w:val="20"/>
        </w:rPr>
        <w:t>18:16  jo log maazi ko chhod kar</w:t>
      </w:r>
      <w:r>
        <w:br/>
      </w:r>
      <w:r>
        <w:rPr>
          <w:sz w:val="20"/>
        </w:rPr>
        <w:t>18:19  present mein, present mein, present mein, present ko le kar sochte hain, wo apne mustaqbil ki dobara taameer karte hain aur kaamyaab ho jate hain.</w:t>
      </w:r>
    </w:p>
    <w:p>
      <w:pPr>
        <w:pStyle w:val="Heading2"/>
      </w:pPr>
      <w:r>
        <w:t>Prophet's practical wisdom example</w:t>
      </w:r>
    </w:p>
    <w:p>
      <w:r>
        <w:rPr>
          <w:color w:val="666666"/>
          <w:sz w:val="18"/>
        </w:rPr>
        <w:t>Idealism vs Practical Wisdom 13 Nov 2011 - Maulana Wahiduddin Khan · 23s · at 21:10 · https://youtu.be/_aRRsKhGoWo?t=1270</w:t>
      </w:r>
    </w:p>
    <w:p>
      <w:r>
        <w:rPr>
          <w:i/>
        </w:rPr>
        <w:t>“Yeh hai practical wisdom. Jo impossible tha, usko aap ne ignore kiya”</w:t>
      </w:r>
    </w:p>
    <w:p>
      <w:r>
        <w:rPr>
          <w:sz w:val="20"/>
        </w:rPr>
        <w:t>21:10  jo possible tha, us ko le liya. kitna simple formula tha Rasool Allah ka. yani agar aap ideal chalate to sab se pehle ladte aap buton se.</w:t>
      </w:r>
      <w:r>
        <w:br/>
      </w:r>
      <w:r>
        <w:rPr>
          <w:sz w:val="20"/>
        </w:rPr>
        <w:t>21:22  to tod phod karte wahan. to hungama karte, protest karte, nafrat karte. lekin aap ne apne zaat mein to ideal the.</w:t>
      </w:r>
    </w:p>
    <w:p>
      <w:pPr>
        <w:pStyle w:val="Heading2"/>
      </w:pPr>
      <w:r>
        <w:t>Learn from Hunain avoid pride</w:t>
      </w:r>
    </w:p>
    <w:p>
      <w:r>
        <w:rPr>
          <w:color w:val="666666"/>
          <w:sz w:val="18"/>
        </w:rPr>
        <w:t>Babari Masjid of Ayodhya December 06, 2009 · 21s · at 4:05 · https://youtu.be/rpFygvWx6WY?t=245</w:t>
      </w:r>
    </w:p>
    <w:p>
      <w:r>
        <w:rPr>
          <w:i/>
        </w:rPr>
        <w:t>“Yani ye socho ke Hunain ke din”</w:t>
      </w:r>
    </w:p>
    <w:p>
      <w:r>
        <w:rPr>
          <w:sz w:val="20"/>
        </w:rPr>
        <w:t>4:05  yani ye socho ke Hunain ke din tumhare andar ek baat aa gayi thi aur ajab, naaz aur pride, wo nahi aana chahiye.</w:t>
      </w:r>
      <w:r>
        <w:br/>
      </w:r>
      <w:r>
        <w:rPr>
          <w:sz w:val="20"/>
        </w:rPr>
        <w:t>4:14  is par ghaur karo. to Islam ka tareeqa jo hai wo dark day manane ka nahi hai, introspection day manane ka hai.</w:t>
      </w:r>
    </w:p>
    <w:p>
      <w:pPr>
        <w:pStyle w:val="Heading2"/>
      </w:pPr>
      <w:r>
        <w:t>Big heart for big progress</w:t>
      </w:r>
    </w:p>
    <w:p>
      <w:r>
        <w:rPr>
          <w:color w:val="666666"/>
          <w:sz w:val="18"/>
        </w:rPr>
        <w:t>Take it as a Challenge I April 29, 2007 - Maulana Wahiduddin Khan · 48s · at 57:19 · https://youtu.be/lYAJhDGliwQ?t=3439</w:t>
      </w:r>
    </w:p>
    <w:p>
      <w:r>
        <w:rPr>
          <w:i/>
        </w:rPr>
        <w:t>“Bari taraqqi ke liye bada dil chahiye.”</w:t>
      </w:r>
    </w:p>
    <w:p>
      <w:r>
        <w:rPr>
          <w:sz w:val="20"/>
        </w:rPr>
        <w:t>57:19  bari taraqqi ke liye bara dil chahiye. bara bara dil nahin to bari taraqqi bhi nahin hai. to challenge ka saamna karna. challenge aaye to negative na banna.</w:t>
      </w:r>
      <w:r>
        <w:br/>
      </w:r>
      <w:r>
        <w:rPr>
          <w:sz w:val="20"/>
        </w:rPr>
        <w:t>57:32  challenge aaye to positive mind ke saath is ka muqabla karna.</w:t>
      </w:r>
      <w:r>
        <w:br/>
      </w:r>
      <w:r>
        <w:rPr>
          <w:sz w:val="20"/>
        </w:rPr>
        <w:t>57:43  sab bohat hi zabardast woh crucial time hota hai jab koi challenge aap ko pesh aata hai, koi problem pesh aata hai. us waqt agar aap negative ban gaye to phir khatma hai aap ka.</w:t>
      </w:r>
      <w:r>
        <w:br/>
      </w:r>
      <w:r>
        <w:rPr>
          <w:sz w:val="20"/>
        </w:rPr>
        <w:t>57:56  agar aap apni positivity ko aap ne baqi rakha to phir aap hero ban jayenge. hero.</w:t>
      </w:r>
    </w:p>
    <w:p>
      <w:pPr>
        <w:pStyle w:val="Heading2"/>
      </w:pPr>
      <w:r>
        <w:t>Always partial situations</w:t>
      </w:r>
    </w:p>
    <w:p>
      <w:r>
        <w:rPr>
          <w:color w:val="666666"/>
          <w:sz w:val="18"/>
        </w:rPr>
        <w:t>The Importance of Wisdom 22 Feb, 2009 - Maulana Wahiduddin Khan · 34s · at 3:12 · https://youtu.be/Lmtn_duWJP0?t=192</w:t>
      </w:r>
    </w:p>
    <w:p>
      <w:r>
        <w:rPr>
          <w:i/>
        </w:rPr>
        <w:t>“Yeh ajeeb baat hai ke saari history mein yahi naadaani log karte rahe hain”</w:t>
      </w:r>
    </w:p>
    <w:p>
      <w:r>
        <w:rPr>
          <w:sz w:val="20"/>
        </w:rPr>
        <w:t>3:12  ye ajib bat hai ke sari histri mein yahi nadani log karte rahe hain. puri puri histri mein.</w:t>
      </w:r>
      <w:r>
        <w:br/>
      </w:r>
      <w:r>
        <w:rPr>
          <w:sz w:val="20"/>
        </w:rPr>
        <w:t>3:21  yani is bat ko log samajh nahi pae ke dunya mein hamesha koi situeshan jab paida hoti hai to parshali wo ap ke favor mein hoti hai.</w:t>
      </w:r>
      <w:r>
        <w:br/>
      </w:r>
      <w:r>
        <w:rPr>
          <w:sz w:val="20"/>
        </w:rPr>
        <w:t>3:36  aur sare log is ko 100 fisad apne favor mein dekhna chahte hain. to is nigtiv aspaikt ko le kar ke nigtiv ban jate hain.</w:t>
      </w:r>
    </w:p>
    <w:p>
      <w:pPr>
        <w:pStyle w:val="Heading2"/>
      </w:pPr>
      <w:r>
        <w:t>Ticket of death no return journey</w:t>
      </w:r>
    </w:p>
    <w:p>
      <w:r>
        <w:rPr>
          <w:color w:val="666666"/>
          <w:sz w:val="18"/>
        </w:rPr>
        <w:t>What is Akhirat? | March 12, 2006 | Maulana Wahiduddin Khan · 30s · at 31:18 · https://youtu.be/ogMXLsGHvpY?t=1878</w:t>
      </w:r>
    </w:p>
    <w:p>
      <w:r>
        <w:rPr>
          <w:i/>
        </w:rPr>
        <w:t>“Ticket of death. Every person is born with it.”</w:t>
      </w:r>
    </w:p>
    <w:p>
      <w:r>
        <w:rPr>
          <w:sz w:val="20"/>
        </w:rPr>
        <w:t>31:18  not in my pocket, just like the other ticket. lekin woh hai. har aadmi jo paida hota hai, woh is ticket ko le kar paida hota hai nature se. woh ticket kya hai? ticket of death. har</w:t>
      </w:r>
    </w:p>
    <w:p>
      <w:pPr>
        <w:pStyle w:val="Heading2"/>
      </w:pPr>
      <w:r>
        <w:t>Muslims lack time due to constant fighting</w:t>
      </w:r>
    </w:p>
    <w:p>
      <w:r>
        <w:rPr>
          <w:color w:val="666666"/>
          <w:sz w:val="18"/>
        </w:rPr>
        <w:t>Religion and The Modern Age | February 26, 2006 | Maulana Wahidduin Khan · 30s · at 27:32 · https://youtu.be/KJmEtnm_SpE?t=1652</w:t>
      </w:r>
    </w:p>
    <w:p>
      <w:r>
        <w:rPr>
          <w:i/>
        </w:rPr>
        <w:t>“مسلمانوں کو فرصت ہی نہیں ہے لڑنے پڑنے سے”</w:t>
      </w:r>
    </w:p>
    <w:p>
      <w:r>
        <w:rPr>
          <w:sz w:val="20"/>
        </w:rPr>
        <w:t>27:32  kyon? musalmanon ko fursat hi nahin hai ladne padne se. to khuda ki scheme ka dekhiye, khuda ki scheme se bekhabar hain. ek hadith mein hai ke kisan ya farmer ke pas aap jante hain ke bail hote hain. to is mein hai hadith mein ke kisan apne bail ko kabhi andar bandhta hai, kabhi bahar bandhta hai. yaani dhoop mein k</w:t>
      </w:r>
    </w:p>
    <w:p>
      <w:pPr>
        <w:pStyle w:val="Heading2"/>
      </w:pPr>
      <w:r>
        <w:t>Stress is not negative, it is positive</w:t>
      </w:r>
    </w:p>
    <w:p>
      <w:r>
        <w:rPr>
          <w:color w:val="666666"/>
          <w:sz w:val="18"/>
        </w:rPr>
        <w:t>Stress Management Jan 25, 2020 - Maulana Wahiduddin Khan · 29s · at 0:55 · https://youtu.be/oK-oYmN2YVA?t=55</w:t>
      </w:r>
    </w:p>
    <w:p>
      <w:r>
        <w:rPr>
          <w:i/>
        </w:rPr>
        <w:t>“Stress is not a negative phenomenon”</w:t>
      </w:r>
    </w:p>
    <w:p>
      <w:r>
        <w:rPr>
          <w:sz w:val="20"/>
        </w:rPr>
        <w:t>0:55  jahan tak mera tajurba hai, is cheez ko aaj kal stress kaha jata hai, woh koi negative phenomena nahi hai.</w:t>
      </w:r>
      <w:r>
        <w:br/>
      </w:r>
      <w:r>
        <w:rPr>
          <w:sz w:val="20"/>
        </w:rPr>
        <w:t>1:07  aam taur par is ko log lete hain negative phenomena ke taur par.</w:t>
      </w:r>
      <w:r>
        <w:br/>
      </w:r>
      <w:r>
        <w:rPr>
          <w:sz w:val="20"/>
        </w:rPr>
        <w:t>1:15  main samajhta hoon ke yeh positive phenomena hai.</w:t>
      </w:r>
    </w:p>
    <w:p>
      <w:pPr>
        <w:pStyle w:val="Heading2"/>
      </w:pPr>
      <w:r>
        <w:t>Principle of loss in Quran</w:t>
      </w:r>
    </w:p>
    <w:p>
      <w:r>
        <w:rPr>
          <w:color w:val="666666"/>
          <w:sz w:val="18"/>
        </w:rPr>
        <w:t>Principle of Loss | May 31, 2015 · 30s · at 0:51 · https://youtu.be/IEf7QfU3BmY?t=51</w:t>
      </w:r>
    </w:p>
    <w:p>
      <w:r>
        <w:rPr>
          <w:i/>
        </w:rPr>
        <w:t>“Today's topic: principle of loss.”</w:t>
      </w:r>
    </w:p>
    <w:p>
      <w:r>
        <w:rPr>
          <w:sz w:val="20"/>
        </w:rPr>
        <w:t>0:51  topic hai: nuqs ka usool, yani principle of loss.</w:t>
      </w:r>
      <w:r>
        <w:br/>
      </w:r>
      <w:r>
        <w:rPr>
          <w:sz w:val="20"/>
        </w:rPr>
        <w:t>0:58  quran mein bataya gaya hai ke har aadmi ki zindagi mein zaroor aisa hoga ke uski jaan</w:t>
      </w:r>
      <w:r>
        <w:br/>
      </w:r>
      <w:r>
        <w:rPr>
          <w:sz w:val="20"/>
        </w:rPr>
        <w:t>1:06  aur maal mein nuqs hoga.</w:t>
      </w:r>
      <w:r>
        <w:br/>
      </w:r>
      <w:r>
        <w:rPr>
          <w:sz w:val="20"/>
        </w:rPr>
        <w:t>1:13  wa nuqs min al-abali wal-anfus wal-tharawaat, yani loss of life, loss</w:t>
      </w:r>
    </w:p>
    <w:p>
      <w:pPr>
        <w:pStyle w:val="Heading2"/>
      </w:pPr>
      <w:r>
        <w:t>Never act without thinking — you pay the price yourself</w:t>
      </w:r>
    </w:p>
    <w:p>
      <w:r>
        <w:rPr>
          <w:color w:val="666666"/>
          <w:sz w:val="18"/>
        </w:rPr>
        <w:t>The Problem of Misunderstanding January 1, 2008 Maulana Wahiduddin Khan · 25s · at 54:51 · https://youtu.be/LdzzoBvyaD0?t=3291</w:t>
      </w:r>
    </w:p>
    <w:p>
      <w:r>
        <w:rPr>
          <w:i/>
        </w:rPr>
        <w:t>“Never do anything without thinking it through fully”</w:t>
      </w:r>
    </w:p>
    <w:p>
      <w:r>
        <w:rPr>
          <w:sz w:val="20"/>
        </w:rPr>
        <w:t>54:51  soche ke, bohat zyada soche baghair koi bhi kaam insaan ko nahi karna chahiye.</w:t>
      </w:r>
      <w:r>
        <w:br/>
      </w:r>
      <w:r>
        <w:rPr>
          <w:sz w:val="20"/>
        </w:rPr>
        <w:t>54:59  bohat zyada soche baghair insaan koi bhi kaam nahi karna chahiye. kyunke is ki qeemat sab ko khud deni padti hai.</w:t>
      </w:r>
      <w:r>
        <w:br/>
      </w:r>
      <w:r>
        <w:rPr>
          <w:sz w:val="20"/>
        </w:rPr>
        <w:t>55:10  is ki qeemat sab ko khud deni parti hai.</w:t>
      </w:r>
    </w:p>
    <w:p>
      <w:pPr>
        <w:pStyle w:val="Heading2"/>
      </w:pPr>
      <w:r>
        <w:t>Life is an art you must learn to master</w:t>
      </w:r>
    </w:p>
    <w:p>
      <w:r>
        <w:rPr>
          <w:color w:val="666666"/>
          <w:sz w:val="18"/>
        </w:rPr>
        <w:t>The Power of Positive Thinking November 3, 2024 · 40s · at 1:23 · https://youtu.be/q6Ly4ofTmxY?t=83</w:t>
      </w:r>
    </w:p>
    <w:p>
      <w:r>
        <w:rPr>
          <w:i/>
        </w:rPr>
        <w:t>“ज़िंदगी एक art है, जो लोग इसे जानें वही कामयाब होते हैं”</w:t>
      </w:r>
    </w:p>
    <w:p>
      <w:r>
        <w:rPr>
          <w:sz w:val="20"/>
        </w:rPr>
        <w:t>1:23  us potential ko realize karna hai. Animals ko wo different hote hain, unke yahan to wo they are governed by their instincts. Lekin hamare yahan insaan ke paas aisa nahi hai,</w:t>
      </w:r>
      <w:r>
        <w:br/>
      </w:r>
      <w:r>
        <w:rPr>
          <w:sz w:val="20"/>
        </w:rPr>
        <w:t>1:37  unko har cheez potential form mein, usko unhone actual banana hai. Maulana ne is par bahut likha hai, Taameer-e-Hayat mein likhte hain ki zindagi ek art hai. Jo log is art ko jaanein, wahi kaamyaab hote hain. Aur ye art hai positive thinking. Positive thinking ka matlab hai psychology of reaction se upar uth jana</w:t>
      </w:r>
    </w:p>
    <w:p>
      <w:pPr>
        <w:pStyle w:val="Heading2"/>
      </w:pPr>
      <w:r>
        <w:t>Hajj is a rehearsal for life</w:t>
      </w:r>
    </w:p>
    <w:p>
      <w:r>
        <w:rPr>
          <w:color w:val="666666"/>
          <w:sz w:val="18"/>
        </w:rPr>
        <w:t>The Ideology of Truth July 15, 2007 · 57s · at 17:09 · https://youtu.be/w3OkX5xvqTI?t=1029</w:t>
      </w:r>
    </w:p>
    <w:p>
      <w:r>
        <w:rPr>
          <w:i/>
        </w:rPr>
        <w:t>“Hajj ek rehearsal hai poori zindagi ka”</w:t>
      </w:r>
    </w:p>
    <w:p>
      <w:r>
        <w:rPr>
          <w:sz w:val="20"/>
        </w:rPr>
        <w:t>17:09  islam to dekhiye, yeh sikhaata hai ke jo sab se bari ibadat islam mein kya hai? hajj. hajj kya hai? aik rehearsal hai poori zindagi ka.</w:t>
      </w:r>
      <w:r>
        <w:br/>
      </w:r>
      <w:r>
        <w:rPr>
          <w:sz w:val="20"/>
        </w:rPr>
        <w:t>17:21  hajj ka matlab ritual nahi hai. aik rehearsal hai ke wahan ja kar ke chand dinon mein aap aik course ko poora karte hain taake isi course ko aa kar translate kar saken apni poori zindagi mein.</w:t>
      </w:r>
      <w:r>
        <w:br/>
      </w:r>
      <w:r>
        <w:rPr>
          <w:sz w:val="20"/>
        </w:rPr>
        <w:t>17:38  hajj koi rituals nahi hai. yeh nahi ke gaye kahin, kuch set of rituals hain, us ko ada kar liya aur hajj ho gaya. hajj ka matlab hai is rehearsals ko, is course ko,</w:t>
      </w:r>
      <w:r>
        <w:br/>
      </w:r>
      <w:r>
        <w:rPr>
          <w:sz w:val="20"/>
        </w:rPr>
        <w:t>17:54  is course se guzar kar ke apne aap ko train karna, prepare karna taake rest of the life mein aap is ke mutabiq reh saken.</w:t>
      </w:r>
    </w:p>
    <w:p>
      <w:pPr>
        <w:pStyle w:val="Heading2"/>
      </w:pPr>
      <w:r>
        <w:t>Knowing you don't know is half knowledge</w:t>
      </w:r>
    </w:p>
    <w:p>
      <w:r>
        <w:rPr>
          <w:color w:val="666666"/>
          <w:sz w:val="18"/>
        </w:rPr>
        <w:t>Interaction with CPS Ulema September 12, 2020 Maulana Wahiduddin Khan · 33s · at 11:35 · https://youtu.be/JOOC8q8aGFM?t=695</w:t>
      </w:r>
    </w:p>
    <w:p>
      <w:r>
        <w:rPr>
          <w:i/>
        </w:rPr>
        <w:t>“Kya hai? Woh 'La adri nisf-ul-ilm'”</w:t>
      </w:r>
    </w:p>
    <w:p>
      <w:r>
        <w:rPr>
          <w:sz w:val="20"/>
        </w:rPr>
        <w:t>11:35  kya hai? woh "la adri nisf al-ilm." "la adri nisf al-ilm." yeh purana qaul hai kisi kisi bohat hi aarif aadmi ka.</w:t>
      </w:r>
      <w:r>
        <w:br/>
      </w:r>
      <w:r>
        <w:rPr>
          <w:sz w:val="20"/>
        </w:rPr>
        <w:t>11:46  "la adri nisf al-ilm." yaani sab se pehle aap ko yeh janna chahiye ke main</w:t>
      </w:r>
      <w:r>
        <w:br/>
      </w:r>
      <w:r>
        <w:rPr>
          <w:sz w:val="20"/>
        </w:rPr>
        <w:t>11:53  janta nahi. main la adri ke daryaft ho aap ko. jab aap ko jab aap jab aap apne na janne ko janenge, us ke baad aap janne ki koshish karenge.</w:t>
      </w:r>
    </w:p>
    <w:p>
      <w:pPr>
        <w:pStyle w:val="Heading2"/>
      </w:pPr>
      <w:r>
        <w:t>Solution: ignore misuse, see opportunities</w:t>
      </w:r>
    </w:p>
    <w:p>
      <w:r>
        <w:rPr>
          <w:color w:val="666666"/>
          <w:sz w:val="18"/>
        </w:rPr>
        <w:t>Present Muslims Mind 14 April, 2013 Maulana Wahiduddin Khan · 28s · at 12:04 · https://youtu.be/Gb545Y17vSI?t=724</w:t>
      </w:r>
    </w:p>
    <w:p>
      <w:r>
        <w:rPr>
          <w:i/>
        </w:rPr>
        <w:t>“Then what to do?”</w:t>
      </w:r>
    </w:p>
    <w:p>
      <w:r>
        <w:rPr>
          <w:sz w:val="20"/>
        </w:rPr>
        <w:t>12:04  yeh to qayamat tak rahega. Then what to do?</w:t>
      </w:r>
      <w:r>
        <w:br/>
      </w:r>
      <w:r>
        <w:rPr>
          <w:sz w:val="20"/>
        </w:rPr>
        <w:t>12:10  wohi hai, in mawal usr yusr. Yani usr ko ignore karo aur yusr ko istemal karo.</w:t>
      </w:r>
      <w:r>
        <w:br/>
      </w:r>
      <w:r>
        <w:rPr>
          <w:sz w:val="20"/>
        </w:rPr>
        <w:t>12:21  yani misuse of freedom ko chodo, is saath saath jo doosri cheezein hain, jo opportunities hain, jo mawaqe hain, jo scopes hain, us ko dekho.</w:t>
      </w:r>
    </w:p>
    <w:p>
      <w:pPr>
        <w:pStyle w:val="Heading2"/>
      </w:pPr>
      <w:r>
        <w:t>Deny falsehood in yourself before any new beginning</w:t>
      </w:r>
    </w:p>
    <w:p>
      <w:r>
        <w:rPr>
          <w:color w:val="666666"/>
          <w:sz w:val="18"/>
        </w:rPr>
        <w:t>Realistic Approach 30 March, 2014 · 29s · at 47:44 · https://youtu.be/HIFxmWWiEG4?t=2864</w:t>
      </w:r>
    </w:p>
    <w:p>
      <w:r>
        <w:rPr>
          <w:i/>
        </w:rPr>
        <w:t>“Like the Kalima — first negation, then affirmation.”</w:t>
      </w:r>
    </w:p>
    <w:p>
      <w:r>
        <w:rPr>
          <w:sz w:val="20"/>
        </w:rPr>
        <w:t>47:44  dekhen, har cheez mein jaise kalma hai "la ilaha illallah", yaani pehle nafi hai, phir is baat hai. pehle aap yeh kehte hain ke koi doosra khuda nahi hai, tab kehte hain ke Allah Rabb-ul-Alameen khuda hai.</w:t>
      </w:r>
      <w:r>
        <w:br/>
      </w:r>
      <w:r>
        <w:rPr>
          <w:sz w:val="20"/>
        </w:rPr>
        <w:t>48:00  yahan bhi wahi cheez hai, apni ghalti ko daryaft kijiye, apni deconditioning kijiye, apne aap ko aapas se bahar laiye, tab naya aaghaz hoga.</w:t>
      </w:r>
      <w:r>
        <w:br/>
      </w:r>
      <w:r>
        <w:rPr>
          <w:sz w:val="20"/>
        </w:rPr>
        <w:t>48:12  is ke baghair koi aaghaz nahi hai.</w:t>
      </w:r>
    </w:p>
    <w:p>
      <w:pPr>
        <w:pStyle w:val="Heading2"/>
      </w:pPr>
      <w:r>
        <w:t>Ali ibn Abi Talib's wisdom: whatever happened was good</w:t>
      </w:r>
    </w:p>
    <w:p>
      <w:r>
        <w:rPr>
          <w:color w:val="666666"/>
          <w:sz w:val="18"/>
        </w:rPr>
        <w:t>The Problem of Misunderstanding January 1, 2008 · 27s · at 32:17 · https://youtu.be/CTmUoJ714fg?t=1937</w:t>
      </w:r>
    </w:p>
    <w:p>
      <w:r>
        <w:rPr>
          <w:i/>
        </w:rPr>
        <w:t>“One wisdom given by Ali ibn Abi Talib: Al-Khair fima waqa”</w:t>
      </w:r>
    </w:p>
    <w:p>
      <w:r>
        <w:rPr>
          <w:sz w:val="20"/>
        </w:rPr>
        <w:t>32:17  So one wisdom given by Ali ibn Talib in this book is Al-khairu feema waqa'a. Al-khairu feema waqa'a.</w:t>
      </w:r>
      <w:r>
        <w:br/>
      </w:r>
      <w:r>
        <w:rPr>
          <w:sz w:val="20"/>
        </w:rPr>
        <w:t>32:28  What happened? Happened, happened as a blessing. What happened? Happened as a good. Very good formula, very simple formula.</w:t>
      </w:r>
      <w:r>
        <w:br/>
      </w:r>
      <w:r>
        <w:rPr>
          <w:sz w:val="20"/>
        </w:rPr>
        <w:t>32:42  Al-khairu feema waqa'a.</w:t>
      </w:r>
    </w:p>
    <w:p>
      <w:pPr>
        <w:pStyle w:val="Heading2"/>
      </w:pPr>
      <w:r>
        <w:t>Allah's replanning necessitates human replanning</w:t>
      </w:r>
    </w:p>
    <w:p>
      <w:r>
        <w:rPr>
          <w:color w:val="666666"/>
          <w:sz w:val="18"/>
        </w:rPr>
        <w:t>Importance of Re-Planning November 6, 2022 · 25s · at 7:14 · https://youtu.be/5rg4BU0r5Ow?t=434</w:t>
      </w:r>
    </w:p>
    <w:p>
      <w:r>
        <w:rPr>
          <w:i/>
        </w:rPr>
        <w:t>“Yani jo imaan aur amle sale ke test par poora utarega”</w:t>
      </w:r>
    </w:p>
    <w:p>
      <w:r>
        <w:rPr>
          <w:sz w:val="20"/>
        </w:rPr>
        <w:t>7:14  Yaani jo iman aur amale saleh ke test par poora utrega us ko jannat mein jagah milegi. Toh jab allah taala khud re karna hai toh insan ko toh re planning har halat mein karni hai. Kyun ke jab allah taala ne dekha ke pehle mansooba jag work nahi kiya toh allah ne doosra mansooba re plan kiya.</w:t>
      </w:r>
      <w:r>
        <w:br/>
      </w:r>
      <w:r>
        <w:rPr>
          <w:sz w:val="20"/>
        </w:rPr>
        <w:t>7:39  Insan ko is duniya mein rakha aur us ke liye test dena jo hai woh zaroori karar paya. Test mein jo log poore utrenge un ko jannat mein jagah milegi. Toh is tarah se jannat jo hai woh selected logon ke liye ho gayi. Sab ke liye nahi hui. Toh yeh jo hai naya mansooba jo hum ko banana hai lekin us mein manfi soch bilkul nahi hona chahiye.</w:t>
      </w:r>
    </w:p>
    <w:p>
      <w:pPr>
        <w:pStyle w:val="Heading2"/>
      </w:pPr>
      <w:r>
        <w:t>Definition of spirit of Islam</w:t>
      </w:r>
    </w:p>
    <w:p>
      <w:r>
        <w:rPr>
          <w:color w:val="666666"/>
          <w:sz w:val="18"/>
        </w:rPr>
        <w:t>The Spirit of Islam 10 June 2012 - Maulana Wahiduddin Khan · 32s · at 1:09 · https://youtu.be/2FuK5ml2tx4?t=69</w:t>
      </w:r>
    </w:p>
    <w:p>
      <w:r>
        <w:rPr>
          <w:i/>
        </w:rPr>
        <w:t>“Spirit ka matlab kya hai? Non-physical part of your personality.”</w:t>
      </w:r>
    </w:p>
    <w:p>
      <w:r>
        <w:rPr>
          <w:sz w:val="20"/>
        </w:rPr>
        <w:t>1:09  spirit hai, rooh-e-deen. spirit ka matlab kya hai?</w:t>
      </w:r>
      <w:r>
        <w:br/>
      </w:r>
      <w:r>
        <w:rPr>
          <w:sz w:val="20"/>
        </w:rPr>
        <w:t>1:19  spirit ka matlab hai non-physical part of your personality.</w:t>
      </w:r>
      <w:r>
        <w:br/>
      </w:r>
      <w:r>
        <w:rPr>
          <w:sz w:val="20"/>
        </w:rPr>
        <w:t>1:27  aap ka yeh jo wajood hai to ek iski body hai jo aap dekh rahe hain, aur ek iske andar ki spirit hai, rooh hai, woh dikhai nahi deti lekin asal wahi hai.</w:t>
      </w:r>
    </w:p>
    <w:p>
      <w:pPr>
        <w:pStyle w:val="Heading2"/>
      </w:pPr>
      <w:r>
        <w:t>Compression is God's greatest blessing</w:t>
      </w:r>
    </w:p>
    <w:p>
      <w:r>
        <w:rPr>
          <w:color w:val="666666"/>
          <w:sz w:val="18"/>
        </w:rPr>
        <w:t>The Concept of Help Feb 9, 2020—Maulana Wahiduddin Khan · 28s · at 5:31 · https://youtu.be/WScXmduh1AQ?t=331</w:t>
      </w:r>
    </w:p>
    <w:p>
      <w:r>
        <w:rPr>
          <w:i/>
        </w:rPr>
        <w:t>“اللہ کی سب سے بڑی بلیسنگ کمپرشن ہے”</w:t>
      </w:r>
    </w:p>
    <w:p>
      <w:r>
        <w:rPr>
          <w:sz w:val="20"/>
        </w:rPr>
        <w:t>5:31  yeh main apne tajrube se keh raha hoon. sab se bari help hai, is ko main kahunga ke compression.</w:t>
      </w:r>
      <w:r>
        <w:br/>
      </w:r>
      <w:r>
        <w:rPr>
          <w:sz w:val="20"/>
        </w:rPr>
        <w:t>5:42  Allah taala jab kisi se koi bara kaam lena chahte hain to compression create karte hain, compression create karte hain.</w:t>
      </w:r>
      <w:r>
        <w:br/>
      </w:r>
      <w:r>
        <w:rPr>
          <w:sz w:val="20"/>
        </w:rPr>
        <w:t>5:51  Allah ki sab se bari blessing jo hai, yaad rakhiye, compression hai.</w:t>
      </w:r>
    </w:p>
    <w:p>
      <w:pPr>
        <w:pStyle w:val="Heading2"/>
      </w:pPr>
      <w:r>
        <w:t>Importance of Islamic way of thinking</w:t>
      </w:r>
    </w:p>
    <w:p>
      <w:r>
        <w:rPr>
          <w:color w:val="666666"/>
          <w:sz w:val="18"/>
        </w:rPr>
        <w:t>Islamic Way of Thinking March 20, 2011 - Maulana Wahiduddin Khan · 26s · at 1:14 · https://youtu.be/pyN_pmWQyp8?t=74</w:t>
      </w:r>
    </w:p>
    <w:p>
      <w:r>
        <w:rPr>
          <w:i/>
        </w:rPr>
        <w:t>“Main samajhta hoon ke zyada important baat yeh hai”</w:t>
      </w:r>
    </w:p>
    <w:p>
      <w:r>
        <w:rPr>
          <w:sz w:val="20"/>
        </w:rPr>
        <w:t>1:14  main samajhta hoon ke ziyada important baat yeh hai ke Islamic way of thinking kya hai, kyun ke aur jo itne jitne banaye hain logon ne title, woh sab form ko le kar ke hain, form se related hain.</w:t>
      </w:r>
      <w:r>
        <w:br/>
      </w:r>
      <w:r>
        <w:rPr>
          <w:sz w:val="20"/>
        </w:rPr>
        <w:t>1:33  Islam asal mein spirit ka naam hai, form ka naam nahi hai.</w:t>
      </w:r>
    </w:p>
    <w:p>
      <w:pPr>
        <w:pStyle w:val="Heading2"/>
      </w:pPr>
      <w:r>
        <w:t>Quran: history is a witness man is in loss</w:t>
      </w:r>
    </w:p>
    <w:p>
      <w:r>
        <w:rPr>
          <w:color w:val="666666"/>
          <w:sz w:val="18"/>
        </w:rPr>
        <w:t>Right Man at Wrong Place May 18, 2008 · 31s · at 14:10 · https://youtu.be/sKwAjR3OAGo?t=850</w:t>
      </w:r>
    </w:p>
    <w:p>
      <w:r>
        <w:rPr>
          <w:i/>
        </w:rPr>
        <w:t>“History is a witness that man is in loss”</w:t>
      </w:r>
    </w:p>
    <w:p>
      <w:r>
        <w:rPr>
          <w:sz w:val="20"/>
        </w:rPr>
        <w:t>14:10  poori poori history mein yahi hua hai. walasridnal insanu ala fihi khusrun yani poori poori history ke baray mein quran kehta hai. poori poori history ke baray mein.</w:t>
      </w:r>
      <w:r>
        <w:br/>
      </w:r>
      <w:r>
        <w:rPr>
          <w:sz w:val="20"/>
        </w:rPr>
        <w:t>14:23  History is a witness that man is in loss.</w:t>
      </w:r>
      <w:r>
        <w:br/>
      </w:r>
      <w:r>
        <w:rPr>
          <w:sz w:val="20"/>
        </w:rPr>
        <w:t>14:27  poori poori history, chahe woh king hon, chahe woh wild log hon, chahe jin ko bari bari fame mili hui ho, aakhir kar woh marte hain frustration mein, tension mein jeete hain, stress mein jeete hain.</w:t>
      </w:r>
    </w:p>
    <w:p>
      <w:pPr>
        <w:pStyle w:val="Heading2"/>
      </w:pPr>
      <w:r>
        <w:t>Discover your own helplessness to grow close to God</w:t>
      </w:r>
    </w:p>
    <w:p>
      <w:r>
        <w:rPr>
          <w:color w:val="666666"/>
          <w:sz w:val="18"/>
        </w:rPr>
        <w:t>Realistic Approach 30 March, 2014 · 58s · at 54:39 · https://youtu.be/HIFxmWWiEG4?t=3279</w:t>
      </w:r>
    </w:p>
    <w:p>
      <w:r>
        <w:rPr>
          <w:i/>
        </w:rPr>
        <w:t>“In desperation, a person feels true helplessness before God.”</w:t>
      </w:r>
    </w:p>
    <w:p>
      <w:r>
        <w:rPr>
          <w:sz w:val="20"/>
        </w:rPr>
        <w:t>54:39  Dekhein, jab aadmi iztirari ki halat mein hota hai to apne helplessness ka tajurba karta hai. Woh ajz ka,</w:t>
      </w:r>
      <w:r>
        <w:br/>
      </w:r>
      <w:r>
        <w:rPr>
          <w:sz w:val="20"/>
        </w:rPr>
        <w:t>54:51  ajz ka tajurba aur ajz ka tajurba haqeeqatan kisi ko ho jaye to Allah se bohat qurbat ho jati hai. Bas waqt yani apne ajz ko daryaft karo aur Allah se qareeb ho jao.</w:t>
      </w:r>
      <w:r>
        <w:br/>
      </w:r>
      <w:r>
        <w:rPr>
          <w:sz w:val="20"/>
        </w:rPr>
        <w:t>55:06  Musalamanon mein to mein ne kisi ko paya nahi jis ne apne ajz ko daryaft kiya ho, chahe mustar ho ya molvi. Koi mujhe nahi mila, ek bhi nahi mila.</w:t>
      </w:r>
      <w:r>
        <w:br/>
      </w:r>
      <w:r>
        <w:rPr>
          <w:sz w:val="20"/>
        </w:rPr>
        <w:t>55:15  Agar kahin hai to mujhe us ki khabar nahi. Choonke ajz ki daryaft hi nahi hui to qurbat-e-khudawandi kahan se hogi? Ajz ek qabil-e-daryaft cheez hai, yaad rakhiye.</w:t>
      </w:r>
      <w:r>
        <w:br/>
      </w:r>
      <w:r>
        <w:rPr>
          <w:sz w:val="20"/>
        </w:rPr>
        <w:t>55:28  Jis tarah doosri cheezein qabil-e-daryaft hain, ajz bhi qabil-e-daryaft hai. Logon ko maloom hi nahi ke ajz kya cheez hai.</w:t>
      </w:r>
    </w:p>
    <w:p>
      <w:pPr>
        <w:pStyle w:val="Heading2"/>
      </w:pPr>
      <w:r>
        <w:t>Divine Man's Burden — spreading truth without price</w:t>
      </w:r>
    </w:p>
    <w:p>
      <w:r>
        <w:rPr>
          <w:color w:val="666666"/>
          <w:sz w:val="18"/>
        </w:rPr>
        <w:t>Missionary Ethics May 4, 2006 Maulana Wahiduddin Khan · 53s · at 18:01 · https://youtu.be/W4yIZa45gDw?t=1081</w:t>
      </w:r>
    </w:p>
    <w:p>
      <w:r>
        <w:rPr>
          <w:i/>
        </w:rPr>
        <w:t>“ان کا معاملہ تھا وائٹ مینز برڈن کا، ہمارا ہوگا ڈیوائن مینز برڈن۔”</w:t>
      </w:r>
    </w:p>
    <w:p>
      <w:r>
        <w:rPr>
          <w:sz w:val="20"/>
        </w:rPr>
        <w:t>18:01  un ka mamla tha white man's burden ka, hamara hoga divine man's burden. yaani aap ko jo sachai discover hui hai, paradise ka jo ilm aap ko hua hai,</w:t>
      </w:r>
      <w:r>
        <w:br/>
      </w:r>
      <w:r>
        <w:rPr>
          <w:sz w:val="20"/>
        </w:rPr>
        <w:t>18:18  creation plan of God ke bare mein aap ne jo kuch jana hai, God ka jo aap ko realization hua hai, toh is sachai ko aap logon tak pahunchayein</w:t>
      </w:r>
      <w:r>
        <w:br/>
      </w:r>
      <w:r>
        <w:rPr>
          <w:sz w:val="20"/>
        </w:rPr>
        <w:t>18:34  baghair kisi price ke, sirf well wishing ke tehat, ab khair khwahi ke jazbe ke tehat.</w:t>
      </w:r>
      <w:r>
        <w:br/>
      </w:r>
      <w:r>
        <w:rPr>
          <w:sz w:val="20"/>
        </w:rPr>
        <w:t>18:44  yeh hai</w:t>
      </w:r>
      <w:r>
        <w:br/>
      </w:r>
      <w:r>
        <w:rPr>
          <w:sz w:val="20"/>
        </w:rPr>
        <w:t>18:48  divine man's burden.</w:t>
      </w:r>
    </w:p>
    <w:p>
      <w:pPr>
        <w:pStyle w:val="Heading2"/>
      </w:pPr>
      <w:r>
        <w:t>Two centuries of complaint no result</w:t>
      </w:r>
    </w:p>
    <w:p>
      <w:r>
        <w:rPr>
          <w:color w:val="666666"/>
          <w:sz w:val="18"/>
        </w:rPr>
        <w:t>Muslims in the Present World | November 24, 2007 · 30s · at 49:03 · https://youtu.be/2TrLMGJNHLs?t=2943</w:t>
      </w:r>
    </w:p>
    <w:p>
      <w:r>
        <w:rPr>
          <w:i/>
        </w:rPr>
        <w:t>“Two hundred years of complaint, result nothing.”</w:t>
      </w:r>
    </w:p>
    <w:p>
      <w:r>
        <w:rPr>
          <w:sz w:val="20"/>
        </w:rPr>
        <w:t>49:03  Two hundred years se.</w:t>
      </w:r>
      <w:r>
        <w:br/>
      </w:r>
      <w:r>
        <w:rPr>
          <w:sz w:val="20"/>
        </w:rPr>
        <w:t>49:09  yani arab world mein jawab dein afghani aur indian subcontinent mein woh sultan teepu.</w:t>
      </w:r>
      <w:r>
        <w:br/>
      </w:r>
      <w:r>
        <w:rPr>
          <w:sz w:val="20"/>
        </w:rPr>
        <w:t>49:15  to do so do so saal se musalman isi mein hain complaint, protest.</w:t>
      </w:r>
      <w:r>
        <w:br/>
      </w:r>
      <w:r>
        <w:rPr>
          <w:sz w:val="20"/>
        </w:rPr>
        <w:t>49:21  aur result? Result kuch bhi nahin.</w:t>
      </w:r>
      <w:r>
        <w:br/>
      </w:r>
      <w:r>
        <w:rPr>
          <w:sz w:val="20"/>
        </w:rPr>
        <w:t>49:27  to hadith mein aata hai ke mun hasan islami mar</w:t>
      </w:r>
    </w:p>
    <w:p>
      <w:pPr>
        <w:pStyle w:val="Heading2"/>
      </w:pPr>
      <w:r>
        <w:t>Cannot change course of result</w:t>
      </w:r>
    </w:p>
    <w:p>
      <w:r>
        <w:rPr>
          <w:color w:val="666666"/>
          <w:sz w:val="18"/>
        </w:rPr>
        <w:t>Nature of Modern Problem 12 July 2009 - Maulana Wahiduddin Khan · 25s · at 16:36 · https://youtu.be/JULJoDRvUNU?t=996</w:t>
      </w:r>
    </w:p>
    <w:p>
      <w:r>
        <w:rPr>
          <w:i/>
        </w:rPr>
        <w:t>“You cannot change the course of result.”</w:t>
      </w:r>
    </w:p>
    <w:p>
      <w:r>
        <w:rPr>
          <w:sz w:val="20"/>
        </w:rPr>
        <w:t>16:36  ke kya hota hai, is ka ek phool kha lete hain, is se kya farq padega. lekin un ka ouster ho gaya. you can not change the course of result, it is beyond your capacity,</w:t>
      </w:r>
      <w:r>
        <w:br/>
      </w:r>
      <w:r>
        <w:rPr>
          <w:sz w:val="20"/>
        </w:rPr>
        <w:t>16:55  it is beyond your capacity.</w:t>
      </w:r>
    </w:p>
    <w:p>
      <w:pPr>
        <w:pStyle w:val="Heading2"/>
      </w:pPr>
      <w:r>
        <w:t>Life means life management</w:t>
      </w:r>
    </w:p>
    <w:p>
      <w:r>
        <w:rPr>
          <w:color w:val="666666"/>
          <w:sz w:val="18"/>
        </w:rPr>
        <w:t>Art of Life Management | October 23, 2007 · 30s · at 59:34 · https://youtu.be/Zp3-HZBflTc?t=3574</w:t>
      </w:r>
    </w:p>
    <w:p>
      <w:r>
        <w:rPr>
          <w:i/>
        </w:rPr>
        <w:t>“Life means life management”</w:t>
      </w:r>
    </w:p>
    <w:p>
      <w:r>
        <w:rPr>
          <w:sz w:val="20"/>
        </w:rPr>
        <w:t>59:34  yaani realities ko dekh kar ke aap decision lein. to phir aap kabhi fail nahi honge inshallah. to main yahi kahunga ke zindagi naam hai management ka. zindagi naam hai management ka. life means life management. manage karna seekhiye. you have to know the art of life management. zindagi ke har ma</w:t>
      </w:r>
    </w:p>
    <w:p>
      <w:pPr>
        <w:pStyle w:val="Heading2"/>
      </w:pPr>
      <w:r>
        <w:t>Objective thinking simply means realistic, unbiased thinking</w:t>
      </w:r>
    </w:p>
    <w:p>
      <w:r>
        <w:rPr>
          <w:color w:val="666666"/>
          <w:sz w:val="18"/>
        </w:rPr>
        <w:t>The Problem of Misunderstanding January 1, 2008 · 26s · at 1:35:27 · https://youtu.be/CTmUoJ714fg?t=5727</w:t>
      </w:r>
    </w:p>
    <w:p>
      <w:r>
        <w:rPr>
          <w:i/>
        </w:rPr>
        <w:t>“Objective thinking means realistic thinking”</w:t>
      </w:r>
    </w:p>
    <w:p>
      <w:r>
        <w:rPr>
          <w:sz w:val="20"/>
        </w:rPr>
        <w:t>1:35:27  objective thinking means realistic thinking.</w:t>
      </w:r>
      <w:r>
        <w:br/>
      </w:r>
      <w:r>
        <w:rPr>
          <w:sz w:val="20"/>
        </w:rPr>
        <w:t>1:35:36  objective thinking is only the other name of realistic thinking. what is, what is, what is,</w:t>
      </w:r>
      <w:r>
        <w:br/>
      </w:r>
      <w:r>
        <w:rPr>
          <w:sz w:val="20"/>
        </w:rPr>
        <w:t>1:35:50  what is realistic? that is objective.</w:t>
      </w:r>
    </w:p>
    <w:p>
      <w:pPr>
        <w:pStyle w:val="Heading2"/>
      </w:pPr>
      <w:r>
        <w:t>Professor Arnold reads during ship storm</w:t>
      </w:r>
    </w:p>
    <w:p>
      <w:r>
        <w:rPr>
          <w:color w:val="666666"/>
          <w:sz w:val="18"/>
        </w:rPr>
        <w:t>Advance Preparation and Planning October 27, 2018 · 53s · at 9:51 · https://youtu.be/X0ycKqLspoA?t=591</w:t>
      </w:r>
    </w:p>
    <w:p>
      <w:r>
        <w:rPr>
          <w:i/>
        </w:rPr>
        <w:t>“To isi mein pahunche woh un ke cabin mein”</w:t>
      </w:r>
    </w:p>
    <w:p>
      <w:r>
        <w:rPr>
          <w:sz w:val="20"/>
        </w:rPr>
        <w:t>9:51  to isi mein pohnche woh un ke cabin mein, professor Arnold ke cabin mein. To unhon ne dekha ke woh to jahaz dagmag ho raha hai aur woh baithe kitaab parh rahe hain apni cabin mein.</w:t>
      </w:r>
      <w:r>
        <w:br/>
      </w:r>
      <w:r>
        <w:rPr>
          <w:sz w:val="20"/>
        </w:rPr>
        <w:t>10:10  to unhon ne un se kaha ke sare passenger to pareshan hain aur aap bare itminan se kitaab parh rahe hain, yeh kiya baat hai?</w:t>
      </w:r>
      <w:r>
        <w:br/>
      </w:r>
      <w:r>
        <w:rPr>
          <w:sz w:val="20"/>
        </w:rPr>
        <w:t>10:28  to professor Arnold ne kaha ke aakhri kuch minute mere jo baqi hain, us ko main chahta hoon ke avail kar loon.</w:t>
      </w:r>
    </w:p>
    <w:p>
      <w:pPr>
        <w:pStyle w:val="Heading2"/>
      </w:pPr>
      <w:r>
        <w:t>Spirit of Islam benefits</w:t>
      </w:r>
    </w:p>
    <w:p>
      <w:r>
        <w:rPr>
          <w:color w:val="666666"/>
          <w:sz w:val="18"/>
        </w:rPr>
        <w:t>Deeper Meaning of Quran 17 05 2015 · 27s · at 1:01:54 · https://youtu.be/_Cj6gds7nWI?t=3714</w:t>
      </w:r>
    </w:p>
    <w:p>
      <w:r>
        <w:rPr>
          <w:i/>
        </w:rPr>
        <w:t>“To conclude, Spirit of Islam has benefited me in many ways”</w:t>
      </w:r>
    </w:p>
    <w:p>
      <w:r>
        <w:rPr>
          <w:sz w:val="20"/>
        </w:rPr>
        <w:t>1:01:54  To conclude, Spirit of Islam has benefited me in many ways, such as honesty, not to deny the truth, respect others, and treat everyone equally. Maulana, agla sawal Bhopal se aaya hai Fawad Sahab ne kiya hai aur unhone aap se poocha hai ke What is the starting point of breaking one's conditioning so that the person can re-engineer his or her mind?</w:t>
      </w:r>
      <w:r>
        <w:br/>
      </w:r>
      <w:r>
        <w:rPr>
          <w:sz w:val="20"/>
        </w:rPr>
        <w:t>1:02:21  bhai, main to yahi samajhta hoon ke starting point muhasba hai yani introspection.</w:t>
      </w:r>
    </w:p>
    <w:p>
      <w:pPr>
        <w:pStyle w:val="Heading2"/>
      </w:pPr>
      <w:r>
        <w:t>Immediately stop all violence</w:t>
      </w:r>
    </w:p>
    <w:p>
      <w:r>
        <w:rPr>
          <w:color w:val="666666"/>
          <w:sz w:val="18"/>
        </w:rPr>
        <w:t>Importance of Wisdom | August 24, 2014 · 30s · at 54:13 · https://youtu.be/ZVPLm7fV0t0?t=3253</w:t>
      </w:r>
    </w:p>
    <w:p>
      <w:r>
        <w:rPr>
          <w:i/>
        </w:rPr>
        <w:t>“Immediately stop all violence”</w:t>
      </w:r>
    </w:p>
    <w:p>
      <w:r>
        <w:rPr>
          <w:sz w:val="20"/>
        </w:rPr>
        <w:t>54:13  is waqt musalmanon par farz ke tehat zaroori hai ke fe فور saara violence band kar dein. fe فور.</w:t>
      </w:r>
      <w:r>
        <w:br/>
      </w:r>
      <w:r>
        <w:rPr>
          <w:sz w:val="20"/>
        </w:rPr>
        <w:t>54:18  kyunke violence ulta pad raha hai.</w:t>
      </w:r>
      <w:r>
        <w:br/>
      </w:r>
      <w:r>
        <w:rPr>
          <w:sz w:val="20"/>
        </w:rPr>
        <w:t>54:23  جس کو کہتے ہیں انگریزی میں counterproductive.</w:t>
      </w:r>
      <w:r>
        <w:br/>
      </w:r>
      <w:r>
        <w:rPr>
          <w:sz w:val="20"/>
        </w:rPr>
        <w:t>54:28  جب آپ کا violence الٹا پڑ رہا ہو تو فی الفور بند کیجیے۔</w:t>
      </w:r>
      <w:r>
        <w:br/>
      </w:r>
      <w:r>
        <w:rPr>
          <w:sz w:val="20"/>
        </w:rPr>
        <w:t>54:33  ek second intezar mat kijiye.</w:t>
      </w:r>
      <w:r>
        <w:br/>
      </w:r>
      <w:r>
        <w:rPr>
          <w:sz w:val="20"/>
        </w:rPr>
        <w:t>54:39  aur agar musalman band kar dein to fareeqe saani bhi abhi band kar dega.</w:t>
      </w:r>
    </w:p>
    <w:p>
      <w:pPr>
        <w:pStyle w:val="Heading2"/>
      </w:pPr>
      <w:r>
        <w:t>Dajjal as one-sided thinking</w:t>
      </w:r>
    </w:p>
    <w:p>
      <w:r>
        <w:rPr>
          <w:color w:val="666666"/>
          <w:sz w:val="18"/>
        </w:rPr>
        <w:t>Dars-e-Quran, Chapter 2, Verses 67-73, May 6, 2018 · 34s · at 12:36 · https://youtu.be/JAsg4SpiVDU?t=756</w:t>
      </w:r>
    </w:p>
    <w:p>
      <w:r>
        <w:rPr>
          <w:i/>
        </w:rPr>
        <w:t>“Prophetic predictions are mostly in allegorical language”</w:t>
      </w:r>
    </w:p>
    <w:p>
      <w:r>
        <w:rPr>
          <w:sz w:val="20"/>
        </w:rPr>
        <w:t>12:36  acha dekhiye, is tarah ke jo prediction hain rasool Allah ki taraf se, woh ziyada tar tamseel ki zaban mein hain, allegorical language mein hain.</w:t>
      </w:r>
      <w:r>
        <w:br/>
      </w:r>
      <w:r>
        <w:rPr>
          <w:sz w:val="20"/>
        </w:rPr>
        <w:t>12:49  yeh bhi mere nazdeek tamseel ki zaban mein hai, yani dajjal aik aankh wala hoga ke is ka kya hua?</w:t>
      </w:r>
      <w:r>
        <w:br/>
      </w:r>
      <w:r>
        <w:rPr>
          <w:sz w:val="20"/>
        </w:rPr>
        <w:t>13:01  is ki thinking one sided hogi, is ki thinking one sided hogi.</w:t>
      </w:r>
    </w:p>
    <w:p>
      <w:pPr>
        <w:pStyle w:val="Heading2"/>
      </w:pPr>
      <w:r>
        <w:t>Happiness elusive in material pursuit</w:t>
      </w:r>
    </w:p>
    <w:p>
      <w:r>
        <w:rPr>
          <w:color w:val="666666"/>
          <w:sz w:val="18"/>
        </w:rPr>
        <w:t>Journey of Civilization 14 Jan 2007 - Maulana Wahiduddin Khan · 35s · at 4:46 · https://youtu.be/MEHzksOmFZc?t=286</w:t>
      </w:r>
    </w:p>
    <w:p>
      <w:r>
        <w:rPr>
          <w:i/>
        </w:rPr>
        <w:t>“Aisa lagta hai ke har aadmi”</w:t>
      </w:r>
    </w:p>
    <w:p>
      <w:r>
        <w:rPr>
          <w:sz w:val="20"/>
        </w:rPr>
        <w:t>4:46  aisa lagta hai ke har aadmi happiness ki talash mein daud raha hai, ek aisi tunnel ki taraf jis ke idhar happiness hai nahi.</w:t>
      </w:r>
      <w:r>
        <w:br/>
      </w:r>
      <w:r>
        <w:rPr>
          <w:sz w:val="20"/>
        </w:rPr>
        <w:t>5:03  aik tunnel hai jis mein daur rahe hain, daur rahe hain saare log. But at the end of the tunnel there is no happiness.</w:t>
      </w:r>
      <w:r>
        <w:br/>
      </w:r>
      <w:r>
        <w:rPr>
          <w:sz w:val="20"/>
        </w:rPr>
        <w:t>5:14  yeh sab ka case ban raha hai.</w:t>
      </w:r>
    </w:p>
    <w:p>
      <w:pPr>
        <w:pStyle w:val="Heading2"/>
      </w:pPr>
      <w:r>
        <w:t>Loss leads to humility, gain to pride</w:t>
      </w:r>
    </w:p>
    <w:p>
      <w:r>
        <w:rPr>
          <w:color w:val="666666"/>
          <w:sz w:val="18"/>
        </w:rPr>
        <w:t>Surah Al-'Asr I November 23, 2014 · 46s · at 6:09 · https://youtu.be/K1G2YJVBE5U?t=369</w:t>
      </w:r>
    </w:p>
    <w:p>
      <w:r>
        <w:rPr>
          <w:i/>
        </w:rPr>
        <w:t>“To mujhe samajh mein aaya ke yeh bohat badi hikmat hai”</w:t>
      </w:r>
    </w:p>
    <w:p>
      <w:r>
        <w:rPr>
          <w:sz w:val="20"/>
        </w:rPr>
        <w:t>6:09  to mujhe samajh mein aaya ke yeh bohat bari hikmat hai, bohat bari hikmat hai. is liye ke agar aap apne paane wali cheezon ko sochen, jo aap ko faida hua us ko le kar sochen to kya hoga?</w:t>
      </w:r>
      <w:r>
        <w:br/>
      </w:r>
      <w:r>
        <w:rPr>
          <w:sz w:val="20"/>
        </w:rPr>
        <w:t>6:27  aap ke andar fakhar aaye ga, gharoor aaye ga, aala pan ka ehsas aaye ga, jo kisi insan ke liye sab se buri cheez hai.</w:t>
      </w:r>
      <w:r>
        <w:br/>
      </w:r>
      <w:r>
        <w:rPr>
          <w:sz w:val="20"/>
        </w:rPr>
        <w:t>6:43  lekin agar aap nuqsan ko le kar sochen</w:t>
      </w:r>
      <w:r>
        <w:br/>
      </w:r>
      <w:r>
        <w:rPr>
          <w:sz w:val="20"/>
        </w:rPr>
        <w:t>6:47  to aap ke andar ajzi aaye gi, tawazu aaye gi, izzat aaye gi.</w:t>
      </w:r>
    </w:p>
    <w:p>
      <w:pPr>
        <w:pStyle w:val="Heading2"/>
      </w:pPr>
      <w:r>
        <w:t>life is the art of the possible</w:t>
      </w:r>
    </w:p>
    <w:p>
      <w:r>
        <w:rPr>
          <w:color w:val="666666"/>
          <w:sz w:val="18"/>
        </w:rPr>
        <w:t>Right Man at Wrong Place May 18, 2008 · 28s · at 48:39 · https://youtu.be/sKwAjR3OAGo?t=2919</w:t>
      </w:r>
    </w:p>
    <w:p>
      <w:r>
        <w:rPr>
          <w:i/>
        </w:rPr>
        <w:t>“Life is the art of the possible”</w:t>
      </w:r>
    </w:p>
    <w:p>
      <w:r>
        <w:rPr>
          <w:sz w:val="20"/>
        </w:rPr>
        <w:t>48:39  is duniya mein jo hai life is the art of the possible yani possible mein aap ko life mil sakti hai impossible mein nahin matlab less than ideal to milega ideal nahin milega aap ko</w:t>
      </w:r>
      <w:r>
        <w:br/>
      </w:r>
      <w:r>
        <w:rPr>
          <w:sz w:val="20"/>
        </w:rPr>
        <w:t>48:57  aap ko less than ideal mein jina padega kyonke ideal to milta nahin hai to life is the art of the possible</w:t>
      </w:r>
    </w:p>
    <w:p>
      <w:pPr>
        <w:pStyle w:val="Heading2"/>
      </w:pPr>
      <w:r>
        <w:t>Truth exists only at the intellectual level, not physical</w:t>
      </w:r>
    </w:p>
    <w:p>
      <w:r>
        <w:rPr>
          <w:color w:val="666666"/>
          <w:sz w:val="18"/>
        </w:rPr>
        <w:t>Why People live in Despair September 2, 2007 · 29s · at 18:36 · https://youtu.be/BHfgOfzXf00?t=1116</w:t>
      </w:r>
    </w:p>
    <w:p>
      <w:r>
        <w:rPr>
          <w:i/>
        </w:rPr>
        <w:t>“Truth is never found at the physical level.”</w:t>
      </w:r>
    </w:p>
    <w:p>
      <w:r>
        <w:rPr>
          <w:sz w:val="20"/>
        </w:rPr>
        <w:t>18:36  koi social service aur milli work mein apne ko laga deta hai. samajhta hai ke haan, mujhe mil jayega. lekin milta nahi hai. kyun? dekhen, aap ko sachai physical level pe kabhi nahi milegi.</w:t>
      </w:r>
      <w:r>
        <w:br/>
      </w:r>
      <w:r>
        <w:rPr>
          <w:sz w:val="20"/>
        </w:rPr>
        <w:t>18:49  wo intellectual level pe milegi. basic baat yeh hai.</w:t>
      </w:r>
      <w:r>
        <w:br/>
      </w:r>
      <w:r>
        <w:rPr>
          <w:sz w:val="20"/>
        </w:rPr>
        <w:t>18:56  sachai ko jab bhi aap payenge, intellectual level par payenge. aur log physical level par sachai ko talash kar rahe hain.</w:t>
      </w:r>
    </w:p>
    <w:p>
      <w:pPr>
        <w:pStyle w:val="Heading2"/>
      </w:pPr>
      <w:r>
        <w:t>Science was meant to know God</w:t>
      </w:r>
    </w:p>
    <w:p>
      <w:r>
        <w:rPr>
          <w:color w:val="666666"/>
          <w:sz w:val="18"/>
        </w:rPr>
        <w:t>Significance of I'tikaf Today | June 10, 2018 · 30s · at 25:03 · https://youtu.be/UWmQVRON9rg?t=1503</w:t>
      </w:r>
    </w:p>
    <w:p>
      <w:r>
        <w:rPr>
          <w:i/>
        </w:rPr>
        <w:t>“Science tha Allah ki marifat ka zareya.”</w:t>
      </w:r>
    </w:p>
    <w:p>
      <w:r>
        <w:rPr>
          <w:sz w:val="20"/>
        </w:rPr>
        <w:t>25:03  haye mere bete ki daulat kaun lega? yeh hai sara insaan.</w:t>
      </w:r>
      <w:r>
        <w:br/>
      </w:r>
      <w:r>
        <w:rPr>
          <w:sz w:val="20"/>
        </w:rPr>
        <w:t>25:11  sara insaan daud raha hai ke science ko paisa ikattha karne ka zariya banaye.</w:t>
      </w:r>
      <w:r>
        <w:br/>
      </w:r>
      <w:r>
        <w:rPr>
          <w:sz w:val="20"/>
        </w:rPr>
        <w:t>25:18  jab ke science tha Allah ki marifat ka zariya.</w:t>
      </w:r>
      <w:r>
        <w:br/>
      </w:r>
      <w:r>
        <w:rPr>
          <w:sz w:val="20"/>
        </w:rPr>
        <w:t>25:26  mein aap ko arz karoon ke science jab dunya mein aayi char sau saal pehle, char sau saal pehle to</w:t>
      </w:r>
    </w:p>
    <w:p>
      <w:pPr>
        <w:pStyle w:val="Heading2"/>
      </w:pPr>
      <w:r>
        <w:t>Your attitude toward others shapes your own personality</w:t>
      </w:r>
    </w:p>
    <w:p>
      <w:r>
        <w:rPr>
          <w:color w:val="666666"/>
          <w:sz w:val="18"/>
        </w:rPr>
        <w:t>The Problem of Misunderstanding January 1, 2008 Maulana Wahiduddin Khan · 36s · at 48:59 · https://youtu.be/LdzzoBvyaD0?t=2939</w:t>
      </w:r>
    </w:p>
    <w:p>
      <w:r>
        <w:rPr>
          <w:i/>
        </w:rPr>
        <w:t>“Treat others badly, and you build a negative self”</w:t>
      </w:r>
    </w:p>
    <w:p>
      <w:r>
        <w:rPr>
          <w:sz w:val="20"/>
        </w:rPr>
        <w:t>48:59  to yaad rakhiye yeh bohat hi aham nukta hai. ke jab bhi hum kisi doosre se koi rawaiyya karte hain, is rawaiyya ke waqt hum apne andar ek cheez paida kar rahe hote hain.</w:t>
      </w:r>
      <w:r>
        <w:br/>
      </w:r>
      <w:r>
        <w:rPr>
          <w:sz w:val="20"/>
        </w:rPr>
        <w:t>49:18  doosre se agar aap ne musbat rawaiyya kiya to aap ke andar musbat shakhsiyat banegi.</w:t>
      </w:r>
      <w:r>
        <w:br/>
      </w:r>
      <w:r>
        <w:rPr>
          <w:sz w:val="20"/>
        </w:rPr>
        <w:t>49:25  doosre se aap ne manfi rawaiyya kiya to aap ke apne andar manfi shakhsiyat banegi.</w:t>
      </w:r>
    </w:p>
    <w:p>
      <w:pPr>
        <w:pStyle w:val="Heading2"/>
      </w:pPr>
      <w:r>
        <w:t>Thinking is the greatest thing</w:t>
      </w:r>
    </w:p>
    <w:p>
      <w:r>
        <w:rPr>
          <w:color w:val="666666"/>
          <w:sz w:val="18"/>
        </w:rPr>
        <w:t>Intellectual Poverty of Intellectuals December 31, 2006 · 40s · at 56:35 · https://youtu.be/xz00TfFlXkI?t=3395</w:t>
      </w:r>
    </w:p>
    <w:p>
      <w:r>
        <w:rPr>
          <w:i/>
        </w:rPr>
        <w:t>“Sab se badi cheez hai thinking”</w:t>
      </w:r>
    </w:p>
    <w:p>
      <w:r>
        <w:rPr>
          <w:sz w:val="20"/>
        </w:rPr>
        <w:t>56:35  dekhiye, wahan yahan par yeh kehna chahunga ke sab se bari cheez hai thinking, sab se bari cheez hai thinking.</w:t>
      </w:r>
      <w:r>
        <w:br/>
      </w:r>
      <w:r>
        <w:rPr>
          <w:sz w:val="20"/>
        </w:rPr>
        <w:t>56:46  thinking se jeet hoti hai, thinking izhaar hoti hai, thinking se progress hoti hai aur thinking hi se aadmi ki progress ruk jati hai.</w:t>
      </w:r>
      <w:r>
        <w:br/>
      </w:r>
      <w:r>
        <w:rPr>
          <w:sz w:val="20"/>
        </w:rPr>
        <w:t>56:58  to soch ke level par badqismati se aaj sari duniya mein intellectual poverty ka zamana aa gaya hai. log soch nahi paate, khud musalmanon hi ki baat nahi hai, poori duniya mein intellectual poverty ka zamana hai.</w:t>
      </w:r>
    </w:p>
    <w:p>
      <w:pPr>
        <w:pStyle w:val="Heading2"/>
      </w:pPr>
      <w:r>
        <w:t>Run from anything that erodes your creativity</w:t>
      </w:r>
    </w:p>
    <w:p>
      <w:r>
        <w:rPr>
          <w:color w:val="666666"/>
          <w:sz w:val="18"/>
        </w:rPr>
        <w:t>Untold Story of Islam January 28, 2007 · 37s · at 23:06 · https://youtu.be/SoBrn4U1jyw?t=1386</w:t>
      </w:r>
    </w:p>
    <w:p>
      <w:r>
        <w:rPr>
          <w:i/>
        </w:rPr>
        <w:t>“Jo cheez creativity ko erode kare, usse door bhagiye”</w:t>
      </w:r>
    </w:p>
    <w:p>
      <w:r>
        <w:rPr>
          <w:sz w:val="20"/>
        </w:rPr>
        <w:t>23:06  har individual ko bohat zyada aisa karna chahiye ke jo cheez us ki creativity ko, jo cheez us ki creativity ko erode kare, jo us ki creativity ke liye erosion ban rahi ho,</w:t>
      </w:r>
      <w:r>
        <w:br/>
      </w:r>
      <w:r>
        <w:rPr>
          <w:sz w:val="20"/>
        </w:rPr>
        <w:t>23:21  instantly us ko chhod de. isi waqt us ko chhod de.</w:t>
      </w:r>
      <w:r>
        <w:br/>
      </w:r>
      <w:r>
        <w:rPr>
          <w:sz w:val="20"/>
        </w:rPr>
        <w:t>23:28  kyun</w:t>
      </w:r>
      <w:r>
        <w:br/>
      </w:r>
      <w:r>
        <w:rPr>
          <w:sz w:val="20"/>
        </w:rPr>
        <w:t>23:29  ke agar woh soche to uncreative ko woh afford nahi kar sakta. uncreative ka matlab hai ke animal ke taur par jeena, animal ke taur par marna.</w:t>
      </w:r>
    </w:p>
    <w:p>
      <w:pPr>
        <w:pStyle w:val="Heading2"/>
      </w:pPr>
      <w:r>
        <w:t>Problems are part of nature</w:t>
      </w:r>
    </w:p>
    <w:p>
      <w:r>
        <w:rPr>
          <w:color w:val="666666"/>
          <w:sz w:val="18"/>
        </w:rPr>
        <w:t>How to Deal with Problems December 07, 2008 · 35s · at 2:08 · https://youtu.be/7ohPSsTkiw4?t=128</w:t>
      </w:r>
    </w:p>
    <w:p>
      <w:r>
        <w:rPr>
          <w:i/>
        </w:rPr>
        <w:t>“Dekhiye, jo cheez part of nature ho, woh obstacle nahi hoti.”</w:t>
      </w:r>
    </w:p>
    <w:p>
      <w:r>
        <w:rPr>
          <w:sz w:val="20"/>
        </w:rPr>
        <w:t>2:08  dekhiye, jo cheez part of nature ho, woh obstacle nahin hoti. garmi mein suraj bohat garam ho jata hai to kya aap is ko problem samajhte hain?</w:t>
      </w:r>
      <w:r>
        <w:br/>
      </w:r>
      <w:r>
        <w:rPr>
          <w:sz w:val="20"/>
        </w:rPr>
        <w:t>2:20  barsaat mein kechar ho jati hai, mud ho jata hai to kya aap is ko problem samajhte hain? problem nahin hai, woh part of nature hai woh.</w:t>
      </w:r>
      <w:r>
        <w:br/>
      </w:r>
      <w:r>
        <w:rPr>
          <w:sz w:val="20"/>
        </w:rPr>
        <w:t>2:31  to jo cheez part of nature ho, woh problem nahin hoti. problem to woh hai jo nature se alag kuch ho jae.</w:t>
      </w:r>
    </w:p>
    <w:p>
      <w:pPr>
        <w:pStyle w:val="Heading2"/>
      </w:pPr>
      <w:r>
        <w:t>Master of situation management</w:t>
      </w:r>
    </w:p>
    <w:p>
      <w:r>
        <w:rPr>
          <w:color w:val="666666"/>
          <w:sz w:val="18"/>
        </w:rPr>
        <w:t>The Importance of Wisdom 22 Feb, 2009 - Maulana Wahiduddin Khan · 31s · at 3:46 · https://youtu.be/Lmtn_duWJP0?t=226</w:t>
      </w:r>
    </w:p>
    <w:p>
      <w:r>
        <w:rPr>
          <w:i/>
        </w:rPr>
        <w:t>“Ajeeb baat hai ke poori history mein log yahi karte rahe hain”</w:t>
      </w:r>
    </w:p>
    <w:p>
      <w:r>
        <w:rPr>
          <w:sz w:val="20"/>
        </w:rPr>
        <w:t>3:46  ajeeb baat hai ke poori history mein log yahi karte rahe hain. rasool Allah sal Allah alaihi wasallam ka ek exception hai is maamle mein.</w:t>
      </w:r>
      <w:r>
        <w:br/>
      </w:r>
      <w:r>
        <w:rPr>
          <w:sz w:val="20"/>
        </w:rPr>
        <w:t>3:57  rasool Allah sal Allah alaihi wasallam ne is baat ko jaana ke kabhi bhi aisa nahi ho sakta hai ke situation 100 fisad aap ke favor mein ho.</w:t>
      </w:r>
      <w:r>
        <w:br/>
      </w:r>
      <w:r>
        <w:rPr>
          <w:sz w:val="20"/>
        </w:rPr>
        <w:t>4:07  partially aap ke favor mein hogi. to you have to prove the master of situation management.</w:t>
      </w:r>
    </w:p>
    <w:p>
      <w:pPr>
        <w:pStyle w:val="Heading2"/>
      </w:pPr>
      <w:r>
        <w:t>Life has both flower and thorn</w:t>
      </w:r>
    </w:p>
    <w:p>
      <w:r>
        <w:rPr>
          <w:color w:val="666666"/>
          <w:sz w:val="18"/>
        </w:rPr>
        <w:t>What is Akhirat? | March 12, 2006 | Maulana Wahiduddin Khan · 31s · at 40:04 · https://youtu.be/ogMXLsGHvpY?t=2404</w:t>
      </w:r>
    </w:p>
    <w:p>
      <w:r>
        <w:rPr>
          <w:i/>
        </w:rPr>
        <w:t>“Every rose plant has flower and thorn.”</w:t>
      </w:r>
    </w:p>
    <w:p>
      <w:r>
        <w:rPr>
          <w:sz w:val="20"/>
        </w:rPr>
        <w:t>40:04  you know, every rose plant has two different items, flower and thorn. this is so such the case of our world. yahan par phool bhi hain aur kaante bhi hain. yani likes aur dislikes dono hain, pleasant aur unpleasant dono qism ki cheezein hain.</w:t>
      </w:r>
    </w:p>
    <w:p>
      <w:pPr>
        <w:pStyle w:val="Heading2"/>
      </w:pPr>
      <w:r>
        <w:t>Darul Insan replaces Darul Islam</w:t>
      </w:r>
    </w:p>
    <w:p>
      <w:r>
        <w:rPr>
          <w:color w:val="666666"/>
          <w:sz w:val="18"/>
        </w:rPr>
        <w:t>On World Religion Diversity not Dissension I March 9, 2013 · 21s · at 47:23 · https://youtu.be/TyMv28ALMHk?t=2843</w:t>
      </w:r>
    </w:p>
    <w:p>
      <w:r>
        <w:rPr>
          <w:i/>
        </w:rPr>
        <w:t>“The real term is Darul Insan”</w:t>
      </w:r>
    </w:p>
    <w:p>
      <w:r>
        <w:rPr>
          <w:sz w:val="20"/>
        </w:rPr>
        <w:t>47:23  The real term is Darul Insan, Darul Insan, Darul Insan. The whole world is Darul Insan. So in this world, there is only one equation. There is man and God and not man and not Muslim and non-Muslim.</w:t>
      </w:r>
      <w:r>
        <w:br/>
      </w:r>
      <w:r>
        <w:rPr>
          <w:sz w:val="20"/>
        </w:rPr>
        <w:t>47:44  There is no equation. The true equation, the right equation is creator or God or man. I'm a great believer in God.</w:t>
      </w:r>
    </w:p>
    <w:p>
      <w:pPr>
        <w:pStyle w:val="Heading2"/>
      </w:pPr>
      <w:r>
        <w:t>Was bin Laden's 9/11 act wisdom or stupidity?</w:t>
      </w:r>
    </w:p>
    <w:p>
      <w:r>
        <w:rPr>
          <w:color w:val="666666"/>
          <w:sz w:val="18"/>
        </w:rPr>
        <w:t>The Importance of Wisdom November 4, 2012 · 56s · at 1:10:59 · https://youtu.be/7e6FvqRSHic?t=4259</w:t>
      </w:r>
    </w:p>
    <w:p>
      <w:r>
        <w:rPr>
          <w:i/>
        </w:rPr>
        <w:t>“کیا بن لادن کا ٹون ٹاورز گرانا حکمت کا کام تھا؟”</w:t>
      </w:r>
    </w:p>
    <w:p>
      <w:r>
        <w:rPr>
          <w:sz w:val="20"/>
        </w:rPr>
        <w:t>1:10:59  ne aapse poocha hai was bin laden an act of bringing down the twin towers and an act of wisdom or break in history was he a hero is par aap kya kahenge</w:t>
      </w:r>
      <w:r>
        <w:br/>
      </w:r>
      <w:r>
        <w:rPr>
          <w:sz w:val="20"/>
        </w:rPr>
        <w:t>1:11:15  mein samajhta hoon ke ek stupid harkat thi woh is ka wisdom se kehte hain log is tarah se kahein duniya mein koi kaam hai abhi milti hai i building ko tod dein to kya ho jayega</w:t>
      </w:r>
      <w:r>
        <w:br/>
      </w:r>
      <w:r>
        <w:rPr>
          <w:sz w:val="20"/>
        </w:rPr>
        <w:t>1:11:26  islam ki islam ka dabdaba duniya mein qaim ho jayega</w:t>
      </w:r>
      <w:r>
        <w:br/>
      </w:r>
      <w:r>
        <w:rPr>
          <w:sz w:val="20"/>
        </w:rPr>
        <w:t>1:11:35  yeh mein ne ke ek stupid kaam tha woh is ka aqal se koi talluq nahi hai maulana dilli se sawal hai shah imran hasan sahib ka unhon ne likha hai meri samajh mein aaj tak yeh nahi aa saka hai ke musalman kitna prophet ko mante hain</w:t>
      </w:r>
    </w:p>
    <w:p>
      <w:pPr>
        <w:pStyle w:val="Heading2"/>
      </w:pPr>
      <w:r>
        <w:t>Root of learning is repentance and introspection</w:t>
      </w:r>
    </w:p>
    <w:p>
      <w:r>
        <w:rPr>
          <w:color w:val="666666"/>
          <w:sz w:val="18"/>
        </w:rPr>
        <w:t>Lessons from The Quran 30 Apr 2014 - Maulana Wahiduddin Khan · 10s · at 19:15 · https://youtu.be/lhFmEWbbP2E?t=1155</w:t>
      </w:r>
    </w:p>
    <w:p>
      <w:r>
        <w:rPr>
          <w:i/>
        </w:rPr>
        <w:t>“And what is the root? Repentance, remorse, thought, introspection.”</w:t>
      </w:r>
    </w:p>
    <w:p>
      <w:r>
        <w:rPr>
          <w:sz w:val="20"/>
        </w:rPr>
        <w:t>19:15  aur jar kya hai? repentance, nadamat, soch, introspection.</w:t>
      </w:r>
    </w:p>
    <w:p>
      <w:pPr>
        <w:pStyle w:val="Heading2"/>
      </w:pPr>
      <w:r>
        <w:t>Negative experience more important than positive</w:t>
      </w:r>
    </w:p>
    <w:p>
      <w:r>
        <w:rPr>
          <w:color w:val="666666"/>
          <w:sz w:val="18"/>
        </w:rPr>
        <w:t>Surah Al-'Asr I November 23, 2014 · 21s · at 32:19 · https://youtu.be/K1G2YJVBE5U?t=1939</w:t>
      </w:r>
    </w:p>
    <w:p>
      <w:r>
        <w:rPr>
          <w:i/>
        </w:rPr>
        <w:t>“Zindagi mein negative experience ki ahmiyat zyada hai muqabla positive experience ke”</w:t>
      </w:r>
    </w:p>
    <w:p>
      <w:r>
        <w:rPr>
          <w:sz w:val="20"/>
        </w:rPr>
        <w:t>32:19  ke zindagi mein negative experience ki ahmiyat zyada hai ba muqabla positive experience ke.</w:t>
      </w:r>
      <w:r>
        <w:br/>
      </w:r>
      <w:r>
        <w:rPr>
          <w:sz w:val="20"/>
        </w:rPr>
        <w:t>32:31  bohat ajeeb discovery mujhe hui. ke zindagi mein positive experience kam ahmiyat rakhta hai.</w:t>
      </w:r>
    </w:p>
    <w:p>
      <w:pPr>
        <w:pStyle w:val="Heading2"/>
      </w:pPr>
      <w:r>
        <w:t>The real test for arrogance: unmoved by praise or blame</w:t>
      </w:r>
    </w:p>
    <w:p>
      <w:r>
        <w:rPr>
          <w:color w:val="666666"/>
          <w:sz w:val="18"/>
        </w:rPr>
        <w:t>Realistic Approach 30 March, 2014 · 57s · at 1:10:03 · https://youtu.be/HIFxmWWiEG4?t=4203</w:t>
      </w:r>
    </w:p>
    <w:p>
      <w:r>
        <w:rPr>
          <w:i/>
        </w:rPr>
        <w:t>“When criticism doesn't upset you and praise doesn't excite you...”</w:t>
      </w:r>
    </w:p>
    <w:p>
      <w:r>
        <w:rPr>
          <w:sz w:val="20"/>
        </w:rPr>
        <w:t>1:10:03  e mein batayein. dekhiye, mein jo samjha hoon nafsiyati aitbar se woh yeh hai ke jab aap ko tanqeed buri na lage aur tareef aap aur khush na hon, aap tab samjhiye ke aap ke andar arrogance nahi hai.</w:t>
      </w:r>
      <w:r>
        <w:br/>
      </w:r>
      <w:r>
        <w:rPr>
          <w:sz w:val="20"/>
        </w:rPr>
        <w:t>1:10:22  phir suniye, jab aap ko criticism buri na lage aur praise aap ko khush na kare, tab samjhiye ke aap ke andar arrogance nahi hai.</w:t>
      </w:r>
      <w:r>
        <w:br/>
      </w:r>
      <w:r>
        <w:rPr>
          <w:sz w:val="20"/>
        </w:rPr>
        <w:t>1:10:35  aur jab tak aisa ho ke aap koi criticize kare to aap offend ho jayein, aur praise kare to aap khush hon, to is ka matlab hai ke aap ke andar fakhr hai, pride hai, arrogance hai.</w:t>
      </w:r>
      <w:r>
        <w:br/>
      </w:r>
      <w:r>
        <w:rPr>
          <w:sz w:val="20"/>
        </w:rPr>
        <w:t>1:10:48  yehi bohat hi jo mein samjha hoon, lambi tajurbe ke baad yehi hai criteria. acha, is baat ki pehchan karein.</w:t>
      </w:r>
    </w:p>
    <w:p>
      <w:pPr>
        <w:pStyle w:val="Heading2"/>
      </w:pPr>
      <w:r>
        <w:t>Evolution theory unproven claim</w:t>
      </w:r>
    </w:p>
    <w:p>
      <w:r>
        <w:rPr>
          <w:color w:val="666666"/>
          <w:sz w:val="18"/>
        </w:rPr>
        <w:t>A Conversation on Life and Beyound April 30, 2016 · 41s · at 1:54 · https://youtu.be/JQYiWeopeFA?t=114</w:t>
      </w:r>
    </w:p>
    <w:p>
      <w:r>
        <w:rPr>
          <w:i/>
        </w:rPr>
        <w:t>“Evolution is just a claim, no proof”</w:t>
      </w:r>
    </w:p>
    <w:p>
      <w:r>
        <w:rPr>
          <w:sz w:val="20"/>
        </w:rPr>
        <w:t>1:54  yeh sirf ek claim hai.</w:t>
      </w:r>
      <w:r>
        <w:br/>
      </w:r>
      <w:r>
        <w:rPr>
          <w:sz w:val="20"/>
        </w:rPr>
        <w:t>1:58  claim hai, iska koi proof nahi hai.</w:t>
      </w:r>
      <w:r>
        <w:br/>
      </w:r>
      <w:r>
        <w:rPr>
          <w:sz w:val="20"/>
        </w:rPr>
        <w:t>2:02  aaj tak jo scholars hain,</w:t>
      </w:r>
      <w:r>
        <w:br/>
      </w:r>
      <w:r>
        <w:rPr>
          <w:sz w:val="20"/>
        </w:rPr>
        <w:t>2:08  wo yeh kehne ki koshish mein nahi hain ke</w:t>
      </w:r>
      <w:r>
        <w:br/>
      </w:r>
      <w:r>
        <w:rPr>
          <w:sz w:val="20"/>
        </w:rPr>
        <w:t>2:12  evolution theory ek</w:t>
      </w:r>
      <w:r>
        <w:br/>
      </w:r>
      <w:r>
        <w:rPr>
          <w:sz w:val="20"/>
        </w:rPr>
        <w:t>2:16  scientific fact hai.</w:t>
      </w:r>
      <w:r>
        <w:br/>
      </w:r>
      <w:r>
        <w:rPr>
          <w:sz w:val="20"/>
        </w:rPr>
        <w:t>2:19  jahan tak main janta hoon, koi bhi shakhs aisa dawah nahi karta.</w:t>
      </w:r>
      <w:r>
        <w:br/>
      </w:r>
      <w:r>
        <w:rPr>
          <w:sz w:val="20"/>
        </w:rPr>
        <w:t>2:25  sahi baat yeh hai ke evolution theory ek workable theory hai,</w:t>
      </w:r>
      <w:r>
        <w:br/>
      </w:r>
      <w:r>
        <w:rPr>
          <w:sz w:val="20"/>
        </w:rPr>
        <w:t>2:31  scientifically proved theory nahi hai.</w:t>
      </w:r>
      <w:r>
        <w:br/>
      </w:r>
      <w:r>
        <w:rPr>
          <w:sz w:val="20"/>
        </w:rPr>
        <w:t>2:36  main ne kafi padha hai is point ko, lekin main ne kisi ek bhi bade scholar ko nahi paya jo</w:t>
      </w:r>
    </w:p>
    <w:p>
      <w:pPr>
        <w:pStyle w:val="Heading2"/>
      </w:pPr>
      <w:r>
        <w:t>Convert negativity to positivity</w:t>
      </w:r>
    </w:p>
    <w:p>
      <w:r>
        <w:rPr>
          <w:color w:val="666666"/>
          <w:sz w:val="18"/>
        </w:rPr>
        <w:t>Positive Thinking July 8, 2017 Maulana Wahiduddin Khan · 36s · at 3:14 · https://youtu.be/6Q1DKj8srt4?t=194</w:t>
      </w:r>
    </w:p>
    <w:p>
      <w:r>
        <w:rPr>
          <w:i/>
        </w:rPr>
        <w:t>“Yeh sab se bada wisdom hai insaan ke liye.”</w:t>
      </w:r>
    </w:p>
    <w:p>
      <w:r>
        <w:rPr>
          <w:sz w:val="20"/>
        </w:rPr>
        <w:t>3:14  yani aap ko yahi is dunya mein prove karna hai, isi ka test hai aap ke liye ke aap ke andar yeh salahiyat hai ke aap</w:t>
      </w:r>
      <w:r>
        <w:br/>
      </w:r>
      <w:r>
        <w:rPr>
          <w:sz w:val="20"/>
        </w:rPr>
        <w:t>3:34  negative experience ko positive experience mein convert karein. to mein samajhta hoon ke Islam isi ka naam hai. Islam naam hai "art of converting negativity into positivity".</w:t>
      </w:r>
    </w:p>
    <w:p>
      <w:pPr>
        <w:pStyle w:val="Heading2"/>
      </w:pPr>
      <w:r>
        <w:t>Avoid provocation for peace</w:t>
      </w:r>
    </w:p>
    <w:p>
      <w:r>
        <w:rPr>
          <w:color w:val="666666"/>
          <w:sz w:val="18"/>
        </w:rPr>
        <w:t>Al-RISALA NOV, 2017 · 39s · at 7:06 · https://youtu.be/PvVV-FJAYDg?t=426</w:t>
      </w:r>
    </w:p>
    <w:p>
      <w:r>
        <w:rPr>
          <w:i/>
        </w:rPr>
        <w:t>“Don't make the mistake of inviting trouble”</w:t>
      </w:r>
    </w:p>
    <w:p>
      <w:r>
        <w:rPr>
          <w:sz w:val="20"/>
        </w:rPr>
        <w:t>7:06  aadmi sirf pur-aman tareeqa kar ke zariye hi apne maqsad ko poori tarah haasil kar sakta hai. maujooda zamane mein sab se bari hikmat yeh hai ke aadmi aa bel mujhe maar ki ghalti na kare.</w:t>
      </w:r>
      <w:r>
        <w:br/>
      </w:r>
      <w:r>
        <w:rPr>
          <w:sz w:val="20"/>
        </w:rPr>
        <w:t>7:22  agar insaan aisa kar sake toh bilashuba woh aman ko apne liye yaqeen bana sakta hai. doosre lafzon mein yeh ke aadmi agar apne aap ko ishtial angizi, provocation se bachaye toh yaqeenan woh doosron ke zulm se mehfooz rahega.</w:t>
      </w:r>
    </w:p>
    <w:p>
      <w:pPr>
        <w:pStyle w:val="Heading2"/>
      </w:pPr>
      <w:r>
        <w:t>Gratitude for Allah's blessings</w:t>
      </w:r>
    </w:p>
    <w:p>
      <w:r>
        <w:rPr>
          <w:color w:val="666666"/>
          <w:sz w:val="18"/>
        </w:rPr>
        <w:t>The Age of Giving Global Thanks Dec 15. 2019—Maulana Wahiduddin Khan · 21s · at 27:21 · https://youtu.be/254Pgn6Ldts?t=1641</w:t>
      </w:r>
    </w:p>
    <w:p>
      <w:r>
        <w:rPr>
          <w:i/>
        </w:rPr>
        <w:t>“Allah has showered His blessings.”</w:t>
      </w:r>
    </w:p>
    <w:p>
      <w:r>
        <w:rPr>
          <w:sz w:val="20"/>
        </w:rPr>
        <w:t>27:21  Allah ne apni nematein barsa di hain. Allah ne apni nematein barsa di hain. har taraf barish ho rahi hai, nematon ki barish ho rahi hai.</w:t>
      </w:r>
      <w:r>
        <w:br/>
      </w:r>
      <w:r>
        <w:rPr>
          <w:sz w:val="20"/>
        </w:rPr>
        <w:t>27:32  Allah ki nematon ki barish ho rahi hai. toh shukr ho, shukr ho, shukr ho.</w:t>
      </w:r>
    </w:p>
    <w:p>
      <w:pPr>
        <w:pStyle w:val="Heading2"/>
      </w:pPr>
      <w:r>
        <w:t>Tragedy is always more popular than comedy, and why</w:t>
      </w:r>
    </w:p>
    <w:p>
      <w:r>
        <w:rPr>
          <w:color w:val="666666"/>
          <w:sz w:val="18"/>
        </w:rPr>
        <w:t>Man and Paradise August 18, 2013 · 36s · at 21:48 · https://youtu.be/v7eX25YAjDU?t=1308</w:t>
      </w:r>
    </w:p>
    <w:p>
      <w:r>
        <w:rPr>
          <w:i/>
        </w:rPr>
        <w:t>“No comedy is ever as popular as tragedy”</w:t>
      </w:r>
    </w:p>
    <w:p>
      <w:r>
        <w:rPr>
          <w:sz w:val="20"/>
        </w:rPr>
        <w:t>21:48  puri puri tareekh isi ki hai. aap jante hain ke jo beshumar novelain hain, lekin sab se kamil novel woh hai jo tragedy hai.</w:t>
      </w:r>
      <w:r>
        <w:br/>
      </w:r>
      <w:r>
        <w:rPr>
          <w:sz w:val="20"/>
        </w:rPr>
        <w:t>21:57  tragedy koi comedy dunya mein popular nahin hua jitna ke tragedy maqbool hoti hai. kyun? tragedy logon ko apne dil ki awaz lagti hai, comedy awaz nahin lagti.</w:t>
      </w:r>
      <w:r>
        <w:br/>
      </w:r>
      <w:r>
        <w:rPr>
          <w:sz w:val="20"/>
        </w:rPr>
        <w:t>22:12  ek tragic life jo guzar raha hai insan, to lagta hai ke yeh meri kahani hai. yeh</w:t>
      </w:r>
      <w:r>
        <w:br/>
      </w:r>
      <w:r>
        <w:rPr>
          <w:sz w:val="20"/>
        </w:rPr>
        <w:t>22:18  is liye tragedy zyada maqbool hoti hai.</w:t>
      </w:r>
    </w:p>
    <w:p>
      <w:pPr>
        <w:pStyle w:val="Heading2"/>
      </w:pPr>
      <w:r>
        <w:t>Positivity and spirituality are two sides</w:t>
      </w:r>
    </w:p>
    <w:p>
      <w:r>
        <w:rPr>
          <w:color w:val="666666"/>
          <w:sz w:val="18"/>
        </w:rPr>
        <w:t>Positive Thinking December 30, 2016 · 39s · at 33:07 · https://youtu.be/y6r5Pk3HT9w?t=1987</w:t>
      </w:r>
    </w:p>
    <w:p>
      <w:r>
        <w:rPr>
          <w:i/>
        </w:rPr>
        <w:t>“Donon ek hi kaan ke do rukh hain”</w:t>
      </w:r>
    </w:p>
    <w:p>
      <w:r>
        <w:rPr>
          <w:sz w:val="20"/>
        </w:rPr>
        <w:t>33:07  mein to samajhta hoon ke dono ek hi kaan ke do rukh hain.</w:t>
      </w:r>
      <w:r>
        <w:br/>
      </w:r>
      <w:r>
        <w:rPr>
          <w:sz w:val="20"/>
        </w:rPr>
        <w:t>33:14  yani spirituality is inner content of peace, and peace is external expression of spirituality.</w:t>
      </w:r>
      <w:r>
        <w:br/>
      </w:r>
      <w:r>
        <w:rPr>
          <w:sz w:val="20"/>
        </w:rPr>
        <w:t>33:22  dono ek doosre se bilkul mile hue hain, dono alag alag nahi hain.</w:t>
      </w:r>
      <w:r>
        <w:br/>
      </w:r>
      <w:r>
        <w:rPr>
          <w:sz w:val="20"/>
        </w:rPr>
        <w:t>33:30  positivity ke sath aati hai spirituality, spirituality ke sath aati hai positivity.</w:t>
      </w:r>
      <w:r>
        <w:br/>
      </w:r>
      <w:r>
        <w:rPr>
          <w:sz w:val="20"/>
        </w:rPr>
        <w:t>33:38  dono ek sath tor par insaan ke liye blessing hain.</w:t>
      </w:r>
      <w:r>
        <w:br/>
      </w:r>
      <w:r>
        <w:rPr>
          <w:sz w:val="20"/>
        </w:rPr>
        <w:t>33:46  ji molana sahib, in quran it is mentioned that in remembrance of god hearts are comforted. what does quran mean by remembrance of god? can you explain this for everyone?</w:t>
      </w:r>
    </w:p>
    <w:p>
      <w:pPr>
        <w:pStyle w:val="Heading2"/>
      </w:pPr>
      <w:r>
        <w:t>Surah Al-Asr teaches re-planning after loss</w:t>
      </w:r>
    </w:p>
    <w:p>
      <w:r>
        <w:rPr>
          <w:color w:val="666666"/>
          <w:sz w:val="18"/>
        </w:rPr>
        <w:t>Replanning | April 01, 2017 · 32s · at 10:52 · https://youtu.be/pQx9iopKnEY?t=652</w:t>
      </w:r>
    </w:p>
    <w:p>
      <w:r>
        <w:rPr>
          <w:i/>
        </w:rPr>
        <w:t>“Kuch bhi lost ho, re-planning karo.”</w:t>
      </w:r>
    </w:p>
    <w:p>
      <w:r>
        <w:rPr>
          <w:sz w:val="20"/>
        </w:rPr>
        <w:t>10:52  mujhe yaad aate hain.</w:t>
      </w:r>
      <w:r>
        <w:br/>
      </w:r>
      <w:r>
        <w:rPr>
          <w:sz w:val="20"/>
        </w:rPr>
        <w:t>10:58  to surah al-asr jo hai, yeh yeh masla deti hai ke kuch bhi last ho tum ko, kuch</w:t>
      </w:r>
      <w:r>
        <w:br/>
      </w:r>
      <w:r>
        <w:rPr>
          <w:sz w:val="20"/>
        </w:rPr>
        <w:t>11:03  bhi tum se khoya jaye, tum hopeless mat bano.</w:t>
      </w:r>
      <w:r>
        <w:br/>
      </w:r>
      <w:r>
        <w:rPr>
          <w:sz w:val="20"/>
        </w:rPr>
        <w:t>11:08  replanning karo, replanning karo, replanning karo.</w:t>
      </w:r>
      <w:r>
        <w:br/>
      </w:r>
      <w:r>
        <w:rPr>
          <w:sz w:val="20"/>
        </w:rPr>
        <w:t>11:14  misalan jo jis jo film actress jo mar gayi, uska naam tha Meena Kumari.</w:t>
      </w:r>
      <w:r>
        <w:br/>
      </w:r>
      <w:r>
        <w:rPr>
          <w:sz w:val="20"/>
        </w:rPr>
        <w:t>11:19  to agar us waqt koi is ko</w:t>
      </w:r>
    </w:p>
    <w:p>
      <w:pPr>
        <w:pStyle w:val="Heading2"/>
      </w:pPr>
      <w:r>
        <w:t>Shukr defined as true acknowledgement of the Giver</w:t>
      </w:r>
    </w:p>
    <w:p>
      <w:r>
        <w:rPr>
          <w:color w:val="666666"/>
          <w:sz w:val="18"/>
        </w:rPr>
        <w:t>Shukr Acknowledgment of God's Blessings April 21, 2020 · 59s · at 3:51 · https://youtu.be/3iGMucsQXNk?t=231</w:t>
      </w:r>
    </w:p>
    <w:p>
      <w:r>
        <w:rPr>
          <w:i/>
        </w:rPr>
        <w:t>“Arabic mein ise shukr kehte hain, shukr”</w:t>
      </w:r>
    </w:p>
    <w:p>
      <w:r>
        <w:rPr>
          <w:sz w:val="20"/>
        </w:rPr>
        <w:t>3:51  english mein is ko acknowledgement. yani insan acknowledge kare ke mujhe is ki dene wala ne yeh set di hai.</w:t>
      </w:r>
      <w:r>
        <w:br/>
      </w:r>
      <w:r>
        <w:rPr>
          <w:sz w:val="20"/>
        </w:rPr>
        <w:t>4:05  to yeh poori muddat se jab se yeh nematen allah ne di hain insan ko</w:t>
      </w:r>
      <w:r>
        <w:br/>
      </w:r>
      <w:r>
        <w:rPr>
          <w:sz w:val="20"/>
        </w:rPr>
        <w:t>4:13  , insan khoob khoob istemal kar raha hai. aisi hazaron nematen hain. lekin shukr nahi,</w:t>
      </w:r>
      <w:r>
        <w:br/>
      </w:r>
      <w:r>
        <w:rPr>
          <w:sz w:val="20"/>
        </w:rPr>
        <w:t>4:27  shukr nahi.</w:t>
      </w:r>
      <w:r>
        <w:br/>
      </w:r>
      <w:r>
        <w:rPr>
          <w:sz w:val="20"/>
        </w:rPr>
        <w:t>4:33  yani kam az kam mera ehsas yeh hota tha ke kisi ke chehre par shukr, shukr ke ma'ni hote hain etraf, acknowledgement.</w:t>
      </w:r>
    </w:p>
    <w:p>
      <w:pPr>
        <w:pStyle w:val="Heading2"/>
      </w:pPr>
      <w:r>
        <w:t>Inner purification before outer</w:t>
      </w:r>
    </w:p>
    <w:p>
      <w:r>
        <w:rPr>
          <w:color w:val="666666"/>
          <w:sz w:val="18"/>
        </w:rPr>
        <w:t>The History of Islamic Learning | May 14, 2006 | Maulana Wahiduddin Khan · 30s · at 20:45 · https://youtu.be/E-4EdNARtdk?t=1245</w:t>
      </w:r>
    </w:p>
    <w:p>
      <w:r>
        <w:rPr>
          <w:i/>
        </w:rPr>
        <w:t>“Purify your hearts from idols.”</w:t>
      </w:r>
    </w:p>
    <w:p>
      <w:r>
        <w:rPr>
          <w:sz w:val="20"/>
        </w:rPr>
        <w:t>20:45  pat hai religion ka islam mein? وَسِيَابَكَ فَتَحِّرْ. quran mein aaya shuru mein. yaani apne dil ko buton se pak karo. bahar ke but to baad ko pak ho hi jayenge. agar aap sochiye is par, is waqt jab ke kaaba mein 360 but rakhe hue the, tab yeh nahin nahin aaya ke in buton se pak karo kaaba ko, balke yeh aaya ke apne aap ko achhe kirdaar mein dhaal</w:t>
      </w:r>
    </w:p>
    <w:p>
      <w:pPr>
        <w:pStyle w:val="Heading2"/>
      </w:pPr>
      <w:r>
        <w:t>Space traveler seeing Earth for the first time</w:t>
      </w:r>
    </w:p>
    <w:p>
      <w:r>
        <w:rPr>
          <w:color w:val="666666"/>
          <w:sz w:val="18"/>
        </w:rPr>
        <w:t>Creation Plan of God November 14, 2021 Prof. Farida Khanam. · 39s · at 0:47 · https://youtu.be/Jzd4BVEj8Lc?t=47</w:t>
      </w:r>
    </w:p>
    <w:p>
      <w:r>
        <w:rPr>
          <w:i/>
        </w:rPr>
        <w:t>“Imagine a man who has never seen planet Earth”</w:t>
      </w:r>
    </w:p>
    <w:p>
      <w:r>
        <w:rPr>
          <w:sz w:val="20"/>
        </w:rPr>
        <w:t>0:47  to Maulana sahib likhte hain ke ek insaan jis ne, uh, sayarah zameen ko na dekha ho, aur woh ek tez raftaar khalaai jahaz se poori kainaat ka safar kare,</w:t>
      </w:r>
      <w:r>
        <w:br/>
      </w:r>
      <w:r>
        <w:rPr>
          <w:sz w:val="20"/>
        </w:rPr>
        <w:t>1:03  aur us ke baad woh pehli baar is planet Earth par utre, to woh bilkul achaanak ek mabhut ho jayega, hairaan ho jayega, kyunke yahan par woh jo cheezein dekhega, ek dam anokhi noiyat ki, yahan par hayat bakhsh cheezein,</w:t>
      </w:r>
    </w:p>
    <w:p>
      <w:pPr>
        <w:pStyle w:val="Heading2"/>
      </w:pPr>
      <w:r>
        <w:t>Throw guns away and spread Quran</w:t>
      </w:r>
    </w:p>
    <w:p>
      <w:r>
        <w:rPr>
          <w:color w:val="666666"/>
          <w:sz w:val="18"/>
        </w:rPr>
        <w:t>The Secret of Divine Wisdom I September 2,. 2012 Maulana Wahiduddin Khan · 29s · at 37:07 · https://youtu.be/Y-UdfIX33As?t=2227</w:t>
      </w:r>
    </w:p>
    <w:p>
      <w:r>
        <w:rPr>
          <w:i/>
        </w:rPr>
        <w:t>“Varna agar woh soch paayein unki aql kaam kare”</w:t>
      </w:r>
    </w:p>
    <w:p>
      <w:r>
        <w:rPr>
          <w:sz w:val="20"/>
        </w:rPr>
        <w:t>37:07  warna agar woh soch paayein un ki aqal kaam kare un ki to kahein ke saaray gun ko phenko darya mein.</w:t>
      </w:r>
      <w:r>
        <w:br/>
      </w:r>
      <w:r>
        <w:rPr>
          <w:sz w:val="20"/>
        </w:rPr>
        <w:t>37:16  saaray gun ko phenko samandar mein. aur chalo quran hum dunya ko pesh karte hain. sab nikal paray hain quran ko le kar ke.</w:t>
      </w:r>
      <w:r>
        <w:br/>
      </w:r>
      <w:r>
        <w:rPr>
          <w:sz w:val="20"/>
        </w:rPr>
        <w:t>37:26  sahaba ne quran ko phailaya tha jabkay printing press ka zamana nahi aaya tha. un ko memorize karna parta tha aur munh se bolna parta tha.</w:t>
      </w:r>
    </w:p>
    <w:p>
      <w:pPr>
        <w:pStyle w:val="Heading2"/>
      </w:pPr>
      <w:r>
        <w:t>Decide to die with truth, not despair</w:t>
      </w:r>
    </w:p>
    <w:p>
      <w:r>
        <w:rPr>
          <w:color w:val="666666"/>
          <w:sz w:val="18"/>
        </w:rPr>
        <w:t>Why People live in Despair September 2, 2007 · 37s · at 16:23 · https://youtu.be/BHfgOfzXf00?t=983</w:t>
      </w:r>
    </w:p>
    <w:p>
      <w:r>
        <w:rPr>
          <w:i/>
        </w:rPr>
        <w:t>“I will not die in despair, but with achievement.”</w:t>
      </w:r>
    </w:p>
    <w:p>
      <w:r>
        <w:rPr>
          <w:sz w:val="20"/>
        </w:rPr>
        <w:t>16:23  kisi ne bohat sahi kaha hai ke agar aadmi apni zindagi ke aakhri din jaan le ke real truth kya hai, yaani 99 din us ne kho diya, lekin aakhri 26 din us ko pata chal gaya ke sachai yeh hai, to us ko bohat bari achievement ho gayi.</w:t>
      </w:r>
      <w:r>
        <w:br/>
      </w:r>
      <w:r>
        <w:rPr>
          <w:sz w:val="20"/>
        </w:rPr>
        <w:t>16:45  to aap main samjhta hoon ke har aadmi ko yeh decision lena chahiye ke main nahi marunga despair mein, main marunga achievement ke ehsaas ke sath ke main ne sachai ko pa liya.</w:t>
      </w:r>
    </w:p>
    <w:p>
      <w:pPr>
        <w:pStyle w:val="Heading2"/>
      </w:pPr>
      <w:r>
        <w:t>A free front-page photo worth five lakh rupees</w:t>
      </w:r>
    </w:p>
    <w:p>
      <w:r>
        <w:rPr>
          <w:color w:val="666666"/>
          <w:sz w:val="18"/>
        </w:rPr>
        <w:t>Realistic Approach 30 March, 2014 · 33s · at 6:41 · https://youtu.be/HIFxmWWiEG4?t=401</w:t>
      </w:r>
    </w:p>
    <w:p>
      <w:r>
        <w:rPr>
          <w:i/>
        </w:rPr>
        <w:t>“This is today's Times of India — my photo, printed for free.”</w:t>
      </w:r>
    </w:p>
    <w:p>
      <w:r>
        <w:rPr>
          <w:sz w:val="20"/>
        </w:rPr>
        <w:t>6:41  dekhiye, yeh aaj times of india ka aaj ka shumarah hai. aaj yani 30 march ka.</w:t>
      </w:r>
      <w:r>
        <w:br/>
      </w:r>
      <w:r>
        <w:rPr>
          <w:sz w:val="20"/>
        </w:rPr>
        <w:t>6:50  is mein meri tasweer chhapi hui hai, aap dekh rahe hain. is tasweer ko agar hum chhapen to main samajhta hoon ke taqreeban paanch lakh rupay dena paray ga. yani front page par aisi tasweer chhapne ke liye taqreeban paanch lakh rupay dena paray ga.</w:t>
      </w:r>
      <w:r>
        <w:br/>
      </w:r>
      <w:r>
        <w:rPr>
          <w:sz w:val="20"/>
        </w:rPr>
        <w:t>7:04  aur free mein chhapa hai unhon ne. free mein chhapa hai.</w:t>
      </w:r>
      <w:r>
        <w:br/>
      </w:r>
      <w:r>
        <w:rPr>
          <w:sz w:val="20"/>
        </w:rPr>
        <w:t>7:09  is ke peechay lambi kahani hai.</w:t>
      </w:r>
    </w:p>
    <w:p>
      <w:pPr>
        <w:pStyle w:val="Heading2"/>
      </w:pPr>
      <w:r>
        <w:t>Quran as Book of Wisdom</w:t>
      </w:r>
    </w:p>
    <w:p>
      <w:r>
        <w:rPr>
          <w:color w:val="666666"/>
          <w:sz w:val="18"/>
        </w:rPr>
        <w:t>Studying The Quran with Open Mind October 20, 2019 Maulana Wahiduddin Khan · 22s · at 2:36 · https://youtu.be/OPyJO5TP_wI?t=156</w:t>
      </w:r>
    </w:p>
    <w:p>
      <w:r>
        <w:rPr>
          <w:i/>
        </w:rPr>
        <w:t>“Quran is a Book of Wisdom”</w:t>
      </w:r>
    </w:p>
    <w:p>
      <w:r>
        <w:rPr>
          <w:sz w:val="20"/>
        </w:rPr>
        <w:t>2:36  main samajhta hoon ke yeh sab ziyada ba-maani nahi hai. ziyada ba-maani baat yeh hai ke quran book of wisdom hai.</w:t>
      </w:r>
      <w:r>
        <w:br/>
      </w:r>
      <w:r>
        <w:rPr>
          <w:sz w:val="20"/>
        </w:rPr>
        <w:t>2:50  kahin se bhi parhiye to aap ko wisdom ki koi baat mile gi.</w:t>
      </w:r>
    </w:p>
    <w:p>
      <w:pPr>
        <w:pStyle w:val="Heading2"/>
      </w:pPr>
      <w:r>
        <w:t>Every human builds their own destiny</w:t>
      </w:r>
    </w:p>
    <w:p>
      <w:r>
        <w:rPr>
          <w:color w:val="666666"/>
          <w:sz w:val="18"/>
        </w:rPr>
        <w:t>Positive Thinking 7 May 2014 · 44s · at 3:26 · https://youtu.be/Ie4-njJHuVY?t=206</w:t>
      </w:r>
    </w:p>
    <w:p>
      <w:r>
        <w:rPr>
          <w:i/>
        </w:rPr>
        <w:t>“Allah ne insan ko is dunya mein test ke liye paida kiya”</w:t>
      </w:r>
    </w:p>
    <w:p>
      <w:r>
        <w:rPr>
          <w:sz w:val="20"/>
        </w:rPr>
        <w:t>3:26  is dunya mein allah ne insaan ko paida kiya hai test ke liye, har aik ko azadi di hai, har aik ko tamam zaroori salahiyaten di hain.</w:t>
      </w:r>
      <w:r>
        <w:br/>
      </w:r>
      <w:r>
        <w:rPr>
          <w:sz w:val="20"/>
        </w:rPr>
        <w:t>3:38  to sab kuch de kar hi paida kar diya, ab woh azad hai jo chahe kare.</w:t>
      </w:r>
      <w:r>
        <w:br/>
      </w:r>
      <w:r>
        <w:rPr>
          <w:sz w:val="20"/>
        </w:rPr>
        <w:t>3:45  to paidaish se le kar maut tak, na khuda us se kuch chheen nay wala hai, na kisi insaan ko yeh power hai ke woh usay chheene.</w:t>
      </w:r>
      <w:r>
        <w:br/>
      </w:r>
      <w:r>
        <w:rPr>
          <w:sz w:val="20"/>
        </w:rPr>
        <w:t>3:56  to matlab kya hua? har insaan apni destiny khud banata hai, har insaan apna mustaqbil khud banata hai.</w:t>
      </w:r>
    </w:p>
    <w:p>
      <w:pPr>
        <w:pStyle w:val="Heading2"/>
      </w:pPr>
      <w:r>
        <w:t>Closing announcement next Sunday</w:t>
      </w:r>
    </w:p>
    <w:p>
      <w:r>
        <w:rPr>
          <w:color w:val="666666"/>
          <w:sz w:val="18"/>
        </w:rPr>
        <w:t>Wisdom of Hadith September 11, 2016 · 30s · at 1:00:25 · https://youtu.be/XPxlLv2_q1o?t=3625</w:t>
      </w:r>
    </w:p>
    <w:p>
      <w:r>
        <w:rPr>
          <w:i/>
        </w:rPr>
        <w:t>“We will be back next Sunday same time”</w:t>
      </w:r>
    </w:p>
    <w:p>
      <w:r>
        <w:rPr>
          <w:sz w:val="20"/>
        </w:rPr>
        <w:t>1:00:25  Kindly advise me. Objective study bas ek hi lafz hai. Objective study aur bas Musalmanon mein yeh hai hi nahi. Musalmanon mein objective study sarr se nahi hai. bare bare top ke log bhi un ke andar objective study nahi hai. to apni thinking ko badliye, apni objectivity paida kijiye aur aur study badhaiye. to apne aap woh is cheez paida ho jayegi. aap ko apne aap. Okay, we will end this session. If you want to join CPS International, then please write to us at info@cpsglobal.org.</w:t>
      </w:r>
    </w:p>
    <w:p>
      <w:pPr>
        <w:pStyle w:val="Heading2"/>
      </w:pPr>
      <w:r>
        <w:t>Ishq-e-majaz is a disease</w:t>
      </w:r>
    </w:p>
    <w:p>
      <w:r>
        <w:rPr>
          <w:color w:val="666666"/>
          <w:sz w:val="18"/>
        </w:rPr>
        <w:t>Understanding Islam (In Conversation with Maulan) 15.5.2008 · 29s · at 23:38 · https://youtu.be/0SGSOPSun0E?t=1418</w:t>
      </w:r>
    </w:p>
    <w:p>
      <w:r>
        <w:rPr>
          <w:i/>
        </w:rPr>
        <w:t>“Woh yeh ishq-e-majaz, woh ishq-e-majaz mein aaj buri tarah mubtala hai.”</w:t>
      </w:r>
    </w:p>
    <w:p>
      <w:r>
        <w:rPr>
          <w:sz w:val="20"/>
        </w:rPr>
        <w:t>23:38  lekin un ke jo buzurg hain, jo baray so called baray, us ka zikr karein to aap bari khushi logon ko hoti hai. hamare hazrat to aisay thay, hamare hazrat thay. woh yeh ishq mizaj, woh ishq mizaj mein aaj buri tarah mubtala hai.</w:t>
      </w:r>
      <w:r>
        <w:br/>
      </w:r>
      <w:r>
        <w:rPr>
          <w:sz w:val="20"/>
        </w:rPr>
        <w:t>23:50  buri tarah se mera personal experience yeh hai ke jab bhi main logon ke beech mein hota hoon aur main khuda ka zikr karta hoon to logon ko koi interest nahin, interest nahin aata is mein.</w:t>
      </w:r>
      <w:r>
        <w:br/>
      </w:r>
      <w:r>
        <w:rPr>
          <w:sz w:val="20"/>
        </w:rPr>
        <w:t>24:02  lekin un ke baṛon ka jab zikr kiya jaye to bohat khush hotay hain. woh</w:t>
      </w:r>
    </w:p>
    <w:p>
      <w:pPr>
        <w:pStyle w:val="Heading2"/>
      </w:pPr>
      <w:r>
        <w:t>Problem as a test</w:t>
      </w:r>
    </w:p>
    <w:p>
      <w:r>
        <w:rPr>
          <w:color w:val="666666"/>
          <w:sz w:val="18"/>
        </w:rPr>
        <w:t>Importance of Creative Thinking I December 11, 2011 Maulana Wahiduddin Khan · 22s · at 1:30 · https://youtu.be/GsnxvBYTj8w?t=90</w:t>
      </w:r>
    </w:p>
    <w:p>
      <w:r>
        <w:rPr>
          <w:i/>
        </w:rPr>
        <w:t>“To jab bhi koi problem aaye”</w:t>
      </w:r>
    </w:p>
    <w:p>
      <w:r>
        <w:rPr>
          <w:sz w:val="20"/>
        </w:rPr>
        <w:t>1:30  To jab bhi koi problem aaye to woh aap ka, aap ke liye ek test hota hai.</w:t>
      </w:r>
      <w:r>
        <w:br/>
      </w:r>
      <w:r>
        <w:rPr>
          <w:sz w:val="20"/>
        </w:rPr>
        <w:t>1:40  woh ek challenge hota hai jo aap ka test leta hai ke aap ke andar creative thinking hai ya nahin.</w:t>
      </w:r>
    </w:p>
    <w:p>
      <w:pPr>
        <w:pStyle w:val="Heading2"/>
      </w:pPr>
      <w:r>
        <w:t>Distraction is source of destruction</w:t>
      </w:r>
    </w:p>
    <w:p>
      <w:r>
        <w:rPr>
          <w:color w:val="666666"/>
          <w:sz w:val="18"/>
        </w:rPr>
        <w:t>Distraction is the Source of Destruction August 5, 2007 · 37s · at 3:08 · https://youtu.be/E5Xo0_emjIs?t=188</w:t>
      </w:r>
    </w:p>
    <w:p>
      <w:r>
        <w:rPr>
          <w:i/>
        </w:rPr>
        <w:t>“Distraction is the source of destruction”</w:t>
      </w:r>
    </w:p>
    <w:p>
      <w:r>
        <w:rPr>
          <w:sz w:val="20"/>
        </w:rPr>
        <w:t>3:08  yeh hamari koshish hoti hai aur isi ke liye hum yeh kar rahe hain kaam. to aaj ka jo mozu hai woh hai destruction is</w:t>
      </w:r>
      <w:r>
        <w:br/>
      </w:r>
      <w:r>
        <w:rPr>
          <w:sz w:val="20"/>
        </w:rPr>
        <w:t>3:24  destruction.</w:t>
      </w:r>
      <w:r>
        <w:br/>
      </w:r>
      <w:r>
        <w:rPr>
          <w:sz w:val="20"/>
        </w:rPr>
        <w:t>3:28  destruction is the source of destruction. matlab destruction jo hota hai zindagi mein ke main line jo aap ki hai us se aap hate hain idhar udhar to kya apne ko district karte hain.</w:t>
      </w:r>
    </w:p>
    <w:p>
      <w:pPr>
        <w:pStyle w:val="Heading2"/>
      </w:pPr>
      <w:r>
        <w:t>Formula for spiritual development</w:t>
      </w:r>
    </w:p>
    <w:p>
      <w:r>
        <w:rPr>
          <w:color w:val="666666"/>
          <w:sz w:val="18"/>
        </w:rPr>
        <w:t>The Concept of Spirituality in Islam June 11, 2006 Maulana Wahiduddin Khan · 33s · at 39:29 · https://youtu.be/gOH7-AdTeMQ?t=2369</w:t>
      </w:r>
    </w:p>
    <w:p>
      <w:r>
        <w:rPr>
          <w:i/>
        </w:rPr>
        <w:t>“Nature plus Tawassum equals spiritual development.”</w:t>
      </w:r>
    </w:p>
    <w:p>
      <w:r>
        <w:rPr>
          <w:sz w:val="20"/>
        </w:rPr>
        <w:t>39:29  yani maine formula banaya hai is ko ke nature plus tasawwur is equal to spiritual development.</w:t>
      </w:r>
      <w:r>
        <w:br/>
      </w:r>
      <w:r>
        <w:rPr>
          <w:sz w:val="20"/>
        </w:rPr>
        <w:t>39:41  nature plus tasawwur is equal to spiritual development. maine dekha, yeh hai Qurani tasawwuf, yeh hai Qurani ruhaniyat jo base karti hai tasawwur par.</w:t>
      </w:r>
    </w:p>
    <w:p>
      <w:pPr>
        <w:pStyle w:val="Heading2"/>
      </w:pPr>
      <w:r>
        <w:t>Problem always with opportunity</w:t>
      </w:r>
    </w:p>
    <w:p>
      <w:r>
        <w:rPr>
          <w:color w:val="666666"/>
          <w:sz w:val="18"/>
        </w:rPr>
        <w:t>Take it as a Challenge I April 29, 2007 - Maulana Wahiduddin Khan · 20s · at 18:47 · https://youtu.be/lYAJhDGliwQ?t=1127</w:t>
      </w:r>
    </w:p>
    <w:p>
      <w:r>
        <w:rPr>
          <w:i/>
        </w:rPr>
        <w:t>“Kabhi bhi aisa nahi ho sakta”</w:t>
      </w:r>
    </w:p>
    <w:p>
      <w:r>
        <w:rPr>
          <w:sz w:val="20"/>
        </w:rPr>
        <w:t>18:47  tunities. that is law of nature. kabhi bhi aisa nahi ho sakta ke sirf problem ho, opportunity na ho.</w:t>
      </w:r>
      <w:r>
        <w:br/>
      </w:r>
      <w:r>
        <w:rPr>
          <w:sz w:val="20"/>
        </w:rPr>
        <w:t>18:57  to law of nature yeh batata hai ke jahan bhi problem hoga to khud law of nature hi ke mutabiq wahan par opportunity bhi zaroor hogi.</w:t>
      </w:r>
    </w:p>
    <w:p>
      <w:pPr>
        <w:pStyle w:val="Heading2"/>
      </w:pPr>
      <w:r>
        <w:t>Text intact, interpretation corrupted</w:t>
      </w:r>
    </w:p>
    <w:p>
      <w:r>
        <w:rPr>
          <w:color w:val="666666"/>
          <w:sz w:val="18"/>
        </w:rPr>
        <w:t>The History of Islamic Learning | May 14, 2006 | Maulana Wahiduddin Khan · 34s · at 42:38 · https://youtu.be/E-4EdNARtdk?t=2558</w:t>
      </w:r>
    </w:p>
    <w:p>
      <w:r>
        <w:rPr>
          <w:i/>
        </w:rPr>
        <w:t>“Text is intact, interpretation is corrupted.”</w:t>
      </w:r>
    </w:p>
    <w:p>
      <w:r>
        <w:rPr>
          <w:sz w:val="20"/>
        </w:rPr>
        <w:t>42:38  aap nahi kar sakte lekin islam mein yeh possible hai ke aap is ke text ko parh kar ke us pe study kar ke jaan sakein ke islam kya hai islam mein jo bigad aaya hai woh bigad aaya hai interpretation mein text mein koi bigad nahi aaya hai is pehlu se main kuch baatein arz karna chahta hoon</w:t>
      </w:r>
    </w:p>
    <w:p>
      <w:pPr>
        <w:pStyle w:val="Heading2"/>
      </w:pPr>
      <w:r>
        <w:t>Simple formula for managing anger</w:t>
      </w:r>
    </w:p>
    <w:p>
      <w:r>
        <w:rPr>
          <w:color w:val="666666"/>
          <w:sz w:val="18"/>
        </w:rPr>
        <w:t>Quranic Wisdom | September 10, 2016 · 30s · at 32:00 · https://youtu.be/hNTKraIhmeQ?t=1920</w:t>
      </w:r>
    </w:p>
    <w:p>
      <w:r>
        <w:rPr>
          <w:i/>
        </w:rPr>
        <w:t>“Anger ka to manage karne ka bohat simple formula hai.”</w:t>
      </w:r>
    </w:p>
    <w:p>
      <w:r>
        <w:rPr>
          <w:sz w:val="20"/>
        </w:rPr>
        <w:t>32:00  anger ka to manage karne ka bohat simple formula hai. woh hai natural formula. dekhiye, anger aik unnatural phenomena hai. anger jo hai aik unnatural phenomena hai. to aap nature ko aik chance dijiye. nature khud hi khatam kar de gi is ko. nature ko chance dijiye. woh kaise? jab bhi aap</w:t>
      </w:r>
    </w:p>
    <w:p>
      <w:pPr>
        <w:pStyle w:val="Heading2"/>
      </w:pPr>
      <w:r>
        <w:t>How to protect yourself from becoming negative</w:t>
      </w:r>
    </w:p>
    <w:p>
      <w:r>
        <w:rPr>
          <w:color w:val="666666"/>
          <w:sz w:val="18"/>
        </w:rPr>
        <w:t>Building A Creative Personality | 20 Nov 2011 · 1m 00s · at 39:52 · https://youtu.be/jdfhpwfEvKg?t=2392</w:t>
      </w:r>
    </w:p>
    <w:p>
      <w:r>
        <w:rPr>
          <w:i/>
        </w:rPr>
        <w:t>“In a world that won't always match your views, you turn negative.”</w:t>
      </w:r>
    </w:p>
    <w:p>
      <w:r>
        <w:rPr>
          <w:sz w:val="20"/>
        </w:rPr>
        <w:t>39:52  aisi duniya ka jahan ke kabhi bhi aap ko apne muwafiq khayalat na milen to aap us se react karte hain, to ho jate hain negative ho jate hain. is negativity se apne ko bachane ke liye zaroori hai ke aap ke andar creative thinking ho, aap manage kar saken, aap sort out kar saken cheezon ko, aap phir se soch saken, aap result ko dekh kar soch saken, aap cheezon ko right way pe dekh saken. yeh</w:t>
      </w:r>
      <w:r>
        <w:br/>
      </w:r>
      <w:r>
        <w:rPr>
          <w:sz w:val="20"/>
        </w:rPr>
        <w:t>40:22  sab creativity se aata hai. to musalman mein creativity hai hi nahi, ijtihadi tarz fikr hai hi nahi. to kya sari duniya musalman negative bani hui hain? negative banne ka nuksan kya hota hai? ke positivity chali jati hai. yaad rakhiye, positive thinking hi se tamam badi badi cheezen hasil hoti hain. positive thinking se marifat aati hai, positive thinking se aap dawat ka kaam kar pate hain, positive thinking se aap</w:t>
      </w:r>
    </w:p>
    <w:p>
      <w:pPr>
        <w:pStyle w:val="Heading2"/>
      </w:pPr>
      <w:r>
        <w:t>British brought opportunities for dawah</w:t>
      </w:r>
    </w:p>
    <w:p>
      <w:r>
        <w:rPr>
          <w:color w:val="666666"/>
          <w:sz w:val="18"/>
        </w:rPr>
        <w:t>The Spirit of Islam 10 June 2012 - Maulana Wahiduddin Khan · 32s · at 16:52 · https://youtu.be/2FuK5ml2tx4?t=1012</w:t>
      </w:r>
    </w:p>
    <w:p>
      <w:r>
        <w:rPr>
          <w:i/>
        </w:rPr>
        <w:t>“Modern education woh laaye, woh industry laaya.”</w:t>
      </w:r>
    </w:p>
    <w:p>
      <w:r>
        <w:rPr>
          <w:sz w:val="20"/>
        </w:rPr>
        <w:t>16:52  modern education woh laaye, woh industry laaya. jis se interested ek mobility paida ki, log yahan ja rahe hain, wahan ja rahe hain, yahan ja rahe hain, wahan ja rahe hain.</w:t>
      </w:r>
      <w:r>
        <w:br/>
      </w:r>
      <w:r>
        <w:rPr>
          <w:sz w:val="20"/>
        </w:rPr>
        <w:t>17:03  to saari duniya ko unhone global village bana diya. to dawat ke mawaaqe hazaron guna zyada paida ho gaye.</w:t>
      </w:r>
      <w:r>
        <w:br/>
      </w:r>
      <w:r>
        <w:rPr>
          <w:sz w:val="20"/>
        </w:rPr>
        <w:t>17:13  to agar woh quran ko parhte, duaein karte to un par khulta kya? un par khulta yeh hai ke bas dawat, dawat, dawat karo, dawat ka kaam karo.</w:t>
      </w:r>
    </w:p>
    <w:p>
      <w:pPr>
        <w:pStyle w:val="Heading2"/>
      </w:pPr>
      <w:r>
        <w:t>Method to manage emotions</w:t>
      </w:r>
    </w:p>
    <w:p>
      <w:r>
        <w:rPr>
          <w:color w:val="666666"/>
          <w:sz w:val="18"/>
        </w:rPr>
        <w:t>The Art of Emotion Management December 26, 2007 Maulana Wahiduddin Khan · 31s · at 29:37 · https://youtu.be/Im7m_nZwC7E?t=1777</w:t>
      </w:r>
    </w:p>
    <w:p>
      <w:r>
        <w:rPr>
          <w:i/>
        </w:rPr>
        <w:t>“Whenever such a thing flares up, stop yourself and think.”</w:t>
      </w:r>
    </w:p>
    <w:p>
      <w:r>
        <w:rPr>
          <w:sz w:val="20"/>
        </w:rPr>
        <w:t>29:37  aap yeh karein ke apne ko rokk kar apne ko thaam kar sochein. sochein. is cheez ko samajhne ki koshish karein.</w:t>
      </w:r>
      <w:r>
        <w:br/>
      </w:r>
      <w:r>
        <w:rPr>
          <w:sz w:val="20"/>
        </w:rPr>
        <w:t>29:48  khud na soch paayein to is aadmi se mil kar ke sochein. is aadmi se mil kar ke sochein. is se mil kar na samajh mein aaye to kisi aur se mashwara karein.</w:t>
      </w:r>
      <w:r>
        <w:br/>
      </w:r>
      <w:r>
        <w:rPr>
          <w:sz w:val="20"/>
        </w:rPr>
        <w:t>29:59  yeh sab karein. to phir kya hoga? more than 99 cases mein baat khatam ho jayegi.</w:t>
      </w:r>
    </w:p>
    <w:p>
      <w:pPr>
        <w:pStyle w:val="Heading2"/>
      </w:pPr>
      <w:r>
        <w:t>Modern distractions</w:t>
      </w:r>
    </w:p>
    <w:p>
      <w:r>
        <w:rPr>
          <w:color w:val="666666"/>
          <w:sz w:val="18"/>
        </w:rPr>
        <w:t>Islam Ideology, Team and Method 9 Oct, 2011 - Maulana Wahiduddin Khan · 22s · at 15:57 · https://youtu.be/gEd027DIDw8?t=957</w:t>
      </w:r>
    </w:p>
    <w:p>
      <w:r>
        <w:rPr>
          <w:i/>
        </w:rPr>
        <w:t>“Aaj ka distraction kya hai? Fame, popularity, material interest.”</w:t>
      </w:r>
    </w:p>
    <w:p>
      <w:r>
        <w:rPr>
          <w:sz w:val="20"/>
        </w:rPr>
        <w:t>15:57  jo desert mein gaye the, woh in cheezon se oopar uth gaye the. is waqt ke jo distraction the, us se oopar uth gaye, uth kar ke woh sar-e-aam chale gaye the.</w:t>
      </w:r>
      <w:r>
        <w:br/>
      </w:r>
      <w:r>
        <w:rPr>
          <w:sz w:val="20"/>
        </w:rPr>
        <w:t>16:06  aaj ka jo distraction hai, woh kya hai? woh fame, popularity, material interest, money ki rail pel is zamane mein hai.</w:t>
      </w:r>
    </w:p>
    <w:p>
      <w:pPr>
        <w:pStyle w:val="Heading2"/>
      </w:pPr>
      <w:r>
        <w:t>Age of communication and prophecy</w:t>
      </w:r>
    </w:p>
    <w:p>
      <w:r>
        <w:rPr>
          <w:color w:val="666666"/>
          <w:sz w:val="18"/>
        </w:rPr>
        <w:t>The Age of Giving Global Thanks Dec 15. 2019—Maulana Wahiduddin Khan · 27s · at 2:11 · https://youtu.be/254Pgn6Ldts?t=131</w:t>
      </w:r>
    </w:p>
    <w:p>
      <w:r>
        <w:rPr>
          <w:i/>
        </w:rPr>
        <w:t>“We are living in the age of communication.”</w:t>
      </w:r>
    </w:p>
    <w:p>
      <w:r>
        <w:rPr>
          <w:sz w:val="20"/>
        </w:rPr>
        <w:t>2:11  yani is ka ma'na kya hua hai? age of communication ki ishq ki khabar.</w:t>
      </w:r>
      <w:r>
        <w:br/>
      </w:r>
      <w:r>
        <w:rPr>
          <w:sz w:val="20"/>
        </w:rPr>
        <w:t>2:23  aaj hum jee rahe hain age of communication mein. is ki khabar rasulullah sallallahu 'alayhi wa sallam ne saatvin sadi mein de di thi.</w:t>
      </w:r>
    </w:p>
    <w:p>
      <w:pPr>
        <w:pStyle w:val="Heading2"/>
      </w:pPr>
      <w:r>
        <w:t>With every problem comes opportunity</w:t>
      </w:r>
    </w:p>
    <w:p>
      <w:r>
        <w:rPr>
          <w:color w:val="666666"/>
          <w:sz w:val="18"/>
        </w:rPr>
        <w:t>Islamic Outlook on Life, | August 26, 2007 · 30s · at 31:40 · https://youtu.be/bSmNo_dEnJ8?t=1900</w:t>
      </w:r>
    </w:p>
    <w:p>
      <w:r>
        <w:rPr>
          <w:i/>
        </w:rPr>
        <w:t>“With every hardship there is ease.”</w:t>
      </w:r>
    </w:p>
    <w:p>
      <w:r>
        <w:rPr>
          <w:sz w:val="20"/>
        </w:rPr>
        <w:t>31:40  mein isi par sochta raha. to quran ki aik ayat hai ke in mal wad e vri hardship der iz ez. yeh is ka transition hai. with every hardship there is ease. yani with every problem there are opportunities. with every problem there are oportuni</w:t>
      </w:r>
    </w:p>
    <w:p>
      <w:pPr>
        <w:pStyle w:val="Heading2"/>
      </w:pPr>
      <w:r>
        <w:t>Warning not to incline towards wrongdoers</w:t>
      </w:r>
    </w:p>
    <w:p>
      <w:r>
        <w:rPr>
          <w:color w:val="666666"/>
          <w:sz w:val="18"/>
        </w:rPr>
        <w:t>Importance of Focused Thinking March 7, 2010 Maulana Wahiduddin Khan · 54s · at 4:24 · https://youtu.be/eD4bs3E5WHE?t=264</w:t>
      </w:r>
    </w:p>
    <w:p>
      <w:r>
        <w:rPr>
          <w:i/>
        </w:rPr>
        <w:t>“Yaani 11, 113 ki ek aayat hai.”</w:t>
      </w:r>
    </w:p>
    <w:p>
      <w:r>
        <w:rPr>
          <w:sz w:val="20"/>
        </w:rPr>
        <w:t>4:24  yani 11, 113 ki ek ayat hai. Wala terkanu ila allatheena thalamu famasakku bill naar.</w:t>
      </w:r>
      <w:r>
        <w:br/>
      </w:r>
      <w:r>
        <w:rPr>
          <w:sz w:val="20"/>
        </w:rPr>
        <w:t>4:37  Don't incline towards those who do wrong. Lest you, lest the fire will touch you.</w:t>
      </w:r>
      <w:r>
        <w:br/>
      </w:r>
      <w:r>
        <w:rPr>
          <w:sz w:val="20"/>
        </w:rPr>
        <w:t>4:50  Lest the fire touch you. Don't incline towards those who</w:t>
      </w:r>
      <w:r>
        <w:br/>
      </w:r>
      <w:r>
        <w:rPr>
          <w:sz w:val="20"/>
        </w:rPr>
        <w:t>5:04  do wrong. Lest the fire touch you. In logon ki taraf na jhuko jo galat kar hain, warna tum ko aag pakad legi.</w:t>
      </w:r>
    </w:p>
    <w:p>
      <w:pPr>
        <w:pStyle w:val="Heading2"/>
      </w:pPr>
      <w:r>
        <w:t>Despair is haram in Islam</w:t>
      </w:r>
    </w:p>
    <w:p>
      <w:r>
        <w:rPr>
          <w:color w:val="666666"/>
          <w:sz w:val="18"/>
        </w:rPr>
        <w:t>Replanning | April 01, 2017 · 30s · at 16:33 · https://youtu.be/pQx9iopKnEY?t=993</w:t>
      </w:r>
    </w:p>
    <w:p>
      <w:r>
        <w:rPr>
          <w:i/>
        </w:rPr>
        <w:t>“Despair is forbidden in Islam”</w:t>
      </w:r>
    </w:p>
    <w:p>
      <w:r>
        <w:rPr>
          <w:sz w:val="20"/>
        </w:rPr>
        <w:t>16:33  islam mein jo haram hai woh mayoosi bhi is mein se aik hai.</w:t>
      </w:r>
      <w:r>
        <w:br/>
      </w:r>
      <w:r>
        <w:rPr>
          <w:sz w:val="20"/>
        </w:rPr>
        <w:t>16:37  la taqnato billah.</w:t>
      </w:r>
      <w:r>
        <w:br/>
      </w:r>
      <w:r>
        <w:rPr>
          <w:sz w:val="20"/>
        </w:rPr>
        <w:t>16:41  yani islam mein yeh haram hai ke aap mayoos ho jayein.</w:t>
      </w:r>
      <w:r>
        <w:br/>
      </w:r>
      <w:r>
        <w:rPr>
          <w:sz w:val="20"/>
        </w:rPr>
        <w:t>16:46  yeh bohat anokhi baat thi.</w:t>
      </w:r>
      <w:r>
        <w:br/>
      </w:r>
      <w:r>
        <w:rPr>
          <w:sz w:val="20"/>
        </w:rPr>
        <w:t>16:50  yani sharab haram hai aur bohat cheezein haram hain, isi mein se aik cheez hai mayoosi.</w:t>
      </w:r>
      <w:r>
        <w:br/>
      </w:r>
      <w:r>
        <w:rPr>
          <w:sz w:val="20"/>
        </w:rPr>
        <w:t>16:54  hoop lessness, yeh bhi haram hai.</w:t>
      </w:r>
      <w:r>
        <w:br/>
      </w:r>
      <w:r>
        <w:rPr>
          <w:sz w:val="20"/>
        </w:rPr>
        <w:t>16:59  to jis jis khaliq ne mayoosi ko haram kiya hai, us ko yeh pata tha</w:t>
      </w:r>
    </w:p>
    <w:p>
      <w:pPr>
        <w:pStyle w:val="Heading2"/>
      </w:pPr>
      <w:r>
        <w:t>Intellectual dwarfism from consumerism</w:t>
      </w:r>
    </w:p>
    <w:p>
      <w:r>
        <w:rPr>
          <w:color w:val="666666"/>
          <w:sz w:val="18"/>
        </w:rPr>
        <w:t>Age Of Consumerism I January 6, 2013 Maulana Wahiduddin Khan · 25s · at 28:29 · https://youtu.be/CuRYFl7JuEM?t=1709</w:t>
      </w:r>
    </w:p>
    <w:p>
      <w:r>
        <w:rPr>
          <w:i/>
        </w:rPr>
        <w:t>“Modern consumerism ka direct result: Intellectual dwarfism.”</w:t>
      </w:r>
    </w:p>
    <w:p>
      <w:r>
        <w:rPr>
          <w:sz w:val="20"/>
        </w:rPr>
        <w:t>28:29  intellectual dwarfism. modern consumerism ka direct result kya hai? intellectual dwarfism.</w:t>
      </w:r>
      <w:r>
        <w:br/>
      </w:r>
      <w:r>
        <w:rPr>
          <w:sz w:val="20"/>
        </w:rPr>
        <w:t>28:39  aur main yeh baat poore yani yani bedahadi mein kehta hoon kay jo log bhi is mein phansay hue hain, mujh ko un say milaiye, mujh ko milaiye un say.</w:t>
      </w:r>
      <w:r>
        <w:br/>
      </w:r>
      <w:r>
        <w:rPr>
          <w:sz w:val="20"/>
        </w:rPr>
        <w:t>28:54  chand minute mein zahir ho jaye ga kay un ko un kay paas</w:t>
      </w:r>
    </w:p>
    <w:p>
      <w:pPr>
        <w:pStyle w:val="Heading2"/>
      </w:pPr>
      <w:r>
        <w:t>Intellectual backwardness of Muslims</w:t>
      </w:r>
    </w:p>
    <w:p>
      <w:r>
        <w:rPr>
          <w:color w:val="666666"/>
          <w:sz w:val="18"/>
        </w:rPr>
        <w:t>Muslims in the Present World | November 24, 2007 · 30s · at 27:33 · https://youtu.be/2TrLMGJNHLs?t=1653</w:t>
      </w:r>
    </w:p>
    <w:p>
      <w:r>
        <w:rPr>
          <w:i/>
        </w:rPr>
        <w:t>“It is intellectual backwardness.”</w:t>
      </w:r>
    </w:p>
    <w:p>
      <w:r>
        <w:rPr>
          <w:sz w:val="20"/>
        </w:rPr>
        <w:t>27:33  cy hai, na kuch hai, na kuch hai, na kuch hai, na kuch hai. Sara maamla sirf ek hai. Woh hai "intellectual backwardness". Ek single word mein mein kahunga ke is zamane ke musalmanon ka jo maamla hai woh hai "intellectual backwardness". Yani woh basir zamana nahi ban sake. Zamane ko janne wale nahi ban sake. Yeh hai musalmanon ka problem. Aur kuch bhi nahi hai, kuch bhi nahi hai,</w:t>
      </w:r>
    </w:p>
    <w:p>
      <w:pPr>
        <w:pStyle w:val="Heading2"/>
      </w:pPr>
      <w:r>
        <w:t>Actor dies on stage acting suicide</w:t>
      </w:r>
    </w:p>
    <w:p>
      <w:r>
        <w:rPr>
          <w:color w:val="666666"/>
          <w:sz w:val="18"/>
        </w:rPr>
        <w:t>A Matter of 30 Seconds | February 07, 2016 · 1m 30s · at 1:15 · https://youtu.be/_p-F9fi8yaA?t=75</w:t>
      </w:r>
    </w:p>
    <w:p>
      <w:r>
        <w:rPr>
          <w:i/>
        </w:rPr>
        <w:t>“Florence mein ek theatre mein performance de raha tha.”</w:t>
      </w:r>
    </w:p>
    <w:p>
      <w:r>
        <w:rPr>
          <w:sz w:val="20"/>
        </w:rPr>
        <w:t>1:15  florence mein ek theatre mein ek performance de raha tha. us ko acting ke tour par yeh batana tha ke kis tarah us zamane mein bohat se nojawan pressure mein par jate hain, woh unhepy</w:t>
      </w:r>
      <w:r>
        <w:br/>
      </w:r>
      <w:r>
        <w:rPr>
          <w:sz w:val="20"/>
        </w:rPr>
        <w:t>1:45  ho jate hain, aur yahan tak jate hain ke suicide kar lete hain. to yeh scene is ko dikhana tha, yani acting ke tour par. to is ne apne gale mein rasi ka phanda dala. woh kar raha tha ke dikha raha tha ke mein ek unhepy nojawan hoon aur mein suicide kar raha hoon</w:t>
      </w:r>
      <w:r>
        <w:br/>
      </w:r>
      <w:r>
        <w:rPr>
          <w:sz w:val="20"/>
        </w:rPr>
        <w:t>2:15  ۔ lekin koi technical ghalti ho gayi. is ki koshish yeh thi ke bilkul real lage is ka feal. is liye is ne aam tor par log revival le ke mar lete hain apne. to is mein woh reality nahi aati thi, kyunke ho sakta hai ke is mein bullet hi na ho. to sus</w:t>
      </w:r>
    </w:p>
    <w:p>
      <w:pPr>
        <w:pStyle w:val="Heading2"/>
      </w:pPr>
      <w:r>
        <w:t>Protest and complaint are futile</w:t>
      </w:r>
    </w:p>
    <w:p>
      <w:r>
        <w:rPr>
          <w:color w:val="666666"/>
          <w:sz w:val="18"/>
        </w:rPr>
        <w:t>Muslims in the Present World | November 24, 2007 · 31s · at 45:58 · https://youtu.be/2TrLMGJNHLs?t=2758</w:t>
      </w:r>
    </w:p>
    <w:p>
      <w:r>
        <w:rPr>
          <w:i/>
        </w:rPr>
        <w:t>“Protest is nothing, complaint is nothing.”</w:t>
      </w:r>
    </w:p>
    <w:p>
      <w:r>
        <w:rPr>
          <w:sz w:val="20"/>
        </w:rPr>
        <w:t>45:58  to bilkul futile hai yeh sab.</w:t>
      </w:r>
      <w:r>
        <w:br/>
      </w:r>
      <w:r>
        <w:rPr>
          <w:sz w:val="20"/>
        </w:rPr>
        <w:t>46:03  Protest is nothing.</w:t>
      </w:r>
      <w:r>
        <w:br/>
      </w:r>
      <w:r>
        <w:rPr>
          <w:sz w:val="20"/>
        </w:rPr>
        <w:t>46:07  Complaint is nothing.</w:t>
      </w:r>
      <w:r>
        <w:br/>
      </w:r>
      <w:r>
        <w:rPr>
          <w:sz w:val="20"/>
        </w:rPr>
        <w:t>46:12  aap ko counter planning karni padegi.</w:t>
      </w:r>
      <w:r>
        <w:br/>
      </w:r>
      <w:r>
        <w:rPr>
          <w:sz w:val="20"/>
        </w:rPr>
        <w:t>46:16  doosri party planning kar rahi hai to aap ko counter planning karni padegi.</w:t>
      </w:r>
      <w:r>
        <w:br/>
      </w:r>
      <w:r>
        <w:rPr>
          <w:sz w:val="20"/>
        </w:rPr>
        <w:t>46:21  aur cheekhna chalana to kuch bhi nahi hai.</w:t>
      </w:r>
      <w:r>
        <w:br/>
      </w:r>
      <w:r>
        <w:rPr>
          <w:sz w:val="20"/>
        </w:rPr>
        <w:t>46:25  bolte rahiye ke conspiracy hai, bolte rahiye ke zulm hai, bolte rahiye kuch bhi nahi hone wala hai is se.</w:t>
      </w:r>
    </w:p>
    <w:p>
      <w:pPr>
        <w:pStyle w:val="Heading2"/>
      </w:pPr>
      <w:r>
        <w:t>Modesty vs pride: strength vs weakness</w:t>
      </w:r>
    </w:p>
    <w:p>
      <w:r>
        <w:rPr>
          <w:color w:val="666666"/>
          <w:sz w:val="18"/>
        </w:rPr>
        <w:t>Art of Thinking August 21, 2008 · 47s · at 45:49 · https://youtu.be/KXVTrD_iMBU?t=2749</w:t>
      </w:r>
    </w:p>
    <w:p>
      <w:r>
        <w:rPr>
          <w:i/>
        </w:rPr>
        <w:t>“Modesty makes you strong, pride makes you weak.”</w:t>
      </w:r>
    </w:p>
    <w:p>
      <w:r>
        <w:rPr>
          <w:sz w:val="20"/>
        </w:rPr>
        <w:t>45:49  marishti aap ko strong banati hai aur pride aap ko weak banata hai, kamzor banata hai. yeh ek formula samajh lijiye:</w:t>
      </w:r>
      <w:r>
        <w:br/>
      </w:r>
      <w:r>
        <w:rPr>
          <w:sz w:val="20"/>
        </w:rPr>
        <w:t>46:04  "yeh marishti makes you strong" yani "pride makes you weak". yeh yeh ek yeh ek aisa formula hai jis mein koi exception nahi, har jagah ke liye, har jagah ke liye, har jagah ke liye.</w:t>
      </w:r>
      <w:r>
        <w:br/>
      </w:r>
      <w:r>
        <w:rPr>
          <w:sz w:val="20"/>
        </w:rPr>
        <w:t>46:22  to agar aap chahte hain ke aap ka aap ka defense bohat hi strong ho to apne aap ko pride se bachaiye, kibr se bachaiye, arrogance se bachaiye.</w:t>
      </w:r>
    </w:p>
    <w:p>
      <w:pPr>
        <w:pStyle w:val="Heading2"/>
      </w:pPr>
      <w:r>
        <w:t>God gave humans total freedom as the test</w:t>
      </w:r>
    </w:p>
    <w:p>
      <w:r>
        <w:rPr>
          <w:color w:val="666666"/>
          <w:sz w:val="18"/>
        </w:rPr>
        <w:t>The Message of The Prophet Muhammad April 5, 2008 · 30s · at 6:26 · https://youtu.be/4Awv6yrWLBw?t=386</w:t>
      </w:r>
    </w:p>
    <w:p>
      <w:r>
        <w:rPr>
          <w:i/>
        </w:rPr>
        <w:t>“Khuda ne insan ko total freedom di”</w:t>
      </w:r>
    </w:p>
    <w:p>
      <w:r>
        <w:rPr>
          <w:sz w:val="20"/>
        </w:rPr>
        <w:t>6:26  basically woh test yeh hai ke Khuda ne insaan ko freedom diya, freedom. total freedom.</w:t>
      </w:r>
      <w:r>
        <w:br/>
      </w:r>
      <w:r>
        <w:rPr>
          <w:sz w:val="20"/>
        </w:rPr>
        <w:t>6:37  insaan is duniya mein poori tarah azaad hai. sochne ke liye, bolne ke liye, karne ke liye is par koi bhi rok nahi hai.</w:t>
      </w:r>
      <w:r>
        <w:br/>
      </w:r>
      <w:r>
        <w:rPr>
          <w:sz w:val="20"/>
        </w:rPr>
        <w:t>6:47  to yahi test hai. yaani hamein apni freedom ko misuse nahi karna hai balkeh is ka proper use karna hai.</w:t>
      </w:r>
    </w:p>
    <w:p>
      <w:pPr>
        <w:pStyle w:val="Heading2"/>
      </w:pPr>
      <w:r>
        <w:t>Wisdom is not a theoretical formula</w:t>
      </w:r>
    </w:p>
    <w:p>
      <w:r>
        <w:rPr>
          <w:color w:val="666666"/>
          <w:sz w:val="18"/>
        </w:rPr>
        <w:t>Quranic Wisdom | September 10, 2016 · 30s · at 0:44 · https://youtu.be/hNTKraIhmeQ?t=44</w:t>
      </w:r>
    </w:p>
    <w:p>
      <w:r>
        <w:rPr>
          <w:i/>
        </w:rPr>
        <w:t>“Dekhiye, wisdom kisi theoretical formula ke naam nahi hai.”</w:t>
      </w:r>
    </w:p>
    <w:p>
      <w:r>
        <w:rPr>
          <w:sz w:val="20"/>
        </w:rPr>
        <w:t>0:44  Dekhiye, wisdom kisi theoretical formula kay naam nahi hai. jaisay justice aik theoretical formula hai, to wisdom is tarah kisi theoretical formula, yaani nazriati formulay kay naam nahi hai. yeh practical formula kay naam hai.</w:t>
      </w:r>
    </w:p>
    <w:p>
      <w:pPr>
        <w:pStyle w:val="Heading2"/>
      </w:pPr>
      <w:r>
        <w:t>Fire in hadith means material allure</w:t>
      </w:r>
    </w:p>
    <w:p>
      <w:r>
        <w:rPr>
          <w:color w:val="666666"/>
          <w:sz w:val="18"/>
        </w:rPr>
        <w:t>Significance of I'tikaf Today | June 10, 2018 · 30s · at 20:27 · https://youtu.be/UWmQVRON9rg?t=1227</w:t>
      </w:r>
    </w:p>
    <w:p>
      <w:r>
        <w:rPr>
          <w:i/>
        </w:rPr>
        <w:t>“Aag ka maani yeh nahi ke sach much fire.”</w:t>
      </w:r>
    </w:p>
    <w:p>
      <w:r>
        <w:rPr>
          <w:sz w:val="20"/>
        </w:rPr>
        <w:t>20:27  aag niklegi is se matlab yeh mat samjhiye ke fire niklega.</w:t>
      </w:r>
      <w:r>
        <w:br/>
      </w:r>
      <w:r>
        <w:rPr>
          <w:sz w:val="20"/>
        </w:rPr>
        <w:t>20:32  log yahi samajhte rahe ke fire niklega.</w:t>
      </w:r>
      <w:r>
        <w:br/>
      </w:r>
      <w:r>
        <w:rPr>
          <w:sz w:val="20"/>
        </w:rPr>
        <w:t>20:37  hazaron saal se yahi samajhte rahe log ke fire niklega.</w:t>
      </w:r>
      <w:r>
        <w:br/>
      </w:r>
      <w:r>
        <w:rPr>
          <w:sz w:val="20"/>
        </w:rPr>
        <w:t>20:42  hargiz hargiz hargiz nahi, is ka behtareen nahi hai.</w:t>
      </w:r>
      <w:r>
        <w:br/>
      </w:r>
      <w:r>
        <w:rPr>
          <w:sz w:val="20"/>
        </w:rPr>
        <w:t>20:47  ek material jis ko kehte hain dehati dawam mein hoor.</w:t>
      </w:r>
      <w:r>
        <w:br/>
      </w:r>
      <w:r>
        <w:rPr>
          <w:sz w:val="20"/>
        </w:rPr>
        <w:t>20:53  hoor hoor matlab sab isi taraf</w:t>
      </w:r>
    </w:p>
    <w:p>
      <w:pPr>
        <w:pStyle w:val="Heading2"/>
      </w:pPr>
      <w:r>
        <w:t>No leader built ideal India</w:t>
      </w:r>
    </w:p>
    <w:p>
      <w:r>
        <w:rPr>
          <w:color w:val="666666"/>
          <w:sz w:val="18"/>
        </w:rPr>
        <w:t>The Art Of Thinking - Maulana Wahiduddin Khan · 27s · at 7:39 · https://youtu.be/tjyEWeHgmpM?t=459</w:t>
      </w:r>
    </w:p>
    <w:p>
      <w:r>
        <w:rPr>
          <w:i/>
        </w:rPr>
        <w:t>“Koi yeh news na de saka ke humne aisa India bana liya hai”</w:t>
      </w:r>
    </w:p>
    <w:p>
      <w:r>
        <w:rPr>
          <w:sz w:val="20"/>
        </w:rPr>
        <w:t>7:39  koi yeh news na de saka ke hum ne aisa India bana liya hai.</w:t>
      </w:r>
      <w:r>
        <w:br/>
      </w:r>
      <w:r>
        <w:rPr>
          <w:sz w:val="20"/>
        </w:rPr>
        <w:t>7:47  aik party ne, jaisa ke aap jante hain, shining India ka claim kiya hua hai ke hum ne shining India bana liya hai, lekin yahan ki public ne is ko accept nahi kiya aur un ko haar manni pari.</w:t>
      </w:r>
      <w:r>
        <w:br/>
      </w:r>
      <w:r>
        <w:rPr>
          <w:sz w:val="20"/>
        </w:rPr>
        <w:t>8:06  aisa kyun hai? yeh mein— mujhe aaj hi yeh discovery hui. yani way ke liye to mere mind mein yeh baat thi, aaj mujhe samajh mein aayi.</w:t>
      </w:r>
    </w:p>
    <w:p>
      <w:pPr>
        <w:pStyle w:val="Heading2"/>
      </w:pPr>
      <w:r>
        <w:t>Today's topic: Wisdom in Islam</w:t>
      </w:r>
    </w:p>
    <w:p>
      <w:r>
        <w:rPr>
          <w:color w:val="666666"/>
          <w:sz w:val="18"/>
        </w:rPr>
        <w:t>Al-Hikmah in Islam September 14, 2007 · 32s · at 0:37 · https://youtu.be/PxOdof00YIM?t=37</w:t>
      </w:r>
    </w:p>
    <w:p>
      <w:r>
        <w:rPr>
          <w:i/>
        </w:rPr>
        <w:t>“Today's topic is wisdom in Islam”</w:t>
      </w:r>
    </w:p>
    <w:p>
      <w:r>
        <w:rPr>
          <w:sz w:val="20"/>
        </w:rPr>
        <w:t>0:37  aaj ka topic hai: al-hikmah fil islam. al-hikmah fil islam.</w:t>
      </w:r>
      <w:r>
        <w:br/>
      </w:r>
      <w:r>
        <w:rPr>
          <w:sz w:val="20"/>
        </w:rPr>
        <w:t>0:49  yani islam mein hikmat ka tasawwur.</w:t>
      </w:r>
      <w:r>
        <w:br/>
      </w:r>
      <w:r>
        <w:rPr>
          <w:sz w:val="20"/>
        </w:rPr>
        <w:t>0:56  quran mein bataya gaya hai ke prophet of islam char cheezen le kar bheje gaye.</w:t>
      </w:r>
    </w:p>
    <w:p>
      <w:pPr>
        <w:pStyle w:val="Heading2"/>
      </w:pPr>
      <w:r>
        <w:t>Writing a note to ensure justice after death</w:t>
      </w:r>
    </w:p>
    <w:p>
      <w:r>
        <w:rPr>
          <w:color w:val="666666"/>
          <w:sz w:val="18"/>
        </w:rPr>
        <w:t>Tawbah-e-Nasuh (Sincere Repentance) 16 Feb 2020 - Maulana Wahiduddin Khan · 57s · at 16:21 · https://youtu.be/0CccKs-1Uu8?t=981</w:t>
      </w:r>
    </w:p>
    <w:p>
      <w:r>
        <w:rPr>
          <w:i/>
        </w:rPr>
        <w:t>“To aakhir mein kya hua ke main utha”</w:t>
      </w:r>
    </w:p>
    <w:p>
      <w:r>
        <w:rPr>
          <w:sz w:val="20"/>
        </w:rPr>
        <w:t>16:21  to aakhir mein kya hua ke mein utha</w:t>
      </w:r>
      <w:r>
        <w:br/>
      </w:r>
      <w:r>
        <w:rPr>
          <w:sz w:val="20"/>
        </w:rPr>
        <w:t>16:25  aur mein ne jo lalten wahan rakhi hui thi, woh mein ne sham ko mein ne bujha diya tha us ko.</w:t>
      </w:r>
      <w:r>
        <w:br/>
      </w:r>
      <w:r>
        <w:rPr>
          <w:sz w:val="20"/>
        </w:rPr>
        <w:t>16:37  to mein ne desai li aur us ko jalaya</w:t>
      </w:r>
      <w:r>
        <w:br/>
      </w:r>
      <w:r>
        <w:rPr>
          <w:sz w:val="20"/>
        </w:rPr>
        <w:t>16:45  laltain ko. phir laltain ko jala kar ke main ne kiya kiya ke jahan rakha tha note, us par aik aur aik kaghaz mein likh kar</w:t>
      </w:r>
      <w:r>
        <w:br/>
      </w:r>
      <w:r>
        <w:rPr>
          <w:sz w:val="20"/>
        </w:rPr>
        <w:t>17:02  rakh diya wahan par ke yeh jo note hai, so rupay ka note, yeh falan aadmi ka hai imarat. agar main khuda khwah balfarz main aaj subah ko mar jaon to yeh kaghaz un ko pohancha diya jae.</w:t>
      </w:r>
    </w:p>
    <w:p>
      <w:pPr>
        <w:pStyle w:val="Heading2"/>
      </w:pPr>
      <w:r>
        <w:t>Heart-based spirituality temporary relief</w:t>
      </w:r>
    </w:p>
    <w:p>
      <w:r>
        <w:rPr>
          <w:color w:val="666666"/>
          <w:sz w:val="18"/>
        </w:rPr>
        <w:t>Role of Spirituality in Stress Management 29 Dec 2007 - Maulana Wahiduddin Khan · 43s · at 6:12 · https://youtu.be/RA0sg_c57mI?t=372</w:t>
      </w:r>
    </w:p>
    <w:p>
      <w:r>
        <w:rPr>
          <w:i/>
        </w:rPr>
        <w:t>“That is just like a painkiller”</w:t>
      </w:r>
    </w:p>
    <w:p>
      <w:r>
        <w:rPr>
          <w:sz w:val="20"/>
        </w:rPr>
        <w:t>6:12  to woh to just like pain killer hai aap pain killer lete hain to itne time mein jab tak is ka asar hai aap thoda relief mehsoos karte hain lekin jaise is ka asar khatam hua phir wahi kabhi</w:t>
      </w:r>
      <w:r>
        <w:br/>
      </w:r>
      <w:r>
        <w:rPr>
          <w:sz w:val="20"/>
        </w:rPr>
        <w:t>6:32  main ne kai logon se baat ki jo is ka is line mein hain to unhone bhi yahi baat kahi ke bhai yeh to temporary relief hai phir hum jaate hain jahan apne business mein apne job mein to phir wahi kabhi ho jata hai is liye to mujhe is mein zyada interest nahi aaya ke main temporary relief par bas karoon</w:t>
      </w:r>
    </w:p>
    <w:p>
      <w:pPr>
        <w:pStyle w:val="Heading2"/>
      </w:pPr>
      <w:r>
        <w:t>Gardener vs honey bee motivation</w:t>
      </w:r>
    </w:p>
    <w:p>
      <w:r>
        <w:rPr>
          <w:color w:val="666666"/>
          <w:sz w:val="18"/>
        </w:rPr>
        <w:t>How to Lead a Life of Fulfilment September 24, 2017 · 48s · at 7:31 · https://youtu.be/WUoQOo2_zd8?t=451</w:t>
      </w:r>
    </w:p>
    <w:p>
      <w:r>
        <w:rPr>
          <w:i/>
        </w:rPr>
        <w:t>“Mali aata hai phool ke liye, honey bee aati hai nectar ke liye”</w:t>
      </w:r>
    </w:p>
    <w:p>
      <w:r>
        <w:rPr>
          <w:sz w:val="20"/>
        </w:rPr>
        <w:t>7:31  mali ko mein ne compare kiya mali se aur honey bee se. mali aata hai phool lene ke liye kyunke phool ko use market mein bechna hai.</w:t>
      </w:r>
      <w:r>
        <w:br/>
      </w:r>
      <w:r>
        <w:rPr>
          <w:sz w:val="20"/>
        </w:rPr>
        <w:t>7:48  lekin honey bee aati hai woh phool ke liye nahi aati. woh sirf phool ke andar chhpe hue nectar ke liye aati hai.</w:t>
      </w:r>
      <w:r>
        <w:br/>
      </w:r>
      <w:r>
        <w:rPr>
          <w:sz w:val="20"/>
        </w:rPr>
        <w:t>8:02  yani mali aata hai phool ke liye, honey bee aati hai nectar ke liye. yeh jo is ke creator ne is ko jo is ka nature jo bataya hai, banaya is ke mutabiq aisa hota hai.</w:t>
      </w:r>
    </w:p>
    <w:p>
      <w:pPr>
        <w:pStyle w:val="Heading2"/>
      </w:pPr>
      <w:r>
        <w:t>Only disrespectful settlement possible in life</w:t>
      </w:r>
    </w:p>
    <w:p>
      <w:r>
        <w:rPr>
          <w:color w:val="666666"/>
          <w:sz w:val="18"/>
        </w:rPr>
        <w:t>Respectful Settlement August 19, 2007 · 20s · at 13:31 · https://youtu.be/y9rTlBkoP6I?t=811</w:t>
      </w:r>
    </w:p>
    <w:p>
      <w:r>
        <w:rPr>
          <w:i/>
        </w:rPr>
        <w:t>“Aur yeh yaad rakhiye ke yeh bilkul impossible hai”</w:t>
      </w:r>
    </w:p>
    <w:p>
      <w:r>
        <w:rPr>
          <w:sz w:val="20"/>
        </w:rPr>
        <w:t>13:31  aur yeh yaad rakhiye ke yeh bilkul impossible hai. Na married life mein, na family life mein, na national life mein, na international life mein.</w:t>
      </w:r>
      <w:r>
        <w:br/>
      </w:r>
      <w:r>
        <w:rPr>
          <w:sz w:val="20"/>
        </w:rPr>
        <w:t>13:44  sirf disrespectful settlement hi duniya mein possible hai, yaad rakhiye.</w:t>
      </w:r>
    </w:p>
    <w:p>
      <w:pPr>
        <w:pStyle w:val="Heading2"/>
      </w:pPr>
      <w:r>
        <w:t>Newton discovered gravity himself</w:t>
      </w:r>
    </w:p>
    <w:p>
      <w:r>
        <w:rPr>
          <w:color w:val="666666"/>
          <w:sz w:val="18"/>
        </w:rPr>
        <w:t>Scientific Temper April 08, 2020 Maulana Wahiduddin Khan · 25s · at 27:30 · https://youtu.be/BqvmKPF6w0A?t=1650</w:t>
      </w:r>
    </w:p>
    <w:p>
      <w:r>
        <w:rPr>
          <w:i/>
        </w:rPr>
        <w:t>“Who told Newton?”</w:t>
      </w:r>
    </w:p>
    <w:p>
      <w:r>
        <w:rPr>
          <w:sz w:val="20"/>
        </w:rPr>
        <w:t>27:30  aap ghor kijiye. newton ko kis ne bataya tha?</w:t>
      </w:r>
      <w:r>
        <w:br/>
      </w:r>
      <w:r>
        <w:rPr>
          <w:sz w:val="20"/>
        </w:rPr>
        <w:t>27:36  kis ne bataya tha? law of gravity. nahi. oper se saib gira, us ke sir par us ne mar diya.</w:t>
      </w:r>
      <w:r>
        <w:br/>
      </w:r>
      <w:r>
        <w:rPr>
          <w:sz w:val="20"/>
        </w:rPr>
        <w:t>27:50  to mein samajhta hoon ke khamosh paigham jis ne diya ke tum kis ka intezar kar rahe ho?</w:t>
      </w:r>
    </w:p>
    <w:p>
      <w:pPr>
        <w:pStyle w:val="Heading2"/>
      </w:pPr>
      <w:r>
        <w:t>Islam gives full conviction</w:t>
      </w:r>
    </w:p>
    <w:p>
      <w:r>
        <w:rPr>
          <w:color w:val="666666"/>
          <w:sz w:val="18"/>
        </w:rPr>
        <w:t>Islam:  A Historical Religion | July 23, 2008 · 30s · at 19:08 · https://youtu.be/2EmX8Ubz6G8?t=1148</w:t>
      </w:r>
    </w:p>
    <w:p>
      <w:r>
        <w:rPr>
          <w:i/>
        </w:rPr>
        <w:t>“Islam can be taken with full conviction.”</w:t>
      </w:r>
    </w:p>
    <w:p>
      <w:r>
        <w:rPr>
          <w:sz w:val="20"/>
        </w:rPr>
        <w:t>19:08  par mushtamil ho, us ko aap le toh yaqeen yaqeen ke sath kaise le sakte hain aap? conviction ke sath aap nahi le sakte. lekin jab aap islam ko lete hain toh poore conviction ke sath lete hain ke yeh toh historically it is a preserved religion. toh is tarah se islam</w:t>
      </w:r>
    </w:p>
    <w:p>
      <w:pPr>
        <w:pStyle w:val="Heading2"/>
      </w:pPr>
      <w:r>
        <w:t>A non-crippling challenge is a blessing</w:t>
      </w:r>
    </w:p>
    <w:p>
      <w:r>
        <w:rPr>
          <w:color w:val="666666"/>
          <w:sz w:val="18"/>
        </w:rPr>
        <w:t>The Concept of Doomsday in islam May 16, 2009 · 48s · at 15:20 · https://youtu.be/yPjFg8vwSLw?t=920</w:t>
      </w:r>
    </w:p>
    <w:p>
      <w:r>
        <w:rPr>
          <w:i/>
        </w:rPr>
        <w:t>“Crippling Challenge is a problem, but Non-Crippling Challenge is a blessing.”</w:t>
      </w:r>
    </w:p>
    <w:p>
      <w:r>
        <w:rPr>
          <w:sz w:val="20"/>
        </w:rPr>
        <w:t>15:20  Crippling Challenge is a problem, but Non-Crippling Challenge is a blessing.</w:t>
      </w:r>
      <w:r>
        <w:br/>
      </w:r>
      <w:r>
        <w:rPr>
          <w:sz w:val="20"/>
        </w:rPr>
        <w:t>15:31  When the challenge is Non-Crippling nature, then it serves as a</w:t>
      </w:r>
      <w:r>
        <w:br/>
      </w:r>
      <w:r>
        <w:rPr>
          <w:sz w:val="20"/>
        </w:rPr>
        <w:t>15:42  stepping stone for your progress because challenge enhances your creativity.</w:t>
      </w:r>
      <w:r>
        <w:br/>
      </w:r>
      <w:r>
        <w:rPr>
          <w:sz w:val="20"/>
        </w:rPr>
        <w:t>15:52  Challenge makes your mind more active.</w:t>
      </w:r>
      <w:r>
        <w:br/>
      </w:r>
      <w:r>
        <w:rPr>
          <w:sz w:val="20"/>
        </w:rPr>
        <w:t>15:59  So you become a hero. You meet that challenge, and then you get success.</w:t>
      </w:r>
    </w:p>
    <w:p>
      <w:pPr>
        <w:pStyle w:val="Heading2"/>
      </w:pPr>
      <w:r>
        <w:t>Christians' wisdom vs Muslims' lack</w:t>
      </w:r>
    </w:p>
    <w:p>
      <w:r>
        <w:rPr>
          <w:color w:val="666666"/>
          <w:sz w:val="18"/>
        </w:rPr>
        <w:t>Principle of Relocation Oct 12, 2019 - Maulana Wahiduddin Khan · 29s · at 18:32 · https://youtu.be/hBOtijgiIUo?t=1112</w:t>
      </w:r>
    </w:p>
    <w:p>
      <w:r>
        <w:rPr>
          <w:i/>
        </w:rPr>
        <w:t>“Aaj bhi woh kehte hain pope aagaya”</w:t>
      </w:r>
    </w:p>
    <w:p>
      <w:r>
        <w:rPr>
          <w:sz w:val="20"/>
        </w:rPr>
        <w:t>18:32  yeh history chalti rahay. yahi yahi aql musalmanon ko turkey mein nahin aayi. agar yeh aql aayi hoti to aaj istanbul khilafat house hota.</w:t>
      </w:r>
      <w:r>
        <w:br/>
      </w:r>
      <w:r>
        <w:rPr>
          <w:sz w:val="20"/>
        </w:rPr>
        <w:t>18:47  aur woh tareekh zinda hoti. lekin is par bekar ki tareekhein chali aur mare aur kya kya hua, kuch hua nahin.</w:t>
      </w:r>
    </w:p>
    <w:p>
      <w:pPr>
        <w:pStyle w:val="Heading2"/>
      </w:pPr>
      <w:r>
        <w:t>No chance left after two missed opportunities</w:t>
      </w:r>
    </w:p>
    <w:p>
      <w:r>
        <w:rPr>
          <w:color w:val="666666"/>
          <w:sz w:val="18"/>
        </w:rPr>
        <w:t>Respectful Settlement August 19, 2007 · 23s · at 10:56 · https://youtu.be/y9rTlBkoP6I?t=656</w:t>
      </w:r>
    </w:p>
    <w:p>
      <w:r>
        <w:rPr>
          <w:i/>
        </w:rPr>
        <w:t>“Is second chance ko bhi avail nahi kiya aap logo ne”</w:t>
      </w:r>
    </w:p>
    <w:p>
      <w:r>
        <w:rPr>
          <w:sz w:val="20"/>
        </w:rPr>
        <w:t>10:56  mujh ko India ke agent ka khitab de diya. To is second chance ko bhi avail nahin kiya aap logon ne. Ab to koi chance hi nahin hai.</w:t>
      </w:r>
      <w:r>
        <w:br/>
      </w:r>
      <w:r>
        <w:rPr>
          <w:sz w:val="20"/>
        </w:rPr>
        <w:t>11:08  first chance khoya aap ne, second chance khoya aap ne. Ab koi chance nahin. Ab to dekha ke woh milta nahin, apne hi ko khwaye.</w:t>
      </w:r>
    </w:p>
    <w:p>
      <w:pPr>
        <w:pStyle w:val="Heading2"/>
      </w:pPr>
      <w:r>
        <w:t>Poor boy tops IIM Ahmedabad</w:t>
      </w:r>
    </w:p>
    <w:p>
      <w:r>
        <w:rPr>
          <w:color w:val="666666"/>
          <w:sz w:val="18"/>
        </w:rPr>
        <w:t>Fragments of a CPS Mind | April 24, 2011 · 30s · at 25:05 · https://youtu.be/cBf7U4Qggyw?t=1505</w:t>
      </w:r>
    </w:p>
    <w:p>
      <w:r>
        <w:rPr>
          <w:i/>
        </w:rPr>
        <w:t>“Ahmedabad mein aap jante hain ke bahut hi prestigious idaara hai, IIM”</w:t>
      </w:r>
    </w:p>
    <w:p>
      <w:r>
        <w:rPr>
          <w:sz w:val="20"/>
        </w:rPr>
        <w:t>25:05  baat aayi hai.</w:t>
      </w:r>
      <w:r>
        <w:br/>
      </w:r>
      <w:r>
        <w:rPr>
          <w:sz w:val="20"/>
        </w:rPr>
        <w:t>25:13  ahmedabad mein aap jante hain ke bohat hi prestigious idara ek hai, iim.</w:t>
      </w:r>
      <w:r>
        <w:br/>
      </w:r>
      <w:r>
        <w:rPr>
          <w:sz w:val="20"/>
        </w:rPr>
        <w:t>25:20  jo bohat hi prestigious, top ka hai india ka idara, management ke liye.</w:t>
      </w:r>
      <w:r>
        <w:br/>
      </w:r>
      <w:r>
        <w:rPr>
          <w:sz w:val="20"/>
        </w:rPr>
        <w:t>25:28  toh wahan par ek ladke ne top kiya hai jo ke ek jo three wheeler hote hain, three whe</w:t>
      </w:r>
      <w:r>
        <w:br/>
      </w:r>
      <w:r>
        <w:rPr>
          <w:sz w:val="20"/>
        </w:rPr>
        <w:t>25:36  eler chalata hai.</w:t>
      </w:r>
    </w:p>
    <w:p>
      <w:pPr>
        <w:pStyle w:val="Heading2"/>
      </w:pPr>
      <w:r>
        <w:t>why self-correction is essential in life</w:t>
      </w:r>
    </w:p>
    <w:p>
      <w:r>
        <w:rPr>
          <w:color w:val="666666"/>
          <w:sz w:val="18"/>
        </w:rPr>
        <w:t>Self Correction November 09, 2014 · 33s · at 0:55 · https://youtu.be/EgAukdSfGRU?t=55</w:t>
      </w:r>
    </w:p>
    <w:p>
      <w:r>
        <w:rPr>
          <w:i/>
        </w:rPr>
        <w:t>“Self correction bahut hi zyada zaroori hai”</w:t>
      </w:r>
    </w:p>
    <w:p>
      <w:r>
        <w:rPr>
          <w:sz w:val="20"/>
        </w:rPr>
        <w:t>0:55  dekhiye, self correction bohat hi zyada zaroori hai.</w:t>
      </w:r>
      <w:r>
        <w:br/>
      </w:r>
      <w:r>
        <w:rPr>
          <w:sz w:val="20"/>
        </w:rPr>
        <w:t>1:01  jis aadmi ke andar self correction</w:t>
      </w:r>
      <w:r>
        <w:br/>
      </w:r>
      <w:r>
        <w:rPr>
          <w:sz w:val="20"/>
        </w:rPr>
        <w:t>1:08  ka</w:t>
      </w:r>
      <w:r>
        <w:br/>
      </w:r>
      <w:r>
        <w:rPr>
          <w:sz w:val="20"/>
        </w:rPr>
        <w:t>1:12  mizaj na ho, woh bohat bari tabahi mein mubtala ho sakta hai.</w:t>
      </w:r>
    </w:p>
    <w:p>
      <w:pPr>
        <w:pStyle w:val="Heading2"/>
      </w:pPr>
      <w:r>
        <w:t>Sabr is positive thinking</w:t>
      </w:r>
    </w:p>
    <w:p>
      <w:r>
        <w:rPr>
          <w:color w:val="666666"/>
          <w:sz w:val="18"/>
        </w:rPr>
        <w:t>Positive Thinking July 8, 2017 Maulana Wahiduddin Khan · 24s · at 14:13 · https://youtu.be/6Q1DKj8srt4?t=853</w:t>
      </w:r>
    </w:p>
    <w:p>
      <w:r>
        <w:rPr>
          <w:i/>
        </w:rPr>
        <w:t>“Ab woh insaan banenge jisko jannat mein entry milegi.”</w:t>
      </w:r>
    </w:p>
    <w:p>
      <w:r>
        <w:rPr>
          <w:sz w:val="20"/>
        </w:rPr>
        <w:t>14:13  ab woh insan banenge jisko jannat mein entry milegi. to sab ki jar kya hai? sab ki jar hai quran ke lafzon mein sabr, aur aap doosre lafzon mein kahein to hai positive thinking.</w:t>
      </w:r>
      <w:r>
        <w:br/>
      </w:r>
      <w:r>
        <w:rPr>
          <w:sz w:val="20"/>
        </w:rPr>
        <w:t>14:31  sabr positive thinking ka doosra naam hai.</w:t>
      </w:r>
    </w:p>
    <w:p>
      <w:pPr>
        <w:pStyle w:val="Heading2"/>
      </w:pPr>
      <w:r>
        <w:t>Becoming more accepting</w:t>
      </w:r>
    </w:p>
    <w:p>
      <w:r>
        <w:rPr>
          <w:color w:val="666666"/>
          <w:sz w:val="18"/>
        </w:rPr>
        <w:t>Discussions on the impact of Maulana Wahiduddin Khan's Thought June 28, 2020 · 25s · at 10:29 · https://youtu.be/tOuo9f842fI?t=629</w:t>
      </w:r>
    </w:p>
    <w:p>
      <w:r>
        <w:rPr>
          <w:i/>
        </w:rPr>
        <w:t>“I have become more accepting of people.”</w:t>
      </w:r>
    </w:p>
    <w:p>
      <w:r>
        <w:rPr>
          <w:sz w:val="20"/>
        </w:rPr>
        <w:t>10:29  S-so I think the, the, uh, the im the most important thing that has happened with me, uh, due to Maulana is I have become more accepting of people, of things around me.</w:t>
      </w:r>
      <w:r>
        <w:br/>
      </w:r>
      <w:r>
        <w:rPr>
          <w:sz w:val="20"/>
        </w:rPr>
        <w:t>10:41  That's, I think, the most important thing that has happened with me. I, I was, uh, initially as well challenging this thought that, you know, should I be doing this?</w:t>
      </w:r>
      <w:r>
        <w:br/>
      </w:r>
      <w:r>
        <w:rPr>
          <w:sz w:val="20"/>
        </w:rPr>
        <w:t>10:52  Uh, is the personright or wrong?</w:t>
      </w:r>
    </w:p>
    <w:p>
      <w:pPr>
        <w:pStyle w:val="Heading2"/>
      </w:pPr>
      <w:r>
        <w:t>Grave as garden or pit of hell</w:t>
      </w:r>
    </w:p>
    <w:p>
      <w:r>
        <w:rPr>
          <w:color w:val="666666"/>
          <w:sz w:val="18"/>
        </w:rPr>
        <w:t>Doomsday Knocking at the Door April 18, 2010 Maulana Wahiduddin Khan · 29s · at 31:25 · https://youtu.be/-kau2ZHfsXc?t=1885</w:t>
      </w:r>
    </w:p>
    <w:p>
      <w:r>
        <w:rPr>
          <w:i/>
        </w:rPr>
        <w:t>“Momin ke liye bisharat hai”</w:t>
      </w:r>
    </w:p>
    <w:p>
      <w:r>
        <w:rPr>
          <w:sz w:val="20"/>
        </w:rPr>
        <w:t>31:25  momin ke liye basharat hai, momin ke liye good tidings hai. woh kya hai? hadith mein aata hai ke al qabr raudhatun min riyad al jannah wa hafratun min hafar an nar.</w:t>
      </w:r>
      <w:r>
        <w:br/>
      </w:r>
      <w:r>
        <w:rPr>
          <w:sz w:val="20"/>
        </w:rPr>
        <w:t>31:43  qabr jo hai, woh ya to jannat ke baghon mein se ek bagh hai ya jahannum ke gurhon mein se ek gurha hai.</w:t>
      </w:r>
    </w:p>
    <w:p>
      <w:pPr>
        <w:pStyle w:val="Heading2"/>
      </w:pPr>
      <w:r>
        <w:t>Correct diagnosis and proper prescription are key</w:t>
      </w:r>
    </w:p>
    <w:p>
      <w:r>
        <w:rPr>
          <w:color w:val="666666"/>
          <w:sz w:val="18"/>
        </w:rPr>
        <w:t>A Believer’s Journey February 5, 2014 Maulana Wahiduddin Khan · 25s · at 20:32 · https://youtu.be/QzHEA7XunSg?t=1232</w:t>
      </w:r>
    </w:p>
    <w:p>
      <w:r>
        <w:rPr>
          <w:i/>
        </w:rPr>
        <w:t>“First step is correct diagnosis, second is correct plan.”</w:t>
      </w:r>
    </w:p>
    <w:p>
      <w:r>
        <w:rPr>
          <w:sz w:val="20"/>
        </w:rPr>
        <w:t>20:32  to muamle ke islaah ke liye yaad rakhiye, pehla kaam hai sahi nishad hi. doosra kaam hai sahi naqsha kaar.</w:t>
      </w:r>
      <w:r>
        <w:br/>
      </w:r>
      <w:r>
        <w:rPr>
          <w:sz w:val="20"/>
        </w:rPr>
        <w:t>20:45  koi bhi muamla ho, chahe zaati muamla ho ya poori ummat ka muamla ho,</w:t>
      </w:r>
    </w:p>
    <w:p>
      <w:pPr>
        <w:pStyle w:val="Heading2"/>
      </w:pPr>
      <w:r>
        <w:t>Stephen Hawking's disability and success</w:t>
      </w:r>
    </w:p>
    <w:p>
      <w:r>
        <w:rPr>
          <w:color w:val="666666"/>
          <w:sz w:val="18"/>
        </w:rPr>
        <w:t>Problem of Suffering | October 29, 2007 · 34s · at 56:59 · https://youtu.be/6dOZdfipjXQ?t=3419</w:t>
      </w:r>
    </w:p>
    <w:p>
      <w:r>
        <w:rPr>
          <w:i/>
        </w:rPr>
        <w:t>“Stephen Hawking, a disabled person”</w:t>
      </w:r>
    </w:p>
    <w:p>
      <w:r>
        <w:rPr>
          <w:sz w:val="20"/>
        </w:rPr>
        <w:t>56:59  saara mamla jo hai woh cheez ko wrong angle se dekhne ka hai.</w:t>
      </w:r>
      <w:r>
        <w:br/>
      </w:r>
      <w:r>
        <w:rPr>
          <w:sz w:val="20"/>
        </w:rPr>
        <w:t>57:05  aap dekhiye stephen hawking jo hai woh poori tarah ek disabled person hai.</w:t>
      </w:r>
      <w:r>
        <w:br/>
      </w:r>
      <w:r>
        <w:rPr>
          <w:sz w:val="20"/>
        </w:rPr>
        <w:t>57:11  lekin aaj jo hai, aaj ki duniya mein woh number ek scientist bana hua hai.</w:t>
      </w:r>
      <w:r>
        <w:br/>
      </w:r>
      <w:r>
        <w:rPr>
          <w:sz w:val="20"/>
        </w:rPr>
        <w:t>57:16  yeh critical science mein number ek darja is ko mila hua hai.</w:t>
      </w:r>
      <w:r>
        <w:br/>
      </w:r>
      <w:r>
        <w:rPr>
          <w:sz w:val="20"/>
        </w:rPr>
        <w:t>57:22  kaisi ajeeb baat hai.</w:t>
      </w:r>
      <w:r>
        <w:br/>
      </w:r>
      <w:r>
        <w:rPr>
          <w:sz w:val="20"/>
        </w:rPr>
        <w:t>57:28  kaisi ajeeb baat hai.</w:t>
      </w:r>
    </w:p>
    <w:p>
      <w:pPr>
        <w:pStyle w:val="Heading2"/>
      </w:pPr>
      <w:r>
        <w:t>A believer isn't bitten twice from the same hole</w:t>
      </w:r>
    </w:p>
    <w:p>
      <w:r>
        <w:rPr>
          <w:color w:val="666666"/>
          <w:sz w:val="18"/>
        </w:rPr>
        <w:t>The Importance of Wisdom November 4, 2012 · 53s · at 56:58 · https://youtu.be/7e6FvqRSHic?t=3418</w:t>
      </w:r>
    </w:p>
    <w:p>
      <w:r>
        <w:rPr>
          <w:i/>
        </w:rPr>
        <w:t>“المومن لا یُلدَغ من جحرٍ مرتین۔”</w:t>
      </w:r>
    </w:p>
    <w:p>
      <w:r>
        <w:rPr>
          <w:sz w:val="20"/>
        </w:rPr>
        <w:t>56:58  isi liye hadith mein hai ke al momin la yuladugh min juhrin murtayn ek momin kisi bil se do bar nahi dasa jata is ka matlab yeh hai ke pehli bar to excuse hai ke hum ko pata nahi tha ke bil mein kya hai doosri bar ke liye koi excuse nahi is hadith ka matlab yahi hai ke ek bil hai is mein kya hai hamein pata nahi hai</w:t>
      </w:r>
      <w:r>
        <w:br/>
      </w:r>
      <w:r>
        <w:rPr>
          <w:sz w:val="20"/>
        </w:rPr>
        <w:t>57:26  ek bar hath mein daal diya us par lekin is mein saanp tha aur kaat liya us ne to dobara us bil mein hath dalne ka koi excuse nahi rehta to musalman do bar ka do hazar bar ka yahi kaam kar kar chuke hain to main samajhta hoon ke yeh sawal bilkul sahi hai lekin yeh sawal us waqt hai jab ke masla pehli bar paida hua ho</w:t>
      </w:r>
    </w:p>
    <w:p>
      <w:pPr>
        <w:pStyle w:val="Heading2"/>
      </w:pPr>
      <w:r>
        <w:t>Protest breeds uncreativity — the secret of life</w:t>
      </w:r>
    </w:p>
    <w:p>
      <w:r>
        <w:rPr>
          <w:color w:val="666666"/>
          <w:sz w:val="18"/>
        </w:rPr>
        <w:t>Untold Story of Islam January 28, 2007 · 32s · at 17:24 · https://youtu.be/SoBrn4U1jyw?t=1044</w:t>
      </w:r>
    </w:p>
    <w:p>
      <w:r>
        <w:rPr>
          <w:i/>
        </w:rPr>
        <w:t>“Uncreativity badhti hai protest se, yeh hai zindagi ka raaz”</w:t>
      </w:r>
    </w:p>
    <w:p>
      <w:r>
        <w:rPr>
          <w:sz w:val="20"/>
        </w:rPr>
        <w:t>17:24  un creativity kab marti hai? jab aap protest karein, complain karein, negatively react karein. to aap ki un creativity marti rehti hai.</w:t>
      </w:r>
      <w:r>
        <w:br/>
      </w:r>
      <w:r>
        <w:rPr>
          <w:sz w:val="20"/>
        </w:rPr>
        <w:t>17:35  aur agar aap protest na karein, negative reaction mein na jayein, positive thinking par jame rahein to aap ki creativity marti hai.</w:t>
      </w:r>
      <w:r>
        <w:br/>
      </w:r>
      <w:r>
        <w:rPr>
          <w:sz w:val="20"/>
        </w:rPr>
        <w:t>17:49  barti barti aap superman ban jate hain.</w:t>
      </w:r>
      <w:r>
        <w:br/>
      </w:r>
      <w:r>
        <w:rPr>
          <w:sz w:val="20"/>
        </w:rPr>
        <w:t>17:53  yeh hai zindagi ka raaz.</w:t>
      </w:r>
    </w:p>
    <w:p>
      <w:pPr>
        <w:pStyle w:val="Heading2"/>
      </w:pPr>
      <w:r>
        <w:t>Avoiding half-truths in reporting</w:t>
      </w:r>
    </w:p>
    <w:p>
      <w:r>
        <w:rPr>
          <w:color w:val="666666"/>
          <w:sz w:val="18"/>
        </w:rPr>
        <w:t>Gujrat Riots | May 23, 2009 - Maulana Wahiduddin Khan · 30s · at 15:04 · https://youtu.be/QO70zMFtXGY?t=904</w:t>
      </w:r>
    </w:p>
    <w:p>
      <w:r>
        <w:rPr>
          <w:i/>
        </w:rPr>
        <w:t>“I cannot afford this kind of tatfif.”</w:t>
      </w:r>
    </w:p>
    <w:p>
      <w:r>
        <w:rPr>
          <w:sz w:val="20"/>
        </w:rPr>
        <w:t>15:04  they avoided the half of the story. So I, I cannot afford this kind of tatfif. So I, I'm telling the full story before you. Now, what is the solution? Even today, although on the surface there is, there seems to be no problem, but underground there is</w:t>
      </w:r>
    </w:p>
    <w:p>
      <w:pPr>
        <w:pStyle w:val="Heading2"/>
      </w:pPr>
      <w:r>
        <w:t>Prejudice shifted after one encounter</w:t>
      </w:r>
    </w:p>
    <w:p>
      <w:r>
        <w:rPr>
          <w:color w:val="666666"/>
          <w:sz w:val="18"/>
        </w:rPr>
        <w:t>Discussions on the impact of Maulana Wahiduddin Khan's Thought June 28, 2020 · 20s · at 32:20 · https://youtu.be/tOuo9f842fI?t=1940</w:t>
      </w:r>
    </w:p>
    <w:p>
      <w:r>
        <w:rPr>
          <w:i/>
        </w:rPr>
        <w:t>“It was fear, it was prejudice, it was stereotype.”</w:t>
      </w:r>
    </w:p>
    <w:p>
      <w:r>
        <w:rPr>
          <w:sz w:val="20"/>
        </w:rPr>
        <w:t>32:20  I believe it was fear. It was prejudice. It was stereotype. It was this mental construct that I can't trust Muslims.</w:t>
      </w:r>
      <w:r>
        <w:br/>
      </w:r>
      <w:r>
        <w:rPr>
          <w:sz w:val="20"/>
        </w:rPr>
        <w:t>32:28  And this was I'm very honest about it these days. But then it just shifted, one, one encounter, and it just completely shifted. And these days, I have so many Muslims in my life.</w:t>
      </w:r>
    </w:p>
    <w:p>
      <w:pPr>
        <w:pStyle w:val="Heading2"/>
      </w:pPr>
      <w:r>
        <w:t>ignoring a problem is a valid third option</w:t>
      </w:r>
    </w:p>
    <w:p>
      <w:r>
        <w:rPr>
          <w:color w:val="666666"/>
          <w:sz w:val="18"/>
        </w:rPr>
        <w:t>The Art of Thinking January 28, 2024 · 31s · at 20:17 · https://youtu.be/lpUsTrs0ulo?t=1217</w:t>
      </w:r>
    </w:p>
    <w:p>
      <w:r>
        <w:rPr>
          <w:i/>
        </w:rPr>
        <w:t>“There is a third possible option: just ignore the problem”</w:t>
      </w:r>
    </w:p>
    <w:p>
      <w:r>
        <w:rPr>
          <w:sz w:val="20"/>
        </w:rPr>
        <w:t>20:17  hai. to yeh hamein is ko baat ko gehrai se samajhna hai ke ek teesri mumkin soorat bhi hai, aur woh hai ke is ko koi bhi masla hai, to is ko hum nazar andaaz karen.</w:t>
      </w:r>
      <w:r>
        <w:br/>
      </w:r>
      <w:r>
        <w:rPr>
          <w:sz w:val="20"/>
        </w:rPr>
        <w:t>20:30  to yeh nahin samjhen ke bas ya to ek ya yeh masla jo hai, kabhi khatam hone wala nahin hai, masla hal hone wala nahin hai. to wahan hum hamein a'iraz karna, tolerate karna, nazar andaaz karna, yeh masle ka hal hota hai.</w:t>
      </w:r>
    </w:p>
    <w:p>
      <w:pPr>
        <w:pStyle w:val="Heading2"/>
      </w:pPr>
      <w:r>
        <w:t>death is the great equalizer for everyone</w:t>
      </w:r>
    </w:p>
    <w:p>
      <w:r>
        <w:rPr>
          <w:color w:val="666666"/>
          <w:sz w:val="18"/>
        </w:rPr>
        <w:t>The Importance of Thinking November 10, 2013 · 31s · at 16:45 · https://youtu.be/y16CddTHoqE?t=1005</w:t>
      </w:r>
    </w:p>
    <w:p>
      <w:r>
        <w:rPr>
          <w:i/>
        </w:rPr>
        <w:t>“Daulat ho, taaqat ho, phir bhi marna zaroor hai”</w:t>
      </w:r>
    </w:p>
    <w:p>
      <w:r>
        <w:rPr>
          <w:sz w:val="20"/>
        </w:rPr>
        <w:t>16:45  main socha, kaisi ajeeb baat hai! aadmi ke paas daulat ho, taqat ho, ilm ho, kuch bhi ho, lekin use lazman ek din marna padta hai.</w:t>
      </w:r>
      <w:r>
        <w:br/>
      </w:r>
      <w:r>
        <w:rPr>
          <w:sz w:val="20"/>
        </w:rPr>
        <w:t>16:59  yaani is ko main kehta hoon ke compulsory eviction. hum aap kisi ghar mein hain, kisi duniya mein hain, lekin maut hum ko zabardasti yahan se nikal ke le aati hai kahin aur.</w:t>
      </w:r>
    </w:p>
    <w:p>
      <w:pPr>
        <w:pStyle w:val="Heading2"/>
      </w:pPr>
      <w:r>
        <w:t>Ijtihad mistakes still earn reward per hadith</w:t>
      </w:r>
    </w:p>
    <w:p>
      <w:r>
        <w:rPr>
          <w:color w:val="666666"/>
          <w:sz w:val="18"/>
        </w:rPr>
        <w:t>Building A Creative Personality | 20 Nov 2011 · 1m 00s · at 47:59 · https://youtu.be/jdfhpwfEvKg?t=2879</w:t>
      </w:r>
    </w:p>
    <w:p>
      <w:r>
        <w:rPr>
          <w:i/>
        </w:rPr>
        <w:t>“They say: don't do ijtihad, just follow — that's very wrong.”</w:t>
      </w:r>
    </w:p>
    <w:p>
      <w:r>
        <w:rPr>
          <w:sz w:val="20"/>
        </w:rPr>
        <w:t>47:59  ke to zaroori hai ke aap ke andar creative thinking ho, ijtihadi salahiyat ho. yahan main ek baat yeh arz karunga ke aam taur par yeh mashhoor hai ke ijtihad mat karo, taqleed karo kyunke ijtihad bahut khatarnak cheez hai. yeh bahut hi galat baat hai, sarrasar galat baat hai. hadith se maloom hota hai ke ijtihad ko rasool Allah salallahu alaihi wasallam ne encourage kiya yani har aadmi ijtihad kare. aisa lag</w:t>
      </w:r>
      <w:r>
        <w:br/>
      </w:r>
      <w:r>
        <w:rPr>
          <w:sz w:val="20"/>
        </w:rPr>
        <w:t>48:29  ta hai hadithon se sabit hota hai. bukhari mein ek riwayat hai ke us mein hai ke ijtihad karo, agar tum se agar tumhara ijtihad sahi hoga to tum ko double sawab milega, agar ijtihad mein khata ho gayi to aadha sawab milega. yani goya ke encourage kiya ja raha hai ke ijtihad kabhi bhi mat roko. yani ijtihad mein khata ho jayegi, tab bhi tum ko sawab</w:t>
      </w:r>
    </w:p>
    <w:p>
      <w:pPr>
        <w:pStyle w:val="Heading2"/>
      </w:pPr>
      <w:r>
        <w:t>Thinking is unique power given to man</w:t>
      </w:r>
    </w:p>
    <w:p>
      <w:r>
        <w:rPr>
          <w:color w:val="666666"/>
          <w:sz w:val="18"/>
        </w:rPr>
        <w:t>The Concept of Tafkeer in Islam | August 9, 2007 · 31s · at 49:05 · https://youtu.be/6PhlvUwQygQ?t=2945</w:t>
      </w:r>
    </w:p>
    <w:p>
      <w:r>
        <w:rPr>
          <w:i/>
        </w:rPr>
        <w:t>“You know, thinking is a very unique power given to man.”</w:t>
      </w:r>
    </w:p>
    <w:p>
      <w:r>
        <w:rPr>
          <w:sz w:val="20"/>
        </w:rPr>
        <w:t xml:space="preserve">49:05  </w:t>
      </w:r>
      <w:r>
        <w:br/>
      </w:r>
      <w:r>
        <w:rPr>
          <w:sz w:val="20"/>
        </w:rPr>
        <w:t>49:11  So through this Tafakkur, through this contemplation, one increases his faith, one increases his conviction in God.</w:t>
      </w:r>
      <w:r>
        <w:br/>
      </w:r>
      <w:r>
        <w:rPr>
          <w:sz w:val="20"/>
        </w:rPr>
        <w:t>49:17  So it is very important.</w:t>
      </w:r>
      <w:r>
        <w:br/>
      </w:r>
      <w:r>
        <w:rPr>
          <w:sz w:val="20"/>
        </w:rPr>
        <w:t>49:24  You know, thinking is a very unique power given to man.</w:t>
      </w:r>
      <w:r>
        <w:br/>
      </w:r>
      <w:r>
        <w:rPr>
          <w:sz w:val="20"/>
        </w:rPr>
        <w:t>49:30  This verse is a very vast universe.</w:t>
      </w:r>
    </w:p>
    <w:p>
      <w:pPr>
        <w:pStyle w:val="Heading2"/>
      </w:pPr>
      <w:r>
        <w:t>Why Muslims say 'peace be upon you' after prayer</w:t>
      </w:r>
    </w:p>
    <w:p>
      <w:r>
        <w:rPr>
          <w:color w:val="666666"/>
          <w:sz w:val="18"/>
        </w:rPr>
        <w:t>Universal Thinking In Islam CPS Women Discussion 27 October 15, 2023 · 27s · at 43:46 · https://youtu.be/p7cYhXsEBIc?t=2626</w:t>
      </w:r>
    </w:p>
    <w:p>
      <w:r>
        <w:rPr>
          <w:i/>
        </w:rPr>
        <w:t>“At the end of namaz we say assalamu alaikum”</w:t>
      </w:r>
    </w:p>
    <w:p>
      <w:r>
        <w:rPr>
          <w:sz w:val="20"/>
        </w:rPr>
        <w:t>43:46  At the end, when we when we offer namaz, at the end we turn ahead on both sides and we say, assalamu alaikum wa rahmatullah ibu barakatuh which means may peace and blessings be upon you. This is meant for all mankind inhabiting the land towards the East and the West, the north and the south. And this is the beautiful message of Islam towards universal greeting.</w:t>
      </w:r>
      <w:r>
        <w:br/>
      </w:r>
      <w:r>
        <w:rPr>
          <w:sz w:val="20"/>
        </w:rPr>
        <w:t>44:13  So this was my learning from this topic aapka. ghazar allah sharbina, tumhari lambdin se namaz ka jo main tumne explain kiya bahut hi sahi baat hai. abhi doctor safeena ne bhi isko bataya. to yeh hum log roz karte hain aur hum is baat ko matlab roz hum apni zindagi mein aspaal kiye hue hain.</w:t>
      </w:r>
    </w:p>
    <w:p>
      <w:pPr>
        <w:pStyle w:val="Heading2"/>
      </w:pPr>
      <w:r>
        <w:t>Accountability transforms a person</w:t>
      </w:r>
    </w:p>
    <w:p>
      <w:r>
        <w:rPr>
          <w:color w:val="666666"/>
          <w:sz w:val="18"/>
        </w:rPr>
        <w:t>The Doomsday is Coming | November 26, 2007 · 31s · at 42:49 · https://youtu.be/AkOKuzwv1HI?t=2569</w:t>
      </w:r>
    </w:p>
    <w:p>
      <w:r>
        <w:rPr>
          <w:i/>
        </w:rPr>
        <w:t>“Agar insaan ko ehsaas ho ke woh accountable hai”</w:t>
      </w:r>
    </w:p>
    <w:p>
      <w:r>
        <w:rPr>
          <w:sz w:val="20"/>
        </w:rPr>
        <w:t>42:49  ountability ka ehsas ho to aadmi bilkul badal jaye.</w:t>
      </w:r>
      <w:r>
        <w:br/>
      </w:r>
      <w:r>
        <w:rPr>
          <w:sz w:val="20"/>
        </w:rPr>
        <w:t>42:53  iski soch badal jaye.</w:t>
      </w:r>
      <w:r>
        <w:br/>
      </w:r>
      <w:r>
        <w:rPr>
          <w:sz w:val="20"/>
        </w:rPr>
        <w:t>42:57  iski bol badal jaye.</w:t>
      </w:r>
      <w:r>
        <w:br/>
      </w:r>
      <w:r>
        <w:rPr>
          <w:sz w:val="20"/>
        </w:rPr>
        <w:t>43:01  iska character badal jaye.</w:t>
      </w:r>
      <w:r>
        <w:br/>
      </w:r>
      <w:r>
        <w:rPr>
          <w:sz w:val="20"/>
        </w:rPr>
        <w:t>43:05  iska sab kuch badal jaye.</w:t>
      </w:r>
      <w:r>
        <w:br/>
      </w:r>
      <w:r>
        <w:rPr>
          <w:sz w:val="20"/>
        </w:rPr>
        <w:t>43:09  jaise yeh surah maine parhi aap ke samne ila zalzalt al arzu zalzalah to kitabon mein aata hai</w:t>
      </w:r>
      <w:r>
        <w:br/>
      </w:r>
      <w:r>
        <w:rPr>
          <w:sz w:val="20"/>
        </w:rPr>
        <w:t>43:13  ke Rasool Allah S.A.W ke zamane mein ek shakhs aya aap ke pas bahar se</w:t>
      </w:r>
      <w:r>
        <w:br/>
      </w:r>
      <w:r>
        <w:rPr>
          <w:sz w:val="20"/>
        </w:rPr>
        <w:t>43:16  madine ke bahar se</w:t>
      </w:r>
    </w:p>
    <w:p>
      <w:pPr>
        <w:pStyle w:val="Heading2"/>
      </w:pPr>
      <w:r>
        <w:t>Materialism secretly causes intellectual dwarfism</w:t>
      </w:r>
    </w:p>
    <w:p>
      <w:r>
        <w:rPr>
          <w:color w:val="666666"/>
          <w:sz w:val="18"/>
        </w:rPr>
        <w:t>Materialism and Intellectual Dwarfism 29th April 2012 · 44s · at 0:57 · https://youtu.be/qHzARL_r3I4?t=57</w:t>
      </w:r>
    </w:p>
    <w:p>
      <w:r>
        <w:rPr>
          <w:i/>
        </w:rPr>
        <w:t>“Log jo material culture ikhtiyar karte hain, ban jaate hain...”</w:t>
      </w:r>
    </w:p>
    <w:p>
      <w:r>
        <w:rPr>
          <w:sz w:val="20"/>
        </w:rPr>
        <w:t>0:57  Dekhiye, jo log material culture ko ikhtiyar karte hain, bazahir to wo</w:t>
      </w:r>
      <w:r>
        <w:br/>
      </w:r>
      <w:r>
        <w:rPr>
          <w:sz w:val="20"/>
        </w:rPr>
        <w:t>1:09  material culture ko ikhtiyar karte hain, lekin nateeje ke aitbaar se wo hota hai option for intellectual dwarfism.</w:t>
      </w:r>
      <w:r>
        <w:br/>
      </w:r>
      <w:r>
        <w:rPr>
          <w:sz w:val="20"/>
        </w:rPr>
        <w:t>1:21  Aap bhi iska tajurba aapko bhi hua hoga, mujhe to zindagi bhar yeh tajurba hua hai ke jo log jeete hain material culture mein,</w:t>
      </w:r>
      <w:r>
        <w:br/>
      </w:r>
      <w:r>
        <w:rPr>
          <w:sz w:val="20"/>
        </w:rPr>
        <w:t>1:35  amalan wo intellectual dwarfism ka shikar rehte hain.</w:t>
      </w:r>
    </w:p>
    <w:p>
      <w:pPr>
        <w:pStyle w:val="Heading2"/>
      </w:pPr>
      <w:r>
        <w:t>Queen Elizabeth chocolate incident</w:t>
      </w:r>
    </w:p>
    <w:p>
      <w:r>
        <w:rPr>
          <w:color w:val="666666"/>
          <w:sz w:val="18"/>
        </w:rPr>
        <w:t>Role of Spirituality in Stress Management 29 Dec 2007 - Maulana Wahiduddin Khan · 1m 00s · at 11:42 · https://youtu.be/RA0sg_c57mI?t=702</w:t>
      </w:r>
    </w:p>
    <w:p>
      <w:r>
        <w:rPr>
          <w:i/>
        </w:rPr>
        <w:t>“A man entered Queen Elizabeth's bedroom”</w:t>
      </w:r>
    </w:p>
    <w:p>
      <w:r>
        <w:rPr>
          <w:sz w:val="20"/>
        </w:rPr>
        <w:t>11:42  abhi jo Britain ke jo Queen Elizabeth hain to un ke bedroom mein aik aadmi ghus gaya yeh maine parha tha qissa kisi paper mein to bedroom mein woh akeli theen akeli</w:t>
      </w:r>
      <w:r>
        <w:br/>
      </w:r>
      <w:r>
        <w:rPr>
          <w:sz w:val="20"/>
        </w:rPr>
        <w:t>11:59  woh ghus gaya kisi wajah se kisi ne manage kiya is ne wahan magar pounch gaya ab dekhiye agar woh Queen Elizabeth jo theen agar ghussa hoti daantati daantati is ko to woh bhi kuch aggressive ho jata aggressive ho kar ke kuch bhi kar sakta tha woh unhon ne kya kiya bohat hi apnay ko sambhala</w:t>
      </w:r>
      <w:r>
        <w:br/>
      </w:r>
      <w:r>
        <w:rPr>
          <w:sz w:val="20"/>
        </w:rPr>
        <w:t>12:20  sambhal kar ke unhon ne within second yeh faisla kiya ke mujhe is ko chocolate pesh karna chahiye aur is ko unhon ne chocolate pesh kiya aur dheeray se apnay security ka switch daba diya yani manage kiya is tarah se unhon ne na unhon ne react kiya na ghussa huien na daant lagai lekin get out get out nahi kiya kuch bhi nahi kiya</w:t>
      </w:r>
    </w:p>
    <w:p>
      <w:pPr>
        <w:pStyle w:val="Heading2"/>
      </w:pPr>
      <w:r>
        <w:t>Success and failure are thirty seconds</w:t>
      </w:r>
    </w:p>
    <w:p>
      <w:r>
        <w:rPr>
          <w:color w:val="666666"/>
          <w:sz w:val="18"/>
        </w:rPr>
        <w:t>A Matter of 30 Seconds | February 07, 2016 · 30s · at 3:46 · https://youtu.be/_p-F9fi8yaA?t=226</w:t>
      </w:r>
    </w:p>
    <w:p>
      <w:r>
        <w:rPr>
          <w:i/>
        </w:rPr>
        <w:t>“Success and failure both are matter of thirty seconds.”</w:t>
      </w:r>
    </w:p>
    <w:p>
      <w:r>
        <w:rPr>
          <w:sz w:val="20"/>
        </w:rPr>
        <w:t>3:46  mein ne kahin dekha tha ke success and failure both are matter of thirty second. success and failure both are matter of thirty second. yani ek— ek lamha, ek moment aata hai, ek moment aata hai, but deciding moment. usi waqt app agar wrong decision le lein to fail ho jayenge, agar right</w:t>
      </w:r>
    </w:p>
    <w:p>
      <w:pPr>
        <w:pStyle w:val="Heading2"/>
      </w:pPr>
      <w:r>
        <w:t>Calmness in Maulana's presence</w:t>
      </w:r>
    </w:p>
    <w:p>
      <w:r>
        <w:rPr>
          <w:color w:val="666666"/>
          <w:sz w:val="18"/>
        </w:rPr>
        <w:t>Discussions on the impact of Maulana Wahiduddin Khan's Thought June 28, 2020 · 33s · at 8:39 · https://youtu.be/tOuo9f842fI?t=519</w:t>
      </w:r>
    </w:p>
    <w:p>
      <w:r>
        <w:rPr>
          <w:i/>
        </w:rPr>
        <w:t>“I was very calm, the mental chatter was not there.”</w:t>
      </w:r>
    </w:p>
    <w:p>
      <w:r>
        <w:rPr>
          <w:sz w:val="20"/>
        </w:rPr>
        <w:t>8:39  ? I didn't understand anything. Uh, and I had more doubts, okay? But what made me go back was that when he was speaking I was very calm, okay?</w:t>
      </w:r>
      <w:r>
        <w:br/>
      </w:r>
      <w:r>
        <w:rPr>
          <w:sz w:val="20"/>
        </w:rPr>
        <w:t>8:50  Like, and he was talking about something in the history, something about the history and how, uh, something came I'm I don't remember exactly what the story he was, uh, telling that day.</w:t>
      </w:r>
      <w:r>
        <w:br/>
      </w:r>
      <w:r>
        <w:rPr>
          <w:sz w:val="20"/>
        </w:rPr>
        <w:t>9:01  But that somehow made, uh, me like, the mental chatter was not there. Uh, and I was very calm in the moment present, okay?</w:t>
      </w:r>
    </w:p>
    <w:p>
      <w:pPr>
        <w:pStyle w:val="Heading2"/>
      </w:pPr>
      <w:r>
        <w:t>Mass conversion and mass exit definition</w:t>
      </w:r>
    </w:p>
    <w:p>
      <w:r>
        <w:rPr>
          <w:color w:val="666666"/>
          <w:sz w:val="18"/>
        </w:rPr>
        <w:t>The Deeper Meaning of The Quran 18 Aug 2019 - Maulana Wahiduddin Khan · 40s · at 2:03 · https://youtu.be/EYyhbiR_ZIQ?t=123</w:t>
      </w:r>
    </w:p>
    <w:p>
      <w:r>
        <w:rPr>
          <w:i/>
        </w:rPr>
        <w:t>“Yeh kya hai? Fouj dar fouj daakhil hona kya hai?”</w:t>
      </w:r>
    </w:p>
    <w:p>
      <w:r>
        <w:rPr>
          <w:sz w:val="20"/>
        </w:rPr>
        <w:t>2:03  yeh kya hai? fowj dar fowj dakhil hona kya hai? yeh wahi cheez hai jis ko hum kehte hain mass conversion.</w:t>
      </w:r>
      <w:r>
        <w:br/>
      </w:r>
      <w:r>
        <w:rPr>
          <w:sz w:val="20"/>
        </w:rPr>
        <w:t>2:16  mass conversion yani islam mein</w:t>
      </w:r>
      <w:r>
        <w:br/>
      </w:r>
      <w:r>
        <w:rPr>
          <w:sz w:val="20"/>
        </w:rPr>
        <w:t>2:24  apne aap kisi jabar ke baghair mass conversion hoga. phir log mass level par nikal bhi jayenge.</w:t>
      </w:r>
    </w:p>
    <w:p>
      <w:pPr>
        <w:pStyle w:val="Heading2"/>
      </w:pPr>
      <w:r>
        <w:t>nails and hair as physical pruning analogy</w:t>
      </w:r>
    </w:p>
    <w:p>
      <w:r>
        <w:rPr>
          <w:color w:val="666666"/>
          <w:sz w:val="18"/>
        </w:rPr>
        <w:t>Self Correction November 09, 2014 · 21s · at 3:49 · https://youtu.be/EgAukdSfGRU?t=229</w:t>
      </w:r>
    </w:p>
    <w:p>
      <w:r>
        <w:rPr>
          <w:i/>
        </w:rPr>
        <w:t>“Nail hain, aap unhe kaatate rehte hain”</w:t>
      </w:r>
    </w:p>
    <w:p>
      <w:r>
        <w:rPr>
          <w:sz w:val="20"/>
        </w:rPr>
        <w:t>3:49  maslan dekhiye, neel hain, naakhun aap kaatte rehte hain. agar aap na kaatein to to ajeeb sa ho jayega.</w:t>
      </w:r>
      <w:r>
        <w:br/>
      </w:r>
      <w:r>
        <w:rPr>
          <w:sz w:val="20"/>
        </w:rPr>
        <w:t>4:00  baal bhi aap kaatte rehte hain. yeh sab pruning process hai, yani kaat chhaant ka tareeqa.</w:t>
      </w:r>
    </w:p>
    <w:p>
      <w:pPr>
        <w:pStyle w:val="Heading2"/>
      </w:pPr>
      <w:r>
        <w:t>This is the greatest truth, no supposition</w:t>
      </w:r>
    </w:p>
    <w:p>
      <w:r>
        <w:rPr>
          <w:color w:val="666666"/>
          <w:sz w:val="18"/>
        </w:rPr>
        <w:t>Man and The Religion | July 31, 2008 | Maulana Wahiduddin Khan · 31s · at 51:09 · https://youtu.be/emHZjUnLsmI?t=3069</w:t>
      </w:r>
    </w:p>
    <w:p>
      <w:r>
        <w:rPr>
          <w:i/>
        </w:rPr>
        <w:t>“Yeh koi supposition nahi hai”</w:t>
      </w:r>
    </w:p>
    <w:p>
      <w:r>
        <w:rPr>
          <w:sz w:val="20"/>
        </w:rPr>
        <w:t>51:24  hiye, yeh dunya to science ke mutabiq 13 billion saal pehle bani. jab jab cosmic ball mein explosion hua,</w:t>
      </w:r>
    </w:p>
    <w:p>
      <w:pPr>
        <w:pStyle w:val="Heading2"/>
      </w:pPr>
      <w:r>
        <w:t>Prophet says Don't be angry</w:t>
      </w:r>
    </w:p>
    <w:p>
      <w:r>
        <w:rPr>
          <w:color w:val="666666"/>
          <w:sz w:val="18"/>
        </w:rPr>
        <w:t>Laws of 30 seconds (English) | April 10, 2007 | Maulana Wahiduddin Khan · 33s · at 2:44 · https://youtu.be/gO17yriKYfs?t=164</w:t>
      </w:r>
    </w:p>
    <w:p>
      <w:r>
        <w:rPr>
          <w:i/>
        </w:rPr>
        <w:t>“Prophet replied: Don't be angry.”</w:t>
      </w:r>
    </w:p>
    <w:p>
      <w:r>
        <w:rPr>
          <w:sz w:val="20"/>
        </w:rPr>
        <w:t>2:44  ". ya rasul allah, allimni kalimatin aish biha, wa la tusarrir alay inna. prophet replied: "la taghdab, don't be angry." now, what is the meaning of this answer?</w:t>
      </w:r>
    </w:p>
    <w:p>
      <w:pPr>
        <w:pStyle w:val="Heading2"/>
      </w:pPr>
      <w:r>
        <w:t>Fish out of water as a metaphor for restlessness</w:t>
      </w:r>
    </w:p>
    <w:p>
      <w:r>
        <w:rPr>
          <w:color w:val="666666"/>
          <w:sz w:val="18"/>
        </w:rPr>
        <w:t>Man and Paradise August 18, 2013 · 39s · at 31:53 · https://youtu.be/v7eX25YAjDU?t=1913</w:t>
      </w:r>
    </w:p>
    <w:p>
      <w:r>
        <w:rPr>
          <w:i/>
        </w:rPr>
        <w:t>“Take a fish out of water and it suffers”</w:t>
      </w:r>
    </w:p>
    <w:p>
      <w:r>
        <w:rPr>
          <w:sz w:val="20"/>
        </w:rPr>
        <w:t>31:53  isi ko kehte hain inhabited. jis tarah machhli hai, machhli ka inhabited kya hai? pani hai.</w:t>
      </w:r>
      <w:r>
        <w:br/>
      </w:r>
      <w:r>
        <w:rPr>
          <w:sz w:val="20"/>
        </w:rPr>
        <w:t>32:02  pani mein woh khoob tairti hai, khoob chalti, kujti hai. lekin agar use nikal kar ke aap bahar daal dijiye, khushki pe daal dijiye to tarpay gi woh.</w:t>
      </w:r>
      <w:r>
        <w:br/>
      </w:r>
      <w:r>
        <w:rPr>
          <w:sz w:val="20"/>
        </w:rPr>
        <w:t>32:15  woh tarpay gi woh</w:t>
      </w:r>
      <w:r>
        <w:br/>
      </w:r>
      <w:r>
        <w:rPr>
          <w:sz w:val="20"/>
        </w:rPr>
        <w:t>32:16  . is ka inhabited pani hai. ab pani ke bahar us ko sukoon nahi ho sakta kabhi bhi. to insan ka jo inhabited hai, woh sirf woh hai jahan perfection ho, jahan har cheez ideal ho, jahan eternity ho,</w:t>
      </w:r>
    </w:p>
    <w:p>
      <w:pPr>
        <w:pStyle w:val="Heading2"/>
      </w:pPr>
      <w:r>
        <w:t>Is this why we came into the world?</w:t>
      </w:r>
    </w:p>
    <w:p>
      <w:r>
        <w:rPr>
          <w:color w:val="666666"/>
          <w:sz w:val="18"/>
        </w:rPr>
        <w:t>Materialism and Intellectual Dwarfism April 29, 2012 Maulana Wahiduddin Khan · 26s · at 10:45 · https://youtu.be/tEtieTuJvUE?t=645</w:t>
      </w:r>
    </w:p>
    <w:p>
      <w:r>
        <w:rPr>
          <w:i/>
        </w:rPr>
        <w:t>“Kya isi liye duniya mein hum aaye hain?”</w:t>
      </w:r>
    </w:p>
    <w:p>
      <w:r>
        <w:rPr>
          <w:sz w:val="20"/>
        </w:rPr>
        <w:t>10:45  kya isi liye dunya mein hum aaye hain? ke animal ki tarah khayein piyein, well dressed life ho hamari, caron mein chalein, gharon mein rahein, aur phir mar kar khatm ho jayein?</w:t>
      </w:r>
      <w:r>
        <w:br/>
      </w:r>
      <w:r>
        <w:rPr>
          <w:sz w:val="20"/>
        </w:rPr>
        <w:t>10:59  hamara mind jo hai, starvation mein rahe.</w:t>
      </w:r>
      <w:r>
        <w:br/>
      </w:r>
      <w:r>
        <w:rPr>
          <w:sz w:val="20"/>
        </w:rPr>
        <w:t>11:02  intellectual, intellectual sense mein hum dwarfism ka shikar rahe hain. yeh koi zindagi hai?</w:t>
      </w:r>
    </w:p>
    <w:p>
      <w:pPr>
        <w:pStyle w:val="Heading2"/>
      </w:pPr>
      <w:r>
        <w:t>De-conditioning first step in life</w:t>
      </w:r>
    </w:p>
    <w:p>
      <w:r>
        <w:rPr>
          <w:color w:val="666666"/>
          <w:sz w:val="18"/>
        </w:rPr>
        <w:t>The Problem of Conditioning 22 April 2012 - Maulana Wahiduddin Khan · 49s · at 4:54 · https://youtu.be/v4QLXjeTK9s?t=294</w:t>
      </w:r>
    </w:p>
    <w:p>
      <w:r>
        <w:rPr>
          <w:i/>
        </w:rPr>
        <w:t>“De-conditioning is the first step”</w:t>
      </w:r>
    </w:p>
    <w:p>
      <w:r>
        <w:rPr>
          <w:sz w:val="20"/>
        </w:rPr>
        <w:t>4:54  Toh yeh bohat bada masla hai. Aur aadmi ke liye nayi zindagi ki jo beginning hai woh yahi hai ke woh sab se pehle apni de-conditioning kare.</w:t>
      </w:r>
      <w:r>
        <w:br/>
      </w:r>
      <w:r>
        <w:rPr>
          <w:sz w:val="20"/>
        </w:rPr>
        <w:t>5:10  Woh jo hadees mein aata hai, Sahaba ne kaha</w:t>
      </w:r>
      <w:r>
        <w:br/>
      </w:r>
      <w:r>
        <w:rPr>
          <w:sz w:val="20"/>
        </w:rPr>
        <w:t>5:13  ke "Ta'allamu al-Imana thumma ta'allamu al-Qur'ana". Toh aaj kal ki zabaan mein agar main kahoon toh yahan par woh yeh keh rahe hain ke pehle humne apni de-conditioning ki, phir Quran hamari samajh mein aaya.</w:t>
      </w:r>
      <w:r>
        <w:br/>
      </w:r>
      <w:r>
        <w:rPr>
          <w:sz w:val="20"/>
        </w:rPr>
        <w:t>5:31  Toh "de-conditioning is the first step in the life of every human being" .</w:t>
      </w:r>
    </w:p>
    <w:p>
      <w:pPr>
        <w:pStyle w:val="Heading2"/>
      </w:pPr>
      <w:r>
        <w:t>Iblis chose pride even knowing hell awaited</w:t>
      </w:r>
    </w:p>
    <w:p>
      <w:r>
        <w:rPr>
          <w:color w:val="666666"/>
          <w:sz w:val="18"/>
        </w:rPr>
        <w:t>The Importance of Thinking November 10, 2013 · 52s · at 21:14 · https://youtu.be/y16CddTHoqE?t=1274</w:t>
      </w:r>
    </w:p>
    <w:p>
      <w:r>
        <w:rPr>
          <w:i/>
        </w:rPr>
        <w:t>“Iblis ne kaha: main us se behtar hoon”</w:t>
      </w:r>
    </w:p>
    <w:p>
      <w:r>
        <w:rPr>
          <w:sz w:val="20"/>
        </w:rPr>
        <w:t>21:14  ? kyun nahin jhuka to? to us ne kya kaha? ana khairun minhu. main is se behtar hoon.</w:t>
      </w:r>
      <w:r>
        <w:br/>
      </w:r>
      <w:r>
        <w:rPr>
          <w:sz w:val="20"/>
        </w:rPr>
        <w:t>21:25  aap ghore kijiye, Allah ne kaha ke main tum ko jahannum mein dalunga. lekin shaitan phir bhi qaim raha apne us par.</w:t>
      </w:r>
      <w:r>
        <w:br/>
      </w:r>
      <w:r>
        <w:rPr>
          <w:sz w:val="20"/>
        </w:rPr>
        <w:t>21:39  main is se behtar hoon. main superior hoon.</w:t>
      </w:r>
      <w:r>
        <w:br/>
      </w:r>
      <w:r>
        <w:rPr>
          <w:sz w:val="20"/>
        </w:rPr>
        <w:t>21:44  is ke mani hain ke superiority ka ehsas mein itni lazzat hai, itni lazzat hai ke jahannum ka khatra mol le sakta aadmi. kaisi ajeeb baat hai.</w:t>
      </w:r>
      <w:r>
        <w:br/>
      </w:r>
      <w:r>
        <w:rPr>
          <w:sz w:val="20"/>
        </w:rPr>
        <w:t>21:54  iblis ne jahannum ka khatra mol le kar ke superiority ke ehsas mein apne ko jeeta raha woh. is mein lazzat leta raha.</w:t>
      </w:r>
    </w:p>
    <w:p>
      <w:pPr>
        <w:pStyle w:val="Heading2"/>
      </w:pPr>
      <w:r>
        <w:t>Love conquers the world</w:t>
      </w:r>
    </w:p>
    <w:p>
      <w:r>
        <w:rPr>
          <w:color w:val="666666"/>
          <w:sz w:val="18"/>
        </w:rPr>
        <w:t>Spirit of Islam- Sunday 24 March 2011 · 34s · at 53:34 · https://youtu.be/HPiQHG7Pd3k?t=3214</w:t>
      </w:r>
    </w:p>
    <w:p>
      <w:r>
        <w:rPr>
          <w:i/>
        </w:rPr>
        <w:t>“Mohabbat fateh-e-aalam”</w:t>
      </w:r>
    </w:p>
    <w:p>
      <w:r>
        <w:rPr>
          <w:sz w:val="20"/>
        </w:rPr>
        <w:t>53:34  doosron ke liye aap ke andar dostiana mizaj ho, mohabbat ka mizaj ho, pyar ka mizaj ho.</w:t>
      </w:r>
      <w:r>
        <w:br/>
      </w:r>
      <w:r>
        <w:rPr>
          <w:sz w:val="20"/>
        </w:rPr>
        <w:t>53:38  to sab ke liye aap jo hai woh markaz ban jayenge.</w:t>
      </w:r>
      <w:r>
        <w:br/>
      </w:r>
      <w:r>
        <w:rPr>
          <w:sz w:val="20"/>
        </w:rPr>
        <w:t>53:43  mohabbat fateh alam.</w:t>
      </w:r>
      <w:r>
        <w:br/>
      </w:r>
      <w:r>
        <w:rPr>
          <w:sz w:val="20"/>
        </w:rPr>
        <w:t>53:48  shayar ne kaha hai ke mohabbat fateh alam.</w:t>
      </w:r>
      <w:r>
        <w:br/>
      </w:r>
      <w:r>
        <w:rPr>
          <w:sz w:val="20"/>
        </w:rPr>
        <w:t>53:53  ke mohabbat to fateh kar leti hai.</w:t>
      </w:r>
      <w:r>
        <w:br/>
      </w:r>
      <w:r>
        <w:rPr>
          <w:sz w:val="20"/>
        </w:rPr>
        <w:t>53:58  mohabbat fateh alam.</w:t>
      </w:r>
      <w:r>
        <w:br/>
      </w:r>
      <w:r>
        <w:rPr>
          <w:sz w:val="20"/>
        </w:rPr>
        <w:t>54:03  mohabbat jo hai kankar kar leti hai.</w:t>
      </w:r>
      <w:r>
        <w:br/>
      </w:r>
      <w:r>
        <w:rPr>
          <w:sz w:val="20"/>
        </w:rPr>
        <w:t>54:08  doosron se aap ke andar mohabbat hai, pyar hai, mohabbat hai.</w:t>
      </w:r>
    </w:p>
    <w:p>
      <w:pPr>
        <w:pStyle w:val="Heading2"/>
      </w:pPr>
      <w:r>
        <w:t>Wajadari is living for others</w:t>
      </w:r>
    </w:p>
    <w:p>
      <w:r>
        <w:rPr>
          <w:color w:val="666666"/>
          <w:sz w:val="18"/>
        </w:rPr>
        <w:t>Q&amp;A 01 July 2012 · 27s · at 5:43 · https://youtu.be/zLZZD-MvKQU?t=343</w:t>
      </w:r>
    </w:p>
    <w:p>
      <w:r>
        <w:rPr>
          <w:i/>
        </w:rPr>
        <w:t>“Wajad katta kya hai? Doosron ke lihaz se jeena”</w:t>
      </w:r>
    </w:p>
    <w:p>
      <w:r>
        <w:rPr>
          <w:sz w:val="20"/>
        </w:rPr>
        <w:t>5:43  vaja kata kya hai? doosron ke lihaz se jeena. doosre log dekhein ki mera lihaz theek hai, meri dadi theek hai, meri topi theek hai. hum doosron ke liye kyu jiye?</w:t>
      </w:r>
      <w:r>
        <w:br/>
      </w:r>
      <w:r>
        <w:rPr>
          <w:sz w:val="20"/>
        </w:rPr>
        <w:t>5:56  vaja kata jisko kehte hain, wo doosron ke liye jeena hai. wo to main doosron ke liye nahi jeeta, main apne liye jeeta hoon. meri koi vaja kata nahi. to yeh destruction hai,</w:t>
      </w:r>
    </w:p>
    <w:p>
      <w:pPr>
        <w:pStyle w:val="Heading2"/>
      </w:pPr>
      <w:r>
        <w:t>Challenges activate human potential</w:t>
      </w:r>
    </w:p>
    <w:p>
      <w:r>
        <w:rPr>
          <w:color w:val="666666"/>
          <w:sz w:val="18"/>
        </w:rPr>
        <w:t>Challenge Activates Potential March 7, 2009 Maulana Wahiduddin Khan · 33s · at 10:58 · https://youtu.be/fINKWi2aYzo?t=658</w:t>
      </w:r>
    </w:p>
    <w:p>
      <w:r>
        <w:rPr>
          <w:i/>
        </w:rPr>
        <w:t>“Every challenge activates your ability.”</w:t>
      </w:r>
    </w:p>
    <w:p>
      <w:r>
        <w:rPr>
          <w:sz w:val="20"/>
        </w:rPr>
        <w:t>10:58  it not simply a hardship, it is challenge. and every challenge activates your ability.</w:t>
      </w:r>
      <w:r>
        <w:br/>
      </w:r>
      <w:r>
        <w:rPr>
          <w:sz w:val="20"/>
        </w:rPr>
        <w:t>11:08  every challenge is source of motivation.</w:t>
      </w:r>
      <w:r>
        <w:br/>
      </w:r>
      <w:r>
        <w:rPr>
          <w:sz w:val="20"/>
        </w:rPr>
        <w:t>11:13  every challenge leads to to more effort, to excess effort, to more and more struggle. so when you face some hardship, you have to see, you have to see it as a challenge.</w:t>
      </w:r>
    </w:p>
    <w:p>
      <w:pPr>
        <w:pStyle w:val="Heading2"/>
      </w:pPr>
      <w:r>
        <w:t>Wise man knows relative value</w:t>
      </w:r>
    </w:p>
    <w:p>
      <w:r>
        <w:rPr>
          <w:color w:val="666666"/>
          <w:sz w:val="18"/>
        </w:rPr>
        <w:t>The Importance of Wisdom 22 Feb, 2009 - Maulana Wahiduddin Khan · 43s · at 47:27 · https://youtu.be/Lmtn_duWJP0?t=2847</w:t>
      </w:r>
    </w:p>
    <w:p>
      <w:r>
        <w:rPr>
          <w:i/>
        </w:rPr>
        <w:t>“Dekhiye jo log cheezon ko face value par lete hain”</w:t>
      </w:r>
    </w:p>
    <w:p>
      <w:r>
        <w:rPr>
          <w:sz w:val="20"/>
        </w:rPr>
        <w:t>47:27  dekhiye jo log cheezon ko face value par lete hain woh hamesha yahi kaam karte hain shor ghul</w:t>
      </w:r>
      <w:r>
        <w:br/>
      </w:r>
      <w:r>
        <w:rPr>
          <w:sz w:val="20"/>
        </w:rPr>
        <w:t>47:35  aur jo log deep mein jaate hain under current kya is ko samajhne ki koshish karte hain woh</w:t>
      </w:r>
      <w:r>
        <w:br/>
      </w:r>
      <w:r>
        <w:rPr>
          <w:sz w:val="20"/>
        </w:rPr>
        <w:t>47:40  is mein opportunity ko dhoond lete hain</w:t>
      </w:r>
      <w:r>
        <w:br/>
      </w:r>
      <w:r>
        <w:rPr>
          <w:sz w:val="20"/>
        </w:rPr>
        <w:t>47:44  aur phir wahi kuch</w:t>
      </w:r>
      <w:r>
        <w:br/>
      </w:r>
      <w:r>
        <w:rPr>
          <w:sz w:val="20"/>
        </w:rPr>
        <w:t>47:46  is se faida utha paate hain</w:t>
      </w:r>
      <w:r>
        <w:br/>
      </w:r>
      <w:r>
        <w:rPr>
          <w:sz w:val="20"/>
        </w:rPr>
        <w:t>47:50  yeh wisdom isi ka naam hai</w:t>
      </w:r>
      <w:r>
        <w:br/>
      </w:r>
      <w:r>
        <w:rPr>
          <w:sz w:val="20"/>
        </w:rPr>
        <w:t>47:54  kisi ne bohat sahi definition di hai wise aadmi ki</w:t>
      </w:r>
      <w:r>
        <w:br/>
      </w:r>
      <w:r>
        <w:rPr>
          <w:sz w:val="20"/>
        </w:rPr>
        <w:t>48:00  ke is ne kaha ke</w:t>
      </w:r>
      <w:r>
        <w:br/>
      </w:r>
      <w:r>
        <w:rPr>
          <w:sz w:val="20"/>
        </w:rPr>
        <w:t>48:03  a wise person is one who knows the reality value of things</w:t>
      </w:r>
    </w:p>
    <w:p>
      <w:pPr>
        <w:pStyle w:val="Heading2"/>
      </w:pPr>
      <w:r>
        <w:t>World constantly moves from problem to solution</w:t>
      </w:r>
    </w:p>
    <w:p>
      <w:r>
        <w:rPr>
          <w:color w:val="666666"/>
          <w:sz w:val="18"/>
        </w:rPr>
        <w:t>Positive Mind 3 Aug 2019 - Maulana Wahiduddin Khan · 41s · at 0:57 · https://youtu.be/xas4D5O0aMc?t=57</w:t>
      </w:r>
    </w:p>
    <w:p>
      <w:r>
        <w:rPr>
          <w:i/>
        </w:rPr>
        <w:t>“Kyunke dekhiye, yeh duniya jo hai”</w:t>
      </w:r>
    </w:p>
    <w:p>
      <w:r>
        <w:rPr>
          <w:sz w:val="20"/>
        </w:rPr>
        <w:t>0:57  kyun ke dekhiye, yeh duniya jo hai</w:t>
      </w:r>
      <w:r>
        <w:br/>
      </w:r>
      <w:r>
        <w:rPr>
          <w:sz w:val="20"/>
        </w:rPr>
        <w:t>1:06  ek revolve kar rahi hai, subah shaam. kidhar se kidhar,</w:t>
      </w:r>
      <w:r>
        <w:br/>
      </w:r>
      <w:r>
        <w:rPr>
          <w:sz w:val="20"/>
        </w:rPr>
        <w:t>1:14  negativity se, yaani problem se solution ki taraf.</w:t>
      </w:r>
      <w:r>
        <w:br/>
      </w:r>
      <w:r>
        <w:rPr>
          <w:sz w:val="20"/>
        </w:rPr>
        <w:t>1:22  duniya har har lamha problem se solution ki taraf chal rahi hai.</w:t>
      </w:r>
    </w:p>
    <w:p>
      <w:pPr>
        <w:pStyle w:val="Heading2"/>
      </w:pPr>
      <w:r>
        <w:t>Warning against taking revenge</w:t>
      </w:r>
    </w:p>
    <w:p>
      <w:r>
        <w:rPr>
          <w:color w:val="666666"/>
          <w:sz w:val="18"/>
        </w:rPr>
        <w:t>The Final Call November 18, 2007 · 27s · at 45:04 · https://youtu.be/uTjzhO-nhUc?t=2704</w:t>
      </w:r>
    </w:p>
    <w:p>
      <w:r>
        <w:rPr>
          <w:i/>
        </w:rPr>
        <w:t>“Before taking revenge, think: revenge invites revenge.”</w:t>
      </w:r>
    </w:p>
    <w:p>
      <w:r>
        <w:rPr>
          <w:sz w:val="20"/>
        </w:rPr>
        <w:t>45:04  ne. to mein ne dikhaya ke dekhiye,</w:t>
      </w:r>
      <w:r>
        <w:br/>
      </w:r>
      <w:r>
        <w:rPr>
          <w:sz w:val="20"/>
        </w:rPr>
        <w:t>45:09  yeh mere us mein chupa tha, mere magazine mein ke inteqam lene se pehle soch lo ke inteqam ka bhi inteqam liya jayega. yeh likha hua tha, inteqam means revenge,</w:t>
      </w:r>
      <w:r>
        <w:br/>
      </w:r>
      <w:r>
        <w:rPr>
          <w:sz w:val="20"/>
        </w:rPr>
        <w:t>45:23  badla. inteqam lene se pehle soch lo ke inteqam ka bhi inteqam liya jayega.</w:t>
      </w:r>
    </w:p>
    <w:p>
      <w:pPr>
        <w:pStyle w:val="Heading2"/>
      </w:pPr>
      <w:r>
        <w:t>Modesty leads to closeness to God</w:t>
      </w:r>
    </w:p>
    <w:p>
      <w:r>
        <w:rPr>
          <w:color w:val="666666"/>
          <w:sz w:val="18"/>
        </w:rPr>
        <w:t>Simple Living and High Thinking November 03, 2018 · 44s · at 1:49 · https://youtu.be/6O7ebJVVRII?t=109</w:t>
      </w:r>
    </w:p>
    <w:p>
      <w:r>
        <w:rPr>
          <w:i/>
        </w:rPr>
        <w:t>“Yeh bohat zyada aham baat hai.”</w:t>
      </w:r>
    </w:p>
    <w:p>
      <w:r>
        <w:rPr>
          <w:sz w:val="20"/>
        </w:rPr>
        <w:t>1:49  yeh bohat zyada aham baat hai.</w:t>
      </w:r>
      <w:r>
        <w:br/>
      </w:r>
      <w:r>
        <w:rPr>
          <w:sz w:val="20"/>
        </w:rPr>
        <w:t>1:55  yani</w:t>
      </w:r>
      <w:r>
        <w:br/>
      </w:r>
      <w:r>
        <w:rPr>
          <w:sz w:val="20"/>
        </w:rPr>
        <w:t>1:59  Allah se qurbat sirf is ki Allah se sirf is insaan ko milti hai jis ke andar modesty ho.</w:t>
      </w:r>
      <w:r>
        <w:br/>
      </w:r>
      <w:r>
        <w:rPr>
          <w:sz w:val="20"/>
        </w:rPr>
        <w:t>2:11  modesty ke baghair khalq se qurbat milna impossible hai. Kyun ke yeh sirf modesty hai jo insaan aur khalq ke darmiyan nisbat qaim karti hai.</w:t>
      </w:r>
    </w:p>
    <w:p>
      <w:pPr>
        <w:pStyle w:val="Heading2"/>
      </w:pPr>
      <w:r>
        <w:t>Newton and Socrates on the limits of knowledge</w:t>
      </w:r>
    </w:p>
    <w:p>
      <w:r>
        <w:rPr>
          <w:color w:val="666666"/>
          <w:sz w:val="18"/>
        </w:rPr>
        <w:t>Islamic Outlook on Life August 26, 2007 · 54s · at 1:19:18 · https://youtu.be/QCAHPg3_G_M?t=4758</w:t>
      </w:r>
    </w:p>
    <w:p>
      <w:r>
        <w:rPr>
          <w:i/>
        </w:rPr>
        <w:t>“Newton ne kaha: ocean bahut bada hai, main to ek bachcha hoon”</w:t>
      </w:r>
    </w:p>
    <w:p>
      <w:r>
        <w:rPr>
          <w:sz w:val="20"/>
        </w:rPr>
        <w:t>1:19:18  Newton, aap jante hain, founder of modern science mana jata hai. Newton, Newton ko founder of modern science.</w:t>
      </w:r>
      <w:r>
        <w:br/>
      </w:r>
      <w:r>
        <w:rPr>
          <w:sz w:val="20"/>
        </w:rPr>
        <w:t>1:19:28  to aakhri zamanay mein is se poocha gaya ke aap bohat bohat aap ko discovery hui, yeh hua, woh hua, to bataiye apni uplabdhi kya hai aap ki? jante hain, is ne kya kaha?</w:t>
      </w:r>
      <w:r>
        <w:br/>
      </w:r>
      <w:r>
        <w:rPr>
          <w:sz w:val="20"/>
        </w:rPr>
        <w:t>1:19:39  is ne kaha ke mujhe to aisa lagta hai ke ocean bohat bara ocean hai, is ke kinare kuch woh hain, self ke kuch tukre hain, usi se ek chota bacha is se khelta hai, wahi mera haal hai.</w:t>
      </w:r>
      <w:r>
        <w:br/>
      </w:r>
      <w:r>
        <w:rPr>
          <w:sz w:val="20"/>
        </w:rPr>
        <w:t>1:19:54  Socrates jo itna bara woh tha, yani bohat bara mind tha, bohat bara philosopher tha, is se poocha gaya ke tum ne kya jana?</w:t>
      </w:r>
      <w:r>
        <w:br/>
      </w:r>
      <w:r>
        <w:rPr>
          <w:sz w:val="20"/>
        </w:rPr>
        <w:t>1:20:03  to is ne kaha ke yeh jana hai, kuch nahi jana, yeh jana hai, kuch nahi jana. yeh supposition hai.</w:t>
      </w:r>
    </w:p>
    <w:p>
      <w:pPr>
        <w:pStyle w:val="Heading2"/>
      </w:pPr>
      <w:r>
        <w:t>Avoid confrontation and the whole world is yours</w:t>
      </w:r>
    </w:p>
    <w:p>
      <w:r>
        <w:rPr>
          <w:color w:val="666666"/>
          <w:sz w:val="18"/>
        </w:rPr>
        <w:t>Non Confrontational Method May 04, 2014 Maulana Wahiduddin Khan · 26s · at 25:49 · https://youtu.be/uioEZUeFxLg?t=1549</w:t>
      </w:r>
    </w:p>
    <w:p>
      <w:r>
        <w:rPr>
          <w:i/>
        </w:rPr>
        <w:t>“There's just one formula: avoid the confrontation.”</w:t>
      </w:r>
    </w:p>
    <w:p>
      <w:r>
        <w:rPr>
          <w:sz w:val="20"/>
        </w:rPr>
        <w:t>25:49  to ek hi hai formula:</w:t>
      </w:r>
      <w:r>
        <w:br/>
      </w:r>
      <w:r>
        <w:rPr>
          <w:sz w:val="20"/>
        </w:rPr>
        <w:t>25:54  avoid the confrontation, and then that the whole world is yours.</w:t>
      </w:r>
      <w:r>
        <w:br/>
      </w:r>
      <w:r>
        <w:rPr>
          <w:sz w:val="20"/>
        </w:rPr>
        <w:t>26:01  agar aap confrontation ko avoid karein to poori duniya aap ki hai. jaise main yahan bol raha hoon to india ke mukhtalif shehron mein log sun rahe hain, europe mein sun rahe hain, america mein sun rahe hain, arab mein sun rahe hain.</w:t>
      </w:r>
    </w:p>
    <w:p>
      <w:pPr>
        <w:pStyle w:val="Heading2"/>
      </w:pPr>
      <w:r>
        <w:t>Consumerism a global phenomenon</w:t>
      </w:r>
    </w:p>
    <w:p>
      <w:r>
        <w:rPr>
          <w:color w:val="666666"/>
          <w:sz w:val="18"/>
        </w:rPr>
        <w:t>Age Of Consumerism I January 6, 2013 Maulana Wahiduddin Khan · 22s · at 2:12 · https://youtu.be/CuRYFl7JuEM?t=132</w:t>
      </w:r>
    </w:p>
    <w:p>
      <w:r>
        <w:rPr>
          <w:i/>
        </w:rPr>
        <w:t>“Yeh Thailand ka maamla nahi, yeh to global maamla hai.”</w:t>
      </w:r>
    </w:p>
    <w:p>
      <w:r>
        <w:rPr>
          <w:sz w:val="20"/>
        </w:rPr>
        <w:t>2:12  to is ko parh kar main ne socha yeh Thailand ka mamla nahi hai, yeh to aik global mamla hai.</w:t>
      </w:r>
      <w:r>
        <w:br/>
      </w:r>
      <w:r>
        <w:rPr>
          <w:sz w:val="20"/>
        </w:rPr>
        <w:t>2:26  saari duniya ka religion aaj</w:t>
      </w:r>
      <w:r>
        <w:br/>
      </w:r>
      <w:r>
        <w:rPr>
          <w:sz w:val="20"/>
        </w:rPr>
        <w:t>2:29  practical tor par consumerism hi hai,</w:t>
      </w:r>
    </w:p>
    <w:p>
      <w:pPr>
        <w:pStyle w:val="Heading2"/>
      </w:pPr>
      <w:r>
        <w:t>Killing one person is like killing all humanity</w:t>
      </w:r>
    </w:p>
    <w:p>
      <w:r>
        <w:rPr>
          <w:color w:val="666666"/>
          <w:sz w:val="18"/>
        </w:rPr>
        <w:t>Islamic Outlook on Life August 26, 2007 · 30s · at 4:43 · https://youtu.be/QCAHPg3_G_M?t=283</w:t>
      </w:r>
    </w:p>
    <w:p>
      <w:r>
        <w:rPr>
          <w:i/>
        </w:rPr>
        <w:t>“Jis ne ek insaan ko maara, us ne saare insaano ko maara”</w:t>
      </w:r>
    </w:p>
    <w:p>
      <w:r>
        <w:rPr>
          <w:sz w:val="20"/>
        </w:rPr>
        <w:t>4:43  is mein kaha gaya hai ke jis ne ek insan ko mara to us ne sare hi insanon ko maar dala.</w:t>
      </w:r>
      <w:r>
        <w:br/>
      </w:r>
      <w:r>
        <w:rPr>
          <w:sz w:val="20"/>
        </w:rPr>
        <w:t>4:56  jis ne ek insan ko mara to goya ke us ne sare hi insanon ko maar dala. aur jis ne ek insan ko zindagi di to us ne sare insanon ko zindagi di.</w:t>
      </w:r>
    </w:p>
    <w:p>
      <w:pPr>
        <w:pStyle w:val="Heading2"/>
      </w:pPr>
      <w:r>
        <w:t>Morning walk feels like paradise</w:t>
      </w:r>
    </w:p>
    <w:p>
      <w:r>
        <w:rPr>
          <w:color w:val="666666"/>
          <w:sz w:val="18"/>
        </w:rPr>
        <w:t>Fragments of a CPS Mind | April 24, 2011 · 30s · at 11:24 · https://youtu.be/cBf7U4Qggyw?t=684</w:t>
      </w:r>
    </w:p>
    <w:p>
      <w:r>
        <w:rPr>
          <w:i/>
        </w:rPr>
        <w:t>“Phir subah subah mein namaz ke baad”</w:t>
      </w:r>
    </w:p>
    <w:p>
      <w:r>
        <w:rPr>
          <w:sz w:val="20"/>
        </w:rPr>
        <w:t>11:24  phir subah subah mein namaz ke baad apne samnay jo barjah hai hamaray, lamba barjah hai wahan par</w:t>
      </w:r>
      <w:r>
        <w:br/>
      </w:r>
      <w:r>
        <w:rPr>
          <w:sz w:val="20"/>
        </w:rPr>
        <w:t>11:29  walk karnay laga.</w:t>
      </w:r>
      <w:r>
        <w:br/>
      </w:r>
      <w:r>
        <w:rPr>
          <w:sz w:val="20"/>
        </w:rPr>
        <w:t>11:34  akela tha us waqt, koi nahi tha.</w:t>
      </w:r>
      <w:r>
        <w:br/>
      </w:r>
      <w:r>
        <w:rPr>
          <w:sz w:val="20"/>
        </w:rPr>
        <w:t>11:39  aur woh bohat hi suhana samaan tha.</w:t>
      </w:r>
      <w:r>
        <w:br/>
      </w:r>
      <w:r>
        <w:rPr>
          <w:sz w:val="20"/>
        </w:rPr>
        <w:t>11:44  sooraj abhi bas nikalnay wala tha, halki roshni aa chuki thi.</w:t>
      </w:r>
      <w:r>
        <w:br/>
      </w:r>
      <w:r>
        <w:rPr>
          <w:sz w:val="20"/>
        </w:rPr>
        <w:t>11:49  to halki roshni, bohat</w:t>
      </w:r>
    </w:p>
    <w:p>
      <w:pPr>
        <w:pStyle w:val="Heading2"/>
      </w:pPr>
      <w:r>
        <w:t>Negative thinking is self-killing</w:t>
      </w:r>
    </w:p>
    <w:p>
      <w:r>
        <w:rPr>
          <w:color w:val="666666"/>
          <w:sz w:val="18"/>
        </w:rPr>
        <w:t>The Problem of Suffering December 11, 2007 Maulana Wahiduddin Khan · 24s · at 37:34 · https://youtu.be/OLDzkgsWMRQ?t=2254</w:t>
      </w:r>
    </w:p>
    <w:p>
      <w:r>
        <w:rPr>
          <w:i/>
        </w:rPr>
        <w:t>“The majority of people are living in negativity.”</w:t>
      </w:r>
    </w:p>
    <w:p>
      <w:r>
        <w:rPr>
          <w:sz w:val="20"/>
        </w:rPr>
        <w:t>37:34  as a negative. The most important thing is positive thinking. Negative thinking is like like killing, like like self killing.</w:t>
      </w:r>
      <w:r>
        <w:br/>
      </w:r>
      <w:r>
        <w:rPr>
          <w:sz w:val="20"/>
        </w:rPr>
        <w:t>37:51  Negative thinking is like self killing.</w:t>
      </w:r>
    </w:p>
    <w:p>
      <w:pPr>
        <w:pStyle w:val="Heading2"/>
      </w:pPr>
      <w:r>
        <w:t>Gender complementarity over equality</w:t>
      </w:r>
    </w:p>
    <w:p>
      <w:r>
        <w:rPr>
          <w:color w:val="666666"/>
          <w:sz w:val="18"/>
        </w:rPr>
        <w:t>Q&amp;A 06 Mar 2011 - Maulana Wahiduddin Khan · 38s · at 29:00 · https://youtu.be/I5hJVw3Wum8?t=1740</w:t>
      </w:r>
    </w:p>
    <w:p>
      <w:r>
        <w:rPr>
          <w:i/>
        </w:rPr>
        <w:t>“جب سب ایک جیسے ہوں تو کوئی زیادہ نہیں سوچتا”</w:t>
      </w:r>
    </w:p>
    <w:p>
      <w:r>
        <w:rPr>
          <w:sz w:val="20"/>
        </w:rPr>
        <w:t>28:59  no,</w:t>
      </w:r>
      <w:r>
        <w:br/>
      </w:r>
      <w:r>
        <w:rPr>
          <w:sz w:val="20"/>
        </w:rPr>
        <w:t>29:00  no!" One thinks very much ke sab log ek saath ek ko sochein to koi zyada nahi sochta. To aurat ko different banaya, mard ko different banaya.</w:t>
      </w:r>
      <w:r>
        <w:br/>
      </w:r>
      <w:r>
        <w:rPr>
          <w:sz w:val="20"/>
        </w:rPr>
        <w:t>29:09  aurat miss different hai, mard mister different hai. To jab woh do saath hote hain to dono ke exchange se</w:t>
      </w:r>
      <w:r>
        <w:br/>
      </w:r>
      <w:r>
        <w:rPr>
          <w:sz w:val="20"/>
        </w:rPr>
        <w:t>29:19  nai cheezein average karti hain. To mard ko female partner chahiye, aurat ko male partner chahiye. Yani opposite partner.</w:t>
      </w:r>
      <w:r>
        <w:br/>
      </w:r>
      <w:r>
        <w:rPr>
          <w:sz w:val="20"/>
        </w:rPr>
        <w:t>29:30  yeh to bohat bara scheme hai Allah taala ki ke opposite partner diya. To is ko is tarah se nahi lena chahiye</w:t>
      </w:r>
    </w:p>
    <w:p>
      <w:pPr>
        <w:pStyle w:val="Heading2"/>
      </w:pPr>
      <w:r>
        <w:t>ISKCON commissioner praises Maulana's voice and message</w:t>
      </w:r>
    </w:p>
    <w:p>
      <w:r>
        <w:rPr>
          <w:color w:val="666666"/>
          <w:sz w:val="18"/>
        </w:rPr>
        <w:t>Lessons from My Journey to the US September 13, 2015 · 37s · at 6:10 · https://youtu.be/RgXmKX1PxQc?t=370</w:t>
      </w:r>
    </w:p>
    <w:p>
      <w:r>
        <w:rPr>
          <w:i/>
        </w:rPr>
        <w:t>“Your voice makes people want to listen to you”</w:t>
      </w:r>
    </w:p>
    <w:p>
      <w:r>
        <w:rPr>
          <w:sz w:val="20"/>
        </w:rPr>
        <w:t>6:10  There were individuals who came to meet Maulana. There was one commissioner from the governing board of ISKCON Temple. He was</w:t>
      </w:r>
      <w:r>
        <w:br/>
      </w:r>
      <w:r>
        <w:rPr>
          <w:sz w:val="20"/>
        </w:rPr>
        <w:t>6:19  a US citizen. He was a white who had embraced Krishna consciousness. And when he was having interaction with Maulana, he was asking about, "What is your idea of peace?</w:t>
      </w:r>
      <w:r>
        <w:br/>
      </w:r>
      <w:r>
        <w:rPr>
          <w:sz w:val="20"/>
        </w:rPr>
        <w:t>6:31  How peace can be obtained?" So, he said to Maulana in between that, "Molana, your voice is such that it creates a desire in the other person to listen to you." So, you know, it was a very nice statement that we heard from him</w:t>
      </w:r>
    </w:p>
    <w:p>
      <w:pPr>
        <w:pStyle w:val="Heading2"/>
      </w:pPr>
      <w:r>
        <w:t>Pervasiveness of dualism</w:t>
      </w:r>
    </w:p>
    <w:p>
      <w:r>
        <w:rPr>
          <w:color w:val="666666"/>
          <w:sz w:val="18"/>
        </w:rPr>
        <w:t>Dajjal and Dajjalism | July 26, 2009 · 30s · at 19:51 · https://youtu.be/CrB6NhxHfTI?t=1191</w:t>
      </w:r>
    </w:p>
    <w:p>
      <w:r>
        <w:rPr>
          <w:i/>
        </w:rPr>
        <w:t>“To duality jo hai woh is daure mein chha gayi”</w:t>
      </w:r>
    </w:p>
    <w:p>
      <w:r>
        <w:rPr>
          <w:sz w:val="20"/>
        </w:rPr>
        <w:t>19:51  To duality jo hai woh is daur mein chha gayi.</w:t>
      </w:r>
      <w:r>
        <w:br/>
      </w:r>
      <w:r>
        <w:rPr>
          <w:sz w:val="20"/>
        </w:rPr>
        <w:t>19:54  Jis ko bhi dekhen woh is ka shikar hai.</w:t>
      </w:r>
      <w:r>
        <w:br/>
      </w:r>
      <w:r>
        <w:rPr>
          <w:sz w:val="20"/>
        </w:rPr>
        <w:t>19:57  Chahay woh philosophy philosophy ka term mein na janta ho.</w:t>
      </w:r>
      <w:r>
        <w:br/>
      </w:r>
      <w:r>
        <w:rPr>
          <w:sz w:val="20"/>
        </w:rPr>
        <w:t>20:01  Is mein na janta ho tab bhi.</w:t>
      </w:r>
      <w:r>
        <w:br/>
      </w:r>
      <w:r>
        <w:rPr>
          <w:sz w:val="20"/>
        </w:rPr>
        <w:t>20:04  Aap kisi bhi insan ko jo road par chal raha ho us ko pakriye, us se baat kijiye</w:t>
      </w:r>
      <w:r>
        <w:br/>
      </w:r>
      <w:r>
        <w:rPr>
          <w:sz w:val="20"/>
        </w:rPr>
        <w:t>20:08  aakhirat ki, jannat ki to bohat jald woh kahega ke bhai hum mein ja raha hoon, office</w:t>
      </w:r>
      <w:r>
        <w:br/>
      </w:r>
      <w:r>
        <w:rPr>
          <w:sz w:val="20"/>
        </w:rPr>
        <w:t>20:11  ja raha hoon, mujhe itna time nahi hai.</w:t>
      </w:r>
      <w:r>
        <w:br/>
      </w:r>
      <w:r>
        <w:rPr>
          <w:sz w:val="20"/>
        </w:rPr>
        <w:t>20:14  Usay sochna nahi hai is ke mamle mein.</w:t>
      </w:r>
      <w:r>
        <w:br/>
      </w:r>
      <w:r>
        <w:rPr>
          <w:sz w:val="20"/>
        </w:rPr>
        <w:t>20:18  Us ko apna</w:t>
      </w:r>
    </w:p>
    <w:p>
      <w:pPr>
        <w:pStyle w:val="Heading2"/>
      </w:pPr>
      <w:r>
        <w:t>Building trust through wisdom</w:t>
      </w:r>
    </w:p>
    <w:p>
      <w:r>
        <w:rPr>
          <w:color w:val="666666"/>
          <w:sz w:val="18"/>
        </w:rPr>
        <w:t>Spirit of the Age Nov 6, 2016 · 2m 47s · at 46:07 · https://youtu.be/QAW9LP53xQk?t=2767</w:t>
      </w:r>
    </w:p>
    <w:p>
      <w:r>
        <w:rPr>
          <w:i/>
        </w:rPr>
        <w:t>“What should be the starting point?”</w:t>
      </w:r>
    </w:p>
    <w:p>
      <w:r>
        <w:rPr>
          <w:sz w:val="20"/>
        </w:rPr>
        <w:t>46:07  what should be the starting point?</w:t>
      </w:r>
      <w:r>
        <w:br/>
      </w:r>
      <w:r>
        <w:rPr>
          <w:sz w:val="20"/>
        </w:rPr>
        <w:t>46:12  yeh to maine khud quran ke hawale se bata diya.</w:t>
      </w:r>
      <w:r>
        <w:br/>
      </w:r>
      <w:r>
        <w:rPr>
          <w:sz w:val="20"/>
        </w:rPr>
        <w:t>46:18  trust qaim karna jo hai, woh sirf is liye nahi hoga ke aap kahein ke trust karo, trust</w:t>
      </w:r>
      <w:r>
        <w:br/>
      </w:r>
      <w:r>
        <w:rPr>
          <w:sz w:val="20"/>
        </w:rPr>
        <w:t>46:24  karo, trust karo.</w:t>
      </w:r>
      <w:r>
        <w:br/>
      </w:r>
      <w:r>
        <w:rPr>
          <w:sz w:val="20"/>
        </w:rPr>
        <w:t>46:30  logon ko yeh yeh wisdom batana padega, wisdom ke raghz ko avoid karna padta hai.</w:t>
      </w:r>
      <w:r>
        <w:br/>
      </w:r>
      <w:r>
        <w:rPr>
          <w:sz w:val="20"/>
        </w:rPr>
        <w:t>46:35  sirf aap trust ki baat kijiye to kabhi trust qaim nahi hoga.</w:t>
      </w:r>
      <w:r>
        <w:br/>
      </w:r>
      <w:r>
        <w:rPr>
          <w:sz w:val="20"/>
        </w:rPr>
        <w:t>46:41  jo rukawat hai, us ko door karna padega, aur rukawat kya hai? log raghz mein phanse rehte hain.</w:t>
      </w:r>
      <w:r>
        <w:br/>
      </w:r>
      <w:r>
        <w:rPr>
          <w:sz w:val="20"/>
        </w:rPr>
        <w:t>46:47  kuch koi negative ayatein hoti hi hoti hain, hamesha us mein phanse rehte hain.</w:t>
      </w:r>
      <w:r>
        <w:br/>
      </w:r>
      <w:r>
        <w:rPr>
          <w:sz w:val="20"/>
        </w:rPr>
        <w:t>46:53  logon ko wisdom batai ke duniya mein chuki insaan aazad hai, har insaan apni aazadi ko apni marzi</w:t>
      </w:r>
      <w:r>
        <w:br/>
      </w:r>
      <w:r>
        <w:rPr>
          <w:sz w:val="20"/>
        </w:rPr>
        <w:t>46:58  ke mutabiq istemal karega, to us se poochega nahi? to karne do us ko, tum bhi</w:t>
      </w:r>
      <w:r>
        <w:br/>
      </w:r>
      <w:r>
        <w:rPr>
          <w:sz w:val="20"/>
        </w:rPr>
        <w:t>47:04  aazad ho, tum bhi karo.</w:t>
      </w:r>
      <w:r>
        <w:br/>
      </w:r>
      <w:r>
        <w:rPr>
          <w:sz w:val="20"/>
        </w:rPr>
        <w:t>47:10  wo agar apni aazadi ko istemal kar raha hai, tum bhi apni aazadi ko istemal karo.</w:t>
      </w:r>
      <w:r>
        <w:br/>
      </w:r>
      <w:r>
        <w:rPr>
          <w:sz w:val="20"/>
        </w:rPr>
        <w:t>47:16  yeh hai wisdom jis se trust paida hota hai.</w:t>
      </w:r>
      <w:r>
        <w:br/>
      </w:r>
      <w:r>
        <w:rPr>
          <w:sz w:val="20"/>
        </w:rPr>
        <w:t>47:21  agar aap yeh chahein ke ke koi unwanted baat na ho duniya mein, bas siyasi trust ki baat</w:t>
      </w:r>
      <w:r>
        <w:br/>
      </w:r>
      <w:r>
        <w:rPr>
          <w:sz w:val="20"/>
        </w:rPr>
        <w:t>47:27  ho, to woh kabhi na hoga, na kabhi trust qaim hoga.</w:t>
      </w:r>
      <w:r>
        <w:br/>
      </w:r>
      <w:r>
        <w:rPr>
          <w:sz w:val="20"/>
        </w:rPr>
        <w:t>47:33  ehtemad nahi qaim ho sakta.</w:t>
      </w:r>
      <w:r>
        <w:br/>
      </w:r>
      <w:r>
        <w:rPr>
          <w:sz w:val="20"/>
        </w:rPr>
        <w:t>47:39  yeh shart aitmaad ki nahi hai.</w:t>
      </w:r>
      <w:r>
        <w:br/>
      </w:r>
      <w:r>
        <w:rPr>
          <w:sz w:val="20"/>
        </w:rPr>
        <w:t>47:44  Aitmaad shart hai wisdom.</w:t>
      </w:r>
      <w:r>
        <w:br/>
      </w:r>
      <w:r>
        <w:rPr>
          <w:sz w:val="20"/>
        </w:rPr>
        <w:t>47:50  Logon ko wisdom batai ke logon ko azadi hai creator ki taraf se, to aap apni azadi ko</w:t>
      </w:r>
      <w:r>
        <w:br/>
      </w:r>
      <w:r>
        <w:rPr>
          <w:sz w:val="20"/>
        </w:rPr>
        <w:t>47:56  woh use karein ge.</w:t>
      </w:r>
      <w:r>
        <w:br/>
      </w:r>
      <w:r>
        <w:rPr>
          <w:sz w:val="20"/>
        </w:rPr>
        <w:t>48:02  Let them use that freedom according to their own.</w:t>
      </w:r>
      <w:r>
        <w:br/>
      </w:r>
      <w:r>
        <w:rPr>
          <w:sz w:val="20"/>
        </w:rPr>
        <w:t>48:07  Tab ja kar aitmaad qaim hoga.</w:t>
      </w:r>
      <w:r>
        <w:br/>
      </w:r>
      <w:r>
        <w:rPr>
          <w:sz w:val="20"/>
        </w:rPr>
        <w:t>48:13  Yahi hai wisdom is mamle mein.</w:t>
      </w:r>
      <w:r>
        <w:br/>
      </w:r>
      <w:r>
        <w:rPr>
          <w:sz w:val="20"/>
        </w:rPr>
        <w:t>48:19  Badqismati se log is wisdom ko nahi jante, bas khali kehte hain ke ek doosre par trust karo.</w:t>
      </w:r>
      <w:r>
        <w:br/>
      </w:r>
      <w:r>
        <w:rPr>
          <w:sz w:val="20"/>
        </w:rPr>
        <w:t>48:25  In ko yeh wisdom bataiye ke rajaz ko chodo, tab ja kar ke wisdom qaim hoga, trust qaim hoga.</w:t>
      </w:r>
      <w:r>
        <w:br/>
      </w:r>
      <w:r>
        <w:rPr>
          <w:sz w:val="20"/>
        </w:rPr>
        <w:t>48:30  Maulana, agla sawal Ahmedabad se Kabir Khan sahib ne kiya hai, aur unhone likha hai: Maulana</w:t>
      </w:r>
      <w:r>
        <w:br/>
      </w:r>
      <w:r>
        <w:rPr>
          <w:sz w:val="20"/>
        </w:rPr>
        <w:t>48:36  sahib, I agree with you that Muslims should understand the spirit of age, but it is also a</w:t>
      </w:r>
      <w:r>
        <w:br/>
      </w:r>
      <w:r>
        <w:rPr>
          <w:sz w:val="20"/>
        </w:rPr>
        <w:t>48:42  reality that there are true incidents which show that they have happened against the Muslims, and the perpetrators</w:t>
      </w:r>
      <w:r>
        <w:br/>
      </w:r>
      <w:r>
        <w:rPr>
          <w:sz w:val="20"/>
        </w:rPr>
        <w:t>48:48  have also openly claimed their anti-Islam stand.</w:t>
      </w:r>
      <w:r>
        <w:br/>
      </w:r>
      <w:r>
        <w:rPr>
          <w:sz w:val="20"/>
        </w:rPr>
        <w:t>48:54  Why is it that you don't speak against such atrocities?</w:t>
      </w:r>
    </w:p>
    <w:p>
      <w:pPr>
        <w:pStyle w:val="Heading2"/>
      </w:pPr>
      <w:r>
        <w:t>Misconception of problem as obstacle</w:t>
      </w:r>
    </w:p>
    <w:p>
      <w:r>
        <w:rPr>
          <w:color w:val="666666"/>
          <w:sz w:val="18"/>
        </w:rPr>
        <w:t>How to Deal with Problems December 7, 2008 · 32s · at 16:40 · https://youtu.be/03Wx7Ydxf84?t=1000</w:t>
      </w:r>
    </w:p>
    <w:p>
      <w:r>
        <w:rPr>
          <w:i/>
        </w:rPr>
        <w:t>“General kya hota hai ke log samajhte hain ke problem obstacle hai”</w:t>
      </w:r>
    </w:p>
    <w:p>
      <w:r>
        <w:rPr>
          <w:sz w:val="20"/>
        </w:rPr>
        <w:t>16:40  Generally kya hota hai ki log samajhte hain ki problem is an obstacle. So we have to remove it.</w:t>
      </w:r>
      <w:r>
        <w:br/>
      </w:r>
      <w:r>
        <w:rPr>
          <w:sz w:val="20"/>
        </w:rPr>
        <w:t>16:51  More than ninety-nine percent logon ka khayal yahi hai. They take problem as an obstacle. aur phir us se ladna shuru kar dete hain. us se ladna shuru kar dete hain.</w:t>
      </w:r>
      <w:r>
        <w:br/>
      </w:r>
      <w:r>
        <w:rPr>
          <w:sz w:val="20"/>
        </w:rPr>
        <w:t>17:03  kyun? woh chahte hain ki problem ko khatam karna hai. usko</w:t>
      </w:r>
    </w:p>
    <w:p>
      <w:pPr>
        <w:pStyle w:val="Heading2"/>
      </w:pPr>
      <w:r>
        <w:t>dividing land didn't solve partition's problems</w:t>
      </w:r>
    </w:p>
    <w:p>
      <w:r>
        <w:rPr>
          <w:color w:val="666666"/>
          <w:sz w:val="18"/>
        </w:rPr>
        <w:t>The Art of Thinking January 28, 2024 · 40s · at 36:39 · https://youtu.be/lpUsTrs0ulo?t=2199</w:t>
      </w:r>
    </w:p>
    <w:p>
      <w:r>
        <w:rPr>
          <w:i/>
        </w:rPr>
        <w:t>“They thought dividing the land would end the problems”</w:t>
      </w:r>
    </w:p>
    <w:p>
      <w:r>
        <w:rPr>
          <w:sz w:val="20"/>
        </w:rPr>
        <w:t>36:39  ۔ misal ke tor par yeh jo partition hua, to yahan par kuch masail thay, masail hamesha har jagah hotay hain. to unhon ne samjha ke land ko divide kar liya jaye ga, to sare masail khatam ho jayengay.</w:t>
      </w:r>
      <w:r>
        <w:br/>
      </w:r>
      <w:r>
        <w:rPr>
          <w:sz w:val="20"/>
        </w:rPr>
        <w:t>36:53  is hindu ek taraf ho jayenge, musalman ek taraf ho jayenge. to lekin woh masail aur zyada badh gaye. kyunke is tarike se masail thodi land se thodi masla hal hot</w:t>
      </w:r>
      <w:r>
        <w:br/>
      </w:r>
      <w:r>
        <w:rPr>
          <w:sz w:val="20"/>
        </w:rPr>
        <w:t>37:03  a hai. masla to jab hum individuals ko tayyar karen, unki islaah karen, unke andar yeh mizaj paida karen ke adjustment ka mizaj paida karen, tab masla hal hota hai.</w:t>
      </w:r>
    </w:p>
    <w:p>
      <w:pPr>
        <w:pStyle w:val="Heading2"/>
      </w:pPr>
      <w:r>
        <w:t>Shah Jahan and the poet are gone</w:t>
      </w:r>
    </w:p>
    <w:p>
      <w:r>
        <w:rPr>
          <w:color w:val="666666"/>
          <w:sz w:val="18"/>
        </w:rPr>
        <w:t>Lessons from The History of Kings June 12, 2008 Maulana Wahiduddin Khan · 27s · at 39:17 · https://youtu.be/H7gPHFpkXe0?t=2357</w:t>
      </w:r>
    </w:p>
    <w:p>
      <w:r>
        <w:rPr>
          <w:i/>
        </w:rPr>
        <w:t>“Ab woh shayar zinda hai, na shahjahan zinda hai.”</w:t>
      </w:r>
    </w:p>
    <w:p>
      <w:r>
        <w:rPr>
          <w:sz w:val="20"/>
        </w:rPr>
        <w:t>39:17  ab wah wah wah wah wah wah! wahan hui ke aap sochiye ke aaj na woh shayar zinda hai, na shahjahan zinda hai, na woh darbar kahin hai,</w:t>
      </w:r>
      <w:r>
        <w:br/>
      </w:r>
      <w:r>
        <w:rPr>
          <w:sz w:val="20"/>
        </w:rPr>
        <w:t>39:28  kuch bhi nahin, kuch bhi nahin, kuch bhi nahin. eent pathar ke kuch tukde maujood zaroor hain us ki yaadgar mein, jaise jaise taj mahal kya hai?</w:t>
      </w:r>
      <w:r>
        <w:br/>
      </w:r>
      <w:r>
        <w:rPr>
          <w:sz w:val="20"/>
        </w:rPr>
        <w:t>39:37  taj mahal eent pathar ke tukde hain, is se zyada kuch bhi nahin.</w:t>
      </w:r>
    </w:p>
    <w:p>
      <w:pPr>
        <w:pStyle w:val="Heading2"/>
      </w:pPr>
      <w:r>
        <w:t>See your enemy as your potential friend</w:t>
      </w:r>
    </w:p>
    <w:p>
      <w:r>
        <w:rPr>
          <w:color w:val="666666"/>
          <w:sz w:val="18"/>
        </w:rPr>
        <w:t>Collective Repentance 24th February 2013 · 26s · at 41:59 · https://youtu.be/TNw6muKhfpU?t=2519</w:t>
      </w:r>
    </w:p>
    <w:p>
      <w:r>
        <w:rPr>
          <w:i/>
        </w:rPr>
        <w:t>“Ek badi revolutionary baat hai, bohot hi inqalabi baat hai”</w:t>
      </w:r>
    </w:p>
    <w:p>
      <w:r>
        <w:rPr>
          <w:sz w:val="20"/>
        </w:rPr>
        <w:t>41:59  ek bari revolutionary baat hai, bohat hi inqilabi baat hai</w:t>
      </w:r>
      <w:r>
        <w:br/>
      </w:r>
      <w:r>
        <w:rPr>
          <w:sz w:val="20"/>
        </w:rPr>
        <w:t>42:04  ke musalman ko yeh soch di gayi ke tum apne enemy ko bhi potential friend maano. apna kya ajeeb baat hai yeh!</w:t>
      </w:r>
      <w:r>
        <w:br/>
      </w:r>
      <w:r>
        <w:rPr>
          <w:sz w:val="20"/>
        </w:rPr>
        <w:t>42:14  tum apne enemy ko bhi apne potential friend ke roop mein dekho. your enemy is your potential friend.</w:t>
      </w:r>
    </w:p>
    <w:p>
      <w:pPr>
        <w:pStyle w:val="Heading2"/>
      </w:pPr>
      <w:r>
        <w:t>Human is a dual being body and soul</w:t>
      </w:r>
    </w:p>
    <w:p>
      <w:r>
        <w:rPr>
          <w:color w:val="666666"/>
          <w:sz w:val="18"/>
        </w:rPr>
        <w:t>Materialism and Intellectual Dwarfism April 29, 2012 Maulana Wahiduddin Khan · 35s · at 2:55 · https://youtu.be/tEtieTuJvUE?t=175</w:t>
      </w:r>
    </w:p>
    <w:p>
      <w:r>
        <w:rPr>
          <w:i/>
        </w:rPr>
        <w:t>“Insaan do ek dual being hai”</w:t>
      </w:r>
    </w:p>
    <w:p>
      <w:r>
        <w:rPr>
          <w:sz w:val="20"/>
        </w:rPr>
        <w:t>2:55  do ek dol bang hai, insan. hamara ek body hai, hamara ek soul hai. to dono ke taqazay alag alag hain.</w:t>
      </w:r>
      <w:r>
        <w:br/>
      </w:r>
      <w:r>
        <w:rPr>
          <w:sz w:val="20"/>
        </w:rPr>
        <w:t>3:09  body ki tarraqi yeh hai ke is ko</w:t>
      </w:r>
      <w:r>
        <w:br/>
      </w:r>
      <w:r>
        <w:rPr>
          <w:sz w:val="20"/>
        </w:rPr>
        <w:t>3:15  maadi cheezain milti rahain, khana peena milta rah. lekin jo soul hai, is ki tarraqi yeh hai is par ke aap ke andar intellectual development hota rah.</w:t>
      </w:r>
    </w:p>
    <w:p>
      <w:pPr>
        <w:pStyle w:val="Heading2"/>
      </w:pPr>
      <w:r>
        <w:t>Freedom of option not result</w:t>
      </w:r>
    </w:p>
    <w:p>
      <w:r>
        <w:rPr>
          <w:color w:val="666666"/>
          <w:sz w:val="18"/>
        </w:rPr>
        <w:t>Art of Life Management (English) April 13, 2007 Maulana Wahiduddin Khan · 35s · at 1:51 · https://youtu.be/XBfCGmKsAig?t=111</w:t>
      </w:r>
    </w:p>
    <w:p>
      <w:r>
        <w:rPr>
          <w:i/>
        </w:rPr>
        <w:t>“You are free to opt any one of the options”</w:t>
      </w:r>
    </w:p>
    <w:p>
      <w:r>
        <w:rPr>
          <w:sz w:val="20"/>
        </w:rPr>
        <w:t>1:51  you are free to opt any one of the options. but here is a crucial point</w:t>
      </w:r>
      <w:r>
        <w:br/>
      </w:r>
      <w:r>
        <w:rPr>
          <w:sz w:val="20"/>
        </w:rPr>
        <w:t>2:04  : you hew freedom of option, but not freedom of result. you can not save your self from negative results.</w:t>
      </w:r>
      <w:r>
        <w:br/>
      </w:r>
      <w:r>
        <w:rPr>
          <w:sz w:val="20"/>
        </w:rPr>
        <w:t>2:20  it is impossible for you. man has freedom</w:t>
      </w:r>
    </w:p>
    <w:p>
      <w:pPr>
        <w:pStyle w:val="Heading2"/>
      </w:pPr>
      <w:r>
        <w:t>Stress is intellectual, not a physical injury</w:t>
      </w:r>
    </w:p>
    <w:p>
      <w:r>
        <w:rPr>
          <w:color w:val="666666"/>
          <w:sz w:val="18"/>
        </w:rPr>
        <w:t>The Problem of Misunderstanding January 1, 2008 · 28s · at 10:33 · https://youtu.be/CTmUoJ714fg?t=633</w:t>
      </w:r>
    </w:p>
    <w:p>
      <w:r>
        <w:rPr>
          <w:i/>
        </w:rPr>
        <w:t>“Stress is not a physical phenomena, not physical injury”</w:t>
      </w:r>
    </w:p>
    <w:p>
      <w:r>
        <w:rPr>
          <w:sz w:val="20"/>
        </w:rPr>
        <w:t>10:33  stress is not a physical phenomena. is not physical injury. stress is not like, like physical injury.</w:t>
      </w:r>
      <w:r>
        <w:br/>
      </w:r>
      <w:r>
        <w:rPr>
          <w:sz w:val="20"/>
        </w:rPr>
        <w:t>10:43  no</w:t>
      </w:r>
      <w:r>
        <w:br/>
      </w:r>
      <w:r>
        <w:rPr>
          <w:sz w:val="20"/>
        </w:rPr>
        <w:t>10:44  , it is intellectual phenomena. so any thing that is intellectual nature or psychological nature, can be, can be removed in intellectual level.</w:t>
      </w:r>
    </w:p>
    <w:p>
      <w:pPr>
        <w:pStyle w:val="Heading2"/>
      </w:pPr>
      <w:r>
        <w:t>Price of desire, avoid distraction</w:t>
      </w:r>
    </w:p>
    <w:p>
      <w:r>
        <w:rPr>
          <w:color w:val="666666"/>
          <w:sz w:val="18"/>
        </w:rPr>
        <w:t>Q&amp;A 29 Mar 2009 Maulana Wahiduddin Khan · 30s · at 0:45 · https://youtu.be/pr358S6nndo?t=45</w:t>
      </w:r>
    </w:p>
    <w:p>
      <w:r>
        <w:rPr>
          <w:i/>
        </w:rPr>
        <w:t>“इसकी तमन्ना मत कीजिए, जो है उसी को चलने दीजिए”</w:t>
      </w:r>
    </w:p>
    <w:p>
      <w:r>
        <w:rPr>
          <w:sz w:val="20"/>
        </w:rPr>
        <w:t>0:45  iski tamanna mat kijiye, jo hai usi ko chalne dijiye. Aur agar aap tamanna karte hain to uski price dijiye. Maine bar bar kaha hai ki dekhiye, sabse bada jo reason hai</w:t>
      </w:r>
      <w:r>
        <w:br/>
      </w:r>
      <w:r>
        <w:rPr>
          <w:sz w:val="20"/>
        </w:rPr>
        <w:t>1:01  wah hai distraction. Sare log distraction mein jeete hain. Kisi ko uski family distract kar rahi hai, kisi ko shopping mein distract ho raha hai,</w:t>
      </w:r>
    </w:p>
    <w:p>
      <w:pPr>
        <w:pStyle w:val="Heading2"/>
      </w:pPr>
      <w:r>
        <w:t>No break in Islamic history</w:t>
      </w:r>
    </w:p>
    <w:p>
      <w:r>
        <w:rPr>
          <w:color w:val="666666"/>
          <w:sz w:val="18"/>
        </w:rPr>
        <w:t>Islam:  A Historical Religion | July 23, 2008 · 30s · at 50:53 · https://youtu.be/2EmX8Ubz6G8?t=3053</w:t>
      </w:r>
    </w:p>
    <w:p>
      <w:r>
        <w:rPr>
          <w:i/>
        </w:rPr>
        <w:t>“No break in history for Prophet of Islam.”</w:t>
      </w:r>
    </w:p>
    <w:p>
      <w:r>
        <w:rPr>
          <w:sz w:val="20"/>
        </w:rPr>
        <w:t>50:53  kisi bhi prophet ki life ko parhiye aap to wahan par bar bar break in history ka dekhen</w:t>
      </w:r>
      <w:r>
        <w:br/>
      </w:r>
      <w:r>
        <w:rPr>
          <w:sz w:val="20"/>
        </w:rPr>
        <w:t>50:58  ge aap mamla.</w:t>
      </w:r>
      <w:r>
        <w:br/>
      </w:r>
      <w:r>
        <w:rPr>
          <w:sz w:val="20"/>
        </w:rPr>
        <w:t>51:03  lekin prophet of islam ke haan break in history hai nahi.</w:t>
      </w:r>
      <w:r>
        <w:br/>
      </w:r>
      <w:r>
        <w:rPr>
          <w:sz w:val="20"/>
        </w:rPr>
        <w:t>51:08  continuity hai, continuity hai, continuity hai.</w:t>
      </w:r>
      <w:r>
        <w:br/>
      </w:r>
      <w:r>
        <w:rPr>
          <w:sz w:val="20"/>
        </w:rPr>
        <w:t>51:13  aur yeh chaudah sau saal se chali ja rahi hai.</w:t>
      </w:r>
      <w:r>
        <w:br/>
      </w:r>
      <w:r>
        <w:rPr>
          <w:sz w:val="20"/>
        </w:rPr>
        <w:t>51:18  yani Muhammad sallallahu alaihi wasallam ki zindagi mein kafi log paida ho chuke thay jo aap ke mission</w:t>
      </w:r>
    </w:p>
    <w:p>
      <w:pPr>
        <w:pStyle w:val="Heading2"/>
      </w:pPr>
      <w:r>
        <w:t>Tauba's true meaning is nadamat, regret, repentance</w:t>
      </w:r>
    </w:p>
    <w:p>
      <w:r>
        <w:rPr>
          <w:color w:val="666666"/>
          <w:sz w:val="18"/>
        </w:rPr>
        <w:t>Collective Repentance 24th February 2013 · 25s · at 2:14 · https://youtu.be/TNw6muKhfpU?t=134</w:t>
      </w:r>
    </w:p>
    <w:p>
      <w:r>
        <w:rPr>
          <w:i/>
        </w:rPr>
        <w:t>“Hadith mein aata hai ke 'al-tawbatu an-nadam'”</w:t>
      </w:r>
    </w:p>
    <w:p>
      <w:r>
        <w:rPr>
          <w:sz w:val="20"/>
        </w:rPr>
        <w:t>2:14  aik hai nadamat. Hadees mein aata hai ke "At taubatu nadam". tauba nadamat ka naam hai.</w:t>
      </w:r>
      <w:r>
        <w:br/>
      </w:r>
      <w:r>
        <w:rPr>
          <w:sz w:val="20"/>
        </w:rPr>
        <w:t>2:26  nadamat ka matlab hai repentance. to tauba ki asal jo hai wohi hai: nadamat ya sharmindagi, repentance, yeh asal hai iski.</w:t>
      </w:r>
    </w:p>
    <w:p>
      <w:pPr>
        <w:pStyle w:val="Heading2"/>
      </w:pPr>
      <w:r>
        <w:t>Propaganda as publicity in Quran</w:t>
      </w:r>
    </w:p>
    <w:p>
      <w:r>
        <w:rPr>
          <w:color w:val="666666"/>
          <w:sz w:val="18"/>
        </w:rPr>
        <w:t>Challenge Activates Potential March 7, 2009 Maulana Wahiduddin Khan · 23s · at 7:39 · https://youtu.be/fINKWi2aYzo?t=459</w:t>
      </w:r>
    </w:p>
    <w:p>
      <w:r>
        <w:rPr>
          <w:i/>
        </w:rPr>
        <w:t>“Propaganda is a negative word, but publicity is a positive word.”</w:t>
      </w:r>
    </w:p>
    <w:p>
      <w:r>
        <w:rPr>
          <w:sz w:val="20"/>
        </w:rPr>
        <w:t>7:39  Propaganda is a negative word, per publicity is a positive word. And this concept I borrow from the Quran.</w:t>
      </w:r>
      <w:r>
        <w:br/>
      </w:r>
      <w:r>
        <w:rPr>
          <w:sz w:val="20"/>
        </w:rPr>
        <w:t>7:50  you know, when the prophet was in makkah, so people turn hostile, and they war engage in defaming the prophet of islam.</w:t>
      </w:r>
      <w:r>
        <w:br/>
      </w:r>
      <w:r>
        <w:rPr>
          <w:sz w:val="20"/>
        </w:rPr>
        <w:t>8:03  so many things</w:t>
      </w:r>
    </w:p>
    <w:p>
      <w:pPr>
        <w:pStyle w:val="Heading2"/>
      </w:pPr>
      <w:r>
        <w:t>Two options: endanger society or deter with punishment</w:t>
      </w:r>
    </w:p>
    <w:p>
      <w:r>
        <w:rPr>
          <w:color w:val="666666"/>
          <w:sz w:val="18"/>
        </w:rPr>
        <w:t>The Concept of Doomsday in islam May 16, 2009 · 28s · at 29:46 · https://youtu.be/yPjFg8vwSLw?t=1786</w:t>
      </w:r>
    </w:p>
    <w:p>
      <w:r>
        <w:rPr>
          <w:i/>
        </w:rPr>
        <w:t>“Here we have two options.”</w:t>
      </w:r>
    </w:p>
    <w:p>
      <w:r>
        <w:rPr>
          <w:sz w:val="20"/>
        </w:rPr>
        <w:t>29:46  But when you see that he is not accepting your advice and he becomes a permanent danger for the society, to save the society, we will punish that person.</w:t>
      </w:r>
      <w:r>
        <w:br/>
      </w:r>
      <w:r>
        <w:rPr>
          <w:sz w:val="20"/>
        </w:rPr>
        <w:t>29:59  Here we have two options.</w:t>
      </w:r>
      <w:r>
        <w:br/>
      </w:r>
      <w:r>
        <w:rPr>
          <w:sz w:val="20"/>
        </w:rPr>
        <w:t>30:02  Either we leave society in a permanent danger or we have to give a deterrent punishment for that person.</w:t>
      </w:r>
    </w:p>
    <w:p>
      <w:pPr>
        <w:pStyle w:val="Heading2"/>
      </w:pPr>
      <w:r>
        <w:t>Worst place is markets, best is mosques</w:t>
      </w:r>
    </w:p>
    <w:p>
      <w:r>
        <w:rPr>
          <w:color w:val="666666"/>
          <w:sz w:val="18"/>
        </w:rPr>
        <w:t>Age of Consumerism January 6, 2013 · 23s · at 12:19 · https://youtu.be/zJRZ1OKUhgA?t=739</w:t>
      </w:r>
    </w:p>
    <w:p>
      <w:r>
        <w:rPr>
          <w:i/>
        </w:rPr>
        <w:t>“The worst place on earth is its markets.”</w:t>
      </w:r>
    </w:p>
    <w:p>
      <w:r>
        <w:rPr>
          <w:sz w:val="20"/>
        </w:rPr>
        <w:t>12:19  ke zameen ka sab se bura spot jo hai woh is ke bazaar hain. Zameen ka sab se acha spot jo hai woh is ke masjidain hain.</w:t>
      </w:r>
      <w:r>
        <w:br/>
      </w:r>
      <w:r>
        <w:rPr>
          <w:sz w:val="20"/>
        </w:rPr>
        <w:t>12:33  to us waqt jab ke yeh hadith bayan ki thi aap ne, us waqt koi samajh nahi pata tha ke kya matlab hai is ka.</w:t>
      </w:r>
    </w:p>
    <w:p>
      <w:pPr>
        <w:pStyle w:val="Heading2"/>
      </w:pPr>
      <w:r>
        <w:t>World is a selection ground</w:t>
      </w:r>
    </w:p>
    <w:p>
      <w:r>
        <w:rPr>
          <w:color w:val="666666"/>
          <w:sz w:val="18"/>
        </w:rPr>
        <w:t>An Introduction to Islam | March 11, 2012 | Maulana Wahiduddin Khan · 30s · at 11:42 · https://youtu.be/hu9tFuD55SI?t=702</w:t>
      </w:r>
    </w:p>
    <w:p>
      <w:r>
        <w:rPr>
          <w:i/>
        </w:rPr>
        <w:t>“Is se maloom hua ke”</w:t>
      </w:r>
    </w:p>
    <w:p>
      <w:r>
        <w:rPr>
          <w:sz w:val="20"/>
        </w:rPr>
        <w:t>11:42  is se maloom hua ke yeh jo duniya hai, yeh jo planet earth hai, jahan insan basaya gaya hai, yeh hai selection ground. selection ground, yaani intikhabi maidan. yahan log chune ja rahe hain. ek ek individual ka chunao ho raha hai. yeh chunao individual, individual wise hota hai, group</w:t>
      </w:r>
    </w:p>
    <w:p>
      <w:pPr>
        <w:pStyle w:val="Heading2"/>
      </w:pPr>
      <w:r>
        <w:t>Challenge leads to progress</w:t>
      </w:r>
    </w:p>
    <w:p>
      <w:r>
        <w:rPr>
          <w:color w:val="666666"/>
          <w:sz w:val="18"/>
        </w:rPr>
        <w:t>Take it as a Challenge I April 29, 2007 - Maulana Wahiduddin Khan · 31s · at 27:41 · https://youtu.be/lYAJhDGliwQ?t=1661</w:t>
      </w:r>
    </w:p>
    <w:p>
      <w:r>
        <w:rPr>
          <w:i/>
        </w:rPr>
        <w:t>“It is challenge that leads to progress.”</w:t>
      </w:r>
    </w:p>
    <w:p>
      <w:r>
        <w:rPr>
          <w:sz w:val="20"/>
        </w:rPr>
        <w:t>27:41  it is challenge that leads to pro, it is challenge that leads to progress.</w:t>
      </w:r>
      <w:r>
        <w:br/>
      </w:r>
      <w:r>
        <w:rPr>
          <w:sz w:val="20"/>
        </w:rPr>
        <w:t>27:46  without challenge, that is no progress.</w:t>
      </w:r>
      <w:r>
        <w:br/>
      </w:r>
      <w:r>
        <w:rPr>
          <w:sz w:val="20"/>
        </w:rPr>
        <w:t>27:52  it is challenge and competition that lead to to to to progress. isko achhe se samajh lijiye ke challenge, competition,</w:t>
      </w:r>
      <w:r>
        <w:br/>
      </w:r>
      <w:r>
        <w:rPr>
          <w:sz w:val="20"/>
        </w:rPr>
        <w:t>28:07  problem yeh sab kya hai? yeh blessing in disguise hai.</w:t>
      </w:r>
    </w:p>
    <w:p>
      <w:pPr>
        <w:pStyle w:val="Heading2"/>
      </w:pPr>
      <w:r>
        <w:t>Wrong choice example with Britannica</w:t>
      </w:r>
    </w:p>
    <w:p>
      <w:r>
        <w:rPr>
          <w:color w:val="666666"/>
          <w:sz w:val="18"/>
        </w:rPr>
        <w:t>How to Remove Tension February 11, 2007 Maulana Wahiduddin Khan · 23s · at 8:04 · https://youtu.be/_PB2YOm8cV8?t=484</w:t>
      </w:r>
    </w:p>
    <w:p>
      <w:r>
        <w:rPr>
          <w:i/>
        </w:rPr>
        <w:t>“Jo cheez dastiyab hai internet par”</w:t>
      </w:r>
    </w:p>
    <w:p>
      <w:r>
        <w:rPr>
          <w:sz w:val="20"/>
        </w:rPr>
        <w:t>8:04  . jo cheez dastiyab hai internet par, woh aap dhoondhne lage hain Britannica mein. to maloom hoga yeh to musibat hai.</w:t>
      </w:r>
      <w:r>
        <w:br/>
      </w:r>
      <w:r>
        <w:rPr>
          <w:sz w:val="20"/>
        </w:rPr>
        <w:t>8:14  to ek formula aap samajh lijiye ke tension is sirf another name for taking a wrong choice.</w:t>
      </w:r>
    </w:p>
    <w:p>
      <w:pPr>
        <w:pStyle w:val="Heading2"/>
      </w:pPr>
      <w:r>
        <w:t>Difference is a blessing</w:t>
      </w:r>
    </w:p>
    <w:p>
      <w:r>
        <w:rPr>
          <w:color w:val="666666"/>
          <w:sz w:val="18"/>
        </w:rPr>
        <w:t>On World Religion Diversity not Dissension I March 9, 2013 · 21s · at 1:42:28 · https://youtu.be/TyMv28ALMHk?t=6148</w:t>
      </w:r>
    </w:p>
    <w:p>
      <w:r>
        <w:rPr>
          <w:i/>
        </w:rPr>
        <w:t>“Difference is a blessing”</w:t>
      </w:r>
    </w:p>
    <w:p>
      <w:r>
        <w:rPr>
          <w:sz w:val="20"/>
        </w:rPr>
        <w:t>1:42:28  Difference is a blessing. Why? Because difference creates challenge. Challenge leads to discussion, and discussion results into development, intellectual development.</w:t>
      </w:r>
      <w:r>
        <w:br/>
      </w:r>
      <w:r>
        <w:rPr>
          <w:sz w:val="20"/>
        </w:rPr>
        <w:t>1:42:49  This is the formula of life.</w:t>
      </w:r>
    </w:p>
    <w:p>
      <w:pPr>
        <w:pStyle w:val="Heading2"/>
      </w:pPr>
      <w:r>
        <w:t>No one hates us — we just miss the market standard</w:t>
      </w:r>
    </w:p>
    <w:p>
      <w:r>
        <w:rPr>
          <w:color w:val="666666"/>
          <w:sz w:val="18"/>
        </w:rPr>
        <w:t>Realistic Approach 30 March, 2014 · 58s · at 11:18 · https://youtu.be/HIFxmWWiEG4?t=678</w:t>
      </w:r>
    </w:p>
    <w:p>
      <w:r>
        <w:rPr>
          <w:i/>
        </w:rPr>
        <w:t>“No one in the world is against us, no one is our enemy.”</w:t>
      </w:r>
    </w:p>
    <w:p>
      <w:r>
        <w:rPr>
          <w:sz w:val="20"/>
        </w:rPr>
        <w:t>11:18  to jis cheez ko woh kehte thay ta'assub, woh woh yaani woh kya tha? fals fit mein jeena tha.</w:t>
      </w:r>
      <w:r>
        <w:br/>
      </w:r>
      <w:r>
        <w:rPr>
          <w:sz w:val="20"/>
        </w:rPr>
        <w:t>11:27  fals fit mein jeena.</w:t>
      </w:r>
      <w:r>
        <w:br/>
      </w:r>
      <w:r>
        <w:rPr>
          <w:sz w:val="20"/>
        </w:rPr>
        <w:t>11:30  koi dunya mutasir nahin hai. koi hamara dushman nahin hai. koi kis ko fursat nahin kaha hua? kharab sazish kare. cheez yeh hai ke hum is ka jo standerd hai, is standerd par apnay aap ko pesh karen.</w:t>
      </w:r>
      <w:r>
        <w:br/>
      </w:r>
      <w:r>
        <w:rPr>
          <w:sz w:val="20"/>
        </w:rPr>
        <w:t>11:46  jaise aik glass hai. market mein jis standerd ka glass ki jo requirement hai, us ke mutabiq glass banayenge to log daur ke khareeden ge.</w:t>
      </w:r>
      <w:r>
        <w:br/>
      </w:r>
      <w:r>
        <w:rPr>
          <w:sz w:val="20"/>
        </w:rPr>
        <w:t>11:57  is ko koi nahin khareeden ge. koi nahin khareeden ge. lekin agar aap ka glass market ki requirement ke mutabiq nahin hai to koi nahin khareede ga.</w:t>
      </w:r>
      <w:r>
        <w:br/>
      </w:r>
      <w:r>
        <w:rPr>
          <w:sz w:val="20"/>
        </w:rPr>
        <w:t>12:06  free bhi nahin khole ga woh. to 30 saal maine bataya yeh jawane ke liye ke national press ki requirement kya hai.</w:t>
      </w:r>
    </w:p>
    <w:p>
      <w:pPr>
        <w:pStyle w:val="Heading2"/>
      </w:pPr>
      <w:r>
        <w:t>Disrespectful formula becomes respectful in God's view</w:t>
      </w:r>
    </w:p>
    <w:p>
      <w:r>
        <w:rPr>
          <w:color w:val="666666"/>
          <w:sz w:val="18"/>
        </w:rPr>
        <w:t>Respectful Settlement August 19, 2007 · 24s · at 34:50 · https://youtu.be/y9rTlBkoP6I?t=2090</w:t>
      </w:r>
    </w:p>
    <w:p>
      <w:r>
        <w:rPr>
          <w:i/>
        </w:rPr>
        <w:t>“Aap sochiye ke insaan ki aql samajh rahi thi”</w:t>
      </w:r>
    </w:p>
    <w:p>
      <w:r>
        <w:rPr>
          <w:sz w:val="20"/>
        </w:rPr>
        <w:t>34:50  aap sochiye ke insaan ki aql samajh rahi thi ke yeh aik humiliating agreement hai. Humiliating agreement. Aur khuda keh raha hai nahi yeh to clear victory hai.</w:t>
      </w:r>
      <w:r>
        <w:br/>
      </w:r>
      <w:r>
        <w:rPr>
          <w:sz w:val="20"/>
        </w:rPr>
        <w:t>35:04  is mein kiya baat nikli? Jis cheez ko insaan kehta hai disrespectful formula khuda ke nazdeek wahi hota hai respectful formula.</w:t>
      </w:r>
    </w:p>
    <w:p>
      <w:pPr>
        <w:pStyle w:val="Heading2"/>
      </w:pPr>
      <w:r>
        <w:t>Newton's law applies to matter not humans</w:t>
      </w:r>
    </w:p>
    <w:p>
      <w:r>
        <w:rPr>
          <w:color w:val="666666"/>
          <w:sz w:val="18"/>
        </w:rPr>
        <w:t>Collective Repentance I Feb 24, 2013 Maulana Wahiduddin Khan · 1m 11s · at 1:22:10 · https://youtu.be/lkkolxAL38c?t=4930</w:t>
      </w:r>
    </w:p>
    <w:p>
      <w:r>
        <w:rPr>
          <w:i/>
        </w:rPr>
        <w:t>“Yeh bahut badi firasi hai is sawaal mein”</w:t>
      </w:r>
    </w:p>
    <w:p>
      <w:r>
        <w:rPr>
          <w:sz w:val="20"/>
        </w:rPr>
        <w:t>1:22:10  By all means, I am in favor of engaging with normal citizens of the Western country for dawah work." Dekhen, yeh bohat bari fallacy hai is question mein.</w:t>
      </w:r>
      <w:r>
        <w:br/>
      </w:r>
      <w:r>
        <w:rPr>
          <w:sz w:val="20"/>
        </w:rPr>
        <w:t>1:22:23  Fallacy yeh hai ke Newton ka jo law hai, woh matter ke liye hai, insaan ke liye nahi hai.</w:t>
      </w:r>
      <w:r>
        <w:br/>
      </w:r>
      <w:r>
        <w:rPr>
          <w:sz w:val="20"/>
        </w:rPr>
        <w:t>1:22:28  Kaisa ajeeb sawal kar raha hoon!</w:t>
      </w:r>
      <w:r>
        <w:br/>
      </w:r>
      <w:r>
        <w:rPr>
          <w:sz w:val="20"/>
        </w:rPr>
        <w:t>1:22:32  Agar aap educated aadmi hain to kaisi education aati hogi? Kya aap jante hain ke ke Newton ka law matter ke liye hai, insaan ke liye nahi hai? Newton ka subject psychology nahi tha.</w:t>
      </w:r>
      <w:r>
        <w:br/>
      </w:r>
      <w:r>
        <w:rPr>
          <w:sz w:val="20"/>
        </w:rPr>
        <w:t>1:22:46  yeh yeh meter mein aisa hota hai. Is qism ki</w:t>
      </w:r>
      <w:r>
        <w:br/>
      </w:r>
      <w:r>
        <w:rPr>
          <w:sz w:val="20"/>
        </w:rPr>
        <w:t>1:22:50  baat insaan to azaad makhlooq hai, is ko soch soch kar ke apne zehn banata hai. Woh negativity ko positivity convert kar sakta hai.</w:t>
      </w:r>
      <w:r>
        <w:br/>
      </w:r>
      <w:r>
        <w:rPr>
          <w:sz w:val="20"/>
        </w:rPr>
        <w:t>1:23:00  Hum to roz karte hain. Aap Newton ka law ka insaan ko apply karna chahte hain? Kaise ajeeb kaam kar rahe hain aap?</w:t>
      </w:r>
      <w:r>
        <w:br/>
      </w:r>
      <w:r>
        <w:rPr>
          <w:sz w:val="20"/>
        </w:rPr>
        <w:t>1:23:10  Yaani har amal ka radd-e-amal hota hai. Yeh meter, yeh meter ki duniya mein yeh yeh law chalta hai, insaan ki duniya mein nahi. Insaan ki duniya mein nahi chalta hai.</w:t>
      </w:r>
    </w:p>
    <w:p>
      <w:pPr>
        <w:pStyle w:val="Heading2"/>
      </w:pPr>
      <w:r>
        <w:t>Persian couplet on avoiding future regret</w:t>
      </w:r>
    </w:p>
    <w:p>
      <w:r>
        <w:rPr>
          <w:color w:val="666666"/>
          <w:sz w:val="18"/>
        </w:rPr>
        <w:t>Principle of Avoidance in Islam December 12, 2010 · 23s · at 39:40 · https://youtu.be/W5DQnHPN1y4?t=2380</w:t>
      </w:r>
    </w:p>
    <w:p>
      <w:r>
        <w:rPr>
          <w:i/>
        </w:rPr>
        <w:t>“چرا کار کند عاقل کے بعد آیت پشیمانی”</w:t>
      </w:r>
    </w:p>
    <w:p>
      <w:r>
        <w:rPr>
          <w:sz w:val="20"/>
        </w:rPr>
        <w:t>39:40  jo chalne wali baat hai. Farsi ka aik sher hai ke chira kar kunad aaqil ke baad aayat paishmani. Chira kar kunad aaqil ke baad aayat paishmani.</w:t>
      </w:r>
      <w:r>
        <w:br/>
      </w:r>
      <w:r>
        <w:rPr>
          <w:sz w:val="20"/>
        </w:rPr>
        <w:t>39:56  yani aadmi woh kaam kyun kare jis ke aakhir mein sharmindagi aanay wali hai?</w:t>
      </w:r>
    </w:p>
    <w:p>
      <w:pPr>
        <w:pStyle w:val="Heading2"/>
      </w:pPr>
      <w:r>
        <w:t>Hadith: an atom of arrogance bars paradise</w:t>
      </w:r>
    </w:p>
    <w:p>
      <w:r>
        <w:rPr>
          <w:color w:val="666666"/>
          <w:sz w:val="18"/>
        </w:rPr>
        <w:t>The Importance of Thinking November 10, 2013 Maulana Wahiduddin Khan · 23s · at 24:07 · https://youtu.be/dM9yTT9UlCs?t=1447</w:t>
      </w:r>
    </w:p>
    <w:p>
      <w:r>
        <w:rPr>
          <w:i/>
        </w:rPr>
        <w:t>“No one with an atom's weight of arrogance enters paradise”</w:t>
      </w:r>
    </w:p>
    <w:p>
      <w:r>
        <w:rPr>
          <w:sz w:val="20"/>
        </w:rPr>
        <w:t>24:07  ke jannat mein woh shakhs nahin jayega jis ke andar rai ke dane ke barabar bhi kibr ho, arrogance ho.</w:t>
      </w:r>
      <w:r>
        <w:br/>
      </w:r>
      <w:r>
        <w:rPr>
          <w:sz w:val="20"/>
        </w:rPr>
        <w:t>24:18  man kaan</w:t>
      </w:r>
      <w:r>
        <w:br/>
      </w:r>
      <w:r>
        <w:rPr>
          <w:sz w:val="20"/>
        </w:rPr>
        <w:t>24:21  feeh habbat khardr man kibr. yeh hadees sab log jante hain,</w:t>
      </w:r>
    </w:p>
    <w:p>
      <w:pPr>
        <w:pStyle w:val="Heading2"/>
      </w:pPr>
      <w:r>
        <w:t>Everyone fights on the wrong battleground</w:t>
      </w:r>
    </w:p>
    <w:p>
      <w:r>
        <w:rPr>
          <w:color w:val="666666"/>
          <w:sz w:val="18"/>
        </w:rPr>
        <w:t>Choice Between Right and Wrong Battlefield January 26, 2007 · 31s · at 5:12 · https://youtu.be/Z8IW_EeyzAs?t=312</w:t>
      </w:r>
    </w:p>
    <w:p>
      <w:r>
        <w:rPr>
          <w:i/>
        </w:rPr>
        <w:t>“Is ko parh kar ke mujhe yeh khayal hua”</w:t>
      </w:r>
    </w:p>
    <w:p>
      <w:r>
        <w:rPr>
          <w:sz w:val="20"/>
        </w:rPr>
        <w:t>5:12  is ko parh kar ke mujhe yeh khayal hua ke yeh sirf america ki baat nahi hai, har individual ki, har nation ki, har state ki baat hai.</w:t>
      </w:r>
      <w:r>
        <w:br/>
      </w:r>
      <w:r>
        <w:rPr>
          <w:sz w:val="20"/>
        </w:rPr>
        <w:t>5:28  is zamane mein sabhi log yeh kar rahe hain ke woh</w:t>
      </w:r>
      <w:r>
        <w:br/>
      </w:r>
      <w:r>
        <w:rPr>
          <w:sz w:val="20"/>
        </w:rPr>
        <w:t>5:36  wrong battle ground par apni ladaai lad rahe hain.</w:t>
      </w:r>
    </w:p>
    <w:p>
      <w:pPr>
        <w:pStyle w:val="Heading2"/>
      </w:pPr>
      <w:r>
        <w:t>Joke: I don't want power, just headaches</w:t>
      </w:r>
    </w:p>
    <w:p>
      <w:r>
        <w:rPr>
          <w:color w:val="666666"/>
          <w:sz w:val="18"/>
        </w:rPr>
        <w:t>Between Possible and Impossible December 9, 2012 · 25s · at 37:48 · https://youtu.be/Q0tC7obKbT8?t=2268</w:t>
      </w:r>
    </w:p>
    <w:p>
      <w:r>
        <w:rPr>
          <w:i/>
        </w:rPr>
        <w:t>“مجھے نہیں چاہیے پرائم منسٹر صرف”</w:t>
      </w:r>
    </w:p>
    <w:p>
      <w:r>
        <w:rPr>
          <w:sz w:val="20"/>
        </w:rPr>
        <w:t>37:48  hi limited. main toh kehta hoon isko headache samajhta hoon. mujhe koi prime minister banana chahe toh main main kis se banoonga prime minister?</w:t>
      </w:r>
      <w:r>
        <w:br/>
      </w:r>
      <w:r>
        <w:rPr>
          <w:sz w:val="20"/>
        </w:rPr>
        <w:t>37:57  headache lene ke liye? sir sir dard ke liye? mujhe nahi chahiye prime minister sirf. woh jis ko suit karti hai le.</w:t>
      </w:r>
      <w:r>
        <w:br/>
      </w:r>
      <w:r>
        <w:rPr>
          <w:sz w:val="20"/>
        </w:rPr>
        <w:t>38:07  humein toh kaam karna hai jo door jo open field hai us mein.</w:t>
      </w:r>
    </w:p>
    <w:p>
      <w:pPr>
        <w:pStyle w:val="Heading2"/>
      </w:pPr>
      <w:r>
        <w:t>Negative thinking leads to hypocrisy</w:t>
      </w:r>
    </w:p>
    <w:p>
      <w:r>
        <w:rPr>
          <w:color w:val="666666"/>
          <w:sz w:val="18"/>
        </w:rPr>
        <w:t>Collective Repentance I Feb 24, 2013 Maulana Wahiduddin Khan · 47s · at 1:25:51 · https://youtu.be/lkkolxAL38c?t=5151</w:t>
      </w:r>
    </w:p>
    <w:p>
      <w:r>
        <w:rPr>
          <w:i/>
        </w:rPr>
        <w:t>“Yeh thinking janti hai, munafiqat tak pahunchati hai”</w:t>
      </w:r>
    </w:p>
    <w:p>
      <w:r>
        <w:rPr>
          <w:sz w:val="20"/>
        </w:rPr>
        <w:t>1:25:51  This kind of thinking need to munafiqat aur saare musalman munafiq banenge ke jis West ki burai karte hain,</w:t>
      </w:r>
      <w:r>
        <w:br/>
      </w:r>
      <w:r>
        <w:rPr>
          <w:sz w:val="20"/>
        </w:rPr>
        <w:t>1:26:00  usi West ko se saare faide uthate hain. Aap maloom ho ke fuqaha ka maslak kya hai? Bohat khatarnak hai yeh masla musalmanon ka.</w:t>
      </w:r>
      <w:r>
        <w:br/>
      </w:r>
      <w:r>
        <w:rPr>
          <w:sz w:val="20"/>
        </w:rPr>
        <w:t>1:26:10  Jo hai fuqaha ka maslak yeh hai ke agar aap yeh samjhein ke falan country dushman-e-Islam hai to aap par hijrat laazim ho jati hai.</w:t>
      </w:r>
      <w:r>
        <w:br/>
      </w:r>
      <w:r>
        <w:rPr>
          <w:sz w:val="20"/>
        </w:rPr>
        <w:t>1:26:21  Kitna khatarnak hai musalmanon ki soch ke woh West ka America mein, Europe mein rehte hain, yeh kehte hain ke dushman hai.</w:t>
      </w:r>
      <w:r>
        <w:br/>
      </w:r>
      <w:r>
        <w:rPr>
          <w:sz w:val="20"/>
        </w:rPr>
        <w:t>1:26:29  To pehla kaam hai ke tum hijrat karo wahan se, chodo us mulk ko, tumhari tumhara raha nahi raha, haram ban jata hai. Wahan</w:t>
      </w:r>
    </w:p>
    <w:p>
      <w:pPr>
        <w:pStyle w:val="Heading2"/>
      </w:pPr>
      <w:r>
        <w:t>Simple living enables high thinking</w:t>
      </w:r>
    </w:p>
    <w:p>
      <w:r>
        <w:rPr>
          <w:color w:val="666666"/>
          <w:sz w:val="18"/>
        </w:rPr>
        <w:t>Age of Consumerism January 6, 2013 · 32s · at 22:02 · https://youtu.be/zJRZ1OKUhgA?t=1322</w:t>
      </w:r>
    </w:p>
    <w:p>
      <w:r>
        <w:rPr>
          <w:i/>
        </w:rPr>
        <w:t>“Old formula: simple living, high thinking.”</w:t>
      </w:r>
    </w:p>
    <w:p>
      <w:r>
        <w:rPr>
          <w:sz w:val="20"/>
        </w:rPr>
        <w:t>22:02  to dekhen, purana formula hai: simple living, high thinking.</w:t>
      </w:r>
      <w:r>
        <w:br/>
      </w:r>
      <w:r>
        <w:rPr>
          <w:sz w:val="20"/>
        </w:rPr>
        <w:t>22:07  yeh bohat bohat ziyada mein is ko appreciate karta hoon, is ko</w:t>
      </w:r>
      <w:r>
        <w:br/>
      </w:r>
      <w:r>
        <w:rPr>
          <w:sz w:val="20"/>
        </w:rPr>
        <w:t>22:14  kyun ke simple living aur high thinking dono interlinked hain. simple living hai, tab high thinking hai.</w:t>
      </w:r>
      <w:r>
        <w:br/>
      </w:r>
      <w:r>
        <w:rPr>
          <w:sz w:val="20"/>
        </w:rPr>
        <w:t>22:23  simple living nahi to high thinking bhi nahi. to modern consumerism ne logon se simple living ko cheen liya.</w:t>
      </w:r>
    </w:p>
    <w:p>
      <w:pPr>
        <w:pStyle w:val="Heading2"/>
      </w:pPr>
      <w:r>
        <w:t>Prophet predicted global heat increase</w:t>
      </w:r>
    </w:p>
    <w:p>
      <w:r>
        <w:rPr>
          <w:color w:val="666666"/>
          <w:sz w:val="18"/>
        </w:rPr>
        <w:t>Global Warming May 13, 2008 · 45s · at 3:05 · https://youtu.be/AmgbF0n3lz4?t=185</w:t>
      </w:r>
    </w:p>
    <w:p>
      <w:r>
        <w:rPr>
          <w:i/>
        </w:rPr>
        <w:t>“Prophet said 1400 years ago heat will increase”</w:t>
      </w:r>
    </w:p>
    <w:p>
      <w:r>
        <w:rPr>
          <w:sz w:val="20"/>
        </w:rPr>
        <w:t>3:05  ye bari anokhi baat hai proper Islam aaye the seventh century ke first quarter mein yani chaudah so</w:t>
      </w:r>
      <w:r>
        <w:br/>
      </w:r>
      <w:r>
        <w:rPr>
          <w:sz w:val="20"/>
        </w:rPr>
        <w:t>3:13  saal pehle us waqt unhon ne kaha tha ke adna shams</w:t>
      </w:r>
      <w:r>
        <w:br/>
      </w:r>
      <w:r>
        <w:rPr>
          <w:sz w:val="20"/>
        </w:rPr>
        <w:t>3:20  bohat sari baatein hain</w:t>
      </w:r>
      <w:r>
        <w:br/>
      </w:r>
      <w:r>
        <w:rPr>
          <w:sz w:val="20"/>
        </w:rPr>
        <w:t>3:25  ke kya hoga later later period of history mein to is mein se ek ye hai ke adna</w:t>
      </w:r>
      <w:r>
        <w:br/>
      </w:r>
      <w:r>
        <w:rPr>
          <w:sz w:val="20"/>
        </w:rPr>
        <w:t>3:31  shams suraj bohat qareeb aa jayega</w:t>
      </w:r>
      <w:r>
        <w:br/>
      </w:r>
      <w:r>
        <w:rPr>
          <w:sz w:val="20"/>
        </w:rPr>
        <w:t>3:35  qareeb aane ka matlab ye nahi ke physical sense mein qareeb aa jayega matlab us ki garmi</w:t>
      </w:r>
      <w:r>
        <w:br/>
      </w:r>
      <w:r>
        <w:rPr>
          <w:sz w:val="20"/>
        </w:rPr>
        <w:t>3:39  bohat barh jayegi yani agar suraj physical sense mein qareeb aa jaye to kya hoga garmi barhe</w:t>
      </w:r>
      <w:r>
        <w:br/>
      </w:r>
      <w:r>
        <w:rPr>
          <w:sz w:val="20"/>
        </w:rPr>
        <w:t>3:47  gi to yahan par isi phenomenon ko bataya gaya hai ke</w:t>
      </w:r>
    </w:p>
    <w:p>
      <w:pPr>
        <w:pStyle w:val="Heading2"/>
      </w:pPr>
      <w:r>
        <w:t>Spirit is core but got lost</w:t>
      </w:r>
    </w:p>
    <w:p>
      <w:r>
        <w:rPr>
          <w:color w:val="666666"/>
          <w:sz w:val="18"/>
        </w:rPr>
        <w:t>The Spirit of Islam 10 June 2012 - Maulana Wahiduddin Khan · 38s · at 1:48 · https://youtu.be/2FuK5ml2tx4?t=108</w:t>
      </w:r>
    </w:p>
    <w:p>
      <w:r>
        <w:rPr>
          <w:i/>
        </w:rPr>
        <w:t>“Toh asli cheez jo hai Islam mein spirit hai.”</w:t>
      </w:r>
    </w:p>
    <w:p>
      <w:r>
        <w:rPr>
          <w:sz w:val="20"/>
        </w:rPr>
        <w:t>1:48  to asal cheez jo hai Islam mein spirit hai.</w:t>
      </w:r>
      <w:r>
        <w:br/>
      </w:r>
      <w:r>
        <w:rPr>
          <w:sz w:val="20"/>
        </w:rPr>
        <w:t>1:59  lekin yeh ajib baat hai ke</w:t>
      </w:r>
      <w:r>
        <w:br/>
      </w:r>
      <w:r>
        <w:rPr>
          <w:sz w:val="20"/>
        </w:rPr>
        <w:t>2:05  muslim tareekh mein s-pait jo hai wahi sab se zyada gum ho gayi. iska sabab yeh hai</w:t>
      </w:r>
      <w:r>
        <w:br/>
      </w:r>
      <w:r>
        <w:rPr>
          <w:sz w:val="20"/>
        </w:rPr>
        <w:t>2:17  ke is s-pait ki numaindagi aise logon ne ki jo iske sahi</w:t>
      </w:r>
    </w:p>
    <w:p>
      <w:pPr>
        <w:pStyle w:val="Heading2"/>
      </w:pPr>
      <w:r>
        <w:t>Leave past map think in present</w:t>
      </w:r>
    </w:p>
    <w:p>
      <w:r>
        <w:rPr>
          <w:color w:val="666666"/>
          <w:sz w:val="18"/>
        </w:rPr>
        <w:t>Scientific Temper April 08, 2020 Maulana Wahiduddin Khan · 28s · at 13:45 · https://youtu.be/BqvmKPF6w0A?t=825</w:t>
      </w:r>
    </w:p>
    <w:p>
      <w:r>
        <w:rPr>
          <w:i/>
        </w:rPr>
        <w:t>“Muslims should leave the past map and think in present.”</w:t>
      </w:r>
    </w:p>
    <w:p>
      <w:r>
        <w:rPr>
          <w:sz w:val="20"/>
        </w:rPr>
        <w:t>13:45  khitab kar raha hoon keh musalmanon ko maazi ke naqshe mein chhod dena chahiye. haal ke naqshe mein unhein sochna chahiye.</w:t>
      </w:r>
      <w:r>
        <w:br/>
      </w:r>
      <w:r>
        <w:rPr>
          <w:sz w:val="20"/>
        </w:rPr>
        <w:t>13:58  maazi ka naqsha toot phoot chuka hai.</w:t>
      </w:r>
      <w:r>
        <w:br/>
      </w:r>
      <w:r>
        <w:rPr>
          <w:sz w:val="20"/>
        </w:rPr>
        <w:t>14:02  maazi ka naqsha toot phoot chuka hai. ab aap ko naye naqshe mein apni soch banani chahiye.</w:t>
      </w:r>
    </w:p>
    <w:p>
      <w:pPr>
        <w:pStyle w:val="Heading2"/>
      </w:pPr>
      <w:r>
        <w:t>Quran as Comprehensive History Not Just Punishment</w:t>
      </w:r>
    </w:p>
    <w:p>
      <w:r>
        <w:rPr>
          <w:color w:val="666666"/>
          <w:sz w:val="18"/>
        </w:rPr>
        <w:t>Studying The Quran with Open Mind October 20, 2019 Maulana Wahiduddin Khan · 36s · at 16:04 · https://youtu.be/OPyJO5TP_wI?t=964</w:t>
      </w:r>
    </w:p>
    <w:p>
      <w:r>
        <w:rPr>
          <w:i/>
        </w:rPr>
        <w:t>“Quran is not just stories of punishment”</w:t>
      </w:r>
    </w:p>
    <w:p>
      <w:r>
        <w:rPr>
          <w:sz w:val="20"/>
        </w:rPr>
        <w:t>16:04  sirf woh tareekh jo nabiyon ki tareekh hai, jab azab azab aaye, us ki tareekh hai. to sargodha se inzaar nahi hai.</w:t>
      </w:r>
      <w:r>
        <w:br/>
      </w:r>
      <w:r>
        <w:rPr>
          <w:sz w:val="20"/>
        </w:rPr>
        <w:t>16:14  kisi ne kaha ke quran sargodha se inzaar hai. nahi. quran sargodha se tareekh hai.</w:t>
      </w:r>
      <w:r>
        <w:br/>
      </w:r>
      <w:r>
        <w:rPr>
          <w:sz w:val="20"/>
        </w:rPr>
        <w:t>16:26  quran sargodha se tareekh hai. is mein saari tareekh shamil hai. sirf muazzab kamon ki tareekh nahi. saari tareekh.</w:t>
      </w:r>
    </w:p>
    <w:p>
      <w:pPr>
        <w:pStyle w:val="Heading2"/>
      </w:pPr>
      <w:r>
        <w:t>Material progress leads to nowhere</w:t>
      </w:r>
    </w:p>
    <w:p>
      <w:r>
        <w:rPr>
          <w:color w:val="666666"/>
          <w:sz w:val="18"/>
        </w:rPr>
        <w:t>Journey of Civilization 14 Jan 2007 - Maulana Wahiduddin Khan · 40s · at 3:09 · https://youtu.be/MEHzksOmFZc?t=189</w:t>
      </w:r>
    </w:p>
    <w:p>
      <w:r>
        <w:rPr>
          <w:i/>
        </w:rPr>
        <w:t>“But no one succeeds”</w:t>
      </w:r>
    </w:p>
    <w:p>
      <w:r>
        <w:rPr>
          <w:sz w:val="20"/>
        </w:rPr>
        <w:t>3:09  . lekin koi bhi kamyab nahi hota.</w:t>
      </w:r>
      <w:r>
        <w:br/>
      </w:r>
      <w:r>
        <w:rPr>
          <w:sz w:val="20"/>
        </w:rPr>
        <w:t>3:16  koi bhi kamyab nahi hota.</w:t>
      </w:r>
      <w:r>
        <w:br/>
      </w:r>
      <w:r>
        <w:rPr>
          <w:sz w:val="20"/>
        </w:rPr>
        <w:t>3:29  yani logon ki daud jo hai material progress ki taraf, is ko is mein kaha gaya hai ke "Might rush to nowhere." "Might rush to nowhere."</w:t>
      </w:r>
    </w:p>
    <w:p>
      <w:pPr>
        <w:pStyle w:val="Heading2"/>
      </w:pPr>
      <w:r>
        <w:t>Focus all concern on afterlife</w:t>
      </w:r>
    </w:p>
    <w:p>
      <w:r>
        <w:rPr>
          <w:color w:val="666666"/>
          <w:sz w:val="18"/>
        </w:rPr>
        <w:t>Lessons from Kabah October 6, 2019 - Maulana Wahiduddin Khan · 38s · at 10:12 · https://youtu.be/pDZ22V5Tk0g?t=612</w:t>
      </w:r>
    </w:p>
    <w:p>
      <w:r>
        <w:rPr>
          <w:i/>
        </w:rPr>
        <w:t>“To is ka matlab kya hua?”</w:t>
      </w:r>
    </w:p>
    <w:p>
      <w:r>
        <w:rPr>
          <w:sz w:val="20"/>
        </w:rPr>
        <w:t>10:12  apne mansoobon ko un finished chhodna hai, apni zindagi ko tum mukammal nahi kar paoge aur khatma ho jayega tumhara.</w:t>
      </w:r>
      <w:r>
        <w:br/>
      </w:r>
      <w:r>
        <w:rPr>
          <w:sz w:val="20"/>
        </w:rPr>
        <w:t>10:24  to is ka matlab kya hua? ke sari fikr tumhari akhirat ke liye honi chahiye, dunya ke liye nahi. sari fikr.</w:t>
      </w:r>
      <w:r>
        <w:br/>
      </w:r>
      <w:r>
        <w:rPr>
          <w:sz w:val="20"/>
        </w:rPr>
        <w:t>10:37  yeh focus dekhiye, insan aisi munawwar is ki hui hai ke Quran mein hai ke Allah ne insan ke sine mein do dil nahi banaye.</w:t>
      </w:r>
    </w:p>
    <w:p>
      <w:pPr>
        <w:pStyle w:val="Heading2"/>
      </w:pPr>
      <w:r>
        <w:t>Language of complaint and discrimination is over</w:t>
      </w:r>
    </w:p>
    <w:p>
      <w:r>
        <w:rPr>
          <w:color w:val="666666"/>
          <w:sz w:val="18"/>
        </w:rPr>
        <w:t>Modern Age June 9, 2019 Maulana Wahiduddin Khan · 31s · at 3:32 · https://youtu.be/7mjCvAvHEdA?t=212</w:t>
      </w:r>
    </w:p>
    <w:p>
      <w:r>
        <w:rPr>
          <w:i/>
        </w:rPr>
        <w:t>“Ab aap is ko le kar soche”</w:t>
      </w:r>
    </w:p>
    <w:p>
      <w:r>
        <w:rPr>
          <w:sz w:val="20"/>
        </w:rPr>
        <w:t>3:32  ab aap is ko le kar sochiye to mu'tadil zamane mein woh zaban khatam ho chuki, shikayat ki zaban, discrimination ki zaban, zulm ki zaban,</w:t>
      </w:r>
      <w:r>
        <w:br/>
      </w:r>
      <w:r>
        <w:rPr>
          <w:sz w:val="20"/>
        </w:rPr>
        <w:t>3:53  woh sab khatam ho gaya.</w:t>
      </w:r>
      <w:r>
        <w:br/>
      </w:r>
      <w:r>
        <w:rPr>
          <w:sz w:val="20"/>
        </w:rPr>
        <w:t>3:57  woh equation hi khatam ho gaya.</w:t>
      </w:r>
    </w:p>
    <w:p>
      <w:pPr>
        <w:pStyle w:val="Heading2"/>
      </w:pPr>
      <w:r>
        <w:t>Believer like a plant</w:t>
      </w:r>
    </w:p>
    <w:p>
      <w:r>
        <w:rPr>
          <w:color w:val="666666"/>
          <w:sz w:val="18"/>
        </w:rPr>
        <w:t>Q&amp;A 06 Mar 2011 - Maulana Wahiduddin Khan · 47s · at 4:39 · https://youtu.be/I5hJVw3Wum8?t=279</w:t>
      </w:r>
    </w:p>
    <w:p>
      <w:r>
        <w:rPr>
          <w:i/>
        </w:rPr>
        <w:t>“مومن کی مثال پودے جیسی ہے”</w:t>
      </w:r>
    </w:p>
    <w:p>
      <w:r>
        <w:rPr>
          <w:sz w:val="20"/>
        </w:rPr>
        <w:t>4:39  hara bhara poda jo hota hai. to momin ki misal pode jaisi hai. poda kya hota hai? ab yani poda yeh hai ke hawa chalti hai idhar se to idhar jhuk jata hai.</w:t>
      </w:r>
      <w:r>
        <w:br/>
      </w:r>
      <w:r>
        <w:rPr>
          <w:sz w:val="20"/>
        </w:rPr>
        <w:t>4:53  idhar chalti hai idhar jhuk jata hai. to wo model hai.</w:t>
      </w:r>
      <w:r>
        <w:br/>
      </w:r>
      <w:r>
        <w:rPr>
          <w:sz w:val="20"/>
        </w:rPr>
        <w:t>4:57  ke momin mein akkar nahi hoti. momin mein akkar nahi hoti. poda akadta nahi. hawa se takrata nahi.</w:t>
      </w:r>
      <w:r>
        <w:br/>
      </w:r>
      <w:r>
        <w:rPr>
          <w:sz w:val="20"/>
        </w:rPr>
        <w:t>5:08  takraye baghair aise ho jata hai. to wo hadith mujhe yaad aayi ke yeh darakht, yeh pode bata rahe hain</w:t>
      </w:r>
      <w:r>
        <w:br/>
      </w:r>
      <w:r>
        <w:rPr>
          <w:sz w:val="20"/>
        </w:rPr>
        <w:t>5:17  ke bana akkar ke jiyo. akkar mat dikhao. takrao na karo.</w:t>
      </w:r>
    </w:p>
    <w:p>
      <w:pPr>
        <w:pStyle w:val="Heading2"/>
      </w:pPr>
      <w:r>
        <w:t>Learn from reminders and respond positively</w:t>
      </w:r>
    </w:p>
    <w:p>
      <w:r>
        <w:rPr>
          <w:color w:val="666666"/>
          <w:sz w:val="18"/>
        </w:rPr>
        <w:t>Positive Response August 11, 2018 · 33s · at 10:36 · https://youtu.be/W9oH8kJHTWg?t=636</w:t>
      </w:r>
    </w:p>
    <w:p>
      <w:r>
        <w:rPr>
          <w:i/>
        </w:rPr>
        <w:t>“Is reminder se sabaq lijiye”</w:t>
      </w:r>
    </w:p>
    <w:p>
      <w:r>
        <w:rPr>
          <w:sz w:val="20"/>
        </w:rPr>
        <w:t>10:36  is is reminder ko suniye, is reminder se sabak leejiye.</w:t>
      </w:r>
      <w:r>
        <w:br/>
      </w:r>
      <w:r>
        <w:rPr>
          <w:sz w:val="20"/>
        </w:rPr>
        <w:t>10:50  is reminder se sabak leejiye aur is ko positive response mein</w:t>
      </w:r>
      <w:r>
        <w:br/>
      </w:r>
      <w:r>
        <w:rPr>
          <w:sz w:val="20"/>
        </w:rPr>
        <w:t>11:01  badal deejiye, positive response mein.</w:t>
      </w:r>
    </w:p>
    <w:p>
      <w:pPr>
        <w:pStyle w:val="Heading2"/>
      </w:pPr>
      <w:r>
        <w:t>Despair forbidden in Islam</w:t>
      </w:r>
    </w:p>
    <w:p>
      <w:r>
        <w:rPr>
          <w:color w:val="666666"/>
          <w:sz w:val="18"/>
        </w:rPr>
        <w:t>Nature of Modern Problem 12 July 2009 - Maulana Wahiduddin Khan · 32s · at 7:14 · https://youtu.be/JULJoDRvUNU?t=434</w:t>
      </w:r>
    </w:p>
    <w:p>
      <w:r>
        <w:rPr>
          <w:i/>
        </w:rPr>
        <w:t>“Maa'yusi haram hai Islam mein.”</w:t>
      </w:r>
    </w:p>
    <w:p>
      <w:r>
        <w:rPr>
          <w:sz w:val="20"/>
        </w:rPr>
        <w:t>7:14  is liye, is liye hamein kabhi bhi, hamesha hum ko hopeful rehna chahiye. hopeful. quran mein hai ke islam ka yeh masla hai ke mayoosi haraam hai.</w:t>
      </w:r>
      <w:r>
        <w:br/>
      </w:r>
      <w:r>
        <w:rPr>
          <w:sz w:val="20"/>
        </w:rPr>
        <w:t>7:31  la taqrab min rehmatillah</w:t>
      </w:r>
      <w:r>
        <w:br/>
      </w:r>
      <w:r>
        <w:rPr>
          <w:sz w:val="20"/>
        </w:rPr>
        <w:t>7:34  mayusi ko islam mein haram bataya gaya hai. to maine socha ke agar mayusi ko haram kyu kar diya gaya? is liye ke</w:t>
      </w:r>
    </w:p>
    <w:p>
      <w:pPr>
        <w:pStyle w:val="Heading2"/>
      </w:pPr>
      <w:r>
        <w:t>Young man chooses America over Islam</w:t>
      </w:r>
    </w:p>
    <w:p>
      <w:r>
        <w:rPr>
          <w:color w:val="666666"/>
          <w:sz w:val="18"/>
        </w:rPr>
        <w:t>Significance of I'tikaf Today | June 10, 2018 · 30s · at 32:42 · https://youtu.be/UWmQVRON9rg?t=1962</w:t>
      </w:r>
    </w:p>
    <w:p>
      <w:r>
        <w:rPr>
          <w:i/>
        </w:rPr>
        <w:t>“Hum ko to America jaana hai.”</w:t>
      </w:r>
    </w:p>
    <w:p>
      <w:r>
        <w:rPr>
          <w:sz w:val="20"/>
        </w:rPr>
        <w:t>32:42  hum ko to America jana hai.</w:t>
      </w:r>
      <w:r>
        <w:br/>
      </w:r>
      <w:r>
        <w:rPr>
          <w:sz w:val="20"/>
        </w:rPr>
        <w:t>32:46  yani saaf saaf keh diya ho sahib sahib ke hamare bare mein aap itni jaldi hopeful ho</w:t>
      </w:r>
      <w:r>
        <w:br/>
      </w:r>
      <w:r>
        <w:rPr>
          <w:sz w:val="20"/>
        </w:rPr>
        <w:t>32:50  gaye? hum to kahin book ho chuke hain.</w:t>
      </w:r>
      <w:r>
        <w:br/>
      </w:r>
      <w:r>
        <w:rPr>
          <w:sz w:val="20"/>
        </w:rPr>
        <w:t>32:54  یعنی وہی cash damning کے فیس لگا چکے ہیں۔</w:t>
      </w:r>
      <w:r>
        <w:br/>
      </w:r>
      <w:r>
        <w:rPr>
          <w:sz w:val="20"/>
        </w:rPr>
        <w:t>32:59  aur woh aaj mere khayal se aaj woh kai baar hi honge ke woh bas unhone</w:t>
      </w:r>
      <w:r>
        <w:br/>
      </w:r>
      <w:r>
        <w:rPr>
          <w:sz w:val="20"/>
        </w:rPr>
        <w:t>33:03  se mulaqat nahin hui.</w:t>
      </w:r>
      <w:r>
        <w:br/>
      </w:r>
      <w:r>
        <w:rPr>
          <w:sz w:val="20"/>
        </w:rPr>
        <w:t>33:07  to is saal ka Ramzan, is saal ka</w:t>
      </w:r>
    </w:p>
    <w:p>
      <w:pPr>
        <w:pStyle w:val="Heading2"/>
      </w:pPr>
      <w:r>
        <w:t>Prayer as intellectual development</w:t>
      </w:r>
    </w:p>
    <w:p>
      <w:r>
        <w:rPr>
          <w:color w:val="666666"/>
          <w:sz w:val="18"/>
        </w:rPr>
        <w:t>Intellectual Poverty of Intellectuals December 31, 2006 · 42s · at 1:08:20 · https://youtu.be/xz00TfFlXkI?t=4100</w:t>
      </w:r>
    </w:p>
    <w:p>
      <w:r>
        <w:rPr>
          <w:i/>
        </w:rPr>
        <w:t>“Namaz ek bohat badi cheez hai jo intellectual development laati hai”</w:t>
      </w:r>
    </w:p>
    <w:p>
      <w:r>
        <w:rPr>
          <w:sz w:val="20"/>
        </w:rPr>
        <w:t>1:08:20  to maine kaha ke namaz jo hai, woh aap samajhte hain ke namaz koi rituals hai, uth liya, baith liya, kuch padh liya. nahin, namaz ek scheme hai intellectual progress ki, spiritual development ki.</w:t>
      </w:r>
      <w:r>
        <w:br/>
      </w:r>
      <w:r>
        <w:rPr>
          <w:sz w:val="20"/>
        </w:rPr>
        <w:t>1:08:35  aur is ko aap samjhiye, aap ke namaz kya hai? namaz kya hai? namaz rituals ka naam nahin hai.</w:t>
      </w:r>
      <w:r>
        <w:br/>
      </w:r>
      <w:r>
        <w:rPr>
          <w:sz w:val="20"/>
        </w:rPr>
        <w:t>1:08:47  namaz ek bahut badi cheez hai jo aap ke andar intellectual development, spiritual development laati hai. dekhiye, main aap ko do baatein arz karunga samajhne ke liye.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